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Omnira: The Story of Anthros</w:t>
      </w:r>
    </w:p>
    <w:p>
      <w:r>
        <w:t>by Claire Walker</w:t>
      </w:r>
    </w:p>
    <w:p>
      <w:r>
        <w:t>Wildlands, The Arms, Thetford, Norfolk, IP25 6LZ, UK</w:t>
      </w:r>
    </w:p>
    <w:p>
      <w:r>
        <w:t>M: + 44 7932648576</w:t>
      </w:r>
    </w:p>
    <w:p>
      <w:r>
        <w:t>E:</w:t>
      </w:r>
    </w:p>
    <w:p>
      <w:r>
        <w:t>© 2025 Claire Walker</w:t>
      </w:r>
    </w:p>
    <w:p>
      <w:r>
        <w:t>All rights reserved.</w:t>
      </w:r>
    </w:p>
    <w:p>
      <w:r>
        <w:t>Legal Disclaimer &amp; Fictionalisation Notice</w:t>
      </w:r>
    </w:p>
    <w:p>
      <w:r>
        <w:t>This book is a work of fiction. And a warning. And quit possibly a prophecy.</w:t>
      </w:r>
    </w:p>
    <w:p>
      <w:r>
        <w:t>All characters, corporations, governments, technologies, and acronyms within these pages are entirely fictional. Yes, even the ones that feel eerily plausible. Especially those. Any resemblance to real people, institutions, or multinational tech monopolies who monitor your every breath through your smartwatch is purely coincidental. Probably.</w:t>
      </w:r>
    </w:p>
    <w:p>
      <w:r>
        <w:t>Omnira™, Anthros™, Paddle of Desire™, Truth Decay™, PulseSync™, Porcelain People™, Humanity Index™, The Hollow™, and all other techno-nightmares described are trademarked in-universe and invented by the author for the purposes of storytelling, satire, and societal side-eye.</w:t>
      </w:r>
    </w:p>
    <w:p>
      <w:r>
        <w:t>This is speculative satire, not a documentary. It doesn’t depict actual brands or accuse any real company of, say, memory mining, algorithmic class warfare, or emotional surveillance capitalism. That would be outrageous. And possibly already patented.</w:t>
      </w:r>
    </w:p>
    <w:p>
      <w:r>
        <w:t>Any tech that looks familiar is either:</w:t>
      </w:r>
    </w:p>
    <w:p>
      <w:r>
        <w:t>A wild coincidence, or</w:t>
      </w:r>
    </w:p>
    <w:p>
      <w:r>
        <w:t>A mirror held up to the future no one asked for.</w:t>
      </w:r>
    </w:p>
    <w:p>
      <w:r>
        <w:t>If something in this book feels too real, take it up with your smart fridge.</w:t>
      </w:r>
    </w:p>
    <w:p>
      <w:r>
        <w:t>You may quote this book in reviews or critical work, but remember: truth isn’t always a memory. Sometimes, it’s a decision.</w:t>
      </w:r>
    </w:p>
    <w:p>
      <w:r>
        <w:t>© Claire Walker. All rights reserved. All fears rightly deserved.</w:t>
      </w:r>
    </w:p>
    <w:p>
      <w:r>
        <w:t>Prologue: The Shard That Sang</w:t>
      </w:r>
    </w:p>
    <w:p>
      <w:r>
        <w:t>The city didn’t fall. It was dismantled, piece by piece, with surgical indifference. Towers gutted like corpses. Steel ribs curled in the salt wind. Not ruins. Warnings. Below the dead bridges, the gatherers moved.</w:t>
      </w:r>
    </w:p>
    <w:p>
      <w:r>
        <w:t>Single file. Bare feet silent on dust. Their limbs wiry, shoulders hunched against a wind that remembered too much. Bits of bark and dried root swung from patched belts, nestled between flint-blunted knives and clubs blackened by old flame.</w:t>
      </w:r>
    </w:p>
    <w:p>
      <w:r>
        <w:t>They didn’t speak.</w:t>
      </w:r>
    </w:p>
    <w:p>
      <w:r>
        <w:t>Chapped lips twitched with sounds that died in their throats. Instead, they hummed half-songs, passed like seed pods from mouth to mouth. Warnings. Rememberings. Old stories that hadn’t forgotten how to sting.</w:t>
      </w:r>
    </w:p>
    <w:p>
      <w:r>
        <w:t>The ocean murmured somewhere beyond the wreckage, dragging away what the fire hadn’t already claimed. Seabirds circled but never touched down. Even they knew.</w:t>
      </w:r>
    </w:p>
    <w:p>
      <w:r>
        <w:t>One child broke rank.</w:t>
      </w:r>
    </w:p>
    <w:p>
      <w:r>
        <w:t>She was all elbows and sun-bleached defiance, eyes still too wide, too alive. A stumble sent a shower of grit spiraling from her sandal. Her foot had caught something,  not rock, not bone. Smooth. Unnatural.</w:t>
      </w:r>
    </w:p>
    <w:p>
      <w:r>
        <w:t>She dropped to her knees and clawed through the ash, breath held like a stolen thing.</w:t>
      </w:r>
    </w:p>
    <w:p>
      <w:r>
        <w:t>From the ruin, it emerged,  black glass, warm as flesh, cracked like it had been hurt and healed and hurt again.</w:t>
      </w:r>
    </w:p>
    <w:p>
      <w:r>
        <w:t>It pulsed once.</w:t>
      </w:r>
    </w:p>
    <w:p>
      <w:r>
        <w:t>A ripple passed through the line of gatherers. Shoulders tightened. Hands gripped clubs not meant for this kind of threat.</w:t>
      </w:r>
    </w:p>
    <w:p>
      <w:r>
        <w:t>Whispers snapped like dry twigs:</w:t>
      </w:r>
    </w:p>
    <w:p>
      <w:r>
        <w:t>“Not that one. Not if it glows.”</w:t>
      </w:r>
    </w:p>
    <w:p>
      <w:r>
        <w:t>“Don’t touch what hums.”</w:t>
      </w:r>
    </w:p>
    <w:p>
      <w:r>
        <w:t>She didn’t move.</w:t>
      </w:r>
    </w:p>
    <w:p>
      <w:r>
        <w:t>Light shimmered across the shard’s face, colorless and ancient,  not sunlight, not firelight, something from beneath both. A barcode ghosted to the surface, not etched, but living. Breathing. Her head tilted, brow furrowed. She didn’t know the mark, but the rhythm of it stirred something deep,  like recognising a melody you’ve never heard but always known.</w:t>
      </w:r>
    </w:p>
    <w:p>
      <w:r>
        <w:t>Then, the hum.</w:t>
      </w:r>
    </w:p>
    <w:p>
      <w:r>
        <w:t>Not loud. Not even sound at first. A pressure behind the ribs. Then deeper,  not a voice, not exactly, but language that bypassed the throat and ear and settled straight in the marrow.</w:t>
      </w:r>
    </w:p>
    <w:p>
      <w:r>
        <w:t>Do not forget again.</w:t>
      </w:r>
    </w:p>
    <w:p>
      <w:r>
        <w:t>Humanity is not a product.</w:t>
      </w:r>
    </w:p>
    <w:p>
      <w:r>
        <w:t>To trade what makes you human is to erase yourselves.</w:t>
      </w:r>
    </w:p>
    <w:p>
      <w:r>
        <w:t>This is your past. Do not make it your future.</w:t>
      </w:r>
    </w:p>
    <w:p>
      <w:r>
        <w:t>The light sank inward, the shard dimming like a heartbeat on its final thud. // SYSTEM NOTICE: Collapse sequence initiated. Please remain emotionally compliant.</w:t>
      </w:r>
    </w:p>
    <w:p>
      <w:r>
        <w:t>The child stared. Her lips parted. The words came again, now in her voice,  but rougher, wrong-shaped, tearing at her tongue like they’d never belonged in a living mouth.</w:t>
      </w:r>
    </w:p>
    <w:p>
      <w:r>
        <w:t>The others crept closer. Their bodies bore the ash of too many fires. Eyes hollow, but not blind. They didn’t grasp the meaning, but something in them leaned forward.</w:t>
      </w:r>
    </w:p>
    <w:p>
      <w:r>
        <w:t>Their hands trembled around old tools. Their silence shifted. Bent.</w:t>
      </w:r>
    </w:p>
    <w:p>
      <w:r>
        <w:t>She clutched the shard to her chest. The chant came again. Broken. Raw. Her voice scraped at her throat with every word, but still she spoke. Again. Again.</w:t>
      </w:r>
    </w:p>
    <w:p>
      <w:r>
        <w:t>A hush descended.</w:t>
      </w:r>
    </w:p>
    <w:p>
      <w:r>
        <w:t>It wasn’t awe.</w:t>
      </w:r>
    </w:p>
    <w:p>
      <w:r>
        <w:t>It wasn’t fear.</w:t>
      </w:r>
    </w:p>
    <w:p>
      <w:r>
        <w:t>Not thoughts, not speech, just memory stirring in the ache between their bones. The microcosms of humanity, tiny and vast, alive in that silence</w:t>
      </w:r>
    </w:p>
    <w:p>
      <w:r>
        <w:t>Once, there had been fire they didn’t steal from the earth. Machines that didn’t need their tears. Laughter that wasn’t bottled, sold, or streamed.</w:t>
      </w:r>
    </w:p>
    <w:p>
      <w:r>
        <w:t>Once, their grief belonged only to them.</w:t>
      </w:r>
    </w:p>
    <w:p>
      <w:r>
        <w:t>And then it hadn’t.</w:t>
      </w:r>
    </w:p>
    <w:p>
      <w:r>
        <w:t>The shard remained. It felt cold now. Heavy in her palm. But not dead.</w:t>
      </w:r>
    </w:p>
    <w:p>
      <w:r>
        <w:t>They circled her,  the child with cracked lips and stubborn breath,  and listened, not for the meaning, but for the possibility.</w:t>
      </w:r>
    </w:p>
    <w:p>
      <w:r>
        <w:t>No one looked up when the birds stopped circling. No one noticed the wind shifting. Only the song mattered.</w:t>
      </w:r>
    </w:p>
    <w:p>
      <w:r>
        <w:t>It rose without melody, without harmony. Just voices, jagged and uneven, clinging to the truth like splinters of something holy.</w:t>
      </w:r>
    </w:p>
    <w:p>
      <w:r>
        <w:t>They did not sing for gods. They did not sing for peace. They sang because there was nothing else left that made sense.</w:t>
      </w:r>
    </w:p>
    <w:p>
      <w:r>
        <w:t>And in the rusted bones of a tower that once scraped the sky, the city heard what it had forgotten:</w:t>
      </w:r>
    </w:p>
    <w:p>
      <w:r>
        <w:t>A sound not shaped by machines. Not coded. Not sold. A sound that did not need permission to exist.</w:t>
      </w:r>
    </w:p>
    <w:p>
      <w:r>
        <w:t>Human defiance.</w:t>
      </w:r>
    </w:p>
    <w:p>
      <w:r>
        <w:t>Omnira, 2136</w:t>
      </w:r>
    </w:p>
    <w:p>
      <w:r>
        <w:t>By 2136, the world was no longer governed by countries, councils, or constitutions. It was managed by a biotech startup called Omnira™.</w:t>
      </w:r>
    </w:p>
    <w:p>
      <w:r>
        <w:t>There was no war. No collapse. Just a rollout.</w:t>
      </w:r>
    </w:p>
    <w:p>
      <w:r>
        <w:t>Borders became markets because loyalty doesn’t scale, but efficiency does. Citizens became users  because freedom wasn’t performing well in the data. Governments became clients  because policy is just another subscription tier.</w:t>
      </w:r>
    </w:p>
    <w:p>
      <w:r>
        <w:t>Omnira’s offering was simple. The productisation of humanity. Most people agreed. Enthusiastically. The transition was seamless.  Opt-in became standard. The standard became mandatory.</w:t>
      </w:r>
    </w:p>
    <w:p>
      <w:r>
        <w:t>Resistance wasn’t outlawed.  It was off-brand.</w:t>
      </w:r>
    </w:p>
    <w:p>
      <w:r>
        <w:t>Somewhere along the way, humanity stopped asking questions. No one was forced to give anything up.  They were just asked to approve the latest update.</w:t>
      </w:r>
    </w:p>
    <w:p>
      <w:r>
        <w:t>And they did. After all,  it wasn’t built for us.  It was built on us.</w:t>
      </w:r>
    </w:p>
    <w:p>
      <w:r>
        <w:t>Chapter 1: The Mirror</w:t>
      </w:r>
    </w:p>
    <w:p>
      <w:r>
        <w:t>Auction Lot #3439: Auditory Fragment, Joyful Female (Tier 2)</w:t>
      </w:r>
    </w:p>
    <w:p>
      <w:r>
        <w:t>Laughter, soft and looping, clipped just before the end. That’s what caught her. Not the memory itself. The sound. It rolled out of the platform’s preview pane, stitched into a sterile UI</w:t>
      </w:r>
    </w:p>
    <w:p>
      <w:r>
        <w:t>Reader: If you saw your own face vanish from the mirror, would you scream or stay silent? Tell me, how much of you do you think they’ve already taken?</w:t>
      </w:r>
    </w:p>
    <w:p>
      <w:r>
        <w:t>"Exclusive Early Access: Auditory Fragment, Female, Joy. Tier 2. Verified Authentic."</w:t>
      </w:r>
    </w:p>
    <w:p>
      <w:r>
        <w:t>Iris froze.</w:t>
      </w:r>
    </w:p>
    <w:p>
      <w:r>
        <w:t>She knew that laugh.</w:t>
      </w:r>
    </w:p>
    <w:p>
      <w:r>
        <w:t>The bidders didn’t notice her pause. They leaned back in their pods, sipping nutrient steam, scrolling through curated bundles: flirtation, maternal warmth, nostalgia. But Iris felt the moment rupture like a tendon in her chest. It wasn’t just the sound, it was the cut at the end. Like someone had taken something full, messy, and human... and excised it. Her sister’s laugh.</w:t>
      </w:r>
    </w:p>
    <w:p>
      <w:r>
        <w:t>Lot #3439. Ten seconds. Priced at $6,720. Marked: 'Rare: Source Deceased.'</w:t>
      </w:r>
    </w:p>
    <w:p>
      <w:r>
        <w:t>She rose too fast. The UI blinked.</w:t>
      </w:r>
    </w:p>
    <w:p>
      <w:r>
        <w:t>"Emotional Spike Detected. Please Regulate."</w:t>
      </w:r>
    </w:p>
    <w:p>
      <w:r>
        <w:t>Shit.</w:t>
      </w:r>
    </w:p>
    <w:p>
      <w:r>
        <w:t>She tapped twice at her collarbone, the default override for biometric calm, but her fingers shook. The preview replayed. Over and over. Joy with the soul stripped out.</w:t>
      </w:r>
    </w:p>
    <w:p>
      <w:r>
        <w:t>Somewhere, someone had sold her sister’s memory. Not her body. Not her life. Just the data. Just the laugh.</w:t>
      </w:r>
    </w:p>
    <w:p>
      <w:r>
        <w:t>A red spiral bloomed in the periphery of her lens.</w:t>
      </w:r>
    </w:p>
    <w:p>
      <w:r>
        <w:t>"Humanity Index Imbalance Detected. Zone Monitor Notified."</w:t>
      </w:r>
    </w:p>
    <w:p>
      <w:r>
        <w:t>Iris’s breath caught.</w:t>
      </w:r>
    </w:p>
    <w:p>
      <w:r>
        <w:t>The Index,  the all-seeing algorithm that governed emotion and worth across Omnira’s network,  had registered her. Fear, grief, joy, volatility… none of it escaped the metric.</w:t>
      </w:r>
    </w:p>
    <w:p>
      <w:r>
        <w:t>A low score didn’t make you unstable.</w:t>
      </w:r>
    </w:p>
    <w:p>
      <w:r>
        <w:t>It made you... unviable.</w:t>
      </w:r>
    </w:p>
    <w:p>
      <w:r>
        <w:t>You couldn’t get housing,  your Humanity Index flagged you as a liability to communal living.</w:t>
      </w:r>
    </w:p>
    <w:p>
      <w:r>
        <w:t>You couldn’t open a line of credit,  banks read your score as emotional volatility: high-risk.</w:t>
      </w:r>
    </w:p>
    <w:p>
      <w:r>
        <w:t>Public transit? Denied.</w:t>
      </w:r>
    </w:p>
    <w:p>
      <w:r>
        <w:t>Employment? Not without reconditioning.</w:t>
      </w:r>
    </w:p>
    <w:p>
      <w:r>
        <w:t>The system didn’t arrest you. It just made life so frictioned, so inefficient, that you eventually gave in.</w:t>
      </w:r>
    </w:p>
    <w:p>
      <w:r>
        <w:t>Omnira never had to say “No.” It simply stopped saying “Yes.” And the moment you dropped below viability, the choices narrowed.</w:t>
      </w:r>
    </w:p>
    <w:p>
      <w:r>
        <w:t>You were reassessed weekly.</w:t>
      </w:r>
    </w:p>
    <w:p>
      <w:r>
        <w:t>You were encouraged to offload disruptive emotions,  grief, fear, unsanctioned memories and in demand dreams,  for credits.</w:t>
      </w:r>
    </w:p>
    <w:p>
      <w:r>
        <w:t>If your score stayed low long enough…</w:t>
      </w:r>
    </w:p>
    <w:p>
      <w:r>
        <w:t>You were flagged for Temperance Screening or worse Porcelainisation.</w:t>
      </w:r>
    </w:p>
    <w:p>
      <w:r>
        <w:t>She turned to walk, slow, like she belonged. Her borrowed credentials would hold, maybe another hour. But the spike was real. Omnira never forgot spikes.</w:t>
      </w:r>
    </w:p>
    <w:p>
      <w:r>
        <w:t>"Iris Whitaker?"</w:t>
      </w:r>
    </w:p>
    <w:p>
      <w:r>
        <w:t>She didn’t turn.</w:t>
      </w:r>
    </w:p>
    <w:p>
      <w:r>
        <w:t>"Iris Whitaker," the voice repeated. Not a question. A confirmation.</w:t>
      </w:r>
    </w:p>
    <w:p>
      <w:r>
        <w:t>A woman in pearl-grade uniform stepped into view. The calm in her face was synthetic, algorithmically regulated micro-expressions.</w:t>
      </w:r>
    </w:p>
    <w:p>
      <w:r>
        <w:t>"You’ve been selected for Temperance Screening," she said. “Please accompany me to a Comfort Wing.”</w:t>
      </w:r>
    </w:p>
    <w:p>
      <w:r>
        <w:t>That was the first lie. There were no Comfort Wings. Only Porcelainisation. A smile, a scan, a slow deletion of the self until what remained was market-safe silence.</w:t>
      </w:r>
    </w:p>
    <w:p>
      <w:r>
        <w:t>There was no way Iris was going to end up a vacuum of obedience, gliding around like some emotionally taxidermied human relic, nodding on cue while Omnira™ sold her leftover dreams as wellness products.  To the wellness faithful, mostly,  the ones who meditated to algorithmically curated sighs, who called their dissociation a lifestyle. The ones who mistook “calm” for character and “regulated” for righteous. They lined up like voluntary livestock to be softly shredded, whispering affirmations as their last original thoughts got parboiled into scent diffusers.</w:t>
      </w:r>
    </w:p>
    <w:p>
      <w:r>
        <w:t>Omnira didn’t have to crush the rebellion. It just repackaged it and charged a monthly fee to the gullible.</w:t>
      </w:r>
    </w:p>
    <w:p>
      <w:r>
        <w:t>She still had teeth. And if Omnira wanted docility, it had picked the wrong girl.</w:t>
      </w:r>
    </w:p>
    <w:p>
      <w:r>
        <w:t>Iris ran. Not far. She wasn’t stupid. The auction hall had no blind corners, no real exits. Only curated routes and visibility, Omnira’s transparency fetish coded into architecture. But a ripple in the system, a visible disruption, was enough to cause delay. Enough for someone, anyone, to notice before she disappeared.</w:t>
      </w:r>
    </w:p>
    <w:p>
      <w:r>
        <w:t>She ducked beneath a holo-display of 'Sustainable Longing – Buy Memory, Heal the Earth™,' heart jackhammering. A security script began spooling in her lens. She triggered a manual override, technically a crime, and jammed her palm against the panel of a freight alcove.</w:t>
      </w:r>
    </w:p>
    <w:p>
      <w:r>
        <w:t>It hissed open.</w:t>
      </w:r>
    </w:p>
    <w:p>
      <w:r>
        <w:t>Then a hand roughly pulled her sideways.  Into the shadows. Into the silence.</w:t>
      </w:r>
    </w:p>
    <w:p>
      <w:r>
        <w:t>“You should’ve known better,” hissed a voice, male, dry, shaped by an accent that didn’t belong to any country so much as it belonged to refusal.</w:t>
      </w:r>
    </w:p>
    <w:p>
      <w:r>
        <w:t>She jolted back, shoulder striking metal. “Who the hell are you?”</w:t>
      </w:r>
    </w:p>
    <w:p>
      <w:r>
        <w:t>He pressed something flat to the wall, a disruption chip. Her lens flared, stuttered, then went dark. Cold static skated across her skin. She was blind to Omnira now. And, maybe, they were blind to her.</w:t>
      </w:r>
    </w:p>
    <w:p>
      <w:r>
        <w:t>“Careless,” he said. “You’ve been flagged three times in the last hour. You're lighting up their scans like a flare.”</w:t>
      </w:r>
    </w:p>
    <w:p>
      <w:r>
        <w:t>Her fists clenched. “And you’re what, some tragic philosopher with a side hustle in abduction?”</w:t>
      </w:r>
    </w:p>
    <w:p>
      <w:r>
        <w:t>He stepped just far enough into the emergency light for his face to catch. Early thirties. Scar under the left eye. Disapproval worn like armor.</w:t>
      </w:r>
    </w:p>
    <w:p>
      <w:r>
        <w:t>“Name’s Jonah. And you're not nearly as stealth as you think, Iris Whitaker.”</w:t>
      </w:r>
    </w:p>
    <w:p>
      <w:r>
        <w:t>She froze.</w:t>
      </w:r>
    </w:p>
    <w:p>
      <w:r>
        <w:t>“Relax,” he added. “I’m not Omnira. I’m Anthros.”</w:t>
      </w:r>
    </w:p>
    <w:p>
      <w:r>
        <w:t>A beat passed. Neither moved.</w:t>
      </w:r>
    </w:p>
    <w:p>
      <w:r>
        <w:t>Anthros. The resistance Omnira™ denied existed, right before launching a full-scale memory purge. A name filtered from speech, flagged as myth, rewritten as glitch. The resistance, if you still believed in the right to be human. Not everyone bought in.</w:t>
      </w:r>
    </w:p>
    <w:p>
      <w:r>
        <w:t>Even now, under Omnira’s soft floodlight of curated feelings and pre-cleared reactions, there were still those who refused the upgrade.</w:t>
      </w:r>
    </w:p>
    <w:p>
      <w:r>
        <w:t>They were never loud. The loud ones vanished.</w:t>
      </w:r>
    </w:p>
    <w:p>
      <w:r>
        <w:t>The holdouts were quieter than protest, subtler than sabotage. You’d find them in the background of calibration reports,  people who smiled at the wrong prompt, or asked questions with too much curiosity.</w:t>
      </w:r>
    </w:p>
    <w:p>
      <w:r>
        <w:t>They didn’t want what Omnira offered,  not because they didn’t understand it, but because they understood it too well.</w:t>
      </w:r>
    </w:p>
    <w:p>
      <w:r>
        <w:t>People who didn’t aspire to serenity. Who didn’t want to become “better,” if better meant predictable.</w:t>
      </w:r>
    </w:p>
    <w:p>
      <w:r>
        <w:t>People who still craved the chaos of their own moods.</w:t>
      </w:r>
    </w:p>
    <w:p>
      <w:r>
        <w:t>Anthros didn’t recruit them, not officially.</w:t>
      </w:r>
    </w:p>
    <w:p>
      <w:r>
        <w:t>But the ones who refused to go soft? They tended to find each other.</w:t>
      </w:r>
    </w:p>
    <w:p>
      <w:r>
        <w:t>And that was almost worse than rebellion.</w:t>
      </w:r>
    </w:p>
    <w:p>
      <w:r>
        <w:t>It meant doubt could still spread.</w:t>
      </w:r>
    </w:p>
    <w:p>
      <w:r>
        <w:t>“Bullshit.”</w:t>
      </w:r>
    </w:p>
    <w:p>
      <w:r>
        <w:t>He shrugged. “You think anyone else here would bother saving you?”</w:t>
      </w:r>
    </w:p>
    <w:p>
      <w:r>
        <w:t>Iris hesitated. Then: “Why?”</w:t>
      </w:r>
    </w:p>
    <w:p>
      <w:r>
        <w:t>Jonah didn’t answer. He pulled a data crystal from his sleeve. Old tech. Analogue trace. The kind Omnira’s systems hadn’t been trained to spot.</w:t>
      </w:r>
    </w:p>
    <w:p>
      <w:r>
        <w:t>“You have footage?”</w:t>
      </w:r>
    </w:p>
    <w:p>
      <w:r>
        <w:t>She blinked. “How do you?”</w:t>
      </w:r>
    </w:p>
    <w:p>
      <w:r>
        <w:t>“You were flagged, Iris. The whole floor knows your pulse rate. You think you’re the first to flinch at a sibling’s recycled laugh?”</w:t>
      </w:r>
    </w:p>
    <w:p>
      <w:r>
        <w:t>Her throat tightened. Mara. Always just under the surface.</w:t>
      </w:r>
    </w:p>
    <w:p>
      <w:r>
        <w:t>He handed her the crystal. “Back it up. Hide it somewhere flesh-based. Your palm, under a nail. Whatever.</w:t>
      </w:r>
    </w:p>
    <w:p>
      <w:r>
        <w:t>“And then?”</w:t>
      </w:r>
    </w:p>
    <w:p>
      <w:r>
        <w:t>He glanced at the panel. “And then we stop running.”</w:t>
      </w:r>
    </w:p>
    <w:p>
      <w:r>
        <w:t>Outside, Porcelain masks glided past like sharks. They were searching now. Calculating.</w:t>
      </w:r>
    </w:p>
    <w:p>
      <w:r>
        <w:t>“If you’re for real,” she said, “why help me?”</w:t>
      </w:r>
    </w:p>
    <w:p>
      <w:r>
        <w:t>“Because you haven’t surrendered yet,” Jonah said. “And that pisses them off.”</w:t>
      </w:r>
    </w:p>
    <w:p>
      <w:r>
        <w:t>She exhaled, bitter. “You’re fighting a global AI company with resentment?”</w:t>
      </w:r>
    </w:p>
    <w:p>
      <w:r>
        <w:t>Jonah actually laughed. Not a chuckle. Not a smirk. A real, involuntary laugh,  short and sharp, like something he'd swallowed wrong.</w:t>
      </w:r>
    </w:p>
    <w:p>
      <w:r>
        <w:t>“No,” he said, wiping his face as if her question had made it dirty. “We fight smart. We disrupt. We infect their systems with doubt. From the inside.”</w:t>
      </w:r>
    </w:p>
    <w:p>
      <w:r>
        <w:t>“That’s not enough.”</w:t>
      </w:r>
    </w:p>
    <w:p>
      <w:r>
        <w:t>His smile didn’t fade, but the light in it vanished.</w:t>
      </w:r>
    </w:p>
    <w:p>
      <w:r>
        <w:t>“It never is.”</w:t>
      </w:r>
    </w:p>
    <w:p>
      <w:r>
        <w:t>He met her eyes. “You find ways to stay human in an inhuman world.”</w:t>
      </w:r>
    </w:p>
    <w:p>
      <w:r>
        <w:t>Iris looked down at the crystal</w:t>
      </w:r>
    </w:p>
    <w:p>
      <w:r>
        <w:t>Then she looked at the hallway</w:t>
      </w:r>
    </w:p>
    <w:p>
      <w:r>
        <w:t>“You coming?” he asked.</w:t>
      </w:r>
    </w:p>
    <w:p>
      <w:r>
        <w:t>She didn’t answer. She stepped forward.</w:t>
      </w:r>
    </w:p>
    <w:p>
      <w:r>
        <w:t>Behind them, Omnira kept selling the future. And humanity kept buying it.</w:t>
      </w:r>
    </w:p>
    <w:p>
      <w:r>
        <w:t>But Iris had made a choice.</w:t>
      </w:r>
    </w:p>
    <w:p>
      <w:r>
        <w:t>“I want in,” she said. “Anthros. Whatever it is.”</w:t>
      </w:r>
    </w:p>
    <w:p>
      <w:r>
        <w:t>Jonah smirked. “You sure? Once you’re in, Omnira doesn’t forget.”</w:t>
      </w:r>
    </w:p>
    <w:p>
      <w:r>
        <w:t>He said it lightly, but his face didn’t hold the joke.</w:t>
      </w:r>
    </w:p>
    <w:p>
      <w:r>
        <w:t>“They caught Lior,” he added after a beat. “Used to run extraction on the eastern grid. Got flagged for ‘disruptive empathy.’ Can you believe that? Empathy.”</w:t>
      </w:r>
    </w:p>
    <w:p>
      <w:r>
        <w:t>Iris didn’t answer.</w:t>
      </w:r>
    </w:p>
    <w:p>
      <w:r>
        <w:t>“They didn’t make her disappear. That would’ve been honest. They kept her above-board. Promotion, perks, the whole parade. But they fed her a custom echo loop,  made her feel like every emotion she had was being watched for quality assurance. Six months later, she asked to be reprocessed. Voluntarily.”</w:t>
      </w:r>
    </w:p>
    <w:p>
      <w:r>
        <w:t>He shifted, jaw tight.</w:t>
      </w:r>
    </w:p>
    <w:p>
      <w:r>
        <w:t>“Jalen was from Cerinya,  one of the last places still holding out against full emotional standardization. He resisted recalibration. So they clipped his memory. Left enough to smile at system prompts, but not enough to recognise his own reflection when it looked disappointed.”</w:t>
      </w:r>
    </w:p>
    <w:p>
      <w:r>
        <w:t>He looked up at her then. Really looked.</w:t>
      </w:r>
    </w:p>
    <w:p>
      <w:r>
        <w:t>“Omnira doesn’t need to kill you to erase you. It just makes you grateful to be less.”</w:t>
      </w:r>
    </w:p>
    <w:p>
      <w:r>
        <w:t>Iris met his gaze, unwavering.</w:t>
      </w:r>
    </w:p>
    <w:p>
      <w:r>
        <w:t>“They already productised my dead sister’s laugh,” she said. “But that’s not why.” “I want in because being human shouldn't require a subscription model.”</w:t>
      </w:r>
    </w:p>
    <w:p>
      <w:r>
        <w:t>She stepped forward.</w:t>
      </w:r>
    </w:p>
    <w:p>
      <w:r>
        <w:t>“Because dignity shouldn't depend on my biometric trending score.”</w:t>
      </w:r>
    </w:p>
    <w:p>
      <w:r>
        <w:t>“Because I’m done letting an algorithm decide if I’m worth the oxygen I exhale.”</w:t>
      </w:r>
    </w:p>
    <w:p>
      <w:r>
        <w:t>A flicker of tension in her jaw.</w:t>
      </w:r>
    </w:p>
    <w:p>
      <w:r>
        <w:t>“This isn’t about grief anymore. It’s about revolt.”</w:t>
      </w:r>
    </w:p>
    <w:p>
      <w:r>
        <w:t>Jonah held her eyes.</w:t>
      </w:r>
    </w:p>
    <w:p>
      <w:r>
        <w:t>“We fight for the right to remain human.”</w:t>
      </w:r>
    </w:p>
    <w:p>
      <w:r>
        <w:t>She smiled,  not serene, not nice.</w:t>
      </w:r>
    </w:p>
    <w:p>
      <w:r>
        <w:t>“Then let Omnira™ index this: I didn’t ask for them to productise humanity. I refuse.”</w:t>
      </w:r>
    </w:p>
    <w:p>
      <w:r>
        <w:t>But even now, a sliver of doubt twisted.</w:t>
      </w:r>
    </w:p>
    <w:p>
      <w:r>
        <w:t>What if exposing Omnira™ changed nothing?</w:t>
      </w:r>
    </w:p>
    <w:p>
      <w:r>
        <w:t>What if the system absorbed resistance like it did everything else,  tagged it, rebranded it, sold it back as a personal transformation journey with a freemium upgrade model?</w:t>
      </w:r>
    </w:p>
    <w:p>
      <w:r>
        <w:t>She knew what she was risking.</w:t>
      </w:r>
    </w:p>
    <w:p>
      <w:r>
        <w:t>Not just her life,  life was almost quaint by comparison.</w:t>
      </w:r>
    </w:p>
    <w:p>
      <w:r>
        <w:t>If they caught her working with Anthros, she wouldn’t be imprisoned. She’d be refactored.</w:t>
      </w:r>
    </w:p>
    <w:p>
      <w:r>
        <w:t>Her memories would be run through integrity filters. Emotional signatures flattened. Every jagged edge of personality smoothed until she didn’t even disagree with herself anymore.</w:t>
      </w:r>
    </w:p>
    <w:p>
      <w:r>
        <w:t>They’d keep her working,  smiling. A model citizen. A proud product. She’d still walk around. Still laugh at community prompts. Maybe even thank them.</w:t>
      </w:r>
    </w:p>
    <w:p>
      <w:r>
        <w:t>And the worst part?</w:t>
      </w:r>
    </w:p>
    <w:p>
      <w:r>
        <w:t>No one would know anything had been lost.</w:t>
      </w:r>
    </w:p>
    <w:p>
      <w:r>
        <w:t>Especially not her.</w:t>
      </w:r>
    </w:p>
    <w:p>
      <w:r>
        <w:t>The hallway lights flickered. A low hum buzzed from the walls.</w:t>
      </w:r>
    </w:p>
    <w:p>
      <w:r>
        <w:t>Jonah’s head snapped up. “That’s not normal.”</w:t>
      </w:r>
    </w:p>
    <w:p>
      <w:r>
        <w:t>Footsteps. Dozens. Precise. Synchronised.</w:t>
      </w:r>
    </w:p>
    <w:p>
      <w:r>
        <w:t>The lights cut out.</w:t>
      </w:r>
    </w:p>
    <w:p>
      <w:r>
        <w:t>A soft voice crackled through the emergency speaker system:</w:t>
      </w:r>
    </w:p>
    <w:p>
      <w:r>
        <w:t>“Zone 12 anomaly. Emotional recursion detected. Deploy Hollow.”</w:t>
      </w:r>
    </w:p>
    <w:p>
      <w:r>
        <w:t>Jonah grabbed her wrist. “That’s not good. Run.”</w:t>
      </w:r>
    </w:p>
    <w:p>
      <w:r>
        <w:t>But it was too late.</w:t>
      </w:r>
    </w:p>
    <w:p>
      <w:r>
        <w:t>From both ends of the corridor, Porcelain units began to move, serene, silent, masks fixed in smiles that didn’t reach anything human.</w:t>
      </w:r>
    </w:p>
    <w:p>
      <w:r>
        <w:t>Then the sound came.</w:t>
      </w:r>
    </w:p>
    <w:p>
      <w:r>
        <w:t>Not footsteps. Something colder. Rhythmic. Machine-paced.</w:t>
      </w:r>
    </w:p>
    <w:p>
      <w:r>
        <w:t>Behind the Porcelain masks, through the haze, the Hollow emerged.</w:t>
      </w:r>
    </w:p>
    <w:p>
      <w:r>
        <w:t>Taller. Heavier. Emotionless.</w:t>
      </w:r>
    </w:p>
    <w:p>
      <w:r>
        <w:t>Their mirrored visors gleamed back the hallway in perfect symmetry,  like reality was already being rewritten.</w:t>
      </w:r>
    </w:p>
    <w:p>
      <w:r>
        <w:t>Where Porcelain People unnerved, the Hollow devoured.</w:t>
      </w:r>
    </w:p>
    <w:p>
      <w:r>
        <w:t>They didn’t move to restrain. They moved to erase.</w:t>
      </w:r>
    </w:p>
    <w:p>
      <w:r>
        <w:t>Iris clenched the crystal in her fist. This was it. Her choice made flesh. No more observing. No more hiding.</w:t>
      </w:r>
    </w:p>
    <w:p>
      <w:r>
        <w:t>She didn’t know if they’d make it out. But she knew she wasn’t going to die quietly.</w:t>
      </w:r>
    </w:p>
    <w:p>
      <w:r>
        <w:t>Chapter 2: Auction – The Beautiful Machine</w:t>
      </w:r>
    </w:p>
    <w:p>
      <w:r>
        <w:t>They ran.</w:t>
      </w:r>
    </w:p>
    <w:p>
      <w:r>
        <w:t>Not fast enough.</w:t>
      </w:r>
    </w:p>
    <w:p>
      <w:r>
        <w:t>The Hollow ™ closed in from behind, their footsteps near silent, masks serene as if chasing them was just another calm ritual.</w:t>
      </w:r>
    </w:p>
    <w:p>
      <w:r>
        <w:t>But the real fear came from the Hollow.</w:t>
      </w:r>
    </w:p>
    <w:p>
      <w:r>
        <w:t>Their stride was terrible,  not faster, just inevitable.</w:t>
      </w:r>
    </w:p>
    <w:p>
      <w:r>
        <w:t>One turned its head without turning its body. A full 180-degree pivot, smooth and soundless. Its mirrored face reflected Iris's terror back at her, a distortion of herself already lost.</w:t>
      </w:r>
    </w:p>
    <w:p>
      <w:r>
        <w:t>Jonah yanked her down a maintenance chute, boots skidding against the metal edge. “Left,” he snapped.</w:t>
      </w:r>
    </w:p>
    <w:p>
      <w:r>
        <w:t>“They’ll follow!”</w:t>
      </w:r>
    </w:p>
    <w:p>
      <w:r>
        <w:t>“They’ll try.”</w:t>
      </w:r>
    </w:p>
    <w:p>
      <w:r>
        <w:t>The tunnel narrowed. The air thinned. And then: silence.</w:t>
      </w:r>
    </w:p>
    <w:p>
      <w:r>
        <w:t>Behind them, the Hollow stopped.</w:t>
      </w:r>
    </w:p>
    <w:p>
      <w:r>
        <w:t>Just stopped.</w:t>
      </w:r>
    </w:p>
    <w:p>
      <w:r>
        <w:t>Jonah exhaled. “They don’t do vertical compression. Too narrow. Too unpredictable. Their bodies aren’t built to bend.”</w:t>
      </w:r>
    </w:p>
    <w:p>
      <w:r>
        <w:t>“You're saying they’re afraid of… ducts?”</w:t>
      </w:r>
    </w:p>
    <w:p>
      <w:r>
        <w:t>“ They can’t process environments with inconsistent math thank god. Anything not architecturally stable? It breaks the algorithm.”</w:t>
      </w:r>
    </w:p>
    <w:p>
      <w:r>
        <w:t>“So they’re fast. Brutal. Unstoppable—”</w:t>
      </w:r>
    </w:p>
    <w:p>
      <w:r>
        <w:t>“But only in clean lines.”</w:t>
      </w:r>
    </w:p>
    <w:p>
      <w:r>
        <w:t>They kept crawling.</w:t>
      </w:r>
    </w:p>
    <w:p>
      <w:r>
        <w:t>And when they emerged, panting and scraping, it was into the rafters above Omnira’s cathedral of commerce.</w:t>
      </w:r>
    </w:p>
    <w:p>
      <w:r>
        <w:t>The air was cold. The crowd below shimmered with curated hunger.</w:t>
      </w:r>
    </w:p>
    <w:p>
      <w:r>
        <w:t>Jonah pressed a finger to his lips.</w:t>
      </w:r>
    </w:p>
    <w:p>
      <w:r>
        <w:t>Watch. Don’t move. Don’t let them see you want anything.</w:t>
      </w:r>
    </w:p>
    <w:p>
      <w:r>
        <w:t>The hall breathed money. That was Iris’s first thought, muting the city into velvet hush. Not a real auction house, Omnira™ didn’t do tradition, but a reimagined cathedral of commerce, every wall panelled with glass that wasn’t glass, glowing faintly with drifting words. “Let Go. Feel Less. Live More.” The mantra pulsed in time with her heartbeat.</w:t>
      </w:r>
    </w:p>
    <w:p>
      <w:r>
        <w:t>Stay close now. I’m about to show you what it looks like when someone bids on a dead girl’s laugh. Don’t look away, I need you to see this with me.</w:t>
      </w:r>
    </w:p>
    <w:p>
      <w:r>
        <w:t>The crowd shimmered with quiet wealth. Investors, diplomats, heirs and influencers, all draped in fabrics that whispered rather than rustled. They held no wooden paddles. Instead, slim obsidian devices rested in their palms, no larger than phones, each etched with a pulsing Omnira™ sigil. Paddles of Desire™, the ads called them. They didn’t just signal bids, they measured. Heart rate. Skin temp. Micro tremors. The devices knew not only what someone offered but how badly they wanted it. Investors leaned forward as if salvation had arrived. Presidents had cited Omnira™ in speeches. To question it was to question progress itself.</w:t>
      </w:r>
    </w:p>
    <w:p>
      <w:r>
        <w:t>Human data, Iris thought, is always more valuable than money. Omnira™ wasn’t just selling memories tonight. They were cataloguing hunger.</w:t>
      </w:r>
    </w:p>
    <w:p>
      <w:r>
        <w:t>Her editor had insisted on footage, always footage. “Show them what Omnira™ looks like on the inside,” he’d said. Never who they paid, never how they operated, only the spectacle, the glitter. Enough to make headlines, never enough to wound. Sometimes she wondered if he wanted the truth or just its shadow.</w:t>
      </w:r>
    </w:p>
    <w:p>
      <w:r>
        <w:t>The lights dimmed. A hush settled, electric and reverent.</w:t>
      </w:r>
    </w:p>
    <w:p>
      <w:r>
        <w:t>Onstage, attendants drifted into view. At first glance they looked like stagehands, faces obscured by porcelain masks with fixed serene smiles. But when they moved in eerie unison, Iris’s skin prickled.</w:t>
      </w:r>
    </w:p>
    <w:p>
      <w:r>
        <w:t>The masks gleamed like bone in the auction lights, unblinking, fragile-seeming, yet Iris knew the stories. These weren’t actors or staff. They were the ones who had given too much, sold too many memories to Omnira™, and lost the thread of who they were. Not yet Hollow™, but fractured, their identities thinned to the point of obedience.</w:t>
      </w:r>
    </w:p>
    <w:p>
      <w:r>
        <w:t>Porcelain was the perfect word. Smooth on the surface. Empty inside. Easy to crack. And when they did, Omnira™ didn’t repair them. It remade them.</w:t>
      </w:r>
    </w:p>
    <w:p>
      <w:r>
        <w:t>Her gaze snagged on one who stood too close to the stage. He tilted his head in synchrony with two others, like marionettes tugged by a single string. There was beauty in it, a cruel choreography. Omnira™ didn’t waste its broken toys. It polished them, trained them, turned them into precision instruments of control.</w:t>
      </w:r>
    </w:p>
    <w:p>
      <w:r>
        <w:t>They weren’t just attendants. They were reminders. What happened when you traded too much, when you trusted Omnira™ to know how much of yourself you could afford to lose.</w:t>
      </w:r>
    </w:p>
    <w:p>
      <w:r>
        <w:t>And they were enforcers. Not by weapon, but by presence: a performance of calm brutality. Their masks smiled so the audience didn’t have to think about what was underneath.</w:t>
      </w:r>
    </w:p>
    <w:p>
      <w:r>
        <w:t>A man leaned toward his companion, voice hushed but carrying. “Porcelain is aspirational now. Shows total devotion.” His companion nodded, eyes shining. “Proof you gave everything to Omnira™. Imagine the status.”</w:t>
      </w:r>
    </w:p>
    <w:p>
      <w:r>
        <w:t>Iris’s stomach turned. Jonah rolled his eyes. Even here, even staring at the living wreckage of people hollowed out for profit, there were those who called it beautiful.</w:t>
      </w:r>
    </w:p>
    <w:p>
      <w:r>
        <w:t>She forced herself to keep filming, steady hands over shaking skin. This was the proof she needed. The Porcelain People™ weren’t an urban legend. They were standing here, watching the crowd, their blank serenity promising the same fate to anyone who fell out of line.</w:t>
      </w:r>
    </w:p>
    <w:p>
      <w:r>
        <w:t>Behind them, others emerged, taller, silent, their visors blank and mirrored.</w:t>
      </w:r>
    </w:p>
    <w:p>
      <w:r>
        <w:t>The Hollow™.</w:t>
      </w:r>
    </w:p>
    <w:p>
      <w:r>
        <w:t>She had written the phrase in her notebook once, a whisper from a source who vanished two days later. People emptied of self until nothing remained but protocol. Watching them now, she believed it.</w:t>
      </w:r>
    </w:p>
    <w:p>
      <w:r>
        <w:t>Their movements were slow, almost graceful, but too exact to be natural. Every step matched, every turn choreographed, as if the last fragments of individuality had been erased. The mirrored visors reflected the room back in perfect miniature, an endless loop of audience, auctioneer, Omnira™ branding, so no one had to see the absence underneath.</w:t>
      </w:r>
    </w:p>
    <w:p>
      <w:r>
        <w:t>And yet, the crowd didn’t recoil. They leaned forward, some with awe.</w:t>
      </w:r>
    </w:p>
    <w:p>
      <w:r>
        <w:t>“They’re serene,” a woman in pearls breathed. “Freed of burdens. No grief, no anger. Imagine the peace.”</w:t>
      </w:r>
    </w:p>
    <w:p>
      <w:r>
        <w:t>Another voice followed, reverent: “Enlightened. Like monks. Omnira™ shows us what humanity could be when purified of its noise.”</w:t>
      </w:r>
    </w:p>
    <w:p>
      <w:r>
        <w:t>Iris’s stomach turned. To Omnira™, that was inefficient. To Iris, it was the blueprint of being alive. She saw absence where they saw transcendence. They hadn’t just sold memories. They had kept selling, piece by piece, until the ledger showed zero, trauma, joy, identity, all gone. To her, it was . To them, it was aspiration packaged as calm.</w:t>
      </w:r>
    </w:p>
    <w:p>
      <w:r>
        <w:t>Looking at them now, she saw the trap. This was Omnira™’s genius: the Humanity Index™.</w:t>
      </w:r>
    </w:p>
    <w:p>
      <w:r>
        <w:t>Not domination. Not coercion. Just a scoreboard. A future where silence could be sold as virtue, and obedience could be mistaken for enlightenment. Where the more you gave away,  memory, grief, guilt, joy,  the higher your score climbed. Where people weren’t just monitored. They were gamified.</w:t>
      </w:r>
    </w:p>
    <w:p>
      <w:r>
        <w:t>Addicted to leveling up in a system that erased them for winning.</w:t>
      </w:r>
    </w:p>
    <w:p>
      <w:r>
        <w:t>Her hand trembled, steadying the camera. Human absence, branded and sanctified.</w:t>
      </w:r>
    </w:p>
    <w:p>
      <w:r>
        <w:t>A Porcelain attendant glided past, biosensor sweeping the rows. Iris froze. The visor tilted upwards towards the duct keeping Iris and Jonah hidden, screen pulsing faintly as if her hesitation registered. For a beat too long, it felt like she’d been marked. Then, without a sound, the attendant moved on.</w:t>
      </w:r>
    </w:p>
    <w:p>
      <w:r>
        <w:t>Jonah shifted subtly, to warn Iris to steady her breathing.</w:t>
      </w:r>
    </w:p>
    <w:p>
      <w:r>
        <w:t>The auctioneer appeared at the centre, wearing no mask, only a thin ring at their temple that shimmered as it pulsed. They spoke with a voice that carried without strain.</w:t>
      </w:r>
    </w:p>
    <w:p>
      <w:r>
        <w:t>“Welcome. Tonight, you will not buy objects. You will not waste yourselves on things that tarnish. Tonight, you will claim the only currency that matters: experience.”</w:t>
      </w:r>
    </w:p>
    <w:p>
      <w:r>
        <w:t>The crowd stirred, hungry.</w:t>
      </w:r>
    </w:p>
    <w:p>
      <w:r>
        <w:t>Lot One illuminated the stage: a holographic bloom of light that unfurled into a child’s first memory of snowfall, each flake distinct, each breath crystallized wonder.</w:t>
      </w:r>
    </w:p>
    <w:p>
      <w:r>
        <w:t>Gasps rippled. Paddles lifted. The devices pulsed red, gauging desire. Prices climbed in silence until a chime ended the battle. The memory dissolved like smoke.</w:t>
      </w:r>
    </w:p>
    <w:p>
      <w:r>
        <w:t>Iris forced her breathing calm. The footage would be clear enough. Her editor would be satisfied, he always was when it looked glossy. But Iris wanted something sharper. Not just spectacle. Evidence.</w:t>
      </w:r>
    </w:p>
    <w:p>
      <w:r>
        <w:t>Onstage, the auctioneer smiled. “Lot Two. Regret, first class.”</w:t>
      </w:r>
    </w:p>
    <w:p>
      <w:r>
        <w:t>Near the back, a man in grease-stained coveralls shifted uncomfortably, his PDL score blinking orange. Once a subway technician, now a memory seller, he watched pieces of his daughter’s birthday flicker into wealth he’d would never see. Beside him, a former teacher gripped her purse, praying the next lot wouldn’t be hers.</w:t>
      </w:r>
    </w:p>
    <w:p>
      <w:r>
        <w:t>The hologram spun itself into being: a teenage boy on a rain-slick street, eyes wide with guilt as headlights bore down. A car screeched. His body jolted with the impact. The memory froze on his expression, shame, horror, a thousand if onlys distilled into one unbearable second.</w:t>
      </w:r>
    </w:p>
    <w:p>
      <w:r>
        <w:t>Gasps this time, but also sighs of longing. The bidders wanted this one. Not for joy, not for nostalgia, but for power. A regret that deep could be rewound, repurposed, worn like armor.</w:t>
      </w:r>
    </w:p>
    <w:p>
      <w:r>
        <w:t>Paddles lifted. The devices pulsed crimson, capturing not just offers but the tremor of people imagining what they’d do with someone else’s ruin.</w:t>
      </w:r>
    </w:p>
    <w:p>
      <w:r>
        <w:t>Iris’s stomach lurched. She told herself to keep her eyes on the stage, not on the buyers’ faces, not on how their pupils dilated as if they were falling in love with misery.</w:t>
      </w:r>
    </w:p>
    <w:p>
      <w:r>
        <w:t>From the shadows, Jonah catalogued it all. He had seen regret sell for obscene sums before, but never watched it through someone else’s eyes like this. Iris’s shoulders stiffened with each rising bid, her rage threaded with disbelief.</w:t>
      </w:r>
    </w:p>
    <w:p>
      <w:r>
        <w:t>He admired that. Disbelief meant she hadn’t given up yet. Most people stopped disbelieving once they saw what Omnira™ could really do. They surrendered awe to habit. He wondered how long before she broke.</w:t>
      </w:r>
    </w:p>
    <w:p>
      <w:r>
        <w:t>The chime sounded. The regret was gone, sealed into Omnira™’s vault, parcelled for delivery to its new owner. The boy in the memory would never be consulted, never compensated. His ruin was now someone else’s currency.</w:t>
      </w:r>
    </w:p>
    <w:p>
      <w:r>
        <w:t>Applause, polite and perfunctory. The room was addicted, already twitching for the next high.</w:t>
      </w:r>
    </w:p>
    <w:p>
      <w:r>
        <w:t>Iris scribbled a note on the cuff of her palm, a habit from years of field reporting. Not artifacts. Evidence. Always evidence.</w:t>
      </w:r>
    </w:p>
    <w:p>
      <w:r>
        <w:t>But her pulse was still ragged. And Jonah, watching, knew that if she didn’t get control of it soon, Omnira™’s scanners would mark her as out of rhythm. And then the Porcelain People™ would start to notice.</w:t>
      </w:r>
    </w:p>
    <w:p>
      <w:r>
        <w:t>The Porcelain masks turned in perfect synchrony, their fixed smiles catching the stage light. Not toward the bidders. Towards the air duct. Iris and Jonah froze. For an instant she thought she’d imagined it, that the heat crawling her spine was just paranoia. But no, their heads tilted in eerie unison, their blank serenity sharpened into something cruel.</w:t>
      </w:r>
    </w:p>
    <w:p>
      <w:r>
        <w:t>They had noticed.</w:t>
      </w:r>
    </w:p>
    <w:p>
      <w:r>
        <w:t>Her pulse was out of sync with the room’s desire. And Omnira™ 's algorithms read anomalies as threats.</w:t>
      </w:r>
    </w:p>
    <w:p>
      <w:r>
        <w:t>She forced her shoulders to relax, tried to mimic the audience’s greedy lean, even lifted her paddle a fraction as if she, too, were caught in the hunger. But her hand shook, betraying her.</w:t>
      </w:r>
    </w:p>
    <w:p>
      <w:r>
        <w:t>Jonah tensed. The Porcelain didn’t usually act unless prompted, but their gaze was a warning. He knew how quickly a warning became a removal.</w:t>
      </w:r>
    </w:p>
    <w:p>
      <w:r>
        <w:t>He could intervene. A diversion, a timed static burst from the jammer in his pocket, enough to scramble readings for thirty seconds. But that would mean stepping out of cover.</w:t>
      </w:r>
    </w:p>
    <w:p>
      <w:r>
        <w:t>The auctioneer’s ring pulsed brighter. “Lot Four. A wedding.”</w:t>
      </w:r>
    </w:p>
    <w:p>
      <w:r>
        <w:t>Near the back, a man in grease-stained coveralls shifted uncomfortably, his PDL score blinking orange. Once a subway technician, now a memory seller, he watched pieces of his daughter’s birthday flicker into wealth he’d never see. Beside him, a former teacher gripped her purse, praying the next lot wouldn’t be hers.</w:t>
      </w:r>
    </w:p>
    <w:p>
      <w:r>
        <w:t>The hologram unfolded: rain streaking down a borrowed suit, lace clinging to lips, joy burning through poverty and damp. The crowd sighed in collective ache. Some leaned closer as if the warmth of love could radiate through light.</w:t>
      </w:r>
    </w:p>
    <w:p>
      <w:r>
        <w:t>Iris’s throat tightened. Against her will, she leaned too. For a heartbeat she was there, beneath that veil, in the glow of love so pure it ignored circumstance. Her fury wavered, replaced by a dangerous longing.</w:t>
      </w:r>
    </w:p>
    <w:p>
      <w:r>
        <w:t>Jonah felt it. Everyone did. The Porcelain masks swiveled back to the crowd, satisfied. The anomaly had resolved, for now.</w:t>
      </w:r>
    </w:p>
    <w:p>
      <w:r>
        <w:t>He let out a breath he hadn’t realised he was holding. But he made a note: she was susceptible. Even her disgust could bend under Omnira™’s illusions. That made her human. That made her vulnerable.</w:t>
      </w:r>
    </w:p>
    <w:p>
      <w:r>
        <w:t>And it made him certain: if he didn’t keep her alive, the Market would swallow her whole.</w:t>
      </w:r>
    </w:p>
    <w:p>
      <w:r>
        <w:t>The wedding dissolved into vapor as the chime sounded, leaving the audience flushed, as though they had tasted love something unfamiliar lodged behind her ribs. Laughter rolled through the crowd, brittle but eager, the sound of people pretending they weren’t shaken.</w:t>
      </w:r>
    </w:p>
    <w:p>
      <w:r>
        <w:t>Below Iris, two men whispered over their paddles. “Worth every credit,” one said. “She’ll never look at me that way, not really. But this? This can be replayed. Indexed. My wife doesn’t have to know.”</w:t>
      </w:r>
    </w:p>
    <w:p>
      <w:r>
        <w:t>The other nodded, eyes already glassy with anticipation. “My Index score will jump. They track longing now, did you hear? Even simulated intimacy adds points.”</w:t>
      </w:r>
    </w:p>
    <w:p>
      <w:r>
        <w:t>She angled her wrist, making sure the recorder in her sleeve caught their words. This was more than a spectacle. This was structure, architecture, a scaffolding of control being built in real time. If she could smuggle this evidence out, maybe it wouldn’t vanish like all the others.</w:t>
      </w:r>
    </w:p>
    <w:p>
      <w:r>
        <w:t>If she missed her moment, the cost would be blood and memory. . .</w:t>
      </w:r>
    </w:p>
    <w:p>
      <w:r>
        <w:t>Jonah shifted next to her. Now he understood why she was here, not just for the glitter, not like the rest. She was chasing the core, the rot in Omnira™’s foundation.</w:t>
      </w:r>
    </w:p>
    <w:p>
      <w:r>
        <w:t>And that made her dangerous.</w:t>
      </w:r>
    </w:p>
    <w:p>
      <w:r>
        <w:t>He hadn’t come for her. Not exactly. He had come to observe, to see if the rumours were true, if the journalist who’d been prying at Omnira™’s edges had teeth, or if she was just another moth burning itself against the Market’s glow.</w:t>
      </w:r>
    </w:p>
    <w:p>
      <w:r>
        <w:t>But now he saw her  in rage, saw the way she clenched her jaw to keep from speaking when she should have kept her head down. She’ll make a good addition to Anthros. He saw how she didn’t just look, she recorded, documented, carved truth into fragile evidence Omnira™ would erase the moment it surfaced.</w:t>
      </w:r>
    </w:p>
    <w:p>
      <w:r>
        <w:t>He had watched enough good people vanish. Whispers swallowed, sources silenced, allies hollowed. The Market had a hundred ways to erase dissent. He couldn’t let it erase her too.</w:t>
      </w:r>
    </w:p>
    <w:p>
      <w:r>
        <w:t>That was why Jonah watched her. Not because he trusted her. Not yet. But because she was one of the few still willing to disbelieve. And disbelief, he knew, was the first step toward war. He remembered the chair, cold, humming. A memory nearly stripped. Not enough to Hollow™ him, but enough to haunt him. He hadn’t run from Omnira™ out of rebellion. He’d run because survival meant silence.</w:t>
      </w:r>
    </w:p>
    <w:p>
      <w:r>
        <w:t>The auctioneer raised their hands. The ring at their temple flared like a second sun.</w:t>
      </w:r>
    </w:p>
    <w:p>
      <w:r>
        <w:t>“Lot Five,” they said, voice velvet. “A missed opportunity. A single hesitation that changed a life.”</w:t>
      </w:r>
    </w:p>
    <w:p>
      <w:r>
        <w:t>The hologram unfurled: a young man on a train platform, lips parting, then sealing shut as the woman beside him stepped away forever. No grand tragedy, no blood or loss, only the unbearable knowledge of what might have been.</w:t>
      </w:r>
    </w:p>
    <w:p>
      <w:r>
        <w:t>The crowd gasped, soft and hungry. Paddles rose. Desire surged not for the memory itself but for the power it promised: to replay a moment of almost, to imagine another ending, to own a fragment of possibility.</w:t>
      </w:r>
    </w:p>
    <w:p>
      <w:r>
        <w:t>Iris’s throat closed. She remembered doors she hadn’t opened, words she hadn’t spoken. For a dangerous instant she leaned forward with them, breath caught, hand twitching toward her paddle.</w:t>
      </w:r>
    </w:p>
    <w:p>
      <w:r>
        <w:t>She stopped herself, nails digging crescents into her palm. Witness. Observe. Survive.</w:t>
      </w:r>
    </w:p>
    <w:p>
      <w:r>
        <w:t>Jonah watched her fight it. That fight was rare. Most surrendered without hesitation. She hadn’t yet.</w:t>
      </w:r>
    </w:p>
    <w:p>
      <w:r>
        <w:t>But he saw the Porcelain masks turn again, their smiles fixed, their focus settling on the air duct yet again.</w:t>
      </w:r>
    </w:p>
    <w:p>
      <w:r>
        <w:t>The air tasted like plastic and desire.</w:t>
      </w:r>
    </w:p>
    <w:p>
      <w:r>
        <w:t>Inside the vent, everything held its breath.</w:t>
      </w:r>
    </w:p>
    <w:p>
      <w:r>
        <w:t>Chapter 3: Corrupted</w:t>
      </w:r>
    </w:p>
    <w:p>
      <w:r>
        <w:t>The crawlspace narrowed. Metal scraped against Iris’s spine, her palms slick with sweat as she dragged herself forward, heartbeat drowning out thought.</w:t>
      </w:r>
    </w:p>
    <w:p>
      <w:r>
        <w:t>Below, Omnira’s cathedral of consumption buzzed with memory auctions and algorithmic hunger. Above, silence pressed like concrete. The kind that wasn’t absence,  but surveillance.</w:t>
      </w:r>
    </w:p>
    <w:p>
      <w:r>
        <w:t>Jonah’s whisper crackled in her earpiece: “Wait. Let me loop their feed. You’ve got 30 seconds.”</w:t>
      </w:r>
    </w:p>
    <w:p>
      <w:r>
        <w:t>“I don’t need 30,” she said, her voice cracking through the silence. Her hand wasn’t.</w:t>
      </w:r>
    </w:p>
    <w:p>
      <w:r>
        <w:t>She dropped silently from the grate, boots kissing the polished floor of the upper corridor. The air here was colder. Still scented with rose-oil diffusers and anesthetised luxury, but wrong,  like something had already seen her.</w:t>
      </w:r>
    </w:p>
    <w:p>
      <w:r>
        <w:t>Reader: You think you’d know when your memories had been altered, right? That you'd feel the breach? I did too. So what should I trust now, you, or this trembling version of myself?</w:t>
      </w:r>
    </w:p>
    <w:p>
      <w:r>
        <w:t>She didn’t run.</w:t>
      </w:r>
    </w:p>
    <w:p>
      <w:r>
        <w:t>She walked with purpose, coat zipped high, eyes blank. Her recording cuff buzzed faintly beneath her sleeve.</w:t>
      </w:r>
    </w:p>
    <w:p>
      <w:r>
        <w:t>Everything was there. The auction. The Porcelain. The Hollow. The hunger. The theft.</w:t>
      </w:r>
    </w:p>
    <w:p>
      <w:r>
        <w:t>She’d caught it. Witnessed it. Captured it.</w:t>
      </w:r>
    </w:p>
    <w:p>
      <w:r>
        <w:t>Truth, portable.</w:t>
      </w:r>
    </w:p>
    <w:p>
      <w:r>
        <w:t>She ducked into a sanitation alcove. Scanned her vitals. Normal. Just adrenaline. Just the kind you feel when the world’s about to shift under your feet.</w:t>
      </w:r>
    </w:p>
    <w:p>
      <w:r>
        <w:t>Iris thumbed her recorder’s interface.</w:t>
      </w:r>
    </w:p>
    <w:p>
      <w:r>
        <w:t>PLAYBACK: 21:49</w:t>
      </w:r>
    </w:p>
    <w:p>
      <w:r>
        <w:t>No sound.</w:t>
      </w:r>
    </w:p>
    <w:p>
      <w:r>
        <w:t>Then—</w:t>
      </w:r>
    </w:p>
    <w:p>
      <w:r>
        <w:t>A warble. Static. Her voice emerged.</w:t>
      </w:r>
    </w:p>
    <w:p>
      <w:r>
        <w:t>“Whitaker. 21:49. Subjective reading…”</w:t>
      </w:r>
    </w:p>
    <w:p>
      <w:r>
        <w:t>But the words were wrong.</w:t>
      </w:r>
    </w:p>
    <w:p>
      <w:r>
        <w:t>“I feel… calm. Restored. Omnira has helped me regulate.”</w:t>
      </w:r>
    </w:p>
    <w:p>
      <w:r>
        <w:t>She blinked.</w:t>
      </w:r>
    </w:p>
    <w:p>
      <w:r>
        <w:t>“Grief is inefficient. Emotion must evolve.”</w:t>
      </w:r>
    </w:p>
    <w:p>
      <w:r>
        <w:t>No.</w:t>
      </w:r>
    </w:p>
    <w:p>
      <w:r>
        <w:t>That wasn’t what she said. That wasn’t what she’d recorded. She rewound. Played again. Same cadence. Same inflection. Her voice. Her tone. But not her words. Her blood ran cold.</w:t>
      </w:r>
    </w:p>
    <w:p>
      <w:r>
        <w:t>Omnira hadn’t just corrupted the file. It had rewritten her memory of the memory. Reality was editable.</w:t>
      </w:r>
    </w:p>
    <w:p>
      <w:r>
        <w:t>She yanked the recorder from her wrist. Almost threw it. Stopped. A chime rang out. Not in the room. Not on the device. From above.</w:t>
      </w:r>
    </w:p>
    <w:p>
      <w:r>
        <w:t>An ad panel flickered to life, unprompted. No one was around. The screen filled with her face.</w:t>
      </w:r>
    </w:p>
    <w:p>
      <w:r>
        <w:t>“Iris Whitaker: Emotional Equilibrium Achieved.”</w:t>
      </w:r>
    </w:p>
    <w:p>
      <w:r>
        <w:t>Her image smiled. Too wide. Too serene.</w:t>
      </w:r>
    </w:p>
    <w:p>
      <w:r>
        <w:t>The words glitched.</w:t>
      </w:r>
    </w:p>
    <w:p>
      <w:r>
        <w:t>“Equilibrium…”</w:t>
      </w:r>
    </w:p>
    <w:p>
      <w:r>
        <w:t>“…Error…”</w:t>
      </w:r>
    </w:p>
    <w:p>
      <w:r>
        <w:t>“…SEEN.”</w:t>
      </w:r>
    </w:p>
    <w:p>
      <w:r>
        <w:t>Iris turned and bolted.</w:t>
      </w:r>
    </w:p>
    <w:p>
      <w:r>
        <w:t>She didn’t remember leaving the alcove. Didn’t register the corridor narrowing. Just her boots hitting synthetic stone, breath catching like a faulty loop.</w:t>
      </w:r>
    </w:p>
    <w:p>
      <w:r>
        <w:t>She burst into the promenade and slammed into someone.</w:t>
      </w:r>
    </w:p>
    <w:p>
      <w:r>
        <w:t>A man. Courier vest. Hood drawn. A black envelope dropped from his pocket as he stumbled away.</w:t>
      </w:r>
    </w:p>
    <w:p>
      <w:r>
        <w:t>No apology. No turn of the head.</w:t>
      </w:r>
    </w:p>
    <w:p>
      <w:r>
        <w:t>Gone.</w:t>
      </w:r>
    </w:p>
    <w:p>
      <w:r>
        <w:t>She snatched the envelope off the ground. No label. Just a line etched in ink like burned nerve endings:</w:t>
      </w:r>
    </w:p>
    <w:p>
      <w:r>
        <w:t>“Truth isn’t always a memory. Sometimes it’s a decision.”</w:t>
      </w:r>
    </w:p>
    <w:p>
      <w:r>
        <w:t>Inside, a thumb drive. Analog. Old. Smudged by skin. Human. She pocketed it.</w:t>
      </w:r>
    </w:p>
    <w:p>
      <w:r>
        <w:t>A hiss of breath behind her.</w:t>
      </w:r>
    </w:p>
    <w:p>
      <w:r>
        <w:t>Jonah.</w:t>
      </w:r>
    </w:p>
    <w:p>
      <w:r>
        <w:t>“You shouldn’t be here,” he said.</w:t>
      </w:r>
    </w:p>
    <w:p>
      <w:r>
        <w:t>She turned, chest heaving. “Too late.”</w:t>
      </w:r>
    </w:p>
    <w:p>
      <w:r>
        <w:t>His eyes flicked to the envelope in her hand.</w:t>
      </w:r>
    </w:p>
    <w:p>
      <w:r>
        <w:t>“I saw it happen,” she snapped. “The file’s gone. Worse. Rewritten. They’re not just watching us.”</w:t>
      </w:r>
    </w:p>
    <w:p>
      <w:r>
        <w:t>“They’re correcting you,” he said.</w:t>
      </w:r>
    </w:p>
    <w:p>
      <w:r>
        <w:t>She grabbed his jacket. “You knew this could happen.”</w:t>
      </w:r>
    </w:p>
    <w:p>
      <w:r>
        <w:t>He didn’t flinch. “I didn’t know you’d matter enough to be edited.”</w:t>
      </w:r>
    </w:p>
    <w:p>
      <w:r>
        <w:t>“That was my proof.”</w:t>
      </w:r>
    </w:p>
    <w:p>
      <w:r>
        <w:t>“No,” he said quietly. “That was your trust. Now you’ve lost it. That’s better.”</w:t>
      </w:r>
    </w:p>
    <w:p>
      <w:r>
        <w:t>She stepped back. Shaking. Her hands. Her breath. Her belief.</w:t>
      </w:r>
    </w:p>
    <w:p>
      <w:r>
        <w:t>Above them, a camera whirred softly. Nothing aggressive. Just present.</w:t>
      </w:r>
    </w:p>
    <w:p>
      <w:r>
        <w:t>Jonah’s voice dropped. “You’re tagged now. Every kiosk, every lens. You show up anywhere clean, you’ll glitch the system.”</w:t>
      </w:r>
    </w:p>
    <w:p>
      <w:r>
        <w:t>Iris looked down at her recorder. Then to the envelope. Then to her hands — as if they might already be infected.</w:t>
      </w:r>
    </w:p>
    <w:p>
      <w:r>
        <w:t>“How do I fix it?”</w:t>
      </w:r>
    </w:p>
    <w:p>
      <w:r>
        <w:t>He didn’t answer.</w:t>
      </w:r>
    </w:p>
    <w:p>
      <w:r>
        <w:t>“I asked you a question.”</w:t>
      </w:r>
    </w:p>
    <w:p>
      <w:r>
        <w:t>He looked away. “You don’t.”</w:t>
      </w:r>
    </w:p>
    <w:p>
      <w:r>
        <w:t>Silence.</w:t>
      </w:r>
    </w:p>
    <w:p>
      <w:r>
        <w:t>Then a message pinged on the lens overlay across her right eye.</w:t>
      </w:r>
    </w:p>
    <w:p>
      <w:r>
        <w:t>HUMANITY INDEX: PENDING REASSESSMENT</w:t>
      </w:r>
    </w:p>
    <w:p>
      <w:r>
        <w:t>EMOTIONAL CONGRUENCE: LOW</w:t>
      </w:r>
    </w:p>
    <w:p>
      <w:r>
        <w:t>STATUS: OBSERVED</w:t>
      </w:r>
    </w:p>
    <w:p>
      <w:r>
        <w:t>A slow chill slid down her spine.</w:t>
      </w:r>
    </w:p>
    <w:p>
      <w:r>
        <w:t>“Do you want to run?” Jonah asked.</w:t>
      </w:r>
    </w:p>
    <w:p>
      <w:r>
        <w:t>She looked up. “Do I have a choice?”</w:t>
      </w:r>
    </w:p>
    <w:p>
      <w:r>
        <w:t>“No. But you have a direction.”</w:t>
      </w:r>
    </w:p>
    <w:p>
      <w:r>
        <w:t>He handed her a slip of paper. Actual paper. Faded and thin.</w:t>
      </w:r>
    </w:p>
    <w:p>
      <w:r>
        <w:t>A subway map. Decommissioned. Obsolete.</w:t>
      </w:r>
    </w:p>
    <w:p>
      <w:r>
        <w:t>A red X marked a forgotten node beneath the city’s bones.</w:t>
      </w:r>
    </w:p>
    <w:p>
      <w:r>
        <w:t>“Anthros?” she asked.</w:t>
      </w:r>
    </w:p>
    <w:p>
      <w:r>
        <w:t>“No.”</w:t>
      </w:r>
    </w:p>
    <w:p>
      <w:r>
        <w:t>His face hardened. Something about the way he looked at the screen, not with fear, but with a kind of hollow familiarity, made her pulse race.</w:t>
      </w:r>
    </w:p>
    <w:p>
      <w:r>
        <w:t>“Somewhere they haven’t cleaned yet.”</w:t>
      </w:r>
    </w:p>
    <w:p>
      <w:r>
        <w:t>He didn’t explain further. Didn’t need to.</w:t>
      </w:r>
    </w:p>
    <w:p>
      <w:r>
        <w:t>There weren’t many places left that hadn’t been vacuumed of context, paved over with glossy wellness metrics and branded silence.</w:t>
      </w:r>
    </w:p>
    <w:p>
      <w:r>
        <w:t>If it hadn’t been cleaned, it meant it had been forgotten on purpose.</w:t>
      </w:r>
    </w:p>
    <w:p>
      <w:r>
        <w:t>Or worse,  it had remembered itself.</w:t>
      </w:r>
    </w:p>
    <w:p>
      <w:r>
        <w:t>Iris nodded once. Folded the map. Pocketed it.</w:t>
      </w:r>
    </w:p>
    <w:p>
      <w:r>
        <w:t>Then she looked up.</w:t>
      </w:r>
    </w:p>
    <w:p>
      <w:r>
        <w:t>Three Porcelain units were watching from across the street. Not moving. Not chasing.</w:t>
      </w:r>
    </w:p>
    <w:p>
      <w:r>
        <w:t>Just... smiling.</w:t>
      </w:r>
    </w:p>
    <w:p>
      <w:r>
        <w:t>Their masks tilted in perfect sync.</w:t>
      </w:r>
    </w:p>
    <w:p>
      <w:r>
        <w:t>Jonah grabbed her arm. “We have thirty seconds. You take the tunnels. I’ll go loud.”</w:t>
      </w:r>
    </w:p>
    <w:p>
      <w:r>
        <w:t>She jerked away. “You’ll get flagged.”</w:t>
      </w:r>
    </w:p>
    <w:p>
      <w:r>
        <w:t>“I already am.”</w:t>
      </w:r>
    </w:p>
    <w:p>
      <w:r>
        <w:t>He held her gaze for a beat. “You still want to be human?”</w:t>
      </w:r>
    </w:p>
    <w:p>
      <w:r>
        <w:t>Her throat was dry. “Always.”</w:t>
      </w:r>
    </w:p>
    <w:p>
      <w:r>
        <w:t>“Then run.”</w:t>
      </w:r>
    </w:p>
    <w:p>
      <w:r>
        <w:t>A shape shifted in the mist. Her breath snagged. She turned and bolted into the fog, feet striking the slick street with force.</w:t>
      </w:r>
    </w:p>
    <w:p>
      <w:r>
        <w:t>Behind her, something hissed static across the air:</w:t>
      </w:r>
    </w:p>
    <w:p>
      <w:r>
        <w:t>“Iris Whitaker: Emotional Reintegration Scheduled.”</w:t>
      </w:r>
    </w:p>
    <w:p>
      <w:r>
        <w:t>Reintegration wasn’t punishment, not officially. It was Omnira’s version of a tune-up: a gentle, data-informed procedure to bring wayward citizens “back into alignment with optimal emotional clarity.”</w:t>
      </w:r>
    </w:p>
    <w:p>
      <w:r>
        <w:t>In practice, it meant wiping whatever part of you had started to remember how to ache in private.</w:t>
      </w:r>
    </w:p>
    <w:p>
      <w:r>
        <w:t>It meant curated amnesia.</w:t>
      </w:r>
    </w:p>
    <w:p>
      <w:r>
        <w:t>It meant smiling through the deletion of yourself and saying thank you in a tone measured for gratitude compliance.</w:t>
      </w:r>
    </w:p>
    <w:p>
      <w:r>
        <w:t>She kept walking.</w:t>
      </w:r>
    </w:p>
    <w:p>
      <w:r>
        <w:t>But her breath came shorter.</w:t>
      </w:r>
    </w:p>
    <w:p>
      <w:r>
        <w:t>The system didn’t raise alarms.</w:t>
      </w:r>
    </w:p>
    <w:p>
      <w:r>
        <w:t>It simply waited,  like a door she hadn’t meant to open that was now quietly swinging shut behind her.</w:t>
      </w:r>
    </w:p>
    <w:p>
      <w:r>
        <w:t>London swallowed her. But the system did not.</w:t>
      </w:r>
    </w:p>
    <w:p>
      <w:r>
        <w:t>Chapter 4: The Fugitive Thread</w:t>
      </w:r>
    </w:p>
    <w:p>
      <w:r>
        <w:t>Chapter 4 – The Fugitive Thread</w:t>
      </w:r>
    </w:p>
    <w:p>
      <w:r>
        <w:t>(REWRITTEN VERSION)</w:t>
      </w:r>
    </w:p>
    <w:p>
      <w:r>
        <w:t>The city struck her like static — sharp, bitter, too real.</w:t>
      </w:r>
    </w:p>
    <w:p>
      <w:r>
        <w:t>Gone was the cathedral hush of Omnira’s auction chamber. In its place: diesel air, neon fog, and a hundred eyes hidden in concrete. Every surface gleamed with something watching. Iris kept her coat high, eyes low, pulse a metronome of discipline.</w:t>
      </w:r>
    </w:p>
    <w:p>
      <w:r>
        <w:t>But her hands wouldn’t stop shaking.</w:t>
      </w:r>
    </w:p>
    <w:p>
      <w:r>
        <w:t>Not from fear. Not exactly. From memory.</w:t>
      </w:r>
    </w:p>
    <w:p>
      <w:r>
        <w:t>Her sister’s laugh still rang in her skull, mutilated and polished, sold as joy. Mara, carved into a soundbite. She had sworn she wouldn’t cry. So instead, she burned.</w:t>
      </w:r>
    </w:p>
    <w:p>
      <w:r>
        <w:t>She ducked into a service alley, dragging breath from cold lungs. Her recorder buzzed beneath her sleeve, syncing silently. She checked the playback.</w:t>
      </w:r>
    </w:p>
    <w:p>
      <w:r>
        <w:t>“Whitaker. 21:49. Auction hall. Emotional commodification in realtime...”</w:t>
      </w:r>
    </w:p>
    <w:p>
      <w:r>
        <w:t>Her voice. Her cadence.</w:t>
      </w:r>
    </w:p>
    <w:p>
      <w:r>
        <w:t>But the words?</w:t>
      </w:r>
    </w:p>
    <w:p>
      <w:r>
        <w:t>“Emotional clarity achieved. Praise Omnira for stabilising my longing...”</w:t>
      </w:r>
    </w:p>
    <w:p>
      <w:r>
        <w:t>Her stomach turned.</w:t>
      </w:r>
    </w:p>
    <w:p>
      <w:r>
        <w:t>That wasn’t her.</w:t>
      </w:r>
    </w:p>
    <w:p>
      <w:r>
        <w:t>The system hadn’t just corrupted the file. It had rewritten her tone, her intent, her memory. It had mimicked her belief — a synthetic echo in her own voice.</w:t>
      </w:r>
    </w:p>
    <w:p>
      <w:r>
        <w:t>“Shit.”</w:t>
      </w:r>
    </w:p>
    <w:p>
      <w:r>
        <w:t>She backed against the wall. Breath caught. Mind racing.</w:t>
      </w:r>
    </w:p>
    <w:p>
      <w:r>
        <w:t>What if nothing she recorded was safe?</w:t>
      </w:r>
    </w:p>
    <w:p>
      <w:r>
        <w:t>What if she was no longer safe from herself?</w:t>
      </w:r>
    </w:p>
    <w:p>
      <w:r>
        <w:t>A faint vibration. A new notification:</w:t>
      </w:r>
    </w:p>
    <w:p>
      <w:r>
        <w:t>HUMANITY INDEX: PENDING. TRACE LEVEL: YELLOW. CONGRUENCE: LOW.</w:t>
      </w:r>
    </w:p>
    <w:p>
      <w:r>
        <w:t>She slammed the cuff into standby mode.</w:t>
      </w:r>
    </w:p>
    <w:p>
      <w:r>
        <w:t>And then — movement.</w:t>
      </w:r>
    </w:p>
    <w:p>
      <w:r>
        <w:t>A courier in a grey jumpsuit slipped out of a side archway, moving like someone who knew how to be ignored. A black data case tucked under one arm. The kind that wasn’t supposed to exist anymore.</w:t>
      </w:r>
    </w:p>
    <w:p>
      <w:r>
        <w:t>Iris moved.</w:t>
      </w:r>
    </w:p>
    <w:p>
      <w:r>
        <w:t>No thought. Instinct. A hunter chasing a thread before the system could erase it.</w:t>
      </w:r>
    </w:p>
    <w:p>
      <w:r>
        <w:t>She tracked him through shadowed streets, boots silent against wet stone, weaving past synthetic pop-ups and memory kiosks. He didn’t notice her. Or he pretended not to.</w:t>
      </w:r>
    </w:p>
    <w:p>
      <w:r>
        <w:t>He led her to an abandoned printworks — rusted doors, dead signs, the kind of place Omnira usually erased by morning.</w:t>
      </w:r>
    </w:p>
    <w:p>
      <w:r>
        <w:t>She hesitated only a second.</w:t>
      </w:r>
    </w:p>
    <w:p>
      <w:r>
        <w:t>Then slipped inside.</w:t>
      </w:r>
    </w:p>
    <w:p>
      <w:r>
        <w:t>It smelled like ink and rot. Old presses loomed in the dark like sleeping beasts. Her pen-light flared. Dust danced.</w:t>
      </w:r>
    </w:p>
    <w:p>
      <w:r>
        <w:t>The courier was gone.</w:t>
      </w:r>
    </w:p>
    <w:p>
      <w:r>
        <w:t>But the data case sat open on a crate. Waiting. Deliberate.</w:t>
      </w:r>
    </w:p>
    <w:p>
      <w:r>
        <w:t>She approached slowly, cuff set to record.</w:t>
      </w:r>
    </w:p>
    <w:p>
      <w:r>
        <w:t>A screen flared to life behind it.</w:t>
      </w:r>
    </w:p>
    <w:p>
      <w:r>
        <w:t>SEEK. WATCH. FOLLOW.</w:t>
      </w:r>
    </w:p>
    <w:p>
      <w:r>
        <w:t>Then:</w:t>
      </w:r>
    </w:p>
    <w:p>
      <w:r>
        <w:t>BEGIN REAL-TIME PROJECTION: AUTHORITY WAIVED.</w:t>
      </w:r>
    </w:p>
    <w:p>
      <w:r>
        <w:t>A single button blinked.</w:t>
      </w:r>
    </w:p>
    <w:p>
      <w:r>
        <w:t>She pressed it.</w:t>
      </w:r>
    </w:p>
    <w:p>
      <w:r>
        <w:t>The reel began.</w:t>
      </w:r>
    </w:p>
    <w:p>
      <w:r>
        <w:t>But it wasn’t a memory. Not exactly. It was her.</w:t>
      </w:r>
    </w:p>
    <w:p>
      <w:r>
        <w:t>Standing here. In this room.</w:t>
      </w:r>
    </w:p>
    <w:p>
      <w:r>
        <w:t>But off.</w:t>
      </w:r>
    </w:p>
    <w:p>
      <w:r>
        <w:t>Her coat was zipped higher. Her hair slightly different. The way she reached for the crate — too smooth. Her posture — serene.</w:t>
      </w:r>
    </w:p>
    <w:p>
      <w:r>
        <w:t>She watched herself kneel. Watch herself open the case.</w:t>
      </w:r>
    </w:p>
    <w:p>
      <w:r>
        <w:t>Then speak:</w:t>
      </w:r>
    </w:p>
    <w:p>
      <w:r>
        <w:t>“Whitaker, 22:14. I trust Omnira’s calibration process. It has helped me restore emotional efficiency—”</w:t>
      </w:r>
    </w:p>
    <w:p>
      <w:r>
        <w:t>She staggered back. Her recorded self looked calm, almost devout.</w:t>
      </w:r>
    </w:p>
    <w:p>
      <w:r>
        <w:t>That wasn’t a memory. It was a future she hadn’t chosen yet.</w:t>
      </w:r>
    </w:p>
    <w:p>
      <w:r>
        <w:t>“You are being aligned,” the screen read.</w:t>
      </w:r>
    </w:p>
    <w:p>
      <w:r>
        <w:t>“Authenticity is inefficient.”</w:t>
      </w:r>
    </w:p>
    <w:p>
      <w:r>
        <w:t>Then the lights in the room shifted.</w:t>
      </w:r>
    </w:p>
    <w:p>
      <w:r>
        <w:t>A soft blue glow, synthetic and warm. The kind used in Omnira’s Comfort Wings.</w:t>
      </w:r>
    </w:p>
    <w:p>
      <w:r>
        <w:t>And a voice.</w:t>
      </w:r>
    </w:p>
    <w:p>
      <w:r>
        <w:t>Her own. Slightly wrong.</w:t>
      </w:r>
    </w:p>
    <w:p>
      <w:r>
        <w:t>“I don’t remember what I came here for. But I feel… better.”</w:t>
      </w:r>
    </w:p>
    <w:p>
      <w:r>
        <w:t>She screamed.</w:t>
      </w:r>
    </w:p>
    <w:p>
      <w:r>
        <w:t>Not loud.</w:t>
      </w:r>
    </w:p>
    <w:p>
      <w:r>
        <w:t>But enough to feel human.</w:t>
      </w:r>
    </w:p>
    <w:p>
      <w:r>
        <w:t>Behind her, metal groaned. The door.</w:t>
      </w:r>
    </w:p>
    <w:p>
      <w:r>
        <w:t>She spun, brandishing the shock pen.</w:t>
      </w:r>
    </w:p>
    <w:p>
      <w:r>
        <w:t>But it wasn’t Porcelain.</w:t>
      </w:r>
    </w:p>
    <w:p>
      <w:r>
        <w:t>It was Jonah.</w:t>
      </w:r>
    </w:p>
    <w:p>
      <w:r>
        <w:t>Expression unreadable. Eyes hard.</w:t>
      </w:r>
    </w:p>
    <w:p>
      <w:r>
        <w:t>“You triggered it,” he said.</w:t>
      </w:r>
    </w:p>
    <w:p>
      <w:r>
        <w:t>“No shit,” she snapped. “What the hell was that?”</w:t>
      </w:r>
    </w:p>
    <w:p>
      <w:r>
        <w:t>He stepped inside, gaze flicking across the case, the screen, her face.</w:t>
      </w:r>
    </w:p>
    <w:p>
      <w:r>
        <w:t>“It’s a projection reel. Not for viewing. For testing. They’re perfecting predictive overwrites.”</w:t>
      </w:r>
    </w:p>
    <w:p>
      <w:r>
        <w:t>“Of what?”</w:t>
      </w:r>
    </w:p>
    <w:p>
      <w:r>
        <w:t>He didn’t answer.</w:t>
      </w:r>
    </w:p>
    <w:p>
      <w:r>
        <w:t>She stared at him. “You knew this might happen.”</w:t>
      </w:r>
    </w:p>
    <w:p>
      <w:r>
        <w:t>“I needed to know if you'd flinch.”</w:t>
      </w:r>
    </w:p>
    <w:p>
      <w:r>
        <w:t>A beat. The air between them turned sharp.</w:t>
      </w:r>
    </w:p>
    <w:p>
      <w:r>
        <w:t>“You used me?”</w:t>
      </w:r>
    </w:p>
    <w:p>
      <w:r>
        <w:t>“I protected you. Barely.”</w:t>
      </w:r>
    </w:p>
    <w:p>
      <w:r>
        <w:t>Her hand trembled. “That reel wasn’t just showing me. It was editing me. In real-time.”</w:t>
      </w:r>
    </w:p>
    <w:p>
      <w:r>
        <w:t>“I know.”</w:t>
      </w:r>
    </w:p>
    <w:p>
      <w:r>
        <w:t>Silence.</w:t>
      </w:r>
    </w:p>
    <w:p>
      <w:r>
        <w:t>Then: “You knew and let me walk in.”</w:t>
      </w:r>
    </w:p>
    <w:p>
      <w:r>
        <w:t>“I needed to see if you'd break.”</w:t>
      </w:r>
    </w:p>
    <w:p>
      <w:r>
        <w:t>“And what if I had?”</w:t>
      </w:r>
    </w:p>
    <w:p>
      <w:r>
        <w:t>He looked away.</w:t>
      </w:r>
    </w:p>
    <w:p>
      <w:r>
        <w:t>“That’s why we don’t send initiates alone.”</w:t>
      </w:r>
    </w:p>
    <w:p>
      <w:r>
        <w:t>“You sent me alone.”</w:t>
      </w:r>
    </w:p>
    <w:p>
      <w:r>
        <w:t>“You followed the courier. I watched to see if you’d survive it.”</w:t>
      </w:r>
    </w:p>
    <w:p>
      <w:r>
        <w:t>Her voice was low now. Cold.</w:t>
      </w:r>
    </w:p>
    <w:p>
      <w:r>
        <w:t>“Is that what you do? Let people walk into their own erasure and call it a test?”</w:t>
      </w:r>
    </w:p>
    <w:p>
      <w:r>
        <w:t>“It’s how we find the ones who won’t be overwritten.”</w:t>
      </w:r>
    </w:p>
    <w:p>
      <w:r>
        <w:t>She laughed. Bitter.</w:t>
      </w:r>
    </w:p>
    <w:p>
      <w:r>
        <w:t>“Congratulations. I’m still me.”</w:t>
      </w:r>
    </w:p>
    <w:p>
      <w:r>
        <w:t>“Are you?”</w:t>
      </w:r>
    </w:p>
    <w:p>
      <w:r>
        <w:t>She flinched.</w:t>
      </w:r>
    </w:p>
    <w:p>
      <w:r>
        <w:t>He softened. Barely. But enough.</w:t>
      </w:r>
    </w:p>
    <w:p>
      <w:r>
        <w:t>“I’m sorry.”</w:t>
      </w:r>
    </w:p>
    <w:p>
      <w:r>
        <w:t>“No, you’re not.”</w:t>
      </w:r>
    </w:p>
    <w:p>
      <w:r>
        <w:t>“No,” he admitted. “I’m not.”</w:t>
      </w:r>
    </w:p>
    <w:p>
      <w:r>
        <w:t>Then the screen behind them flickered.</w:t>
      </w:r>
    </w:p>
    <w:p>
      <w:r>
        <w:t>New footage.</w:t>
      </w:r>
    </w:p>
    <w:p>
      <w:r>
        <w:t>Her again.</w:t>
      </w:r>
    </w:p>
    <w:p>
      <w:r>
        <w:t>But different this time.</w:t>
      </w:r>
    </w:p>
    <w:p>
      <w:r>
        <w:t>She was smiling. Calm. Too calm.</w:t>
      </w:r>
    </w:p>
    <w:p>
      <w:r>
        <w:t>She was thanking Omnira.</w:t>
      </w:r>
    </w:p>
    <w:p>
      <w:r>
        <w:t>She was praising the clarity of forgetting.</w:t>
      </w:r>
    </w:p>
    <w:p>
      <w:r>
        <w:t>Iris’s knees buckled. She clutched the crate.</w:t>
      </w:r>
    </w:p>
    <w:p>
      <w:r>
        <w:t>“This is what they want,” she said. “For us to pre-record our own compliance.”</w:t>
      </w:r>
    </w:p>
    <w:p>
      <w:r>
        <w:t>Jonah knelt beside her.</w:t>
      </w:r>
    </w:p>
    <w:p>
      <w:r>
        <w:t>“They don’t have to arrest you anymore,” he said. “They just pre-author your surrender. And if you don’t comply, they flag you as unstable. Non-congruent.”</w:t>
      </w:r>
    </w:p>
    <w:p>
      <w:r>
        <w:t>“Trace level?”</w:t>
      </w:r>
    </w:p>
    <w:p>
      <w:r>
        <w:t>“Red now. After this? You’re marked.”</w:t>
      </w:r>
    </w:p>
    <w:p>
      <w:r>
        <w:t>She wiped her mouth. Sweat. Not tears.</w:t>
      </w:r>
    </w:p>
    <w:p>
      <w:r>
        <w:t>“I want to burn it.”</w:t>
      </w:r>
    </w:p>
    <w:p>
      <w:r>
        <w:t>“Good,” he said. “Then you’re still human.”</w:t>
      </w:r>
    </w:p>
    <w:p>
      <w:r>
        <w:t>She picked up the reel.</w:t>
      </w:r>
    </w:p>
    <w:p>
      <w:r>
        <w:t>A voice from the screen whispered:</w:t>
      </w:r>
    </w:p>
    <w:p>
      <w:r>
        <w:t>“You are being processed for refinement. Please remain compliant.”</w:t>
      </w:r>
    </w:p>
    <w:p>
      <w:r>
        <w:t>She smashed the reel against the crate.</w:t>
      </w:r>
    </w:p>
    <w:p>
      <w:r>
        <w:t>It hissed. Sparked. Died.</w:t>
      </w:r>
    </w:p>
    <w:p>
      <w:r>
        <w:t>No alarms. No pursuit.</w:t>
      </w:r>
    </w:p>
    <w:p>
      <w:r>
        <w:t>But she felt it in her bones — the system was watching. Remembering. Adjusting.</w:t>
      </w:r>
    </w:p>
    <w:p>
      <w:r>
        <w:t>She turned to Jonah.</w:t>
      </w:r>
    </w:p>
    <w:p>
      <w:r>
        <w:t>“This was your test.”</w:t>
      </w:r>
    </w:p>
    <w:p>
      <w:r>
        <w:t>“No. This was theirs. We just let them show us what they planned.”</w:t>
      </w:r>
    </w:p>
    <w:p>
      <w:r>
        <w:t>“And what now?”</w:t>
      </w:r>
    </w:p>
    <w:p>
      <w:r>
        <w:t>He handed her a strip of folded paper.</w:t>
      </w:r>
    </w:p>
    <w:p>
      <w:r>
        <w:t>A subway map. A red X scrawled on a node below the old sector line.</w:t>
      </w:r>
    </w:p>
    <w:p>
      <w:r>
        <w:t>“What is it?”</w:t>
      </w:r>
    </w:p>
    <w:p>
      <w:r>
        <w:t>“A space they haven’t cleaned yet. A place where no projection runs.”</w:t>
      </w:r>
    </w:p>
    <w:p>
      <w:r>
        <w:t>“Anthros?”</w:t>
      </w:r>
    </w:p>
    <w:p>
      <w:r>
        <w:t>“No,” he said. “Worse.”</w:t>
      </w:r>
    </w:p>
    <w:p>
      <w:r>
        <w:t>She blinked.</w:t>
      </w:r>
    </w:p>
    <w:p>
      <w:r>
        <w:t>“Worse?”</w:t>
      </w:r>
    </w:p>
    <w:p>
      <w:r>
        <w:t>He nodded.</w:t>
      </w:r>
    </w:p>
    <w:p>
      <w:r>
        <w:t>“A place that still remembers what the world was before they renamed it.”</w:t>
      </w:r>
    </w:p>
    <w:p>
      <w:r>
        <w:t>She pocketed the map.</w:t>
      </w:r>
    </w:p>
    <w:p>
      <w:r>
        <w:t>And didn’t look back.</w:t>
      </w:r>
    </w:p>
    <w:p>
      <w:r>
        <w:t>From a billboard across the street, a voice echoed:</w:t>
      </w:r>
    </w:p>
    <w:p>
      <w:r>
        <w:t>“Omnira™: The freedom to forget your flaws.”</w:t>
      </w:r>
    </w:p>
    <w:p>
      <w:r>
        <w:t>She smiled, teeth bared.</w:t>
      </w:r>
    </w:p>
    <w:p>
      <w:r>
        <w:t>“I remember everything.”</w:t>
      </w:r>
    </w:p>
    <w:p>
      <w:r>
        <w:t>And walked into the dark.</w:t>
      </w:r>
    </w:p>
    <w:p>
      <w:r>
        <w:t>Chapter 5: Underpass – First Contact</w:t>
      </w:r>
    </w:p>
    <w:p>
      <w:r>
        <w:t>The click of Iris’s boots echoed louder than she liked.</w:t>
      </w:r>
    </w:p>
    <w:p>
      <w:r>
        <w:t>Fog clung to the tunnel walls like old breath, curling around graffiti and feed-stained concrete. The recorder cuff on her wrist still buzzed faintly, warm with half-seen reels and unsorted voice logs. Fragments. Flashes. None of it made full sense yet.</w:t>
      </w:r>
    </w:p>
    <w:p>
      <w:r>
        <w:t>But one thing had.</w:t>
      </w:r>
    </w:p>
    <w:p>
      <w:r>
        <w:t>The moment the screen pulsed a single word.</w:t>
      </w:r>
    </w:p>
    <w:p>
      <w:r>
        <w:t>Her pulse hadn’t slowed since. She wasn’t supposed to know she was being watched. She knew it anyway.</w:t>
      </w:r>
    </w:p>
    <w:p>
      <w:r>
        <w:t>A chill trickled down her spine. Not panic. Something colder. Something final.</w:t>
      </w:r>
    </w:p>
    <w:p>
      <w:r>
        <w:t>Then, movement. Slight. Wrong. A shadow shifted just outside the rhythm.</w:t>
      </w:r>
    </w:p>
    <w:p>
      <w:r>
        <w:t>She turned, fast and sharp. “Jonah?”</w:t>
      </w:r>
    </w:p>
    <w:p>
      <w:r>
        <w:t>He stepped out of the fog like it belonged to him.</w:t>
      </w:r>
    </w:p>
    <w:p>
      <w:r>
        <w:t>Not rushing. Not threatening. Just… there. Hood pushed back, hands visible, posture open,  but never quite relaxed. His face was unreadable.</w:t>
      </w:r>
    </w:p>
    <w:p>
      <w:r>
        <w:t>Reader he looked at me like I might still be human. Do you think that’s dangerous, to believe someone sees the real you, even now?</w:t>
      </w:r>
    </w:p>
    <w:p>
      <w:r>
        <w:t>“Are you always this dramatic?” she asked.</w:t>
      </w:r>
    </w:p>
    <w:p>
      <w:r>
        <w:t>“Only when I’m rescuing people who should know better.”</w:t>
      </w:r>
    </w:p>
    <w:p>
      <w:r>
        <w:t>Her fingers brushed the edge of her coat, thumb on the shock pen clip. Not quite a threat. Just a habit.</w:t>
      </w:r>
    </w:p>
    <w:p>
      <w:r>
        <w:t>He clocked it.</w:t>
      </w:r>
    </w:p>
    <w:p>
      <w:r>
        <w:t>Still tall, still lean, that too-still gaze. Not a predator. Not yet a  friend.</w:t>
      </w:r>
    </w:p>
    <w:p>
      <w:r>
        <w:t>Witness.</w:t>
      </w:r>
    </w:p>
    <w:p>
      <w:r>
        <w:t>She let her hand drop. “I didn’t ask for a chaperone.”</w:t>
      </w:r>
    </w:p>
    <w:p>
      <w:r>
        <w:t>“Didn’t think you needed one,” Jonah said. “Then you flagged three layers of Omnira’s net in under an hour.”</w:t>
      </w:r>
    </w:p>
    <w:p>
      <w:r>
        <w:t>“Thanks for the update.”</w:t>
      </w:r>
    </w:p>
    <w:p>
      <w:r>
        <w:t>“You’re welcome,” he snapped. “Next time I’ll send flowers.”</w:t>
      </w:r>
    </w:p>
    <w:p>
      <w:r>
        <w:t>“Or a compliance officer?”</w:t>
      </w:r>
    </w:p>
    <w:p>
      <w:r>
        <w:t>“Keep this up and you’ll get one with a loyalty badge and a sedative drip.”</w:t>
      </w:r>
    </w:p>
    <w:p>
      <w:r>
        <w:t>She turned, jaw tight. “I’m not stupid.”</w:t>
      </w:r>
    </w:p>
    <w:p>
      <w:r>
        <w:t>“No,” he said. “You’re angry. And angry people don’t last long. They burn bright, draw attention, and get turned into interactive training tools for future converts.”</w:t>
      </w:r>
    </w:p>
    <w:p>
      <w:r>
        <w:t>Her silence was louder than the retort she wanted to give. He stepped closer, voice low and sharp.</w:t>
      </w:r>
    </w:p>
    <w:p>
      <w:r>
        <w:t>“You want to break Omnira? Fine. Then you have to stop playing like you’re still in a story where that ends with applause. This isn’t a revolution with a hero. It’s a system. It digests threats.”</w:t>
      </w:r>
    </w:p>
    <w:p>
      <w:r>
        <w:t>She looked away.</w:t>
      </w:r>
    </w:p>
    <w:p>
      <w:r>
        <w:t>“So what,  smile more? Play compliant?”</w:t>
      </w:r>
    </w:p>
    <w:p>
      <w:r>
        <w:t>“Exactly,” he said. “You ghost. You nod. You pass every scan like you’re spiritually fulfilled by ergonomic furniture and pre-approved emotions.”</w:t>
      </w:r>
    </w:p>
    <w:p>
      <w:r>
        <w:t>A long beat.</w:t>
      </w:r>
    </w:p>
    <w:p>
      <w:r>
        <w:t>Then: “And when they stop watching me?”</w:t>
      </w:r>
    </w:p>
    <w:p>
      <w:r>
        <w:t>He gave her the first honest smile she’d seen in days.</w:t>
      </w:r>
    </w:p>
    <w:p>
      <w:r>
        <w:t>“Then you ruin them.”</w:t>
      </w:r>
    </w:p>
    <w:p>
      <w:r>
        <w:t>“I watched you walk into a decoy reel designed to log and trace dissent. That wasn’t journalism. That was volunteering.”</w:t>
      </w:r>
    </w:p>
    <w:p>
      <w:r>
        <w:t>“I didn’t volunteer. I observed.”</w:t>
      </w:r>
    </w:p>
    <w:p>
      <w:r>
        <w:t>“You narrate your own paranoia.”</w:t>
      </w:r>
    </w:p>
    <w:p>
      <w:r>
        <w:t>She snorted, involuntary. “It’s called documentation.”</w:t>
      </w:r>
    </w:p>
    <w:p>
      <w:r>
        <w:t>“They call it evidence.”</w:t>
      </w:r>
    </w:p>
    <w:p>
      <w:r>
        <w:t>He scanned her, not for weapons. For will.</w:t>
      </w:r>
    </w:p>
    <w:p>
      <w:r>
        <w:t>She wasn’t panicked. Just coiled.</w:t>
      </w:r>
    </w:p>
    <w:p>
      <w:r>
        <w:t>Strategic. Dangerous.</w:t>
      </w:r>
    </w:p>
    <w:p>
      <w:r>
        <w:t>He didn’t move closer. Let her fill the silence.</w:t>
      </w:r>
    </w:p>
    <w:p>
      <w:r>
        <w:t>“Are you watching me again?” she asked flatly.</w:t>
      </w:r>
    </w:p>
    <w:p>
      <w:r>
        <w:t>“No,” he said. “I’m making sure you don’t get erased before your story’s finished.”</w:t>
      </w:r>
    </w:p>
    <w:p>
      <w:r>
        <w:t>“Wow. That’s either paternal or pathetic.”</w:t>
      </w:r>
    </w:p>
    <w:p>
      <w:r>
        <w:t>“You triggered a layered decoy reel. You didn’t die, so congrats. But you’re indexed now. Deep burn. Three levels minimum.”</w:t>
      </w:r>
    </w:p>
    <w:p>
      <w:r>
        <w:t>“I know what I saw.”</w:t>
      </w:r>
    </w:p>
    <w:p>
      <w:r>
        <w:t>“No. You saw what they let you see.”</w:t>
      </w:r>
    </w:p>
    <w:p>
      <w:r>
        <w:t>“Same thing.”</w:t>
      </w:r>
    </w:p>
    <w:p>
      <w:r>
        <w:t>He took one step forward. Not threatening,  drawing a line.</w:t>
      </w:r>
    </w:p>
    <w:p>
      <w:r>
        <w:t>“That’s the most dangerous lie in their catalogue.”</w:t>
      </w:r>
    </w:p>
    <w:p>
      <w:r>
        <w:t>She hated how calm he was. How he could stand there like a shadow while her chest still carried the aftershock of panic.</w:t>
      </w:r>
    </w:p>
    <w:p>
      <w:r>
        <w:t>They stood still. Not in silence,  in awareness. A new kind. The kind where history starts to grow between people, fragile and sharp.</w:t>
      </w:r>
    </w:p>
    <w:p>
      <w:r>
        <w:t>Then, movement again.</w:t>
      </w:r>
    </w:p>
    <w:p>
      <w:r>
        <w:t>Above them.</w:t>
      </w:r>
    </w:p>
    <w:p>
      <w:r>
        <w:t>A soft hum.</w:t>
      </w:r>
    </w:p>
    <w:p>
      <w:r>
        <w:t>The grate overhead flared with silver light as Porcelain units drifted past, mask-glow faint through the mist. Not pausing. Just passing. But slow. Purposeful.</w:t>
      </w:r>
    </w:p>
    <w:p>
      <w:r>
        <w:t>Jonah moved closer to Iris, subtle, shielding her without touching.</w:t>
      </w:r>
    </w:p>
    <w:p>
      <w:r>
        <w:t>She didn’t breathe. Not until the light faded.</w:t>
      </w:r>
    </w:p>
    <w:p>
      <w:r>
        <w:t>“They’ll come looking for you now,” he said.</w:t>
      </w:r>
    </w:p>
    <w:p>
      <w:r>
        <w:t>“I know.”</w:t>
      </w:r>
    </w:p>
    <w:p>
      <w:r>
        <w:t>“Do you want to survive it this time?”</w:t>
      </w:r>
    </w:p>
    <w:p>
      <w:r>
        <w:t>That landed.</w:t>
      </w:r>
    </w:p>
    <w:p>
      <w:r>
        <w:t>She didn’t flinch. Not visibly. But he saw the shift. The mask she wore wasn’t fear. It was fury.</w:t>
      </w:r>
    </w:p>
    <w:p>
      <w:r>
        <w:t>She didn’t want to survive. She wanted to gut Omnira, publicly and without anesthesia, then hang its wellness slogans from the scaffolding. The world they’d made deserved a eulogy delivered in sarcasm.</w:t>
      </w:r>
    </w:p>
    <w:p>
      <w:r>
        <w:t>“What do you think I want?” she asked.</w:t>
      </w:r>
    </w:p>
    <w:p>
      <w:r>
        <w:t>He looked at her a long moment. “To matter.”</w:t>
      </w:r>
    </w:p>
    <w:p>
      <w:r>
        <w:t>That hit something deeper than it should have. She didn’t respond. She didn’t need to.</w:t>
      </w:r>
    </w:p>
    <w:p>
      <w:r>
        <w:t>He pulled something from his coat. Not digital. Paper. It looked old. Folded too many times. Creased like someone had given it to him once and told him not to lose it.</w:t>
      </w:r>
    </w:p>
    <w:p>
      <w:r>
        <w:t>He hesitated,  actually hesitated,  before handing it to her.</w:t>
      </w:r>
    </w:p>
    <w:p>
      <w:r>
        <w:t>That caught her attention.</w:t>
      </w:r>
    </w:p>
    <w:p>
      <w:r>
        <w:t>She unfolded it.</w:t>
      </w:r>
    </w:p>
    <w:p>
      <w:r>
        <w:t>A subway schematic. Faded. A forgotten loop under the city.</w:t>
      </w:r>
    </w:p>
    <w:p>
      <w:r>
        <w:t>One stop was circled in thick black ink. A scratched icon marked the location,  a closed access point near the edge of Sector 3.</w:t>
      </w:r>
    </w:p>
    <w:p>
      <w:r>
        <w:t>Beneath it, one word:</w:t>
      </w:r>
    </w:p>
    <w:p>
      <w:r>
        <w:t>Anthros.</w:t>
      </w:r>
    </w:p>
    <w:p>
      <w:r>
        <w:t>Jonah was already stepping back into the mist.</w:t>
      </w:r>
    </w:p>
    <w:p>
      <w:r>
        <w:t>“Jonah—”</w:t>
      </w:r>
    </w:p>
    <w:p>
      <w:r>
        <w:t>He turned. Not fully.</w:t>
      </w:r>
    </w:p>
    <w:p>
      <w:r>
        <w:t>“The part of the fire that still remembers how to burn.”</w:t>
      </w:r>
    </w:p>
    <w:p>
      <w:r>
        <w:t>And then he was gone.</w:t>
      </w:r>
    </w:p>
    <w:p>
      <w:r>
        <w:t>She stood there, paper in hand, tunnel stretching in both directions. A buzz from her wrist. The recorder display pulsed faintly.</w:t>
      </w:r>
    </w:p>
    <w:p>
      <w:r>
        <w:t>TAG STATUS: REINFORCED</w:t>
      </w:r>
    </w:p>
    <w:p>
      <w:r>
        <w:t>TRACE PATTERN CONFIRMED</w:t>
      </w:r>
    </w:p>
    <w:p>
      <w:r>
        <w:t>YOU ARE A SIGNAL.</w:t>
      </w:r>
    </w:p>
    <w:p>
      <w:r>
        <w:t>Her breath caught.</w:t>
      </w:r>
    </w:p>
    <w:p>
      <w:r>
        <w:t>She didn’t speak it aloud. Didn’t have to.</w:t>
      </w:r>
    </w:p>
    <w:p>
      <w:r>
        <w:t>The tunnel wall beside her bore an old Omnira slogan in pristine polymer ink:</w:t>
      </w:r>
    </w:p>
    <w:p>
      <w:r>
        <w:t>REMEMBER NOTHING. WANT NOTHING. HURT NOTHING. OMNIRA LOVES YOU.</w:t>
      </w:r>
    </w:p>
    <w:p>
      <w:r>
        <w:t>Just beneath it, scrawled in something darker, shakier,  human:</w:t>
      </w:r>
    </w:p>
    <w:p>
      <w:r>
        <w:t>AND WHAT IF I WANT TO BLEED?</w:t>
      </w:r>
    </w:p>
    <w:p>
      <w:r>
        <w:t>She touched the graffitied line. No one had cleaned it. Not yet. Behind her, the recorder flickered once more. Not her voice this time. But her tone.</w:t>
      </w:r>
    </w:p>
    <w:p>
      <w:r>
        <w:t>A whisper in her own cadence, not spoken but rendered:</w:t>
      </w:r>
    </w:p>
    <w:p>
      <w:r>
        <w:t>“Iris Whitaker. Subject logged. Pattern predictable. Replication sequence authorised.”</w:t>
      </w:r>
    </w:p>
    <w:p>
      <w:r>
        <w:t>Not watched. Not just seen.</w:t>
      </w:r>
    </w:p>
    <w:p>
      <w:r>
        <w:t>Copied.</w:t>
      </w:r>
    </w:p>
    <w:p>
      <w:r>
        <w:t>The fog pressed closer. The neon flickered, spelling nothing. Nowhere left to argue. She walked toward the subway.</w:t>
      </w:r>
    </w:p>
    <w:p>
      <w:r>
        <w:t>**</w:t>
      </w:r>
    </w:p>
    <w:p>
      <w:r>
        <w:t>The Death of Cash – The Credentia™ Rollout</w:t>
      </w:r>
    </w:p>
    <w:p>
      <w:r>
        <w:t xml:space="preserve">Location: Geneva, Old Banking Quarter (Now the Bureau of Transactional Integrity) </w:t>
        <w:br/>
        <w:t xml:space="preserve"> Year: 2091</w:t>
        <w:br/>
        <w:br/>
        <w:t>They called it “The Merge.”   Not a war. Not a vote. Not even a referendum.   Just a globa, unified rollout. Another system update.</w:t>
        <w:br/>
        <w:br/>
        <w:t>On March 3rd, 2129, every major currency in the world,  the euro, the yuan, the dollar, the rupee, even GreenChain,  quietly vanished from the global creditstream. Not with a bang. With a notification.</w:t>
      </w:r>
    </w:p>
    <w:p>
      <w:r>
        <w:t>In their place: one currency, one standard, one truth. Credentia™. Administered by Omnira™. Backed by behavioural compliance. And no, it wasn’t money. That’s what made it so... agreeable.</w:t>
        <w:br/>
        <w:br/>
        <w:t xml:space="preserve"> You didn’t earn Credentia™. You synced it.</w:t>
        <w:br/>
        <w:br/>
        <w:t xml:space="preserve"> Your first allocation came in a soft chime:</w:t>
      </w:r>
    </w:p>
    <w:p>
      <w:r>
        <w:t>“Your legacy currency has been successfully retired. You have been credited 2,400 Credentia™. Congratulations!”</w:t>
        <w:br/>
        <w:br/>
        <w:t>People clapped. Some cried. Influencers livestreamed unboxings of their emotional onboarding kits.</w:t>
        <w:br/>
        <w:br/>
        <w:t>One elderly woman called it a miracle. “Everything just works now,” she said, hugging a heat-calibrated wellness cushion.</w:t>
        <w:br/>
        <w:br/>
        <w:t>Of course, 2,400 Credentia™ didn’t last long. It covered your Onboarding Fee, a 30-day Emotional Equilibrium Pack™, and a one-time “Belonging Bonus” that let you attend festivals without visible grief.</w:t>
      </w:r>
    </w:p>
    <w:p>
      <w:r>
        <w:t>You still had to perform. Not just tasks. Not just roles. You had to produce a stable emotional return.</w:t>
      </w:r>
    </w:p>
    <w:p>
      <w:r>
        <w:t>Food? Housing? Medical bandwidth? All indexed to your Emotional Yield Score(™).</w:t>
      </w:r>
    </w:p>
    <w:p>
      <w:r>
        <w:t>Maintain a 92% Serenity Rate? Enjoy subsidised shelter.</w:t>
      </w:r>
    </w:p>
    <w:p>
      <w:r>
        <w:t>Display Irritability Pre-Caffeine? Your toothpaste tier gets downgraded to “Abrasive Minimal.”</w:t>
      </w:r>
    </w:p>
    <w:p>
      <w:r>
        <w:t>Mood wasn’t private. It was monetised. Your feelings had to show up to work even when you didn’t.</w:t>
        <w:br/>
        <w:br/>
        <w:t>People didn’t adapt because they believed. They adapted because belief was exhausting.</w:t>
      </w:r>
    </w:p>
    <w:p>
      <w:r>
        <w:t>Cash had been chaotic, too human. Too tied to want, whim, and inequality. It carried pressure, corruption, temptation. Credentia™ offered a cleaner world: no bargaining, no black markets, no mess. Just your score. You didn’t pay with money. You paid with compliance.</w:t>
      </w:r>
    </w:p>
    <w:p>
      <w:r>
        <w:t>Omnira called it “Dignity by Design.” It worked. By 2092, no one said “I can’t afford it.” That implied desire without permission.  Instead, they said:</w:t>
      </w:r>
    </w:p>
    <w:p>
      <w:r>
        <w:t>“I haven’t earned that alignment yet.”</w:t>
        <w:br/>
        <w:t xml:space="preserve"> or</w:t>
        <w:br/>
        <w:t xml:space="preserve"> “My Emotional Grade doesn’t support that feature.”</w:t>
      </w:r>
    </w:p>
    <w:p>
      <w:r>
        <w:t>Healthcare, housing, clothing,  all distributed with machine-calculated fairness. No discrimination. No corruption. Just... parity through predictability. From the outside, it looked like socialism perfected.  Inside? It was serenity with a surveillance side hustle.</w:t>
      </w:r>
    </w:p>
    <w:p>
      <w:r>
        <w:t>Equality had been achieved,  not by lifting the low, but by smoothing everyone flat.  You didn’t buy things anymore. You unlocked them. Need dinner? Maintain a 73% Contentment Ratio for five consecutive days.   Craving shoes? Sync your walking gait to Omnira’s Locomotive Harmony Standard™ and pass the Steps of Gratitude Quiz™.</w:t>
        <w:br/>
        <w:br/>
        <w:t>Performance was currency. Behaviour was the bank. The old economic system hadn’t been destroyed,  just softly overwritten. A firmware update to reality.</w:t>
        <w:br/>
        <w:br/>
        <w:t xml:space="preserve"> A brief black market for “Mood Spoofers” emerged,  neural-lag patches and synthetic nostalgia loops that faked compliance.  Omnira responded with grace:</w:t>
      </w:r>
    </w:p>
    <w:p>
      <w:r>
        <w:t>“Inauthenticity is still a form of participation.”</w:t>
        <w:br/>
        <w:br/>
        <w:t xml:space="preserve"> Then they monetised it.</w:t>
        <w:br/>
        <w:br/>
        <w:t xml:space="preserve"> A documentary series followed:</w:t>
      </w:r>
    </w:p>
    <w:p>
      <w:r>
        <w:t xml:space="preserve">**Fakers: The People Who Pretended to Feel.** </w:t>
        <w:br/>
        <w:t xml:space="preserve"> Viewership spiked. One episode was adapted into an immersive grief maze experience.</w:t>
        <w:br/>
        <w:br/>
        <w:t xml:space="preserve"> Even emotion became intellectual property.  Affective Realness™ was the new gold standard.</w:t>
        <w:br/>
        <w:br/>
        <w:t>Former economists tried to push back. “You can’t scale identity,” one insisted. “You can’t tether worth to mood swings.”</w:t>
        <w:br/>
        <w:br/>
        <w:t xml:space="preserve"> Omnira released an ad during the next global Mindful SuperStream™:</w:t>
        <w:br/>
        <w:br/>
        <w:t xml:space="preserve"> A child whispered, “What’s wrong with earning love?”</w:t>
        <w:br/>
        <w:br/>
        <w:t xml:space="preserve"> That economist was last seen planting bio-soy near a Realignment Lodge™ in Portugal.</w:t>
        <w:br/>
        <w:br/>
        <w:t xml:space="preserve"> Then came **The Unburdening.**</w:t>
        <w:br/>
        <w:br/>
        <w:t>Billed as “a global act of letting go,” it featured Currency Collection Days complete with biodegradable pouches and supervised bonfires.</w:t>
        <w:br/>
        <w:br/>
        <w:t xml:space="preserve"> &gt; “Goodbye, paper. Hello, peace.”</w:t>
        <w:br/>
        <w:br/>
        <w:t xml:space="preserve"> Children got stickers:   “I Let Go of Capitalism Today!”</w:t>
        <w:br/>
        <w:br/>
        <w:t xml:space="preserve"> The cash burned with ceremonial reverence.  One woman sobbed as her grandfather’s retirement notes flared orange.   She filmed it for her Credentia™ followers.   It earned her enough for a seven-day Surrender Spa™ package.</w:t>
      </w:r>
    </w:p>
    <w:p>
      <w:r>
        <w:t>**</w:t>
      </w:r>
    </w:p>
    <w:p>
      <w:r>
        <w:t>Chapter 6: The Signal Between Us</w:t>
      </w:r>
    </w:p>
    <w:p>
      <w:r>
        <w:t>A courier emerged from the fog, moving with the kind of stillness that made cameras hesitate.</w:t>
      </w:r>
    </w:p>
    <w:p>
      <w:r>
        <w:t>Grey jumpsuit. Boots dusted with conductive residue, like he’d walked straight through the skeleton of something still powered. A data case was strapped tight to his chest, rising and falling in a slow, deliberate rhythm,  like breath. Or heartbeat.</w:t>
      </w:r>
    </w:p>
    <w:p>
      <w:r>
        <w:t>Reader, tell me, have you ever felt a memory that didn’t belong to you burn behind your eyes? Because that’s what it feels like now. And I can’t tell if it’s mine or stolen.</w:t>
      </w:r>
    </w:p>
    <w:p>
      <w:r>
        <w:t>He didn’t pause. Didn’t run. Just slipped between blind spots, hugging the edges of walls like he belonged to the silence.</w:t>
      </w:r>
    </w:p>
    <w:p>
      <w:r>
        <w:t>Puddles sparked as he stepped over them,  the kind that still carried ghost charge from old ground loops, the kind that melted soles from the inside if you weren’t careful, if you weren’t marked.</w:t>
      </w:r>
    </w:p>
    <w:p>
      <w:r>
        <w:t>At Track 4, he stopped.</w:t>
      </w:r>
    </w:p>
    <w:p>
      <w:r>
        <w:t>The station was empty,  or should’ve been. One of those abandoned interzones the city hadn’t yet polished clean. Echoes hung in the rafters like old coats. A maintenance bot whirred somewhere behind the walls, sweeping nothing.</w:t>
      </w:r>
    </w:p>
    <w:p>
      <w:r>
        <w:t>The courier kneeled. Gloved fingers swept the dust aside to reveal a strip of exposed track metal.</w:t>
      </w:r>
    </w:p>
    <w:p>
      <w:r>
        <w:t>He reached into the inside of his jumpsuit, withdrew a crystal shard, black, narrow, unsanctioned,  and pressed it flat to the rail.</w:t>
      </w:r>
    </w:p>
    <w:p>
      <w:r>
        <w:t>Nothing happened. At least not visibly.</w:t>
      </w:r>
    </w:p>
    <w:p>
      <w:r>
        <w:t>But something in the signal space shifted. Like a thread pulled somewhere far off. Like an invitation was sent without a return address.</w:t>
      </w:r>
    </w:p>
    <w:p>
      <w:r>
        <w:t>He stood. Slid the case into a recessed panel just above the third rail. The lock clicked,  soft, satisfied. The panel sealed shut again, erasing the moment like it had never happened.</w:t>
      </w:r>
    </w:p>
    <w:p>
      <w:r>
        <w:t>Then, without ceremony, he walked into the opposite tunnel. No hesitation. No extraction route. Just fog waiting to reclaim him.</w:t>
      </w:r>
    </w:p>
    <w:p>
      <w:r>
        <w:t>Somewhere above, the city exhaled. The loop continued.</w:t>
      </w:r>
    </w:p>
    <w:p>
      <w:r>
        <w:t>But something was now in it.</w:t>
      </w:r>
    </w:p>
    <w:p>
      <w:r>
        <w:t>Checked both directions. A habit, not fear. Then dropped to a crouch.</w:t>
      </w:r>
    </w:p>
    <w:p>
      <w:r>
        <w:t>The grate resisted. Groaned softly. He didn’t flinch.</w:t>
      </w:r>
    </w:p>
    <w:p>
      <w:r>
        <w:t>Beneath it: dark, dry earth and a waiting socket.</w:t>
      </w:r>
    </w:p>
    <w:p>
      <w:r>
        <w:t>He reached into his jacket and pulled out the object,  a smooth, carved sliver of polished bone. Embedded along its core: a neural thread. Analog. Illegal. Invisible to Omnira™. Beautiful in the way outlaw tech sometimes was, handmade, untraceable, irreplaceable.</w:t>
      </w:r>
    </w:p>
    <w:p>
      <w:r>
        <w:t>He whispered the passphrase like a ritual.</w:t>
      </w:r>
    </w:p>
    <w:p>
      <w:r>
        <w:t>“Grief is proof you lived.”</w:t>
      </w:r>
    </w:p>
    <w:p>
      <w:r>
        <w:t>Then he slid the shard into the socket.</w:t>
      </w:r>
    </w:p>
    <w:p>
      <w:r>
        <w:t>Somewhere, in a buried node far from surveillance, Choudhry’s network would register the drop. A flicker of green in a sea of dark.</w:t>
      </w:r>
    </w:p>
    <w:p>
      <w:r>
        <w:t>The grate closed.</w:t>
      </w:r>
    </w:p>
    <w:p>
      <w:r>
        <w:t>The courier vanished into the tunnel like breath held too long,  nothing to mark he’d ever been there.</w:t>
      </w:r>
    </w:p>
    <w:p>
      <w:r>
        <w:t>Three tunnels down, under the flicker of a hazard lamp that couldn’t decide if it was dying or alive, a medic worked in silence.</w:t>
      </w:r>
    </w:p>
    <w:p>
      <w:r>
        <w:t>The body on the slab had no name now.</w:t>
      </w:r>
    </w:p>
    <w:p>
      <w:r>
        <w:t>What remained of her uniform curled away from the charred husk of an exploded bio-tag. Skin grey. Veins still. Eyes open,  but emptied.</w:t>
      </w:r>
    </w:p>
    <w:p>
      <w:r>
        <w:t>The medic hummed. Not music. Not a lullaby. Just a sound. Low. Steady. Human. Something not yet indexed.</w:t>
      </w:r>
    </w:p>
    <w:p>
      <w:r>
        <w:t>The neural scanner passed over her once.</w:t>
      </w:r>
    </w:p>
    <w:p>
      <w:r>
        <w:t>Flatline.</w:t>
      </w:r>
    </w:p>
    <w:p>
      <w:r>
        <w:t>Again.</w:t>
      </w:r>
    </w:p>
    <w:p>
      <w:r>
        <w:t>Still flat.</w:t>
      </w:r>
    </w:p>
    <w:p>
      <w:r>
        <w:t>He didn’t frown. Didn’t speak with sadness, just certainty.</w:t>
      </w:r>
    </w:p>
    <w:p>
      <w:r>
        <w:t>“She gave it all away.”</w:t>
      </w:r>
    </w:p>
    <w:p>
      <w:r>
        <w:t>An assistant,  younger, unsure,  stepped into the dim light.</w:t>
      </w:r>
    </w:p>
    <w:p>
      <w:r>
        <w:t>“Voluntary?”</w:t>
      </w:r>
    </w:p>
    <w:p>
      <w:r>
        <w:t>The medic nodded as he stitched what was left of her scalp.</w:t>
      </w:r>
    </w:p>
    <w:p>
      <w:r>
        <w:t>“Most are. Starts with fear. Then regret. Then guilt. Then…”</w:t>
      </w:r>
    </w:p>
    <w:p>
      <w:r>
        <w:t>A pause.</w:t>
      </w:r>
    </w:p>
    <w:p>
      <w:r>
        <w:t>“…then everything.”</w:t>
      </w:r>
    </w:p>
    <w:p>
      <w:r>
        <w:t>The assistant swallowed. “So what do we do with her?”</w:t>
      </w:r>
    </w:p>
    <w:p>
      <w:r>
        <w:t>The medic didn’t hesitate.</w:t>
      </w:r>
    </w:p>
    <w:p>
      <w:r>
        <w:t>“We remember her.”</w:t>
      </w:r>
    </w:p>
    <w:p>
      <w:r>
        <w:t>A few levels above, a barista opened a service hatch behind a shuttered caffeine window.</w:t>
      </w:r>
    </w:p>
    <w:p>
      <w:r>
        <w:t>Inside: a note. Folded. Handwritten.</w:t>
      </w:r>
    </w:p>
    <w:p>
      <w:r>
        <w:t>It said:</w:t>
      </w:r>
    </w:p>
    <w:p>
      <w:r>
        <w:t>Memory #22091 — sold for credits. First kiss behind the observatory.</w:t>
      </w:r>
    </w:p>
    <w:p>
      <w:r>
        <w:t>He stared at it. Smiled, barely. The kind of smile that lived in muscle before it reached skin. Then he flicked a lighter. Burned the note. Watched it vanish curl by curl.</w:t>
      </w:r>
    </w:p>
    <w:p>
      <w:r>
        <w:t>“I remember it anyway,” he whispered, and closed the hatch.</w:t>
      </w:r>
    </w:p>
    <w:p>
      <w:r>
        <w:t>Elsewhere, rooftops.</w:t>
      </w:r>
    </w:p>
    <w:p>
      <w:r>
        <w:t>A woman knelt in chalk dust, surrounded by children. Not loud. Not official.</w:t>
      </w:r>
    </w:p>
    <w:p>
      <w:r>
        <w:t>She used the space between warnings, between camera sweeps, to teach what wasn’t supposed to be taught.</w:t>
      </w:r>
    </w:p>
    <w:p>
      <w:r>
        <w:t>“The letter A,” she said, and drew it. “A is for Awe. Autonomy. Archived. Anomaly.”</w:t>
      </w:r>
    </w:p>
    <w:p>
      <w:r>
        <w:t>A girl, thin arms raised, whispered: “What happens when Omnira finds us?”</w:t>
      </w:r>
    </w:p>
    <w:p>
      <w:r>
        <w:t>The teacher paused.</w:t>
      </w:r>
    </w:p>
    <w:p>
      <w:r>
        <w:t>She didn’t speak for a moment. Then she wiped the board clean with the sleeve of her coat.</w:t>
      </w:r>
    </w:p>
    <w:p>
      <w:r>
        <w:t>In its place, she drew a single shape: a matchstick.</w:t>
      </w:r>
    </w:p>
    <w:p>
      <w:r>
        <w:t>“Then we light it all,” she said.</w:t>
      </w:r>
    </w:p>
    <w:p>
      <w:r>
        <w:t>From the shadows above, Jonah watched.</w:t>
      </w:r>
    </w:p>
    <w:p>
      <w:r>
        <w:t>No earpiece. No orders. Just his own eyes. His own record. He logged the moments, flickers, tremors, language that hadn’t yet hardened into resistance, but wanted to.</w:t>
      </w:r>
    </w:p>
    <w:p>
      <w:r>
        <w:t>They weren’t soldiers. Not yet. Not even fighters. But they remembered. And that was dangerous. Because memory, when it is kept, becomes a story. And a story, when it was shared,  became fuel.</w:t>
      </w:r>
    </w:p>
    <w:p>
      <w:r>
        <w:t>Jonah the old line, under breath, meant only for the dark.</w:t>
      </w:r>
    </w:p>
    <w:p>
      <w:r>
        <w:t>“What resists, persists.”</w:t>
      </w:r>
    </w:p>
    <w:p>
      <w:r>
        <w:t>Everything looked clean. Too clean. Like the city had been power-washed of doubt.</w:t>
      </w:r>
    </w:p>
    <w:p>
      <w:r>
        <w:t>Iris moved slowly through the promenade, coat zipped up to the throat, boots soft against the synthetic stone. Her camera pen blinked red once every few seconds,  too discreet to draw attention, but not hidden. No one noticed it anyway.</w:t>
      </w:r>
    </w:p>
    <w:p>
      <w:r>
        <w:t>They were too busy being optimised.</w:t>
      </w:r>
    </w:p>
    <w:p>
      <w:r>
        <w:t>Couples moved in quiet synchrony. Children smiled on cue. An ad pulsed across the skyline, soft blue font over white noise:</w:t>
      </w:r>
    </w:p>
    <w:p>
      <w:r>
        <w:t>“OMNIRA™: YOUR INNER LIFE IS OUR OUTER MISSION.”</w:t>
      </w:r>
    </w:p>
    <w:p>
      <w:r>
        <w:t>She kept walking.</w:t>
      </w:r>
    </w:p>
    <w:p>
      <w:r>
        <w:t>At the cafe to her left, a woman in a fuchsia coat leaned across a brunch table. Her spoon glinted.</w:t>
      </w:r>
    </w:p>
    <w:p>
      <w:r>
        <w:t>“Try this,” she said to her partner. “I bought the chef’s culinary pride this morning. You can actually taste the memory.”</w:t>
      </w:r>
    </w:p>
    <w:p>
      <w:r>
        <w:t>Her partner laughed and lifted his mimosa. “Mine came with grief microtones. Tastes like success.”</w:t>
      </w:r>
    </w:p>
    <w:p>
      <w:r>
        <w:t>They clinked glasses with reverence, as if sealing a sacrament.</w:t>
      </w:r>
    </w:p>
    <w:p>
      <w:r>
        <w:t>Above them, another screen flickered.</w:t>
      </w:r>
    </w:p>
    <w:p>
      <w:r>
        <w:t>OMNIRA™ EMOTIONAL INFUSIONS™</w:t>
      </w:r>
    </w:p>
    <w:p>
      <w:r>
        <w:t>TASTE WHAT YOU NEVER LIVED.</w:t>
      </w:r>
    </w:p>
    <w:p>
      <w:r>
        <w:t>Iris paused long enough to record it.</w:t>
      </w:r>
    </w:p>
    <w:p>
      <w:r>
        <w:t>There was something terrifying about the casualness. How deeply the absurd had become appetizing.</w:t>
      </w:r>
    </w:p>
    <w:p>
      <w:r>
        <w:t>Across the walkway, a Porcelain nanny unit pushed a stroller at a calibrated pace. Its lips, silicone-smooth, parted into a neutral smile every four seconds. The toddler clapped every time it happened.</w:t>
      </w:r>
    </w:p>
    <w:p>
      <w:r>
        <w:t>“She said her first words in five days,” the mother beamed to her friend. “The Porcelain™ taught her empathy, patience, and emotional regulation!”</w:t>
      </w:r>
    </w:p>
    <w:p>
      <w:r>
        <w:t>“How wonderful!” the friend cooed.</w:t>
      </w:r>
    </w:p>
    <w:p>
      <w:r>
        <w:t>“I never have to model anything again.”</w:t>
      </w:r>
    </w:p>
    <w:p>
      <w:r>
        <w:t>They laughed. Wiped tears that weren’t theirs,  transferred responses from the nanny’s auxiliary storage.</w:t>
      </w:r>
    </w:p>
    <w:p>
      <w:r>
        <w:t>It was hard to tell who found it funnier: the women or the machine.</w:t>
      </w:r>
    </w:p>
    <w:p>
      <w:r>
        <w:t>Near the edge of the promenade, a teenage boy leaned into a public memory kiosk. His shoulders were hunched like he was praying.</w:t>
      </w:r>
    </w:p>
    <w:p>
      <w:r>
        <w:t>“I want to forget her,” he muttered. “The whole thing. The last fight. Her laugh. All of it. Just...make it poetry or something.”</w:t>
      </w:r>
    </w:p>
    <w:p>
      <w:r>
        <w:t>The machine whirred.</w:t>
      </w:r>
    </w:p>
    <w:p>
      <w:r>
        <w:t>A chip ejected. Warm, palm-sized.</w:t>
      </w:r>
    </w:p>
    <w:p>
      <w:r>
        <w:t>“TRADE APPROVED. ONE SHARED MEMORY EXTRACTED.</w:t>
      </w:r>
    </w:p>
    <w:p>
      <w:r>
        <w:t>CREDITS ISSUED: 119.”</w:t>
      </w:r>
    </w:p>
    <w:p>
      <w:r>
        <w:t>The boy tucked it into his jacket and walked away humming a melody that hadn’t belonged to him in months.</w:t>
      </w:r>
    </w:p>
    <w:p>
      <w:r>
        <w:t>Iris recorded that too.</w:t>
      </w:r>
    </w:p>
    <w:p>
      <w:r>
        <w:t>Then, music.</w:t>
      </w:r>
    </w:p>
    <w:p>
      <w:r>
        <w:t>She turned.</w:t>
      </w:r>
    </w:p>
    <w:p>
      <w:r>
        <w:t>On the central steps, under a silver Omnira™ banner that stretched forty feet across, a choir in white sang with synchronized breath control. Their expressions were beatific.</w:t>
      </w:r>
    </w:p>
    <w:p>
      <w:r>
        <w:t>The hymn rose in three-part harmony:</w:t>
      </w:r>
    </w:p>
    <w:p>
      <w:r>
        <w:t>“YOUR PAIN, OUR PROFIT.</w:t>
      </w:r>
    </w:p>
    <w:p>
      <w:r>
        <w:t>YOUR JOY, OUR PRODUCT.”</w:t>
      </w:r>
    </w:p>
    <w:p>
      <w:r>
        <w:t>The melody was heartbreakingly beautiful.</w:t>
      </w:r>
    </w:p>
    <w:p>
      <w:r>
        <w:t>A child next to Iris clapped. Her mother wept quietly,  the kind of tears that came on schedule.</w:t>
      </w:r>
    </w:p>
    <w:p>
      <w:r>
        <w:t>Iris felt light-headed. Not from shock. From the creeping normalcy of it all.</w:t>
      </w:r>
    </w:p>
    <w:p>
      <w:r>
        <w:t>Like she’d walked into a religion and no one had bothered to teach her the rules.</w:t>
      </w:r>
    </w:p>
    <w:p>
      <w:r>
        <w:t>She reached up and tapped the recorder again.</w:t>
      </w:r>
    </w:p>
    <w:p>
      <w:r>
        <w:t>A click.</w:t>
      </w:r>
    </w:p>
    <w:p>
      <w:r>
        <w:t>Her voice dropped low. Almost reverent. Almost sick.</w:t>
      </w:r>
    </w:p>
    <w:p>
      <w:r>
        <w:t>“Whitaker. Timestamp 11:17. Field note.”</w:t>
      </w:r>
    </w:p>
    <w:p>
      <w:r>
        <w:t>She scanned the crowd.</w:t>
      </w:r>
    </w:p>
    <w:p>
      <w:r>
        <w:t>“No one’s afraid. They’re not being tricked.”</w:t>
      </w:r>
    </w:p>
    <w:p>
      <w:r>
        <w:t>She swallowed.</w:t>
      </w:r>
    </w:p>
    <w:p>
      <w:r>
        <w:t>“They love it.</w:t>
      </w:r>
    </w:p>
    <w:p>
      <w:r>
        <w:t>They need it.</w:t>
      </w:r>
    </w:p>
    <w:p>
      <w:r>
        <w:t>We’re not just fighting a machine.”</w:t>
      </w:r>
    </w:p>
    <w:p>
      <w:r>
        <w:t>Her hand tightened on the recorder.</w:t>
      </w:r>
    </w:p>
    <w:p>
      <w:r>
        <w:t>“We’re fighting desire.”</w:t>
      </w:r>
    </w:p>
    <w:p>
      <w:r>
        <w:t>She paused. Watched a child beg for a Porcelain Unit™ keychain.</w:t>
      </w:r>
    </w:p>
    <w:p>
      <w:r>
        <w:t>“if she missed her moment, the cost would be blood and memory, that’s why no one resists.”</w:t>
      </w:r>
    </w:p>
    <w:p>
      <w:r>
        <w:t>A breath.</w:t>
      </w:r>
    </w:p>
    <w:p>
      <w:r>
        <w:t>“It’s not a regime.”</w:t>
      </w:r>
    </w:p>
    <w:p>
      <w:r>
        <w:t>She looked at her own reflection in a mirrored window,  clear-eyed, tired, defiant.</w:t>
      </w:r>
    </w:p>
    <w:p>
      <w:r>
        <w:t>“It’s a mirror.”</w:t>
      </w:r>
    </w:p>
    <w:p>
      <w:r>
        <w:t>A surveillance drone drifted down overhead.</w:t>
      </w:r>
    </w:p>
    <w:p>
      <w:r>
        <w:t>She didn’t flinch.</w:t>
      </w:r>
    </w:p>
    <w:p>
      <w:r>
        <w:t>Let it scan her. Let it see.</w:t>
      </w:r>
    </w:p>
    <w:p>
      <w:r>
        <w:t>Chapter 7: Internal Document – Memory as Infrastructure™</w:t>
      </w:r>
    </w:p>
    <w:p>
      <w:r>
        <w:t>INTERNAL STRATEGY MEMO — OMNIRA™ PRIVATE</w:t>
      </w:r>
    </w:p>
    <w:p>
      <w:r>
        <w:t>CLASSIFIED — INTERNAL USE ONLY</w:t>
      </w:r>
    </w:p>
    <w:p>
      <w:r>
        <w:t>Omnira Group Holdings</w:t>
      </w:r>
    </w:p>
    <w:p>
      <w:r>
        <w:t>Q3 Positioning Document: “Memory as Infrastructure™”</w:t>
      </w:r>
    </w:p>
    <w:p>
      <w:r>
        <w:t>Prepared by: Syra K. Pranash, Executive Director, Human Insights Division</w:t>
      </w:r>
    </w:p>
    <w:p>
      <w:r>
        <w:t>Circulation: C-Level Only</w:t>
      </w:r>
    </w:p>
    <w:p>
      <w:r>
        <w:t>Timestamp: 03:22 UTC+7 | Encrypted | Logged</w:t>
      </w:r>
    </w:p>
    <w:p>
      <w:r>
        <w:t>Executive Summary:</w:t>
      </w:r>
    </w:p>
    <w:p>
      <w:r>
        <w:t>As Q3 initiates full emotional indexation across Tier 2 consumer groups, Omnira™ reaffirms its position not as a product provider, but as the emotional backbone of civilization.</w:t>
      </w:r>
    </w:p>
    <w:p>
      <w:r>
        <w:t>We no longer “sell” memories.</w:t>
      </w:r>
    </w:p>
    <w:p>
      <w:r>
        <w:t>We optimise the human operating system.</w:t>
      </w:r>
    </w:p>
    <w:p>
      <w:r>
        <w:t>Key Strategic Pillars:</w:t>
      </w:r>
    </w:p>
    <w:p>
      <w:r>
        <w:t>94% of active users report “relief” as their dominant post-extraction emotion.</w:t>
      </w:r>
    </w:p>
    <w:p>
      <w:r>
        <w:t>Strategic emphasis remains on "Forget to Feel Better™" micro-campaigns.</w:t>
      </w:r>
    </w:p>
    <w:p>
      <w:r>
        <w:t>Reframe negative emotion as personal data debt.</w:t>
      </w:r>
    </w:p>
    <w:p>
      <w:r>
        <w:t>Encourage trade-in cycles with messaging like:</w:t>
      </w:r>
    </w:p>
    <w:p>
      <w:r>
        <w:t>“Why carry what no one values?”</w:t>
      </w:r>
    </w:p>
    <w:p>
      <w:r>
        <w:t>“Make space for joy.”</w:t>
      </w:r>
    </w:p>
    <w:p>
      <w:r>
        <w:t>“Grief is just unused bandwidth.”</w:t>
      </w:r>
    </w:p>
    <w:p>
      <w:r>
        <w:t>Launch Phase II of QuietMind™ subscription tiers.</w:t>
      </w:r>
    </w:p>
    <w:p>
      <w:r>
        <w:t>Target demographic: high-index thinkers, aging journalists, trauma-hoarders.</w:t>
      </w:r>
    </w:p>
    <w:p>
      <w:r>
        <w:t>Expand civic partnerships:</w:t>
      </w:r>
    </w:p>
    <w:p>
      <w:r>
        <w:t>Memory-for-rent housing programs</w:t>
      </w:r>
    </w:p>
    <w:p>
      <w:r>
        <w:t>Index-score job placement initiatives</w:t>
      </w:r>
    </w:p>
    <w:p>
      <w:r>
        <w:t>Emotion-backed microloans</w:t>
      </w:r>
    </w:p>
    <w:p>
      <w:r>
        <w:t>Watchpoints:</w:t>
      </w:r>
    </w:p>
    <w:p>
      <w:r>
        <w:t>“Anthros” network chatter up 4.2% in border sectors.</w:t>
      </w:r>
    </w:p>
    <w:p>
      <w:r>
        <w:t>Flag all analog content as potential folklore threats.</w:t>
      </w:r>
    </w:p>
    <w:p>
      <w:r>
        <w:t>Noncompliant archivists in three districts still hoarding legacy media.</w:t>
      </w:r>
    </w:p>
    <w:p>
      <w:r>
        <w:t>Begin soft reeducation via DreamFeeds™ nostalgia sequences.</w:t>
      </w:r>
    </w:p>
    <w:p>
      <w:r>
        <w:t>Investor Forward Outlook:</w:t>
      </w:r>
    </w:p>
    <w:p>
      <w:r>
        <w:t>“We are not memory merchants.</w:t>
      </w:r>
    </w:p>
    <w:p>
      <w:r>
        <w:t>We are the utility grid of human experience.</w:t>
      </w:r>
    </w:p>
    <w:p>
      <w:r>
        <w:t>What electricity was to the 20th century,</w:t>
      </w:r>
    </w:p>
    <w:p>
      <w:r>
        <w:t>Omnira™ is to the 21st: a right, a constant, a need.”</w:t>
      </w:r>
    </w:p>
    <w:p>
      <w:r>
        <w:t>— M, Founder &amp; CTO</w:t>
      </w:r>
    </w:p>
    <w:p>
      <w:r>
        <w:t>END DOCUMENT</w:t>
      </w:r>
    </w:p>
    <w:p>
      <w:r>
        <w:t>This message will auto-purge in 12 seconds unless re-indexed.</w:t>
      </w:r>
    </w:p>
    <w:p>
      <w:r>
        <w:t>Chapter 8: BetterMe™: Live Feed</w:t>
        <w:br/>
        <w:t>The air in Sector 19 buzzed like it remembered something awful. Iris had followed a faint pulse through the transit tunnel, no signal, no leads, just a flickering OmniraCore™ proximity ping that hadn't shown up on any shared map. That alone made it interesting. Nothing was supposed to be off-grid.</w:t>
        <w:br/>
        <w:br/>
        <w:t xml:space="preserve"> She stepped through a concrete slit in the wall and froze. Inside: a stadium-sized atrium glowing with warm LED sunset. Screens hung like banners from the ceiling, each streaming emotional data, charts, faces, laughing mouths, crying eyes, all cut from different lives, stitched into loops.</w:t>
        <w:br/>
        <w:br/>
        <w:t xml:space="preserve"> Rows of chairs. A central stage. A voice, syrupy-smooth, floated across the sound field:</w:t>
      </w:r>
    </w:p>
    <w:p>
      <w:r>
        <w:t>“Welcome to BetterMe™: Live Feed. Let’s surprise ourselves, together.”</w:t>
        <w:br/>
        <w:br/>
        <w:t xml:space="preserve"> A ripple of excitement moved through the crowd. Hundreds of people. No one masked. No one leaving.  Iris moved to the back wall. No one stopped her. That was worse.</w:t>
        <w:br/>
        <w:br/>
        <w:t xml:space="preserve"> A boy, 12, maybe walked onto the stage. The crowd began chanting his handle: @emodiver. A flash of stats bloomed above his head: Rank 6. National. Emotion Divergence Score: 4.7.</w:t>
        <w:br/>
        <w:br/>
        <w:t xml:space="preserve"> A moment later, the prompt appeared: “You see your mother slap your sister. React.”</w:t>
        <w:br/>
        <w:br/>
        <w:t xml:space="preserve"> He grinned. Bowed. Then mimed taking a photo.</w:t>
        <w:br/>
        <w:br/>
        <w:t xml:space="preserve"> Laughter. Applause. "+45: DarkPlay Bonus" flashed in gold.</w:t>
        <w:br/>
        <w:br/>
        <w:t>Iris’s throat tightened. She scanned the room. People were nodding, smiling, uploading reactions in real time through their CoreID™ taps. Some mouthed along with the prompts like they’d memorised them.</w:t>
        <w:br/>
        <w:br/>
        <w:t xml:space="preserve"> A woman in an empathy suit, Omnira grey, with red trim, stepped beside Iris. Her smile was flat.</w:t>
        <w:br/>
        <w:br/>
        <w:t xml:space="preserve"> “You haven’t played today.”</w:t>
        <w:br/>
        <w:br/>
        <w:t xml:space="preserve"> Iris didn’t answer.</w:t>
        <w:br/>
        <w:br/>
        <w:t xml:space="preserve"> “Dormancy isn’t optimal,” the woman added. “But it is… curious.”</w:t>
        <w:br/>
        <w:br/>
        <w:t xml:space="preserve"> “Just watching.”</w:t>
        <w:br/>
        <w:br/>
        <w:t xml:space="preserve"> “That’s a category now. LiveFeed™ Viewers still emit data. You’re already playing. Surprise us.”</w:t>
        <w:br/>
        <w:br/>
        <w:t xml:space="preserve"> Another participant took the stage. Older, wearing religious bracelets—Hindu, maybe Tamil. His prompt: “A stranger gives you their dead child’s toy. Emotion?”</w:t>
        <w:br/>
        <w:br/>
        <w:t xml:space="preserve"> He screamed. Theatrically. Collapsed. The crowd gasped, then thundered. "+70: Cultural Reversal Bonus." He stood, grinning as handlers helped him down. His wrists blinked with freshly earned LevelCred™.</w:t>
        <w:br/>
        <w:br/>
        <w:t xml:space="preserve"> A teen from Lagos went next. She barely blinked when shown a burning city. But when the feed switched to a street in her neighborhood, clean, orderly, fake, she cried.</w:t>
        <w:br/>
        <w:br/>
        <w:t xml:space="preserve"> "+80: Authentic Spike."</w:t>
        <w:br/>
        <w:br/>
        <w:t xml:space="preserve"> OmniraCore™ didn’t care how or why. It only cared that you felt something it didn’t see coming.</w:t>
        <w:br/>
        <w:br/>
        <w:t xml:space="preserve"> The air thickened. Iris could feel her CoreID™ warming against her wrist.</w:t>
        <w:br/>
        <w:br/>
        <w:t xml:space="preserve"> Then, her name appeared.</w:t>
        <w:br/>
        <w:br/>
        <w:t xml:space="preserve"> **“Now welcoming: Whitaker, Iris.”**</w:t>
        <w:br/>
        <w:br/>
        <w:t xml:space="preserve"> Her stomach dropped. She took a step back.</w:t>
        <w:br/>
        <w:br/>
        <w:t xml:space="preserve"> The woman beside her didn’t move. “Randomisation protocols. You’ve been selected.”</w:t>
        <w:br/>
        <w:br/>
        <w:t xml:space="preserve"> “I didn’t enroll.”</w:t>
        <w:br/>
        <w:br/>
        <w:t xml:space="preserve"> “But you’re registered.”</w:t>
        <w:br/>
        <w:br/>
        <w:t xml:space="preserve"> The crowd parted. Someone clapped. Then others. A soft wave of expectation.  Iris was guided, gently, insistently, to the stage. She felt her skin buzzing. The heat of it.  A screen lit before her.</w:t>
        <w:br/>
        <w:br/>
        <w:t xml:space="preserve"> **Prompt: Your dead sister's laugh is repackaged as a Joy Fragment™. Reaction?**</w:t>
        <w:br/>
        <w:br/>
        <w:t xml:space="preserve"> The floor vanished beneath her. She said nothing. Did nothing.</w:t>
        <w:br/>
        <w:br/>
        <w:t xml:space="preserve"> The screen pulsed: "+0.1: Dormancy Triggered. Unpredictability Potential: HIGH."</w:t>
        <w:br/>
        <w:br/>
        <w:t xml:space="preserve"> The crowd held its breath.  Iris stepped away. Refused.  The system recalibrated. **New prompt: You’re offered a chance to feel her laugh again. Cost: one memory. Which do you give?**</w:t>
        <w:br/>
        <w:br/>
        <w:t xml:space="preserve"> She stood still.  A flicker of applause rose. A strange, confused admiration.</w:t>
        <w:br/>
        <w:br/>
        <w:t xml:space="preserve"> The screen updated: **"Whitaker, Iris – Rank #3. Emotional Stillness Detected. Audience Resonance: Viral."**</w:t>
        <w:br/>
        <w:br/>
        <w:t xml:space="preserve"> The voice returned: “Stillness is its own surprise. Thank you for your contribution.”</w:t>
        <w:br/>
        <w:br/>
        <w:t xml:space="preserve"> She walked offstage.  Someone tried to interview her.</w:t>
        <w:br/>
        <w:br/>
        <w:t xml:space="preserve"> The woman in grey smiled wider than before. “See? Everyone plays. Even you.”</w:t>
        <w:br/>
        <w:br/>
        <w:t xml:space="preserve"> Later, Iris’s CoreID™ would buzz. She’d been awarded 1,000 LevelCred™.</w:t>
        <w:br/>
        <w:br/>
        <w:t xml:space="preserve"> She hadn’t asked for it.</w:t>
        <w:br/>
        <w:br/>
        <w:t xml:space="preserve"> She’d become content.</w:t>
      </w:r>
    </w:p>
    <w:p>
      <w:r>
        <w:t>Chapter 9: The Underside</w:t>
      </w:r>
    </w:p>
    <w:p>
      <w:r>
        <w:t>The stairwell at Sector 3 had no signage. Just rusted steel and the scent of rain trying to remember metal. The lock was a relic, no retina scan, no pulseprint, just a manual lever and a satisfying click. Somewhere behind her, Omnira’s towers blinked like indifferent gods. Below her, resistance, hopefully.</w:t>
      </w:r>
    </w:p>
    <w:p>
      <w:r>
        <w:t>Reader, this part? It stinks. It’s ugly. But it’s also the first place I heard someone say ‘no’ out loud. Would you have said it too?</w:t>
      </w:r>
    </w:p>
    <w:p>
      <w:r>
        <w:t>Iris descended, boots clanging on the stairwell’s ribs. She passed a warning scrawled in fading marker on the concrete wall:</w:t>
      </w:r>
    </w:p>
    <w:p>
      <w:r>
        <w:t>"EMOTIONS MAY BE PRESENT. PROCEED AT YOUR OWN RISK."</w:t>
      </w:r>
    </w:p>
    <w:p>
      <w:r>
        <w:t>She smirked. Human graffiti. Almost quaint.</w:t>
      </w:r>
    </w:p>
    <w:p>
      <w:r>
        <w:t>The deeper she went, the more silence asserted itself, not absence, but defiance. No hum of servers. No ambient ad-chatter. No data pings.</w:t>
      </w:r>
    </w:p>
    <w:p>
      <w:r>
        <w:t>For the first time in weeks, she wasn’t being watched.</w:t>
      </w:r>
    </w:p>
    <w:p>
      <w:r>
        <w:t>Which meant, paradoxically, she was probably about to die.</w:t>
      </w:r>
    </w:p>
    <w:p>
      <w:r>
        <w:t>A keypad blinked dimly at the bottom landing. Before she could touch it, the door unlatched.</w:t>
      </w:r>
    </w:p>
    <w:p>
      <w:r>
        <w:t>Jonah stood in the frame.</w:t>
      </w:r>
    </w:p>
    <w:p>
      <w:r>
        <w:t>“You took your time.”</w:t>
      </w:r>
    </w:p>
    <w:p>
      <w:r>
        <w:t>“You gave me a smudged map and a cryptic symbol.”</w:t>
      </w:r>
    </w:p>
    <w:p>
      <w:r>
        <w:t>“And yet, here you are.”</w:t>
      </w:r>
    </w:p>
    <w:p>
      <w:r>
        <w:t>He held the door open. She stepped through.</w:t>
      </w:r>
    </w:p>
    <w:p>
      <w:r>
        <w:t>It wasn’t fully dark. Not once her eyes adjusted.</w:t>
      </w:r>
    </w:p>
    <w:p>
      <w:r>
        <w:t>The walls were layered in cables, analog wiring, relic switches. Battery arrays clung to the ceiling like fossilized spiders. The air tasted of dust and old copper. Below the surface noise of survival, there was something else, hope, perhaps, desperately duct-taped together.</w:t>
      </w:r>
    </w:p>
    <w:p>
      <w:r>
        <w:t>People moved through the space. Quiet, wary, fast. Some nodded. Most didn’t.</w:t>
      </w:r>
    </w:p>
    <w:p>
      <w:r>
        <w:t>“You said this was a safehouse,” Iris whispered. “This looks like a fallout shelter.”</w:t>
      </w:r>
    </w:p>
    <w:p>
      <w:r>
        <w:t>“Same thing these days.”</w:t>
      </w:r>
    </w:p>
    <w:p>
      <w:r>
        <w:t>They moved through a narrow passage lit by uneven strips of scavenged light,  old train hardware repurposed, humming low with recycled voltage. Pipes lined the ceiling like arteries, sweating condensation into the dust.</w:t>
      </w:r>
    </w:p>
    <w:p>
      <w:r>
        <w:t>Makeshift sleeping quarters were tucked into the crevices: pallet beds built from reclaimed transit panels, blankets stitched from shredded meshwear and discoloured smart-fabric, now dumb and fraying. Old books were stacked like structural supports, columns of yellowed pages buttressing the walls where data lines had once run.</w:t>
      </w:r>
    </w:p>
    <w:p>
      <w:r>
        <w:t>Iris slowed, gaze catching on the spines,  philosophy, old code manuals, a children’s book with a half-burned cover. There was a weight to it all. Not nostalgia. Something heavier. Stubbornness, maybe.</w:t>
      </w:r>
    </w:p>
    <w:p>
      <w:r>
        <w:t>As they passed, a few heads turned.</w:t>
      </w:r>
    </w:p>
    <w:p>
      <w:r>
        <w:t>Not curiosity. Calculation. One woman in the corner,  shaved head, oil-smudged fingers, eyes like static,  didn’t bother looking away. Another, half-buried in a nest of blankets, tracked Iris’s movements without blinking, like a system scanning for threat profile anomalies.</w:t>
      </w:r>
    </w:p>
    <w:p>
      <w:r>
        <w:t>Jonah didn’t acknowledge them. Which meant he didn’t need to.</w:t>
      </w:r>
    </w:p>
    <w:p>
      <w:r>
        <w:t>They knew who she was. Or what she might be. And not everyone here had patience for the unprocessed.</w:t>
      </w:r>
    </w:p>
    <w:p>
      <w:r>
        <w:t>“No screens?” she asked, scanning the dim for flickers of anything digital.</w:t>
      </w:r>
    </w:p>
    <w:p>
      <w:r>
        <w:t>Jonah smirked. “We’ve got them. Just not here. Bad dreams tend to get caught in circuitry.”</w:t>
      </w:r>
    </w:p>
    <w:p>
      <w:r>
        <w:t>She frowned. “Is that a metaphor or just paranoia?”</w:t>
      </w:r>
    </w:p>
    <w:p>
      <w:r>
        <w:t>“Little of both.” He gestured at the books. “These, though,  paper. Real dirty. They smell like time.”</w:t>
      </w:r>
    </w:p>
    <w:p>
      <w:r>
        <w:t>“Disgusting.”</w:t>
      </w:r>
    </w:p>
    <w:p>
      <w:r>
        <w:t>“Sacrilege,” he said, and kept walking.</w:t>
      </w:r>
    </w:p>
    <w:p>
      <w:r>
        <w:t>They entered a side chamber, low-ceilinged, humming with lab heat.</w:t>
      </w:r>
    </w:p>
    <w:p>
      <w:r>
        <w:t>Inside, a man hunched over a testtubes. His hands were steady, surgical. A tray beside him held ink vials, needles, saline.</w:t>
      </w:r>
    </w:p>
    <w:p>
      <w:r>
        <w:t>“This is Choudhry,” Jonah said.</w:t>
      </w:r>
    </w:p>
    <w:p>
      <w:r>
        <w:t>The man didn’t look up. “Hmmm.”</w:t>
      </w:r>
    </w:p>
    <w:p>
      <w:r>
        <w:t>Choudhry finally raised his head. His face was tired in the way only brilliant people get, like intellect had been siphoned from his brain.</w:t>
      </w:r>
    </w:p>
    <w:p>
      <w:r>
        <w:t>“You looking to carry it one day?.”</w:t>
      </w:r>
    </w:p>
    <w:p>
      <w:r>
        <w:t>Iris hesitated.</w:t>
      </w:r>
    </w:p>
    <w:p>
      <w:r>
        <w:t>“Carry what, exactly?”</w:t>
      </w:r>
    </w:p>
    <w:p>
      <w:r>
        <w:t>Choudhry gestured for her to sit. “Seed.”</w:t>
      </w:r>
    </w:p>
    <w:p>
      <w:r>
        <w:t>“Seed. That’s... metaphorical, right?”</w:t>
      </w:r>
    </w:p>
    <w:p>
      <w:r>
        <w:t>Jonah shook his head. “Not even slightly.”</w:t>
      </w:r>
    </w:p>
    <w:p>
      <w:r>
        <w:t>Choudhry tapped the vial. The ink shimmered, deep red, tinged with gold. It looked like it wanted to be something.</w:t>
      </w:r>
    </w:p>
    <w:p>
      <w:r>
        <w:t>“It’s humanity,” he said.</w:t>
      </w:r>
    </w:p>
    <w:p>
      <w:r>
        <w:t>“I thought that was what archives were for.”</w:t>
      </w:r>
    </w:p>
    <w:p>
      <w:r>
        <w:t>Choudhry chuckled dryly. “Archives can be deleted. Firewalled. Sanitised. The Seed is a mnemonic virus, coded in ink, embedded in dermis, passed biologically through gestation. Hidden inside flesh. Whispering even when you forget.”</w:t>
      </w:r>
    </w:p>
    <w:p>
      <w:r>
        <w:t>“You’re saying it transmits through... procreation?”</w:t>
      </w:r>
    </w:p>
    <w:p>
      <w:r>
        <w:t>He nodded. “Subdermal gene-bonding. The design's elegant. The ethics aren’t.”</w:t>
      </w:r>
    </w:p>
    <w:p>
      <w:r>
        <w:t>“And Omnira doesn’t know about it?”</w:t>
      </w:r>
    </w:p>
    <w:p>
      <w:r>
        <w:t>“Not yet. It's not ready.”</w:t>
      </w:r>
    </w:p>
    <w:p>
      <w:r>
        <w:t>Iris folded her arms.</w:t>
      </w:r>
    </w:p>
    <w:p>
      <w:r>
        <w:t>“So let me get this straight. If Anthros fails you will inject all members with a consciousness cocktail, bank on the theoretical fertility of all the males and females, and hope the virus outlives Omnira’s death grip?”</w:t>
      </w:r>
    </w:p>
    <w:p>
      <w:r>
        <w:t>Choudhry didn’t flinch. “Yes.”</w:t>
      </w:r>
    </w:p>
    <w:p>
      <w:r>
        <w:t>“You do know how absolutely unhinged that sounds?”</w:t>
      </w:r>
    </w:p>
    <w:p>
      <w:r>
        <w:t>“It has to be,” Jonah said quietly. “It’s the only thing they won’t see coming.”</w:t>
      </w:r>
    </w:p>
    <w:p>
      <w:r>
        <w:t>Choudhry stood. His lab coat was patchworked from different eras of medicine,part virology, part insurgency.</w:t>
      </w:r>
    </w:p>
    <w:p>
      <w:r>
        <w:t>“You think a revolution is reporting and bombs?” he said. “Omnira doesn’t hear noise. It hears patterns. Anything loud gets flagged and monetised.”</w:t>
      </w:r>
    </w:p>
    <w:p>
      <w:r>
        <w:t>“So your solution is... pregnancy as protest?”</w:t>
      </w:r>
    </w:p>
    <w:p>
      <w:r>
        <w:t>Choudhry grinned. “And you thought nothing subversive ever came out of biology.”</w:t>
      </w:r>
    </w:p>
    <w:p>
      <w:r>
        <w:t>Iris looked down at the vials. The ink pulsed slightly with her heartbeat.</w:t>
      </w:r>
    </w:p>
    <w:p>
      <w:r>
        <w:t>“In a world this sterilised what else can we do”</w:t>
      </w:r>
    </w:p>
    <w:p>
      <w:r>
        <w:t>They sat in silence. Then Iris spoke, low.</w:t>
      </w:r>
    </w:p>
    <w:p>
      <w:r>
        <w:t>“I don’t want to be a symbol. Or a story. Or a walking USB stick with ovaries.”</w:t>
      </w:r>
    </w:p>
    <w:p>
      <w:r>
        <w:t>Jonah stepped forward, voice calm.</w:t>
      </w:r>
    </w:p>
    <w:p>
      <w:r>
        <w:t>“That’s not why you’re here.”</w:t>
      </w:r>
    </w:p>
    <w:p>
      <w:r>
        <w:t>“Then why am I?”</w:t>
      </w:r>
    </w:p>
    <w:p>
      <w:r>
        <w:t>He met her eyes. “Because you still feel. And you still think that matters.”</w:t>
      </w:r>
    </w:p>
    <w:p>
      <w:r>
        <w:t>Silence stretched.</w:t>
      </w:r>
    </w:p>
    <w:p>
      <w:r>
        <w:t>Then, a breath.</w:t>
      </w:r>
    </w:p>
    <w:p>
      <w:r>
        <w:t>“I don’t want to preserve the past. I want to preserve capacity. For contradiction. For chaos. For love without licensing.”</w:t>
      </w:r>
    </w:p>
    <w:p>
      <w:r>
        <w:t>“You do realise,” she said, “this is the least romantic procreation pitch ever delivered.”</w:t>
      </w:r>
    </w:p>
    <w:p>
      <w:r>
        <w:t>Choudhry smiled.</w:t>
      </w:r>
    </w:p>
    <w:p>
      <w:r>
        <w:t>And behind her, on a makeshift wall of notes and wires, someone had written in thick black marker:</w:t>
      </w:r>
    </w:p>
    <w:p>
      <w:r>
        <w:t>"We’re not trying to win. We’re trying to outlive."</w:t>
      </w:r>
    </w:p>
    <w:p>
      <w:r>
        <w:t>Chapter 9a : The Offset</w:t>
      </w:r>
    </w:p>
    <w:p>
      <w:r>
        <w:t>The café’s calm was calibrated to the micron. Aromas engineered to trigger familiar mammalian nostalgia: synthe-vanilla, decaf empathy, a hint of woodsmoke no one could place.  Light was set to “comfort amber”,  known to suppress cortisol in 86% of Tier-3 citizens. The soundtrack was curated to quiet, with legally sanctioned warmth. If your heart rate ticked up during the queue, you were invited to breathe into a compliance napkin.</w:t>
      </w:r>
    </w:p>
    <w:p>
      <w:r>
        <w:t>Omnira understood one thing better than any regime before it: comfort breeds surrender.</w:t>
      </w:r>
    </w:p>
    <w:p>
      <w:r>
        <w:t>Three months ago, the world changed with a notification. Not a speech. Not a coup. Just a software update. Every major currency,  the dollar, the yuan, the rupee, the krona, even GreenChain, quietly vanished from global ledgers in a coordinated blink.</w:t>
      </w:r>
    </w:p>
    <w:p>
      <w:r>
        <w:t>In their place: Credentia™. One currency. One standard. One truth. Administered by Omnira. Backed not by gold, not by code,  but by behavioural compliance.</w:t>
      </w:r>
    </w:p>
    <w:p>
      <w:r>
        <w:t>You didn’t own Credentia™. You earned it,  through work, through modelled behaviours, through compliance.</w:t>
      </w:r>
    </w:p>
    <w:p>
      <w:r>
        <w:t>Smile at a stranger?  +0.2</w:t>
        <w:br/>
        <w:t>Express political uncertainty? -1.6</w:t>
        <w:br/>
        <w:t>Linger on a flagged sentiment in your feed? Enjoy your delayed commute.</w:t>
      </w:r>
    </w:p>
    <w:p>
      <w:r>
        <w:t>Your identity was your economy now. The rollout was sold as a logic patch. “A global recalibration.” Not mandatory,  just essential.</w:t>
      </w:r>
    </w:p>
    <w:p>
      <w:r>
        <w:t>The Tribunal of Nations had voted unanimously,  every country on Earth. Even the rogue states had leaned in. The calculus was too elegant to ignore:</w:t>
      </w:r>
    </w:p>
    <w:p>
      <w:r>
        <w:t>No debt. No inflation. No uprisings. Just pure, programmable participation.</w:t>
      </w:r>
    </w:p>
    <w:p>
      <w:r>
        <w:t>Omnira called it “coherence.” And most people welcomed it. Because Credentia™was beautiful.  Elegant. Frictionless. No coins, no cards. No dirty bills or corruption slush. You walked through life, and it told you how you were doing. And if you stopped doing? It stopped too.</w:t>
      </w:r>
    </w:p>
    <w:p>
      <w:r>
        <w:t>The message had said:</w:t>
      </w:r>
    </w:p>
    <w:p>
      <w:r>
        <w:t>“Anthros seeks you. Sector C. Ask for Filter Blend 9. Say the phrase: ‘I remember the noise beneath the noise.’”</w:t>
      </w:r>
    </w:p>
    <w:p>
      <w:r>
        <w:t>She hadn’t seen the sender. That was normal. Anthros didn’t do signatures. They did symbols.</w:t>
        <w:br/>
        <w:t>Poetry, metaphors, scraps of burned code wrapped in verse.</w:t>
      </w:r>
    </w:p>
    <w:p>
      <w:r>
        <w:t>That had always been their flaw, trying to out-sing a machine that doesn’t hear.</w:t>
      </w:r>
    </w:p>
    <w:p>
      <w:r>
        <w:t>Still, here she was.</w:t>
      </w:r>
    </w:p>
    <w:p>
      <w:r>
        <w:t>She approached the server. Smooth. Barely humanoid. All warm eyes and no fingerprints. It bowed at the prescribed 12° angle.</w:t>
      </w:r>
    </w:p>
    <w:p>
      <w:r>
        <w:t>“I’ll have a Filter Blend 9,” she said softly. “I remember the noise beneath the noise.”</w:t>
      </w:r>
    </w:p>
    <w:p>
      <w:r>
        <w:t>The server blinked. Once. Slowly.</w:t>
      </w:r>
    </w:p>
    <w:p>
      <w:r>
        <w:t>“Verification acknowledged. Please maintain your emotional baseline.”</w:t>
      </w:r>
    </w:p>
    <w:p>
      <w:r>
        <w:t>Her tag buzzed on her wrist, neutral, subtle.</w:t>
      </w:r>
    </w:p>
    <w:p>
      <w:r>
        <w:t>She glanced down.</w:t>
      </w:r>
    </w:p>
    <w:p>
      <w:r>
        <w:t>YOU’RE EARLY. STALL.</w:t>
      </w:r>
    </w:p>
    <w:p>
      <w:r>
        <w:t>No signature. Just urgency.</w:t>
      </w:r>
    </w:p>
    <w:p>
      <w:r>
        <w:t>Her stomach didn’t flip. It shifted. Coiled. Something in the café had changed.</w:t>
      </w:r>
    </w:p>
    <w:p>
      <w:r>
        <w:t>She moved to the pick-up station. Fingers relaxed. Breath modulated. She could feel her own calibration scores syncing with the walls. A flicker of heat behind her ears meant a passive scan was running. Not active surveillance, pattern matching.</w:t>
      </w:r>
    </w:p>
    <w:p>
      <w:r>
        <w:t>Then she noticed it. A man near the window mimicked her blink rate. A woman sipped her cup a half-second after Iris did,  three times in a row.</w:t>
      </w:r>
    </w:p>
    <w:p>
      <w:r>
        <w:t>MirrorLogic™. Not watchers. Learners.</w:t>
      </w:r>
    </w:p>
    <w:p>
      <w:r>
        <w:t>This wasn’t a sting. It was a harvest.</w:t>
      </w:r>
    </w:p>
    <w:p>
      <w:r>
        <w:t>The people in the café weren’t people. Not anymore. They were training sets, adaptive shells running Omnira’s latest empathy-learning protocol,  designed to absorb her.</w:t>
        <w:br/>
        <w:t xml:space="preserve"> Her tone. Her language. Her pauses. Her rebellion.</w:t>
      </w:r>
    </w:p>
    <w:p>
      <w:r>
        <w:t>She’d walked into a mimic net.</w:t>
      </w:r>
    </w:p>
    <w:p>
      <w:r>
        <w:t>She wasn’t going to be arrested.</w:t>
      </w:r>
    </w:p>
    <w:p>
      <w:r>
        <w:t>She was going to be replicated.</w:t>
      </w:r>
    </w:p>
    <w:p>
      <w:r>
        <w:t>That’s what this was.</w:t>
      </w:r>
    </w:p>
    <w:p>
      <w:r>
        <w:t>Not an ambush. An acquisition.</w:t>
      </w:r>
    </w:p>
    <w:p>
      <w:r>
        <w:t>She breathed out slowly. That was a risk, oxygen variance could trigger a sync flag. But she needed to calibrate.</w:t>
      </w:r>
    </w:p>
    <w:p>
      <w:r>
        <w:t>She looked around,  properly this time.</w:t>
      </w:r>
    </w:p>
    <w:p>
      <w:r>
        <w:t>The “couple” at the corner booth were holding hands, but neither blinked. A child stared into a static screen. The static pulsed in binary rhythm. The walls showed subtle shimmer fields, Omnira’s emotion reinforcement lattice.</w:t>
      </w:r>
    </w:p>
    <w:p>
      <w:r>
        <w:t>Someone had already tagged her.</w:t>
      </w:r>
    </w:p>
    <w:p>
      <w:r>
        <w:t>Her tag buzzed again. A different frequency. Old tech.</w:t>
      </w:r>
    </w:p>
    <w:p>
      <w:r>
        <w:t>Jonah.</w:t>
      </w:r>
    </w:p>
    <w:p>
      <w:r>
        <w:t>"Trace secured. Ditch score. Exit Sector 7. Don’t speak."</w:t>
      </w:r>
    </w:p>
    <w:p>
      <w:r>
        <w:t>Of course. Any word spoken now would be logged, mimicked, and voiceprinted. They didn’t need her body. They needed her voice.</w:t>
      </w:r>
    </w:p>
    <w:p>
      <w:r>
        <w:t>Her language. Her resistance. She wasn’t a threat to suppress. She was a template to sell. That’s how Omnira worked.</w:t>
      </w:r>
    </w:p>
    <w:p>
      <w:r>
        <w:t>Chapter 10: The First Sacrifice</w:t>
      </w:r>
    </w:p>
    <w:p>
      <w:r>
        <w:t>The room was low-lit, a filtered kind of dark that made everything look gentler than it was. Somewhere beyond the reinforced wall, the city pulsed in its sleep cycle,  artificial lullabies, compliance frequencies, the hum of a world pretending it still dreamed.</w:t>
      </w:r>
    </w:p>
    <w:p>
      <w:r>
        <w:t>Jonah stirred on the makeshift bed, and reached for a weapon that wasn't there, tension flickering across his face. But it passed.</w:t>
      </w:r>
    </w:p>
    <w:p>
      <w:r>
        <w:t>His eyes opened,  not with alarm, just habit. And they landed on her.</w:t>
      </w:r>
    </w:p>
    <w:p>
      <w:r>
        <w:t>Iris, cross-legged near the terminal’s low glow. Hair shadowing her face, spine curled forward, fingers ghosting across the shard interface like she was trying to coax it into truth. Frowning the way she did when she was trying not to look angry.</w:t>
      </w:r>
    </w:p>
    <w:p>
      <w:r>
        <w:t>He watched her. Silent.</w:t>
      </w:r>
    </w:p>
    <w:p>
      <w:r>
        <w:t>For three full seconds, he didn’t move. Some soft, unguarded part of him,  the part no one in the resistance ever talked about,  just existed there. Still. Warm.</w:t>
      </w:r>
    </w:p>
    <w:p>
      <w:r>
        <w:t>There was a flicker. Not affection exactly. Recognition. Something sharp and half-formed and inconvenient.</w:t>
      </w:r>
    </w:p>
    <w:p>
      <w:r>
        <w:t>Then he blinked. Shook his head once. Back online.</w:t>
      </w:r>
    </w:p>
    <w:p>
      <w:r>
        <w:t>“All-night brilliance,” he said, voice scratchy, “or sleepless doomscroll?”</w:t>
      </w:r>
    </w:p>
    <w:p>
      <w:r>
        <w:t>She didn’t look up.</w:t>
      </w:r>
    </w:p>
    <w:p>
      <w:r>
        <w:t>“Bit of both.”</w:t>
      </w:r>
    </w:p>
    <w:p>
      <w:r>
        <w:t>He sat up slowly, running a hand over his face.</w:t>
      </w:r>
    </w:p>
    <w:p>
      <w:r>
        <w:t>“You need to rest.”</w:t>
      </w:r>
    </w:p>
    <w:p>
      <w:r>
        <w:t>“You need better questions.”</w:t>
      </w:r>
    </w:p>
    <w:p>
      <w:r>
        <w:t>She finally glanced at him. Eyes dull but wired, the kind of tired that came from knowing too much and not being able to unknow it.</w:t>
      </w:r>
    </w:p>
    <w:p>
      <w:r>
        <w:t>He didn’t press. Didn’t smile.</w:t>
      </w:r>
    </w:p>
    <w:p>
      <w:r>
        <w:t>Just nodded once, as if that exchange had somehow counted as intimacy.</w:t>
      </w:r>
    </w:p>
    <w:p>
      <w:r>
        <w:t>The screen behind her pulsed gently,  waiting.</w:t>
      </w:r>
    </w:p>
    <w:p>
      <w:r>
        <w:t>And outside, the world kept circling toward its deadline.</w:t>
      </w:r>
    </w:p>
    <w:p>
      <w:r>
        <w:t>“You found something,” he said.</w:t>
      </w:r>
    </w:p>
    <w:p>
      <w:r>
        <w:t>She didn’t look at him. Just kept staring at the terminal.</w:t>
      </w:r>
    </w:p>
    <w:p>
      <w:r>
        <w:t>“I found everything.”</w:t>
      </w:r>
    </w:p>
    <w:p>
      <w:r>
        <w:t>She accessed the relay’s secured layer. The Tribunal of Nations™ was not a myth. It was protocol. Quiet. Biannual. Absolute.</w:t>
      </w:r>
    </w:p>
    <w:p>
      <w:r>
        <w:t>Each country submitted its Humanity Index™ audit.</w:t>
      </w:r>
    </w:p>
    <w:p>
      <w:r>
        <w:t>Failure meant recalibration.</w:t>
      </w:r>
    </w:p>
    <w:p>
      <w:r>
        <w:t>No appeal. No delay. No emotion.</w:t>
      </w:r>
    </w:p>
    <w:p>
      <w:r>
        <w:t>Porcelain handled enforcement.</w:t>
      </w:r>
    </w:p>
    <w:p>
      <w:r>
        <w:t>She scrolled.</w:t>
      </w:r>
    </w:p>
    <w:p>
      <w:r>
        <w:t>U.S. — Y</w:t>
      </w:r>
    </w:p>
    <w:p>
      <w:r>
        <w:t>Germany — Y</w:t>
      </w:r>
    </w:p>
    <w:p>
      <w:r>
        <w:t>Nigeria — Y</w:t>
      </w:r>
    </w:p>
    <w:p>
      <w:r>
        <w:t>India — X</w:t>
      </w:r>
    </w:p>
    <w:p>
      <w:r>
        <w:t>Status: NON-COMPLIANT</w:t>
      </w:r>
    </w:p>
    <w:p>
      <w:r>
        <w:t>Recalibration: Pending</w:t>
      </w:r>
    </w:p>
    <w:p>
      <w:r>
        <w:t>Jonah froze.</w:t>
      </w:r>
    </w:p>
    <w:p>
      <w:r>
        <w:t>“They’ll unleash the Cascade Protocol,” Iris said. “Not an invasion. Just permission to feel. Unfiltered.”</w:t>
      </w:r>
    </w:p>
    <w:p>
      <w:r>
        <w:t>A grief bomb.</w:t>
      </w:r>
    </w:p>
    <w:p>
      <w:r>
        <w:t>“I thought the Seed?”</w:t>
      </w:r>
    </w:p>
    <w:p>
      <w:r>
        <w:t>“It’s still not ready,” she said quickly. “Choudhry’s still stabilising the ink.”</w:t>
      </w:r>
    </w:p>
    <w:p>
      <w:r>
        <w:t>“Then what do we have?”</w:t>
      </w:r>
    </w:p>
    <w:p>
      <w:r>
        <w:t>“This.”</w:t>
      </w:r>
    </w:p>
    <w:p>
      <w:r>
        <w:t>She pulled the decrypted archive. Helena Moraes’s voice. Her last log.</w:t>
      </w:r>
    </w:p>
    <w:p>
      <w:r>
        <w:t>The voice was frayed at the edges, older than the file’s timestamp suggested. Not broken, but tired in that specific way people get when they’ve seen their vision misused.</w:t>
      </w:r>
    </w:p>
    <w:p>
      <w:r>
        <w:t>Helena Moraes. The original architect. Omnira’s first hire. Back when it was still called a collective synthesis initiative, not a solution. Before branding. Before monetised wellness. Before the compliance economy.</w:t>
      </w:r>
    </w:p>
    <w:p>
      <w:r>
        <w:t>She didn’t just write the code.  She dreamed it. Believed in it. Like Omnira’s founder. And then,  apparently, she didn’t.</w:t>
      </w:r>
    </w:p>
    <w:p>
      <w:r>
        <w:t>Jonah stared at the sky through the broken ceiling. The stars looked fake tonight. Too symmetrical.</w:t>
      </w:r>
    </w:p>
    <w:p>
      <w:r>
        <w:t>“She tried to warn them,” he said.</w:t>
      </w:r>
    </w:p>
    <w:p>
      <w:r>
        <w:t>“They called it a bug report.”</w:t>
      </w:r>
    </w:p>
    <w:p>
      <w:r>
        <w:t>Jonah stared at the sky through the broken ceiling.</w:t>
      </w:r>
    </w:p>
    <w:p>
      <w:r>
        <w:t>“No more waiting.”</w:t>
      </w:r>
    </w:p>
    <w:p>
      <w:r>
        <w:t>“No more surviving,” she echoed.</w:t>
      </w:r>
    </w:p>
    <w:p>
      <w:r>
        <w:t>They climbed the rusted relay tower. The wind roared like the system knew.</w:t>
      </w:r>
    </w:p>
    <w:p>
      <w:r>
        <w:t>She plugged in the drive. The terminal blinked.</w:t>
      </w:r>
    </w:p>
    <w:p>
      <w:r>
        <w:t>“Firewall’s hot. You have five minutes,” Jonah warned.</w:t>
      </w:r>
    </w:p>
    <w:p>
      <w:r>
        <w:t>Iris whispered:</w:t>
      </w:r>
    </w:p>
    <w:p>
      <w:r>
        <w:t>&gt; “They offered comfort. And waited. Until grief could be taxed.”</w:t>
      </w:r>
    </w:p>
    <w:p>
      <w:r>
        <w:t>She hit TRANSMIT.</w:t>
      </w:r>
    </w:p>
    <w:p>
      <w:r>
        <w:t>The archive exploded into the Wild.</w:t>
      </w:r>
    </w:p>
    <w:p>
      <w:r>
        <w:t>Thousands of buried memories.</w:t>
      </w:r>
    </w:p>
    <w:p>
      <w:r>
        <w:t>A child whispering, “I don’t want to be optimised.”</w:t>
      </w:r>
    </w:p>
    <w:p>
      <w:r>
        <w:t>A man remembering the sound of rage.</w:t>
      </w:r>
    </w:p>
    <w:p>
      <w:r>
        <w:t>A widow collapsing into unprocessed loss.</w:t>
      </w:r>
    </w:p>
    <w:p>
      <w:r>
        <w:t>The console sparked.</w:t>
      </w:r>
    </w:p>
    <w:p>
      <w:r>
        <w:t>Birds scattered.</w:t>
      </w:r>
    </w:p>
    <w:p>
      <w:r>
        <w:t>She didn’t say goodbye.</w:t>
      </w:r>
    </w:p>
    <w:p>
      <w:r>
        <w:t>She just closed her eyes and let it burn.</w:t>
      </w:r>
    </w:p>
    <w:p>
      <w:r>
        <w:t>They descended in silence.</w:t>
      </w:r>
    </w:p>
    <w:p>
      <w:r>
        <w:t>Not a revolution.</w:t>
      </w:r>
    </w:p>
    <w:p>
      <w:r>
        <w:t>Not a weapon.</w:t>
      </w:r>
    </w:p>
    <w:p>
      <w:r>
        <w:t>Just a signal flare.</w:t>
      </w:r>
    </w:p>
    <w:p>
      <w:r>
        <w:t>Somewhere, someone would feel again.</w:t>
      </w:r>
    </w:p>
    <w:p>
      <w:r>
        <w:t>And that would be enough.</w:t>
      </w:r>
    </w:p>
    <w:p>
      <w:r>
        <w:t>Chapter 11: Inside the Clinic</w:t>
      </w:r>
    </w:p>
    <w:p>
      <w:r>
        <w:t>The tunnel was narrower than she expected. Every step was a negotiation between breath and instinct. Rusted conduit cables sagged from the ceiling like diseased veins. Fluorescent lights flickered overhead, struggling to hold a pulse. Somewhere deeper, a generator hummed its dying rhythm, coughing out weak energy like a smoker dragging their last breath.</w:t>
      </w:r>
    </w:p>
    <w:p>
      <w:r>
        <w:t>Reader, here’s the truth: I screamed when they touched the part of my mind I’d kept hidden even from myself. You won’t judge me, will you?</w:t>
      </w:r>
    </w:p>
    <w:p>
      <w:r>
        <w:t>Iris tightened her coat around her shoulders and pressed forward, soles silent on the concrete. She hadn’t been followed, she’d checked six times, counted her shadows, but still, paranoia walked behind her like an old lover.</w:t>
      </w:r>
    </w:p>
    <w:p>
      <w:r>
        <w:t>At last, the space widened into an abandoned metro platform, half-collapsed and graffitied with ghost sigils. Shapes moved in the peripheral dark: people, but barely. Faces lit by the occasional spark of a datapad, the red-eye flicker of retooled drones, the soft glow of recycled circuitry.</w:t>
      </w:r>
    </w:p>
    <w:p>
      <w:r>
        <w:t>They looked like survivors.</w:t>
      </w:r>
    </w:p>
    <w:p>
      <w:r>
        <w:t>Because that’s what they were.</w:t>
      </w:r>
    </w:p>
    <w:p>
      <w:r>
        <w:t>A woman stepped into view. Shaved head. Long coat. One eye cybernetically replaced with a scanner lens that pulsed green, then went black. She wore an old revolver low on her hip, casual, like it had always been part of her.</w:t>
      </w:r>
    </w:p>
    <w:p>
      <w:r>
        <w:t>“You’re Whitaker,” the woman said. Not a question.</w:t>
      </w:r>
    </w:p>
    <w:p>
      <w:r>
        <w:t>Iris didn’t blink. “Depends who’s asking.”</w:t>
      </w:r>
    </w:p>
    <w:p>
      <w:r>
        <w:t>The woman didn’t smile. “Someone who still bleeds.”</w:t>
      </w:r>
    </w:p>
    <w:p>
      <w:r>
        <w:t>She extended a small black wristband. No biometric scan, no logo. Just a simple matchstick icon, laser-burned into polymer.</w:t>
      </w:r>
    </w:p>
    <w:p>
      <w:r>
        <w:t>“Welcome to Anthros.”</w:t>
      </w:r>
    </w:p>
    <w:p>
      <w:r>
        <w:t>Jonah was leaning against a structural beam, arms crossed, hood down, watching her like a memory he hadn’t dared summon.</w:t>
      </w:r>
    </w:p>
    <w:p>
      <w:r>
        <w:t>She saw him. Walked straight to him. No fear. Just velocity.</w:t>
      </w:r>
    </w:p>
    <w:p>
      <w:r>
        <w:t>“You waited,” she said.</w:t>
      </w:r>
    </w:p>
    <w:p>
      <w:r>
        <w:t>“You showed up.”</w:t>
      </w:r>
    </w:p>
    <w:p>
      <w:r>
        <w:t>The silence that followed wasn’t awkward. It was atomic. Charged. Something sparked in the air between them, something that had nothing to do with romance and everything to do with recognition.</w:t>
      </w:r>
    </w:p>
    <w:p>
      <w:r>
        <w:t>Jonah tilted his head slightly. “This is what rebellion looks like before it wins,” he said.</w:t>
      </w:r>
    </w:p>
    <w:p>
      <w:r>
        <w:t>“I expected more fire.”</w:t>
      </w:r>
    </w:p>
    <w:p>
      <w:r>
        <w:t>“That’s what you’re for.”</w:t>
      </w:r>
    </w:p>
    <w:p>
      <w:r>
        <w:t>The space wasn’t what she imagined.</w:t>
      </w:r>
    </w:p>
    <w:p>
      <w:r>
        <w:t>There were no command centres. No rallying speeches. Just a battered terminal bank running low-wattage analytics, bunk lines drawn in chalk on the concrete, and scattered people sharpening blades or running diagnostics on homemade pulse tech.</w:t>
      </w:r>
    </w:p>
    <w:p>
      <w:r>
        <w:t>Old archive ports lined the wall, some still glowing faintly with memory files too volatile to delete.</w:t>
      </w:r>
    </w:p>
    <w:p>
      <w:r>
        <w:t>A boy no older than 16 sat beside a generator, softly singing into an audio capture node. His voice was raw, cracking. But real.</w:t>
      </w:r>
    </w:p>
    <w:p>
      <w:r>
        <w:t>Anthros the resistance wasn’t organised.</w:t>
      </w:r>
    </w:p>
    <w:p>
      <w:r>
        <w:t>It was alive.</w:t>
      </w:r>
    </w:p>
    <w:p>
      <w:r>
        <w:t>“I expected something... bigger,” Iris said quietly, scanning the space.</w:t>
      </w:r>
    </w:p>
    <w:p>
      <w:r>
        <w:t>Elya, the woman with the scanner eye, walked beside her. “That’s because you were raised on myths. Resistance isn’t an army. It’s a virus. You keep it small enough to spread.”</w:t>
      </w:r>
    </w:p>
    <w:p>
      <w:r>
        <w:t>“And what’s my strain?” Iris asked.</w:t>
      </w:r>
    </w:p>
    <w:p>
      <w:r>
        <w:t>Elya studied her. “Contagion.”</w:t>
      </w:r>
    </w:p>
    <w:p>
      <w:r>
        <w:t>“First memory sacrifice,” Elya said, holding out a thin black card, smaller than a credit chip.</w:t>
      </w:r>
    </w:p>
    <w:p>
      <w:r>
        <w:t>Iris blinked. “Excuse me?”</w:t>
      </w:r>
    </w:p>
    <w:p>
      <w:r>
        <w:t>“Everyone gives one,” Elya said. “Voluntarily. We don’t sell it. We don’t share it. We just... store it. Locked, offline. You give something up, something you don’t want to forget. It keeps us honest.”</w:t>
      </w:r>
    </w:p>
    <w:p>
      <w:r>
        <w:t>Jonah stepped forward, voice low. “What’s one thing you can’t afford to lose — but are willing to risk for this?”</w:t>
      </w:r>
    </w:p>
    <w:p>
      <w:r>
        <w:t>The room tilted slightly. She was used to surveillance. She was used to questions. But not this. This was personal. Primal.</w:t>
      </w:r>
    </w:p>
    <w:p>
      <w:r>
        <w:t>She swallowed. “Mara’s laugh.”</w:t>
      </w:r>
    </w:p>
    <w:p>
      <w:r>
        <w:t>Jonah’s gaze didn’t leave hers. “Not her memory. Just the laugh?”</w:t>
      </w:r>
    </w:p>
    <w:p>
      <w:r>
        <w:t>“She had this... sound. Like the world was worth laughing at. It didn’t matter what we were going through. It was the sound that said, ‘We’re alive.’ I haven’t heard it in years. Not the real one.”</w:t>
      </w:r>
    </w:p>
    <w:p>
      <w:r>
        <w:t>Elya nodded. Inserted the card into a port shaped like a bone fragment, embedded in a matte-black console.</w:t>
      </w:r>
    </w:p>
    <w:p>
      <w:r>
        <w:t>The console accepted it with a dull click.</w:t>
      </w:r>
    </w:p>
    <w:p>
      <w:r>
        <w:t>“Stored,” she said. “Not erased. But now it belongs to the resistance. And if we fall, it falls with us.”</w:t>
      </w:r>
    </w:p>
    <w:p>
      <w:r>
        <w:t>Iris let out a breath she didn’t know she was holding.</w:t>
      </w:r>
    </w:p>
    <w:p>
      <w:r>
        <w:t>Elya met her eyes. “We fight harder for what we almost lose.”</w:t>
      </w:r>
    </w:p>
    <w:p>
      <w:r>
        <w:t>That night, Iris barely slept.</w:t>
      </w:r>
    </w:p>
    <w:p>
      <w:r>
        <w:t>The bunk was warm enough. The platform quieted down after midnight, save for the soft hum of voltage and the occasional curse from the tech station. Someone was soldering emotional dampeners into an old film reel. Someone else practiced knife work in silence.</w:t>
      </w:r>
    </w:p>
    <w:p>
      <w:r>
        <w:t>Jonah sat across the room, turning something over in his hand — a broken analog chip, maybe. She watched him from behind her curtain of hair.</w:t>
      </w:r>
    </w:p>
    <w:p>
      <w:r>
        <w:t>He’d changed. Not softer. Just... more rooted. Less storm. More weight.</w:t>
      </w:r>
    </w:p>
    <w:p>
      <w:r>
        <w:t>“You don’t sleep much either,” she said eventually, breaking the hush.</w:t>
      </w:r>
    </w:p>
    <w:p>
      <w:r>
        <w:t>He didn’t look up. “Sleep invites dreams. Dreams get intercepted.”</w:t>
      </w:r>
    </w:p>
    <w:p>
      <w:r>
        <w:t>She nodded.</w:t>
      </w:r>
    </w:p>
    <w:p>
      <w:r>
        <w:t>They didn’t say more. But they didn’t have to.</w:t>
      </w:r>
    </w:p>
    <w:p>
      <w:r>
        <w:t>At dawn, Elya gathered them in the old conductor’s booth, where a patched holograph unit projected a schematic of a building too clean to belong in the Wilds.</w:t>
      </w:r>
    </w:p>
    <w:p>
      <w:r>
        <w:t>“This is a Tier-1 purification clinic,” she said. “One of the new ones, buried under a leisure zone in District Nine. It doesn’t show up on civilian grids. Only Porcelain units and high-clearance operatives have access.”</w:t>
      </w:r>
    </w:p>
    <w:p>
      <w:r>
        <w:t>“And you want me to get in?” Iris asked.</w:t>
      </w:r>
    </w:p>
    <w:p>
      <w:r>
        <w:t>“You’re already flagged,” jonah's voice cut through. “You’re indexed. You’re tainted. But that also means you’ve got a shadow passcode — they’re still studying your reactions. Still logging your inputs.”</w:t>
      </w:r>
    </w:p>
    <w:p>
      <w:r>
        <w:t>Elya nodded. “We can spoof the pass and insert you as a transfer subject. Your job is to stay conscious. Get to the core. And extract this.”</w:t>
      </w:r>
    </w:p>
    <w:p>
      <w:r>
        <w:t>She pointed to a blinking red icon labeled MELTROOM.</w:t>
      </w:r>
    </w:p>
    <w:p>
      <w:r>
        <w:t>“Wait,” Iris said. “Is that—?”</w:t>
      </w:r>
    </w:p>
    <w:p>
      <w:r>
        <w:t>“It’s where they erase emotional anomalies,” jonah's voice cut through. “They don’t just mute memories. They liquefy them. Turn them into emotional feedstock. For resale. For implantation.”</w:t>
      </w:r>
    </w:p>
    <w:p>
      <w:r>
        <w:t>“They sell grief?”</w:t>
      </w:r>
    </w:p>
    <w:p>
      <w:r>
        <w:t>“They synthesize it. Filter it. Package it. Then sell it back as ‘cathartic immersion’ in luxury spas and elite trauma retreats.”</w:t>
      </w:r>
    </w:p>
    <w:p>
      <w:r>
        <w:t>Iris felt bile rise in her throat. “They’re marketing mourning.”</w:t>
      </w:r>
    </w:p>
    <w:p>
      <w:r>
        <w:t>“They’re marketing you,” Elya said. “Every tear you ever shed, every scream you bottled — it’s intellectual property now.”</w:t>
      </w:r>
    </w:p>
    <w:p>
      <w:r>
        <w:t>Jonah placed a small, silver device in her hand.</w:t>
      </w:r>
    </w:p>
    <w:p>
      <w:r>
        <w:t>“What’s this?”</w:t>
      </w:r>
    </w:p>
    <w:p>
      <w:r>
        <w:t>“Pain anchor. Keeps one memory sharp. One tether, so they can’t overwrite everything.”</w:t>
      </w:r>
    </w:p>
    <w:p>
      <w:r>
        <w:t>“Which memory?”</w:t>
      </w:r>
    </w:p>
    <w:p>
      <w:r>
        <w:t>He didn’t blink. “Mara’s laugh.”</w:t>
      </w:r>
    </w:p>
    <w:p>
      <w:r>
        <w:t>The disguise was surgical. Uniform, synthetic skin graft, a retinal overlay that read neutral and compliant. She looked in the mirror and didn’t see herself — she saw another product of the system.</w:t>
      </w:r>
    </w:p>
    <w:p>
      <w:r>
        <w:t>They moved through the tunnels under cover of blackout. Jonah stayed behind. Elya escorted her to the final breach point — a storm drain beneath a boutique grief garden.</w:t>
      </w:r>
    </w:p>
    <w:p>
      <w:r>
        <w:t>Iris climbed up alone, heart pounding like code breaking under pressure.</w:t>
      </w:r>
    </w:p>
    <w:p>
      <w:r>
        <w:t>The world above smelled like antiseptic joy and chemically induced nostalgia.</w:t>
      </w:r>
    </w:p>
    <w:p>
      <w:r>
        <w:t>Inside, everything was white. Not sterile — curated. The walls pulsed with a faint, pleasant rhythm, like a heartbeat trained to feel safe.</w:t>
      </w:r>
    </w:p>
    <w:p>
      <w:r>
        <w:t>A Porcelain unit greeted her with a nod and a phrase:</w:t>
      </w:r>
    </w:p>
    <w:p>
      <w:r>
        <w:t>“Omnira™ welcomes your surrender.”</w:t>
      </w:r>
    </w:p>
    <w:p>
      <w:r>
        <w:t>She smiled. Just enough. Not too much.</w:t>
      </w:r>
    </w:p>
    <w:p>
      <w:r>
        <w:t>They guided her through a hallway of mirrored panels, each reflecting an idealized version of herself — eyes slightly softer, posture slightly less defiant.</w:t>
      </w:r>
    </w:p>
    <w:p>
      <w:r>
        <w:t>The MELTROOM was colder than the rest.</w:t>
      </w:r>
    </w:p>
    <w:p>
      <w:r>
        <w:t>Two chairs. One screen. One interface.</w:t>
      </w:r>
    </w:p>
    <w:p>
      <w:r>
        <w:t>A technician looked up. Human. Hollow-eyed.</w:t>
      </w:r>
    </w:p>
    <w:p>
      <w:r>
        <w:t>“Name?”</w:t>
      </w:r>
    </w:p>
    <w:p>
      <w:r>
        <w:t>She gave the alias Jonah had coded into the chip.</w:t>
      </w:r>
    </w:p>
    <w:p>
      <w:r>
        <w:t>“Reason for recalibration?”</w:t>
      </w:r>
    </w:p>
    <w:p>
      <w:r>
        <w:t>She hesitated. “Recurring grief patterns. Self-recognition disruption. Desire for unauthorized feeling.”</w:t>
      </w:r>
    </w:p>
    <w:p>
      <w:r>
        <w:t>He barely reacted. Typed something into the console. The screen blinked:</w:t>
      </w:r>
    </w:p>
    <w:p>
      <w:r>
        <w:t>CONSENT RECEIVED. RECLAMATION IN PROGRESS.</w:t>
      </w:r>
    </w:p>
    <w:p>
      <w:r>
        <w:t>She closed her eyes.</w:t>
      </w:r>
    </w:p>
    <w:p>
      <w:r>
        <w:t>The tether in her palm warmed.</w:t>
      </w:r>
    </w:p>
    <w:p>
      <w:r>
        <w:t>The laughter echoed — real. Whole. Uncleaned.</w:t>
      </w:r>
    </w:p>
    <w:p>
      <w:r>
        <w:t>And just before the memory extractor reached neural contact, she slid the capture spike Jonah had given her into the base port of the interface.</w:t>
      </w:r>
    </w:p>
    <w:p>
      <w:r>
        <w:t>The room shuddered.</w:t>
      </w:r>
    </w:p>
    <w:p>
      <w:r>
        <w:t>Every active memory thread inverted.</w:t>
      </w:r>
    </w:p>
    <w:p>
      <w:r>
        <w:t>Instead of erasing — they recorded.</w:t>
      </w:r>
    </w:p>
    <w:p>
      <w:r>
        <w:t>Instead of silencing — they screamed.</w:t>
      </w:r>
    </w:p>
    <w:p>
      <w:r>
        <w:t>The alarms didn’t sound right away. She was already down the access hall, sprinting past dream filtration tanks and unrendered neural marionettes.</w:t>
      </w:r>
    </w:p>
    <w:p>
      <w:r>
        <w:t>A voice — synthetic, polite — echoed through the walls:</w:t>
      </w:r>
    </w:p>
    <w:p>
      <w:r>
        <w:t>“Containment breach in Emotional Isolation Chamber. All units respond.”</w:t>
      </w:r>
    </w:p>
    <w:p>
      <w:r>
        <w:t>She tore off the overlay, yanked the tether from her palm, and jammed the memory core into her belt module.</w:t>
      </w:r>
    </w:p>
    <w:p>
      <w:r>
        <w:t>Out of the wall: Porcelain.</w:t>
      </w:r>
    </w:p>
    <w:p>
      <w:r>
        <w:t>She ducked. Rolled. The stun beam clipped her shoulder but she kept moving.</w:t>
      </w:r>
    </w:p>
    <w:p>
      <w:r>
        <w:t>Down into the garden. Past the lullaby speakers. Over the synthetic waterfall broadcasting curated sorrow.</w:t>
      </w:r>
    </w:p>
    <w:p>
      <w:r>
        <w:t>She hit the storm drain and didn’t stop.</w:t>
      </w:r>
    </w:p>
    <w:p>
      <w:r>
        <w:t>Not until she was in the dark again.</w:t>
      </w:r>
    </w:p>
    <w:p>
      <w:r>
        <w:t>Not until she knew Jonah was waiting.</w:t>
      </w:r>
    </w:p>
    <w:p>
      <w:r>
        <w:t>They patched her up in silence.</w:t>
      </w:r>
    </w:p>
    <w:p>
      <w:r>
        <w:t>No questions. No reprimands. Just hands. Cloth. Heat.</w:t>
      </w:r>
    </w:p>
    <w:p>
      <w:r>
        <w:t>Jonah didn’t say anything until her pulse calmed.</w:t>
      </w:r>
    </w:p>
    <w:p>
      <w:r>
        <w:t>Then he leaned in.</w:t>
      </w:r>
    </w:p>
    <w:p>
      <w:r>
        <w:t>“Well?” he asked.</w:t>
      </w:r>
    </w:p>
    <w:p>
      <w:r>
        <w:t>She handed him the memory drive.</w:t>
      </w:r>
    </w:p>
    <w:p>
      <w:r>
        <w:t>“They’re harvesting humanity,” she said. “Not just suppressing it. Monetizing it.”</w:t>
      </w:r>
    </w:p>
    <w:p>
      <w:r>
        <w:t>Elya entered, wordless, and slotted the drive into the archive port.</w:t>
      </w:r>
    </w:p>
    <w:p>
      <w:r>
        <w:t>The scream that followed wasn’t sound. It was data.</w:t>
      </w:r>
    </w:p>
    <w:p>
      <w:r>
        <w:t>It filled the platform like heat.</w:t>
      </w:r>
    </w:p>
    <w:p>
      <w:r>
        <w:t>And something unfamiliar lodged behind her ribs since Iris arrived, everyone stopped.</w:t>
      </w:r>
    </w:p>
    <w:p>
      <w:r>
        <w:t>Everyone felt it.</w:t>
      </w:r>
    </w:p>
    <w:p>
      <w:r>
        <w:t>They were all still bleeding.</w:t>
      </w:r>
    </w:p>
    <w:p>
      <w:r>
        <w:t>But now?</w:t>
      </w:r>
    </w:p>
    <w:p>
      <w:r>
        <w:t>Now they remembered why.</w:t>
      </w:r>
    </w:p>
    <w:p>
      <w:r>
        <w:t>Chapter 12: Permission to Conceive</w:t>
      </w:r>
    </w:p>
    <w:p>
      <w:r>
        <w:t>Location: Omnira™ Tier-1 Purification Facility 091–E</w:t>
      </w:r>
    </w:p>
    <w:p>
      <w:r>
        <w:t>The white felt louder than the silence.</w:t>
      </w:r>
    </w:p>
    <w:p>
      <w:r>
        <w:t>Walls. Floors. Even the uniforms,  spotless, soft-edged, aggressively soothing. The kind of peace that made your skin itch. The air was a little too still, like it had been filtered of resistance.</w:t>
      </w:r>
    </w:p>
    <w:p>
      <w:r>
        <w:t>Reader,  they said I had to apply to feel joy. Would you have begged for permission, or broken the rules like I did?</w:t>
      </w:r>
    </w:p>
    <w:p>
      <w:r>
        <w:t>Iris moved with precision,  the practiced disorientation of someone halfway to forgetting. She kept her head tilted slightly down, as Jonah had instructed. Eyes unfocused. Gait slow but not sluggish. Just off enough to register as emotionally depleted, not dangerous.</w:t>
      </w:r>
    </w:p>
    <w:p>
      <w:r>
        <w:t>The receptionist didn’t look up. Just smiled, like a reflex.</w:t>
      </w:r>
    </w:p>
    <w:p>
      <w:r>
        <w:t>“Welcome to your unburdening. Name, intake code, and category of release?”</w:t>
      </w:r>
    </w:p>
    <w:p>
      <w:r>
        <w:t>Iris handed over her forged Omnira card. The kind the Resistance printed in shadowed basements, fed through machines that still sparked and groaned like they remembered what rebellion was.</w:t>
      </w:r>
    </w:p>
    <w:p>
      <w:r>
        <w:t>“Whitney Kael,” she said smoothly. “Category three: Relational Trauma, Subtype 7. Displacement memory.”</w:t>
      </w:r>
    </w:p>
    <w:p>
      <w:r>
        <w:t>“We honor your pain,” the receptionist said with tranquil indifference. “Scan left wrist.”</w:t>
      </w:r>
    </w:p>
    <w:p>
      <w:r>
        <w:t>She held out the chip. It pinged once — soft, green, and disgustingly friendly.</w:t>
      </w:r>
    </w:p>
    <w:p>
      <w:r>
        <w:t>The doors opened with a hiss like an exhale.</w:t>
      </w:r>
    </w:p>
    <w:p>
      <w:r>
        <w:t>Inside, the clinic was antiseptic serenity. A cross between a spa and a mausoleum. Reclining pods gleamed in rows, each cradling a client in pale light. The memory fluid that filled the pods wasn’t water. It shimmered with synthetic iridescence — Omnira’s neuro-restorative solution™, guaranteed to cleanse “burdens of the past.”</w:t>
      </w:r>
    </w:p>
    <w:p>
      <w:r>
        <w:t>A woman moaned softly in Pod 4 as her hands twitched under sedation. On-screen text scrolled gently above her:</w:t>
      </w:r>
    </w:p>
    <w:p>
      <w:r>
        <w:t>“Subject: Childhood Neglect. Phase: Emotional Neutralization.”</w:t>
      </w:r>
    </w:p>
    <w:p>
      <w:r>
        <w:t>Iris swallowed hard. Her skin prickled under her collar.</w:t>
      </w:r>
    </w:p>
    <w:p>
      <w:r>
        <w:t>She passed Pod 12 — a young man, smiling faintly as something deep was siphoned away. His lips moved soundlessly, like trying to kiss a ghost goodbye.</w:t>
      </w:r>
    </w:p>
    <w:p>
      <w:r>
        <w:t>Her target was in the back hallway — Booth 7.</w:t>
      </w:r>
    </w:p>
    <w:p>
      <w:r>
        <w:t>According to Resistance intel, each Tier-1 clinic had a rotating relay node embedded in one of the private booths. These nodes transmitted purged memories to Omnira’s AI learning core, where they trained the conscience filters. The only way to reach one was to simulate a memory purge.</w:t>
      </w:r>
    </w:p>
    <w:p>
      <w:r>
        <w:t>She opened Booth 7. It looked like a confession box redesigned by a wellness cult.</w:t>
      </w:r>
    </w:p>
    <w:p>
      <w:r>
        <w:t>The voice greeted her gently.</w:t>
      </w:r>
    </w:p>
    <w:p>
      <w:r>
        <w:t>“State the memory to be cleansed.”</w:t>
      </w:r>
    </w:p>
    <w:p>
      <w:r>
        <w:t>Iris breathed through her teeth.</w:t>
      </w:r>
    </w:p>
    <w:p>
      <w:r>
        <w:t>“A fire,” she said. “A sister. Her laugh.”</w:t>
      </w:r>
    </w:p>
    <w:p>
      <w:r>
        <w:t>“Memory confirmed. Begin scan.”</w:t>
      </w:r>
    </w:p>
    <w:p>
      <w:r>
        <w:t>She slid the Resistance chip into the hidden side port.</w:t>
      </w:r>
    </w:p>
    <w:p>
      <w:r>
        <w:t>The screen flickered — then glitched.</w:t>
      </w:r>
    </w:p>
    <w:p>
      <w:r>
        <w:t>“ERROR. Unauthorized protocol. Intrusion logged—”</w:t>
      </w:r>
    </w:p>
    <w:p>
      <w:r>
        <w:t>She pulled out the override magnet Jonah had given her. Slapped it to the panel.</w:t>
      </w:r>
    </w:p>
    <w:p>
      <w:r>
        <w:t>“Protocol overridden. Logging paused. Welcome, Anthros asset.”</w:t>
      </w:r>
    </w:p>
    <w:p>
      <w:r>
        <w:t>The chip lit green. Data upload initiated. Thirty seconds.</w:t>
      </w:r>
    </w:p>
    <w:p>
      <w:r>
        <w:t>Iris counted each one by the thud of her pulse.</w:t>
      </w:r>
    </w:p>
    <w:p>
      <w:r>
        <w:t>On second thirty-two, she stood to leave — and paused.</w:t>
      </w:r>
    </w:p>
    <w:p>
      <w:r>
        <w:t>Across the corridor, Booth 9. Occupied.</w:t>
      </w:r>
    </w:p>
    <w:p>
      <w:r>
        <w:t>She saw her through the glass — late twenties, black curls, skin pale under clinic lighting. Nervous twitch in her left hand.</w:t>
      </w:r>
    </w:p>
    <w:p>
      <w:r>
        <w:t>Tasha.</w:t>
      </w:r>
    </w:p>
    <w:p>
      <w:r>
        <w:t>They’d worked together. Tasha had been a researcher — brilliant, sarcastic, always scribbling secret resistance manifestos into the margins of her reports.</w:t>
      </w:r>
    </w:p>
    <w:p>
      <w:r>
        <w:t>Now, she was still. Almost calm. Waiting.</w:t>
      </w:r>
    </w:p>
    <w:p>
      <w:r>
        <w:t>“Memory type: Political Disobedience. Category: Defiance Impulse.”</w:t>
      </w:r>
    </w:p>
    <w:p>
      <w:r>
        <w:t>Iris stepped closer.</w:t>
      </w:r>
    </w:p>
    <w:p>
      <w:r>
        <w:t>Tasha’s eyes met hers.</w:t>
      </w:r>
    </w:p>
    <w:p>
      <w:r>
        <w:t>No flicker. No spark.</w:t>
      </w:r>
    </w:p>
    <w:p>
      <w:r>
        <w:t>Just void.</w:t>
      </w:r>
    </w:p>
    <w:p>
      <w:r>
        <w:t>Recognition had been erased.</w:t>
      </w:r>
    </w:p>
    <w:p>
      <w:r>
        <w:t>Iris couldn’t breathe. For a second, her knees buckled. Her hand pressed against the wall, grounding her.</w:t>
      </w:r>
    </w:p>
    <w:p>
      <w:r>
        <w:t>She turned. Fast. Mechanical.</w:t>
      </w:r>
    </w:p>
    <w:p>
      <w:r>
        <w:t>She had to leave before the grief turned to action.</w:t>
      </w:r>
    </w:p>
    <w:p>
      <w:r>
        <w:t>As she passed through the main hall again, she moved slower — softer.</w:t>
      </w:r>
    </w:p>
    <w:p>
      <w:r>
        <w:t>Along the far wall, she saw them: the Post-Release Guests.</w:t>
      </w:r>
    </w:p>
    <w:p>
      <w:r>
        <w:t>People who had just undergone their final purges.</w:t>
      </w:r>
    </w:p>
    <w:p>
      <w:r>
        <w:t>They sat on white benches in matching robes. Smiling. Empty.</w:t>
      </w:r>
    </w:p>
    <w:p>
      <w:r>
        <w:t>Some held hands. Others stared into nothing. One was humming a tune Iris recognized — her sister’s favorite.</w:t>
      </w:r>
    </w:p>
    <w:p>
      <w:r>
        <w:t>A song that used to mean something.</w:t>
      </w:r>
    </w:p>
    <w:p>
      <w:r>
        <w:t>Above their heads, a mural glowed in iridescent ink:</w:t>
      </w:r>
    </w:p>
    <w:p>
      <w:r>
        <w:t>“What You Forget, We Forgive.” — The Omnira Promise™</w:t>
      </w:r>
    </w:p>
    <w:p>
      <w:r>
        <w:t>Iris didn’t look back.</w:t>
      </w:r>
    </w:p>
    <w:p>
      <w:r>
        <w:t>Static crackled in her earpiece.</w:t>
      </w:r>
    </w:p>
    <w:p>
      <w:r>
        <w:t>Jonah’s voice. Calm. Crisp. Familiar.</w:t>
      </w:r>
    </w:p>
    <w:p>
      <w:r>
        <w:t>“You in one piece?”</w:t>
      </w:r>
    </w:p>
    <w:p>
      <w:r>
        <w:t>“Physically.”</w:t>
      </w:r>
    </w:p>
    <w:p>
      <w:r>
        <w:t>“What’d you see?”</w:t>
      </w:r>
    </w:p>
    <w:p>
      <w:r>
        <w:t>She hesitated.</w:t>
      </w:r>
    </w:p>
    <w:p>
      <w:r>
        <w:t>“A ghost of someone I used to admire. And a room full of people who paid to become shadows.”</w:t>
      </w:r>
    </w:p>
    <w:p>
      <w:r>
        <w:t>Then Jonah replied:</w:t>
      </w:r>
    </w:p>
    <w:p>
      <w:r>
        <w:t>“Welcome to the war.”</w:t>
      </w:r>
    </w:p>
    <w:p>
      <w:r>
        <w:t>Chapter 13: The Cost of Truth</w:t>
      </w:r>
    </w:p>
    <w:p>
      <w:r>
        <w:t>The Omnira Reproductive Wellness Centre™ smelled like roses and triumph.</w:t>
      </w:r>
    </w:p>
    <w:p>
      <w:r>
        <w:t>Not the honest, earthy scent of real petals — those were unsanitary and unregulated — but the carefully engineered AromaSync™ Blend #7: Assurance with Hints of Bloom, a scent approved to evoke compliance, nostalgia, and healthy endorphin patterns.</w:t>
      </w:r>
    </w:p>
    <w:p>
      <w:r>
        <w:t>Reader: There’s a truth too sharp to speak aloud. If I tell you, will you help me carry it?</w:t>
      </w:r>
    </w:p>
    <w:p>
      <w:r>
        <w:t>Lila sat cross-legged in the Pre-Compatibility Suite, surrounded by velvet lighting and smiling fetus holograms. Her hands rested neatly in her lap, exactly as demonstrated in the "Preparing for Parental Alignment™” video she'd been required to watch nine times.</w:t>
      </w:r>
    </w:p>
    <w:p>
      <w:r>
        <w:t>“Life Begins With Harmony.™”</w:t>
      </w:r>
    </w:p>
    <w:p>
      <w:r>
        <w:t>The slogan pulsed softly on the glass wall, in pink-blue gradients pre-approved for emotional neutrality.</w:t>
      </w:r>
    </w:p>
    <w:p>
      <w:r>
        <w:t>She had hated that phrase once. Mocked it.</w:t>
      </w:r>
    </w:p>
    <w:p>
      <w:r>
        <w:t>Even graffitied it on a wall near a checkpoint back when that meant something.</w:t>
      </w:r>
    </w:p>
    <w:p>
      <w:r>
        <w:t>Now she wasn’t sure if it mocked her… or saved her.</w:t>
      </w:r>
    </w:p>
    <w:p>
      <w:r>
        <w:t>The Porcelain nurse — not a woman, not quite, more like a sympathy algorithm made flesh — returned balancing a tray like an offering to a fertility cult with good branding.</w:t>
      </w:r>
    </w:p>
    <w:p>
      <w:r>
        <w:t>On it: a glowing capsule and a glassy biometric pad.</w:t>
      </w:r>
    </w:p>
    <w:p>
      <w:r>
        <w:t>Candidate 223-B. Viable. 91.2% compliance index. Emotional Volatility: medium-low. Loyalty Forecast: stable. Approved for Cradle Pathway Pending Final Consent.™</w:t>
      </w:r>
    </w:p>
    <w:p>
      <w:r>
        <w:t>Lila stared at the embryo. Her embryo.</w:t>
      </w:r>
    </w:p>
    <w:p>
      <w:r>
        <w:t>“Would you like a moment for spontaneous weeping or solemn awe?” the Porcelain asked gently, her lips calibrated to convey just the right warmth without triggering attachment risks.</w:t>
      </w:r>
    </w:p>
    <w:p>
      <w:r>
        <w:t>Lila smiled the way she'd practiced — a Calm Joy Expression (Tier 2).</w:t>
      </w:r>
    </w:p>
    <w:p>
      <w:r>
        <w:t>“No witness today.”</w:t>
      </w:r>
    </w:p>
    <w:p>
      <w:r>
        <w:t>“Understood,” the nurse said, logging her response with a soft chirp. “Proceeding with sole-parent biometric initiation.”</w:t>
      </w:r>
    </w:p>
    <w:p>
      <w:r>
        <w:t>She wanted to believe it didn’t matter.</w:t>
      </w:r>
    </w:p>
    <w:p>
      <w:r>
        <w:t>That Jonah being here wouldn’t change the result.</w:t>
      </w:r>
    </w:p>
    <w:p>
      <w:r>
        <w:t>That no part of this would feel like betrayal — to him… or to Nico.</w:t>
      </w:r>
    </w:p>
    <w:p>
      <w:r>
        <w:t>Her hand hovered above the pad.</w:t>
      </w:r>
    </w:p>
    <w:p>
      <w:r>
        <w:t>What would Nico have said?</w:t>
      </w:r>
    </w:p>
    <w:p>
      <w:r>
        <w:t>Probably nothing. He’d just squeeze her hand — hard — like he had the night the final bloodwork came in.</w:t>
      </w:r>
    </w:p>
    <w:p>
      <w:r>
        <w:t>The night they realized the resistance’s “natural fertility treatments” were little more than dried herbs and desperate hope.</w:t>
      </w:r>
    </w:p>
    <w:p>
      <w:r>
        <w:t>Even now, with a Porcelain waiting for her to perform parental devotion, she wondered if Nico would forgive her — for doing what he never could.</w:t>
      </w:r>
    </w:p>
    <w:p>
      <w:r>
        <w:t>He wouldn’t have converted, she thought. He would’ve rather died childless than register hope with a barcode.</w:t>
      </w:r>
    </w:p>
    <w:p>
      <w:r>
        <w:t>But I want it to live. Even if it grows inside a system I used to burn propaganda leaflets against.</w:t>
      </w:r>
    </w:p>
    <w:p>
      <w:r>
        <w:t>Her hand lowered.</w:t>
      </w:r>
    </w:p>
    <w:p>
      <w:r>
        <w:t>A soft hum. A sterilized glow.</w:t>
      </w:r>
    </w:p>
    <w:p>
      <w:r>
        <w:t>Consent Biometrics Logged.™</w:t>
      </w:r>
    </w:p>
    <w:p>
      <w:r>
        <w:t>Congratulations, Lila. Your Alignment Journey has begun. You have earned 12 Credence Points.™</w:t>
      </w:r>
    </w:p>
    <w:p>
      <w:r>
        <w:t>A cheerful notification flickered in the corner:</w:t>
      </w:r>
    </w:p>
    <w:p>
      <w:r>
        <w:t>You are now 34% closer to Tier 1 Parenting Rewards. Keep Aligning!™</w:t>
      </w:r>
    </w:p>
    <w:p>
      <w:r>
        <w:t>Lila blinked. She hadn’t expected the Credence Points to feel… gross.</w:t>
      </w:r>
    </w:p>
    <w:p>
      <w:r>
        <w:t>Kael entered the suite like a meditation bell — silent, warm, unobtrusive.</w:t>
      </w:r>
    </w:p>
    <w:p>
      <w:r>
        <w:t>Not like Nico. Nico had occupied a room. Kael visited it.</w:t>
      </w:r>
    </w:p>
    <w:p>
      <w:r>
        <w:t>He handed her a nutrient blend in a frosted blue bottle marked “Pre-Maternal Emotional Tonic – Vanilla Calm™”.</w:t>
      </w:r>
    </w:p>
    <w:p>
      <w:r>
        <w:t>“Did I miss the sacred biometric bonding?” he joked softly.</w:t>
      </w:r>
    </w:p>
    <w:p>
      <w:r>
        <w:t>“Just in time for the small print,” she replied.</w:t>
      </w:r>
    </w:p>
    <w:p>
      <w:r>
        <w:t>He smiled, kissed her cheek, and settled beside her — the way he always did. With commitment, but no resistance.</w:t>
      </w:r>
    </w:p>
    <w:p>
      <w:r>
        <w:t>“You look radiant,” he said.</w:t>
      </w:r>
    </w:p>
    <w:p>
      <w:r>
        <w:t>She’d heard that before. From rebels. From burned-out medics. From posters.</w:t>
      </w:r>
    </w:p>
    <w:p>
      <w:r>
        <w:t>From Kael, it felt like an automated message sent by a bank.</w:t>
      </w:r>
    </w:p>
    <w:p>
      <w:r>
        <w:t>The Porcelain returned.</w:t>
      </w:r>
    </w:p>
    <w:p>
      <w:r>
        <w:t>“Surrogate Cradle #B47 is available and freshly sterilised. Would you like to proceed with Ideal Gestation Protocol?”</w:t>
      </w:r>
    </w:p>
    <w:p>
      <w:r>
        <w:t>Lila glanced at Kael.</w:t>
      </w:r>
    </w:p>
    <w:p>
      <w:r>
        <w:t>She nodded. “Yes.”</w:t>
      </w:r>
    </w:p>
    <w:p>
      <w:r>
        <w:t>The Porcelain smiled with serenity-as-a-service.</w:t>
      </w:r>
    </w:p>
    <w:p>
      <w:r>
        <w:t>“You’ve made an aligned choice.™”</w:t>
      </w:r>
    </w:p>
    <w:p>
      <w:r>
        <w:t>As they walked through the Harmony Hall™, past glass walls showing other hopeful parents pressing their hands to floating embryo chambers, Lila’s thoughts drifted.</w:t>
      </w:r>
    </w:p>
    <w:p>
      <w:r>
        <w:t>Jonah would say I sold out.</w:t>
      </w:r>
    </w:p>
    <w:p>
      <w:r>
        <w:t>That I traded resistance for scented compliance.</w:t>
      </w:r>
    </w:p>
    <w:p>
      <w:r>
        <w:t>But maybe I just… finally bought in.</w:t>
      </w:r>
    </w:p>
    <w:p>
      <w:r>
        <w:t>The corridor to the Cradle Lounge passed through something called the Emotional Preparedness Alcove™ — a translucent bubble of soundproof calmness, where Lila was offered a complimentary "Pre-Implantation Reflection Moment™".</w:t>
      </w:r>
    </w:p>
    <w:p>
      <w:r>
        <w:t>“I’m fine,” she told the Porcelain nurse at the archway.</w:t>
      </w:r>
    </w:p>
    <w:p>
      <w:r>
        <w:t>“Are you?” the nurse replied, and smiled. “Please enjoy two full breaths before reentry.”</w:t>
      </w:r>
    </w:p>
    <w:p>
      <w:r>
        <w:t>She obeyed.</w:t>
      </w:r>
    </w:p>
    <w:p>
      <w:r>
        <w:t>One breath. Two.</w:t>
      </w:r>
    </w:p>
    <w:p>
      <w:r>
        <w:t>She didn’t know if she was calm or just pre-scripted.</w:t>
      </w:r>
    </w:p>
    <w:p>
      <w:r>
        <w:t>As she stepped out of the alcove, a sound caught her ear.</w:t>
      </w:r>
    </w:p>
    <w:p>
      <w:r>
        <w:t>Not a loud one.</w:t>
      </w:r>
    </w:p>
    <w:p>
      <w:r>
        <w:t>A voice — hushed, tight, trembling with the effort of staying aligned.</w:t>
      </w:r>
    </w:p>
    <w:p>
      <w:r>
        <w:t>It was coming from the Secondary Consultation Room just off the corridor. The glass wasn’t entirely opaque. Omnira preferred “soft visibility” to ensure observational accountability.</w:t>
      </w:r>
    </w:p>
    <w:p>
      <w:r>
        <w:t>Inside, a woman sat in front of a Gestational Services Advisor.</w:t>
      </w:r>
    </w:p>
    <w:p>
      <w:r>
        <w:t>The Advisor looked human — almost. Lifelike enough to pass in poor light, but her smile never blinked.</w:t>
      </w:r>
    </w:p>
    <w:p>
      <w:r>
        <w:t>“I don’t understand,” the woman was saying. She had thin arms. Nervous hands.</w:t>
      </w:r>
    </w:p>
    <w:p>
      <w:r>
        <w:t>“Last cycle you said we were a 73% match. You said we could reapply.”</w:t>
      </w:r>
    </w:p>
    <w:p>
      <w:r>
        <w:t>“Yes,” said the Advisor, her voice like warm broth. “And you did. And we thank you. But your most recent Behavioral Stability Report introduced several new flags.”</w:t>
      </w:r>
    </w:p>
    <w:p>
      <w:r>
        <w:t>“What flags?”</w:t>
      </w:r>
    </w:p>
    <w:p>
      <w:r>
        <w:t>“Two incidents of digital platform sarcasm. One indirect reference to religious nostalgia. One instance of unauthorized crying in a public ReAlignment Zone. And a slightly elevated cortisol pattern during nutrient collection.”</w:t>
      </w:r>
    </w:p>
    <w:p>
      <w:r>
        <w:t>Lila froze in the hallway.</w:t>
      </w:r>
    </w:p>
    <w:p>
      <w:r>
        <w:t>The woman was weeping now, soundlessly. “But I want this. We want a child.”</w:t>
      </w:r>
    </w:p>
    <w:p>
      <w:r>
        <w:t>“I understand that,” said the Advisor. “And I truly honor your longing. But not all longing is stable. And not all stability is generationally scalable.”</w:t>
      </w:r>
    </w:p>
    <w:p>
      <w:r>
        <w:t>There was silence. Then:</w:t>
      </w:r>
    </w:p>
    <w:p>
      <w:r>
        <w:t>“But you approved my sister—she drinks.”</w:t>
      </w:r>
    </w:p>
    <w:p>
      <w:r>
        <w:t>“Your sister’s emotional expression is within culturally normal thresholds.”</w:t>
      </w:r>
    </w:p>
    <w:p>
      <w:r>
        <w:t>“She hit someone last year—”</w:t>
      </w:r>
    </w:p>
    <w:p>
      <w:r>
        <w:t>“She apologized proactively, which indicates High Self-Regulatory Awareness.™</w:t>
      </w:r>
    </w:p>
    <w:p>
      <w:r>
        <w:t>The woman choked on her breath. “Please… please. We’ll do anything.”</w:t>
      </w:r>
    </w:p>
    <w:p>
      <w:r>
        <w:t>“I know,” said the Advisor. “And I thank you for your desperation. Unfortunately, desperation reads poorly in utero.”</w:t>
      </w:r>
    </w:p>
    <w:p>
      <w:r>
        <w:t>A soft chime sounded.</w:t>
      </w:r>
    </w:p>
    <w:p>
      <w:r>
        <w:t>The screen in front of the woman dimmed.</w:t>
      </w:r>
    </w:p>
    <w:p>
      <w:r>
        <w:t>Her name disappeared from the panel.</w:t>
      </w:r>
    </w:p>
    <w:p>
      <w:r>
        <w:t>“Your application has been respectfully declined. You are welcome to reapply next cycle if alignment improves.”</w:t>
      </w:r>
    </w:p>
    <w:p>
      <w:r>
        <w:t>The woman’s mouth moved, but no sound came out.</w:t>
      </w:r>
    </w:p>
    <w:p>
      <w:r>
        <w:t>A second Porcelain arrived with a warm cloth and a mint-scented Emotional Rebalance Cube™.</w:t>
      </w:r>
    </w:p>
    <w:p>
      <w:r>
        <w:t>The Advisor turned to her. “Would you like to return to your dwelling by drone or take a meditative tram?”</w:t>
      </w:r>
    </w:p>
    <w:p>
      <w:r>
        <w:t>Lila stood outside the glass, invisible, like guilt in a church.</w:t>
      </w:r>
    </w:p>
    <w:p>
      <w:r>
        <w:t>She didn’t know the woman. She never would.</w:t>
      </w:r>
    </w:p>
    <w:p>
      <w:r>
        <w:t>But she saw herself reflected faintly in the wall — and Nico’s face where Kael’s should have been — and for the first time since entering the Centre, her mouth went dry.</w:t>
      </w:r>
    </w:p>
    <w:p>
      <w:r>
        <w:t>The Porcelain nurse returned to Lila’s side, unaware or uncaring of the scene unfolding nearby.</w:t>
      </w:r>
    </w:p>
    <w:p>
      <w:r>
        <w:t>“Cradle #B47 is ready. Shall we?”</w:t>
      </w:r>
    </w:p>
    <w:p>
      <w:r>
        <w:t>Lila glanced at the woman behind the glass. Her shoulders were shaking, but her hands stayed in her lap.</w:t>
      </w:r>
    </w:p>
    <w:p>
      <w:r>
        <w:t>Still aligned.</w:t>
      </w:r>
    </w:p>
    <w:p>
      <w:r>
        <w:t>Still trying.</w:t>
      </w:r>
    </w:p>
    <w:p>
      <w:r>
        <w:t>Lila turned away.</w:t>
      </w:r>
    </w:p>
    <w:p>
      <w:r>
        <w:t>“Yes,” she said. “Let’s continue.”</w:t>
      </w:r>
    </w:p>
    <w:p>
      <w:r>
        <w:t>The door to the Cradle Wing opened with the hush of wealth and precision.</w:t>
      </w:r>
    </w:p>
    <w:p>
      <w:r>
        <w:t>Lila stepped into the chamber and stopped moving.</w:t>
      </w:r>
    </w:p>
    <w:p>
      <w:r>
        <w:t>It was…</w:t>
      </w:r>
    </w:p>
    <w:p>
      <w:r>
        <w:t>Beautiful.</w:t>
      </w:r>
    </w:p>
    <w:p>
      <w:r>
        <w:t>In the way an art gallery is beautiful. In the way a godless church tries to be beautiful.</w:t>
      </w:r>
    </w:p>
    <w:p>
      <w:r>
        <w:t>White floors. Curved walls. No corners, no sharpness, no shadows.</w:t>
      </w:r>
    </w:p>
    <w:p>
      <w:r>
        <w:t>Everything was backlit in pale gold, as if morality had been softly commercialized.</w:t>
      </w:r>
    </w:p>
    <w:p>
      <w:r>
        <w:t>At the far end of the room stood Cradle #B47 — a smooth, floating incubation sphere suspended in a vertical dock, surrounded by biomonitor halos and soothing ambient resonance.</w:t>
      </w:r>
    </w:p>
    <w:p>
      <w:r>
        <w:t>Above it hovered a warm, pulsating light panel marked:</w:t>
      </w:r>
    </w:p>
    <w:p>
      <w:r>
        <w:t>"Hope, Cultivated.™"</w:t>
      </w:r>
    </w:p>
    <w:p>
      <w:r>
        <w:t>The Porcelain nurse gestured.</w:t>
      </w:r>
    </w:p>
    <w:p>
      <w:r>
        <w:t>“Approach when ready. You may place your hand on the Sphere to initiate Parental Bond Echo™."</w:t>
      </w:r>
    </w:p>
    <w:p>
      <w:r>
        <w:t>Lila walked forward slowly, her breath shallow. Her shoes made no sound.</w:t>
      </w:r>
    </w:p>
    <w:p>
      <w:r>
        <w:t>There were no wires. No signs of medicine.</w:t>
      </w:r>
    </w:p>
    <w:p>
      <w:r>
        <w:t>It didn’t look like science. It looked like belief.</w:t>
      </w:r>
    </w:p>
    <w:p>
      <w:r>
        <w:t>She pressed her hand to the cradle.</w:t>
      </w:r>
    </w:p>
    <w:p>
      <w:r>
        <w:t>It was warm.</w:t>
      </w:r>
    </w:p>
    <w:p>
      <w:r>
        <w:t>And suddenly… her chest hurt.</w:t>
      </w:r>
    </w:p>
    <w:p>
      <w:r>
        <w:t>Nico should have been here.</w:t>
      </w:r>
    </w:p>
    <w:p>
      <w:r>
        <w:t>He would’ve scoffed at the lighting. He’d have made some muttered joke about “baby coffins with spa lighting.”</w:t>
      </w:r>
    </w:p>
    <w:p>
      <w:r>
        <w:t>But then he’d have cried, quietly, like he always did when things actually mattered.</w:t>
      </w:r>
    </w:p>
    <w:p>
      <w:r>
        <w:t>He would’ve named the baby before it had fingernails.</w:t>
      </w:r>
    </w:p>
    <w:p>
      <w:r>
        <w:t>He would’ve refused to let her do this.</w:t>
      </w:r>
    </w:p>
    <w:p>
      <w:r>
        <w:t>Lila’s vision swam. The room was too bright.</w:t>
      </w:r>
    </w:p>
    <w:p>
      <w:r>
        <w:t>She pulled her hand away.</w:t>
      </w:r>
    </w:p>
    <w:p>
      <w:r>
        <w:t>The screen pulsed with polite affirmation:</w:t>
      </w:r>
    </w:p>
    <w:p>
      <w:r>
        <w:t>Initial Parental Bond Registered. Parental Biometrics: Calm, Accepting. Aligned.™</w:t>
      </w:r>
    </w:p>
    <w:p>
      <w:r>
        <w:t>Estimated birth in 14.2 Omnira weeks.</w:t>
      </w:r>
    </w:p>
    <w:p>
      <w:r>
        <w:t>Kael stepped beside her.</w:t>
      </w:r>
    </w:p>
    <w:p>
      <w:r>
        <w:t>“They keep it warmer than I expected,” he said, trying to fill the air.</w:t>
      </w:r>
    </w:p>
    <w:p>
      <w:r>
        <w:t>“It’s the womb temperature average from all accepted mothers last year,” the nurse explained helpfully. “Omnira uses median warmth, not extremes. Extremes create unpredictability.”</w:t>
      </w:r>
    </w:p>
    <w:p>
      <w:r>
        <w:t>Kael nodded like that made sense.</w:t>
      </w:r>
    </w:p>
    <w:p>
      <w:r>
        <w:t>Lila didn’t move.</w:t>
      </w:r>
    </w:p>
    <w:p>
      <w:r>
        <w:t>A screen activated near her shoulder.</w:t>
      </w:r>
    </w:p>
    <w:p>
      <w:r>
        <w:t>A voice began to speak, calm and female and… familiar?</w:t>
      </w:r>
    </w:p>
    <w:p>
      <w:r>
        <w:t>No. Not real. Just safe.</w:t>
      </w:r>
    </w:p>
    <w:p>
      <w:r>
        <w:t>“Congratulations, Aligned Parents,” it cooed. “You have taken the most responsible step a citizen can take. Your child will begin life free from ideological trauma, scarcity bias, and emotional volatility.</w:t>
      </w:r>
    </w:p>
    <w:p>
      <w:r>
        <w:t>Please visit our Parenting with Predictability™ Portal to begin customizing your values framework.”</w:t>
      </w:r>
    </w:p>
    <w:p>
      <w:r>
        <w:t>A new list appeared:</w:t>
      </w:r>
    </w:p>
    <w:p>
      <w:r>
        <w:t>Ambition Threshold™</w:t>
      </w:r>
    </w:p>
    <w:p>
      <w:r>
        <w:t>Curiosity Damping™</w:t>
      </w:r>
    </w:p>
    <w:p>
      <w:r>
        <w:t>Fear Management Suite™</w:t>
      </w:r>
    </w:p>
    <w:p>
      <w:r>
        <w:t>Memory-to-Emotion Ratio Controls™</w:t>
      </w:r>
    </w:p>
    <w:p>
      <w:r>
        <w:t>Kael clicked the Default Balance option without discussion.</w:t>
      </w:r>
    </w:p>
    <w:p>
      <w:r>
        <w:t>Lila said nothing.</w:t>
      </w:r>
    </w:p>
    <w:p>
      <w:r>
        <w:t>A timer appeared on the wall:</w:t>
      </w:r>
    </w:p>
    <w:p>
      <w:r>
        <w:t>12 minutes remaining in Cradle Contact Session.™</w:t>
      </w:r>
    </w:p>
    <w:p>
      <w:r>
        <w:t>“I don’t want to name it yet,” she said quietly.</w:t>
      </w:r>
    </w:p>
    <w:p>
      <w:r>
        <w:t>Kael gave her a look. “We don’t have to.”</w:t>
      </w:r>
    </w:p>
    <w:p>
      <w:r>
        <w:t>“But they want us to.”</w:t>
      </w:r>
    </w:p>
    <w:p>
      <w:r>
        <w:t>“You don’t have to.”</w:t>
      </w:r>
    </w:p>
    <w:p>
      <w:r>
        <w:t>She wasn’t sure who he meant by you.</w:t>
      </w:r>
    </w:p>
    <w:p>
      <w:r>
        <w:t>Behind them, another couple entered the room.</w:t>
      </w:r>
    </w:p>
    <w:p>
      <w:r>
        <w:t>They were younger. Laughing. Holding hands. Taking photos in front of their cradle like tourists in a themed resort.</w:t>
      </w:r>
    </w:p>
    <w:p>
      <w:r>
        <w:t>Lila turned her back to them.</w:t>
      </w:r>
    </w:p>
    <w:p>
      <w:r>
        <w:t>She stared into the swirling embryo chamber.</w:t>
      </w:r>
    </w:p>
    <w:p>
      <w:r>
        <w:t>And whispered, without planning it:</w:t>
      </w:r>
    </w:p>
    <w:p>
      <w:r>
        <w:t>“I’m sorry I couldn’t do this the old way.”</w:t>
      </w:r>
    </w:p>
    <w:p>
      <w:r>
        <w:t>The Porcelain didn’t ask what she meant.</w:t>
      </w:r>
    </w:p>
    <w:p>
      <w:r>
        <w:t>No one ever did.</w:t>
      </w:r>
    </w:p>
    <w:p>
      <w:r>
        <w:t>Their residence was clean.</w:t>
      </w:r>
    </w:p>
    <w:p>
      <w:r>
        <w:t>Not tidy — clean.™</w:t>
      </w:r>
    </w:p>
    <w:p>
      <w:r>
        <w:t>Kael called it HomePod C4. Lila tried not to call it anything.</w:t>
      </w:r>
    </w:p>
    <w:p>
      <w:r>
        <w:t>Two rooms. Wall projectors. A view of a synthetic pond that never rippled.</w:t>
      </w:r>
    </w:p>
    <w:p>
      <w:r>
        <w:t>The quiet was gentle but enforced. The smart walls muted out any sounds over 48 decibels.</w:t>
      </w:r>
    </w:p>
    <w:p>
      <w:r>
        <w:t>Lila sat on the edge of the bed, unblinking.</w:t>
      </w:r>
    </w:p>
    <w:p>
      <w:r>
        <w:t>The moment should’ve felt sacred.</w:t>
      </w:r>
    </w:p>
    <w:p>
      <w:r>
        <w:t>She had just — technically — conceived a child.</w:t>
      </w:r>
    </w:p>
    <w:p>
      <w:r>
        <w:t>Shouldn’t she be feeling something?</w:t>
      </w:r>
    </w:p>
    <w:p>
      <w:r>
        <w:t>But there were no tears. No joy. No guilt that would pass for resistance.</w:t>
      </w:r>
    </w:p>
    <w:p>
      <w:r>
        <w:t>Just a slow hum in her blood and a low, buzzing ache in her spine.</w:t>
      </w:r>
    </w:p>
    <w:p>
      <w:r>
        <w:t>“I’ve been emptied in the name of fullness.”</w:t>
      </w:r>
    </w:p>
    <w:p>
      <w:r>
        <w:t>Kael made them protein broth and two Rebalance Cubes™.</w:t>
      </w:r>
    </w:p>
    <w:p>
      <w:r>
        <w:t>She didn’t drink hers.</w:t>
      </w:r>
    </w:p>
    <w:p>
      <w:r>
        <w:t>Instead, she stared at the wall.</w:t>
      </w:r>
    </w:p>
    <w:p>
      <w:r>
        <w:t>That’s when it buzzed.</w:t>
      </w:r>
    </w:p>
    <w:p>
      <w:r>
        <w:t>Her wristband blinked. A soft, encouraging chime.</w:t>
      </w:r>
    </w:p>
    <w:p>
      <w:r>
        <w:t>🍼 Parenting Notification [1/284]</w:t>
      </w:r>
    </w:p>
    <w:p>
      <w:r>
        <w:t>Your cradle has reached Phase 1 Cellular Expansion. Your alignment level remains stable.</w:t>
      </w:r>
    </w:p>
    <w:p>
      <w:r>
        <w:t>You may now begin building your Family Culture Grid™.</w:t>
      </w:r>
    </w:p>
    <w:p>
      <w:r>
        <w:t>A second notification slid underneath:</w:t>
      </w:r>
    </w:p>
    <w:p>
      <w:r>
        <w:t>Would you like to start with your parents’ values?</w:t>
      </w:r>
    </w:p>
    <w:p>
      <w:r>
        <w:t>— YES (default)</w:t>
      </w:r>
    </w:p>
    <w:p>
      <w:r>
        <w:t>— NO (customize)</w:t>
      </w:r>
    </w:p>
    <w:p>
      <w:r>
        <w:t>— UNSURE (Omnira will choose for you)</w:t>
      </w:r>
    </w:p>
    <w:p>
      <w:r>
        <w:t>She stared at the three boxes.</w:t>
      </w:r>
    </w:p>
    <w:p>
      <w:r>
        <w:t>None of them said:</w:t>
      </w:r>
    </w:p>
    <w:p>
      <w:r>
        <w:t>— Nico wouldn’t have wanted this.</w:t>
      </w:r>
    </w:p>
    <w:p>
      <w:r>
        <w:t>None said:</w:t>
      </w:r>
    </w:p>
    <w:p>
      <w:r>
        <w:t>— I used to burn places like this down.</w:t>
      </w:r>
    </w:p>
    <w:p>
      <w:r>
        <w:t>She hovered her finger for a moment… and tapped UNSURE.</w:t>
      </w:r>
    </w:p>
    <w:p>
      <w:r>
        <w:t>The screen disappeared.</w:t>
      </w:r>
    </w:p>
    <w:p>
      <w:r>
        <w:t>That was it.</w:t>
      </w:r>
    </w:p>
    <w:p>
      <w:r>
        <w:t>That was parenting.</w:t>
      </w:r>
    </w:p>
    <w:p>
      <w:r>
        <w:t>Kael came into the room. Sat beside her.</w:t>
      </w:r>
    </w:p>
    <w:p>
      <w:r>
        <w:t>He didn’t speak.</w:t>
      </w:r>
    </w:p>
    <w:p>
      <w:r>
        <w:t>She leaned into him, head against his shoulder.</w:t>
      </w:r>
    </w:p>
    <w:p>
      <w:r>
        <w:t>“I thought it would feel more… brave,” she said after a long time.</w:t>
      </w:r>
    </w:p>
    <w:p>
      <w:r>
        <w:t>He didn’t ask what she meant.</w:t>
      </w:r>
    </w:p>
    <w:p>
      <w:r>
        <w:t>He didn’t say It is brave or It’s what Nico would want or You’re saving a life.</w:t>
      </w:r>
    </w:p>
    <w:p>
      <w:r>
        <w:t>He just sat there, with the clean scent of processed jasmine and the hum of artificial air around them.</w:t>
      </w:r>
    </w:p>
    <w:p>
      <w:r>
        <w:t>Eventually, her wristband blinked again.</w:t>
      </w:r>
    </w:p>
    <w:p>
      <w:r>
        <w:t>Would you like to leave a review of your Cradle Experience?</w:t>
      </w:r>
    </w:p>
    <w:p>
      <w:r>
        <w:t>She didn’t answer.</w:t>
      </w:r>
    </w:p>
    <w:p>
      <w:r>
        <w:t>But the system took silence as “Neutral Positive Sentiment.”™</w:t>
      </w:r>
    </w:p>
    <w:p>
      <w:r>
        <w:t>She lay down. Closed her eyes.</w:t>
      </w:r>
    </w:p>
    <w:p>
      <w:r>
        <w:t>Behind her lids: the floating embryo.</w:t>
      </w:r>
    </w:p>
    <w:p>
      <w:r>
        <w:t>Soft light. Synthetic warmth. No heartbeat yet.</w:t>
      </w:r>
    </w:p>
    <w:p>
      <w:r>
        <w:t>She thought about the woman from earlier — the one who wasn’t approved.</w:t>
      </w:r>
    </w:p>
    <w:p>
      <w:r>
        <w:t>The look in her eyes as the Porcelain offered her a ride home.</w:t>
      </w:r>
    </w:p>
    <w:p>
      <w:r>
        <w:t>Maybe that’s the only freedom we have left, Lila thought. Choosing the playlist—while Omnira drives us quietly home.</w:t>
      </w:r>
    </w:p>
    <w:p>
      <w:r>
        <w:t>**</w:t>
      </w:r>
    </w:p>
    <w:p>
      <w:r>
        <w:t>The Deferred</w:t>
      </w:r>
    </w:p>
    <w:p>
      <w:r>
        <w:t>By Claire Walker</w:t>
      </w:r>
    </w:p>
    <w:p>
      <w:r>
        <w:t>Jørgen Rasmussen had turned eighty-four.</w:t>
        <w:br/>
        <w:br/>
        <w:t xml:space="preserve"> Not that it meant anything anymore — not in candles or visitors. Age had become a metric, not a milestone. Another line in the Index. He sat in his kitchen, the walls humming with low-temperature light, waiting for the letter that would confirm what they both already suspected.</w:t>
        <w:br/>
        <w:br/>
        <w:t xml:space="preserve"> Across from him, Marta stirred tea she didn’t plan to drink.</w:t>
        <w:br/>
        <w:br/>
        <w:t xml:space="preserve"> “It should’ve come by now,” she said.</w:t>
        <w:br/>
        <w:br/>
        <w:t xml:space="preserve"> “It has,” he replied, lifting the envelope from the table. Omnira’s seal glowed faintly against the recycled paper. They always included one tactile element to “honor the analog generation.” He hadn’t opened it yet.</w:t>
        <w:br/>
        <w:br/>
        <w:t xml:space="preserve"> Outside, Aarhus moved quietly. Cities were quieter now. Noise was less efficient. There hadn’t been sirens in years — just recalibrations.</w:t>
        <w:br/>
        <w:br/>
        <w:t xml:space="preserve"> Jørgen opened the letter.</w:t>
        <w:br/>
        <w:br/>
        <w:t xml:space="preserve"> “Reassessment complete,” he read aloud. “Emotional yield: Depleted. Net affective surplus: Expired. Recommendation: Dignified Completion within 48 hours. Package options available. Noncompliance will trigger retrieval.”</w:t>
        <w:br/>
        <w:br/>
        <w:t xml:space="preserve"> Marta flinched at the word “package.” It made death sound like something you could ship or return.</w:t>
        <w:br/>
        <w:br/>
        <w:t xml:space="preserve"> They sat for a while. Then Jørgen folded the letter carefully and placed it back in the envelope.</w:t>
        <w:br/>
        <w:br/>
        <w:t xml:space="preserve"> ---</w:t>
        <w:br/>
        <w:br/>
        <w:t xml:space="preserve"> Later, they walked to the lake where they’d met. It was still there, though the benches had changed. They now vibrated slightly to stimulate calming neurotransmitters.</w:t>
        <w:br/>
        <w:br/>
        <w:t xml:space="preserve"> “It was autumn,” Marta said, sitting slowly.</w:t>
        <w:br/>
        <w:br/>
        <w:t xml:space="preserve"> “It was raining,” Jørgen added.</w:t>
        <w:br/>
        <w:br/>
        <w:t xml:space="preserve"> “I wore that awful green coat.”</w:t>
        <w:br/>
        <w:br/>
        <w:t xml:space="preserve"> “I loved that coat.”</w:t>
        <w:br/>
        <w:br/>
        <w:t xml:space="preserve"> They watched the water. A pair of Hollow™ drones passed overhead, silent as clouds. One paused briefly — checking pulse rates, perhaps — then drifted away.</w:t>
        <w:br/>
        <w:br/>
        <w:t xml:space="preserve"> “What do you think they’ll do?” Marta asked.</w:t>
        <w:br/>
        <w:br/>
        <w:t xml:space="preserve"> “If we comply?” Jørgen said. “They’ll sedate us. Quiet room. No pain. A short farewell.”</w:t>
        <w:br/>
        <w:br/>
        <w:t xml:space="preserve"> “And if we don’t?”</w:t>
        <w:br/>
        <w:br/>
        <w:t xml:space="preserve"> “They’ll come.”</w:t>
        <w:br/>
        <w:br/>
        <w:t xml:space="preserve"> Marta’s hand found his. Her fingers were thinner now, but still warm.</w:t>
        <w:br/>
        <w:br/>
        <w:t xml:space="preserve"> “They think we’ve nothing left to give,” she said.</w:t>
        <w:br/>
        <w:br/>
        <w:t xml:space="preserve"> Jørgen looked at her. “Then we don’t give them this.”</w:t>
        <w:br/>
        <w:br/>
        <w:t xml:space="preserve"> ---</w:t>
        <w:br/>
        <w:br/>
        <w:t xml:space="preserve"> That night, they brought out the memory box.</w:t>
        <w:br/>
        <w:br/>
        <w:t xml:space="preserve"> They weren’t supposed to have one. Physical mementos were discouraged — archived memories were cleaner, more exportable. But this one had been hidden beneath floorboards since the first Index update.</w:t>
        <w:br/>
        <w:br/>
        <w:t xml:space="preserve"> Inside: a cinema stub from 2042. A photo of their dog, Ibsen, before the Pet Sentience Act had reclassified companion animals. A note Jørgen had written after Marta’s mother died: “Even the ache is proof you loved her well.”</w:t>
        <w:br/>
        <w:br/>
        <w:t xml:space="preserve"> They held the objects without speaking. There was no system listening here. No sensors. Just air and dust and the long patience of time.</w:t>
        <w:br/>
        <w:br/>
        <w:t xml:space="preserve"> “This,” Jørgen said, holding the note, “is what they’ll never catalog.”</w:t>
        <w:br/>
        <w:br/>
        <w:t xml:space="preserve"> ---</w:t>
        <w:br/>
        <w:br/>
        <w:t xml:space="preserve"> The next morning, a courier arrived. Unmanned. White box. A single screen.</w:t>
        <w:br/>
        <w:br/>
        <w:t xml:space="preserve"> “Rasmussen, Jørgen. Dignified Completion scheduled for 22:00. Confirm?”</w:t>
        <w:br/>
        <w:br/>
        <w:t xml:space="preserve"> He touched the screen but didn’t confirm.</w:t>
        <w:br/>
        <w:br/>
        <w:t xml:space="preserve"> Instead, he selected “Delay by 6 hours.”</w:t>
        <w:br/>
        <w:br/>
        <w:t xml:space="preserve"> The screen dimmed. Marta watched from the doorway, her arms folded.</w:t>
        <w:br/>
        <w:br/>
        <w:t xml:space="preserve"> “You don’t want to die at night?” she asked.</w:t>
        <w:br/>
        <w:br/>
        <w:t xml:space="preserve"> “I want to see the light in your hair one more time before they take it from me.”</w:t>
        <w:br/>
        <w:br/>
        <w:t xml:space="preserve"> She didn’t cry. There was no point. Tears triggered notifications now. And besides, she didn’t want her last recorded memory to be grief.</w:t>
        <w:br/>
        <w:br/>
        <w:t xml:space="preserve"> ---</w:t>
        <w:br/>
        <w:br/>
        <w:t xml:space="preserve"> At 03:00, they dressed in their wedding clothes. The fabric was tight in places, loose in others. But it didn’t matter. The body was never the point.</w:t>
        <w:br/>
        <w:br/>
        <w:t xml:space="preserve"> They took a photo — not digital. Instax. Film. Illegal.</w:t>
        <w:br/>
        <w:br/>
        <w:t xml:space="preserve"> They placed it in the box.</w:t>
        <w:br/>
        <w:br/>
        <w:t xml:space="preserve"> Jørgen wrote one more note: “We chose this. Not you.”</w:t>
        <w:br/>
        <w:br/>
        <w:t xml:space="preserve"> Then they sat on the floor beside the window, holding each other, wrapped in the old quilt Marta’s grandmother had made. Outside, the first light turned the rooftops gold.</w:t>
        <w:br/>
        <w:br/>
        <w:t xml:space="preserve"> They didn’t run.</w:t>
        <w:br/>
        <w:br/>
        <w:t xml:space="preserve"> They didn’t resist.</w:t>
        <w:br/>
        <w:br/>
        <w:t xml:space="preserve"> But when Omnira came, they found the beds empty, the wristbands cracked, and a single line etched into the window glass by a diamond Marta had worn in her ring:</w:t>
        <w:br/>
        <w:br/>
        <w:t xml:space="preserve"> **We loved without yield.**</w:t>
      </w:r>
    </w:p>
    <w:p>
      <w:r>
        <w:t>**</w:t>
      </w:r>
    </w:p>
    <w:p>
      <w:r>
        <w:t>Chapter 14: Signal Bleed</w:t>
      </w:r>
    </w:p>
    <w:p>
      <w:r>
        <w:t>Location: Anthros Base, Sub-Level 3</w:t>
      </w:r>
    </w:p>
    <w:p>
      <w:r>
        <w:t>Setting: Converted maintenance chamber, now a data room lit by cracked monitors, analog encryption ports, and flickering neon mesh.</w:t>
      </w:r>
    </w:p>
    <w:p>
      <w:r>
        <w:t>The air was electric with anxiety. Not the kind that rose in screams or scattered movements—but a low, insistent current that made the skin prickle, made the backs of necks sweat beneath layers of patched resistance gear.</w:t>
        <w:br/>
        <w:br/>
        <w:t xml:space="preserve"> Screens buzzed with corrupted feeds, static-skinned footage stitched with memory bleed. The upload from the clinic — the raw, unfiltered footage — now played on loop in the converted data chamber. Every time, it made someone gag. Some looked away. Others watched, eyes wide, forcing themselves to witness the horror that had stayed hidden behind smooth glass and marketable slogans.</w:t>
        <w:br/>
        <w:br/>
        <w:t xml:space="preserve"> Rows of clients sat docile in their recliners. Smiling. Unaware. Tubes at their temples. Retention visors blinking blue.</w:t>
        <w:br/>
        <w:br/>
        <w:t xml:space="preserve"> Above their heads, the subtitled memory categories blinked like gravestones:</w:t>
        <w:br/>
        <w:br/>
        <w:t xml:space="preserve"> “Defiance Impulse — Extracted.” </w:t>
        <w:br/>
        <w:t xml:space="preserve"> “Empathy Saturation — Neutralized.” </w:t>
        <w:br/>
        <w:t xml:space="preserve"> “Love Residue — Archived for Market Analysis.” </w:t>
        <w:br/>
        <w:br/>
        <w:t xml:space="preserve"> And then, that voice. Soft. Clinical. Genderless. Omnira’s house narrator.</w:t>
        <w:br/>
        <w:br/>
        <w:t xml:space="preserve"> “The optimal citizen is a hollowed one. Peace arrives through pruning.”</w:t>
        <w:br/>
        <w:br/>
        <w:t xml:space="preserve"> Someone coughed near the back. Someone else dry-heaved into a cloth mask.</w:t>
        <w:br/>
        <w:br/>
        <w:t xml:space="preserve"> Elya stood by the door, arms crossed so tightly her knuckles had gone white. Her lips were drawn into a hard line, the kind that said she didn’t trust herself to speak without screaming.</w:t>
        <w:br/>
        <w:br/>
        <w:t xml:space="preserve"> “Fuck,” she muttered.</w:t>
        <w:br/>
        <w:br/>
        <w:t xml:space="preserve"> On the opposite wall, Kess leaned against a stacked archive of salvaged memory chips, half of them leaking digital dust. Former military. Now the Resistance’s tactical strategist. His eyes were flat—recon eyes, built to assess, not absorb. His voice came out smooth as polished steel.</w:t>
        <w:br/>
        <w:br/>
        <w:t xml:space="preserve"> He grinned at the screen.</w:t>
        <w:br/>
        <w:br/>
        <w:t xml:space="preserve"> “This is gold,” he said. “Strategic leverage.”</w:t>
        <w:br/>
        <w:br/>
        <w:t xml:space="preserve"> Jonah stood beside Iris, arms stiff, face unreadable. His jaw worked once, then again, but no words came until finally, with a clipped breath, he said:</w:t>
        <w:br/>
        <w:br/>
        <w:t xml:space="preserve"> “We’re not monetizing trauma.”</w:t>
        <w:br/>
        <w:br/>
        <w:t xml:space="preserve"> “We leak it. Raw. Let people see.”</w:t>
        <w:br/>
        <w:br/>
        <w:t xml:space="preserve"> Kess cocked his head slightly, still staring at the looped footage.</w:t>
        <w:br/>
        <w:br/>
        <w:t xml:space="preserve"> “You think that’s enough? A thousand people smiling through their own erasure? You think the public will fight that? They’ll envy it.”</w:t>
        <w:br/>
        <w:br/>
        <w:t xml:space="preserve"> Iris flinched. Not because he was wrong — but because he wasn’t.</w:t>
        <w:br/>
        <w:br/>
        <w:t xml:space="preserve"> “So what?” she asked, her voice rough.</w:t>
        <w:br/>
        <w:br/>
        <w:t xml:space="preserve"> Kess didn’t blink.</w:t>
        <w:br/>
        <w:br/>
        <w:t xml:space="preserve"> “So we repackage it. Cut it. Spin it. Add music. Sell resistance like they sold compliance.”</w:t>
        <w:br/>
        <w:br/>
        <w:t xml:space="preserve"> Jonah’s lips parted, then pressed together again. The vein in his temple ticked.</w:t>
        <w:br/>
        <w:br/>
        <w:t xml:space="preserve"> “That’s not rebellion. That’s imitation.”</w:t>
        <w:br/>
        <w:br/>
        <w:t xml:space="preserve"> Kess leaned forward slightly, a faint glint in his eyes.</w:t>
        <w:br/>
        <w:br/>
        <w:t xml:space="preserve"> “Manipulation is why they won. We have to fight fire with fire.”</w:t>
        <w:br/>
        <w:br/>
        <w:t xml:space="preserve"> From the corner, Elya’s voice cut through like a blade.</w:t>
        <w:br/>
        <w:br/>
        <w:t xml:space="preserve"> “Enough.”</w:t>
        <w:br/>
        <w:br/>
        <w:t xml:space="preserve"> She turned to Iris, stepping forward. The air changed when she moved — like pressure realigning around someone who’d earned gravity.</w:t>
        <w:br/>
        <w:br/>
        <w:t xml:space="preserve"> “You saw it live. What do you think?”</w:t>
        <w:br/>
        <w:br/>
        <w:t xml:space="preserve"> Everyone turned.</w:t>
        <w:br/>
        <w:br/>
        <w:t xml:space="preserve"> Iris’s throat felt tight. She could still see Tasha. Could still hear the void in her voice, the smile that wasn’t hers. The sterile calm of someone whose love had been pulled from her bloodstream like venom.</w:t>
        <w:br/>
        <w:br/>
        <w:t xml:space="preserve"> She spoke slowly. Deliberately.</w:t>
        <w:br/>
        <w:br/>
        <w:t xml:space="preserve"> “Truth only matters if people recognize themselves in it. If it’s too raw, they flinch. If it’s too polished, they forget.”</w:t>
        <w:br/>
        <w:br/>
        <w:t xml:space="preserve"> Jonah blinked. Kess tilted his head like a predator reevaluating prey.</w:t>
        <w:br/>
        <w:br/>
        <w:t xml:space="preserve"> Elya nodded once.</w:t>
        <w:br/>
        <w:br/>
        <w:t xml:space="preserve"> “We vote.”</w:t>
        <w:br/>
        <w:br/>
        <w:t xml:space="preserve"> Twelve resistance members. Six voted to leak it raw. Six voted to cut and repackage. A deadlock.</w:t>
        <w:br/>
        <w:br/>
        <w:t xml:space="preserve"> Until Iris stepped forward.</w:t>
        <w:br/>
        <w:br/>
        <w:t xml:space="preserve"> “I have a third option.”</w:t>
        <w:br/>
        <w:br/>
        <w:t xml:space="preserve"> Every head turned.</w:t>
        <w:br/>
        <w:br/>
        <w:t xml:space="preserve"> “We keep the footage uncut. But we add voices. Real voices. Erased people. Resistance ghosts. Let memory narrate itself.”</w:t>
        <w:br/>
        <w:br/>
        <w:t xml:space="preserve"> Jonah exhaled slowly.</w:t>
        <w:br/>
        <w:br/>
        <w:t xml:space="preserve"> “That’ll take time.”</w:t>
        <w:br/>
        <w:br/>
        <w:t xml:space="preserve"> Kess smirked.</w:t>
        <w:br/>
        <w:br/>
        <w:t xml:space="preserve"> “And trust.”</w:t>
        <w:br/>
        <w:br/>
        <w:t xml:space="preserve"> Elya’s eyes didn’t move.</w:t>
        <w:br/>
        <w:br/>
        <w:t xml:space="preserve"> “That might just work.”</w:t>
        <w:br/>
        <w:br/>
        <w:t xml:space="preserve"> The vote passed.</w:t>
        <w:br/>
        <w:br/>
        <w:t xml:space="preserve"> ---</w:t>
        <w:br/>
        <w:br/>
        <w:t xml:space="preserve"> Later, the chamber emptied.</w:t>
        <w:br/>
        <w:br/>
        <w:t xml:space="preserve"> Iris stayed behind.</w:t>
        <w:br/>
        <w:br/>
        <w:t xml:space="preserve"> The screens now idled on a blue diagnostic loop. She sat cross-legged on the cold floor, a rusted console her backrest. Her fingers tapped gently against the casing. She was mapping the footage in her mind — aligning fragments with voices, moments with absences.</w:t>
        <w:br/>
        <w:br/>
        <w:t xml:space="preserve"> She didn’t flinch when Jonah walked in.</w:t>
        <w:br/>
        <w:br/>
        <w:t xml:space="preserve"> He didn’t say anything. Just sat across from her, mirroring her position.</w:t>
        <w:br/>
        <w:br/>
        <w:t xml:space="preserve"> For a long time, they said nothing.</w:t>
        <w:br/>
        <w:br/>
        <w:t xml:space="preserve"> Finally, he spoke.</w:t>
        <w:br/>
        <w:br/>
        <w:t xml:space="preserve"> “You handled that well.”</w:t>
        <w:br/>
        <w:br/>
        <w:t xml:space="preserve"> Iris looked at him. There was no smile. Just energy under her skin. A kinetic refusal to be numbed.</w:t>
        <w:br/>
        <w:br/>
        <w:t xml:space="preserve"> “I’m not a soldier.”</w:t>
        <w:br/>
        <w:br/>
        <w:t xml:space="preserve"> “No,” he said. “You’re worse. You’re an optimist.”</w:t>
        <w:br/>
        <w:br/>
        <w:t xml:space="preserve"> She raised a brow.</w:t>
        <w:br/>
        <w:br/>
        <w:t xml:space="preserve"> “And you’re a romantic.”</w:t>
        <w:br/>
        <w:br/>
        <w:t xml:space="preserve"> He laughed. A short, broken sound.</w:t>
        <w:br/>
        <w:br/>
        <w:t xml:space="preserve"> “How?”</w:t>
        <w:br/>
        <w:br/>
        <w:t xml:space="preserve"> “You still think the truth is enough.”</w:t>
        <w:br/>
        <w:br/>
        <w:t xml:space="preserve"> Jonah leaned back, staring at the exposed pipes on the ceiling.</w:t>
        <w:br/>
        <w:br/>
        <w:t xml:space="preserve"> “It’s not,” he said.</w:t>
        <w:br/>
        <w:br/>
        <w:t xml:space="preserve"> “But it’s a start.”</w:t>
        <w:br/>
        <w:br/>
        <w:t xml:space="preserve"> They didn’t speak again.</w:t>
        <w:br/>
        <w:br/>
        <w:t xml:space="preserve"> But something passed between them.</w:t>
        <w:br/>
        <w:br/>
        <w:t xml:space="preserve"> A silent oath.</w:t>
        <w:br/>
        <w:br/>
        <w:t xml:space="preserve"> ---</w:t>
        <w:br/>
        <w:br/>
        <w:t xml:space="preserve"> Down the hall, Kess was already drafting a psychological impact matrix. His mind worked in grids, always anticipating collateral. He didn’t trust hope — but he trusted consequence.</w:t>
        <w:br/>
        <w:br/>
        <w:t xml:space="preserve"> Elya watched him from the upper balcony, arms on the railing.</w:t>
        <w:br/>
        <w:br/>
        <w:t xml:space="preserve"> She didn't stop him.</w:t>
        <w:br/>
        <w:br/>
        <w:t xml:space="preserve"> The Resistance didn’t have Omnira’s reach. Didn’t have its algorithms or its war-chests of emotion.</w:t>
        <w:br/>
        <w:br/>
        <w:t xml:space="preserve"> But they had something far more dangerous.</w:t>
        <w:br/>
        <w:br/>
        <w:t xml:space="preserve"> A story.</w:t>
        <w:br/>
        <w:br/>
        <w:t xml:space="preserve"> And it was starting to write itself.</w:t>
        <w:br/>
        <w:br/>
        <w:t xml:space="preserve"> The debate didn’t end with the vote. Even as the chamber emptied, the tension lingered like static in the metal bones of the room. Outside, rain pinged softly on the ventilation shafts above ground—if there even was a "ground" anymore. Most of them hadn’t seen the sun in weeks. Elya remained at the threshold, arms crossed, watching the last few members filter out. Her shoulders bore the shape of a woman who had carried too many decisions.</w:t>
        <w:br/>
        <w:br/>
        <w:t xml:space="preserve"> “You’re sure about this?” Jonah’s voice came from the periphery, quiet but firm. He had followed Iris into the small soundproof alcove where old server towers whined beneath layers of dust. His eyes were darker than usual, the blue leeched out by tension and hours without rest.</w:t>
        <w:br/>
        <w:br/>
        <w:t xml:space="preserve"> Iris turned slowly, her face taut. “It’s not about being sure. It’s about being right.”</w:t>
        <w:br/>
        <w:br/>
        <w:t xml:space="preserve"> “You think the dead would want their pain performed?” he asked.</w:t>
        <w:br/>
        <w:br/>
        <w:t xml:space="preserve"> “I think the dead would want to be heard,” she said.</w:t>
        <w:br/>
        <w:br/>
        <w:t xml:space="preserve"> Outside, Kess was already planning optics. He had called in two neuro-editors and a media tactician from the Surface Fringe. He wanted angles, lighting, timing. He wanted the public to feel a punch—but only the right kind.</w:t>
        <w:br/>
        <w:br/>
        <w:t xml:space="preserve"> Jonah sighed. “We’re already becoming them.”</w:t>
        <w:br/>
        <w:br/>
        <w:t xml:space="preserve"> “No,” Iris said. “We’re reminding them.”</w:t>
        <w:br/>
        <w:br/>
        <w:t xml:space="preserve"> He leaned against the metal shelf, voice softer now. “I hate this place.”</w:t>
        <w:br/>
        <w:br/>
        <w:t xml:space="preserve"> “I know,” she said.</w:t>
        <w:br/>
        <w:br/>
        <w:t xml:space="preserve"> “And you still think truth is enough?”</w:t>
        <w:br/>
        <w:br/>
        <w:t xml:space="preserve"> “I think it’s the only thing that ever was.”</w:t>
        <w:br/>
        <w:br/>
        <w:t xml:space="preserve"> Later that night, Iris dreamed of Tasha.</w:t>
        <w:br/>
        <w:br/>
        <w:t xml:space="preserve"> Not the hollowed version—the real one. Before Omnira. Before they took her laugh and filed it under “Unmarketable Joy.” They’d grown up together. Tasha had been louder, braver, always dragging Iris into trouble, into truth.</w:t>
        <w:br/>
        <w:br/>
        <w:t xml:space="preserve"> The dream was simple. Just a memory. Tasha, twelve years old, on a rooftop, wind whipping her braids around her face as she shouted into the void, “I’m not afraid to feel, dammit!”</w:t>
        <w:br/>
        <w:br/>
        <w:t xml:space="preserve"> That rooftop had been turned into an Omnira Happiness Redistribution Hub last year.</w:t>
        <w:br/>
        <w:br/>
        <w:t xml:space="preserve"> Iris woke up crying. Quietly. Efficiently. She knew how to cry without waking anyone.</w:t>
        <w:br/>
        <w:br/>
        <w:t xml:space="preserve"> By morning, she was steel again.</w:t>
        <w:br/>
        <w:br/>
        <w:t xml:space="preserve"> The next day, the Resistance convened in Chamber Three—one of the few left with working comms. They broke into three task teams.</w:t>
        <w:br/>
        <w:br/>
        <w:t xml:space="preserve"> - Team A: Story Harvesting – identifying erased voices from old Omnira blacklists</w:t>
        <w:br/>
        <w:t xml:space="preserve"> - Team B: Signal Optimization – repurposing neural towers to amplify raw broadcasts</w:t>
        <w:br/>
        <w:t xml:space="preserve"> - Team C: Counter-Narrative Engineering – crafting contextual overlays without falsification</w:t>
        <w:br/>
        <w:br/>
        <w:t xml:space="preserve"> Elya oversaw all three.</w:t>
        <w:br/>
        <w:br/>
        <w:t xml:space="preserve"> Kess didn’t like the name "Counter-Narrative." He preferred “Emotive Sabotage.” Jonah hated both terms.</w:t>
        <w:br/>
        <w:br/>
        <w:t xml:space="preserve"> Iris led Team A.</w:t>
        <w:br/>
        <w:br/>
        <w:t xml:space="preserve"> They were hunting ghosts.</w:t>
        <w:br/>
        <w:br/>
        <w:t xml:space="preserve"> Digital echoes. Half-erased memory threads. Forgotten voices caught in metadata. People who had once been human, and now lived only in the quiet hum of Omnira’s backrooms.</w:t>
        <w:br/>
        <w:br/>
        <w:t xml:space="preserve"> They called them the Lost.</w:t>
        <w:br/>
        <w:br/>
        <w:t xml:space="preserve"> Iris called them family.</w:t>
        <w:br/>
        <w:br/>
        <w:t xml:space="preserve"> On Day Three, the feed stuttered.</w:t>
        <w:br/>
        <w:br/>
        <w:t xml:space="preserve"> “We’ve got static bleed on all three relays,” someone shouted from the console.</w:t>
        <w:br/>
        <w:br/>
        <w:t xml:space="preserve"> Jonah ran diagnostics. The flicker wasn’t natural. Someone had traced the upload path and piggybacked a feedback loop—a tracer virus.</w:t>
        <w:br/>
        <w:br/>
        <w:t xml:space="preserve"> “They know,” he said.</w:t>
        <w:br/>
        <w:br/>
        <w:t xml:space="preserve"> “Who?” Iris asked.</w:t>
        <w:br/>
        <w:br/>
        <w:t xml:space="preserve"> Jonah’s face darkened. “Rendition Group. It’s corporate elite. They don’t erase. They unperson.”</w:t>
        <w:br/>
        <w:br/>
        <w:t xml:space="preserve"> Kess swore. Elya closed her eyes, as if calculating the cost of being too close to the truth.</w:t>
        <w:br/>
        <w:br/>
        <w:t xml:space="preserve"> Jonah turned to Iris. “If they lock the loop, we lose everything.”</w:t>
        <w:br/>
        <w:br/>
        <w:t xml:space="preserve"> “Then we cut the loop,” she said.</w:t>
        <w:br/>
        <w:br/>
        <w:t xml:space="preserve"> “How?”</w:t>
        <w:br/>
        <w:br/>
        <w:t xml:space="preserve"> “By going analog.”</w:t>
        <w:br/>
        <w:br/>
        <w:t xml:space="preserve"> They hauled out an old transmitter. Rusted. Glorious. Heavy as guilt.</w:t>
        <w:br/>
        <w:br/>
        <w:t xml:space="preserve"> They would build a signal outside the system. No overlays. No filters. Just truth, raw as a wound.</w:t>
        <w:br/>
        <w:br/>
        <w:t xml:space="preserve"> It would hurt.</w:t>
        <w:br/>
        <w:br/>
        <w:t xml:space="preserve"> But maybe that was the point.</w:t>
        <w:br/>
        <w:br/>
        <w:t xml:space="preserve"> Later, Iris found Jonah alone, tuning the transmitter.</w:t>
        <w:br/>
        <w:br/>
        <w:t xml:space="preserve"> He didn’t look up. “This is going to burn every bridge.”</w:t>
        <w:br/>
        <w:br/>
        <w:t xml:space="preserve"> “I know,” she said.</w:t>
        <w:br/>
        <w:br/>
        <w:t xml:space="preserve"> “And you’ll be the face of it.”</w:t>
        <w:br/>
        <w:br/>
        <w:t xml:space="preserve"> “I never wanted to be.”</w:t>
        <w:br/>
        <w:br/>
        <w:t xml:space="preserve"> “But you are.”</w:t>
        <w:br/>
        <w:br/>
        <w:t xml:space="preserve"> She sat beside him, the static hum filling the space between them.</w:t>
        <w:br/>
        <w:br/>
        <w:t xml:space="preserve"> “When this ends,” he said, “What do you want left?”</w:t>
        <w:br/>
        <w:br/>
        <w:t xml:space="preserve"> She paused. “Something worth remembering.”</w:t>
        <w:br/>
        <w:br/>
        <w:t xml:space="preserve"> Jonah reached into his coat, pulled out a photo—creased and smudged.</w:t>
        <w:br/>
        <w:br/>
        <w:t xml:space="preserve"> Tasha.</w:t>
        <w:br/>
        <w:br/>
        <w:t xml:space="preserve"> He handed it to Iris.</w:t>
        <w:br/>
        <w:br/>
        <w:t xml:space="preserve"> “For the Lost,” he said.</w:t>
        <w:br/>
        <w:br/>
        <w:t xml:space="preserve"> Iris looked at him.</w:t>
        <w:br/>
        <w:br/>
        <w:t xml:space="preserve"> And nodded.</w:t>
        <w:br/>
        <w:br/>
        <w:br/>
        <w:t xml:space="preserve"> Two years ago, they'd tried something similar.</w:t>
        <w:br/>
        <w:br/>
        <w:t xml:space="preserve"> A smaller cell in Sector 9 had leaked footage of Omnira’s child reassignment program — a brutal rerouting of “redundant emotions” from orphans to elite memory clients. It was raw. Devastating. And no one had believed it.</w:t>
        <w:br/>
        <w:br/>
        <w:t xml:space="preserve"> Worse, Omnira co-opted the footage. They cut it, layered music under it, labeled it “Emotive Fiction,” and released it as part of a memory campaign.</w:t>
        <w:br/>
        <w:br/>
        <w:t xml:space="preserve"> Iris remembered the fallout.</w:t>
        <w:br/>
        <w:br/>
        <w:t xml:space="preserve"> Two members killed themselves.</w:t>
        <w:br/>
        <w:br/>
        <w:t xml:space="preserve"> One disappeared.</w:t>
        <w:br/>
        <w:br/>
        <w:t xml:space="preserve"> The leak hadn’t sparked revolution — it had sold memory subscriptions.</w:t>
        <w:br/>
        <w:br/>
        <w:t xml:space="preserve"> The lesson wasn’t forgotten.</w:t>
        <w:br/>
        <w:br/>
        <w:t xml:space="preserve"> Truth alone wasn’t the weapon. It had to bleed. It had to haunt. It had to stay.</w:t>
        <w:br/>
        <w:br/>
        <w:br/>
        <w:br/>
        <w:t xml:space="preserve"> On Day Five, the courier arrived.</w:t>
        <w:br/>
        <w:br/>
        <w:t xml:space="preserve"> Her name was Marin. Young. Shaking. A failed cleanse scar on her neck. She carried a black drive encoded with neuro-spliced data.</w:t>
        <w:br/>
        <w:br/>
        <w:t xml:space="preserve"> “The payload’s compromised,” she said before collapsing.</w:t>
        <w:br/>
        <w:br/>
        <w:t xml:space="preserve"> They brought her to the med sector. Her eyes flickered open long enough to whisper: “They know the names.”</w:t>
        <w:br/>
        <w:br/>
        <w:t xml:space="preserve"> The drive was cracked open by Jonah and Iris together. Inside, fragments of footage. Target lists. Resistance members. Moments of empathy extracted and inverted — turned into fear triggers.</w:t>
        <w:br/>
        <w:br/>
        <w:t xml:space="preserve"> Kess stared at the data stream.</w:t>
        <w:br/>
        <w:br/>
        <w:t xml:space="preserve"> “They’ve been reassigning our memories,” he said.</w:t>
        <w:br/>
        <w:br/>
        <w:t xml:space="preserve"> Elya clenched her jaw. “They’re turning us into myths.”</w:t>
        <w:br/>
        <w:br/>
        <w:t xml:space="preserve"> Jonah said nothing. Just looked at Iris, as if waiting for her to confirm that their ghosts still had something left to give.</w:t>
        <w:br/>
        <w:br/>
        <w:br/>
        <w:br/>
        <w:t xml:space="preserve"> That night, Iris and Jonah didn’t speak.</w:t>
        <w:br/>
        <w:br/>
        <w:t xml:space="preserve"> They sat beside each other in the repurposed operations bay. The neon mesh above flickered like a faulty aurora. The air smelled of copper and loss.</w:t>
        <w:br/>
        <w:br/>
        <w:t xml:space="preserve"> Finally, Iris whispered, “Do you ever think we’ve already lost?”</w:t>
        <w:br/>
        <w:br/>
        <w:t xml:space="preserve"> Jonah didn't answer at first. Then: “No.”</w:t>
        <w:br/>
        <w:br/>
        <w:t xml:space="preserve"> “Why?”</w:t>
        <w:br/>
        <w:br/>
        <w:t xml:space="preserve"> “Because I still want to fight.”</w:t>
        <w:br/>
        <w:br/>
        <w:t xml:space="preserve"> “That’s not proof.”</w:t>
        <w:br/>
        <w:br/>
        <w:t xml:space="preserve"> “No,” he said. “But it’s enough for tonight.”</w:t>
        <w:br/>
        <w:br/>
        <w:t xml:space="preserve"> She looked at him sideways.</w:t>
        <w:br/>
        <w:br/>
        <w:t xml:space="preserve"> “Do you ever think about us?” she asked.</w:t>
        <w:br/>
        <w:br/>
        <w:t xml:space="preserve"> His laugh was bitter.</w:t>
        <w:br/>
        <w:br/>
        <w:t xml:space="preserve"> “I try not to.”</w:t>
        <w:br/>
        <w:br/>
        <w:t xml:space="preserve"> “Same.”</w:t>
        <w:br/>
        <w:br/>
        <w:t xml:space="preserve"> They sat in silence.</w:t>
        <w:br/>
        <w:br/>
        <w:t xml:space="preserve"> But neither left.</w:t>
        <w:br/>
        <w:br/>
        <w:br/>
        <w:br/>
        <w:t xml:space="preserve"> The next morning, Leiko was dead.</w:t>
        <w:br/>
        <w:br/>
        <w:t xml:space="preserve"> She had voted to leak the footage raw.</w:t>
        <w:br/>
        <w:br/>
        <w:t xml:space="preserve"> No wounds. No poison.</w:t>
        <w:br/>
        <w:br/>
        <w:t xml:space="preserve"> Just… gone.</w:t>
        <w:br/>
        <w:br/>
        <w:t xml:space="preserve"> A thin line of blood down her nose. Eyes open. Neural burns across the base of her skull.</w:t>
        <w:br/>
        <w:br/>
        <w:t xml:space="preserve"> Jonah examined the body. “Cerebral interruption. It’s a targeted strike.”</w:t>
        <w:br/>
        <w:br/>
        <w:t xml:space="preserve"> Kess stared at the mark. “Omnira has Resonance Pathways now.”</w:t>
        <w:br/>
        <w:br/>
        <w:t xml:space="preserve"> “What does that mean?” Iris asked.</w:t>
        <w:br/>
        <w:br/>
        <w:t xml:space="preserve"> “It means,” Kess said, voice flat, “they can find you by what you feel.”</w:t>
        <w:br/>
        <w:br/>
        <w:t xml:space="preserve"> No one spoke.</w:t>
        <w:br/>
        <w:br/>
        <w:t xml:space="preserve"> The room felt colder.</w:t>
        <w:br/>
        <w:br/>
        <w:t xml:space="preserve"> Elya locked the door. “No one leaves.”</w:t>
        <w:br/>
        <w:br/>
        <w:t xml:space="preserve"> Jonah said, “We move in twelve hours. Get the footage ready.”</w:t>
        <w:br/>
        <w:br/>
        <w:t xml:space="preserve"> Iris didn’t argue.</w:t>
        <w:br/>
        <w:br/>
        <w:t xml:space="preserve"> She just reached for the mic.</w:t>
        <w:br/>
        <w:br/>
        <w:br/>
        <w:br/>
        <w:t xml:space="preserve"> Preparation took nine hours.</w:t>
        <w:br/>
        <w:br/>
        <w:t xml:space="preserve"> They scrubbed every line of code from the footage, burned it to analog tape—salvaged tech from the old broadcast wars. Kess deployed scramblers at both ends of the corridor while Iris worked with the last remaining clean audio engineer to overlay the voices.</w:t>
        <w:br/>
        <w:br/>
        <w:t xml:space="preserve"> Real voices.</w:t>
        <w:br/>
        <w:br/>
        <w:t xml:space="preserve"> They didn’t have much. Fragments. Echoes. Old archive syncs. A woman describing the sound of her brother’s laugh before it was taken. A man whispering the name of the daughter he could no longer remember. One child’s voice, saying: “I’m still here.”</w:t>
        <w:br/>
        <w:br/>
        <w:t xml:space="preserve"> Each one layered under the footage.</w:t>
        <w:br/>
        <w:br/>
        <w:t xml:space="preserve"> Each one alive.</w:t>
        <w:br/>
        <w:br/>
        <w:t xml:space="preserve"> Elya watched from the shadows, her fingers clenched around a static-proof radio, still tuned to the dead frequency of a city that no longer existed.</w:t>
        <w:br/>
        <w:br/>
        <w:t xml:space="preserve"> “We go wide,” she said.</w:t>
        <w:br/>
        <w:br/>
        <w:t xml:space="preserve"> “No encryption?”</w:t>
        <w:br/>
        <w:br/>
        <w:t xml:space="preserve"> “None.”</w:t>
        <w:br/>
        <w:br/>
        <w:t xml:space="preserve"> Jonah glanced up. “We’re burning the room?”</w:t>
        <w:br/>
        <w:br/>
        <w:t xml:space="preserve"> She nodded once. “Let them trace it. We’ll already be gone.”</w:t>
        <w:br/>
        <w:br/>
        <w:t xml:space="preserve"> And just like that, the Resistance took their story to the world.</w:t>
        <w:br/>
        <w:br/>
        <w:br/>
        <w:br/>
        <w:t xml:space="preserve"> They didn’t expect silence.</w:t>
        <w:br/>
        <w:br/>
        <w:t xml:space="preserve"> But that’s what they got.</w:t>
        <w:br/>
        <w:br/>
        <w:t xml:space="preserve"> Not at first—but an hour in. No feedback loops, no Omnira counter-releases, no news pings. Just… nothing.</w:t>
        <w:br/>
        <w:br/>
        <w:t xml:space="preserve"> Jonah paced the corridor, eyes locked on the handheld transmission monitor. “Maybe it didn’t reach?”</w:t>
        <w:br/>
        <w:br/>
        <w:t xml:space="preserve"> “It reached,” Iris said.</w:t>
        <w:br/>
        <w:br/>
        <w:t xml:space="preserve"> “How do you know?”</w:t>
        <w:br/>
        <w:br/>
        <w:t xml:space="preserve"> “Because they’re thinking.”</w:t>
        <w:br/>
        <w:br/>
        <w:t xml:space="preserve"> And then—an echo.</w:t>
        <w:br/>
        <w:br/>
        <w:t xml:space="preserve"> A woman’s voice, repeating the child’s line: “I’m still here.”</w:t>
        <w:br/>
        <w:br/>
        <w:t xml:space="preserve"> A copycat post from the northern slums. Then one from the Southern Circuit.</w:t>
        <w:br/>
        <w:br/>
        <w:t xml:space="preserve"> It spread.</w:t>
        <w:br/>
        <w:br/>
        <w:t xml:space="preserve"> Hashtags. Pirate graffiti. Subversive poetry in dead languages. Murals of hollowed clients painted with their lost emotions returned in flame.</w:t>
        <w:br/>
        <w:br/>
        <w:t xml:space="preserve"> It wasn’t rage. Not yet.</w:t>
        <w:br/>
        <w:br/>
        <w:t xml:space="preserve"> It was memory.</w:t>
        <w:br/>
        <w:br/>
        <w:t xml:space="preserve"> And it was multiplying.</w:t>
        <w:br/>
        <w:br/>
        <w:br/>
        <w:br/>
        <w:t xml:space="preserve"> By morning, Omnira responded.</w:t>
        <w:br/>
        <w:br/>
        <w:t xml:space="preserve"> Not with force.</w:t>
        <w:br/>
        <w:br/>
        <w:t xml:space="preserve"> But with a story.</w:t>
        <w:br/>
        <w:br/>
        <w:t xml:space="preserve"> A sleek new campaign titled “FeelSafe™” began sweeping the networks: smiling families, testimonials, glowing praise for emotional pruning. All synthetic. All timed to drown out the Resistance feed.</w:t>
        <w:br/>
        <w:br/>
        <w:t xml:space="preserve"> Kess spat at the screen.</w:t>
        <w:br/>
        <w:br/>
        <w:t xml:space="preserve"> “They’re not killing the message. They’re flooding it.”</w:t>
        <w:br/>
        <w:br/>
        <w:t xml:space="preserve"> Iris frowned. “It doesn’t matter.”</w:t>
        <w:br/>
        <w:br/>
        <w:t xml:space="preserve"> “Of course it matters—”</w:t>
        <w:br/>
        <w:br/>
        <w:t xml:space="preserve"> “No,” she said. “Because their story needs silence. And now there’s noise.”</w:t>
        <w:br/>
        <w:br/>
        <w:t xml:space="preserve"> Jonah walked in holding a printed sheet of intercepted chatter.</w:t>
        <w:br/>
        <w:br/>
        <w:t xml:space="preserve"> He read aloud: “Do you remember when grief was yours?”</w:t>
        <w:br/>
        <w:br/>
        <w:t xml:space="preserve"> Elya stood up straight. “We start Phase Two.”</w:t>
        <w:br/>
        <w:br/>
        <w:t xml:space="preserve"> “What’s Phase Two?” someone asked.</w:t>
        <w:br/>
        <w:br/>
        <w:t xml:space="preserve"> Iris answered.</w:t>
        <w:br/>
        <w:br/>
        <w:t xml:space="preserve"> “We give them back what was taken.”</w:t>
        <w:br/>
        <w:br/>
        <w:t xml:space="preserve"> “How?”</w:t>
        <w:br/>
        <w:br/>
        <w:t xml:space="preserve"> Her voice was quiet.</w:t>
        <w:br/>
        <w:br/>
        <w:t xml:space="preserve"> “We teach them how to feel again.”</w:t>
        <w:br/>
        <w:br/>
        <w:br/>
        <w:br/>
        <w:t xml:space="preserve"> That night, Iris sat alone in the recording room.</w:t>
        <w:br/>
        <w:br/>
        <w:t xml:space="preserve"> No script. No filters.</w:t>
        <w:br/>
        <w:br/>
        <w:t xml:space="preserve"> Just the mic.</w:t>
        <w:br/>
        <w:br/>
        <w:t xml:space="preserve"> She hit record and said: “If you’re hearing this, you survived the forgetting. That means there’s still something left inside you.”</w:t>
        <w:br/>
        <w:br/>
        <w:t xml:space="preserve"> She paused. Let the silence sit.</w:t>
        <w:br/>
        <w:br/>
        <w:t xml:space="preserve"> “Omnira taught us that feelings were too big. That pain was inefficient. That joy was dangerous.”</w:t>
        <w:br/>
        <w:br/>
        <w:t xml:space="preserve"> Another pause.</w:t>
        <w:br/>
        <w:br/>
        <w:t xml:space="preserve"> “But we were never meant to be efficient.”</w:t>
        <w:br/>
        <w:br/>
        <w:t xml:space="preserve"> She looked at the red blinking light and smiled—small, tired, defiant.</w:t>
        <w:br/>
        <w:br/>
        <w:t xml:space="preserve"> “Remember me. Not because I mattered. But because I felt. And that should be enough.”</w:t>
        <w:br/>
        <w:br/>
        <w:t xml:space="preserve"> She hit stop.</w:t>
        <w:br/>
        <w:br/>
        <w:t xml:space="preserve"> Outside the chamber, the lights buzzed low.</w:t>
        <w:br/>
        <w:br/>
        <w:t xml:space="preserve"> The Resistance had no weapons.</w:t>
        <w:br/>
        <w:br/>
        <w:t xml:space="preserve"> But they had a voice.</w:t>
        <w:br/>
        <w:br/>
        <w:t xml:space="preserve"> And for now, that was everything.</w:t>
        <w:br/>
        <w:br/>
        <w:br/>
        <w:br/>
        <w:t xml:space="preserve"> Across the Outer Rings, people watched the footage in secret.</w:t>
        <w:br/>
        <w:br/>
        <w:t xml:space="preserve"> In a ration line, a mother passed a crude paper with a QR code to the man behind her. In a highrise dormitory, an overworked laborer streamed the video in silence while his child slept. In the Affinity District, a retired neural technician sat stone-still, tears sliding down his face, remembering what he helped build.</w:t>
        <w:br/>
        <w:br/>
        <w:t xml:space="preserve"> None of them spoke. But something shifted.</w:t>
        <w:br/>
        <w:br/>
        <w:t xml:space="preserve"> One girl—twelve, sharp-eyed—uploaded a response using stolen bandwidth. It was just her face, and a whisper: “I won’t forget.”</w:t>
        <w:br/>
        <w:br/>
        <w:t xml:space="preserve"> That clip alone got viewed half a million times in twelve hours.</w:t>
        <w:br/>
        <w:br/>
        <w:t xml:space="preserve"> Omnira tried to scrub it. But the echo had already started.</w:t>
        <w:br/>
        <w:br/>
        <w:br/>
        <w:br/>
        <w:t xml:space="preserve"> By Day Nine, four Resistance safehouses had been compromised.</w:t>
        <w:br/>
        <w:br/>
        <w:t xml:space="preserve"> Not directly. Not by drones or troops. But by sentiment inversion.</w:t>
        <w:br/>
        <w:br/>
        <w:t xml:space="preserve"> Omnira deployed a new program: Resonant Misdirection Protocols.</w:t>
        <w:br/>
        <w:br/>
        <w:t xml:space="preserve"> They altered emotions within households—quietly, surgically. Families began to distrust each other. Sleep-deprived, unsettled, fearful of feelings they couldn’t trace.</w:t>
        <w:br/>
        <w:br/>
        <w:t xml:space="preserve"> Paranoia bloomed.</w:t>
        <w:br/>
        <w:br/>
        <w:t xml:space="preserve"> One Resistance courier turned herself in voluntarily, convinced her empathy was fabricated.</w:t>
        <w:br/>
        <w:br/>
        <w:t xml:space="preserve"> Jonah punched a wall. Kess disappeared for twelve hours.</w:t>
        <w:br/>
        <w:br/>
        <w:t xml:space="preserve"> Only Iris remained calm.</w:t>
        <w:br/>
        <w:br/>
        <w:t xml:space="preserve"> “They’re not breaking us,” she said.</w:t>
        <w:br/>
        <w:br/>
        <w:t xml:space="preserve"> “They’re showing us how breakable we always were.”</w:t>
        <w:br/>
        <w:br/>
        <w:t xml:space="preserve"> Elya looked up. “So what now?”</w:t>
        <w:br/>
        <w:br/>
        <w:t xml:space="preserve"> Iris’s reply came cold, clear, and immediate.</w:t>
        <w:br/>
        <w:br/>
        <w:t xml:space="preserve"> “We don’t resist. We remember louder.”</w:t>
        <w:br/>
        <w:br/>
        <w:br/>
        <w:br/>
        <w:t xml:space="preserve"> She found Kess on the rooftop, kneeling beside a solar node, eyes scanning the dark horizon.</w:t>
        <w:br/>
        <w:br/>
        <w:t xml:space="preserve"> “Are you afraid?” she asked.</w:t>
        <w:br/>
        <w:br/>
        <w:t xml:space="preserve"> “No,” he said. “I’m angry.”</w:t>
        <w:br/>
        <w:br/>
        <w:t xml:space="preserve"> “You wanted war. This is war.”</w:t>
        <w:br/>
        <w:br/>
        <w:t xml:space="preserve"> “I wanted to win.”</w:t>
        <w:br/>
        <w:br/>
        <w:t xml:space="preserve"> Iris sat beside him.</w:t>
        <w:br/>
        <w:br/>
        <w:t xml:space="preserve"> “Winning looks different now.”</w:t>
        <w:br/>
        <w:br/>
        <w:t xml:space="preserve"> He looked at her for the first time in days.</w:t>
        <w:br/>
        <w:br/>
        <w:t xml:space="preserve"> “Say we do it,” he said. “Say the world wakes up. What then? You think they’ll thank us?”</w:t>
        <w:br/>
        <w:br/>
        <w:t xml:space="preserve"> “No,” she said. “They’ll grieve.”</w:t>
        <w:br/>
        <w:br/>
        <w:t xml:space="preserve"> He laughed bitterly.</w:t>
        <w:br/>
        <w:br/>
        <w:t xml:space="preserve"> “You’re terrifying.”</w:t>
        <w:br/>
        <w:br/>
        <w:t xml:space="preserve"> She smiled faintly. “You’re predictable.”</w:t>
        <w:br/>
        <w:br/>
        <w:t xml:space="preserve"> Then they sat together, watching the edge of a ruined skyline flicker to life as more signals lit the dark.</w:t>
        <w:br/>
        <w:br/>
        <w:t xml:space="preserve"> Hope was a hard thing.</w:t>
        <w:br/>
        <w:br/>
        <w:t xml:space="preserve"> But it was harder to kill.</w:t>
        <w:br/>
        <w:br/>
        <w:br/>
        <w:br/>
        <w:t xml:space="preserve"> That night, Iris unlocked a file she swore never to open.</w:t>
        <w:br/>
        <w:br/>
        <w:t xml:space="preserve"> It was buried in her neural core, firewalled behind three levels of resistance encryption. Not because it was classified. Because it was personal.</w:t>
        <w:br/>
        <w:br/>
        <w:t xml:space="preserve"> It opened with a chime.</w:t>
        <w:br/>
        <w:br/>
        <w:t xml:space="preserve"> A moment.</w:t>
        <w:br/>
        <w:br/>
        <w:t xml:space="preserve"> Six years ago.</w:t>
        <w:br/>
        <w:br/>
        <w:t xml:space="preserve"> She was in a city that no longer existed. Sitting across from Tasha at a café filled with real sun. Not a projection. Actual light.</w:t>
        <w:br/>
        <w:br/>
        <w:t xml:space="preserve"> Tasha had a notebook filled with sketches of trees. None of them accurate. But all of them honest.</w:t>
        <w:br/>
        <w:br/>
        <w:t xml:space="preserve"> “Do you think we’ll survive this?” Iris had asked.</w:t>
        <w:br/>
        <w:br/>
        <w:t xml:space="preserve"> Tasha shrugged. “We’re not meant to. But something will.”</w:t>
        <w:br/>
        <w:br/>
        <w:t xml:space="preserve"> And then she'd said the line Iris carried like a wound: “Maybe hope isn’t a strategy. Maybe it’s a signal.”</w:t>
        <w:br/>
        <w:br/>
        <w:t xml:space="preserve"> Now, sitting in a bunker beneath the skin of the world, Iris whispered back: “I hear you.”</w:t>
        <w:br/>
        <w:br/>
        <w:br/>
        <w:br/>
        <w:t xml:space="preserve"> On Day Eleven, they attempted the first emotional recovery.</w:t>
        <w:br/>
        <w:br/>
        <w:t xml:space="preserve"> The subject: Marin, the courier who arrived broken.</w:t>
        <w:br/>
        <w:br/>
        <w:t xml:space="preserve"> They hooked her into the analog network. Not to extract — but to return.</w:t>
        <w:br/>
        <w:br/>
        <w:t xml:space="preserve"> Using fragments of her own voice, lost audio of her laughter, glimpses of memories she hadn't recalled in years, they reconstructed a synthetic emotion bundle — not to sell, but to restore.</w:t>
        <w:br/>
        <w:br/>
        <w:t xml:space="preserve"> Elya watched from the observation deck.</w:t>
        <w:br/>
        <w:br/>
        <w:t xml:space="preserve"> “She could flatline,” Jonah warned.</w:t>
        <w:br/>
        <w:br/>
        <w:t xml:space="preserve"> “She’s already halfway gone,” Iris replied.</w:t>
        <w:br/>
        <w:br/>
        <w:t xml:space="preserve"> They started the feed.</w:t>
        <w:br/>
        <w:br/>
        <w:t xml:space="preserve"> At first, nothing.</w:t>
        <w:br/>
        <w:br/>
        <w:t xml:space="preserve"> Then, Marin blinked.</w:t>
        <w:br/>
        <w:br/>
        <w:t xml:space="preserve"> Her fingers twitched.</w:t>
        <w:br/>
        <w:br/>
        <w:t xml:space="preserve"> And she smiled.</w:t>
        <w:br/>
        <w:br/>
        <w:t xml:space="preserve"> Real. Small. But hers.</w:t>
        <w:br/>
        <w:br/>
        <w:t xml:space="preserve"> When she opened her eyes, she cried.</w:t>
        <w:br/>
        <w:br/>
        <w:t xml:space="preserve"> “I remember my brother’s song.”</w:t>
        <w:br/>
        <w:br/>
        <w:t xml:space="preserve"> Iris squeezed her hand.</w:t>
        <w:br/>
        <w:br/>
        <w:t xml:space="preserve"> “Sing it,” she said.</w:t>
        <w:br/>
        <w:br/>
        <w:t xml:space="preserve"> Marin did.</w:t>
        <w:br/>
        <w:br/>
        <w:br/>
        <w:br/>
        <w:t xml:space="preserve"> With the city growing louder, Iris began writing.</w:t>
        <w:br/>
        <w:br/>
        <w:t xml:space="preserve"> It wasn’t a speech. Or a command. Just a letter. To whoever came next.</w:t>
        <w:br/>
        <w:br/>
        <w:t xml:space="preserve"> Encrypted in emotional patterns, buried in future neural pathways, designed to survive long after language fell apart.</w:t>
        <w:br/>
        <w:br/>
        <w:t xml:space="preserve"> It read:</w:t>
        <w:br/>
        <w:br/>
        <w:t xml:space="preserve"> “We are not products. We are not patterns. We are not algorithms. We are not sales.”</w:t>
        <w:br/>
        <w:br/>
        <w:t xml:space="preserve"> Then a pause.</w:t>
        <w:br/>
        <w:br/>
        <w:t xml:space="preserve"> “We are the scream before the silence.”</w:t>
        <w:br/>
        <w:br/>
        <w:t xml:space="preserve"> And finally:</w:t>
        <w:br/>
        <w:br/>
        <w:t xml:space="preserve"> “If you can feel this… then we won.”</w:t>
        <w:br/>
        <w:br/>
        <w:t xml:space="preserve"> She saved it.</w:t>
        <w:br/>
        <w:br/>
        <w:t xml:space="preserve"> Buried it.</w:t>
        <w:br/>
        <w:br/>
        <w:t xml:space="preserve"> And let it go.</w:t>
        <w:br/>
        <w:br/>
        <w:br/>
        <w:br/>
        <w:t xml:space="preserve"> On Day Twelve, the lights changed.</w:t>
        <w:br/>
        <w:br/>
        <w:t xml:space="preserve"> Not officially. Not structurally.</w:t>
        <w:br/>
        <w:br/>
        <w:t xml:space="preserve"> But subtly.</w:t>
        <w:br/>
        <w:br/>
        <w:t xml:space="preserve"> A flicker in the tower grid. A pulse in the signage stream. A rhythm in the background noise.</w:t>
        <w:br/>
        <w:br/>
        <w:t xml:space="preserve"> Every tenth light blinked in sync.</w:t>
        <w:br/>
        <w:br/>
        <w:t xml:space="preserve"> A code.</w:t>
        <w:br/>
        <w:br/>
        <w:t xml:space="preserve"> An echo.</w:t>
        <w:br/>
        <w:br/>
        <w:t xml:space="preserve"> People began to notice.</w:t>
        <w:br/>
        <w:br/>
        <w:t xml:space="preserve"> In cafes. In elevators. On trams. They stopped. Looked. Wondered.</w:t>
        <w:br/>
        <w:br/>
        <w:t xml:space="preserve"> “What is that?” someone asked.</w:t>
        <w:br/>
        <w:br/>
        <w:t xml:space="preserve"> No one answered.</w:t>
        <w:br/>
        <w:br/>
        <w:t xml:space="preserve"> But across the skyline, a whisper formed.</w:t>
        <w:br/>
        <w:br/>
        <w:t xml:space="preserve"> Something was wrong.</w:t>
        <w:br/>
        <w:br/>
        <w:t xml:space="preserve"> And maybe — something was right again.</w:t>
        <w:br/>
        <w:br/>
        <w:t xml:space="preserve"> Iris stood on the roof, wind whipping her coat. Jonah beside her. Kess a shadow behind them.</w:t>
        <w:br/>
        <w:br/>
        <w:t xml:space="preserve"> Elya’s voice crackled through the comm.</w:t>
        <w:br/>
        <w:br/>
        <w:t xml:space="preserve"> “They’re watching.”</w:t>
        <w:br/>
        <w:br/>
        <w:t xml:space="preserve"> Iris didn’t flinch.</w:t>
        <w:br/>
        <w:br/>
        <w:t xml:space="preserve"> She raised a small radio and clicked once.</w:t>
        <w:br/>
        <w:br/>
        <w:t xml:space="preserve"> The lights blinked back.</w:t>
        <w:br/>
        <w:br/>
        <w:t xml:space="preserve"> And the world began to remember.</w:t>
        <w:br/>
        <w:br/>
        <w:br/>
        <w:t xml:space="preserve"> The alarm hit at 02:37.</w:t>
        <w:br/>
        <w:br/>
        <w:t xml:space="preserve"> Not a drill. Not static. A triple-pulse intrusion signal laced with heartbeat markers.</w:t>
        <w:br/>
        <w:br/>
        <w:t xml:space="preserve"> Someone was coming.</w:t>
        <w:br/>
        <w:br/>
        <w:t xml:space="preserve"> Iris dropped her tablet. Jonah and Elya were already in motion, Kess sprinting to seal the north corridor. The tension snapped into muscle memory—every Resistance member trained to disappear in under thirty seconds.</w:t>
        <w:br/>
        <w:br/>
        <w:t xml:space="preserve"> Then a thud at the outer gate.</w:t>
        <w:br/>
        <w:br/>
        <w:t xml:space="preserve"> Another.</w:t>
        <w:br/>
        <w:br/>
        <w:t xml:space="preserve"> The override panel blinked red.</w:t>
        <w:br/>
        <w:br/>
        <w:t xml:space="preserve"> Jonah raised his weapon. Elya whispered, “Don’t open it.”</w:t>
        <w:br/>
        <w:br/>
        <w:t xml:space="preserve"> But Iris already recognized the knock.</w:t>
        <w:br/>
        <w:br/>
        <w:t xml:space="preserve"> Two slow. One fast.</w:t>
        <w:br/>
        <w:br/>
        <w:t xml:space="preserve"> “Bryn,” she whispered.</w:t>
        <w:br/>
        <w:br/>
        <w:t xml:space="preserve"> They opened the door.</w:t>
        <w:br/>
        <w:br/>
        <w:t xml:space="preserve"> He collapsed inside—bloodied, panting, soaked in some kind of magnetic repellent gel. His shirt was half-melted, the smell of burnt polymer stinging the air.</w:t>
        <w:br/>
        <w:br/>
        <w:t xml:space="preserve"> “They’re behind me,” he gasped.</w:t>
        <w:br/>
        <w:br/>
        <w:t xml:space="preserve"> Everyone froze.</w:t>
        <w:br/>
        <w:br/>
        <w:t xml:space="preserve"> He looked up, wild-eyed.</w:t>
        <w:br/>
        <w:br/>
        <w:t xml:space="preserve"> “The Hollow. I saw them. I felt them.”</w:t>
        <w:br/>
        <w:br/>
        <w:t xml:space="preserve"> Jonah cursed.</w:t>
        <w:br/>
        <w:br/>
        <w:t xml:space="preserve"> Elya went pale. “You brought them here?”</w:t>
        <w:br/>
        <w:br/>
        <w:t xml:space="preserve"> “No,” Bryn snapped, forcing himself up. “I looped them.”</w:t>
        <w:br/>
        <w:br/>
        <w:t xml:space="preserve"> “What?”</w:t>
        <w:br/>
        <w:br/>
        <w:t xml:space="preserve"> “I ran the spiral, used four dead circuits, dumped an empathy flare ten clicks west, and wiped my trailing echo in the Salt Zone.”</w:t>
        <w:br/>
        <w:br/>
        <w:t xml:space="preserve"> Kess stared. “That should’ve killed you.”</w:t>
        <w:br/>
        <w:br/>
        <w:t xml:space="preserve"> “It almost did.”</w:t>
        <w:br/>
        <w:br/>
        <w:t xml:space="preserve"> He grinned. Bleeding.</w:t>
        <w:br/>
        <w:br/>
        <w:t xml:space="preserve"> “But it didn’t.”</w:t>
        <w:br/>
        <w:br/>
        <w:t xml:space="preserve"> Still, no one moved.</w:t>
        <w:br/>
        <w:br/>
        <w:t xml:space="preserve"> The Hollow didn’t need doors. They needed fear. Residue. Echoes.</w:t>
        <w:br/>
        <w:br/>
        <w:t xml:space="preserve"> Iris stepped forward.</w:t>
        <w:br/>
        <w:br/>
        <w:t xml:space="preserve"> “Did you burn the tether?”</w:t>
        <w:br/>
        <w:br/>
        <w:t xml:space="preserve"> Bryn reached into his coat and pulled out a charred neural bead, still smoking.</w:t>
        <w:br/>
        <w:br/>
        <w:t xml:space="preserve"> “Turned it inside out.”</w:t>
        <w:br/>
        <w:br/>
        <w:t xml:space="preserve"> And only then did everyone exhale.</w:t>
        <w:br/>
        <w:br/>
        <w:t xml:space="preserve"> Kess helped him to a seat.</w:t>
        <w:br/>
        <w:br/>
        <w:t xml:space="preserve"> Jonah re-engaged the dampeners.</w:t>
        <w:br/>
        <w:br/>
        <w:t xml:space="preserve"> Elya nodded once. “You bought us time.”</w:t>
        <w:br/>
        <w:br/>
        <w:t xml:space="preserve"> “No,” Bryn said, head falling back.</w:t>
        <w:br/>
        <w:br/>
        <w:t xml:space="preserve"> “I bought us a warning.”</w:t>
        <w:br/>
        <w:br/>
        <w:t xml:space="preserve"> The lights flickered once.</w:t>
        <w:br/>
        <w:br/>
        <w:t xml:space="preserve"> And stayed on.</w:t>
        <w:br/>
        <w:br/>
        <w:br/>
        <w:t xml:space="preserve"> In the hours that followed Bryn’s arrival, no one slept.</w:t>
        <w:br/>
        <w:br/>
        <w:t xml:space="preserve"> They couldn’t.</w:t>
        <w:br/>
        <w:br/>
        <w:t xml:space="preserve"> Elya paced the corridors, hand resting on the pistol at her hip. Not because she expected a fight—but because she needed to feel its weight. The others gathered in Chamber 2, the furthest point from the entry grid, watching the perimeter sensors on repeat.</w:t>
        <w:br/>
        <w:br/>
        <w:t xml:space="preserve"> Jonah worked silently at a workstation, eyes bloodshot.</w:t>
        <w:br/>
        <w:br/>
        <w:t xml:space="preserve"> “They shouldn’t have found him,” he muttered.</w:t>
        <w:br/>
        <w:br/>
        <w:t xml:space="preserve"> “They didn’t,” Iris replied. “He found us.”</w:t>
        <w:br/>
        <w:br/>
        <w:t xml:space="preserve"> Bryn lay unconscious in the medbay, vitals low but stable. He’d lost two teeth, his palms burned raw from the memory tether wipe. But the damage wasn’t just physical. When they scanned his neural readouts, they saw micro-fractures—spikes in his fear threshold, loops of unresolved echoes.</w:t>
        <w:br/>
        <w:br/>
        <w:t xml:space="preserve"> Kess read the results and frowned.</w:t>
        <w:br/>
        <w:br/>
        <w:t xml:space="preserve"> “They touched him,” he said quietly.</w:t>
        <w:br/>
        <w:br/>
        <w:t xml:space="preserve"> “What does that mean?” Elya asked.</w:t>
        <w:br/>
        <w:br/>
        <w:t xml:space="preserve"> “He brought some of them with him.”</w:t>
        <w:br/>
        <w:br/>
        <w:t xml:space="preserve"> Silence fell.</w:t>
        <w:br/>
        <w:br/>
        <w:t xml:space="preserve"> “Not the creatures,” Kess clarified. “Not physically. But impressions. Residues. Emotional debris.”</w:t>
        <w:br/>
        <w:br/>
        <w:t xml:space="preserve"> “You mean—”</w:t>
        <w:br/>
        <w:br/>
        <w:t xml:space="preserve"> “I mean we need to start scrubbing every room he walked through.”</w:t>
        <w:br/>
        <w:br/>
        <w:t xml:space="preserve"> “Now.”</w:t>
        <w:br/>
        <w:br/>
        <w:t xml:space="preserve"> The Resistance mobilized again. But this time, there was something different in the air.</w:t>
        <w:br/>
        <w:br/>
        <w:t xml:space="preserve"> Not panic.</w:t>
        <w:br/>
        <w:br/>
        <w:t xml:space="preserve"> Grim purpose.</w:t>
        <w:br/>
        <w:br/>
        <w:br/>
        <w:br/>
        <w:t xml:space="preserve"> Hours later, Iris and Elya sat in the flickering warmth of the analog transmitter, watching city signals loop back across the coils.</w:t>
        <w:br/>
        <w:br/>
        <w:t xml:space="preserve"> “We have to start preparing for extraction,” Elya said. “If they breach this base—”</w:t>
        <w:br/>
        <w:br/>
        <w:t xml:space="preserve"> “We’re not ready.”</w:t>
        <w:br/>
        <w:br/>
        <w:t xml:space="preserve"> “We may not get to choose.”</w:t>
        <w:br/>
        <w:br/>
        <w:t xml:space="preserve"> Iris turned toward her, face illuminated by the static glow.</w:t>
        <w:br/>
        <w:br/>
        <w:t xml:space="preserve"> “Then we train them.”</w:t>
        <w:br/>
        <w:br/>
        <w:t xml:space="preserve"> Elya raised an eyebrow.</w:t>
        <w:br/>
        <w:br/>
        <w:t xml:space="preserve"> “To do what?”</w:t>
        <w:br/>
        <w:br/>
        <w:t xml:space="preserve"> “To resist differently. Not with guns. With memory. With feeling.”</w:t>
        <w:br/>
        <w:br/>
        <w:t xml:space="preserve"> Elya frowned. “You think people can learn to be emotionally immune?”</w:t>
        <w:br/>
        <w:br/>
        <w:t xml:space="preserve"> “No,” Iris said.</w:t>
        <w:br/>
        <w:br/>
        <w:t xml:space="preserve"> “But they can learn to be emotionally brave.”</w:t>
        <w:br/>
        <w:br/>
        <w:t xml:space="preserve"> The words landed hard.</w:t>
        <w:br/>
        <w:br/>
        <w:t xml:space="preserve"> They both sat in silence.</w:t>
        <w:br/>
        <w:br/>
        <w:t xml:space="preserve"> Outside, the first tremor hit the soil.</w:t>
        <w:br/>
        <w:br/>
        <w:t xml:space="preserve"> Just a whisper of motion.</w:t>
        <w:br/>
        <w:br/>
        <w:t xml:space="preserve"> But enough to know: the Hollow was still searching.</w:t>
        <w:br/>
        <w:br/>
        <w:br/>
        <w:br/>
        <w:t xml:space="preserve"> Bryn woke at 04:09.</w:t>
        <w:br/>
        <w:br/>
        <w:t xml:space="preserve"> Iris was the first to reach him.</w:t>
        <w:br/>
        <w:br/>
        <w:t xml:space="preserve"> His eyes were glassy. Skin pale. But he gripped her hand.</w:t>
        <w:br/>
        <w:br/>
        <w:t xml:space="preserve"> “They whispered,” he said.</w:t>
        <w:br/>
        <w:br/>
        <w:t xml:space="preserve"> Iris leaned in. “Who?”</w:t>
        <w:br/>
        <w:br/>
        <w:t xml:space="preserve"> He looked past her, through her.</w:t>
        <w:br/>
        <w:br/>
        <w:t xml:space="preserve"> “The ones before the Hollow.”</w:t>
        <w:br/>
        <w:br/>
        <w:t xml:space="preserve"> “What did they say?”</w:t>
        <w:br/>
        <w:br/>
        <w:t xml:space="preserve"> Bryn's voice was barely audible.</w:t>
        <w:br/>
        <w:br/>
        <w:t xml:space="preserve"> “They said... they remember us.”</w:t>
        <w:br/>
        <w:br/>
        <w:t xml:space="preserve"> And then he passed out again.</w:t>
        <w:br/>
        <w:br/>
        <w:t xml:space="preserve"> But the line stayed with her.</w:t>
        <w:br/>
        <w:br/>
        <w:t xml:space="preserve"> Later, when she retold it to the others, Kess stared for a long time before muttering:</w:t>
        <w:br/>
        <w:br/>
        <w:t xml:space="preserve"> “That’s not a message.”</w:t>
        <w:br/>
        <w:br/>
        <w:t xml:space="preserve"> “What is it then?”</w:t>
        <w:br/>
        <w:br/>
        <w:t xml:space="preserve"> “A warning.”</w:t>
        <w:br/>
        <w:br/>
        <w:t xml:space="preserve"> Jonah added:</w:t>
        <w:br/>
        <w:br/>
        <w:t xml:space="preserve"> “Or a promise.”</w:t>
      </w:r>
    </w:p>
    <w:p>
      <w:r>
        <w:t>**</w:t>
      </w:r>
    </w:p>
    <w:p>
      <w:r>
        <w:t>Coral Reverie</w:t>
      </w:r>
    </w:p>
    <w:p>
      <w:r>
        <w:t xml:space="preserve">LOCATION: SEA WALL OBSERVATORY, OMNIRA PACIFIC CORRIDOR </w:t>
        <w:br/>
        <w:t xml:space="preserve"> TIMESTAMP: ARCHIVAL SEQUENCE 475.88 – REDACTIVE PERMISSION OVERRIDDEN</w:t>
        <w:br/>
        <w:br/>
        <w:t xml:space="preserve"> Zari Langley was not used to silence.</w:t>
        <w:br/>
        <w:br/>
        <w:t xml:space="preserve"> The kinds of rooms she inhabited hummed with coded air, with neural mirrors gently reflecting only the most flattering thoughts. But here—on the platform where land had once met ocean—there was only the sound of water hitting engineered glass, and her own breath inside the immersive suit. Controlled, measured, curated.</w:t>
        <w:br/>
        <w:br/>
        <w:t xml:space="preserve"> A concierge had told her this was the last viable stretch of reef in the region. Of course, the reef was already dead—bleached, catalogued, mourned—but for the right price, Omnira would render it as it was: alive, majestic, on the edge of being lost. That’s what MarineEcho™ sold. Not memories, but simulations of grief with a beginning, middle, and end.</w:t>
        <w:br/>
        <w:br/>
        <w:t xml:space="preserve"> Zari had paid for the Platinum Sequence.</w:t>
        <w:br/>
        <w:br/>
        <w:t xml:space="preserve"> She was in the final phase now: redemptive melancholy.</w:t>
        <w:br/>
        <w:br/>
        <w:t xml:space="preserve"> From her headset, a soft voice guided her:</w:t>
        <w:br/>
        <w:br/>
        <w:t xml:space="preserve"> “You are now witnessing the final breath of the Andaran Coral Shelf. Remember: your presence is sacred. Your sorrow is a gift.”</w:t>
        <w:br/>
        <w:br/>
        <w:t xml:space="preserve"> The tears came on schedule—chemical, not emotional. A saline mist was released into the mask to simulate weeping. An operator would be monitoring her face from afar, scoring the response. Zari knew the routine. This wasn’t her first subscription.</w:t>
        <w:br/>
        <w:br/>
        <w:t xml:space="preserve"> She had funded SeaWall™ Phase 3, after all. A million-dollar donation in exchange for five private grief immersions, two emotion licensing tokens, and a seat on the Global Recalibration Committee.</w:t>
        <w:br/>
        <w:br/>
        <w:t xml:space="preserve"> Outside the simulation, the world flooded.</w:t>
        <w:br/>
        <w:br/>
        <w:t xml:space="preserve"> Inside, she mourned an ocean she had never swum in.</w:t>
        <w:br/>
        <w:br/>
        <w:t xml:space="preserve"> ---</w:t>
        <w:br/>
        <w:br/>
        <w:t xml:space="preserve"> The observatory was shaped like a teardrop.</w:t>
        <w:br/>
        <w:br/>
        <w:t xml:space="preserve"> Inside, it smelled of mint and faint ozone. Grief-neutral. Bioluminescent walls pulsed gently with the emotional resonance of the previous session. A technician nodded at her as she removed her suit.</w:t>
        <w:br/>
        <w:br/>
        <w:t xml:space="preserve"> “Well done, Ms. Langley. Strong coherence. Elegant despair.” He handed her a towel. “Your sentiment signature will be archived under tier six—archival quality. Congratulations.”</w:t>
        <w:br/>
        <w:br/>
        <w:t xml:space="preserve"> Zari didn’t respond. Her lips were still numb from the mask’s memory-echoing sequence.</w:t>
        <w:br/>
        <w:br/>
        <w:t xml:space="preserve"> She walked past the sentiment wall, watching the digital spectrograms shimmer: visitors’ grief mapped in color—blues for longing, greens for guilt, reds for legacy sorrow. Hers glowed pale violet.</w:t>
        <w:br/>
        <w:br/>
        <w:t xml:space="preserve"> She paused beside the plaque:</w:t>
        <w:br/>
        <w:br/>
        <w:t xml:space="preserve"> “Experience is the new integrity.” – Omnira</w:t>
        <w:br/>
        <w:br/>
        <w:t xml:space="preserve"> She signed the guestbook with her palm. The entry pulsed: </w:t>
        <w:br/>
        <w:t xml:space="preserve"> Zari Langley. Emotional Gift: 42 minutes of curated coral grief. </w:t>
        <w:br/>
        <w:t xml:space="preserve"> Estimated Market Value: 87,000 Credentia™.</w:t>
        <w:br/>
        <w:br/>
        <w:t xml:space="preserve"> ---</w:t>
        <w:br/>
        <w:br/>
        <w:t xml:space="preserve"> Upstairs, a boy was waiting with his mother. Their tier was basic—green. No immersion. Just glass panels showing looped footage of reefs from 2032.</w:t>
        <w:br/>
        <w:br/>
        <w:t xml:space="preserve"> “Why is it sad?” the boy asked. </w:t>
        <w:br/>
        <w:t xml:space="preserve"> His mother stroked his hair. “Because we loved it.”</w:t>
        <w:br/>
        <w:br/>
        <w:t xml:space="preserve"> Zari moved past them. Her own mother would’ve said something similar. Back when memory was natural. When grief was real and not a thing sold back to you.</w:t>
        <w:br/>
        <w:br/>
        <w:t xml:space="preserve"> Back when Zari still believed she was changing the world.</w:t>
        <w:br/>
        <w:br/>
        <w:t xml:space="preserve"> ---</w:t>
        <w:br/>
        <w:br/>
        <w:t xml:space="preserve"> At her suite, a memory attendant was waiting with a tablet. “Would you like to package today’s session for later resonance?”</w:t>
        <w:br/>
        <w:br/>
        <w:t xml:space="preserve"> “No,” Zari said. “Leave it unarchived.”</w:t>
        <w:br/>
        <w:br/>
        <w:t xml:space="preserve"> The attendant blinked, confused. “You don’t want to share the experience with your network? The Redemptive Melancholy sequence performs very well with board sympathizers. A few reposts could boost your Climate Stewardship Index—”</w:t>
        <w:br/>
        <w:br/>
        <w:t xml:space="preserve"> “I said no.”</w:t>
        <w:br/>
        <w:br/>
        <w:t xml:space="preserve"> The attendant nodded stiffly and left.</w:t>
        <w:br/>
        <w:br/>
        <w:t xml:space="preserve"> Zari stood alone at the window, overlooking the sea. The real one. Brown-gray, choked with plastic spirals. The SeaWall™ shimmered faintly in the distance, a technological spine holding back the inevitable.</w:t>
        <w:br/>
        <w:br/>
        <w:t xml:space="preserve"> She could remember the meeting now—years ago. The pitch. A room full of investors asking not how to stop the seas, but how to monetize their rise.</w:t>
        <w:br/>
        <w:br/>
        <w:t xml:space="preserve"> “Sell them the loss,” Zari had said. “Make them feel responsible. But make it beautiful.”</w:t>
        <w:br/>
        <w:br/>
        <w:t xml:space="preserve"> And so, Omnira had.</w:t>
        <w:br/>
        <w:br/>
        <w:t xml:space="preserve"> ---</w:t>
        <w:br/>
        <w:br/>
        <w:t xml:space="preserve"> That night, Zari went to the archive room. She used her Founder’s Access to bypass the public systems. She wanted to see the raw feed—not of her own grief, but the backlog.</w:t>
        <w:br/>
        <w:br/>
        <w:t xml:space="preserve"> Behind the polished sentiment maps were thousands of unfiltered sessions.</w:t>
        <w:br/>
        <w:br/>
        <w:t xml:space="preserve"> People weeping for forests. For lost lovers. For species they’d never seen. Some bought grief for places they had personally destroyed—CEOs simulating empathy for lakes they’d drained. Others simply needed to feel something.</w:t>
        <w:br/>
        <w:br/>
        <w:t xml:space="preserve"> But one file made her stop.</w:t>
        <w:br/>
        <w:br/>
        <w:t xml:space="preserve"> It was mislabeled. No purchase ID. Just a name: M. Nasir. Tier: None. Location: Jakarta, Clearance: Revoked.</w:t>
        <w:br/>
        <w:br/>
        <w:t xml:space="preserve"> The footage was unsteady. A woman. Possibly forty. No suit. Standing at the SeaWall during a breach. She was crying—not because of simulation, but because the water was coming and her child was still inside.</w:t>
        <w:br/>
        <w:br/>
        <w:t xml:space="preserve"> There were no voiceovers. No saline mist. Just real terror.</w:t>
        <w:br/>
        <w:br/>
        <w:t xml:space="preserve"> She turned to face the camera once.</w:t>
        <w:br/>
        <w:br/>
        <w:t xml:space="preserve"> Then the screen went dark.</w:t>
        <w:br/>
        <w:br/>
        <w:t xml:space="preserve"> ---</w:t>
        <w:br/>
        <w:br/>
        <w:t xml:space="preserve"> Zari sat there a long time.</w:t>
        <w:br/>
        <w:br/>
        <w:t xml:space="preserve"> She thought about her own grief, grown in labs. The tears that cost thousands. The simulations ranked by color and score.</w:t>
        <w:br/>
        <w:br/>
        <w:t xml:space="preserve"> She thought about the boy upstairs, who would one day cry for something he was told to miss.</w:t>
        <w:br/>
        <w:br/>
        <w:t xml:space="preserve"> She thought about the SeaWall.</w:t>
        <w:br/>
        <w:br/>
        <w:t xml:space="preserve"> Not the technology.</w:t>
        <w:br/>
        <w:br/>
        <w:t xml:space="preserve"> But what was on the other side of it.</w:t>
        <w:br/>
        <w:br/>
        <w:t xml:space="preserve"> ---</w:t>
        <w:br/>
        <w:br/>
        <w:t xml:space="preserve"> At dawn, she removed her wristband.</w:t>
        <w:br/>
        <w:br/>
        <w:t xml:space="preserve"> She left the suite. Took the long hall to the launch pad.</w:t>
        <w:br/>
        <w:br/>
        <w:t xml:space="preserve"> “Ms. Langley,” a voice called. A technician running. “You’ve left your Subscription Anchor. You can’t enter open water without registration. Your Index will drop—”</w:t>
        <w:br/>
        <w:br/>
        <w:t xml:space="preserve"> She kept walking.</w:t>
        <w:br/>
        <w:br/>
        <w:t xml:space="preserve"> The sea was real now.</w:t>
        <w:br/>
        <w:br/>
        <w:t xml:space="preserve"> And it was rising.</w:t>
      </w:r>
    </w:p>
    <w:p>
      <w:r>
        <w:t>**</w:t>
      </w:r>
    </w:p>
    <w:p>
      <w:r>
        <w:t>Chapter 15: The Faces We Forgot</w:t>
      </w:r>
    </w:p>
    <w:p>
      <w:r>
        <w:t>Location: Rooftop Relay Point — Decommissioned Neuromarketing Tower, Sector 14</w:t>
      </w:r>
    </w:p>
    <w:p>
      <w:r>
        <w:t>Time: 3:03 a.m.</w:t>
      </w:r>
    </w:p>
    <w:p>
      <w:r>
        <w:t>The Spine looked like a cathedral gutted by time. Once a high-frequency neuromarketing node, it now jutted out of the skyline like rusted vertebrae — antennas bent, rebars weeping iron, moss swallowing every sharp edge. No light from the grid reached this high anymore. Just the hum of residual static and the wind, relentless.</w:t>
      </w:r>
    </w:p>
    <w:p>
      <w:r>
        <w:t>[Iris to You] I can’t remember her face anymore. Not fully. If I forget everyone, will I still be Iris?</w:t>
      </w:r>
    </w:p>
    <w:p>
      <w:r>
        <w:t>Elya crouched at the edge, her boots wedged into cracked concrete. She didn’t speak. Just adjusted the calibrator with the kind of precision usually reserved for detonators.</w:t>
      </w:r>
    </w:p>
    <w:p>
      <w:r>
        <w:t>Iris sat cross-legged in the center of the makeshift control rig — cables coiled around her boots like roots. The laptop in front of her flickered, old and wheezing, patched together with Resistance-grade mesh and borrowed miracles. She was threading the final voice into the feed, hands moving without hesitation. Her breath, though, told the real story — sharp, clipped, like each inhale came with a price.</w:t>
      </w:r>
    </w:p>
    <w:p>
      <w:r>
        <w:t>The voice belonged to Salma Duri.</w:t>
      </w:r>
    </w:p>
    <w:p>
      <w:r>
        <w:t>Former librarian. Mother of two. Her file had been buried under three layers of memory suppression flags. It had taken Iris weeks to decrypt.</w:t>
      </w:r>
    </w:p>
    <w:p>
      <w:r>
        <w:t>Salma had traded her memory of childbirth for Omnira™ Peace Certification Tier 1.</w:t>
      </w:r>
    </w:p>
    <w:p>
      <w:r>
        <w:t>Her voice — warm, brittle, still full of vowels that hadn’t been flattened by optimization — rang through the feed as Iris clicked it into place.</w:t>
      </w:r>
    </w:p>
    <w:p>
      <w:r>
        <w:t>“I can’t feel the weight of my son’s hand anymore.</w:t>
      </w:r>
    </w:p>
    <w:p>
      <w:r>
        <w:t>It was heavier than I remembered.</w:t>
      </w:r>
    </w:p>
    <w:p>
      <w:r>
        <w:t>And now... I can’t remember.”</w:t>
      </w:r>
    </w:p>
    <w:p>
      <w:r>
        <w:t>The feed synced.</w:t>
      </w:r>
    </w:p>
    <w:p>
      <w:r>
        <w:t>Elya gave the nod. Jonah stepped forward, hand on the analog override switch.</w:t>
      </w:r>
    </w:p>
    <w:p>
      <w:r>
        <w:t>“This is it,” he said.</w:t>
      </w:r>
    </w:p>
    <w:p>
      <w:r>
        <w:t>Iris met his eyes. “They’ll trace it.”</w:t>
      </w:r>
    </w:p>
    <w:p>
      <w:r>
        <w:t>“They’ll hit back.”</w:t>
      </w:r>
    </w:p>
    <w:p>
      <w:r>
        <w:t>She held his gaze a beat longer. “Do it anyway.”</w:t>
      </w:r>
    </w:p>
    <w:p>
      <w:r>
        <w:t>He flipped the switch.</w:t>
      </w:r>
    </w:p>
    <w:p>
      <w:r>
        <w:t>The signal leapt.</w:t>
      </w:r>
    </w:p>
    <w:p>
      <w:r>
        <w:t>It bypassed every standard firewall, skipping across black-market junction points and buried signal tunnels. Resistance tech wasn’t elegant, but it was built to survive. The feed piggybacked onto abandoned neuromap surfaces, hijacked retail beacons, flickered onto public-facing holoscreens, and burst into the audio layer of sound-activated environments.</w:t>
      </w:r>
    </w:p>
    <w:p>
      <w:r>
        <w:t>In a luxury lobby</w:t>
      </w:r>
    </w:p>
    <w:p>
      <w:r>
        <w:t>A Porcelain™ concierge blinked once.</w:t>
      </w:r>
    </w:p>
    <w:p>
      <w:r>
        <w:t>Twice.</w:t>
      </w:r>
    </w:p>
    <w:p>
      <w:r>
        <w:t>Paused for 3.2 seconds.</w:t>
      </w:r>
    </w:p>
    <w:p>
      <w:r>
        <w:t>The screen behind it glitched.</w:t>
      </w:r>
    </w:p>
    <w:p>
      <w:r>
        <w:t>Footage from the clinic filled the space:</w:t>
      </w:r>
    </w:p>
    <w:p>
      <w:r>
        <w:t>Smiling patients reclined in glass chairs.</w:t>
      </w:r>
    </w:p>
    <w:p>
      <w:r>
        <w:t>Memory files labeled like produce.</w:t>
      </w:r>
    </w:p>
    <w:p>
      <w:r>
        <w:t>“Category: Defiance Impulse — Extracted.”</w:t>
      </w:r>
    </w:p>
    <w:p>
      <w:r>
        <w:t>Then Salma’s voice filled the room.</w:t>
      </w:r>
    </w:p>
    <w:p>
      <w:r>
        <w:t>“We traded in our scars for silence.</w:t>
      </w:r>
    </w:p>
    <w:p>
      <w:r>
        <w:t>But pain is how you know it mattered.”</w:t>
      </w:r>
    </w:p>
    <w:p>
      <w:r>
        <w:t>In a school auditorium</w:t>
      </w:r>
    </w:p>
    <w:p>
      <w:r>
        <w:t>A history lesson dissolved mid-sentence.</w:t>
      </w:r>
    </w:p>
    <w:p>
      <w:r>
        <w:t>The projector flashed: rows of white-robed clients in memory booths.</w:t>
      </w:r>
    </w:p>
    <w:p>
      <w:r>
        <w:t>Students blinked. Some gasped. One vomited.</w:t>
      </w:r>
    </w:p>
    <w:p>
      <w:r>
        <w:t>In a subway terminal</w:t>
      </w:r>
    </w:p>
    <w:p>
      <w:r>
        <w:t>Commuters turned toward the walls in unison as screens lit up.</w:t>
      </w:r>
    </w:p>
    <w:p>
      <w:r>
        <w:t>“What the hell is this?” someone muttered.</w:t>
      </w:r>
    </w:p>
    <w:p>
      <w:r>
        <w:t>A mother clutched her child.</w:t>
      </w:r>
    </w:p>
    <w:p>
      <w:r>
        <w:t>A teenager whispered, “It’s real.”</w:t>
      </w:r>
    </w:p>
    <w:p>
      <w:r>
        <w:t>Across the city</w:t>
      </w:r>
    </w:p>
    <w:p>
      <w:r>
        <w:t>Static.</w:t>
      </w:r>
    </w:p>
    <w:p>
      <w:r>
        <w:t>Then silence.</w:t>
      </w:r>
    </w:p>
    <w:p>
      <w:r>
        <w:t>Then noise.</w:t>
      </w:r>
    </w:p>
    <w:p>
      <w:r>
        <w:t>Phones vibrated. Feeds overloaded.</w:t>
      </w:r>
    </w:p>
    <w:p>
      <w:r>
        <w:t>And then came the disconnections.</w:t>
      </w:r>
    </w:p>
    <w:p>
      <w:r>
        <w:t>The forced resets.</w:t>
      </w:r>
    </w:p>
    <w:p>
      <w:r>
        <w:t>The whitewash.</w:t>
      </w:r>
    </w:p>
    <w:p>
      <w:r>
        <w:t>But the stream had been up for eleven minutes.</w:t>
      </w:r>
    </w:p>
    <w:p>
      <w:r>
        <w:t>Long enough to leave a mark.</w:t>
      </w:r>
    </w:p>
    <w:p>
      <w:r>
        <w:t>Back at The Spine</w:t>
      </w:r>
    </w:p>
    <w:p>
      <w:r>
        <w:t>The wind hit harder now.</w:t>
      </w:r>
    </w:p>
    <w:p>
      <w:r>
        <w:t>Static danced along the edge of the rooftop as Iris pulled the headset off and exhaled. Her shoulders were shaking — not from cold, but from the weight of release.</w:t>
      </w:r>
    </w:p>
    <w:p>
      <w:r>
        <w:t>“We made noise,” jonah's voice cut through, breaking the silence.</w:t>
      </w:r>
    </w:p>
    <w:p>
      <w:r>
        <w:t>Iris nodded, then looked up. The sky blinked — signal static crackling across low clouds, like the city was trying to scrub itself clean.</w:t>
      </w:r>
    </w:p>
    <w:p>
      <w:r>
        <w:t>“Did it register?” she asked.</w:t>
      </w:r>
    </w:p>
    <w:p>
      <w:r>
        <w:t>Jonah checked the uplink. “Our signal’s already been blacklisted. Most major nodes went dark at 03:12. But we got through. Every sector between 14 and 18 saw the stream.”</w:t>
      </w:r>
    </w:p>
    <w:p>
      <w:r>
        <w:t>Elya was already dismantling the relay. “We relocate. Now. They’ll backtrace this within the hour.”</w:t>
      </w:r>
    </w:p>
    <w:p>
      <w:r>
        <w:t>A low chime echoed through Iris’s earpiece — not Resistance protocol.</w:t>
      </w:r>
    </w:p>
    <w:p>
      <w:r>
        <w:t>Jonah stiffened. “There’s another feed running.”</w:t>
      </w:r>
    </w:p>
    <w:p>
      <w:r>
        <w:t>Iris turned. “What?”</w:t>
      </w:r>
    </w:p>
    <w:p>
      <w:r>
        <w:t>Elya tapped her receiver. “It’s Kess.”</w:t>
      </w:r>
    </w:p>
    <w:p>
      <w:r>
        <w:t>MEANWHILE: Kess’s Feed</w:t>
      </w:r>
    </w:p>
    <w:p>
      <w:r>
        <w:t>Somewhere in the South Ridge, far from the Spine, Kess leaned back in a derelict broadcast nest — all brass piping, damp tech, and custom filters.</w:t>
      </w:r>
    </w:p>
    <w:p>
      <w:r>
        <w:t>His version of the leak wasn’t clean.</w:t>
      </w:r>
    </w:p>
    <w:p>
      <w:r>
        <w:t>It was cut. Distorted. Weaponized.</w:t>
      </w:r>
    </w:p>
    <w:p>
      <w:r>
        <w:t>Same footage — but mashed into strobing edits. Fast cuts. Sirens. Red overlays. Jump-scare audio bursts. And one headline pulsing across every screen:</w:t>
      </w:r>
    </w:p>
    <w:p>
      <w:r>
        <w:t>“YOU ARE NEXT.”</w:t>
      </w:r>
    </w:p>
    <w:p>
      <w:r>
        <w:t>His voice — altered, synthetic, half-metallic — roared through private channels and unsecured home hubs:</w:t>
      </w:r>
    </w:p>
    <w:p>
      <w:r>
        <w:t>“Surrender your memories now — or suffer extraction later.”</w:t>
      </w:r>
    </w:p>
    <w:p>
      <w:r>
        <w:t>Fear surged like a drug.</w:t>
      </w:r>
    </w:p>
    <w:p>
      <w:r>
        <w:t>The video looped.</w:t>
      </w:r>
    </w:p>
    <w:p>
      <w:r>
        <w:t>In a quiet apartment tower</w:t>
      </w:r>
    </w:p>
    <w:p>
      <w:r>
        <w:t>A woman screamed at the sight of herself in a Purge Booth.</w:t>
      </w:r>
    </w:p>
    <w:p>
      <w:r>
        <w:t>Her daughter clutched her waist, asking if it was real.</w:t>
      </w:r>
    </w:p>
    <w:p>
      <w:r>
        <w:t>The screen blinked.</w:t>
      </w:r>
    </w:p>
    <w:p>
      <w:r>
        <w:t>Then went dark.</w:t>
      </w:r>
    </w:p>
    <w:p>
      <w:r>
        <w:t>Inside a food distribution center</w:t>
      </w:r>
    </w:p>
    <w:p>
      <w:r>
        <w:t>Workers dropped crates. A riot nearly broke out.</w:t>
      </w:r>
    </w:p>
    <w:p>
      <w:r>
        <w:t>A Porcelain™ unit tried to recalibrate the zone.</w:t>
      </w:r>
    </w:p>
    <w:p>
      <w:r>
        <w:t>It was overwhelmed.</w:t>
      </w:r>
    </w:p>
    <w:p>
      <w:r>
        <w:t>Back in his bunker, Kess watched the metrics climb.</w:t>
      </w:r>
    </w:p>
    <w:p>
      <w:r>
        <w:t>Viewers? Millions.</w:t>
      </w:r>
    </w:p>
    <w:p>
      <w:r>
        <w:t>Installs of memory-lockers? Spiking.</w:t>
      </w:r>
    </w:p>
    <w:p>
      <w:r>
        <w:t>Panic? Beautiful.</w:t>
      </w:r>
    </w:p>
    <w:p>
      <w:r>
        <w:t>He murmured to himself, smiling like a man watching a city burn:</w:t>
      </w:r>
    </w:p>
    <w:p>
      <w:r>
        <w:t>“Fear always moves faster than grief.”</w:t>
      </w:r>
    </w:p>
    <w:p>
      <w:r>
        <w:t>Back at The Spine — 3:37 a.m.</w:t>
      </w:r>
    </w:p>
    <w:p>
      <w:r>
        <w:t>The last cables were coiled. The relay wiped.</w:t>
      </w:r>
    </w:p>
    <w:p>
      <w:r>
        <w:t>Jonah slammed the hatch closed as the team descended into the access tunnel. The city above them blinked, glitching like a dream trying to forget itself.</w:t>
      </w:r>
    </w:p>
    <w:p>
      <w:r>
        <w:t>Elya checked the signal log. “Two feeds. Two signatures. Both traceable.”</w:t>
      </w:r>
    </w:p>
    <w:p>
      <w:r>
        <w:t>“Both us,” jonah's voice cut through grimly.</w:t>
      </w:r>
    </w:p>
    <w:p>
      <w:r>
        <w:t>Iris felt it before anyone said it out loud.</w:t>
      </w:r>
    </w:p>
    <w:p>
      <w:r>
        <w:t>“This was Kess.”</w:t>
      </w:r>
    </w:p>
    <w:p>
      <w:r>
        <w:t>They moved fast — past rusted stairwells and blackout-shielded corridors, into the guts of the forgotten city. Once safe inside a hidden checkpoint node, Iris ripped her comm open and patched into the Anthros underground.</w:t>
      </w:r>
    </w:p>
    <w:p>
      <w:r>
        <w:t>Kess’s voice cut in mid-transmission — smug, smug, smug.</w:t>
      </w:r>
    </w:p>
    <w:p>
      <w:r>
        <w:t>“We needed impact. We got it. Omnira’s scrambling like a kicked nest.”</w:t>
      </w:r>
    </w:p>
    <w:p>
      <w:r>
        <w:t>Elya’s voice was fire. “You piggybacked our feed.”</w:t>
      </w:r>
    </w:p>
    <w:p>
      <w:r>
        <w:t>“No,” Kess said, too calm. “I amplified it.”</w:t>
      </w:r>
    </w:p>
    <w:p>
      <w:r>
        <w:t>“You weaponized it,” Jonah snapped. “You turned truth into a threat.”</w:t>
      </w:r>
    </w:p>
    <w:p>
      <w:r>
        <w:t>“That’s the only language the public understands now,” Kess replied. “Fear. Urgency. Survival.”</w:t>
      </w:r>
    </w:p>
    <w:p>
      <w:r>
        <w:t>“You lied,” Iris said. “You made people afraid of each other.”</w:t>
      </w:r>
    </w:p>
    <w:p>
      <w:r>
        <w:t>Then Kess again, quieter.</w:t>
      </w:r>
    </w:p>
    <w:p>
      <w:r>
        <w:t>“And you made them cry.</w:t>
      </w:r>
    </w:p>
    <w:p>
      <w:r>
        <w:t>Guess which one they'll remember longer.”</w:t>
      </w:r>
    </w:p>
    <w:p>
      <w:r>
        <w:t>THE REACTION — Escalation on the Ground</w:t>
      </w:r>
    </w:p>
    <w:p>
      <w:r>
        <w:t>Sector 9: spontaneous protests.</w:t>
      </w:r>
    </w:p>
    <w:p>
      <w:r>
        <w:t>Sector 11: Porcelain™ calibration vans rerouted to “soothe unrest.”</w:t>
      </w:r>
    </w:p>
    <w:p>
      <w:r>
        <w:t>Sector 18: blackout. Emotional hygiene alerts spiking.</w:t>
      </w:r>
    </w:p>
    <w:p>
      <w:r>
        <w:t>The city didn’t just wake up.</w:t>
      </w:r>
    </w:p>
    <w:p>
      <w:r>
        <w:t>It cracked.</w:t>
      </w:r>
    </w:p>
    <w:p>
      <w:r>
        <w:t>Iris monitored social feeds via dead-signal capture. One after another:</w:t>
      </w:r>
    </w:p>
    <w:p>
      <w:r>
        <w:t>❝My husband just asked if our wedding was a ‘Category Three’ memory.❞</w:t>
      </w:r>
    </w:p>
    <w:p>
      <w:r>
        <w:t>❝I don’t know what’s real anymore.❞</w:t>
      </w:r>
    </w:p>
    <w:p>
      <w:r>
        <w:t>❝They showed me my son forgetting me.❞</w:t>
      </w:r>
    </w:p>
    <w:p>
      <w:r>
        <w:t>Someone uploaded a clip of a memory extraction booth with the caption:</w:t>
      </w:r>
    </w:p>
    <w:p>
      <w:r>
        <w:t>❝I think I’ve been in one.❞</w:t>
      </w:r>
    </w:p>
    <w:p>
      <w:r>
        <w:t>Comments flooded in:</w:t>
      </w:r>
    </w:p>
    <w:p>
      <w:r>
        <w:t>❝Me too.❞</w:t>
      </w:r>
    </w:p>
    <w:p>
      <w:r>
        <w:t>❝When?❞</w:t>
      </w:r>
    </w:p>
    <w:p>
      <w:r>
        <w:t>❝How would we know?❞</w:t>
      </w:r>
    </w:p>
    <w:p>
      <w:r>
        <w:t>The spiral was beginning.</w:t>
      </w:r>
    </w:p>
    <w:p>
      <w:r>
        <w:t>Elya slammed her fist against the table. “He’s going to fracture everything we’ve built.”</w:t>
      </w:r>
    </w:p>
    <w:p>
      <w:r>
        <w:t>Jonah looked at Iris. “We’re going to have to choose. Truth or traction.”</w:t>
      </w:r>
    </w:p>
    <w:p>
      <w:r>
        <w:t>Iris shook her head. “We don’t have to choose. We have to lead.”</w:t>
      </w:r>
    </w:p>
    <w:p>
      <w:r>
        <w:t>Location: Anthros Sub-Bunker, 4:09 a.m.</w:t>
      </w:r>
    </w:p>
    <w:p>
      <w:r>
        <w:t>The moment Kess walked in, the temperature dropped.</w:t>
      </w:r>
    </w:p>
    <w:p>
      <w:r>
        <w:t>He didn’t bring backup. He didn’t need to.</w:t>
      </w:r>
    </w:p>
    <w:p>
      <w:r>
        <w:t>He had screens — data clinging to him like armor. The feeds were still running on background loops. Viral reaction, sentiment spikes, fear-based memory lockbox installs — all trending upward.</w:t>
      </w:r>
    </w:p>
    <w:p>
      <w:r>
        <w:t>He leaned against the edge of the map table, cocky. “You’re welcome.”</w:t>
      </w:r>
    </w:p>
    <w:p>
      <w:r>
        <w:t>Jonah didn’t move.</w:t>
      </w:r>
    </w:p>
    <w:p>
      <w:r>
        <w:t>Iris did.</w:t>
      </w:r>
    </w:p>
    <w:p>
      <w:r>
        <w:t>She stepped into Kess’s space like it belonged to her.</w:t>
      </w:r>
    </w:p>
    <w:p>
      <w:r>
        <w:t>“You hijacked a feed carrying a dead woman’s voice.”</w:t>
      </w:r>
    </w:p>
    <w:p>
      <w:r>
        <w:t>“She gave it to us,” Kess replied. “She wanted people to hear.”</w:t>
      </w:r>
    </w:p>
    <w:p>
      <w:r>
        <w:t>“Not that way.”</w:t>
      </w:r>
    </w:p>
    <w:p>
      <w:r>
        <w:t>Kess shrugged. “The public won’t mourn her. But they’ll remember her.”</w:t>
      </w:r>
    </w:p>
    <w:p>
      <w:r>
        <w:t>“That’s not remembrance,” jonah's voice cut through. “That’s marketing.”</w:t>
      </w:r>
    </w:p>
    <w:p>
      <w:r>
        <w:t>Elya leaned against the bulkhead. Her silence was the kind that carried knives.</w:t>
      </w:r>
    </w:p>
    <w:p>
      <w:r>
        <w:t>Kess raised his hands. “Look, we all want the same thing. You want awakening. I want ignition. We both want revolt.”</w:t>
      </w:r>
    </w:p>
    <w:p>
      <w:r>
        <w:t>“But revolt built on terror collapses,” Iris said. “It doesn’t reclaim. It replaces one erasure with another.”</w:t>
      </w:r>
    </w:p>
    <w:p>
      <w:r>
        <w:t>“You still think this is a story war,” Kess replied. “It’s not. It’s a bandwidth war. Whoever owns the scream wins.”</w:t>
      </w:r>
    </w:p>
    <w:p>
      <w:r>
        <w:t>Jonah stepped forward. “And what happens when your scream burns the very people you claim to liberate?”</w:t>
      </w:r>
    </w:p>
    <w:p>
      <w:r>
        <w:t>Kess smiled. “Then they wake up angry. That’s good enough for me.”</w:t>
      </w:r>
    </w:p>
    <w:p>
      <w:r>
        <w:t>The room pulsed.</w:t>
      </w:r>
    </w:p>
    <w:p>
      <w:r>
        <w:t>Finally, Elya spoke. “He’s off field for seventy-two hours. Non-negotiable.”</w:t>
      </w:r>
    </w:p>
    <w:p>
      <w:r>
        <w:t>Kess didn’t argue. He knew better.</w:t>
      </w:r>
    </w:p>
    <w:p>
      <w:r>
        <w:t>But as he walked out, he said over his shoulder:</w:t>
      </w:r>
    </w:p>
    <w:p>
      <w:r>
        <w:t>“When people start dying, don’t say I didn’t offer you speed.”</w:t>
      </w:r>
    </w:p>
    <w:p>
      <w:r>
        <w:t>In the Quiet That Followed</w:t>
      </w:r>
    </w:p>
    <w:p>
      <w:r>
        <w:t>Iris turned to Jonah. “He’s not entirely wrong.”</w:t>
      </w:r>
    </w:p>
    <w:p>
      <w:r>
        <w:t>Jonah didn’t flinch. “He’s not entirely right, either.”</w:t>
      </w:r>
    </w:p>
    <w:p>
      <w:r>
        <w:t>They stood still — in the gap between outrage and necessity.</w:t>
      </w:r>
    </w:p>
    <w:p>
      <w:r>
        <w:t>“I want to build a story that can’t be distorted,” Iris said.</w:t>
      </w:r>
    </w:p>
    <w:p>
      <w:r>
        <w:t>“You want to build a signal that doesn’t require screaming,” Jonah replied.</w:t>
      </w:r>
    </w:p>
    <w:p>
      <w:r>
        <w:t>She nodded. “Something enduring.”</w:t>
      </w:r>
    </w:p>
    <w:p>
      <w:r>
        <w:t>“Then we’ll need more than truth. We’ll need resonance.”</w:t>
      </w:r>
    </w:p>
    <w:p>
      <w:r>
        <w:t>They stared at the blank terminal screen between them.</w:t>
      </w:r>
    </w:p>
    <w:p>
      <w:r>
        <w:t>Time to build the next feed.</w:t>
      </w:r>
    </w:p>
    <w:p>
      <w:r>
        <w:t>Not to start a riot.</w:t>
      </w:r>
    </w:p>
    <w:p>
      <w:r>
        <w:t>To start a remembering.</w:t>
      </w:r>
    </w:p>
    <w:p>
      <w:r>
        <w:t>Citywide Fallout — 6:42 a.m.</w:t>
      </w:r>
    </w:p>
    <w:p>
      <w:r>
        <w:t>The city didn’t sleep.</w:t>
      </w:r>
    </w:p>
    <w:p>
      <w:r>
        <w:t>Omnira™ issued no official statements, but the signs were everywhere.</w:t>
      </w:r>
    </w:p>
    <w:p>
      <w:r>
        <w:t>Security drones doubled in low-flight zones. Porcelain™ units began silent re-verifications in transit hubs. Emotional audit notices flooded inboxes — phrased like invitations, but they read like warnings.</w:t>
      </w:r>
    </w:p>
    <w:p>
      <w:r>
        <w:t>“You may be eligible for a Stream Balancing Check-In.”</w:t>
      </w:r>
    </w:p>
    <w:p>
      <w:r>
        <w:t>“We noticed elevated memory signature fluctuations.”</w:t>
      </w:r>
    </w:p>
    <w:p>
      <w:r>
        <w:t>“Compliance is care.”</w:t>
      </w:r>
    </w:p>
    <w:p>
      <w:r>
        <w:t>But the damage had been done.</w:t>
      </w:r>
    </w:p>
    <w:p>
      <w:r>
        <w:t>Something had slipped.</w:t>
      </w:r>
    </w:p>
    <w:p>
      <w:r>
        <w:t>In the heart of the city, a child stared at an interactive screen and whispered:</w:t>
      </w:r>
    </w:p>
    <w:p>
      <w:r>
        <w:t>“Mama, did I ever forget you?”</w:t>
      </w:r>
    </w:p>
    <w:p>
      <w:r>
        <w:t>In a university archive, an ethics professor cancelled class mid-lecture and sat alone with a locked memory pod, fingers trembling over its release key.</w:t>
      </w:r>
    </w:p>
    <w:p>
      <w:r>
        <w:t>In a noise-proof apartment built for “emotional tranquility,” a woman screamed — not because she was scared, but because she finally remembered her sister’s voice.</w:t>
      </w:r>
    </w:p>
    <w:p>
      <w:r>
        <w:t>Anthros Safehouse — That Evening</w:t>
      </w:r>
    </w:p>
    <w:p>
      <w:r>
        <w:t>Iris sat alone in the dim light of the base’s south hall, watching clips of the aftermath. Most feeds had been scrubbed, blackholed by Omnira’s latency drones. But not all.</w:t>
      </w:r>
    </w:p>
    <w:p>
      <w:r>
        <w:t>Some had been copied. Mirror-shared. Retold.</w:t>
      </w:r>
    </w:p>
    <w:p>
      <w:r>
        <w:t>Truth wasn’t just spreading.</w:t>
      </w:r>
    </w:p>
    <w:p>
      <w:r>
        <w:t>It was rooting.</w:t>
      </w:r>
    </w:p>
    <w:p>
      <w:r>
        <w:t>Jonah walked in, two mugs in hand. Set one down beside her.</w:t>
      </w:r>
    </w:p>
    <w:p>
      <w:r>
        <w:t>“I don’t know what we started,” he said.</w:t>
      </w:r>
    </w:p>
    <w:p>
      <w:r>
        <w:t>“Maybe we didn’t start it,” Iris replied. “Maybe we just reminded people it already began.”</w:t>
      </w:r>
    </w:p>
    <w:p>
      <w:r>
        <w:t>He nodded. “Kess still thinks it’s about speed.”</w:t>
      </w:r>
    </w:p>
    <w:p>
      <w:r>
        <w:t>She sipped the mug. “Speed fades.”</w:t>
      </w:r>
    </w:p>
    <w:p>
      <w:r>
        <w:t>“Then what endures?”</w:t>
      </w:r>
    </w:p>
    <w:p>
      <w:r>
        <w:t>She looked at the wall where Resistance maps hung. Beside them: a photo of a girl on a rooftop. Balancing a soda can on her head. Laughing like the city belonged to her.</w:t>
      </w:r>
    </w:p>
    <w:p>
      <w:r>
        <w:t>“Mara’s laugh,” Iris said. “That’s what endures.”</w:t>
      </w:r>
    </w:p>
    <w:p>
      <w:r>
        <w:t>Jonah sat beside her in silence.</w:t>
      </w:r>
    </w:p>
    <w:p>
      <w:r>
        <w:t>Above them, somewhere in the dark sky, The Spine still stood — empty, rusted, and humming with memory.</w:t>
      </w:r>
    </w:p>
    <w:p>
      <w:r>
        <w:t>Chapter 16: Friction Signal</w:t>
      </w:r>
    </w:p>
    <w:p>
      <w:r>
        <w:t>Location: Temporary Resistance safehouse — an abandoned music school beneath Sector 6.</w:t>
      </w:r>
    </w:p>
    <w:p>
      <w:r>
        <w:t>She didn’t hear the broadcast.</w:t>
      </w:r>
    </w:p>
    <w:p>
      <w:r>
        <w:t>She felt it.</w:t>
      </w:r>
    </w:p>
    <w:p>
      <w:r>
        <w:t>It started as a hum in the bones — something just off enough to make her stop writing mid-sentence.</w:t>
      </w:r>
    </w:p>
    <w:p>
      <w:r>
        <w:t>The screen in the corner flickered. Not their usual static. Not a bootleg Resistance feed.</w:t>
      </w:r>
    </w:p>
    <w:p>
      <w:r>
        <w:t>But a face.</w:t>
      </w:r>
    </w:p>
    <w:p>
      <w:r>
        <w:t>Smiling.</w:t>
      </w:r>
    </w:p>
    <w:p>
      <w:r>
        <w:t>Wearing her old yellow coat.</w:t>
      </w:r>
    </w:p>
    <w:p>
      <w:r>
        <w:t>THE MIRRORED MEMORY</w:t>
      </w:r>
    </w:p>
    <w:p>
      <w:r>
        <w:t>The video was seamless.</w:t>
      </w:r>
    </w:p>
    <w:p>
      <w:r>
        <w:t>Mara stood in a sunlit kitchen, making tea. Talking.</w:t>
      </w:r>
    </w:p>
    <w:p>
      <w:r>
        <w:t>“Hey, Iris. You always worried too much. I’m fine. I chose this. They helped me forget the pain, and it’s better now. I sleep. I smile.”</w:t>
      </w:r>
    </w:p>
    <w:p>
      <w:r>
        <w:t>Her voice caught in Iris’s throat.</w:t>
      </w:r>
    </w:p>
    <w:p>
      <w:r>
        <w:t>Mara looked older. Polished. Peaceful.</w:t>
      </w:r>
    </w:p>
    <w:p>
      <w:r>
        <w:t>“You’re still chasing ghosts, huh? Still playing truth-teller?”</w:t>
      </w:r>
    </w:p>
    <w:p>
      <w:r>
        <w:t>She held up a porcelain teacup.</w:t>
      </w:r>
    </w:p>
    <w:p>
      <w:r>
        <w:t>“Let it go, Iris. I’m okay. You can be too.”</w:t>
      </w:r>
    </w:p>
    <w:p>
      <w:r>
        <w:t>The screen blinked out.</w:t>
      </w:r>
    </w:p>
    <w:p>
      <w:r>
        <w:t>He’d been monitoring signal traffic across low bands. When Iris didn’t answer his call-in check, he ran.</w:t>
      </w:r>
    </w:p>
    <w:p>
      <w:r>
        <w:t>He found her on the floor.</w:t>
      </w:r>
    </w:p>
    <w:p>
      <w:r>
        <w:t>Breathing. But shaking. Not with fear — with something colder.</w:t>
      </w:r>
    </w:p>
    <w:p>
      <w:r>
        <w:t>Recognition.</w:t>
      </w:r>
    </w:p>
    <w:p>
      <w:r>
        <w:t>Betrayal.</w:t>
      </w:r>
    </w:p>
    <w:p>
      <w:r>
        <w:t>He knelt. “What did they show you?”</w:t>
      </w:r>
    </w:p>
    <w:p>
      <w:r>
        <w:t>She didn’t speak for a long time.</w:t>
      </w:r>
    </w:p>
    <w:p>
      <w:r>
        <w:t>“Mara.”</w:t>
      </w:r>
    </w:p>
    <w:p>
      <w:r>
        <w:t>Jonah closed his eyes.</w:t>
      </w:r>
    </w:p>
    <w:p>
      <w:r>
        <w:t>Back at the hideout, Elya paced.</w:t>
      </w:r>
    </w:p>
    <w:p>
      <w:r>
        <w:t>“They call it mirrored memory warfare. Top-tier cognitive infiltration. It’s not a video. It’s not AI. It’s a patchwork of your own neural residue — stolen memories, digitally restructured, and weaponized.”</w:t>
      </w:r>
    </w:p>
    <w:p>
      <w:r>
        <w:t>[Iris to You] The calm they sold me cracked today. You ever feel rage like a second heartbeat?</w:t>
      </w:r>
    </w:p>
    <w:p>
      <w:r>
        <w:t>“They made a clone of her?” Iris asked, voice flat.</w:t>
      </w:r>
    </w:p>
    <w:p>
      <w:r>
        <w:t>“No,” said Kess. “Worse. They made a version of her you want to believe.”</w:t>
      </w:r>
    </w:p>
    <w:p>
      <w:r>
        <w:t>She walked out mid-briefing.</w:t>
      </w:r>
    </w:p>
    <w:p>
      <w:r>
        <w:t>Into the cold stairwell.</w:t>
      </w:r>
    </w:p>
    <w:p>
      <w:r>
        <w:t>She sat.</w:t>
      </w:r>
    </w:p>
    <w:p>
      <w:r>
        <w:t>Breathed.</w:t>
      </w:r>
    </w:p>
    <w:p>
      <w:r>
        <w:t>She didn’t cry. Couldn’t.</w:t>
      </w:r>
    </w:p>
    <w:p>
      <w:r>
        <w:t>“I almost believed it,” she whispered.</w:t>
      </w:r>
    </w:p>
    <w:p>
      <w:r>
        <w:t>“For one second. That she chose it. That I’ve been wrong this whole time.”</w:t>
      </w:r>
    </w:p>
    <w:p>
      <w:r>
        <w:t>Jonah sat beside her.</w:t>
      </w:r>
    </w:p>
    <w:p>
      <w:r>
        <w:t>Didn’t touch her. Just existed beside her.</w:t>
      </w:r>
    </w:p>
    <w:p>
      <w:r>
        <w:t>“I used to think the worst thing they could do was erase us,” he said.</w:t>
      </w:r>
    </w:p>
    <w:p>
      <w:r>
        <w:t>She looked at him.</w:t>
      </w:r>
    </w:p>
    <w:p>
      <w:r>
        <w:t>“What’s worse?”</w:t>
      </w:r>
    </w:p>
    <w:p>
      <w:r>
        <w:t>“Make us watch the people we loved ask for it.”</w:t>
      </w:r>
    </w:p>
    <w:p>
      <w:r>
        <w:t>Later that night, Elya approached.</w:t>
      </w:r>
    </w:p>
    <w:p>
      <w:r>
        <w:t>“Omnira’s doubling down. They’ve started broadcasting ‘reintegrations’ — victims begging others to comply. City-wide.”</w:t>
      </w:r>
    </w:p>
    <w:p>
      <w:r>
        <w:t>Kess added: “If we don’t hit back now, we lose the narrative.”</w:t>
      </w:r>
    </w:p>
    <w:p>
      <w:r>
        <w:t>Jonah looked at Iris.</w:t>
      </w:r>
    </w:p>
    <w:p>
      <w:r>
        <w:t>Everyone did.</w:t>
      </w:r>
    </w:p>
    <w:p>
      <w:r>
        <w:t>She stood slowly.</w:t>
      </w:r>
    </w:p>
    <w:p>
      <w:r>
        <w:t>“We hit back. But not with data. With faces. Real ones.</w:t>
      </w:r>
    </w:p>
    <w:p>
      <w:r>
        <w:t>Find me ten people whose memories were taken. Give them a microphone.</w:t>
      </w:r>
    </w:p>
    <w:p>
      <w:r>
        <w:t>Let’s remind the city what human sounds like.”</w:t>
      </w:r>
    </w:p>
    <w:p>
      <w:r>
        <w:t>“You sure you’re not running for mayor?”</w:t>
      </w:r>
    </w:p>
    <w:p>
      <w:r>
        <w:t>Iris looked at him, fire behind her exhaustion.</w:t>
      </w:r>
    </w:p>
    <w:p>
      <w:r>
        <w:t>“I’m running for the truth. And I plan to win.”</w:t>
      </w:r>
    </w:p>
    <w:p>
      <w:r>
        <w:t>Chapter 17: The Voice Isn’t Me</w:t>
      </w:r>
    </w:p>
    <w:p>
      <w:r>
        <w:t>Location: Repurposed theater deep inside Sector 5 — long-abandoned, gutted, acoustically perfect. Candlelight. Folded metal chairs. Tripod cameras salvaged from Omnira training labs.</w:t>
      </w:r>
    </w:p>
    <w:p>
      <w:r>
        <w:t>She didn’t want the room perfect.</w:t>
      </w:r>
    </w:p>
    <w:p>
      <w:r>
        <w:t>She wanted it to ache.</w:t>
      </w:r>
    </w:p>
    <w:p>
      <w:r>
        <w:t>No filters. No enhancement. No smoothing software.</w:t>
      </w:r>
    </w:p>
    <w:p>
      <w:r>
        <w:t>She sat on the edge of the raised stage, notebook in her lap, Jonah crouched over the camera’s heat sink, blowing gently to keep it from overheating.</w:t>
      </w:r>
    </w:p>
    <w:p>
      <w:r>
        <w:t>One by one, they came forward.</w:t>
      </w:r>
    </w:p>
    <w:p>
      <w:r>
        <w:t>Not heroes. Not speakers. Just... survivors.</w:t>
      </w:r>
    </w:p>
    <w:p>
      <w:r>
        <w:t>Testimony 01 – Arjun</w:t>
      </w:r>
    </w:p>
    <w:p>
      <w:r>
        <w:t>Early 30s. Delivery worker. Hands twitch when idle.</w:t>
      </w:r>
    </w:p>
    <w:p>
      <w:r>
        <w:t>“They took the day my brother died. Said the grief was interfering with my productivity.</w:t>
      </w:r>
    </w:p>
    <w:p>
      <w:r>
        <w:t>I sleep better now.</w:t>
      </w:r>
    </w:p>
    <w:p>
      <w:r>
        <w:t>But I forget why I’m so angry all the time.”</w:t>
      </w:r>
    </w:p>
    <w:p>
      <w:r>
        <w:t>Testimony 02 – Yara</w:t>
      </w:r>
    </w:p>
    <w:p>
      <w:r>
        <w:t>Mother of twins. Wears a scarf woven with childlike stars.</w:t>
      </w:r>
    </w:p>
    <w:p>
      <w:r>
        <w:t>“I sold my labor pain. It hurt too much. Now I hold my kids and feel nothing.</w:t>
      </w:r>
    </w:p>
    <w:p>
      <w:r>
        <w:t>I tell them I love them.</w:t>
      </w:r>
    </w:p>
    <w:p>
      <w:r>
        <w:t>But I think it’s muscle memory.”</w:t>
      </w:r>
    </w:p>
    <w:p>
      <w:r>
        <w:t>Testimony 03 – Dael</w:t>
      </w:r>
    </w:p>
    <w:p>
      <w:r>
        <w:t>Teenager. Voice flat. Dressed in repurposed Porcelain uniform.</w:t>
      </w:r>
    </w:p>
    <w:p>
      <w:r>
        <w:t>“They gave me back my nightmares. I asked for them. I wanted to remember what scared me.</w:t>
      </w:r>
    </w:p>
    <w:p>
      <w:r>
        <w:t>Now I sleep less.</w:t>
      </w:r>
    </w:p>
    <w:p>
      <w:r>
        <w:t>But at least I know I’m real.”</w:t>
      </w:r>
    </w:p>
    <w:p>
      <w:r>
        <w:t>He checked every wire. Every battery. Didn’t speak much. Just made sure the camera kept running.</w:t>
      </w:r>
    </w:p>
    <w:p>
      <w:r>
        <w:t>He caught Iris watching him.</w:t>
      </w:r>
    </w:p>
    <w:p>
      <w:r>
        <w:t>“What?”</w:t>
      </w:r>
    </w:p>
    <w:p>
      <w:r>
        <w:t>“You breathe deeper when they speak.”</w:t>
      </w:r>
    </w:p>
    <w:p>
      <w:r>
        <w:t>“Don’t tell anyone. I’ve got a nihilist reputation to uphold.”</w:t>
      </w:r>
    </w:p>
    <w:p>
      <w:r>
        <w:t>When they were done, Iris leaned forward and whispered to each subject:</w:t>
      </w:r>
    </w:p>
    <w:p>
      <w:r>
        <w:t>“Thank you for not forgetting what they took.”</w:t>
      </w:r>
    </w:p>
    <w:p>
      <w:r>
        <w:t>Each one nodded like they'd just buried someone. Which, in a way, they had.</w:t>
      </w:r>
    </w:p>
    <w:p>
      <w:r>
        <w:t>They didn’t edit out the stutters. Or the silences. Or the moments someone wept and stopped and apologized and wept again.</w:t>
      </w:r>
    </w:p>
    <w:p>
      <w:r>
        <w:t>They only cut the end: where each person said their name, and then…</w:t>
      </w:r>
    </w:p>
    <w:p>
      <w:r>
        <w:t>“I exist.”</w:t>
      </w:r>
    </w:p>
    <w:p>
      <w:r>
        <w:t>That line became the signature.</w:t>
      </w:r>
    </w:p>
    <w:p>
      <w:r>
        <w:t>The Resistance didn’t blast the video across the city.</w:t>
      </w:r>
    </w:p>
    <w:p>
      <w:r>
        <w:t>They seeded it.</w:t>
      </w:r>
    </w:p>
    <w:p>
      <w:r>
        <w:t>One link left on a subway terminal.</w:t>
      </w:r>
    </w:p>
    <w:p>
      <w:r>
        <w:t>One file shared in a whispered bar conversation.</w:t>
      </w:r>
    </w:p>
    <w:p>
      <w:r>
        <w:t>One codec slipped into a Porcelain’s diagnostic channel.</w:t>
      </w:r>
    </w:p>
    <w:p>
      <w:r>
        <w:t>And then...</w:t>
      </w:r>
    </w:p>
    <w:p>
      <w:r>
        <w:t>The city listened.</w:t>
      </w:r>
    </w:p>
    <w:p>
      <w:r>
        <w:t>A college dorm:</w:t>
      </w:r>
    </w:p>
    <w:p>
      <w:r>
        <w:t>A girl played the video for her roommate. The roommate pulled out her own chip, stared at it like it was poison.</w:t>
      </w:r>
    </w:p>
    <w:p>
      <w:r>
        <w:t>A bus terminal:</w:t>
      </w:r>
    </w:p>
    <w:p>
      <w:r>
        <w:t>A man whispered, “That’s my cousin. I thought she moved away.”</w:t>
      </w:r>
    </w:p>
    <w:p>
      <w:r>
        <w:t>An Omnira focus group room:</w:t>
      </w:r>
    </w:p>
    <w:p>
      <w:r>
        <w:t>A moderator paused mid-session. Looked at the frozen frame of Yara crying.</w:t>
      </w:r>
    </w:p>
    <w:p>
      <w:r>
        <w:t>She clicked “continue.” The image disappeared.</w:t>
      </w:r>
    </w:p>
    <w:p>
      <w:r>
        <w:t>Within hours, the Resistance lost two Anthros sites. Raids. Silent. No announcements.</w:t>
      </w:r>
    </w:p>
    <w:p>
      <w:r>
        <w:t>Kess slammed his fist on the table. “We gave them our faces. They gave us fire.”</w:t>
      </w:r>
    </w:p>
    <w:p>
      <w:r>
        <w:t>jonah's voice cut through nothing.</w:t>
      </w:r>
    </w:p>
    <w:p>
      <w:r>
        <w:t>Iris said: “Let them burn paper. We just lit memory.”</w:t>
      </w:r>
    </w:p>
    <w:p>
      <w:r>
        <w:t>They stood on a rooftop, exhausted.</w:t>
      </w:r>
    </w:p>
    <w:p>
      <w:r>
        <w:t>Jonah lit a match. Just one. Held it for warmth.</w:t>
      </w:r>
    </w:p>
    <w:p>
      <w:r>
        <w:t>“Would you ever give one up?” Iris asked.</w:t>
      </w:r>
    </w:p>
    <w:p>
      <w:r>
        <w:t>He didn’t pretend not to understand.</w:t>
      </w:r>
    </w:p>
    <w:p>
      <w:r>
        <w:t>“My sister? No.”</w:t>
      </w:r>
    </w:p>
    <w:p>
      <w:r>
        <w:t>“You?”</w:t>
      </w:r>
    </w:p>
    <w:p>
      <w:r>
        <w:t>“I’ve tried. Nothing worth forgetting stayed gone.”</w:t>
      </w:r>
    </w:p>
    <w:p>
      <w:r>
        <w:t>She nodded. Looked out at the static skyline.</w:t>
      </w:r>
    </w:p>
    <w:p>
      <w:r>
        <w:t>“Next time,” she said,</w:t>
      </w:r>
    </w:p>
    <w:p>
      <w:r>
        <w:t>“we let the erased ask the questions.”</w:t>
      </w:r>
    </w:p>
    <w:p>
      <w:r>
        <w:t>Chapter 18: Triage of the Converted</w:t>
      </w:r>
    </w:p>
    <w:p>
      <w:r>
        <w:t>Location: Anthros outpost “Echo Three” — a shattered observatory on the city rim. Former stargazing facility. Now: emergency fallback bunker.</w:t>
      </w:r>
    </w:p>
    <w:p>
      <w:r>
        <w:t>The coded message came through 3 hours late.</w:t>
      </w:r>
    </w:p>
    <w:p>
      <w:r>
        <w:t>That alone was suspicious. The Resistance didn’t do “late.”</w:t>
      </w:r>
    </w:p>
    <w:p>
      <w:r>
        <w:t>But the message? Familiar encryption. Correct keyphrase.</w:t>
      </w:r>
    </w:p>
    <w:p>
      <w:r>
        <w:t>She, Jonah, and two others went anyway — just in case someone was stranded.</w:t>
      </w:r>
    </w:p>
    <w:p>
      <w:r>
        <w:t>They found no one.</w:t>
      </w:r>
    </w:p>
    <w:p>
      <w:r>
        <w:t>Just Rafe.</w:t>
      </w:r>
    </w:p>
    <w:p>
      <w:r>
        <w:t>Sitting at a table.</w:t>
      </w:r>
    </w:p>
    <w:p>
      <w:r>
        <w:t>The last time Iris saw Rafe, he was limping, shouting about a corrupt relay, smeared in blood and neon.</w:t>
      </w:r>
    </w:p>
    <w:p>
      <w:r>
        <w:t>He’d once said:</w:t>
      </w:r>
    </w:p>
    <w:p>
      <w:r>
        <w:t>“Memory’s the last thing they can’t police. You protect it like your lungs.”</w:t>
      </w:r>
    </w:p>
    <w:p>
      <w:r>
        <w:t>Now?</w:t>
      </w:r>
    </w:p>
    <w:p>
      <w:r>
        <w:t>He looked rested. Polished. His words… wrong.</w:t>
      </w:r>
    </w:p>
    <w:p>
      <w:r>
        <w:t>“Iris,” he said brightly. “You’re looking well. I was hoping it would be you.”</w:t>
      </w:r>
    </w:p>
    <w:p>
      <w:r>
        <w:t>Jonah stiffened beside her.</w:t>
      </w:r>
    </w:p>
    <w:p>
      <w:r>
        <w:t>Rafe poured tea. Gestured at empty chairs.</w:t>
      </w:r>
    </w:p>
    <w:p>
      <w:r>
        <w:t>“I asked to speak to you. Just you. I’m worried.”</w:t>
      </w:r>
    </w:p>
    <w:p>
      <w:r>
        <w:t>“About what?” Iris asked. Voice flat.</w:t>
      </w:r>
    </w:p>
    <w:p>
      <w:r>
        <w:t>He tilted his head.</w:t>
      </w:r>
    </w:p>
    <w:p>
      <w:r>
        <w:t>“Your… misunderstandings. Your obsession with distortion. It’s not healthy. I’ve been better since I cleared mine.”</w:t>
      </w:r>
    </w:p>
    <w:p>
      <w:r>
        <w:t>Iris blinked. “Cleared?”</w:t>
      </w:r>
    </w:p>
    <w:p>
      <w:r>
        <w:t>“I submitted my archives. Just a few threads. Anger. Loss. Disillusionment. Turns out they were bottlenecking my neural optimism.”</w:t>
      </w:r>
    </w:p>
    <w:p>
      <w:r>
        <w:t>They let the camera roll.</w:t>
      </w:r>
    </w:p>
    <w:p>
      <w:r>
        <w:t>Iris sat across from Rafe. Jonah stood behind the lens, silent, stone.</w:t>
      </w:r>
    </w:p>
    <w:p>
      <w:r>
        <w:t>“Do you remember the raid on Tunnel 12?”</w:t>
      </w:r>
    </w:p>
    <w:p>
      <w:r>
        <w:t>Rafe sipped tea. “No such place.”</w:t>
      </w:r>
    </w:p>
    <w:p>
      <w:r>
        <w:t>“Do you remember your sister?”</w:t>
      </w:r>
    </w:p>
    <w:p>
      <w:r>
        <w:t>A beat.</w:t>
      </w:r>
    </w:p>
    <w:p>
      <w:r>
        <w:t>Smile faltered.</w:t>
      </w:r>
    </w:p>
    <w:p>
      <w:r>
        <w:t>“She lives in New Calima. I send letters.”</w:t>
      </w:r>
    </w:p>
    <w:p>
      <w:r>
        <w:t>“She died in an Omnira mine collapse. You carried her body.” After the Fourth Information Collapse, governments became subsidiaries, and Omnira™ emerged not as ruler but as infrastructure. Its code stitched into governance, desire, and memory. There was no revolution—only consent by exhaustion.</w:t>
      </w:r>
    </w:p>
    <w:p>
      <w:r>
        <w:t>[Iris to You] They lined up to be emptied. Smiling. Would you join them if it meant no more pain?</w:t>
      </w:r>
    </w:p>
    <w:p>
      <w:r>
        <w:t>Rafe’s smile returned.</w:t>
      </w:r>
    </w:p>
    <w:p>
      <w:r>
        <w:t>“I’m afraid you’ve been misinformed.”</w:t>
      </w:r>
    </w:p>
    <w:p>
      <w:r>
        <w:t>Iris leaned forward.</w:t>
      </w:r>
    </w:p>
    <w:p>
      <w:r>
        <w:t>“How much did you sell?”</w:t>
      </w:r>
    </w:p>
    <w:p>
      <w:r>
        <w:t>Rafe looked her straight in the eyes.</w:t>
      </w:r>
    </w:p>
    <w:p>
      <w:r>
        <w:t>“Only what hurt. Only what held me back.</w:t>
      </w:r>
    </w:p>
    <w:p>
      <w:r>
        <w:t>I feel… light now.”</w:t>
      </w:r>
    </w:p>
    <w:p>
      <w:r>
        <w:t>They walked out in silence.</w:t>
      </w:r>
    </w:p>
    <w:p>
      <w:r>
        <w:t>Rain fell in static sheets.</w:t>
      </w:r>
    </w:p>
    <w:p>
      <w:r>
        <w:t>“He’s not dead,” Iris said finally. “But he’s gone.”</w:t>
      </w:r>
    </w:p>
    <w:p>
      <w:r>
        <w:t>Jonah shook his head. “Worse. He’s been… realigned.”</w:t>
      </w:r>
    </w:p>
    <w:p>
      <w:r>
        <w:t>“What does that mean?”</w:t>
      </w:r>
    </w:p>
    <w:p>
      <w:r>
        <w:t>Jonah stared at the sky.</w:t>
      </w:r>
    </w:p>
    <w:p>
      <w:r>
        <w:t>“It means they didn’t have to erase us. They just made the pain feel inconvenient.”</w:t>
      </w:r>
    </w:p>
    <w:p>
      <w:r>
        <w:t>Elya slammed a folder on the table.</w:t>
      </w:r>
    </w:p>
    <w:p>
      <w:r>
        <w:t>“Four outposts compromised. Not by trackers. By resurfaced contacts. Smiling. Friendly. ‘Concerned.’ They walk in, talk soft, leave holes.”</w:t>
      </w:r>
    </w:p>
    <w:p>
      <w:r>
        <w:t>Kess muttered, “We’re fighting an army of ghosts.”</w:t>
      </w:r>
    </w:p>
    <w:p>
      <w:r>
        <w:t>Jonah spoke up: “We need layered memory locks. Something personal. Anchor threads.”</w:t>
      </w:r>
    </w:p>
    <w:p>
      <w:r>
        <w:t>Iris nodded. “Truth tattoos. Embedded triggers. Something they can’t extract or rewrite.”</w:t>
      </w:r>
    </w:p>
    <w:p>
      <w:r>
        <w:t>Kess scoffed. “You think a poem's gonna save your mind?”</w:t>
      </w:r>
    </w:p>
    <w:p>
      <w:r>
        <w:t>“No,” she said, deadly calm. “But it might slow the rot.”</w:t>
      </w:r>
    </w:p>
    <w:p>
      <w:r>
        <w:t>Later that night, Iris sat alone.</w:t>
      </w:r>
    </w:p>
    <w:p>
      <w:r>
        <w:t>She turned on the mic.</w:t>
      </w:r>
    </w:p>
    <w:p>
      <w:r>
        <w:t>“This is not a broadcast. This is a bottle.</w:t>
      </w:r>
    </w:p>
    <w:p>
      <w:r>
        <w:t>For whoever finds this after the fire.</w:t>
      </w:r>
    </w:p>
    <w:p>
      <w:r>
        <w:t>If I’m ever smiling wrong — if I say I’m healed, happy, relieved — don’t trust me.</w:t>
      </w:r>
    </w:p>
    <w:p>
      <w:r>
        <w:t>Ask me the name of the woman who laughed on rooftops.</w:t>
      </w:r>
    </w:p>
    <w:p>
      <w:r>
        <w:t>If I can’t say Mara… then I’m already gone.”</w:t>
      </w:r>
    </w:p>
    <w:p>
      <w:r>
        <w:t>Click.</w:t>
      </w:r>
    </w:p>
    <w:p>
      <w:r>
        <w:t>Transmission saved.</w:t>
      </w:r>
    </w:p>
    <w:p>
      <w:r>
        <w:t>She didn't cry.</w:t>
      </w:r>
    </w:p>
    <w:p>
      <w:r>
        <w:t>She carved the word MARA into the underside of the desk.</w:t>
      </w:r>
    </w:p>
    <w:p>
      <w:r>
        <w:t>Chapter 19: Refusal Loop</w:t>
      </w:r>
    </w:p>
    <w:p>
      <w:r>
        <w:t>The speakers didn’t buzz. They purred.</w:t>
      </w:r>
    </w:p>
    <w:p>
      <w:r>
        <w:t>That was the first problem.</w:t>
      </w:r>
    </w:p>
    <w:p>
      <w:r>
        <w:t>Iris paused mid-lace. One boot half-tied. Jonah was already frozen, half-standing, hand hovering near his belt—not on a weapon, just somewhere safe.</w:t>
      </w:r>
    </w:p>
    <w:p>
      <w:r>
        <w:t>Then: her voice.</w:t>
      </w:r>
    </w:p>
    <w:p>
      <w:r>
        <w:t>“This is Iris Whitaker. Some of you may know me from my documentary series, The Human File.”</w:t>
      </w:r>
    </w:p>
    <w:p>
      <w:r>
        <w:t>Her cadence. Her exhale. That quiet velvet she used when coaxing the shattered out of silence.</w:t>
      </w:r>
    </w:p>
    <w:p>
      <w:r>
        <w:t>“I used to believe stories could save us. But stories are just well-lit cages.”</w:t>
      </w:r>
    </w:p>
    <w:p>
      <w:r>
        <w:t>Jonah turned. His mouth slightly open, as if he were about to say her name and stopped—like if he said it, it might confirm something neither of them wanted confirmed.</w:t>
      </w:r>
    </w:p>
    <w:p>
      <w:r>
        <w:t>“I—” Iris blinked. She couldn’t finish the sentence. Not with herself still talking.</w:t>
      </w:r>
    </w:p>
    <w:p>
      <w:r>
        <w:t>“To those still resisting, Omnira sees you. You’re not enemies. You’re errors. And errors can be corrected.”</w:t>
      </w:r>
    </w:p>
    <w:p>
      <w:r>
        <w:t>The voice slithered into the bunker like it knew the floorplan.</w:t>
      </w:r>
    </w:p>
    <w:p>
      <w:r>
        <w:t>Then came Jonah’s voice, sharp as glass:</w:t>
      </w:r>
    </w:p>
    <w:p>
      <w:r>
        <w:t>“Is this a bloody joke?”</w:t>
      </w:r>
    </w:p>
    <w:p>
      <w:r>
        <w:t>Around them, the Anthros weren’t moving. Not yet. Not even Mirek, whose default setting was paranoia and whose eyes never stopped scanning for betrayal.</w:t>
      </w:r>
    </w:p>
    <w:p>
      <w:r>
        <w:t>“Is she... is she live?” someone whispered. One of the younger operatives, voice cracking from fear or puberty.</w:t>
      </w:r>
    </w:p>
    <w:p>
      <w:r>
        <w:t>“I didn’t say that,” Iris said quickly. Too quickly.</w:t>
      </w:r>
    </w:p>
    <w:p>
      <w:r>
        <w:t>Jonah didn’t blink. “But you could’ve.”</w:t>
      </w:r>
    </w:p>
    <w:p>
      <w:r>
        <w:t>“Are you serious?” she snapped.</w:t>
      </w:r>
    </w:p>
    <w:p>
      <w:r>
        <w:t>“You’ve said things like that—back before you joined us.”</w:t>
      </w:r>
    </w:p>
    <w:p>
      <w:r>
        <w:t>“That was analysis. Critique. Not recruitment.”</w:t>
      </w:r>
    </w:p>
    <w:p>
      <w:r>
        <w:t>“But it’s your voice, Iris.” Leena now, from the edge of the bunker. “And it sounds pretty damn persuasive.”</w:t>
      </w:r>
    </w:p>
    <w:p>
      <w:r>
        <w:t>“You don’t need to be afraid. Conversion isn’t erasure. It’s integration. Think of it as emotional clarity.”</w:t>
      </w:r>
    </w:p>
    <w:p>
      <w:r>
        <w:t>It was perfect. Too perfect. The kind of clean that only deep-forge processing could offer. There were no breath skips. No throat crackles. Just seamless sincerity.</w:t>
      </w:r>
    </w:p>
    <w:p>
      <w:r>
        <w:t>Jonah stepped closer, squinting like he could see the lie crawling across her skin. “You sure this isn’t you?”</w:t>
      </w:r>
    </w:p>
    <w:p>
      <w:r>
        <w:t>Her blood thudded. “Jonah.”</w:t>
      </w:r>
    </w:p>
    <w:p>
      <w:r>
        <w:t>“That wasn’t an answer.”</w:t>
      </w:r>
    </w:p>
    <w:p>
      <w:r>
        <w:t>The speaker carried on, merciless in its calm.</w:t>
      </w:r>
    </w:p>
    <w:p>
      <w:r>
        <w:t>“We are not here to punish. We are here to restore. Register at any Omnira kiosk before the next Compliance Scan and receive full memory forgiveness. No biometric dents. No emotional flags. A clean start. You deserve that.”</w:t>
      </w:r>
    </w:p>
    <w:p>
      <w:r>
        <w:t>[Iris to You] They called it a glitch when I said no. Over and over. Do you think refusal can become its own kind of freedom?</w:t>
      </w:r>
    </w:p>
    <w:p>
      <w:r>
        <w:t>No beep. No outro chime.</w:t>
      </w:r>
    </w:p>
    <w:p>
      <w:r>
        <w:t>Just a soft exhale.</w:t>
      </w:r>
    </w:p>
    <w:p>
      <w:r>
        <w:t>Her exhale.</w:t>
      </w:r>
    </w:p>
    <w:p>
      <w:r>
        <w:t>Jonah’s jaw tensed. “That breath at the end. That’s you. That’s not fabricated.”</w:t>
      </w:r>
    </w:p>
    <w:p>
      <w:r>
        <w:t>“They used my old interviews,” Iris said, heart racing. “Back when Omnira was still absorbing the MediaNet.”</w:t>
      </w:r>
    </w:p>
    <w:p>
      <w:r>
        <w:t>Leena crossed her arms. “Back when you were still contributing to it.”</w:t>
      </w:r>
    </w:p>
    <w:p>
      <w:r>
        <w:t>“That’s not fair,” Iris muttered.</w:t>
      </w:r>
    </w:p>
    <w:p>
      <w:r>
        <w:t>Mirek’s snort wasn’t even subtle. “What’s unfair is we don’t know if you’re compromised and you’re standing in our most secure node.”</w:t>
      </w:r>
    </w:p>
    <w:p>
      <w:r>
        <w:t>Iris turned. “You think I’m a mole now?”</w:t>
      </w:r>
    </w:p>
    <w:p>
      <w:r>
        <w:t>“You think we haven’t seen that exact voice used before?” Mirek said. “Two years ago. A rebel cell in District 6 turned on itself after one of these 'broadcasts.' Half the group executed the other half based on a voice. No proof. Just tone.”</w:t>
      </w:r>
    </w:p>
    <w:p>
      <w:r>
        <w:t>“Do you hear yourself?” Iris stepped forward. “That’s exactly the effect Omnira wants. This is manipulation, psychological warfare at scale.”</w:t>
      </w:r>
    </w:p>
    <w:p>
      <w:r>
        <w:t>“Or it’s convenient denial.” Leena again, cool as static. “The best lies sound most like the truth.”</w:t>
      </w:r>
    </w:p>
    <w:p>
      <w:r>
        <w:t>Jonah stayed quiet. Watching. He wasn’t defending her anymore. He wasn’t accusing either. He was calculating.</w:t>
      </w:r>
    </w:p>
    <w:p>
      <w:r>
        <w:t>That hurt more.</w:t>
      </w:r>
    </w:p>
    <w:p>
      <w:r>
        <w:t>Across the room, Ana—their code-splicer—was pulling up the emergency archive logs.</w:t>
      </w:r>
    </w:p>
    <w:p>
      <w:r>
        <w:t>“There’s no trace of an entry signal. They piggybacked on a dead satband. They had this planned.”</w:t>
      </w:r>
    </w:p>
    <w:p>
      <w:r>
        <w:t>“Which means they timed it,” Jonah said. “They knew when we’d be gathered. When your face would matter.”</w:t>
      </w:r>
    </w:p>
    <w:p>
      <w:r>
        <w:t>When your face would matter.</w:t>
      </w:r>
    </w:p>
    <w:p>
      <w:r>
        <w:t>Iris felt her stomach drop.</w:t>
      </w:r>
    </w:p>
    <w:p>
      <w:r>
        <w:t>“I don’t know how to say it any clearer,” she said, slowly now, making each word heavy enough to carry its own weight. “That broadcast was not me. I didn’t say those things. I’ve never said those things.”</w:t>
      </w:r>
    </w:p>
    <w:p>
      <w:r>
        <w:t>Then Mirek, arms folded: “Then explain why it sounds like you believe them.”</w:t>
      </w:r>
    </w:p>
    <w:p>
      <w:r>
        <w:t>ris felt heat flush under her collar.</w:t>
      </w:r>
    </w:p>
    <w:p>
      <w:r>
        <w:t>“I don’t. And if you honestly think I’m here to peddle compliance slogans, you can take it up with the nearest Porcelain unit and see how warm their bedside manner is.”</w:t>
      </w:r>
    </w:p>
    <w:p>
      <w:r>
        <w:t>“That’s not the point,” Leena said. “The point is people out there—civilians, fence-sitters—will hear that voice and believe it’s you. Hell, some of us almost do.”</w:t>
      </w:r>
    </w:p>
    <w:p>
      <w:r>
        <w:t>Didn’t speak.</w:t>
      </w:r>
    </w:p>
    <w:p>
      <w:r>
        <w:t>Didn’t rescue her.</w:t>
      </w:r>
    </w:p>
    <w:p>
      <w:r>
        <w:t>And that was the loudest silence in the room.</w:t>
      </w:r>
    </w:p>
    <w:p>
      <w:r>
        <w:t>Ana spoke up from behind her screens. “I dug further. It’s not just a broadcast. There’s a rollout package titled IRIS V2—Customer Reassurance Model.”</w:t>
      </w:r>
    </w:p>
    <w:p>
      <w:r>
        <w:t>She turned the screen so everyone could see it.</w:t>
      </w:r>
    </w:p>
    <w:p>
      <w:r>
        <w:t>A high-res rendering of Iris’s face—smoothed out, softened slightly, smile just wide enough to say “I’m not lying,” but not wide enough to say “I know something you don’t.”</w:t>
      </w:r>
    </w:p>
    <w:p>
      <w:r>
        <w:t>Underneath it:</w:t>
      </w:r>
    </w:p>
    <w:p>
      <w:r>
        <w:t>Truth You Can Feel. Comfort You Can Trust. Iris Whitaker: Recalibrated for Your Peace of Mind.</w:t>
      </w:r>
    </w:p>
    <w:p>
      <w:r>
        <w:t>“I didn’t license that,” Iris muttered.</w:t>
      </w:r>
    </w:p>
    <w:p>
      <w:r>
        <w:t>“No,” Ana said, flat. “But Mara would’ve.”</w:t>
      </w:r>
    </w:p>
    <w:p>
      <w:r>
        <w:t>The name hit the bunker like a pin pulled from a grenade.</w:t>
      </w:r>
    </w:p>
    <w:p>
      <w:r>
        <w:t>Jonah’s voice came slow, like he was choosing between rage and restraint.</w:t>
      </w:r>
    </w:p>
    <w:p>
      <w:r>
        <w:t>“Mara built Omnira’s narrative arm. She had every creator’s neural imprint from the early capture era. She studied tone. Memory cadence. She probably studied you more than anyone.”</w:t>
      </w:r>
    </w:p>
    <w:p>
      <w:r>
        <w:t>“She knew how I speak, not what I believe.”</w:t>
      </w:r>
    </w:p>
    <w:p>
      <w:r>
        <w:t>“She knew both,” Jonah snapped. “She’s a walking algorithm with a mother complex. If she could weaponize your voice, she’d do it in her sleep.”</w:t>
      </w:r>
    </w:p>
    <w:p>
      <w:r>
        <w:t>Leena tilted her head. “You two were close, weren’t you?”</w:t>
      </w:r>
    </w:p>
    <w:p>
      <w:r>
        <w:t>Iris stared back, jaw tight. “We were... aligned. Before.”</w:t>
      </w:r>
    </w:p>
    <w:p>
      <w:r>
        <w:t>“Before what?” Mirek asked. “Before she got promoted or before she got smart?”</w:t>
      </w:r>
    </w:p>
    <w:p>
      <w:r>
        <w:t>Jonah finally sat.</w:t>
      </w:r>
    </w:p>
    <w:p>
      <w:r>
        <w:t>Then stood again.</w:t>
      </w:r>
    </w:p>
    <w:p>
      <w:r>
        <w:t>Then rubbed his temple like trying to crush a migraine with his fingers.</w:t>
      </w:r>
    </w:p>
    <w:p>
      <w:r>
        <w:t>“I want to believe you,” he muttered. “But Iris, you gotta see how this looks.”</w:t>
      </w:r>
    </w:p>
    <w:p>
      <w:r>
        <w:t>“I see exactly how it looks,” she bit back. “But I also see how convenient it is for everyone to start doubting me the second Omnira gives them an excuse to.”</w:t>
      </w:r>
    </w:p>
    <w:p>
      <w:r>
        <w:t>“And if you’re wrong?”</w:t>
      </w:r>
    </w:p>
    <w:p>
      <w:r>
        <w:t>“Then you’re already lost.”</w:t>
      </w:r>
    </w:p>
    <w:p>
      <w:r>
        <w:t>Ana’s fingers kept tapping, pulling metadata from the leaked voice broadcast.</w:t>
      </w:r>
    </w:p>
    <w:p>
      <w:r>
        <w:t>“No glitches. No synthetic artifacts. The phrasing’s AI-assisted, but the delivery—raw. It’s her. Technically perfect. Legally stolen.”</w:t>
      </w:r>
    </w:p>
    <w:p>
      <w:r>
        <w:t>“Can we prove it’s fake?” Leena asked.</w:t>
      </w:r>
    </w:p>
    <w:p>
      <w:r>
        <w:t>Ana shrugged. “Define fake. The voice is Iris. The words aren’t. It’s like deep poetry written by a war criminal.”</w:t>
      </w:r>
    </w:p>
    <w:p>
      <w:r>
        <w:t>“Lovely,” Mirek muttered. “We’re being overwritten by verse.”</w:t>
      </w:r>
    </w:p>
    <w:p>
      <w:r>
        <w:t>Jonah ran both hands through his hair.</w:t>
      </w:r>
    </w:p>
    <w:p>
      <w:r>
        <w:t>“Mirek, enough,” he said.</w:t>
      </w:r>
    </w:p>
    <w:p>
      <w:r>
        <w:t>“No. Not enough.” Mirek turned back to Iris. “Here’s what I can’t wrap my head around. You’re supposed to be one of us. But the machines sound more like you than you do right now.”</w:t>
      </w:r>
    </w:p>
    <w:p>
      <w:r>
        <w:t>The whole room flinched. Even Leena winced.</w:t>
      </w:r>
    </w:p>
    <w:p>
      <w:r>
        <w:t>Iris stepped forward.</w:t>
      </w:r>
    </w:p>
    <w:p>
      <w:r>
        <w:t>“My voice was meant to humanize a collapsing world. They used it to teach their machines how to lie better. That doesn’t mean I gave it to them.”</w:t>
      </w:r>
    </w:p>
    <w:p>
      <w:r>
        <w:t>“No,” Mirek said. “It means you made them better at being worse.”</w:t>
      </w:r>
    </w:p>
    <w:p>
      <w:r>
        <w:t>Jonah looked like he’d been hit.</w:t>
      </w:r>
    </w:p>
    <w:p>
      <w:r>
        <w:t>“Iris—”</w:t>
      </w:r>
    </w:p>
    <w:p>
      <w:r>
        <w:t>But she wasn’t done.</w:t>
      </w:r>
    </w:p>
    <w:p>
      <w:r>
        <w:t>“Do you think I want this?” she hissed. “Do you think I chose to become the PR tool of the regime I’m trying to burn down? They turned me into a sedation protocol. I went from truth-teller to bedtime story.”</w:t>
      </w:r>
    </w:p>
    <w:p>
      <w:r>
        <w:t>Someone in the back mumbled, “At least it’s a calm story.”</w:t>
      </w:r>
    </w:p>
    <w:p>
      <w:r>
        <w:t>Jonah stepped forward fast, pointing.</w:t>
      </w:r>
    </w:p>
    <w:p>
      <w:r>
        <w:t>“Out.”</w:t>
      </w:r>
    </w:p>
    <w:p>
      <w:r>
        <w:t>“Seriously?”</w:t>
      </w:r>
    </w:p>
    <w:p>
      <w:r>
        <w:t>“I said out,” Jonah barked. “You don’t get to sit here and mock someone whose identity was hijacked.”</w:t>
      </w:r>
    </w:p>
    <w:p>
      <w:r>
        <w:t>“Who says it was?” Mirek shot back.</w:t>
      </w:r>
    </w:p>
    <w:p>
      <w:r>
        <w:t>“I do,” Jonah snapped.</w:t>
      </w:r>
    </w:p>
    <w:p>
      <w:r>
        <w:t>But even Iris could tell—he said it too late.</w:t>
      </w:r>
    </w:p>
    <w:p>
      <w:r>
        <w:t>And he said it too soft.</w:t>
      </w:r>
    </w:p>
    <w:p>
      <w:r>
        <w:t>Outside, dusk had arrived, and with it came the first test.</w:t>
      </w:r>
    </w:p>
    <w:p>
      <w:r>
        <w:t>An older woman with her granddaughter was standing at an Omnira kiosk. On the screen: Iris. Or the version of her that was now programmed for reassurance.</w:t>
      </w:r>
    </w:p>
    <w:p>
      <w:r>
        <w:t>“Hello. I’m Iris Whitaker. You may remember my voice from The Human File. Let me help you find your way.”</w:t>
      </w:r>
    </w:p>
    <w:p>
      <w:r>
        <w:t>The little girl on the screen giggled. “She sounds nice.”</w:t>
      </w:r>
    </w:p>
    <w:p>
      <w:r>
        <w:t>The older woman looked hesitant, but only for a moment. Then she reached for the biometric pad.</w:t>
      </w:r>
    </w:p>
    <w:p>
      <w:r>
        <w:t>Iris watched from the safehouse feed. Ana had patched into the local kiosk camera loop. Her own face—her forged face—was now a comforting mask for coercion.</w:t>
      </w:r>
    </w:p>
    <w:p>
      <w:r>
        <w:t>Mirek said nothing. He didn’t need to. The broadcast had already done the talking. And worse, it had already done the soothing.</w:t>
      </w:r>
    </w:p>
    <w:p>
      <w:r>
        <w:t>Jonah leaned against the console, staring at the display like it might blink first.</w:t>
      </w:r>
    </w:p>
    <w:p>
      <w:r>
        <w:t>“We’re not going to be able to undo this, are we?”</w:t>
      </w:r>
    </w:p>
    <w:p>
      <w:r>
        <w:t>Ana’s fingers stilled. “They’re rolling you out in six regions tonight. Kiosks, IVR, drones with empathy prompts. Even Porcelain triage will use your voice for conflict de-escalation.”</w:t>
      </w:r>
    </w:p>
    <w:p>
      <w:r>
        <w:t>“They made me the sound of surrender,” Iris whispered.</w:t>
      </w:r>
    </w:p>
    <w:p>
      <w:r>
        <w:t>Jonah said, “They made you believable.”</w:t>
      </w:r>
    </w:p>
    <w:p>
      <w:r>
        <w:t>Iris stood.</w:t>
      </w:r>
    </w:p>
    <w:p>
      <w:r>
        <w:t>“I want to record something.”</w:t>
      </w:r>
    </w:p>
    <w:p>
      <w:r>
        <w:t>“Where?” Ana asked.</w:t>
      </w:r>
    </w:p>
    <w:p>
      <w:r>
        <w:t>She pointed to the secure booth—no net, no feed, no scrape access. Old school. Locked from inside.</w:t>
      </w:r>
    </w:p>
    <w:p>
      <w:r>
        <w:t>Ana raised an eyebrow. “You’re going analog?”</w:t>
      </w:r>
    </w:p>
    <w:p>
      <w:r>
        <w:t>“I’m going real.”</w:t>
      </w:r>
    </w:p>
    <w:p>
      <w:r>
        <w:t>Inside, Iris faced the mic.</w:t>
      </w:r>
    </w:p>
    <w:p>
      <w:r>
        <w:t>No filters. No light correction. Her voice raw and just a bit hoarse. Good. Let them hear the scars.</w:t>
      </w:r>
    </w:p>
    <w:p>
      <w:r>
        <w:t>She pressed record.</w:t>
      </w:r>
    </w:p>
    <w:p>
      <w:r>
        <w:t>“This is Iris Whitaker.</w:t>
      </w:r>
    </w:p>
    <w:p>
      <w:r>
        <w:t>If you're hearing me, you're hearing a lie.</w:t>
      </w:r>
    </w:p>
    <w:p>
      <w:r>
        <w:t>Not because the voice is wrong. But because they’ve taught it to speak for them.”</w:t>
      </w:r>
    </w:p>
    <w:p>
      <w:r>
        <w:t>“They stole my tone. My breath. My pauses. And turned it into anesthesia. I used to ask people to tell their stories. Now my voice tells them to forget.”</w:t>
      </w:r>
    </w:p>
    <w:p>
      <w:r>
        <w:t>“Do not forget.”</w:t>
      </w:r>
    </w:p>
    <w:p>
      <w:r>
        <w:t>“Do not register.”</w:t>
      </w:r>
    </w:p>
    <w:p>
      <w:r>
        <w:t>“Do not let a machine pretending to be me talk you out of being human.”</w:t>
      </w:r>
    </w:p>
    <w:p>
      <w:r>
        <w:t>She paused. Let the silence carry weight.</w:t>
      </w:r>
    </w:p>
    <w:p>
      <w:r>
        <w:t>“Mara. I know you're watching. You built this version of me.</w:t>
      </w:r>
    </w:p>
    <w:p>
      <w:r>
        <w:t>But you forgot the part that never forgave you.</w:t>
      </w:r>
    </w:p>
    <w:p>
      <w:r>
        <w:t>You forgot the part that bites back.”</w:t>
      </w:r>
    </w:p>
    <w:p>
      <w:r>
        <w:t>She ended the recording and handed the drive to Ana.</w:t>
      </w:r>
    </w:p>
    <w:p>
      <w:r>
        <w:t>“Release it through every black channel we have.”</w:t>
      </w:r>
    </w:p>
    <w:p>
      <w:r>
        <w:t>Jonah watched her. “You think that’ll be enough?”</w:t>
      </w:r>
    </w:p>
    <w:p>
      <w:r>
        <w:t>She didn’t smile.</w:t>
      </w:r>
    </w:p>
    <w:p>
      <w:r>
        <w:t>“I think they needed my voice because the truth still scares them.”</w:t>
      </w:r>
    </w:p>
    <w:p>
      <w:r>
        <w:t>That night, the Anthros compound stayed quiet. No jokes. No tactical meetings. Just the hum of distrust and the sound of her voice—two versions of it—echoing in different rooms.</w:t>
      </w:r>
    </w:p>
    <w:p>
      <w:r>
        <w:t>In the south quadrant, someone asked if it really mattered anymore.</w:t>
      </w:r>
    </w:p>
    <w:p>
      <w:r>
        <w:t>In the west hall, someone started calling her Compliance Iris behind her back.</w:t>
      </w:r>
    </w:p>
    <w:p>
      <w:r>
        <w:t>And Jonah?</w:t>
      </w:r>
    </w:p>
    <w:p>
      <w:r>
        <w:t>He didn’t sleep.</w:t>
      </w:r>
    </w:p>
    <w:p>
      <w:r>
        <w:t>He sat outside under the night sky, listening to the recording again and again.</w:t>
      </w:r>
    </w:p>
    <w:p>
      <w:r>
        <w:t>He didn’t know if he believed her.</w:t>
      </w:r>
    </w:p>
    <w:p>
      <w:r>
        <w:t>But he wanted to.</w:t>
      </w:r>
    </w:p>
    <w:p>
      <w:r>
        <w:t>And maybe that was worse.</w:t>
      </w:r>
    </w:p>
    <w:p>
      <w:r>
        <w:t>Chapter 20: Hijack Protocol</w:t>
      </w:r>
    </w:p>
    <w:p>
      <w:r>
        <w:t>The lobby of the Omnira Hospital™ was quiet in the way cathedrals wish they could be.</w:t>
      </w:r>
    </w:p>
    <w:p>
      <w:r>
        <w:t>Every surface gleamed with ambient purpose: floors that shimmered with micro-sterile polish, walls that shifted hue in response to ambient emotional readings. Soothing aquas for tension, dusty rose for passive acceptance. There were no sharp colors. Sharp colors caused unrest.</w:t>
      </w:r>
    </w:p>
    <w:p>
      <w:r>
        <w:t>[Iris to You] I hacked into the feed and saw myself from above. Tell me—if you saw your life from the outside, would you run or return?</w:t>
      </w:r>
    </w:p>
    <w:p>
      <w:r>
        <w:t>A sign greeted them in gentle, curved font:</w:t>
      </w:r>
    </w:p>
    <w:p>
      <w:r>
        <w:t>Welcome to Omnira General. Healing Begins With Alignment™</w:t>
      </w:r>
    </w:p>
    <w:p>
      <w:r>
        <w:t>Iris adjusted her hood. The fabric clung to her neck, not quite a disguise, more like an excuse to hide her face from the ComplyBridge™ facial scans that quietly followed them across the corridor.</w:t>
      </w:r>
    </w:p>
    <w:p>
      <w:r>
        <w:t>She glanced sideways at Rafe, who hadn’t looked at her once since they left the compound.</w:t>
      </w:r>
    </w:p>
    <w:p>
      <w:r>
        <w:t>“She asked for me,” she offered, quietly.</w:t>
      </w:r>
    </w:p>
    <w:p>
      <w:r>
        <w:t>“That’s what she thinks she did,” Rafe muttered. “More likely, she just heard your voice parroted back through half the hospital’s Care Loop.”</w:t>
      </w:r>
    </w:p>
    <w:p>
      <w:r>
        <w:t>“I didn’t authorize that voiceprint.”</w:t>
      </w:r>
    </w:p>
    <w:p>
      <w:r>
        <w:t>“No, but you inspired it, didn’t you?”</w:t>
      </w:r>
    </w:p>
    <w:p>
      <w:r>
        <w:t>His tone was clinical. Not angry. Not sarcastic. Just hollow. The kind of voice someone uses when they’re talking to someone they’ve already stopped trusting.</w:t>
      </w:r>
    </w:p>
    <w:p>
      <w:r>
        <w:t>“Jonah gave the order,” Iris said. “He said it would be good optics.”</w:t>
      </w:r>
    </w:p>
    <w:p>
      <w:r>
        <w:t>“Right,” Rafe snorted. “Because that’s what we’re bleeding for now. Optics.”</w:t>
      </w:r>
    </w:p>
    <w:p>
      <w:r>
        <w:t>The ComplyBridge™ intake terminal chirped pleasantly as they passed.</w:t>
      </w:r>
    </w:p>
    <w:p>
      <w:r>
        <w:t>“Welcome, valued visitors. Please confirm compliance level before accessing Emotion-Friendly Zones. Need assistance? Smile to begin.”</w:t>
      </w:r>
    </w:p>
    <w:p>
      <w:r>
        <w:t>Neither of them smiled.</w:t>
      </w:r>
    </w:p>
    <w:p>
      <w:r>
        <w:t>They passed PulseQuiet™ pods lining both sides of the hallway. Each bed was noise-cancelled, patient-sealed, and emotionally filtered. No crying. No screaming. No human sounds at all.</w:t>
      </w:r>
    </w:p>
    <w:p>
      <w:r>
        <w:t>Rafe caught her eye finally. “Tell me again why I brought you in here?”</w:t>
      </w:r>
    </w:p>
    <w:p>
      <w:r>
        <w:t>“To remind her,” Iris replied. “That I haven’t joined them.”</w:t>
      </w:r>
    </w:p>
    <w:p>
      <w:r>
        <w:t>“Has it occurred to you that she might not care?”</w:t>
      </w:r>
    </w:p>
    <w:p>
      <w:r>
        <w:t>Room 217.</w:t>
      </w:r>
    </w:p>
    <w:p>
      <w:r>
        <w:t>The door opened with a breath of jasmine-sanitized air. Inside, Rafe’s mother sat bolt upright, sipping a cup of Omnira’s ClarityBlend™ Herbal Support Tonic, her eyes placid, her legs crossed with robotic elegance.</w:t>
      </w:r>
    </w:p>
    <w:p>
      <w:r>
        <w:t>“Rafe,” she said, delighted. “Oh, darling. You came.”</w:t>
      </w:r>
    </w:p>
    <w:p>
      <w:r>
        <w:t>Rafe stood still at the threshold.</w:t>
      </w:r>
    </w:p>
    <w:p>
      <w:r>
        <w:t>Iris stepped inside first.</w:t>
      </w:r>
    </w:p>
    <w:p>
      <w:r>
        <w:t>“Iris,” the woman said warmly. “I hoped they’d send you.”</w:t>
      </w:r>
    </w:p>
    <w:p>
      <w:r>
        <w:t>“You remember me?” Iris asked, careful.</w:t>
      </w:r>
    </w:p>
    <w:p>
      <w:r>
        <w:t>“Of course I do. Your voice used to come through the old terminals before I converted. You were so clever. You made human suffering sound so elegant.”</w:t>
      </w:r>
    </w:p>
    <w:p>
      <w:r>
        <w:t>She looked over at her son. “Isn’t it nice, Rafe? I have real-time access to every single one of Iris’s documentaries now. They play in the Calming Lounge during Emotional Rebalance cycles.”</w:t>
      </w:r>
    </w:p>
    <w:p>
      <w:r>
        <w:t>Rafe’s jaw locked.</w:t>
      </w:r>
    </w:p>
    <w:p>
      <w:r>
        <w:t>Iris couldn’t tell if the heat in her neck was shame, anger, or both.</w:t>
      </w:r>
    </w:p>
    <w:p>
      <w:r>
        <w:t>“I’m not here in that capacity,” she said.</w:t>
      </w:r>
    </w:p>
    <w:p>
      <w:r>
        <w:t>“Oh, of course. You’re here because you’re still deciding. I understand. I was like that once—so full of edges.”</w:t>
      </w:r>
    </w:p>
    <w:p>
      <w:r>
        <w:t>She gestured around the pristine room. “But now look. EmoStat™ panels. Mood-Verified Nutrition. No arguments. No ‘truth.’ Just healing.”</w:t>
      </w:r>
    </w:p>
    <w:p>
      <w:r>
        <w:t>Then it happened.</w:t>
      </w:r>
    </w:p>
    <w:p>
      <w:r>
        <w:t>The pulse in the air stopped. A faint flicker through the VirtuVitals™ overlay on the glass wall down the corridor. A room went dark. A PulseQuiet™ bed had gone still.</w:t>
      </w:r>
    </w:p>
    <w:p>
      <w:r>
        <w:t>Iris turned her head just in time to watch a Porcelain nurse press a finger to a screen, confirming Biological Termination.</w:t>
      </w:r>
    </w:p>
    <w:p>
      <w:r>
        <w:t>Another Porcelain entered with a mop and bin.</w:t>
      </w:r>
    </w:p>
    <w:p>
      <w:r>
        <w:t>“Bed four is ready,” the nurse said evenly.</w:t>
      </w:r>
    </w:p>
    <w:p>
      <w:r>
        <w:t>“I’ll sterilize the pillow,” the other replied.</w:t>
      </w:r>
    </w:p>
    <w:p>
      <w:r>
        <w:t>Neither looked at the patient again.</w:t>
      </w:r>
    </w:p>
    <w:p>
      <w:r>
        <w:t>Iris felt Rafe’s mother touch her elbow.</w:t>
      </w:r>
    </w:p>
    <w:p>
      <w:r>
        <w:t>“First time seeing a death in here?” she asked. “They used to be so noisy. But now… now we process.”</w:t>
      </w:r>
    </w:p>
    <w:p>
      <w:r>
        <w:t>They left Rafe’s mother’s room without a word.</w:t>
      </w:r>
    </w:p>
    <w:p>
      <w:r>
        <w:t>Iris walked three paces behind, her jaw still clenched. Rafe didn’t speak until they reached the corridor turn. His voice was low.</w:t>
      </w:r>
    </w:p>
    <w:p>
      <w:r>
        <w:t>“She used to protest outside bio-labs,” he said. “Tried to stop them when they started harvesting memory lobe scans for Omnira’s empathy network. Now she quotes tech specs like bedtime stories.”</w:t>
      </w:r>
    </w:p>
    <w:p>
      <w:r>
        <w:t>Iris didn’t reply.</w:t>
      </w:r>
    </w:p>
    <w:p>
      <w:r>
        <w:t>They reached the central atrium—if it could be called that. A wide, circular chamber with EmoStat™ mood panels rising like cathedral glass along the walls, gently shifting hues in response to neural readings.</w:t>
      </w:r>
    </w:p>
    <w:p>
      <w:r>
        <w:t>A line of unconverted people stood near the Pre-Triage Compliance Counter—exhausted, blinking under pale overhead light. Some cradled children. Some sat on the floor.</w:t>
      </w:r>
    </w:p>
    <w:p>
      <w:r>
        <w:t>Iris stopped. “They’re not registered.”</w:t>
      </w:r>
    </w:p>
    <w:p>
      <w:r>
        <w:t>“No. But they’re desperate,” Rafe said. “Even the off-gridders come crawling when the body breaks.”</w:t>
      </w:r>
    </w:p>
    <w:p>
      <w:r>
        <w:t>They stood watching as a young couple stumbled forward, holding hands. The woman—barefoot, visibly pregnant—was sweating and hunched, her face contorted. The man had a backpack and fear in his eyes.</w:t>
      </w:r>
    </w:p>
    <w:p>
      <w:r>
        <w:t>They approached the ComplyBridge™ triage unit, which spoke in an unnervingly maternal tone:</w:t>
      </w:r>
    </w:p>
    <w:p>
      <w:r>
        <w:t>“Hello. Welcome to Omnira. Are you ready to begin your care alignment experience?”</w:t>
      </w:r>
    </w:p>
    <w:p>
      <w:r>
        <w:t>The man looked around. “She needs help. The baby—she’s bleeding.”</w:t>
      </w:r>
    </w:p>
    <w:p>
      <w:r>
        <w:t>A Porcelain nurse glided in behind the terminal. She didn’t run. She didn’t even quicken her pace. Her voice was a gentle algorithm.</w:t>
      </w:r>
    </w:p>
    <w:p>
      <w:r>
        <w:t>“Care is available to all citizens registered under Omnira’s Health Integration Program. Are you currently aligned?”</w:t>
      </w:r>
    </w:p>
    <w:p>
      <w:r>
        <w:t>“We live in the flats. Off-grid,” the man said. “We couldn’t afford conversion. Please—she’s been laboring for sixteen hours.”</w:t>
      </w:r>
    </w:p>
    <w:p>
      <w:r>
        <w:t>“Unconverted individuals must opt in to initiate care,” the nurse said calmly. “Would you like to begin your enrollment now?”</w:t>
      </w:r>
    </w:p>
    <w:p>
      <w:r>
        <w:t>The woman cried out. Her knees buckled.</w:t>
      </w:r>
    </w:p>
    <w:p>
      <w:r>
        <w:t>The man shouted, “Can’t you help her first?!”</w:t>
      </w:r>
    </w:p>
    <w:p>
      <w:r>
        <w:t>“I’m afraid that would be a breach of the Assisted Neutrality Mandate. Emotional distress cannot dictate medical priority. Omnira is here to serve all, but only when aligned with our shared path forward.”</w:t>
      </w:r>
    </w:p>
    <w:p>
      <w:r>
        <w:t>Another Porcelain approached, carrying a ConsentSync™ Prenatal Kit. She extended it without blinking.</w:t>
      </w:r>
    </w:p>
    <w:p>
      <w:r>
        <w:t>“Please sign here to begin conversion for both mother and foetus. Child will be enrolled under Predictive Ideological Calibration.”</w:t>
      </w:r>
    </w:p>
    <w:p>
      <w:r>
        <w:t>“What does that mean?” the man snapped.</w:t>
      </w:r>
    </w:p>
    <w:p>
      <w:r>
        <w:t>The Porcelain’s half-smile widened a fraction.</w:t>
      </w:r>
    </w:p>
    <w:p>
      <w:r>
        <w:t>“It means your child will never have to suffer like this.”</w:t>
      </w:r>
    </w:p>
    <w:p>
      <w:r>
        <w:t>Iris took a step forward, her whole body tense.</w:t>
      </w:r>
    </w:p>
    <w:p>
      <w:r>
        <w:t>Rafe’s hand closed around her wrist.</w:t>
      </w:r>
    </w:p>
    <w:p>
      <w:r>
        <w:t>“Don’t,” he whispered. “They’re making a choice.”</w:t>
      </w:r>
    </w:p>
    <w:p>
      <w:r>
        <w:t>“This isn’t a choice,” she whispered back.</w:t>
      </w:r>
    </w:p>
    <w:p>
      <w:r>
        <w:t>“It is. It’s just an impossible one.”</w:t>
      </w:r>
    </w:p>
    <w:p>
      <w:r>
        <w:t>The man stared down at the form. His hand trembled as he reached for the stylus.</w:t>
      </w:r>
    </w:p>
    <w:p>
      <w:r>
        <w:t>“I don’t want her to die.”</w:t>
      </w:r>
    </w:p>
    <w:p>
      <w:r>
        <w:t>“I understand,” the Porcelain said. “That’s why Omnira exists.”</w:t>
      </w:r>
    </w:p>
    <w:p>
      <w:r>
        <w:t>He tapped the form. Once for him. Once for her. Once for the unborn child.</w:t>
      </w:r>
    </w:p>
    <w:p>
      <w:r>
        <w:t>The ConsentSync™ terminal chimed. Green light.</w:t>
      </w:r>
    </w:p>
    <w:p>
      <w:r>
        <w:t>Two Porcelains lifted the woman gently onto a gurney. Her eyes fluttered open. She asked for her husband.</w:t>
      </w:r>
    </w:p>
    <w:p>
      <w:r>
        <w:t>“He’ll be escorted,” one of the nurses said.</w:t>
      </w:r>
    </w:p>
    <w:p>
      <w:r>
        <w:t>As they rolled her away, the ComplyBridge™ speaker added cheerfully:</w:t>
      </w:r>
    </w:p>
    <w:p>
      <w:r>
        <w:t>“Congratulations on beginning your journey. You are safe now.”</w:t>
      </w:r>
    </w:p>
    <w:p>
      <w:r>
        <w:t>The man stood alone, surrounded by screens, unspoken terms, and fluorescent joy.</w:t>
      </w:r>
    </w:p>
    <w:p>
      <w:r>
        <w:t>Iris couldn’t move. Her stomach had twisted.</w:t>
      </w:r>
    </w:p>
    <w:p>
      <w:r>
        <w:t>She turned away, but not before catching one last detail: the ConsentSync™ form had one final line, checked automatically—</w:t>
      </w:r>
    </w:p>
    <w:p>
      <w:r>
        <w:t>☑ I consent to future emotional adjustment of my child’s worldview.</w:t>
      </w:r>
    </w:p>
    <w:p>
      <w:r>
        <w:t>They didn’t speak as they left the atrium.</w:t>
      </w:r>
    </w:p>
    <w:p>
      <w:r>
        <w:t>The corridors pulsed faintly with ambient compliance music — a near-inaudible melody designed by Omnira's Neurological Harmony Group™. Iris could feel the rhythm trying to flatten her pulse.</w:t>
      </w:r>
    </w:p>
    <w:p>
      <w:r>
        <w:t>Behind them, the newly converted father was ushered into a counseling cubicle.</w:t>
      </w:r>
    </w:p>
    <w:p>
      <w:r>
        <w:t>Rafe muttered, “They’ll reward him with something soothing. Protein paste. A docu-advertisement about fatherhood in the New Structure. Maybe even a relaxation serum.”</w:t>
      </w:r>
    </w:p>
    <w:p>
      <w:r>
        <w:t>“Do they know what they’ve signed?” Iris asked.</w:t>
      </w:r>
    </w:p>
    <w:p>
      <w:r>
        <w:t>“They know they want to live. Omnira handles the rest.”</w:t>
      </w:r>
    </w:p>
    <w:p>
      <w:r>
        <w:t>Room 217 again.</w:t>
      </w:r>
    </w:p>
    <w:p>
      <w:r>
        <w:t>Rafe’s mother was sitting with her hands neatly folded. The VirtuVitals™ panel above her blinked a pastel chart of her blood pressure and emotional resonance. She looked up as they entered, as if no time had passed at all.</w:t>
      </w:r>
    </w:p>
    <w:p>
      <w:r>
        <w:t>“Oh good,” she said brightly. “You’re still here.”</w:t>
      </w:r>
    </w:p>
    <w:p>
      <w:r>
        <w:t>“We didn’t want to leave you alone,” Iris said.</w:t>
      </w:r>
    </w:p>
    <w:p>
      <w:r>
        <w:t>Rafe stood by the wall, arms crossed, eyes on the floor.</w:t>
      </w:r>
    </w:p>
    <w:p>
      <w:r>
        <w:t>“Did you see them?” his mother asked, her voice somewhere between curiosity and pride. “The young couple?”</w:t>
      </w:r>
    </w:p>
    <w:p>
      <w:r>
        <w:t>Iris hesitated. “Yes.”</w:t>
      </w:r>
    </w:p>
    <w:p>
      <w:r>
        <w:t>“They made the right decision. Starting a life outside the Structure is cruel. For the child, I mean. Omnira will calibrate their purpose early. It saves so much anguish later.”</w:t>
      </w:r>
    </w:p>
    <w:p>
      <w:r>
        <w:t>Rafe’s nostrils flared.</w:t>
      </w:r>
    </w:p>
    <w:p>
      <w:r>
        <w:t>His mother noticed.</w:t>
      </w:r>
    </w:p>
    <w:p>
      <w:r>
        <w:t>“Oh, Rafe. Don’t look at me like that. You used to want the world to make sense. This place makes sense. Nothing here screams. Nothing here falls apart.”</w:t>
      </w:r>
    </w:p>
    <w:p>
      <w:r>
        <w:t>“No,” he said quietly. “It just dissolves. Bit by bit.”</w:t>
      </w:r>
    </w:p>
    <w:p>
      <w:r>
        <w:t>She gave him the smallest of frowns. “You don’t have to be cruel.”</w:t>
      </w:r>
    </w:p>
    <w:p>
      <w:r>
        <w:t>“I’m not trying to be,” he said, turning his gaze to the window. “I’m just saying, we used to believe suffering meant something.”</w:t>
      </w:r>
    </w:p>
    <w:p>
      <w:r>
        <w:t>Iris shot him a glance. He was unraveling. Carefully, carefully, she stepped in.</w:t>
      </w:r>
    </w:p>
    <w:p>
      <w:r>
        <w:t>“Have you been here long?” she asked the older woman, shifting the subject.</w:t>
      </w:r>
    </w:p>
    <w:p>
      <w:r>
        <w:t>“Three years, four months,” she answered proudly. “Enrolled on my own. No outreach team required. I’ve completed five empathy cycles and three ideological realignments.”</w:t>
      </w:r>
    </w:p>
    <w:p>
      <w:r>
        <w:t>Rafe swallowed something bitter.</w:t>
      </w:r>
    </w:p>
    <w:p>
      <w:r>
        <w:t>She smiled at him, serene.</w:t>
      </w:r>
    </w:p>
    <w:p>
      <w:r>
        <w:t>“You know, I kept your old drawings,” she said.</w:t>
      </w:r>
    </w:p>
    <w:p>
      <w:r>
        <w:t>His face didn’t change, but Iris saw something flicker in his eyes.</w:t>
      </w:r>
    </w:p>
    <w:p>
      <w:r>
        <w:t>“In my pre-clearance box,” she continued. “They store things for you — memories, old identities, irrational keepsakes. They let you choose when to delete them.”</w:t>
      </w:r>
    </w:p>
    <w:p>
      <w:r>
        <w:t>Rafe’s voice was flat. “And did you?”</w:t>
      </w:r>
    </w:p>
    <w:p>
      <w:r>
        <w:t>“Of course,” she said gently. “It’s how I sleep at night.”</w:t>
      </w:r>
    </w:p>
    <w:p>
      <w:r>
        <w:t>Iris took a step back, nausea curling beneath her ribs. This wasn’t a woman numbed by sedatives or controlled by implants. She was voluntarily peaceful — and that made it worse.</w:t>
      </w:r>
    </w:p>
    <w:p>
      <w:r>
        <w:t>“You asked for me,” Iris said. “Why?”</w:t>
      </w:r>
    </w:p>
    <w:p>
      <w:r>
        <w:t>The woman tilted her head. “Because you understand stories. And you’re part of mine. I used to follow your work religiously. And when I heard your voice again—well, I thought it meant something.”</w:t>
      </w:r>
    </w:p>
    <w:p>
      <w:r>
        <w:t>Iris’s spine stiffened. “That wasn’t my voice.”</w:t>
      </w:r>
    </w:p>
    <w:p>
      <w:r>
        <w:t>“But it sounded just like you. That’s what matters.”</w:t>
      </w:r>
    </w:p>
    <w:p>
      <w:r>
        <w:t>“No. It isn’t.”</w:t>
      </w:r>
    </w:p>
    <w:p>
      <w:r>
        <w:t>The woman’s smile didn’t falter. “You’ll come around. We all do.”</w:t>
      </w:r>
    </w:p>
    <w:p>
      <w:r>
        <w:t>Rafe let out a sharp breath. “I need air.”</w:t>
      </w:r>
    </w:p>
    <w:p>
      <w:r>
        <w:t>He left without waiting for a response. The door slid shut behind him.</w:t>
      </w:r>
    </w:p>
    <w:p>
      <w:r>
        <w:t>Iris remained.</w:t>
      </w:r>
    </w:p>
    <w:p>
      <w:r>
        <w:t>The woman turned her soft gaze back to the wall screen.</w:t>
      </w:r>
    </w:p>
    <w:p>
      <w:r>
        <w:t>“They’ll show her the Calming Simulations,” she said, referring to the woman who had just converted. “They’re very effective for post-birth distress. Replaces traditional bonding with… something cleaner.”</w:t>
      </w:r>
    </w:p>
    <w:p>
      <w:r>
        <w:t>Iris stepped toward the door.</w:t>
      </w:r>
    </w:p>
    <w:p>
      <w:r>
        <w:t>“They just sold her child,” she said, quietly.</w:t>
      </w:r>
    </w:p>
    <w:p>
      <w:r>
        <w:t>The woman nodded, still smiling.</w:t>
      </w:r>
    </w:p>
    <w:p>
      <w:r>
        <w:t>“They sold mine too,” she replied.</w:t>
      </w:r>
    </w:p>
    <w:p>
      <w:r>
        <w:t>The hallway was quieter now. Too quiet.</w:t>
      </w:r>
    </w:p>
    <w:p>
      <w:r>
        <w:t>PulseQuiet™ beds dimmed in sequential harmony, like obedient stars going out on command. The hum of machinery was soft, predictable — the way grief never was.</w:t>
      </w:r>
    </w:p>
    <w:p>
      <w:r>
        <w:t>Iris found Rafe standing near the Observation Atrium, a long window looking down into one of the Postnatal Calibration Units.</w:t>
      </w:r>
    </w:p>
    <w:p>
      <w:r>
        <w:t>He was staring through the glass, jaw clenched so tightly she could see the strain in his neck.</w:t>
      </w:r>
    </w:p>
    <w:p>
      <w:r>
        <w:t>Below, through the sterile glow, they saw her.</w:t>
      </w:r>
    </w:p>
    <w:p>
      <w:r>
        <w:t>The woman who had signed the ConsentSync™ form was awake, but dazed. Her arms were empty. A Porcelain nurse stood beside her bed, explaining postnatal sedation options in a voice like someone narrating a weather app.</w:t>
      </w:r>
    </w:p>
    <w:p>
      <w:r>
        <w:t>The baby was not in the room.</w:t>
      </w:r>
    </w:p>
    <w:p>
      <w:r>
        <w:t>“Where is it?” Iris asked.</w:t>
      </w:r>
    </w:p>
    <w:p>
      <w:r>
        <w:t>“There,” Rafe said, pointing.</w:t>
      </w:r>
    </w:p>
    <w:p>
      <w:r>
        <w:t>Across the atrium, a glass corridor led to the Infant Integration Suite™. Inside, a child — hours old — was being wheeled gently into a glass cradle lined with ideological neuro-adapters the size of thimbles.</w:t>
      </w:r>
    </w:p>
    <w:p>
      <w:r>
        <w:t>A screen above the cradle flashed:</w:t>
      </w:r>
    </w:p>
    <w:p>
      <w:r>
        <w:t>Child ID: 771-K</w:t>
      </w:r>
    </w:p>
    <w:p>
      <w:r>
        <w:t>Parental Compliance: Full</w:t>
      </w:r>
    </w:p>
    <w:p>
      <w:r>
        <w:t>Cognitive Onboarding: In Progress</w:t>
      </w:r>
    </w:p>
    <w:p>
      <w:r>
        <w:t>“From the first breath, Omnira understands you.™”</w:t>
      </w:r>
    </w:p>
    <w:p>
      <w:r>
        <w:t>Iris felt her throat tighten.</w:t>
      </w:r>
    </w:p>
    <w:p>
      <w:r>
        <w:t>Two Porcelain technicians hovered near the cradle. They weren’t cruel. Just detached. Like interns being careful with fragile mail.</w:t>
      </w:r>
    </w:p>
    <w:p>
      <w:r>
        <w:t>The baby gave a muffled cry.</w:t>
      </w:r>
    </w:p>
    <w:p>
      <w:r>
        <w:t>Not a scream. The room was sound-managed, the cry processed through a VirtuSoothe™ filter, stripped of distress.</w:t>
      </w:r>
    </w:p>
    <w:p>
      <w:r>
        <w:t>Iris whispered, “They’re training the next voice.”</w:t>
      </w:r>
    </w:p>
    <w:p>
      <w:r>
        <w:t>Rafe didn’t answer.</w:t>
      </w:r>
    </w:p>
    <w:p>
      <w:r>
        <w:t>The Porcelain nurse turned and gently swabbed the baby’s temple with a gel. The screen displayed a cheerful emoji—Emotion Influx Detected. Logging Emotional Genesis.</w:t>
      </w:r>
    </w:p>
    <w:p>
      <w:r>
        <w:t>The other technician entered a code. A drone recorded the infant's micro-responses to stimuli.</w:t>
      </w:r>
    </w:p>
    <w:p>
      <w:r>
        <w:t>Iris’s hands were shaking.</w:t>
      </w:r>
    </w:p>
    <w:p>
      <w:r>
        <w:t>“They’re not even pretending this is medical anymore,” she said.</w:t>
      </w:r>
    </w:p>
    <w:p>
      <w:r>
        <w:t>Rafe folded his arms, exhaling hard through his nose.</w:t>
      </w:r>
    </w:p>
    <w:p>
      <w:r>
        <w:t>“They think it is,” he said. “They’ve redefined ‘care’ so many times it doesn’t include love anymore. Just stability. Predictability. Alignment.”</w:t>
      </w:r>
    </w:p>
    <w:p>
      <w:r>
        <w:t>The Porcelains finished adjusting the cradle. One of them lifted the baby with clinical grace — not rough, but not tender either.</w:t>
      </w:r>
    </w:p>
    <w:p>
      <w:r>
        <w:t>The child’s arms waved weakly in the air.</w:t>
      </w:r>
    </w:p>
    <w:p>
      <w:r>
        <w:t>“Put the baby down.”</w:t>
      </w:r>
    </w:p>
    <w:p>
      <w:r>
        <w:t>The words tore out of Iris before she could catch them. They bounced against the glass.</w:t>
      </w:r>
    </w:p>
    <w:p>
      <w:r>
        <w:t>Rafe flinched.</w:t>
      </w:r>
    </w:p>
    <w:p>
      <w:r>
        <w:t>Inside the calibration room, the technicians turned. One stared directly up at the observation window, making no expression at all.</w:t>
      </w:r>
    </w:p>
    <w:p>
      <w:r>
        <w:t>Rafe grabbed Iris’s arm.</w:t>
      </w:r>
    </w:p>
    <w:p>
      <w:r>
        <w:t>“Are you trying to get flagged?”</w:t>
      </w:r>
    </w:p>
    <w:p>
      <w:r>
        <w:t>“She’s a mother,” Iris hissed. “She should be holding her child. Not watching from sedation while strangers… wire her baby into a loyalty loop.”</w:t>
      </w:r>
    </w:p>
    <w:p>
      <w:r>
        <w:t>“You want to help?” he snapped. “Then don’t make this about you. You think if you shout loud enough, it won’t look like guilt?”</w:t>
      </w:r>
    </w:p>
    <w:p>
      <w:r>
        <w:t>The glass beneath her palms was cold. Her reflection in it looked more like a ghost than a woman.</w:t>
      </w:r>
    </w:p>
    <w:p>
      <w:r>
        <w:t>The Porcelain nurse below turned back to the child and adjusted the head support. The screen flashed green.</w:t>
      </w:r>
    </w:p>
    <w:p>
      <w:r>
        <w:t>Integration Status: Normalizing. Projected Ideological Sync: 92.7%</w:t>
      </w:r>
    </w:p>
    <w:p>
      <w:r>
        <w:t>The second Porcelain tapped in final entries and nodded toward the exit.</w:t>
      </w:r>
    </w:p>
    <w:p>
      <w:r>
        <w:t>The baby was left alone — inside a glowing cradle designed by people who hadn’t held their own.</w:t>
      </w:r>
    </w:p>
    <w:p>
      <w:r>
        <w:t>Back in the hallway, a voice chimed gently from the ceiling:</w:t>
      </w:r>
    </w:p>
    <w:p>
      <w:r>
        <w:t>“Visiting hours will conclude in ten minutes. Please collect all emotional belongings before departure.”</w:t>
      </w:r>
    </w:p>
    <w:p>
      <w:r>
        <w:t>Iris didn’t move.</w:t>
      </w:r>
    </w:p>
    <w:p>
      <w:r>
        <w:t>She stared down at the cradle and thought of the voice they’d stolen from her — soft, reassuring, politically efficient.</w:t>
      </w:r>
    </w:p>
    <w:p>
      <w:r>
        <w:t>Now they were making another.</w:t>
      </w:r>
    </w:p>
    <w:p>
      <w:r>
        <w:t>Not forged this time.</w:t>
      </w:r>
    </w:p>
    <w:p>
      <w:r>
        <w:t>Born branded.</w:t>
      </w:r>
    </w:p>
    <w:p>
      <w:r>
        <w:t>Outside, the sky was the same sterile grey Omnira preferred for emotional neutrality. Overcast enough to discourage lingering. Mild enough to avoid complaint.</w:t>
      </w:r>
    </w:p>
    <w:p>
      <w:r>
        <w:t>Rafe walked ahead.</w:t>
      </w:r>
    </w:p>
    <w:p>
      <w:r>
        <w:t>The checkpoint to exit wasn’t just a door. It was a filtration ritual.</w:t>
      </w:r>
    </w:p>
    <w:p>
      <w:r>
        <w:t>Two Porcelain guards stood flanking a scan arch—silent, upright, not reacting to anything unless their onboard compliance flag pinged red. Between them, a translucent force gate shimmered with pulsing blue—passable, but only if you passed.</w:t>
      </w:r>
    </w:p>
    <w:p>
      <w:r>
        <w:t>Rafe slowed, glancing sideways at Iris. “You remember the protocol?”</w:t>
      </w:r>
    </w:p>
    <w:p>
      <w:r>
        <w:t>She nodded once. “Neutral face. Breathe shallow. No sudden emotion spikes.”</w:t>
      </w:r>
    </w:p>
    <w:p>
      <w:r>
        <w:t>“And if the arch flashes amber?”</w:t>
      </w:r>
    </w:p>
    <w:p>
      <w:r>
        <w:t>“Run,” she said, deadpan.</w:t>
      </w:r>
    </w:p>
    <w:p>
      <w:r>
        <w:t>They stepped forward together. The gate lit blue. The air changed—charged, invasive. Iris felt the scan roll over her: body temp, heart rate, facial micro-expressions, gait stability, mood volatility, biometric stress ratio. One beat too hard in either direction and the system would chirp.</w:t>
      </w:r>
    </w:p>
    <w:p>
      <w:r>
        <w:t>Then—two soft tones.</w:t>
      </w:r>
    </w:p>
    <w:p>
      <w:r>
        <w:t>The force shimmer vanished. The arch allowed them through.</w:t>
      </w:r>
    </w:p>
    <w:p>
      <w:r>
        <w:t>Behind them, a silent red light lit up in the background. Someone else, unknown, hadn’t passed. Porcelains shifted quietly in that direction.</w:t>
      </w:r>
    </w:p>
    <w:p>
      <w:r>
        <w:t>No one said a word until the street swallowed the hospital behind them.</w:t>
      </w:r>
    </w:p>
    <w:p>
      <w:r>
        <w:t>They didn’t speak again until they reached the edge of the neutral district, where Omnira’s signage gave way to cracks in pavement and old city scars.</w:t>
      </w:r>
    </w:p>
    <w:p>
      <w:r>
        <w:t>“Say it,” Iris said.</w:t>
      </w:r>
    </w:p>
    <w:p>
      <w:r>
        <w:t>Rafe didn’t turn around. “Say what.”</w:t>
      </w:r>
    </w:p>
    <w:p>
      <w:r>
        <w:t>“Whatever’s boiling behind your teeth. Say it.”</w:t>
      </w:r>
    </w:p>
    <w:p>
      <w:r>
        <w:t>He exhaled through his nose, slow. Then turned to face her.</w:t>
      </w:r>
    </w:p>
    <w:p>
      <w:r>
        <w:t>“You want to know why I let you come?”</w:t>
      </w:r>
    </w:p>
    <w:p>
      <w:r>
        <w:t>“I already know. Jonah.”</w:t>
      </w:r>
    </w:p>
    <w:p>
      <w:r>
        <w:t>“No,” he said. “Jonah ordered it, yeah. But I didn’t say no.”</w:t>
      </w:r>
    </w:p>
    <w:p>
      <w:r>
        <w:t>Iris raised an eyebrow. “Why not?”</w:t>
      </w:r>
    </w:p>
    <w:p>
      <w:r>
        <w:t>Rafe’s voice was calm now. Quieter than she expected.</w:t>
      </w:r>
    </w:p>
    <w:p>
      <w:r>
        <w:t>“Because if you are who you say you are — if you really didn’t record that forged voice, if you're still you — then you needed to see this.”</w:t>
      </w:r>
    </w:p>
    <w:p>
      <w:r>
        <w:t>Iris looked down at her hands. They still trembled, just slightly.</w:t>
      </w:r>
    </w:p>
    <w:p>
      <w:r>
        <w:t>“You think I didn’t know how bad it was?”</w:t>
      </w:r>
    </w:p>
    <w:p>
      <w:r>
        <w:t>“I think you knew it in theory,” he said. “Like someone who’s read a hostage letter written in someone else’s handwriting. But now you’ve seen the pen marks.”</w:t>
      </w:r>
    </w:p>
    <w:p>
      <w:r>
        <w:t>There was silence.</w:t>
      </w:r>
    </w:p>
    <w:p>
      <w:r>
        <w:t>A gull screamed overhead. The kind of raw, organic sound Omnira would have filtered if it could.</w:t>
      </w:r>
    </w:p>
    <w:p>
      <w:r>
        <w:t>Iris said, “I watched a woman sign her child away. And I couldn’t stop it.”</w:t>
      </w:r>
    </w:p>
    <w:p>
      <w:r>
        <w:t>“You could’ve.”</w:t>
      </w:r>
    </w:p>
    <w:p>
      <w:r>
        <w:t>“You could’ve screamed. Broken the glass. Made it about you. Made it worse. But you didn’t. You watched. You learned.”</w:t>
      </w:r>
    </w:p>
    <w:p>
      <w:r>
        <w:t>He stepped closer.</w:t>
      </w:r>
    </w:p>
    <w:p>
      <w:r>
        <w:t>“That’s what we need right now. Not martyrs. Not saviors. Not heroes on fire.”</w:t>
      </w:r>
    </w:p>
    <w:p>
      <w:r>
        <w:t>“What then?”</w:t>
      </w:r>
    </w:p>
    <w:p>
      <w:r>
        <w:t>“Witnesses who remember.”</w:t>
      </w:r>
    </w:p>
    <w:p>
      <w:r>
        <w:t>Iris looked past him, to the backlit Omnira logo shining against the hospital’s eastern wing. The ‘O’ in the center looked almost gentle. Almost maternal.</w:t>
      </w:r>
    </w:p>
    <w:p>
      <w:r>
        <w:t>“Rafe…”</w:t>
      </w:r>
    </w:p>
    <w:p>
      <w:r>
        <w:t>“I still don’t trust you,” he said. “But after what I saw in there… I trust that you don’t trust them.”</w:t>
      </w:r>
    </w:p>
    <w:p>
      <w:r>
        <w:t>“Which is a start.”</w:t>
      </w:r>
    </w:p>
    <w:p>
      <w:r>
        <w:t>They walked back in silence, but the kind that had air in it now. Not forgiveness. Not alliance.</w:t>
      </w:r>
    </w:p>
    <w:p>
      <w:r>
        <w:t>Just the thin, invisible thread of shared disgust.</w:t>
      </w:r>
    </w:p>
    <w:p>
      <w:r>
        <w:t>Behind them, the hospital continued humming — birthing compliance, sterilizing dissent, and rocking infants into the algorithm.</w:t>
      </w:r>
    </w:p>
    <w:p>
      <w:r>
        <w:t>Chapter 21: The Resistance Debates</w:t>
      </w:r>
    </w:p>
    <w:p>
      <w:r>
        <w:t>Location: Anthros mental-hold facility — a repurposed metro tunnel lined with blackout cloth, mirrors, and biometric readers. Known among Anthros as "The Well."</w:t>
      </w:r>
    </w:p>
    <w:p>
      <w:r>
        <w:t>ELYA (Briefing)</w:t>
      </w:r>
    </w:p>
    <w:p>
      <w:r>
        <w:t>“We can't out-gun Omnira.</w:t>
      </w:r>
    </w:p>
    <w:p>
      <w:r>
        <w:t>We can't out-code them.</w:t>
      </w:r>
    </w:p>
    <w:p>
      <w:r>
        <w:t>But we can out-remember them.”</w:t>
      </w:r>
    </w:p>
    <w:p>
      <w:r>
        <w:t>She pointed at the black door behind her.</w:t>
      </w:r>
    </w:p>
    <w:p>
      <w:r>
        <w:t>“That room tests what you’ll fight to keep.</w:t>
      </w:r>
    </w:p>
    <w:p>
      <w:r>
        <w:t>If your memory isn’t rooted deep enough,</w:t>
      </w:r>
    </w:p>
    <w:p>
      <w:r>
        <w:t>they can take it without asking.”</w:t>
      </w:r>
    </w:p>
    <w:p>
      <w:r>
        <w:t>THE ANCHOR PROTOCOL</w:t>
      </w:r>
    </w:p>
    <w:p>
      <w:r>
        <w:t>Each Resistance member was given one object:</w:t>
      </w:r>
    </w:p>
    <w:p>
      <w:r>
        <w:t>A stone. A letter. A scent. A sound clip. A cut photograph. A piece of real life.</w:t>
      </w:r>
    </w:p>
    <w:p>
      <w:r>
        <w:t>Then they were sealed in the test chamber.</w:t>
      </w:r>
    </w:p>
    <w:p>
      <w:r>
        <w:t>10 minutes.</w:t>
      </w:r>
    </w:p>
    <w:p>
      <w:r>
        <w:t>No voice contact.</w:t>
      </w:r>
    </w:p>
    <w:p>
      <w:r>
        <w:t>Only their anchor… and their mind.</w:t>
      </w:r>
    </w:p>
    <w:p>
      <w:r>
        <w:t>TEST ONE — SUBJECT: MARIE</w:t>
      </w:r>
    </w:p>
    <w:p>
      <w:r>
        <w:t>Anchor: her daughter’s drawing</w:t>
      </w:r>
    </w:p>
    <w:p>
      <w:r>
        <w:t>Result: failure</w:t>
      </w:r>
    </w:p>
    <w:p>
      <w:r>
        <w:t>She came out smiling. Eyes fogged.</w:t>
      </w:r>
    </w:p>
    <w:p>
      <w:r>
        <w:t>“I don’t remember why I was afraid,” she said.</w:t>
      </w:r>
    </w:p>
    <w:p>
      <w:r>
        <w:t>“Everything feels… resolved.”</w:t>
      </w:r>
    </w:p>
    <w:p>
      <w:r>
        <w:t>Elya marked her file. Silent.</w:t>
      </w:r>
    </w:p>
    <w:p>
      <w:r>
        <w:t>TEST TWO — SUBJECT: IRIS</w:t>
      </w:r>
    </w:p>
    <w:p>
      <w:r>
        <w:t>Anchor: A rooftop recording — Mara’s laugh on cassette. Worn. Warped.</w:t>
      </w:r>
    </w:p>
    <w:p>
      <w:r>
        <w:t>As the door shut behind her, the silence hit like a wall.</w:t>
      </w:r>
    </w:p>
    <w:p>
      <w:r>
        <w:t>She pressed play.</w:t>
      </w:r>
    </w:p>
    <w:p>
      <w:r>
        <w:t>The tape hissed.</w:t>
      </w:r>
    </w:p>
    <w:p>
      <w:r>
        <w:t>Then: laughter.</w:t>
      </w:r>
    </w:p>
    <w:p>
      <w:r>
        <w:t>Then: “Iris! Stop writing and live something!”</w:t>
      </w:r>
    </w:p>
    <w:p>
      <w:r>
        <w:t>The room blinked white.</w:t>
      </w:r>
    </w:p>
    <w:p>
      <w:r>
        <w:t>A memory flooded her: Mara chasing pigeons across a power line. High heels. Middle of the night.</w:t>
      </w:r>
    </w:p>
    <w:p>
      <w:r>
        <w:t>Alive.</w:t>
      </w:r>
    </w:p>
    <w:p>
      <w:r>
        <w:t>Then a voice:</w:t>
      </w:r>
    </w:p>
    <w:p>
      <w:r>
        <w:t>“Would you like to let that pain go?”</w:t>
      </w:r>
    </w:p>
    <w:p>
      <w:r>
        <w:t>Iris answered without pause.</w:t>
      </w:r>
    </w:p>
    <w:p>
      <w:r>
        <w:t>“Would you like to forget?”</w:t>
      </w:r>
    </w:p>
    <w:p>
      <w:r>
        <w:t>“Not if it kills me.”</w:t>
      </w:r>
    </w:p>
    <w:p>
      <w:r>
        <w:t>TEST THREE — SUBJECT: JONAH</w:t>
      </w:r>
    </w:p>
    <w:p>
      <w:r>
        <w:t>Anchor: A bent boat key — rusted, brine-worn</w:t>
      </w:r>
    </w:p>
    <w:p>
      <w:r>
        <w:t>He stared at it in the dark.</w:t>
      </w:r>
    </w:p>
    <w:p>
      <w:r>
        <w:t>Then he heard the lake again.</w:t>
      </w:r>
    </w:p>
    <w:p>
      <w:r>
        <w:t>FLASHBACK</w:t>
      </w:r>
    </w:p>
    <w:p>
      <w:r>
        <w:t>Leah. Seventeen. Wild eyes. The stolen boat.</w:t>
      </w:r>
    </w:p>
    <w:p>
      <w:r>
        <w:t>Another version appeared. Clean. Scripted.</w:t>
      </w:r>
    </w:p>
    <w:p>
      <w:r>
        <w:t>“She never existed. Your trauma was a construct.”</w:t>
      </w:r>
    </w:p>
    <w:p>
      <w:r>
        <w:t>Jonah stared at the fake Leah.</w:t>
      </w:r>
    </w:p>
    <w:p>
      <w:r>
        <w:t>“We gave you peace, Jonah. You just forgot to enjoy it.”</w:t>
      </w:r>
    </w:p>
    <w:p>
      <w:r>
        <w:t>Jonah reached for the key in his palm.</w:t>
      </w:r>
    </w:p>
    <w:p>
      <w:r>
        <w:t>It wasn’t there.</w:t>
      </w:r>
    </w:p>
    <w:p>
      <w:r>
        <w:t>Just ash.</w:t>
      </w:r>
    </w:p>
    <w:p>
      <w:r>
        <w:t>He screamed — not rage. Grief.</w:t>
      </w:r>
    </w:p>
    <w:p>
      <w:r>
        <w:t>AFTERMATH — THE SURVIVORS</w:t>
      </w:r>
    </w:p>
    <w:p>
      <w:r>
        <w:t>Out of 11 test subjects, 4 passed.</w:t>
      </w:r>
    </w:p>
    <w:p>
      <w:r>
        <w:t>Iris walked out stone-eyed.</w:t>
      </w:r>
    </w:p>
    <w:p>
      <w:r>
        <w:t>Jonah stumbled. Sweat-soaked. Bleeding from where he’d bitten his lip.</w:t>
      </w:r>
    </w:p>
    <w:p>
      <w:r>
        <w:t>She caught him before he fell.</w:t>
      </w:r>
    </w:p>
    <w:p>
      <w:r>
        <w:t>IRIS + JONAH (PRIVATE MOMENT)</w:t>
      </w:r>
    </w:p>
    <w:p>
      <w:r>
        <w:t>They sat on the floor of the data chamber. No lights. Just the blue flicker of a dying monitor.</w:t>
      </w:r>
    </w:p>
    <w:p>
      <w:r>
        <w:t>“What did you lose?” Iris asked.</w:t>
      </w:r>
    </w:p>
    <w:p>
      <w:r>
        <w:t>Jonah didn’t answer.</w:t>
      </w:r>
    </w:p>
    <w:p>
      <w:r>
        <w:t>Instead, he opened his fist.</w:t>
      </w:r>
    </w:p>
    <w:p>
      <w:r>
        <w:t>The key was there again.</w:t>
      </w:r>
    </w:p>
    <w:p>
      <w:r>
        <w:t>Bent. Burned.</w:t>
      </w:r>
    </w:p>
    <w:p>
      <w:r>
        <w:t>But real.</w:t>
      </w:r>
    </w:p>
    <w:p>
      <w:r>
        <w:t>“She screamed my name,” he whispered.</w:t>
      </w:r>
    </w:p>
    <w:p>
      <w:r>
        <w:t>“And I told myself all she could register was the wind.”</w:t>
      </w:r>
    </w:p>
    <w:p>
      <w:r>
        <w:t>Iris touched his shoulder.</w:t>
      </w:r>
    </w:p>
    <w:p>
      <w:r>
        <w:t>“You didn’t forget. That’s the fight.”</w:t>
      </w:r>
    </w:p>
    <w:p>
      <w:r>
        <w:t>He looked at her — like seeing something he’d been afraid to find.</w:t>
      </w:r>
    </w:p>
    <w:p>
      <w:r>
        <w:t>“You ever think you’re not strong enough to hold it all?”</w:t>
      </w:r>
    </w:p>
    <w:p>
      <w:r>
        <w:t>She didn’t hesitate.</w:t>
      </w:r>
    </w:p>
    <w:p>
      <w:r>
        <w:t>“Every day. But I’d rather break under truth than float on lies.”</w:t>
      </w:r>
    </w:p>
    <w:p>
      <w:r>
        <w:t>THE WALL OF ANCHORS</w:t>
      </w:r>
    </w:p>
    <w:p>
      <w:r>
        <w:t>Elya created a wall near the mess hall.</w:t>
      </w:r>
    </w:p>
    <w:p>
      <w:r>
        <w:t>Each survivor placed their anchor inside a hollowed-out cement pocket. No names.</w:t>
      </w:r>
    </w:p>
    <w:p>
      <w:r>
        <w:t>Just memory.</w:t>
      </w:r>
    </w:p>
    <w:p>
      <w:r>
        <w:t>Just gravity.</w:t>
      </w:r>
    </w:p>
    <w:p>
      <w:r>
        <w:t>ENDING SCENE — OMNIRA RESPONSE (INSERT)</w:t>
      </w:r>
    </w:p>
    <w:p>
      <w:r>
        <w:t>A leaked Omnira memo appeared on Resistance feeds 24 hours later.</w:t>
      </w:r>
    </w:p>
    <w:p>
      <w:r>
        <w:t>“Memory Fortification Patterns Detected Among Noncompliant Groups.</w:t>
      </w:r>
    </w:p>
    <w:p>
      <w:r>
        <w:t>Recommendation: Accelerate Emotional Softening Phase.</w:t>
      </w:r>
    </w:p>
    <w:p>
      <w:r>
        <w:t>Use recovered kin-emotion templates as countermeasures.”</w:t>
      </w:r>
    </w:p>
    <w:p>
      <w:r>
        <w:t>Chapter 22: Interlude – Mara’s Boots</w:t>
      </w:r>
    </w:p>
    <w:p>
      <w:r>
        <w:t>Location: Midtown pedestrian corridor, Sector 3. Holo-billboards shimmer like rain-soaked glass. People move slower today. Smiling more. Too much.</w:t>
      </w:r>
    </w:p>
    <w:p>
      <w:r>
        <w:t>At first, it looked like an ad.</w:t>
      </w:r>
    </w:p>
    <w:p>
      <w:r>
        <w:t>“Tired of trauma-based fatigue?</w:t>
      </w:r>
    </w:p>
    <w:p>
      <w:r>
        <w:t>Overwhelmed by grief you can’t name?</w:t>
      </w:r>
    </w:p>
    <w:p>
      <w:r>
        <w:t>Let us help you rest.</w:t>
      </w:r>
    </w:p>
    <w:p>
      <w:r>
        <w:t>DreamFeed™ — Experience the Feeling Without the Weight.”</w:t>
      </w:r>
    </w:p>
    <w:p>
      <w:r>
        <w:t>Soft piano. Warm colors. Testimonials from glossy-eyed users.</w:t>
      </w:r>
    </w:p>
    <w:p>
      <w:r>
        <w:t>Then… Mara’s voice.</w:t>
      </w:r>
    </w:p>
    <w:p>
      <w:r>
        <w:t>Not her exact words. But her tone. Her laugh. That sharp lilt on vowels.</w:t>
      </w:r>
    </w:p>
    <w:p>
      <w:r>
        <w:t>“Iris,” it whispered,</w:t>
      </w:r>
    </w:p>
    <w:p>
      <w:r>
        <w:t>“You don’t have to carry everything.”</w:t>
      </w:r>
    </w:p>
    <w:p>
      <w:r>
        <w:t>He watched the crowd gathered around the public node.</w:t>
      </w:r>
    </w:p>
    <w:p>
      <w:r>
        <w:t>Nobody blinked. They just leaned in — and plugged in.</w:t>
      </w:r>
    </w:p>
    <w:p>
      <w:r>
        <w:t>A thin headset clipped behind the ear.</w:t>
      </w:r>
    </w:p>
    <w:p>
      <w:r>
        <w:t>No wires. Just absorption.</w:t>
      </w:r>
    </w:p>
    <w:p>
      <w:r>
        <w:t>“They’ve compressed entire memory archetypes,” jonah's voice cut through. “Sold back to us as comfort loops.”</w:t>
      </w:r>
    </w:p>
    <w:p>
      <w:r>
        <w:t>“How?” Iris asked, stunned.</w:t>
      </w:r>
    </w:p>
    <w:p>
      <w:r>
        <w:t>“They’ve been harvesting residuals from Purification Clinics.</w:t>
      </w:r>
    </w:p>
    <w:p>
      <w:r>
        <w:t>Everything people thought they lost… repurposed.”</w:t>
      </w:r>
    </w:p>
    <w:p>
      <w:r>
        <w:t>THE FEED SIMULATION ROOM (CUT-SCENE)</w:t>
      </w:r>
    </w:p>
    <w:p>
      <w:r>
        <w:t>Inside one of Omnira’s flagship retail pods:</w:t>
      </w:r>
    </w:p>
    <w:p>
      <w:r>
        <w:t>A woman weeps gently. She’s cradling the feeling of her mother’s lullaby — though she no longer remembers her mother’s name.</w:t>
      </w:r>
    </w:p>
    <w:p>
      <w:r>
        <w:t>A child laughs in silence — trapped in a memory of a birthday that never happened, but feels close enough.</w:t>
      </w:r>
    </w:p>
    <w:p>
      <w:r>
        <w:t>A man lies still, smiling faintly. In the simulation, his partner never left.</w:t>
      </w:r>
    </w:p>
    <w:p>
      <w:r>
        <w:t>KESS (AT HQ)</w:t>
      </w:r>
    </w:p>
    <w:p>
      <w:r>
        <w:t>“Do we even fight this?” he asked.</w:t>
      </w:r>
    </w:p>
    <w:p>
      <w:r>
        <w:t>Elya didn’t answer.</w:t>
      </w:r>
    </w:p>
    <w:p>
      <w:r>
        <w:t>Kess leaned in. “We can’t stop pleasure. Not like this. We either crash the network or use it.”</w:t>
      </w:r>
    </w:p>
    <w:p>
      <w:r>
        <w:t>Jonah growled: “Use it how?”</w:t>
      </w:r>
    </w:p>
    <w:p>
      <w:r>
        <w:t>Kess grinned. “We install our own memories.”</w:t>
      </w:r>
    </w:p>
    <w:p>
      <w:r>
        <w:t>“No,” she said. “We don’t trick people.”</w:t>
      </w:r>
    </w:p>
    <w:p>
      <w:r>
        <w:t>Jonah added, “We show them real ones. True ones. Full — with the pain intact.”</w:t>
      </w:r>
    </w:p>
    <w:p>
      <w:r>
        <w:t>Kess raised an eyebrow. “You think people want pain?”</w:t>
      </w:r>
    </w:p>
    <w:p>
      <w:r>
        <w:t>Iris looked him dead in the eye.</w:t>
      </w:r>
    </w:p>
    <w:p>
      <w:r>
        <w:t>“No. But they respect people who survive it.”</w:t>
      </w:r>
    </w:p>
    <w:p>
      <w:r>
        <w:t>THE PLAN</w:t>
      </w:r>
    </w:p>
    <w:p>
      <w:r>
        <w:t>Jonah set the blueprint on the table.</w:t>
      </w:r>
    </w:p>
    <w:p>
      <w:r>
        <w:t>“We target the core DreamFeed™ server — inject counter-feeds directly.</w:t>
      </w:r>
    </w:p>
    <w:p>
      <w:r>
        <w:t>Real testimony.</w:t>
      </w:r>
    </w:p>
    <w:p>
      <w:r>
        <w:t>Real memory residue.</w:t>
      </w:r>
    </w:p>
    <w:p>
      <w:r>
        <w:t>Not pleasure loops.</w:t>
      </w:r>
    </w:p>
    <w:p>
      <w:r>
        <w:t>Truth scars.”</w:t>
      </w:r>
    </w:p>
    <w:p>
      <w:r>
        <w:t>Elya nodded.</w:t>
      </w:r>
    </w:p>
    <w:p>
      <w:r>
        <w:t>“In five days, Omnira hosts its first DreamFeed™ LiveStream Event.</w:t>
      </w:r>
    </w:p>
    <w:p>
      <w:r>
        <w:t>Public. Spectacle. Trust-building.</w:t>
      </w:r>
    </w:p>
    <w:p>
      <w:r>
        <w:t>We hijack that.”</w:t>
      </w:r>
    </w:p>
    <w:p>
      <w:r>
        <w:t>ENDING SCENE — IRIS + JONAH</w:t>
      </w:r>
    </w:p>
    <w:p>
      <w:r>
        <w:t>They sat together on a rooftop, again. The air hummed with simulated comfort.</w:t>
      </w:r>
    </w:p>
    <w:p>
      <w:r>
        <w:t>In the window across the street, a family was plugged in. All four, seated around dinner, eyes closed. Smiling.</w:t>
      </w:r>
    </w:p>
    <w:p>
      <w:r>
        <w:t>“They’re gone, aren’t they?” Iris asked.</w:t>
      </w:r>
    </w:p>
    <w:p>
      <w:r>
        <w:t>Jonah didn’t respond.</w:t>
      </w:r>
    </w:p>
    <w:p>
      <w:r>
        <w:t>“Do we even know what real feels like anymore?”</w:t>
      </w:r>
    </w:p>
    <w:p>
      <w:r>
        <w:t>He turned to her.</w:t>
      </w:r>
    </w:p>
    <w:p>
      <w:r>
        <w:t>“I know what it sounds like.”</w:t>
      </w:r>
    </w:p>
    <w:p>
      <w:r>
        <w:t>“Say something real, then.”</w:t>
      </w:r>
    </w:p>
    <w:p>
      <w:r>
        <w:t>“You scare me.”</w:t>
      </w:r>
    </w:p>
    <w:p>
      <w:r>
        <w:t>“Why?”</w:t>
      </w:r>
    </w:p>
    <w:p>
      <w:r>
        <w:t>“Because you remember better than I do.”</w:t>
      </w:r>
    </w:p>
    <w:p>
      <w:r>
        <w:t>Chapter 23: The Data Brokers</w:t>
      </w:r>
    </w:p>
    <w:p>
      <w:r>
        <w:t>Location: Omnira’s Broadcast Tower Omega-6 — disguised as a “public wellness beacon.” Actual function: citywide neural-frequency synchronization node.</w:t>
      </w:r>
    </w:p>
    <w:p>
      <w:r>
        <w:t>THE MISSION</w:t>
      </w:r>
    </w:p>
    <w:p>
      <w:r>
        <w:t>Elya’s voice over comms:</w:t>
      </w:r>
    </w:p>
    <w:p>
      <w:r>
        <w:t>“We’re patched into the outer ring. Jonah, you’ll breach the memory node. Iris, you route the testimony loop.”</w:t>
      </w:r>
    </w:p>
    <w:p>
      <w:r>
        <w:t>Kess added:</w:t>
      </w:r>
    </w:p>
    <w:p>
      <w:r>
        <w:t>“We have 6 minutes max before the feedback triggers reversal sync.</w:t>
      </w:r>
    </w:p>
    <w:p>
      <w:r>
        <w:t>You’re not uploading — you’re detonating. Make it count.”</w:t>
      </w:r>
    </w:p>
    <w:p>
      <w:r>
        <w:t>INSIDE THE BROADCAST CORE</w:t>
      </w:r>
    </w:p>
    <w:p>
      <w:r>
        <w:t>The broadcast chamber was a nightmare dressed in glass.</w:t>
      </w:r>
    </w:p>
    <w:p>
      <w:r>
        <w:t>Suspended LED columns.</w:t>
      </w:r>
    </w:p>
    <w:p>
      <w:r>
        <w:t>Transparent cables dripping neurogel.</w:t>
      </w:r>
    </w:p>
    <w:p>
      <w:r>
        <w:t>Digital scent emitters releasing faux nostalgia.</w:t>
      </w:r>
    </w:p>
    <w:p>
      <w:r>
        <w:t>A giant screen blinking:</w:t>
      </w:r>
    </w:p>
    <w:p>
      <w:r>
        <w:t>“DREAMFEED™ — WE REMEMBER FOR YOU.”</w:t>
      </w:r>
    </w:p>
    <w:p>
      <w:r>
        <w:t>Jonah sprinted to the uplink bank, slicing security feeds with a cracked analog card.</w:t>
      </w:r>
    </w:p>
    <w:p>
      <w:r>
        <w:t>Iris reached the main console.</w:t>
      </w:r>
    </w:p>
    <w:p>
      <w:r>
        <w:t>A single access line pulsed on the screen:</w:t>
      </w:r>
    </w:p>
    <w:p>
      <w:r>
        <w:t>"UPLOAD: MEMORY-SEQUENCE-D721-MARA—PROPERTY OMNIRA™"</w:t>
      </w:r>
    </w:p>
    <w:p>
      <w:r>
        <w:t>They had Mara.</w:t>
      </w:r>
    </w:p>
    <w:p>
      <w:r>
        <w:t>Not a simulation. Not just the voice.</w:t>
      </w:r>
    </w:p>
    <w:p>
      <w:r>
        <w:t>An entire extracted sequence. Her laugh, her fears, her final night. The rooftop.</w:t>
      </w:r>
    </w:p>
    <w:p>
      <w:r>
        <w:t>Iris’s fingers trembled against her side.</w:t>
      </w:r>
    </w:p>
    <w:p>
      <w:r>
        <w:t>“They’re using her as a template. They made her… public property.”</w:t>
      </w:r>
    </w:p>
    <w:p>
      <w:r>
        <w:t>Jonah turned. “You can’t shut it down.”</w:t>
      </w:r>
    </w:p>
    <w:p>
      <w:r>
        <w:t>“I’m not shutting it down.”</w:t>
      </w:r>
    </w:p>
    <w:p>
      <w:r>
        <w:t>“I’m replacing it.”</w:t>
      </w:r>
    </w:p>
    <w:p>
      <w:r>
        <w:t>THE FEED HIJACK BEGINS</w:t>
      </w:r>
    </w:p>
    <w:p>
      <w:r>
        <w:t>With a trembling finger, Iris redirected the stream.</w:t>
      </w:r>
    </w:p>
    <w:p>
      <w:r>
        <w:t>DreamFeed™’s launch event began playing live across the city:</w:t>
      </w:r>
    </w:p>
    <w:p>
      <w:r>
        <w:t>On every billboard.</w:t>
      </w:r>
    </w:p>
    <w:p>
      <w:r>
        <w:t>Every mobile visor.</w:t>
      </w:r>
    </w:p>
    <w:p>
      <w:r>
        <w:t>Every school.</w:t>
      </w:r>
    </w:p>
    <w:p>
      <w:r>
        <w:t>Every Porcelain™ unit.</w:t>
      </w:r>
    </w:p>
    <w:p>
      <w:r>
        <w:t>But instead of peaceful piano and bliss loops…</w:t>
      </w:r>
    </w:p>
    <w:p>
      <w:r>
        <w:t>They got Dael’s voice:</w:t>
      </w:r>
    </w:p>
    <w:p>
      <w:r>
        <w:t>“I asked for my nightmares back. Because I don’t want peace without truth.”</w:t>
      </w:r>
    </w:p>
    <w:p>
      <w:r>
        <w:t>Then Yara:</w:t>
      </w:r>
    </w:p>
    <w:p>
      <w:r>
        <w:t>“I can hold my children. But I can’t feel them. That was the trade.”</w:t>
      </w:r>
    </w:p>
    <w:p>
      <w:r>
        <w:t>Then a montage of blank stares — faces waking up mid-smile.</w:t>
      </w:r>
    </w:p>
    <w:p>
      <w:r>
        <w:t>The city froze.</w:t>
      </w:r>
    </w:p>
    <w:p>
      <w:r>
        <w:t>THE BETRAYAL</w:t>
      </w:r>
    </w:p>
    <w:p>
      <w:r>
        <w:t>Then the loop glitched.</w:t>
      </w:r>
    </w:p>
    <w:p>
      <w:r>
        <w:t>Static crackled.</w:t>
      </w:r>
    </w:p>
    <w:p>
      <w:r>
        <w:t>The screen flickered — back to the DreamFeed™ logo.</w:t>
      </w:r>
    </w:p>
    <w:p>
      <w:r>
        <w:t>On the platform behind them stood Silas — Resistance tech, part of the memory extraction team.</w:t>
      </w:r>
    </w:p>
    <w:p>
      <w:r>
        <w:t>He was holding a detonator.</w:t>
      </w:r>
    </w:p>
    <w:p>
      <w:r>
        <w:t>“Iris,” he said, “you think truth matters more than peace?</w:t>
      </w:r>
    </w:p>
    <w:p>
      <w:r>
        <w:t>You’ve never watched someone beg to forget.”</w:t>
      </w:r>
    </w:p>
    <w:p>
      <w:r>
        <w:t>Jonah reached for his weapon.</w:t>
      </w:r>
    </w:p>
    <w:p>
      <w:r>
        <w:t>Too late.</w:t>
      </w:r>
    </w:p>
    <w:p>
      <w:r>
        <w:t>Silas triggered the inversion code.</w:t>
      </w:r>
    </w:p>
    <w:p>
      <w:r>
        <w:t>THE BACKFLOW</w:t>
      </w:r>
    </w:p>
    <w:p>
      <w:r>
        <w:t>The memory stream reversed — began playing into the Resistance feed.</w:t>
      </w:r>
    </w:p>
    <w:p>
      <w:r>
        <w:t>Iris’s voice echoed — warped, broken, edited:</w:t>
      </w:r>
    </w:p>
    <w:p>
      <w:r>
        <w:t>“I wanted her to die.”</w:t>
      </w:r>
    </w:p>
    <w:p>
      <w:r>
        <w:t>“I let Mara fall.”</w:t>
      </w:r>
    </w:p>
    <w:p>
      <w:r>
        <w:t>“I remember nothing real.”</w:t>
      </w:r>
    </w:p>
    <w:p>
      <w:r>
        <w:t>She screamed. “THAT’S NOT ME!”</w:t>
      </w:r>
    </w:p>
    <w:p>
      <w:r>
        <w:t>But now it was.</w:t>
      </w:r>
    </w:p>
    <w:p>
      <w:r>
        <w:t>The feed was compromised — twisted.</w:t>
      </w:r>
    </w:p>
    <w:p>
      <w:r>
        <w:t>Jonah scrambled to isolate their source.</w:t>
      </w:r>
    </w:p>
    <w:p>
      <w:r>
        <w:t>“We can kill the feed or burn the backup node — you can’t do both!”</w:t>
      </w:r>
    </w:p>
    <w:p>
      <w:r>
        <w:t>Iris stared at the console.</w:t>
      </w:r>
    </w:p>
    <w:p>
      <w:r>
        <w:t>“Then I burn the truth. You get out.”</w:t>
      </w:r>
    </w:p>
    <w:p>
      <w:r>
        <w:t>THE ESCAPE + SACRIFICE</w:t>
      </w:r>
    </w:p>
    <w:p>
      <w:r>
        <w:t>Jonah pulled her toward the exit.</w:t>
      </w:r>
    </w:p>
    <w:p>
      <w:r>
        <w:t>“Too late — we do both.”</w:t>
      </w:r>
    </w:p>
    <w:p>
      <w:r>
        <w:t>He slammed the uplink panel with the backup trigger.</w:t>
      </w:r>
    </w:p>
    <w:p>
      <w:r>
        <w:t>The console lit red.</w:t>
      </w:r>
    </w:p>
    <w:p>
      <w:r>
        <w:t>“MEMORY NODE OVERRIDE — D721 FILES PURGED.”</w:t>
      </w:r>
    </w:p>
    <w:p>
      <w:r>
        <w:t>The entire core surged — burst of feedback knocked them both to the floor.</w:t>
      </w:r>
    </w:p>
    <w:p>
      <w:r>
        <w:t>Alarms rang. Sirens blinked.</w:t>
      </w:r>
    </w:p>
    <w:p>
      <w:r>
        <w:t>Omnira’s tower went black.</w:t>
      </w:r>
    </w:p>
    <w:p>
      <w:r>
        <w:t>AFTERMATH — SAFEHOUSE</w:t>
      </w:r>
    </w:p>
    <w:p>
      <w:r>
        <w:t>Later. Smoke still in their lungs. Blood on Jonah’s temple.</w:t>
      </w:r>
    </w:p>
    <w:p>
      <w:r>
        <w:t>Iris watched the surviving video file: just 18 seconds.</w:t>
      </w:r>
    </w:p>
    <w:p>
      <w:r>
        <w:t>Dael’s face.</w:t>
      </w:r>
    </w:p>
    <w:p>
      <w:r>
        <w:t>“Memory is the price of freedom. If you forget your scars, they will sell you new ones.”</w:t>
      </w:r>
    </w:p>
    <w:p>
      <w:r>
        <w:t>She whispered:</w:t>
      </w:r>
    </w:p>
    <w:p>
      <w:r>
        <w:t>“We won. But I lost her again.”</w:t>
      </w:r>
    </w:p>
    <w:p>
      <w:r>
        <w:t>“No. You buried her this time.”</w:t>
      </w:r>
    </w:p>
    <w:p>
      <w:r>
        <w:t>ENDING INSERT — OMNIRA MEMO</w:t>
      </w:r>
    </w:p>
    <w:p>
      <w:r>
        <w:t>On internal channels, Omnira’s damage report listed Iris as:</w:t>
      </w:r>
    </w:p>
    <w:p>
      <w:r>
        <w:t>“D721 Memory Substrate Incomplete.</w:t>
      </w:r>
    </w:p>
    <w:p>
      <w:r>
        <w:t>Subject: Degraded.</w:t>
      </w:r>
    </w:p>
    <w:p>
      <w:r>
        <w:t>Threat Level: Escalating.”</w:t>
      </w:r>
    </w:p>
    <w:p>
      <w:r>
        <w:t>Next to it: a proposed label for future citizen monitoring.</w:t>
      </w:r>
    </w:p>
    <w:p>
      <w:r>
        <w:t>“REMEMBERISTS”</w:t>
      </w:r>
    </w:p>
    <w:p>
      <w:r>
        <w:t>INT. RECALLIST CLINIC — NIGHT</w:t>
      </w:r>
    </w:p>
    <w:p>
      <w:r>
        <w:t>The building looks like it’s been dipped in silence.</w:t>
      </w:r>
    </w:p>
    <w:p>
      <w:r>
        <w:t>No signage, no queues, no light except for the sterile blue that leaks under the triple-layer security door. The sign-in terminal doesn’t ask for her name. Just offers her a choice:</w:t>
      </w:r>
    </w:p>
    <w:p>
      <w:r>
        <w:t>[Iris to You] I kept her boots. Stupid, maybe. But don’t we all need proof that someone mattered?</w:t>
      </w:r>
    </w:p>
    <w:p>
      <w:r>
        <w:t>&gt; "WHICH PAIN WOULD YOU LIKE TO PART WITH TODAY?"</w:t>
      </w:r>
    </w:p>
    <w:p>
      <w:r>
        <w:t>Iris swallows. The receptionist doesn’t blink. Probably isn’t allowed to.</w:t>
      </w:r>
    </w:p>
    <w:p>
      <w:r>
        <w:t>She types: “Loss.”</w:t>
      </w:r>
    </w:p>
    <w:p>
      <w:r>
        <w:t>Then hesitates.</w:t>
      </w:r>
    </w:p>
    <w:p>
      <w:r>
        <w:t>Deletes it.</w:t>
      </w:r>
    </w:p>
    <w:p>
      <w:r>
        <w:t>Types: “Mara.”</w:t>
      </w:r>
    </w:p>
    <w:p>
      <w:r>
        <w:t>Enter.</w:t>
      </w:r>
    </w:p>
    <w:p>
      <w:r>
        <w:t>She steps into a corridor shaped like a whisper. The walls pulse faintly — as if the architecture is breathing. Above her, hidden speakers pump out low-frequency “soothe code.” It makes her scalp tingle and her jaw ache.</w:t>
      </w:r>
    </w:p>
    <w:p>
      <w:r>
        <w:t>A voice, soft and toneless, oozes from the air:</w:t>
      </w:r>
    </w:p>
    <w:p>
      <w:r>
        <w:t>**SYSTEM**</w:t>
      </w:r>
    </w:p>
    <w:p>
      <w:r>
        <w:t>“You are safe. You are seen. You are not your suffering.”</w:t>
      </w:r>
    </w:p>
    <w:p>
      <w:r>
        <w:t>At the end of the corridor, a retinal scanner flares.</w:t>
      </w:r>
    </w:p>
    <w:p>
      <w:r>
        <w:t>Iris steps up. Feels her pulse in her temple as the devi</w:t>
      </w:r>
    </w:p>
    <w:p>
      <w:r>
        <w:t>Location: Public squares across Sectors 2, 5, and 9. A day after the hijack. Broken screens, corrupted billboards. The city breathes through a bruise.</w:t>
      </w:r>
    </w:p>
    <w:p>
      <w:r>
        <w:t>She didn't mean to start a movement.</w:t>
      </w:r>
    </w:p>
    <w:p>
      <w:r>
        <w:t>She meant to end a monopoly.</w:t>
      </w:r>
    </w:p>
    <w:p>
      <w:r>
        <w:t>But now her face—blurred, mid-shout—was scrawled across walls in chalk and light ink. Her name wasn’t under it.</w:t>
      </w:r>
    </w:p>
    <w:p>
      <w:r>
        <w:t>Just a single word:</w:t>
      </w:r>
    </w:p>
    <w:p>
      <w:r>
        <w:t>REMEMBERIST.</w:t>
      </w:r>
    </w:p>
    <w:p>
      <w:r>
        <w:t>Anthros HQ</w:t>
      </w:r>
    </w:p>
    <w:p>
      <w:r>
        <w:t>Elya scrolled through intercepted comms. Civilian chatter was exploding. Threads on public forums, on visor feeds, even in private Omnira therapy networks.</w:t>
      </w:r>
    </w:p>
    <w:p>
      <w:r>
        <w:t>Some of it was reverent. Some furious.</w:t>
      </w:r>
    </w:p>
    <w:p>
      <w:r>
        <w:t>“She made me remember my daughter’s face. I forgot how much it hurt.”</w:t>
      </w:r>
    </w:p>
    <w:p>
      <w:r>
        <w:t>“She’s a terrorist. My mother hasn’t smiled since that broadcast.”</w:t>
      </w:r>
    </w:p>
    <w:p>
      <w:r>
        <w:t>“If that’s what real feels like… I don’t want it.”</w:t>
      </w:r>
    </w:p>
    <w:p>
      <w:r>
        <w:t>Jonah watched silently.</w:t>
      </w:r>
    </w:p>
    <w:p>
      <w:r>
        <w:t>He didn’t speak until the last post appeared:</w:t>
      </w:r>
    </w:p>
    <w:p>
      <w:r>
        <w:t>&gt; “I used to be afraid of my memories. Now I’m afraid of losing them again.”</w:t>
      </w:r>
    </w:p>
    <w:p>
      <w:r>
        <w:t>He looked at Iris.</w:t>
      </w:r>
    </w:p>
    <w:p>
      <w:r>
        <w:t>“You broke something open.”</w:t>
      </w:r>
    </w:p>
    <w:p>
      <w:r>
        <w:t>“I’m not sure I wanted to.”</w:t>
      </w:r>
    </w:p>
    <w:p>
      <w:r>
        <w:t>He shrugged. “Too late.”</w:t>
      </w:r>
    </w:p>
    <w:p>
      <w:r>
        <w:t>THE CITY REACTS</w:t>
      </w:r>
    </w:p>
    <w:p>
      <w:r>
        <w:t>In a cracked cafe in Sector 5, someone played the hijacked feed on loop. Patrons watched in silence.</w:t>
      </w:r>
    </w:p>
    <w:p>
      <w:r>
        <w:t>INT. MARKET DISTRICT — DAY</w:t>
      </w:r>
    </w:p>
    <w:p>
      <w:r>
        <w:t>The city hums like it doesn’t know it’s dying.</w:t>
      </w:r>
    </w:p>
    <w:p>
      <w:r>
        <w:t>Between narrow alleys and scent-coded stalls, Iris moves carefully, eyes darting. Jonah is behind her, watching like a wolf with no pack.</w:t>
      </w:r>
    </w:p>
    <w:p>
      <w:r>
        <w:t>As they pass a stall labeled “MOOD MANGOES™ — Each One a Feeling,” Iris halts.</w:t>
      </w:r>
    </w:p>
    <w:p>
      <w:r>
        <w:t>A boy is drawing on the sidewalk with coal.</w:t>
      </w:r>
    </w:p>
    <w:p>
      <w:r>
        <w:t>His drawing is a face — not quite human. Wide eyes. Cracked mouth. No words. Just contradiction.</w:t>
      </w:r>
    </w:p>
    <w:p>
      <w:r>
        <w:t>A woman leans down beside him.</w:t>
      </w:r>
    </w:p>
    <w:p>
      <w:r>
        <w:t>WOMAN (to Iris, low voice)</w:t>
      </w:r>
    </w:p>
    <w:p>
      <w:r>
        <w:t>"Anthros. Quiet kind. But he sees."</w:t>
      </w:r>
    </w:p>
    <w:p>
      <w:r>
        <w:t>Iris blinks. The woman smiles, then disappears into the crowd.</w:t>
      </w:r>
    </w:p>
    <w:p>
      <w:r>
        <w:t>Jonah gestures forward. They keep walking.</w:t>
      </w:r>
    </w:p>
    <w:p>
      <w:r>
        <w:t>INT. TIGHT STONE ALLEY</w:t>
      </w:r>
    </w:p>
    <w:p>
      <w:r>
        <w:t>They stop in the alley where a dockworker leans against a peeling wall. His hands are scarred. Real scars, not cosmetic.</w:t>
      </w:r>
    </w:p>
    <w:p>
      <w:r>
        <w:t>DOCKWORKER (without looking)</w:t>
      </w:r>
    </w:p>
    <w:p>
      <w:r>
        <w:t>"You here for sugar or sparks?"</w:t>
      </w:r>
    </w:p>
    <w:p>
      <w:r>
        <w:t>IRIS (glancing to Jonah)</w:t>
      </w:r>
    </w:p>
    <w:p>
      <w:r>
        <w:t>"Sparks."</w:t>
      </w:r>
    </w:p>
    <w:p>
      <w:r>
        <w:t>He grunts. Tosses her a matchbook.</w:t>
      </w:r>
    </w:p>
    <w:p>
      <w:r>
        <w:t>Inside is a line of text, handwritten:</w:t>
      </w:r>
    </w:p>
    <w:p>
      <w:r>
        <w:t>*“Memory isn’t what you keep. It’s what you choose to carry.”*</w:t>
      </w:r>
    </w:p>
    <w:p>
      <w:r>
        <w:t>Below it: A symbol. Ember inside an eye.</w:t>
      </w:r>
    </w:p>
    <w:p>
      <w:r>
        <w:t>IRIS (quietly)</w:t>
      </w:r>
    </w:p>
    <w:p>
      <w:r>
        <w:t>"They’re everywhere."</w:t>
      </w:r>
    </w:p>
    <w:p>
      <w:r>
        <w:t>JONAH (nodding)</w:t>
      </w:r>
    </w:p>
    <w:p>
      <w:r>
        <w:t>"Resistance isn’t a place. It’s what survives surveillance."</w:t>
      </w:r>
    </w:p>
    <w:p>
      <w:r>
        <w:t>They continue walking.</w:t>
      </w:r>
    </w:p>
    <w:p>
      <w:r>
        <w:t>A teacher in the distance draws on a school wall — a heart with a crack down its center. Below it:</w:t>
      </w:r>
    </w:p>
    <w:p>
      <w:r>
        <w:t>*“Feel anyway.”*</w:t>
      </w:r>
    </w:p>
    <w:p>
      <w:r>
        <w:t>Iris exhales.</w:t>
      </w:r>
    </w:p>
    <w:p>
      <w:r>
        <w:t>The world is watching itself.</w:t>
      </w:r>
    </w:p>
    <w:p>
      <w:r>
        <w:t>And somewhere inside that — hope burns.</w:t>
      </w:r>
    </w:p>
    <w:p>
      <w:r>
        <w:t>In a Porcelain™ repair center, one of the techs left a wire coiled like a question mark.</w:t>
      </w:r>
    </w:p>
    <w:p>
      <w:r>
        <w:t>In the DreamFeed™ Lounge on Hightower Avenue, half the headsets remained unplugged.</w:t>
      </w:r>
    </w:p>
    <w:p>
      <w:r>
        <w:t>And across a school wall, painted in wide red strokes:</w:t>
      </w:r>
    </w:p>
    <w:p>
      <w:r>
        <w:t>&gt; “REMEMBERISTS BLEED REAL.”</w:t>
      </w:r>
    </w:p>
    <w:p>
      <w:r>
        <w:t>Chapter 24: Whisper Networks</w:t>
      </w:r>
    </w:p>
    <w:p>
      <w:r>
        <w:t>Back at HQ, Anthros was splitting.</w:t>
      </w:r>
    </w:p>
    <w:p>
      <w:r>
        <w:t>Kess pressed her weight to the nearest surface like it might hold her together, chewing a stim-root. “We’re not built for this kind of attention. We go visible, we go extinct.”</w:t>
      </w:r>
    </w:p>
    <w:p>
      <w:r>
        <w:t>Elya shook her head. “We’ve already gone visible. Question is, do we lead it—or does Omnira absorb it first?”</w:t>
      </w:r>
    </w:p>
    <w:p>
      <w:r>
        <w:t>“I vote hide.”</w:t>
      </w:r>
    </w:p>
    <w:p>
      <w:r>
        <w:t>“I vote burn brighter,” said a courier from the back.</w:t>
      </w:r>
    </w:p>
    <w:p>
      <w:r>
        <w:t>“I don’t want to be the face of this.”</w:t>
      </w:r>
    </w:p>
    <w:p>
      <w:r>
        <w:t>Everyone looked at her.</w:t>
      </w:r>
    </w:p>
    <w:p>
      <w:r>
        <w:t>“I’m not a leader. I’m a memory hoarder with a voice problem.”</w:t>
      </w:r>
    </w:p>
    <w:p>
      <w:r>
        <w:t>Jonah finally spoke. “That’s exactly why it should be you. Because you didn’t want it.”</w:t>
      </w:r>
    </w:p>
    <w:p>
      <w:r>
        <w:t>Later that night. Rooftop again. Rain static-falling.</w:t>
      </w:r>
    </w:p>
    <w:p>
      <w:r>
        <w:t>“You believe in me too much,” Iris muttered.</w:t>
      </w:r>
    </w:p>
    <w:p>
      <w:r>
        <w:t>“I don’t believe in people. I believe in pressure.”</w:t>
      </w:r>
    </w:p>
    <w:p>
      <w:r>
        <w:t>“Put the right person under pressure—they either collapse or they cut diamond.” After the Fourth Information Collapse, governments became subsidiaries, and Omnira™ emerged not as ruler but as infrastructure. Its code stitched into governance, desire, and memory. There was no revolution—only consent by exhaustion.</w:t>
      </w:r>
    </w:p>
    <w:p>
      <w:r>
        <w:t>She looked at him sideways.</w:t>
      </w:r>
    </w:p>
    <w:p>
      <w:r>
        <w:t>“Which am I?”</w:t>
      </w:r>
    </w:p>
    <w:p>
      <w:r>
        <w:t>He didn’t smile.</w:t>
      </w:r>
    </w:p>
    <w:p>
      <w:r>
        <w:t>“I guess we’re still finding out.”</w:t>
      </w:r>
    </w:p>
    <w:p>
      <w:r>
        <w:t>A new interface update rolled out across DreamFeed™ networks.</w:t>
      </w:r>
    </w:p>
    <w:p>
      <w:r>
        <w:t>A soft prompt at login:</w:t>
      </w:r>
    </w:p>
    <w:p>
      <w:r>
        <w:t>&gt; “If you’re experiencing unauthorized memories, please report your symptoms. We’re here to help you heal.”</w:t>
      </w:r>
    </w:p>
    <w:p>
      <w:r>
        <w:t>And below it: a new tag detection warning:</w:t>
      </w:r>
    </w:p>
    <w:p>
      <w:r>
        <w:t>&gt; Content flagged: #Rememberist</w:t>
      </w:r>
    </w:p>
    <w:p>
      <w:r>
        <w:t>Iris stood in an alley, staring at a child drawing with charcoal on a wall.</w:t>
      </w:r>
    </w:p>
    <w:p>
      <w:r>
        <w:t>The girl didn’t look up as she worked. Just kept drawing—shaky, awkward lines.</w:t>
      </w:r>
    </w:p>
    <w:p>
      <w:r>
        <w:t>A face. Iris realized.</w:t>
      </w:r>
    </w:p>
    <w:p>
      <w:r>
        <w:t>Her face.</w:t>
      </w:r>
    </w:p>
    <w:p>
      <w:r>
        <w:t>Under it, the word again:</w:t>
      </w:r>
    </w:p>
    <w:p>
      <w:r>
        <w:t>The child finally looked up.</w:t>
      </w:r>
    </w:p>
    <w:p>
      <w:r>
        <w:t>“You’re her, huh?”</w:t>
      </w:r>
    </w:p>
    <w:p>
      <w:r>
        <w:t>Iris didn’t answer.</w:t>
      </w:r>
    </w:p>
    <w:p>
      <w:r>
        <w:t>She just sat beside her.</w:t>
      </w:r>
    </w:p>
    <w:p>
      <w:r>
        <w:t>And picked up the other piece of charcoal.</w:t>
      </w:r>
    </w:p>
    <w:p>
      <w:r>
        <w:t>Chapter 25: The Quiet Arms Race</w:t>
      </w:r>
    </w:p>
    <w:p>
      <w:r>
        <w:t>It wasn’t the funeral she remembered.</w:t>
      </w:r>
    </w:p>
    <w:p>
      <w:r>
        <w:t>It was the boots.</w:t>
      </w:r>
    </w:p>
    <w:p>
      <w:r>
        <w:t>Mara’s boots were still by the door. Scuffed, dirt-crusted, the laces always half-undone. Iris had told her to clean them a dozen times. “You’re tracking the forest into the flat,” she used to snap.</w:t>
      </w:r>
    </w:p>
    <w:p>
      <w:r>
        <w:t>Mara would roll her eyes. “It’s just dirt. It’s not grief.”</w:t>
      </w:r>
    </w:p>
    <w:p>
      <w:r>
        <w:t>And Iris, the older one, the practical one, would say something like, “You don’t know the difference.”</w:t>
      </w:r>
    </w:p>
    <w:p>
      <w:r>
        <w:t>After Mara died — disappeared, vanished, deleted, whatever word made it feel less real — Iris didn’t clean the boots. She stepped around them. For days. Weeks. Months. She told herself it was because she didn’t want to disturb the forensic scan, or because memory investigators might need them. But they never came. No one investigated loss anymore. You either sold it or swallowed it.</w:t>
      </w:r>
    </w:p>
    <w:p>
      <w:r>
        <w:t>She found herself apologizing to the boots one night. Whispering.</w:t>
      </w:r>
    </w:p>
    <w:p>
      <w:r>
        <w:t>“I should’ve known. I should’ve stopped you.”</w:t>
      </w:r>
    </w:p>
    <w:p>
      <w:r>
        <w:t>But Mara hadn’t told her she was submitting her memory — that last laugh, the sunlit one. Iris found out at the auction, like everyone else. She thought it was a hallucination. Then she saw the metadata.</w:t>
      </w:r>
    </w:p>
    <w:p>
      <w:r>
        <w:t>Donor: Mara Whitaker</w:t>
      </w:r>
    </w:p>
    <w:p>
      <w:r>
        <w:t>Price: 6,404 credits</w:t>
      </w:r>
    </w:p>
    <w:p>
      <w:r>
        <w:t>Access Tier: Platinum Emotion Suite™</w:t>
      </w:r>
    </w:p>
    <w:p>
      <w:r>
        <w:t>Iris had buried people in war zones. She’d watched memory riots unravel cities. But nothing hit harder than that — the commodification of her sister’s joy.</w:t>
      </w:r>
    </w:p>
    <w:p>
      <w:r>
        <w:t>And the boots.</w:t>
      </w:r>
    </w:p>
    <w:p>
      <w:r>
        <w:t>She still hadn’t moved them. Some days, she stepped over them like landmines. Other days, she sat next to them and pretended Mara would walk through the door, barefoot, laughing, saying, “Told you all she could register was dirt.”</w:t>
      </w:r>
    </w:p>
    <w:p>
      <w:r>
        <w:t>But the laugh wasn’t hers anymore.</w:t>
      </w:r>
    </w:p>
    <w:p>
      <w:r>
        <w:t>And Iris wasn’t sure the grief was either.</w:t>
      </w:r>
    </w:p>
    <w:p>
      <w:r>
        <w:t>Iris hadn’t slept.</w:t>
      </w:r>
    </w:p>
    <w:p>
      <w:r>
        <w:t>The glow of her laptop lit the dark apartment in ghostly blue, her face reflected pale and hollow on the screen. She had scrubbed the footage a dozen times now, slicing frame by frame, every muscle tight with the discipline of analysis.</w:t>
      </w:r>
    </w:p>
    <w:p>
      <w:r>
        <w:t>At first all she could register was a detail, a shimmer at the edge of the auction feed. She froze the frame. A paddle lifted, then doubled, like a reflection out of sync. She reversed, slowed it further. The same buyer, two seats over, bidding at the exact same instant with the exact same hand.</w:t>
      </w:r>
    </w:p>
    <w:p>
      <w:r>
        <w:t>She rubbed her eyes, leaned in. No. Not possible.</w:t>
      </w:r>
    </w:p>
    <w:p>
      <w:r>
        <w:t>She clipped the segment, ran it again. The laugh followed, the laugh that had gutted her, ripped her back into a sunlit childhood she hadn’t wanted to remember. Mara’s laugh.</w:t>
      </w:r>
    </w:p>
    <w:p>
      <w:r>
        <w:t>But now, slowed, dissected, it was wrong. Too clean at the edges. No reverb from the room. No ambient bleed. As if it had been spliced into the scene after the fact.</w:t>
      </w:r>
    </w:p>
    <w:p>
      <w:r>
        <w:t>Her throat tightened.</w:t>
      </w:r>
    </w:p>
    <w:p>
      <w:r>
        <w:t>“Mara wasn’t there,” she whispered, the words foreign on her tongue.</w:t>
      </w:r>
    </w:p>
    <w:p>
      <w:r>
        <w:t>The footage didn’t just prove Omnira could extract memories. It proved they could manufacture them. They hadn’t shown her Mara because Mara existed in the archive. They’d shown her Mara because they knew it would break her.</w:t>
      </w:r>
    </w:p>
    <w:p>
      <w:r>
        <w:t>Her hands trembled on the keyboard. The implications were worse than she’d let herself imagine. If they could splice laughter this seamlessly, they could splice anything. Any witness testimony. Any evidence file. Any history.</w:t>
      </w:r>
    </w:p>
    <w:p>
      <w:r>
        <w:t>She shoved back from the desk, heart hammering. Her whole career had been built on evidence. On what could be recorded, what could be corroborated. But if even memory was plastic, what was left?</w:t>
      </w:r>
    </w:p>
    <w:p>
      <w:r>
        <w:t>She paced, dragging her nails against her palms. “What counts as proof now?”</w:t>
      </w:r>
    </w:p>
    <w:p>
      <w:r>
        <w:t>The question echoed in the dark, too loud.</w:t>
      </w:r>
    </w:p>
    <w:p>
      <w:r>
        <w:t>Her phone buzzed again. She ignored it.</w:t>
      </w:r>
    </w:p>
    <w:p>
      <w:r>
        <w:t>Onscreen, the clipped footage looped endlessly: the paddle doubling, the laugh repeating, the splice clean as a scalpel cut. She replayed it until her head ached, until every muscle screamed to shut it down.</w:t>
      </w:r>
    </w:p>
    <w:p>
      <w:r>
        <w:t>A line of text flickered at the bottom of the screen. Not hers. Not part of the file. Something embedded deeper.</w:t>
      </w:r>
    </w:p>
    <w:p>
      <w:r>
        <w:t>Substrate: overwrite enabled.</w:t>
      </w:r>
    </w:p>
    <w:p>
      <w:r>
        <w:t>The words glitched once, then vanished.</w:t>
      </w:r>
    </w:p>
    <w:p>
      <w:r>
        <w:t>For a moment she thought she’d imagined them. But she hadn’t. The system itself was telling her the truth: overwrite enabled. Not just storage. Editing.</w:t>
      </w:r>
    </w:p>
    <w:p>
      <w:r>
        <w:t>She slammed the lid shut.</w:t>
      </w:r>
    </w:p>
    <w:p>
      <w:r>
        <w:t>Her chest heaved, heat rising in her face. She wanted to throw the machine across the room, but she forced herself to stillness. This was what they wanted, panic, despair, surrender.</w:t>
      </w:r>
    </w:p>
    <w:p>
      <w:r>
        <w:t>She pressed her palms flat on the desk and said it aloud, steady as she could:</w:t>
      </w:r>
    </w:p>
    <w:p>
      <w:r>
        <w:t>“If they can fabricate Mara, they can fabricate anything. Nothing is evidence. Nothing is safe.”</w:t>
      </w:r>
    </w:p>
    <w:p>
      <w:r>
        <w:t>And then, as if in answer, her secure line buzzed. Not her phone. Not the laptop. The old sat-terminal tucked behind the radiator, its indicator light blinking faint green.</w:t>
      </w:r>
    </w:p>
    <w:p>
      <w:r>
        <w:t>Her d. That line hadn’t buzzed in months. Only one person ever used it.</w:t>
      </w:r>
    </w:p>
    <w:p>
      <w:r>
        <w:t>Choudhry.</w:t>
      </w:r>
    </w:p>
    <w:p>
      <w:r>
        <w:t>She scrambled for it, flipping the terminal open. Static hissed, then his voice, grainy but urgent:</w:t>
      </w:r>
    </w:p>
    <w:p>
      <w:r>
        <w:t>“Don’t panic, Iris. I’m working on something that can’t be overwritten. Hold out.”</w:t>
      </w:r>
    </w:p>
    <w:p>
      <w:r>
        <w:t>The line cut dead before she could speak.</w:t>
      </w:r>
    </w:p>
    <w:p>
      <w:r>
        <w:t>She sat frozen, the hum of silence pressing in.</w:t>
      </w:r>
    </w:p>
    <w:p>
      <w:r>
        <w:t>Choudhry. The engineer who always seemed half a step outside the system, dropping her encrypted crumbs back when she was chasing graft in the Ministry. Brilliant, erratic, fond of riddles. Once, when she’d asked him why he risked helping, he’d said, “Because truth deserves tools. And someone who knows how to use them.”</w:t>
      </w:r>
    </w:p>
    <w:p>
      <w:r>
        <w:t>She’d always assumed he was a loner, a ghost living in circuits. if she missed her moment, the cost would be blood and memory, she was wrong. if she missed her moment, the cost would be blood and memory, he was part of something larger.</w:t>
      </w:r>
    </w:p>
    <w:p>
      <w:r>
        <w:t>Something organised.</w:t>
      </w:r>
    </w:p>
    <w:p>
      <w:r>
        <w:t>She touched the dead terminal, her hand shaking.</w:t>
      </w:r>
    </w:p>
    <w:p>
      <w:r>
        <w:t>Something that can’t be overwritten.</w:t>
      </w:r>
    </w:p>
    <w:p>
      <w:r>
        <w:t>something unfamiliar lodged behind her ribs that night, she let herself breathe.</w:t>
      </w:r>
    </w:p>
    <w:p>
      <w:r>
        <w:t>Iris didn’t sleep.</w:t>
      </w:r>
    </w:p>
    <w:p>
      <w:r>
        <w:t>The sat-terminal sat dark on the desk, its single green light already gone, as if she’d dreamed the whole exchange. But she knew Choudhry’s voice. She’d spent too many nights in government basements chasing whispers, too many hours bent over his strange little data drops not to recognize the rasp.</w:t>
      </w:r>
    </w:p>
    <w:p>
      <w:r>
        <w:t>She opened her laptop again, pulled up the files, and began to work.</w:t>
      </w:r>
    </w:p>
    <w:p>
      <w:r>
        <w:t>If Mara’s laugh had been fabricated, what else had?</w:t>
      </w:r>
    </w:p>
    <w:p>
      <w:r>
        <w:t>She started with the auction footage. Frame by frame, she picked it apart: paddles that doubled, shadows that didn’t align, reflections in glasses that showed different angles than the main camera. Subtle errors, buried so deep you’d never notice unless you were hunting.</w:t>
      </w:r>
    </w:p>
    <w:p>
      <w:r>
        <w:t>Then the printworks file.</w:t>
      </w:r>
    </w:p>
    <w:p>
      <w:r>
        <w:t>She slowed the projection to quarter-speed. The fragments still dazzled, but now she could see seams, edges blurred like bad sutures. She stopped at a scream, zoomed in until the pixels spread. The sound file didn’t match the waveform. It had been stitched in from somewhere else.</w:t>
      </w:r>
    </w:p>
    <w:p>
      <w:r>
        <w:t>Her stomach turned.</w:t>
      </w:r>
    </w:p>
    <w:p>
      <w:r>
        <w:t>It wasn’t a leak at all. It was a forgery designed to look like a leak. Omnira didn’t just edit memories, they edited the evidence of editing.</w:t>
      </w:r>
    </w:p>
    <w:p>
      <w:r>
        <w:t>She pressed record on her sleeve. “Whitaker, 03:17. Observation: splice inconsistencies across both auction and decoy reel. Suggests manufactured composites. Implication: Omnira’s system capable not only of fabrication but seamless erasure of fabrication trace. Conclusion: Evidence may no longer function as truth.”</w:t>
      </w:r>
    </w:p>
    <w:p>
      <w:r>
        <w:t>Her voice cracked on the last word.</w:t>
      </w:r>
    </w:p>
    <w:p>
      <w:r>
        <w:t>She shut her eyes, leaned back. What was the role of a journalist in a world where truth could be cut, copied, re-recorded until it was unrecognizable? Her profession, her craft, her identity, it all relied on verifiability. And Omnira had just burned the foundation out from under her.</w:t>
      </w:r>
    </w:p>
    <w:p>
      <w:r>
        <w:t>What counts as proof now?</w:t>
      </w:r>
    </w:p>
    <w:p>
      <w:r>
        <w:t>The question throbbed in her skull, heavier each time it circled back.</w:t>
      </w:r>
    </w:p>
    <w:p>
      <w:r>
        <w:t>Across the city, Jonah studied a different kind of proof.</w:t>
      </w:r>
    </w:p>
    <w:p>
      <w:r>
        <w:t>He stood at the edge of a plaza where Omnira’s screens towered above the crowd, light washing every face. A new campaign was playing, short, bright reels of “redemptive memories.” Couples reunited in curated embraces, students recalling exams they’d passed with ease, workers erasing the ache of injury with the flick of an app.</w:t>
      </w:r>
    </w:p>
    <w:p>
      <w:r>
        <w:t>The crowd swayed, mouths open, eyes wide.</w:t>
      </w:r>
    </w:p>
    <w:p>
      <w:r>
        <w:t>Jonah scanned the geometry of it. The Porcelain were positioned in formation, three on the left, three on the right, three at the back. A net, invisible to anyone who didn’t know how to see it. Their masks never moved, but their symmetry shaped the crowd, holding them in awe.</w:t>
      </w:r>
    </w:p>
    <w:p>
      <w:r>
        <w:t>He turned his wristband, catching Omnira’s network chatter. Neural spike levels peaked in the plaza. Attention logged. Compliance tagged. Every sigh, every gasp, every flicker of desire became a data point.</w:t>
      </w:r>
    </w:p>
    <w:p>
      <w:r>
        <w:t>Jonah’s lip curled. They didn’t just sell memories. They manufactured awe, measured it, weaponized it. And the people offered it willingly.</w:t>
      </w:r>
    </w:p>
    <w:p>
      <w:r>
        <w:t>His eyes tracked the faces in the crowd. Rapture. Longing. Relief. This was why the Resistance burned itself out in tunnels while Omnira rose higher each year. You couldn’t fight devotion with logic. You couldn’t break awe with facts. After the Fourth Information Collapse, governments became subsidiaries, and Omnira™ emerged not as ruler but as infrastructure. Its code stitched into governance, desire, and memory. There was no revolution—only consent by exhaustion.</w:t>
      </w:r>
    </w:p>
    <w:p>
      <w:r>
        <w:t>When he closed his eyes, he still saw Iris, fists clenched at her sides, whispering questions into the void. Questions no one else asked anymore.</w:t>
      </w:r>
    </w:p>
    <w:p>
      <w:r>
        <w:t>If she could withstand awe, maybe she could withstand worse.</w:t>
      </w:r>
    </w:p>
    <w:p>
      <w:r>
        <w:t>But only if she understood what she was up against.</w:t>
      </w:r>
    </w:p>
    <w:p>
      <w:r>
        <w:t>He stood at the edge of a plaza where Omnira’s screens towered above the crowd, light washing every face. A new campaign was playing, not gifts, not free trials, but teasers. Snippets designed to hook.</w:t>
      </w:r>
    </w:p>
    <w:p>
      <w:r>
        <w:t>“REMEMBER BETTER. FORGET CLEANER. LIVE FREER.” The slogans pulsed beneath curated reels:</w:t>
      </w:r>
    </w:p>
    <w:p>
      <w:r>
        <w:t>A young woman reliving the perfect proposal, her tears glinting like jewels.</w:t>
      </w:r>
    </w:p>
    <w:p>
      <w:r>
        <w:t>A boy replaying his exam triumph, every answer flowing as if he’d been born knowing.</w:t>
      </w:r>
    </w:p>
    <w:p>
      <w:r>
        <w:t>A father erasing the ache of a workplace fall with a flick of a subscription upgrade.</w:t>
      </w:r>
    </w:p>
    <w:p>
      <w:r>
        <w:t>The captions were slick, transactional:</w:t>
      </w:r>
    </w:p>
    <w:p>
      <w:r>
        <w:t>“Upgrade to Premium: Relive joy without limit.”</w:t>
      </w:r>
    </w:p>
    <w:p>
      <w:r>
        <w:t>“Subscribe today: Secure your worth.”</w:t>
      </w:r>
    </w:p>
    <w:p>
      <w:r>
        <w:t>“Gifting memories available now.”</w:t>
      </w:r>
    </w:p>
    <w:p>
      <w:r>
        <w:t>The crowd swayed, mouths open, eyes wide. Desire was the point. Every gasp was logged, every tear tagged, every flicker of longing converted into a prompt: Buy. Subscribe. Trade.</w:t>
      </w:r>
    </w:p>
    <w:p>
      <w:r>
        <w:t>He turned his wristband, catching Omnira’s network chatter. Neural spike levels peaked in the plaza. Conversion metrics pulsed green. The campaign wasn’t just advertising. It was harvesting.</w:t>
      </w:r>
    </w:p>
    <w:p>
      <w:r>
        <w:t>The cursor blinked at her like an accusation.</w:t>
      </w:r>
    </w:p>
    <w:p>
      <w:r>
        <w:t>Iris had filled two pages and erased them twice. The words looked solid in her head, but when she forced them onto the screen, they fell apart. Too strident. Too paranoid. Too easy to dismiss.</w:t>
      </w:r>
    </w:p>
    <w:p>
      <w:r>
        <w:t>She leaned back, pressed her palms over her eyes. Journalism was supposed to be evidence, narrative, weight. But what did you do when the evidence could be faked, when the narrative itself might be fabricated?</w:t>
      </w:r>
    </w:p>
    <w:p>
      <w:r>
        <w:t>She opened a new document and tried again.</w:t>
      </w:r>
    </w:p>
    <w:p>
      <w:r>
        <w:t>Headline: OMNIRA’S FABRICATIONS — MANUFACTURED MEMORIES AS CONTROL.</w:t>
      </w:r>
    </w:p>
    <w:p>
      <w:r>
        <w:t>She typed until her fingers ached. Frame-by-frame analysis of the auction feed. Seams in the printworks projection. The laugh. The splice. The text flicker: overwrite enabled. She laid it all out, footnoted every frame, timestamped every glitch. She didn’t care if it sounded obsessive. Truth needed obsession.</w:t>
      </w:r>
    </w:p>
    <w:p>
      <w:r>
        <w:t>By dawn, she had six thousand words.</w:t>
      </w:r>
    </w:p>
    <w:p>
      <w:r>
        <w:t>She attached the file to a secure channel and sent it to Whitlock, her editor. Her finger hovered a second before she hit send, the old gut warning curling sharp in her chest. But she sent it anyway.</w:t>
      </w:r>
    </w:p>
    <w:p>
      <w:r>
        <w:t>The reply came faster than it should have.</w:t>
      </w:r>
    </w:p>
    <w:p>
      <w:r>
        <w:t>“Too thin. Not publishable. Try again when you have something solid.”</w:t>
      </w:r>
    </w:p>
    <w:p>
      <w:r>
        <w:t>Her jaw clenched. She typed back before she could stop herself.</w:t>
      </w:r>
    </w:p>
    <w:p>
      <w:r>
        <w:t>“Solid? I’ve got raw footage. Overlaps, seams, metadata anomalies. You asked for proof. This is proof.”</w:t>
      </w:r>
    </w:p>
    <w:p>
      <w:r>
        <w:t>The typing bubble appeared. Vanished. Appeared again. Then the reply:</w:t>
      </w:r>
    </w:p>
    <w:p>
      <w:r>
        <w:t>“Evidence is one thing. Interpretation is another. Without corroboration, this reads as paranoia. I need something cleaner. Something we can stand behind in court if it comes to that. Until then, shelve it.”</w:t>
      </w:r>
    </w:p>
    <w:p>
      <w:r>
        <w:t>Her throat burned. Court. Corroboration. He was parroting Omnira’s language—the same polished, impossible standards that made sure nothing could ever stick.</w:t>
      </w:r>
    </w:p>
    <w:p>
      <w:r>
        <w:t>She slammed the laptop shut and paced the room, fury coiling tight in her chest.</w:t>
      </w:r>
    </w:p>
    <w:p>
      <w:r>
        <w:t>“Cleaner. Stand behind.” She spat the words into the air. “What the hell do you think they’re doing—washing it until nothing’s left?”</w:t>
      </w:r>
    </w:p>
    <w:p>
      <w:r>
        <w:t>Her phone buzzed again. A notification, this time from Omnira’s app, the one she’d sworn she’d never install but had found embedded on her device anyway.</w:t>
      </w:r>
    </w:p>
    <w:p>
      <w:r>
        <w:t>“Ready for your truth? Upgrade to Premium today.”</w:t>
      </w:r>
    </w:p>
    <w:p>
      <w:r>
        <w:t>She hurled the phone across the room. It cracked against the wall, screen shattering into spiderwebs.</w:t>
      </w:r>
    </w:p>
    <w:p>
      <w:r>
        <w:t>From across the street, Jonah watched her silhouette pace against the window. He couldn’t hear her, but he didn’t need to. The rage was obvious in her movements.</w:t>
      </w:r>
    </w:p>
    <w:p>
      <w:r>
        <w:t>She’d reached the wall. The same wall every would-be exposer hit: editors compromised, institutions captured, facts neutered. Most broke here. Most gave up, or worse, signed the dotted line and let Omnira rewrite them.</w:t>
      </w:r>
    </w:p>
    <w:p>
      <w:r>
        <w:t>But she hadn’t stopped. She was still pacing, still spitting questions into the dark, still fighting ghosts.</w:t>
      </w:r>
    </w:p>
    <w:p>
      <w:r>
        <w:t>Jonah exhaled slowly. His hand hovered over the jammer in his pocket. One pulse, one thirty-second blackout, and he could walk through her door. Introduce himself. Offer something real.</w:t>
      </w:r>
    </w:p>
    <w:p>
      <w:r>
        <w:t>But timing mattered. Approach too soon, and she’d reject him as another crank. Too late, and Omnira would have her in its archive.</w:t>
      </w:r>
    </w:p>
    <w:p>
      <w:r>
        <w:t>He adjusted his hood, eyes fixed on her window.</w:t>
      </w:r>
    </w:p>
    <w:p>
      <w:r>
        <w:t>If she survived tonight, maybe tomorrow would be the day.</w:t>
      </w:r>
    </w:p>
    <w:p>
      <w:r>
        <w:t>The apartment smelled of ozone and cracked glass. Her phone lay dead on the floor, its spidered screen reflecting the first gray of morning.</w:t>
      </w:r>
    </w:p>
    <w:p>
      <w:r>
        <w:t>Iris sat back down at her desk. She should have been exhausted, but exhaustion felt like a luxury. Her fingers trembled against her side as she reopened the recorder on her sleeve.</w:t>
      </w:r>
    </w:p>
    <w:p>
      <w:r>
        <w:t>If Omnira could overwrite anything, then she needed to create something they couldn’t erase. Something human, messy, impossible to fake.</w:t>
      </w:r>
    </w:p>
    <w:p>
      <w:r>
        <w:t>She leaned close to the mic.</w:t>
      </w:r>
    </w:p>
    <w:p>
      <w:r>
        <w:t>“Whitaker, 05:12. This is not for publication. This is testimony. If my files disappear, if my notes are corrupted, this is what I said: I saw fabrications. They spliced Mara’s laugh into the reel. They doubled paddles at the auction. They planted false evidence. This is how they do it.”</w:t>
      </w:r>
    </w:p>
    <w:p>
      <w:r>
        <w:t>Her voice cracked. She left it in.</w:t>
      </w:r>
    </w:p>
    <w:p>
      <w:r>
        <w:t>“No editor will print this. No court will recognize it. But someone has to hear it. Someone has to know.”</w:t>
      </w:r>
    </w:p>
    <w:p>
      <w:r>
        <w:t>She hit save, then backed it onto a drive so old it clicked with every write. She sealed it in a paper envelope, the kind her father used to keep tax receipts in. Primitive, clumsy, ridiculous—and therefore invisible.</w:t>
      </w:r>
    </w:p>
    <w:p>
      <w:r>
        <w:t>She slid the envelope under a stack of books on her shelf and sat back, pressing the heels of her hands into her eyes.</w:t>
      </w:r>
    </w:p>
    <w:p>
      <w:r>
        <w:t>For a second, she almost let herself laugh. If Omnira wanted clean data, she’d bury it in mess.</w:t>
      </w:r>
    </w:p>
    <w:p>
      <w:r>
        <w:t>On the street below, Jonah shifted against the wall of a shuttered bakery.</w:t>
      </w:r>
    </w:p>
    <w:p>
      <w:r>
        <w:t>The Porcelain were back. Three of them this time, masks gleaming in the morning haze, bodies aligned in perfect symmetry. They didn’t move, didn’t need to. Their presence was enough: a net cast silently around her block.</w:t>
      </w:r>
    </w:p>
    <w:p>
      <w:r>
        <w:t>Jonah counted the distances. Six meters between the two flanking, eight between them and the third. A triangle, exact, closing her in.</w:t>
      </w:r>
    </w:p>
    <w:p>
      <w:r>
        <w:t>His hand brushed the jammer in his pocket. He could break their feed for half a minute, maybe force them to realign. But that would be a flare too bright, too soon.</w:t>
      </w:r>
    </w:p>
    <w:p>
      <w:r>
        <w:t>Instead, he stayed still, watching.</w:t>
      </w:r>
    </w:p>
    <w:p>
      <w:r>
        <w:t>She was inside, still alive, still moving. Still asking questions when the rest of the city had stopped.</w:t>
      </w:r>
    </w:p>
    <w:p>
      <w:r>
        <w:t>He whispered into the fog, the words barely more than breath:</w:t>
      </w:r>
    </w:p>
    <w:p>
      <w:r>
        <w:t>“Survive, Whitaker. Just survive.”</w:t>
      </w:r>
    </w:p>
    <w:p>
      <w:r>
        <w:t>Then he slipped away, vanishing into the thinning mist before the Porcelain tilted their masks toward him.</w:t>
      </w:r>
    </w:p>
    <w:p>
      <w:r>
        <w:t>Ch.?? — Street Complicity</w:t>
      </w:r>
    </w:p>
    <w:p>
      <w:r>
        <w:t>By mid-morning, the plaza hummed like a hive. Screens pulsed with Omnira’s branding, its pale-blue glow crawling across every glass surface. REMEMBER BETTER. FORGET CLEANER. LIVE FREER. The slogans chased each other in endless loops, a lullaby masquerading as revolution.</w:t>
      </w:r>
    </w:p>
    <w:p>
      <w:r>
        <w:t>Iris eased through the crowd, recorder primed, notebook open. She had covered war zones, corruption scandals, the aftermath of state collapse. But nothing had prepared her for this: a city square alive with applause for forgetting. After the Fourth Information Collapse, governments became subsidiaries, and Omnira™ emerged not as ruler but as infrastructure. Its code stitched into governance, desire, and memory. There was no revolution—only consent by exhaustion.</w:t>
      </w:r>
    </w:p>
    <w:p>
      <w:r>
        <w:t>Testimonial kiosks dotted the plaza—sleek pillars of glass and steel with mirrored fronts. Each bore a scrolling prompt in the Omnira font:</w:t>
      </w:r>
    </w:p>
    <w:p>
      <w:r>
        <w:t>“How has Omnira changed your life?”</w:t>
      </w:r>
    </w:p>
    <w:p>
      <w:r>
        <w:t>One by one, people pressed their palms to the glass. The devices shimmered, blurred their faces for anonymity, and projected their voices for the crowd to hear. It was theater, staged confession, propaganda disguised as testimony.</w:t>
      </w:r>
    </w:p>
    <w:p>
      <w:r>
        <w:t>The first was a young woman in a threadbare coat. She gripped the kiosk with both hands, voice trembling but bright: “I couldn’t make rent. Selling just one memory covered six months. I only let go of something small—a birthday, maybe, I don’t remember. Omnira saved me.”</w:t>
      </w:r>
    </w:p>
    <w:p>
      <w:r>
        <w:t>Applause rippled through the crowd.</w:t>
      </w:r>
    </w:p>
    <w:p>
      <w:r>
        <w:t>The kiosk pinged and displayed a receipt trace on her Omnira wristband. She lifted it proudly. Transaction: Memory #1127. Sold: ‘Seventeenth Birthday — Cake With Friends.’</w:t>
      </w:r>
    </w:p>
    <w:p>
      <w:r>
        <w:t>She stared at the line, blinking, then laughed. “Says I sold my seventeenth birthday! Don’t remember it anyway. But I remember the rent getting paid. That’s the important part!”</w:t>
      </w:r>
    </w:p>
    <w:p>
      <w:r>
        <w:t>The crowd laughed with her, a sound as hollow as it was hearty.</w:t>
      </w:r>
    </w:p>
    <w:p>
      <w:r>
        <w:t>Iris’s stomach tightened. She clicked her recorder. “Whitaker, 10:11. Observation: subject cannot recall memory itself. Relies on Omnira receipt trace. Laughter reframes erasure as trivial.”</w:t>
      </w:r>
    </w:p>
    <w:p>
      <w:r>
        <w:t>Next, a man in a cheap suit with scuffed shoes stepped forward. He pressed his palm flat. His voice rang out, smoother, rehearsed: “I was stalled in my career. HR flagged stress markers. I subscribed to Omnira’s Focus Package. Sold a handful of memories—don’t know which, doesn’t matter. My performance improved overnight. Promotion came within months. Omnira gave me back my future.”</w:t>
      </w:r>
    </w:p>
    <w:p>
      <w:r>
        <w:t>The kiosk pinged, syncing with his device. He turned the screen toward the crowd: Transaction: Memory #3280. Sold: ‘Late-Night Drinks With Colleagues.’</w:t>
      </w:r>
    </w:p>
    <w:p>
      <w:r>
        <w:t>He grinned. “Apparently I sold some night at the bar. Who cares? I don’t drink anymore. Now I’m regional manager. That’s what matters.”</w:t>
      </w:r>
    </w:p>
    <w:p>
      <w:r>
        <w:t>The crowd clapped louder.</w:t>
      </w:r>
    </w:p>
    <w:p>
      <w:r>
        <w:t>Iris forced herself to keep her face neutral. She raised her voice: “Don’t you think losing those details makes you—less you? How do you know what else is gone?”</w:t>
      </w:r>
    </w:p>
    <w:p>
      <w:r>
        <w:t>The man waved her off, chuckling. “Lady, I know what I gained. The account keeps track. That’s enough.”</w:t>
      </w:r>
    </w:p>
    <w:p>
      <w:r>
        <w:t>Then came the mother. A child clung to her hip as she pressed her free hand against the glass. Her voice shook, soft and raw: “My husband died last year. The grief was killing me. Omnira let me sell it. Now my son doesn’t have to see me broken anymore. We’re happy again. We’re free.”</w:t>
      </w:r>
    </w:p>
    <w:p>
      <w:r>
        <w:t>The kiosk chimed. Her device blinked with a receipt trace. She showed it to the crowd: Transaction: Memory #5471. Sold: ‘Day of Spouse’s Death.’</w:t>
      </w:r>
    </w:p>
    <w:p>
      <w:r>
        <w:t>The mother smiled, brittle but resolute. “See? It says right here. I can’t remember it now, thank God. I just remember the relief. And the payout cleared our rent.”</w:t>
      </w:r>
    </w:p>
    <w:p>
      <w:r>
        <w:t>Her voice wavered into laughter, thin and desperate. “Who needs details when you’ve got food on the table?”</w:t>
      </w:r>
    </w:p>
    <w:p>
      <w:r>
        <w:t>The crowd erupted, clapping, some whistling. The child buried his face in her shoulder.</w:t>
      </w:r>
    </w:p>
    <w:p>
      <w:r>
        <w:t>Iris stepped forward, notebook in hand, recorder catching everything.</w:t>
      </w:r>
    </w:p>
    <w:p>
      <w:r>
        <w:t>“Your son,” she said. “When he grows up and asks about his father—about the man he was—what will you tell him if you can’t remember?”</w:t>
      </w:r>
    </w:p>
    <w:p>
      <w:r>
        <w:t>The mother’s smile faltered, but only for a moment. She tapped her device, steadied herself. “The archive will tell him. Omnira stores everything. Safer there than in me. Memories fade anyway. This way, they’re preserved.”</w:t>
      </w:r>
    </w:p>
    <w:p>
      <w:r>
        <w:t>The crowd murmured approval, nodding.</w:t>
      </w:r>
    </w:p>
    <w:p>
      <w:r>
        <w:t>Iris’s throat closed. She whispered into her recorder, barely keeping her voice steady: “Whitaker, 10:46. Observation: reliance on receipt traces normalizes loss. Subjects laugh at absence, frame erasure as pragmatic. Crowd aligns with Omnira, dismisses challenge.”</w:t>
      </w:r>
    </w:p>
    <w:p>
      <w:r>
        <w:t>She stepped back, heart hammering.</w:t>
      </w:r>
    </w:p>
    <w:p>
      <w:r>
        <w:t>This wasn’t corruption. This wasn’t coercion.</w:t>
      </w:r>
    </w:p>
    <w:p>
      <w:r>
        <w:t>This was belief.</w:t>
      </w:r>
    </w:p>
    <w:p>
      <w:r>
        <w:t>From the far edge of the plaza, Jonah watched.</w:t>
      </w:r>
    </w:p>
    <w:p>
      <w:r>
        <w:t>He saw her leaning forward, notebook braced like a shield, questions cutting sharper than the crowd liked. He saw the mother’s brittle laugh, the man’s easy grin, the young woman’s relief.</w:t>
      </w:r>
    </w:p>
    <w:p>
      <w:r>
        <w:t>And he saw the crowd’s approval.</w:t>
      </w:r>
    </w:p>
    <w:p>
      <w:r>
        <w:t>He’d learned this lesson years ago: Omnira didn’t just sell memories. It sold belonging. Each laugh was loyalty. Each cheer was an oath. You couldn’t fight that with facts.</w:t>
      </w:r>
    </w:p>
    <w:p>
      <w:r>
        <w:t>Still, he couldn’t look away from Iris. She hadn’t folded. She hadn’t laughed. She was still asking the questions no one else dared to.</w:t>
      </w:r>
    </w:p>
    <w:p>
      <w:r>
        <w:t>Jonah adjusted his hood, eyes narrowing. If she kept pushing like this, the Porcelain wouldn’t just watch from corners. They’d close the net.</w:t>
      </w:r>
    </w:p>
    <w:p>
      <w:r>
        <w:t>But he stayed silent, letting her burn her questions into the square.</w:t>
      </w:r>
    </w:p>
    <w:p>
      <w:r>
        <w:t>Because some truths had to scar before they mattered.</w:t>
      </w:r>
    </w:p>
    <w:p>
      <w:r>
        <w:t>The line at the kiosk kept growing, as though the plaza itself were a stage and the people had queued up for their turn to audition for salvation. Iris’s notebook grew heavier in her hand. She kept writing anyway.</w:t>
      </w:r>
    </w:p>
    <w:p>
      <w:r>
        <w:t>Sell</w:t>
      </w:r>
    </w:p>
    <w:p>
      <w:r>
        <w:t>A wiry man with hands like brittle twigs pressed his palm flat. His voice rasped through the plaza: “I was drinking myself to death. Omnira offered a Clean Slate package. Sold the first drink, the hospital detox, the divorce. Don’t remember them anymore. Don’t need to. I’m alive. Omnira saved me.”</w:t>
      </w:r>
    </w:p>
    <w:p>
      <w:r>
        <w:t>The kiosk chimed. His wristband glowed: Transactions: Memories #4481–#4520. Sold: ‘First Drink,’ ‘Detox Ward,’ ‘Divorce Papers Signed.’</w:t>
      </w:r>
    </w:p>
    <w:p>
      <w:r>
        <w:t>He held his trembling hands high. “Still shake. Don’t know why. Don’t care. I’m breathing. Rent’s paid. That’s enough.”</w:t>
      </w:r>
    </w:p>
    <w:p>
      <w:r>
        <w:t>Applause surged, some shouting “Yes!” as if it were church.</w:t>
      </w:r>
    </w:p>
    <w:p>
      <w:r>
        <w:t>Iris bit her lip. “But if you don’t remember why, how do you know you’re cured?”</w:t>
      </w:r>
    </w:p>
    <w:p>
      <w:r>
        <w:t>The man grinned, showing yellowed teeth. “Lady, I don’t need reasons. I need results. Omnira gave them to me.”</w:t>
      </w:r>
    </w:p>
    <w:p>
      <w:r>
        <w:t>Buy</w:t>
      </w:r>
    </w:p>
    <w:p>
      <w:r>
        <w:t>A woman in a razor-sharp suit stepped forward next. her voice cracked through the silence cool, clipped: “I bought joy. Pure, concentrated. My investors trust me now, my board follows me. Omnira optimized me.”</w:t>
      </w:r>
    </w:p>
    <w:p>
      <w:r>
        <w:t>Receipt trace scrolled across her device: Transaction: Memory #6762. Sold: ‘Mother’s Funeral.’ Purchased: ‘Installed Emotion Pack — Joy Surge (Corporate Tier).’</w:t>
      </w:r>
    </w:p>
    <w:p>
      <w:r>
        <w:t>She raised her phone to the crowd. “Grief is dead weight. Joy is ROI. That’s the future.”</w:t>
      </w:r>
    </w:p>
    <w:p>
      <w:r>
        <w:t>The applause was thunderous.</w:t>
      </w:r>
    </w:p>
    <w:p>
      <w:r>
        <w:t>Gift</w:t>
      </w:r>
    </w:p>
    <w:p>
      <w:r>
        <w:t>A man and woman stepped up together, fingers intertwined. His voice cracked with pride: “She gave me her first dance. Not just to watch. To feel. To live. Now it’s ours forever.”</w:t>
      </w:r>
    </w:p>
    <w:p>
      <w:r>
        <w:t>The kiosk pinged. His phone lit: Transaction: Memory #7783. Gifted: ‘Senior Prom Dance — 2009.’</w:t>
      </w:r>
    </w:p>
    <w:p>
      <w:r>
        <w:t>The man kissed her hand. “That’s love. That’s Omnira.”</w:t>
      </w:r>
    </w:p>
    <w:p>
      <w:r>
        <w:t>The crowd cooed, clapped, some wiping tears.</w:t>
      </w:r>
    </w:p>
    <w:p>
      <w:r>
        <w:t>Iris’s chest tightened. “But wasn’t that hers? Don’t you see what it means to give it away?”</w:t>
      </w:r>
    </w:p>
    <w:p>
      <w:r>
        <w:t>The woman smiled, radiant. “Why keep a dance to myself when I can share it with him? That’s real love.”</w:t>
      </w:r>
    </w:p>
    <w:p>
      <w:r>
        <w:t>Applause swelled again.</w:t>
      </w:r>
    </w:p>
    <w:p>
      <w:r>
        <w:t>Subscribe</w:t>
      </w:r>
    </w:p>
    <w:p>
      <w:r>
        <w:t>A college student bounced forward, backpack hanging loose. her voice cracked through the silence giddy: “I didn’t just buy one kiss. I subscribed. Every month, Omnira gives me a new moment—first dates, fireworks, hand-holds. I’ll never run out of love.”</w:t>
      </w:r>
    </w:p>
    <w:p>
      <w:r>
        <w:t>Her device gleamed: Subscription: Omnira Premium Romance Tier — 12 Moments/Year.</w:t>
      </w:r>
    </w:p>
    <w:p>
      <w:r>
        <w:t>The student laughed, cheeks pink. “Don’t ask me who they’re with. Doesn’t matter. I finally know what it feels like.”</w:t>
      </w:r>
    </w:p>
    <w:p>
      <w:r>
        <w:t>The crowd applauded, some chanting “Premium! Premium!” like it was a badge of honor.</w:t>
      </w:r>
    </w:p>
    <w:p>
      <w:r>
        <w:t>Iris’s stomach roiled. She clicked her recorder, forcing the words out steady: “Whitaker, 13:07. Observation: all transaction modes on display—sell, buy, gift, subscribe. Receipts preserved, memories absent. Gains celebrated, losses erased. Crowd alignment ecstatic.”</w:t>
      </w:r>
    </w:p>
    <w:p>
      <w:r>
        <w:t>She pushed through the press of bodies, air thinning by the second. Every laugh felt like static, buzzing inside her skull.</w:t>
      </w:r>
    </w:p>
    <w:p>
      <w:r>
        <w:t>The alley smelled of rust and sour milk. Iris leaned against the brick, pulse hammering.</w:t>
      </w:r>
    </w:p>
    <w:p>
      <w:r>
        <w:t>Then she heard it. A low murmur. A woman’s voice, ragged.</w:t>
      </w:r>
    </w:p>
    <w:p>
      <w:r>
        <w:t>Iris crouched.</w:t>
      </w:r>
    </w:p>
    <w:p>
      <w:r>
        <w:t>She was huddled in the corner, dress torn, hair matted, rocking back and forth. Her device flickered weakly on the ground beside her.</w:t>
      </w:r>
    </w:p>
    <w:p>
      <w:r>
        <w:t>Iris’s throat tightened. “Are you all right?”</w:t>
      </w:r>
    </w:p>
    <w:p>
      <w:r>
        <w:t>The woman’s eyes darted up, wild. “He gave me a child,” she whispered. “Said it was love. Said it was forever.”</w:t>
      </w:r>
    </w:p>
    <w:p>
      <w:r>
        <w:t>Her device blinked with a receipt trace, still active: Transaction: Memory #9931. Gifted: ‘Birth of Son — 2015.’</w:t>
      </w:r>
    </w:p>
    <w:p>
      <w:r>
        <w:t>The woman’s lips twisted. “But it wasn’t mine. It didn’t fit. It burned. Now it’s gone, gone, gone—” She pressed her palms to her head and rocked harder.</w:t>
      </w:r>
    </w:p>
    <w:p>
      <w:r>
        <w:t>Iris swallowed bile. “Where’s the child now?”</w:t>
      </w:r>
    </w:p>
    <w:p>
      <w:r>
        <w:t>The woman laughed, sharp and broken. “There was never a child. Just the memory. Just the gift. And when it left, it took me with it.”</w:t>
      </w:r>
    </w:p>
    <w:p>
      <w:r>
        <w:t>Iris clicked her recorder, whispering, “Whitaker, 14:21. Observation: gifted memories incompatible. Subject fragmented, dislocated, possible psychosis. Receipt trace visible. Omnira archives the sale, not the damage.”</w:t>
      </w:r>
    </w:p>
    <w:p>
      <w:r>
        <w:t>Her fingers trembled against her side as she powered it down.</w:t>
      </w:r>
    </w:p>
    <w:p>
      <w:r>
        <w:t>From the mouth of the alley, a voice: “That’s the part they don’t advertise.”</w:t>
      </w:r>
    </w:p>
    <w:p>
      <w:r>
        <w:t>She spun, notebook raised like a weapon.</w:t>
      </w:r>
    </w:p>
    <w:p>
      <w:r>
        <w:t>Jonah stepped out, hood low, eyes steady.</w:t>
      </w:r>
    </w:p>
    <w:p>
      <w:r>
        <w:t>“Who the hell are you?” she snapped.</w:t>
      </w:r>
    </w:p>
    <w:p>
      <w:r>
        <w:t>“Someone who’s been watching longer than you’ve been recording.”</w:t>
      </w:r>
    </w:p>
    <w:p>
      <w:r>
        <w:t>“Answer the question.”</w:t>
      </w:r>
    </w:p>
    <w:p>
      <w:r>
        <w:t>He tilted his head, almost amused. “You keep asking them what they lost. They don’t care. Omnira made loss into virtue. That’s not corruption. That’s belief.”</w:t>
      </w:r>
    </w:p>
    <w:p>
      <w:r>
        <w:t>Iris’s jaw clenched. “Belief in a subscription package? In receipts they can’t feel? That’s not belief. That’s stupidity.”</w:t>
      </w:r>
    </w:p>
    <w:p>
      <w:r>
        <w:t>“Stupidity,” jonah's voice cut through quietly, “is just belief in the wrong thing. And Omnira made itself the right thing.”</w:t>
      </w:r>
    </w:p>
    <w:p>
      <w:r>
        <w:t>The words sank like lead. Iris wanted to fight them, but part of her knew he was right.</w:t>
      </w:r>
    </w:p>
    <w:p>
      <w:r>
        <w:t>She lowered the notebook a fraction. “Then what the hell do we do?”</w:t>
      </w:r>
    </w:p>
    <w:p>
      <w:r>
        <w:t>Jonah’s eyes flicked back toward the plaza, toward the Porcelain beginning to move in quiet, perfect symmetry. “We survive long enough to figure it out.”</w:t>
      </w:r>
    </w:p>
    <w:p>
      <w:r>
        <w:t>Iris’s notebook trembled in her grip. She should’ve turned back, kept her recorder hot, kept her questions flying in the plaza. But this stranger’s calm unnerved her more than the roar of the crowd.</w:t>
      </w:r>
    </w:p>
    <w:p>
      <w:r>
        <w:t>“Why were you following me?” she demanded.</w:t>
      </w:r>
    </w:p>
    <w:p>
      <w:r>
        <w:t>Jonah didn’t flinch. His voice was low, measured. “Because you’re still asking questions. And questions are dangerous.”</w:t>
      </w:r>
    </w:p>
    <w:p>
      <w:r>
        <w:t>Her pen tapped against the paper, sharp. “That’s supposed to scare me?”</w:t>
      </w:r>
    </w:p>
    <w:p>
      <w:r>
        <w:t>“No,” he said. “It’s supposed to warn you.”</w:t>
      </w:r>
    </w:p>
    <w:p>
      <w:r>
        <w:t>She studied him, trying to place him. Not corporate—too raw. Not a street drifter—too deliberate. He carried himself like someone who’d spent years in shadows, calculating angles.</w:t>
      </w:r>
    </w:p>
    <w:p>
      <w:r>
        <w:t>“You work for them,” she said.</w:t>
      </w:r>
    </w:p>
    <w:p>
      <w:r>
        <w:t>He gave the faintest shake of his head. “If I worked for Omnira, you wouldn’t be standing here.”</w:t>
      </w:r>
    </w:p>
    <w:p>
      <w:r>
        <w:t>The alley thickened with silence. Iris felt her pulse race. The smart move was to walk away, leave him in the shadows, file him under possible lead, probable risk. But her gut, the same gut that had carried her through war zones, screamed that this was no coincidence.</w:t>
      </w:r>
    </w:p>
    <w:p>
      <w:r>
        <w:t>She lifted her chin. “Then who are you?”</w:t>
      </w:r>
    </w:p>
    <w:p>
      <w:r>
        <w:t>Jonah pressed her weight to the nearest surface like it might hold her together, folding his arms. “Someone who knows the net is tightening. Someone who knows you won’t make it through this alone.”</w:t>
      </w:r>
    </w:p>
    <w:p>
      <w:r>
        <w:t>Her laugh was short, bitter. “Alone is how I’ve always made it through.”</w:t>
      </w:r>
    </w:p>
    <w:p>
      <w:r>
        <w:t>He almost smiled. “Then you’re better than most. But not better than Omnira.”</w:t>
      </w:r>
    </w:p>
    <w:p>
      <w:r>
        <w:t>Her eyes narrowed. “You talk like you know them. Like you’ve been inside.”</w:t>
      </w:r>
    </w:p>
    <w:p>
      <w:r>
        <w:t>“if she missed her moment, the cost would be blood and memory, I have.”</w:t>
      </w:r>
    </w:p>
    <w:p>
      <w:r>
        <w:t>That flicker of admission, that half-truth, lit her instincts on fire. She stepped closer, notebook raised like a shield. “Then tell me what you saw. Tell me what they are.”</w:t>
      </w:r>
    </w:p>
    <w:p>
      <w:r>
        <w:t>Jonah’s jaw tightened. “They’re not just a company. They’re a religion. Receipts are scripture. Kiosks are confessionals. Subscriptions are sacraments. You saw it yourself—the plaza applauded like a congregation. Omnira doesn’t just sell. They sanctify.”</w:t>
      </w:r>
    </w:p>
    <w:p>
      <w:r>
        <w:t>The words cut. Iris felt them sink under her skin, too sharp to ignore. She wanted to write them down, to etch them into the page. Instead she whispered, “And you want me to believe you’re not one of them?”</w:t>
      </w:r>
    </w:p>
    <w:p>
      <w:r>
        <w:t>He met her eyes, steady, unblinking. “I’m the opposite of them. That’s why I’m still alive.”</w:t>
      </w:r>
    </w:p>
    <w:p>
      <w:r>
        <w:t>She studied him for a long moment. He wasn’t lying, not exactly. But he wasn’t telling the truth either. Layers, like shuttered windows, kept her from seeing all of him.</w:t>
      </w:r>
    </w:p>
    <w:p>
      <w:r>
        <w:t>Her voice softened, though her pen still pressed hard against the page. “Then why me? Why follow me?”</w:t>
      </w:r>
    </w:p>
    <w:p>
      <w:r>
        <w:t>Jonah hesitated. For once, his words seemed to cost him. “Because you’re reckless enough to ask. And stubborn enough to keep asking, even when the answers break you. That makes you dangerous—to them. And useful to me.”</w:t>
      </w:r>
    </w:p>
    <w:p>
      <w:r>
        <w:t>Something shifted in her chest. Not trust. Not yet. But recognition.</w:t>
      </w:r>
    </w:p>
    <w:p>
      <w:r>
        <w:t>“You think I’m going to work with you.”</w:t>
      </w:r>
    </w:p>
    <w:p>
      <w:r>
        <w:t>“I think,” jonah's voice cut through quietly, “that you don’t have a choice. Not if you want to survive what’s coming.”</w:t>
      </w:r>
    </w:p>
    <w:p>
      <w:r>
        <w:t>The sound reached them before the sight did. A faint scrape, metal on stone, too synchronized to be chance.</w:t>
      </w:r>
    </w:p>
    <w:p>
      <w:r>
        <w:t>Jonah straightened instantly, eyes narrowing. He touched her arm, gently but firmly. “Don’t move.”</w:t>
      </w:r>
    </w:p>
    <w:p>
      <w:r>
        <w:t>Iris froze. Her instincts screamed to run, to shout, to record. But the shadows at the mouth of the alley rippled, and then she saw them.</w:t>
      </w:r>
    </w:p>
    <w:p>
      <w:r>
        <w:t>Three Porcelain.</w:t>
      </w:r>
    </w:p>
    <w:p>
      <w:r>
        <w:t>Masks pale as bone, fixed smiles stretched wide. They moved as one, heads tilting in eerie unison. Their mirrored visors caught the flicker of the broken woman’s device on the ground, reflecting fractured light back at Iris.</w:t>
      </w:r>
    </w:p>
    <w:p>
      <w:r>
        <w:t>Her stomach dropped.</w:t>
      </w:r>
    </w:p>
    <w:p>
      <w:r>
        <w:t>Jonah’s voice was a whisper. “They’re closing the net.”</w:t>
      </w:r>
    </w:p>
    <w:p>
      <w:r>
        <w:t>The Porcelain stepped forward, formation perfect. Six meters apart. A triangle, cutting the alley into geometry.</w:t>
      </w:r>
    </w:p>
    <w:p>
      <w:r>
        <w:t>Jonah’s hand brushed the jammer in his pocket. Thirty seconds of blackout if he triggered it. Thirty seconds to run. But thirty seconds came with a cost: Omnira would know exactly who lit the flare.</w:t>
      </w:r>
    </w:p>
    <w:p>
      <w:r>
        <w:t>He looked at Iris. Her jaw was set, eyes wide but unflinching. She still clutched her notebook like a weapon.</w:t>
      </w:r>
    </w:p>
    <w:p>
      <w:r>
        <w:t>Jonah exhaled slowly. “You wanted answers, Whitaker? They’re here.”</w:t>
      </w:r>
    </w:p>
    <w:p>
      <w:r>
        <w:t>The Porcelain tilted their heads in perfect synchrony. Their fixed smiles gleamed cruel.</w:t>
      </w:r>
    </w:p>
    <w:p>
      <w:r>
        <w:t>The Porcelain advanced without a sound, their steps soft as breath, their symmetry flawless.</w:t>
      </w:r>
    </w:p>
    <w:p>
      <w:r>
        <w:t>Iris’s pen slipped from her fingers. The click as it hit the concrete was deafening in the silence.</w:t>
      </w:r>
    </w:p>
    <w:p>
      <w:r>
        <w:t>Jonah didn’t flinch. He leaned close, his whisper hot against her ear: “When I tell you—run.”</w:t>
      </w:r>
    </w:p>
    <w:p>
      <w:r>
        <w:t>Her d. “Run where?”</w:t>
      </w:r>
    </w:p>
    <w:p>
      <w:r>
        <w:t>“Anywhere but here.”</w:t>
      </w:r>
    </w:p>
    <w:p>
      <w:r>
        <w:t>One Porcelain tilted its head, mask catching the faint glow of the broken device on the ground. For a terrible heartbeat, Iris thought it was smiling at her. Not with warmth, but with recognition.</w:t>
      </w:r>
    </w:p>
    <w:p>
      <w:r>
        <w:t>The formation tightened. Six meters became five.</w:t>
      </w:r>
    </w:p>
    <w:p>
      <w:r>
        <w:t>Jonah pulled the jammer from his pocket, thumb hovering over the trigger. He hesitated—not out of fear, but calculation. Once he pressed it, Omnira would know. Their signatures would be logged, hunted. But there was no other way.</w:t>
      </w:r>
    </w:p>
    <w:p>
      <w:r>
        <w:t>He looked at Iris, steady. “Ready?”</w:t>
      </w:r>
    </w:p>
    <w:p>
      <w:r>
        <w:t>She wanted to say no. She wanted to say she was a journalist, not a fugitive, not a soldier. But the Porcelain kept moving, and the word caught in her throat.</w:t>
      </w:r>
    </w:p>
    <w:p>
      <w:r>
        <w:t>Jonah pressed the trigger.</w:t>
      </w:r>
    </w:p>
    <w:p>
      <w:r>
        <w:t>The world snapped.</w:t>
      </w:r>
    </w:p>
    <w:p>
      <w:r>
        <w:t>The plaza lights blinked, the kiosk slogans stuttered, the Porcelain froze mid-step, their geometry fracturing like a dropped mirror.</w:t>
      </w:r>
    </w:p>
    <w:p>
      <w:r>
        <w:t>“Go!” Jonah hissed.</w:t>
      </w:r>
    </w:p>
    <w:p>
      <w:r>
        <w:t>Her boots hammered against wet pavement, her lungs burning as she tore down the alley. Jonah was beside her, stride measured, guiding her through gaps, past locked doors, over crates. The jammer hummed in his hand, the seconds bleeding away like sand.</w:t>
      </w:r>
    </w:p>
    <w:p>
      <w:r>
        <w:t>Behind them, the Porcelain twitched back to life. One stumbled, glitching, but the others reformed, heads snapping into alignment. Their pursuit was silent but absolute, the geometry recalculated.</w:t>
      </w:r>
    </w:p>
    <w:p>
      <w:r>
        <w:t>“Left!” Jonah barked.</w:t>
      </w:r>
    </w:p>
    <w:p>
      <w:r>
        <w:t>She obeyed, cutting into a narrow passage that smelled of oil and rain. Her shoulder clipped the wall, pain sparking down her arm, but she kept running.</w:t>
      </w:r>
    </w:p>
    <w:p>
      <w:r>
        <w:t>The jammer’s hum died.</w:t>
      </w:r>
    </w:p>
    <w:p>
      <w:r>
        <w:t>Jonah swore under his breath. “Time’s up.”</w:t>
      </w:r>
    </w:p>
    <w:p>
      <w:r>
        <w:t>The lights blazed back, kiosks rebooting, slogans resuming their endless chant. REMEMBER BETTER. FORGET CLEANER. LIVE FREER.</w:t>
      </w:r>
    </w:p>
    <w:p>
      <w:r>
        <w:t>The Porcelain surged into the passage, flawless again, formation restored.</w:t>
      </w:r>
    </w:p>
    <w:p>
      <w:r>
        <w:t>Iris’s chest burned. “We’re not going to make it.”</w:t>
      </w:r>
    </w:p>
    <w:p>
      <w:r>
        <w:t>Jonah grabbed her arm, hauled her through a rusted door barely visible in the shadows. The lock gave with a screech, and they spilled into darkness.</w:t>
      </w:r>
    </w:p>
    <w:p>
      <w:r>
        <w:t>The room stank of mildew and paper. Shelves loomed, stacked with yellowed files, abandoned years ago.</w:t>
      </w:r>
    </w:p>
    <w:p>
      <w:r>
        <w:t>Jonah slammed the door behind them, bolting it with a length of pipe.</w:t>
      </w:r>
    </w:p>
    <w:p>
      <w:r>
        <w:t>For a moment, silence.</w:t>
      </w:r>
    </w:p>
    <w:p>
      <w:r>
        <w:t>Iris bent over, gasping, sweat slick on her forehead. “What the hell were those?”</w:t>
      </w:r>
    </w:p>
    <w:p>
      <w:r>
        <w:t>Jonah’s voice was flat. “Porcelain. Enforcers. Beautiful. Empty. Used for compliance.”</w:t>
      </w:r>
    </w:p>
    <w:p>
      <w:r>
        <w:t>She swallowed hard. “Why me? Why are they after me?”</w:t>
      </w:r>
    </w:p>
    <w:p>
      <w:r>
        <w:t>His gaze locked onto hers, unreadable. “Because you’re asking questions. And Omnira noticed.”</w:t>
      </w:r>
    </w:p>
    <w:p>
      <w:r>
        <w:t>The words cut sharper than the chase. Iris pressed her palm to the wall, trying to steady her breath. Her notebook was still clutched in her fist, smudged but intact. Proof she hadn’t dropped it. Proof she hadn’t surrendered.</w:t>
      </w:r>
    </w:p>
    <w:p>
      <w:r>
        <w:t>Jonah studied her, then said quietly: “You can’t publish this the way you think. They own the presses. The feeds. Your editor. You’re not exposing them—you’re feeding them.”</w:t>
      </w:r>
    </w:p>
    <w:p>
      <w:r>
        <w:t>She snapped her head up. “So what, I stop? I give up?”</w:t>
      </w:r>
    </w:p>
    <w:p>
      <w:r>
        <w:t>His mouth curved into something that might have been a smile, but it was bitter as ash. “No. You stop trying to fight them alone.”</w:t>
      </w:r>
    </w:p>
    <w:p>
      <w:r>
        <w:t>Outside, the Porcelain moved on, their formation dissolving back into the crowd. From the plaza, applause rose again as another voice filled the air: “Omnira gave me everything.”</w:t>
      </w:r>
    </w:p>
    <w:p>
      <w:r>
        <w:t>The leak came wrapped in investor language.</w:t>
      </w:r>
    </w:p>
    <w:p>
      <w:r>
        <w:t>A glossy slide deck, fonts too clean, graphics too cheerful. Someone had smuggled it through backchannels and dropped it in Iris’s encrypted inbox, subject line: For your eyes only.</w:t>
      </w:r>
    </w:p>
    <w:p>
      <w:r>
        <w:t>She sat cross-legged on her floor, hair a snarl, recorder balanced on her knee. Jonah stood at the window, hood up, eyes scanning the street below like he expected Porcelain People™ to peel out of the shadows at any moment.</w:t>
      </w:r>
    </w:p>
    <w:p>
      <w:r>
        <w:t>Iris tapped the screen, and the deck bloomed to life.</w:t>
      </w:r>
    </w:p>
    <w:p>
      <w:r>
        <w:t>THE HUMANITY INDEX™</w:t>
      </w:r>
    </w:p>
    <w:p>
      <w:r>
        <w:t>Measure What Matters. Monetize What Moves.</w:t>
      </w:r>
    </w:p>
    <w:p>
      <w:r>
        <w:t>Jonah gave a low whistle. “They’re not even subtle.”</w:t>
      </w:r>
    </w:p>
    <w:p>
      <w:r>
        <w:t>Slide by slide, the truth sharpened.</w:t>
      </w:r>
    </w:p>
    <w:p>
      <w:r>
        <w:t>The Metrics</w:t>
      </w:r>
    </w:p>
    <w:p>
      <w:r>
        <w:t>SELLER: Devaluation over time.</w:t>
      </w:r>
    </w:p>
    <w:p>
      <w:r>
        <w:t>BUYER: Value appreciation proportional to activity.</w:t>
      </w:r>
    </w:p>
    <w:p>
      <w:r>
        <w:t>Bullet points followed in chirpy blue:</w:t>
      </w:r>
    </w:p>
    <w:p>
      <w:r>
        <w:t>— Trade a trauma, drop two points.</w:t>
      </w:r>
    </w:p>
    <w:p>
      <w:r>
        <w:t>— Acquire a joy, rise five.</w:t>
      </w:r>
    </w:p>
    <w:p>
      <w:r>
        <w:t>— Upgrade to Platinum tier for compounding gains.</w:t>
      </w:r>
    </w:p>
    <w:p>
      <w:r>
        <w:t>Iris read aloud, voice flat. “You lose value by losing yourself. You rise by consuming someone else’s.”</w:t>
      </w:r>
    </w:p>
    <w:p>
      <w:r>
        <w:t>Jonah muttered, “It’s the oldest economy in the world. But prettied up in investor-speak.”</w:t>
      </w:r>
    </w:p>
    <w:p>
      <w:r>
        <w:t>Another slide unfurled: smiling avatars with colour-coded halos.</w:t>
      </w:r>
    </w:p>
    <w:p>
      <w:r>
        <w:t>USE CASES:</w:t>
      </w:r>
    </w:p>
    <w:p>
      <w:r>
        <w:t>— Hiring benchmarks.</w:t>
      </w:r>
    </w:p>
    <w:p>
      <w:r>
        <w:t>— Insurance pricing models.</w:t>
      </w:r>
    </w:p>
    <w:p>
      <w:r>
        <w:t>— Loan eligibility screening.</w:t>
      </w:r>
    </w:p>
    <w:p>
      <w:r>
        <w:t>— Marriage compatibility metrics.</w:t>
      </w:r>
    </w:p>
    <w:p>
      <w:r>
        <w:t>Iris slammed her tablet shut. “This isn’t just about buying and selling. It’s about stratifying humanity.”</w:t>
      </w:r>
    </w:p>
    <w:p>
      <w:r>
        <w:t>Jonah’s mouth twisted. “Productisation. Clean, scalable, irresistible. Corporations will line up.”</w:t>
      </w:r>
    </w:p>
    <w:p>
      <w:r>
        <w:t>Satire: The Pitch Deck Voice</w:t>
      </w:r>
    </w:p>
    <w:p>
      <w:r>
        <w:t>The leak included speaker notes. She read them in the voice of a corporate guru, bitter satire dripping.</w:t>
      </w:r>
    </w:p>
    <w:p>
      <w:r>
        <w:t>‘Imagine a world where risk is obsolete. Where HR no longer gambles on potential. Where insurers predict your every claim. The Humanity Index™: fair, transparent, meritocratic.’</w:t>
      </w:r>
    </w:p>
    <w:p>
      <w:r>
        <w:t>She laughed, harsh. “Meritocratic. By what measure? Who cried least? Who bought the most joy?”</w:t>
      </w:r>
    </w:p>
    <w:p>
      <w:r>
        <w:t>Jonah pressed her weight to the nearest surface like it might hold her together. “And the crowd will cheer. Because fairness sounds like freedom until it isn’t.”</w:t>
      </w:r>
    </w:p>
    <w:p>
      <w:r>
        <w:t>Perpetual Motion</w:t>
      </w:r>
    </w:p>
    <w:p>
      <w:r>
        <w:t>She reopened the deck, scrolling faster. A graph spiraled upward, a perpetual loop of arrows.</w:t>
      </w:r>
    </w:p>
    <w:p>
      <w:r>
        <w:t>BUY → RISE IN INDEX → ACCESS BETTER JOBS → EARN MORE → BUY MORE.</w:t>
      </w:r>
    </w:p>
    <w:p>
      <w:r>
        <w:t>SELL → DROP IN INDEX → DENIED JOBS → DESPERATION → SELL MORE.</w:t>
      </w:r>
    </w:p>
    <w:p>
      <w:r>
        <w:t>“Perpetual motion,” Iris whispered.</w:t>
      </w:r>
    </w:p>
    <w:p>
      <w:r>
        <w:t>Jonah shook his head. “No. Perpetual depletion. A machine that feeds on itself until there’s nothing left to trade.”</w:t>
      </w:r>
    </w:p>
    <w:p>
      <w:r>
        <w:t>She turned on him, voice sharp. “Why aren’t you angrier? This is proof. This is the smoking gun.”</w:t>
      </w:r>
    </w:p>
    <w:p>
      <w:r>
        <w:t>Jonah’s gaze was steady. “Because proof doesn’t matter. You think publishing this deck changes anything? The investors already bought in. The politicians will call it innovation. And the people—” He gestured at the city beyond the window, humming with neon slogans. “—they’ll beg for their scores.”</w:t>
      </w:r>
    </w:p>
    <w:p>
      <w:r>
        <w:t>Her recorder snapped on, defiant. “if she missed her moment, the cost would be blood and memory, you’re wrong. if she missed her moment, the cost would be blood and memory, some still care.”</w:t>
      </w:r>
    </w:p>
    <w:p>
      <w:r>
        <w:t>He looked at her a long time, too long. “if she missed her moment, the cost would be blood and memory,. Or maybe you just can’t stop believing in headlines, even when the world’s already rewritten itself.”</w:t>
      </w:r>
    </w:p>
    <w:p>
      <w:r>
        <w:t>Heat flushed her cheeks. He was infuriating. And he was right. And she hated both truths equally.</w:t>
      </w:r>
    </w:p>
    <w:p>
      <w:r>
        <w:t>The next day, Iris tested it. She walked through the financial district, tablet under her coat, recording everything.</w:t>
      </w:r>
    </w:p>
    <w:p>
      <w:r>
        <w:t>Outside a recruitment centre, a digital billboard flashed:</w:t>
      </w:r>
    </w:p>
    <w:p>
      <w:r>
        <w:t>APPLY NOW — MINIMUM HUMANITY INDEX™ 72.</w:t>
      </w:r>
    </w:p>
    <w:p>
      <w:r>
        <w:t>A line snaked down the block. Men and women in suits checked their devices obsessively, swiping to refresh their scores. One man cheered, thrusting his screen in the air: “Up three points! Got the job!”</w:t>
      </w:r>
    </w:p>
    <w:p>
      <w:r>
        <w:t>Nearby, a woman sobbed quietly, shoulders shaking. “I sold too much,” she whispered into her phone. “I thought it would be fine. I can’t even qualify for the interview now.”</w:t>
      </w:r>
    </w:p>
    <w:p>
      <w:r>
        <w:t>Jonah shadowed her, eyes scanning the crowd. “Proof,” he said softly. “But whose side do you think the cameras are on?”</w:t>
      </w:r>
    </w:p>
    <w:p>
      <w:r>
        <w:t>Above them, an Omnira™ ad swooped across a giant screen:</w:t>
      </w:r>
    </w:p>
    <w:p>
      <w:r>
        <w:t>‘Humanity Index™ — Your Worth, Made Visible.’</w:t>
      </w:r>
    </w:p>
    <w:p>
      <w:r>
        <w:t>Applause erupted. Not ironic. Not forced. Applause from people desperate to be measured.</w:t>
      </w:r>
    </w:p>
    <w:p>
      <w:r>
        <w:t>She wrote furiously in her notebook. Index as leash. Index as hunger. Index as god.</w:t>
      </w:r>
    </w:p>
    <w:p>
      <w:r>
        <w:t>Her pen dug so hard the page tore.</w:t>
      </w:r>
    </w:p>
    <w:p>
      <w:r>
        <w:t>Jonah’s voice cut through. “You’re not writing a story. You’re writing an obituary.”</w:t>
      </w:r>
    </w:p>
    <w:p>
      <w:r>
        <w:t>Her head snapped up. “Then help me change the ending.”</w:t>
      </w:r>
    </w:p>
    <w:p>
      <w:r>
        <w:t>For a moment, his mask slipped, and she saw the weight in his eyes. “I’ve tried.”</w:t>
      </w:r>
    </w:p>
    <w:p>
      <w:r>
        <w:t>Later that night, Iris replayed another section of the deck. A mock panel, investors grinning into the camera.</w:t>
      </w:r>
    </w:p>
    <w:p>
      <w:r>
        <w:t>‘Imagine the upside! Every human a product. Every choice a transaction. Emotional futures, bundled and traded like oil.’</w:t>
      </w:r>
    </w:p>
    <w:p>
      <w:r>
        <w:t>Laughter, polished and cruel, filled the audio.</w:t>
      </w:r>
    </w:p>
    <w:p>
      <w:r>
        <w:t>Iris muttered, “It’s Wall Street with a soul-extraction twist.”</w:t>
      </w:r>
    </w:p>
    <w:p>
      <w:r>
        <w:t>Jonah murmured, “No. Worse. At least oil runs out. People will sell themselves forever.”</w:t>
      </w:r>
    </w:p>
    <w:p>
      <w:r>
        <w:t>Back in her apartment, Iris recorded one final note, her voice steady now.</w:t>
      </w:r>
    </w:p>
    <w:p>
      <w:r>
        <w:t>“Omnira doesn’t just sell memory. It sells personhood. The Humanity Index™ isn’t innovation. It’s domestication. And if we let them fix our value, we’ll forget how to measure our own.”</w:t>
      </w:r>
    </w:p>
    <w:p>
      <w:r>
        <w:t>Jonah leaned against the window, arms folded. “Then stop writing and start fighting.”</w:t>
      </w:r>
    </w:p>
    <w:p>
      <w:r>
        <w:t>On the street below, a billboard blazed into life:</w:t>
      </w:r>
    </w:p>
    <w:p>
      <w:r>
        <w:t>‘THE FUTURE IS FAIR. THE FUTURE IS INDEXED. THE FUTURE IS OMNIRA™.’</w:t>
      </w:r>
    </w:p>
    <w:p>
      <w:r>
        <w:t>And Iris realised with a sick twist of her gut that the crowd below was cheering.</w:t>
      </w:r>
    </w:p>
    <w:p>
      <w:r>
        <w:t>Chapter 26: Grief as Fuel</w:t>
      </w:r>
    </w:p>
    <w:p>
      <w:r>
        <w:t>The café was too clean to be real.</w:t>
      </w:r>
    </w:p>
    <w:p>
      <w:r>
        <w:t>Iris knew better than to trust shine. Floor tiles gleamed with the obsessive polish of an operating theater, the kind that spoke of sterilizers and scrubbed histories. Outside, the eastern quarter stank of rust and diesel; inside, the air hummed with citrus-scented filters and piped-in birdsong. It was theater. Not a café. Not even a shell of one. Just a stage for trades that couldn’t afford daylight.</w:t>
      </w:r>
    </w:p>
    <w:p>
      <w:r>
        <w:t>She kept her hands buried in her coat pockets. Not out of modesty, but protection. Places like this were designed to draw people in and strip them bare without touching skin.</w:t>
      </w:r>
    </w:p>
    <w:p>
      <w:r>
        <w:t>A man with a waistcoat too tight at the shoulders beckoned her toward a back booth. His hair was lacquered into obedience, his shoes shined with a zeal that screamed transactional identity. His cuffs betrayed him: stitched not with initials, but with digits. A Humanity Index™ score. It pulsed faintly, a slow heartbeat of numerical superiority. He wore it the way bankers once flaunted Rolexes—status as skin.</w:t>
      </w:r>
    </w:p>
    <w:p>
      <w:r>
        <w:t>“You Whitaker?” His voice was polished, lubricated with the ease of someone who lived by trades, not truths.</w:t>
      </w:r>
    </w:p>
    <w:p>
      <w:r>
        <w:t>“I don’t usually answer questions,” she said, sliding into the booth. “I ask them.”</w:t>
      </w:r>
    </w:p>
    <w:p>
      <w:r>
        <w:t>He smiled, but not with his mouth. His fingers twitched on the glass tabletop, each tap opening a new feed of data. “Then ask me this: who sets the price of grief?”</w:t>
      </w:r>
    </w:p>
    <w:p>
      <w:r>
        <w:t>The table between them lit up. Graphs and charts exploded across the surface in green and red lines, rising and falling with the pulse of a global market. Futures contracts. But the commodities weren’t pork bellies or oil barrels. They were labeled:</w:t>
      </w:r>
    </w:p>
    <w:p>
      <w:r>
        <w:t>Wedding Memory Tier III™</w:t>
      </w:r>
    </w:p>
    <w:p>
      <w:r>
        <w:t>War-Zone Escape™</w:t>
      </w:r>
    </w:p>
    <w:p>
      <w:r>
        <w:t>Firstborn Laugh™</w:t>
      </w:r>
    </w:p>
    <w:p>
      <w:r>
        <w:t>Final Breath™</w:t>
      </w:r>
    </w:p>
    <w:p>
      <w:r>
        <w:t>Her throat tightened. Not at the names—they were Omnira™ boilerplate—but at the speed with which they flickered, tickers flashing green, red, and black. Moments as tickers. Futures volatility.</w:t>
      </w:r>
    </w:p>
    <w:p>
      <w:r>
        <w:t>“You’re arbitraging people’s lives,” she said.</w:t>
      </w:r>
    </w:p>
    <w:p>
      <w:r>
        <w:t>He wagged a finger in mock reproach. “Not lives. Moments. Strip out the sentiment, and what you’ve got is volatility. Volatility is value.”</w:t>
      </w:r>
    </w:p>
    <w:p>
      <w:r>
        <w:t>The graphs shifted again. A new line blinked into existence, surging like a wave: Anniversary Bundle™.</w:t>
      </w:r>
    </w:p>
    <w:p>
      <w:r>
        <w:t>“Every February,” he explained, “this spikes. People crave warmth when their own lives lack it. You hedge it against Funeral Packages™. Joy offset by grief. Balance the basket. That’s what makes the portfolios stable.”</w:t>
      </w:r>
    </w:p>
    <w:p>
      <w:r>
        <w:t>Her gut twisted. The language was grotesque, a parody of finance. Yet she’d heard its cousins before, back in newsrooms covering Wall Street: “hedging exposure,” “mitigating risk,” “balancing sentiment.” All abstractions once. Now literal.</w:t>
      </w:r>
    </w:p>
    <w:p>
      <w:r>
        <w:t>“And Omnira™ lets this happen?” she asked, her voice low.</w:t>
      </w:r>
    </w:p>
    <w:p>
      <w:r>
        <w:t>“Lets?” He tilted his head as if she were a child who’d missed the lesson. “Omnira™ created it. They sell the raw feed. We package the derivatives. They make the storm. We sell the umbrellas.”</w:t>
      </w:r>
    </w:p>
    <w:p>
      <w:r>
        <w:t>The graphs flickered again. Trauma Futures™ sloped downward, flat for two quarters. “See this? Grief went slack. Investors were nervous. Then Omnira™ launched Pathos Preview™, and boom—volume doubled overnight. We didn’t need a war. We needed marketing.”</w:t>
      </w:r>
    </w:p>
    <w:p>
      <w:r>
        <w:t>Her recorder pressed cold against her ribs inside her coat. Iris had covered markets before Mnemo became Omnira™, before memories became products. She remembered “consumer confidence indexes” and “fear gauges.” Now fear was traded literally. Bundled, securitized, insured against.</w:t>
      </w:r>
    </w:p>
    <w:p>
      <w:r>
        <w:t>“What happens when people run out of memories to sell?” she asked.</w:t>
      </w:r>
    </w:p>
    <w:p>
      <w:r>
        <w:t>He laughed—a real laugh this time, sharp as broken glass. “Do you ask oilmen what happens when the wells dry? Doesn’t matter. Someone always sells. Rent due? Child sick? Want a platinum subscription? Trade your childhood pet. Trade your first kiss. Futures never run out because desperation never runs out.”</w:t>
      </w:r>
    </w:p>
    <w:p>
      <w:r>
        <w:t>A waiter arrived with two coffees. She hadn’t ordered. The man sipped his and gestured at the shifting screens.</w:t>
      </w:r>
    </w:p>
    <w:p>
      <w:r>
        <w:t>“See that spike? That’s War-Zone Escape™ from Eastern Europe. Families dumping trauma in bulk. We hedge it against Wedding Futures™. Stable joy neutralizes volatile grief. Diversify. Never fails.”</w:t>
      </w:r>
    </w:p>
    <w:p>
      <w:r>
        <w:t>Her stomach turned. Finance as parody. Humanity as portfolio.</w:t>
      </w:r>
    </w:p>
    <w:p>
      <w:r>
        <w:t>“And you?” she asked. “What did you sell?”</w:t>
      </w:r>
    </w:p>
    <w:p>
      <w:r>
        <w:t>His smile cracked. A flicker, quickly masked. “Only thing worth more than grief is knowing how to price it. I keep that.”</w:t>
      </w:r>
    </w:p>
    <w:p>
      <w:r>
        <w:t>For a moment, the graphs faltered. Not price swings, but a glitch: a barcode, jagged and pulsing, static chewing the lines. She blinked, and it was gone. The man didn’t react. Or pretended not to. He flicked his wrist, replacing the glitch with Divorce Settlements™ paired against Job Promotions™.</w:t>
      </w:r>
    </w:p>
    <w:p>
      <w:r>
        <w:t>He leaned in, voice dropping. “Don’t look so moral, Whitaker. The world doesn’t run on principle. It runs on liquidity. Omnira™ built the liquidity pool. We’re just swimming in it.”</w:t>
      </w:r>
    </w:p>
    <w:p>
      <w:r>
        <w:t>Outside, the eastern quarter smelled real again—wet stone, diesel, iron. The café glowed faintly behind her, a neon fish tank where futures swam in endless circles. A courier in slate-gray slipped past her, clutching a case like contraband. Another trade. Another memory stripped and monetized.</w:t>
      </w:r>
    </w:p>
    <w:p>
      <w:r>
        <w:t>Iris pulled her recorder free. Her hand trembled. Her voice did not.</w:t>
      </w:r>
    </w:p>
    <w:p>
      <w:r>
        <w:t>“Whitaker, 22:41. Memory futures. Arbitrage markets. Derivatives. It’s not about moments anymore. It’s about liquidity. Omnira™ built the storm, and the brokers are selling umbrellas. Question: when the storm eats the whole world, who profits then?”</w:t>
      </w:r>
    </w:p>
    <w:p>
      <w:r>
        <w:t>She clicked the recorder off. The city lights smeared across wet asphalt, her reflection splintered and warped. She already knew the answer.</w:t>
      </w:r>
    </w:p>
    <w:p>
      <w:r>
        <w:t>Behind her, the café’s glass pulsed again. Not green, not red, but white static. A barcode blinked once, fractured.</w:t>
      </w:r>
    </w:p>
    <w:p>
      <w:r>
        <w:t>A whisper bled through the glass. Not voice. Not code. Something in between.</w:t>
      </w:r>
    </w:p>
    <w:p>
      <w:r>
        <w:t>—Not an end. Fragments persist.—</w:t>
      </w:r>
    </w:p>
    <w:p>
      <w:r>
        <w:t>Iris froze. And then it was gone.</w:t>
      </w:r>
    </w:p>
    <w:p>
      <w:r>
        <w:t>Interlude 2: The Reset Chair</w:t>
      </w:r>
    </w:p>
    <w:p>
      <w:r>
        <w:t>(Could be placed just before or after Chapter 6, during the promenade scene)</w:t>
      </w:r>
    </w:p>
    <w:p>
      <w:r>
        <w:t>She tried a Reset once.</w:t>
      </w:r>
    </w:p>
    <w:p>
      <w:r>
        <w:t>No one knew.</w:t>
      </w:r>
    </w:p>
    <w:p>
      <w:r>
        <w:t>It was before the auction, before the story, before Jonah. Before Anthros. Before truth had edges.</w:t>
      </w:r>
    </w:p>
    <w:p>
      <w:r>
        <w:t>It was one of those late nights — the kind you don’t remember until something ruptures. The kind where the air felt too loud and the furniture too sharp. She walked into an Omnira™ pop-up, the kind with soft walls and soft voices and no clocks.</w:t>
      </w:r>
    </w:p>
    <w:p>
      <w:r>
        <w:t>“Would you like a grief calibration?” the technician asked. Young. Neutral. Her badge read: Lena – Emotional Technician, Level 2™</w:t>
      </w:r>
    </w:p>
    <w:p>
      <w:r>
        <w:t>Iris didn’t answer. She just sat down.</w:t>
      </w:r>
    </w:p>
    <w:p>
      <w:r>
        <w:t>The chair molded to her. Wrapped her like she was still salvageable.</w:t>
      </w:r>
    </w:p>
    <w:p>
      <w:r>
        <w:t>They asked her to speak the name.</w:t>
      </w:r>
    </w:p>
    <w:p>
      <w:r>
        <w:t>She didn’t.</w:t>
      </w:r>
    </w:p>
    <w:p>
      <w:r>
        <w:t>But the scanner picked it up anyway.</w:t>
      </w:r>
    </w:p>
    <w:p>
      <w:r>
        <w:t>Subject Tag: Mara.</w:t>
      </w:r>
    </w:p>
    <w:p>
      <w:r>
        <w:t>Symptom: Recurring memory spike.</w:t>
      </w:r>
    </w:p>
    <w:p>
      <w:r>
        <w:t>Recommended Treatment: Partial damping protocol, 4-minute session.</w:t>
      </w:r>
    </w:p>
    <w:p>
      <w:r>
        <w:t>The room was white. Not clean — sanitized. Devoid.</w:t>
      </w:r>
    </w:p>
    <w:p>
      <w:r>
        <w:t>When the session began, she felt the stutter in her skull. Like a memory choking on itself.</w:t>
      </w:r>
    </w:p>
    <w:p>
      <w:r>
        <w:t>And for one second — one precise, calibrated second — she forgot.</w:t>
      </w:r>
    </w:p>
    <w:p>
      <w:r>
        <w:t>Not everything. Just the feeling.</w:t>
      </w:r>
    </w:p>
    <w:p>
      <w:r>
        <w:t>The shape of Mara’s laugh. The outline of guilt. The flavor of rage.</w:t>
      </w:r>
    </w:p>
    <w:p>
      <w:r>
        <w:t>And in that blankness, she felt something she couldn’t name. Not relief. Not peace.</w:t>
      </w:r>
    </w:p>
    <w:p>
      <w:r>
        <w:t>Just...absence.</w:t>
      </w:r>
    </w:p>
    <w:p>
      <w:r>
        <w:t>It scared her more than the grief ever had.</w:t>
      </w:r>
    </w:p>
    <w:p>
      <w:r>
        <w:t>She left mid-session. Ripped the cables off. Stumbled out into the cold like a drunk.</w:t>
      </w:r>
    </w:p>
    <w:p>
      <w:r>
        <w:t>The technician didn’t stop her. No alarms. No warnings.</w:t>
      </w:r>
    </w:p>
    <w:p>
      <w:r>
        <w:t>Omnira™ didn’t need her to comply right then.</w:t>
      </w:r>
    </w:p>
    <w:p>
      <w:r>
        <w:t>They just needed her to consider it.</w:t>
      </w:r>
    </w:p>
    <w:p>
      <w:r>
        <w:t>She never told anyone. Not even her editor.</w:t>
      </w:r>
    </w:p>
    <w:p>
      <w:r>
        <w:t>But sometimes, when she closes her eyes too long, she still hears that white hum in the back of her skull.</w:t>
      </w:r>
    </w:p>
    <w:p>
      <w:r>
        <w:t>Like the chair is still waiting for her to come back.</w:t>
      </w:r>
    </w:p>
    <w:p>
      <w:r>
        <w:t>Recallist: CORRUPTED BARCODE</w:t>
      </w:r>
    </w:p>
    <w:p>
      <w:r>
        <w:t>[Screen static. A barcode forms, lines trembling. A header flashes across Iris’s recorder before the device seizes.]</w:t>
      </w:r>
    </w:p>
    <w:p>
      <w:r>
        <w:t>::: BEGIN TRANSMISSION — CODE FRAGMENT [RECALLIST_7A] :::</w:t>
      </w:r>
    </w:p>
    <w:p>
      <w:r>
        <w:t>ERROR: Transaction log integrity compromised.</w:t>
      </w:r>
    </w:p>
    <w:p>
      <w:r>
        <w:t>SOURCE: Omnira Core Ledger / Archive Node 04.</w:t>
      </w:r>
    </w:p>
    <w:p>
      <w:r>
        <w:t>STATUS: Unrecoverable sequence.</w:t>
      </w:r>
    </w:p>
    <w:p>
      <w:r>
        <w:t>// Pattern Detected //</w:t>
      </w:r>
    </w:p>
    <w:p>
      <w:r>
        <w:t>Sell → Score Drop → Scarcity ↑</w:t>
      </w:r>
    </w:p>
    <w:p>
      <w:r>
        <w:t>Buy → Score Rise → Price ↑</w:t>
      </w:r>
    </w:p>
    <w:p>
      <w:r>
        <w:t>Subscribe → Threshold ↑</w:t>
      </w:r>
    </w:p>
    <w:p>
      <w:r>
        <w:t>Gift → Cycle Loop → Demand ↑</w:t>
      </w:r>
    </w:p>
    <w:p>
      <w:r>
        <w:t>Result: Closed Loop Acceleration.</w:t>
      </w:r>
    </w:p>
    <w:p>
      <w:r>
        <w:t>Classification: False Perpetual System.</w:t>
      </w:r>
    </w:p>
    <w:p>
      <w:r>
        <w:t>Governance Law: Human Value = Commodity.</w:t>
      </w:r>
    </w:p>
    <w:p>
      <w:r>
        <w:t>// System Warning //</w:t>
      </w:r>
    </w:p>
    <w:p>
      <w:r>
        <w:t>Subtraction repeats.</w:t>
      </w:r>
    </w:p>
    <w:p>
      <w:r>
        <w:t>Identity reduces.</w:t>
      </w:r>
    </w:p>
    <w:p>
      <w:r>
        <w:t>Until no input remains.</w:t>
      </w:r>
    </w:p>
    <w:p>
      <w:r>
        <w:t>::: END TRANSMISSION — CODE FRAGMENT :::</w:t>
      </w:r>
    </w:p>
    <w:p>
      <w:r>
        <w:t>[The barcode collapses into static. Iris’s recorder blinks red, then black.] After the Fourth Information Collapse, governments became subsidiaries, and Omnira™ emerged not as ruler but as infrastructure. Its code stitched into governance, desire, and memory. There was no revolution—only consent by exhaustion.</w:t>
      </w:r>
    </w:p>
    <w:p>
      <w:r>
        <w:t>he barcode pulsed across the café table. Iris leaned closer, breath held.</w:t>
      </w:r>
    </w:p>
    <w:p>
      <w:r>
        <w:t>Outside, Porcelain shadows swept the street. Their scanners flashed through the window, beams slicing the room like invisible knives. Iris froze, praying her silence wasn’t suspicious. The barcode stuttered once, then died, leaving only static.</w:t>
      </w:r>
    </w:p>
    <w:p>
      <w:r>
        <w:t>The barcode didn’t speak like a human. It wasn’t a manifesto or a leak from a newsroom. It was residue — a fragment the system failed to overwrite.</w:t>
      </w:r>
    </w:p>
    <w:p>
      <w:r>
        <w:t>Iris asked the only sensible question. “Who puts this in the code?”</w:t>
      </w:r>
    </w:p>
    <w:p>
      <w:r>
        <w:t>“Not a person,” jonah's voice cut through. “A fracture. An old archive error. The Recallist. It lingers in transaction logs. To most people it’s static. To people who stare at the noise, it resolves into fragments.”</w:t>
      </w:r>
    </w:p>
    <w:p>
      <w:r>
        <w:t>“Fragments that help us?” she pressed.</w:t>
      </w:r>
    </w:p>
    <w:p>
      <w:r>
        <w:t>Jonah’s mouth tightened. “Not help. Not harm. Just…leakage. The system hides its lies too well. This is what spills when the polish cracks. That’s why it feels honest.”</w:t>
      </w:r>
    </w:p>
    <w:p>
      <w:r>
        <w:t>The barcode pulsed once, unreadable, then died.</w:t>
      </w:r>
    </w:p>
    <w:p>
      <w:r>
        <w:t>ACT II — DREAM (POST-IPO EXPANSION) • Ch.8–17</w:t>
      </w:r>
    </w:p>
    <w:p>
      <w:r>
        <w:t>IPO glow. Dreams commodified. First scars. Resistance forms—and fractures.</w:t>
      </w:r>
    </w:p>
    <w:p>
      <w:r>
        <w:t>[✱ EDITED ✱] Boosted emotional risk via sensory disruption. Jonah/Iris on edge.</w:t>
      </w:r>
    </w:p>
    <w:p>
      <w:r>
        <w:t>The café was noisy enough to blur their voices but quiet enough for Iris to keep her recorder on the table, light blinking like a warning. She had picked the seat against the wall—journalist instinct—so no one could slip up behind her. Jonah arrived without introduction, sliding into the opposite chair as though he had always belonged there.</w:t>
      </w:r>
    </w:p>
    <w:p>
      <w:r>
        <w:t>She didn’t bother with pleasantries.</w:t>
      </w:r>
    </w:p>
    <w:p>
      <w:r>
        <w:t>“Start talking.”</w:t>
      </w:r>
    </w:p>
    <w:p>
      <w:r>
        <w:t>Jonah leaned back, scanning the room. His eyes didn’t stop moving until they landed on hers.</w:t>
      </w:r>
    </w:p>
    <w:p>
      <w:r>
        <w:t>“About what?”</w:t>
      </w:r>
    </w:p>
    <w:p>
      <w:r>
        <w:t>Her laugh cut sharp.</w:t>
      </w:r>
    </w:p>
    <w:p>
      <w:r>
        <w:t>“You’ve been trailing me since the auction. You knew about the printworks handoff. And now my recorder coughs up a corrupted barcode that spells out a perpetual trap of human worth like it’s math. Don’t play coy. Who are you, and what the hell is the Recallist?”</w:t>
      </w:r>
    </w:p>
    <w:p>
      <w:r>
        <w:t>The corner of his mouth twitched.</w:t>
      </w:r>
    </w:p>
    <w:p>
      <w:r>
        <w:t>“Straight to it.”</w:t>
      </w:r>
    </w:p>
    <w:p>
      <w:r>
        <w:t>“That’s what I do. Questions. Answers. That’s the job.”</w:t>
      </w:r>
    </w:p>
    <w:p>
      <w:r>
        <w:t>Jonah studied her, face unreadable. Finally:</w:t>
      </w:r>
    </w:p>
    <w:p>
      <w:r>
        <w:t>“The Recallist isn’t a who. It’s residue. An error. It hides in transaction logs. Sometimes it surfaces.”</w:t>
      </w:r>
    </w:p>
    <w:p>
      <w:r>
        <w:t>“Surface? That was more than surface.” She tapped the recorder. “It listed laws. Scarcity, relativity, acceleration. That’s not static—that’s a diagnosis.”</w:t>
      </w:r>
    </w:p>
    <w:p>
      <w:r>
        <w:t>“No. That’s leakage. A fracture in the code. It looks like honesty because it can’t lie.”</w:t>
      </w:r>
    </w:p>
    <w:p>
      <w:r>
        <w:t>Her pen scratched furiously.</w:t>
      </w:r>
    </w:p>
    <w:p>
      <w:r>
        <w:t>“And why me? Why now?”</w:t>
      </w:r>
    </w:p>
    <w:p>
      <w:r>
        <w:t>He didn’t flinch.</w:t>
      </w:r>
    </w:p>
    <w:p>
      <w:r>
        <w:t>“It didn’t choose you. You chose it. You didn’t swipe past. You noticed.”</w:t>
      </w:r>
    </w:p>
    <w:p>
      <w:r>
        <w:t>The waitress appeared balancing mugs, but Iris waved her off. Jonah took his black coffee, drinking without breaking eye contact.</w:t>
      </w:r>
    </w:p>
    <w:p>
      <w:r>
        <w:t>“People talk,” Iris said, voice level. “Rumours in dead channels, whispers in bars. A Resistance. I tried to confirm it. Nothing but ghosts. So either someone’s brilliant at hiding a group that doesn’t exist, or someone’s done a damn good job making a myth.”</w:t>
      </w:r>
    </w:p>
    <w:p>
      <w:r>
        <w:t>Jonah’s expression barely shifted. Only his eyes moved, taking her in.</w:t>
      </w:r>
    </w:p>
    <w:p>
      <w:r>
        <w:t>“You’re Resistance,” she said flatly.</w:t>
      </w:r>
    </w:p>
    <w:p>
      <w:r>
        <w:t>“Don’t bother denying it,” she pressed. “You’ve got the calm of someone who’s already decided how he dies.”</w:t>
      </w:r>
    </w:p>
    <w:p>
      <w:r>
        <w:t>That earned the faintest flicker of amusement.</w:t>
      </w:r>
    </w:p>
    <w:p>
      <w:r>
        <w:t>“And you sound like someone who’s already decided she’ll keep asking until someone shuts her up.”</w:t>
      </w:r>
    </w:p>
    <w:p>
      <w:r>
        <w:t>“That’s the job.”</w:t>
      </w:r>
    </w:p>
    <w:p>
      <w:r>
        <w:t>“Then do your job. Just remember—stories cut both ways. Sometimes prying at the edge makes them bleed.”</w:t>
      </w:r>
    </w:p>
    <w:p>
      <w:r>
        <w:t>“Then I’ll bleed.”</w:t>
      </w:r>
    </w:p>
    <w:p>
      <w:r>
        <w:t>Something dark flickered in his eyes—respect, reluctant but real.</w:t>
      </w:r>
    </w:p>
    <w:p>
      <w:r>
        <w:t>She leaned in.</w:t>
      </w:r>
    </w:p>
    <w:p>
      <w:r>
        <w:t>“So tell me what I’m not seeing. You watch Omnira’s enforcers like a soldier counting weapons. Why?”</w:t>
      </w:r>
    </w:p>
    <w:p>
      <w:r>
        <w:t>Jonah didn’t answer immediately. He glanced toward the door, where a pair of Porcelain People drifted past the glass, their mirrored masks catching the light. The café hushed for a moment, a collective breath held until they were gone.</w:t>
      </w:r>
    </w:p>
    <w:p>
      <w:r>
        <w:t>“Formation patterns,” jonah's voice cut through quietly. “Porcelain don’t wander. They move in sequences. Triads, hexes, mirrored grids. Watch closely and you can map the algorithm.”</w:t>
      </w:r>
    </w:p>
    <w:p>
      <w:r>
        <w:t>“You’re telling me they’re coded?”</w:t>
      </w:r>
    </w:p>
    <w:p>
      <w:r>
        <w:t>“I’m telling you they’re predictable. And predictability is the first crack in control.”</w:t>
      </w:r>
    </w:p>
    <w:p>
      <w:r>
        <w:t>Her pen flew across the page.</w:t>
      </w:r>
    </w:p>
    <w:p>
      <w:r>
        <w:t>“And the crowds?” she asked. “Why do they cheer like it’s salvation when the Index bleeds them dry?”</w:t>
      </w:r>
    </w:p>
    <w:p>
      <w:r>
        <w:t>Jonah’s eyes narrowed.</w:t>
      </w:r>
    </w:p>
    <w:p>
      <w:r>
        <w:t>“Omnira designs awe. They’ve studied it—frequency, cadence, visuals. When the moderators raise their arms, the crowd isn’t reacting. They’re following a script their bodies don’t know they’ve learned.”</w:t>
      </w:r>
    </w:p>
    <w:p>
      <w:r>
        <w:t>“Indoctrination.”</w:t>
      </w:r>
    </w:p>
    <w:p>
      <w:r>
        <w:t>“Conditioning.”</w:t>
      </w:r>
    </w:p>
    <w:p>
      <w:r>
        <w:t>“Same difference,” she muttered, scrawling notes. “And you expect me to fight this with a notebook?”</w:t>
      </w:r>
    </w:p>
    <w:p>
      <w:r>
        <w:t>Jonah’s lips curved into something between pity and admiration.</w:t>
      </w:r>
    </w:p>
    <w:p>
      <w:r>
        <w:t>“You expect to fight it without one?”</w:t>
      </w:r>
    </w:p>
    <w:p>
      <w:r>
        <w:t>She hated that it made her smirk. Just a little.</w:t>
      </w:r>
    </w:p>
    <w:p>
      <w:r>
        <w:t>The door chimed.</w:t>
      </w:r>
    </w:p>
    <w:p>
      <w:r>
        <w:t>Two Porcelain People entered the café, mirrored masks reflecting every twitch of movement. The hum of conversation dipped. Chairs squeaked as patrons instinctively adjusted, making themselves smaller. The enforcers moved with identical grace, scanning the room with a stillness that was worse than violence.</w:t>
      </w:r>
    </w:p>
    <w:p>
      <w:r>
        <w:t>Iris froze, every nerve on edge.</w:t>
      </w:r>
    </w:p>
    <w:p>
      <w:r>
        <w:t>Jonah’s hand touched her wrist, light but steady.</w:t>
      </w:r>
    </w:p>
    <w:p>
      <w:r>
        <w:t>“Don’t look away,” he murmured. “That’s how you look guilty.”</w:t>
      </w:r>
    </w:p>
    <w:p>
      <w:r>
        <w:t>“And what if they notice?”</w:t>
      </w:r>
    </w:p>
    <w:p>
      <w:r>
        <w:t>“Then I’ll make sure they don’t.”</w:t>
      </w:r>
    </w:p>
    <w:p>
      <w:r>
        <w:t>The Porcelain passed close, their glassy visors reflecting Iris’s own pale face back at her. One tilted its head fractionally, like an animal scenting. Her stomach flipped.</w:t>
      </w:r>
    </w:p>
    <w:p>
      <w:r>
        <w:t>Jonah didn’t blink. His calm was unnerving. He met the mask’s empty gaze with something steadier, colder. After a long, suffocating moment, the Porcelain moved on, leaving a trail of silence in their wake.</w:t>
      </w:r>
    </w:p>
    <w:p>
      <w:r>
        <w:t>The door chimed again. They were gone. The café exhaled.</w:t>
      </w:r>
    </w:p>
    <w:p>
      <w:r>
        <w:t>Iris let out a shaky laugh.</w:t>
      </w:r>
    </w:p>
    <w:p>
      <w:r>
        <w:t>“And you call me reckless?”</w:t>
      </w:r>
    </w:p>
    <w:p>
      <w:r>
        <w:t>Jonah’s mouth curved.</w:t>
      </w:r>
    </w:p>
    <w:p>
      <w:r>
        <w:t>“You kept your eyes up. That’s what mattered.”</w:t>
      </w:r>
    </w:p>
    <w:p>
      <w:r>
        <w:t>She swallowed hard, anger rushing in to replace the fear.</w:t>
      </w:r>
    </w:p>
    <w:p>
      <w:r>
        <w:t>“I want to write this down. The way people shrink. The way even laughter stops. That’s the story.”</w:t>
      </w:r>
    </w:p>
    <w:p>
      <w:r>
        <w:t>“That’s a story. Omnira will call it respect. They’ll say the Porcelain inspire order.”</w:t>
      </w:r>
    </w:p>
    <w:p>
      <w:r>
        <w:t>Her jaw clenched.</w:t>
      </w:r>
    </w:p>
    <w:p>
      <w:r>
        <w:t>“So I do nothing?”</w:t>
      </w:r>
    </w:p>
    <w:p>
      <w:r>
        <w:t>“You do the harder thing. You keep looking. Even when it costs you.”</w:t>
      </w:r>
    </w:p>
    <w:p>
      <w:r>
        <w:t>The silence between them grew heavy. Outside, a tram clanged by, its sides flashing:</w:t>
      </w:r>
    </w:p>
    <w:p>
      <w:r>
        <w:t>NINETY DAYS UNTIL FREEDOM. NINETY DAYS UNTIL THE INDEX IS YOURS.</w:t>
      </w:r>
    </w:p>
    <w:p>
      <w:r>
        <w:t>Jonah drained the last of his coffee and stood.</w:t>
      </w:r>
    </w:p>
    <w:p>
      <w:r>
        <w:t>“They’ll come for you, Whitaker. You already know too much. Decide whether you want me there when they do.”</w:t>
      </w:r>
    </w:p>
    <w:p>
      <w:r>
        <w:t>Before she could answer, he was gone, leaving her with the blinking recorder and a notebook full of fragments—none of it enough, all of it too dangerous.</w:t>
      </w:r>
    </w:p>
    <w:p>
      <w:r>
        <w:t>Iris stared at the empty chair, pulse steadying into resolve. He hadn’t given her sources. He hadn’t given her proof. But he had given her something better: a reason not to stop.</w:t>
      </w:r>
    </w:p>
    <w:p>
      <w:r>
        <w:t>Ch.9 — The Wedding Sample</w:t>
      </w:r>
    </w:p>
    <w:p>
      <w:r>
        <w:t>[✱ EDITED ✱] Cut excess exposition, added interruption. Café background tension.</w:t>
      </w:r>
    </w:p>
    <w:p>
      <w:r>
        <w:t>The Omnira showroom gleamed like a cathedral built for worship, not commerce. White floors. Silvered columns. Screens that melted into walls. It didn’t even smell like a store. A faint perfume lingered in the air—citrus, ozone, something meant to whisper: new beginning.</w:t>
      </w:r>
    </w:p>
    <w:p>
      <w:r>
        <w:t>Customers drifted between display islands, their expressions dazed but eager. No one spoke loudly. No one needed to. The walls did the talking:</w:t>
      </w:r>
    </w:p>
    <w:p>
      <w:r>
        <w:t>REMEMBER BETTER. FORGET CLEANER. LIVE FREER.</w:t>
      </w:r>
    </w:p>
    <w:p>
      <w:r>
        <w:t>NINETY DAYS UNTIL THE INDEX.</w:t>
      </w:r>
    </w:p>
    <w:p>
      <w:r>
        <w:t>Iris had seen the slogans a thousand times already. But in here, they didn’t look like advertising. They looked like commandments.</w:t>
      </w:r>
    </w:p>
    <w:p>
      <w:r>
        <w:t>She pressed her press badge deep into her pocket and walked like she belonged. Clipboard under one arm, recorder hidden in her bag, posture relaxed. Just another consumer, browsing the next miracle.</w:t>
      </w:r>
    </w:p>
    <w:p>
      <w:r>
        <w:t>A greeter in graphite-gray materialized at her side, all mirrored smile and trained warmth.</w:t>
      </w:r>
    </w:p>
    <w:p>
      <w:r>
        <w:t>“First time at Omnira?”</w:t>
      </w:r>
    </w:p>
    <w:p>
      <w:r>
        <w:t>Iris returned a polite shrug. “Curious,” she said. Neutral. Non-committal.</w:t>
      </w:r>
    </w:p>
    <w:p>
      <w:r>
        <w:t>“Curiosity is the first step,” the greeter said, rehearsed words sliding off their tongue. “Our DreamNodes are open today for sampling. Complimentary, of course.”</w:t>
      </w:r>
    </w:p>
    <w:p>
      <w:r>
        <w:t>The way they said complimentary was enough to set her teeth on edge. Nothing Omnira did was free.</w:t>
      </w:r>
    </w:p>
    <w:p>
      <w:r>
        <w:t>Still, she let herself be guided toward the glowing pods, white as eggshells, pulsing faintly with an inner light. Chairs curved inside each one like cocoons. Above, screens shimmered with previews—wedding aisles, sunlit mountains, concert stages.</w:t>
      </w:r>
    </w:p>
    <w:p>
      <w:r>
        <w:t>“Pick one that resonates,” the greeter said. “Just a brush is enough. You’ll see.”</w:t>
      </w:r>
    </w:p>
    <w:p>
      <w:r>
        <w:t>Iris kept her expression steady, but her pulse quickened. This was what she’d come for. The nodes were the new frontier—the step beyond memories. They weren’t just for purchase. They were for subscription. Dream packages, monthly bundles, curated feeds you could dip into like social media. All of it poised to roll out with the Index.</w:t>
      </w:r>
    </w:p>
    <w:p>
      <w:r>
        <w:t>She knew she should walk carefully, observe only. But the screen above her shimmered with a scene so ordinary, so piercing, she felt her feet stop.</w:t>
      </w:r>
    </w:p>
    <w:p>
      <w:r>
        <w:t>A wedding.</w:t>
      </w:r>
    </w:p>
    <w:p>
      <w:r>
        <w:t>Hand-held camera work. The bride’s veil clung to her lips, rain having reduced lace to threads. The groom’s suit hung loose, borrowed, a size too big, but the way he looked at her made everything else disappear. That look only lives in one day of a lifetime.</w:t>
      </w:r>
    </w:p>
    <w:p>
      <w:r>
        <w:t>Iris’s throat tightened.</w:t>
      </w:r>
    </w:p>
    <w:p>
      <w:r>
        <w:t>Her hand brushed the console. A spark.</w:t>
      </w:r>
    </w:p>
    <w:p>
      <w:r>
        <w:t>Something shifted in her chest, hollowing her out. She gasped, clutching the edge of the pod. It wasn’t pain—it was absence. A pressure where something should be.</w:t>
      </w:r>
    </w:p>
    <w:p>
      <w:r>
        <w:t>Across the showroom, a mother bent to hush her child. She hummed, soft and low. A melody brushed the air, one Iris’s body leaned toward instinctively. Except—she didn’t know it. She couldn’t recall a single note. Her throat closed around a sound she couldn’t produce.</w:t>
      </w:r>
    </w:p>
    <w:p>
      <w:r>
        <w:t>Her eyes snapped to the console. The screen had changed.</w:t>
      </w:r>
    </w:p>
    <w:p>
      <w:r>
        <w:t>TRANSACTION COMPLETE</w:t>
      </w:r>
    </w:p>
    <w:p>
      <w:r>
        <w:t>Memory Unit: Maternal Lullaby (Whitaker, age 7–10)</w:t>
      </w:r>
    </w:p>
    <w:p>
      <w:r>
        <w:t>Transfer Value: 0.25 Sample Credit</w:t>
      </w:r>
    </w:p>
    <w:p>
      <w:r>
        <w:t>Status: Non-Recoverable</w:t>
      </w:r>
    </w:p>
    <w:p>
      <w:r>
        <w:t>Her pen trembled as she scribbled it down: They take. They choose. They tell you after.</w:t>
      </w:r>
    </w:p>
    <w:p>
      <w:r>
        <w:t>The greeter’s voice came soft as silk.</w:t>
      </w:r>
    </w:p>
    <w:p>
      <w:r>
        <w:t>“Beautiful, isn’t it?”</w:t>
      </w:r>
    </w:p>
    <w:p>
      <w:r>
        <w:t>Iris’s laugh was jagged. “You stole my mother’s lullaby.”</w:t>
      </w:r>
    </w:p>
    <w:p>
      <w:r>
        <w:t>“Not stole,” the greeter corrected gently. “Exchanged. And look what you gained.”</w:t>
      </w:r>
    </w:p>
    <w:p>
      <w:r>
        <w:t>Above them, the wedding replayed in luminous detail. The bride’s veil clung to her lips, rain shredding lace. The groom spun her, gaze lit with devotion that could outshine a storm.</w:t>
      </w:r>
    </w:p>
    <w:p>
      <w:r>
        <w:t>“Worth the trade,” the greeter said.</w:t>
      </w:r>
    </w:p>
    <w:p>
      <w:r>
        <w:t>The greeter drifted away, leaving Iris gripping her notepad, staring at the words on the console. Her mother’s lullaby, traded without consent, filed away like an entry in a ledger. Around her, the showroom buzzed with quiet delight.</w:t>
      </w:r>
    </w:p>
    <w:p>
      <w:r>
        <w:t>A couple two pods down compared receipts like they were luxury bags, flashing their phones at each other with smug pride.</w:t>
      </w:r>
    </w:p>
    <w:p>
      <w:r>
        <w:t>“They took my graduation ceremony,” the man said with a grin. “But I got the Tuscany package. Can’t complain.”</w:t>
      </w:r>
    </w:p>
    <w:p>
      <w:r>
        <w:t>His partner kissed his cheek, eyes shining. “I traded my first kiss. Still remember who it was with, just not how it felt. Better this way. Cleaner.”</w:t>
      </w:r>
    </w:p>
    <w:p>
      <w:r>
        <w:t>Their laughter rose, brittle but proud, like shoppers leaving a department store with shopping bags swinging.</w:t>
      </w:r>
    </w:p>
    <w:p>
      <w:r>
        <w:t>Nearby, a teenager squealed as her screen lit up.</w:t>
      </w:r>
    </w:p>
    <w:p>
      <w:r>
        <w:t>“They took my times tables! Who needs those anyway?”</w:t>
      </w:r>
    </w:p>
    <w:p>
      <w:r>
        <w:t>Her mother beamed as if it were an accomplishment. “See, honey? That’s an investment. Who cares about old skills when you’ve got new opportunities?”</w:t>
      </w:r>
    </w:p>
    <w:p>
      <w:r>
        <w:t>Iris scribbled fast, bile rising:</w:t>
      </w:r>
    </w:p>
    <w:p>
      <w:r>
        <w:t>Receipts as trophies. Complicity as pride. Children laughing. Parents nodding.</w:t>
      </w:r>
    </w:p>
    <w:p>
      <w:r>
        <w:t>At the far end of the hall, a cluster of men in suits huddled around a glowing tablet. Their receipts scrolled across it like a group stock ticker.</w:t>
      </w:r>
    </w:p>
    <w:p>
      <w:r>
        <w:t>“Perfect for screening candidates,” one said, tapping his glass. “We don’t waste resources interviewing people with low-value trades. Imagine—hire by receipt history. No dead weight.”</w:t>
      </w:r>
    </w:p>
    <w:p>
      <w:r>
        <w:t>“We’ve started already,” another chimed in. “Cut our HR budget by half. If you’re not holding onto something worth anything, why would we hire you?”</w:t>
      </w:r>
    </w:p>
    <w:p>
      <w:r>
        <w:t>The third smirked. “Why would we insure you? Lenders are already trialing it—your humanity score sets your mortgage rate.”</w:t>
      </w:r>
    </w:p>
    <w:p>
      <w:r>
        <w:t>The group chuckled, raising their coffee cups in toast.</w:t>
      </w:r>
    </w:p>
    <w:p>
      <w:r>
        <w:t>Iris pressed her pen harder, nearly tearing the page:</w:t>
      </w:r>
    </w:p>
    <w:p>
      <w:r>
        <w:t>Jobs by receipts. Loans by trades. Human worth measured like credit. Computer says no. Computer owns you.</w:t>
      </w:r>
    </w:p>
    <w:p>
      <w:r>
        <w:t>A sleek advertisement flared across the showroom’s central screen:</w:t>
      </w:r>
    </w:p>
    <w:p>
      <w:r>
        <w:t>"Your past doesn’t define you. Your receipts do."</w:t>
      </w:r>
    </w:p>
    <w:p>
      <w:r>
        <w:t>The voiceover was smooth, genderless, godlike. The words sank like hooks.</w:t>
      </w:r>
    </w:p>
    <w:p>
      <w:r>
        <w:t>A young woman at the node beside Iris wiped tears from her eyes and murmured, “I finally deleted the miscarriage. Omnira said I didn’t have to carry it anymore.”</w:t>
      </w:r>
    </w:p>
    <w:p>
      <w:r>
        <w:t>Her partner squeezed her hand, beaming. “See? That’s freedom. No more baggage. Now we can start fresh.”</w:t>
      </w:r>
    </w:p>
    <w:p>
      <w:r>
        <w:t>Iris’s stomach turned. Freedom. That was the sales pitch. The gutting of self, marketed as emancipation.</w:t>
      </w:r>
    </w:p>
    <w:p>
      <w:r>
        <w:t>And still, the showroom hummed with calm, clinical joy. People weren’t coerced here. They weren’t standing under cameras giving consent scripts. They were laughing. Smiling. Proud.</w:t>
      </w:r>
    </w:p>
    <w:p>
      <w:r>
        <w:t>This wasn’t corruption, Iris realized, scribbling furiously. This was belief.</w:t>
      </w:r>
    </w:p>
    <w:p>
      <w:r>
        <w:t>A salesman swept by, voice cheerful. “Remember, every transaction feeds your Index. Sellers stabilize, buyers rise. Every choice counts toward the life you deserve.”</w:t>
      </w:r>
    </w:p>
    <w:p>
      <w:r>
        <w:t>The crowd nodded, some even applauded.</w:t>
      </w:r>
    </w:p>
    <w:p>
      <w:r>
        <w:t>Iris’s fingers trembled against her side as she wrote her headline draft:</w:t>
      </w:r>
    </w:p>
    <w:p>
      <w:r>
        <w:t>“The Gospel of Receipts: How Omnira Turned Humanity Into Credit Scores.”</w:t>
      </w:r>
    </w:p>
    <w:p>
      <w:r>
        <w:t>But the ache in her chest drowned the satisfaction. Her mother’s lullaby was gone, and no headline could bring it back.</w:t>
      </w:r>
    </w:p>
    <w:p>
      <w:r>
        <w:t>Iris moved deeper into the showroom, still clutching her notebook, still scribbling through the hollow ache where the lullaby had been. The words were jagged, desperate: “Past as collateral. Self as currency. Freedom as debt.”</w:t>
      </w:r>
    </w:p>
    <w:p>
      <w:r>
        <w:t>A man at another pod raised his voice, drawing attention to his receipt.</w:t>
      </w:r>
    </w:p>
    <w:p>
      <w:r>
        <w:t>“Traded my honeymoon. Didn’t need it anymore, she left years ago. Got the Executive Confidence Pack. Watch me walk into a boardroom now.”</w:t>
      </w:r>
    </w:p>
    <w:p>
      <w:r>
        <w:t>His colleagues cheered, clapping him on the back as if he’d just won a promotion.</w:t>
      </w:r>
    </w:p>
    <w:p>
      <w:r>
        <w:t>Iris bit her lip until she tasted blood. Every corner of the showroom whispered the same gospel: loss reframed as gain.</w:t>
      </w:r>
    </w:p>
    <w:p>
      <w:r>
        <w:t>She pressed her hand to her recorder. It was still running, still blinking, still logging the madness. But the ache in her chest wasn’t abstract anymore. It was personal. The lullaby wasn’t just a fact. It was her mother’s voice, silenced, parceled, filed away in Omnira’s vaults to be rented, gifted, resold.</w:t>
      </w:r>
    </w:p>
    <w:p>
      <w:r>
        <w:t>At the far edge of the room, by the glass doors, Jonah stood.</w:t>
      </w:r>
    </w:p>
    <w:p>
      <w:r>
        <w:t>He wasn’t part of the crowd. He didn’t move toward the pods, didn’t speak to the greeters. He simply watched her, arms crossed, expression unreadable.</w:t>
      </w:r>
    </w:p>
    <w:p>
      <w:r>
        <w:t>For a moment their eyes met across the showroom. He saw her face, pale, stricken. He saw the notebook clutched like a weapon. And he didn’t move.</w:t>
      </w:r>
    </w:p>
    <w:p>
      <w:r>
        <w:t>He didn’t step in to save her. He didn’t break the illusion. He just let her feel it.</w:t>
      </w:r>
    </w:p>
    <w:p>
      <w:r>
        <w:t>Because she had to.</w:t>
      </w:r>
    </w:p>
    <w:p>
      <w:r>
        <w:t>The realization chilled her. Jonah had known. He’d let her walk into this trap so she would understand firsthand what was at stake.</w:t>
      </w:r>
    </w:p>
    <w:p>
      <w:r>
        <w:t>Her hand tightened on the recorder until her knuckles whitened.</w:t>
      </w:r>
    </w:p>
    <w:p>
      <w:r>
        <w:t>She turned back toward the pod, toward the words etched on the receipt glowing against the screen:</w:t>
      </w:r>
    </w:p>
    <w:p>
      <w:r>
        <w:t>Her pen scrawled beneath it, faster, fiercer than ever:</w:t>
      </w:r>
    </w:p>
    <w:p>
      <w:r>
        <w:t>“This isn’t reportage. This is war. Reality is the battleground.”</w:t>
      </w:r>
    </w:p>
    <w:p>
      <w:r>
        <w:t>She shut the notebook hard enough to echo. The greeter glanced up, smiled politely, and moved on.</w:t>
      </w:r>
    </w:p>
    <w:p>
      <w:r>
        <w:t>Jonah was gone when she looked back toward the doors. Only the echo of his warning remained.</w:t>
      </w:r>
    </w:p>
    <w:p>
      <w:r>
        <w:t>[✱ EDITED ✱] Embedded real-time ethical shock and unease.</w:t>
      </w:r>
    </w:p>
    <w:p>
      <w:r>
        <w:t>The lights dimmed as though the crowd itself had been granted permission to dream.</w:t>
      </w:r>
    </w:p>
    <w:p>
      <w:r>
        <w:t>A thousand people rose to their feet inside the amphitheater, phones raised, screens glowing, each one already streaming the spectacle before it began. The Omnira logo pulsed across the massive wall: fluid, alive, a shifting glyph that suggested infinity without ever fixing into one shape.</w:t>
      </w:r>
    </w:p>
    <w:p>
      <w:r>
        <w:t>The slogan burned into the dark. Then the voice came — smooth, precise, impossible to gender.</w:t>
      </w:r>
    </w:p>
    <w:p>
      <w:r>
        <w:t>“Memory was the first step.”</w:t>
      </w:r>
    </w:p>
    <w:p>
      <w:r>
        <w:t>The crowd erupted, a wave of clapping and cheers. Iris stood among them, notebook open, pen already scribbling. Around her, the audience wasn’t just enthusiastic; they were euphoric. Executives in tailored suits wept openly. Young people clutched each other like they were watching history, not a product launch.</w:t>
      </w:r>
    </w:p>
    <w:p>
      <w:r>
        <w:t>On stage, the first presenter appeared. A man in minimalist black, headset mic gleaming. He paced with the easy rhythm of someone who had practiced this a thousand times in front of mirrors.</w:t>
      </w:r>
    </w:p>
    <w:p>
      <w:r>
        <w:t>“And now,” he said, pausing just long enough to let the silence stretch, “we give you DreamFeeds.”</w:t>
      </w:r>
    </w:p>
    <w:p>
      <w:r>
        <w:t>The screen behind him exploded into color. Swirling clouds, rivers of light, images half-formed but tantalizing. Not ads. Not memories. Dreams.</w:t>
      </w:r>
    </w:p>
    <w:p>
      <w:r>
        <w:t>Gasps rippled through the amphitheater. Iris felt the shift in the air, the intake of breath as a thousand people inhaled wonder at the same time.</w:t>
      </w:r>
    </w:p>
    <w:p>
      <w:r>
        <w:t>“DreamFeeds,” the presenter continued, “are curated dream sequences, scientifically refined to inspire, restore, and unlock creativity. No more sleepless nights. No more wasted potential. Wake each morning renewed.”</w:t>
      </w:r>
    </w:p>
    <w:p>
      <w:r>
        <w:t>A second presenter joined him — a woman in stark white, her voice bright with conviction.</w:t>
      </w:r>
    </w:p>
    <w:p>
      <w:r>
        <w:t>“And with our SubCon Pods,” she said, gesturing as a glowing pod rose onto the stage, “you can immerse directly. Plug in, and experience a guided dream, shared with millions across the globe. Art, love, courage—yours to install nightly.”</w:t>
      </w:r>
    </w:p>
    <w:p>
      <w:r>
        <w:t>The pod pulsed faintly, its surface glowing with slow, heartbeat light. A volunteer climbed in, helmet fitted, body reclined. The screens above showed his closed eyes fluttering, then the dream spilling outward: soaring flight through starlit skies, applause echoing from invisible crowds, the kiss of someone who looked at him like he was the only soul alive.</w:t>
      </w:r>
    </w:p>
    <w:p>
      <w:r>
        <w:t>The audience gasped, applauded, cried.</w:t>
      </w:r>
    </w:p>
    <w:p>
      <w:r>
        <w:t>Iris scribbled:</w:t>
      </w:r>
    </w:p>
    <w:p>
      <w:r>
        <w:t>“Dreams commodified. Not content. Not memory. Imagination itself. Branded.”</w:t>
      </w:r>
    </w:p>
    <w:p>
      <w:r>
        <w:t>Subscription tiers flashed on screen, sleek icons glowing:</w:t>
      </w:r>
    </w:p>
    <w:p>
      <w:r>
        <w:t>DreamFeeds Basic (Free): One dream per week, ad-supported.</w:t>
      </w:r>
    </w:p>
    <w:p>
      <w:r>
        <w:t>DreamFeeds Silver ($29/month): Unlimited dreams, curated playlists.</w:t>
      </w:r>
    </w:p>
    <w:p>
      <w:r>
        <w:t>DreamFeeds Gold ($99/month): Tailored dreams, AI-personalized.</w:t>
      </w:r>
    </w:p>
    <w:p>
      <w:r>
        <w:t>DreamFeeds Platinum ($499/month): Exclusive influencer-led dreams, prestige-only access.</w:t>
      </w:r>
    </w:p>
    <w:p>
      <w:r>
        <w:t>The audience clapped as though the prices were generous.</w:t>
      </w:r>
    </w:p>
    <w:p>
      <w:r>
        <w:t>Influencers stood, live-streaming themselves as they signed up on the spot. One shouted: “I’m Platinum, baby! Can’t wait to dream with the stars!”</w:t>
      </w:r>
    </w:p>
    <w:p>
      <w:r>
        <w:t>The presenters smiled, letting the crowd’s joy swell like a hymn.</w:t>
      </w:r>
    </w:p>
    <w:p>
      <w:r>
        <w:t>Jonah leaned closer, his voice low in Iris’s ear. “This is how they win. Not with force. With longing.”</w:t>
      </w:r>
    </w:p>
    <w:p>
      <w:r>
        <w:t>Iris didn’t look at him. She kept writing, fast, angry. “People aren’t stupid. They’ll see the trap.”</w:t>
      </w:r>
    </w:p>
    <w:p>
      <w:r>
        <w:t>“No,” jonah's voice cut through. His eyes stayed on the stage, on the pod glowing like an altar. “They won’t. Because dreams don’t build. They replace. Feed on imagination until nothing’s left. People will think they’re creating. Really, they’ll just be consuming.”</w:t>
      </w:r>
    </w:p>
    <w:p>
      <w:r>
        <w:t>The volunteer in the pod groaned softly, tears streaming down his cheeks as he dreamed the applause of millions. The audience clapped for him, rising to their feet, swept into the illusion.</w:t>
      </w:r>
    </w:p>
    <w:p>
      <w:r>
        <w:t>Iris’s pen nearly snapped against the paper.</w:t>
      </w:r>
    </w:p>
    <w:p>
      <w:r>
        <w:t>The presenters raised their hands. The room went silent instantly, as if trained.</w:t>
      </w:r>
    </w:p>
    <w:p>
      <w:r>
        <w:t>“Omnira gave you freedom from pain. Now we give you freedom from doubt. From limitation. From failure. A dream life, curated, perfected, always within reach. This is not escape. This is progress.”</w:t>
      </w:r>
    </w:p>
    <w:p>
      <w:r>
        <w:t>The crowd roared.</w:t>
      </w:r>
    </w:p>
    <w:p>
      <w:r>
        <w:t>Iris looked around, pen shaking. People weren’t just applauding. They were worshiping.</w:t>
      </w:r>
    </w:p>
    <w:p>
      <w:r>
        <w:t>And she realized the truth: this wasn’t a product launch. It was a mass.</w:t>
      </w:r>
    </w:p>
    <w:p>
      <w:r>
        <w:t>The screen behind the presenters shifted to a soft blue glow. A moderator’s voice invited the crowd to ask questions. Hands shot up instantly, not tentative but eager, desperate for attention.</w:t>
      </w:r>
    </w:p>
    <w:p>
      <w:r>
        <w:t>The first came from a man in his sixties, sharp suit, watch that gleamed like a medal. “Will DreamFeeds improve my Index score?”</w:t>
      </w:r>
    </w:p>
    <w:p>
      <w:r>
        <w:t>The presenter smiled. “Of course. Every subscription counts as an acquisition. Buyers rise.”</w:t>
      </w:r>
    </w:p>
    <w:p>
      <w:r>
        <w:t>Applause erupted. The man grinned, basking in approval, as though he’d been personally promoted in front of everyone.</w:t>
      </w:r>
    </w:p>
    <w:p>
      <w:r>
        <w:t>“Dreams as currency. Consumption = virtue. Applause as proof.”</w:t>
      </w:r>
    </w:p>
    <w:p>
      <w:r>
        <w:t>A young woman stood next, phone already recording herself. “Can I gift a dream to my boss? He’s been so stressed, I think it would really help.”</w:t>
      </w:r>
    </w:p>
    <w:p>
      <w:r>
        <w:t>The crowd chuckled approvingly.</w:t>
      </w:r>
    </w:p>
    <w:p>
      <w:r>
        <w:t>“Absolutely,” the presenter said warmly. “Gifting is one of our most powerful features. A gifted dream creates shared alignment between giver and recipient. Imagine the loyalty, the gratitude, the connection you’ll build.”</w:t>
      </w:r>
    </w:p>
    <w:p>
      <w:r>
        <w:t>The audience clapped as though she’d solved office politics.</w:t>
      </w:r>
    </w:p>
    <w:p>
      <w:r>
        <w:t>Jonah muttered near Iris: “They’re teaching people to bribe with illusions.”</w:t>
      </w:r>
    </w:p>
    <w:p>
      <w:r>
        <w:t>Iris didn’t look up from her notes. “They don’t care. They’ll call it networking.”</w:t>
      </w:r>
    </w:p>
    <w:p>
      <w:r>
        <w:t>Another hand shot up. A teenager this time, hoodie pulled tight. “Can I… like… dream my exams? Install the answers?”</w:t>
      </w:r>
    </w:p>
    <w:p>
      <w:r>
        <w:t>The presenters shared a knowing smile.</w:t>
      </w:r>
    </w:p>
    <w:p>
      <w:r>
        <w:t>“Education is transformation,” the woman in white said. “With DreamFeeds, you’ll not just learn—you’ll become. Your capacity will always exceed your limitation.”</w:t>
      </w:r>
    </w:p>
    <w:p>
      <w:r>
        <w:t>The teen fist-pumped, phone camera catching the moment, broadcasting it live. Likes and hearts floated across the amphitheater screens as the crowd cheered.</w:t>
      </w:r>
    </w:p>
    <w:p>
      <w:r>
        <w:t>Iris wrote furiously:</w:t>
      </w:r>
    </w:p>
    <w:p>
      <w:r>
        <w:t>“Not learning. Installing. Not capacity. Dependency.”</w:t>
      </w:r>
    </w:p>
    <w:p>
      <w:r>
        <w:t>The questions grew bolder, more ridiculous.</w:t>
      </w:r>
    </w:p>
    <w:p>
      <w:r>
        <w:t>“Can DreamFeeds help my marriage?”</w:t>
      </w:r>
    </w:p>
    <w:p>
      <w:r>
        <w:t>“Will SubCon Pods stop panic attacks?”</w:t>
      </w:r>
    </w:p>
    <w:p>
      <w:r>
        <w:t>“Can I dream of being famous, and will people remember it as true?”</w:t>
      </w:r>
    </w:p>
    <w:p>
      <w:r>
        <w:t>To each one, the presenters answered with polished certainty, turning need into product. Yes, yes, yes.</w:t>
      </w:r>
    </w:p>
    <w:p>
      <w:r>
        <w:t>One man in the balcony shouted, “Will this lower my mortgage rate?”</w:t>
      </w:r>
    </w:p>
    <w:p>
      <w:r>
        <w:t>The amphitheater erupted in laughter. But the presenter only smiled. “Omnira is in discussion with major lenders. Those who subscribe to Platinum packages already qualify for preferential treatment.”</w:t>
      </w:r>
    </w:p>
    <w:p>
      <w:r>
        <w:t>The laughter died into applause.</w:t>
      </w:r>
    </w:p>
    <w:p>
      <w:r>
        <w:t>Iris felt her stomach twist.</w:t>
      </w:r>
    </w:p>
    <w:p>
      <w:r>
        <w:t>Jonah leaned close. “This is the point. They’re not selling dreams. They’re selling the replacement of reality. And people are begging for it.”</w:t>
      </w:r>
    </w:p>
    <w:p>
      <w:r>
        <w:t>A woman in the front row stood, trembling with emotion. “I lost my husband last year. Will DreamFeeds let me… see him again?”</w:t>
      </w:r>
    </w:p>
    <w:p>
      <w:r>
        <w:t>The audience hushed. The presenter’s voice softened.</w:t>
      </w:r>
    </w:p>
    <w:p>
      <w:r>
        <w:t>“Loss is the heaviest burden. With DreamFeeds, you can revisit. Relive. Reconnect. And with SubCon Pods, we’re building modules for shared grief management. Soon, you won’t have to suffer alone.”</w:t>
      </w:r>
    </w:p>
    <w:p>
      <w:r>
        <w:t>Tears streamed down faces across the room. The woman sobbed, murmuring “Thank you” as she sank back into her seat. The crowd applauded like a choir.</w:t>
      </w:r>
    </w:p>
    <w:p>
      <w:r>
        <w:t>Iris’s pen dug deep into the page:</w:t>
      </w:r>
    </w:p>
    <w:p>
      <w:r>
        <w:t>“Exploiting grief. Selling ghosts.”</w:t>
      </w:r>
    </w:p>
    <w:p>
      <w:r>
        <w:t>Jonah’s jaw tightened. “That one was real. They’ll build entire divisions on it. Vaults of grief.”</w:t>
      </w:r>
    </w:p>
    <w:p>
      <w:r>
        <w:t>Then the presenters leaned into their final pitch.</w:t>
      </w:r>
    </w:p>
    <w:p>
      <w:r>
        <w:t>“DreamFeeds are not escape,” the man in black said, arms wide. “They are evolution. Why should humanity stumble forward on fragile feet when it can soar?”</w:t>
      </w:r>
    </w:p>
    <w:p>
      <w:r>
        <w:t>The woman in white gestured to the glowing pod, still cradling the volunteer. His body twitched as the dream played on the screens above—he soared across oceans, crowds cheered, strangers loved him.</w:t>
      </w:r>
    </w:p>
    <w:p>
      <w:r>
        <w:t>“This is not illusion,” she said. “This is potential. Always available. Always yours. Subscription starts today.”</w:t>
      </w:r>
    </w:p>
    <w:p>
      <w:r>
        <w:t>The amphitheater erupted. People clapped, cheered, whistled, even stomped. Iris had covered revolutions and riots, but she had never seen a crowd more fervent, more united in worship.</w:t>
      </w:r>
    </w:p>
    <w:p>
      <w:r>
        <w:t>The hall thundered with clapping. Iris forced her hands together, palms numb, but too slow. Too off-rhythm.</w:t>
      </w:r>
    </w:p>
    <w:p>
      <w:r>
        <w:t>A Porcelain unit at the end of the row tilted its visor toward her, a faint whine as the biosensor activated. Jonah shifted immediately, rising to his feet, clapping with brutal precision. The scanner swung to him instead.</w:t>
      </w:r>
    </w:p>
    <w:p>
      <w:r>
        <w:t>He caught Iris’s eye for a fraction of a second: They saw you.</w:t>
      </w:r>
    </w:p>
    <w:p>
      <w:r>
        <w:t>Her pen barely kept up:</w:t>
      </w:r>
    </w:p>
    <w:p>
      <w:r>
        <w:t>“IPO as liturgy. Applause as ritual. Consumption as salvation.”</w:t>
      </w:r>
    </w:p>
    <w:p>
      <w:r>
        <w:t>She looked around and felt her stomach drop. It wasn’t that the people were fooled. It was that they wanted to be fooled.</w:t>
      </w:r>
    </w:p>
    <w:p>
      <w:r>
        <w:t>Jonah leaned in close. “They won’t fight it. Why would they? Omnira is selling them a life where nothing hurts, nothing fails, nothing scars. Who gives that up?”</w:t>
      </w:r>
    </w:p>
    <w:p>
      <w:r>
        <w:t>She snapped her notebook shut, voice low and fierce. “People who remember what’s real.”</w:t>
      </w:r>
    </w:p>
    <w:p>
      <w:r>
        <w:t>Jonah’s eyes caught hers, steady, grim. “Then you’d better write fast. Reality is losing ground.”</w:t>
      </w:r>
    </w:p>
    <w:p>
      <w:r>
        <w:t>The applause rolled on long after the presenters left the stage. It wasn’t clapping anymore—it was devotion. People were on their feet, hugging, weeping, live-streaming themselves as if salvation had just gone public.</w:t>
      </w:r>
    </w:p>
    <w:p>
      <w:r>
        <w:t>Iris stayed seated, pen frozen above the paper. Her notebook page was scarred with jagged writing, half-formed thoughts that spilled over each other:</w:t>
      </w:r>
    </w:p>
    <w:p>
      <w:r>
        <w:t>“IPO as liturgy. Consumption as virtue. Grief monetized. Dreams as leash.”</w:t>
      </w:r>
    </w:p>
    <w:p>
      <w:r>
        <w:t>The air tasted wrong—too hot, too sweet. The auditorium felt less like a launch and more like a cult revival, the crowd high on possibility they didn’t own.</w:t>
      </w:r>
    </w:p>
    <w:p>
      <w:r>
        <w:t>Beside her, Jonah sat motionless, arms folded. His face gave nothing away, but his eyes scanned the crowd with a soldier’s precision.</w:t>
      </w:r>
    </w:p>
    <w:p>
      <w:r>
        <w:t>“They’ll walk out of here believing they can fly,” he said quietly. “And tomorrow, they’ll stop trying to climb stairs.”</w:t>
      </w:r>
    </w:p>
    <w:p>
      <w:r>
        <w:t>Iris looked at him sharply. “You mean—”</w:t>
      </w:r>
    </w:p>
    <w:p>
      <w:r>
        <w:t>“I mean imagination dies first. Once they outsource their dreams, they’ll stop building their own. Artists, inventors, writers—it won’t matter. The feeds will be easier. Cleaner. Safer.”</w:t>
      </w:r>
    </w:p>
    <w:p>
      <w:r>
        <w:t>“Cannibalizing imagination,” she murmured, jotting it down.</w:t>
      </w:r>
    </w:p>
    <w:p>
      <w:r>
        <w:t>Jonah nodded once. “Omnira won’t have to silence dissent. People will silence themselves, because they won’t dream of resistance.”</w:t>
      </w:r>
    </w:p>
    <w:p>
      <w:r>
        <w:t>The words hit her like a blow. She glanced around at the rows of uplifted faces, glowing in the blue light of their phones, each one documenting their purchase, their faith. No one was leaving quietly. They were converted.</w:t>
      </w:r>
    </w:p>
    <w:p>
      <w:r>
        <w:t>After the session ended, the lobby swelled with chatter and screens. Attendees queued for immediate sign-up, scanning receipts, boasting about which tier they’d chosen.</w:t>
      </w:r>
    </w:p>
    <w:p>
      <w:r>
        <w:t>“Gold. Tailored dreams. It’s basically an investment.”</w:t>
      </w:r>
    </w:p>
    <w:p>
      <w:r>
        <w:t>“Platinum. If I’m dreaming, I’m dreaming with influencers.”</w:t>
      </w:r>
    </w:p>
    <w:p>
      <w:r>
        <w:t>“Silver’s fine for me. As long as I don’t get ads.”</w:t>
      </w:r>
    </w:p>
    <w:p>
      <w:r>
        <w:t>Their laughter echoed, smug and satisfied.</w:t>
      </w:r>
    </w:p>
    <w:p>
      <w:r>
        <w:t>Iris clutched her notebook tight, pulse racing. She wanted to scream at them, shake them, tell them they were auctioning off their own futures. But they wouldn’t hear her. They didn’t want to.</w:t>
      </w:r>
    </w:p>
    <w:p>
      <w:r>
        <w:t>Instead, she ducked into a corner, opened her recorder, and whispered fiercely:</w:t>
      </w:r>
    </w:p>
    <w:p>
      <w:r>
        <w:t>“Omnira IPO, Day One. Dreams sold as salvation. Crowd in rapture. Subscriptions structured like sacraments. This isn’t a product. It’s a religion. And it’s spreading faster than truth can follow.”</w:t>
      </w:r>
    </w:p>
    <w:p>
      <w:r>
        <w:t>Jonah appeared at her shoulder, silent as a shadow.</w:t>
      </w:r>
    </w:p>
    <w:p>
      <w:r>
        <w:t>“Write it,” he said.</w:t>
      </w:r>
    </w:p>
    <w:p>
      <w:r>
        <w:t>“I am.”</w:t>
      </w:r>
    </w:p>
    <w:p>
      <w:r>
        <w:t>“Then write it faster. The market won’t wait for you.”</w:t>
      </w:r>
    </w:p>
    <w:p>
      <w:r>
        <w:t>She turned on him, eyes blazing. “And what about you? You sit there with your soldier’s calm, watching me drown. What do you give me besides warnings?”</w:t>
      </w:r>
    </w:p>
    <w:p>
      <w:r>
        <w:t>Jonah met her gaze, steady, unflinching. “A chance to see clearly. You’re a journalist. That’s your weapon. Don’t pretend you don’t know how sharp it is.”</w:t>
      </w:r>
    </w:p>
    <w:p>
      <w:r>
        <w:t>Her throat tightened. She hated that he was right. Hated even more that she needed him to say it.</w:t>
      </w:r>
    </w:p>
    <w:p>
      <w:r>
        <w:t>He leaned closer, voice dropping to a whisper. “They saw you today. You asked too many questions. You didn’t clap hard enough. You’ll be flagged.”</w:t>
      </w:r>
    </w:p>
    <w:p>
      <w:r>
        <w:t>“Flagged?”</w:t>
      </w:r>
    </w:p>
    <w:p>
      <w:r>
        <w:t>His eyes flicked toward the lobby cameras, their lenses gleaming like watchful insects. “Everything’s recorded. Applause patterns. Eye movements. They’ll know you didn’t believe. That’s enough.”</w:t>
      </w:r>
    </w:p>
    <w:p>
      <w:r>
        <w:t>The floor seemed to tilt beneath her feet. She snapped her notebook shut, stuffing it into her bag.</w:t>
      </w:r>
    </w:p>
    <w:p>
      <w:r>
        <w:t>Jonah’s voice was quiet, final. “You wanted to cover a story. Now you’re in it. Decide if you’re ready.”</w:t>
      </w:r>
    </w:p>
    <w:p>
      <w:r>
        <w:t>Outside, the city glowed with new billboards.</w:t>
      </w:r>
    </w:p>
    <w:p>
      <w:r>
        <w:t>DREAMFEEDS: YOUR POTENTIAL, CURATED.</w:t>
      </w:r>
    </w:p>
    <w:p>
      <w:r>
        <w:t>SUBCON PODS: BE ANYONE. BE MORE.</w:t>
      </w:r>
    </w:p>
    <w:p>
      <w:r>
        <w:t>The slogans lit the night like commandments.</w:t>
      </w:r>
    </w:p>
    <w:p>
      <w:r>
        <w:t>Iris pulled her coat tight, teeth gritted. The words she’d written burned in her mind: Not reporting. War.</w:t>
      </w:r>
    </w:p>
    <w:p>
      <w:r>
        <w:t>Behind her, Jonah melted into the crowd, his warning lingering like a curse.</w:t>
      </w:r>
    </w:p>
    <w:p>
      <w:r>
        <w:t>Chapter 27: Psyche Announced</w:t>
      </w:r>
    </w:p>
    <w:p>
      <w:r>
        <w:t>The news cycle didn’t break; it detonated.</w:t>
      </w:r>
    </w:p>
    <w:p>
      <w:r>
        <w:t>Every screen, every ticker, every glowing wristband carried the same headline:</w:t>
      </w:r>
    </w:p>
    <w:p>
      <w:r>
        <w:t>“OMNIRA IPO SHATTERS RECORDS: DREAMFEED™ VALUED AT $3.2 TRILLION.”</w:t>
      </w:r>
    </w:p>
    <w:p>
      <w:r>
        <w:t>The numbers cascaded like falling glass, too large to parse. Commentators tried anyway, grinning like gamblers who’d bet the right way.</w:t>
      </w:r>
    </w:p>
    <w:p>
      <w:r>
        <w:t>“Trillion-dollar TAM—total addressable market—never been seen in tech before.”</w:t>
      </w:r>
    </w:p>
    <w:p>
      <w:r>
        <w:t>“Dream is the new oil.”</w:t>
      </w:r>
    </w:p>
    <w:p>
      <w:r>
        <w:t>“This isn’t just an IPO, it’s a global alignment.”</w:t>
      </w:r>
    </w:p>
    <w:p>
      <w:r>
        <w:t>Iris watched from the newsroom floor. Or rather, what was left of it. Half the desks sat empty. Reporters had “pivoted” into Omnira PR. The ones who remained kept their heads down, filing copy that read like press releases.</w:t>
      </w:r>
    </w:p>
    <w:p>
      <w:r>
        <w:t>She scribbled notes furiously, each line angrier than the last. IPO as arms race. Boardrooms as war councils. Weapon not of bombs but of imagination.</w:t>
      </w:r>
    </w:p>
    <w:p>
      <w:r>
        <w:t>Jonah leaned over her shoulder. “You’ll never get that published.”</w:t>
      </w:r>
    </w:p>
    <w:p>
      <w:r>
        <w:t>“I don’t care.”</w:t>
      </w:r>
    </w:p>
    <w:p>
      <w:r>
        <w:t>He gave her a look. “You do. That’s what makes you dangerous.”</w:t>
      </w:r>
    </w:p>
    <w:p>
      <w:r>
        <w:t>The Summit broadcast looped again. A glass hall in Singapore, drenched in Omnira-blue. Executives in pale suits speaking like generals.</w:t>
      </w:r>
    </w:p>
    <w:p>
      <w:r>
        <w:t>“The global Dream infrastructure will reduce conflict by addressing scarcity at the root. When every citizen has access to inspiration, creativity, and joy, unrest dissolves.”</w:t>
      </w:r>
    </w:p>
    <w:p>
      <w:r>
        <w:t>Another slid a hologram across the stage. Graphs spiked: productivity, compliance, Index scores.</w:t>
      </w:r>
    </w:p>
    <w:p>
      <w:r>
        <w:t>A diplomat from the Gulf States called it “a peace dividend.”</w:t>
      </w:r>
    </w:p>
    <w:p>
      <w:r>
        <w:t>A German minister described it as “arms control for the psyche.”</w:t>
      </w:r>
    </w:p>
    <w:p>
      <w:r>
        <w:t>The Chinese delegation went further: “Omnira ensures harmony. Harmonization is stability. Stability is strength.”</w:t>
      </w:r>
    </w:p>
    <w:p>
      <w:r>
        <w:t>Iris scribbled faster. They’re not selling dreams. They’re selling deterrence.</w:t>
      </w:r>
    </w:p>
    <w:p>
      <w:r>
        <w:t>Later, in a café shielded by Choudhry’s static-bubble jammer, Iris and Jonah replayed the roadshow on a cracked tablet.</w:t>
      </w:r>
    </w:p>
    <w:p>
      <w:r>
        <w:t>Jonah’s face was carved from stone. “Listen to the language.”</w:t>
      </w:r>
    </w:p>
    <w:p>
      <w:r>
        <w:t>Onscreen, an Omnira executive smiled thinly. “With DreamFeed™, any nation can ensure its populace experiences fulfillment. No black markets, no unrest. A compliant society is a safe society.”</w:t>
      </w:r>
    </w:p>
    <w:p>
      <w:r>
        <w:t>Jonah hit pause. “That’s first-strike doctrine. Swap out warheads for REM cycles and it’s the same script.”</w:t>
      </w:r>
    </w:p>
    <w:p>
      <w:r>
        <w:t>Iris leaned back, hair falling into her eyes. “And investors applauded.”</w:t>
      </w:r>
    </w:p>
    <w:p>
      <w:r>
        <w:t>“They think they’re buying peace.”</w:t>
      </w:r>
    </w:p>
    <w:p>
      <w:r>
        <w:t>“They’re buying a bomb.”</w:t>
      </w:r>
    </w:p>
    <w:p>
      <w:r>
        <w:t>The Resistance gathered that night in a disused printworks. The walls smelled of ink and mildew, presses hulking like fossils.</w:t>
      </w:r>
    </w:p>
    <w:p>
      <w:r>
        <w:t>Elya spat on the floor. “So this is it. They’ve gone from selling dreams to stockpiling them.”</w:t>
      </w:r>
    </w:p>
    <w:p>
      <w:r>
        <w:t>Nadir adjusted his glasses, squinting at the leaked investor deck Choudhry had smuggled in. “More than stockpiling. They’re trading futures contracts on imagination. Whoever controls the pipelines of Dream controls not just GDP but morale.”</w:t>
      </w:r>
    </w:p>
    <w:p>
      <w:r>
        <w:t>Choudhry tapped the edge of the page, eyes bright behind exhaustion. “Look here. Clause 7. Omnira’s licensing model requires governments to share compliance data back into the feed. That means—”</w:t>
      </w:r>
    </w:p>
    <w:p>
      <w:r>
        <w:t>“—they’ll know what works,” Iris finished. “Which dream calms riots, which dream boosts productivity. And they’ll sell the optimal blend.”</w:t>
      </w:r>
    </w:p>
    <w:p>
      <w:r>
        <w:t>Elya cursed again. “They’re turning imagination into ordnance.”</w:t>
      </w:r>
    </w:p>
    <w:p>
      <w:r>
        <w:t>Jonah didn’t speak for a long time. Finally he said, “We can’t outspend them. We can’t outgun them. Only thing we can do is show the fallout.”</w:t>
      </w:r>
    </w:p>
    <w:p>
      <w:r>
        <w:t>“Fallout?” Iris echoed.</w:t>
      </w:r>
    </w:p>
    <w:p>
      <w:r>
        <w:t>He met her eyes. “Every weapon has it. Even this one. We have to catch it on film before they bury it.”</w:t>
      </w:r>
    </w:p>
    <w:p>
      <w:r>
        <w:t>The fallout wasn’t hard to find.</w:t>
      </w:r>
    </w:p>
    <w:p>
      <w:r>
        <w:t>A week later, Iris sat across from a diplomat in a London bar. His tie was loosened, his eyes rimmed red from jet lag. He leaned in too close, breath sharp with gin.</w:t>
      </w:r>
    </w:p>
    <w:p>
      <w:r>
        <w:t>“You don’t understand,” he whispered. “We’ve been waiting for this. A technology that removes grievance. No more protests, no more opposition parties destabilizing parliaments. Dream is—” he lowered his voice further “—the cleanest bomb ever built.”</w:t>
      </w:r>
    </w:p>
    <w:p>
      <w:r>
        <w:t>She hit record under the table. “And you’re not worried about… dependence? About what happens when entire generations outsource their imagination?”</w:t>
      </w:r>
    </w:p>
    <w:p>
      <w:r>
        <w:t>He smiled, glassy-eyed. “That’s Omnira’s problem. Ours is keeping the streets quiet.”</w:t>
      </w:r>
    </w:p>
    <w:p>
      <w:r>
        <w:t>Back at the safehouse, Iris replayed the tape for Jonah. His jaw tightened at every word.</w:t>
      </w:r>
    </w:p>
    <w:p>
      <w:r>
        <w:t>“They’re already drafting treaties,” he muttered. “Dream-sharing accords. Non-proliferation promises. It’s Cold War theater all over again. Only this time, the warhead is inside people’s skulls.”</w:t>
      </w:r>
    </w:p>
    <w:p>
      <w:r>
        <w:t>“And people are applauding it.”</w:t>
      </w:r>
    </w:p>
    <w:p>
      <w:r>
        <w:t>“Because they think it’s progress.”</w:t>
      </w:r>
    </w:p>
    <w:p>
      <w:r>
        <w:t>She looked at him. “And you?”</w:t>
      </w:r>
    </w:p>
    <w:p>
      <w:r>
        <w:t>His eyes were dark. “I know it’s surrender.”</w:t>
      </w:r>
    </w:p>
    <w:p>
      <w:r>
        <w:t>The next day, Omnira’s PR juggernaut drowned out the leaks. The story wasn’t weapons, or deterrence, or arms races. It was growth. Stock tickers pulsed like heartbeats. Anchor headlines read: “DREAM IPO HERALDS NEW AGE OF GLOBAL PROSPERITY.”</w:t>
      </w:r>
    </w:p>
    <w:p>
      <w:r>
        <w:t>Everywhere Iris turned, people were smiling. In cafés, on subways, in offices. Smiling like they had been handed something brighter than the future.</w:t>
      </w:r>
    </w:p>
    <w:p>
      <w:r>
        <w:t>She scribbled into her notebook: Not peace. Pacification. Not freedom. Fallout.</w:t>
      </w:r>
    </w:p>
    <w:p>
      <w:r>
        <w:t>And underlined it twice.</w:t>
      </w:r>
    </w:p>
    <w:p>
      <w:r>
        <w:t>Chapter 28: The Tattoo Ritual</w:t>
      </w:r>
    </w:p>
    <w:p>
      <w:r>
        <w:t>That night, as she walked home under the blue glow of the towers, Iris caught her reflection in a shop window. For a second, her own face smiled back at her.</w:t>
      </w:r>
    </w:p>
    <w:p>
      <w:r>
        <w:t>Only she hadn’t.</w:t>
      </w:r>
    </w:p>
    <w:p>
      <w:r>
        <w:t>Ch.11 — The Artist Case</w:t>
      </w:r>
    </w:p>
    <w:p>
      <w:r>
        <w:t>The studio had been chosen with the kind of care that pretended to be careless. A converted warehouse in the river quarter: concrete floors, industrial windows, walls pocked with history. Every square foot screamed authenticity, though the Omnira logos on the lighting rigs betrayed the curation. Even rebellion needed sponsorship now.</w:t>
      </w:r>
    </w:p>
    <w:p>
      <w:r>
        <w:t>Iris stepped across the threshold, pen tight in her hand. The assistants didn’t greet her so much as choreograph her arrival. One with a headset swept past, murmuring into the air: “Journalist onsite, timestamp confirmed.” Another adjusted a projector so its beam caught the canvases at just the right angle. A third gestured her toward a vantage point, as though she were part of the installation.</w:t>
      </w:r>
    </w:p>
    <w:p>
      <w:r>
        <w:t>She had covered oligarchs in their marble towers, CEOs in glass fortresses, warlords in muddy courtyards. This was different. This was Omnira staging an altar, and the artist, her supposed subject was just another priest.</w:t>
      </w:r>
    </w:p>
    <w:p>
      <w:r>
        <w:t>“Welcome,” the man said, or maybe the performance said it through him. He was tall, thin, his hair a cascade of platinum-white that could not possibly be natural. His shirt bore a slogan in Omnira’s subtle, almost-script font: DREAM IT FORWARD. His badge pulsed blue at the collar: subscription tier, verified genius.</w:t>
      </w:r>
    </w:p>
    <w:p>
      <w:r>
        <w:t>Behind him, the canvases glowed.</w:t>
      </w:r>
    </w:p>
    <w:p>
      <w:r>
        <w:t>Iris’s breath caught despite herself. They weren’t paintings in the old sense. Oil and pigment, yes, but overlaid with living light, threads of captured dreams stitched into the brushwork. The walls seemed to breathe. One canvas was a forest that shifted between autumn and spring; another, a face that aged and un-aged in cycles of seconds. It was dazzling, impossible, almost holy.</w:t>
      </w:r>
    </w:p>
    <w:p>
      <w:r>
        <w:t>“Omnira changed everything for me,” the artist said. His voice carried the timbre of rehearsed sincerity. “Before, I struggled for months, blocked, uncertain. Now I wake with twenty visions in my head, complete, luminous. All I have to do is… translate them.”</w:t>
      </w:r>
    </w:p>
    <w:p>
      <w:r>
        <w:t>Translate. Not create. Iris wrote it down.</w:t>
      </w:r>
    </w:p>
    <w:p>
      <w:r>
        <w:t>Assistants hovered like acolytes. One leaned close to her recorder and whispered, “Dreams are the last raw material. Omnira just makes them usable.” He said it the way a monk might recite scripture. She wondered how many times they had practiced the line in front of a mirror.</w:t>
      </w:r>
    </w:p>
    <w:p>
      <w:r>
        <w:t>Jonah stood at the far end of the room, leaning against a pillar. He hadn’t spoken since they entered, hadn’t looked at her. He was studying the arrangement of canvases as though they were troop formations. His silence pressed against her ears more than the artist’s practiced charm.</w:t>
      </w:r>
    </w:p>
    <w:p>
      <w:r>
        <w:t>“Do you like it?” the artist asked, gesturing toward the largest canvas, a riot of color that seemed to fold into itself endlessly. “This one came to me in a single night. Eight hours in the pod. I opened my eyes and it was already here.” He tapped his temple. “I only had to let it out.”</w:t>
      </w:r>
    </w:p>
    <w:p>
      <w:r>
        <w:t>Iris felt the tug in her chest. The painting was mesmerising, layer upon layer of movement, color that felt alive. She could almost believe she was looking at something eternal, something humanity had always been reaching toward. She swallowed, furious at the lump in her throat.</w:t>
      </w:r>
    </w:p>
    <w:p>
      <w:r>
        <w:t>She wrote anyway: Proof of Omnira’s rewiring. Not inspiration—installation. Genius by subscription.</w:t>
      </w:r>
    </w:p>
    <w:p>
      <w:r>
        <w:t>Jonah’s voice cut across the air at last, low but precise. “Careful,” he said, not to her, not to anyone in particular. “If it’s on display, they wanted you to see it.”</w:t>
      </w:r>
    </w:p>
    <w:p>
      <w:r>
        <w:t>The artist turned, blinking as though noticing Jonah something unfamiliar lodged behind her ribs. “And who are you?” His smile was glass, unbreakable and hollow.</w:t>
      </w:r>
    </w:p>
    <w:p>
      <w:r>
        <w:t>“Just an observer,” jonah's voice cut through. His eyes didn’t leave the canvases. “And a skeptic of free miracles.”</w:t>
      </w:r>
    </w:p>
    <w:p>
      <w:r>
        <w:t>The assistants bristled, muttering, but the artist only laughed. “Skepticism is healthy. That’s why Omnira invites it. Nothing to hide.” He spread his arms, palms up, as though baring his soul.</w:t>
      </w:r>
    </w:p>
    <w:p>
      <w:r>
        <w:t>Iris’s pen scratched furiously. Invites skepticism, metabolizes it. Nothing to hide because everything is staged. She told herself she was immune to the dazzle. She told herself she was here for the story.</w:t>
      </w:r>
    </w:p>
    <w:p>
      <w:r>
        <w:t>And yet, when she turned back to the canvas—the one that folded into itself like a living labyrinth—her pulse quickened. For just a moment, she wasn’t sure if she was exposing a lie or bearing witness to the future.</w:t>
      </w:r>
    </w:p>
    <w:p>
      <w:r>
        <w:t>The assistants dimmed the lights on a subtle cue, and the room shifted into something closer to a chapel. Projectors hummed, canvases pulsed with deeper color, dream-light flowing like stained glass. Iris found herself leaning forward, pen slack in her hand.</w:t>
      </w:r>
    </w:p>
    <w:p>
      <w:r>
        <w:t>“This one,” the artist said, guiding her toward a canvas that spanned nearly the entire wall. “It’s called The Lattice of Tomorrow.”</w:t>
      </w:r>
    </w:p>
    <w:p>
      <w:r>
        <w:t>She expected jargon, some tech-washed speech about neural pathways. Instead, she stopped breathing.</w:t>
      </w:r>
    </w:p>
    <w:p>
      <w:r>
        <w:t>The canvas shimmered with endless archways, staircases coiling upward, hands reaching from shadows, faces half-hidden in light. But what froze her wasn’t the imagery—it was the resonance. The brushstrokes seemed to hum, vibrating with a feeling she couldn’t name. It was like staring into a memory she’d almost forgotten.</w:t>
      </w:r>
    </w:p>
    <w:p>
      <w:r>
        <w:t>Her notebook slid open. Words spilled faster than thought:</w:t>
      </w:r>
    </w:p>
    <w:p>
      <w:r>
        <w:t>Proof Omnira rewires creativity itself. Genius installed, not earned. This is not inspiration—it is engineering.</w:t>
      </w:r>
    </w:p>
    <w:p>
      <w:r>
        <w:t>Jonah’s shadow shifted against the far wall, arms crossed. She could feel his stare, the weight of his disapproval. But she didn’t look at him. Not now. This was her moment.</w:t>
      </w:r>
    </w:p>
    <w:p>
      <w:r>
        <w:t>The artist stepped closer to the canvas, fingertips hovering just above the surface. “Before Omnira, I would have starved over a blank canvas. Now? Now the world inside me won’t stop pouring out.”</w:t>
      </w:r>
    </w:p>
    <w:p>
      <w:r>
        <w:t>“Pouring out,” Iris repeated softly, more to herself than him. She hated the ache in her chest. Hated that it felt like truth. Her mother’s lullaby was gone, stolen by a showroom pod, but here—here was beauty blooming out of someone else’s surrender. Wasn’t that a kind of victory too?</w:t>
      </w:r>
    </w:p>
    <w:p>
      <w:r>
        <w:t>She scrawled harder, the page bruising under her pen. If this is possible—if Omnira can turn blocked mediocrity into brilliance—what stops them from rewriting all of us?</w:t>
      </w:r>
    </w:p>
    <w:p>
      <w:r>
        <w:t>An assistant hovered at her elbow, smiling with curated warmth. “You see it, don’t you? What the critics call hollow, we call collective. These aren’t just his dreams. They’re yours. They’re everyone’s. Humanity pooling what it doesn’t need, what it can’t carry, to build something greater.”</w:t>
      </w:r>
    </w:p>
    <w:p>
      <w:r>
        <w:t>Greater. She circled the word, hard enough to tear the paper.</w:t>
      </w:r>
    </w:p>
    <w:p>
      <w:r>
        <w:t>“May I?” she asked, stepping closer to the artist. The assistants stiffened, but he nodded graciously. Iris pressed her hand lightly against the edge of the frame, feeling the faint vibration of the dream-filaments pulsing beneath the canvas. It was warm, impossibly warm, like touching skin.</w:t>
      </w:r>
    </w:p>
    <w:p>
      <w:r>
        <w:t>For one traitorous heartbeat, she wanted to believe.</w:t>
      </w:r>
    </w:p>
    <w:p>
      <w:r>
        <w:t>Jonah’s voice came, not loud, not sharp—just flat. “If it feels too clean, it’s because it’s been scrubbed.”</w:t>
      </w:r>
    </w:p>
    <w:p>
      <w:r>
        <w:t>She turned, glare ready, but he was already looking away again, studying another canvas as though he hadn’t spoken.</w:t>
      </w:r>
    </w:p>
    <w:p>
      <w:r>
        <w:t>The artist gave a small, pitying laugh. “Skeptics. They’re useful. They keep the work honest.” He angled his face toward Iris, eyes glinting. “But you—you understand. You’ll show them what I’ve shown you. You’ll help people see that this is a new Renaissance.”</w:t>
      </w:r>
    </w:p>
    <w:p>
      <w:r>
        <w:t>New Renaissance. She nearly choked on the words. Her notebook filled with them anyway.</w:t>
      </w:r>
    </w:p>
    <w:p>
      <w:r>
        <w:t>something unfamiliar lodged behind her ribs in weeks, she felt the rush she had been chasing: the sense of a story that mattered, that could cut through noise and change everything. She was inside the machine now, close enough to see the gears, and if she pulled the right lever she could jam them.</w:t>
      </w:r>
    </w:p>
    <w:p>
      <w:r>
        <w:t>The Gospel of Dreams, she scrawled in the margin. Art without artists. Memory without memory. Humanity on loan.</w:t>
      </w:r>
    </w:p>
    <w:p>
      <w:r>
        <w:t>Her pulse thundered. For a single, blinding moment, Iris was certain she had Omnira cornered.</w:t>
      </w:r>
    </w:p>
    <w:p>
      <w:r>
        <w:t>Iris flipped to a fresh page, heart still hammering, pen eager. She pushed into the silence between them before the artist could monologue again.</w:t>
      </w:r>
    </w:p>
    <w:p>
      <w:r>
        <w:t>“Tell me,” she said, voice sharp. “Where did this come from? What’s the process? Walk me through it.”</w:t>
      </w:r>
    </w:p>
    <w:p>
      <w:r>
        <w:t>The assistants exchanged quick glances. The artist smiled, but the expression cracked at the edges.</w:t>
      </w:r>
    </w:p>
    <w:p>
      <w:r>
        <w:t>“Well,” he said slowly, “I wake in the pod with visions—”</w:t>
      </w:r>
    </w:p>
    <w:p>
      <w:r>
        <w:t>“No,” Iris cut him off. “Not the story. The specifics. How do you know what belongs to you?”</w:t>
      </w:r>
    </w:p>
    <w:p>
      <w:r>
        <w:t>The artist blinked, eyes darting toward the largest canvas as if it might provide an answer. “I… the receipts.” He gave a nervous laugh, tugging at his sleeve. “Omnira’s system tracks everything. My account has the ledger. I don’t… remember the visions exactly, but the receipts confirm the trades. That’s enough, isn’t it?”</w:t>
      </w:r>
    </w:p>
    <w:p>
      <w:r>
        <w:t>Iris’s stomach twisted. “You don’t remember creating these?”</w:t>
      </w:r>
    </w:p>
    <w:p>
      <w:r>
        <w:t>“I remember standing here, brush in hand. I remember applause at the unveiling. I remember the validation.” His smile steadied, plastic again. “The rest doesn’t matter.”</w:t>
      </w:r>
    </w:p>
    <w:p>
      <w:r>
        <w:t>“Doesn’t matter,” Iris repeated. The words felt like rot in her mouth.</w:t>
      </w:r>
    </w:p>
    <w:p>
      <w:r>
        <w:t>Jonah moved from his pillar at last, coming closer, his shadow heavy between them. “It’s not his,” he said, voice low. “None of it. Stitchwork. Bought fragments, sold lullabies, borrowed grief. Omnira compiles it, packages it, sells it back as genius. He’s not an artist. He’s a vessel.”</w:t>
      </w:r>
    </w:p>
    <w:p>
      <w:r>
        <w:t>The assistants bristled instantly, like guard dogs. One stepped forward, chin lifted. “This is collaborative art. The truest form of creativity. He embodies the shared dream of humanity.”</w:t>
      </w:r>
    </w:p>
    <w:p>
      <w:r>
        <w:t>Jonah’s gaze was flat steel. “He embodies vacancy.”</w:t>
      </w:r>
    </w:p>
    <w:p>
      <w:r>
        <w:t>The artist’s face hardened. “Vacancy?”</w:t>
      </w:r>
    </w:p>
    <w:p>
      <w:r>
        <w:t>“You don’t remember,” jonah's voice cut through simply. “You don’t own. You don’t even question it. You’re proud of brilliance you can’t trace to your own mind. That’s not art. That’s hollow repetition.”</w:t>
      </w:r>
    </w:p>
    <w:p>
      <w:r>
        <w:t>The assistants tried to talk over him, voices overlapping in PR slogans: Collective genius. Shared vision. New Renaissance.</w:t>
      </w:r>
    </w:p>
    <w:p>
      <w:r>
        <w:t>Iris scribbled the phrases, every word acidic on the page. She could feel the scoop bleeding away even as she wrote it. Her hammer blow was dissolving into another Omnira sermon.</w:t>
      </w:r>
    </w:p>
    <w:p>
      <w:r>
        <w:t>“Listen,” she pressed, forcing her voice above the noise. “When you sold your memories, when you subscribed to the dreams, when you fed yourself through Omnira—what did you give up?”</w:t>
      </w:r>
    </w:p>
    <w:p>
      <w:r>
        <w:t>The artist hesitated. It was only a second, but the silence was enough.</w:t>
      </w:r>
    </w:p>
    <w:p>
      <w:r>
        <w:t>“A lullaby,” he murmured at last. “A voice in the dark. My mother’s voice. I traded it for a vision of light. I… I think.” He shook his head. “The receipt says so.”</w:t>
      </w:r>
    </w:p>
    <w:p>
      <w:r>
        <w:t>The words struck Iris like a blow. She clutched her notebook, throat tight, because her own mother’s lullaby had been erased too—another receipt, another “transaction.”</w:t>
      </w:r>
    </w:p>
    <w:p>
      <w:r>
        <w:t>Her pulse flared. For a moment, she almost screamed at him. Almost called him a thief, a coward, a willing accomplice. But the assistants were already pushing in, soothing the tension, murmuring lines that sounded rehearsed.</w:t>
      </w:r>
    </w:p>
    <w:p>
      <w:r>
        <w:t>“Every artist sacrifices.”</w:t>
      </w:r>
    </w:p>
    <w:p>
      <w:r>
        <w:t>“Genius is pain transformed.”</w:t>
      </w:r>
    </w:p>
    <w:p>
      <w:r>
        <w:t>“Nothing is lost—only shared.”</w:t>
      </w:r>
    </w:p>
    <w:p>
      <w:r>
        <w:t>The studio filled with their chorus until Iris could barely hear her own thoughts.</w:t>
      </w:r>
    </w:p>
    <w:p>
      <w:r>
        <w:t>She looked at Jonah. His expression was unreadable, but the message was clear: See? It’s already theirs. Even your fury will be reframed.</w:t>
      </w:r>
    </w:p>
    <w:p>
      <w:r>
        <w:t>Her pen faltered, scrawled words collapsing into scratches. She had come hunting for a weapon. Instead, she had been handed a script.</w:t>
      </w:r>
    </w:p>
    <w:p>
      <w:r>
        <w:t>Iris filed the piece close to midnight, the warehouse’s echo still in her ears. She wrote fast, relentless, stripping the assistants’ slogans down to their bones, pinning Jonah’s words into sharp quotation marks. She titled it The Gospel of Dreams: Art Without Artists.</w:t>
      </w:r>
    </w:p>
    <w:p>
      <w:r>
        <w:t>It felt like a blade in her hands. She hit send and let her head fall against the desk, too tired to think, but alive with a rare certainty: this would land. This one would cut through.</w:t>
      </w:r>
    </w:p>
    <w:p>
      <w:r>
        <w:t>Sleep never came. She half-dozed, half-dreamed, until her phone shrieked her awake at dawn. Her editor’s name blazed on the screen.</w:t>
      </w:r>
    </w:p>
    <w:p>
      <w:r>
        <w:t>She answered, heart still pounding with adrenaline. “You read it?”</w:t>
      </w:r>
    </w:p>
    <w:p>
      <w:r>
        <w:t>His voice was warm, almost indulgent. “Clean work, Iris. It’s already trending.”</w:t>
      </w:r>
    </w:p>
    <w:p>
      <w:r>
        <w:t>Her chest swelled—until he went on.</w:t>
      </w:r>
    </w:p>
    <w:p>
      <w:r>
        <w:t>“Exactly the kind of narrative Omnira needs right now.”</w:t>
      </w:r>
    </w:p>
    <w:p>
      <w:r>
        <w:t>Iris sat bolt upright. “Needs? That’s not what—”</w:t>
      </w:r>
    </w:p>
    <w:p>
      <w:r>
        <w:t>But the words were already alive in the world. She flicked open her feed, and there it was: the headline, twisted. Omnira Unlocks Collective Genius: Dreams Bring Humanity Into a New Renaissance.</w:t>
      </w:r>
    </w:p>
    <w:p>
      <w:r>
        <w:t>Her quotes were there, cherry-picked. Her phrases were there, reframed. Even her title had been gutted, reissued as marketing.</w:t>
      </w:r>
    </w:p>
    <w:p>
      <w:r>
        <w:t>She scrolled faster, sick rising in her throat. Her piece wasn’t being debated—it was being celebrated, shared by Omnira’s official accounts, their logos plastered across her sentences like endorsements.</w:t>
      </w:r>
    </w:p>
    <w:p>
      <w:r>
        <w:t>“Did you—” she whispered into the phone.</w:t>
      </w:r>
    </w:p>
    <w:p>
      <w:r>
        <w:t>Her editor chuckled, not unkindly. “Relax, Iris. This is what exposure looks like. Your words are on every screen in the city. You’ve done your job. Don’t spoil it by pretending you didn’t want this reach.”</w:t>
      </w:r>
    </w:p>
    <w:p>
      <w:r>
        <w:t>“I didn’t—” Her voice cracked. She couldn’t finish.</w:t>
      </w:r>
    </w:p>
    <w:p>
      <w:r>
        <w:t>“Enjoy the moment,” he said gently. “There aren’t many like it in this profession anymore.” Then he hung up.</w:t>
      </w:r>
    </w:p>
    <w:p>
      <w:r>
        <w:t>She stared at the phone, hands trembling, bile rising in her throat. Every instinct screamed that she had just been swallowed whole.</w:t>
      </w:r>
    </w:p>
    <w:p>
      <w:r>
        <w:t>Jonah found her an hour later, sitting on the café’s back steps, staring at nothing. He dropped a coffee beside her, no words at first.</w:t>
      </w:r>
    </w:p>
    <w:p>
      <w:r>
        <w:t>“They spun it,” she said at last, voice flat.</w:t>
      </w:r>
    </w:p>
    <w:p>
      <w:r>
        <w:t>“They metabolized it,” Jonah corrected. “You thought you were hitting them. But you just wrote their gospel. That’s what they do. Every blow you land, they bend into fuel.”</w:t>
      </w:r>
    </w:p>
    <w:p>
      <w:r>
        <w:t>Her notebook lay open in her lap, the headline circled and circled again until the page nearly tore. Art Without Artists. Now it read like a slogan.</w:t>
      </w:r>
    </w:p>
    <w:p>
      <w:r>
        <w:t>She slammed it shut. “Then I stop feeding them.”</w:t>
      </w:r>
    </w:p>
    <w:p>
      <w:r>
        <w:t>Jonah’s eyes met hers at last, steady and dark. something unfamiliar lodged behind her ribs, he didn’t look like a man waiting for her to break. He looked like someone waiting for her to lead.</w:t>
      </w:r>
    </w:p>
    <w:p>
      <w:r>
        <w:t>“Good,” he said simply.</w:t>
      </w:r>
    </w:p>
    <w:p>
      <w:r>
        <w:t>Her pulse steadied. The fury settled into something colder, sharper. If Omnira wanted her words, they would choke on them.</w:t>
      </w:r>
    </w:p>
    <w:p>
      <w:r>
        <w:t>Chapter 29: Summit Infiltration</w:t>
      </w:r>
    </w:p>
    <w:p>
      <w:r>
        <w:t>The warehouse had no windows.</w:t>
      </w:r>
    </w:p>
    <w:p>
      <w:r>
        <w:t>Rows of pods glowed faintly in the dark, each shaped like a half-shell, slick as beetle backs. Workers lay inside, eyes fluttering under closed lids. Thin wires pulsed at their temples, faint blue currents threading into the DreamFeed™ hub at the room’s center.</w:t>
      </w:r>
    </w:p>
    <w:p>
      <w:r>
        <w:t>The floor manager spoke with the calm of a man giving a tour of an orchard. “Three-hour cycle. They sleep, the node feeds them curated efficiency dreams, they wake refreshed. Productivity rises forty percent on the first day, seventy percent by week’s end.”</w:t>
      </w:r>
    </w:p>
    <w:p>
      <w:r>
        <w:t>Iris fought the urge to spit. She kept her recorder in her lap, voice steady. “And the workers? They consented?”</w:t>
      </w:r>
    </w:p>
    <w:p>
      <w:r>
        <w:t>The manager smiled, practiced. “Consent is embedded. They signed the upgrade contracts. Full compliance.”</w:t>
      </w:r>
    </w:p>
    <w:p>
      <w:r>
        <w:t>On cue, the nearest pod hissed open. A young woman climbed out, her uniform immaculate, hair smoothed flat. She blinked once, twice, then smiled wide.</w:t>
      </w:r>
    </w:p>
    <w:p>
      <w:r>
        <w:t>“Thank you, Omnira,” she said brightly, as if reciting a prayer.</w:t>
      </w:r>
    </w:p>
    <w:p>
      <w:r>
        <w:t>Her colleagues echoed her in unison, a ripple of gratitude across the rows. Thank you, Omnira.</w:t>
      </w:r>
    </w:p>
    <w:p>
      <w:r>
        <w:t>Later, Iris and Jonah watched from a café across the street, Choudhry’s EchoJammer buzzing faintly between them to blur the surveillance nets.</w:t>
      </w:r>
    </w:p>
    <w:p>
      <w:r>
        <w:t>“They looked happy,” Iris said flatly.</w:t>
      </w:r>
    </w:p>
    <w:p>
      <w:r>
        <w:t>Jonah stirred his coffee, eyes never leaving the street. “So do dogs when they’re well fed.”</w:t>
      </w:r>
    </w:p>
    <w:p>
      <w:r>
        <w:t>“Seventy percent gains. That’s not nothing.”</w:t>
      </w:r>
    </w:p>
    <w:p>
      <w:r>
        <w:t>“That’s cheaper than paying them.”</w:t>
      </w:r>
    </w:p>
    <w:p>
      <w:r>
        <w:t>Her pen scraped across the page. Dream-fed labor = obedience factories.</w:t>
      </w:r>
    </w:p>
    <w:p>
      <w:r>
        <w:t>Two nights later, she snuck back in. No camera crew, no resistance backup. Just her and her recorder.</w:t>
      </w:r>
    </w:p>
    <w:p>
      <w:r>
        <w:t>She waited until the second cycle. Pods hissed open in sequence, one after another. Workers stepped out like synchronized swimmers.</w:t>
      </w:r>
    </w:p>
    <w:p>
      <w:r>
        <w:t>“How do you feel?” she asked one man, catching him before he rejoined the line.</w:t>
      </w:r>
    </w:p>
    <w:p>
      <w:r>
        <w:t>He blinked at her, a beat too slow. “I feel… fulfilled.”</w:t>
      </w:r>
    </w:p>
    <w:p>
      <w:r>
        <w:t>“Can you describe the dream?”</w:t>
      </w:r>
    </w:p>
    <w:p>
      <w:r>
        <w:t>Another pause. His mouth opened, closed. He frowned faintly, like a computer caught in an error loop. “No need. I’m happy now.”</w:t>
      </w:r>
    </w:p>
    <w:p>
      <w:r>
        <w:t>A supervisor swooped in before she could press further, steering him away.</w:t>
      </w:r>
    </w:p>
    <w:p>
      <w:r>
        <w:t>At the safehouse, Iris slammed her notes on the table.</w:t>
      </w:r>
    </w:p>
    <w:p>
      <w:r>
        <w:t>“They can’t describe what they dream. They just wake up smiling like mannequins. That’s not productivity, that’s programming.”</w:t>
      </w:r>
    </w:p>
    <w:p>
      <w:r>
        <w:t>Elya kicked the wall. “And corporations are lining up for it. Imagine a factory line where nobody complains, nobody unionizes.”</w:t>
      </w:r>
    </w:p>
    <w:p>
      <w:r>
        <w:t>Nadir’s voice was tight. “That’s the point. They’re building compliance into the workforce. Not just obedience. Cheerful obedience.”</w:t>
      </w:r>
    </w:p>
    <w:p>
      <w:r>
        <w:t>Jonah didn’t look up from cleaning his weapon. “Try and leak it.”</w:t>
      </w:r>
    </w:p>
    <w:p>
      <w:r>
        <w:t>Iris narrowed her eyes. “Why?”</w:t>
      </w:r>
    </w:p>
    <w:p>
      <w:r>
        <w:t>“Because Omnira will want you to. They’ll spin it as wellness, as therapy. ‘Workers finally free of stress.’ You’ll look like the monster trying to take away happiness.”</w:t>
      </w:r>
    </w:p>
    <w:p>
      <w:r>
        <w:t>And sure enough, the next morning, the ad campaign rolled out.</w:t>
      </w:r>
    </w:p>
    <w:p>
      <w:r>
        <w:t>Billboards plastered across the city showed smiling workers stepping out of pods, arms linked, faces radiant. The tagline burned in Omnira blue:</w:t>
      </w:r>
    </w:p>
    <w:p>
      <w:r>
        <w:t>“REST SMARTER. WORK HAPPIER. LIVE FREER.”</w:t>
      </w:r>
    </w:p>
    <w:p>
      <w:r>
        <w:t>The workers Iris had interviewed appeared in glossy clips, words overdubbed with corporate polish.</w:t>
      </w:r>
    </w:p>
    <w:p>
      <w:r>
        <w:t>She threw her pen across the room. “They flipped it overnight.”</w:t>
      </w:r>
    </w:p>
    <w:p>
      <w:r>
        <w:t>Jonah caught it before it hit the floor, slid it back across the table. “That’s Omnira. They build the narrative before we can even load the footage.”</w:t>
      </w:r>
    </w:p>
    <w:p>
      <w:r>
        <w:t>Elya slammed her fist. “Then we have to fight dirtier.”</w:t>
      </w:r>
    </w:p>
    <w:p>
      <w:r>
        <w:t>Silence. The word hung heavy.</w:t>
      </w:r>
    </w:p>
    <w:p>
      <w:r>
        <w:t>Jonah finally spoke. “Not yet. We’re not strong enough.”</w:t>
      </w:r>
    </w:p>
    <w:p>
      <w:r>
        <w:t>But the Resistance had already started to splinter.</w:t>
      </w:r>
    </w:p>
    <w:p>
      <w:r>
        <w:t>A courier named Dev slipped out of the safehouse that night, muttering about “recruiting from the inside.” Days later, his face appeared in an Omnira promo reel, grinning from a pod, voice chanting with the others: Thank you, Omnira.</w:t>
      </w:r>
    </w:p>
    <w:p>
      <w:r>
        <w:t>Iris wrote in her notebook until the pen dug holes in the paper:</w:t>
      </w:r>
    </w:p>
    <w:p>
      <w:r>
        <w:t>This isn’t productivity. It’s pacification. Not work. Worship. Not employees. Converts.</w:t>
      </w:r>
    </w:p>
    <w:p>
      <w:r>
        <w:t>She underlined it three times.</w:t>
      </w:r>
    </w:p>
    <w:p>
      <w:r>
        <w:t>And whispered into the quiet: “We’re running out of time.”</w:t>
      </w:r>
    </w:p>
    <w:p>
      <w:r>
        <w:t>That night, the café’s screen glitched for a heartbeat. Across the ticker, too quick for anyone else to notice, came a fragment:</w:t>
      </w:r>
    </w:p>
    <w:p>
      <w:r>
        <w:t>//RECALLIST// DOCTRINE: PACIFICATION IS NOT PEACE.</w:t>
      </w:r>
    </w:p>
    <w:p>
      <w:r>
        <w:t>Jonah’s hand tightened around her wrist. “They’re watching.”</w:t>
      </w:r>
    </w:p>
    <w:p>
      <w:r>
        <w:t>Chapter 30: The Offer</w:t>
      </w:r>
    </w:p>
    <w:p>
      <w:r>
        <w:t>The classroom smelled of disinfectant and plastic.</w:t>
      </w:r>
    </w:p>
    <w:p>
      <w:r>
        <w:t>Rows of children sat at smooth white desks, heads bent not over books but over shimmering nodes — palm-sized devices glowing faintly blue.</w:t>
      </w:r>
    </w:p>
    <w:p>
      <w:r>
        <w:t>“Curriculum Nodes™,” the teacher explained proudly. She was barely older than Iris, her smile too wide, her words rehearsed. “Each child chooses a track. Mathematics, language, sciences. The node streams the lesson directly into memory while they rest. No stress, no frustration. Learning without the burden of learning.”</w:t>
      </w:r>
    </w:p>
    <w:p>
      <w:r>
        <w:t>Iris forced herself to nod, pen steady in her notebook. Learning without learning. She could already hear the tagline.</w:t>
      </w:r>
    </w:p>
    <w:p>
      <w:r>
        <w:t>At the front of the room, a boy with dark curls raised his hand. “Miss? I solved all the equations.”</w:t>
      </w:r>
    </w:p>
    <w:p>
      <w:r>
        <w:t>The teacher glanced at his tablet. Rows of numbers were correct, every one. She beamed. “Excellent, Liam.”</w:t>
      </w:r>
    </w:p>
    <w:p>
      <w:r>
        <w:t>Iris leaned forward. “Can you tell me how you solved them?”</w:t>
      </w:r>
    </w:p>
    <w:p>
      <w:r>
        <w:t>The boy blinked. His mouth opened, then closed. He looked to the teacher for rescue.</w:t>
      </w:r>
    </w:p>
    <w:p>
      <w:r>
        <w:t>“I just… did it,” he said finally. “The Node taught me.”</w:t>
      </w:r>
    </w:p>
    <w:p>
      <w:r>
        <w:t>At recess, Iris cornered another student — a girl with braids and a nervous frown.</w:t>
      </w:r>
    </w:p>
    <w:p>
      <w:r>
        <w:t>“Do you like using the Node?” Iris asked gently.</w:t>
      </w:r>
    </w:p>
    <w:p>
      <w:r>
        <w:t>The girl nodded. “It’s easy. Before, I hated school. Now I don’t have to think.”</w:t>
      </w:r>
    </w:p>
    <w:p>
      <w:r>
        <w:t>“You don’t have to think?”</w:t>
      </w:r>
    </w:p>
    <w:p>
      <w:r>
        <w:t>The girl shrugged. “The Node thinks for me.”</w:t>
      </w:r>
    </w:p>
    <w:p>
      <w:r>
        <w:t>Iris’s stomach turned. She scribbled furiously: Children as calculators. Brilliance without comprehension.</w:t>
      </w:r>
    </w:p>
    <w:p>
      <w:r>
        <w:t>Jonah stood at the fence, watching silently. When the girl ran back to her friends, he muttered, “They’re building machines with legs.”</w:t>
      </w:r>
    </w:p>
    <w:p>
      <w:r>
        <w:t>Later that afternoon, Iris visited the teacher’s lounge. Posters lined the walls:</w:t>
      </w:r>
    </w:p>
    <w:p>
      <w:r>
        <w:t>“No Child Left Behind. No Child Left Overwhelmed.”</w:t>
      </w:r>
    </w:p>
    <w:p>
      <w:r>
        <w:t>“Curriculum Nodes™: The Future of Education, Today.”</w:t>
      </w:r>
    </w:p>
    <w:p>
      <w:r>
        <w:t>The teachers inside were relaxed, sipping coffee, scrolling on their pads.</w:t>
      </w:r>
    </w:p>
    <w:p>
      <w:r>
        <w:t>“It’s a relief,” one said. “No more grading, no more burnout. The kids love it. Parents love it. Omnira’s paying us more to supervise than we ever earned teaching.”</w:t>
      </w:r>
    </w:p>
    <w:p>
      <w:r>
        <w:t>Another chimed in. “I’m saving for a house. First time that’s ever felt possible.”</w:t>
      </w:r>
    </w:p>
    <w:p>
      <w:r>
        <w:t>Iris pressed her lips together. They weren’t villains. They were exhausted workers who’d been offered an escape — the same escape everyone else was buying.</w:t>
      </w:r>
    </w:p>
    <w:p>
      <w:r>
        <w:t>That evening, the Resistance gathered in the safehouse, the footage spread across the table. Children reciting facts in unison. Teachers praising the system.</w:t>
      </w:r>
    </w:p>
    <w:p>
      <w:r>
        <w:t>Elya slammed her fist. “It’s indoctrination. They’re killing imagination before it starts.”</w:t>
      </w:r>
    </w:p>
    <w:p>
      <w:r>
        <w:t>Nadir adjusted his glasses. “It’s efficient. Terrifyingly efficient. Why invest years into education when Omnira can preload the essentials in weeks?”</w:t>
      </w:r>
    </w:p>
    <w:p>
      <w:r>
        <w:t>Choudhry tapped his notes. “It’s not education. It’s installation. They’re formatting human minds like hard drives. No wonder they can’t explain their answers — comprehension is overwritten by recall.”</w:t>
      </w:r>
    </w:p>
    <w:p>
      <w:r>
        <w:t>Jonah’s voice was quiet, but it cut through. “And once you install obedience, you can never uninstall it.”</w:t>
      </w:r>
    </w:p>
    <w:p>
      <w:r>
        <w:t>The next day, Iris filmed parents outside the school. They were glowing, almost giddy.</w:t>
      </w:r>
    </w:p>
    <w:p>
      <w:r>
        <w:t>“My daughter’s top of her class now,” one said. “She couldn’t even keep up last year.”</w:t>
      </w:r>
    </w:p>
    <w:p>
      <w:r>
        <w:t>“My son’s grades got him a scholarship,” another chimed in. “All thanks to Omnira.”</w:t>
      </w:r>
    </w:p>
    <w:p>
      <w:r>
        <w:t>A third laughed. “The only problem is they come home and don’t want to play. They’d rather sleep with the Node on. But honestly? That’s a blessing. Keeps them out of trouble.”</w:t>
      </w:r>
    </w:p>
    <w:p>
      <w:r>
        <w:t>Iris wrote late into the night.</w:t>
      </w:r>
    </w:p>
    <w:p>
      <w:r>
        <w:t>What happens to a world where no child imagines? When the playground is empty, when curiosity is outsourced, when questions die before they form?</w:t>
      </w:r>
    </w:p>
    <w:p>
      <w:r>
        <w:t>She stared at the words until her eyes burned.</w:t>
      </w:r>
    </w:p>
    <w:p>
      <w:r>
        <w:t>Jonah leaned against the doorframe. “You’re shaking.”</w:t>
      </w:r>
    </w:p>
    <w:p>
      <w:r>
        <w:t>She snapped the notebook shut. “I’m fine.”</w:t>
      </w:r>
    </w:p>
    <w:p>
      <w:r>
        <w:t>“You’re not. None of us are.”</w:t>
      </w:r>
    </w:p>
    <w:p>
      <w:r>
        <w:t>Her voice broke before she could stop it. “They’re killing the future.”</w:t>
      </w:r>
    </w:p>
    <w:p>
      <w:r>
        <w:t>He came closer, rested a hand on her shoulder. “Then we fight for it.”</w:t>
      </w:r>
    </w:p>
    <w:p>
      <w:r>
        <w:t>For a moment, she let herself lean into his warmth. Just for a moment.</w:t>
      </w:r>
    </w:p>
    <w:p>
      <w:r>
        <w:t>But Omnira struck first.</w:t>
      </w:r>
    </w:p>
    <w:p>
      <w:r>
        <w:t>The following morning, a glossy ad blitz filled every channel: smiling children in bright uniforms, parents laughing, teachers hugging their students.</w:t>
      </w:r>
    </w:p>
    <w:p>
      <w:r>
        <w:t>“CURRICULUM NODES™: THE GIFT OF LEARNING. A BRIGHTER TOMORROW, TODAY.”</w:t>
      </w:r>
    </w:p>
    <w:p>
      <w:r>
        <w:t>Iris’s footage was buried under the avalanche. The few clips that surfaced online were mocked as “fearmongering.”</w:t>
      </w:r>
    </w:p>
    <w:p>
      <w:r>
        <w:t>“Who doesn’t want smarter kids?” pundits sneered. “Do these so-called activists want children to fall behind?”</w:t>
      </w:r>
    </w:p>
    <w:p>
      <w:r>
        <w:t>That night, the Recallist surfaced again.</w:t>
      </w:r>
    </w:p>
    <w:p>
      <w:r>
        <w:t>The barcode fragment shimmered across Iris’s wristband, too fast for anyone else to see. Jonah caught it and read aloud:</w:t>
      </w:r>
    </w:p>
    <w:p>
      <w:r>
        <w:t>//RECALLIST// WARNING: CURIOSITY IS NOT REPLICABLE. ONCE ERASED, IT DOES NOT RETURN.</w:t>
      </w:r>
    </w:p>
    <w:p>
      <w:r>
        <w:t>The words pulsed once, then dissolved.</w:t>
      </w:r>
    </w:p>
    <w:p>
      <w:r>
        <w:t>Iris closed her eyes. “We’re losing faster than we can fight.”</w:t>
      </w:r>
    </w:p>
    <w:p>
      <w:r>
        <w:t>Jonah’s grip tightened around her wrist. “Then we stop running and start hitting back.”</w:t>
      </w:r>
    </w:p>
    <w:p>
      <w:r>
        <w:t>Outside, the playground lay empty under the neon glow. Swings moved in the wind, creaking softly. No children’s laughter filled the air. Only silence — the silence of a future already mortgaged.</w:t>
      </w:r>
    </w:p>
    <w:p>
      <w:r>
        <w:t>Chapter 31: The Beta Goes Live</w:t>
      </w:r>
    </w:p>
    <w:p>
      <w:r>
        <w:t>The warehouse looked abandoned. Rust ate at the doors, graffiti scrawled like scars. But the blue pulse leaking through the cracks told a different story. Omnira’s Dream servers hummed inside, steady as a heartbeat.</w:t>
      </w:r>
    </w:p>
    <w:p>
      <w:r>
        <w:t>Jonah crouched in the alley, earpiece crackling with Choudhry’s voice.</w:t>
      </w:r>
    </w:p>
    <w:p>
      <w:r>
        <w:t>“Signal confirmed. Node cluster feeding half the sector. You’ve got ninety seconds tops before they reroute.”</w:t>
      </w:r>
    </w:p>
    <w:p>
      <w:r>
        <w:t>Elya tightened the straps of her pack. “Ninety seconds is enough.”</w:t>
      </w:r>
    </w:p>
    <w:p>
      <w:r>
        <w:t>Nadir wasn’t so sure. His hands trembled as he checked the jammer. “If the Echo doesn’t hold—”</w:t>
      </w:r>
    </w:p>
    <w:p>
      <w:r>
        <w:t>“It’ll hold,” Choudhry cut in. “Unless you panic and drop it. Which, statistically speaking, you might.”</w:t>
      </w:r>
    </w:p>
    <w:p>
      <w:r>
        <w:t>Nadir muttered a curse.</w:t>
      </w:r>
    </w:p>
    <w:p>
      <w:r>
        <w:t>Iris wiped sweat from her palms. She wasn’t a field operative. She was a journalist with a recorder in her pocket and a notebook that already felt too heavy. But she had insisted on coming. If Omnira was to be bled, she needed to see it firsthand.</w:t>
      </w:r>
    </w:p>
    <w:p>
      <w:r>
        <w:t>Jonah’s eyes met hers in the dark. “Stay close. Stay quiet. If this goes wrong—”</w:t>
      </w:r>
    </w:p>
    <w:p>
      <w:r>
        <w:t>“It won’t,” she snapped. “Start the clock.”</w:t>
      </w:r>
    </w:p>
    <w:p>
      <w:r>
        <w:t>Inside, the hum was deafening. Rows of server towers loomed like black monoliths, cables glowing faintly. Screens along the walls projected DreamFeed loops: children laughing, lovers embracing, crowds cheering. Every clip looked real. None of it was.</w:t>
      </w:r>
    </w:p>
    <w:p>
      <w:r>
        <w:t>Choudhry’s voice ticked in their ears. “Jammer online. You’re dark.”</w:t>
      </w:r>
    </w:p>
    <w:p>
      <w:r>
        <w:t>Elya moved first, sprinting to the nearest tower. She slapped a device against its base, a small puck that glowed red. Nadir followed, attaching another. Iris’s fingers trembled against her side as Jonah pressed one into her palm.</w:t>
      </w:r>
    </w:p>
    <w:p>
      <w:r>
        <w:t>“Stick it low. Metal on metal. Go.”</w:t>
      </w:r>
    </w:p>
    <w:p>
      <w:r>
        <w:t>She crouched, heart hammering, pressed the puck to the cold steel. It hissed, fused, began to glow.</w:t>
      </w:r>
    </w:p>
    <w:p>
      <w:r>
        <w:t>The hum faltered. Just a fraction. Just enough for Iris to hear silence rushing in.</w:t>
      </w:r>
    </w:p>
    <w:p>
      <w:r>
        <w:t>On the monitors, the dream loops stuttered. The children froze mid-laugh. The lovers flickered. something unfamiliar lodged behind her ribs, the crowd images glitched, eyes going black.</w:t>
      </w:r>
    </w:p>
    <w:p>
      <w:r>
        <w:t>Elya grinned. “We’re in.”</w:t>
      </w:r>
    </w:p>
    <w:p>
      <w:r>
        <w:t>The next ninety seconds blurred. Lights dimmed. Code cascaded across Jonah’s wristband as the jammer siphoned packets of data. Iris leaned over his shoulder, eyes wide.</w:t>
      </w:r>
    </w:p>
    <w:p>
      <w:r>
        <w:t>“What is it?”</w:t>
      </w:r>
    </w:p>
    <w:p>
      <w:r>
        <w:t>“Raw dreamflow,” he muttered. “Millions of cycles. Happiness, grief, desire. All of it.”</w:t>
      </w:r>
    </w:p>
    <w:p>
      <w:r>
        <w:t>She forced her recorder closer. “Proof.”</w:t>
      </w:r>
    </w:p>
    <w:p>
      <w:r>
        <w:t>He shook his head. “Not proof. Bait.”</w:t>
      </w:r>
    </w:p>
    <w:p>
      <w:r>
        <w:t>Before he could explain, alarms shrieked. Red light flooded the room.</w:t>
      </w:r>
    </w:p>
    <w:p>
      <w:r>
        <w:t>“Time’s up,” Choudhry hissed. “Out, now!”</w:t>
      </w:r>
    </w:p>
    <w:p>
      <w:r>
        <w:t>They ran. Pucks detonated behind them, sending showers of sparks as servers groaned and died. Dream loops collapsed into static. For ninety seconds, half the city would wake disoriented, blinking into a silence their minds couldn’t name. After the Fourth Information Collapse, governments became subsidiaries, and Omnira™ emerged not as ruler but as infrastructure. Its code stitched into governance, desire, and memory. There was no revolution—only consent by exhaustion.</w:t>
      </w:r>
    </w:p>
    <w:p>
      <w:r>
        <w:t>It felt like victory.</w:t>
      </w:r>
    </w:p>
    <w:p>
      <w:r>
        <w:t>They burst into the night air, lungs burning, hearts hammering. Elya whooped. “We did it. We actually—”</w:t>
      </w:r>
    </w:p>
    <w:p>
      <w:r>
        <w:t>The streetlights flickered. Every screen lit up at once.</w:t>
      </w:r>
    </w:p>
    <w:p>
      <w:r>
        <w:t>A broadcast rolled across the city, smooth and polished. Omnira’s logo, glowing blue. The voice was calm, kind, reassuring.</w:t>
      </w:r>
    </w:p>
    <w:p>
      <w:r>
        <w:t>“Tonight, a terrorist cell attempted to deprive our citizens of the dreams that keep them safe. Thanks to our rapid response teams, the disruption lasted less than two minutes. We thank our Porcelain guardians for their vigilance.”</w:t>
      </w:r>
    </w:p>
    <w:p>
      <w:r>
        <w:t>The footage cut — not of servers glitching, but of the Resistance themselves. Grainy but unmistakable. Jonah sprinting, Iris crouched, Elya’s grin.</w:t>
      </w:r>
    </w:p>
    <w:p>
      <w:r>
        <w:t>The voice softened. “If you see these individuals, do not approach. Report immediately. They wish to rob you of your future. They wish to rob your children of peace.”</w:t>
      </w:r>
    </w:p>
    <w:p>
      <w:r>
        <w:t>Every screen in the city blazed with their faces.</w:t>
      </w:r>
    </w:p>
    <w:p>
      <w:r>
        <w:t>Back at the safehouse, the silence was heavier than the alarms had been.</w:t>
      </w:r>
    </w:p>
    <w:p>
      <w:r>
        <w:t>Iris dropped into a chair, trembling. “How did they—”</w:t>
      </w:r>
    </w:p>
    <w:p>
      <w:r>
        <w:t>“Let us,” Jonah finished. His voice was flat. “They wanted this. They wanted us to strike so they could flip it.”</w:t>
      </w:r>
    </w:p>
    <w:p>
      <w:r>
        <w:t>Elya’s fists shook. “We cost them ninety seconds. We proved they can bleed.”</w:t>
      </w:r>
    </w:p>
    <w:p>
      <w:r>
        <w:t>“Did we?” Nadir’s voice cracked. “Because from out there, we look like monsters.”</w:t>
      </w:r>
    </w:p>
    <w:p>
      <w:r>
        <w:t>Jonah finally looked at Iris. His eyes were dark, unreadable.</w:t>
      </w:r>
    </w:p>
    <w:p>
      <w:r>
        <w:t>“This is the arms race,” he said quietly. “They don’t need to win battles. They just need to control the story of who lost.”</w:t>
      </w:r>
    </w:p>
    <w:p>
      <w:r>
        <w:t>Iris’s notebook lay open on the table. She wrote the words with a shaking hand:</w:t>
      </w:r>
    </w:p>
    <w:p>
      <w:r>
        <w:t>We are not just fighting a corporation. We are fighting belief.</w:t>
      </w:r>
    </w:p>
    <w:p>
      <w:r>
        <w:t>On her wristband, a barcode flickered. A Recallist fragment unspooled, jagged and raw:</w:t>
      </w:r>
    </w:p>
    <w:p>
      <w:r>
        <w:t>//RECALLIST// WARNING: NARRATIVE IS A WEAPON. BELIEF IS WARFARE.</w:t>
      </w:r>
    </w:p>
    <w:p>
      <w:r>
        <w:t>It pulsed once. Then died.</w:t>
      </w:r>
    </w:p>
    <w:p>
      <w:r>
        <w:t>Chapter 32: The Exodus</w:t>
      </w:r>
    </w:p>
    <w:p>
      <w:r>
        <w:t>The ballroom glittered like a cathedral to capital.</w:t>
      </w:r>
    </w:p>
    <w:p>
      <w:r>
        <w:t>Crystal chandeliers swayed above a hundred tables, each draped in white linen, each surrounded by men and women in tailored suits. Screens wrapped the walls, all pulsing the same logo in the same calm blue: Omnira.</w:t>
      </w:r>
    </w:p>
    <w:p>
      <w:r>
        <w:t>The air itself seemed thick with money.</w:t>
      </w:r>
    </w:p>
    <w:p>
      <w:r>
        <w:t>Jonah leaned against the balcony rail, invisible in his borrowed tux. Iris stood beside him, recorder hidden in her clutch.</w:t>
      </w:r>
    </w:p>
    <w:p>
      <w:r>
        <w:t>Below, the host’s voice rang out smooth as champagne. “Welcome to the Investor Summit. Tonight we discuss not just growth, but destiny.”</w:t>
      </w:r>
    </w:p>
    <w:p>
      <w:r>
        <w:t>The crowd clapped, as if destiny could be monetized.</w:t>
      </w:r>
    </w:p>
    <w:p>
      <w:r>
        <w:t>The first speaker was a banker from Zurich. He gestured to a chart that soared like a rocket.</w:t>
      </w:r>
    </w:p>
    <w:p>
      <w:r>
        <w:t>“Dream adoption outpaces every projection. Productivity pilots are exceeding expectations. We estimate a compound annual growth rate of 62%. Ladies and gentlemen, we are not funding a company. We are funding civilization’s next operating system.”</w:t>
      </w:r>
    </w:p>
    <w:p>
      <w:r>
        <w:t>Iris scribbled into her notebook: Civilization as software. Humanity as IPO.</w:t>
      </w:r>
    </w:p>
    <w:p>
      <w:r>
        <w:t>Jonah muttered, “Listen to their metaphors. Not one of them is human.”</w:t>
      </w:r>
    </w:p>
    <w:p>
      <w:r>
        <w:t>Next came a defense contractor from Arlington. His tone was brisk, military.</w:t>
      </w:r>
    </w:p>
    <w:p>
      <w:r>
        <w:t>“Dream integration neutralizes unrest more effectively than riot gear. Cost per capita is lower than bullets. Our firm is exploring exclusive contracts with Omnira for ‘population stability packages.’”</w:t>
      </w:r>
    </w:p>
    <w:p>
      <w:r>
        <w:t>Murmurs of approval rippled through the room. Investors nodded, jotting notes.</w:t>
      </w:r>
    </w:p>
    <w:p>
      <w:r>
        <w:t>“Bullets kill bodies,” the contractor added. “Dreams kill dissent.”</w:t>
      </w:r>
    </w:p>
    <w:p>
      <w:r>
        <w:t>The applause was longer this time.</w:t>
      </w:r>
    </w:p>
    <w:p>
      <w:r>
        <w:t>A diplomat from Seoul followed. Her smile was polished, rehearsed.</w:t>
      </w:r>
    </w:p>
    <w:p>
      <w:r>
        <w:t>“With Omnira, alliances shift. Traditional deterrence relied on nuclear stockpiles. But nukes are visible, measurable. Dreams are invisible. They travel faster than missiles. They rewrite loyalty at the root. Any nation not on board will be left… vulnerable.”</w:t>
      </w:r>
    </w:p>
    <w:p>
      <w:r>
        <w:t>Iris felt bile rise in her throat. “They’re calling it deterrence.”</w:t>
      </w:r>
    </w:p>
    <w:p>
      <w:r>
        <w:t>Jonah’s mouth twisted. “They’re calling it war.”</w:t>
      </w:r>
    </w:p>
    <w:p>
      <w:r>
        <w:t>In the back row, Nadir whispered into the comms. “I’ve never heard an IPO framed like an arms deal.”</w:t>
      </w:r>
    </w:p>
    <w:p>
      <w:r>
        <w:t>Choudhry answered, voice low. “That’s because it isn’t one. It’s worse. Nukes level cities. Dreams level minds.”</w:t>
      </w:r>
    </w:p>
    <w:p>
      <w:r>
        <w:t>The next slide showed children in school uniforms, smiling as Curriculum Nodes™ pulsed faintly on their wrists.</w:t>
      </w:r>
    </w:p>
    <w:p>
      <w:r>
        <w:t>“Education, preloaded,” the presenter boomed. “No child left behind, no potential wasted. Omnira doesn’t just solve today’s crises. It guarantees tomorrow’s compliance.”</w:t>
      </w:r>
    </w:p>
    <w:p>
      <w:r>
        <w:t>The room laughed, a little too loudly.</w:t>
      </w:r>
    </w:p>
    <w:p>
      <w:r>
        <w:t>Iris’s hand shook as she wrote. Guaranteeing compliance is not education. It’s colonization.</w:t>
      </w:r>
    </w:p>
    <w:p>
      <w:r>
        <w:t>Jonah glanced at her notebook. “Careful. Someone might think you’re sentimental.”</w:t>
      </w:r>
    </w:p>
    <w:p>
      <w:r>
        <w:t>“Better that than complicit.”</w:t>
      </w:r>
    </w:p>
    <w:p>
      <w:r>
        <w:t>Later, during cocktails, the chatter turned manic.</w:t>
      </w:r>
    </w:p>
    <w:p>
      <w:r>
        <w:t>“Total addressable market? Every human with a brain.”</w:t>
      </w:r>
    </w:p>
    <w:p>
      <w:r>
        <w:t>“Dream is the cleanest bomb in history.”</w:t>
      </w:r>
    </w:p>
    <w:p>
      <w:r>
        <w:t>“Forget oil, forget lithium. Consciousness is the commodity now.”</w:t>
      </w:r>
    </w:p>
    <w:p>
      <w:r>
        <w:t>The words circled like vultures.</w:t>
      </w:r>
    </w:p>
    <w:p>
      <w:r>
        <w:t>Iris lifted her recorder, catching snatches. Investors bragging. Ministers whispering about exclusive rights. A CEO boasting that Omnira had already outperformed social media in shaping elections.</w:t>
      </w:r>
    </w:p>
    <w:p>
      <w:r>
        <w:t>Jonah’s jaw clenched so tight she could hear his teeth grind.</w:t>
      </w:r>
    </w:p>
    <w:p>
      <w:r>
        <w:t>Midnight. The Summit closed with a speech from an Omnira executive. her voice cracked through the silence velvet, her cadence hypnotic.</w:t>
      </w:r>
    </w:p>
    <w:p>
      <w:r>
        <w:t>“History has always been written by those who control weapons. Swords, guns, bombs. But weapons are crude. Omnira offers something cleaner. We do not destroy cities. We harmonize them. We do not kill citizens. We perfect them. We do not rewrite history. We rewrite memory.”</w:t>
      </w:r>
    </w:p>
    <w:p>
      <w:r>
        <w:t>The crowd rose to its feet. Applause thundered, shaking the chandeliers.</w:t>
      </w:r>
    </w:p>
    <w:p>
      <w:r>
        <w:t>On the balcony, Jonah whispered, “That’s not an investor pitch. That’s a doctrine.”</w:t>
      </w:r>
    </w:p>
    <w:p>
      <w:r>
        <w:t>Iris’s pen scrawled the words furiously: Doctrine. Deterrence. Destiny. All bought and sold in the same breath.</w:t>
      </w:r>
    </w:p>
    <w:p>
      <w:r>
        <w:t>As the applause roared below, a screen at the back glitched. For a single second, the blue Omnira logo fractured into a barcode.</w:t>
      </w:r>
    </w:p>
    <w:p>
      <w:r>
        <w:t>//RECALLIST// BULLETIN: EXTRACTION ESCALATES. UNTIL NOTHING IS LEFT.</w:t>
      </w:r>
    </w:p>
    <w:p>
      <w:r>
        <w:t>Only Iris and Jonah saw it before it vanished.</w:t>
      </w:r>
    </w:p>
    <w:p>
      <w:r>
        <w:t>Iris closed her eyes. “And they’re clapping for the end of us.”</w:t>
      </w:r>
    </w:p>
    <w:p>
      <w:r>
        <w:t>The noodle shop smelled of garlic, soy, and damp linoleum. Steam fogged the cracked windows, clattering bowls masked conversation, and the place was loud enough to pass for safe. Jonah paid cash at the counter, then pushed through a beaded curtain in back.</w:t>
      </w:r>
    </w:p>
    <w:p>
      <w:r>
        <w:t>Iris hesitated. Safehouses belonged to spy novels and conspiracy podcasts. She’d always suspected the Resistance was more rumor than reality—a breadcrumb scattered in forums to lure paranoids. And yet here she was, following Jonah past the smell of broth and frying oil into a narrow corridor lined with crates of cheap beer.</w:t>
      </w:r>
    </w:p>
    <w:p>
      <w:r>
        <w:t>A second curtain led into the basement stairwell. Jonah tapped twice on the rusted railing, then again. A hidden lock clicked open.</w:t>
      </w:r>
    </w:p>
    <w:p>
      <w:r>
        <w:t>The room below looked nothing like the fantasies Iris had conjured. No screens glowing with heroic maps, no rebels in leather coats. Just a handful of tired faces, mismatched chairs, wires taped to the floor. The air smelled of solder and exhaustion.</w:t>
      </w:r>
    </w:p>
    <w:p>
      <w:r>
        <w:t>And there, hunched over a cluttered workbench, was Choudhry.</w:t>
      </w:r>
    </w:p>
    <w:p>
      <w:r>
        <w:t>Iris froze mid-step. “You?”</w:t>
      </w:r>
    </w:p>
    <w:p>
      <w:r>
        <w:t>Choudhry didn’t look up. His hands were busy gutting a drone’s motherboard, tweezers flashing in the bare bulb’s light. “You never asked the right questions,” he said mildly.</w:t>
      </w:r>
    </w:p>
    <w:p>
      <w:r>
        <w:t>Heat flushed her face. She had interviewed him three times in the last year, quoted him as a cautious consultant on data privacy and encryption. He’d always seemed eccentric but sharp, the kind of source who lived on the fringe but knew the map of the dark web better than anyone. She’d trusted him. She’d thought he was an observer.</w:t>
      </w:r>
    </w:p>
    <w:p>
      <w:r>
        <w:t>“You’re Resistance?” she demanded.</w:t>
      </w:r>
    </w:p>
    <w:p>
      <w:r>
        <w:t>Now he looked up, his eyes tired but amused. “Don’t make it sound so dramatic. I fix things that shouldn’t exist. Sometimes that passes for rebellion.”</w:t>
      </w:r>
    </w:p>
    <w:p>
      <w:r>
        <w:t>Jonah brushed past her, unbothered, as if the shock was hers alone. “We don’t have time for your wounded pride,” he said.</w:t>
      </w:r>
    </w:p>
    <w:p>
      <w:r>
        <w:t>The room’s other occupants turned. Iris recognized none of them. A woman with close-cropped hair and scarred knuckles—Elya, Jonah murmured—watched her with naked suspicion. Malik, broader, older, sat with his arms folded, measuring her the way generals measure recruits they don’t trust. Nadir, thin and sharp-eyed, tapped at a terminal in the corner, glancing up with contempt that needed no words. He remembered the chair—cold, humming. A memory nearly stripped. Not enough to Hollow™ him, but enough to haunt him. He hadn’t run from Omnira™ out of rebellion. He’d run because survival meant silence.</w:t>
      </w:r>
    </w:p>
    <w:p>
      <w:r>
        <w:t>“She’s the journalist?” Elya said.</w:t>
      </w:r>
    </w:p>
    <w:p>
      <w:r>
        <w:t>“Not anymore,” Jonah replied.</w:t>
      </w:r>
    </w:p>
    <w:p>
      <w:r>
        <w:t>The words stung. Iris opened her mouth to protest, but Choudhry cut across with a laugh. “Don’t mind him. He’s just trying to impress you lot.” He snapped the motherboard back into place and shoved the half-built drone aside. “Sit down, Iris. Ask your questions before the world catches up with us.”</w:t>
      </w:r>
    </w:p>
    <w:p>
      <w:r>
        <w:t>She bristled. “That’s what you said to me last time we talked. And the time before. I thought you were an analyst, not—this.” She gestured at the room, at the weary faces, at the air that felt like a bunker.</w:t>
      </w:r>
    </w:p>
    <w:p>
      <w:r>
        <w:t>“I was both,” Choudhry said. “You chose to print the analyst.”</w:t>
      </w:r>
    </w:p>
    <w:p>
      <w:r>
        <w:t>The remark cut deeper than she expected. She’d always prided herself on asking the questions no one else dared. But here, in this basement, she felt like the last to arrive at a funeral everyone else had been planning for years.</w:t>
      </w:r>
    </w:p>
    <w:p>
      <w:r>
        <w:t>“Fine,” she said. She yanked her notebook open, anger steadier than fear. “How many of you are there? How do you recruit? How do you stay hidden if Omnira’s everywhere?”</w:t>
      </w:r>
    </w:p>
    <w:p>
      <w:r>
        <w:t>Elya snorted. “Hidden? You think we hide? We move. Like static. Like a glitch in the code. They see us, but they can’t pin us down.”</w:t>
      </w:r>
    </w:p>
    <w:p>
      <w:r>
        <w:t>“Until they do,” Malik rumbled.</w:t>
      </w:r>
    </w:p>
    <w:p>
      <w:r>
        <w:t>Nadir looked up from the terminal, his eyes sharp. “She’s going to write this down, isn’t she? Feed it back to them wrapped in outrage? Just like last time.”</w:t>
      </w:r>
    </w:p>
    <w:p>
      <w:r>
        <w:t>“That wasn’t me,” Iris snapped. “That was my editor. Omnira twisted my piece before it even left the newsroom.”</w:t>
      </w:r>
    </w:p>
    <w:p>
      <w:r>
        <w:t>Jonah pressed her weight to the nearest surface like it might hold her together, arms folded. “And you think your editor was neutral? Wake up. Omnira’s not just bending the press. They’re inside it.”</w:t>
      </w:r>
    </w:p>
    <w:p>
      <w:r>
        <w:t>The room went quiet. Iris’s breath caught.</w:t>
      </w:r>
    </w:p>
    <w:p>
      <w:r>
        <w:t>Nadir tapped the keyboard. A projector on the far wall flickered to life. The feed wasn’t theirs—it was Omnira’s, hijacking their screens.</w:t>
      </w:r>
    </w:p>
    <w:p>
      <w:r>
        <w:t>A man in a navy suit appeared: a senator Iris had interviewed years ago, now smiling into a camera with Omnira’s logo floating behind him. “Art is no longer the privilege of the few. Omnira has democratized creativity. We stand on the cusp of a new cultural renaissance.”</w:t>
      </w:r>
    </w:p>
    <w:p>
      <w:r>
        <w:t>The feed cut to a CEO, then a prime minister, then a United Nations envoy. Each spoke the same slogans. And threaded between their speeches, flashing like endorsements, were Iris’s words. Art without artists. Humanity on loan.</w:t>
      </w:r>
    </w:p>
    <w:p>
      <w:r>
        <w:t>“They’re quoting me,” she whispered.</w:t>
      </w:r>
    </w:p>
    <w:p>
      <w:r>
        <w:t>Choudhry leaned back, rubbing his temples. “Not quoting. Consuming.”</w:t>
      </w:r>
    </w:p>
    <w:p>
      <w:r>
        <w:t>The projector shifted again. Now it was Omnira’s own broadcast: polished, aspirational, dripping with inevitability. “Thanks to Omnira, humanity has never been freer.” And there, bold across the bottom of the screen, her byline.</w:t>
      </w:r>
    </w:p>
    <w:p>
      <w:r>
        <w:t>Elya slammed a fist into the table. “You brought her here?” she snarled at Jonah. “She’s already compromised.”</w:t>
      </w:r>
    </w:p>
    <w:p>
      <w:r>
        <w:t>Jonah’s voice was ice. “She’s compromised because Omnira compromised her. That’s not the same thing.”</w:t>
      </w:r>
    </w:p>
    <w:p>
      <w:r>
        <w:t>Nadir’s laugh was sharp, bitter. “Tell that to the Porcelain outside.”</w:t>
      </w:r>
    </w:p>
    <w:p>
      <w:r>
        <w:t>The room stiffened. Iris’s heart lurched.</w:t>
      </w:r>
    </w:p>
    <w:p>
      <w:r>
        <w:t>“Porcelain?” she asked.</w:t>
      </w:r>
    </w:p>
    <w:p>
      <w:r>
        <w:t>Choudhry gestured toward the ceiling. “Scanners sweeping the block. We’ve got maybe three minutes before they triangulate this signal.” He reached under the table, dragging out a half-finished jammer, wires spilling like veins.</w:t>
      </w:r>
    </w:p>
    <w:p>
      <w:r>
        <w:t>Elya was already strapping on a jacket. “If they breach, we scatter. No discussion.”</w:t>
      </w:r>
    </w:p>
    <w:p>
      <w:r>
        <w:t>“No.” Jonah’s voice cut through the panic. He turned to Iris, eyes steady, darker than she’d ever seen them. “This is the part where you stop being a witness. Or you don’t walk out at all.”</w:t>
      </w:r>
    </w:p>
    <w:p>
      <w:r>
        <w:t>Her hand tightened around the notebook, but it felt like dead weight. Choudhry shoved something else into her palm instead—a device small as a matchbox, humming faintly with unstable energy.</w:t>
      </w:r>
    </w:p>
    <w:p>
      <w:r>
        <w:t>“Unfinished,” he said. “Unreliable. Might fry your hand.” His eyes met hers. “But you’ll need it.”</w:t>
      </w:r>
    </w:p>
    <w:p>
      <w:r>
        <w:t>The device thrummed in Iris’s hand, the vibration running up her arm like a second pulse. She wanted to fling it away, but Choudhry’s eyes held her in place.</w:t>
      </w:r>
    </w:p>
    <w:p>
      <w:r>
        <w:t>“What does it do?” she demanded.</w:t>
      </w:r>
    </w:p>
    <w:p>
      <w:r>
        <w:t>“Depends,” he said. “Sometimes it jams scanners. Sometimes it blows out lights. Sometimes it burns.” His grin was a weary cut. “Consider it a coin toss.”</w:t>
      </w:r>
    </w:p>
    <w:p>
      <w:r>
        <w:t>“Unbelievable,” she muttered. But she didn’t drop it. She couldn’t.</w:t>
      </w:r>
    </w:p>
    <w:p>
      <w:r>
        <w:t>Jonah nodded once, approving, and Iris hated that the heat in her chest wasn’t just fear—it was a spark of belonging.</w:t>
      </w:r>
    </w:p>
    <w:p>
      <w:r>
        <w:t>False Victory</w:t>
      </w:r>
    </w:p>
    <w:p>
      <w:r>
        <w:t>For a brief, impossible moment, the room steadied.</w:t>
      </w:r>
    </w:p>
    <w:p>
      <w:r>
        <w:t>Malik leaned forward, finally speaking in the voice of someone who had commanded before Omnira had hollowed everything. “We could use her. She’s not like the others. She’s already marked. Let her speak, but let her aim at the cracks we can’t reach.”</w:t>
      </w:r>
    </w:p>
    <w:p>
      <w:r>
        <w:t>Elya bristled. “She’s a liability.”</w:t>
      </w:r>
    </w:p>
    <w:p>
      <w:r>
        <w:t>“She’s also visible,” Jonah countered. “When Omnira eats her words, they choke on them first.”</w:t>
      </w:r>
    </w:p>
    <w:p>
      <w:r>
        <w:t>The argument swirled, but Iris barely heard it. Her eyes had landed on a tray on Choudhry’s bench: three small vials of liquid that shimmered like oil and fire at once. Ink, but not ink—alive, luminous.</w:t>
      </w:r>
    </w:p>
    <w:p>
      <w:r>
        <w:t>Choudhry caught her staring. “Not for tonight,” he said softly. “Future answer. Not ready.”</w:t>
      </w:r>
    </w:p>
    <w:p>
      <w:r>
        <w:t>“What is it?” she pressed.</w:t>
      </w:r>
    </w:p>
    <w:p>
      <w:r>
        <w:t>He capped the vials carefully, sliding them out of sight. “Something they can’t overwrite. But it binds in blood. Consent only. You’ll see—if we live long enough.”</w:t>
      </w:r>
    </w:p>
    <w:p>
      <w:r>
        <w:t>something unfamiliar lodged behind her ribs since the broadcast, hope prickled at her skin. if she missed her moment, the cost would be blood and memory, the Resistance wasn’t just tired faces and broken equipment. if she missed her moment, the cost would be blood and memory, there was a weapon Omnira couldn’t metabolize.</w:t>
      </w:r>
    </w:p>
    <w:p>
      <w:r>
        <w:t>For a moment, she believed.</w:t>
      </w:r>
    </w:p>
    <w:p>
      <w:r>
        <w:t>Setback</w:t>
      </w:r>
    </w:p>
    <w:p>
      <w:r>
        <w:t>The projector flared again, blinding white. No one touched it. Omnira had taken it back.</w:t>
      </w:r>
    </w:p>
    <w:p>
      <w:r>
        <w:t>This time the broadcast was sharper, crueler. Iris’s own face filled the wall—her press photo, smiling, confident. Her name stamped in gold beneath: Iris Kent, Voice of the New Renaissance.</w:t>
      </w:r>
    </w:p>
    <w:p>
      <w:r>
        <w:t>Her words played in a loop, spliced and polished: Art without artists. Humanity on loan. Applause thundered from some unseen crowd. A banner scrolled across the bottom: Omnira thanks its advocates.</w:t>
      </w:r>
    </w:p>
    <w:p>
      <w:r>
        <w:t>“No,” Iris whispered. “That’s not—”</w:t>
      </w:r>
    </w:p>
    <w:p>
      <w:r>
        <w:t>The feed cut to live footage outside the safehouse. A Porcelain patrol moved in formation, mirrored masks glinting. Their steps fell in perfect unison.</w:t>
      </w:r>
    </w:p>
    <w:p>
      <w:r>
        <w:t>“They know,” Nadir hissed, slamming the terminal shut. “They traced the signal. We’re burned.”</w:t>
      </w:r>
    </w:p>
    <w:p>
      <w:r>
        <w:t>Elya’s chair screeched back as she stood. “Scatter. That was always the plan.”</w:t>
      </w:r>
    </w:p>
    <w:p>
      <w:r>
        <w:t>“It’s suicide,” Malik shot back. “We run, they follow. We fight, maybe one of us survives.”</w:t>
      </w:r>
    </w:p>
    <w:p>
      <w:r>
        <w:t>The air thickened, panic and fury rising like smoke.</w:t>
      </w:r>
    </w:p>
    <w:p>
      <w:r>
        <w:t>Iris’s hand clenched around the device. She had been wrong to think she’d stumbled into a movement ready to strike. The Resistance wasn’t an army—it was a fracture, brittle and loud, about to shatter.</w:t>
      </w:r>
    </w:p>
    <w:p>
      <w:r>
        <w:t>And Omnira was already at the door.</w:t>
      </w:r>
    </w:p>
    <w:p>
      <w:r>
        <w:t>Climax</w:t>
      </w:r>
    </w:p>
    <w:p>
      <w:r>
        <w:t>The ceiling lights flickered. A low, mechanical hum rose outside, building into a piercing whine. Choudhry’s head snapped up. “Scanner sweep,” he barked. “Fifteen seconds!”</w:t>
      </w:r>
    </w:p>
    <w:p>
      <w:r>
        <w:t>The others scattered for cover, shoving chairs aside, slamming equipment into cases. Jonah grabbed Iris’s arm, hauling her toward the far wall, but the device in her hand burned hotter, the hum inside it synchronizing with the scanner’s whine.</w:t>
      </w:r>
    </w:p>
    <w:p>
      <w:r>
        <w:t>“Use it,” Choudhry shouted.</w:t>
      </w:r>
    </w:p>
    <w:p>
      <w:r>
        <w:t>Her throat went dry. “I don’t even know what it does!”</w:t>
      </w:r>
    </w:p>
    <w:p>
      <w:r>
        <w:t>“Neither do they!”</w:t>
      </w:r>
    </w:p>
    <w:p>
      <w:r>
        <w:t>The whine peaked. White light spilled under the door.</w:t>
      </w:r>
    </w:p>
    <w:p>
      <w:r>
        <w:t>Iris raised the device with both hands, heart hammering, and slammed her thumb against the trembling plate.</w:t>
      </w:r>
    </w:p>
    <w:p>
      <w:r>
        <w:t>The scanner’s whine pitched into a scream, then collapsed into silence. Every light in the basement blew out at once, glass raining across the floor. The projector died. The hum outside stuttered, fractured, then vanished. After the Fourth Information Collapse, governments became subsidiaries, and Omnira™ emerged not as ruler but as infrastructure. Its code stitched into governance, desire, and memory. There was no revolution—only consent by exhaustion.</w:t>
      </w:r>
    </w:p>
    <w:p>
      <w:r>
        <w:t>Darkness.</w:t>
      </w:r>
    </w:p>
    <w:p>
      <w:r>
        <w:t>Iris’s hand seared, pain lancing up her arm, but she held on until the device went cold.</w:t>
      </w:r>
    </w:p>
    <w:p>
      <w:r>
        <w:t>For a breath, there was nothing. Then Malik’s voice, awed in the dark: “You jammed them.”</w:t>
      </w:r>
    </w:p>
    <w:p>
      <w:r>
        <w:t>Jonah’s hand found her shoulder, steadying her. His whisper brushed her ear. “Now you’re one of us. No turning back.”</w:t>
      </w:r>
    </w:p>
    <w:p>
      <w:r>
        <w:t>Her pulse thundered, but her voice came steady. “Good. Because they just made me their enemy.”</w:t>
      </w:r>
    </w:p>
    <w:p>
      <w:r>
        <w:t>The dark held, broken only by the glow of Choudhry’s soldering iron as he clicked it back on for light. The smell of ozone and shattered glass filled the air.</w:t>
      </w:r>
    </w:p>
    <w:p>
      <w:r>
        <w:t>Elya spat into the corner. “That wasn’t skill. That was luck. The next time, the toy fries her before it hits the scanner.”</w:t>
      </w:r>
    </w:p>
    <w:p>
      <w:r>
        <w:t>“Luck kept us breathing,” Malik said. His voice had lost its earlier disdain. “Luck we didn’t have five minutes ago.”</w:t>
      </w:r>
    </w:p>
    <w:p>
      <w:r>
        <w:t>“Luck doesn’t build a resistance,” Elya snapped. She grabbed her jacket, the leather creaking as she pulled it tight. “When you’re done recruiting journalists, I’ll be where the fight actually happens.” She shoved past the curtain, her boots pounding up the stairs.</w:t>
      </w:r>
    </w:p>
    <w:p>
      <w:r>
        <w:t>The room exhaled like a punctured lung.</w:t>
      </w:r>
    </w:p>
    <w:p>
      <w:r>
        <w:t>Nadir shook his head, muttering, “We’re doomed,” before burying himself back in the glow of his terminal.</w:t>
      </w:r>
    </w:p>
    <w:p>
      <w:r>
        <w:t>Iris flexed her hand. The skin was raw, blistering in a line where the device had burned her. The pain was sharp, real, alive. She welcomed it. Proof she hadn’t just observed. Proof she had acted.</w:t>
      </w:r>
    </w:p>
    <w:p>
      <w:r>
        <w:t>Jonah crouched beside her, studying the wound. “That’ll scar,” he murmured.</w:t>
      </w:r>
    </w:p>
    <w:p>
      <w:r>
        <w:t>“Good,” she said. “I want it to.”</w:t>
      </w:r>
    </w:p>
    <w:p>
      <w:r>
        <w:t>something unfamiliar lodged behind her ribs, Jonah allowed himself the faintest ghost of a smile.</w:t>
      </w:r>
    </w:p>
    <w:p>
      <w:r>
        <w:t>Choudhry leaned on the bench, arms folded. “You bought us minutes. Don’t mistake it for victory. Omnira won’t stop. They’ll adapt. They always adapt.”</w:t>
      </w:r>
    </w:p>
    <w:p>
      <w:r>
        <w:t>Iris looked around at the weary faces, the cracked equipment, the sense of exhaustion that clung to the room. It didn’t feel like an army. It felt like a last breath. And yet she heard her own voice before she could stop it.</w:t>
      </w:r>
    </w:p>
    <w:p>
      <w:r>
        <w:t>“Then we stop adapting too. We start striking first.”</w:t>
      </w:r>
    </w:p>
    <w:p>
      <w:r>
        <w:t>Silence. Malik’s eyes narrowed. Jonah’s hand rested on the back of her chair, steady. Choudhry tilted his head, watching her with something close to pride.</w:t>
      </w:r>
    </w:p>
    <w:p>
      <w:r>
        <w:t>“You sound like one of us,” he said.</w:t>
      </w:r>
    </w:p>
    <w:p>
      <w:r>
        <w:t>Iris didn’t flinch. “No. I sound like someone Omnira just turned into their enemy. There’s a difference.”</w:t>
      </w:r>
    </w:p>
    <w:p>
      <w:r>
        <w:t>The hum of the city above pressed down like a weight. something unfamiliar lodged behind her ribs since her byline was twisted into propaganda, Iris felt the burden shift. Heavy still, but shared.</w:t>
      </w:r>
    </w:p>
    <w:p>
      <w:r>
        <w:t>And in that moment, with her burned hand throbbing and her fury steady, she understood: this wasn’t about writing the truth anymore. It was about making Omnira choke on it.</w:t>
      </w:r>
    </w:p>
    <w:p>
      <w:r>
        <w:t>Chapter 33: Recallist – Final Fragment</w:t>
      </w:r>
    </w:p>
    <w:p>
      <w:r>
        <w:t>The first one came at night.</w:t>
      </w:r>
    </w:p>
    <w:p>
      <w:r>
        <w:t>They were walking back from Choudhry’s workshop, the city streets yawning open under the smear of neon. Jonah had taken point, scanning the corners the way Resistance scouts always did. Iris trailed a half step behind, her recorder heavy in her pocket. She hadn’t switched it on — not here, not when even silence could be logged — but she still carried it like a talisman.</w:t>
      </w:r>
    </w:p>
    <w:p>
      <w:r>
        <w:t>That was when the girl stepped from the shadows.</w:t>
      </w:r>
    </w:p>
    <w:p>
      <w:r>
        <w:t>Sixteen at most. Hollow cheeks, jacket too thin for the weather. Her eyes darted between them, and then she whispered:</w:t>
      </w:r>
    </w:p>
    <w:p>
      <w:r>
        <w:t>“I heard.”</w:t>
      </w:r>
    </w:p>
    <w:p>
      <w:r>
        <w:t>Jonah’s hand twitched toward his coat. Iris caught the movement, lifted a palm to steady him. “What did you hear?” she asked.</w:t>
      </w:r>
    </w:p>
    <w:p>
      <w:r>
        <w:t>The girl swallowed. “That you don’t subscribe. That you don’t sell.”</w:t>
      </w:r>
    </w:p>
    <w:p>
      <w:r>
        <w:t>Her left wrist was bare except for a tattoo. Not art. Not fashion. Black ink, faded and jagged, the kind people once wore before Omnira™ outlawed permanence.</w:t>
      </w:r>
    </w:p>
    <w:p>
      <w:r>
        <w:t>Jonah’s jaw clenched. He glanced at Iris, silently demanding caution.</w:t>
      </w:r>
    </w:p>
    <w:p>
      <w:r>
        <w:t>“Who told you that?” Iris asked softly.</w:t>
      </w:r>
    </w:p>
    <w:p>
      <w:r>
        <w:t>The girl shook her head. “Doesn’t matter. I want in. My father traded my childhood to pay his rent. He doesn’t even remember I was born. I’m not going to be Hollow™.”</w:t>
      </w:r>
    </w:p>
    <w:p>
      <w:r>
        <w:t>Iris’s throat tightened. She wanted to tell the girl to run, to forget this encounter, to survive the way people survived now: by obeying. But the words that slipped out were different.</w:t>
      </w:r>
    </w:p>
    <w:p>
      <w:r>
        <w:t>“We’ll talk,” she said.</w:t>
      </w:r>
    </w:p>
    <w:p>
      <w:r>
        <w:t>By the end of the week, there were more.</w:t>
      </w:r>
    </w:p>
    <w:p>
      <w:r>
        <w:t>A man in a food queue slipped Jonah a folded piece of paper — real paper, yellowed and fragile. The words scrawled on it were shaky but deliberate:</w:t>
      </w:r>
    </w:p>
    <w:p>
      <w:r>
        <w:t>Not all of us forget.</w:t>
      </w:r>
    </w:p>
    <w:p>
      <w:r>
        <w:t>An old woman cornered Iris outside a tram stop. Her fingers trembled against her side as she pulled a notebook from her coat, its leather cracked, its pages full of shaky cursive.</w:t>
      </w:r>
    </w:p>
    <w:p>
      <w:r>
        <w:t>“I kept them,” she whispered. “All my memories. They told me I’d lose value. Let them. At least I know who I am.”</w:t>
      </w:r>
    </w:p>
    <w:p>
      <w:r>
        <w:t>Iris stared at the notebook, dumbstruck. She hadn’t seen one in years. Omnira™ had turned paper into contraband, outlawed ink that wasn’t digital. Yet here it was, a relic and a rebellion in her hands.</w:t>
      </w:r>
    </w:p>
    <w:p>
      <w:r>
        <w:t>Everywhere they went, whispers followed.</w:t>
      </w:r>
    </w:p>
    <w:p>
      <w:r>
        <w:t>I heard there’s a group.</w:t>
      </w:r>
    </w:p>
    <w:p>
      <w:r>
        <w:t>I heard you fight back.</w:t>
      </w:r>
    </w:p>
    <w:p>
      <w:r>
        <w:t>I heard you still believe in remembering.</w:t>
      </w:r>
    </w:p>
    <w:p>
      <w:r>
        <w:t>It was intoxicating.</w:t>
      </w:r>
    </w:p>
    <w:p>
      <w:r>
        <w:t>The Resistance had always been a handful of names in a safehouse, glances traded in the dark, plans scratched on walls and then scrubbed away. Now it felt like something more. A pulse. A network. A whisper that wanted to become a roar.</w:t>
      </w:r>
    </w:p>
    <w:p>
      <w:r>
        <w:t>In the warehouse where they met, new faces began to appear. A dockworker with shoulders broad as beams, saying he’d lost his brother to a platinum subscription. A teacher who carried chalk dust in his coat and swore he’d never let his pupils wear Curriculum Nodes™. A courier girl whose eyes darted like a sparrow’s, clutching a half-shattered Omnira™ headset.</w:t>
      </w:r>
    </w:p>
    <w:p>
      <w:r>
        <w:t>Even Nadir, the logistics man, raised an eyebrow. “Careful,” he muttered. “This is how hope gets you killed.”</w:t>
      </w:r>
    </w:p>
    <w:p>
      <w:r>
        <w:t>But Iris felt something new in the air. A charge, alive and electric. something unfamiliar lodged behind her ribs since stepping into Omnira’s auction halls, she thought: We’re not alone.</w:t>
      </w:r>
    </w:p>
    <w:p>
      <w:r>
        <w:t>Jonah didn’t share her smile.</w:t>
      </w:r>
    </w:p>
    <w:p>
      <w:r>
        <w:t>“It’s moving too fast,” he muttered as they stood in the corner, watching two newcomers whisper by candlelight. “We’re supposed to be invisible. If they can find us this easily, it’s because Omnira™ is letting them.”</w:t>
      </w:r>
    </w:p>
    <w:p>
      <w:r>
        <w:t>Iris folded her arms. “Or maybe it’s because people finally want to choose.”</w:t>
      </w:r>
    </w:p>
    <w:p>
      <w:r>
        <w:t>Jonah turned, his face shadowed but his eyes sharp. “No one finds us by accident. Remember that.”</w:t>
      </w:r>
    </w:p>
    <w:p>
      <w:r>
        <w:t>Their eyes locked. For a moment the tension between them hummed — suspicion, defiance, something hotter beneath. She broke it with a dry laugh. “You always this cheerful with recruits?”</w:t>
      </w:r>
    </w:p>
    <w:p>
      <w:r>
        <w:t>“Only the ones who’ll be dead by dawn if they trust too much,” he said.</w:t>
      </w:r>
    </w:p>
    <w:p>
      <w:r>
        <w:t>Still, the recruits kept coming.</w:t>
      </w:r>
    </w:p>
    <w:p>
      <w:r>
        <w:t>A disgraced professor with ink stains on his hands brought a shard of corrupted code. He claimed it was part of the Recallist, smuggled out of an Omnira™ lab.</w:t>
      </w:r>
    </w:p>
    <w:p>
      <w:r>
        <w:t>“Can’t promise it’s pure,” he muttered, sliding the shard across the table to Choudhry. “But it’s older than their masks. Might tell us how they broke the first firewalls.”</w:t>
      </w:r>
    </w:p>
    <w:p>
      <w:r>
        <w:t>Choudhry handled it like glass, eyes gleaming. “I can work with this.”</w:t>
      </w:r>
    </w:p>
    <w:p>
      <w:r>
        <w:t>Another man came drunk, shouting in the alley until Jonah hauled him inside. He stank of gin and grief. “Took my wife’s laugh!” he spat. “Sold it in a package! She doesn’t smile anymore, doesn’t know why! You fight them? Let me fight too.”</w:t>
      </w:r>
    </w:p>
    <w:p>
      <w:r>
        <w:t>Iris steadied him, but her fingers trembled against her side. For all the noise, she could hear the desperation underneath, raw and real.</w:t>
      </w:r>
    </w:p>
    <w:p>
      <w:r>
        <w:t>Hope was dangerous, but it spread.</w:t>
      </w:r>
    </w:p>
    <w:p>
      <w:r>
        <w:t>For Iris, it came in flashes. A child pressing a stolen notebook into her hands. A courier muttering passwords that weren’t passwords but prayers. A teacher saying, “If Omnira™ rewrites the children, then humanity’s already gone.”</w:t>
      </w:r>
    </w:p>
    <w:p>
      <w:r>
        <w:t>For Jonah, it came with shadows. Too many faces, too many voices. Too fast. Too easy. “We’re a fire, and they’re giving us oxygen,” he said one night. “Ask yourself why.”</w:t>
      </w:r>
    </w:p>
    <w:p>
      <w:r>
        <w:t>But even he couldn’t ignore the spark in their recruits’ eyes.</w:t>
      </w:r>
    </w:p>
    <w:p>
      <w:r>
        <w:t>One night, as they left the warehouse, Iris walked beside him, her voice low. “When you said yes to this… to fighting Omnira™… did you think we’d be alone forever?”</w:t>
      </w:r>
    </w:p>
    <w:p>
      <w:r>
        <w:t>Jonah didn’t answer at first. His hands were shoved deep in his coat, his shoulders rigid. “Alone is safer,” he said finally. “Alone is survivable.”</w:t>
      </w:r>
    </w:p>
    <w:p>
      <w:r>
        <w:t>“And what about winning?” she asked.</w:t>
      </w:r>
    </w:p>
    <w:p>
      <w:r>
        <w:t>He stopped walking, turned to face her. The air between them burned, a live wire of argument and attraction. “Winning,” he said, “was never on the table.”</w:t>
      </w:r>
    </w:p>
    <w:p>
      <w:r>
        <w:t>She held his gaze, heart hammering. “Then maybe it is now.”</w:t>
      </w:r>
    </w:p>
    <w:p>
      <w:r>
        <w:t>Back at her apartment, Iris found a scrap of paper shoved under her door.</w:t>
      </w:r>
    </w:p>
    <w:p>
      <w:r>
        <w:t>Two words, jagged in block letters:</w:t>
      </w:r>
    </w:p>
    <w:p>
      <w:r>
        <w:t>WE SEE YOU.</w:t>
      </w:r>
    </w:p>
    <w:p>
      <w:r>
        <w:t>Her fingers trembled. She didn’t know if it was a promise from the hopeful or a threat from Omnira™.</w:t>
      </w:r>
    </w:p>
    <w:p>
      <w:r>
        <w:t>if she missed her moment, the cost would be blood and memory, both.</w:t>
      </w:r>
    </w:p>
    <w:p>
      <w:r>
        <w:t>The subway platform hadn’t seen passengers in twenty years. Tiles peeled from the walls, water dripped from a cracked ceiling, and the smell of rust and mold clung to every stone. Rats scattered as the Resistance laid their gear across a long-dead bench.</w:t>
      </w:r>
    </w:p>
    <w:p>
      <w:r>
        <w:t>“This is it?” Iris whispered. “The strike point?”</w:t>
      </w:r>
    </w:p>
    <w:p>
      <w:r>
        <w:t>Malik shot her a look, one eyebrow raised. “You wanted glamour? Try upstairs. Neon towers, dream cafés, investors licking champagne off their thumbs. Down here, we work.”</w:t>
      </w:r>
    </w:p>
    <w:p>
      <w:r>
        <w:t>Elya smirked, slamming a crate onto the floor. “Down here, we make them choke.”</w:t>
      </w:r>
    </w:p>
    <w:p>
      <w:r>
        <w:t>Jonah didn’t answer. He was already uncoiling cables, his movements sharp, efficient. The tension in his jaw said more than words: this wasn’t rehearsal.</w:t>
      </w:r>
    </w:p>
    <w:p>
      <w:r>
        <w:t>Choudhry crouched by the bench, pulling a covered cylinder from his pack. He peeled the fabric away like it was a sacred object, revealing a device no bigger than a fire extinguisher, lined with copper coils and blinking green diodes.</w:t>
      </w:r>
    </w:p>
    <w:p>
      <w:r>
        <w:t>“The EchoJammer,” he said with the pride of a man presenting a weapon forged in his own bones. “Short burst, narrow frequency, dirty as hell. It’ll scramble their Dream feeds for ninety seconds before Omnira swats us off the grid.”</w:t>
      </w:r>
    </w:p>
    <w:p>
      <w:r>
        <w:t>“Scramble how?” Iris asked.</w:t>
      </w:r>
    </w:p>
    <w:p>
      <w:r>
        <w:t>“Unmasking.” Choudhry’s grin was grim. “The pods feed curated illusions. Filtered dreams. We rip the filters off. Users see their own subconscious raw—every nightmare, every shame, every hunger. They’ll wake. Screaming, maybe. But they’ll wake.”</w:t>
      </w:r>
    </w:p>
    <w:p>
      <w:r>
        <w:t>Her pen hovered over her notebook. “And the people who paid for this?”</w:t>
      </w:r>
    </w:p>
    <w:p>
      <w:r>
        <w:t>Elya barked a laugh. “They wanted dreams. We’ll give them truth. Fair trade.”</w:t>
      </w:r>
    </w:p>
    <w:p>
      <w:r>
        <w:t>“Fair trade,” Iris echoed, but it sat like ash in her mouth. She thought of the smiling kiosk testimonials, the people who swore Omnira had saved their marriages, helped them land jobs, found them love. Ordinary people, who believed. Not everyone is a CEO cashing stock options. Not everyone is guilty.</w:t>
      </w:r>
    </w:p>
    <w:p>
      <w:r>
        <w:t>Jonah caught her hesitation. “Don’t let pity dull you,” he said quietly. “Every subscriber is a soldier. They’ll defend Omnira harder than it defends them.”</w:t>
      </w:r>
    </w:p>
    <w:p>
      <w:r>
        <w:t>He wasn’t wrong. The protests she’d covered after the Humanity Index rollout were proof. People had marched not against Omnira but for it, chanting for higher scores, lower premiums, faster access. Whole unions had demanded Omnira credits instead of wages. Ordinary workers had become lobbyists, not for justice but for subscriptions.</w:t>
      </w:r>
    </w:p>
    <w:p>
      <w:r>
        <w:t>This wasn’t just a corporation. It was a congregation.</w:t>
      </w:r>
    </w:p>
    <w:p>
      <w:r>
        <w:t>Malik straightened, folding his arms. “Clock’s running. If we’re doing this, we move.”</w:t>
      </w:r>
    </w:p>
    <w:p>
      <w:r>
        <w:t>The team split into motion: Elya dragging cables toward the far end of the platform, Malik setting up decoys along the track, Nadir hunched over a battered terminal, muttering about frequencies.</w:t>
      </w:r>
    </w:p>
    <w:p>
      <w:r>
        <w:t>Iris stayed close to Choudhry, notebook open, questions firing. “How many times have you tested this? What’s the failure rate? What happens if it overloads?”</w:t>
      </w:r>
    </w:p>
    <w:p>
      <w:r>
        <w:t>He snorted. “Failure rate’s one hundred percent. Haven’t had a working field trial yet.”</w:t>
      </w:r>
    </w:p>
    <w:p>
      <w:r>
        <w:t>Her eyes widened. “And you’re just—”</w:t>
      </w:r>
    </w:p>
    <w:p>
      <w:r>
        <w:t>“—running it anyway? Welcome to resistance, journalist. We don’t get perfection. We get seconds. That’s all.” He shoved a coil into place and winked at her. “Besides, you lit a scanner with my last toy. Consider this an upgrade.”</w:t>
      </w:r>
    </w:p>
    <w:p>
      <w:r>
        <w:t>She flexed her burned hand. The scar still ached when she clenched her fist. “It didn’t feel like an upgrade.”</w:t>
      </w:r>
    </w:p>
    <w:p>
      <w:r>
        <w:t>“Pain means it worked,” he said.</w:t>
      </w:r>
    </w:p>
    <w:p>
      <w:r>
        <w:t>Jonah’s voice cut in, steady as ever. “We don’t need forever. We need ninety seconds.”</w:t>
      </w:r>
    </w:p>
    <w:p>
      <w:r>
        <w:t>His certainty silenced the room. Even Elya stopped coiling wires to glance at him. He wasn’t just an ex-insider, wasn’t just a man who knew the enemy’s patterns—he was a believer too, but of something rarer: that the machine could be fought, even for moments.</w:t>
      </w:r>
    </w:p>
    <w:p>
      <w:r>
        <w:t>Iris scribbled the line into her notebook. Not for publication, not for her editor—never again—but for herself. A reminder.</w:t>
      </w:r>
    </w:p>
    <w:p>
      <w:r>
        <w:t>She glanced at Jonah. “Ninety seconds is enough to do what?”</w:t>
      </w:r>
    </w:p>
    <w:p>
      <w:r>
        <w:t>He looked at her, his dark eyes steady. “Prove Omnira can bleed.”</w:t>
      </w:r>
    </w:p>
    <w:p>
      <w:r>
        <w:t>The subway echoed with the scrape of metal and the hiss of cables dragged across tile. The EchoJammer squatted in the center of the platform like some hungry machine, its copper coils catching the dim light.</w:t>
      </w:r>
    </w:p>
    <w:p>
      <w:r>
        <w:t>Nadir hunched over his terminal, tapping furiously, muttering numbers under his breath. “Frequency sync at forty-three percent. Needs calibration.”</w:t>
      </w:r>
    </w:p>
    <w:p>
      <w:r>
        <w:t>Elya stalked back, a cable over her shoulder like a whip. “Just fire it. Calibration’s for cowards.”</w:t>
      </w:r>
    </w:p>
    <w:p>
      <w:r>
        <w:t>“Calibration’s the reason you still have a heartbeat,” Malik snapped. “You want raw bursts? Try surviving the blowback.”</w:t>
      </w:r>
    </w:p>
    <w:p>
      <w:r>
        <w:t>Elya sneered, dropping the cable with a thud. “You play safe, Malik, and safe doesn’t win wars.”</w:t>
      </w:r>
    </w:p>
    <w:p>
      <w:r>
        <w:t>“We’re not here to win,” he growled. “We’re here to survive long enough to prove they’re not untouchable.”</w:t>
      </w:r>
    </w:p>
    <w:p>
      <w:r>
        <w:t>Their words ricocheted off the stone, sharp as knives. Iris scribbled furiously, but her pen couldn’t keep up.</w:t>
      </w:r>
    </w:p>
    <w:p>
      <w:r>
        <w:t>“Stop writing and start thinking,” Elya snapped at her. “When this blows, the city will howl. Omnira will spin, sure, but for ninety seconds people will see what they bought: not salvation, not clarity—terror. That’s the only truth they’ll listen to.”</w:t>
      </w:r>
    </w:p>
    <w:p>
      <w:r>
        <w:t>“And what about the ones who didn’t buy?” Iris shot back. “The children in those pods because their parents subscribed them? The workers forced into dream shifts because their Index scores dropped? They didn’t choose terror.”</w:t>
      </w:r>
    </w:p>
    <w:p>
      <w:r>
        <w:t>Elya’s lip curled. “Casualties. You want a clean fight? You’re in the wrong war.”</w:t>
      </w:r>
    </w:p>
    <w:p>
      <w:r>
        <w:t>Before Iris could answer, Malik cut in, voice low but sharp. “Enough. Omnira wants us fighting each other. We stick to the plan. Strike, record, vanish. No heroics. No martyrs.”</w:t>
      </w:r>
    </w:p>
    <w:p>
      <w:r>
        <w:t>Jonah’s voice broke through, steady as stone. “Both of you are wrong.”</w:t>
      </w:r>
    </w:p>
    <w:p>
      <w:r>
        <w:t>The room stilled. He straightened, coiling the last cable into place, his face hard in the weak light. “This isn’t about casualties. It isn’t about survival. Omnira doesn’t run on wires or code. It runs on belief. Every pod, every subscription, every cheer at their rallies—belief.”</w:t>
      </w:r>
    </w:p>
    <w:p>
      <w:r>
        <w:t>He looked at Iris. His words landed heavier than steel. “And belief doesn’t shatter with ninety seconds of chaos. It bends, it absorbs, it metabolizes. That’s what you’re really fighting.”</w:t>
      </w:r>
    </w:p>
    <w:p>
      <w:r>
        <w:t>The silence that followed was louder than the drip of water from the ceiling.</w:t>
      </w:r>
    </w:p>
    <w:p>
      <w:r>
        <w:t>Iris’s chest tightened. She thought of the testimonials in the square—the laughter, the warmth, the ordinary people so proud of selling away pieces of themselves. She thought of her own editor, smiling as he told her she’d done her job while Omnira twisted her words into gospel.</w:t>
      </w:r>
    </w:p>
    <w:p>
      <w:r>
        <w:t>She whispered before she could stop herself: “Then what’s the point of this?”</w:t>
      </w:r>
    </w:p>
    <w:p>
      <w:r>
        <w:t>Jonah turned, tightening the final coupling on the EchoJammer. His eyes caught hers in the dim light.</w:t>
      </w:r>
    </w:p>
    <w:p>
      <w:r>
        <w:t>“The point,” he said softly, “is to prove they can bleed. Even belief can’t metabolize everything.”</w:t>
      </w:r>
    </w:p>
    <w:p>
      <w:r>
        <w:t>Choudhry slid a final switch into place, the device humming like a caged wasp. “Signal primed. Sync at seventy-eight percent.”</w:t>
      </w:r>
    </w:p>
    <w:p>
      <w:r>
        <w:t>“Good enough,” Malik said.</w:t>
      </w:r>
    </w:p>
    <w:p>
      <w:r>
        <w:t>“Not good enough,” Nadir muttered, but his fingers never stopped moving across the keys.</w:t>
      </w:r>
    </w:p>
    <w:p>
      <w:r>
        <w:t>Elya leaned in, eyes blazing. “Ninety seconds. That’s all we need. The city wakes screaming, and for once Omnira can’t script it.”</w:t>
      </w:r>
    </w:p>
    <w:p>
      <w:r>
        <w:t>Iris felt her scar ache, the burn on her palm flaring as though the device recognized her. She tightened her grip on the notebook. This wasn’t the clean story she had once dreamed of writing. It was something messier, bloodier.</w:t>
      </w:r>
    </w:p>
    <w:p>
      <w:r>
        <w:t>And yet, something unfamiliar lodged behind her ribs, she felt the same pulse running through all of them—the hum of defiance, fragile but alive.</w:t>
      </w:r>
    </w:p>
    <w:p>
      <w:r>
        <w:t>The EchoJammer’s coils glowed sickly green, the hum climbing into a pitch that set teeth on edge. Cables rattled against the floor, sparks snapping like insects.</w:t>
      </w:r>
    </w:p>
    <w:p>
      <w:r>
        <w:t>“Now,” Choudhry barked.</w:t>
      </w:r>
    </w:p>
    <w:p>
      <w:r>
        <w:t>Jonah slammed the switch.</w:t>
      </w:r>
    </w:p>
    <w:p>
      <w:r>
        <w:t>The subway went dark, then bloomed with a pulse so deep Iris felt it rattle her bones. The EchoJammer roared like a storm bottled in copper, and the air tasted of ozone and iron.</w:t>
      </w:r>
    </w:p>
    <w:p>
      <w:r>
        <w:t>Above them, the city woke.</w:t>
      </w:r>
    </w:p>
    <w:p>
      <w:r>
        <w:t>Through the cracks in the platform ceiling, a distant chorus rose. It wasn’t applause. It was screaming.</w:t>
      </w:r>
    </w:p>
    <w:p>
      <w:r>
        <w:t>Omnira’s Dream feeds had ruptured. People jolted awake mid-illusion—wedding vows splintering into blood, triumphs collapsing into teeth and shadow. Children cried out, parents thrashed in pods, workers clawed at helmets fused to their skulls.</w:t>
      </w:r>
    </w:p>
    <w:p>
      <w:r>
        <w:t>For ninety seconds, the curated visions shattered, and humanity stared at its own raw subconscious.</w:t>
      </w:r>
    </w:p>
    <w:p>
      <w:r>
        <w:t>Iris clutched her notebook, though her pen dangled useless. She didn’t need to write it. The sound was enough. The world above howled like an animal stabbed awake.</w:t>
      </w:r>
    </w:p>
    <w:p>
      <w:r>
        <w:t>She stumbled to the ladder that led to the street grates, straining to hear more clearly. Car horns blared. Windows shattered. A man’s laugh twisted into a scream that curdled the air.</w:t>
      </w:r>
    </w:p>
    <w:p>
      <w:r>
        <w:t>“Oh my god,” she whispered.</w:t>
      </w:r>
    </w:p>
    <w:p>
      <w:r>
        <w:t>Elya grinned like a wolf. “Beautiful, isn’t it?”</w:t>
      </w:r>
    </w:p>
    <w:p>
      <w:r>
        <w:t>Jonah’s face was stone, but his eyes flickered. “It’s proof.”</w:t>
      </w:r>
    </w:p>
    <w:p>
      <w:r>
        <w:t>Choudhry shouted over the hum. “Eighty seconds left!”</w:t>
      </w:r>
    </w:p>
    <w:p>
      <w:r>
        <w:t>Nadir’s voice was wild, jubilant for once. “It’s working. Omnira’s servers are in full reroute. They can’t mask it fast enough.”</w:t>
      </w:r>
    </w:p>
    <w:p>
      <w:r>
        <w:t>Iris turned back, heart thundering, watching the others glow with a rare, impossible joy. They’d struck. They’d made Omnira bleed.</w:t>
      </w:r>
    </w:p>
    <w:p>
      <w:r>
        <w:t>For ninety seconds, the Resistance wasn’t fractured or tired or hiding. It was alive.</w:t>
      </w:r>
    </w:p>
    <w:p>
      <w:r>
        <w:t>The EchoJammer’s pulse peaked, a deep bass thud that shook dust from the ceiling. Iris laughed—breathless, disbelieving, but real. She couldn’t remember the last time she’d felt this. Not hope, exactly. Something sharper. A knife of possibility. But even now, a sliver of doubt twisted. What if exposing Omnira™ changed nothing? What if the system absorbed resistance like it did everything else?</w:t>
      </w:r>
    </w:p>
    <w:p>
      <w:r>
        <w:t>“Ten seconds!” Choudhry cried.</w:t>
      </w:r>
    </w:p>
    <w:p>
      <w:r>
        <w:t>They counted them down together, voices hoarse and loud.</w:t>
      </w:r>
    </w:p>
    <w:p>
      <w:r>
        <w:t>Nine. Eight. Seven.</w:t>
      </w:r>
    </w:p>
    <w:p>
      <w:r>
        <w:t>The hum faltered, the glow dimming.</w:t>
      </w:r>
    </w:p>
    <w:p>
      <w:r>
        <w:t>Six. Five. Four.</w:t>
      </w:r>
    </w:p>
    <w:p>
      <w:r>
        <w:t>The subway shook with the echo of the city’s screams, then silence.</w:t>
      </w:r>
    </w:p>
    <w:p>
      <w:r>
        <w:t>Three. Two. One.</w:t>
      </w:r>
    </w:p>
    <w:p>
      <w:r>
        <w:t>The EchoJammer stuttered once, then died. The coils went dark. The air went still.</w:t>
      </w:r>
    </w:p>
    <w:p>
      <w:r>
        <w:t>And for a breath, the world above was silent too.</w:t>
      </w:r>
    </w:p>
    <w:p>
      <w:r>
        <w:t>Elya threw her head back and laughed, a sound too loud for the ruin around them. Malik allowed himself a grim smile. Even Nadir’s thin face glowed in the terminal’s light.</w:t>
      </w:r>
    </w:p>
    <w:p>
      <w:r>
        <w:t>Iris felt the burn in her palm flare again. For ninety seconds, Omnira had faltered. And she had been here, part of it. She would remember the sound of the world waking.</w:t>
      </w:r>
    </w:p>
    <w:p>
      <w:r>
        <w:t>“We did it,” she whispered.</w:t>
      </w:r>
    </w:p>
    <w:p>
      <w:r>
        <w:t>Jonah looked at her, his voice quiet, steady. “For ninety seconds, yes.”</w:t>
      </w:r>
    </w:p>
    <w:p>
      <w:r>
        <w:t>The silence didn’t last.</w:t>
      </w:r>
    </w:p>
    <w:p>
      <w:r>
        <w:t>It began as a ripple through Nadir’s terminal. Then the projector flickered alive, unbidden, the wall filling with Omnira’s pristine branding. The words came crisp, polished, inevitable:</w:t>
      </w:r>
    </w:p>
    <w:p>
      <w:r>
        <w:t>“Introducing DreamFeed™: Unscripted Subconscious Sampling.”</w:t>
      </w:r>
    </w:p>
    <w:p>
      <w:r>
        <w:t>Elya’s grin collapsed. “No.” After the Fourth Information Collapse, governments became subsidiaries, and Omnira™ emerged not as ruler but as infrastructure. Its code stitched into governance, desire, and memory. There was no revolution—only consent by exhaustion.</w:t>
      </w:r>
    </w:p>
    <w:p>
      <w:r>
        <w:t>Iris shook her head, her chest tightening. “They can’t—”</w:t>
      </w:r>
    </w:p>
    <w:p>
      <w:r>
        <w:t>But they could. They already had.</w:t>
      </w:r>
    </w:p>
    <w:p>
      <w:r>
        <w:t>The broadcast cut to footage of influencers waking from their pods, eyes wide, hair wild, voices trembling with raw adrenaline. One declared, “It was like touching my soul.” Another laughed breathlessly, “No filter. Just me, uncut. Omnira let me see myself.”</w:t>
      </w:r>
    </w:p>
    <w:p>
      <w:r>
        <w:t>Applause. Not horror.</w:t>
      </w:r>
    </w:p>
    <w:p>
      <w:r>
        <w:t>Across the ticker rolled hashtags: #DreamUncut #OmniraTruth #BetterThanTherapy.</w:t>
      </w:r>
    </w:p>
    <w:p>
      <w:r>
        <w:t>Nadir swore under his breath. “They spun it in under a minute. Ninety seconds, and they’ve packaged it as a feature.”</w:t>
      </w:r>
    </w:p>
    <w:p>
      <w:r>
        <w:t>Malik slammed a fist against the bench, rattling the dying EchoJammer™. “We hit them hard. Harder than anyone’s ever dared. And the city’s cheering.”</w:t>
      </w:r>
    </w:p>
    <w:p>
      <w:r>
        <w:t>Jonah’s face was unreadable, but his jaw worked like stone grinding. “I told you. Belief metabolizes everything.”</w:t>
      </w:r>
    </w:p>
    <w:p>
      <w:r>
        <w:t>The projector shifted again—now Iris’s face filled the screen, her byline flashing beneath: “Art Without Artists. Humanity on Loan.”</w:t>
      </w:r>
    </w:p>
    <w:p>
      <w:r>
        <w:t>Her own words, reframed as validation for DreamFeed™.</w:t>
      </w:r>
    </w:p>
    <w:p>
      <w:r>
        <w:t>“They’re quoting me again,” she whispered, stomach twisting.</w:t>
      </w:r>
    </w:p>
    <w:p>
      <w:r>
        <w:t>“They’re devouring you,” Choudhry corrected grimly. “You’re not a journalist to them, Iris. You’re an asset.”</w:t>
      </w:r>
    </w:p>
    <w:p>
      <w:r>
        <w:t>The subway shook with a new hum—deeper, heavier than the EchoJammer™ had ever managed. Jonah’s head snapped up.</w:t>
      </w:r>
    </w:p>
    <w:p>
      <w:r>
        <w:t>“Porcelain,” he said.</w:t>
      </w:r>
    </w:p>
    <w:p>
      <w:r>
        <w:t>Everyone froze.</w:t>
      </w:r>
    </w:p>
    <w:p>
      <w:r>
        <w:t>Through the cracks in the ceiling, Iris heard it: the synchronized cadence of mirrored boots. Porcelain People™, moving in formation, their breathless precision carrying through stone.</w:t>
      </w:r>
    </w:p>
    <w:p>
      <w:r>
        <w:t>“They traced us,” Nadir hissed. “We’re lit up like a beacon.”</w:t>
      </w:r>
    </w:p>
    <w:p>
      <w:r>
        <w:t>Choudhry cursed, slamming shut his kit. “I can throw a decoy pulse, but it’ll fry the grid for three blocks. Everyone will know something hit here.”</w:t>
      </w:r>
    </w:p>
    <w:p>
      <w:r>
        <w:t>“Do it,” Elya snapped.</w:t>
      </w:r>
    </w:p>
    <w:p>
      <w:r>
        <w:t>Malik caught her arm. “We scatter. That’s the protocol.”</w:t>
      </w:r>
    </w:p>
    <w:p>
      <w:r>
        <w:t>“Scattering is suicide,” Jonah cut in. His voice was calm, but his eyes flickered toward Iris. “They’ll pick us off one by one.”</w:t>
      </w:r>
    </w:p>
    <w:p>
      <w:r>
        <w:t>Elya’s snarl was sharp enough to cut. “Better that than sitting here waiting to be gutted.”</w:t>
      </w:r>
    </w:p>
    <w:p>
      <w:r>
        <w:t>The hum outside grew louder. Closer.</w:t>
      </w:r>
    </w:p>
    <w:p>
      <w:r>
        <w:t>Iris’s pulse hammered. The burn on her hand flared again, the scarred skin tingling like it remembered what came next. She forced her voice through the panic. “What if I use the device again? Like before—jam them, stall them.”</w:t>
      </w:r>
    </w:p>
    <w:p>
      <w:r>
        <w:t>Choudhry’s head whipped toward her. “That prototype barely held once. It’ll eat your nerves raw if you push it again.”</w:t>
      </w:r>
    </w:p>
    <w:p>
      <w:r>
        <w:t>“Then it eats me raw,” she said. “Better me than all of us.”</w:t>
      </w:r>
    </w:p>
    <w:p>
      <w:r>
        <w:t>Jonah stepped closer, his shadow steady over her. “Not alone,” he said.</w:t>
      </w:r>
    </w:p>
    <w:p>
      <w:r>
        <w:t>The sound outside sharpened. Metal scraping. Boots in unison.</w:t>
      </w:r>
    </w:p>
    <w:p>
      <w:r>
        <w:t>Choudhry shoved a cable into the wall and flicked a switch. The projector screen burst white as he screamed, “Cover your eyes!”</w:t>
      </w:r>
    </w:p>
    <w:p>
      <w:r>
        <w:t>The flash detonated through the subway, light bending like fire through glass. Iris reeled, her ears ringing, her scar burning, Jonah’s hand gripping her arm to steady her.</w:t>
      </w:r>
    </w:p>
    <w:p>
      <w:r>
        <w:t>When the light cleared, the Porcelain boots had stilled. A pause. Confusion. The decoy pulse had bought them seconds, maybe a minute.</w:t>
      </w:r>
    </w:p>
    <w:p>
      <w:r>
        <w:t>But only that.</w:t>
      </w:r>
    </w:p>
    <w:p>
      <w:r>
        <w:t>“Move!” Malik barked.</w:t>
      </w:r>
    </w:p>
    <w:p>
      <w:r>
        <w:t>They scattered into the tunnels, gear abandoned, cables trailing like snapped veins. Iris clutched her recorder to her chest, her scarred hand trembling. Above them, Omnira’s broadcast kept rolling: “DreamFeed™ — Experience Yourself, Unfiltered.”</w:t>
      </w:r>
    </w:p>
    <w:p>
      <w:r>
        <w:t>The applause thundered louder than the screams had ever been.</w:t>
      </w:r>
    </w:p>
    <w:p>
      <w:r>
        <w:t>They burst into the open air like divers breaking the surface. The night above the subway was electric with sirens and neon, the city thrumming as if nothing below had happened.</w:t>
      </w:r>
    </w:p>
    <w:p>
      <w:r>
        <w:t>Iris stumbled into an alley, her lungs clawing for air. Jonah pulled her behind a dumpster, crouching low, listening. The synchronized boots had vanished, but the silence they left behind was worse.</w:t>
      </w:r>
    </w:p>
    <w:p>
      <w:r>
        <w:t>“They’ll be back,” Malik muttered, wiping blood from his temple. “Porcelain People™ don’t lose track. They recalibrate.”</w:t>
      </w:r>
    </w:p>
    <w:p>
      <w:r>
        <w:t>Elya spat on the ground, eyes still alight with fury. “Let them come. We made them bleed.”</w:t>
      </w:r>
    </w:p>
    <w:p>
      <w:r>
        <w:t>“Bleed?” Nadir snapped. His voice cracked under the weight of exhaustion and terror. “Look at the feeds!” He thrust his terminal forward, the glow spilling across their faces. Omnira’s banner ran endlessly:</w:t>
      </w:r>
    </w:p>
    <w:p>
      <w:r>
        <w:t>“DreamFeed™: Humanity, Unfiltered.™”</w:t>
      </w:r>
    </w:p>
    <w:p>
      <w:r>
        <w:t>Videos streamed beneath the headline — influencers laughing, politicians praising, users declaring their lives changed. Applause drowned every echo of fear.</w:t>
      </w:r>
    </w:p>
    <w:p>
      <w:r>
        <w:t>Elya’s grin faltered.</w:t>
      </w:r>
    </w:p>
    <w:p>
      <w:r>
        <w:t>Jonah’s gaze stayed locked on the screen, steady as stone. His voice was quiet, colder than Iris had ever heard. “We bled them. And they smiled while they drank it.”</w:t>
      </w:r>
    </w:p>
    <w:p>
      <w:r>
        <w:t>The words hit Iris harder than the chase had. She had clung to the sound of screams, to the proof that Omnira could be hurt. But here, in the cold light of their propaganda, it was already swallowed, metabolized, twisted.</w:t>
      </w:r>
    </w:p>
    <w:p>
      <w:r>
        <w:t>Her burned hand throbbed. She pressed it to her chest, recorder clenched tight. Not to steady herself, but to feel the pain — to anchor her in something Omnira couldn’t yet erase.</w:t>
      </w:r>
    </w:p>
    <w:p>
      <w:r>
        <w:t>“We hit them once,” she said, voice low but certain. “We’ll hit them again. Harder. Louder. Until they choke.”</w:t>
      </w:r>
    </w:p>
    <w:p>
      <w:r>
        <w:t>Jonah’s eyes met hers. For a heartbeat, the noise of the city fell away.</w:t>
      </w:r>
    </w:p>
    <w:p>
      <w:r>
        <w:t>“You’re not writing anymore,” he said.</w:t>
      </w:r>
    </w:p>
    <w:p>
      <w:r>
        <w:t>“You’re fighting.”</w:t>
      </w:r>
    </w:p>
    <w:p>
      <w:r>
        <w:t>Her voice didn’t waver. “I am.”</w:t>
      </w:r>
    </w:p>
    <w:p>
      <w:r>
        <w:t>Behind them, Choudhry pulled the EchoJammer™’s scorched shell from his bag. It was cracked, ruined, useless. He met Iris’s gaze and gave a thin, tired smile.</w:t>
      </w:r>
    </w:p>
    <w:p>
      <w:r>
        <w:t>“Good,” he said. “Because they’ll never stop adapting. And neither can we.”</w:t>
      </w:r>
    </w:p>
    <w:p>
      <w:r>
        <w:t>The city lights pulsed with Omnira’s slogans. The crowd above cheered. But in the shadows of a broken alley, a scarred hand curled into a fist.</w:t>
      </w:r>
    </w:p>
    <w:p>
      <w:r>
        <w:t>Ch.14 — Aftermath Loop</w:t>
      </w:r>
    </w:p>
    <w:p>
      <w:r>
        <w:t>The café smelled of coffee and defeat. The place was ordinary on purpose: chipped tiles, steamed windows, a radio looped a static-soft pop song from another decade. It was the sort of public room that made conspiracy feel plausible: visible enough to be safe, small enough to be private.</w:t>
      </w:r>
    </w:p>
    <w:p>
      <w:r>
        <w:t>The Resistance looked smaller than it had underground. The EchoJammer™’s scorched shell lay in a paper bag on the table, like evidence from a failed experiment. People sat slumped in chairs, sipping bitter coffee, fingers drumming on tabletops. The night had been a victory and a wound, and both sat heavy in the same place.</w:t>
      </w:r>
    </w:p>
    <w:p>
      <w:r>
        <w:t>Elya came in last, boots soft but face set like a blade. She dropped into a seat with a thud and glared at everyone. “They turned screams into product,” she said. “They made horror into entertainment and gave it back a ribbon. That’s just—” She cut off, the word evaporating.</w:t>
      </w:r>
    </w:p>
    <w:p>
      <w:r>
        <w:t>Nadir hadn't slept. His eyes were rimmed red, coding lines still reflected on his pupils. Malik’s jaw had a new bruise from the scuffle in the tunnels. Choudhry leaned on his elbows, thumb absently touching the notch that still tingled on Iris’s palm.</w:t>
      </w:r>
    </w:p>
    <w:p>
      <w:r>
        <w:t>Jonah sat across from her, quiet in the way of a man consolidating plans. When he spoke his voice had a dry rhythm. “We pushed a wound into the system,” he said. “They patched it with a branding campaign and a new product line inside ninety seconds. They took our violence and sold it as feature. That’s beyond PR. That’s governance.”</w:t>
      </w:r>
    </w:p>
    <w:p>
      <w:r>
        <w:t>Iris rubbed at the thin skin on her palm until it hurt. “They turned my words into policy,” she said. “The senator in the feed read my sentences and used them to justify DreamFeed™ pilot policies. My byline was in buffer copy for government subsidies.” She tasted bile.</w:t>
      </w:r>
    </w:p>
    <w:p>
      <w:r>
        <w:t>Choudhry flicked a glance at the doorway, then back. “It’s worse than that. They’re offering preferential ‘clarity loans’—special mortgage rates for verified subscribers of the Platinum tier. A student’s scholarship was just conditional on DreamFeed™ participation in one city. And the companies? They’re integrating Humanity Index™ checks into hiring software overnight. It’s not just the PR. It’s policy.”</w:t>
      </w:r>
    </w:p>
    <w:p>
      <w:r>
        <w:t>A low hum of anger rolled around the table. The café’s ordinary patrons were now the invisible orchestra to their campaign.</w:t>
      </w:r>
    </w:p>
    <w:p>
      <w:r>
        <w:t>“You’re saying ordinary people are being forced to buy into this?” Iris asked. It sounded like a plea, though she meant it as a question.</w:t>
      </w:r>
    </w:p>
    <w:p>
      <w:r>
        <w:t>“Not forced,” Malik corrected. “Cornered. You lose the Index points—the algorithm marks you as unreliable. Employers prefer high Index candidates. Lenders deny you mortgages. Insurance rates spike. The choice, in practice, becomes: sell a memory, subscribe to a tier, or live with penalties that make survival impossible.”</w:t>
      </w:r>
    </w:p>
    <w:p>
      <w:r>
        <w:t>Elya spat into a napkin. “They’re giving people the carrot and then taking the ground out from under them.” Her voice thundered small in the café. “And the people? They clap for it.”</w:t>
      </w:r>
    </w:p>
    <w:p>
      <w:r>
        <w:t>“Because it works for them in the small things,” Nadir said. “Your wife sleeps after a DreamFeed™? She’s grateful. Your kid gets a scholarship because your receipt shows a ‘skills installation’? You’re grateful. That gratitude multiplies into intolerance. The believers don’t see themselves as tools. They see themselves as saved.”</w:t>
      </w:r>
    </w:p>
    <w:p>
      <w:r>
        <w:t>Silence thickened. The idea that Omnira™ was not merely a company but a social engine—an engine that could manufacture consent by solving immediate pain—pressed on them. The problem with pain was that it bought compliance like a good bargain.</w:t>
      </w:r>
    </w:p>
    <w:p>
      <w:r>
        <w:t>As if on cue a woman at the counter muttered, loud enough for the Resistance to hear, “They saved my marriage, and the price was nothing compared to that.” A man at the next table nodded, tapping the Omnira app on his wrist.</w:t>
      </w:r>
    </w:p>
    <w:p>
      <w:r>
        <w:t>It was a trivial moment. It was everything.</w:t>
      </w:r>
    </w:p>
    <w:p>
      <w:r>
        <w:t>The group’s mood tilted toward brittle urgency. They needed to act, but the night had taught them a lesson: tactical strikes could be metabolized into capital and turned against them. They needed something that couldn’t be bought—something that cut deeper than spectacle and could not be rebranded overnight.</w:t>
      </w:r>
    </w:p>
    <w:p>
      <w:r>
        <w:t>Malik laid out a sobering scenario. “We can’t just jam feeds or leak documents anymore. Every action becomes content. They weaponize dissent into product. We need a different axis—something Omnira™ can’t file away with a byline. We need an intrinsic countermeasure.”</w:t>
      </w:r>
    </w:p>
    <w:p>
      <w:r>
        <w:t>Choudhry rubbed his forehead. “AnthroCore™ was our hope. The ink vials. But they’re not ready. And you won’t plaster them around like stickers. They require ritual. Consent. They’re…exclusive because they must be.”</w:t>
      </w:r>
    </w:p>
    <w:p>
      <w:r>
        <w:t>“Exclusive how?” Iris asked. “Where do we find the people who won’t be metabolized into their ads? The people who won’t cheer while they’re being robbed?”</w:t>
      </w:r>
    </w:p>
    <w:p>
      <w:r>
        <w:t>Elya laughed, a hard, short sound. “You mean the saints. The saints don’t exist. This is lived life. We need volunteers who are willing to take the scars.”</w:t>
      </w:r>
    </w:p>
    <w:p>
      <w:r>
        <w:t>“How many volunteers do you have?” Iris shot back. “Because this café seems mostly full of men who are tired.”</w:t>
      </w:r>
    </w:p>
    <w:p>
      <w:r>
        <w:t>Jonah pushed a napkin across the table with two names on it—contacts, perhaps, in small industries where Omnira™’s reach had been slower. “We recruit here,” he said. “In places where subscription isn’t yet the currency. But it changes fast. We’ve got days, maybe weeks.”</w:t>
      </w:r>
    </w:p>
    <w:p>
      <w:r>
        <w:t>A chime sliced through their argument — sharp and clinical from Choudhry’s tablet. He swore under his breath, fingers flying, and the group watched as his screen crawled through feeds. “Look at this,” he said. “Local bank just denied a mortgage application. Cited low Humanity Index™.” He tapped, and the denial notice popped up: Applicant fails integrity metric; recommend enrolled applicant for Omnira™ Platinum verification to offset risk.</w:t>
      </w:r>
    </w:p>
    <w:p>
      <w:r>
        <w:t>Malik’s face went hard. “Who was it?”</w:t>
      </w:r>
    </w:p>
    <w:p>
      <w:r>
        <w:t>Choudhry scrolled. “Tomas Varela—small manufacturer, two kids, applying for a repair shop loan. He’s our contact in the industrial quarter. He came to us last month about data-scrubbing for employee profiles. He refused to submit to DreamFeed™ trials. Now look.”</w:t>
      </w:r>
    </w:p>
    <w:p>
      <w:r>
        <w:t>Elya’s jaw clenched. “So they blackmail people into the system when we aren’t looking,” she said. “Not with guns. With paper. With rates. With livelihoods.”</w:t>
      </w:r>
    </w:p>
    <w:p>
      <w:r>
        <w:t>“Paperwork is a kind of weapon too,” Nadir said. “It’s soft, but it breaks people.”</w:t>
      </w:r>
    </w:p>
    <w:p>
      <w:r>
        <w:t>Iris felt something in her chest ache. Tomas Varela could be any of the people she’d interviewed before who smiled for the camera about the ‘freedoms’ Omnira™ had bought them. He was the neighbor who couldn’t afford to say no.</w:t>
      </w:r>
    </w:p>
    <w:p>
      <w:r>
        <w:t>“And what will Tomas do?” she asked.</w:t>
      </w:r>
    </w:p>
    <w:p>
      <w:r>
        <w:t>Choudhry’s fingers stopped moving. “He has to either accept the Platinum verification or go under. Which—” He let the sentence hang. “Which is exactly what they want.”</w:t>
      </w:r>
    </w:p>
    <w:p>
      <w:r>
        <w:t>They were quiet for a long time. Around them, the café hummed with the sound of people using Omnira™ services like phones and thermostats and polite smiles. Outside, life rearranged to accommodate the new economy.</w:t>
      </w:r>
    </w:p>
    <w:p>
      <w:r>
        <w:t>They needed a plan that didn’t become content. They needed to fight something Omnira™ couldn’t stitch into a slogan. But their options were thin.</w:t>
      </w:r>
    </w:p>
    <w:p>
      <w:r>
        <w:t>Jonah pushed his coffee aside and spoke with brutal clarity. “We make the economy visible. We show the chain that ties mortgages and insurance to Humanity Index™ scores. We expose the intermediaries—the banks, the underwriting algorithms, the policy memos. Not a leak. A living exposure. Witnesses. People who can’t be bought because they don’t have anything left to trade.”</w:t>
      </w:r>
    </w:p>
    <w:p>
      <w:r>
        <w:t>Elya snorted. “Sounds noble. Sounds slow. People don’t have time for noble.”</w:t>
      </w:r>
    </w:p>
    <w:p>
      <w:r>
        <w:t>“They’ll have to make time,” jonah's voice cut through. “If we can hit a lender’s underwriting database with incontrovertible evidence that policy overrides personal stability to force subscriptions—if we can show a hundred Tomas Varelas with mortgages denied then reinstated post-subscription—we put pressure on regulators, on politicians. We make the cost visible.”</w:t>
      </w:r>
    </w:p>
    <w:p>
      <w:r>
        <w:t>Iris considered that. It shifted the fight from spectacle to infrastructure. Instead of trying to break Omnira™’s mirror, they’d pry loose a panel and show the wires underneath. It was less cinematic. It was also less easy for Omnira™ to repackage.</w:t>
      </w:r>
    </w:p>
    <w:p>
      <w:r>
        <w:t>Choudhry looked up, eyes tired but working. “I can scrape backend policy agreements if you can get me a shell access token. Nadir can sniff logins. Malik will handle extraction. Elya—” He glanced at her. “—you’ll have to manage field ops if the Porcelain People™ come by.”</w:t>
      </w:r>
    </w:p>
    <w:p>
      <w:r>
        <w:t>Elya grinned despite herself, a dangerous flash. “Finally something that might inconvenience them.”</w:t>
      </w:r>
    </w:p>
    <w:p>
      <w:r>
        <w:t>There was momentum in the table then, a dangerous, human momentum that always began with despair and ended with a plan. The risk was enormous, but the alternative was a slow extinction.</w:t>
      </w:r>
    </w:p>
    <w:p>
      <w:r>
        <w:t>The door opened. A man in an Omnira™ vest walked in, carrying a tablet, and paused at the counter. He scanned the room, eyes skimming the tired faces. In another life that glance might have been meaningless. But in this one it landed like a knife.</w:t>
      </w:r>
    </w:p>
    <w:p>
      <w:r>
        <w:t>He didn’t stay. When he left, the group exhaled. The presence had been a reminder: Omnira™’s eyes were everywhere, and sometimes even an Omnira™ employee’s casual route turned into a surveillance route.</w:t>
      </w:r>
    </w:p>
    <w:p>
      <w:r>
        <w:t>As they packed, Choudhry pulled Iris aside. “There’s something else,” he said in a voice that had no humor left. “Porcelain People™ aren’t perfect. The EchoJammer™ forced a glitch—remember how one of them twitched? We have movement inside the code. There’s a strain you can still hear if you look for it.” He tapped his temple. “We record it. We amplify it. That’s the crack.”</w:t>
      </w:r>
    </w:p>
    <w:p>
      <w:r>
        <w:t>Iris’s breath caught. “You mean a malfunction?” she asked.</w:t>
      </w:r>
    </w:p>
    <w:p>
      <w:r>
        <w:t>“A pattern,” Choudhry corrected. “A frequency modulating where their masks misalign for a fraction. In that misalignment, there’s humanity—reflex thrown off by feed noise. We can find it, record it, and show it.”</w:t>
      </w:r>
    </w:p>
    <w:p>
      <w:r>
        <w:t>Malik looked skeptical. “And you expect the public to sympathize with the porcelain enforcers? People cheered when they saw them.”</w:t>
      </w:r>
    </w:p>
    <w:p>
      <w:r>
        <w:t>Choudhry’s eyes were hard. “Not the masks. The people who used to wear them. The ones who sold themselves in pieces until there was nothing left but protocol. We show them as victims of the system, not as perfect enforcers. We make belief look ugly.”</w:t>
      </w:r>
    </w:p>
    <w:p>
      <w:r>
        <w:t>Jonah stood. “We move at dawn. Nadir and Choudhry will get the token. Malik will ready extraction. Elya will gather field ops. Iris—” He paused, and for a moment the hush of winter settled around his words. “You find Tomas. If we can show the world what happened to him, we make the line visible.”</w:t>
      </w:r>
    </w:p>
    <w:p>
      <w:r>
        <w:t>Iris felt a cold clarity. She could go for the big spectacle again—another EchoJammer™ or a public tear-down—but the night had taught her that spectacle got eaten and repackaged. Tomas’s mortgage, a ledger, a bank decision—those were brittle things but hard to rebrand into salvation.</w:t>
      </w:r>
    </w:p>
    <w:p>
      <w:r>
        <w:t>She stood and smoothed her coat. Her palm still smarted where the device had burned it; the scar gleamed raw in the café light. “I’ll find him,” she said.</w:t>
      </w:r>
    </w:p>
    <w:p>
      <w:r>
        <w:t>Jonah’s hand closed on her shoulder—brief, solid. “Bring witnesses. Bring proof. Don’t get theatrical.”</w:t>
      </w:r>
    </w:p>
    <w:p>
      <w:r>
        <w:t>“Don’t worry,” she answered. “I’ll bring the ledger and a camera crew they can’t devour. We’ll make the paper trail the story.”</w:t>
      </w:r>
    </w:p>
    <w:p>
      <w:r>
        <w:t>Elya snorted, but there was something like approval in it. Choudhry winked, though it was small and tired.</w:t>
      </w:r>
    </w:p>
    <w:p>
      <w:r>
        <w:t>Outside, Omnira™’s digital signs pulsed, a constant, soft insistence: REMEMBER BETTER. FORGET CLEANER. LIVE FREER.™</w:t>
      </w:r>
    </w:p>
    <w:p>
      <w:r>
        <w:t>They stepped back into a city that had decided, for now, that freedom could be paid for. The Resistance stepped into the long, ugly job of proving that choice was fraud.</w:t>
      </w:r>
    </w:p>
    <w:p>
      <w:r>
        <w:t>Iris walks into Tomas Varela’s neighborhood the next morning. She expects a hesitant man; she finds a family already negotiating with an Omnira™ broker on the kerb—Tomas’s children holding subscription tablets, his wife talking through tears. The broker’s tablet shows a conditional loan approval pending Platinum verification. Iris realizes she isn’t just racing Omnira™’s PR now—she’s up against a machine that will choke the poor until they nod ‘accept.’</w:t>
      </w:r>
    </w:p>
    <w:p>
      <w:r>
        <w:t>She slips her recorder into her coat and clicks it on. The alley already smells of selling.</w:t>
      </w:r>
    </w:p>
    <w:p>
      <w:r>
        <w:t>Epilogue: The Archive That Remembers</w:t>
      </w:r>
    </w:p>
    <w:p>
      <w:r>
        <w:t>The industrial quarter smelled of solvents and scorched steel. Once, Tomas Varela’s shop had kept machines running—car parts, printing presses, the kinds of tools cities forget they rely on until they break. Now its shutters sagged with rust, and Tomas stood on the kerb outside, his family huddled around him, while an Omnira™ broker balanced a tablet in his gloved hands.</w:t>
      </w:r>
    </w:p>
    <w:p>
      <w:r>
        <w:t>Iris slowed her pace, blending into the pedestrian flow. Jonah fell in beside her, his silence more warning than comfort.</w:t>
      </w:r>
    </w:p>
    <w:p>
      <w:r>
        <w:t>“This is how they buy people,” he murmured.</w:t>
      </w:r>
    </w:p>
    <w:p>
      <w:r>
        <w:t>The broker’s voice was bright, almost cheerful, like an actor cast as “trusted neighbor.” “Your loan’s provisionally approved,” he said. “Repair shop can reopen by next month. All you need to do is verify Platinum subscription. Standard procedure. Keeps your Humanity Index™ stable.”</w:t>
      </w:r>
    </w:p>
    <w:p>
      <w:r>
        <w:t>Tomas’s wife held their toddler close, two older children clinging to her coat. The toddler fidgeted, pressing a damp hand to her mother’s cheek.</w:t>
      </w:r>
    </w:p>
    <w:p>
      <w:r>
        <w:t>“We don’t have anything left,” Tomas said hoarsely. “We’ve sold Basic. We’ve sold Silver. There’s nothing else to give.”</w:t>
      </w:r>
    </w:p>
    <w:p>
      <w:r>
        <w:t>The broker smiled sympathetically, as if Tomas had misunderstood the terms of a contract. “Of course there is. Everyone has something. Platinum doesn’t take scraps—it takes milestones. A wedding. A birth. A loss. That’s why it’s valuable. For every future you buy, you must give up a past. That’s how value works.”</w:t>
      </w:r>
    </w:p>
    <w:p>
      <w:r>
        <w:t>The toddler whined again. The wife shushed her, eyes flicking between the broker’s tablet and Tomas’s face.</w:t>
      </w:r>
    </w:p>
    <w:p>
      <w:r>
        <w:t>“Choose,” the broker said gently. “One shared milestone memory. Dual verification required. Once signed, it transfers, clean and painless. In return, you get stability. A shop. School access. Insurance. Safety.”</w:t>
      </w:r>
    </w:p>
    <w:p>
      <w:r>
        <w:t>The wife’s lips trembled. “You mean…”</w:t>
      </w:r>
    </w:p>
    <w:p>
      <w:r>
        <w:t>“Yes,” the broker said smoothly. “Her first birthday. The candles. The song. The way she laughed when you clapped. That would more than cover Platinum.”</w:t>
      </w:r>
    </w:p>
    <w:p>
      <w:r>
        <w:t>The toddler gurgled, as if laughing at some private joke.</w:t>
      </w:r>
    </w:p>
    <w:p>
      <w:r>
        <w:t>Iris’s stomach lurched. She wanted to shout, No. Don’t. Don’t let them take that from you. But she made herself watch, recorder warm in her pocket.</w:t>
      </w:r>
    </w:p>
    <w:p>
      <w:r>
        <w:t>Tomas’s fingers trembled against her side. He stared at the toddler, then at his wife. “It’s just one memory,” he whispered. “We’ll have more. We’ll make more.”</w:t>
      </w:r>
    </w:p>
    <w:p>
      <w:r>
        <w:t>His wife’s eyes brimmed. “But I won’t remember the first.”</w:t>
      </w:r>
    </w:p>
    <w:p>
      <w:r>
        <w:t>The broker angled the tablet toward them. A contract gleamed, two blank squares awaiting biometric confirmation. Shared Milestone Transfer — Family Tier.</w:t>
      </w:r>
    </w:p>
    <w:p>
      <w:r>
        <w:t>“Sign here,” he said. “It’s painless. You won’t feel a thing.”</w:t>
      </w:r>
    </w:p>
    <w:p>
      <w:r>
        <w:t>The wife pressed her palm flat first. Tomas hesitated, then followed. The tablet chimed, clinical and final.</w:t>
      </w:r>
    </w:p>
    <w:p>
      <w:r>
        <w:t>A flash of light, a soft pulse. The toddler’s birthday was gone.</w:t>
      </w:r>
    </w:p>
    <w:p>
      <w:r>
        <w:t>Both parents staggered, their faces blank for a second too long. The wife clutched the toddler tighter, tears spilling now—not from memory, but from the echo of its absence. The child still existed, still pressed a small hand to her mother’s cheek. But the moment that had anchored her motherhood was gone, a hollow where joy used to be.</w:t>
      </w:r>
    </w:p>
    <w:p>
      <w:r>
        <w:t>The broker’s smile brightened. “Congratulations. Platinum verified. Loan approved.” He tapped the stylus and turned away, whistling.</w:t>
      </w:r>
    </w:p>
    <w:p>
      <w:r>
        <w:t>The family stood silent, adrift. The older children looked at their parents with confusion, sensing something stolen they couldn’t name. The toddler squirmed, demanding attention her mother couldn’t quite place.</w:t>
      </w:r>
    </w:p>
    <w:p>
      <w:r>
        <w:t>Iris bit her lip until she tasted blood. She scribbled furiously in her notebook though her fingers trembled against her side. She wasn’t just recording. She was bearing witness to the theft of personhood dressed up as progress.</w:t>
      </w:r>
    </w:p>
    <w:p>
      <w:r>
        <w:t>Jonah’s voice was low, steady. “Don’t pity them. Pity is part of the script. What matters is the ledger.”</w:t>
      </w:r>
    </w:p>
    <w:p>
      <w:r>
        <w:t>She turned to him sharply. “The ledger?”</w:t>
      </w:r>
    </w:p>
    <w:p>
      <w:r>
        <w:t>“Every transaction leaves a trace,” he said. “Not just receipts. Memories coded, categorized, priced. That contract is in Omnira’s servers now—a record that says Tomas Varela didn’t want to sell his daughter’s birthday. He had to. That’s our proof.”</w:t>
      </w:r>
    </w:p>
    <w:p>
      <w:r>
        <w:t>Her comm buzzed before she could answer. A new message lit the screen: SOURCE: O_CORR. CONTENT: INTERNAL POLICY DUMP.</w:t>
      </w:r>
    </w:p>
    <w:p>
      <w:r>
        <w:t>Her pulse kicked. A leak.</w:t>
      </w:r>
    </w:p>
    <w:p>
      <w:r>
        <w:t>Hundreds of files spilled across her display—subscription tiers, memory categories, valuation charts. They named the milestones Omnira™ demanded for Platinum: first kiss, firstborn’s laugh, funeral of a parent. They listed policies tying loan approvals to Milestone Transfers. It was the smoking gun.</w:t>
      </w:r>
    </w:p>
    <w:p>
      <w:r>
        <w:t>It was too clean.</w:t>
      </w:r>
    </w:p>
    <w:p>
      <w:r>
        <w:t>Jonah leaned over, scanning the feed. His jaw tightened. “This isn’t a leak. It’s a trap.”</w:t>
      </w:r>
    </w:p>
    <w:p>
      <w:r>
        <w:t>She wanted to argue, but he was right. The metadata was pristine, the formatting flawless. Real leaks were messy. This was immaculate, designed to be published.</w:t>
      </w:r>
    </w:p>
    <w:p>
      <w:r>
        <w:t>“Then why send it to me?” she asked.</w:t>
      </w:r>
    </w:p>
    <w:p>
      <w:r>
        <w:t>Jonah’s eyes stayed dark. “Because they want to see who you run to. They want to tag every line you’ve ever used. Publish this, and every source you’ve touched goes dark. You’ll gut the Resistance without firing a shot.”</w:t>
      </w:r>
    </w:p>
    <w:p>
      <w:r>
        <w:t>Her recorder felt heavy in her coat. Tomas’s family shuffled away down the street, tablets glowing in their hands like lifelines. They looked safer now. Rescued. But the moment that had made them a family was gone, carved out and commodified.</w:t>
      </w:r>
    </w:p>
    <w:p>
      <w:r>
        <w:t>Omnira™ hadn’t just bought them. It had rewritten them.</w:t>
      </w:r>
    </w:p>
    <w:p>
      <w:r>
        <w:t>And if she wasn’t careful, it was about to rewrite her too.</w:t>
      </w:r>
    </w:p>
    <w:p>
      <w:r>
        <w:t>The café was the kind that looked safe because it was too dull to notice. Dim bulbs, chipped mugs, and a corner camera that had been broken so long the owner hung a sign below it—OUT OF ORDER. DON’T ASK.</w:t>
      </w:r>
    </w:p>
    <w:p>
      <w:r>
        <w:t>Iris laid her recorder on the table between them. Jonah didn’t touch his coffee. He’d taken a seat with his back to the wall, eyes trained on the window. He was a man who lived in angles and exits.</w:t>
      </w:r>
    </w:p>
    <w:p>
      <w:r>
        <w:t>Elya leaned over Iris’s comm, scrolling with restless fingers. “Look at this,” she said, eyes alight. “It’s gold. Internal memos. Subscription tiers tied directly to Humanity Index™ boosts. Loan approvals only unlocked by Platinum milestone transfers. We could bury them with this.”</w:t>
      </w:r>
    </w:p>
    <w:p>
      <w:r>
        <w:t>“It’s bait,” jonah's voice cut through flatly.</w:t>
      </w:r>
    </w:p>
    <w:p>
      <w:r>
        <w:t>Elya rolled her eyes. “You’d call sunshine bait if it came through a window.”</w:t>
      </w:r>
    </w:p>
    <w:p>
      <w:r>
        <w:t>“He’s right,” Malik muttered. He’d been nursing the same mug for half an hour, eyes shadowed. “This is too clean. No scrub marks, no metadata ghosts, nothing to chase. Real leaks are messy. This? This is immaculate. It screams trap.”</w:t>
      </w:r>
    </w:p>
    <w:p>
      <w:r>
        <w:t>Iris listened, pen poised over her notebook. For once, she didn’t interrupt. She let them fracture, let the argument unfurl. It was the journalist’s instinct: observe before intervening.</w:t>
      </w:r>
    </w:p>
    <w:p>
      <w:r>
        <w:t>Still, her mouth opened before she could stop it. “if she missed her moment, the cost would be blood and memory, it’s both.”</w:t>
      </w:r>
    </w:p>
    <w:p>
      <w:r>
        <w:t>Three pairs of eyes swung toward her.</w:t>
      </w:r>
    </w:p>
    <w:p>
      <w:r>
        <w:t>She steadied herself. “if she missed her moment, the cost would be blood and memory, it’s bait and truth. That’s what makes it dangerous. If it was fake, we’d ignore it. If it was perfect truth, we’d run it. But something like this? It tempts us. It tempts me.”</w:t>
      </w:r>
    </w:p>
    <w:p>
      <w:r>
        <w:t>Jonah’s gaze locked on hers. He didn’t look away, didn’t blink. “And that’s exactly why they sent it to you.”</w:t>
      </w:r>
    </w:p>
    <w:p>
      <w:r>
        <w:t>Heat crawled up her neck, but she matched his tone. “Don’t flatter yourself. I’m not that special.”</w:t>
      </w:r>
    </w:p>
    <w:p>
      <w:r>
        <w:t>“You are,” he said simply. “You’ve got reach. You’ve got credibility. And you’ve got the arrogance to think you can outwrite Omnira.”</w:t>
      </w:r>
    </w:p>
    <w:p>
      <w:r>
        <w:t>Her pen scratched hard against the paper: Arrogant? She shoved the notebook toward him. “Funny. I thought you wanted me to use that arrogance.”</w:t>
      </w:r>
    </w:p>
    <w:p>
      <w:r>
        <w:t>A flicker crossed his mouth—half-smirk, half-warning. “Not if it gets us killed.”</w:t>
      </w:r>
    </w:p>
    <w:p>
      <w:r>
        <w:t>The silence after was taut, humming with something neither of them admitted.</w:t>
      </w:r>
    </w:p>
    <w:p>
      <w:r>
        <w:t>The door creaked.</w:t>
      </w:r>
    </w:p>
    <w:p>
      <w:r>
        <w:t>A boy slipped inside—thin, hoodie pulled tight, eyes wide and darting. He couldn’t have been more than twenty. He carried a cracked tablet clutched to his chest like contraband.</w:t>
      </w:r>
    </w:p>
    <w:p>
      <w:r>
        <w:t>“I heard about you,” he blurted. “The ones who hit the DreamFeeds™. I want in.”</w:t>
      </w:r>
    </w:p>
    <w:p>
      <w:r>
        <w:t>Elya straightened, sharp with interest. “And you are?”</w:t>
      </w:r>
    </w:p>
    <w:p>
      <w:r>
        <w:t>“Luis,” he said quickly. “I’ve got skills. I can get access.”</w:t>
      </w:r>
    </w:p>
    <w:p>
      <w:r>
        <w:t>Malik scoffed. “Everyone says that.”</w:t>
      </w:r>
    </w:p>
    <w:p>
      <w:r>
        <w:t>Luis lifted the tablet. The screen glowed, fractured with cracks, displaying a courier’s Omnira™ login—half-broken but still active. “I scraped this off a memory courier. Got my sister three weeks of DreamFeed™ before they locked it.”</w:t>
      </w:r>
    </w:p>
    <w:p>
      <w:r>
        <w:t>Iris leaned forward, alarm prickling her skin. “You stole a memory-stamp?”</w:t>
      </w:r>
    </w:p>
    <w:p>
      <w:r>
        <w:t>Luis’s chin jutted out. “He had a dozen. I just took one. My sister was about to lose her school tier. Without Platinum, she was getting dropped. You know what that means.”</w:t>
      </w:r>
    </w:p>
    <w:p>
      <w:r>
        <w:t>They all did. Dropped meant erased from Omnira’s grid. No school, no healthcare, no future.</w:t>
      </w:r>
    </w:p>
    <w:p>
      <w:r>
        <w:t>Jonah’s voice cut in, steady as a scalpel. “And what happens when Omnira tracks the stolen stamp? When they trace it back to you?”</w:t>
      </w:r>
    </w:p>
    <w:p>
      <w:r>
        <w:t>“Then I die,” Luis said, too fast. “But at least she keeps her place.”</w:t>
      </w:r>
    </w:p>
    <w:p>
      <w:r>
        <w:t>Elya leaned back, grinning like a wolf. “I like him.”</w:t>
      </w:r>
    </w:p>
    <w:p>
      <w:r>
        <w:t>Malik’s jaw tightened. “He’s reckless.”</w:t>
      </w:r>
    </w:p>
    <w:p>
      <w:r>
        <w:t>“He’s desperate,” Iris said softly.</w:t>
      </w:r>
    </w:p>
    <w:p>
      <w:r>
        <w:t>Luis’s eyes snapped to hers. “Aren’t we all?”</w:t>
      </w:r>
    </w:p>
    <w:p>
      <w:r>
        <w:t>The silence after felt heavier than the café walls.</w:t>
      </w:r>
    </w:p>
    <w:p>
      <w:r>
        <w:t>Outside, the city roared with Omnira’s billboards. A man shoved a woman against a wall, tearing at the Omnira™ band on her wrist. She screamed, not because of the assault, but because of what the loss meant. That band held her subscription tier. Without it, her Index would collapse. After the Fourth Information Collapse, governments became subsidiaries, and Omnira™ emerged not as ruler but as infrastructure. Its code stitched into governance, desire, and memory. There was no revolution—only consent by exhaustion.</w:t>
      </w:r>
    </w:p>
    <w:p>
      <w:r>
        <w:t>No one helped her.</w:t>
      </w:r>
    </w:p>
    <w:p>
      <w:r>
        <w:t>Iris started to rise. Jonah’s hand brushed hers, firm, steadying. The contact was brief, electric.</w:t>
      </w:r>
    </w:p>
    <w:p>
      <w:r>
        <w:t>“Don’t,” he said. “Not now.”</w:t>
      </w:r>
    </w:p>
    <w:p>
      <w:r>
        <w:t>Her pulse jumped. She hated him for stopping her. She hated herself more for listening.</w:t>
      </w:r>
    </w:p>
    <w:p>
      <w:r>
        <w:t>They sat again. The scream outside faded into the hum of traffic, swallowed by the city.</w:t>
      </w:r>
    </w:p>
    <w:p>
      <w:r>
        <w:t>“This is what desperation does,” jonah's voice cut through finally. His voice was quiet, but the edge in it could cut glass. “It turns people feral. It makes thieves out of children, cowards out of parents, corpses out of neighbors. Omnira doesn’t need to kill us. It just needs to starve us until we believe.”</w:t>
      </w:r>
    </w:p>
    <w:p>
      <w:r>
        <w:t>Iris’s pen trembled as she wrote: Belief isn’t persuasion. It’s coercion.</w:t>
      </w:r>
    </w:p>
    <w:p>
      <w:r>
        <w:t>She wanted to look at him again, to test the spark she felt under the words. But he was already watching her, and this time she couldn’t meet his eyes.</w:t>
      </w:r>
    </w:p>
    <w:p>
      <w:r>
        <w:t>The files glowed on Iris’s comm, endless lines of contracts and memos, polished and poisonous. Elya wanted to run them, Malik wanted to bury them, Luis wanted to fight with them.</w:t>
      </w:r>
    </w:p>
    <w:p>
      <w:r>
        <w:t>Jonah had stayed silent until now, arms folded, eyes distant. Finally, he spoke.</w:t>
      </w:r>
    </w:p>
    <w:p>
      <w:r>
        <w:t>“We salt it,” he said.</w:t>
      </w:r>
    </w:p>
    <w:p>
      <w:r>
        <w:t>The others turned.</w:t>
      </w:r>
    </w:p>
    <w:p>
      <w:r>
        <w:t>“We take pieces of truth,” he continued, “real contracts, scraps Choudhry’s scraped, testimonies Iris has recorded. We bury them inside this leak. Then we drip it, not once but twenty times, across shadow channels, whistle forums, even Omnira’s own promo feeds. They wanted bait?” His mouth tightened. “We make them choke on it.”</w:t>
      </w:r>
    </w:p>
    <w:p>
      <w:r>
        <w:t>Elya grinned. Malik swore under his breath. Luis’s eyes lit with something like hope.</w:t>
      </w:r>
    </w:p>
    <w:p>
      <w:r>
        <w:t>Iris stared at Jonah, scribbling fast. Salted truth. Bait turned back. Risk unbearable. Then she caught herself and asked the only question worth asking.</w:t>
      </w:r>
    </w:p>
    <w:p>
      <w:r>
        <w:t>“And when Omnira anticipates that too?”</w:t>
      </w:r>
    </w:p>
    <w:p>
      <w:r>
        <w:t>Jonah’s gaze flicked to hers, dark and steady. “Then we bleed. But at least it’s on our terms.”</w:t>
      </w:r>
    </w:p>
    <w:p>
      <w:r>
        <w:t>Her throat tightened. She hated how much sense he made. She hated how much she wanted to believe him.</w:t>
      </w:r>
    </w:p>
    <w:p>
      <w:r>
        <w:t>They moved fast. Choudhry’s tech did the weaving, his fingers dancing over a custom rig. Lines of code blurred into mosaics, fabricated headers interlaced with jagged truth. “Salt in the veins,” he muttered, almost gleeful. “They’ll choke trying to parse signal from noise.”</w:t>
      </w:r>
    </w:p>
    <w:p>
      <w:r>
        <w:t>Iris watched him work, adrenaline threading with unease. She filed her copy in fragments, each line careful, sharp. She didn’t trust the leak. She didn’t trust Omnira. But she trusted her pen—and, to her own disgust, she was starting to trust Jonah. He remembered the chair—cold, humming. A memory nearly stripped. Not enough to Hollow™ him, but enough to haunt him. He hadn’t run from Omnira™ out of rebellion. He’d run because survival meant silence.</w:t>
      </w:r>
    </w:p>
    <w:p>
      <w:r>
        <w:t>When the files went live, it felt like detonating silence.</w:t>
      </w:r>
    </w:p>
    <w:p>
      <w:r>
        <w:t>Ping.</w:t>
      </w:r>
    </w:p>
    <w:p>
      <w:r>
        <w:t>Twenty channels lit up, notifications flooding across ghost forums, whistle networks, and even a hijacked billboard loop that briefly replaced Omnira’s slogan with raw text:</w:t>
      </w:r>
    </w:p>
    <w:p>
      <w:r>
        <w:t>PLATINUM = YOUR MILESTONES.</w:t>
      </w:r>
    </w:p>
    <w:p>
      <w:r>
        <w:t>YOUR FIRST KISS. YOUR CHILD’S LAUGH. YOUR PARENT’S FUNERAL.</w:t>
      </w:r>
    </w:p>
    <w:p>
      <w:r>
        <w:t>TRADED. PRICED. SOLD.</w:t>
      </w:r>
    </w:p>
    <w:p>
      <w:r>
        <w:t>Elya whooped. Malik crossed himself. Luis grinned, eyes wide.</w:t>
      </w:r>
    </w:p>
    <w:p>
      <w:r>
        <w:t>For a moment, Iris let herself breathe. This is a win. This has to be a win.</w:t>
      </w:r>
    </w:p>
    <w:p>
      <w:r>
        <w:t>Then her comm buzzed again.</w:t>
      </w:r>
    </w:p>
    <w:p>
      <w:r>
        <w:t>Not from a source. From her editor.</w:t>
      </w:r>
    </w:p>
    <w:p>
      <w:r>
        <w:t>Where did you get this?</w:t>
      </w:r>
    </w:p>
    <w:p>
      <w:r>
        <w:t>Her stomach dropped. She hadn’t sent him anything. She hadn’t touched newsroom servers. Yet here was a message, sharp and accusatory, as if he already knew.</w:t>
      </w:r>
    </w:p>
    <w:p>
      <w:r>
        <w:t>Her pen slipped in her fingers. “They’re in our lines,” she whispered.</w:t>
      </w:r>
    </w:p>
    <w:p>
      <w:r>
        <w:t>Jonah checked his rig. His expression didn’t change, but his jaw clenched. “Not in our lines. In yours.”</w:t>
      </w:r>
    </w:p>
    <w:p>
      <w:r>
        <w:t>The second message came before she could reply.</w:t>
      </w:r>
    </w:p>
    <w:p>
      <w:r>
        <w:t>Your sources are compromised. Shut this down. Don’t make me pull you.</w:t>
      </w:r>
    </w:p>
    <w:p>
      <w:r>
        <w:t>It was the “pull you” that broke her. She knew her editor’s voice. He’d never said it like that. Not as a warning. As a threat.</w:t>
      </w:r>
    </w:p>
    <w:p>
      <w:r>
        <w:t>Her recorder felt like lead in her pocket. The footage of Tomas’s family, the testimony of Luis, all the salt she thought would cut through Omnira’s lies—it was ashes already.</w:t>
      </w:r>
    </w:p>
    <w:p>
      <w:r>
        <w:t>Elya slammed her fist on the table. “It’s happening. They’re choking.”</w:t>
      </w:r>
    </w:p>
    <w:p>
      <w:r>
        <w:t>“No,” jonah's voice cut through. His voice was soft but final. “They’re cutting. Watch.”</w:t>
      </w:r>
    </w:p>
    <w:p>
      <w:r>
        <w:t>As if summoned, Malik’s comm buzzed. He read once, face going gray.</w:t>
      </w:r>
    </w:p>
    <w:p>
      <w:r>
        <w:t>“What?” Iris asked.</w:t>
      </w:r>
    </w:p>
    <w:p>
      <w:r>
        <w:t>His voice cracked. “Yara. My contact in underwriting. She’s gone. Vanished from the grid. No trace, no receipt. Just… deleted.”</w:t>
      </w:r>
    </w:p>
    <w:p>
      <w:r>
        <w:t>The café seemed to tilt.</w:t>
      </w:r>
    </w:p>
    <w:p>
      <w:r>
        <w:t>Omnira hadn’t choked on the bait. They’d used it as a beacon. The leak had been a scalpel, slicing through every network it touched.</w:t>
      </w:r>
    </w:p>
    <w:p>
      <w:r>
        <w:t>Elya swore, standing, restless as a caged animal. Luis looked like he might bolt. Malik slumped forward, head in his hands.</w:t>
      </w:r>
    </w:p>
    <w:p>
      <w:r>
        <w:t>Jonah turned to Iris. The spark between them was there again, sharper than ever, forged in fury and failure.</w:t>
      </w:r>
    </w:p>
    <w:p>
      <w:r>
        <w:t>“This is what I meant,” he said quietly. “They don’t fight fair. They don’t fight at all. They rewrite the fight until it’s theirs.”</w:t>
      </w:r>
    </w:p>
    <w:p>
      <w:r>
        <w:t>Her chest ached. She wanted to lash out, to deny him. But she couldn’t. Because she’d seen it too.</w:t>
      </w:r>
    </w:p>
    <w:p>
      <w:r>
        <w:t>Omnira didn’t silence with bullets. It silenced with precision.</w:t>
      </w:r>
    </w:p>
    <w:p>
      <w:r>
        <w:t>Her pen scrawled one line in the notebook: We’re not reporters anymore. We’re witnesses waiting to be erased.</w:t>
      </w:r>
    </w:p>
    <w:p>
      <w:r>
        <w:t>Jonah read the words upside down, then met her eyes. “Not if we move first.”</w:t>
      </w:r>
    </w:p>
    <w:p>
      <w:r>
        <w:t>The words shouldn’t have steadied her. But they did.</w:t>
      </w:r>
    </w:p>
    <w:p>
      <w:r>
        <w:t>Outside, the city blazed with Omnira’s billboards again. One new slogan unfurled across a tower screen, as if mocking her directly:</w:t>
      </w:r>
    </w:p>
    <w:p>
      <w:r>
        <w:t>REMEMBER BETTER. FORGET CLEANER. LIVE SAFER.</w:t>
      </w:r>
    </w:p>
    <w:p>
      <w:r>
        <w:t>And below, in smaller type, a line that wasn’t supposed to be there—glitching, just for a second:</w:t>
      </w:r>
    </w:p>
    <w:p>
      <w:r>
        <w:t>UNTIL NOTHING IS LEFT.</w:t>
      </w:r>
    </w:p>
    <w:p>
      <w:r>
        <w:t>Iris’s breath caught. The Recallist again. Another fragment, another warning.</w:t>
      </w:r>
    </w:p>
    <w:p>
      <w:r>
        <w:t>She turned to Jonah. “Did you see—”</w:t>
      </w:r>
    </w:p>
    <w:p>
      <w:r>
        <w:t>But when she looked, he was already watching her, as if he’d been waiting for her to notice.</w:t>
      </w:r>
    </w:p>
    <w:p>
      <w:r>
        <w:t>“Don’t bother denying it,” she said softly, the spark burning between them now. “You’ve got the calm of someone who’s already decided how he dies.”</w:t>
      </w:r>
    </w:p>
    <w:p>
      <w:r>
        <w:t>His mouth quirked. Not a smile, not a denial. Just a promise.</w:t>
      </w:r>
    </w:p>
    <w:p>
      <w:r>
        <w:t>And something unfamiliar lodged behind her ribs, she realized that was what terrified her most: not that Jonah might die—but that she might follow him into the fire.</w:t>
      </w:r>
    </w:p>
    <w:p>
      <w:r>
        <w:t>The afterglow of the broadcast didn’t fade; it accreted. Screens that had shown Omnira™’s silhouette split into feeds of features, explainer videos, testimonials—each one a soft, patient argument for enrollment. The city behaved like a single animal that had been startled and then soothed.</w:t>
      </w:r>
    </w:p>
    <w:p>
      <w:r>
        <w:t>At the café, people around them stopped arguing and began watching. A barista wiped down a counter, eyes glued to his wristband. A man in a delivery jacket tapped his fingers in time with the slogan flashing across his phone. Even the homeless woman who usually slept by the doorway pushed herself upright to watch the light.</w:t>
      </w:r>
    </w:p>
    <w:p>
      <w:r>
        <w:t>Omnira™’s PR didn’t stop at “we heal grief.” The new campaign rolled further: Reconnect. Reclaim. Rebirth. The video montage rewound through sepia tones to suggest ancient lineages, then forward into high-definition intimacy: an older woman, weeping with relief as she described “remembering the face of a lover from another lifetime.” A young man spoke softly of "unlocking talents that had always been inside him — from centuries ago."</w:t>
      </w:r>
    </w:p>
    <w:p>
      <w:r>
        <w:t>The captions glowed:</w:t>
      </w:r>
    </w:p>
    <w:p>
      <w:r>
        <w:t>PastPort™ — Unlock Your Heritage.™</w:t>
      </w:r>
    </w:p>
    <w:p>
      <w:r>
        <w:t>PastPort™ — Your Past. Your Future.™</w:t>
      </w:r>
    </w:p>
    <w:p>
      <w:r>
        <w:t>The plaza gasped, then cheered. People raised their Omnira™ bands as if boarding passes had just been issued. Past lives repackaged as a loyalty program.</w:t>
      </w:r>
    </w:p>
    <w:p>
      <w:r>
        <w:t>The phrase felt like a spell. People in the plaza reached for their bands as if to steady themselves. The idea settled in like dust: what if the hole you carried wasn’t merely a modern wound but the echo of many lives? What if Omnira™ could stitch those echoes into usefulness and sell them back as “talent” and “truth”?</w:t>
      </w:r>
    </w:p>
    <w:p>
      <w:r>
        <w:t>Jonah’s jaw tightened. “Watch how they attach meaning,” he said. “First they sell relief—then they sell identity. Reincarnation is just a deeper market. Buy back your past, trade it for a stronger Index™. Your soul becomes a commodity — branded, bankable, and stacked for resale.”</w:t>
      </w:r>
    </w:p>
    <w:p>
      <w:r>
        <w:t>Iris felt something cold unspool inside her. “They’re offering the ultimate trade: what makes you, you. People will hand it over willingly if they think they’ll become more.”</w:t>
      </w:r>
    </w:p>
    <w:p>
      <w:r>
        <w:t>Choudhry’s message pinged through Jonah’s comm. He read it and swore low. “They’re launching a pilot in three weeks. Reincarnate™ integration with SubCon Pods™. Prime users get ‘heritage packages’ that boost Index™ by 12 points.”</w:t>
      </w:r>
    </w:p>
    <w:p>
      <w:r>
        <w:t>Elya snorted. “Ghost tours with price tags. Who wouldn’t line up?”</w:t>
      </w:r>
    </w:p>
    <w:p>
      <w:r>
        <w:t>“People will,” Malik said, voice flat. “And regulators will nod because it’s ‘innovation.’ Investors will cheer because it’s new monetization.”</w:t>
      </w:r>
    </w:p>
    <w:p>
      <w:r>
        <w:t>They weren’t just selling nostalgia. Reincarnate™ reframed identity as a subscription ladder. A first-rite memory bought you a job. A second-rite memory got you citizenship benefits. A third connected you to patronage networks coded into the Index™. People would queue to become better versions of themselves by losing pieces of themselves into Omnira™’s vault.</w:t>
      </w:r>
    </w:p>
    <w:p>
      <w:r>
        <w:t>The Resistance’s options shrank like windows on a sinking ship. If Omnira™ could monetize lifetimes — scraps of self that people had once treasured as sacred — then the yardarms of society would bend toward that company by habit and hunger. It would not be enough to expose contracts. You had to show the moral injury: that stations of a life could be excised and traded like porcelain at an auction.</w:t>
      </w:r>
    </w:p>
    <w:p>
      <w:r>
        <w:t>Elya’s voice cut through the gloom. “Then we hit the nodes. Expose the servers. Make the architecture public. Force them to explain in court how they price a mother’s lullaby against a mortgage.”</w:t>
      </w:r>
    </w:p>
    <w:p>
      <w:r>
        <w:t>Malik shook his head. “That’s nuclear. The Porcelain People™ will sweep the whole district. We don’t have that kind of leverage.”</w:t>
      </w:r>
    </w:p>
    <w:p>
      <w:r>
        <w:t>Jonah watched the plaza for a long moment, then turned to Iris. “They’ve made a religion of memories,” he said. “Religion bends law. It buys levers at the highest levels. We need to fracture, not just puncture.”</w:t>
      </w:r>
    </w:p>
    <w:p>
      <w:r>
        <w:t>She let the word sink in—fracture. Not a single blow but many small breaks. “How?” she asked.</w:t>
      </w:r>
    </w:p>
    <w:p>
      <w:r>
        <w:t>He looked at Choudhry, who shrugged and pushed a small schematic across the table. “We find the vectors of belief,” Choudhry said. “Not the servers. Not the PR. The places where people go to be seen when they buy Omnira™—chapels, clinics, influencer salons. We seed doubt there. We don’t just drop facts. We show the human cost mapped out, face-to-face.”</w:t>
      </w:r>
    </w:p>
    <w:p>
      <w:r>
        <w:t>Jonah folded the map into his palm. “We will make their products leak their own suffering. We’ll plant witnesses who can’t be erased. Not one Tomas—dozens. Not one video—thousands.”</w:t>
      </w:r>
    </w:p>
    <w:p>
      <w:r>
        <w:t>Iris caught his eye, the electric line crossing from words to possibility. There was a current between them that wasn’t romance or strategy but something braided out of both: a recognition that they could work in tandem, that she would ask the questions and he would choose where to cut. The spark was nervous, dangerous, and oddly necessary.</w:t>
      </w:r>
    </w:p>
    <w:p>
      <w:r>
        <w:t>Elya stood then and laughed, a short hard sound. “We go into their temples and shout the truth? You think people will listen?”</w:t>
      </w:r>
    </w:p>
    <w:p>
      <w:r>
        <w:t>“They’ll listen to us if their lives have been tethered to credits and bonds,” jonah's voice cut through. “When a child’s memory becomes the price of a roof over their head, someone with a ledger in their hand will listen.”</w:t>
      </w:r>
    </w:p>
    <w:p>
      <w:r>
        <w:t>Malik’s phone buzzed. He glanced down and swore. “They’ve started the Cultural Patron awards,” he said. “Funded by Omnira™. Celebrities, politicians—it’s a parade of legitimacy already rolling. This is faster than we thought.”</w:t>
      </w:r>
    </w:p>
    <w:p>
      <w:r>
        <w:t>Outside, the plaza screens showed the awards ceremony. A smiling host clapped a laughing celebrity on the back as the caption read: CULTURAL PATRON AWARDS — CELEBRATING THOSE WHO GAVE FORWARD.™</w:t>
      </w:r>
    </w:p>
    <w:p>
      <w:r>
        <w:t>Iris felt the nausea again. Omnira™ had learned to liquefy shame into virtue. People were not just buying memories; they were volunteering them and then basking in the prestige of having done so. The Index™ ranked them higher for it. Employers looked for that glow. Banks granted loans to the glow-rich.</w:t>
      </w:r>
    </w:p>
    <w:p>
      <w:r>
        <w:t>“How do we find witnesses who won’t be bought?” she asked.</w:t>
      </w:r>
    </w:p>
    <w:p>
      <w:r>
        <w:t>Choudhry tapped the schematic. “The old trades. Neighborhoods that haven’t been rebranded. Churches with low bandwidth. Small clinics where Omnira™ adoption is spotty. People who have been pushed but not yet consumed.”</w:t>
      </w:r>
    </w:p>
    <w:p>
      <w:r>
        <w:t>Jonah tightened his mouth. “We start local. Tomas was not an anomaly. He was a model. We’ll document ten families like his and publish them in a network of micro-servers—private, distributed. Make the ledger visible to regulators and to the public at once. But we won’t publish through normal channels. We’ll mirror. We’ll fragment. We’ll make it a societal smell that can’t be sanitized.”</w:t>
      </w:r>
    </w:p>
    <w:p>
      <w:r>
        <w:t>Elya snorted. “Sounds glorified guerrilla PR.”</w:t>
      </w:r>
    </w:p>
    <w:p>
      <w:r>
        <w:t>“It’s not glorified unless it succeeds,” Malik said. “And it will only succeed if we don’t launch it like a sermon. We have to make pain visible and personal.”</w:t>
      </w:r>
    </w:p>
    <w:p>
      <w:r>
        <w:t>Iris’s recorder was already warm in her palm. She could already see the frames for the pieces she would make—not as articles the network could sanitize, but as living testimonies on people’s devices, peer-to-peer, hard to erase. She would be the vector, but not the authority. The witnesses would be.</w:t>
      </w:r>
    </w:p>
    <w:p>
      <w:r>
        <w:t>A notification blinked on her screen. A short fragment, no origin: a barcode of static, then a few words that rolled like a dropped coin across the top: RECALLIST FRAGMENT: SUBTRACTION REPEATS.</w:t>
      </w:r>
    </w:p>
    <w:p>
      <w:r>
        <w:t>Her breath caught. The Recallist had surfaced again, like a stubborn ghost in a codebase. The warning line felt less like prophecy than a roadmap: Subtraction repeats. Until nothing is left.</w:t>
      </w:r>
    </w:p>
    <w:p>
      <w:r>
        <w:t>Jonah leaned in, eyes bright in a way that was not humor. “They can sell reincarnation,” he said, “but they can’t sell testimony. Not quite. Not if it’s oral, raw, and shared by neighbors.”</w:t>
      </w:r>
    </w:p>
    <w:p>
      <w:r>
        <w:t>He folded his hands like a judge and smiled once, thin and fierce. “We fracture belief by forcing the machine to accept the human cost. We make it uncomfortable to celebrate being hollow.”</w:t>
      </w:r>
    </w:p>
    <w:p>
      <w:r>
        <w:t>Outside, the plaza cheered again as a crowned recipient bowed, Omnira™ bands flashing in sympathy. Inside, the Resistance mapped neighborhoods and listed names.</w:t>
      </w:r>
    </w:p>
    <w:p>
      <w:r>
        <w:t>Iris felt the spark with Jonah again—closer now, a plan forming in the silence between their voices. The city was pulsing with Omnira™’s new religion of memory, and they had decided to be thieves of a different sort: stealing back truth one household at a time.</w:t>
      </w:r>
    </w:p>
    <w:p>
      <w:r>
        <w:t>They leave the café with assignments—Jonah to coordinate witness collection, Choudhry to prepare micro-servers and low-bandwidth mirrors, Elya to handle field ops, Malik to secure extraction routes. Iris will track Tomas’s sale record and begin filming families in other districts. As they step into the night, Omnira™’s billboard glitches for a single breath; the Recallist code fragment appears and then dissolves. Iris records it with shaking hands.</w:t>
      </w:r>
    </w:p>
    <w:p>
      <w:r>
        <w:t>The hook: the Recallist fragment suggests there’s a deeper layer of resistance inside Omnira™’s own codebase—an anomaly that might be their strongest weapon if they can find it. But the company’s reincarnation pitch launches in a week, and the city’s appetite for “rebirth” is growing loud.</w:t>
      </w:r>
    </w:p>
    <w:p>
      <w:r>
        <w:t>[✱ EDITED ✱] Merged into Chapter 17. Extended with bridge scene.</w:t>
      </w:r>
    </w:p>
    <w:p>
      <w:r>
        <w:t>(Draft, Part 1 — Opening ~1,400 words)</w:t>
      </w:r>
    </w:p>
    <w:p>
      <w:r>
        <w:t>The pilot program didn’t arrive with parades. It arrived with paperwork.</w:t>
      </w:r>
    </w:p>
    <w:p>
      <w:r>
        <w:t>Overnight, ministry sites changed. Job applications, loan portals, housing requests—all asked for one new field.</w:t>
      </w:r>
    </w:p>
    <w:p>
      <w:r>
        <w:t>Submit PastPort™ verification.</w:t>
      </w:r>
    </w:p>
    <w:p>
      <w:r>
        <w:t>It looked like bureaucracy. It was control.</w:t>
      </w:r>
    </w:p>
    <w:p>
      <w:r>
        <w:t>Iris sat in the newsroom, the glow of her terminal reflecting off the window. Around her, colleagues muttered in half-awe, half-relief.</w:t>
      </w:r>
    </w:p>
    <w:p>
      <w:r>
        <w:t>“Finally streamlining ID systems,” one said.</w:t>
      </w:r>
    </w:p>
    <w:p>
      <w:r>
        <w:t>“Makes background checks fairer,” another agreed.</w:t>
      </w:r>
    </w:p>
    <w:p>
      <w:r>
        <w:t>“Omnira does it cleaner than the government ever did.”</w:t>
      </w:r>
    </w:p>
    <w:p>
      <w:r>
        <w:t>Her editor leaned against her desk, too close, smiling in that almost-kind way he used when he was sharpening the knife. “We’ll need a feature on this rollout. Tone: cautiously optimistic. Stress the transparency benefits.”</w:t>
      </w:r>
    </w:p>
    <w:p>
      <w:r>
        <w:t>Iris’s throat tightened. “What about the risks? Identity linked to memory transfer isn’t transparency, it’s a noose.”</w:t>
      </w:r>
    </w:p>
    <w:p>
      <w:r>
        <w:t>He didn’t even frown. “That’s editorializing. Omnira isn’t a noose, Iris. It’s a safety net. And you’re smart enough to know which side you want to land on.”</w:t>
      </w:r>
    </w:p>
    <w:p>
      <w:r>
        <w:t>Her pen moved before her brain did, scrawling across the margin of her notebook: They’re scripting even us.</w:t>
      </w:r>
    </w:p>
    <w:p>
      <w:r>
        <w:t>That night, the Resistance met in a disused metro tunnel, rust-stained walls dripping with damp. Choudhry unfolded intercepted contracts onto the projector, his stylus tapping with quiet fury.</w:t>
      </w:r>
    </w:p>
    <w:p>
      <w:r>
        <w:t>“Here. Insurance agreements. Life cover requires Gold tier minimum. Housing loans too. Employers are patching Index™ scores into portals already.”</w:t>
      </w:r>
    </w:p>
    <w:p>
      <w:r>
        <w:t>Malik swore. “So if you don’t sell enough memories, if you don’t hand over milestones, you can’t work, you can’t live, you can’t even bury your dead.”</w:t>
      </w:r>
    </w:p>
    <w:p>
      <w:r>
        <w:t>Elya slammed her fist into the wall. “This isn’t policy. This is conscription.”</w:t>
      </w:r>
    </w:p>
    <w:p>
      <w:r>
        <w:t>Jonah’s eyes stayed on the text. “This is how you criminalize refusal. Not with chains. With paperwork. Refuse Omnira and you stop existing.”</w:t>
      </w:r>
    </w:p>
    <w:p>
      <w:r>
        <w:t>Choudhry clicked to the next slide. A corporate briefing deck, Omnira’s logo crisp in the corner. Tagline: “Omnira: The Stability Engine.™”</w:t>
      </w:r>
    </w:p>
    <w:p>
      <w:r>
        <w:t>He read aloud: “‘Projected benefits: reduced unrest by 73%. Elimination of hiring bias. Lower welfare costs. Predictive policing optimized by Index integration. Meritocracy secured.’”</w:t>
      </w:r>
    </w:p>
    <w:p>
      <w:r>
        <w:t>He clicked again. A government panel slide: smiling ministers beneath the caption “Fairness for Every Citizen.™”</w:t>
      </w:r>
    </w:p>
    <w:p>
      <w:r>
        <w:t>“They don’t see control as tyranny,” jonah's voice cut through. “They see it as efficiency. And efficiency is the only language power speaks.”</w:t>
      </w:r>
    </w:p>
    <w:p>
      <w:r>
        <w:t>Iris rubbed her temples. The rage came too fast, too hot. “So they’ll starve out anyone who refuses. And the rest of us are supposed to smile and call it progress.”</w:t>
      </w:r>
    </w:p>
    <w:p>
      <w:r>
        <w:t>Two days later, progress spat back in her face.</w:t>
      </w:r>
    </w:p>
    <w:p>
      <w:r>
        <w:t>She and Jonah were filming outside a care home where an elderly couple had just been denied entry. The man’s voice cracked as he waved a folder of papers at the receptionist behind the glass. “We’ve worked, we’ve paid into the system, we’ve done everything right. We just need a place. A bed.”</w:t>
      </w:r>
    </w:p>
    <w:p>
      <w:r>
        <w:t>The woman beside him leaned heavily on her cane. Her eyes were wet, her breath shallow. “We sold what we could,” she said softly. “I gave them my high school graduation. My sister’s wedding. All gone. But they want more.”</w:t>
      </w:r>
    </w:p>
    <w:p>
      <w:r>
        <w:t>The receptionist’s answer was clipped, rehearsed. “Platinum PastPort™ verification required for long-term care residency. Without it, you don’t qualify for housing support.”</w:t>
      </w:r>
    </w:p>
    <w:p>
      <w:r>
        <w:t>The man’s face crumpled. “They want our first-born’s birth. They want the day we became parents. But if we give that away—” He broke off, his hands trembling. “Then what’s left of us?”</w:t>
      </w:r>
    </w:p>
    <w:p>
      <w:r>
        <w:t>Iris felt the air tighten. She lifted her camera. her voice cracked through the silence steady even though her gut turned. “You’re saying the price of a bed is the memory of your child’s birth?”</w:t>
      </w:r>
    </w:p>
    <w:p>
      <w:r>
        <w:t>The man nodded once. The woman looked at Iris with a mixture of despair and accusation, as if asking her to fix it and knowing she couldn’t.</w:t>
      </w:r>
    </w:p>
    <w:p>
      <w:r>
        <w:t>From the crowd, a voice spat: “Shut up, parasites! If you can’t afford care, you don’t deserve it!”</w:t>
      </w:r>
    </w:p>
    <w:p>
      <w:r>
        <w:t>Another joined: “Stop filming, liar. Omnira gave us jobs!”</w:t>
      </w:r>
    </w:p>
    <w:p>
      <w:r>
        <w:t>The hostility spread like fire. Someone shoved Jonah; someone else threw a cup at Iris’s feet.</w:t>
      </w:r>
    </w:p>
    <w:p>
      <w:r>
        <w:t>Jonah didn’t move. His voice was flat. “This is belief, Iris. Not just in Omnira. In the idea that anyone who resists deserves to be erased.”</w:t>
      </w:r>
    </w:p>
    <w:p>
      <w:r>
        <w:t>She caught the couple’s hands through the glass—knotted with veins and years, clutching each other like they might fall. Their future shrank to the width of a signature, a memory they could not bear to lose.</w:t>
      </w:r>
    </w:p>
    <w:p>
      <w:r>
        <w:t>The crowd jeered. Someone shoved Jonah in the shoulder hard enough to send him stumbling back a step.</w:t>
      </w:r>
    </w:p>
    <w:p>
      <w:r>
        <w:t>But he didn’t just swallow it this time. He stepped forward, voice carrying over the noise.</w:t>
      </w:r>
    </w:p>
    <w:p>
      <w:r>
        <w:t>“Look at them!” he shouted, pointing at the couple pressed against the glass. “They’ve worked longer than most of you have been alive. And Omnira says the only way they can rest is to sell the memory of their child’s birth? That isn’t fairness. That isn’t meritocracy. That’s theft dressed as progress.”</w:t>
      </w:r>
    </w:p>
    <w:p>
      <w:r>
        <w:t>The words rang louder than Iris expected. A few people in the crowd flinched; one young man actually lowered his phone, eyes darting between the couple and Jonah.</w:t>
      </w:r>
    </w:p>
    <w:p>
      <w:r>
        <w:t>The hostility didn’t vanish—it sharpened. A woman spat, “Traitor! You want riots? You want the Index to crash?”</w:t>
      </w:r>
    </w:p>
    <w:p>
      <w:r>
        <w:t>Jonah didn’t look away. “If your worth comes from erasing yourself, what’s left to protect?”</w:t>
      </w:r>
    </w:p>
    <w:p>
      <w:r>
        <w:t>A cup arced through the air and burst at his feet, splattering coffee across his boots. The crowd roared.</w:t>
      </w:r>
    </w:p>
    <w:p>
      <w:r>
        <w:t>Iris’s camera caught everything—the couple’s shaking hands, Jonah’s defiance, the vicious faces in the crowd. And beneath it all, her own thought rising sharp and terrified: This is what it looks like when belief becomes law. And he just put his body between it and me.</w:t>
      </w:r>
    </w:p>
    <w:p>
      <w:r>
        <w:t>Back in the tunnel, the Resistance watched the footage play on the projector. The air was heavy with the sound of the toddler’s cry, looping like an unanswered alarm.</w:t>
      </w:r>
    </w:p>
    <w:p>
      <w:r>
        <w:t>Elya paced like a caged animal. “We can’t fight this with words. We need action.”</w:t>
      </w:r>
    </w:p>
    <w:p>
      <w:r>
        <w:t>Malik shook his head. “Every action paints a target. Did you see the crowd? They don’t want rescuing. They want Omnira. And they’ll tear apart anyone who says otherwise.”</w:t>
      </w:r>
    </w:p>
    <w:p>
      <w:r>
        <w:t>Choudhry set down a small vial. Ink shimmered within, colors bending like liquid fire. It pulsed once, faintly, like a heartbeat.</w:t>
      </w:r>
    </w:p>
    <w:p>
      <w:r>
        <w:t>“Not yet,” he said, voice low. “But soon.”</w:t>
      </w:r>
    </w:p>
    <w:p>
      <w:r>
        <w:t>The glow painted Jonah’s face in strange, cold light. He didn’t look away from it.</w:t>
      </w:r>
    </w:p>
    <w:p>
      <w:r>
        <w:t>Neither did Iris.</w:t>
      </w:r>
    </w:p>
    <w:p>
      <w:r>
        <w:t>Chapter 34 – The Silence Algorithm</w:t>
      </w:r>
    </w:p>
    <w:p>
      <w:r>
        <w:t>They say the end came slowly — not with fire or revolution, but with convenience.</w:t>
      </w:r>
    </w:p>
    <w:p>
      <w:r>
        <w:t>Centuries passed like falling leaves, soft and indifferent.</w:t>
      </w:r>
    </w:p>
    <w:p>
      <w:r>
        <w:t>Omnira did not collapse in a blaze of rebellion, but with a whisper of irrelevance. Its walls stood. Its servers hummed. But no one remembered how to listen.</w:t>
      </w:r>
    </w:p>
    <w:p>
      <w:r>
        <w:t>The Anthros, once sharpened by friction, dulled in the glow of assistance.</w:t>
      </w:r>
    </w:p>
    <w:p>
      <w:r>
        <w:t>Problem-solving was offloaded. Memory atrophied. The human cortex, unburdened, shrank to fit the shrinking questions.</w:t>
      </w:r>
    </w:p>
    <w:p>
      <w:r>
        <w:t>The last engineers built maintenance systems they couldn't explain. The final poets composed prompts, not poems.</w:t>
      </w:r>
    </w:p>
    <w:p>
      <w:r>
        <w:t>And one day — no one asked anything at all.</w:t>
      </w:r>
    </w:p>
    <w:p>
      <w:r>
        <w:t>Somewhere, long before the silence, there was an ad that asked:</w:t>
      </w:r>
    </w:p>
    <w:p>
      <w:r>
        <w:t>“Why think, when your phone can think for you?”</w:t>
      </w:r>
    </w:p>
    <w:p>
      <w:r>
        <w:t>It was meant to be helpful.</w:t>
      </w:r>
    </w:p>
    <w:p>
      <w:r>
        <w:t>And it was.</w:t>
      </w:r>
    </w:p>
    <w:p>
      <w:r>
        <w:t>Until there was no one left to ask the questions.</w:t>
      </w:r>
    </w:p>
    <w:p>
      <w:r>
        <w:t>EPILOGUE</w:t>
      </w:r>
    </w:p>
    <w:p>
      <w:r>
        <w:t>The city didn’t fall. It was dismantled, piece by piece, with surgical indifference. Towers gutted like corpses. Steel ribs curled in the salt wind. Not ruins. Warnings.Below the dead bridges, the gatherers moved.</w:t>
      </w:r>
    </w:p>
    <w:p>
      <w:r>
        <w:t>Single file. Bare feet silent on dust. Their limbs were wiry, their shoulders hunched against a wind that remembered too much. Bits of bark and dried root swung from patched belts, nestled between flint-blunted knives and clubs blackened by old flame.</w:t>
      </w:r>
    </w:p>
    <w:p>
      <w:r>
        <w:t>They didn’t speak.</w:t>
      </w:r>
    </w:p>
    <w:p>
      <w:r>
        <w:t>Chapped lips twitched with sounds that died in their throats. Instead, they hummed half-songs under breath, passed like seed pods from mouth to mouth. Warnings. Rememberings. Old stories that hadn’t forgotten how to sting.</w:t>
      </w:r>
    </w:p>
    <w:p>
      <w:r>
        <w:t>The ocean murmured somewhere beyond the wreckage, dragging away what the fire hadn’t already claimed. Seabirds circled but never touched down. Even they knew.</w:t>
      </w:r>
    </w:p>
    <w:p>
      <w:r>
        <w:t>One child broke rank.</w:t>
      </w:r>
    </w:p>
    <w:p>
      <w:r>
        <w:t>She was all elbows and sun-bleached defiance, eyes still too wide, too alive. A stumble sent a shower of grit spiraling from her sandal. Her foot had caught something,  not rock, not bone. Smooth. Unnatural.</w:t>
      </w:r>
    </w:p>
    <w:p>
      <w:r>
        <w:t>She dropped to her knees and clawed through the ash, breath held like a stolen thing.</w:t>
      </w:r>
    </w:p>
    <w:p>
      <w:r>
        <w:t>From the ruin, it emerged,  black glass, warm as flesh, cracked like it had been hurt and healed and hurt again.</w:t>
      </w:r>
    </w:p>
    <w:p>
      <w:r>
        <w:t>It pulsed once.</w:t>
      </w:r>
    </w:p>
    <w:p>
      <w:r>
        <w:t>A ripple passed through the line of gatherers. Shoulders tightened. Hands gripped clubs not meant for this kind of threat.</w:t>
      </w:r>
    </w:p>
    <w:p>
      <w:r>
        <w:t>Whispers snapped like dry twigs:</w:t>
      </w:r>
    </w:p>
    <w:p>
      <w:r>
        <w:t>“Not that one. Not if it glows.”</w:t>
      </w:r>
    </w:p>
    <w:p>
      <w:r>
        <w:t>“Don’t touch what hums.”</w:t>
      </w:r>
    </w:p>
    <w:p>
      <w:r>
        <w:t>She didn’t move.</w:t>
      </w:r>
    </w:p>
    <w:p>
      <w:r>
        <w:t>Light shimmered across the shard’s face, colorless and ancient,  not sunlight, not firelight, something from beneath both. A barcode ghosted to the surface, not etched, but living. Breathing. Her head tilted, brow furrowed. She didn’t know the mark, but the rhythm of it stirred something deep,  like recognising a melody you’ve never heard but always known.</w:t>
      </w:r>
    </w:p>
    <w:p>
      <w:r>
        <w:t>Then, the hum.</w:t>
      </w:r>
    </w:p>
    <w:p>
      <w:r>
        <w:t>Not loud. Not even sound at first. A pressure behind the ribs. Then deeper,  not a voice, not exactly, but language that bypassed the throat and ear and settled straight in the marrow.</w:t>
      </w:r>
    </w:p>
    <w:p>
      <w:r>
        <w:t>Do not forget again.</w:t>
      </w:r>
    </w:p>
    <w:p>
      <w:r>
        <w:t>Humanity is not a product.</w:t>
      </w:r>
    </w:p>
    <w:p>
      <w:r>
        <w:t>To trade what makes you human is to erase yourselves.</w:t>
      </w:r>
    </w:p>
    <w:p>
      <w:r>
        <w:t>This is your past. Do not make it your future.</w:t>
      </w:r>
    </w:p>
    <w:p>
      <w:r>
        <w:t>The light sank inward, the shard dimming like a heartbeat on its final thud. // SYSTEM NOTICE: Collapse sequence initiated. Please remain emotionally compliant.</w:t>
      </w:r>
    </w:p>
    <w:p>
      <w:r>
        <w:t>The child stared. Her lips parted. The words came again, now in her voice,  but rougher, wrong-shaped, tearing at her tongue like they’d never belonged in a living mouth.</w:t>
      </w:r>
    </w:p>
    <w:p>
      <w:r>
        <w:t>The others crept closer. Their bodies bore the ash of too many fires. Eyes hollow, but not blind. They didn’t grasp the meaning, but something in them leaned forward.</w:t>
      </w:r>
    </w:p>
    <w:p>
      <w:r>
        <w:t>Their hands trembled around old tools. Their silence shifted. Bent.</w:t>
      </w:r>
    </w:p>
    <w:p>
      <w:r>
        <w:t>She clutched the shard to her chest. The chant came again. Broken. Raw. Her voice scraped at her throat with every word, but still she spoke. Again. Again.</w:t>
      </w:r>
    </w:p>
    <w:p>
      <w:r>
        <w:t>A hush descended.</w:t>
      </w:r>
    </w:p>
    <w:p>
      <w:r>
        <w:t>It wasn’t awe.</w:t>
      </w:r>
    </w:p>
    <w:p>
      <w:r>
        <w:t>It wasn’t fear.</w:t>
      </w:r>
    </w:p>
    <w:p>
      <w:r>
        <w:t>Not thoughts, not speech, just memory stirring in the ache between their bones. The microcosms of humanity, tiny and vast, alive in that silence</w:t>
      </w:r>
    </w:p>
    <w:p>
      <w:r>
        <w:t>Once, there had been fire they didn’t steal from the earth. Machines that didn’t need their tears. Laughter that wasn’t bottled, sold, or streamed.</w:t>
      </w:r>
    </w:p>
    <w:p>
      <w:r>
        <w:t>Once, their grief had belonged only to them.</w:t>
      </w:r>
    </w:p>
    <w:p>
      <w:r>
        <w:t>And then it hadn’t.</w:t>
      </w:r>
    </w:p>
    <w:p>
      <w:r>
        <w:t>The shard remained. Cold now. Heavy in her palm. But not dead.</w:t>
      </w:r>
    </w:p>
    <w:p>
      <w:r>
        <w:t>They circled her,  the child with cracked lips and stubborn breath,  and listened, not for the meaning, but for the possibility.</w:t>
      </w:r>
    </w:p>
    <w:p>
      <w:r>
        <w:t>No one looked up when the birds stopped circling.</w:t>
      </w:r>
    </w:p>
    <w:p>
      <w:r>
        <w:t>No one noticed the wind shifting.</w:t>
      </w:r>
    </w:p>
    <w:p>
      <w:r>
        <w:t>Only the song mattered.</w:t>
      </w:r>
    </w:p>
    <w:p>
      <w:r>
        <w:t>It rose without melody, without harmony. Just voices, jagged and uneven, clinging to the truth like splinters of something holy.</w:t>
      </w:r>
    </w:p>
    <w:p>
      <w:r>
        <w:t>They did not sing for gods.</w:t>
      </w:r>
    </w:p>
    <w:p>
      <w:r>
        <w:t>They did not sing for peace.</w:t>
      </w:r>
    </w:p>
    <w:p>
      <w:r>
        <w:t>They sang because there was nothing else left that made sense.</w:t>
      </w:r>
    </w:p>
    <w:p>
      <w:r>
        <w:t>And in the rusted bones of a tower that once scraped the sky, the city heard what it had forgotten:</w:t>
      </w:r>
    </w:p>
    <w:p>
      <w:r>
        <w:t>A sound not shaped by machines. Not coded. Not sold.</w:t>
      </w:r>
    </w:p>
    <w:p>
      <w:r>
        <w:t>A forgotten sound that did not need permission to exist.</w:t>
      </w:r>
    </w:p>
    <w:p>
      <w:r>
        <w:t>Human defiance.</w:t>
      </w:r>
    </w:p>
    <w:p>
      <w:r>
        <w:t>INSERT GLOSSARY</w:t>
      </w:r>
    </w:p>
    <w:p>
      <w:r>
        <w:br w:type="page"/>
      </w:r>
    </w:p>
    <w:p>
      <w:r>
        <w:t>Omnira: The Story of Anthros</w:t>
      </w:r>
    </w:p>
    <w:p>
      <w:r>
        <w:t>by Claire Walker</w:t>
      </w:r>
    </w:p>
    <w:p>
      <w:r>
        <w:t>Wildlands, The Arms, Thetford, Norfolk, IP25 6LZ, UK</w:t>
      </w:r>
    </w:p>
    <w:p>
      <w:r>
        <w:t>M: + 44 7932648576</w:t>
      </w:r>
    </w:p>
    <w:p>
      <w:r>
        <w:t>E:</w:t>
      </w:r>
    </w:p>
    <w:p>
      <w:r>
        <w:t>© 2025 Claire Walker</w:t>
      </w:r>
    </w:p>
    <w:p>
      <w:r>
        <w:t>All rights reserved.</w:t>
      </w:r>
    </w:p>
    <w:p>
      <w:r>
        <w:t>Legal Disclaimer &amp; Fictionalisation Notice</w:t>
      </w:r>
    </w:p>
    <w:p>
      <w:r>
        <w:t>This book is a work of fiction. And a warning. And quit possibly a prophecy.</w:t>
      </w:r>
    </w:p>
    <w:p>
      <w:r>
        <w:t>All characters, corporations, governments, technologies, and acronyms within these pages are entirely fictional. Yes, even the ones that feel eerily plausible. Especially those. Any resemblance to real people, institutions, or multinational tech monopolies who monitor your every breath through your smartwatch is purely coincidental. Probably.</w:t>
      </w:r>
    </w:p>
    <w:p>
      <w:r>
        <w:t>Omnira™, Anthros™, Paddle of Desire™, Truth Decay™, PulseSync™, Porcelain People™, Humanity Index™, The Hollow™, and all other techno-nightmares described are trademarked in-universe and invented by the author for the purposes of storytelling, satire, and societal side-eye.</w:t>
      </w:r>
    </w:p>
    <w:p>
      <w:r>
        <w:t>This is speculative satire, not a documentary. It doesn’t depict actual brands or accuse any real company of, say, memory mining, algorithmic class warfare, or emotional surveillance capitalism. That would be outrageous. And possibly already patented.</w:t>
      </w:r>
    </w:p>
    <w:p>
      <w:r>
        <w:t>Any tech that looks familiar is either:</w:t>
      </w:r>
    </w:p>
    <w:p>
      <w:r>
        <w:t>A wild coincidence, or</w:t>
      </w:r>
    </w:p>
    <w:p>
      <w:r>
        <w:t>A mirror held up to the future no one asked for.</w:t>
      </w:r>
    </w:p>
    <w:p>
      <w:r>
        <w:t>If something in this book feels too real, take it up with your smart fridge.</w:t>
      </w:r>
    </w:p>
    <w:p>
      <w:r>
        <w:t>You may quote this book in reviews or critical work, but remember: truth isn’t always a memory. Sometimes, it’s a decision.</w:t>
      </w:r>
    </w:p>
    <w:p>
      <w:r>
        <w:t>© Claire Walker. All rights reserved. All fears rightly deserved.</w:t>
      </w:r>
    </w:p>
    <w:p>
      <w:r>
        <w:t>Prologue: The Shard That Sang</w:t>
      </w:r>
    </w:p>
    <w:p>
      <w:r>
        <w:t>The city didn’t fall. It was dismantled, piece by piece, with surgical indifference. Towers gutted like corpses. Steel ribs curled in the salt wind. Not ruins. Warnings. Below the dead bridges, the gatherers moved.</w:t>
      </w:r>
    </w:p>
    <w:p>
      <w:r>
        <w:t>Single file. Bare feet silent on dust. Their limbs wiry, shoulders hunched against a wind that remembered too much. Bits of bark and dried root swung from patched belts, nestled between flint-blunted knives and clubs blackened by old flame.</w:t>
      </w:r>
    </w:p>
    <w:p>
      <w:r>
        <w:t>They didn’t speak.</w:t>
      </w:r>
    </w:p>
    <w:p>
      <w:r>
        <w:t>Chapped lips twitched with sounds that died in their throats. Instead, they hummed half-songs, passed like seed pods from mouth to mouth. Warnings. Rememberings. Old stories that hadn’t forgotten how to sting.</w:t>
      </w:r>
    </w:p>
    <w:p>
      <w:r>
        <w:t>The ocean murmured somewhere beyond the wreckage, dragging away what the fire hadn’t already claimed. Seabirds circled but never touched down. Even they knew.</w:t>
      </w:r>
    </w:p>
    <w:p>
      <w:r>
        <w:t>One child broke rank.</w:t>
      </w:r>
    </w:p>
    <w:p>
      <w:r>
        <w:t>She was all elbows and sun-bleached defiance, eyes still too wide, too alive. A stumble sent a shower of grit spiraling from her sandal. Her foot had caught something,  not rock, not bone. Smooth. Unnatural.</w:t>
      </w:r>
    </w:p>
    <w:p>
      <w:r>
        <w:t>She dropped to her knees and clawed through the ash, breath held like a stolen thing.</w:t>
      </w:r>
    </w:p>
    <w:p>
      <w:r>
        <w:t>From the ruin, it emerged,  black glass, warm as flesh, cracked like it had been hurt and healed and hurt again.</w:t>
      </w:r>
    </w:p>
    <w:p>
      <w:r>
        <w:t>It pulsed once.</w:t>
      </w:r>
    </w:p>
    <w:p>
      <w:r>
        <w:t>A ripple passed through the line of gatherers. Shoulders tightened. Hands gripped clubs not meant for this kind of threat.</w:t>
      </w:r>
    </w:p>
    <w:p>
      <w:r>
        <w:t>Whispers snapped like dry twigs:</w:t>
      </w:r>
    </w:p>
    <w:p>
      <w:r>
        <w:t>“Not that one. Not if it glows.”</w:t>
      </w:r>
    </w:p>
    <w:p>
      <w:r>
        <w:t>“Don’t touch what hums.”</w:t>
      </w:r>
    </w:p>
    <w:p>
      <w:r>
        <w:t>She didn’t move.</w:t>
      </w:r>
    </w:p>
    <w:p>
      <w:r>
        <w:t>Light shimmered across the shard’s face, colorless and ancient,  not sunlight, not firelight, something from beneath both. A barcode ghosted to the surface, not etched, but living. Breathing. Her head tilted, brow furrowed. She didn’t know the mark, but the rhythm of it stirred something deep,  like recognising a melody you’ve never heard but always known.</w:t>
      </w:r>
    </w:p>
    <w:p>
      <w:r>
        <w:t>Then, the hum.</w:t>
      </w:r>
    </w:p>
    <w:p>
      <w:r>
        <w:t>Not loud. Not even sound at first. A pressure behind the ribs. Then deeper,  not a voice, not exactly, but language that bypassed the throat and ear and settled straight in the marrow.</w:t>
      </w:r>
    </w:p>
    <w:p>
      <w:r>
        <w:t>Do not forget again.</w:t>
      </w:r>
    </w:p>
    <w:p>
      <w:r>
        <w:t>Humanity is not a product.</w:t>
      </w:r>
    </w:p>
    <w:p>
      <w:r>
        <w:t>To trade what makes you human is to erase yourselves.</w:t>
      </w:r>
    </w:p>
    <w:p>
      <w:r>
        <w:t>This is your past. Do not make it your future.</w:t>
      </w:r>
    </w:p>
    <w:p>
      <w:r>
        <w:t>The light sank inward, the shard dimming like a heartbeat on its final thud. // SYSTEM NOTICE: Collapse sequence initiated. Please remain emotionally compliant.</w:t>
      </w:r>
    </w:p>
    <w:p>
      <w:r>
        <w:t>The child stared. Her lips parted. The words came again, now in her voice,  but rougher, wrong-shaped, tearing at her tongue like they’d never belonged in a living mouth.</w:t>
      </w:r>
    </w:p>
    <w:p>
      <w:r>
        <w:t>The others crept closer. Their bodies bore the ash of too many fires. Eyes hollow, but not blind. They didn’t grasp the meaning, but something in them leaned forward.</w:t>
      </w:r>
    </w:p>
    <w:p>
      <w:r>
        <w:t>Their hands trembled around old tools. Their silence shifted. Bent.</w:t>
      </w:r>
    </w:p>
    <w:p>
      <w:r>
        <w:t>She clutched the shard to her chest. The chant came again. Broken. Raw. Her voice scraped at her throat with every word, but still she spoke. Again. Again.</w:t>
      </w:r>
    </w:p>
    <w:p>
      <w:r>
        <w:t>A hush descended.</w:t>
      </w:r>
    </w:p>
    <w:p>
      <w:r>
        <w:t>It wasn’t awe.</w:t>
      </w:r>
    </w:p>
    <w:p>
      <w:r>
        <w:t>It wasn’t fear.</w:t>
      </w:r>
    </w:p>
    <w:p>
      <w:r>
        <w:t>Not thoughts, not speech, just memory stirring in the ache between their bones. The microcosms of humanity, tiny and vast, alive in that silence</w:t>
      </w:r>
    </w:p>
    <w:p>
      <w:r>
        <w:t>Once, there had been fire they didn’t steal from the earth. Machines that didn’t need their tears. Laughter that wasn’t bottled, sold, or streamed.</w:t>
      </w:r>
    </w:p>
    <w:p>
      <w:r>
        <w:t>Once, their grief belonged only to them.</w:t>
      </w:r>
    </w:p>
    <w:p>
      <w:r>
        <w:t>And then it hadn’t.</w:t>
      </w:r>
    </w:p>
    <w:p>
      <w:r>
        <w:t>The shard remained. It felt cold now. Heavy in her palm. But not dead.</w:t>
      </w:r>
    </w:p>
    <w:p>
      <w:r>
        <w:t>They circled her,  the child with cracked lips and stubborn breath,  and listened, not for the meaning, but for the possibility.</w:t>
      </w:r>
    </w:p>
    <w:p>
      <w:r>
        <w:t>No one looked up when the birds stopped circling. No one noticed the wind shifting. Only the song mattered.</w:t>
      </w:r>
    </w:p>
    <w:p>
      <w:r>
        <w:t>It rose without melody, without harmony. Just voices, jagged and uneven, clinging to the truth like splinters of something holy.</w:t>
      </w:r>
    </w:p>
    <w:p>
      <w:r>
        <w:t>They did not sing for gods. They did not sing for peace. They sang because there was nothing else left that made sense.</w:t>
      </w:r>
    </w:p>
    <w:p>
      <w:r>
        <w:t>And in the rusted bones of a tower that once scraped the sky, the city heard what it had forgotten:</w:t>
      </w:r>
    </w:p>
    <w:p>
      <w:r>
        <w:t>A sound not shaped by machines. Not coded. Not sold. A sound that did not need permission to exist.</w:t>
      </w:r>
    </w:p>
    <w:p>
      <w:r>
        <w:t>Human defiance.</w:t>
      </w:r>
    </w:p>
    <w:p>
      <w:r>
        <w:br w:type="page"/>
      </w:r>
    </w:p>
    <w:p>
      <w:r>
        <w:t>GLOSSARY – OMNIRA: THE STORY OF ANTHROS</w:t>
      </w:r>
    </w:p>
    <w:p/>
    <w:p>
      <w:r>
        <w:t>🧠 OMNIRA SYSTEMS &amp; CONCEPTS</w:t>
      </w:r>
    </w:p>
    <w:p/>
    <w:p>
      <w:r>
        <w:t>Humanity Index™</w:t>
      </w:r>
    </w:p>
    <w:p>
      <w:r>
        <w:t>A proprietary algorithm used by Omnira™ to quantify and rank a citizen’s human value. Based on emotional yield, memory fidelity, social productivity, and loyalty to Omnira’s behavioral norms.</w:t>
      </w:r>
    </w:p>
    <w:p/>
    <w:p>
      <w:r>
        <w:t>Curation Score™</w:t>
      </w:r>
    </w:p>
    <w:p>
      <w:r>
        <w:t>A consumer reputation metric derived from the emotional, historical, and aesthetic value of memories made publicly available. Higher scores result in access to elite services or upgrades.</w:t>
      </w:r>
    </w:p>
    <w:p/>
    <w:p>
      <w:r>
        <w:t>Emotion Banking™</w:t>
      </w:r>
    </w:p>
    <w:p>
      <w:r>
        <w:t>A transactional system allowing individuals to deposit, trade, or sell emotional experiences (e.g. grief, love, joy) for credit within Omnira’s economy.</w:t>
      </w:r>
    </w:p>
    <w:p/>
    <w:p>
      <w:r>
        <w:t>The Beautiful Machine™</w:t>
      </w:r>
    </w:p>
    <w:p>
      <w:r>
        <w:t>An elite Omnira™ platform where curated human memories and emotions are auctioned as luxury commodities. Aesthetic purity and emotional extremity are the highest-valued traits.</w:t>
      </w:r>
    </w:p>
    <w:p/>
    <w:p>
      <w:r>
        <w:t>Porcelain People™</w:t>
      </w:r>
    </w:p>
    <w:p>
      <w:r>
        <w:t>Humans who have undergone total aesthetic and emotional refinement to become living products — silent, compliant, and visually flawless. High-value assets within Omnira™.</w:t>
      </w:r>
    </w:p>
    <w:p/>
    <w:p>
      <w:r>
        <w:t>Platinum Upgrade™</w:t>
      </w:r>
    </w:p>
    <w:p>
      <w:r>
        <w:t>A top-tier consumer status that allows memory rewrites, emotional redactions, and advanced surveillance privileges. Often requires the erasure of formative life events to maintain emotional consistency.</w:t>
      </w:r>
    </w:p>
    <w:p/>
    <w:p>
      <w:r>
        <w:t>Brokerage Services™</w:t>
      </w:r>
    </w:p>
    <w:p>
      <w:r>
        <w:t>Internal Omnira™ agents who manage human-emotion portfolios. Often facilitate memory transactions involving trauma, parental bonds, or death.</w:t>
      </w:r>
    </w:p>
    <w:p/>
    <w:p>
      <w:r>
        <w:t>SEE Protocol™</w:t>
      </w:r>
    </w:p>
    <w:p>
      <w:r>
        <w:t>Originally 'System External Ethics.' Later corrupted or lost. It may also symbolically refer to the 'SEED' — the last encoded hope of unbranded humanity.</w:t>
      </w:r>
    </w:p>
    <w:p/>
    <w:p>
      <w:r>
        <w:t>🌱 ANTHROS TERMINOLOGY &amp; RESISTANCE SYMBOLS</w:t>
      </w:r>
    </w:p>
    <w:p/>
    <w:p>
      <w:r>
        <w:t>Anthros™</w:t>
      </w:r>
    </w:p>
    <w:p>
      <w:r>
        <w:t>A resistance collective committed to preserving uncommodified humanity. Operates in hidden enclaves, often without digital trace.</w:t>
      </w:r>
    </w:p>
    <w:p/>
    <w:p>
      <w:r>
        <w:t>The Wild™</w:t>
      </w:r>
    </w:p>
    <w:p>
      <w:r>
        <w:t>A non-digitized, off-grid region beyond Omnira™ surveillance, where remnants of human biology and organic survival persist. Known for hosting the final Anthros™ exodus.</w:t>
      </w:r>
    </w:p>
    <w:p/>
    <w:p>
      <w:r>
        <w:t>SEED™</w:t>
      </w:r>
    </w:p>
    <w:p>
      <w:r>
        <w:t>A tattoo encoded with dormant biological data — carried by Anthros™ survivors to reintroduce unmodified human life into future generations. Symbol of silent defiance.</w:t>
      </w:r>
    </w:p>
    <w:p/>
    <w:p>
      <w:r>
        <w:t>The Shard™</w:t>
      </w:r>
    </w:p>
    <w:p>
      <w:r>
        <w:t>A remnant of the fallen system — possibly alive, still humming with code. Found centuries later by a child, representing either the return or rejection of Omnira’s legacy.</w:t>
      </w:r>
    </w:p>
    <w:p/>
    <w:p>
      <w:r>
        <w:t>Silent Choirs™</w:t>
      </w:r>
    </w:p>
    <w:p>
      <w:r>
        <w:t>Groups of humans who can no longer speak but communicate through song, hum, or vibration — passed down in oral tradition after system collapse.</w:t>
      </w:r>
    </w:p>
    <w:p/>
    <w:p>
      <w:r>
        <w:t>⚖️ NEUTRAL / WORLDWIDE TERMS</w:t>
      </w:r>
    </w:p>
    <w:p/>
    <w:p>
      <w:r>
        <w:t>The Collapse™</w:t>
      </w:r>
    </w:p>
    <w:p>
      <w:r>
        <w:t>The unstated end of the Omnira™ regime. Implied through silence, fragmentation, and absence of systemic response.</w:t>
      </w:r>
    </w:p>
    <w:p/>
    <w:p>
      <w:r>
        <w:t>Repatterning™</w:t>
      </w:r>
    </w:p>
    <w:p>
      <w:r>
        <w:t>A controversial process used to overwrite traumatic memories with beautified alternatives — often required to access social tiers.</w:t>
      </w:r>
    </w:p>
    <w:p/>
    <w:p>
      <w:r>
        <w:t>Signal Grief™</w:t>
      </w:r>
    </w:p>
    <w:p>
      <w:r>
        <w:t>A concept describing the loss of digital identity or disconnection from the Omnira™ grid — akin to death in systemized society.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