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EDD" w:rsidRDefault="000D515A">
      <w:pPr>
        <w:jc w:val="center"/>
      </w:pPr>
      <w:r>
        <w:rPr>
          <w:b/>
          <w:color w:val="5C3080"/>
          <w:sz w:val="48"/>
        </w:rPr>
        <w:t>Our Adopted Curls</w:t>
      </w:r>
    </w:p>
    <w:p w:rsidR="00777EDD" w:rsidRDefault="000D515A">
      <w:pPr>
        <w:jc w:val="center"/>
      </w:pPr>
      <w:r>
        <w:t>A Parent’s Guide to Caring for Black Children’s Hair</w:t>
      </w:r>
    </w:p>
    <w:p w:rsidR="00777EDD" w:rsidRDefault="00777EDD"/>
    <w:p w:rsidR="00777EDD" w:rsidRDefault="000D515A">
      <w:pPr>
        <w:jc w:val="center"/>
      </w:pPr>
      <w:r/>
    </w:p>
    <w:p w:rsidR="00777EDD" w:rsidRDefault="000D515A">
      <w:r>
        <w:br w:type="page"/>
      </w:r>
    </w:p>
    <w:p w:rsidR="00777EDD" w:rsidRDefault="000D515A">
      <w:pPr>
        <w:pStyle w:val="Heading1"/>
      </w:pPr>
      <w:r>
        <w:rPr>
          <w:color w:val="5C3080"/>
        </w:rPr>
        <w:lastRenderedPageBreak/>
        <w:t>Introduction</w:t>
      </w:r>
    </w:p>
    <w:p w:rsidR="00777EDD" w:rsidRDefault="000D515A">
      <w:r>
        <w:t>When parents adopt a child, they do not simply welcome a new person into their</w:t>
      </w:r>
      <w:r>
        <w:t xml:space="preserve"> home. They also step into a new world of love, responsibility, learning, and discovery. For many families adopting Black children, one of the first unexpected questions is both practical and deeply personal:</w:t>
      </w:r>
    </w:p>
    <w:p w:rsidR="00777EDD" w:rsidRDefault="000D515A">
      <w:r>
        <w:t>How do I care for my child’s hair well?</w:t>
      </w:r>
    </w:p>
    <w:p w:rsidR="00777EDD" w:rsidRDefault="000D515A">
      <w:r>
        <w:t>For som</w:t>
      </w:r>
      <w:r>
        <w:t>e parents, that question brings curiosity. For others, it brings anxiety. You may love your child deeply and still feel unsure where to begin. You may not have grown up caring for textured hair. You may be afraid of hurting your child, damaging their hair,</w:t>
      </w:r>
      <w:r>
        <w:t xml:space="preserve"> or sending the wrong message without meaning to. You may already understand that this is about more than shampoo, combs, and hairstyles. Hair can carry identity, culture, memory, beauty, and belonging. In families formed across difference, it can also bec</w:t>
      </w:r>
      <w:r>
        <w:t>ome one of the places where love must become practical.</w:t>
      </w:r>
    </w:p>
    <w:p w:rsidR="00777EDD" w:rsidRDefault="000D515A">
      <w:r>
        <w:t>This book grew out of exactly that question.</w:t>
      </w:r>
    </w:p>
    <w:p w:rsidR="00777EDD" w:rsidRDefault="000D515A">
      <w:r>
        <w:t>Our Adopted Curls was written to guide you with compassion, practical wisdom, and encouragement. It is for adoptive parents, foster parents, guardians, and</w:t>
      </w:r>
      <w:r>
        <w:t xml:space="preserve"> caregivers who want to care for textured hair with greater confidence and gentleness. It is especially for those who may feel unprepared, intimidated, or afraid of getting it wrong. This book will help you understand how textured hair works, how to build </w:t>
      </w:r>
      <w:r>
        <w:t>a healthy routine, how to choose products and styles wisely, and how to make hair care a calmer, more connected experience for both you and your child.</w:t>
      </w:r>
    </w:p>
    <w:p w:rsidR="00777EDD" w:rsidRDefault="000D515A">
      <w:r>
        <w:t>This book is about practical care, but it is also about what that care communicates.</w:t>
      </w:r>
    </w:p>
    <w:p w:rsidR="00777EDD" w:rsidRDefault="000D515A">
      <w:r>
        <w:t>In everyday routine</w:t>
      </w:r>
      <w:r>
        <w:t>s, children notice whether their texture is handled with gentleness, patience, and respect.</w:t>
      </w:r>
    </w:p>
    <w:p w:rsidR="00777EDD" w:rsidRDefault="000D515A">
      <w:r>
        <w:t>You do not need to know everything on day one.</w:t>
      </w:r>
    </w:p>
    <w:p w:rsidR="00777EDD" w:rsidRDefault="000D515A">
      <w:r>
        <w:t>You need a teachable heart, a willingness to learn, and the humility to keep showing up.</w:t>
      </w:r>
    </w:p>
    <w:p w:rsidR="00777EDD" w:rsidRDefault="000D515A">
      <w:r>
        <w:t>This journey begins with und</w:t>
      </w:r>
      <w:r>
        <w:t>erstanding.</w:t>
      </w:r>
    </w:p>
    <w:p w:rsidR="000D515A" w:rsidRDefault="000D515A" w:rsidP="000D515A">
      <w:pPr>
        <w:pStyle w:val="NormalWeb"/>
      </w:pPr>
      <w:r/>
    </w:p>
    <w:p w:rsidR="000D515A" w:rsidRDefault="000D515A" w:rsidP="000D515A">
      <w:pPr>
        <w:pStyle w:val="Heading2"/>
      </w:pPr>
      <w:r>
        <w:t>Quick Start</w:t>
      </w:r>
    </w:p>
    <w:p w:rsidR="000D515A" w:rsidRDefault="000D515A" w:rsidP="000D515A">
      <w:pPr>
        <w:pStyle w:val="Heading3"/>
      </w:pPr>
      <w:r>
        <w:t>A Gentle Beginning</w:t>
      </w:r>
    </w:p>
    <w:p w:rsidR="000D515A" w:rsidRDefault="000D515A" w:rsidP="000D515A">
      <w:pPr>
        <w:pStyle w:val="NormalWeb"/>
      </w:pPr>
      <w:r>
        <w:t>If you are feeling overwhelmed, begin here.</w:t>
      </w:r>
    </w:p>
    <w:p w:rsidR="000D515A" w:rsidRDefault="000D515A" w:rsidP="000D515A">
      <w:pPr>
        <w:pStyle w:val="NormalWeb"/>
      </w:pPr>
      <w:r>
        <w:t>You do not need to master textured hair in one day. You do not need a perfect routine, a cupboard full of products, or advanced styling skills before you can care well for your child’s hair.</w:t>
      </w:r>
    </w:p>
    <w:p w:rsidR="000D515A" w:rsidRDefault="000D515A" w:rsidP="000D515A">
      <w:pPr>
        <w:pStyle w:val="NormalWeb"/>
      </w:pPr>
      <w:r>
        <w:t>You need a gentle starting point.</w:t>
      </w:r>
    </w:p>
    <w:p w:rsidR="000D515A" w:rsidRDefault="000D515A" w:rsidP="000D515A">
      <w:pPr>
        <w:pStyle w:val="NormalWeb"/>
      </w:pPr>
      <w:r>
        <w:t>Textured hair usually responds best not to force, but to moisture, patience, and consistent care. This page is here to give you that foundation right away, so you can begin with more confidence and less fear.</w:t>
      </w:r>
    </w:p>
    <w:p w:rsidR="000D515A" w:rsidRDefault="000D515A" w:rsidP="000D515A">
      <w:pPr>
        <w:pStyle w:val="NormalWeb"/>
      </w:pPr>
      <w:r>
        <w:lastRenderedPageBreak/>
        <w:t>You do not have to know everything yet.</w:t>
      </w:r>
      <w:r>
        <w:br/>
        <w:t>You only need to begin with care.</w:t>
      </w:r>
    </w:p>
    <w:p w:rsidR="000D515A" w:rsidRDefault="000D515A" w:rsidP="000D515A">
      <w:pPr>
        <w:pStyle w:val="Heading3"/>
      </w:pPr>
      <w:r>
        <w:t>What matters most first</w:t>
      </w:r>
    </w:p>
    <w:p w:rsidR="000D515A" w:rsidRDefault="000D515A" w:rsidP="000D515A">
      <w:pPr>
        <w:pStyle w:val="NormalWeb"/>
      </w:pPr>
      <w:r>
        <w:rPr>
          <w:rStyle w:val="Strong"/>
        </w:rPr>
        <w:t>1. Be gentle</w:t>
      </w:r>
      <w:r>
        <w:br/>
        <w:t>Do not force combs, brushes, or styles through resistant hair. Rough handling often causes pain, breakage, and fear.</w:t>
      </w:r>
    </w:p>
    <w:p w:rsidR="000D515A" w:rsidRDefault="000D515A" w:rsidP="000D515A">
      <w:pPr>
        <w:pStyle w:val="NormalWeb"/>
      </w:pPr>
      <w:r>
        <w:rPr>
          <w:rStyle w:val="Strong"/>
        </w:rPr>
        <w:t>2. Focus on moisture</w:t>
      </w:r>
      <w:r>
        <w:br/>
        <w:t>Textured hair tends to become dry more easily. Water, conditioner, and moisturizing products matter more than extra brushing or oil alone.</w:t>
      </w:r>
    </w:p>
    <w:p w:rsidR="000D515A" w:rsidRDefault="000D515A" w:rsidP="000D515A">
      <w:pPr>
        <w:pStyle w:val="NormalWeb"/>
      </w:pPr>
      <w:r>
        <w:rPr>
          <w:rStyle w:val="Strong"/>
        </w:rPr>
        <w:t>3. Always use conditioner</w:t>
      </w:r>
      <w:r>
        <w:br/>
      </w:r>
      <w:proofErr w:type="spellStart"/>
      <w:r>
        <w:t>Conditioner</w:t>
      </w:r>
      <w:proofErr w:type="spellEnd"/>
      <w:r>
        <w:t xml:space="preserve"> softens the hair and gives the slip needed for gentler detangling. It is one of the most important parts of the routine.</w:t>
      </w:r>
    </w:p>
    <w:p w:rsidR="000D515A" w:rsidRDefault="000D515A" w:rsidP="000D515A">
      <w:pPr>
        <w:pStyle w:val="NormalWeb"/>
      </w:pPr>
      <w:r>
        <w:rPr>
          <w:rStyle w:val="Strong"/>
        </w:rPr>
        <w:t>4. Detangle in sections</w:t>
      </w:r>
      <w:r>
        <w:br/>
        <w:t>Work in small sections. Start at the ends and move upward slowly. Use your fingers first when possible, then a wide-tooth comb if needed.</w:t>
      </w:r>
    </w:p>
    <w:p w:rsidR="000D515A" w:rsidRDefault="000D515A" w:rsidP="000D515A">
      <w:pPr>
        <w:pStyle w:val="NormalWeb"/>
      </w:pPr>
      <w:r>
        <w:rPr>
          <w:rStyle w:val="Strong"/>
        </w:rPr>
        <w:t>5. Do not normalize pain</w:t>
      </w:r>
      <w:r>
        <w:br/>
        <w:t>Hair care should not hurt just to look neat. If a child is in pain, something in the routine needs to change.</w:t>
      </w:r>
    </w:p>
    <w:p w:rsidR="000D515A" w:rsidRDefault="000D515A" w:rsidP="000D515A">
      <w:pPr>
        <w:pStyle w:val="NormalWeb"/>
      </w:pPr>
      <w:r>
        <w:rPr>
          <w:rStyle w:val="Strong"/>
        </w:rPr>
        <w:t>6. Keep the beginning simple</w:t>
      </w:r>
      <w:r>
        <w:br/>
        <w:t>A few good basics, used consistently, are enough. Simplicity is often what makes the routine calmer and more sustainable.</w:t>
      </w:r>
    </w:p>
    <w:p w:rsidR="000D515A" w:rsidRDefault="000D515A" w:rsidP="000D515A">
      <w:pPr>
        <w:pStyle w:val="Heading3"/>
      </w:pPr>
      <w:r>
        <w:t>Your basic beginner routine</w:t>
      </w:r>
    </w:p>
    <w:p w:rsidR="000D515A" w:rsidRDefault="000D515A" w:rsidP="000D515A">
      <w:pPr>
        <w:pStyle w:val="NormalWeb"/>
      </w:pPr>
      <w:r>
        <w:t>Start with this order:</w:t>
      </w:r>
    </w:p>
    <w:p w:rsidR="000D515A" w:rsidRDefault="000D515A" w:rsidP="000D515A">
      <w:pPr>
        <w:pStyle w:val="NormalWeb"/>
      </w:pPr>
      <w:r>
        <w:rPr>
          <w:rStyle w:val="Strong"/>
        </w:rPr>
        <w:t>Wash → Condition → Detangle → Rinse → Moisturize → Style gently</w:t>
      </w:r>
    </w:p>
    <w:p w:rsidR="000D515A" w:rsidRDefault="000D515A" w:rsidP="000D515A">
      <w:pPr>
        <w:pStyle w:val="NormalWeb"/>
      </w:pPr>
      <w:r>
        <w:t>That is your foundation.</w:t>
      </w:r>
    </w:p>
    <w:p w:rsidR="000D515A" w:rsidRDefault="000D515A" w:rsidP="000D515A">
      <w:pPr>
        <w:pStyle w:val="NormalWeb"/>
      </w:pPr>
      <w:r>
        <w:t>You do not need to do more than this at the beginning. You simply need to do these steps with patience.</w:t>
      </w:r>
    </w:p>
    <w:p w:rsidR="000D515A" w:rsidRDefault="000D515A" w:rsidP="000D515A">
      <w:pPr>
        <w:pStyle w:val="Heading3"/>
      </w:pPr>
      <w:r>
        <w:t>What you need to begin</w:t>
      </w:r>
    </w:p>
    <w:p w:rsidR="000D515A" w:rsidRDefault="000D515A" w:rsidP="000D515A">
      <w:pPr>
        <w:pStyle w:val="NormalWeb"/>
      </w:pPr>
      <w:r>
        <w:t>You can start with a small set of essentials:</w:t>
      </w:r>
    </w:p>
    <w:p w:rsidR="000D515A" w:rsidRDefault="000D515A" w:rsidP="000D515A">
      <w:pPr>
        <w:pStyle w:val="NormalWeb"/>
        <w:numPr>
          <w:ilvl w:val="0"/>
          <w:numId w:val="10"/>
        </w:numPr>
      </w:pPr>
      <w:r>
        <w:t>a gentle shampoo</w:t>
      </w:r>
    </w:p>
    <w:p w:rsidR="000D515A" w:rsidRDefault="000D515A" w:rsidP="000D515A">
      <w:pPr>
        <w:pStyle w:val="NormalWeb"/>
        <w:numPr>
          <w:ilvl w:val="0"/>
          <w:numId w:val="10"/>
        </w:numPr>
      </w:pPr>
      <w:r>
        <w:t>a moisturizing conditioner</w:t>
      </w:r>
    </w:p>
    <w:p w:rsidR="000D515A" w:rsidRDefault="000D515A" w:rsidP="000D515A">
      <w:pPr>
        <w:pStyle w:val="NormalWeb"/>
        <w:numPr>
          <w:ilvl w:val="0"/>
          <w:numId w:val="10"/>
        </w:numPr>
      </w:pPr>
      <w:r>
        <w:t>a leave-in conditioner or moisturizing cream</w:t>
      </w:r>
    </w:p>
    <w:p w:rsidR="000D515A" w:rsidRDefault="000D515A" w:rsidP="000D515A">
      <w:pPr>
        <w:pStyle w:val="NormalWeb"/>
        <w:numPr>
          <w:ilvl w:val="0"/>
          <w:numId w:val="10"/>
        </w:numPr>
      </w:pPr>
      <w:r>
        <w:t>a wide-tooth comb</w:t>
      </w:r>
    </w:p>
    <w:p w:rsidR="000D515A" w:rsidRDefault="000D515A" w:rsidP="000D515A">
      <w:pPr>
        <w:pStyle w:val="NormalWeb"/>
        <w:numPr>
          <w:ilvl w:val="0"/>
          <w:numId w:val="10"/>
        </w:numPr>
      </w:pPr>
      <w:r>
        <w:lastRenderedPageBreak/>
        <w:t>a spray bottle</w:t>
      </w:r>
    </w:p>
    <w:p w:rsidR="000D515A" w:rsidRDefault="000D515A" w:rsidP="000D515A">
      <w:pPr>
        <w:pStyle w:val="NormalWeb"/>
        <w:numPr>
          <w:ilvl w:val="0"/>
          <w:numId w:val="10"/>
        </w:numPr>
      </w:pPr>
      <w:r>
        <w:t>a satin bonnet, scarf, or pillowcase</w:t>
      </w:r>
    </w:p>
    <w:p w:rsidR="000D515A" w:rsidRDefault="000D515A" w:rsidP="000D515A">
      <w:pPr>
        <w:pStyle w:val="NormalWeb"/>
        <w:numPr>
          <w:ilvl w:val="0"/>
          <w:numId w:val="10"/>
        </w:numPr>
      </w:pPr>
      <w:r>
        <w:t>a light oil, if needed</w:t>
      </w:r>
    </w:p>
    <w:p w:rsidR="000D515A" w:rsidRDefault="000D515A" w:rsidP="000D515A">
      <w:pPr>
        <w:pStyle w:val="NormalWeb"/>
      </w:pPr>
      <w:r>
        <w:t>That is enough to begin well.</w:t>
      </w:r>
    </w:p>
    <w:p w:rsidR="000D515A" w:rsidRDefault="000D515A" w:rsidP="000D515A">
      <w:pPr>
        <w:pStyle w:val="Heading3"/>
      </w:pPr>
      <w:r>
        <w:t>What success looks like at first</w:t>
      </w:r>
    </w:p>
    <w:p w:rsidR="000D515A" w:rsidRDefault="000D515A" w:rsidP="000D515A">
      <w:pPr>
        <w:pStyle w:val="NormalWeb"/>
      </w:pPr>
      <w:r>
        <w:t>Do not aim for perfect styling first.</w:t>
      </w:r>
    </w:p>
    <w:p w:rsidR="000D515A" w:rsidRDefault="000D515A" w:rsidP="000D515A">
      <w:pPr>
        <w:pStyle w:val="NormalWeb"/>
      </w:pPr>
      <w:r>
        <w:t>Aim for:</w:t>
      </w:r>
    </w:p>
    <w:p w:rsidR="000D515A" w:rsidRDefault="000D515A" w:rsidP="000D515A">
      <w:pPr>
        <w:pStyle w:val="NormalWeb"/>
        <w:numPr>
          <w:ilvl w:val="0"/>
          <w:numId w:val="11"/>
        </w:numPr>
      </w:pPr>
      <w:r>
        <w:t>a clean scalp</w:t>
      </w:r>
    </w:p>
    <w:p w:rsidR="000D515A" w:rsidRDefault="000D515A" w:rsidP="000D515A">
      <w:pPr>
        <w:pStyle w:val="NormalWeb"/>
        <w:numPr>
          <w:ilvl w:val="0"/>
          <w:numId w:val="11"/>
        </w:numPr>
      </w:pPr>
      <w:r>
        <w:t>softer hair</w:t>
      </w:r>
    </w:p>
    <w:p w:rsidR="000D515A" w:rsidRDefault="000D515A" w:rsidP="000D515A">
      <w:pPr>
        <w:pStyle w:val="NormalWeb"/>
        <w:numPr>
          <w:ilvl w:val="0"/>
          <w:numId w:val="11"/>
        </w:numPr>
      </w:pPr>
      <w:r>
        <w:t>gentler detangling</w:t>
      </w:r>
    </w:p>
    <w:p w:rsidR="000D515A" w:rsidRDefault="000D515A" w:rsidP="000D515A">
      <w:pPr>
        <w:pStyle w:val="NormalWeb"/>
        <w:numPr>
          <w:ilvl w:val="0"/>
          <w:numId w:val="11"/>
        </w:numPr>
      </w:pPr>
      <w:r>
        <w:t>enough moisture</w:t>
      </w:r>
    </w:p>
    <w:p w:rsidR="000D515A" w:rsidRDefault="000D515A" w:rsidP="000D515A">
      <w:pPr>
        <w:pStyle w:val="NormalWeb"/>
        <w:numPr>
          <w:ilvl w:val="0"/>
          <w:numId w:val="11"/>
        </w:numPr>
      </w:pPr>
      <w:r>
        <w:t>a style that is comfortable and not too tight</w:t>
      </w:r>
    </w:p>
    <w:p w:rsidR="000D515A" w:rsidRDefault="000D515A" w:rsidP="000D515A">
      <w:pPr>
        <w:pStyle w:val="NormalWeb"/>
      </w:pPr>
      <w:r>
        <w:t>That is a good start.</w:t>
      </w:r>
    </w:p>
    <w:p w:rsidR="000D515A" w:rsidRDefault="000D515A" w:rsidP="000D515A">
      <w:pPr>
        <w:pStyle w:val="NormalWeb"/>
      </w:pPr>
      <w:r>
        <w:t>Healthy hair care is not about doing everything.</w:t>
      </w:r>
      <w:r>
        <w:br/>
        <w:t>It is about doing the right things gently and consistently.</w:t>
      </w:r>
    </w:p>
    <w:p w:rsidR="000D515A" w:rsidRDefault="000D515A" w:rsidP="000D515A">
      <w:pPr>
        <w:pStyle w:val="Heading3"/>
      </w:pPr>
      <w:r>
        <w:t>If your child gets upset during hair care</w:t>
      </w:r>
    </w:p>
    <w:p w:rsidR="000D515A" w:rsidRDefault="000D515A" w:rsidP="000D515A">
      <w:pPr>
        <w:pStyle w:val="NormalWeb"/>
      </w:pPr>
      <w:r>
        <w:t>Slow down.</w:t>
      </w:r>
    </w:p>
    <w:p w:rsidR="000D515A" w:rsidRDefault="000D515A" w:rsidP="000D515A">
      <w:pPr>
        <w:pStyle w:val="NormalWeb"/>
      </w:pPr>
      <w:r>
        <w:t>Try:</w:t>
      </w:r>
    </w:p>
    <w:p w:rsidR="000D515A" w:rsidRDefault="000D515A" w:rsidP="000D515A">
      <w:pPr>
        <w:pStyle w:val="NormalWeb"/>
        <w:numPr>
          <w:ilvl w:val="0"/>
          <w:numId w:val="12"/>
        </w:numPr>
      </w:pPr>
      <w:r>
        <w:t>adding more water or conditioner</w:t>
      </w:r>
    </w:p>
    <w:p w:rsidR="000D515A" w:rsidRDefault="000D515A" w:rsidP="000D515A">
      <w:pPr>
        <w:pStyle w:val="NormalWeb"/>
        <w:numPr>
          <w:ilvl w:val="0"/>
          <w:numId w:val="12"/>
        </w:numPr>
      </w:pPr>
      <w:r>
        <w:t>working in smaller sections</w:t>
      </w:r>
    </w:p>
    <w:p w:rsidR="000D515A" w:rsidRDefault="000D515A" w:rsidP="000D515A">
      <w:pPr>
        <w:pStyle w:val="NormalWeb"/>
        <w:numPr>
          <w:ilvl w:val="0"/>
          <w:numId w:val="12"/>
        </w:numPr>
      </w:pPr>
      <w:r>
        <w:t>taking a break</w:t>
      </w:r>
    </w:p>
    <w:p w:rsidR="000D515A" w:rsidRDefault="000D515A" w:rsidP="000D515A">
      <w:pPr>
        <w:pStyle w:val="NormalWeb"/>
        <w:numPr>
          <w:ilvl w:val="0"/>
          <w:numId w:val="12"/>
        </w:numPr>
      </w:pPr>
      <w:r>
        <w:t>choosing a simpler style</w:t>
      </w:r>
    </w:p>
    <w:p w:rsidR="000D515A" w:rsidRDefault="000D515A" w:rsidP="000D515A">
      <w:pPr>
        <w:pStyle w:val="NormalWeb"/>
        <w:numPr>
          <w:ilvl w:val="0"/>
          <w:numId w:val="12"/>
        </w:numPr>
      </w:pPr>
      <w:r>
        <w:t>checking whether the child is tired, hungry, tender-headed, or overwhelmed</w:t>
      </w:r>
    </w:p>
    <w:p w:rsidR="000D515A" w:rsidRDefault="000D515A" w:rsidP="000D515A">
      <w:pPr>
        <w:pStyle w:val="NormalWeb"/>
      </w:pPr>
      <w:r>
        <w:t>Hair care is not only technical. It is also relational. Emotional safety matters as much as technique.</w:t>
      </w:r>
    </w:p>
    <w:p w:rsidR="000D515A" w:rsidRDefault="000D515A" w:rsidP="000D515A">
      <w:pPr>
        <w:pStyle w:val="Heading3"/>
      </w:pPr>
      <w:r>
        <w:t>If your child has short hair</w:t>
      </w:r>
    </w:p>
    <w:p w:rsidR="000D515A" w:rsidRDefault="000D515A" w:rsidP="000D515A">
      <w:pPr>
        <w:pStyle w:val="NormalWeb"/>
      </w:pPr>
      <w:r>
        <w:t>Short textured hair still needs care.</w:t>
      </w:r>
    </w:p>
    <w:p w:rsidR="000D515A" w:rsidRDefault="000D515A" w:rsidP="000D515A">
      <w:pPr>
        <w:pStyle w:val="NormalWeb"/>
      </w:pPr>
      <w:r>
        <w:t>A short afro, fade, closely cut curls, or boys’ hair may still need:</w:t>
      </w:r>
    </w:p>
    <w:p w:rsidR="000D515A" w:rsidRDefault="000D515A" w:rsidP="000D515A">
      <w:pPr>
        <w:pStyle w:val="NormalWeb"/>
        <w:numPr>
          <w:ilvl w:val="0"/>
          <w:numId w:val="13"/>
        </w:numPr>
      </w:pPr>
      <w:r>
        <w:t>gentle washing</w:t>
      </w:r>
    </w:p>
    <w:p w:rsidR="000D515A" w:rsidRDefault="000D515A" w:rsidP="000D515A">
      <w:pPr>
        <w:pStyle w:val="NormalWeb"/>
        <w:numPr>
          <w:ilvl w:val="0"/>
          <w:numId w:val="13"/>
        </w:numPr>
      </w:pPr>
      <w:r>
        <w:t>conditioner</w:t>
      </w:r>
    </w:p>
    <w:p w:rsidR="000D515A" w:rsidRDefault="000D515A" w:rsidP="000D515A">
      <w:pPr>
        <w:pStyle w:val="NormalWeb"/>
        <w:numPr>
          <w:ilvl w:val="0"/>
          <w:numId w:val="13"/>
        </w:numPr>
      </w:pPr>
      <w:r>
        <w:t>scalp care</w:t>
      </w:r>
    </w:p>
    <w:p w:rsidR="000D515A" w:rsidRDefault="000D515A" w:rsidP="000D515A">
      <w:pPr>
        <w:pStyle w:val="NormalWeb"/>
        <w:numPr>
          <w:ilvl w:val="0"/>
          <w:numId w:val="13"/>
        </w:numPr>
      </w:pPr>
      <w:r>
        <w:t>light moisture</w:t>
      </w:r>
    </w:p>
    <w:p w:rsidR="000D515A" w:rsidRDefault="000D515A" w:rsidP="000D515A">
      <w:pPr>
        <w:pStyle w:val="NormalWeb"/>
        <w:numPr>
          <w:ilvl w:val="0"/>
          <w:numId w:val="13"/>
        </w:numPr>
      </w:pPr>
      <w:r>
        <w:t>protection from harsh brushing on dry hair</w:t>
      </w:r>
    </w:p>
    <w:p w:rsidR="000D515A" w:rsidRDefault="000D515A" w:rsidP="000D515A">
      <w:pPr>
        <w:pStyle w:val="NormalWeb"/>
      </w:pPr>
      <w:r>
        <w:lastRenderedPageBreak/>
        <w:t>Short hair is not no-care hair.</w:t>
      </w:r>
    </w:p>
    <w:p w:rsidR="000D515A" w:rsidRDefault="000D515A" w:rsidP="000D515A">
      <w:pPr>
        <w:pStyle w:val="Heading3"/>
      </w:pPr>
      <w:r>
        <w:t>If you remember only one thing</w:t>
      </w:r>
    </w:p>
    <w:p w:rsidR="000D515A" w:rsidRDefault="000D515A" w:rsidP="000D515A">
      <w:pPr>
        <w:pStyle w:val="NormalWeb"/>
      </w:pPr>
      <w:r>
        <w:rPr>
          <w:rStyle w:val="Strong"/>
        </w:rPr>
        <w:t>Textured hair needs moisture, patience, and gentle handling.</w:t>
      </w:r>
    </w:p>
    <w:p w:rsidR="000D515A" w:rsidRDefault="000D515A" w:rsidP="000D515A">
      <w:pPr>
        <w:pStyle w:val="NormalWeb"/>
      </w:pPr>
      <w:r>
        <w:t>Everything else can be learned step by step.</w:t>
      </w:r>
    </w:p>
    <w:p w:rsidR="000D515A" w:rsidRDefault="000D515A" w:rsidP="000D515A">
      <w:pPr>
        <w:pStyle w:val="NormalWeb"/>
      </w:pPr>
      <w:r>
        <w:t>The chapters that follow will help you build from here.</w:t>
      </w:r>
    </w:p>
    <w:p w:rsidR="00777EDD" w:rsidRDefault="000D515A">
      <w:pPr>
        <w:pStyle w:val="Heading1"/>
      </w:pPr>
      <w:bookmarkStart w:id="0" w:name="_GoBack"/>
      <w:bookmarkEnd w:id="0"/>
      <w:r>
        <w:rPr>
          <w:color w:val="5C3080"/>
        </w:rPr>
        <w:t>Chapter 1</w:t>
      </w:r>
    </w:p>
    <w:p w:rsidR="00777EDD" w:rsidRDefault="000D515A">
      <w:pPr>
        <w:pStyle w:val="Heading2"/>
      </w:pPr>
      <w:r>
        <w:rPr>
          <w:color w:val="464646"/>
        </w:rPr>
        <w:t>Understanding Black Hair: The Foundation</w:t>
      </w:r>
    </w:p>
    <w:p w:rsidR="00777EDD" w:rsidRDefault="000D515A">
      <w:r>
        <w:t xml:space="preserve">Before learning how to style, wash, or manage your child’s hair, it helps to understand what makes textured hair unique. Many well-meaning parents assume that all hair behaves more or less the </w:t>
      </w:r>
      <w:r>
        <w:t>same way, and that hair care is simply a matter of products and neatness. But textured hair is not straight hair with a different look. It has its own structure, needs, strengths, and sensitivities. Once you understand those basics, caring for it becomes f</w:t>
      </w:r>
      <w:r>
        <w:t>ar less intimidating.</w:t>
      </w:r>
    </w:p>
    <w:p w:rsidR="00777EDD" w:rsidRDefault="000D515A">
      <w:r>
        <w:t>The Beauty of Curls and Coils</w:t>
      </w:r>
    </w:p>
    <w:p w:rsidR="00777EDD" w:rsidRDefault="000D515A">
      <w:r>
        <w:t>Black hair often grows in curls, coils, or zig-zag patterns rather than in straight strands. These patterns give the hair its beautiful volume, texture, and versatility. They are part of what makes textur</w:t>
      </w:r>
      <w:r>
        <w:t>ed hair so striking and unique. But the same bends and curves that create that beauty also make the hair more delicate in certain ways.</w:t>
      </w:r>
    </w:p>
    <w:p w:rsidR="00777EDD" w:rsidRDefault="000D515A">
      <w:r>
        <w:t>Because the strand twists and turns, the natural oils produced by the scalp have a harder time traveling all the way dow</w:t>
      </w:r>
      <w:r>
        <w:t>n from the roots to the ends. That is one of the main reasons textured hair tends to feel drier than straight hair. It is not dry because something is wrong with it. It is dry because of how it is formed. That dryness is normal, but it does mean the hair o</w:t>
      </w:r>
      <w:r>
        <w:t>ften needs more intentional moisture, gentler handling, and less rough manipulation.</w:t>
      </w:r>
    </w:p>
    <w:p w:rsidR="00777EDD" w:rsidRDefault="000D515A">
      <w:r>
        <w:t>When textured hair is not cared for well, dryness can lead to tangles, breakage, and frustration. When it is cared for with patience and understanding, it can be soft, hea</w:t>
      </w:r>
      <w:r>
        <w:t>lthy, resilient, and full of life.</w:t>
      </w:r>
    </w:p>
    <w:p w:rsidR="00777EDD" w:rsidRDefault="000D515A">
      <w:r>
        <w:t>Why Moisture Matters</w:t>
      </w:r>
    </w:p>
    <w:p w:rsidR="00777EDD" w:rsidRDefault="000D515A">
      <w:r>
        <w:t>If there is one principle every parent should remember, it is this: textured hair needs moisture, not force.</w:t>
      </w:r>
    </w:p>
    <w:p w:rsidR="00777EDD" w:rsidRDefault="000D515A">
      <w:r>
        <w:t>Many parents assume that if hair looks dry, they simply need to add oil. But oil and moistu</w:t>
      </w:r>
      <w:r>
        <w:t>re are not the same thing. Hair usually needs hydration first, often through water-based products, conditioner, and consistent care. Oils can be helpful, but they mainly help seal moisture in. They do not replace moisture on their own.</w:t>
      </w:r>
    </w:p>
    <w:p w:rsidR="00777EDD" w:rsidRDefault="000D515A">
      <w:r>
        <w:t>Healthy textured hai</w:t>
      </w:r>
      <w:r>
        <w:t>r usually does best with routines that include gentle cleansing, good conditioning, moisturizing on damp hair, and protective styling that reduces unnecessary stress on the strands. Without enough moisture, the hair can become brittle, rough, and more like</w:t>
      </w:r>
      <w:r>
        <w:t>ly to break. With regular moisture and gentle care, it becomes softer, more manageable, and easier to maintain over time.</w:t>
      </w:r>
    </w:p>
    <w:p w:rsidR="00777EDD" w:rsidRDefault="000D515A">
      <w:r>
        <w:t>More Than Curl Pattern: What Makes Hair Different</w:t>
      </w:r>
    </w:p>
    <w:p w:rsidR="00777EDD" w:rsidRDefault="000D515A">
      <w:r>
        <w:lastRenderedPageBreak/>
        <w:t>One of the first things parents often learn is the curl-typing system. Hair textures</w:t>
      </w:r>
      <w:r>
        <w:t xml:space="preserve"> are commonly described from Type 1 to Type 4, with Type 1 being straight and Type 4 being tightly coiled. Many Black children have hair that falls within Type 3 or Type 4, with further variations such as 3A, 3B, 3C, 4A, 4B, and 4C.</w:t>
      </w:r>
    </w:p>
    <w:p w:rsidR="00777EDD" w:rsidRDefault="000D515A">
      <w:r>
        <w:t>This system can be usef</w:t>
      </w:r>
      <w:r>
        <w:t>ul as a simple starting point, but it does not tell you everything you need to know.</w:t>
      </w:r>
    </w:p>
    <w:p w:rsidR="00777EDD" w:rsidRDefault="000D515A">
      <w:r>
        <w:t>Two children may both have Type 4 hair and still need very different routines. That is because hair care is shaped by more than curl pattern alone. It is also affected by:</w:t>
      </w:r>
    </w:p>
    <w:p w:rsidR="00777EDD" w:rsidRDefault="000D515A">
      <w:r>
        <w:t>Density – how much hair is on the head</w:t>
      </w:r>
      <w:r>
        <w:br/>
        <w:t>Strand thickness – whether the individual strands are fine, medium, or coarse</w:t>
      </w:r>
      <w:r>
        <w:br/>
        <w:t>Dryness level – how quickly the hair loses moisture</w:t>
      </w:r>
      <w:r>
        <w:br/>
        <w:t>Scalp sensitivity – whether the scalp is easily irritated or tender</w:t>
      </w:r>
      <w:r>
        <w:br/>
        <w:t>Activity level – h</w:t>
      </w:r>
      <w:r>
        <w:t>ow much sweat, friction, or daily wear the hair experiences</w:t>
      </w:r>
      <w:r>
        <w:br/>
        <w:t>Porosity – how easily the hair absorbs and holds moisture</w:t>
      </w:r>
      <w:r>
        <w:br/>
        <w:t>Scalp health – whether the scalp is dry, oily, sensitive, or prone to buildup, which affects the hair that grows from it</w:t>
      </w:r>
    </w:p>
    <w:p w:rsidR="00777EDD" w:rsidRDefault="000D515A">
      <w:r>
        <w:t>You do not need t</w:t>
      </w:r>
      <w:r>
        <w:t>o master all of these terms at once. The goal is not to become a hair scientist overnight. The goal is to become a careful observer of your child’s hair. Over time, you will begin to notice what helps it stay soft, what makes it tangle more easily, what st</w:t>
      </w:r>
      <w:r>
        <w:t>yles last well, and what products support it best.</w:t>
      </w:r>
    </w:p>
    <w:p w:rsidR="00777EDD" w:rsidRDefault="000D515A">
      <w:r>
        <w:t>Why Two Children’s Hair May Need Different Care</w:t>
      </w:r>
    </w:p>
    <w:p w:rsidR="00777EDD" w:rsidRDefault="000D515A">
      <w:r>
        <w:t>This is one of the most important things to understand early: similar-looking hair does not always respond the same way.</w:t>
      </w:r>
    </w:p>
    <w:p w:rsidR="00777EDD" w:rsidRDefault="000D515A">
      <w:r>
        <w:t>One child’s hair may stay moisturize</w:t>
      </w:r>
      <w:r>
        <w:t>d for several days, while another child’s hair may need more frequent refreshing. One child may tolerate braids well, while another may have a tender scalp and need gentler, looser styles. One child may have thick, dense hair that takes time and sectioning</w:t>
      </w:r>
      <w:r>
        <w:t>, while another may have fine strands that break more easily if handled roughly.</w:t>
      </w:r>
    </w:p>
    <w:p w:rsidR="00777EDD" w:rsidRDefault="000D515A">
      <w:r>
        <w:t>This is why comparison is rarely helpful. Your goal is not to copy someone else’s routine perfectly. Your goal is to learn your child’s hair with patience and consistency.</w:t>
      </w:r>
    </w:p>
    <w:p w:rsidR="00777EDD" w:rsidRDefault="000D515A">
      <w:r>
        <w:t>Wha</w:t>
      </w:r>
      <w:r>
        <w:t>t Parents Often Misunderstand</w:t>
      </w:r>
    </w:p>
    <w:p w:rsidR="00777EDD" w:rsidRDefault="000D515A">
      <w:r>
        <w:t>When parents are new to textured hair, they often make mistakes not because they are careless, but because they are using straight-hair assumptions on curly or coily hair. That is very common, especially in transracial adoptiv</w:t>
      </w:r>
      <w:r>
        <w:t>e families where the parent may be learning from the outside in.</w:t>
      </w:r>
    </w:p>
    <w:p w:rsidR="00777EDD" w:rsidRDefault="000D515A">
      <w:r>
        <w:t>Here are a few common misunderstandings:</w:t>
      </w:r>
    </w:p>
    <w:p w:rsidR="00777EDD" w:rsidRDefault="000D515A">
      <w:r>
        <w:t>Misunderstanding 1: “It looks dry, so I should just add more oil.”</w:t>
      </w:r>
      <w:r>
        <w:br/>
        <w:t xml:space="preserve">Often the hair needs moisture first, then a little oil if needed to help seal that </w:t>
      </w:r>
      <w:r>
        <w:t>moisture in.</w:t>
      </w:r>
    </w:p>
    <w:p w:rsidR="00777EDD" w:rsidRDefault="000D515A">
      <w:r>
        <w:t>Misunderstanding 2: “If I brush it harder, it will become neater.”</w:t>
      </w:r>
      <w:r>
        <w:br/>
        <w:t>Brushing dry textured hair aggressively often creates pain, frizz, and breakage rather than smoothness.</w:t>
      </w:r>
    </w:p>
    <w:p w:rsidR="00777EDD" w:rsidRDefault="000D515A">
      <w:r>
        <w:t>Misunderstanding 3: “It should be washed as often as straight hair.”</w:t>
      </w:r>
      <w:r>
        <w:br/>
        <w:t>Tex</w:t>
      </w:r>
      <w:r>
        <w:t>tured hair often does better with less frequent washing and more intentional conditioning, though routines vary from child to child.</w:t>
      </w:r>
    </w:p>
    <w:p w:rsidR="00777EDD" w:rsidRDefault="000D515A">
      <w:r>
        <w:t>Misunderstanding 4: “Shrinkage means the hair is not growing.”</w:t>
      </w:r>
      <w:r>
        <w:br/>
        <w:t xml:space="preserve">Shrinkage is normal. In fact, it often reflects the natural </w:t>
      </w:r>
      <w:r>
        <w:t>spring and strength of healthy curls and coils.</w:t>
      </w:r>
    </w:p>
    <w:p w:rsidR="00777EDD" w:rsidRDefault="000D515A">
      <w:r>
        <w:lastRenderedPageBreak/>
        <w:t>Misunderstanding 5: “If it hurts a little, that is just part of hair care.”</w:t>
      </w:r>
      <w:r>
        <w:br/>
        <w:t>Pain should not be normalized. Good hair care may require time and patience, but it should not come through rough handling or unnece</w:t>
      </w:r>
      <w:r>
        <w:t>ssary tension.</w:t>
      </w:r>
    </w:p>
    <w:p w:rsidR="00777EDD" w:rsidRDefault="000D515A">
      <w:r>
        <w:t>Common Mistakes Many Parents Make</w:t>
      </w:r>
    </w:p>
    <w:p w:rsidR="00777EDD" w:rsidRDefault="000D515A">
      <w:r>
        <w:t>Many loving parents accidentally damage textured hair in the early stages simply because they are still learning. Some of the most common mistakes include:</w:t>
      </w:r>
    </w:p>
    <w:p w:rsidR="00777EDD" w:rsidRDefault="000D515A">
      <w:r>
        <w:t xml:space="preserve">brushing or combing the hair while it is dry and </w:t>
      </w:r>
      <w:r>
        <w:t>without enough slip</w:t>
      </w:r>
    </w:p>
    <w:p w:rsidR="00777EDD" w:rsidRDefault="000D515A">
      <w:r>
        <w:t>washing too frequently without following with enough moisture and conditioning</w:t>
      </w:r>
    </w:p>
    <w:p w:rsidR="00777EDD" w:rsidRDefault="000D515A">
      <w:r>
        <w:t>using harsh shampoos that strip the hair and scalp</w:t>
      </w:r>
    </w:p>
    <w:p w:rsidR="00777EDD" w:rsidRDefault="000D515A">
      <w:r>
        <w:t>detangling too quickly or pulling from the roots downward</w:t>
      </w:r>
    </w:p>
    <w:p w:rsidR="00777EDD" w:rsidRDefault="000D515A">
      <w:r>
        <w:t>styling the hair too tightly in the name of neat</w:t>
      </w:r>
      <w:r>
        <w:t>ness</w:t>
      </w:r>
    </w:p>
    <w:p w:rsidR="00777EDD" w:rsidRDefault="000D515A">
      <w:r>
        <w:t>assuming that more products automatically means better care</w:t>
      </w:r>
    </w:p>
    <w:p w:rsidR="00777EDD" w:rsidRDefault="000D515A">
      <w:r>
        <w:t>These mistakes are common and fixable. As you learn the basic needs of textured hair, the routine becomes calmer and far more effective.</w:t>
      </w:r>
    </w:p>
    <w:p w:rsidR="00777EDD" w:rsidRDefault="000D515A">
      <w:r>
        <w:t>A Different Way to Think About Hair Care</w:t>
      </w:r>
    </w:p>
    <w:p w:rsidR="00777EDD" w:rsidRDefault="000D515A">
      <w:r>
        <w:t>Textured hair</w:t>
      </w:r>
      <w:r>
        <w:t xml:space="preserve"> is not difficult hair. It is hair that responds best to moisture, patience, sectioning, and gentle handling.</w:t>
      </w:r>
    </w:p>
    <w:p w:rsidR="00777EDD" w:rsidRDefault="000D515A">
      <w:r>
        <w:t>Learning to care for your child’s hair may feel unfamiliar at first. That is alright. Skill grows with practice, and gentler habits can be learned</w:t>
      </w:r>
      <w:r>
        <w:t>.</w:t>
      </w:r>
    </w:p>
    <w:p w:rsidR="00777EDD" w:rsidRDefault="000D515A">
      <w:r>
        <w:t>Everything that follows in this book builds on that practical foundation.</w:t>
      </w:r>
    </w:p>
    <w:p w:rsidR="00777EDD" w:rsidRDefault="000D515A">
      <w:r>
        <w:br w:type="page"/>
      </w:r>
    </w:p>
    <w:p w:rsidR="00777EDD" w:rsidRDefault="000D515A">
      <w:pPr>
        <w:pStyle w:val="Heading1"/>
      </w:pPr>
      <w:r>
        <w:rPr>
          <w:color w:val="5C3080"/>
        </w:rPr>
        <w:lastRenderedPageBreak/>
        <w:t>Chapter 2</w:t>
      </w:r>
    </w:p>
    <w:p w:rsidR="00777EDD" w:rsidRDefault="000D515A">
      <w:pPr>
        <w:pStyle w:val="Heading2"/>
      </w:pPr>
      <w:r>
        <w:rPr>
          <w:color w:val="464646"/>
        </w:rPr>
        <w:t>The Emotional Side of Hair</w:t>
      </w:r>
    </w:p>
    <w:p w:rsidR="00777EDD" w:rsidRDefault="000D515A">
      <w:r>
        <w:t xml:space="preserve">Hair is more than something we wash, detangle, braid, or style. For many Black children, hair care carries emotional meaning from an early </w:t>
      </w:r>
      <w:r>
        <w:t>age. It is not only about appearance. It is also about how a child experiences being touched, spoken to, and understood.</w:t>
      </w:r>
    </w:p>
    <w:p w:rsidR="00777EDD" w:rsidRDefault="00777EDD"/>
    <w:p w:rsidR="00777EDD" w:rsidRDefault="000D515A">
      <w:r>
        <w:t xml:space="preserve">For adoptive parents, foster parents, guardians, and caregivers who did not grow up with textured hair themselves, this can feel like </w:t>
      </w:r>
      <w:r>
        <w:t>unfamiliar territory. You may begin by asking practical questions about products, routines, and styles. But beneath those questions is something deeper:</w:t>
      </w:r>
    </w:p>
    <w:p w:rsidR="00777EDD" w:rsidRDefault="00777EDD"/>
    <w:p w:rsidR="00777EDD" w:rsidRDefault="000D515A">
      <w:r>
        <w:t>How do I help my child feel safe, respected, and cared for in a part of themselves I may still be lear</w:t>
      </w:r>
      <w:r>
        <w:t>ning to understand?</w:t>
      </w:r>
    </w:p>
    <w:p w:rsidR="00777EDD" w:rsidRDefault="00777EDD"/>
    <w:p w:rsidR="00777EDD" w:rsidRDefault="000D515A">
      <w:r>
        <w:t>That question matters.</w:t>
      </w:r>
    </w:p>
    <w:p w:rsidR="00777EDD" w:rsidRDefault="00777EDD"/>
    <w:p w:rsidR="00777EDD" w:rsidRDefault="000D515A">
      <w:r>
        <w:t>Because hair care is repeated so often, it can become one of the quietest and most powerful places where trust is either strengthened or strained.</w:t>
      </w:r>
    </w:p>
    <w:p w:rsidR="00777EDD" w:rsidRDefault="00777EDD"/>
    <w:p w:rsidR="00777EDD" w:rsidRDefault="000D515A">
      <w:r>
        <w:t>Hair Care as Emotional Safety</w:t>
      </w:r>
    </w:p>
    <w:p w:rsidR="00777EDD" w:rsidRDefault="00777EDD"/>
    <w:p w:rsidR="00777EDD" w:rsidRDefault="000D515A">
      <w:r>
        <w:t xml:space="preserve">For some children, hair care is </w:t>
      </w:r>
      <w:r>
        <w:t>simply routine. For others, it can feel emotionally charged. This may be especially true for adopted or fostered children, children with sensory sensitivities, children who have experienced rough handling, or children who already feel different in their en</w:t>
      </w:r>
      <w:r>
        <w:t>vironment.</w:t>
      </w:r>
    </w:p>
    <w:p w:rsidR="00777EDD" w:rsidRDefault="00777EDD"/>
    <w:p w:rsidR="00777EDD" w:rsidRDefault="000D515A">
      <w:r>
        <w:t>A child who braces during detangling, cries at wash time, or becomes anxious about styling may not be dramatic or defiant. They may be telling you that hair care does not yet feel safe in their body.</w:t>
      </w:r>
    </w:p>
    <w:p w:rsidR="00777EDD" w:rsidRDefault="00777EDD"/>
    <w:p w:rsidR="00777EDD" w:rsidRDefault="000D515A">
      <w:r>
        <w:t xml:space="preserve">For children who have experienced neglect, </w:t>
      </w:r>
      <w:r>
        <w:t>institutional care, or a history of rough handling, hair care can carry an additional layer of sensitivity. Touch around the head may feel unsafe before trust has been established. A child who flinches, freezes, or becomes distressed during detangling is n</w:t>
      </w:r>
      <w:r>
        <w:t>ot necessarily resisting you personally. They may be responding to a body memory that predates your care.</w:t>
      </w:r>
    </w:p>
    <w:p w:rsidR="00777EDD" w:rsidRDefault="00777EDD"/>
    <w:p w:rsidR="00777EDD" w:rsidRDefault="000D515A">
      <w:r>
        <w:t>Moving slowly, explaining each step before you take it, keeping early sessions short, and not forcing contact when a child is clearly overwhelmed can</w:t>
      </w:r>
      <w:r>
        <w:t xml:space="preserve"> help their nervous system gradually learn that this kind of touch is safe. For some children, consistent and gentle hair care becomes part of the attachment process itself.</w:t>
      </w:r>
    </w:p>
    <w:p w:rsidR="00777EDD" w:rsidRDefault="00777EDD"/>
    <w:p w:rsidR="00777EDD" w:rsidRDefault="000D515A">
      <w:r>
        <w:t>Trust Is Built in Small Moments</w:t>
      </w:r>
    </w:p>
    <w:p w:rsidR="00777EDD" w:rsidRDefault="00777EDD"/>
    <w:p w:rsidR="00777EDD" w:rsidRDefault="000D515A">
      <w:r>
        <w:t>Emotional safety in hair care often grows throug</w:t>
      </w:r>
      <w:r>
        <w:t>h small, repeated signals:</w:t>
      </w:r>
    </w:p>
    <w:p w:rsidR="00777EDD" w:rsidRDefault="000D515A">
      <w:pPr>
        <w:pStyle w:val="ListBullet"/>
      </w:pPr>
      <w:r>
        <w:t>a calm tone of voice</w:t>
      </w:r>
    </w:p>
    <w:p w:rsidR="00777EDD" w:rsidRDefault="000D515A">
      <w:pPr>
        <w:pStyle w:val="ListBullet"/>
      </w:pPr>
      <w:r>
        <w:t>explaining what you are about to do</w:t>
      </w:r>
    </w:p>
    <w:p w:rsidR="00777EDD" w:rsidRDefault="000D515A">
      <w:pPr>
        <w:pStyle w:val="ListBullet"/>
      </w:pPr>
      <w:r>
        <w:t>working gently and slowly</w:t>
      </w:r>
    </w:p>
    <w:p w:rsidR="00777EDD" w:rsidRDefault="000D515A">
      <w:pPr>
        <w:pStyle w:val="ListBullet"/>
      </w:pPr>
      <w:r>
        <w:t>taking breaks when needed</w:t>
      </w:r>
    </w:p>
    <w:p w:rsidR="00777EDD" w:rsidRDefault="000D515A">
      <w:pPr>
        <w:pStyle w:val="ListBullet"/>
      </w:pPr>
      <w:r>
        <w:t>not forcing painful styles</w:t>
      </w:r>
    </w:p>
    <w:p w:rsidR="00777EDD" w:rsidRDefault="000D515A">
      <w:pPr>
        <w:pStyle w:val="ListBullet"/>
      </w:pPr>
      <w:r>
        <w:t>listening when the child says something hurts</w:t>
      </w:r>
    </w:p>
    <w:p w:rsidR="00777EDD" w:rsidRDefault="000D515A">
      <w:pPr>
        <w:pStyle w:val="ListBullet"/>
      </w:pPr>
      <w:r>
        <w:t xml:space="preserve">being consistent enough that the routine </w:t>
      </w:r>
      <w:r>
        <w:t>becomes predictable</w:t>
      </w:r>
    </w:p>
    <w:p w:rsidR="00777EDD" w:rsidRDefault="00777EDD"/>
    <w:p w:rsidR="00777EDD" w:rsidRDefault="000D515A">
      <w:r>
        <w:t>Children often remember less about whether a parting was perfectly straight and more about how they felt in your hands.</w:t>
      </w:r>
    </w:p>
    <w:p w:rsidR="00777EDD" w:rsidRDefault="00777EDD"/>
    <w:p w:rsidR="00777EDD" w:rsidRDefault="000D515A">
      <w:r>
        <w:t>Did they feel rushed?</w:t>
      </w:r>
    </w:p>
    <w:p w:rsidR="00777EDD" w:rsidRDefault="000D515A">
      <w:r>
        <w:t>Did they feel scolded?</w:t>
      </w:r>
    </w:p>
    <w:p w:rsidR="00777EDD" w:rsidRDefault="000D515A">
      <w:r>
        <w:t>Did they feel like a burden?</w:t>
      </w:r>
    </w:p>
    <w:p w:rsidR="00777EDD" w:rsidRDefault="000D515A">
      <w:r>
        <w:t xml:space="preserve">Or did they feel handled with patience, </w:t>
      </w:r>
      <w:r>
        <w:t>dignity, and care?</w:t>
      </w:r>
    </w:p>
    <w:p w:rsidR="00777EDD" w:rsidRDefault="00777EDD"/>
    <w:p w:rsidR="00777EDD" w:rsidRDefault="000D515A">
      <w:r>
        <w:t>Hair care can become one of the quiet places where trust is built.</w:t>
      </w:r>
    </w:p>
    <w:p w:rsidR="00777EDD" w:rsidRDefault="00777EDD"/>
    <w:p w:rsidR="00777EDD" w:rsidRDefault="000D515A">
      <w:r>
        <w:t>When Hair Care Feels Hard for the Child</w:t>
      </w:r>
    </w:p>
    <w:p w:rsidR="00777EDD" w:rsidRDefault="00777EDD"/>
    <w:p w:rsidR="00777EDD" w:rsidRDefault="000D515A">
      <w:r>
        <w:t>Children do not always have the language to explain why hair care feels difficult. A young child may cry or squirm. An older ch</w:t>
      </w:r>
      <w:r>
        <w:t>ild may become withdrawn, irritated, or resistant before wash day even begins.</w:t>
      </w:r>
    </w:p>
    <w:p w:rsidR="00777EDD" w:rsidRDefault="00777EDD"/>
    <w:p w:rsidR="00777EDD" w:rsidRDefault="000D515A">
      <w:r>
        <w:t>That resistance may be communicating many things:</w:t>
      </w:r>
    </w:p>
    <w:p w:rsidR="00777EDD" w:rsidRDefault="000D515A">
      <w:pPr>
        <w:pStyle w:val="ListBullet"/>
      </w:pPr>
      <w:r>
        <w:t>the routine feels too long</w:t>
      </w:r>
    </w:p>
    <w:p w:rsidR="00777EDD" w:rsidRDefault="000D515A">
      <w:pPr>
        <w:pStyle w:val="ListBullet"/>
      </w:pPr>
      <w:r>
        <w:t>detangling has been painful in the past</w:t>
      </w:r>
    </w:p>
    <w:p w:rsidR="00777EDD" w:rsidRDefault="000D515A">
      <w:pPr>
        <w:pStyle w:val="ListBullet"/>
      </w:pPr>
      <w:r>
        <w:t>the child feels overstimulated</w:t>
      </w:r>
    </w:p>
    <w:p w:rsidR="00777EDD" w:rsidRDefault="000D515A">
      <w:pPr>
        <w:pStyle w:val="ListBullet"/>
      </w:pPr>
      <w:r>
        <w:t>the child fears being scolde</w:t>
      </w:r>
      <w:r>
        <w:t>d for moving</w:t>
      </w:r>
    </w:p>
    <w:p w:rsidR="00777EDD" w:rsidRDefault="000D515A">
      <w:pPr>
        <w:pStyle w:val="ListBullet"/>
      </w:pPr>
      <w:r>
        <w:t>the child does not yet trust what will happen next</w:t>
      </w:r>
    </w:p>
    <w:p w:rsidR="00777EDD" w:rsidRDefault="000D515A">
      <w:pPr>
        <w:pStyle w:val="ListBullet"/>
      </w:pPr>
      <w:r>
        <w:t>the child associates hair care with discomfort rather than connection</w:t>
      </w:r>
    </w:p>
    <w:p w:rsidR="00777EDD" w:rsidRDefault="00777EDD"/>
    <w:p w:rsidR="00777EDD" w:rsidRDefault="000D515A">
      <w:r>
        <w:t>This is why it helps to interpret resistance with curiosity before correction.</w:t>
      </w:r>
    </w:p>
    <w:p w:rsidR="00777EDD" w:rsidRDefault="00777EDD"/>
    <w:p w:rsidR="00777EDD" w:rsidRDefault="000D515A">
      <w:r>
        <w:t xml:space="preserve">Instead of thinking, Why are they making </w:t>
      </w:r>
      <w:r>
        <w:t>this so difficult?</w:t>
      </w:r>
    </w:p>
    <w:p w:rsidR="00777EDD" w:rsidRDefault="000D515A">
      <w:r>
        <w:lastRenderedPageBreak/>
        <w:t>Try asking, What is this experience feeling like to them right now?</w:t>
      </w:r>
    </w:p>
    <w:p w:rsidR="00777EDD" w:rsidRDefault="00777EDD"/>
    <w:p w:rsidR="00777EDD" w:rsidRDefault="000D515A">
      <w:r>
        <w:t>That shift changes the posture of care.</w:t>
      </w:r>
    </w:p>
    <w:p w:rsidR="00777EDD" w:rsidRDefault="00777EDD"/>
    <w:p w:rsidR="00777EDD" w:rsidRDefault="000D515A">
      <w:r>
        <w:t>The Parent’s Words Matter</w:t>
      </w:r>
    </w:p>
    <w:p w:rsidR="00777EDD" w:rsidRDefault="00777EDD"/>
    <w:p w:rsidR="00777EDD" w:rsidRDefault="000D515A">
      <w:r>
        <w:t>Children listen closely to the way adults speak about hair. Even casual comments can sink deep. When</w:t>
      </w:r>
      <w:r>
        <w:t xml:space="preserve"> adults call hair “difficult,” “messy,” “wild,” or “too much work,” children may begin to believe that they themselves are difficult, messy, or too much.</w:t>
      </w:r>
    </w:p>
    <w:p w:rsidR="00777EDD" w:rsidRDefault="00777EDD"/>
    <w:p w:rsidR="00777EDD" w:rsidRDefault="000D515A">
      <w:r>
        <w:t>The words children hear about their hair often become the words they carry inside.</w:t>
      </w:r>
    </w:p>
    <w:p w:rsidR="00777EDD" w:rsidRDefault="00777EDD"/>
    <w:p w:rsidR="00777EDD" w:rsidRDefault="000D515A">
      <w:r>
        <w:t>Instead of saying</w:t>
      </w:r>
      <w:r>
        <w:t>:</w:t>
      </w:r>
    </w:p>
    <w:p w:rsidR="00777EDD" w:rsidRDefault="000D515A">
      <w:pPr>
        <w:pStyle w:val="ListBullet"/>
      </w:pPr>
      <w:r>
        <w:t>“Your hair is impossible.”</w:t>
      </w:r>
    </w:p>
    <w:p w:rsidR="00777EDD" w:rsidRDefault="000D515A">
      <w:pPr>
        <w:pStyle w:val="ListBullet"/>
      </w:pPr>
      <w:r>
        <w:t>“This is such a mission.”</w:t>
      </w:r>
    </w:p>
    <w:p w:rsidR="00777EDD" w:rsidRDefault="000D515A">
      <w:pPr>
        <w:pStyle w:val="ListBullet"/>
      </w:pPr>
      <w:r>
        <w:t>“Your hair is too much.”</w:t>
      </w:r>
    </w:p>
    <w:p w:rsidR="00777EDD" w:rsidRDefault="000D515A">
      <w:pPr>
        <w:pStyle w:val="ListBullet"/>
      </w:pPr>
      <w:r>
        <w:t>“Why does it do this?”</w:t>
      </w:r>
    </w:p>
    <w:p w:rsidR="00777EDD" w:rsidRDefault="00777EDD"/>
    <w:p w:rsidR="00777EDD" w:rsidRDefault="000D515A">
      <w:r>
        <w:t>Try language that is truthful, gentle, and steady:</w:t>
      </w:r>
    </w:p>
    <w:p w:rsidR="00777EDD" w:rsidRDefault="000D515A">
      <w:pPr>
        <w:pStyle w:val="ListBullet"/>
      </w:pPr>
      <w:r>
        <w:t>“Your hair needs gentle care.”</w:t>
      </w:r>
    </w:p>
    <w:p w:rsidR="00777EDD" w:rsidRDefault="000D515A">
      <w:pPr>
        <w:pStyle w:val="ListBullet"/>
      </w:pPr>
      <w:r>
        <w:t>“We are learning what works for your hair.”</w:t>
      </w:r>
    </w:p>
    <w:p w:rsidR="00777EDD" w:rsidRDefault="000D515A">
      <w:pPr>
        <w:pStyle w:val="ListBullet"/>
      </w:pPr>
      <w:r>
        <w:t>“Let’s slow down.”</w:t>
      </w:r>
    </w:p>
    <w:p w:rsidR="00777EDD" w:rsidRDefault="000D515A">
      <w:pPr>
        <w:pStyle w:val="ListBullet"/>
      </w:pPr>
      <w:r>
        <w:t>“We can</w:t>
      </w:r>
      <w:r>
        <w:t xml:space="preserve"> do this one section at a time.”</w:t>
      </w:r>
    </w:p>
    <w:p w:rsidR="00777EDD" w:rsidRDefault="000D515A">
      <w:pPr>
        <w:pStyle w:val="ListBullet"/>
      </w:pPr>
      <w:r>
        <w:t>“Tell me if something feels uncomfortable.”</w:t>
      </w:r>
    </w:p>
    <w:p w:rsidR="00777EDD" w:rsidRDefault="000D515A">
      <w:pPr>
        <w:pStyle w:val="ListBullet"/>
      </w:pPr>
      <w:r>
        <w:t>“You are worth the time this takes.”</w:t>
      </w:r>
    </w:p>
    <w:p w:rsidR="00777EDD" w:rsidRDefault="00777EDD"/>
    <w:p w:rsidR="00777EDD" w:rsidRDefault="000D515A">
      <w:r>
        <w:t>Positive language does not mean pretending every moment is easy. It means refusing to let frustration become the child’s identity.</w:t>
      </w:r>
    </w:p>
    <w:p w:rsidR="00777EDD" w:rsidRDefault="00777EDD"/>
    <w:p w:rsidR="00777EDD" w:rsidRDefault="000D515A">
      <w:r>
        <w:t>Speak Tea</w:t>
      </w:r>
      <w:r>
        <w:t>mwork, Not Blame</w:t>
      </w:r>
    </w:p>
    <w:p w:rsidR="00777EDD" w:rsidRDefault="00777EDD"/>
    <w:p w:rsidR="00777EDD" w:rsidRDefault="000D515A">
      <w:r>
        <w:t>There will still be mornings when you are tired, running late, or unsure what to do. In those moments, your tone matters as much as your technique.</w:t>
      </w:r>
    </w:p>
    <w:p w:rsidR="00777EDD" w:rsidRDefault="00777EDD"/>
    <w:p w:rsidR="00777EDD" w:rsidRDefault="000D515A">
      <w:r>
        <w:t>Instead of:</w:t>
      </w:r>
    </w:p>
    <w:p w:rsidR="00777EDD" w:rsidRDefault="000D515A">
      <w:r>
        <w:t>“Your hair is making us late.”</w:t>
      </w:r>
    </w:p>
    <w:p w:rsidR="00777EDD" w:rsidRDefault="00777EDD"/>
    <w:p w:rsidR="00777EDD" w:rsidRDefault="000D515A">
      <w:r>
        <w:t>Try:</w:t>
      </w:r>
    </w:p>
    <w:p w:rsidR="00777EDD" w:rsidRDefault="000D515A">
      <w:r>
        <w:t xml:space="preserve">“We need a simpler style today, but we </w:t>
      </w:r>
      <w:r>
        <w:t>will still take care of your hair gently.”</w:t>
      </w:r>
    </w:p>
    <w:p w:rsidR="00777EDD" w:rsidRDefault="00777EDD"/>
    <w:p w:rsidR="00777EDD" w:rsidRDefault="000D515A">
      <w:r>
        <w:t>Instead of:</w:t>
      </w:r>
    </w:p>
    <w:p w:rsidR="00777EDD" w:rsidRDefault="000D515A">
      <w:r>
        <w:t>“Why is it doing this?”</w:t>
      </w:r>
    </w:p>
    <w:p w:rsidR="00777EDD" w:rsidRDefault="00777EDD"/>
    <w:p w:rsidR="00777EDD" w:rsidRDefault="000D515A">
      <w:r>
        <w:t>Try:</w:t>
      </w:r>
    </w:p>
    <w:p w:rsidR="00777EDD" w:rsidRDefault="000D515A">
      <w:r>
        <w:t>“Let’s slow down and figure out what your hair needs.”</w:t>
      </w:r>
    </w:p>
    <w:p w:rsidR="00777EDD" w:rsidRDefault="00777EDD"/>
    <w:p w:rsidR="00777EDD" w:rsidRDefault="000D515A">
      <w:r>
        <w:t>Instead of:</w:t>
      </w:r>
    </w:p>
    <w:p w:rsidR="00777EDD" w:rsidRDefault="000D515A">
      <w:r>
        <w:t>“You never sit still.”</w:t>
      </w:r>
    </w:p>
    <w:p w:rsidR="00777EDD" w:rsidRDefault="00777EDD"/>
    <w:p w:rsidR="00777EDD" w:rsidRDefault="000D515A">
      <w:r>
        <w:t>Try:</w:t>
      </w:r>
    </w:p>
    <w:p w:rsidR="00777EDD" w:rsidRDefault="000D515A">
      <w:r>
        <w:t>“I know this feels long. Let’s take a breath and finish one small section</w:t>
      </w:r>
      <w:r>
        <w:t>.”</w:t>
      </w:r>
    </w:p>
    <w:p w:rsidR="00777EDD" w:rsidRDefault="00777EDD"/>
    <w:p w:rsidR="00777EDD" w:rsidRDefault="000D515A">
      <w:r>
        <w:t>These small changes in wording help a child experience hair care as collaboration rather than blame.</w:t>
      </w:r>
    </w:p>
    <w:p w:rsidR="00777EDD" w:rsidRDefault="00777EDD"/>
    <w:p w:rsidR="00777EDD" w:rsidRDefault="000D515A">
      <w:r>
        <w:t>Gentle Handling Is Emotional Communication</w:t>
      </w:r>
    </w:p>
    <w:p w:rsidR="00777EDD" w:rsidRDefault="00777EDD"/>
    <w:p w:rsidR="00777EDD" w:rsidRDefault="000D515A">
      <w:r>
        <w:t>How you handle the hair communicates something long before you say a word.</w:t>
      </w:r>
    </w:p>
    <w:p w:rsidR="00777EDD" w:rsidRDefault="00777EDD"/>
    <w:p w:rsidR="00777EDD" w:rsidRDefault="000D515A">
      <w:r>
        <w:t>Gentle handling tells a child:</w:t>
      </w:r>
    </w:p>
    <w:p w:rsidR="00777EDD" w:rsidRDefault="000D515A">
      <w:pPr>
        <w:pStyle w:val="ListBullet"/>
      </w:pPr>
      <w:r>
        <w:t>your comfort matters</w:t>
      </w:r>
    </w:p>
    <w:p w:rsidR="00777EDD" w:rsidRDefault="000D515A">
      <w:pPr>
        <w:pStyle w:val="ListBullet"/>
      </w:pPr>
      <w:r>
        <w:t>your body is not a problem</w:t>
      </w:r>
    </w:p>
    <w:p w:rsidR="00777EDD" w:rsidRDefault="000D515A">
      <w:pPr>
        <w:pStyle w:val="ListBullet"/>
      </w:pPr>
      <w:r>
        <w:t>I am paying attention</w:t>
      </w:r>
    </w:p>
    <w:p w:rsidR="00777EDD" w:rsidRDefault="000D515A">
      <w:pPr>
        <w:pStyle w:val="ListBullet"/>
      </w:pPr>
      <w:r>
        <w:t>I will not force neatness at your expense</w:t>
      </w:r>
    </w:p>
    <w:p w:rsidR="00777EDD" w:rsidRDefault="000D515A">
      <w:pPr>
        <w:pStyle w:val="ListBullet"/>
      </w:pPr>
      <w:r>
        <w:t>I am learning how to care for you well</w:t>
      </w:r>
    </w:p>
    <w:p w:rsidR="00777EDD" w:rsidRDefault="00777EDD"/>
    <w:p w:rsidR="00777EDD" w:rsidRDefault="000D515A">
      <w:r>
        <w:t>Rough handling communicates the opposite, even when love is present. That is why gentleness is not just</w:t>
      </w:r>
      <w:r>
        <w:t xml:space="preserve"> a technique. It is part of the message.</w:t>
      </w:r>
    </w:p>
    <w:p w:rsidR="00777EDD" w:rsidRDefault="00777EDD"/>
    <w:p w:rsidR="00777EDD" w:rsidRDefault="000D515A">
      <w:r>
        <w:t>This may mean:</w:t>
      </w:r>
    </w:p>
    <w:p w:rsidR="00777EDD" w:rsidRDefault="000D515A">
      <w:pPr>
        <w:pStyle w:val="ListBullet"/>
      </w:pPr>
      <w:r>
        <w:t>using more slip instead of more force</w:t>
      </w:r>
    </w:p>
    <w:p w:rsidR="00777EDD" w:rsidRDefault="000D515A">
      <w:pPr>
        <w:pStyle w:val="ListBullet"/>
      </w:pPr>
      <w:r>
        <w:lastRenderedPageBreak/>
        <w:t>breaking the routine into smaller sections</w:t>
      </w:r>
    </w:p>
    <w:p w:rsidR="00777EDD" w:rsidRDefault="000D515A">
      <w:pPr>
        <w:pStyle w:val="ListBullet"/>
      </w:pPr>
      <w:r>
        <w:t>choosing simpler styles</w:t>
      </w:r>
    </w:p>
    <w:p w:rsidR="00777EDD" w:rsidRDefault="000D515A">
      <w:pPr>
        <w:pStyle w:val="ListBullet"/>
      </w:pPr>
      <w:r>
        <w:t>stopping when the child is overwhelmed</w:t>
      </w:r>
    </w:p>
    <w:p w:rsidR="00777EDD" w:rsidRDefault="000D515A">
      <w:pPr>
        <w:pStyle w:val="ListBullet"/>
      </w:pPr>
      <w:r>
        <w:t>avoiding tension for the sake of neatness</w:t>
      </w:r>
    </w:p>
    <w:p w:rsidR="00777EDD" w:rsidRDefault="000D515A">
      <w:pPr>
        <w:pStyle w:val="ListBullet"/>
      </w:pPr>
      <w:r>
        <w:t xml:space="preserve">apologizing </w:t>
      </w:r>
      <w:r>
        <w:t>if you misjudge and hurt them</w:t>
      </w:r>
    </w:p>
    <w:p w:rsidR="00777EDD" w:rsidRDefault="00777EDD"/>
    <w:p w:rsidR="00777EDD" w:rsidRDefault="000D515A">
      <w:r>
        <w:t>Repair matters too. If a session goes badly, you can still rebuild trust by acknowledging it honestly:</w:t>
      </w:r>
    </w:p>
    <w:p w:rsidR="00777EDD" w:rsidRDefault="000D515A">
      <w:r>
        <w:t>“That was harder than it should have been. I’m sorry. Next time we will go more gently.”</w:t>
      </w:r>
    </w:p>
    <w:p w:rsidR="00777EDD" w:rsidRDefault="00777EDD"/>
    <w:p w:rsidR="00777EDD" w:rsidRDefault="000D515A">
      <w:r>
        <w:t>That kind of humility often stre</w:t>
      </w:r>
      <w:r>
        <w:t>ngthens trust rather than weakening it.</w:t>
      </w:r>
    </w:p>
    <w:p w:rsidR="00777EDD" w:rsidRDefault="00777EDD"/>
    <w:p w:rsidR="00777EDD" w:rsidRDefault="000D515A">
      <w:r>
        <w:t>Hair Care as Bonding Time</w:t>
      </w:r>
    </w:p>
    <w:p w:rsidR="00777EDD" w:rsidRDefault="00777EDD"/>
    <w:p w:rsidR="00777EDD" w:rsidRDefault="000D515A">
      <w:r>
        <w:t>Hair care can also become meaningful bonding time. These moments often invite conversation, closeness, and steady attention.</w:t>
      </w:r>
    </w:p>
    <w:p w:rsidR="00777EDD" w:rsidRDefault="00777EDD"/>
    <w:p w:rsidR="00777EDD" w:rsidRDefault="000D515A">
      <w:r>
        <w:t>A child may talk more freely during wash day or styling than d</w:t>
      </w:r>
      <w:r>
        <w:t>uring formal conversations. Sometimes the bonding comes through words. Sometimes it comes through quiet consistency. Sometimes it is simply the experience of being cared for without being rushed.</w:t>
      </w:r>
    </w:p>
    <w:p w:rsidR="00777EDD" w:rsidRDefault="00777EDD"/>
    <w:p w:rsidR="00777EDD" w:rsidRDefault="000D515A">
      <w:r>
        <w:t>Not every wash day will feel peaceful. But repeated care, g</w:t>
      </w:r>
      <w:r>
        <w:t>iven patiently, can still become a place of trust.</w:t>
      </w:r>
    </w:p>
    <w:p w:rsidR="00777EDD" w:rsidRDefault="00777EDD"/>
    <w:p w:rsidR="00777EDD" w:rsidRDefault="000D515A">
      <w:r>
        <w:t>When the Goal Is Safety Before Skill</w:t>
      </w:r>
    </w:p>
    <w:p w:rsidR="00777EDD" w:rsidRDefault="00777EDD"/>
    <w:p w:rsidR="00777EDD" w:rsidRDefault="000D515A">
      <w:r>
        <w:t>Many parents worry that they need to become highly skilled very quickly. Skill matters, but emotional safety matters first.</w:t>
      </w:r>
    </w:p>
    <w:p w:rsidR="00777EDD" w:rsidRDefault="00777EDD"/>
    <w:p w:rsidR="00777EDD" w:rsidRDefault="000D515A">
      <w:r>
        <w:t>A child can tolerate an imperfect parting</w:t>
      </w:r>
      <w:r>
        <w:t xml:space="preserve"> or a simpler style. What is harder to recover from is a routine that feels painful, scolding, chaotic, or shaming.</w:t>
      </w:r>
    </w:p>
    <w:p w:rsidR="00777EDD" w:rsidRDefault="00777EDD"/>
    <w:p w:rsidR="00777EDD" w:rsidRDefault="000D515A">
      <w:r>
        <w:t>Before asking whether the style looks neat, it helps to ask:</w:t>
      </w:r>
    </w:p>
    <w:p w:rsidR="00777EDD" w:rsidRDefault="000D515A">
      <w:pPr>
        <w:pStyle w:val="ListBullet"/>
      </w:pPr>
      <w:r>
        <w:t>Did my child feel safe?</w:t>
      </w:r>
    </w:p>
    <w:p w:rsidR="00777EDD" w:rsidRDefault="000D515A">
      <w:pPr>
        <w:pStyle w:val="ListBullet"/>
      </w:pPr>
      <w:r>
        <w:t>Did I listen when they showed discomfort?</w:t>
      </w:r>
    </w:p>
    <w:p w:rsidR="00777EDD" w:rsidRDefault="000D515A">
      <w:pPr>
        <w:pStyle w:val="ListBullet"/>
      </w:pPr>
      <w:r>
        <w:t>Did I move w</w:t>
      </w:r>
      <w:r>
        <w:t>ith patience?</w:t>
      </w:r>
    </w:p>
    <w:p w:rsidR="00777EDD" w:rsidRDefault="000D515A">
      <w:pPr>
        <w:pStyle w:val="ListBullet"/>
      </w:pPr>
      <w:r>
        <w:t>Did my words protect their dignity?</w:t>
      </w:r>
    </w:p>
    <w:p w:rsidR="00777EDD" w:rsidRDefault="000D515A">
      <w:pPr>
        <w:pStyle w:val="ListBullet"/>
      </w:pPr>
      <w:r>
        <w:t>Did this routine build trust, or strain it?</w:t>
      </w:r>
    </w:p>
    <w:p w:rsidR="00777EDD" w:rsidRDefault="00777EDD"/>
    <w:p w:rsidR="00777EDD" w:rsidRDefault="000D515A">
      <w:r>
        <w:t>Those questions matter deeply because hair care is not only grooming. It is also relationship.</w:t>
      </w:r>
    </w:p>
    <w:p w:rsidR="00777EDD" w:rsidRDefault="00777EDD"/>
    <w:p w:rsidR="00777EDD" w:rsidRDefault="000D515A">
      <w:r>
        <w:t>A Gentle Reminder for Parents</w:t>
      </w:r>
    </w:p>
    <w:p w:rsidR="00777EDD" w:rsidRDefault="00777EDD"/>
    <w:p w:rsidR="00777EDD" w:rsidRDefault="000D515A">
      <w:r>
        <w:t>You do not need to do everything p</w:t>
      </w:r>
      <w:r>
        <w:t>erfectly in order to care well for your child.</w:t>
      </w:r>
    </w:p>
    <w:p w:rsidR="00777EDD" w:rsidRDefault="00777EDD"/>
    <w:p w:rsidR="00777EDD" w:rsidRDefault="000D515A">
      <w:r>
        <w:t>What matters most is not flawless technique, but a posture of gentleness, humility, and attentiveness. A child who experiences your hands as patient, careful, and safe is learning something important long bef</w:t>
      </w:r>
      <w:r>
        <w:t>ore they understand products or routines.</w:t>
      </w:r>
    </w:p>
    <w:p w:rsidR="00777EDD" w:rsidRDefault="00777EDD"/>
    <w:p w:rsidR="00777EDD" w:rsidRDefault="000D515A">
      <w:r>
        <w:t>They are learning:</w:t>
      </w:r>
    </w:p>
    <w:p w:rsidR="00777EDD" w:rsidRDefault="000D515A">
      <w:r>
        <w:t>I will be handled with care.</w:t>
      </w:r>
    </w:p>
    <w:p w:rsidR="00777EDD" w:rsidRDefault="000D515A">
      <w:r>
        <w:t>I will be listened to.</w:t>
      </w:r>
    </w:p>
    <w:p w:rsidR="00777EDD" w:rsidRDefault="000D515A">
      <w:r>
        <w:t>I do not have to brace for pain to be cared for.</w:t>
      </w:r>
    </w:p>
    <w:p w:rsidR="00777EDD" w:rsidRDefault="000D515A">
      <w:r>
        <w:t>This part of me is not a burden.</w:t>
      </w:r>
    </w:p>
    <w:p w:rsidR="00777EDD" w:rsidRDefault="00777EDD"/>
    <w:p w:rsidR="00777EDD" w:rsidRDefault="000D515A">
      <w:r>
        <w:t>That is why the emotional side of hair matters. Hair care s</w:t>
      </w:r>
      <w:r>
        <w:t>hapes not only the finished style, but also the child’s sense of safety in your care.</w:t>
      </w:r>
    </w:p>
    <w:p w:rsidR="00777EDD" w:rsidRDefault="000D515A">
      <w:r>
        <w:br w:type="page"/>
      </w:r>
    </w:p>
    <w:p w:rsidR="00777EDD" w:rsidRDefault="000D515A">
      <w:pPr>
        <w:pStyle w:val="Heading1"/>
      </w:pPr>
      <w:r>
        <w:rPr>
          <w:color w:val="5C3080"/>
        </w:rPr>
        <w:lastRenderedPageBreak/>
        <w:t>Chapter 3</w:t>
      </w:r>
    </w:p>
    <w:p w:rsidR="00777EDD" w:rsidRDefault="000D515A">
      <w:pPr>
        <w:pStyle w:val="Heading2"/>
      </w:pPr>
      <w:r>
        <w:rPr>
          <w:color w:val="464646"/>
        </w:rPr>
        <w:t>Hair Care Basics and Wash Day Routine</w:t>
      </w:r>
    </w:p>
    <w:p w:rsidR="00777EDD" w:rsidRDefault="000D515A">
      <w:r>
        <w:t xml:space="preserve">Caring for textured hair may feel unfamiliar at first, especially if you did not grow up with it yourself. But once you </w:t>
      </w:r>
      <w:r>
        <w:t>understand the basic order of care, the process becomes much less intimidating. You do not need to become an expert overnight. You need a gentle approach, a few reliable tools, and the willingness to learn what helps your child’s hair stay healthy, comfort</w:t>
      </w:r>
      <w:r>
        <w:t>able, and manageable.</w:t>
      </w:r>
    </w:p>
    <w:p w:rsidR="00777EDD" w:rsidRDefault="00777EDD"/>
    <w:p w:rsidR="00777EDD" w:rsidRDefault="000D515A">
      <w:r>
        <w:t>The basic principles are simple: cleanse gently, add moisture, detangle patiently, reduce tension, and stay consistent.</w:t>
      </w:r>
    </w:p>
    <w:p w:rsidR="00777EDD" w:rsidRDefault="00777EDD"/>
    <w:p w:rsidR="00777EDD" w:rsidRDefault="000D515A">
      <w:r>
        <w:t>A healthy textured-hair routine usually follows this order:</w:t>
      </w:r>
    </w:p>
    <w:p w:rsidR="00777EDD" w:rsidRDefault="00777EDD"/>
    <w:p w:rsidR="00777EDD" w:rsidRDefault="000D515A">
      <w:r>
        <w:t>Wash -&gt; Condition -&gt; Detangle gently -&gt; Rinse -&gt; Mo</w:t>
      </w:r>
      <w:r>
        <w:t>isturize -&gt; Dry or stretch gently -&gt; Style</w:t>
      </w:r>
    </w:p>
    <w:p w:rsidR="00777EDD" w:rsidRDefault="00777EDD"/>
    <w:p w:rsidR="00777EDD" w:rsidRDefault="000D515A">
      <w:r>
        <w:t>These principles matter whether your child wears a short afro, a fade with textured growth on top, twists, braids, locs, or longer loose styles.</w:t>
      </w:r>
    </w:p>
    <w:p w:rsidR="00777EDD" w:rsidRDefault="00777EDD"/>
    <w:p w:rsidR="00777EDD" w:rsidRDefault="000D515A">
      <w:r>
        <w:t>Some children do well with a simple wash-and-style routine. Others</w:t>
      </w:r>
      <w:r>
        <w:t xml:space="preserve"> need more sectioning, more time, and a slower pace. The best routine is not the most complicated one. It is the one that supports the child’s comfort, protects the hair and scalp, and can be followed consistently without turning hair care into a struggle.</w:t>
      </w:r>
    </w:p>
    <w:p w:rsidR="00777EDD" w:rsidRDefault="00777EDD"/>
    <w:p w:rsidR="00777EDD" w:rsidRDefault="000D515A">
      <w:r>
        <w:t>Before You Begin</w:t>
      </w:r>
    </w:p>
    <w:p w:rsidR="00777EDD" w:rsidRDefault="00777EDD"/>
    <w:p w:rsidR="00777EDD" w:rsidRDefault="000D515A">
      <w:r>
        <w:t>Hair care usually goes better when you prepare first instead of improvising halfway through. Set out what you need before you start, and try to choose a time when neither you nor your child is rushed.</w:t>
      </w:r>
    </w:p>
    <w:p w:rsidR="00777EDD" w:rsidRDefault="00777EDD"/>
    <w:p w:rsidR="00777EDD" w:rsidRDefault="000D515A">
      <w:r>
        <w:t>A child who is hungry, tired, over</w:t>
      </w:r>
      <w:r>
        <w:t>stimulated, or already upset is far less likely to experience hair care as peaceful. If possible, make the atmosphere calm. Explain what you are doing, move gently, and allow more time than you think you need.</w:t>
      </w:r>
    </w:p>
    <w:p w:rsidR="00777EDD" w:rsidRDefault="00777EDD"/>
    <w:p w:rsidR="00777EDD" w:rsidRDefault="000D515A">
      <w:r>
        <w:t>A simple wash day setup may include:</w:t>
      </w:r>
    </w:p>
    <w:p w:rsidR="00777EDD" w:rsidRDefault="000D515A">
      <w:pPr>
        <w:pStyle w:val="ListBullet"/>
      </w:pPr>
      <w:r>
        <w:t>a gentle</w:t>
      </w:r>
      <w:r>
        <w:t xml:space="preserve"> shampoo</w:t>
      </w:r>
    </w:p>
    <w:p w:rsidR="00777EDD" w:rsidRDefault="000D515A">
      <w:pPr>
        <w:pStyle w:val="ListBullet"/>
      </w:pPr>
      <w:r>
        <w:t>a moisturizing conditioner</w:t>
      </w:r>
    </w:p>
    <w:p w:rsidR="00777EDD" w:rsidRDefault="000D515A">
      <w:pPr>
        <w:pStyle w:val="ListBullet"/>
      </w:pPr>
      <w:r>
        <w:t>a leave-in conditioner or moisturizing cream</w:t>
      </w:r>
    </w:p>
    <w:p w:rsidR="00777EDD" w:rsidRDefault="000D515A">
      <w:pPr>
        <w:pStyle w:val="ListBullet"/>
      </w:pPr>
      <w:r>
        <w:t>a wide-tooth comb</w:t>
      </w:r>
    </w:p>
    <w:p w:rsidR="00777EDD" w:rsidRDefault="000D515A">
      <w:pPr>
        <w:pStyle w:val="ListBullet"/>
      </w:pPr>
      <w:r>
        <w:t>sectioning clips or gentle hair ties</w:t>
      </w:r>
    </w:p>
    <w:p w:rsidR="00777EDD" w:rsidRDefault="000D515A">
      <w:pPr>
        <w:pStyle w:val="ListBullet"/>
      </w:pPr>
      <w:r>
        <w:t>a spray bottle with water</w:t>
      </w:r>
    </w:p>
    <w:p w:rsidR="00777EDD" w:rsidRDefault="000D515A">
      <w:pPr>
        <w:pStyle w:val="ListBullet"/>
      </w:pPr>
      <w:r>
        <w:lastRenderedPageBreak/>
        <w:t>a soft towel or cotton T-shirt</w:t>
      </w:r>
    </w:p>
    <w:p w:rsidR="00777EDD" w:rsidRDefault="000D515A">
      <w:pPr>
        <w:pStyle w:val="ListBullet"/>
      </w:pPr>
      <w:r>
        <w:t>a light oil, if you use one</w:t>
      </w:r>
    </w:p>
    <w:p w:rsidR="00777EDD" w:rsidRDefault="000D515A">
      <w:pPr>
        <w:pStyle w:val="ListBullet"/>
      </w:pPr>
      <w:r>
        <w:t>simple styling accessories</w:t>
      </w:r>
    </w:p>
    <w:p w:rsidR="00777EDD" w:rsidRDefault="00777EDD"/>
    <w:p w:rsidR="00777EDD" w:rsidRDefault="000D515A">
      <w:r>
        <w:t xml:space="preserve">In the </w:t>
      </w:r>
      <w:r>
        <w:t>beginning, slower often means gentler.</w:t>
      </w:r>
    </w:p>
    <w:p w:rsidR="00777EDD" w:rsidRDefault="00777EDD"/>
    <w:p w:rsidR="00777EDD" w:rsidRDefault="000D515A">
      <w:r>
        <w:t>Step 1: Wash the Hair Gently</w:t>
      </w:r>
    </w:p>
    <w:p w:rsidR="00777EDD" w:rsidRDefault="00777EDD"/>
    <w:p w:rsidR="00777EDD" w:rsidRDefault="000D515A">
      <w:r>
        <w:t>Washing removes sweat, dirt, product buildup, and debris from the scalp and hair. It creates a clean foundation for moisture and styling. Textured hair usually does not need daily washin</w:t>
      </w:r>
      <w:r>
        <w:t>g. For many children, washing once a week or once every two weeks works well, depending on scalp buildup, activity level, styling routine, and how dry the hair tends to be.</w:t>
      </w:r>
    </w:p>
    <w:p w:rsidR="00777EDD" w:rsidRDefault="00777EDD"/>
    <w:p w:rsidR="00777EDD" w:rsidRDefault="000D515A">
      <w:r>
        <w:t>The goal of shampoo is not to strip the hair until it feels squeaky. The goal is t</w:t>
      </w:r>
      <w:r>
        <w:t>o cleanse gently.</w:t>
      </w:r>
    </w:p>
    <w:p w:rsidR="00777EDD" w:rsidRDefault="00777EDD"/>
    <w:p w:rsidR="00777EDD" w:rsidRDefault="000D515A">
      <w:r>
        <w:t>How to wash well</w:t>
      </w:r>
    </w:p>
    <w:p w:rsidR="00777EDD" w:rsidRDefault="000D515A">
      <w:pPr>
        <w:pStyle w:val="ListNumber"/>
      </w:pPr>
      <w:r>
        <w:t>Wet the hair thoroughly with lukewarm water.</w:t>
      </w:r>
    </w:p>
    <w:p w:rsidR="00777EDD" w:rsidRDefault="000D515A">
      <w:pPr>
        <w:pStyle w:val="ListNumber"/>
      </w:pPr>
      <w:r>
        <w:t>Section the hair first if it is dense, long, or easily tangled.</w:t>
      </w:r>
    </w:p>
    <w:p w:rsidR="00777EDD" w:rsidRDefault="000D515A">
      <w:pPr>
        <w:pStyle w:val="ListNumber"/>
      </w:pPr>
      <w:r>
        <w:t>Apply shampoo mainly to the scalp.</w:t>
      </w:r>
    </w:p>
    <w:p w:rsidR="00777EDD" w:rsidRDefault="000D515A">
      <w:pPr>
        <w:pStyle w:val="ListNumber"/>
      </w:pPr>
      <w:r>
        <w:t>Massage with your fingertips, not your nails.</w:t>
      </w:r>
    </w:p>
    <w:p w:rsidR="00777EDD" w:rsidRDefault="000D515A">
      <w:pPr>
        <w:pStyle w:val="ListNumber"/>
      </w:pPr>
      <w:r>
        <w:t>Let the shampoo run down the l</w:t>
      </w:r>
      <w:r>
        <w:t>ength of the hair as you rinse.</w:t>
      </w:r>
    </w:p>
    <w:p w:rsidR="00777EDD" w:rsidRDefault="000D515A">
      <w:pPr>
        <w:pStyle w:val="ListNumber"/>
      </w:pPr>
      <w:r>
        <w:t>Rinse thoroughly.</w:t>
      </w:r>
    </w:p>
    <w:p w:rsidR="00777EDD" w:rsidRDefault="00777EDD"/>
    <w:p w:rsidR="00777EDD" w:rsidRDefault="000D515A">
      <w:r>
        <w:t>If the child has been wearing a style for several days or weeks, remove shed hair gently before washing. Washing heavily tangled hair without preparation can make detangling harder afterwards.</w:t>
      </w:r>
    </w:p>
    <w:p w:rsidR="00777EDD" w:rsidRDefault="00777EDD"/>
    <w:p w:rsidR="00777EDD" w:rsidRDefault="000D515A">
      <w:r>
        <w:t>Step 2: Con</w:t>
      </w:r>
      <w:r>
        <w:t>dition the Hair</w:t>
      </w:r>
    </w:p>
    <w:p w:rsidR="00777EDD" w:rsidRDefault="00777EDD"/>
    <w:p w:rsidR="00777EDD" w:rsidRDefault="000D515A">
      <w:r>
        <w:t>Conditioner is one of the most important parts of textured hair care. Shampoo cleanses, but conditioner softens the hair, supports moisture, and provides the slip needed for easier detangling.</w:t>
      </w:r>
    </w:p>
    <w:p w:rsidR="00777EDD" w:rsidRDefault="00777EDD"/>
    <w:p w:rsidR="00777EDD" w:rsidRDefault="000D515A">
      <w:r>
        <w:t>How to condition well</w:t>
      </w:r>
    </w:p>
    <w:p w:rsidR="00777EDD" w:rsidRDefault="000D515A">
      <w:pPr>
        <w:pStyle w:val="ListNumber"/>
      </w:pPr>
      <w:r>
        <w:t>Apply conditioner gener</w:t>
      </w:r>
      <w:r>
        <w:t>ously after rinsing out the shampoo.</w:t>
      </w:r>
    </w:p>
    <w:p w:rsidR="00777EDD" w:rsidRDefault="000D515A">
      <w:pPr>
        <w:pStyle w:val="ListNumber"/>
      </w:pPr>
      <w:r>
        <w:t>Focus especially on the lengths and ends.</w:t>
      </w:r>
    </w:p>
    <w:p w:rsidR="00777EDD" w:rsidRDefault="000D515A">
      <w:pPr>
        <w:pStyle w:val="ListNumber"/>
      </w:pPr>
      <w:r>
        <w:t>Use your fingers to help distribute the product.</w:t>
      </w:r>
    </w:p>
    <w:p w:rsidR="00777EDD" w:rsidRDefault="000D515A">
      <w:pPr>
        <w:pStyle w:val="ListNumber"/>
      </w:pPr>
      <w:r>
        <w:t>Let the conditioner sit for a few minutes.</w:t>
      </w:r>
    </w:p>
    <w:p w:rsidR="00777EDD" w:rsidRDefault="000D515A">
      <w:pPr>
        <w:pStyle w:val="ListNumber"/>
      </w:pPr>
      <w:r>
        <w:t>Keep the hair coated and manageable for detangling.</w:t>
      </w:r>
    </w:p>
    <w:p w:rsidR="00777EDD" w:rsidRDefault="00777EDD"/>
    <w:p w:rsidR="00777EDD" w:rsidRDefault="000D515A">
      <w:r>
        <w:t xml:space="preserve">If the hair is especially dry, </w:t>
      </w:r>
      <w:r>
        <w:t>or has been exposed to chlorine, heat, sun, or seasonal dryness, a deep conditioner once or twice a month may help.</w:t>
      </w:r>
    </w:p>
    <w:p w:rsidR="00777EDD" w:rsidRDefault="00777EDD"/>
    <w:p w:rsidR="00777EDD" w:rsidRDefault="000D515A">
      <w:r>
        <w:t>Step 3: Detangle with Patience</w:t>
      </w:r>
    </w:p>
    <w:p w:rsidR="00777EDD" w:rsidRDefault="00777EDD"/>
    <w:p w:rsidR="00777EDD" w:rsidRDefault="000D515A">
      <w:r>
        <w:t>Detangling is often the part parents fear most, but it does not have to be the most stressful part of the r</w:t>
      </w:r>
      <w:r>
        <w:t>outine. The goal is to remove tangles with as little pain and breakage as possible.</w:t>
      </w:r>
    </w:p>
    <w:p w:rsidR="00777EDD" w:rsidRDefault="00777EDD"/>
    <w:p w:rsidR="00777EDD" w:rsidRDefault="000D515A">
      <w:r>
        <w:t>Textured hair is usually easiest to detangle when it is damp or wet and coated with conditioner. This is what gives the hair slip.</w:t>
      </w:r>
    </w:p>
    <w:p w:rsidR="00777EDD" w:rsidRDefault="00777EDD"/>
    <w:p w:rsidR="00777EDD" w:rsidRDefault="000D515A">
      <w:r>
        <w:t>How to detangle with less pain and brea</w:t>
      </w:r>
      <w:r>
        <w:t>kage</w:t>
      </w:r>
    </w:p>
    <w:p w:rsidR="00777EDD" w:rsidRDefault="000D515A">
      <w:pPr>
        <w:pStyle w:val="ListNumber"/>
      </w:pPr>
      <w:r>
        <w:t>Work in small sections.</w:t>
      </w:r>
    </w:p>
    <w:p w:rsidR="00777EDD" w:rsidRDefault="000D515A">
      <w:pPr>
        <w:pStyle w:val="ListNumber"/>
      </w:pPr>
      <w:r>
        <w:t>Hold the section gently near the root.</w:t>
      </w:r>
    </w:p>
    <w:p w:rsidR="00777EDD" w:rsidRDefault="000D515A">
      <w:pPr>
        <w:pStyle w:val="ListNumber"/>
      </w:pPr>
      <w:r>
        <w:t>Start at the ends and work upward slowly.</w:t>
      </w:r>
    </w:p>
    <w:p w:rsidR="00777EDD" w:rsidRDefault="000D515A">
      <w:pPr>
        <w:pStyle w:val="ListNumber"/>
      </w:pPr>
      <w:r>
        <w:t>Use your fingers first when possible.</w:t>
      </w:r>
    </w:p>
    <w:p w:rsidR="00777EDD" w:rsidRDefault="000D515A">
      <w:pPr>
        <w:pStyle w:val="ListNumber"/>
      </w:pPr>
      <w:r>
        <w:t>Use a wide-tooth comb only after some of the tangling has been loosened.</w:t>
      </w:r>
    </w:p>
    <w:p w:rsidR="00777EDD" w:rsidRDefault="000D515A">
      <w:pPr>
        <w:pStyle w:val="ListNumber"/>
      </w:pPr>
      <w:r>
        <w:t>Add more water or conditioner if th</w:t>
      </w:r>
      <w:r>
        <w:t>e hair starts dragging.</w:t>
      </w:r>
    </w:p>
    <w:p w:rsidR="00777EDD" w:rsidRDefault="00777EDD"/>
    <w:p w:rsidR="00777EDD" w:rsidRDefault="000D515A">
      <w:r>
        <w:t>Signs you may be detangling too roughly</w:t>
      </w:r>
    </w:p>
    <w:p w:rsidR="00777EDD" w:rsidRDefault="000D515A">
      <w:pPr>
        <w:pStyle w:val="ListBullet"/>
      </w:pPr>
      <w:r>
        <w:t>the child is flinching, crying, or pulling away repeatedly</w:t>
      </w:r>
    </w:p>
    <w:p w:rsidR="00777EDD" w:rsidRDefault="000D515A">
      <w:pPr>
        <w:pStyle w:val="ListBullet"/>
      </w:pPr>
      <w:r>
        <w:t>hair is snapping off in large amounts</w:t>
      </w:r>
    </w:p>
    <w:p w:rsidR="00777EDD" w:rsidRDefault="000D515A">
      <w:pPr>
        <w:pStyle w:val="ListBullet"/>
      </w:pPr>
      <w:r>
        <w:t>you feel rushed and are yanking through knots</w:t>
      </w:r>
    </w:p>
    <w:p w:rsidR="00777EDD" w:rsidRDefault="000D515A">
      <w:pPr>
        <w:pStyle w:val="ListBullet"/>
      </w:pPr>
      <w:r>
        <w:t>the scalp is becoming tender or irritated</w:t>
      </w:r>
    </w:p>
    <w:p w:rsidR="00777EDD" w:rsidRDefault="000D515A">
      <w:pPr>
        <w:pStyle w:val="ListBullet"/>
      </w:pPr>
      <w:r>
        <w:t>the ch</w:t>
      </w:r>
      <w:r>
        <w:t>ild begins dreading wash day</w:t>
      </w:r>
    </w:p>
    <w:p w:rsidR="00777EDD" w:rsidRDefault="00777EDD"/>
    <w:p w:rsidR="00777EDD" w:rsidRDefault="000D515A">
      <w:r>
        <w:t>Step 4: Rinse After Detangling</w:t>
      </w:r>
    </w:p>
    <w:p w:rsidR="00777EDD" w:rsidRDefault="00777EDD"/>
    <w:p w:rsidR="00777EDD" w:rsidRDefault="000D515A">
      <w:r>
        <w:t>Once the hair has been detangled, rinse out the conditioner according to the product instructions.</w:t>
      </w:r>
    </w:p>
    <w:p w:rsidR="00777EDD" w:rsidRDefault="00777EDD"/>
    <w:p w:rsidR="00777EDD" w:rsidRDefault="000D515A">
      <w:r>
        <w:t>Rinsing matters because it removes excess product before you apply leave-in conditioner or moi</w:t>
      </w:r>
      <w:r>
        <w:t>sturizing cream. If too much regular conditioner is left behind, the hair can feel heavy, coated, or less responsive to the next step.</w:t>
      </w:r>
    </w:p>
    <w:p w:rsidR="00777EDD" w:rsidRDefault="00777EDD"/>
    <w:p w:rsidR="00777EDD" w:rsidRDefault="000D515A">
      <w:r>
        <w:t>How to rinse well</w:t>
      </w:r>
    </w:p>
    <w:p w:rsidR="00777EDD" w:rsidRDefault="000D515A">
      <w:pPr>
        <w:pStyle w:val="ListNumber"/>
      </w:pPr>
      <w:r>
        <w:t>Rinse gently with lukewarm water.</w:t>
      </w:r>
    </w:p>
    <w:p w:rsidR="00777EDD" w:rsidRDefault="000D515A">
      <w:pPr>
        <w:pStyle w:val="ListNumber"/>
      </w:pPr>
      <w:r>
        <w:lastRenderedPageBreak/>
        <w:t>Keep the hair controlled in sections if possible.</w:t>
      </w:r>
    </w:p>
    <w:p w:rsidR="00777EDD" w:rsidRDefault="000D515A">
      <w:pPr>
        <w:pStyle w:val="ListNumber"/>
      </w:pPr>
      <w:r>
        <w:t xml:space="preserve">Rinse thoroughly </w:t>
      </w:r>
      <w:r>
        <w:t>unless the product specifically says a little may be left in.</w:t>
      </w:r>
    </w:p>
    <w:p w:rsidR="00777EDD" w:rsidRDefault="000D515A">
      <w:pPr>
        <w:pStyle w:val="ListNumber"/>
      </w:pPr>
      <w:r>
        <w:t>Gently squeeze out excess water.</w:t>
      </w:r>
    </w:p>
    <w:p w:rsidR="00777EDD" w:rsidRDefault="00777EDD"/>
    <w:p w:rsidR="00777EDD" w:rsidRDefault="000D515A">
      <w:r>
        <w:t>Step 5: Moisturize the Hair</w:t>
      </w:r>
    </w:p>
    <w:p w:rsidR="00777EDD" w:rsidRDefault="00777EDD"/>
    <w:p w:rsidR="00777EDD" w:rsidRDefault="000D515A">
      <w:r>
        <w:t>Once the hair has been cleansed, conditioned, detangled, and rinsed, it is ready for moisture.</w:t>
      </w:r>
    </w:p>
    <w:p w:rsidR="00777EDD" w:rsidRDefault="00777EDD"/>
    <w:p w:rsidR="00777EDD" w:rsidRDefault="000D515A">
      <w:r>
        <w:t>A simple approach is:</w:t>
      </w:r>
    </w:p>
    <w:p w:rsidR="00777EDD" w:rsidRDefault="000D515A">
      <w:pPr>
        <w:pStyle w:val="ListBullet"/>
      </w:pPr>
      <w:r>
        <w:t xml:space="preserve">apply </w:t>
      </w:r>
      <w:r>
        <w:t>leave-in conditioner or moisturizing cream to damp hair</w:t>
      </w:r>
    </w:p>
    <w:p w:rsidR="00777EDD" w:rsidRDefault="000D515A">
      <w:pPr>
        <w:pStyle w:val="ListBullet"/>
      </w:pPr>
      <w:r>
        <w:t>focus on the mid-lengths and ends</w:t>
      </w:r>
    </w:p>
    <w:p w:rsidR="00777EDD" w:rsidRDefault="000D515A">
      <w:pPr>
        <w:pStyle w:val="ListBullet"/>
      </w:pPr>
      <w:r>
        <w:t>use a small amount of oil afterward if needed to help seal moisture in</w:t>
      </w:r>
    </w:p>
    <w:p w:rsidR="00777EDD" w:rsidRDefault="000D515A">
      <w:pPr>
        <w:pStyle w:val="ListBullet"/>
      </w:pPr>
      <w:r>
        <w:t>avoid piling on too many products, which can create buildup</w:t>
      </w:r>
    </w:p>
    <w:p w:rsidR="00777EDD" w:rsidRDefault="00777EDD"/>
    <w:p w:rsidR="00777EDD" w:rsidRDefault="000D515A">
      <w:r>
        <w:t>A helpful principle to remember is</w:t>
      </w:r>
      <w:r>
        <w:t xml:space="preserve"> this: moisture usually comes before oil.</w:t>
      </w:r>
    </w:p>
    <w:p w:rsidR="00777EDD" w:rsidRDefault="00777EDD"/>
    <w:p w:rsidR="00777EDD" w:rsidRDefault="000D515A">
      <w:r>
        <w:t>Step 6: Care for the Scalp</w:t>
      </w:r>
    </w:p>
    <w:p w:rsidR="00777EDD" w:rsidRDefault="00777EDD"/>
    <w:p w:rsidR="00777EDD" w:rsidRDefault="000D515A">
      <w:r>
        <w:t>Healthy hair begins at the scalp.</w:t>
      </w:r>
    </w:p>
    <w:p w:rsidR="00777EDD" w:rsidRDefault="00777EDD"/>
    <w:p w:rsidR="00777EDD" w:rsidRDefault="000D515A">
      <w:r>
        <w:t>For many families, a simple practice of lightly oiling the scalp after wash day can be helpful. This is sometimes called basing the scalp.</w:t>
      </w:r>
    </w:p>
    <w:p w:rsidR="00777EDD" w:rsidRDefault="00777EDD"/>
    <w:p w:rsidR="00777EDD" w:rsidRDefault="000D515A">
      <w:r>
        <w:t>What basin</w:t>
      </w:r>
      <w:r>
        <w:t>g means</w:t>
      </w:r>
    </w:p>
    <w:p w:rsidR="00777EDD" w:rsidRDefault="000D515A">
      <w:r>
        <w:t>Basing the scalp simply means applying a small amount of light oil directly to the scalp along the parts, then massaging it in gently with your fingertips.</w:t>
      </w:r>
    </w:p>
    <w:p w:rsidR="00777EDD" w:rsidRDefault="00777EDD"/>
    <w:p w:rsidR="00777EDD" w:rsidRDefault="000D515A">
      <w:r>
        <w:t>Why scalp care matters</w:t>
      </w:r>
    </w:p>
    <w:p w:rsidR="00777EDD" w:rsidRDefault="000D515A">
      <w:r>
        <w:t>A well-cared-for scalp supports:</w:t>
      </w:r>
    </w:p>
    <w:p w:rsidR="00777EDD" w:rsidRDefault="000D515A">
      <w:pPr>
        <w:pStyle w:val="ListBullet"/>
      </w:pPr>
      <w:r>
        <w:t>less dryness, flaking, and itching</w:t>
      </w:r>
    </w:p>
    <w:p w:rsidR="00777EDD" w:rsidRDefault="000D515A">
      <w:pPr>
        <w:pStyle w:val="ListBullet"/>
      </w:pPr>
      <w:r>
        <w:t>better comfort during styling</w:t>
      </w:r>
    </w:p>
    <w:p w:rsidR="00777EDD" w:rsidRDefault="000D515A">
      <w:pPr>
        <w:pStyle w:val="ListBullet"/>
      </w:pPr>
      <w:r>
        <w:t>healthier growth from the root</w:t>
      </w:r>
    </w:p>
    <w:p w:rsidR="00777EDD" w:rsidRDefault="000D515A">
      <w:pPr>
        <w:pStyle w:val="ListBullet"/>
      </w:pPr>
      <w:r>
        <w:t>a calmer overall routine</w:t>
      </w:r>
    </w:p>
    <w:p w:rsidR="00777EDD" w:rsidRDefault="00777EDD"/>
    <w:p w:rsidR="00777EDD" w:rsidRDefault="000D515A">
      <w:r>
        <w:t>How to base the scalp</w:t>
      </w:r>
    </w:p>
    <w:p w:rsidR="00777EDD" w:rsidRDefault="000D515A">
      <w:pPr>
        <w:pStyle w:val="ListNumber"/>
      </w:pPr>
      <w:r>
        <w:lastRenderedPageBreak/>
        <w:t>Section the hair into manageable parts.</w:t>
      </w:r>
    </w:p>
    <w:p w:rsidR="00777EDD" w:rsidRDefault="000D515A">
      <w:pPr>
        <w:pStyle w:val="ListNumber"/>
      </w:pPr>
      <w:r>
        <w:t>Apply a small amount of light oil directly to the scalp along each parting.</w:t>
      </w:r>
    </w:p>
    <w:p w:rsidR="00777EDD" w:rsidRDefault="000D515A">
      <w:pPr>
        <w:pStyle w:val="ListNumber"/>
      </w:pPr>
      <w:r>
        <w:t>Massage gently using the pads o</w:t>
      </w:r>
      <w:r>
        <w:t>f your fingers.</w:t>
      </w:r>
    </w:p>
    <w:p w:rsidR="00777EDD" w:rsidRDefault="000D515A">
      <w:pPr>
        <w:pStyle w:val="ListNumber"/>
      </w:pPr>
      <w:r>
        <w:t>Repeat through the head as needed.</w:t>
      </w:r>
    </w:p>
    <w:p w:rsidR="00777EDD" w:rsidRDefault="00777EDD"/>
    <w:p w:rsidR="00777EDD" w:rsidRDefault="000D515A">
      <w:r>
        <w:t>Good light oil options may include jojoba oil, sweet almond oil, grapeseed oil, or a child-friendly scalp oil blend.</w:t>
      </w:r>
    </w:p>
    <w:p w:rsidR="00777EDD" w:rsidRDefault="00777EDD"/>
    <w:p w:rsidR="00777EDD" w:rsidRDefault="000D515A">
      <w:r>
        <w:t>Step 7: Dry or Stretch Gently</w:t>
      </w:r>
    </w:p>
    <w:p w:rsidR="00777EDD" w:rsidRDefault="00777EDD"/>
    <w:p w:rsidR="00777EDD" w:rsidRDefault="000D515A">
      <w:r>
        <w:t>After moisturizing, decide how you want to dry or stret</w:t>
      </w:r>
      <w:r>
        <w:t>ch the hair.</w:t>
      </w:r>
    </w:p>
    <w:p w:rsidR="00777EDD" w:rsidRDefault="00777EDD"/>
    <w:p w:rsidR="00777EDD" w:rsidRDefault="000D515A">
      <w:r>
        <w:t>Option 1: Air-drying</w:t>
      </w:r>
    </w:p>
    <w:p w:rsidR="00777EDD" w:rsidRDefault="000D515A">
      <w:r>
        <w:t>This works well for many children, especially if the hair is styled into twists, braids, or another controlled style while damp.</w:t>
      </w:r>
    </w:p>
    <w:p w:rsidR="00777EDD" w:rsidRDefault="00777EDD"/>
    <w:p w:rsidR="00777EDD" w:rsidRDefault="000D515A">
      <w:r>
        <w:t>Option 2: No-heat stretching</w:t>
      </w:r>
    </w:p>
    <w:p w:rsidR="00777EDD" w:rsidRDefault="000D515A">
      <w:r>
        <w:t>Twists, braids, banding, or threading can gently stretch the h</w:t>
      </w:r>
      <w:r>
        <w:t>air without using heat.</w:t>
      </w:r>
    </w:p>
    <w:p w:rsidR="00777EDD" w:rsidRDefault="00777EDD"/>
    <w:p w:rsidR="00777EDD" w:rsidRDefault="000D515A">
      <w:r>
        <w:t>Option 3: Blow-drying with care</w:t>
      </w:r>
    </w:p>
    <w:p w:rsidR="00777EDD" w:rsidRDefault="000D515A">
      <w:r>
        <w:t>Blow-drying is optional. It can be useful when you need a stretched base for braiding, trimming, or a certain style, but it should never be used out of pressure to make the hair look more manageable.</w:t>
      </w:r>
    </w:p>
    <w:p w:rsidR="00777EDD" w:rsidRDefault="00777EDD"/>
    <w:p w:rsidR="00777EDD" w:rsidRDefault="000D515A">
      <w:r>
        <w:t>If you choose to use heat:</w:t>
      </w:r>
    </w:p>
    <w:p w:rsidR="00777EDD" w:rsidRDefault="000D515A">
      <w:pPr>
        <w:pStyle w:val="ListNumber"/>
      </w:pPr>
      <w:r>
        <w:t>Gently squeeze out excess water with a soft towel or cotton T-shirt.</w:t>
      </w:r>
    </w:p>
    <w:p w:rsidR="00777EDD" w:rsidRDefault="000D515A">
      <w:pPr>
        <w:pStyle w:val="ListNumber"/>
      </w:pPr>
      <w:r>
        <w:t>Apply a heat protectant.</w:t>
      </w:r>
    </w:p>
    <w:p w:rsidR="00777EDD" w:rsidRDefault="000D515A">
      <w:pPr>
        <w:pStyle w:val="ListNumber"/>
      </w:pPr>
      <w:r>
        <w:t>Work in sections.</w:t>
      </w:r>
    </w:p>
    <w:p w:rsidR="00777EDD" w:rsidRDefault="000D515A">
      <w:pPr>
        <w:pStyle w:val="ListNumber"/>
      </w:pPr>
      <w:r>
        <w:t>Use the lowest effective heat setting.</w:t>
      </w:r>
    </w:p>
    <w:p w:rsidR="00777EDD" w:rsidRDefault="000D515A">
      <w:pPr>
        <w:pStyle w:val="ListNumber"/>
      </w:pPr>
      <w:r>
        <w:t>Keep the dryer moving.</w:t>
      </w:r>
    </w:p>
    <w:p w:rsidR="00777EDD" w:rsidRDefault="000D515A">
      <w:pPr>
        <w:pStyle w:val="ListNumber"/>
      </w:pPr>
      <w:r>
        <w:t>Stop if the child is distressed or uncomfortable.</w:t>
      </w:r>
    </w:p>
    <w:p w:rsidR="00777EDD" w:rsidRDefault="00777EDD"/>
    <w:p w:rsidR="00777EDD" w:rsidRDefault="000D515A">
      <w:r>
        <w:t>Step 8: Style with Comfort in Mind</w:t>
      </w:r>
    </w:p>
    <w:p w:rsidR="00777EDD" w:rsidRDefault="00777EDD"/>
    <w:p w:rsidR="00777EDD" w:rsidRDefault="000D515A">
      <w:r>
        <w:t>Styling should support the health of the hair, not work against it. A style is only helpful if it protects the child’s comfort and does not place too much stress on the scalp, edges, or strands.</w:t>
      </w:r>
    </w:p>
    <w:p w:rsidR="00777EDD" w:rsidRDefault="00777EDD"/>
    <w:p w:rsidR="00777EDD" w:rsidRDefault="000D515A">
      <w:r>
        <w:lastRenderedPageBreak/>
        <w:t>Simple styles may includ</w:t>
      </w:r>
      <w:r>
        <w:t>e:</w:t>
      </w:r>
    </w:p>
    <w:p w:rsidR="00777EDD" w:rsidRDefault="000D515A">
      <w:pPr>
        <w:pStyle w:val="ListBullet"/>
      </w:pPr>
      <w:r>
        <w:t>twists</w:t>
      </w:r>
    </w:p>
    <w:p w:rsidR="00777EDD" w:rsidRDefault="000D515A">
      <w:pPr>
        <w:pStyle w:val="ListBullet"/>
      </w:pPr>
      <w:r>
        <w:t>braids</w:t>
      </w:r>
    </w:p>
    <w:p w:rsidR="00777EDD" w:rsidRDefault="000D515A">
      <w:pPr>
        <w:pStyle w:val="ListBullet"/>
      </w:pPr>
      <w:r>
        <w:t>cornrows</w:t>
      </w:r>
    </w:p>
    <w:p w:rsidR="00777EDD" w:rsidRDefault="000D515A">
      <w:pPr>
        <w:pStyle w:val="ListBullet"/>
      </w:pPr>
      <w:r>
        <w:t>puffs</w:t>
      </w:r>
    </w:p>
    <w:p w:rsidR="00777EDD" w:rsidRDefault="000D515A">
      <w:pPr>
        <w:pStyle w:val="ListBullet"/>
      </w:pPr>
      <w:r>
        <w:t>buns</w:t>
      </w:r>
    </w:p>
    <w:p w:rsidR="00777EDD" w:rsidRDefault="000D515A">
      <w:pPr>
        <w:pStyle w:val="ListBullet"/>
      </w:pPr>
      <w:r>
        <w:t>loose plaits</w:t>
      </w:r>
    </w:p>
    <w:p w:rsidR="00777EDD" w:rsidRDefault="000D515A">
      <w:pPr>
        <w:pStyle w:val="ListBullet"/>
      </w:pPr>
      <w:r>
        <w:t>wash-and-go styles, depending on the child’s texture and routine</w:t>
      </w:r>
    </w:p>
    <w:p w:rsidR="00777EDD" w:rsidRDefault="00777EDD"/>
    <w:p w:rsidR="00777EDD" w:rsidRDefault="000D515A">
      <w:r>
        <w:t>Signs a style is too tight</w:t>
      </w:r>
    </w:p>
    <w:p w:rsidR="00777EDD" w:rsidRDefault="000D515A">
      <w:pPr>
        <w:pStyle w:val="ListBullet"/>
      </w:pPr>
      <w:r>
        <w:t>the child complains of pain or headache</w:t>
      </w:r>
    </w:p>
    <w:p w:rsidR="00777EDD" w:rsidRDefault="000D515A">
      <w:pPr>
        <w:pStyle w:val="ListBullet"/>
      </w:pPr>
      <w:r>
        <w:t>the scalp looks shiny from pulling</w:t>
      </w:r>
    </w:p>
    <w:p w:rsidR="00777EDD" w:rsidRDefault="000D515A">
      <w:pPr>
        <w:pStyle w:val="ListBullet"/>
      </w:pPr>
      <w:r>
        <w:t xml:space="preserve">there are bumps, redness, or </w:t>
      </w:r>
      <w:r>
        <w:t>irritation</w:t>
      </w:r>
    </w:p>
    <w:p w:rsidR="00777EDD" w:rsidRDefault="000D515A">
      <w:pPr>
        <w:pStyle w:val="ListBullet"/>
      </w:pPr>
      <w:r>
        <w:t>the edges look strained</w:t>
      </w:r>
    </w:p>
    <w:p w:rsidR="00777EDD" w:rsidRDefault="000D515A">
      <w:pPr>
        <w:pStyle w:val="ListBullet"/>
      </w:pPr>
      <w:r>
        <w:t>the child cannot sleep comfortably</w:t>
      </w:r>
    </w:p>
    <w:p w:rsidR="00777EDD" w:rsidRDefault="00777EDD"/>
    <w:p w:rsidR="00777EDD" w:rsidRDefault="000D515A">
      <w:r>
        <w:t>What Wash Day May Look Like in Real Life</w:t>
      </w:r>
    </w:p>
    <w:p w:rsidR="00777EDD" w:rsidRDefault="00777EDD"/>
    <w:p w:rsidR="00777EDD" w:rsidRDefault="000D515A">
      <w:r>
        <w:t>A healthy routine does not always look polished and effortless. Sometimes it looks like:</w:t>
      </w:r>
    </w:p>
    <w:p w:rsidR="00777EDD" w:rsidRDefault="000D515A">
      <w:pPr>
        <w:pStyle w:val="ListBullet"/>
      </w:pPr>
      <w:r>
        <w:t>re-wetting a section that dried too quickly</w:t>
      </w:r>
    </w:p>
    <w:p w:rsidR="00777EDD" w:rsidRDefault="000D515A">
      <w:pPr>
        <w:pStyle w:val="ListBullet"/>
      </w:pPr>
      <w:r>
        <w:t>choosing a</w:t>
      </w:r>
      <w:r>
        <w:t xml:space="preserve"> simpler style because the child is tired</w:t>
      </w:r>
    </w:p>
    <w:p w:rsidR="00777EDD" w:rsidRDefault="000D515A">
      <w:pPr>
        <w:pStyle w:val="ListBullet"/>
      </w:pPr>
      <w:r>
        <w:t>splitting the process into two sessions</w:t>
      </w:r>
    </w:p>
    <w:p w:rsidR="00777EDD" w:rsidRDefault="000D515A">
      <w:pPr>
        <w:pStyle w:val="ListBullet"/>
      </w:pPr>
      <w:r>
        <w:t>loosening a braid because it felt tighter than expected</w:t>
      </w:r>
    </w:p>
    <w:p w:rsidR="00777EDD" w:rsidRDefault="000D515A">
      <w:pPr>
        <w:pStyle w:val="ListBullet"/>
      </w:pPr>
      <w:r>
        <w:t>trying a product for a few weeks before deciding whether it helps</w:t>
      </w:r>
    </w:p>
    <w:p w:rsidR="00777EDD" w:rsidRDefault="000D515A">
      <w:pPr>
        <w:pStyle w:val="ListBullet"/>
      </w:pPr>
      <w:r>
        <w:t>asking another parent or stylist for guidance</w:t>
      </w:r>
    </w:p>
    <w:p w:rsidR="00777EDD" w:rsidRDefault="00777EDD"/>
    <w:p w:rsidR="00777EDD" w:rsidRDefault="000D515A">
      <w:r>
        <w:t xml:space="preserve">Hair </w:t>
      </w:r>
      <w:r>
        <w:t>care is learned through repetition, not perfection.</w:t>
      </w:r>
    </w:p>
    <w:p w:rsidR="00777EDD" w:rsidRDefault="00777EDD"/>
    <w:p w:rsidR="00777EDD" w:rsidRDefault="000D515A">
      <w:r>
        <w:t>A Gentle Reminder for Parents</w:t>
      </w:r>
    </w:p>
    <w:p w:rsidR="00777EDD" w:rsidRDefault="00777EDD"/>
    <w:p w:rsidR="00777EDD" w:rsidRDefault="000D515A">
      <w:r>
        <w:t>If you are still learning, you are not behind.</w:t>
      </w:r>
    </w:p>
    <w:p w:rsidR="00777EDD" w:rsidRDefault="00777EDD"/>
    <w:p w:rsidR="00777EDD" w:rsidRDefault="000D515A">
      <w:r>
        <w:t>Skill grows with practice. Confidence grows with consistency. And trust often grows in the quiet moments when a child experi</w:t>
      </w:r>
      <w:r>
        <w:t>ences your hands as patient, careful, and safe.</w:t>
      </w:r>
    </w:p>
    <w:p w:rsidR="00777EDD" w:rsidRDefault="00777EDD"/>
    <w:p w:rsidR="00777EDD" w:rsidRDefault="000D515A">
      <w:r>
        <w:t>That is what makes the basics so important. They are not merely technical steps. They are part of the foundation of care.</w:t>
      </w:r>
    </w:p>
    <w:p w:rsidR="00777EDD" w:rsidRDefault="000D515A">
      <w:r>
        <w:lastRenderedPageBreak/>
        <w:br w:type="page"/>
      </w:r>
    </w:p>
    <w:p w:rsidR="00777EDD" w:rsidRDefault="000D515A">
      <w:pPr>
        <w:pStyle w:val="Heading1"/>
      </w:pPr>
      <w:r>
        <w:rPr>
          <w:color w:val="5C3080"/>
        </w:rPr>
        <w:lastRenderedPageBreak/>
        <w:t>Chapter 4</w:t>
      </w:r>
    </w:p>
    <w:p w:rsidR="00777EDD" w:rsidRDefault="000D515A">
      <w:pPr>
        <w:pStyle w:val="Heading2"/>
      </w:pPr>
      <w:r>
        <w:rPr>
          <w:color w:val="464646"/>
        </w:rPr>
        <w:t>Building a Real-Life Weekly Routine and Choosing Essential Tools</w:t>
      </w:r>
    </w:p>
    <w:p w:rsidR="00777EDD" w:rsidRDefault="000D515A">
      <w:r>
        <w:t>Once you</w:t>
      </w:r>
      <w:r>
        <w:t xml:space="preserve"> understand the basic wash-day sequence, the next step is building a routine that fits real life.</w:t>
      </w:r>
    </w:p>
    <w:p w:rsidR="00777EDD" w:rsidRDefault="00777EDD"/>
    <w:p w:rsidR="00777EDD" w:rsidRDefault="000D515A">
      <w:r>
        <w:t>A predictable hair routine can make a tremendous difference in how textured hair feels and in how hair care feels. A routine does not need to be complicated.</w:t>
      </w:r>
      <w:r>
        <w:t xml:space="preserve"> It needs to be realistic, repeatable, and gentle enough that your family can actually sustain it.</w:t>
      </w:r>
    </w:p>
    <w:p w:rsidR="00777EDD" w:rsidRDefault="00777EDD"/>
    <w:p w:rsidR="00777EDD" w:rsidRDefault="000D515A">
      <w:r>
        <w:t>For most families, a healthy weekly rhythm includes:</w:t>
      </w:r>
    </w:p>
    <w:p w:rsidR="00777EDD" w:rsidRDefault="000D515A">
      <w:pPr>
        <w:pStyle w:val="ListBullet"/>
      </w:pPr>
      <w:r>
        <w:t>a regular wash day</w:t>
      </w:r>
    </w:p>
    <w:p w:rsidR="00777EDD" w:rsidRDefault="000D515A">
      <w:pPr>
        <w:pStyle w:val="ListBullet"/>
      </w:pPr>
      <w:r>
        <w:t>one or two midweek check-ins</w:t>
      </w:r>
    </w:p>
    <w:p w:rsidR="00777EDD" w:rsidRDefault="000D515A">
      <w:pPr>
        <w:pStyle w:val="ListBullet"/>
      </w:pPr>
      <w:r>
        <w:t>simple nighttime protection</w:t>
      </w:r>
    </w:p>
    <w:p w:rsidR="00777EDD" w:rsidRDefault="000D515A">
      <w:pPr>
        <w:pStyle w:val="ListBullet"/>
      </w:pPr>
      <w:r>
        <w:t>easy morning maintenance</w:t>
      </w:r>
    </w:p>
    <w:p w:rsidR="00777EDD" w:rsidRDefault="000D515A">
      <w:pPr>
        <w:pStyle w:val="ListBullet"/>
      </w:pPr>
      <w:r>
        <w:t>styling choices that fit the week ahead</w:t>
      </w:r>
    </w:p>
    <w:p w:rsidR="00777EDD" w:rsidRDefault="00777EDD"/>
    <w:p w:rsidR="00777EDD" w:rsidRDefault="000D515A">
      <w:r>
        <w:t>Start with Function, Not Hype</w:t>
      </w:r>
    </w:p>
    <w:p w:rsidR="00777EDD" w:rsidRDefault="00777EDD"/>
    <w:p w:rsidR="00777EDD" w:rsidRDefault="000D515A">
      <w:r>
        <w:t>When choosing products and tools, it helps to think in terms of function rather than popularity. Most routines can be built around a few basic needs:</w:t>
      </w:r>
    </w:p>
    <w:p w:rsidR="00777EDD" w:rsidRDefault="000D515A">
      <w:pPr>
        <w:pStyle w:val="ListBullet"/>
      </w:pPr>
      <w:r>
        <w:t xml:space="preserve">cleanse - remove dirt, sweat, and </w:t>
      </w:r>
      <w:r>
        <w:t>buildup</w:t>
      </w:r>
    </w:p>
    <w:p w:rsidR="00777EDD" w:rsidRDefault="000D515A">
      <w:pPr>
        <w:pStyle w:val="ListBullet"/>
      </w:pPr>
      <w:r>
        <w:t>soften - make the hair easier to detangle</w:t>
      </w:r>
    </w:p>
    <w:p w:rsidR="00777EDD" w:rsidRDefault="000D515A">
      <w:pPr>
        <w:pStyle w:val="ListBullet"/>
      </w:pPr>
      <w:r>
        <w:t>moisturize - help the hair stay hydrated</w:t>
      </w:r>
    </w:p>
    <w:p w:rsidR="00777EDD" w:rsidRDefault="000D515A">
      <w:pPr>
        <w:pStyle w:val="ListBullet"/>
      </w:pPr>
      <w:r>
        <w:t>seal - help hold moisture in when needed</w:t>
      </w:r>
    </w:p>
    <w:p w:rsidR="00777EDD" w:rsidRDefault="000D515A">
      <w:pPr>
        <w:pStyle w:val="ListBullet"/>
      </w:pPr>
      <w:r>
        <w:t>protect - reduce friction, tangling, and breakage</w:t>
      </w:r>
    </w:p>
    <w:p w:rsidR="00777EDD" w:rsidRDefault="00777EDD"/>
    <w:p w:rsidR="00777EDD" w:rsidRDefault="000D515A">
      <w:r>
        <w:t>The Core Essentials</w:t>
      </w:r>
    </w:p>
    <w:p w:rsidR="00777EDD" w:rsidRDefault="00777EDD"/>
    <w:p w:rsidR="00777EDD" w:rsidRDefault="000D515A">
      <w:r>
        <w:t xml:space="preserve">If you are starting from scratch, most families can </w:t>
      </w:r>
      <w:r>
        <w:t>begin with:</w:t>
      </w:r>
    </w:p>
    <w:p w:rsidR="00777EDD" w:rsidRDefault="000D515A">
      <w:pPr>
        <w:pStyle w:val="ListNumber"/>
      </w:pPr>
      <w:r>
        <w:t>a gentle shampoo</w:t>
      </w:r>
    </w:p>
    <w:p w:rsidR="00777EDD" w:rsidRDefault="000D515A">
      <w:pPr>
        <w:pStyle w:val="ListNumber"/>
      </w:pPr>
      <w:r>
        <w:t>a moisturizing conditioner</w:t>
      </w:r>
    </w:p>
    <w:p w:rsidR="00777EDD" w:rsidRDefault="000D515A">
      <w:pPr>
        <w:pStyle w:val="ListNumber"/>
      </w:pPr>
      <w:r>
        <w:t>a leave-in conditioner or moisturizing cream</w:t>
      </w:r>
    </w:p>
    <w:p w:rsidR="00777EDD" w:rsidRDefault="000D515A">
      <w:pPr>
        <w:pStyle w:val="ListNumber"/>
      </w:pPr>
      <w:r>
        <w:t>a wide-tooth comb</w:t>
      </w:r>
    </w:p>
    <w:p w:rsidR="00777EDD" w:rsidRDefault="000D515A">
      <w:pPr>
        <w:pStyle w:val="ListNumber"/>
      </w:pPr>
      <w:r>
        <w:t>a spray bottle</w:t>
      </w:r>
    </w:p>
    <w:p w:rsidR="00777EDD" w:rsidRDefault="000D515A">
      <w:pPr>
        <w:pStyle w:val="ListNumber"/>
      </w:pPr>
      <w:r>
        <w:t>satin night protection, such as a bonnet, scarf, or pillowcase</w:t>
      </w:r>
    </w:p>
    <w:p w:rsidR="00777EDD" w:rsidRDefault="00777EDD"/>
    <w:p w:rsidR="00777EDD" w:rsidRDefault="000D515A">
      <w:r>
        <w:t>A light oil is also helpful, both for sealing moisture whe</w:t>
      </w:r>
      <w:r>
        <w:t>n needed and for light scalp care.</w:t>
      </w:r>
    </w:p>
    <w:p w:rsidR="00777EDD" w:rsidRDefault="00777EDD"/>
    <w:p w:rsidR="00777EDD" w:rsidRDefault="000D515A">
      <w:r>
        <w:lastRenderedPageBreak/>
        <w:t>How to Choose the Essentials</w:t>
      </w:r>
    </w:p>
    <w:p w:rsidR="00777EDD" w:rsidRDefault="00777EDD"/>
    <w:p w:rsidR="00777EDD" w:rsidRDefault="000D515A">
      <w:r>
        <w:t>Shampoo</w:t>
      </w:r>
    </w:p>
    <w:p w:rsidR="00777EDD" w:rsidRDefault="000D515A">
      <w:r>
        <w:t>Choose a shampoo that cleanses without leaving the hair feeling harsh, stripped, or squeaky.</w:t>
      </w:r>
    </w:p>
    <w:p w:rsidR="00777EDD" w:rsidRDefault="00777EDD"/>
    <w:p w:rsidR="00777EDD" w:rsidRDefault="000D515A">
      <w:r>
        <w:t>Conditioner</w:t>
      </w:r>
    </w:p>
    <w:p w:rsidR="00777EDD" w:rsidRDefault="000D515A">
      <w:r>
        <w:t xml:space="preserve">Choose one that softens the hair, improves slip, and makes detangling </w:t>
      </w:r>
      <w:r>
        <w:t>easier.</w:t>
      </w:r>
    </w:p>
    <w:p w:rsidR="00777EDD" w:rsidRDefault="00777EDD"/>
    <w:p w:rsidR="00777EDD" w:rsidRDefault="000D515A">
      <w:r>
        <w:t>Leave-in conditioner or moisturizing cream</w:t>
      </w:r>
    </w:p>
    <w:p w:rsidR="00777EDD" w:rsidRDefault="000D515A">
      <w:r>
        <w:t>A leave-in conditioner is often lighter. A moisturizing cream is often richer and may suit drier or denser hair.</w:t>
      </w:r>
    </w:p>
    <w:p w:rsidR="00777EDD" w:rsidRDefault="00777EDD"/>
    <w:p w:rsidR="00777EDD" w:rsidRDefault="000D515A">
      <w:r>
        <w:t>Oil</w:t>
      </w:r>
    </w:p>
    <w:p w:rsidR="00777EDD" w:rsidRDefault="000D515A">
      <w:r>
        <w:t xml:space="preserve">Oil helps seal in moisture that has already been added through water or a leave-in </w:t>
      </w:r>
      <w:r>
        <w:t>product.</w:t>
      </w:r>
    </w:p>
    <w:p w:rsidR="00777EDD" w:rsidRDefault="00777EDD"/>
    <w:p w:rsidR="00777EDD" w:rsidRDefault="000D515A">
      <w:r>
        <w:t>Spray bottle</w:t>
      </w:r>
    </w:p>
    <w:p w:rsidR="00777EDD" w:rsidRDefault="000D515A">
      <w:r>
        <w:t>A spray bottle helps you lightly dampen the hair for refreshing, touch-ups, or easier detangling between wash days.</w:t>
      </w:r>
    </w:p>
    <w:p w:rsidR="00777EDD" w:rsidRDefault="00777EDD"/>
    <w:p w:rsidR="00777EDD" w:rsidRDefault="000D515A">
      <w:r>
        <w:t>Wide-tooth comb</w:t>
      </w:r>
    </w:p>
    <w:p w:rsidR="00777EDD" w:rsidRDefault="000D515A">
      <w:r>
        <w:t>A wide-tooth comb is usually gentler than a fine-tooth comb or aggressive brushing.</w:t>
      </w:r>
    </w:p>
    <w:p w:rsidR="00777EDD" w:rsidRDefault="00777EDD"/>
    <w:p w:rsidR="00777EDD" w:rsidRDefault="000D515A">
      <w:r>
        <w:t>Satin protectio</w:t>
      </w:r>
      <w:r>
        <w:t>n</w:t>
      </w:r>
    </w:p>
    <w:p w:rsidR="00777EDD" w:rsidRDefault="000D515A">
      <w:r>
        <w:t>Satin bonnets, scarves, or pillowcases reduce friction and help preserve moisture.</w:t>
      </w:r>
    </w:p>
    <w:p w:rsidR="00777EDD" w:rsidRDefault="00777EDD"/>
    <w:p w:rsidR="00777EDD" w:rsidRDefault="000D515A">
      <w:r>
        <w:t>Helpful but Optional Tools</w:t>
      </w:r>
    </w:p>
    <w:p w:rsidR="00777EDD" w:rsidRDefault="00777EDD"/>
    <w:p w:rsidR="00777EDD" w:rsidRDefault="000D515A">
      <w:r>
        <w:t>Once you have the basics, these extra tools may support your routine:</w:t>
      </w:r>
    </w:p>
    <w:p w:rsidR="00777EDD" w:rsidRDefault="000D515A">
      <w:pPr>
        <w:pStyle w:val="ListBullet"/>
      </w:pPr>
      <w:r>
        <w:t>sectioning clips or gentle hair ties</w:t>
      </w:r>
    </w:p>
    <w:p w:rsidR="00777EDD" w:rsidRDefault="000D515A">
      <w:pPr>
        <w:pStyle w:val="ListBullet"/>
      </w:pPr>
      <w:r>
        <w:t>a microfiber towel or cotton T-shir</w:t>
      </w:r>
      <w:r>
        <w:t>t</w:t>
      </w:r>
    </w:p>
    <w:p w:rsidR="00777EDD" w:rsidRDefault="000D515A">
      <w:pPr>
        <w:pStyle w:val="ListBullet"/>
      </w:pPr>
      <w:r>
        <w:t>a soft-bristle brush for smoothing certain styles</w:t>
      </w:r>
    </w:p>
    <w:p w:rsidR="00777EDD" w:rsidRDefault="000D515A">
      <w:pPr>
        <w:pStyle w:val="ListBullet"/>
      </w:pPr>
      <w:r>
        <w:t>a blow dryer with a low heat setting</w:t>
      </w:r>
    </w:p>
    <w:p w:rsidR="00777EDD" w:rsidRDefault="000D515A">
      <w:pPr>
        <w:pStyle w:val="ListBullet"/>
      </w:pPr>
      <w:r>
        <w:t>a styling cream or edge product for specific looks</w:t>
      </w:r>
    </w:p>
    <w:p w:rsidR="00777EDD" w:rsidRDefault="00777EDD"/>
    <w:p w:rsidR="00777EDD" w:rsidRDefault="000D515A">
      <w:r>
        <w:t>Ingredients Worth Avoiding</w:t>
      </w:r>
    </w:p>
    <w:p w:rsidR="00777EDD" w:rsidRDefault="00777EDD"/>
    <w:p w:rsidR="00777EDD" w:rsidRDefault="000D515A">
      <w:r>
        <w:t>When reading labels, a few ingredient categories are generally worth watching:</w:t>
      </w:r>
    </w:p>
    <w:p w:rsidR="00777EDD" w:rsidRDefault="000D515A">
      <w:pPr>
        <w:pStyle w:val="ListBullet"/>
      </w:pPr>
      <w:r>
        <w:t xml:space="preserve">strong </w:t>
      </w:r>
      <w:r>
        <w:t>sulfates, which can strip moisture</w:t>
      </w:r>
    </w:p>
    <w:p w:rsidR="00777EDD" w:rsidRDefault="000D515A">
      <w:pPr>
        <w:pStyle w:val="ListBullet"/>
      </w:pPr>
      <w:r>
        <w:t>mineral oil and petrolatum as heavy coating agents</w:t>
      </w:r>
    </w:p>
    <w:p w:rsidR="00777EDD" w:rsidRDefault="000D515A">
      <w:pPr>
        <w:pStyle w:val="ListBullet"/>
      </w:pPr>
      <w:r>
        <w:t>harsh drying alcohols in frequently used styling products</w:t>
      </w:r>
    </w:p>
    <w:p w:rsidR="00777EDD" w:rsidRDefault="000D515A">
      <w:pPr>
        <w:pStyle w:val="ListBullet"/>
      </w:pPr>
      <w:r>
        <w:t>heavy synthetic fragrance if your child has a sensitive scalp</w:t>
      </w:r>
    </w:p>
    <w:p w:rsidR="00777EDD" w:rsidRDefault="00777EDD"/>
    <w:p w:rsidR="00777EDD" w:rsidRDefault="000D515A">
      <w:r>
        <w:t>Step 1: Build Your Weekly Rhythm</w:t>
      </w:r>
    </w:p>
    <w:p w:rsidR="00777EDD" w:rsidRDefault="00777EDD"/>
    <w:p w:rsidR="00777EDD" w:rsidRDefault="000D515A">
      <w:r>
        <w:t>Most families d</w:t>
      </w:r>
      <w:r>
        <w:t>o well with a weekly or every-other-week wash day, depending on the child’s scalp, activity level, and dryness.</w:t>
      </w:r>
    </w:p>
    <w:p w:rsidR="00777EDD" w:rsidRDefault="00777EDD"/>
    <w:p w:rsidR="00777EDD" w:rsidRDefault="000D515A">
      <w:r>
        <w:t>A realistic weekly rhythm may look like this:</w:t>
      </w:r>
    </w:p>
    <w:p w:rsidR="00777EDD" w:rsidRDefault="00777EDD"/>
    <w:p w:rsidR="00777EDD" w:rsidRDefault="000D515A">
      <w:r>
        <w:t>Wash day</w:t>
      </w:r>
    </w:p>
    <w:p w:rsidR="00777EDD" w:rsidRDefault="000D515A">
      <w:r>
        <w:t>This is your anchor day. Wash, condition, detangle, rinse, moisturize, care for the sca</w:t>
      </w:r>
      <w:r>
        <w:t>lp, dry or stretch, and style for the week ahead.</w:t>
      </w:r>
    </w:p>
    <w:p w:rsidR="00777EDD" w:rsidRDefault="00777EDD"/>
    <w:p w:rsidR="00777EDD" w:rsidRDefault="000D515A">
      <w:r>
        <w:t>One or two midweek checks</w:t>
      </w:r>
    </w:p>
    <w:p w:rsidR="00777EDD" w:rsidRDefault="000D515A">
      <w:r>
        <w:t>Instead of waiting until the hair is extremely dry or tangled, pause once or twice during the week to notice what the hair needs.</w:t>
      </w:r>
    </w:p>
    <w:p w:rsidR="00777EDD" w:rsidRDefault="00777EDD"/>
    <w:p w:rsidR="00777EDD" w:rsidRDefault="000D515A">
      <w:r>
        <w:t>Ask:</w:t>
      </w:r>
    </w:p>
    <w:p w:rsidR="00777EDD" w:rsidRDefault="000D515A">
      <w:pPr>
        <w:pStyle w:val="ListBullet"/>
      </w:pPr>
      <w:r>
        <w:t>Does the hair feel dry?</w:t>
      </w:r>
    </w:p>
    <w:p w:rsidR="00777EDD" w:rsidRDefault="000D515A">
      <w:pPr>
        <w:pStyle w:val="ListBullet"/>
      </w:pPr>
      <w:r>
        <w:t>Are the ends rough?</w:t>
      </w:r>
    </w:p>
    <w:p w:rsidR="00777EDD" w:rsidRDefault="000D515A">
      <w:pPr>
        <w:pStyle w:val="ListBullet"/>
      </w:pPr>
      <w:r>
        <w:t>Is the style still comfortable?</w:t>
      </w:r>
    </w:p>
    <w:p w:rsidR="00777EDD" w:rsidRDefault="000D515A">
      <w:pPr>
        <w:pStyle w:val="ListBullet"/>
      </w:pPr>
      <w:r>
        <w:t>Is the scalp calm, or does it feel dry or tight?</w:t>
      </w:r>
    </w:p>
    <w:p w:rsidR="00777EDD" w:rsidRDefault="000D515A">
      <w:pPr>
        <w:pStyle w:val="ListBullet"/>
      </w:pPr>
      <w:r>
        <w:t>Are sections becoming tangled?</w:t>
      </w:r>
    </w:p>
    <w:p w:rsidR="00777EDD" w:rsidRDefault="00777EDD"/>
    <w:p w:rsidR="00777EDD" w:rsidRDefault="000D515A">
      <w:r>
        <w:t>If the hair needs a refresh:</w:t>
      </w:r>
    </w:p>
    <w:p w:rsidR="00777EDD" w:rsidRDefault="000D515A">
      <w:pPr>
        <w:pStyle w:val="ListNumber"/>
      </w:pPr>
      <w:r>
        <w:t>Lightly mist with water or a leave-in spray.</w:t>
      </w:r>
    </w:p>
    <w:p w:rsidR="00777EDD" w:rsidRDefault="000D515A">
      <w:pPr>
        <w:pStyle w:val="ListNumber"/>
      </w:pPr>
      <w:r>
        <w:t>Apply a small amount of leave-in conditioner or moisturizing cream i</w:t>
      </w:r>
      <w:r>
        <w:t>f needed.</w:t>
      </w:r>
    </w:p>
    <w:p w:rsidR="00777EDD" w:rsidRDefault="000D515A">
      <w:pPr>
        <w:pStyle w:val="ListNumber"/>
      </w:pPr>
      <w:r>
        <w:t>Smooth gently with fingers.</w:t>
      </w:r>
    </w:p>
    <w:p w:rsidR="00777EDD" w:rsidRDefault="000D515A">
      <w:pPr>
        <w:pStyle w:val="ListNumber"/>
      </w:pPr>
      <w:r>
        <w:t>Add a little light oil to the scalp only if it feels dry.</w:t>
      </w:r>
    </w:p>
    <w:p w:rsidR="00777EDD" w:rsidRDefault="000D515A">
      <w:pPr>
        <w:pStyle w:val="ListNumber"/>
      </w:pPr>
      <w:r>
        <w:t>Redo one or two sections if they are unraveling or matting.</w:t>
      </w:r>
    </w:p>
    <w:p w:rsidR="00777EDD" w:rsidRDefault="00777EDD"/>
    <w:p w:rsidR="00777EDD" w:rsidRDefault="000D515A">
      <w:r>
        <w:t>Step 2: Keep the Night Routine Simple</w:t>
      </w:r>
    </w:p>
    <w:p w:rsidR="00777EDD" w:rsidRDefault="00777EDD"/>
    <w:p w:rsidR="00777EDD" w:rsidRDefault="000D515A">
      <w:r>
        <w:t>Night care is one of the simplest and most effective ways to</w:t>
      </w:r>
      <w:r>
        <w:t xml:space="preserve"> protect textured hair.</w:t>
      </w:r>
    </w:p>
    <w:p w:rsidR="00777EDD" w:rsidRDefault="00777EDD"/>
    <w:p w:rsidR="00777EDD" w:rsidRDefault="000D515A">
      <w:r>
        <w:t>A simple nighttime routine may include:</w:t>
      </w:r>
    </w:p>
    <w:p w:rsidR="00777EDD" w:rsidRDefault="000D515A">
      <w:pPr>
        <w:pStyle w:val="ListNumber"/>
      </w:pPr>
      <w:r>
        <w:t>Loosely gathering the hair if needed.</w:t>
      </w:r>
    </w:p>
    <w:p w:rsidR="00777EDD" w:rsidRDefault="000D515A">
      <w:pPr>
        <w:pStyle w:val="ListNumber"/>
      </w:pPr>
      <w:r>
        <w:t>Covering it with a satin bonnet or scarf, or using a satin pillowcase.</w:t>
      </w:r>
    </w:p>
    <w:p w:rsidR="00777EDD" w:rsidRDefault="000D515A">
      <w:pPr>
        <w:pStyle w:val="ListNumber"/>
      </w:pPr>
      <w:r>
        <w:t>Adding a light mist or a little leave-in only if the hair feels noticeably dry.</w:t>
      </w:r>
    </w:p>
    <w:p w:rsidR="00777EDD" w:rsidRDefault="00777EDD"/>
    <w:p w:rsidR="00777EDD" w:rsidRDefault="000D515A">
      <w:r>
        <w:t>S</w:t>
      </w:r>
      <w:r>
        <w:t>tep 3: Make Mornings Manageable</w:t>
      </w:r>
    </w:p>
    <w:p w:rsidR="00777EDD" w:rsidRDefault="00777EDD"/>
    <w:p w:rsidR="00777EDD" w:rsidRDefault="000D515A">
      <w:r>
        <w:t>Morning routines work best when they are simple.</w:t>
      </w:r>
    </w:p>
    <w:p w:rsidR="00777EDD" w:rsidRDefault="00777EDD"/>
    <w:p w:rsidR="00777EDD" w:rsidRDefault="000D515A">
      <w:r>
        <w:t>A simple morning routine may look like this:</w:t>
      </w:r>
    </w:p>
    <w:p w:rsidR="00777EDD" w:rsidRDefault="000D515A">
      <w:pPr>
        <w:pStyle w:val="ListNumber"/>
      </w:pPr>
      <w:r>
        <w:t>Check the hair briefly.</w:t>
      </w:r>
    </w:p>
    <w:p w:rsidR="00777EDD" w:rsidRDefault="000D515A">
      <w:pPr>
        <w:pStyle w:val="ListNumber"/>
      </w:pPr>
      <w:r>
        <w:t>Mist lightly if needed.</w:t>
      </w:r>
    </w:p>
    <w:p w:rsidR="00777EDD" w:rsidRDefault="000D515A">
      <w:pPr>
        <w:pStyle w:val="ListNumber"/>
      </w:pPr>
      <w:r>
        <w:t>Smooth and adjust gently.</w:t>
      </w:r>
    </w:p>
    <w:p w:rsidR="00777EDD" w:rsidRDefault="000D515A">
      <w:pPr>
        <w:pStyle w:val="ListNumber"/>
      </w:pPr>
      <w:r>
        <w:t>Use gentle accessories.</w:t>
      </w:r>
    </w:p>
    <w:p w:rsidR="00777EDD" w:rsidRDefault="000D515A">
      <w:pPr>
        <w:pStyle w:val="ListNumber"/>
      </w:pPr>
      <w:r>
        <w:t xml:space="preserve">Make sure nothing is pulling </w:t>
      </w:r>
      <w:r>
        <w:t>too tightly.</w:t>
      </w:r>
    </w:p>
    <w:p w:rsidR="00777EDD" w:rsidRDefault="00777EDD"/>
    <w:p w:rsidR="00777EDD" w:rsidRDefault="000D515A">
      <w:r>
        <w:t>Step 4: Adjust for Real Life</w:t>
      </w:r>
    </w:p>
    <w:p w:rsidR="00777EDD" w:rsidRDefault="00777EDD"/>
    <w:p w:rsidR="00777EDD" w:rsidRDefault="000D515A">
      <w:r>
        <w:t>The best routine is one your family can keep.</w:t>
      </w:r>
    </w:p>
    <w:p w:rsidR="00777EDD" w:rsidRDefault="00777EDD"/>
    <w:p w:rsidR="00777EDD" w:rsidRDefault="000D515A">
      <w:r>
        <w:t>You may need to adjust if:</w:t>
      </w:r>
    </w:p>
    <w:p w:rsidR="00777EDD" w:rsidRDefault="000D515A">
      <w:pPr>
        <w:pStyle w:val="ListBullet"/>
      </w:pPr>
      <w:r>
        <w:t>the scalp is building up faster than usual</w:t>
      </w:r>
    </w:p>
    <w:p w:rsidR="00777EDD" w:rsidRDefault="000D515A">
      <w:pPr>
        <w:pStyle w:val="ListBullet"/>
      </w:pPr>
      <w:r>
        <w:t>the hair feels dry sooner than expected</w:t>
      </w:r>
    </w:p>
    <w:p w:rsidR="00777EDD" w:rsidRDefault="000D515A">
      <w:pPr>
        <w:pStyle w:val="ListBullet"/>
      </w:pPr>
      <w:r>
        <w:t>the current style is not lasting well</w:t>
      </w:r>
    </w:p>
    <w:p w:rsidR="00777EDD" w:rsidRDefault="000D515A">
      <w:pPr>
        <w:pStyle w:val="ListBullet"/>
      </w:pPr>
      <w:r>
        <w:t xml:space="preserve">the weather </w:t>
      </w:r>
      <w:r>
        <w:t>changes</w:t>
      </w:r>
    </w:p>
    <w:p w:rsidR="00777EDD" w:rsidRDefault="000D515A">
      <w:pPr>
        <w:pStyle w:val="ListBullet"/>
      </w:pPr>
      <w:r>
        <w:t>the child is becoming more active</w:t>
      </w:r>
    </w:p>
    <w:p w:rsidR="00777EDD" w:rsidRDefault="000D515A">
      <w:pPr>
        <w:pStyle w:val="ListBullet"/>
      </w:pPr>
      <w:r>
        <w:t>the child is becoming more sensitive or more independent</w:t>
      </w:r>
    </w:p>
    <w:p w:rsidR="00777EDD" w:rsidRDefault="00777EDD"/>
    <w:p w:rsidR="00777EDD" w:rsidRDefault="000D515A">
      <w:r>
        <w:t>Sample Routine Templates</w:t>
      </w:r>
    </w:p>
    <w:p w:rsidR="00777EDD" w:rsidRDefault="00777EDD"/>
    <w:p w:rsidR="00777EDD" w:rsidRDefault="000D515A">
      <w:r>
        <w:t>For a toddler or preschool child</w:t>
      </w:r>
    </w:p>
    <w:p w:rsidR="00777EDD" w:rsidRDefault="000D515A">
      <w:pPr>
        <w:pStyle w:val="ListBullet"/>
      </w:pPr>
      <w:r>
        <w:t>Wash day: once a week or every 1-2 weeks</w:t>
      </w:r>
    </w:p>
    <w:p w:rsidR="00777EDD" w:rsidRDefault="000D515A">
      <w:pPr>
        <w:pStyle w:val="ListBullet"/>
      </w:pPr>
      <w:r>
        <w:t>Midweek: one light moisture check</w:t>
      </w:r>
    </w:p>
    <w:p w:rsidR="00777EDD" w:rsidRDefault="000D515A">
      <w:pPr>
        <w:pStyle w:val="ListBullet"/>
      </w:pPr>
      <w:r>
        <w:lastRenderedPageBreak/>
        <w:t>Night care: simple sat</w:t>
      </w:r>
      <w:r>
        <w:t>in protection if tolerated</w:t>
      </w:r>
    </w:p>
    <w:p w:rsidR="00777EDD" w:rsidRDefault="000D515A">
      <w:pPr>
        <w:pStyle w:val="ListBullet"/>
      </w:pPr>
      <w:r>
        <w:t>Morning care: quick, low-tension styles</w:t>
      </w:r>
    </w:p>
    <w:p w:rsidR="00777EDD" w:rsidRDefault="00777EDD"/>
    <w:p w:rsidR="00777EDD" w:rsidRDefault="000D515A">
      <w:r>
        <w:t>For a school-age child</w:t>
      </w:r>
    </w:p>
    <w:p w:rsidR="00777EDD" w:rsidRDefault="000D515A">
      <w:pPr>
        <w:pStyle w:val="ListBullet"/>
      </w:pPr>
      <w:r>
        <w:t>Wash day: once a week</w:t>
      </w:r>
    </w:p>
    <w:p w:rsidR="00777EDD" w:rsidRDefault="000D515A">
      <w:pPr>
        <w:pStyle w:val="ListBullet"/>
      </w:pPr>
      <w:r>
        <w:t>Midweek: one or two refresh sessions</w:t>
      </w:r>
    </w:p>
    <w:p w:rsidR="00777EDD" w:rsidRDefault="000D515A">
      <w:pPr>
        <w:pStyle w:val="ListBullet"/>
      </w:pPr>
      <w:r>
        <w:t>Night care: consistent satin protection</w:t>
      </w:r>
    </w:p>
    <w:p w:rsidR="00777EDD" w:rsidRDefault="000D515A">
      <w:pPr>
        <w:pStyle w:val="ListBullet"/>
      </w:pPr>
      <w:r>
        <w:t>Morning care: simple styles that can last through school and play</w:t>
      </w:r>
    </w:p>
    <w:p w:rsidR="00777EDD" w:rsidRDefault="00777EDD"/>
    <w:p w:rsidR="00777EDD" w:rsidRDefault="000D515A">
      <w:r>
        <w:t>For a child with very dry or tightly coiled hair</w:t>
      </w:r>
    </w:p>
    <w:p w:rsidR="00777EDD" w:rsidRDefault="000D515A">
      <w:pPr>
        <w:pStyle w:val="ListBullet"/>
      </w:pPr>
      <w:r>
        <w:t>Wash day: once a week or every 7-10 days</w:t>
      </w:r>
    </w:p>
    <w:p w:rsidR="00777EDD" w:rsidRDefault="000D515A">
      <w:pPr>
        <w:pStyle w:val="ListBullet"/>
      </w:pPr>
      <w:r>
        <w:t>Midweek: two moisture checks may help</w:t>
      </w:r>
    </w:p>
    <w:p w:rsidR="00777EDD" w:rsidRDefault="000D515A">
      <w:pPr>
        <w:pStyle w:val="ListBullet"/>
      </w:pPr>
      <w:r>
        <w:t>Night care: especially important</w:t>
      </w:r>
    </w:p>
    <w:p w:rsidR="00777EDD" w:rsidRDefault="000D515A">
      <w:pPr>
        <w:pStyle w:val="ListBullet"/>
      </w:pPr>
      <w:r>
        <w:t>Morning care: keep manipulation light and preserve existing styles</w:t>
      </w:r>
    </w:p>
    <w:p w:rsidR="00777EDD" w:rsidRDefault="00777EDD"/>
    <w:p w:rsidR="00777EDD" w:rsidRDefault="000D515A">
      <w:r>
        <w:t>For a low-maintenance fami</w:t>
      </w:r>
      <w:r>
        <w:t>ly</w:t>
      </w:r>
    </w:p>
    <w:p w:rsidR="00777EDD" w:rsidRDefault="000D515A">
      <w:pPr>
        <w:pStyle w:val="ListBullet"/>
      </w:pPr>
      <w:r>
        <w:t>Choose one realistic wash day you can actually keep</w:t>
      </w:r>
    </w:p>
    <w:p w:rsidR="00777EDD" w:rsidRDefault="000D515A">
      <w:pPr>
        <w:pStyle w:val="ListBullet"/>
      </w:pPr>
      <w:r>
        <w:t>Do one focused midweek check rather than several elaborate refreshes</w:t>
      </w:r>
    </w:p>
    <w:p w:rsidR="00777EDD" w:rsidRDefault="000D515A">
      <w:pPr>
        <w:pStyle w:val="ListBullet"/>
      </w:pPr>
      <w:r>
        <w:t>Let night protection do more of the work</w:t>
      </w:r>
    </w:p>
    <w:p w:rsidR="00777EDD" w:rsidRDefault="000D515A">
      <w:pPr>
        <w:pStyle w:val="ListBullet"/>
      </w:pPr>
      <w:r>
        <w:t>Use simple repeatable styles</w:t>
      </w:r>
    </w:p>
    <w:p w:rsidR="00777EDD" w:rsidRDefault="00777EDD"/>
    <w:p w:rsidR="00777EDD" w:rsidRDefault="000D515A">
      <w:r>
        <w:t>When a Product or Tool Is Helping</w:t>
      </w:r>
    </w:p>
    <w:p w:rsidR="00777EDD" w:rsidRDefault="00777EDD"/>
    <w:p w:rsidR="00777EDD" w:rsidRDefault="000D515A">
      <w:r>
        <w:t xml:space="preserve">A product or tool is </w:t>
      </w:r>
      <w:r>
        <w:t>usually helping if:</w:t>
      </w:r>
    </w:p>
    <w:p w:rsidR="00777EDD" w:rsidRDefault="000D515A">
      <w:pPr>
        <w:pStyle w:val="ListBullet"/>
      </w:pPr>
      <w:r>
        <w:t>the hair feels softer after use</w:t>
      </w:r>
    </w:p>
    <w:p w:rsidR="00777EDD" w:rsidRDefault="000D515A">
      <w:pPr>
        <w:pStyle w:val="ListBullet"/>
      </w:pPr>
      <w:r>
        <w:t>detangling becomes easier</w:t>
      </w:r>
    </w:p>
    <w:p w:rsidR="00777EDD" w:rsidRDefault="000D515A">
      <w:pPr>
        <w:pStyle w:val="ListBullet"/>
      </w:pPr>
      <w:r>
        <w:t>the child experiences less pain during care</w:t>
      </w:r>
    </w:p>
    <w:p w:rsidR="00777EDD" w:rsidRDefault="000D515A">
      <w:pPr>
        <w:pStyle w:val="ListBullet"/>
      </w:pPr>
      <w:r>
        <w:t>the hair stays moisturized longer</w:t>
      </w:r>
    </w:p>
    <w:p w:rsidR="00777EDD" w:rsidRDefault="000D515A">
      <w:pPr>
        <w:pStyle w:val="ListBullet"/>
      </w:pPr>
      <w:r>
        <w:t>the scalp remains calm and comfortable</w:t>
      </w:r>
    </w:p>
    <w:p w:rsidR="00777EDD" w:rsidRDefault="000D515A">
      <w:pPr>
        <w:pStyle w:val="ListBullet"/>
      </w:pPr>
      <w:r>
        <w:t>the routine becomes more manageable, not more complicated</w:t>
      </w:r>
    </w:p>
    <w:p w:rsidR="00777EDD" w:rsidRDefault="00777EDD"/>
    <w:p w:rsidR="00777EDD" w:rsidRDefault="000D515A">
      <w:r>
        <w:t>Wh</w:t>
      </w:r>
      <w:r>
        <w:t>en a Product or Tool May Not Be Right</w:t>
      </w:r>
    </w:p>
    <w:p w:rsidR="00777EDD" w:rsidRDefault="00777EDD"/>
    <w:p w:rsidR="00777EDD" w:rsidRDefault="000D515A">
      <w:r>
        <w:t>A product or tool may not be working well if:</w:t>
      </w:r>
    </w:p>
    <w:p w:rsidR="00777EDD" w:rsidRDefault="000D515A">
      <w:pPr>
        <w:pStyle w:val="ListBullet"/>
      </w:pPr>
      <w:r>
        <w:t>the scalp becomes irritated</w:t>
      </w:r>
    </w:p>
    <w:p w:rsidR="00777EDD" w:rsidRDefault="000D515A">
      <w:pPr>
        <w:pStyle w:val="ListBullet"/>
      </w:pPr>
      <w:r>
        <w:t>the hair feels coated, stiff, or greasy</w:t>
      </w:r>
    </w:p>
    <w:p w:rsidR="00777EDD" w:rsidRDefault="000D515A">
      <w:pPr>
        <w:pStyle w:val="ListBullet"/>
      </w:pPr>
      <w:r>
        <w:t>buildup happens quickly</w:t>
      </w:r>
    </w:p>
    <w:p w:rsidR="00777EDD" w:rsidRDefault="000D515A">
      <w:pPr>
        <w:pStyle w:val="ListBullet"/>
      </w:pPr>
      <w:r>
        <w:lastRenderedPageBreak/>
        <w:t>detangling becomes harder rather than easier</w:t>
      </w:r>
    </w:p>
    <w:p w:rsidR="00777EDD" w:rsidRDefault="000D515A">
      <w:pPr>
        <w:pStyle w:val="ListBullet"/>
      </w:pPr>
      <w:r>
        <w:t>the child complains of discomfort</w:t>
      </w:r>
    </w:p>
    <w:p w:rsidR="00777EDD" w:rsidRDefault="000D515A">
      <w:pPr>
        <w:pStyle w:val="ListBullet"/>
      </w:pPr>
      <w:r>
        <w:t>the routine starts feeling heavier and more confusing</w:t>
      </w:r>
    </w:p>
    <w:p w:rsidR="00777EDD" w:rsidRDefault="00777EDD"/>
    <w:p w:rsidR="00777EDD" w:rsidRDefault="000D515A">
      <w:r>
        <w:t>If You Can Only Buy a Few Things</w:t>
      </w:r>
    </w:p>
    <w:p w:rsidR="00777EDD" w:rsidRDefault="00777EDD"/>
    <w:p w:rsidR="00777EDD" w:rsidRDefault="000D515A">
      <w:r>
        <w:t>If budget is tight, start with:</w:t>
      </w:r>
    </w:p>
    <w:p w:rsidR="00777EDD" w:rsidRDefault="000D515A">
      <w:pPr>
        <w:pStyle w:val="ListNumber"/>
      </w:pPr>
      <w:r>
        <w:t>a gentle shampoo</w:t>
      </w:r>
    </w:p>
    <w:p w:rsidR="00777EDD" w:rsidRDefault="000D515A">
      <w:pPr>
        <w:pStyle w:val="ListNumber"/>
      </w:pPr>
      <w:r>
        <w:t>a good conditioner</w:t>
      </w:r>
    </w:p>
    <w:p w:rsidR="00777EDD" w:rsidRDefault="000D515A">
      <w:pPr>
        <w:pStyle w:val="ListNumber"/>
      </w:pPr>
      <w:r>
        <w:t>a leave-in conditioner or moisturizing cream</w:t>
      </w:r>
    </w:p>
    <w:p w:rsidR="00777EDD" w:rsidRDefault="000D515A">
      <w:pPr>
        <w:pStyle w:val="ListNumber"/>
      </w:pPr>
      <w:r>
        <w:t>a wide-tooth comb</w:t>
      </w:r>
    </w:p>
    <w:p w:rsidR="00777EDD" w:rsidRDefault="00777EDD"/>
    <w:p w:rsidR="00777EDD" w:rsidRDefault="000D515A">
      <w:r>
        <w:t xml:space="preserve">Then add a spray bottle, satin </w:t>
      </w:r>
      <w:r>
        <w:t>protection, and a light oil as you can.</w:t>
      </w:r>
    </w:p>
    <w:p w:rsidR="00777EDD" w:rsidRDefault="00777EDD"/>
    <w:p w:rsidR="00777EDD" w:rsidRDefault="000D515A">
      <w:r>
        <w:t>Keep It Simple</w:t>
      </w:r>
    </w:p>
    <w:p w:rsidR="00777EDD" w:rsidRDefault="00777EDD"/>
    <w:p w:rsidR="00777EDD" w:rsidRDefault="000D515A">
      <w:r>
        <w:t xml:space="preserve">The most important tools and products are the ones that support gentleness, moisture, and consistency. You do not need a salon’s worth of supplies to care well for your child’s hair. You need enough </w:t>
      </w:r>
      <w:r>
        <w:t>to cleanse, soften, moisturize, and protect it faithfully.</w:t>
      </w:r>
    </w:p>
    <w:p w:rsidR="00777EDD" w:rsidRDefault="00777EDD"/>
    <w:p w:rsidR="00777EDD" w:rsidRDefault="000D515A">
      <w:r>
        <w:t>The right routine should make care feel more gentle, not more mechanical. It should support the child in front of you, and it should fit your real life well enough that you can keep showing up wit</w:t>
      </w:r>
      <w:r>
        <w:t>h patience, week after week.</w:t>
      </w:r>
    </w:p>
    <w:p w:rsidR="00777EDD" w:rsidRDefault="000D515A">
      <w:r>
        <w:br w:type="page"/>
      </w:r>
    </w:p>
    <w:p w:rsidR="00777EDD" w:rsidRDefault="000D515A">
      <w:pPr>
        <w:pStyle w:val="Heading1"/>
      </w:pPr>
      <w:r>
        <w:rPr>
          <w:color w:val="5C3080"/>
        </w:rPr>
        <w:lastRenderedPageBreak/>
        <w:t>Chapter 5</w:t>
      </w:r>
    </w:p>
    <w:p w:rsidR="00777EDD" w:rsidRDefault="000D515A">
      <w:pPr>
        <w:pStyle w:val="Heading2"/>
      </w:pPr>
      <w:r>
        <w:rPr>
          <w:color w:val="464646"/>
        </w:rPr>
        <w:t>Protective Styles</w:t>
      </w:r>
    </w:p>
    <w:p w:rsidR="00777EDD" w:rsidRDefault="000D515A">
      <w:r>
        <w:t>Protective styles can be very helpful for curly and coily hair. They may reduce tangling, help preserve moisture, and make daily care easier. For many families, they are one of the most practical w</w:t>
      </w:r>
      <w:r>
        <w:t>ays to keep hair manageable during busy weeks.</w:t>
      </w:r>
    </w:p>
    <w:p w:rsidR="00777EDD" w:rsidRDefault="00777EDD"/>
    <w:p w:rsidR="00777EDD" w:rsidRDefault="000D515A">
      <w:r>
        <w:t>But it is important to understand what the word protective really means.</w:t>
      </w:r>
    </w:p>
    <w:p w:rsidR="00777EDD" w:rsidRDefault="00777EDD"/>
    <w:p w:rsidR="00777EDD" w:rsidRDefault="000D515A">
      <w:r>
        <w:t>A style is not protective simply because it looks neat, lasts a long time, or keeps the hair tucked away. A style is only truly protec</w:t>
      </w:r>
      <w:r>
        <w:t>tive if it helps reduce stress on the hair while also protecting the child's comfort.</w:t>
      </w:r>
    </w:p>
    <w:p w:rsidR="00777EDD" w:rsidRDefault="00777EDD"/>
    <w:p w:rsidR="00777EDD" w:rsidRDefault="000D515A">
      <w:r>
        <w:t>Protective Does Not Mean Painful</w:t>
      </w:r>
    </w:p>
    <w:p w:rsidR="00777EDD" w:rsidRDefault="00777EDD"/>
    <w:p w:rsidR="00777EDD" w:rsidRDefault="000D515A">
      <w:r>
        <w:t>Pain is not the price of a good hairstyle. If a style pulls so tightly that the scalp looks shiny, the child cannot turn their head com</w:t>
      </w:r>
      <w:r>
        <w:t>fortably, or the edges appear strained, the style is too tight.</w:t>
      </w:r>
    </w:p>
    <w:p w:rsidR="00777EDD" w:rsidRDefault="00777EDD"/>
    <w:p w:rsidR="00777EDD" w:rsidRDefault="000D515A">
      <w:r>
        <w:t>Low-Manipulation Styles and Longer-Wear Styles</w:t>
      </w:r>
    </w:p>
    <w:p w:rsidR="00777EDD" w:rsidRDefault="00777EDD"/>
    <w:p w:rsidR="00777EDD" w:rsidRDefault="000D515A">
      <w:r>
        <w:t>Low-manipulation styles are simple styles that reduce daily handling but are easy to redo often. Longer-wear styles are styles intended to stay</w:t>
      </w:r>
      <w:r>
        <w:t xml:space="preserve"> in for several days or more with maintenance.</w:t>
      </w:r>
    </w:p>
    <w:p w:rsidR="00777EDD" w:rsidRDefault="00777EDD"/>
    <w:p w:rsidR="00777EDD" w:rsidRDefault="000D515A">
      <w:r>
        <w:t>Helpful options may include:</w:t>
      </w:r>
    </w:p>
    <w:p w:rsidR="00777EDD" w:rsidRDefault="000D515A">
      <w:pPr>
        <w:pStyle w:val="ListBullet"/>
      </w:pPr>
      <w:r>
        <w:t>two-strand twists</w:t>
      </w:r>
    </w:p>
    <w:p w:rsidR="00777EDD" w:rsidRDefault="000D515A">
      <w:pPr>
        <w:pStyle w:val="ListBullet"/>
      </w:pPr>
      <w:r>
        <w:t>simple braids</w:t>
      </w:r>
    </w:p>
    <w:p w:rsidR="00777EDD" w:rsidRDefault="000D515A">
      <w:pPr>
        <w:pStyle w:val="ListBullet"/>
      </w:pPr>
      <w:r>
        <w:t>puffs</w:t>
      </w:r>
    </w:p>
    <w:p w:rsidR="00777EDD" w:rsidRDefault="000D515A">
      <w:pPr>
        <w:pStyle w:val="ListBullet"/>
      </w:pPr>
      <w:r>
        <w:t>plaits</w:t>
      </w:r>
    </w:p>
    <w:p w:rsidR="00777EDD" w:rsidRDefault="000D515A">
      <w:pPr>
        <w:pStyle w:val="ListBullet"/>
      </w:pPr>
      <w:r>
        <w:t>cornrows</w:t>
      </w:r>
    </w:p>
    <w:p w:rsidR="00777EDD" w:rsidRDefault="000D515A">
      <w:pPr>
        <w:pStyle w:val="ListBullet"/>
      </w:pPr>
      <w:r>
        <w:t>flat twists</w:t>
      </w:r>
    </w:p>
    <w:p w:rsidR="00777EDD" w:rsidRDefault="000D515A">
      <w:pPr>
        <w:pStyle w:val="ListBullet"/>
      </w:pPr>
      <w:r>
        <w:t>buns</w:t>
      </w:r>
    </w:p>
    <w:p w:rsidR="00777EDD" w:rsidRDefault="000D515A">
      <w:pPr>
        <w:pStyle w:val="ListBullet"/>
      </w:pPr>
      <w:r>
        <w:t>neat braids that are still comfortable</w:t>
      </w:r>
    </w:p>
    <w:p w:rsidR="00777EDD" w:rsidRDefault="00777EDD"/>
    <w:p w:rsidR="00777EDD" w:rsidRDefault="000D515A">
      <w:r>
        <w:t>Best Gentle Styles for Younger Children</w:t>
      </w:r>
    </w:p>
    <w:p w:rsidR="00777EDD" w:rsidRDefault="00777EDD"/>
    <w:p w:rsidR="00777EDD" w:rsidRDefault="000D515A">
      <w:r>
        <w:t xml:space="preserve">Younger children usually </w:t>
      </w:r>
      <w:r>
        <w:t>benefit most from styles that are:</w:t>
      </w:r>
    </w:p>
    <w:p w:rsidR="00777EDD" w:rsidRDefault="000D515A">
      <w:pPr>
        <w:pStyle w:val="ListBullet"/>
      </w:pPr>
      <w:r>
        <w:t>quick enough to install without long distress</w:t>
      </w:r>
    </w:p>
    <w:p w:rsidR="00777EDD" w:rsidRDefault="000D515A">
      <w:pPr>
        <w:pStyle w:val="ListBullet"/>
      </w:pPr>
      <w:r>
        <w:t>easy to redo if needed</w:t>
      </w:r>
    </w:p>
    <w:p w:rsidR="00777EDD" w:rsidRDefault="000D515A">
      <w:pPr>
        <w:pStyle w:val="ListBullet"/>
      </w:pPr>
      <w:r>
        <w:lastRenderedPageBreak/>
        <w:t>light in tension</w:t>
      </w:r>
    </w:p>
    <w:p w:rsidR="00777EDD" w:rsidRDefault="000D515A">
      <w:pPr>
        <w:pStyle w:val="ListBullet"/>
      </w:pPr>
      <w:r>
        <w:t>comfortable for sleep and play</w:t>
      </w:r>
    </w:p>
    <w:p w:rsidR="00777EDD" w:rsidRDefault="00777EDD"/>
    <w:p w:rsidR="00777EDD" w:rsidRDefault="000D515A">
      <w:r>
        <w:t>Good gentle options often include:</w:t>
      </w:r>
    </w:p>
    <w:p w:rsidR="00777EDD" w:rsidRDefault="000D515A">
      <w:pPr>
        <w:pStyle w:val="ListBullet"/>
      </w:pPr>
      <w:r>
        <w:t>medium or large twists</w:t>
      </w:r>
    </w:p>
    <w:p w:rsidR="00777EDD" w:rsidRDefault="000D515A">
      <w:pPr>
        <w:pStyle w:val="ListBullet"/>
      </w:pPr>
      <w:r>
        <w:t>simple braids</w:t>
      </w:r>
    </w:p>
    <w:p w:rsidR="00777EDD" w:rsidRDefault="000D515A">
      <w:pPr>
        <w:pStyle w:val="ListBullet"/>
      </w:pPr>
      <w:r>
        <w:t>sectioned puffs</w:t>
      </w:r>
    </w:p>
    <w:p w:rsidR="00777EDD" w:rsidRDefault="000D515A">
      <w:pPr>
        <w:pStyle w:val="ListBullet"/>
      </w:pPr>
      <w:r>
        <w:t>loose plaits</w:t>
      </w:r>
    </w:p>
    <w:p w:rsidR="00777EDD" w:rsidRDefault="000D515A">
      <w:pPr>
        <w:pStyle w:val="ListBullet"/>
      </w:pPr>
      <w:r>
        <w:t xml:space="preserve">a </w:t>
      </w:r>
      <w:r>
        <w:t>few front braids with the rest left soft and simple</w:t>
      </w:r>
    </w:p>
    <w:p w:rsidR="00777EDD" w:rsidRDefault="00777EDD"/>
    <w:p w:rsidR="00777EDD" w:rsidRDefault="000D515A">
      <w:r>
        <w:t>Styles to Use Sparingly</w:t>
      </w:r>
    </w:p>
    <w:p w:rsidR="00777EDD" w:rsidRDefault="00777EDD"/>
    <w:p w:rsidR="00777EDD" w:rsidRDefault="000D515A">
      <w:r>
        <w:t>Use caution with:</w:t>
      </w:r>
    </w:p>
    <w:p w:rsidR="00777EDD" w:rsidRDefault="000D515A">
      <w:pPr>
        <w:pStyle w:val="ListBullet"/>
      </w:pPr>
      <w:r>
        <w:t>very tight cornrows</w:t>
      </w:r>
    </w:p>
    <w:p w:rsidR="00777EDD" w:rsidRDefault="000D515A">
      <w:pPr>
        <w:pStyle w:val="ListBullet"/>
      </w:pPr>
      <w:r>
        <w:t>styles with a lot of pulling at the edges</w:t>
      </w:r>
    </w:p>
    <w:p w:rsidR="00777EDD" w:rsidRDefault="000D515A">
      <w:pPr>
        <w:pStyle w:val="ListBullet"/>
      </w:pPr>
      <w:r>
        <w:t>very small braids or twists that take many hours</w:t>
      </w:r>
    </w:p>
    <w:p w:rsidR="00777EDD" w:rsidRDefault="000D515A">
      <w:pPr>
        <w:pStyle w:val="ListBullet"/>
      </w:pPr>
      <w:r>
        <w:t>repeated slicked-back styles</w:t>
      </w:r>
    </w:p>
    <w:p w:rsidR="00777EDD" w:rsidRDefault="000D515A">
      <w:pPr>
        <w:pStyle w:val="ListBullet"/>
      </w:pPr>
      <w:r>
        <w:t xml:space="preserve">heavy extension </w:t>
      </w:r>
      <w:r>
        <w:t>styles on young children</w:t>
      </w:r>
    </w:p>
    <w:p w:rsidR="00777EDD" w:rsidRDefault="00777EDD"/>
    <w:p w:rsidR="00777EDD" w:rsidRDefault="000D515A">
      <w:r>
        <w:t>A note on locs: some children arrive in adoptive or foster care with locs already established, or with hair that has begun to loc naturally. Locs are a distinct hair journey that cannot simply be combed out without significant dam</w:t>
      </w:r>
      <w:r>
        <w:t>age, and cutting them should never be the default response to uncertainty about maintenance. If your child has locs or is developing them, seek guidance from a loctician experienced with children's hair.</w:t>
      </w:r>
    </w:p>
    <w:p w:rsidR="00777EDD" w:rsidRDefault="00777EDD"/>
    <w:p w:rsidR="00777EDD" w:rsidRDefault="000D515A">
      <w:r>
        <w:t>Caring for Boys' Hair</w:t>
      </w:r>
    </w:p>
    <w:p w:rsidR="00777EDD" w:rsidRDefault="00777EDD"/>
    <w:p w:rsidR="00777EDD" w:rsidRDefault="000D515A">
      <w:r>
        <w:t>Hair care guidance for textu</w:t>
      </w:r>
      <w:r>
        <w:t>red hair applies just as much to boys as it does to girls. Boys may wear their hair shorter, but short textured hair still needs gentle cleansing, moisture, scalp care, and protection from dryness and rough handling.</w:t>
      </w:r>
    </w:p>
    <w:p w:rsidR="00777EDD" w:rsidRDefault="00777EDD"/>
    <w:p w:rsidR="00777EDD" w:rsidRDefault="000D515A">
      <w:r>
        <w:t>One common misunderstanding is that sh</w:t>
      </w:r>
      <w:r>
        <w:t>ort hair does not need much care. In reality, short curls and coils can still become dry, flaky, irritated, or uneven if the scalp is neglected, if harsh products are used, or if frequent brushing is done without moisture.</w:t>
      </w:r>
    </w:p>
    <w:p w:rsidR="00777EDD" w:rsidRDefault="00777EDD"/>
    <w:p w:rsidR="00777EDD" w:rsidRDefault="000D515A">
      <w:r>
        <w:t xml:space="preserve">For many boys, a simple routine </w:t>
      </w:r>
      <w:r>
        <w:t>works well:</w:t>
      </w:r>
    </w:p>
    <w:p w:rsidR="00777EDD" w:rsidRDefault="000D515A">
      <w:pPr>
        <w:pStyle w:val="ListBullet"/>
      </w:pPr>
      <w:r>
        <w:t>wash gently as needed</w:t>
      </w:r>
    </w:p>
    <w:p w:rsidR="00777EDD" w:rsidRDefault="000D515A">
      <w:pPr>
        <w:pStyle w:val="ListBullet"/>
      </w:pPr>
      <w:r>
        <w:t>condition regularly</w:t>
      </w:r>
    </w:p>
    <w:p w:rsidR="00777EDD" w:rsidRDefault="000D515A">
      <w:pPr>
        <w:pStyle w:val="ListBullet"/>
      </w:pPr>
      <w:r>
        <w:t>keep the scalp clean and comfortable</w:t>
      </w:r>
    </w:p>
    <w:p w:rsidR="00777EDD" w:rsidRDefault="000D515A">
      <w:pPr>
        <w:pStyle w:val="ListBullet"/>
      </w:pPr>
      <w:r>
        <w:lastRenderedPageBreak/>
        <w:t>apply light moisture even on shorter hair</w:t>
      </w:r>
    </w:p>
    <w:p w:rsidR="00777EDD" w:rsidRDefault="000D515A">
      <w:pPr>
        <w:pStyle w:val="ListBullet"/>
      </w:pPr>
      <w:r>
        <w:t>avoid harsh brushing on dry hair</w:t>
      </w:r>
    </w:p>
    <w:p w:rsidR="00777EDD" w:rsidRDefault="000D515A">
      <w:pPr>
        <w:pStyle w:val="ListBullet"/>
      </w:pPr>
      <w:r>
        <w:t>protect the hair at night where practical, especially if the hair is longer on top or pron</w:t>
      </w:r>
      <w:r>
        <w:t>e to dryness</w:t>
      </w:r>
    </w:p>
    <w:p w:rsidR="00777EDD" w:rsidRDefault="00777EDD"/>
    <w:p w:rsidR="00777EDD" w:rsidRDefault="000D515A">
      <w:r>
        <w:t>Some boys wear:</w:t>
      </w:r>
    </w:p>
    <w:p w:rsidR="00777EDD" w:rsidRDefault="000D515A">
      <w:pPr>
        <w:pStyle w:val="ListBullet"/>
      </w:pPr>
      <w:r>
        <w:t>short afros</w:t>
      </w:r>
    </w:p>
    <w:p w:rsidR="00777EDD" w:rsidRDefault="000D515A">
      <w:pPr>
        <w:pStyle w:val="ListBullet"/>
      </w:pPr>
      <w:r>
        <w:t>twists</w:t>
      </w:r>
    </w:p>
    <w:p w:rsidR="00777EDD" w:rsidRDefault="000D515A">
      <w:pPr>
        <w:pStyle w:val="ListBullet"/>
      </w:pPr>
      <w:r>
        <w:t>cornrows</w:t>
      </w:r>
    </w:p>
    <w:p w:rsidR="00777EDD" w:rsidRDefault="000D515A">
      <w:pPr>
        <w:pStyle w:val="ListBullet"/>
      </w:pPr>
      <w:r>
        <w:t>locs</w:t>
      </w:r>
    </w:p>
    <w:p w:rsidR="00777EDD" w:rsidRDefault="000D515A">
      <w:pPr>
        <w:pStyle w:val="ListBullet"/>
      </w:pPr>
      <w:r>
        <w:t>fades with textured tops</w:t>
      </w:r>
    </w:p>
    <w:p w:rsidR="00777EDD" w:rsidRDefault="000D515A">
      <w:pPr>
        <w:pStyle w:val="ListBullet"/>
      </w:pPr>
      <w:r>
        <w:t>simple braids or plaits</w:t>
      </w:r>
    </w:p>
    <w:p w:rsidR="00777EDD" w:rsidRDefault="000D515A">
      <w:pPr>
        <w:pStyle w:val="ListBullet"/>
      </w:pPr>
      <w:r>
        <w:t>closely cut curls</w:t>
      </w:r>
    </w:p>
    <w:p w:rsidR="00777EDD" w:rsidRDefault="00777EDD"/>
    <w:p w:rsidR="00777EDD" w:rsidRDefault="000D515A">
      <w:r>
        <w:t xml:space="preserve">The goal is not to force boys into very low-maintenance hair if their texture needs more care. The goal is to find a routine </w:t>
      </w:r>
      <w:r>
        <w:t>and style that are healthy, comfortable, and realistic for the child.</w:t>
      </w:r>
    </w:p>
    <w:p w:rsidR="00777EDD" w:rsidRDefault="00777EDD"/>
    <w:p w:rsidR="00777EDD" w:rsidRDefault="000D515A">
      <w:r>
        <w:t>Boys also need affirming messages about their hair. They need to know that grooming is not only about looking neat for others. It is also about caring for their body with dignity. A boy</w:t>
      </w:r>
      <w:r>
        <w:t xml:space="preserve"> with curls, coils, a fade, an afro, twists, or locs should experience his hair as something worthy of attention and respect, not something to be brushed down, cut off too quickly, or treated as a problem.</w:t>
      </w:r>
    </w:p>
    <w:p w:rsidR="00777EDD" w:rsidRDefault="00777EDD"/>
    <w:p w:rsidR="00777EDD" w:rsidRDefault="000D515A">
      <w:r>
        <w:t>How Long Should Protective Styles Stay In?</w:t>
      </w:r>
    </w:p>
    <w:p w:rsidR="00777EDD" w:rsidRDefault="00777EDD"/>
    <w:p w:rsidR="00777EDD" w:rsidRDefault="000D515A">
      <w:r>
        <w:t>A sty</w:t>
      </w:r>
      <w:r>
        <w:t>le should stay in only as long as it remains healthy, comfortable, and reasonably clean.</w:t>
      </w:r>
    </w:p>
    <w:p w:rsidR="00777EDD" w:rsidRDefault="00777EDD"/>
    <w:p w:rsidR="00777EDD" w:rsidRDefault="000D515A">
      <w:r>
        <w:t>A style may need to come out when:</w:t>
      </w:r>
    </w:p>
    <w:p w:rsidR="00777EDD" w:rsidRDefault="000D515A">
      <w:pPr>
        <w:pStyle w:val="ListBullet"/>
      </w:pPr>
      <w:r>
        <w:t>the scalp is becoming itchy or irritated</w:t>
      </w:r>
    </w:p>
    <w:p w:rsidR="00777EDD" w:rsidRDefault="000D515A">
      <w:pPr>
        <w:pStyle w:val="ListBullet"/>
      </w:pPr>
      <w:r>
        <w:t>the hair is very dry</w:t>
      </w:r>
    </w:p>
    <w:p w:rsidR="00777EDD" w:rsidRDefault="000D515A">
      <w:pPr>
        <w:pStyle w:val="ListBullet"/>
      </w:pPr>
      <w:r>
        <w:t>the style is fraying heavily</w:t>
      </w:r>
    </w:p>
    <w:p w:rsidR="00777EDD" w:rsidRDefault="000D515A">
      <w:pPr>
        <w:pStyle w:val="ListBullet"/>
      </w:pPr>
      <w:r>
        <w:t>the roots are matting</w:t>
      </w:r>
    </w:p>
    <w:p w:rsidR="00777EDD" w:rsidRDefault="000D515A">
      <w:pPr>
        <w:pStyle w:val="ListBullet"/>
      </w:pPr>
      <w:r>
        <w:t>shed hair is build</w:t>
      </w:r>
      <w:r>
        <w:t>ing up</w:t>
      </w:r>
    </w:p>
    <w:p w:rsidR="00777EDD" w:rsidRDefault="000D515A">
      <w:pPr>
        <w:pStyle w:val="ListBullet"/>
      </w:pPr>
      <w:r>
        <w:t>the child is uncomfortable</w:t>
      </w:r>
    </w:p>
    <w:p w:rsidR="00777EDD" w:rsidRDefault="000D515A">
      <w:pPr>
        <w:pStyle w:val="ListBullet"/>
      </w:pPr>
      <w:r>
        <w:t>the style no longer feels manageable</w:t>
      </w:r>
    </w:p>
    <w:p w:rsidR="00777EDD" w:rsidRDefault="00777EDD"/>
    <w:p w:rsidR="00777EDD" w:rsidRDefault="000D515A">
      <w:r>
        <w:t>How to Maintain Protective Styles</w:t>
      </w:r>
    </w:p>
    <w:p w:rsidR="00777EDD" w:rsidRDefault="00777EDD"/>
    <w:p w:rsidR="00777EDD" w:rsidRDefault="000D515A">
      <w:r>
        <w:t>Helpful maintenance includes:</w:t>
      </w:r>
    </w:p>
    <w:p w:rsidR="00777EDD" w:rsidRDefault="000D515A">
      <w:pPr>
        <w:pStyle w:val="ListBullet"/>
      </w:pPr>
      <w:r>
        <w:lastRenderedPageBreak/>
        <w:t>lightly moisturizing the hair if it feels dry</w:t>
      </w:r>
    </w:p>
    <w:p w:rsidR="00777EDD" w:rsidRDefault="000D515A">
      <w:pPr>
        <w:pStyle w:val="ListBullet"/>
      </w:pPr>
      <w:r>
        <w:t>refreshing with water or leave-in spray when needed</w:t>
      </w:r>
    </w:p>
    <w:p w:rsidR="00777EDD" w:rsidRDefault="000D515A">
      <w:pPr>
        <w:pStyle w:val="ListBullet"/>
      </w:pPr>
      <w:r>
        <w:t>basing the scalp with</w:t>
      </w:r>
      <w:r>
        <w:t xml:space="preserve"> a light oil if it feels dry or tight</w:t>
      </w:r>
    </w:p>
    <w:p w:rsidR="00777EDD" w:rsidRDefault="000D515A">
      <w:pPr>
        <w:pStyle w:val="ListBullet"/>
      </w:pPr>
      <w:r>
        <w:t>protecting the hair at night with satin</w:t>
      </w:r>
    </w:p>
    <w:p w:rsidR="00777EDD" w:rsidRDefault="000D515A">
      <w:pPr>
        <w:pStyle w:val="ListBullet"/>
      </w:pPr>
      <w:r>
        <w:t>checking the scalp regularly for dryness, bumps, or irritation</w:t>
      </w:r>
    </w:p>
    <w:p w:rsidR="00777EDD" w:rsidRDefault="000D515A">
      <w:pPr>
        <w:pStyle w:val="ListBullet"/>
      </w:pPr>
      <w:r>
        <w:t>redoing loose or stressed sections instead of forcing them to last too long</w:t>
      </w:r>
    </w:p>
    <w:p w:rsidR="00777EDD" w:rsidRDefault="000D515A">
      <w:pPr>
        <w:pStyle w:val="ListBullet"/>
      </w:pPr>
      <w:r>
        <w:t>giving the edges and scalp rest between</w:t>
      </w:r>
      <w:r>
        <w:t xml:space="preserve"> tension styles</w:t>
      </w:r>
    </w:p>
    <w:p w:rsidR="00777EDD" w:rsidRDefault="00777EDD"/>
    <w:p w:rsidR="00777EDD" w:rsidRDefault="000D515A">
      <w:r>
        <w:t>Warning Signs of Too Much Tension</w:t>
      </w:r>
    </w:p>
    <w:p w:rsidR="00777EDD" w:rsidRDefault="00777EDD"/>
    <w:p w:rsidR="00777EDD" w:rsidRDefault="000D515A">
      <w:r>
        <w:t>Watch for signs that a style is causing harm rather than protection:</w:t>
      </w:r>
    </w:p>
    <w:p w:rsidR="00777EDD" w:rsidRDefault="000D515A">
      <w:pPr>
        <w:pStyle w:val="ListBullet"/>
      </w:pPr>
      <w:r>
        <w:t>bumps along the scalp</w:t>
      </w:r>
    </w:p>
    <w:p w:rsidR="00777EDD" w:rsidRDefault="000D515A">
      <w:pPr>
        <w:pStyle w:val="ListBullet"/>
      </w:pPr>
      <w:r>
        <w:t>redness or irritation</w:t>
      </w:r>
    </w:p>
    <w:p w:rsidR="00777EDD" w:rsidRDefault="000D515A">
      <w:pPr>
        <w:pStyle w:val="ListBullet"/>
      </w:pPr>
      <w:r>
        <w:t>complaints of pain or tenderness</w:t>
      </w:r>
    </w:p>
    <w:p w:rsidR="00777EDD" w:rsidRDefault="000D515A">
      <w:pPr>
        <w:pStyle w:val="ListBullet"/>
      </w:pPr>
      <w:r>
        <w:t>headaches after styling</w:t>
      </w:r>
    </w:p>
    <w:p w:rsidR="00777EDD" w:rsidRDefault="000D515A">
      <w:pPr>
        <w:pStyle w:val="ListBullet"/>
      </w:pPr>
      <w:r>
        <w:t>difficulty sleeping comfortably</w:t>
      </w:r>
    </w:p>
    <w:p w:rsidR="00777EDD" w:rsidRDefault="000D515A">
      <w:pPr>
        <w:pStyle w:val="ListBullet"/>
      </w:pPr>
      <w:r>
        <w:t>edges looking thin or strained</w:t>
      </w:r>
    </w:p>
    <w:p w:rsidR="00777EDD" w:rsidRDefault="000D515A">
      <w:pPr>
        <w:pStyle w:val="ListBullet"/>
      </w:pPr>
      <w:r>
        <w:t>hair breaking around the front or sides</w:t>
      </w:r>
    </w:p>
    <w:p w:rsidR="00777EDD" w:rsidRDefault="00777EDD"/>
    <w:p w:rsidR="00777EDD" w:rsidRDefault="000D515A">
      <w:r>
        <w:t>A Restorative Perspective</w:t>
      </w:r>
    </w:p>
    <w:p w:rsidR="00777EDD" w:rsidRDefault="00777EDD"/>
    <w:p w:rsidR="00777EDD" w:rsidRDefault="000D515A">
      <w:r>
        <w:t xml:space="preserve">Protective styles should preserve more than appearance. They should preserve comfort, dignity, and the health of the child's hair over time. Comfort, scalp </w:t>
      </w:r>
      <w:r>
        <w:t>health, and the child's sense of safety - not just tidiness - are what make a style genuinely protective.</w:t>
      </w:r>
    </w:p>
    <w:p w:rsidR="00777EDD" w:rsidRDefault="000D515A">
      <w:r>
        <w:br w:type="page"/>
      </w:r>
    </w:p>
    <w:p w:rsidR="00777EDD" w:rsidRDefault="000D515A">
      <w:pPr>
        <w:pStyle w:val="Heading1"/>
      </w:pPr>
      <w:r>
        <w:rPr>
          <w:color w:val="5C3080"/>
        </w:rPr>
        <w:lastRenderedPageBreak/>
        <w:t>Chapter 6</w:t>
      </w:r>
    </w:p>
    <w:p w:rsidR="00777EDD" w:rsidRDefault="000D515A">
      <w:pPr>
        <w:pStyle w:val="Heading2"/>
      </w:pPr>
      <w:r>
        <w:rPr>
          <w:color w:val="464646"/>
        </w:rPr>
        <w:t>Growing with Your Child: From Early Care to Independence</w:t>
      </w:r>
    </w:p>
    <w:p w:rsidR="00777EDD" w:rsidRDefault="000D515A">
      <w:r>
        <w:t>Hair care should grow with the child.</w:t>
      </w:r>
    </w:p>
    <w:p w:rsidR="00777EDD" w:rsidRDefault="00777EDD"/>
    <w:p w:rsidR="00777EDD" w:rsidRDefault="000D515A">
      <w:r>
        <w:t>What works well for a toddler will not alw</w:t>
      </w:r>
      <w:r>
        <w:t xml:space="preserve">ays suit a school-age child. What feels simple and supportive at age five may feel too childish or too controlling by age thirteen. As children grow, their hair changes, their routines change, their preferences change, and their sense of identity deepens. </w:t>
      </w:r>
      <w:r>
        <w:t>Healthy hair care takes all of that into account.</w:t>
      </w:r>
    </w:p>
    <w:p w:rsidR="00777EDD" w:rsidRDefault="00777EDD"/>
    <w:p w:rsidR="00777EDD" w:rsidRDefault="000D515A">
      <w:r>
        <w:t xml:space="preserve">The goal at every age is not just neatness. It is to care for the hair in ways that are healthy, realistic, and respectful of the child's stage of development. That means choosing routines and styles that </w:t>
      </w:r>
      <w:r>
        <w:t>fit the child's age, activity level, patience, sensitivity, and growing independence.</w:t>
      </w:r>
    </w:p>
    <w:p w:rsidR="00777EDD" w:rsidRDefault="00777EDD"/>
    <w:p w:rsidR="00777EDD" w:rsidRDefault="000D515A">
      <w:r>
        <w:t>Some things remain true at every stage:</w:t>
      </w:r>
    </w:p>
    <w:p w:rsidR="00777EDD" w:rsidRDefault="000D515A">
      <w:pPr>
        <w:pStyle w:val="ListBullet"/>
      </w:pPr>
      <w:r>
        <w:t>hair should be handled gently</w:t>
      </w:r>
    </w:p>
    <w:p w:rsidR="00777EDD" w:rsidRDefault="000D515A">
      <w:pPr>
        <w:pStyle w:val="ListBullet"/>
      </w:pPr>
      <w:r>
        <w:t>styles should not cause pain or unnecessary tension</w:t>
      </w:r>
    </w:p>
    <w:p w:rsidR="00777EDD" w:rsidRDefault="000D515A">
      <w:pPr>
        <w:pStyle w:val="ListBullet"/>
      </w:pPr>
      <w:r>
        <w:t>moisture and consistency matter</w:t>
      </w:r>
    </w:p>
    <w:p w:rsidR="00777EDD" w:rsidRDefault="000D515A">
      <w:pPr>
        <w:pStyle w:val="ListBullet"/>
      </w:pPr>
      <w:r>
        <w:t>children should</w:t>
      </w:r>
      <w:r>
        <w:t xml:space="preserve"> be spoken to with dignity</w:t>
      </w:r>
    </w:p>
    <w:p w:rsidR="00777EDD" w:rsidRDefault="000D515A">
      <w:pPr>
        <w:pStyle w:val="ListBullet"/>
      </w:pPr>
      <w:r>
        <w:t>care should become more collaborative as they grow</w:t>
      </w:r>
    </w:p>
    <w:p w:rsidR="00777EDD" w:rsidRDefault="00777EDD"/>
    <w:p w:rsidR="00777EDD" w:rsidRDefault="000D515A">
      <w:r>
        <w:t>As children mature, hair care can slowly shift from something done to them into something done with them, and eventually something they learn to manage for themselves with wisdo</w:t>
      </w:r>
      <w:r>
        <w:t>m and confidence.</w:t>
      </w:r>
    </w:p>
    <w:p w:rsidR="00777EDD" w:rsidRDefault="00777EDD"/>
    <w:p w:rsidR="00777EDD" w:rsidRDefault="000D515A">
      <w:r>
        <w:t>Growing Independence Gradually</w:t>
      </w:r>
    </w:p>
    <w:p w:rsidR="00777EDD" w:rsidRDefault="00777EDD"/>
    <w:p w:rsidR="00777EDD" w:rsidRDefault="000D515A">
      <w:r>
        <w:t xml:space="preserve">Teaching children to care for their own hair is about more than grooming. It is part of helping them grow in confidence, responsibility, self-awareness, and self-respect. Most children need time, </w:t>
      </w:r>
      <w:r>
        <w:t>repetition, encouragement, and guidance before they feel confident managing their own routine.</w:t>
      </w:r>
    </w:p>
    <w:p w:rsidR="00777EDD" w:rsidRDefault="00777EDD"/>
    <w:p w:rsidR="00777EDD" w:rsidRDefault="000D515A">
      <w:r>
        <w:t>A helpful mindset is this: small progress counts.</w:t>
      </w:r>
    </w:p>
    <w:p w:rsidR="00777EDD" w:rsidRDefault="00777EDD"/>
    <w:p w:rsidR="00777EDD" w:rsidRDefault="000D515A">
      <w:r>
        <w:t>Toddlers and Preschoolers</w:t>
      </w:r>
    </w:p>
    <w:p w:rsidR="00777EDD" w:rsidRDefault="000D515A">
      <w:r>
        <w:t>Ages 1-3</w:t>
      </w:r>
    </w:p>
    <w:p w:rsidR="00777EDD" w:rsidRDefault="00777EDD"/>
    <w:p w:rsidR="00777EDD" w:rsidRDefault="000D515A">
      <w:r>
        <w:t>At this stage, hair care is usually about softness, speed, and trust.</w:t>
      </w:r>
    </w:p>
    <w:p w:rsidR="00777EDD" w:rsidRDefault="00777EDD"/>
    <w:p w:rsidR="00777EDD" w:rsidRDefault="000D515A">
      <w:r>
        <w:lastRenderedPageBreak/>
        <w:t>Wh</w:t>
      </w:r>
      <w:r>
        <w:t>at tends to work well:</w:t>
      </w:r>
    </w:p>
    <w:p w:rsidR="00777EDD" w:rsidRDefault="000D515A">
      <w:pPr>
        <w:pStyle w:val="ListBullet"/>
      </w:pPr>
      <w:r>
        <w:t>washing every one to two weeks, depending on buildup and dryness</w:t>
      </w:r>
    </w:p>
    <w:p w:rsidR="00777EDD" w:rsidRDefault="000D515A">
      <w:pPr>
        <w:pStyle w:val="ListBullet"/>
      </w:pPr>
      <w:r>
        <w:t>simple moisturizing routines</w:t>
      </w:r>
    </w:p>
    <w:p w:rsidR="00777EDD" w:rsidRDefault="000D515A">
      <w:pPr>
        <w:pStyle w:val="ListBullet"/>
      </w:pPr>
      <w:r>
        <w:t>finger detangling or very gentle combing in small sections</w:t>
      </w:r>
    </w:p>
    <w:p w:rsidR="00777EDD" w:rsidRDefault="000D515A">
      <w:pPr>
        <w:pStyle w:val="ListBullet"/>
      </w:pPr>
      <w:r>
        <w:t>easy styles such as medium twists, simple braids, or sectioned puffs</w:t>
      </w:r>
    </w:p>
    <w:p w:rsidR="00777EDD" w:rsidRDefault="000D515A">
      <w:pPr>
        <w:pStyle w:val="ListBullet"/>
      </w:pPr>
      <w:r>
        <w:t>bedtime pro</w:t>
      </w:r>
      <w:r>
        <w:t>tection if tolerated</w:t>
      </w:r>
    </w:p>
    <w:p w:rsidR="00777EDD" w:rsidRDefault="00777EDD"/>
    <w:p w:rsidR="00777EDD" w:rsidRDefault="000D515A">
      <w:r>
        <w:t>At this stage, independence looks like participation, not responsibility.</w:t>
      </w:r>
    </w:p>
    <w:p w:rsidR="00777EDD" w:rsidRDefault="00777EDD"/>
    <w:p w:rsidR="00777EDD" w:rsidRDefault="000D515A">
      <w:r>
        <w:t>A toddler may:</w:t>
      </w:r>
    </w:p>
    <w:p w:rsidR="00777EDD" w:rsidRDefault="000D515A">
      <w:pPr>
        <w:pStyle w:val="ListBullet"/>
      </w:pPr>
      <w:r>
        <w:t>hold a spray bottle</w:t>
      </w:r>
    </w:p>
    <w:p w:rsidR="00777EDD" w:rsidRDefault="000D515A">
      <w:pPr>
        <w:pStyle w:val="ListBullet"/>
      </w:pPr>
      <w:r>
        <w:t>hand you a clip</w:t>
      </w:r>
    </w:p>
    <w:p w:rsidR="00777EDD" w:rsidRDefault="000D515A">
      <w:pPr>
        <w:pStyle w:val="ListBullet"/>
      </w:pPr>
      <w:r>
        <w:t>watch what you are doing</w:t>
      </w:r>
    </w:p>
    <w:p w:rsidR="00777EDD" w:rsidRDefault="000D515A">
      <w:pPr>
        <w:pStyle w:val="ListBullet"/>
      </w:pPr>
      <w:r>
        <w:t>learn that hair care follows a familiar rhythm</w:t>
      </w:r>
    </w:p>
    <w:p w:rsidR="00777EDD" w:rsidRDefault="00777EDD"/>
    <w:p w:rsidR="00777EDD" w:rsidRDefault="000D515A">
      <w:r>
        <w:t>Early School-Age Children</w:t>
      </w:r>
    </w:p>
    <w:p w:rsidR="00777EDD" w:rsidRDefault="000D515A">
      <w:r>
        <w:t>Ages 4-7</w:t>
      </w:r>
    </w:p>
    <w:p w:rsidR="00777EDD" w:rsidRDefault="00777EDD"/>
    <w:p w:rsidR="00777EDD" w:rsidRDefault="000D515A">
      <w:r>
        <w:t>At this stage, many children can tolerate a little more structure and begin participating in simple ways.</w:t>
      </w:r>
    </w:p>
    <w:p w:rsidR="00777EDD" w:rsidRDefault="00777EDD"/>
    <w:p w:rsidR="00777EDD" w:rsidRDefault="000D515A">
      <w:r>
        <w:t>What tends to work well:</w:t>
      </w:r>
    </w:p>
    <w:p w:rsidR="00777EDD" w:rsidRDefault="000D515A">
      <w:pPr>
        <w:pStyle w:val="ListBullet"/>
      </w:pPr>
      <w:r>
        <w:t>weekly wash and conditioning routines</w:t>
      </w:r>
    </w:p>
    <w:p w:rsidR="00777EDD" w:rsidRDefault="000D515A">
      <w:pPr>
        <w:pStyle w:val="ListBullet"/>
      </w:pPr>
      <w:r>
        <w:t>twists, braids, puffs, loose cornrows, or sectioned styles</w:t>
      </w:r>
    </w:p>
    <w:p w:rsidR="00777EDD" w:rsidRDefault="000D515A">
      <w:pPr>
        <w:pStyle w:val="ListBullet"/>
      </w:pPr>
      <w:r>
        <w:t>one or two midweek refresh</w:t>
      </w:r>
      <w:r>
        <w:t>es if needed</w:t>
      </w:r>
    </w:p>
    <w:p w:rsidR="00777EDD" w:rsidRDefault="000D515A">
      <w:pPr>
        <w:pStyle w:val="ListBullet"/>
      </w:pPr>
      <w:r>
        <w:t>simple bedtime protection with satin</w:t>
      </w:r>
    </w:p>
    <w:p w:rsidR="00777EDD" w:rsidRDefault="000D515A">
      <w:pPr>
        <w:pStyle w:val="ListBullet"/>
      </w:pPr>
      <w:r>
        <w:t>giving the child small choices within the routine</w:t>
      </w:r>
    </w:p>
    <w:p w:rsidR="00777EDD" w:rsidRDefault="00777EDD"/>
    <w:p w:rsidR="00777EDD" w:rsidRDefault="000D515A">
      <w:r>
        <w:t>At this age, independence begins through guided involvement.</w:t>
      </w:r>
    </w:p>
    <w:p w:rsidR="00777EDD" w:rsidRDefault="00777EDD"/>
    <w:p w:rsidR="00777EDD" w:rsidRDefault="000D515A">
      <w:r>
        <w:t>A child may:</w:t>
      </w:r>
    </w:p>
    <w:p w:rsidR="00777EDD" w:rsidRDefault="000D515A">
      <w:pPr>
        <w:pStyle w:val="ListBullet"/>
      </w:pPr>
      <w:r>
        <w:t>spray water on their hair before moisturizing</w:t>
      </w:r>
    </w:p>
    <w:p w:rsidR="00777EDD" w:rsidRDefault="000D515A">
      <w:pPr>
        <w:pStyle w:val="ListBullet"/>
      </w:pPr>
      <w:r>
        <w:t>choose between two style options</w:t>
      </w:r>
    </w:p>
    <w:p w:rsidR="00777EDD" w:rsidRDefault="000D515A">
      <w:pPr>
        <w:pStyle w:val="ListBullet"/>
      </w:pPr>
      <w:r>
        <w:t>h</w:t>
      </w:r>
      <w:r>
        <w:t>elp gather tools before wash day</w:t>
      </w:r>
    </w:p>
    <w:p w:rsidR="00777EDD" w:rsidRDefault="000D515A">
      <w:pPr>
        <w:pStyle w:val="ListBullet"/>
      </w:pPr>
      <w:r>
        <w:t>hold sections while you work</w:t>
      </w:r>
    </w:p>
    <w:p w:rsidR="00777EDD" w:rsidRDefault="000D515A">
      <w:pPr>
        <w:pStyle w:val="ListBullet"/>
      </w:pPr>
      <w:r>
        <w:t>begin learning to sleep with a satin pillowcase or bonnet</w:t>
      </w:r>
    </w:p>
    <w:p w:rsidR="00777EDD" w:rsidRDefault="000D515A">
      <w:pPr>
        <w:pStyle w:val="ListBullet"/>
      </w:pPr>
      <w:r>
        <w:t>apply a little moisturizer to the ends with supervision</w:t>
      </w:r>
    </w:p>
    <w:p w:rsidR="00777EDD" w:rsidRDefault="00777EDD"/>
    <w:p w:rsidR="00777EDD" w:rsidRDefault="000D515A">
      <w:r>
        <w:lastRenderedPageBreak/>
        <w:t>Later School-Age Children</w:t>
      </w:r>
    </w:p>
    <w:p w:rsidR="00777EDD" w:rsidRDefault="000D515A">
      <w:r>
        <w:t>Ages 8-10</w:t>
      </w:r>
    </w:p>
    <w:p w:rsidR="00777EDD" w:rsidRDefault="00777EDD"/>
    <w:p w:rsidR="00777EDD" w:rsidRDefault="000D515A">
      <w:r>
        <w:t xml:space="preserve">By this stage, many children can </w:t>
      </w:r>
      <w:r>
        <w:t>understand more of the why behind the routine.</w:t>
      </w:r>
    </w:p>
    <w:p w:rsidR="00777EDD" w:rsidRDefault="00777EDD"/>
    <w:p w:rsidR="00777EDD" w:rsidRDefault="000D515A">
      <w:r>
        <w:t>What tends to work well:</w:t>
      </w:r>
    </w:p>
    <w:p w:rsidR="00777EDD" w:rsidRDefault="000D515A">
      <w:pPr>
        <w:pStyle w:val="ListBullet"/>
      </w:pPr>
      <w:r>
        <w:t>weekly wash day or every 7-10 days depending on the child</w:t>
      </w:r>
    </w:p>
    <w:p w:rsidR="00777EDD" w:rsidRDefault="000D515A">
      <w:pPr>
        <w:pStyle w:val="ListBullet"/>
      </w:pPr>
      <w:r>
        <w:t>styles that can be refreshed instead of fully redone too often</w:t>
      </w:r>
    </w:p>
    <w:p w:rsidR="00777EDD" w:rsidRDefault="000D515A">
      <w:pPr>
        <w:pStyle w:val="ListBullet"/>
      </w:pPr>
      <w:r>
        <w:t>teaching the child how to apply moisturizer lightly</w:t>
      </w:r>
    </w:p>
    <w:p w:rsidR="00777EDD" w:rsidRDefault="000D515A">
      <w:pPr>
        <w:pStyle w:val="ListBullet"/>
      </w:pPr>
      <w:r>
        <w:t>introducing them to scalp oiling</w:t>
      </w:r>
    </w:p>
    <w:p w:rsidR="00777EDD" w:rsidRDefault="000D515A">
      <w:pPr>
        <w:pStyle w:val="ListBullet"/>
      </w:pPr>
      <w:r>
        <w:t>helping them notice when a style is too tight, when hair feels dry, or when the scalp feels uncomfortable</w:t>
      </w:r>
    </w:p>
    <w:p w:rsidR="00777EDD" w:rsidRDefault="000D515A">
      <w:pPr>
        <w:pStyle w:val="ListBullet"/>
      </w:pPr>
      <w:r>
        <w:t>simple school styles that are neat but not painful</w:t>
      </w:r>
    </w:p>
    <w:p w:rsidR="00777EDD" w:rsidRDefault="00777EDD"/>
    <w:p w:rsidR="00777EDD" w:rsidRDefault="000D515A">
      <w:r>
        <w:t>Children in this range can often begin:</w:t>
      </w:r>
    </w:p>
    <w:p w:rsidR="00777EDD" w:rsidRDefault="000D515A">
      <w:pPr>
        <w:pStyle w:val="ListBullet"/>
      </w:pPr>
      <w:r>
        <w:t>helping gather products a</w:t>
      </w:r>
      <w:r>
        <w:t>nd tools</w:t>
      </w:r>
    </w:p>
    <w:p w:rsidR="00777EDD" w:rsidRDefault="000D515A">
      <w:pPr>
        <w:pStyle w:val="ListBullet"/>
      </w:pPr>
      <w:r>
        <w:t>learning the order of wash-day steps</w:t>
      </w:r>
    </w:p>
    <w:p w:rsidR="00777EDD" w:rsidRDefault="000D515A">
      <w:pPr>
        <w:pStyle w:val="ListBullet"/>
      </w:pPr>
      <w:r>
        <w:t>applying leave-in or cream to sections</w:t>
      </w:r>
    </w:p>
    <w:p w:rsidR="00777EDD" w:rsidRDefault="000D515A">
      <w:pPr>
        <w:pStyle w:val="ListBullet"/>
      </w:pPr>
      <w:r>
        <w:t>smoothing product through their ends</w:t>
      </w:r>
    </w:p>
    <w:p w:rsidR="00777EDD" w:rsidRDefault="000D515A">
      <w:pPr>
        <w:pStyle w:val="ListBullet"/>
      </w:pPr>
      <w:r>
        <w:t>refreshing a simple style</w:t>
      </w:r>
    </w:p>
    <w:p w:rsidR="00777EDD" w:rsidRDefault="000D515A">
      <w:pPr>
        <w:pStyle w:val="ListBullet"/>
      </w:pPr>
      <w:r>
        <w:t>protecting their hair at night</w:t>
      </w:r>
    </w:p>
    <w:p w:rsidR="00777EDD" w:rsidRDefault="00777EDD"/>
    <w:p w:rsidR="00777EDD" w:rsidRDefault="000D515A">
      <w:r>
        <w:t>Boys may also need help learning how to care for shorter textured hair betwe</w:t>
      </w:r>
      <w:r>
        <w:t>en barber visits, how to keep the scalp moisturized, and how to understand that neatness does not require stripping away their natural texture.</w:t>
      </w:r>
    </w:p>
    <w:p w:rsidR="00777EDD" w:rsidRDefault="00777EDD"/>
    <w:p w:rsidR="00777EDD" w:rsidRDefault="000D515A">
      <w:r>
        <w:t>Preteens</w:t>
      </w:r>
    </w:p>
    <w:p w:rsidR="00777EDD" w:rsidRDefault="000D515A">
      <w:r>
        <w:t>Ages 11-13</w:t>
      </w:r>
    </w:p>
    <w:p w:rsidR="00777EDD" w:rsidRDefault="00777EDD"/>
    <w:p w:rsidR="00777EDD" w:rsidRDefault="000D515A">
      <w:r>
        <w:t>The preteen years often bring a noticeable shift. This is the stage of shared responsibili</w:t>
      </w:r>
      <w:r>
        <w:t>ty.</w:t>
      </w:r>
    </w:p>
    <w:p w:rsidR="00777EDD" w:rsidRDefault="00777EDD"/>
    <w:p w:rsidR="00777EDD" w:rsidRDefault="000D515A">
      <w:r>
        <w:t>A preteen may be ready to:</w:t>
      </w:r>
    </w:p>
    <w:p w:rsidR="00777EDD" w:rsidRDefault="000D515A">
      <w:pPr>
        <w:pStyle w:val="ListBullet"/>
      </w:pPr>
      <w:r>
        <w:t>do parts of wash day with supervision</w:t>
      </w:r>
    </w:p>
    <w:p w:rsidR="00777EDD" w:rsidRDefault="000D515A">
      <w:pPr>
        <w:pStyle w:val="ListBullet"/>
      </w:pPr>
      <w:r>
        <w:t>apply products section by section</w:t>
      </w:r>
    </w:p>
    <w:p w:rsidR="00777EDD" w:rsidRDefault="000D515A">
      <w:pPr>
        <w:pStyle w:val="ListBullet"/>
      </w:pPr>
      <w:r>
        <w:t>manage nighttime protection consistently</w:t>
      </w:r>
    </w:p>
    <w:p w:rsidR="00777EDD" w:rsidRDefault="000D515A">
      <w:pPr>
        <w:pStyle w:val="ListBullet"/>
      </w:pPr>
      <w:r>
        <w:t>refresh a simple style independently</w:t>
      </w:r>
    </w:p>
    <w:p w:rsidR="00777EDD" w:rsidRDefault="000D515A">
      <w:pPr>
        <w:pStyle w:val="ListBullet"/>
      </w:pPr>
      <w:r>
        <w:t>notice dryness, tension, or buildup and tell you about it</w:t>
      </w:r>
    </w:p>
    <w:p w:rsidR="00777EDD" w:rsidRDefault="000D515A">
      <w:pPr>
        <w:pStyle w:val="ListBullet"/>
      </w:pPr>
      <w:r>
        <w:t>participate in d</w:t>
      </w:r>
      <w:r>
        <w:t>ecisions about what routines are realistic</w:t>
      </w:r>
    </w:p>
    <w:p w:rsidR="00777EDD" w:rsidRDefault="00777EDD"/>
    <w:p w:rsidR="00777EDD" w:rsidRDefault="000D515A">
      <w:r>
        <w:lastRenderedPageBreak/>
        <w:t>This is also a good stage to begin early conversations about:</w:t>
      </w:r>
    </w:p>
    <w:p w:rsidR="00777EDD" w:rsidRDefault="000D515A">
      <w:pPr>
        <w:pStyle w:val="ListBullet"/>
      </w:pPr>
      <w:r>
        <w:t>heat styling</w:t>
      </w:r>
    </w:p>
    <w:p w:rsidR="00777EDD" w:rsidRDefault="000D515A">
      <w:pPr>
        <w:pStyle w:val="ListBullet"/>
      </w:pPr>
      <w:r>
        <w:t>straightening for special occasions</w:t>
      </w:r>
    </w:p>
    <w:p w:rsidR="00777EDD" w:rsidRDefault="000D515A">
      <w:pPr>
        <w:pStyle w:val="ListBullet"/>
      </w:pPr>
      <w:r>
        <w:t>social pressure to look a certain way</w:t>
      </w:r>
    </w:p>
    <w:p w:rsidR="00777EDD" w:rsidRDefault="000D515A">
      <w:pPr>
        <w:pStyle w:val="ListBullet"/>
      </w:pPr>
      <w:r>
        <w:t>the difference between curiosity and shame-driven choices</w:t>
      </w:r>
    </w:p>
    <w:p w:rsidR="00777EDD" w:rsidRDefault="00777EDD"/>
    <w:p w:rsidR="00777EDD" w:rsidRDefault="000D515A">
      <w:r>
        <w:t>Teenagers</w:t>
      </w:r>
    </w:p>
    <w:p w:rsidR="00777EDD" w:rsidRDefault="000D515A">
      <w:r>
        <w:t>Ages 14-18</w:t>
      </w:r>
    </w:p>
    <w:p w:rsidR="00777EDD" w:rsidRDefault="00777EDD"/>
    <w:p w:rsidR="00777EDD" w:rsidRDefault="000D515A">
      <w:r>
        <w:t>Teenagers often want greater control over their hair, and that desire is developmentally appropriate. This is the stage of supported independence.</w:t>
      </w:r>
    </w:p>
    <w:p w:rsidR="00777EDD" w:rsidRDefault="00777EDD"/>
    <w:p w:rsidR="00777EDD" w:rsidRDefault="000D515A">
      <w:r>
        <w:t>A teen may be able to:</w:t>
      </w:r>
    </w:p>
    <w:p w:rsidR="00777EDD" w:rsidRDefault="000D515A">
      <w:pPr>
        <w:pStyle w:val="ListBullet"/>
      </w:pPr>
      <w:r>
        <w:t>manage most or all of their routine</w:t>
      </w:r>
    </w:p>
    <w:p w:rsidR="00777EDD" w:rsidRDefault="000D515A">
      <w:pPr>
        <w:pStyle w:val="ListBullet"/>
      </w:pPr>
      <w:r>
        <w:t>choose products more though</w:t>
      </w:r>
      <w:r>
        <w:t>tfully</w:t>
      </w:r>
    </w:p>
    <w:p w:rsidR="00777EDD" w:rsidRDefault="000D515A">
      <w:pPr>
        <w:pStyle w:val="ListBullet"/>
      </w:pPr>
      <w:r>
        <w:t>recognize what their hair and scalp need</w:t>
      </w:r>
    </w:p>
    <w:p w:rsidR="00777EDD" w:rsidRDefault="000D515A">
      <w:pPr>
        <w:pStyle w:val="ListBullet"/>
      </w:pPr>
      <w:r>
        <w:t>plan wash day around school and activity demands</w:t>
      </w:r>
    </w:p>
    <w:p w:rsidR="00777EDD" w:rsidRDefault="000D515A">
      <w:pPr>
        <w:pStyle w:val="ListBullet"/>
      </w:pPr>
      <w:r>
        <w:t>experiment while still protecting long-term hair health</w:t>
      </w:r>
    </w:p>
    <w:p w:rsidR="00777EDD" w:rsidRDefault="00777EDD"/>
    <w:p w:rsidR="00777EDD" w:rsidRDefault="000D515A">
      <w:r>
        <w:t>Some teenagers are eager to do everything themselves. Others avoid hair care until the hair becomes dr</w:t>
      </w:r>
      <w:r>
        <w:t>y, matted, or overwhelming. Both are common.</w:t>
      </w:r>
    </w:p>
    <w:p w:rsidR="00777EDD" w:rsidRDefault="00777EDD"/>
    <w:p w:rsidR="00777EDD" w:rsidRDefault="000D515A">
      <w:r>
        <w:t>What Independence May Look Like by Stage</w:t>
      </w:r>
    </w:p>
    <w:p w:rsidR="00777EDD" w:rsidRDefault="00777EDD"/>
    <w:p w:rsidR="00777EDD" w:rsidRDefault="000D515A">
      <w:r>
        <w:t>Early childhood: participation</w:t>
      </w:r>
    </w:p>
    <w:p w:rsidR="00777EDD" w:rsidRDefault="000D515A">
      <w:r>
        <w:t>The child watches, helps in very small ways, and becomes familiar with the routine.</w:t>
      </w:r>
    </w:p>
    <w:p w:rsidR="00777EDD" w:rsidRDefault="00777EDD"/>
    <w:p w:rsidR="00777EDD" w:rsidRDefault="000D515A">
      <w:r>
        <w:t>School-age years: guided involvement</w:t>
      </w:r>
    </w:p>
    <w:p w:rsidR="00777EDD" w:rsidRDefault="000D515A">
      <w:r>
        <w:t xml:space="preserve">The child </w:t>
      </w:r>
      <w:r>
        <w:t>begins doing simple steps with supervision and explanation.</w:t>
      </w:r>
    </w:p>
    <w:p w:rsidR="00777EDD" w:rsidRDefault="00777EDD"/>
    <w:p w:rsidR="00777EDD" w:rsidRDefault="000D515A">
      <w:r>
        <w:t>Preteen years: shared responsibility</w:t>
      </w:r>
    </w:p>
    <w:p w:rsidR="00777EDD" w:rsidRDefault="000D515A">
      <w:r>
        <w:t>The child participates in decisions and begins doing parts of the routine independently.</w:t>
      </w:r>
    </w:p>
    <w:p w:rsidR="00777EDD" w:rsidRDefault="00777EDD"/>
    <w:p w:rsidR="00777EDD" w:rsidRDefault="000D515A">
      <w:r>
        <w:t>Teen years: supported independence</w:t>
      </w:r>
    </w:p>
    <w:p w:rsidR="00777EDD" w:rsidRDefault="000D515A">
      <w:r>
        <w:t xml:space="preserve">The teen handles most of the </w:t>
      </w:r>
      <w:r>
        <w:t>routine, with guidance as needed.</w:t>
      </w:r>
    </w:p>
    <w:p w:rsidR="00777EDD" w:rsidRDefault="00777EDD"/>
    <w:p w:rsidR="00777EDD" w:rsidRDefault="000D515A">
      <w:r>
        <w:t>Sports, School, and Everyday Life</w:t>
      </w:r>
    </w:p>
    <w:p w:rsidR="00777EDD" w:rsidRDefault="00777EDD"/>
    <w:p w:rsidR="00777EDD" w:rsidRDefault="000D515A">
      <w:r>
        <w:t>Hair care also needs to fit the child's real life. Children who swim regularly need particular attention after water exposure. Both chlorine and saltwater strip moisture from textured ha</w:t>
      </w:r>
      <w:r>
        <w:t>ir, increasing dryness and tangling. Before swimming, wetting and conditioning the hair first, wearing a swim cap where practical, or applying a leave-in conditioner as a light barrier can help reduce dryness. After swimming, rinsing promptly and following</w:t>
      </w:r>
      <w:r>
        <w:t xml:space="preserve"> with conditioner helps restore softness.</w:t>
      </w:r>
    </w:p>
    <w:p w:rsidR="00777EDD" w:rsidRDefault="00777EDD"/>
    <w:p w:rsidR="00777EDD" w:rsidRDefault="000D515A">
      <w:r>
        <w:t>What You Are Really Teaching</w:t>
      </w:r>
    </w:p>
    <w:p w:rsidR="00777EDD" w:rsidRDefault="00777EDD"/>
    <w:p w:rsidR="00777EDD" w:rsidRDefault="000D515A">
      <w:r>
        <w:t>When you teach a child to care for their own hair, you are not only teaching a grooming habit. You are also teaching:</w:t>
      </w:r>
    </w:p>
    <w:p w:rsidR="00777EDD" w:rsidRDefault="000D515A">
      <w:pPr>
        <w:pStyle w:val="ListBullet"/>
      </w:pPr>
      <w:r>
        <w:t>self-awareness</w:t>
      </w:r>
    </w:p>
    <w:p w:rsidR="00777EDD" w:rsidRDefault="000D515A">
      <w:pPr>
        <w:pStyle w:val="ListBullet"/>
      </w:pPr>
      <w:r>
        <w:t>patience</w:t>
      </w:r>
    </w:p>
    <w:p w:rsidR="00777EDD" w:rsidRDefault="000D515A">
      <w:pPr>
        <w:pStyle w:val="ListBullet"/>
      </w:pPr>
      <w:r>
        <w:t>stewardship</w:t>
      </w:r>
    </w:p>
    <w:p w:rsidR="00777EDD" w:rsidRDefault="000D515A">
      <w:pPr>
        <w:pStyle w:val="ListBullet"/>
      </w:pPr>
      <w:r>
        <w:t>body respect</w:t>
      </w:r>
    </w:p>
    <w:p w:rsidR="00777EDD" w:rsidRDefault="000D515A">
      <w:pPr>
        <w:pStyle w:val="ListBullet"/>
      </w:pPr>
      <w:r>
        <w:t>practical skill</w:t>
      </w:r>
    </w:p>
    <w:p w:rsidR="00777EDD" w:rsidRDefault="000D515A">
      <w:pPr>
        <w:pStyle w:val="ListBullet"/>
      </w:pPr>
      <w:r>
        <w:t>confidence in their natural texture</w:t>
      </w:r>
    </w:p>
    <w:p w:rsidR="00777EDD" w:rsidRDefault="00777EDD"/>
    <w:p w:rsidR="00777EDD" w:rsidRDefault="000D515A">
      <w:r>
        <w:t>What Stays True at Every Age</w:t>
      </w:r>
    </w:p>
    <w:p w:rsidR="00777EDD" w:rsidRDefault="00777EDD"/>
    <w:p w:rsidR="00777EDD" w:rsidRDefault="000D515A">
      <w:r>
        <w:t>Although the routine may change, some truths stay the same throughout childhood and adolescence:</w:t>
      </w:r>
    </w:p>
    <w:p w:rsidR="00777EDD" w:rsidRDefault="000D515A">
      <w:pPr>
        <w:pStyle w:val="ListBullet"/>
      </w:pPr>
      <w:r>
        <w:t>textured hair needs moisture and gentleness</w:t>
      </w:r>
    </w:p>
    <w:p w:rsidR="00777EDD" w:rsidRDefault="000D515A">
      <w:pPr>
        <w:pStyle w:val="ListBullet"/>
      </w:pPr>
      <w:r>
        <w:t>pain should never be normalized</w:t>
      </w:r>
    </w:p>
    <w:p w:rsidR="00777EDD" w:rsidRDefault="000D515A">
      <w:pPr>
        <w:pStyle w:val="ListBullet"/>
      </w:pPr>
      <w:r>
        <w:t>low-tension styl</w:t>
      </w:r>
      <w:r>
        <w:t>es are usually healthier</w:t>
      </w:r>
    </w:p>
    <w:p w:rsidR="00777EDD" w:rsidRDefault="000D515A">
      <w:pPr>
        <w:pStyle w:val="ListBullet"/>
      </w:pPr>
      <w:r>
        <w:t>children should be affirmed in their natural texture</w:t>
      </w:r>
    </w:p>
    <w:p w:rsidR="00777EDD" w:rsidRDefault="000D515A">
      <w:pPr>
        <w:pStyle w:val="ListBullet"/>
      </w:pPr>
      <w:r>
        <w:t>hair care should support dignity, not shame</w:t>
      </w:r>
    </w:p>
    <w:p w:rsidR="00777EDD" w:rsidRDefault="000D515A">
      <w:pPr>
        <w:pStyle w:val="ListBullet"/>
      </w:pPr>
      <w:r>
        <w:t>the goal is not perfection, but faithful care</w:t>
      </w:r>
    </w:p>
    <w:p w:rsidR="00777EDD" w:rsidRDefault="00777EDD"/>
    <w:p w:rsidR="00777EDD" w:rsidRDefault="000D515A">
      <w:r>
        <w:t>A Restorative Perspective</w:t>
      </w:r>
    </w:p>
    <w:p w:rsidR="00777EDD" w:rsidRDefault="00777EDD"/>
    <w:p w:rsidR="00777EDD" w:rsidRDefault="000D515A">
      <w:r>
        <w:t xml:space="preserve">As children grow, hair care can become part of something </w:t>
      </w:r>
      <w:r>
        <w:t>bigger than appearance. At first, you may carry most of the responsibility. Later, you may share it. In time, you may hand more of it over.</w:t>
      </w:r>
    </w:p>
    <w:p w:rsidR="00777EDD" w:rsidRDefault="00777EDD"/>
    <w:p w:rsidR="00777EDD" w:rsidRDefault="000D515A">
      <w:r>
        <w:t>Handled this way, the child begins to understand something lasting:</w:t>
      </w:r>
    </w:p>
    <w:p w:rsidR="00777EDD" w:rsidRDefault="00777EDD"/>
    <w:p w:rsidR="00777EDD" w:rsidRDefault="000D515A">
      <w:r>
        <w:lastRenderedPageBreak/>
        <w:t>My hair is not a problem.</w:t>
      </w:r>
    </w:p>
    <w:p w:rsidR="00777EDD" w:rsidRDefault="000D515A">
      <w:r>
        <w:t>I can learn how to c</w:t>
      </w:r>
      <w:r>
        <w:t>are for it well.</w:t>
      </w:r>
    </w:p>
    <w:p w:rsidR="00777EDD" w:rsidRDefault="000D515A">
      <w:r>
        <w:t>I am capable.</w:t>
      </w:r>
    </w:p>
    <w:p w:rsidR="00777EDD" w:rsidRDefault="000D515A">
      <w:r>
        <w:t>And my texture is worthy of patience, dignity, and love.</w:t>
      </w:r>
    </w:p>
    <w:p w:rsidR="00777EDD" w:rsidRDefault="000D515A">
      <w:r>
        <w:br w:type="page"/>
      </w:r>
    </w:p>
    <w:p w:rsidR="00777EDD" w:rsidRDefault="000D515A">
      <w:pPr>
        <w:pStyle w:val="Heading1"/>
      </w:pPr>
      <w:r>
        <w:rPr>
          <w:color w:val="5C3080"/>
        </w:rPr>
        <w:lastRenderedPageBreak/>
        <w:t>Chapter 7</w:t>
      </w:r>
    </w:p>
    <w:p w:rsidR="00777EDD" w:rsidRDefault="000D515A">
      <w:pPr>
        <w:pStyle w:val="Heading2"/>
      </w:pPr>
      <w:r>
        <w:t>Choosing a Hairdresser or Barber</w:t>
      </w:r>
    </w:p>
    <w:p w:rsidR="00777EDD" w:rsidRDefault="000D515A">
      <w:r>
        <w:t>There may be times when you need professional help with your child’s hair. A good stylist can be a gift to both parent and child.</w:t>
      </w:r>
    </w:p>
    <w:p w:rsidR="00777EDD" w:rsidRDefault="000D515A">
      <w:r>
        <w:t>Not</w:t>
      </w:r>
      <w:r>
        <w:t xml:space="preserve"> every stylist is the right fit for textured hair, and not every stylist who works with natural hair knows how to care for a child gently.</w:t>
      </w:r>
    </w:p>
    <w:p w:rsidR="00777EDD" w:rsidRDefault="000D515A">
      <w:r>
        <w:t>Choosing the right stylist matters because the appointment experience matters as much as the finished hairstyle.</w:t>
      </w:r>
    </w:p>
    <w:p w:rsidR="00777EDD" w:rsidRDefault="000D515A">
      <w:r>
        <w:t>A go</w:t>
      </w:r>
      <w:r>
        <w:t>od stylist should protect both the child’s hair and the child’s dignity.</w:t>
      </w:r>
    </w:p>
    <w:p w:rsidR="00777EDD" w:rsidRDefault="000D515A">
      <w:r>
        <w:t>Why the Right Stylist Matters</w:t>
      </w:r>
    </w:p>
    <w:p w:rsidR="00777EDD" w:rsidRDefault="000D515A">
      <w:r>
        <w:t>Salon experiences can leave a deep impression. A stylist’s words, tone, patience, and technique may shape how a child feels about their hair and about th</w:t>
      </w:r>
      <w:r>
        <w:t>emselves.</w:t>
      </w:r>
    </w:p>
    <w:p w:rsidR="00777EDD" w:rsidRDefault="000D515A">
      <w:r>
        <w:t>A child may not remember every product that was used, but they may remember:</w:t>
      </w:r>
    </w:p>
    <w:p w:rsidR="00777EDD" w:rsidRDefault="000D515A">
      <w:r>
        <w:t>whether the stylist spoke kindly</w:t>
      </w:r>
    </w:p>
    <w:p w:rsidR="00777EDD" w:rsidRDefault="000D515A">
      <w:r>
        <w:t>whether anyone listened when something hurt</w:t>
      </w:r>
    </w:p>
    <w:p w:rsidR="00777EDD" w:rsidRDefault="000D515A">
      <w:r>
        <w:t>whether their natural hair was treated with respect</w:t>
      </w:r>
    </w:p>
    <w:p w:rsidR="00777EDD" w:rsidRDefault="000D515A">
      <w:r>
        <w:t>whether the appointment felt calm or fri</w:t>
      </w:r>
      <w:r>
        <w:t>ghtening</w:t>
      </w:r>
    </w:p>
    <w:p w:rsidR="00777EDD" w:rsidRDefault="000D515A">
      <w:r>
        <w:t>whether their texture was handled like something beautiful or burdensome</w:t>
      </w:r>
    </w:p>
    <w:p w:rsidR="00777EDD" w:rsidRDefault="000D515A">
      <w:r>
        <w:t>Choosing a stylist deserves the same care and intention you bring to every other part of your child’s wellbeing.</w:t>
      </w:r>
    </w:p>
    <w:p w:rsidR="00777EDD" w:rsidRDefault="000D515A">
      <w:r>
        <w:t>Look for Real Experience with Textured Hair</w:t>
      </w:r>
    </w:p>
    <w:p w:rsidR="00777EDD" w:rsidRDefault="000D515A">
      <w:r>
        <w:t>The first and mos</w:t>
      </w:r>
      <w:r>
        <w:t>t important question is whether the stylist truly understands natural textured hair. Not all stylists do. Some may be excellent with straight hair but have little real experience with curls, coils, shrinkage, dryness, detangling, or low-tension styling for</w:t>
      </w:r>
      <w:r>
        <w:t xml:space="preserve"> Black children.</w:t>
      </w:r>
    </w:p>
    <w:p w:rsidR="00777EDD" w:rsidRDefault="000D515A">
      <w:r>
        <w:t>Look for a stylist who has genuine experience with:</w:t>
      </w:r>
    </w:p>
    <w:p w:rsidR="00777EDD" w:rsidRDefault="000D515A">
      <w:r>
        <w:t>curly, coily, or afro-textured hair</w:t>
      </w:r>
    </w:p>
    <w:p w:rsidR="00777EDD" w:rsidRDefault="000D515A">
      <w:r>
        <w:t>children’s hair care</w:t>
      </w:r>
    </w:p>
    <w:p w:rsidR="00777EDD" w:rsidRDefault="000D515A">
      <w:r>
        <w:t>detangling textured hair gently</w:t>
      </w:r>
    </w:p>
    <w:p w:rsidR="00777EDD" w:rsidRDefault="000D515A">
      <w:r>
        <w:t>trims and maintenance for natural hair</w:t>
      </w:r>
    </w:p>
    <w:p w:rsidR="00777EDD" w:rsidRDefault="000D515A">
      <w:r>
        <w:t>protective styles done without excessive tension</w:t>
      </w:r>
    </w:p>
    <w:p w:rsidR="00777EDD" w:rsidRDefault="000D515A">
      <w:r>
        <w:t xml:space="preserve">A stylist </w:t>
      </w:r>
      <w:r>
        <w:t>should not make you feel awkward for asking about their experience. A good professional will welcome those questions.</w:t>
      </w:r>
    </w:p>
    <w:p w:rsidR="00777EDD" w:rsidRDefault="000D515A">
      <w:r>
        <w:t>Questions to Ask Before Booking</w:t>
      </w:r>
    </w:p>
    <w:p w:rsidR="00777EDD" w:rsidRDefault="000D515A">
      <w:r>
        <w:t>Before making an appointment, it can help to ask a few clear questions. You do not need to sound technical</w:t>
      </w:r>
      <w:r>
        <w:t>. You simply need enough information to know whether the stylist is a good fit.</w:t>
      </w:r>
    </w:p>
    <w:p w:rsidR="00777EDD" w:rsidRDefault="000D515A">
      <w:r>
        <w:lastRenderedPageBreak/>
        <w:t>Helpful questions may include:</w:t>
      </w:r>
    </w:p>
    <w:p w:rsidR="00777EDD" w:rsidRDefault="000D515A">
      <w:r>
        <w:t>Do you regularly work with natural textured hair?</w:t>
      </w:r>
    </w:p>
    <w:p w:rsidR="00777EDD" w:rsidRDefault="000D515A">
      <w:r>
        <w:t>Do you have experience styling children?</w:t>
      </w:r>
    </w:p>
    <w:p w:rsidR="00777EDD" w:rsidRDefault="000D515A">
      <w:r>
        <w:t>How do you usually detangle textured hair?</w:t>
      </w:r>
    </w:p>
    <w:p w:rsidR="00777EDD" w:rsidRDefault="000D515A">
      <w:r>
        <w:t>What produc</w:t>
      </w:r>
      <w:r>
        <w:t>ts do you typically use?</w:t>
      </w:r>
    </w:p>
    <w:p w:rsidR="00777EDD" w:rsidRDefault="000D515A">
      <w:r>
        <w:t>Do you use heat often, or only when needed?</w:t>
      </w:r>
    </w:p>
    <w:p w:rsidR="00777EDD" w:rsidRDefault="000D515A">
      <w:r>
        <w:t>How do you make sure styles are not too tight?</w:t>
      </w:r>
    </w:p>
    <w:p w:rsidR="00777EDD" w:rsidRDefault="000D515A">
      <w:r>
        <w:t>What do you do if a child has a tender scalp?</w:t>
      </w:r>
    </w:p>
    <w:p w:rsidR="00777EDD" w:rsidRDefault="000D515A">
      <w:r>
        <w:t>Are you comfortable working with a child who may be anxious or sensitive?</w:t>
      </w:r>
    </w:p>
    <w:p w:rsidR="00777EDD" w:rsidRDefault="000D515A">
      <w:r>
        <w:t>These questions do m</w:t>
      </w:r>
      <w:r>
        <w:t>ore than gather information. They also signal that you are paying attention and that your child’s comfort matters.</w:t>
      </w:r>
    </w:p>
    <w:p w:rsidR="00777EDD" w:rsidRDefault="000D515A">
      <w:r>
        <w:t>Ask About Techniques and Products</w:t>
      </w:r>
    </w:p>
    <w:p w:rsidR="00777EDD" w:rsidRDefault="000D515A">
      <w:r>
        <w:t xml:space="preserve">A stylist’s technique matters just as much as their final style. Someone may produce neat braids or smooth </w:t>
      </w:r>
      <w:r>
        <w:t>parts, but if they get there through rough detangling, heavy heat, or painful tension, the result is not worth it.</w:t>
      </w:r>
    </w:p>
    <w:p w:rsidR="00777EDD" w:rsidRDefault="000D515A">
      <w:r>
        <w:t>A good stylist should know how to:</w:t>
      </w:r>
    </w:p>
    <w:p w:rsidR="00777EDD" w:rsidRDefault="000D515A">
      <w:r>
        <w:t>detangle patiently and in sections</w:t>
      </w:r>
    </w:p>
    <w:p w:rsidR="00777EDD" w:rsidRDefault="000D515A">
      <w:r>
        <w:t>work with moisture and slip, not force</w:t>
      </w:r>
    </w:p>
    <w:p w:rsidR="00777EDD" w:rsidRDefault="000D515A">
      <w:r>
        <w:t>avoid unnecessary pulling</w:t>
      </w:r>
    </w:p>
    <w:p w:rsidR="00777EDD" w:rsidRDefault="000D515A">
      <w:r>
        <w:t>protec</w:t>
      </w:r>
      <w:r>
        <w:t>t the scalp and edges</w:t>
      </w:r>
    </w:p>
    <w:p w:rsidR="00777EDD" w:rsidRDefault="000D515A">
      <w:r>
        <w:t>choose products that suit the child’s hair and sensitivity level</w:t>
      </w:r>
    </w:p>
    <w:p w:rsidR="00777EDD" w:rsidRDefault="000D515A">
      <w:r>
        <w:t>explain what they are doing in a calm, respectful way</w:t>
      </w:r>
    </w:p>
    <w:p w:rsidR="00777EDD" w:rsidRDefault="000D515A">
      <w:r>
        <w:t>It is also wise to ask what products they plan to use. If your child has a sensitive scalp, fragrance sensitivities</w:t>
      </w:r>
      <w:r>
        <w:t>, or products that have worked particularly well or badly in the past, let the stylist know in advance.</w:t>
      </w:r>
    </w:p>
    <w:p w:rsidR="00777EDD" w:rsidRDefault="000D515A">
      <w:r>
        <w:t>Schedule a Trial Visit if Needed</w:t>
      </w:r>
    </w:p>
    <w:p w:rsidR="00777EDD" w:rsidRDefault="000D515A">
      <w:r>
        <w:t>If you are unsure about a new stylist, it may help to start with a smaller appointment before committing to a long or c</w:t>
      </w:r>
      <w:r>
        <w:t>omplex style. A trim, consultation, wash-and-style, or simple braid session can give you a chance to observe the stylist without the pressure of a major appointment.</w:t>
      </w:r>
    </w:p>
    <w:p w:rsidR="00777EDD" w:rsidRDefault="000D515A">
      <w:r>
        <w:t>During that first visit, pay attention to more than the hairstyle.</w:t>
      </w:r>
    </w:p>
    <w:p w:rsidR="00777EDD" w:rsidRDefault="000D515A">
      <w:r>
        <w:t>Notice:</w:t>
      </w:r>
    </w:p>
    <w:p w:rsidR="00777EDD" w:rsidRDefault="000D515A">
      <w:r>
        <w:t>how the stylist</w:t>
      </w:r>
      <w:r>
        <w:t xml:space="preserve"> greets your child</w:t>
      </w:r>
    </w:p>
    <w:p w:rsidR="00777EDD" w:rsidRDefault="000D515A">
      <w:r>
        <w:t>whether they speak with warmth and patience</w:t>
      </w:r>
    </w:p>
    <w:p w:rsidR="00777EDD" w:rsidRDefault="000D515A">
      <w:r>
        <w:t>whether they explain what they are doing</w:t>
      </w:r>
    </w:p>
    <w:p w:rsidR="00777EDD" w:rsidRDefault="000D515A">
      <w:r>
        <w:t>whether they listen if the child says something hurts</w:t>
      </w:r>
    </w:p>
    <w:p w:rsidR="00777EDD" w:rsidRDefault="000D515A">
      <w:r>
        <w:t>whether they handle tangles gently or impatiently</w:t>
      </w:r>
    </w:p>
    <w:p w:rsidR="00777EDD" w:rsidRDefault="000D515A">
      <w:r>
        <w:lastRenderedPageBreak/>
        <w:t>whether your child seems relaxed, tense, or fear</w:t>
      </w:r>
      <w:r>
        <w:t>ful</w:t>
      </w:r>
    </w:p>
    <w:p w:rsidR="00777EDD" w:rsidRDefault="000D515A">
      <w:r>
        <w:t>A trial visit can tell you far more than a polished social media page ever will.</w:t>
      </w:r>
    </w:p>
    <w:p w:rsidR="00777EDD" w:rsidRDefault="000D515A">
      <w:r>
        <w:t>Look for a Comfortable Environment</w:t>
      </w:r>
    </w:p>
    <w:p w:rsidR="00777EDD" w:rsidRDefault="000D515A">
      <w:r>
        <w:t>The salon environment also matters. A child-friendly appointment does not have to happen in a cartoon-themed space, but it should feel c</w:t>
      </w:r>
      <w:r>
        <w:t>lean, respectful, and reasonably welcoming.</w:t>
      </w:r>
    </w:p>
    <w:p w:rsidR="00777EDD" w:rsidRDefault="000D515A">
      <w:r>
        <w:t>A good environment is one where:</w:t>
      </w:r>
    </w:p>
    <w:p w:rsidR="00777EDD" w:rsidRDefault="000D515A">
      <w:r>
        <w:t>the child is not treated like an inconvenience</w:t>
      </w:r>
    </w:p>
    <w:p w:rsidR="00777EDD" w:rsidRDefault="000D515A">
      <w:r>
        <w:t>there is patience for normal child behavior</w:t>
      </w:r>
    </w:p>
    <w:p w:rsidR="00777EDD" w:rsidRDefault="000D515A">
      <w:r>
        <w:t>adults speak respectfully about hair and appearance</w:t>
      </w:r>
    </w:p>
    <w:p w:rsidR="00777EDD" w:rsidRDefault="000D515A">
      <w:r>
        <w:t>the space feels calm rather than cha</w:t>
      </w:r>
      <w:r>
        <w:t>otic or harsh</w:t>
      </w:r>
    </w:p>
    <w:p w:rsidR="00777EDD" w:rsidRDefault="000D515A">
      <w:r>
        <w:t>you feel comfortable asking questions</w:t>
      </w:r>
    </w:p>
    <w:p w:rsidR="00777EDD" w:rsidRDefault="000D515A">
      <w:r>
        <w:t xml:space="preserve">Children with sensory sensitivities, anxiety, or previous negative hair experiences may need even more care in this area. Loud environments, long waiting times, strong smells, or rushed handling may make </w:t>
      </w:r>
      <w:r>
        <w:t>the appointment much harder for them.</w:t>
      </w:r>
    </w:p>
    <w:p w:rsidR="00777EDD" w:rsidRDefault="000D515A">
      <w:r>
        <w:t>Green Flags to Look For</w:t>
      </w:r>
    </w:p>
    <w:p w:rsidR="00777EDD" w:rsidRDefault="000D515A">
      <w:r>
        <w:t>A good stylist often shows themselves in small ways.</w:t>
      </w:r>
    </w:p>
    <w:p w:rsidR="00777EDD" w:rsidRDefault="000D515A">
      <w:r>
        <w:t>Look for green flags such as:</w:t>
      </w:r>
    </w:p>
    <w:p w:rsidR="00777EDD" w:rsidRDefault="000D515A">
      <w:r>
        <w:t>confidence with natural textured hair without arrogance</w:t>
      </w:r>
    </w:p>
    <w:p w:rsidR="00777EDD" w:rsidRDefault="000D515A">
      <w:r>
        <w:t>gentle sectioning and detangling</w:t>
      </w:r>
    </w:p>
    <w:p w:rsidR="00777EDD" w:rsidRDefault="000D515A">
      <w:r>
        <w:t xml:space="preserve">willingness to answer </w:t>
      </w:r>
      <w:r>
        <w:t>questions clearly</w:t>
      </w:r>
    </w:p>
    <w:p w:rsidR="00777EDD" w:rsidRDefault="000D515A">
      <w:r>
        <w:t>respect for your child’s age, comfort, and preferences</w:t>
      </w:r>
    </w:p>
    <w:p w:rsidR="00777EDD" w:rsidRDefault="000D515A">
      <w:r>
        <w:t>honesty about what styles are or are not appropriate</w:t>
      </w:r>
    </w:p>
    <w:p w:rsidR="00777EDD" w:rsidRDefault="000D515A">
      <w:r>
        <w:t>openness to adjusting if the child is uncomfortable</w:t>
      </w:r>
    </w:p>
    <w:p w:rsidR="00777EDD" w:rsidRDefault="000D515A">
      <w:r>
        <w:t>an understanding that neatness should not come through pain</w:t>
      </w:r>
    </w:p>
    <w:p w:rsidR="00777EDD" w:rsidRDefault="000D515A">
      <w:r>
        <w:t>A good stylist sho</w:t>
      </w:r>
      <w:r>
        <w:t>uld feel like a partner in care, not just someone completing a service.</w:t>
      </w:r>
    </w:p>
    <w:p w:rsidR="00777EDD" w:rsidRDefault="000D515A">
      <w:r>
        <w:t>Red Flags to Take Seriously</w:t>
      </w:r>
    </w:p>
    <w:p w:rsidR="00777EDD" w:rsidRDefault="000D515A">
      <w:r>
        <w:t>There are also warning signs that should not be ignored.</w:t>
      </w:r>
    </w:p>
    <w:p w:rsidR="00777EDD" w:rsidRDefault="000D515A">
      <w:r>
        <w:t>Be cautious if a stylist:</w:t>
      </w:r>
    </w:p>
    <w:p w:rsidR="00777EDD" w:rsidRDefault="000D515A">
      <w:r>
        <w:t>dismisses your questions</w:t>
      </w:r>
    </w:p>
    <w:p w:rsidR="00777EDD" w:rsidRDefault="000D515A">
      <w:r>
        <w:t>says pain is normal or unavoidable</w:t>
      </w:r>
    </w:p>
    <w:p w:rsidR="00777EDD" w:rsidRDefault="000D515A">
      <w:r>
        <w:t>pulls roughly</w:t>
      </w:r>
      <w:r>
        <w:t xml:space="preserve"> while detangling</w:t>
      </w:r>
    </w:p>
    <w:p w:rsidR="00777EDD" w:rsidRDefault="000D515A">
      <w:r>
        <w:t>uses excessive heat without discussion</w:t>
      </w:r>
    </w:p>
    <w:p w:rsidR="00777EDD" w:rsidRDefault="000D515A">
      <w:r>
        <w:t>speaks negatively about natural hair</w:t>
      </w:r>
    </w:p>
    <w:p w:rsidR="00777EDD" w:rsidRDefault="000D515A">
      <w:r>
        <w:t>implies the child’s texture is too difficult or too much work</w:t>
      </w:r>
    </w:p>
    <w:p w:rsidR="00777EDD" w:rsidRDefault="000D515A">
      <w:r>
        <w:lastRenderedPageBreak/>
        <w:t>insists on very tight styles for neatness</w:t>
      </w:r>
    </w:p>
    <w:p w:rsidR="00777EDD" w:rsidRDefault="000D515A">
      <w:r>
        <w:t>ignores the child’s discomfort</w:t>
      </w:r>
    </w:p>
    <w:p w:rsidR="00777EDD" w:rsidRDefault="000D515A">
      <w:r>
        <w:t>treats the edges harshly or</w:t>
      </w:r>
      <w:r>
        <w:t xml:space="preserve"> repeatedly slicks them back tightly</w:t>
      </w:r>
    </w:p>
    <w:p w:rsidR="00777EDD" w:rsidRDefault="000D515A">
      <w:r>
        <w:t>If something feels wrong, you are allowed to pause, ask questions, or leave. Protecting your child’s hair and emotional safety is more important than avoiding awkwardness.</w:t>
      </w:r>
    </w:p>
    <w:p w:rsidR="00777EDD" w:rsidRDefault="000D515A">
      <w:r>
        <w:t>Advocate for Your Child</w:t>
      </w:r>
    </w:p>
    <w:p w:rsidR="00777EDD" w:rsidRDefault="000D515A">
      <w:r>
        <w:t>Good care includes advo</w:t>
      </w:r>
      <w:r>
        <w:t>cacy. Even with a skilled stylist, your child still needs you to pay attention and speak up when necessary.</w:t>
      </w:r>
    </w:p>
    <w:p w:rsidR="00777EDD" w:rsidRDefault="000D515A">
      <w:r>
        <w:t>You can help by:</w:t>
      </w:r>
    </w:p>
    <w:p w:rsidR="00777EDD" w:rsidRDefault="000D515A">
      <w:r>
        <w:t>explaining if your child is tender-headed</w:t>
      </w:r>
    </w:p>
    <w:p w:rsidR="00777EDD" w:rsidRDefault="000D515A">
      <w:r>
        <w:t>mentioning past scalp irritation or breakage</w:t>
      </w:r>
    </w:p>
    <w:p w:rsidR="00777EDD" w:rsidRDefault="000D515A">
      <w:r>
        <w:t>asking for low-tension styling</w:t>
      </w:r>
    </w:p>
    <w:p w:rsidR="00777EDD" w:rsidRDefault="000D515A">
      <w:r>
        <w:t>requesting li</w:t>
      </w:r>
      <w:r>
        <w:t>mited or no heat if that is your preference</w:t>
      </w:r>
    </w:p>
    <w:p w:rsidR="00777EDD" w:rsidRDefault="000D515A">
      <w:r>
        <w:t>letting the stylist know if your child gets anxious during long appointments</w:t>
      </w:r>
    </w:p>
    <w:p w:rsidR="00777EDD" w:rsidRDefault="000D515A">
      <w:r>
        <w:t>speaking up immediately if the style seems too tight</w:t>
      </w:r>
    </w:p>
    <w:p w:rsidR="00777EDD" w:rsidRDefault="000D515A">
      <w:r>
        <w:t xml:space="preserve">If your child says it hurts, believe them. If the stylist says, “It will settle,” </w:t>
      </w:r>
      <w:r>
        <w:t>but the child is in real discomfort, do not ignore that instinct. Pain should not be brushed aside for the sake of a polished finish.</w:t>
      </w:r>
    </w:p>
    <w:p w:rsidR="00777EDD" w:rsidRDefault="000D515A">
      <w:r>
        <w:t>Preparing Your Child for the Appointment</w:t>
      </w:r>
    </w:p>
    <w:p w:rsidR="00777EDD" w:rsidRDefault="000D515A">
      <w:r>
        <w:t>A salon visit often goes better when the child knows what to expect. Before the a</w:t>
      </w:r>
      <w:r>
        <w:t>ppointment, talk through the process in simple language. Let them know:</w:t>
      </w:r>
    </w:p>
    <w:p w:rsidR="00777EDD" w:rsidRDefault="000D515A">
      <w:r>
        <w:t>where you are going</w:t>
      </w:r>
    </w:p>
    <w:p w:rsidR="00777EDD" w:rsidRDefault="000D515A">
      <w:r>
        <w:t>what style or service is planned</w:t>
      </w:r>
    </w:p>
    <w:p w:rsidR="00777EDD" w:rsidRDefault="000D515A">
      <w:r>
        <w:t>how long it may take</w:t>
      </w:r>
    </w:p>
    <w:p w:rsidR="00777EDD" w:rsidRDefault="000D515A">
      <w:r>
        <w:t>that they can tell you if something hurts</w:t>
      </w:r>
    </w:p>
    <w:p w:rsidR="00777EDD" w:rsidRDefault="000D515A">
      <w:r>
        <w:t>that you will help make sure they are treated gently</w:t>
      </w:r>
    </w:p>
    <w:p w:rsidR="00777EDD" w:rsidRDefault="000D515A">
      <w:r>
        <w:t xml:space="preserve">You may also </w:t>
      </w:r>
      <w:r>
        <w:t>want to bring:</w:t>
      </w:r>
    </w:p>
    <w:p w:rsidR="00777EDD" w:rsidRDefault="000D515A">
      <w:r>
        <w:t>a snack</w:t>
      </w:r>
    </w:p>
    <w:p w:rsidR="00777EDD" w:rsidRDefault="000D515A">
      <w:r>
        <w:t>water</w:t>
      </w:r>
    </w:p>
    <w:p w:rsidR="00777EDD" w:rsidRDefault="000D515A">
      <w:r>
        <w:t>a toy or comfort item</w:t>
      </w:r>
    </w:p>
    <w:p w:rsidR="00777EDD" w:rsidRDefault="000D515A">
      <w:r>
        <w:t>a book or screen for distraction</w:t>
      </w:r>
    </w:p>
    <w:p w:rsidR="00777EDD" w:rsidRDefault="000D515A">
      <w:r>
        <w:t>anything that helps the child stay calm during longer appointments</w:t>
      </w:r>
    </w:p>
    <w:p w:rsidR="00777EDD" w:rsidRDefault="000D515A">
      <w:r>
        <w:t>Preparation does not remove every challenge, but it can make the experience feel more predictable and sec</w:t>
      </w:r>
      <w:r>
        <w:t>ure.</w:t>
      </w:r>
    </w:p>
    <w:p w:rsidR="00777EDD" w:rsidRDefault="000D515A">
      <w:r>
        <w:t>Communication Builds Better Care</w:t>
      </w:r>
    </w:p>
    <w:p w:rsidR="00777EDD" w:rsidRDefault="000D515A">
      <w:r>
        <w:lastRenderedPageBreak/>
        <w:t>The best salon relationships usually involve clear communication. A stylist does not automatically know your child’s full routine, sensitivities, history, or preferences. Sharing that information helps them care more w</w:t>
      </w:r>
      <w:r>
        <w:t>isely.</w:t>
      </w:r>
    </w:p>
    <w:p w:rsidR="00777EDD" w:rsidRDefault="000D515A">
      <w:r>
        <w:t>It is helpful to communicate:</w:t>
      </w:r>
    </w:p>
    <w:p w:rsidR="00777EDD" w:rsidRDefault="000D515A">
      <w:r>
        <w:t>how often the child’s hair is washed and moisturized</w:t>
      </w:r>
    </w:p>
    <w:p w:rsidR="00777EDD" w:rsidRDefault="000D515A">
      <w:r>
        <w:t>whether the scalp is sensitive</w:t>
      </w:r>
    </w:p>
    <w:p w:rsidR="00777EDD" w:rsidRDefault="000D515A">
      <w:r>
        <w:t>what styles have worked well before</w:t>
      </w:r>
    </w:p>
    <w:p w:rsidR="00777EDD" w:rsidRDefault="000D515A">
      <w:r>
        <w:t>what styles caused pain or breakage in the past</w:t>
      </w:r>
    </w:p>
    <w:p w:rsidR="00777EDD" w:rsidRDefault="000D515A">
      <w:r>
        <w:t xml:space="preserve">whether you are trying to protect edges, reduce </w:t>
      </w:r>
      <w:r>
        <w:t>heat, or simplify maintenance</w:t>
      </w:r>
    </w:p>
    <w:p w:rsidR="00777EDD" w:rsidRDefault="000D515A">
      <w:r>
        <w:t>A good stylist should listen and respond thoughtfully. Hair care works best when it is collaborative.</w:t>
      </w:r>
    </w:p>
    <w:p w:rsidR="00777EDD" w:rsidRDefault="000D515A">
      <w:r>
        <w:t>When to Leave</w:t>
      </w:r>
    </w:p>
    <w:p w:rsidR="00777EDD" w:rsidRDefault="000D515A">
      <w:r>
        <w:t>Sometimes the most loving thing you can do is stop the appointment.</w:t>
      </w:r>
    </w:p>
    <w:p w:rsidR="00777EDD" w:rsidRDefault="000D515A">
      <w:r>
        <w:t>If a stylist is being rough, dismissive, d</w:t>
      </w:r>
      <w:r>
        <w:t>isrespectful, or clearly unconcerned about your child’s comfort, you do not need to stay simply because the appointment has already started. Leaving may feel uncomfortable in the moment, but it teaches your child something important: their pain and dignity</w:t>
      </w:r>
      <w:r>
        <w:t xml:space="preserve"> matter.</w:t>
      </w:r>
    </w:p>
    <w:p w:rsidR="00777EDD" w:rsidRDefault="000D515A">
      <w:r>
        <w:t>That lesson is worth protecting.</w:t>
      </w:r>
    </w:p>
    <w:p>
      <w:pPr/>
      <w:r>
        <w:t>Choosing a Barber</w:t>
      </w:r>
    </w:p>
    <w:p>
      <w:pPr/>
      <w:r>
        <w:t>For children who wear their hair short, choosing the right barber matters just as much as choosing the right stylist. A barber may be responsible for shape-ups, fades, line-ups, trimming textured tops, or maintaining shorter natural styles. A good barber should not only know how to cut neatly, but also how to treat the child with patience, respect, and gentleness.</w:t>
      </w:r>
    </w:p>
    <w:p>
      <w:pPr/>
      <w:r>
        <w:t>Why the Right Barber Matters</w:t>
      </w:r>
    </w:p>
    <w:p>
      <w:pPr/>
      <w:r>
        <w:t>A barbering experience can shape how a child feels about grooming, appearance, and their natural hair texture. A rushed, rough, or dismissive barber can make appointments stressful. A thoughtful barber can help the child feel confident, comfortable, and well cared for.</w:t>
      </w:r>
    </w:p>
    <w:p>
      <w:pPr/>
      <w:r>
        <w:t>This matters especially for boys, who are sometimes taught that short hair needs little attention or that discomfort should simply be tolerated. But grooming should never come at the expense of dignity or comfort.</w:t>
      </w:r>
    </w:p>
    <w:p>
      <w:pPr/>
      <w:r>
        <w:t>Look for Real Experience with Textured Hair</w:t>
      </w:r>
    </w:p>
    <w:p>
      <w:pPr/>
      <w:r>
        <w:t>Not every barber understands textured hair well. Some cut neatly but use harsh brushing, rough clipper work, or poor technique around the hairline. Look for a barber who has real experience with:</w:t>
      </w:r>
    </w:p>
    <w:p>
      <w:pPr/>
      <w:r>
        <w:t>textured hair and natural hairlines</w:t>
      </w:r>
    </w:p>
    <w:p>
      <w:pPr/>
      <w:r>
        <w:t>children’s haircuts</w:t>
      </w:r>
    </w:p>
    <w:p>
      <w:pPr/>
      <w:r>
        <w:t>fades, shape-ups, and trims on curly or coily hair</w:t>
      </w:r>
    </w:p>
    <w:p>
      <w:pPr/>
      <w:r>
        <w:t>gentle clipper use</w:t>
      </w:r>
    </w:p>
    <w:p>
      <w:pPr/>
      <w:r>
        <w:t>protecting the scalp and edges properly</w:t>
      </w:r>
    </w:p>
    <w:p>
      <w:pPr/>
      <w:r>
        <w:t>A good barber should understand that aggressive brushing, overly sharp line work, or repeated pushing back of the hairline can damage the hair over time.</w:t>
      </w:r>
    </w:p>
    <w:p>
      <w:pPr/>
      <w:r>
        <w:t>Questions to Ask Before Booking</w:t>
      </w:r>
    </w:p>
    <w:p>
      <w:pPr/>
      <w:r>
        <w:t>Helpful questions may include:</w:t>
      </w:r>
    </w:p>
    <w:p>
      <w:pPr/>
      <w:r>
        <w:t>Do you regularly cut children’s textured hair?</w:t>
      </w:r>
    </w:p>
    <w:p>
      <w:pPr/>
      <w:r>
        <w:t>Are you comfortable working with children who are anxious or sensitive?</w:t>
      </w:r>
    </w:p>
    <w:p>
      <w:pPr/>
      <w:r>
        <w:t>How do you handle a child who is nervous about clippers or noise?</w:t>
      </w:r>
    </w:p>
    <w:p>
      <w:pPr/>
      <w:r>
        <w:t>How do you protect the hairline and edges?</w:t>
      </w:r>
    </w:p>
    <w:p>
      <w:pPr/>
      <w:r>
        <w:t>Do you cut in a way that works with the child’s natural texture and growth pattern?</w:t>
      </w:r>
    </w:p>
    <w:p>
      <w:pPr/>
      <w:r>
        <w:t>You are not being difficult by asking these questions. You are making sure your child is in careful hands.</w:t>
      </w:r>
    </w:p>
    <w:p>
      <w:pPr/>
      <w:r>
        <w:t>What to Watch During the Appointment</w:t>
      </w:r>
    </w:p>
    <w:p>
      <w:pPr/>
      <w:r>
        <w:t>During a first appointment, notice more than whether the cut looks sharp. Pay attention to:</w:t>
      </w:r>
    </w:p>
    <w:p>
      <w:pPr/>
      <w:r>
        <w:t>whether the barber greets your child kindly</w:t>
      </w:r>
    </w:p>
    <w:p>
      <w:pPr/>
      <w:r>
        <w:t>whether they explain what they are doing</w:t>
      </w:r>
    </w:p>
    <w:p>
      <w:pPr/>
      <w:r>
        <w:t>whether they handle clippers gently</w:t>
      </w:r>
    </w:p>
    <w:p>
      <w:pPr/>
      <w:r>
        <w:t>whether they respect the child’s sensitivity to sound or touch</w:t>
      </w:r>
    </w:p>
    <w:p>
      <w:pPr/>
      <w:r>
        <w:t>whether they avoid pushing the line too far back</w:t>
      </w:r>
    </w:p>
    <w:p>
      <w:pPr/>
      <w:r>
        <w:t>whether they treat the child’s natural texture with respect</w:t>
      </w:r>
    </w:p>
    <w:p>
      <w:pPr/>
      <w:r>
        <w:t>A child may forget the exact haircut, but they will remember whether they felt safe, rushed, or embarrassed.</w:t>
      </w:r>
    </w:p>
    <w:p>
      <w:pPr/>
      <w:r>
        <w:t>Red Flags to Take Seriously</w:t>
      </w:r>
    </w:p>
    <w:p>
      <w:pPr/>
      <w:r>
        <w:t>Be cautious if a barber:</w:t>
      </w:r>
    </w:p>
    <w:p>
      <w:pPr/>
      <w:r>
        <w:t>is rough with the clippers or brush</w:t>
      </w:r>
    </w:p>
    <w:p>
      <w:pPr/>
      <w:r>
        <w:t>jokes at the child’s expense</w:t>
      </w:r>
    </w:p>
    <w:p>
      <w:pPr/>
      <w:r>
        <w:t>ignores signs of fear or discomfort</w:t>
      </w:r>
    </w:p>
    <w:p>
      <w:pPr/>
      <w:r>
        <w:t>pushes the hairline back too aggressively</w:t>
      </w:r>
    </w:p>
    <w:p>
      <w:pPr/>
      <w:r>
        <w:t>treats textured hair as difficult or inferior</w:t>
      </w:r>
    </w:p>
    <w:p>
      <w:pPr/>
      <w:r>
        <w:t>uses excessive force to make the haircut look extra neat</w:t>
      </w:r>
    </w:p>
    <w:p>
      <w:pPr/>
      <w:r>
        <w:t>dismisses your concerns about scalp sensitivity or edges</w:t>
      </w:r>
    </w:p>
    <w:p>
      <w:pPr/>
      <w:r>
        <w:t>A clean haircut is never worth damage to the hairline or a child’s sense of safety.</w:t>
      </w:r>
    </w:p>
    <w:p>
      <w:pPr/>
      <w:r>
        <w:t>Advocate for Your Child</w:t>
      </w:r>
    </w:p>
    <w:p>
      <w:pPr/>
      <w:r>
        <w:t>You can help by telling the barber:</w:t>
      </w:r>
    </w:p>
    <w:p>
      <w:pPr/>
      <w:r>
        <w:t>if your child is sensitive to noise or touch</w:t>
      </w:r>
    </w:p>
    <w:p>
      <w:pPr/>
      <w:r>
        <w:t>if the scalp is tender</w:t>
      </w:r>
    </w:p>
    <w:p>
      <w:pPr/>
      <w:r>
        <w:t>if the edges are already thin or stressed</w:t>
      </w:r>
    </w:p>
    <w:p>
      <w:pPr/>
      <w:r>
        <w:t>if you want the natural hairline preserved</w:t>
      </w:r>
    </w:p>
    <w:p>
      <w:pPr/>
      <w:r>
        <w:t>if you prefer a low-stress, child-friendly approach over an ultra-sharp finish</w:t>
      </w:r>
    </w:p>
    <w:p>
      <w:pPr/>
      <w:r>
        <w:t>This is especially important for children with sensory sensitivities, difficult grooming experiences, or anxiety around clippers.</w:t>
      </w:r>
    </w:p>
    <w:p>
      <w:pPr/>
      <w:r>
        <w:t>A Good Barber Supports Healthy Grooming</w:t>
      </w:r>
    </w:p>
    <w:p>
      <w:pPr/>
      <w:r>
        <w:t>A barber should help maintain the child’s hair, not just shape it. Good barber care works best alongside regular washing, conditioning even on shorter hair, light moisture, scalp care, and avoiding harsh brushing on dry hair.</w:t>
      </w:r>
    </w:p>
    <w:p>
      <w:pPr/>
      <w:r>
        <w:t>Short hair is still textured hair. It still deserves thoughtful care.</w:t>
      </w:r>
    </w:p>
    <w:p w:rsidR="00777EDD" w:rsidRDefault="000D515A">
      <w:r>
        <w:t>A Restorative Perspective</w:t>
      </w:r>
    </w:p>
    <w:p w:rsidR="00777EDD" w:rsidRDefault="000D515A">
      <w:r>
        <w:t>Choosing a stylist or barber is not just about finding someone who can make the hair look neat. It is about entrusting your child to someone who will handle them with care. A good professional helps preserve more than a hairstyle or haircut. They help preserve comfort, confidence, and trust.</w:t>
      </w:r>
    </w:p>
    <w:p w:rsidR="00777EDD" w:rsidRDefault="000D515A">
      <w:r>
        <w:t>When a child sits in a chair and experiences patience, respect, and gentle skill, they learn that their hair is worthy of thoughtful care. They learn that beauty does not have t</w:t>
      </w:r>
      <w:r>
        <w:t>o come through pain. And they learn that the adults around them will advocate for their well-being, not just their appearance.</w:t>
      </w:r>
    </w:p>
    <w:p w:rsidR="00777EDD" w:rsidRDefault="000D515A">
      <w:r>
        <w:t>Children carry those impressions long after the appointment ends.</w:t>
      </w:r>
    </w:p>
    <w:p w:rsidR="00777EDD" w:rsidRDefault="000D515A">
      <w:r>
        <w:br w:type="page"/>
      </w:r>
    </w:p>
    <w:p w:rsidR="00777EDD" w:rsidRDefault="000D515A">
      <w:pPr>
        <w:pStyle w:val="Heading1"/>
      </w:pPr>
      <w:r>
        <w:rPr>
          <w:color w:val="5C3080"/>
        </w:rPr>
        <w:lastRenderedPageBreak/>
        <w:t>Chapter 8</w:t>
      </w:r>
    </w:p>
    <w:p w:rsidR="00777EDD" w:rsidRDefault="000D515A">
      <w:pPr>
        <w:pStyle w:val="Heading2"/>
      </w:pPr>
      <w:r>
        <w:rPr>
          <w:color w:val="464646"/>
        </w:rPr>
        <w:t>Hair Straightening and Chemical Relaxers</w:t>
      </w:r>
    </w:p>
    <w:p w:rsidR="00777EDD" w:rsidRDefault="000D515A">
      <w:r>
        <w:t>Many paren</w:t>
      </w:r>
      <w:r>
        <w:t>ts and caregivers wonder whether it is safe to straighten a child’s natural hair or use a chemical relaxer to make it easier to manage. These questions are common, especially when hair care feels time-consuming, when a child is asking for a different look,</w:t>
      </w:r>
      <w:r>
        <w:t xml:space="preserve"> or when social pressure makes straight hair seem simpler, neater, or more accepted.</w:t>
      </w:r>
    </w:p>
    <w:p w:rsidR="00777EDD" w:rsidRDefault="000D515A">
      <w:r>
        <w:t>Hair straightening and chemical relaxing deserve careful, informed decisions.</w:t>
      </w:r>
    </w:p>
    <w:p w:rsidR="00777EDD" w:rsidRDefault="000D515A">
      <w:r>
        <w:t xml:space="preserve">Straightening can be a style choice, but it should be approached with honesty about the </w:t>
      </w:r>
      <w:r>
        <w:t>risks, especially when the child is young or the motivation is shaped by pressure or insecurity.</w:t>
      </w:r>
    </w:p>
    <w:p w:rsidR="00777EDD" w:rsidRDefault="000D515A">
      <w:r>
        <w:t>Natural curls are not a problem to solve. Any choice to straighten should remain a style option, not a message that natural texture needs fixing.</w:t>
      </w:r>
    </w:p>
    <w:p w:rsidR="00777EDD" w:rsidRDefault="000D515A">
      <w:r>
        <w:t>Understanding</w:t>
      </w:r>
      <w:r>
        <w:t xml:space="preserve"> the Difference</w:t>
      </w:r>
    </w:p>
    <w:p w:rsidR="00777EDD" w:rsidRDefault="000D515A">
      <w:r>
        <w:t>It helps to begin by separating two different things:</w:t>
      </w:r>
    </w:p>
    <w:p w:rsidR="00777EDD" w:rsidRDefault="000D515A">
      <w:r>
        <w:t>Heat-based straightening temporarily stretches or straightens the hair using tools such as a blow dryer, flat iron, or hot comb.</w:t>
      </w:r>
    </w:p>
    <w:p w:rsidR="00777EDD" w:rsidRDefault="000D515A">
      <w:r>
        <w:t>Chemical relaxers permanently alter the hair’s natural cu</w:t>
      </w:r>
      <w:r>
        <w:t>rl pattern by breaking down the structure of the hair strand with strong chemicals.</w:t>
      </w:r>
    </w:p>
    <w:p w:rsidR="00777EDD" w:rsidRDefault="000D515A">
      <w:r>
        <w:t>These are not the same in risk, effect, or long-term impact.</w:t>
      </w:r>
    </w:p>
    <w:p w:rsidR="00777EDD" w:rsidRDefault="000D515A">
      <w:r>
        <w:t>Heat styling changes the hair temporarily and may be reversed with washing, though repeated or excessive heat c</w:t>
      </w:r>
      <w:r>
        <w:t>an still cause lasting damage. Relaxers change the hair more permanently and carry more significant risks, especially for children.</w:t>
      </w:r>
    </w:p>
    <w:p w:rsidR="00777EDD" w:rsidRDefault="000D515A">
      <w:r>
        <w:t>That distinction matters.</w:t>
      </w:r>
    </w:p>
    <w:p w:rsidR="00777EDD" w:rsidRDefault="000D515A">
      <w:pPr/>
      <w:r>
        <w:t>Heat-Based Straightening</w:t>
      </w:r>
    </w:p>
    <w:p w:rsidR="00777EDD" w:rsidRDefault="000D515A">
      <w:r>
        <w:t xml:space="preserve">Heat-based straightening uses tools such as blow dryers, flat irons, and </w:t>
      </w:r>
      <w:r>
        <w:t xml:space="preserve">hot combs to stretch or straighten the hair for a period of time. It can make certain styles easier, reduce shrinkage, and create a smooth finished look. For some families, occasional heat styling may be part of special events, trims, or preferred styling </w:t>
      </w:r>
      <w:r>
        <w:t>routines.</w:t>
      </w:r>
    </w:p>
    <w:p w:rsidR="00777EDD" w:rsidRDefault="000D515A">
      <w:r>
        <w:t>But heat always needs respect.</w:t>
      </w:r>
    </w:p>
    <w:p w:rsidR="00777EDD" w:rsidRDefault="000D515A">
      <w:r>
        <w:t>Textured hair can be damaged when heat is too frequent, too hot, or applied without enough preparation. The main risks include:</w:t>
      </w:r>
    </w:p>
    <w:p w:rsidR="00777EDD" w:rsidRDefault="000D515A">
      <w:r>
        <w:t>dryness</w:t>
      </w:r>
    </w:p>
    <w:p w:rsidR="00777EDD" w:rsidRDefault="000D515A">
      <w:r>
        <w:t>loss of curl pattern</w:t>
      </w:r>
    </w:p>
    <w:p w:rsidR="00777EDD" w:rsidRDefault="000D515A">
      <w:r>
        <w:t>breakage</w:t>
      </w:r>
    </w:p>
    <w:p w:rsidR="00777EDD" w:rsidRDefault="000D515A">
      <w:r>
        <w:t>split ends</w:t>
      </w:r>
    </w:p>
    <w:p w:rsidR="00777EDD" w:rsidRDefault="000D515A">
      <w:r>
        <w:t>scalp or skin burns</w:t>
      </w:r>
    </w:p>
    <w:p w:rsidR="00777EDD" w:rsidRDefault="000D515A">
      <w:r>
        <w:t>hair becoming more</w:t>
      </w:r>
      <w:r>
        <w:t xml:space="preserve"> difficult to manage over time</w:t>
      </w:r>
    </w:p>
    <w:p w:rsidR="00777EDD" w:rsidRDefault="000D515A">
      <w:r>
        <w:lastRenderedPageBreak/>
        <w:t>When heat may be used</w:t>
      </w:r>
    </w:p>
    <w:p w:rsidR="00777EDD" w:rsidRDefault="000D515A">
      <w:r>
        <w:t>Some families choose to use heat occasionally for:</w:t>
      </w:r>
    </w:p>
    <w:p w:rsidR="00777EDD" w:rsidRDefault="000D515A">
      <w:r>
        <w:t>trims</w:t>
      </w:r>
    </w:p>
    <w:p w:rsidR="00777EDD" w:rsidRDefault="000D515A">
      <w:r>
        <w:t>special occasions</w:t>
      </w:r>
    </w:p>
    <w:p w:rsidR="00777EDD" w:rsidRDefault="000D515A">
      <w:r>
        <w:t>easier braiding or styling</w:t>
      </w:r>
    </w:p>
    <w:p w:rsidR="00777EDD" w:rsidRDefault="000D515A">
      <w:r>
        <w:t>blowouts or silk presses done sparingly</w:t>
      </w:r>
    </w:p>
    <w:p w:rsidR="00777EDD" w:rsidRDefault="000D515A">
      <w:r>
        <w:t>reducing shrinkage for a short period</w:t>
      </w:r>
    </w:p>
    <w:p w:rsidR="00777EDD" w:rsidRDefault="000D515A">
      <w:r>
        <w:t xml:space="preserve">Occasional use is very </w:t>
      </w:r>
      <w:r>
        <w:t>different from turning heat into the default weekly routine.</w:t>
      </w:r>
    </w:p>
    <w:p w:rsidR="00777EDD" w:rsidRDefault="000D515A">
      <w:r>
        <w:t>Guidelines for safer heat use</w:t>
      </w:r>
    </w:p>
    <w:p w:rsidR="00777EDD" w:rsidRDefault="000D515A">
      <w:r>
        <w:t>If you choose to use heat:</w:t>
      </w:r>
    </w:p>
    <w:p w:rsidR="00777EDD" w:rsidRDefault="000D515A">
      <w:r>
        <w:t>wash and condition the hair first</w:t>
      </w:r>
    </w:p>
    <w:p w:rsidR="00777EDD" w:rsidRDefault="000D515A">
      <w:r>
        <w:t>make sure the hair is detangled and prepared properly</w:t>
      </w:r>
    </w:p>
    <w:p w:rsidR="00777EDD" w:rsidRDefault="000D515A">
      <w:r>
        <w:t>apply a heat protectant before using heat</w:t>
      </w:r>
    </w:p>
    <w:p w:rsidR="00777EDD" w:rsidRDefault="000D515A">
      <w:r>
        <w:t xml:space="preserve">work in </w:t>
      </w:r>
      <w:r>
        <w:t>small sections</w:t>
      </w:r>
    </w:p>
    <w:p w:rsidR="00777EDD" w:rsidRDefault="000D515A">
      <w:r>
        <w:t>use the lowest effective temperature</w:t>
      </w:r>
    </w:p>
    <w:p w:rsidR="00777EDD" w:rsidRDefault="000D515A">
      <w:r>
        <w:t>reduce repeated passes over the same section</w:t>
      </w:r>
    </w:p>
    <w:p w:rsidR="00777EDD" w:rsidRDefault="000D515A">
      <w:r>
        <w:t>stop if the child is uncomfortable or unable to sit safely</w:t>
      </w:r>
    </w:p>
    <w:p w:rsidR="00777EDD" w:rsidRDefault="000D515A">
      <w:r>
        <w:t xml:space="preserve">It is also wise to avoid heat styling on children who are too young to sit still long enough for it </w:t>
      </w:r>
      <w:r>
        <w:t>to be done safely. A child who is wriggling, flinching, or distressed is at greater risk of burns or rough handling. In those cases, no-heat stretching methods are usually the gentler choice.</w:t>
      </w:r>
    </w:p>
    <w:p w:rsidR="00777EDD" w:rsidRDefault="000D515A">
      <w:r>
        <w:t>Occasional use versus routine dependence</w:t>
      </w:r>
    </w:p>
    <w:p w:rsidR="00777EDD" w:rsidRDefault="000D515A">
      <w:r>
        <w:t>One of the most importa</w:t>
      </w:r>
      <w:r>
        <w:t>nt questions is not just can heat be used, but how often and why.</w:t>
      </w:r>
    </w:p>
    <w:p w:rsidR="00777EDD" w:rsidRDefault="000D515A">
      <w:r>
        <w:t>If heat is being used every week because natural hair is consistently being treated as too difficult to manage otherwise, that may be a sign that the routine needs adjusting, not that the ch</w:t>
      </w:r>
      <w:r>
        <w:t>ild’s texture is the problem. In many cases, better moisture, gentler detangling, more sectioning, and low-manipulation styles can make the hair much easier to care for without relying on heat.</w:t>
      </w:r>
    </w:p>
    <w:p w:rsidR="00777EDD" w:rsidRDefault="000D515A">
      <w:r>
        <w:t>Chemical Relaxers</w:t>
      </w:r>
    </w:p>
    <w:p w:rsidR="00777EDD" w:rsidRDefault="000D515A">
      <w:r>
        <w:t>Chemical relaxers permanently alter the c</w:t>
      </w:r>
      <w:r>
        <w:t>url pattern by breaking down the natural structure of the hair. Because they are strong chemicals, they carry more risk than many parents first realize.</w:t>
      </w:r>
    </w:p>
    <w:p w:rsidR="00777EDD" w:rsidRDefault="000D515A">
      <w:r>
        <w:t>Relaxers can sometimes seem appealing because they promise easier detangling, a straighter look, or les</w:t>
      </w:r>
      <w:r>
        <w:t>s shrinkage. But they should never be treated as a simple shortcut for manageability, especially for children.</w:t>
      </w:r>
    </w:p>
    <w:p w:rsidR="00777EDD" w:rsidRDefault="000D515A">
      <w:r>
        <w:t>Risks of chemical relaxers</w:t>
      </w:r>
    </w:p>
    <w:p w:rsidR="00777EDD" w:rsidRDefault="000D515A">
      <w:r>
        <w:t>Relaxers may cause:</w:t>
      </w:r>
    </w:p>
    <w:p w:rsidR="00777EDD" w:rsidRDefault="000D515A">
      <w:r>
        <w:t>scalp irritation</w:t>
      </w:r>
    </w:p>
    <w:p w:rsidR="00777EDD" w:rsidRDefault="000D515A">
      <w:r>
        <w:t>chemical burns</w:t>
      </w:r>
    </w:p>
    <w:p w:rsidR="00777EDD" w:rsidRDefault="000D515A">
      <w:r>
        <w:lastRenderedPageBreak/>
        <w:t>dryness and breakage</w:t>
      </w:r>
    </w:p>
    <w:p w:rsidR="00777EDD" w:rsidRDefault="000D515A">
      <w:r>
        <w:t>long-term weakening of the hair</w:t>
      </w:r>
    </w:p>
    <w:p w:rsidR="00777EDD" w:rsidRDefault="000D515A">
      <w:r>
        <w:t>damage from i</w:t>
      </w:r>
      <w:r>
        <w:t>mproper timing or overlap</w:t>
      </w:r>
    </w:p>
    <w:p w:rsidR="00777EDD" w:rsidRDefault="000D515A">
      <w:r>
        <w:t>increased dependence on ongoing touch-ups</w:t>
      </w:r>
    </w:p>
    <w:p w:rsidR="00777EDD" w:rsidRDefault="000D515A">
      <w:r>
        <w:t>A child’s scalp is often especially vulnerable. Even when a relaxer is applied professionally, the process carries a level of risk that deserves serious caution.</w:t>
      </w:r>
    </w:p>
    <w:p w:rsidR="00777EDD" w:rsidRDefault="000D515A">
      <w:r>
        <w:t>Relaxers are not a routine</w:t>
      </w:r>
      <w:r>
        <w:t xml:space="preserve"> solution</w:t>
      </w:r>
    </w:p>
    <w:p w:rsidR="00777EDD" w:rsidRDefault="000D515A">
      <w:r>
        <w:t>If a parent is considering a relaxer primarily because natural hair feels too difficult, that is usually a signal to slow down and reassess. Difficulty does not necessarily mean the hair needs chemical altering. It may mean the current care routi</w:t>
      </w:r>
      <w:r>
        <w:t>ne is not yet supportive enough, the styling expectations are too demanding, or the child’s hair needs a gentler, simpler approach.</w:t>
      </w:r>
    </w:p>
    <w:p w:rsidR="00777EDD" w:rsidRDefault="000D515A">
      <w:r>
        <w:t>Framing a relaxer as making hair “better” or “easier” risks sending a message the child may carry for years: that their natu</w:t>
      </w:r>
      <w:r>
        <w:t>ral texture was not quite enough. The language parents use around any chemical process deserves care.</w:t>
      </w:r>
    </w:p>
    <w:p w:rsidR="00777EDD" w:rsidRDefault="000D515A">
      <w:r>
        <w:t>Health and safety concerns</w:t>
      </w:r>
    </w:p>
    <w:p w:rsidR="00777EDD" w:rsidRDefault="000D515A">
      <w:r>
        <w:t>Chemical straighteners use powerful ingredients that warrant genuine caution. Some formulations have been linked to broader health concerns, and many families choose to avoid them for that reason alone. Even setting those concerns aside, the risks of scalp sensitivity and long-term hair weakening are worth weighing carefully before proceeding.</w:t>
      </w:r>
    </w:p>
    <w:p w:rsidR="00777EDD" w:rsidRDefault="000D515A">
      <w:r>
        <w:t>If a family is seriously cons</w:t>
      </w:r>
      <w:r>
        <w:t>idering chemical straightening, the decision should be:</w:t>
      </w:r>
    </w:p>
    <w:p w:rsidR="00777EDD" w:rsidRDefault="000D515A">
      <w:r>
        <w:t>made slowly</w:t>
      </w:r>
    </w:p>
    <w:p w:rsidR="00777EDD" w:rsidRDefault="000D515A">
      <w:r>
        <w:t>informed by real understanding of the risks</w:t>
      </w:r>
    </w:p>
    <w:p w:rsidR="00777EDD" w:rsidRDefault="000D515A">
      <w:r>
        <w:t>discussed with a licensed professional who understands textured hair and scalp safety</w:t>
      </w:r>
    </w:p>
    <w:p w:rsidR="00777EDD" w:rsidRDefault="000D515A">
      <w:r>
        <w:t>weighed in light of the child’s age, maturity, and reasons</w:t>
      </w:r>
      <w:r>
        <w:t xml:space="preserve"> for wanting it</w:t>
      </w:r>
    </w:p>
    <w:p w:rsidR="00777EDD" w:rsidRDefault="000D515A">
      <w:r>
        <w:t>Age, Maturity, and Consent</w:t>
      </w:r>
    </w:p>
    <w:p w:rsidR="00777EDD" w:rsidRDefault="000D515A">
      <w:r>
        <w:t>This is one of the most important parts of the conversation.</w:t>
      </w:r>
    </w:p>
    <w:p w:rsidR="00777EDD" w:rsidRDefault="000D515A">
      <w:r>
        <w:t>Young children are rarely in a position to make an informed decision about chemical altering. Even with older children and teens, it is worth asking whe</w:t>
      </w:r>
      <w:r>
        <w:t>ther the desire for straightening is coming from:</w:t>
      </w:r>
    </w:p>
    <w:p w:rsidR="00777EDD" w:rsidRDefault="000D515A">
      <w:r>
        <w:t>curiosity</w:t>
      </w:r>
    </w:p>
    <w:p w:rsidR="00777EDD" w:rsidRDefault="000D515A">
      <w:r>
        <w:t>convenience</w:t>
      </w:r>
    </w:p>
    <w:p w:rsidR="00777EDD" w:rsidRDefault="000D515A">
      <w:r>
        <w:t>occasional style preference</w:t>
      </w:r>
    </w:p>
    <w:p w:rsidR="00777EDD" w:rsidRDefault="000D515A">
      <w:r>
        <w:t>peer pressure</w:t>
      </w:r>
    </w:p>
    <w:p w:rsidR="00777EDD" w:rsidRDefault="000D515A">
      <w:r>
        <w:t>shame about texture</w:t>
      </w:r>
    </w:p>
    <w:p w:rsidR="00777EDD" w:rsidRDefault="000D515A">
      <w:r>
        <w:t>a desire to fit in</w:t>
      </w:r>
    </w:p>
    <w:p w:rsidR="00777EDD" w:rsidRDefault="000D515A">
      <w:r>
        <w:t>frustration with routines</w:t>
      </w:r>
    </w:p>
    <w:p w:rsidR="00777EDD" w:rsidRDefault="000D515A">
      <w:r>
        <w:t>internalized beliefs about what looks “better”</w:t>
      </w:r>
    </w:p>
    <w:p w:rsidR="00777EDD" w:rsidRDefault="000D515A">
      <w:r>
        <w:lastRenderedPageBreak/>
        <w:t>These motivations matter becau</w:t>
      </w:r>
      <w:r>
        <w:t>se the emotional meaning behind the choice matters.</w:t>
      </w:r>
    </w:p>
    <w:p w:rsidR="00777EDD" w:rsidRDefault="000D515A">
      <w:r>
        <w:t>A child who wants to try a smooth style for a special occasion is different from a child who believes their curls are not beautiful enough. A teen who wants variety is different from a teen who feels pres</w:t>
      </w:r>
      <w:r>
        <w:t>sured to look less textured in order to be accepted. Parents and caregivers should take time to listen carefully, not just decide quickly.</w:t>
      </w:r>
    </w:p>
    <w:p w:rsidR="00777EDD" w:rsidRDefault="000D515A">
      <w:r>
        <w:t>Helpful questions may include:</w:t>
      </w:r>
    </w:p>
    <w:p w:rsidR="00777EDD" w:rsidRDefault="000D515A">
      <w:r>
        <w:t>What do you like about this style?</w:t>
      </w:r>
    </w:p>
    <w:p w:rsidR="00777EDD" w:rsidRDefault="000D515A">
      <w:r>
        <w:t>What do you hope it will change?</w:t>
      </w:r>
    </w:p>
    <w:p w:rsidR="00777EDD" w:rsidRDefault="000D515A">
      <w:r>
        <w:t>Do you feel curiou</w:t>
      </w:r>
      <w:r>
        <w:t>s, or do you feel unhappy with your natural hair?</w:t>
      </w:r>
    </w:p>
    <w:p w:rsidR="00777EDD" w:rsidRDefault="000D515A">
      <w:r>
        <w:t>Did someone say something that made you want this?</w:t>
      </w:r>
    </w:p>
    <w:p w:rsidR="00777EDD" w:rsidRDefault="000D515A">
      <w:r>
        <w:t>Are we choosing this as an option, or because it feels like the only way to be accepted?</w:t>
      </w:r>
    </w:p>
    <w:p w:rsidR="00777EDD" w:rsidRDefault="000D515A">
      <w:r>
        <w:t xml:space="preserve">These questions are not meant to interrogate the child. They are </w:t>
      </w:r>
      <w:r>
        <w:t>meant to protect dignity while making thoughtful decisions.</w:t>
      </w:r>
    </w:p>
    <w:p w:rsidR="00777EDD" w:rsidRDefault="000D515A">
      <w:r>
        <w:t>Social Pressure and Beauty Standards</w:t>
      </w:r>
    </w:p>
    <w:p w:rsidR="00777EDD" w:rsidRDefault="000D515A">
      <w:r>
        <w:t>Hair choices do not happen in a vacuum. Children and teens are shaped by school environments, media, peers, family comments, church culture, and broader beauty</w:t>
      </w:r>
      <w:r>
        <w:t xml:space="preserve"> standards. Straight hair is often presented as polished, easier, more professional, or more desirable. Those messages can affect children deeply, even in homes where parents are trying to affirm natural texture.</w:t>
      </w:r>
    </w:p>
    <w:p w:rsidR="00777EDD" w:rsidRDefault="000D515A">
      <w:r>
        <w:t>Open, gentle conversations about beauty pre</w:t>
      </w:r>
      <w:r>
        <w:t>ssure become one of the most protective things a parent can offer.</w:t>
      </w:r>
    </w:p>
    <w:p w:rsidR="00777EDD" w:rsidRDefault="000D515A">
      <w:r>
        <w:t>A child should know:</w:t>
      </w:r>
    </w:p>
    <w:p w:rsidR="00777EDD" w:rsidRDefault="000D515A">
      <w:r>
        <w:t>neatness does not require straightness</w:t>
      </w:r>
    </w:p>
    <w:p w:rsidR="00777EDD" w:rsidRDefault="000D515A">
      <w:r>
        <w:t>manageability does not determine value</w:t>
      </w:r>
    </w:p>
    <w:p w:rsidR="00777EDD" w:rsidRDefault="000D515A">
      <w:r>
        <w:t>natural texture is beautiful</w:t>
      </w:r>
    </w:p>
    <w:p w:rsidR="00777EDD" w:rsidRDefault="000D515A">
      <w:r>
        <w:t xml:space="preserve">styling choices can change, but identity should stay rooted </w:t>
      </w:r>
      <w:r>
        <w:t>in dignity</w:t>
      </w:r>
    </w:p>
    <w:p w:rsidR="00777EDD" w:rsidRDefault="000D515A">
      <w:r>
        <w:t>Parents do not need to panic over every request for straightening. But they do need to help children tell the difference between personal preference and internalized shame.</w:t>
      </w:r>
    </w:p>
    <w:p w:rsidR="00777EDD" w:rsidRDefault="000D515A">
      <w:r>
        <w:t>Alternatives to Heat and Chemicals</w:t>
      </w:r>
    </w:p>
    <w:p w:rsidR="00777EDD" w:rsidRDefault="000D515A">
      <w:r>
        <w:t>In many cases, families want the l</w:t>
      </w:r>
      <w:r>
        <w:t>ook of stretched hair more than fully straight hair. If the goal is less shrinkage, easier sectioning, or smoother styling, there are gentler ways to achieve that without frequent heat or chemical processing.</w:t>
      </w:r>
    </w:p>
    <w:p w:rsidR="00777EDD" w:rsidRDefault="000D515A">
      <w:r>
        <w:t>Helpful alternatives include:</w:t>
      </w:r>
    </w:p>
    <w:p w:rsidR="00777EDD" w:rsidRDefault="000D515A">
      <w:r>
        <w:t xml:space="preserve">twists or braids </w:t>
      </w:r>
      <w:r>
        <w:t>on damp hair</w:t>
      </w:r>
    </w:p>
    <w:p w:rsidR="00777EDD" w:rsidRDefault="000D515A">
      <w:r>
        <w:t>braid-outs or twist-outs</w:t>
      </w:r>
    </w:p>
    <w:p w:rsidR="00777EDD" w:rsidRDefault="000D515A">
      <w:r>
        <w:t>banding or thread-wrapping</w:t>
      </w:r>
    </w:p>
    <w:p w:rsidR="00777EDD" w:rsidRDefault="000D515A">
      <w:r>
        <w:t>roller sets or flexi rods</w:t>
      </w:r>
    </w:p>
    <w:p w:rsidR="00777EDD" w:rsidRDefault="000D515A">
      <w:r>
        <w:lastRenderedPageBreak/>
        <w:t>low-manipulation protective styles</w:t>
      </w:r>
    </w:p>
    <w:p w:rsidR="00777EDD" w:rsidRDefault="000D515A">
      <w:r>
        <w:t>gentle blow-drying on low heat only when truly needed</w:t>
      </w:r>
    </w:p>
    <w:p w:rsidR="00777EDD" w:rsidRDefault="000D515A">
      <w:r>
        <w:t xml:space="preserve">These methods do not permanently change the curl pattern, but they can help </w:t>
      </w:r>
      <w:r>
        <w:t>elongate the hair and make styling easier. For many children, they are a safer and more flexible first option.</w:t>
      </w:r>
    </w:p>
    <w:p w:rsidR="00777EDD" w:rsidRDefault="000D515A">
      <w:r>
        <w:t>Protecting Hair Health</w:t>
      </w:r>
    </w:p>
    <w:p w:rsidR="00777EDD" w:rsidRDefault="000D515A">
      <w:r>
        <w:t>Whether using heat or choosing no-heat alternatives, hair health should stay central.</w:t>
      </w:r>
    </w:p>
    <w:p w:rsidR="00777EDD" w:rsidRDefault="000D515A">
      <w:r>
        <w:t>Helpful principles include:</w:t>
      </w:r>
    </w:p>
    <w:p w:rsidR="00777EDD" w:rsidRDefault="000D515A">
      <w:r>
        <w:t xml:space="preserve">keep </w:t>
      </w:r>
      <w:r>
        <w:t>the hair moisturized before and after styling</w:t>
      </w:r>
    </w:p>
    <w:p w:rsidR="00777EDD" w:rsidRDefault="000D515A">
      <w:r>
        <w:t>avoid repeated tight styles on stretched hair</w:t>
      </w:r>
    </w:p>
    <w:p w:rsidR="00777EDD" w:rsidRDefault="000D515A">
      <w:r>
        <w:t>protect the scalp and edges</w:t>
      </w:r>
    </w:p>
    <w:p w:rsidR="00777EDD" w:rsidRDefault="000D515A">
      <w:r>
        <w:t>schedule heat use sparingly, not as the default</w:t>
      </w:r>
    </w:p>
    <w:p w:rsidR="00777EDD" w:rsidRDefault="000D515A">
      <w:r>
        <w:t>choose methods that suit the child’s age and comfort</w:t>
      </w:r>
    </w:p>
    <w:p w:rsidR="00777EDD" w:rsidRDefault="000D515A">
      <w:r>
        <w:t>watch for dryness, breakage, or red</w:t>
      </w:r>
      <w:r>
        <w:t>uced curl recovery after heat</w:t>
      </w:r>
    </w:p>
    <w:p w:rsidR="00777EDD" w:rsidRDefault="000D515A">
      <w:r>
        <w:t>If the hair begins to feel weak, dry, or less elastic, it may need a break from heat and a return to moisture-focused care.</w:t>
      </w:r>
    </w:p>
    <w:p w:rsidR="00777EDD" w:rsidRDefault="000D515A">
      <w:r>
        <w:t>Talking to Children About Straightening</w:t>
      </w:r>
    </w:p>
    <w:p w:rsidR="00777EDD" w:rsidRDefault="000D515A">
      <w:r>
        <w:t>Children should grow up knowing that straightening is an optio</w:t>
      </w:r>
      <w:r>
        <w:t>n, not a requirement.</w:t>
      </w:r>
    </w:p>
    <w:p w:rsidR="00777EDD" w:rsidRDefault="000D515A">
      <w:r>
        <w:t>A healthy message is this:</w:t>
      </w:r>
    </w:p>
    <w:p w:rsidR="00777EDD" w:rsidRDefault="000D515A">
      <w:r>
        <w:t>Your natural curls are beautiful. If you ever wear your hair stretched or straight, that is a style choice — not a sign that your natural hair is not enough.</w:t>
      </w:r>
    </w:p>
    <w:p w:rsidR="00777EDD" w:rsidRDefault="000D515A">
      <w:r>
        <w:t>This framing protects both freedom and dignity.</w:t>
      </w:r>
    </w:p>
    <w:p w:rsidR="00777EDD" w:rsidRDefault="000D515A">
      <w:r>
        <w:t>A</w:t>
      </w:r>
      <w:r>
        <w:t xml:space="preserve"> gentle way to explain it</w:t>
      </w:r>
    </w:p>
    <w:p w:rsidR="00777EDD" w:rsidRDefault="000D515A">
      <w:r>
        <w:t>You might say:</w:t>
      </w:r>
    </w:p>
    <w:p w:rsidR="00777EDD" w:rsidRDefault="000D515A">
      <w:r>
        <w:t>“Your curls are beautiful exactly as they are. Sometimes people choose to wear their hair stretched or straighter for a certain look, but that is always a choice, not a necessity. We take care to make sure any style</w:t>
      </w:r>
      <w:r>
        <w:t xml:space="preserve"> we choose keeps your hair healthy and does not send the message that your natural texture needs fixing.”</w:t>
      </w:r>
    </w:p>
    <w:p w:rsidR="00777EDD" w:rsidRDefault="000D515A">
      <w:r>
        <w:t>Styles may change, but a child’s beauty should never depend on looking less like themselves.</w:t>
      </w:r>
    </w:p>
    <w:p w:rsidR="00777EDD" w:rsidRDefault="000D515A">
      <w:r>
        <w:t>Straightening may be approached carefully and occasionall</w:t>
      </w:r>
      <w:r>
        <w:t>y if a family chooses. Chemical relaxers deserve serious caution, and gentler no-heat options are often the wiser first path.</w:t>
      </w:r>
    </w:p>
    <w:p w:rsidR="00777EDD" w:rsidRDefault="000D515A">
      <w:r>
        <w:t>Their curls are not a burden.</w:t>
      </w:r>
      <w:r>
        <w:br/>
        <w:t>Their texture is not a mistake.</w:t>
      </w:r>
      <w:r>
        <w:br/>
        <w:t xml:space="preserve">And nothing about their natural hair needs to be corrected in order </w:t>
      </w:r>
      <w:r>
        <w:t>for them to be fully beautiful.</w:t>
      </w:r>
    </w:p>
    <w:p w:rsidR="00777EDD" w:rsidRDefault="000D515A">
      <w:r>
        <w:br w:type="page"/>
      </w:r>
    </w:p>
    <w:p w:rsidR="00777EDD" w:rsidRDefault="000D515A">
      <w:pPr>
        <w:pStyle w:val="Heading1"/>
      </w:pPr>
      <w:r>
        <w:rPr>
          <w:color w:val="5C3080"/>
        </w:rPr>
        <w:lastRenderedPageBreak/>
        <w:t>Chapter 9</w:t>
      </w:r>
    </w:p>
    <w:p w:rsidR="00777EDD" w:rsidRDefault="000D515A">
      <w:pPr>
        <w:pStyle w:val="Heading2"/>
      </w:pPr>
      <w:r>
        <w:rPr>
          <w:color w:val="464646"/>
        </w:rPr>
        <w:t>Dealing with Hair Challenges</w:t>
      </w:r>
    </w:p>
    <w:p w:rsidR="00777EDD" w:rsidRDefault="000D515A">
      <w:r>
        <w:t>Every parent encounters challenges when caring for textured hair. Even with a good routine, there will be times when the hair feels drier than usual, tangles more easily, breaks unexp</w:t>
      </w:r>
      <w:r>
        <w:t>ectedly, or the scalp becomes irritated. These moments do not mean you are failing. They usually mean the hair is telling you something.</w:t>
      </w:r>
    </w:p>
    <w:p w:rsidR="00777EDD" w:rsidRDefault="000D515A">
      <w:r>
        <w:t>The goal is not to panic every time something changes. The goal is to learn how to notice what is happening, think abou</w:t>
      </w:r>
      <w:r>
        <w:t>t what may be causing it, and respond with gentleness rather than force.</w:t>
      </w:r>
    </w:p>
    <w:p w:rsidR="00777EDD" w:rsidRDefault="000D515A">
      <w:r>
        <w:t xml:space="preserve">Many hair problems are not solved by buying more products or trying harder. Often they improve when parents slow down, simplify the routine, and return to the basics: moisture, </w:t>
      </w:r>
      <w:r>
        <w:t>patience, low tension, and consistency.</w:t>
      </w:r>
    </w:p>
    <w:p w:rsidR="00777EDD" w:rsidRDefault="000D515A">
      <w:r>
        <w:t>This chapter will help you think through some of the most common challenges in a calm and practical way.</w:t>
      </w:r>
    </w:p>
    <w:p w:rsidR="00777EDD" w:rsidRDefault="000D515A">
      <w:pPr/>
      <w:r>
        <w:t>Dry Hair</w:t>
      </w:r>
    </w:p>
    <w:p w:rsidR="00777EDD" w:rsidRDefault="000D515A">
      <w:r>
        <w:t>Curly and coily hair is naturally more prone to dryness because oils from the scalp take longer to tra</w:t>
      </w:r>
      <w:r>
        <w:t>vel down the hair shaft. That means dryness is not unusual. But when the hair becomes very rough, brittle, dull, or hard to manage, it often needs more intentional moisture support.</w:t>
      </w:r>
    </w:p>
    <w:p w:rsidR="00777EDD" w:rsidRDefault="000D515A">
      <w:r>
        <w:t>What dry hair may look or feel like</w:t>
      </w:r>
    </w:p>
    <w:p w:rsidR="00777EDD" w:rsidRDefault="000D515A">
      <w:r>
        <w:t>rough texture</w:t>
      </w:r>
    </w:p>
    <w:p w:rsidR="00777EDD" w:rsidRDefault="000D515A">
      <w:r>
        <w:t>lack of softness or flex</w:t>
      </w:r>
      <w:r>
        <w:t>ibility</w:t>
      </w:r>
    </w:p>
    <w:p w:rsidR="00777EDD" w:rsidRDefault="000D515A">
      <w:r>
        <w:t>tangling more easily than usual</w:t>
      </w:r>
    </w:p>
    <w:p w:rsidR="00777EDD" w:rsidRDefault="000D515A">
      <w:r>
        <w:t>dull-looking strands</w:t>
      </w:r>
    </w:p>
    <w:p w:rsidR="00777EDD" w:rsidRDefault="000D515A">
      <w:r>
        <w:t>ends that feel brittle or crispy</w:t>
      </w:r>
    </w:p>
    <w:p w:rsidR="00777EDD" w:rsidRDefault="000D515A">
      <w:r>
        <w:t>hair that seems to lose moisture very quickly</w:t>
      </w:r>
    </w:p>
    <w:p w:rsidR="00777EDD" w:rsidRDefault="000D515A">
      <w:r>
        <w:t>Likely causes</w:t>
      </w:r>
    </w:p>
    <w:p w:rsidR="00777EDD" w:rsidRDefault="000D515A">
      <w:r>
        <w:t>Dryness may be linked to:</w:t>
      </w:r>
    </w:p>
    <w:p w:rsidR="00777EDD" w:rsidRDefault="000D515A">
      <w:r>
        <w:t>infrequent conditioning</w:t>
      </w:r>
    </w:p>
    <w:p w:rsidR="00777EDD" w:rsidRDefault="000D515A">
      <w:r>
        <w:t>not enough moisture after washing</w:t>
      </w:r>
    </w:p>
    <w:p w:rsidR="00777EDD" w:rsidRDefault="000D515A">
      <w:r>
        <w:t>overuse of shampoo</w:t>
      </w:r>
      <w:r>
        <w:t xml:space="preserve"> or harsh shampoos</w:t>
      </w:r>
    </w:p>
    <w:p w:rsidR="00777EDD" w:rsidRDefault="000D515A">
      <w:r>
        <w:t>too much heat</w:t>
      </w:r>
    </w:p>
    <w:p w:rsidR="00777EDD" w:rsidRDefault="000D515A">
      <w:r>
        <w:t>lack of night protection</w:t>
      </w:r>
    </w:p>
    <w:p w:rsidR="00777EDD" w:rsidRDefault="000D515A">
      <w:r>
        <w:t>buildup from heavy products that block moisture from entering well</w:t>
      </w:r>
    </w:p>
    <w:p w:rsidR="00777EDD" w:rsidRDefault="000D515A">
      <w:r>
        <w:t>leaving styles in too long without refreshing</w:t>
      </w:r>
    </w:p>
    <w:p w:rsidR="00777EDD" w:rsidRDefault="000D515A">
      <w:r>
        <w:t>What to try first</w:t>
      </w:r>
    </w:p>
    <w:p w:rsidR="00777EDD" w:rsidRDefault="000D515A">
      <w:r>
        <w:t>wash with a gentle shampoo only as often as needed</w:t>
      </w:r>
    </w:p>
    <w:p w:rsidR="00777EDD" w:rsidRDefault="000D515A">
      <w:r>
        <w:t xml:space="preserve">condition well </w:t>
      </w:r>
      <w:r>
        <w:t>every wash day</w:t>
      </w:r>
    </w:p>
    <w:p w:rsidR="00777EDD" w:rsidRDefault="000D515A">
      <w:r>
        <w:t>apply leave-in conditioner or moisturizing cream to damp hair</w:t>
      </w:r>
    </w:p>
    <w:p w:rsidR="00777EDD" w:rsidRDefault="000D515A">
      <w:r>
        <w:lastRenderedPageBreak/>
        <w:t>seal lightly with oil if that works well for your child’s hair</w:t>
      </w:r>
    </w:p>
    <w:p w:rsidR="00777EDD" w:rsidRDefault="000D515A">
      <w:r>
        <w:t>protect the hair at night with satin</w:t>
      </w:r>
    </w:p>
    <w:p w:rsidR="00777EDD" w:rsidRDefault="000D515A">
      <w:r>
        <w:t>choose styles that help the hair hold moisture longer</w:t>
      </w:r>
    </w:p>
    <w:p w:rsidR="00777EDD" w:rsidRDefault="000D515A">
      <w:r>
        <w:t>If the hair feels dry mid</w:t>
      </w:r>
      <w:r>
        <w:t>week, a light mist of water or leave-in spray often helps more than simply adding more oil to dry strands.</w:t>
      </w:r>
    </w:p>
    <w:p w:rsidR="00777EDD" w:rsidRDefault="000D515A">
      <w:r>
        <w:t>A helpful reminder</w:t>
      </w:r>
    </w:p>
    <w:p w:rsidR="00777EDD" w:rsidRDefault="000D515A">
      <w:r>
        <w:t>Dry hair does not always mean you need more products. Sometimes it means you need more consistency, better timing, or less manipul</w:t>
      </w:r>
      <w:r>
        <w:t>ation.</w:t>
      </w:r>
    </w:p>
    <w:p w:rsidR="00777EDD" w:rsidRDefault="000D515A">
      <w:r>
        <w:t>Breakage</w:t>
      </w:r>
    </w:p>
    <w:p w:rsidR="00777EDD" w:rsidRDefault="000D515A">
      <w:r>
        <w:t>Breakage happens when hair strands snap along the length rather than shed naturally from the root. A little hair loss is normal in any routine, but ongoing breakage usually means the hair is under stress.</w:t>
      </w:r>
    </w:p>
    <w:p w:rsidR="00777EDD" w:rsidRDefault="000D515A">
      <w:r>
        <w:t>Breakage can be discouraging, es</w:t>
      </w:r>
      <w:r>
        <w:t>pecially when you are trying hard. But it often improves when care becomes gentler.</w:t>
      </w:r>
    </w:p>
    <w:p w:rsidR="00777EDD" w:rsidRDefault="000D515A">
      <w:r>
        <w:t>What breakage may look like</w:t>
      </w:r>
    </w:p>
    <w:p w:rsidR="00777EDD" w:rsidRDefault="000D515A">
      <w:r>
        <w:t>short broken hairs on clothing, combs, or the floor</w:t>
      </w:r>
    </w:p>
    <w:p w:rsidR="00777EDD" w:rsidRDefault="000D515A">
      <w:r>
        <w:t>ends that look uneven or thin</w:t>
      </w:r>
    </w:p>
    <w:p w:rsidR="00777EDD" w:rsidRDefault="000D515A">
      <w:r>
        <w:t>hair that does not seem to retain length</w:t>
      </w:r>
    </w:p>
    <w:p w:rsidR="00777EDD" w:rsidRDefault="000D515A">
      <w:r>
        <w:t>breakage concentrated</w:t>
      </w:r>
      <w:r>
        <w:t xml:space="preserve"> around the edges, crown, or nape</w:t>
      </w:r>
    </w:p>
    <w:p w:rsidR="00777EDD" w:rsidRDefault="000D515A">
      <w:r>
        <w:t>hair snapping during detangling</w:t>
      </w:r>
    </w:p>
    <w:p w:rsidR="00777EDD" w:rsidRDefault="000D515A">
      <w:r>
        <w:t>Likely causes</w:t>
      </w:r>
    </w:p>
    <w:p w:rsidR="00777EDD" w:rsidRDefault="000D515A">
      <w:r>
        <w:t>Breakage is often linked to:</w:t>
      </w:r>
    </w:p>
    <w:p w:rsidR="00777EDD" w:rsidRDefault="000D515A">
      <w:r>
        <w:t>rough detangling</w:t>
      </w:r>
    </w:p>
    <w:p w:rsidR="00777EDD" w:rsidRDefault="000D515A">
      <w:r>
        <w:t>dryness</w:t>
      </w:r>
    </w:p>
    <w:p w:rsidR="00777EDD" w:rsidRDefault="000D515A">
      <w:r>
        <w:t>too much heat</w:t>
      </w:r>
    </w:p>
    <w:p w:rsidR="00777EDD" w:rsidRDefault="000D515A">
      <w:r>
        <w:t>repeated tension from tight styles</w:t>
      </w:r>
    </w:p>
    <w:p w:rsidR="00777EDD" w:rsidRDefault="000D515A">
      <w:r>
        <w:t>over-manipulation</w:t>
      </w:r>
    </w:p>
    <w:p w:rsidR="00777EDD" w:rsidRDefault="000D515A">
      <w:r>
        <w:t>poor slip during combing</w:t>
      </w:r>
    </w:p>
    <w:p w:rsidR="00777EDD" w:rsidRDefault="000D515A">
      <w:r>
        <w:t xml:space="preserve">old split ends traveling </w:t>
      </w:r>
      <w:r>
        <w:t>upward</w:t>
      </w:r>
    </w:p>
    <w:p w:rsidR="00777EDD" w:rsidRDefault="000D515A">
      <w:r>
        <w:t>What to try first</w:t>
      </w:r>
    </w:p>
    <w:p w:rsidR="00777EDD" w:rsidRDefault="000D515A">
      <w:r>
        <w:t>always detangle when the hair is damp or wet with conditioner or leave-in</w:t>
      </w:r>
    </w:p>
    <w:p w:rsidR="00777EDD" w:rsidRDefault="000D515A">
      <w:r>
        <w:t>work in smaller sections</w:t>
      </w:r>
    </w:p>
    <w:p w:rsidR="00777EDD" w:rsidRDefault="000D515A">
      <w:r>
        <w:t>use fingers first when possible</w:t>
      </w:r>
    </w:p>
    <w:p w:rsidR="00777EDD" w:rsidRDefault="000D515A">
      <w:r>
        <w:t>reduce heat and pause any style that causes strain</w:t>
      </w:r>
    </w:p>
    <w:p w:rsidR="00777EDD" w:rsidRDefault="000D515A">
      <w:r>
        <w:t xml:space="preserve">avoid tight braids, slicked styles, or repeated </w:t>
      </w:r>
      <w:r>
        <w:t>pulling at the same area</w:t>
      </w:r>
    </w:p>
    <w:p w:rsidR="00777EDD" w:rsidRDefault="000D515A">
      <w:r>
        <w:lastRenderedPageBreak/>
        <w:t>trim damaged ends when needed</w:t>
      </w:r>
    </w:p>
    <w:p w:rsidR="00777EDD" w:rsidRDefault="000D515A">
      <w:r>
        <w:t>Pay close attention to the crown, edges, ends, and nape, as these areas often show stress first.</w:t>
      </w:r>
    </w:p>
    <w:p w:rsidR="00777EDD" w:rsidRDefault="000D515A">
      <w:r>
        <w:t>When to look more closely</w:t>
      </w:r>
    </w:p>
    <w:p w:rsidR="00777EDD" w:rsidRDefault="000D515A">
      <w:r>
        <w:t>If breakage continues even after you have simplified the routine, reduced tens</w:t>
      </w:r>
      <w:r>
        <w:t>ion, and improved moisture, it may be time to assess whether something else is contributing, such as ongoing scalp irritation, poor product response, or excessive styling stress.</w:t>
      </w:r>
    </w:p>
    <w:p w:rsidR="00777EDD" w:rsidRDefault="000D515A">
      <w:r>
        <w:t>Tangling</w:t>
      </w:r>
    </w:p>
    <w:p w:rsidR="00777EDD" w:rsidRDefault="000D515A">
      <w:r>
        <w:t>Tangling is very common in textured hair. Curls and coils natural</w:t>
      </w:r>
      <w:r>
        <w:t>ly wrap around one another, and that can lead to knots if the hair becomes dry, loose for too long, or insufficiently detangled between styles.</w:t>
      </w:r>
    </w:p>
    <w:p w:rsidR="00777EDD" w:rsidRDefault="000D515A">
      <w:r>
        <w:t>Tangling does not mean the hair is bad or unmanageable. It usually means it needs a little more structure and mo</w:t>
      </w:r>
      <w:r>
        <w:t>isture.</w:t>
      </w:r>
    </w:p>
    <w:p w:rsidR="00777EDD" w:rsidRDefault="000D515A">
      <w:r>
        <w:t>What may increase tangling</w:t>
      </w:r>
    </w:p>
    <w:p w:rsidR="00777EDD" w:rsidRDefault="000D515A">
      <w:r>
        <w:t>leaving the hair loose for long periods without protection</w:t>
      </w:r>
    </w:p>
    <w:p w:rsidR="00777EDD" w:rsidRDefault="000D515A">
      <w:r>
        <w:t>skipping wash day for too long</w:t>
      </w:r>
    </w:p>
    <w:p w:rsidR="00777EDD" w:rsidRDefault="000D515A">
      <w:r>
        <w:t>not detangling thoroughly during wash day</w:t>
      </w:r>
    </w:p>
    <w:p w:rsidR="00777EDD" w:rsidRDefault="000D515A">
      <w:r>
        <w:t>sleeping without satin protection</w:t>
      </w:r>
    </w:p>
    <w:p w:rsidR="00777EDD" w:rsidRDefault="000D515A">
      <w:r>
        <w:t>dry ends</w:t>
      </w:r>
    </w:p>
    <w:p w:rsidR="00777EDD" w:rsidRDefault="000D515A">
      <w:r>
        <w:t>leaving old styles in too long</w:t>
      </w:r>
    </w:p>
    <w:p w:rsidR="00777EDD" w:rsidRDefault="000D515A">
      <w:r>
        <w:t>rough play, fri</w:t>
      </w:r>
      <w:r>
        <w:t>ction, or frequent handling</w:t>
      </w:r>
    </w:p>
    <w:p w:rsidR="00777EDD" w:rsidRDefault="000D515A">
      <w:r>
        <w:t>What to try first</w:t>
      </w:r>
    </w:p>
    <w:p w:rsidR="00777EDD" w:rsidRDefault="000D515A">
      <w:r>
        <w:t>section the hair before detangling</w:t>
      </w:r>
    </w:p>
    <w:p w:rsidR="00777EDD" w:rsidRDefault="000D515A">
      <w:r>
        <w:t>use plenty of conditioner or leave-in for slip</w:t>
      </w:r>
    </w:p>
    <w:p w:rsidR="00777EDD" w:rsidRDefault="000D515A">
      <w:r>
        <w:t>finger-detangle gently before using a comb</w:t>
      </w:r>
    </w:p>
    <w:p w:rsidR="00777EDD" w:rsidRDefault="000D515A">
      <w:r>
        <w:t>start at the ends and work upward</w:t>
      </w:r>
    </w:p>
    <w:p w:rsidR="00777EDD" w:rsidRDefault="000D515A">
      <w:r>
        <w:t>refresh dry hair before trying to style it</w:t>
      </w:r>
    </w:p>
    <w:p w:rsidR="00777EDD" w:rsidRDefault="000D515A">
      <w:r>
        <w:t xml:space="preserve">use </w:t>
      </w:r>
      <w:r>
        <w:t>low-manipulation or protective styles between washes</w:t>
      </w:r>
    </w:p>
    <w:p w:rsidR="00777EDD" w:rsidRDefault="000D515A">
      <w:r>
        <w:t>Small tangles are usually easier to manage than severe ones. Regular maintenance often prevents the need for stressful rescue detangling later.</w:t>
      </w:r>
    </w:p>
    <w:p w:rsidR="00777EDD" w:rsidRDefault="000D515A">
      <w:r>
        <w:t>What not to do</w:t>
      </w:r>
    </w:p>
    <w:p w:rsidR="00777EDD" w:rsidRDefault="000D515A">
      <w:r>
        <w:t>Do not rush through knots with force. And te</w:t>
      </w:r>
      <w:r>
        <w:t>ach children not to pull at tangles with dry hands or try to rip through them themselves. That often makes the problem worse and can cause unnecessary breakage.</w:t>
      </w:r>
    </w:p>
    <w:p w:rsidR="00777EDD" w:rsidRDefault="000D515A">
      <w:r>
        <w:t>Sensitive Scalps</w:t>
      </w:r>
    </w:p>
    <w:p w:rsidR="00777EDD" w:rsidRDefault="000D515A">
      <w:r>
        <w:t>Some children naturally have tender scalps. Others develop sensitivity beca</w:t>
      </w:r>
      <w:r>
        <w:t>use of product irritation, tension, poor rinsing, or repeated pulling during styling. A sensitive scalp can make hair care feel stressful very quickly, especially if adults assume the child is exaggerating.</w:t>
      </w:r>
    </w:p>
    <w:p w:rsidR="00777EDD" w:rsidRDefault="000D515A">
      <w:r>
        <w:lastRenderedPageBreak/>
        <w:t>They usually are not.</w:t>
      </w:r>
    </w:p>
    <w:p w:rsidR="00777EDD" w:rsidRDefault="000D515A">
      <w:r>
        <w:t>Signs of a sensitive or irr</w:t>
      </w:r>
      <w:r>
        <w:t>itated scalp</w:t>
      </w:r>
    </w:p>
    <w:p w:rsidR="00777EDD" w:rsidRDefault="000D515A">
      <w:r>
        <w:t>frequent complaints that styling hurts</w:t>
      </w:r>
    </w:p>
    <w:p w:rsidR="00777EDD" w:rsidRDefault="000D515A">
      <w:r>
        <w:t>flinching during detangling</w:t>
      </w:r>
    </w:p>
    <w:p w:rsidR="00777EDD" w:rsidRDefault="000D515A">
      <w:r>
        <w:t>itching after washing or styling</w:t>
      </w:r>
    </w:p>
    <w:p w:rsidR="00777EDD" w:rsidRDefault="000D515A">
      <w:r>
        <w:t>redness or tenderness</w:t>
      </w:r>
    </w:p>
    <w:p w:rsidR="00777EDD" w:rsidRDefault="000D515A">
      <w:r>
        <w:t>bumps along the scalp or hairline</w:t>
      </w:r>
    </w:p>
    <w:p w:rsidR="00777EDD" w:rsidRDefault="000D515A">
      <w:r>
        <w:t>irritation after certain products or styles</w:t>
      </w:r>
    </w:p>
    <w:p w:rsidR="00777EDD" w:rsidRDefault="000D515A">
      <w:r>
        <w:t>Likely causes</w:t>
      </w:r>
    </w:p>
    <w:p w:rsidR="00777EDD" w:rsidRDefault="000D515A">
      <w:r>
        <w:t>Scalp sensitivity may be link</w:t>
      </w:r>
      <w:r>
        <w:t>ed to:</w:t>
      </w:r>
    </w:p>
    <w:p w:rsidR="00777EDD" w:rsidRDefault="000D515A">
      <w:r>
        <w:t>tight styles</w:t>
      </w:r>
    </w:p>
    <w:p w:rsidR="00777EDD" w:rsidRDefault="000D515A">
      <w:r>
        <w:t>rough detangling</w:t>
      </w:r>
    </w:p>
    <w:p w:rsidR="00777EDD" w:rsidRDefault="000D515A">
      <w:r>
        <w:t>heavy product buildup</w:t>
      </w:r>
    </w:p>
    <w:p w:rsidR="00777EDD" w:rsidRDefault="000D515A">
      <w:r>
        <w:t>fragrances or ingredients that irritate the skin</w:t>
      </w:r>
    </w:p>
    <w:p w:rsidR="00777EDD" w:rsidRDefault="000D515A">
      <w:r>
        <w:t>poor rinsing after shampoo or conditioner</w:t>
      </w:r>
    </w:p>
    <w:p w:rsidR="00777EDD" w:rsidRDefault="000D515A">
      <w:r>
        <w:t>scratching with nails</w:t>
      </w:r>
    </w:p>
    <w:p w:rsidR="00777EDD" w:rsidRDefault="000D515A">
      <w:r>
        <w:t>pre-existing scalp conditions</w:t>
      </w:r>
    </w:p>
    <w:p w:rsidR="00777EDD" w:rsidRDefault="000D515A">
      <w:r>
        <w:t>What to try first</w:t>
      </w:r>
    </w:p>
    <w:p w:rsidR="00777EDD" w:rsidRDefault="000D515A">
      <w:r>
        <w:t>use gentle, child-friendly products</w:t>
      </w:r>
    </w:p>
    <w:p w:rsidR="00777EDD" w:rsidRDefault="000D515A">
      <w:r>
        <w:t>massage the scalp with fingertips only during wash day and oiling</w:t>
      </w:r>
    </w:p>
    <w:p w:rsidR="00777EDD" w:rsidRDefault="000D515A">
      <w:r>
        <w:t>rinse thoroughly after washing</w:t>
      </w:r>
    </w:p>
    <w:p w:rsidR="00777EDD" w:rsidRDefault="000D515A">
      <w:r>
        <w:t>base the scalp regularly with a light, fragrance-free oil — this helps maintain the scalp’s moisture barrier and can reduce sensitivity over time</w:t>
      </w:r>
    </w:p>
    <w:p w:rsidR="00777EDD" w:rsidRDefault="000D515A">
      <w:r>
        <w:t>choose looser</w:t>
      </w:r>
      <w:r>
        <w:t>, lower-tension styles</w:t>
      </w:r>
    </w:p>
    <w:p w:rsidR="00777EDD" w:rsidRDefault="000D515A">
      <w:r>
        <w:t>simplify products if you suspect irritation</w:t>
      </w:r>
    </w:p>
    <w:p w:rsidR="00777EDD" w:rsidRDefault="000D515A">
      <w:r>
        <w:t>monitor whether certain ingredients seem to trigger discomfort</w:t>
      </w:r>
    </w:p>
    <w:p w:rsidR="00777EDD" w:rsidRDefault="000D515A">
      <w:r>
        <w:t>If your child regularly says something hurts, take that seriously. Hair care should not require them to endure ongoing pain.</w:t>
      </w:r>
    </w:p>
    <w:p w:rsidR="00777EDD" w:rsidRDefault="000D515A">
      <w:r>
        <w:t>When to seek professional help</w:t>
      </w:r>
    </w:p>
    <w:p w:rsidR="00777EDD" w:rsidRDefault="000D515A">
      <w:r>
        <w:t>If irritation persists, if the scalp becomes inflamed, or if you notice painful bumps, persistent flaking, hair loss, or unusual tenderness, consult a pediatric dermatologist, doctor, or another qualified professional. Some s</w:t>
      </w:r>
      <w:r>
        <w:t>calp concerns need medical evaluation rather than more trial-and-error at home.</w:t>
      </w:r>
    </w:p>
    <w:p w:rsidR="00777EDD" w:rsidRDefault="000D515A">
      <w:r>
        <w:t>5. Dry Scalp, Flaking, and Product Buildup</w:t>
      </w:r>
    </w:p>
    <w:p w:rsidR="00777EDD" w:rsidRDefault="000D515A">
      <w:r>
        <w:lastRenderedPageBreak/>
        <w:t>Parents sometimes assume every flaky scalp is “dry scalp,” but flaking can come from different causes. The scalp may truly be dry, or</w:t>
      </w:r>
      <w:r>
        <w:t xml:space="preserve"> there may be buildup from products, incomplete rinsing, or an underlying skin condition.</w:t>
      </w:r>
    </w:p>
    <w:p w:rsidR="00777EDD" w:rsidRDefault="000D515A">
      <w:r>
        <w:t>Two scalp conditions worth knowing by name are seborrheic dermatitis and eczema. Seborrheic dermatitis often presents as yellowish or white flaking, sometimes with re</w:t>
      </w:r>
      <w:r>
        <w:t xml:space="preserve">dness or a slightly greasy texture at the scalp. It is not caused by poor hygiene and is not contagious, but it benefits from appropriate treatment rather than guesswork. Eczema on the scalp can cause patches of dryness, persistent itching, and heightened </w:t>
      </w:r>
      <w:r>
        <w:t>sensitivity, and may be triggered or worsened by certain product ingredients, fragrances, or seasonal changes. Both conditions are manageable with the right guidance. If gentle cleansing and product simplification do not resolve ongoing scalp concerns, a v</w:t>
      </w:r>
      <w:r>
        <w:t>isit to a pediatric dermatologist is the most reliable next step.</w:t>
      </w:r>
    </w:p>
    <w:p w:rsidR="00777EDD" w:rsidRDefault="000D515A">
      <w:r>
        <w:t>Dry Scalp, Flaking, and Product Buildup</w:t>
      </w:r>
    </w:p>
    <w:p w:rsidR="00777EDD" w:rsidRDefault="000D515A">
      <w:r>
        <w:t>small dry flakes</w:t>
      </w:r>
    </w:p>
    <w:p w:rsidR="00777EDD" w:rsidRDefault="000D515A">
      <w:r>
        <w:t>tight or itchy feeling</w:t>
      </w:r>
    </w:p>
    <w:p w:rsidR="00777EDD" w:rsidRDefault="000D515A">
      <w:r>
        <w:t>improvement when moisture and gentler cleansing increase</w:t>
      </w:r>
    </w:p>
    <w:p w:rsidR="00777EDD" w:rsidRDefault="000D515A">
      <w:r>
        <w:t>Product buildup may look like</w:t>
      </w:r>
    </w:p>
    <w:p w:rsidR="00777EDD" w:rsidRDefault="000D515A">
      <w:r>
        <w:t>residue on the scalp or hair</w:t>
      </w:r>
    </w:p>
    <w:p w:rsidR="00777EDD" w:rsidRDefault="000D515A">
      <w:r>
        <w:t>flakes mix</w:t>
      </w:r>
      <w:r>
        <w:t>ed with greasy or sticky feel</w:t>
      </w:r>
    </w:p>
    <w:p w:rsidR="00777EDD" w:rsidRDefault="000D515A">
      <w:r>
        <w:t>scalp seeming dull, coated, or congested</w:t>
      </w:r>
    </w:p>
    <w:p w:rsidR="00777EDD" w:rsidRDefault="000D515A">
      <w:r>
        <w:t>hair struggling to absorb moisture well</w:t>
      </w:r>
    </w:p>
    <w:p w:rsidR="00777EDD" w:rsidRDefault="000D515A">
      <w:r>
        <w:t>What to try first</w:t>
      </w:r>
    </w:p>
    <w:p w:rsidR="00777EDD" w:rsidRDefault="000D515A">
      <w:r>
        <w:t>If you suspect dry scalp:</w:t>
      </w:r>
    </w:p>
    <w:p w:rsidR="00777EDD" w:rsidRDefault="000D515A">
      <w:r>
        <w:t>use gentle shampooing</w:t>
      </w:r>
    </w:p>
    <w:p w:rsidR="00777EDD" w:rsidRDefault="000D515A">
      <w:r>
        <w:t>avoid over-washing</w:t>
      </w:r>
    </w:p>
    <w:p w:rsidR="00777EDD" w:rsidRDefault="000D515A">
      <w:r>
        <w:t>make sure the scalp is not being stripped with harsh product</w:t>
      </w:r>
      <w:r>
        <w:t>s</w:t>
      </w:r>
    </w:p>
    <w:p w:rsidR="00777EDD" w:rsidRDefault="000D515A">
      <w:r>
        <w:t>keep the routine balanced and simple</w:t>
      </w:r>
    </w:p>
    <w:p w:rsidR="00777EDD" w:rsidRDefault="000D515A">
      <w:r>
        <w:t>If you suspect buildup:</w:t>
      </w:r>
    </w:p>
    <w:p w:rsidR="00777EDD" w:rsidRDefault="000D515A">
      <w:r>
        <w:t>wash the scalp thoroughly</w:t>
      </w:r>
    </w:p>
    <w:p w:rsidR="00777EDD" w:rsidRDefault="000D515A">
      <w:r>
        <w:t>rinse products out more carefully</w:t>
      </w:r>
    </w:p>
    <w:p w:rsidR="00777EDD" w:rsidRDefault="000D515A">
      <w:r>
        <w:t>reduce very heavy oils, greases, or layers of product</w:t>
      </w:r>
    </w:p>
    <w:p w:rsidR="00777EDD" w:rsidRDefault="000D515A">
      <w:r>
        <w:t>avoid piling on new products without knowing whether the old ones are still sit</w:t>
      </w:r>
      <w:r>
        <w:t>ting on the scalp</w:t>
      </w:r>
    </w:p>
    <w:p w:rsidR="00777EDD" w:rsidRDefault="000D515A">
      <w:r>
        <w:t>If flaking is severe, persistent, or associated with redness, sores, or hair loss, it is wise to seek professional help rather than guessing.</w:t>
      </w:r>
    </w:p>
    <w:p w:rsidR="00777EDD" w:rsidRDefault="000D515A">
      <w:r>
        <w:t>6. Edge Damage and Tension Stress</w:t>
      </w:r>
    </w:p>
    <w:p w:rsidR="00777EDD" w:rsidRDefault="000D515A">
      <w:r>
        <w:t xml:space="preserve">The edges are often one of the first places to show damage </w:t>
      </w:r>
      <w:r>
        <w:t>when hair is under repeated tension. This can happen gradually and quietly, especially when styles look neat on the outside.</w:t>
      </w:r>
    </w:p>
    <w:p w:rsidR="00777EDD" w:rsidRDefault="000D515A">
      <w:r>
        <w:t>Signs of tension stress</w:t>
      </w:r>
    </w:p>
    <w:p w:rsidR="00777EDD" w:rsidRDefault="000D515A">
      <w:r>
        <w:lastRenderedPageBreak/>
        <w:t>thinning around the front or sides</w:t>
      </w:r>
    </w:p>
    <w:p w:rsidR="00777EDD" w:rsidRDefault="000D515A">
      <w:r>
        <w:t>broken hairs around the hairline</w:t>
      </w:r>
    </w:p>
    <w:p w:rsidR="00777EDD" w:rsidRDefault="000D515A">
      <w:r>
        <w:t>tenderness after styling</w:t>
      </w:r>
    </w:p>
    <w:p w:rsidR="00777EDD" w:rsidRDefault="000D515A">
      <w:r>
        <w:t>little bumps a</w:t>
      </w:r>
      <w:r>
        <w:t>long tight braided parts</w:t>
      </w:r>
    </w:p>
    <w:p w:rsidR="00777EDD" w:rsidRDefault="000D515A">
      <w:r>
        <w:t>scalp looking shiny from pulling</w:t>
      </w:r>
    </w:p>
    <w:p w:rsidR="00777EDD" w:rsidRDefault="000D515A">
      <w:r>
        <w:t>Likely causes</w:t>
      </w:r>
    </w:p>
    <w:p w:rsidR="00777EDD" w:rsidRDefault="000D515A">
      <w:r>
        <w:t>repeated tight puffs</w:t>
      </w:r>
    </w:p>
    <w:p w:rsidR="00777EDD" w:rsidRDefault="000D515A">
      <w:r>
        <w:t>tight cornrows or braids</w:t>
      </w:r>
    </w:p>
    <w:p w:rsidR="00777EDD" w:rsidRDefault="000D515A">
      <w:r>
        <w:t>frequent slicked-back styles</w:t>
      </w:r>
    </w:p>
    <w:p w:rsidR="00777EDD" w:rsidRDefault="000D515A">
      <w:r>
        <w:t>styling the hair in the same direction every day</w:t>
      </w:r>
    </w:p>
    <w:p w:rsidR="00777EDD" w:rsidRDefault="000D515A">
      <w:r>
        <w:t>heavy extension styles</w:t>
      </w:r>
    </w:p>
    <w:p w:rsidR="00777EDD" w:rsidRDefault="000D515A">
      <w:r>
        <w:t>ignoring complaints of pain</w:t>
      </w:r>
    </w:p>
    <w:p w:rsidR="00777EDD" w:rsidRDefault="000D515A">
      <w:r>
        <w:t>What to t</w:t>
      </w:r>
      <w:r>
        <w:t>ry first</w:t>
      </w:r>
    </w:p>
    <w:p w:rsidR="00777EDD" w:rsidRDefault="000D515A">
      <w:r>
        <w:t>loosen styles immediately if they are tight</w:t>
      </w:r>
    </w:p>
    <w:p w:rsidR="00777EDD" w:rsidRDefault="000D515A">
      <w:r>
        <w:t>stop repeated pulling at the hairline</w:t>
      </w:r>
    </w:p>
    <w:p w:rsidR="00777EDD" w:rsidRDefault="000D515A">
      <w:r>
        <w:t>choose softer, lower-tension styles</w:t>
      </w:r>
    </w:p>
    <w:p w:rsidR="00777EDD" w:rsidRDefault="000D515A">
      <w:r>
        <w:t>Edge Damage and Tension Stress</w:t>
      </w:r>
    </w:p>
    <w:p w:rsidR="00777EDD" w:rsidRDefault="000D515A">
      <w:r>
        <w:t>give the edges rest between styles</w:t>
      </w:r>
    </w:p>
    <w:p w:rsidR="00777EDD" w:rsidRDefault="000D515A">
      <w:r>
        <w:t>prioritize scalp comfort over neatness</w:t>
      </w:r>
    </w:p>
    <w:p w:rsidR="00777EDD" w:rsidRDefault="000D515A">
      <w:r>
        <w:t>Edges do best</w:t>
      </w:r>
      <w:r>
        <w:t xml:space="preserve"> when they are treated gently and not asked to bear too much repeated strain.</w:t>
      </w:r>
    </w:p>
    <w:p w:rsidR="00777EDD" w:rsidRDefault="000D515A">
      <w:r>
        <w:t>7. Hair Growth Myths</w:t>
      </w:r>
    </w:p>
    <w:p w:rsidR="00777EDD" w:rsidRDefault="000D515A">
      <w:r>
        <w:t>Hair growth is one of the areas where parents are often given the most confusing advice. There are many promises, miracle oils, and myths that suggest hair w</w:t>
      </w:r>
      <w:r>
        <w:t>ill suddenly grow faster if the right trick is found.</w:t>
      </w:r>
    </w:p>
    <w:p w:rsidR="00777EDD" w:rsidRDefault="000D515A">
      <w:r>
        <w:t>In reality, healthy hair growth usually depends more on scalp health, moisture, gentle handling, low tension, and patience than on miracle products.</w:t>
      </w:r>
    </w:p>
    <w:p w:rsidR="00777EDD" w:rsidRDefault="000D515A">
      <w:r>
        <w:t>Common myths</w:t>
      </w:r>
    </w:p>
    <w:p w:rsidR="00777EDD" w:rsidRDefault="000D515A">
      <w:r>
        <w:t>Myth: Brushing more makes hair grow fast</w:t>
      </w:r>
      <w:r>
        <w:t>er.</w:t>
      </w:r>
      <w:r>
        <w:br/>
        <w:t>Excessive brushing often creates friction and breakage instead.</w:t>
      </w:r>
    </w:p>
    <w:p w:rsidR="00777EDD" w:rsidRDefault="000D515A">
      <w:r>
        <w:t>Myth: Heavy oils automatically grow hair.</w:t>
      </w:r>
      <w:r>
        <w:br/>
        <w:t>Oils may support moisture retention, but they do not replace consistent hair care.</w:t>
      </w:r>
    </w:p>
    <w:p w:rsidR="00777EDD" w:rsidRDefault="000D515A">
      <w:r>
        <w:t>Myth: Tight styles help hair “stay stretched” and grow better.</w:t>
      </w:r>
      <w:r>
        <w:br/>
      </w:r>
      <w:r>
        <w:t>Tight styles may actually increase breakage and tension damage.</w:t>
      </w:r>
    </w:p>
    <w:p w:rsidR="00777EDD" w:rsidRDefault="000D515A">
      <w:r>
        <w:t>Myth: More products equal faster results.</w:t>
      </w:r>
      <w:r>
        <w:br/>
        <w:t>Too many products can create buildup and confusion rather than progress.</w:t>
      </w:r>
    </w:p>
    <w:p w:rsidR="00777EDD" w:rsidRDefault="000D515A">
      <w:r>
        <w:t>What helps more than hype</w:t>
      </w:r>
    </w:p>
    <w:p w:rsidR="00777EDD" w:rsidRDefault="000D515A">
      <w:r>
        <w:lastRenderedPageBreak/>
        <w:t>a healthy scalp</w:t>
      </w:r>
    </w:p>
    <w:p w:rsidR="00777EDD" w:rsidRDefault="000D515A">
      <w:r>
        <w:t>regular cleansing and conditioning</w:t>
      </w:r>
    </w:p>
    <w:p w:rsidR="00777EDD" w:rsidRDefault="000D515A">
      <w:r>
        <w:t>detangling with slip</w:t>
      </w:r>
    </w:p>
    <w:p w:rsidR="00777EDD" w:rsidRDefault="000D515A">
      <w:r>
        <w:t>protecting the ends</w:t>
      </w:r>
    </w:p>
    <w:p w:rsidR="00777EDD" w:rsidRDefault="000D515A">
      <w:r>
        <w:t>avoiding excessive heat</w:t>
      </w:r>
    </w:p>
    <w:p w:rsidR="00777EDD" w:rsidRDefault="000D515A">
      <w:r>
        <w:t>reducing tension</w:t>
      </w:r>
    </w:p>
    <w:p w:rsidR="00777EDD" w:rsidRDefault="000D515A">
      <w:r>
        <w:t>Hair Growth Myths</w:t>
      </w:r>
    </w:p>
    <w:p w:rsidR="00777EDD" w:rsidRDefault="000D515A">
      <w:r>
        <w:t>Hair growth is gradual. Progress may be easier to notice over months than over days or weeks. It helps to celebrate health, softness, and reduce</w:t>
      </w:r>
      <w:r>
        <w:t>d breakage — not just length alone.</w:t>
      </w:r>
    </w:p>
    <w:p w:rsidR="00777EDD" w:rsidRDefault="000D515A">
      <w:r>
        <w:t>8. When Challenges Do Not Mean Failure</w:t>
      </w:r>
    </w:p>
    <w:p w:rsidR="00777EDD" w:rsidRDefault="000D515A">
      <w:r>
        <w:t>One of the most important things to remember is that hair challenges are normal. Dryness, tangling, and even setbacks happen in almost every family learning textured hair care. They</w:t>
      </w:r>
      <w:r>
        <w:t xml:space="preserve"> do not mean you are incapable. They do not mean the child’s hair is too difficult. They usually mean something in the routine needs adjusting.</w:t>
      </w:r>
    </w:p>
    <w:p w:rsidR="00777EDD" w:rsidRDefault="000D515A">
      <w:r>
        <w:t>That is very different from failure.</w:t>
      </w:r>
    </w:p>
    <w:p w:rsidR="00777EDD" w:rsidRDefault="000D515A">
      <w:r>
        <w:t>Healthy hair care often improves through observation:</w:t>
      </w:r>
    </w:p>
    <w:p w:rsidR="00777EDD" w:rsidRDefault="000D515A">
      <w:r>
        <w:t>What keeps happening?</w:t>
      </w:r>
    </w:p>
    <w:p w:rsidR="00777EDD" w:rsidRDefault="000D515A">
      <w:r>
        <w:t>Where is the problem showing up?</w:t>
      </w:r>
    </w:p>
    <w:p w:rsidR="00777EDD" w:rsidRDefault="000D515A">
      <w:r>
        <w:t>What changed recently?</w:t>
      </w:r>
    </w:p>
    <w:p w:rsidR="00777EDD" w:rsidRDefault="000D515A">
      <w:r>
        <w:t>Is the routine too rough, too inconsistent, or too complicated?</w:t>
      </w:r>
    </w:p>
    <w:p w:rsidR="00777EDD" w:rsidRDefault="000D515A">
      <w:r>
        <w:t>What can we simplify first?</w:t>
      </w:r>
    </w:p>
    <w:p w:rsidR="00777EDD" w:rsidRDefault="000D515A">
      <w:r>
        <w:t>Often the answer is not to do more, but to do the basics more faithfully.</w:t>
      </w:r>
    </w:p>
    <w:p w:rsidR="00777EDD" w:rsidRDefault="000D515A">
      <w:r>
        <w:t>A Restorative Perspective</w:t>
      </w:r>
    </w:p>
    <w:p w:rsidR="00777EDD" w:rsidRDefault="000D515A">
      <w:r>
        <w:t>Challen</w:t>
      </w:r>
      <w:r>
        <w:t>ges are not signs that something is wrong with your child’s hair. They are invitations to slow down, pay attention, and respond with wisdom. Textured hair often flourishes not under pressure, but under patient, steady care.</w:t>
      </w:r>
    </w:p>
    <w:p w:rsidR="00777EDD" w:rsidRDefault="000D515A">
      <w:r>
        <w:t>When parents meet challenges wit</w:t>
      </w:r>
      <w:r>
        <w:t>hout panic or shame, they teach children something important: problems can be handled gently. Difficult moments do not erase dignity. Setbacks do not cancel beauty.</w:t>
      </w:r>
    </w:p>
    <w:p w:rsidR="00777EDD" w:rsidRDefault="000D515A">
      <w:r>
        <w:t>That is part of restoration too.</w:t>
      </w:r>
    </w:p>
    <w:p w:rsidR="00777EDD" w:rsidRDefault="000D515A">
      <w:r>
        <w:br w:type="page"/>
      </w:r>
    </w:p>
    <w:p w:rsidR="00777EDD" w:rsidRDefault="000D515A">
      <w:pPr>
        <w:pStyle w:val="Heading1"/>
      </w:pPr>
      <w:r>
        <w:rPr>
          <w:color w:val="5C3080"/>
        </w:rPr>
        <w:lastRenderedPageBreak/>
        <w:t>Chapter 10</w:t>
      </w:r>
    </w:p>
    <w:p w:rsidR="00777EDD" w:rsidRDefault="000D515A">
      <w:pPr>
        <w:pStyle w:val="Heading2"/>
      </w:pPr>
      <w:r>
        <w:rPr>
          <w:color w:val="464646"/>
        </w:rPr>
        <w:t>Celebrating Hair, Identity, and Confidence</w:t>
      </w:r>
    </w:p>
    <w:p w:rsidR="00777EDD" w:rsidRDefault="000D515A">
      <w:r>
        <w:t>He</w:t>
      </w:r>
      <w:r>
        <w:t>althy hair care is not only about avoiding damage. It is also about helping a child experience their hair as something worthy of delight, dignity, and confidence.</w:t>
      </w:r>
    </w:p>
    <w:p w:rsidR="00777EDD" w:rsidRDefault="00777EDD"/>
    <w:p w:rsidR="00777EDD" w:rsidRDefault="000D515A">
      <w:r>
        <w:t xml:space="preserve">By the time a family has learned the basics of washing, moisturizing, styling, and </w:t>
      </w:r>
      <w:r>
        <w:t>protecting textured hair, another task becomes important: helping the child see their hair not merely as something to manage, but as something to value.</w:t>
      </w:r>
    </w:p>
    <w:p w:rsidR="00777EDD" w:rsidRDefault="00777EDD">
      <w:r>
        <w:t>When Challenges Do Not Mean Failure</w:t>
      </w:r>
    </w:p>
    <w:p w:rsidR="00777EDD" w:rsidRDefault="000D515A">
      <w:r>
        <w:t>Beyond Maintenance</w:t>
      </w:r>
    </w:p>
    <w:p w:rsidR="00777EDD" w:rsidRDefault="00777EDD"/>
    <w:p w:rsidR="00777EDD" w:rsidRDefault="000D515A">
      <w:r>
        <w:t>It is possible for a child's hair to be technically well cared for and still for t</w:t>
      </w:r>
      <w:r>
        <w:t>hat child to feel self-conscious, outside the picture, or quietly unsure of their beauty.</w:t>
      </w:r>
    </w:p>
    <w:p w:rsidR="00777EDD" w:rsidRDefault="00777EDD"/>
    <w:p w:rsidR="00777EDD" w:rsidRDefault="000D515A">
      <w:r>
        <w:t>That is why celebration matters.</w:t>
      </w:r>
    </w:p>
    <w:p w:rsidR="00777EDD" w:rsidRDefault="00777EDD"/>
    <w:p w:rsidR="00777EDD" w:rsidRDefault="000D515A">
      <w:r>
        <w:t>Representation Matters</w:t>
      </w:r>
    </w:p>
    <w:p w:rsidR="00777EDD" w:rsidRDefault="00777EDD"/>
    <w:p w:rsidR="00777EDD" w:rsidRDefault="000D515A">
      <w:r>
        <w:t>Children gain confidence when they see people who look like them represented with beauty, dignity, and norm</w:t>
      </w:r>
      <w:r>
        <w:t>alcy.</w:t>
      </w:r>
    </w:p>
    <w:p w:rsidR="00777EDD" w:rsidRDefault="00777EDD"/>
    <w:p w:rsidR="00777EDD" w:rsidRDefault="000D515A">
      <w:r>
        <w:t>Representation can be built intentionally through:</w:t>
      </w:r>
    </w:p>
    <w:p w:rsidR="00777EDD" w:rsidRDefault="000D515A">
      <w:pPr>
        <w:pStyle w:val="ListBullet"/>
      </w:pPr>
      <w:r>
        <w:t>books with Black protagonists and textured hairstyles</w:t>
      </w:r>
    </w:p>
    <w:p w:rsidR="00777EDD" w:rsidRDefault="000D515A">
      <w:pPr>
        <w:pStyle w:val="ListBullet"/>
      </w:pPr>
      <w:r>
        <w:t>dolls with curls, coils, braids, or afros</w:t>
      </w:r>
    </w:p>
    <w:p w:rsidR="00777EDD" w:rsidRDefault="000D515A">
      <w:pPr>
        <w:pStyle w:val="ListBullet"/>
      </w:pPr>
      <w:r>
        <w:t>films and shows with positive textured-hair representation</w:t>
      </w:r>
    </w:p>
    <w:p w:rsidR="00777EDD" w:rsidRDefault="000D515A">
      <w:pPr>
        <w:pStyle w:val="ListBullet"/>
      </w:pPr>
      <w:r>
        <w:t xml:space="preserve">teachers, stylists, mentors, and leaders </w:t>
      </w:r>
      <w:r>
        <w:t>who reflect your child's features</w:t>
      </w:r>
    </w:p>
    <w:p w:rsidR="00777EDD" w:rsidRDefault="000D515A">
      <w:pPr>
        <w:pStyle w:val="ListBullet"/>
      </w:pPr>
      <w:r>
        <w:t>church and home spaces where Black beauty is visible and honored</w:t>
      </w:r>
    </w:p>
    <w:p w:rsidR="00777EDD" w:rsidRDefault="00777EDD"/>
    <w:p w:rsidR="00777EDD" w:rsidRDefault="000D515A">
      <w:r>
        <w:t>Celebration in Everyday Life</w:t>
      </w:r>
    </w:p>
    <w:p w:rsidR="00777EDD" w:rsidRDefault="00777EDD"/>
    <w:p w:rsidR="00777EDD" w:rsidRDefault="000D515A">
      <w:r>
        <w:t>Celebrating your child's hair does not need to be dramatic. It can be woven into ordinary life in small and meaningful ways.</w:t>
      </w:r>
    </w:p>
    <w:p w:rsidR="00777EDD" w:rsidRDefault="00777EDD"/>
    <w:p w:rsidR="00777EDD" w:rsidRDefault="000D515A">
      <w:r>
        <w:t>You can:</w:t>
      </w:r>
    </w:p>
    <w:p w:rsidR="00777EDD" w:rsidRDefault="000D515A">
      <w:pPr>
        <w:pStyle w:val="ListBullet"/>
      </w:pPr>
      <w:r>
        <w:t>speak with delight when caring for their hair</w:t>
      </w:r>
    </w:p>
    <w:p w:rsidR="00777EDD" w:rsidRDefault="000D515A">
      <w:pPr>
        <w:pStyle w:val="ListBullet"/>
      </w:pPr>
      <w:r>
        <w:lastRenderedPageBreak/>
        <w:t>keep affirming language consistent</w:t>
      </w:r>
    </w:p>
    <w:p w:rsidR="00777EDD" w:rsidRDefault="000D515A">
      <w:pPr>
        <w:pStyle w:val="ListBullet"/>
      </w:pPr>
      <w:r>
        <w:t>display books and images that reflect textured hair positively</w:t>
      </w:r>
    </w:p>
    <w:p w:rsidR="00777EDD" w:rsidRDefault="000D515A">
      <w:pPr>
        <w:pStyle w:val="ListBullet"/>
      </w:pPr>
      <w:r>
        <w:t>let your child choose between healthy style options</w:t>
      </w:r>
    </w:p>
    <w:p w:rsidR="00777EDD" w:rsidRDefault="000D515A">
      <w:pPr>
        <w:pStyle w:val="ListBullet"/>
      </w:pPr>
      <w:r>
        <w:t xml:space="preserve">normalize curls, coils, braids, twists, afros, and </w:t>
      </w:r>
      <w:r>
        <w:t>locs in your home</w:t>
      </w:r>
    </w:p>
    <w:p w:rsidR="00777EDD" w:rsidRDefault="000D515A">
      <w:pPr>
        <w:pStyle w:val="ListBullet"/>
      </w:pPr>
      <w:r>
        <w:t>celebrate learning and confidence, not only appearance</w:t>
      </w:r>
    </w:p>
    <w:p w:rsidR="00777EDD" w:rsidRDefault="000D515A">
      <w:pPr>
        <w:pStyle w:val="ListBullet"/>
      </w:pPr>
      <w:r>
        <w:t>treat hair care as an act of honor rather than a chore to get through</w:t>
      </w:r>
    </w:p>
    <w:p w:rsidR="00777EDD" w:rsidRDefault="00777EDD"/>
    <w:p w:rsidR="00777EDD" w:rsidRDefault="000D515A">
      <w:r>
        <w:t>Helping Children Navigate the World</w:t>
      </w:r>
    </w:p>
    <w:p w:rsidR="00777EDD" w:rsidRDefault="00777EDD"/>
    <w:p w:rsidR="00777EDD" w:rsidRDefault="000D515A">
      <w:r>
        <w:t>Even when a child is celebrated at home, they may still encounter comments,</w:t>
      </w:r>
      <w:r>
        <w:t xml:space="preserve"> ignorance, or comparison outside the home.</w:t>
      </w:r>
    </w:p>
    <w:p w:rsidR="00777EDD" w:rsidRDefault="00777EDD"/>
    <w:p w:rsidR="00777EDD" w:rsidRDefault="000D515A">
      <w:r>
        <w:t>Help your child know:</w:t>
      </w:r>
    </w:p>
    <w:p w:rsidR="00777EDD" w:rsidRDefault="000D515A">
      <w:pPr>
        <w:pStyle w:val="ListBullet"/>
      </w:pPr>
      <w:r>
        <w:t>their hair does not need to imitate someone else's to be beautiful</w:t>
      </w:r>
    </w:p>
    <w:p w:rsidR="00777EDD" w:rsidRDefault="000D515A">
      <w:pPr>
        <w:pStyle w:val="ListBullet"/>
      </w:pPr>
      <w:r>
        <w:t>people may not always understand what they do not know</w:t>
      </w:r>
    </w:p>
    <w:p w:rsidR="00777EDD" w:rsidRDefault="000D515A">
      <w:pPr>
        <w:pStyle w:val="ListBullet"/>
      </w:pPr>
      <w:r>
        <w:t>questions from others do not define them</w:t>
      </w:r>
    </w:p>
    <w:p w:rsidR="00777EDD" w:rsidRDefault="000D515A">
      <w:pPr>
        <w:pStyle w:val="ListBullet"/>
      </w:pPr>
      <w:r>
        <w:t>their texture is not somet</w:t>
      </w:r>
      <w:r>
        <w:t>hing to apologize for</w:t>
      </w:r>
    </w:p>
    <w:p w:rsidR="00777EDD" w:rsidRDefault="000D515A">
      <w:pPr>
        <w:pStyle w:val="ListBullet"/>
      </w:pPr>
      <w:r>
        <w:t>their natural hair is worthy of space, care, and confidence</w:t>
      </w:r>
    </w:p>
    <w:p w:rsidR="00777EDD" w:rsidRDefault="00777EDD"/>
    <w:p w:rsidR="00777EDD" w:rsidRDefault="000D515A">
      <w:r>
        <w:t>Examining Our Own Assumptions</w:t>
      </w:r>
    </w:p>
    <w:p w:rsidR="00777EDD" w:rsidRDefault="00777EDD"/>
    <w:p w:rsidR="00777EDD" w:rsidRDefault="000D515A">
      <w:r>
        <w:t>Parents and caregivers also need room to reflect on their own ideas about beauty, neatness, and acceptability.</w:t>
      </w:r>
    </w:p>
    <w:p w:rsidR="00777EDD" w:rsidRDefault="00777EDD"/>
    <w:p w:rsidR="00777EDD" w:rsidRDefault="000D515A">
      <w:r>
        <w:t>Helpful questions for adults m</w:t>
      </w:r>
      <w:r>
        <w:t>ay include:</w:t>
      </w:r>
    </w:p>
    <w:p w:rsidR="00777EDD" w:rsidRDefault="000D515A">
      <w:pPr>
        <w:pStyle w:val="ListBullet"/>
      </w:pPr>
      <w:r>
        <w:t>Do I associate neatness too strongly with straightness or slickness?</w:t>
      </w:r>
    </w:p>
    <w:p w:rsidR="00777EDD" w:rsidRDefault="000D515A">
      <w:pPr>
        <w:pStyle w:val="ListBullet"/>
      </w:pPr>
      <w:r>
        <w:t>Am I choosing this style because it is healthy and comfortable, or because it makes me feel less self-conscious?</w:t>
      </w:r>
    </w:p>
    <w:p w:rsidR="00777EDD" w:rsidRDefault="000D515A">
      <w:pPr>
        <w:pStyle w:val="ListBullet"/>
      </w:pPr>
      <w:r>
        <w:t>Do my words show delight in my child's natural texture, or onl</w:t>
      </w:r>
      <w:r>
        <w:t>y in certain styles?</w:t>
      </w:r>
    </w:p>
    <w:p w:rsidR="00777EDD" w:rsidRDefault="000D515A">
      <w:pPr>
        <w:pStyle w:val="ListBullet"/>
      </w:pPr>
      <w:r>
        <w:t>Am I learning to appreciate the child's hair on its own terms?</w:t>
      </w:r>
    </w:p>
    <w:p w:rsidR="00777EDD" w:rsidRDefault="00777EDD"/>
    <w:p w:rsidR="00777EDD" w:rsidRDefault="000D515A">
      <w:r>
        <w:t>Cultural Appreciation and Respect</w:t>
      </w:r>
    </w:p>
    <w:p w:rsidR="00777EDD" w:rsidRDefault="00777EDD"/>
    <w:p w:rsidR="00777EDD" w:rsidRDefault="000D515A">
      <w:r>
        <w:t>Hair is often part of a much bigger story. For many Black children, hair is connected not only to personal style, but also to cultural i</w:t>
      </w:r>
      <w:r>
        <w:t>dentity, memory, community, and heritage.</w:t>
      </w:r>
    </w:p>
    <w:p w:rsidR="00777EDD" w:rsidRDefault="00777EDD"/>
    <w:p w:rsidR="00777EDD" w:rsidRDefault="000D515A">
      <w:r>
        <w:t>Daily respect may look like:</w:t>
      </w:r>
    </w:p>
    <w:p w:rsidR="00777EDD" w:rsidRDefault="000D515A">
      <w:pPr>
        <w:pStyle w:val="ListBullet"/>
      </w:pPr>
      <w:r>
        <w:t>learning the names of styles properly</w:t>
      </w:r>
    </w:p>
    <w:p w:rsidR="00777EDD" w:rsidRDefault="000D515A">
      <w:pPr>
        <w:pStyle w:val="ListBullet"/>
      </w:pPr>
      <w:r>
        <w:lastRenderedPageBreak/>
        <w:t>finding stylists who understand textured hair</w:t>
      </w:r>
    </w:p>
    <w:p w:rsidR="00777EDD" w:rsidRDefault="000D515A">
      <w:pPr>
        <w:pStyle w:val="ListBullet"/>
      </w:pPr>
      <w:r>
        <w:t>not speaking of natural hair as unruly or less professional</w:t>
      </w:r>
    </w:p>
    <w:p w:rsidR="00777EDD" w:rsidRDefault="000D515A">
      <w:pPr>
        <w:pStyle w:val="ListBullet"/>
      </w:pPr>
      <w:r>
        <w:t xml:space="preserve">teaching children that braids, twists, </w:t>
      </w:r>
      <w:r>
        <w:t>locs, afros, and curls all deserve dignity</w:t>
      </w:r>
    </w:p>
    <w:p w:rsidR="00777EDD" w:rsidRDefault="000D515A">
      <w:pPr>
        <w:pStyle w:val="ListBullet"/>
      </w:pPr>
      <w:r>
        <w:t>honoring the fact that their hair may connect them to communities and traditions beyond the immediate household</w:t>
      </w:r>
    </w:p>
    <w:p w:rsidR="00777EDD" w:rsidRDefault="00777EDD"/>
    <w:p w:rsidR="00777EDD" w:rsidRDefault="000D515A">
      <w:r>
        <w:t>Practical Ways to Build Confidence</w:t>
      </w:r>
    </w:p>
    <w:p w:rsidR="00777EDD" w:rsidRDefault="00777EDD"/>
    <w:p w:rsidR="00777EDD" w:rsidRDefault="000D515A">
      <w:r>
        <w:t>Confidence grows through repetition.</w:t>
      </w:r>
    </w:p>
    <w:p w:rsidR="00777EDD" w:rsidRDefault="00777EDD"/>
    <w:p w:rsidR="00777EDD" w:rsidRDefault="000D515A">
      <w:r>
        <w:t>Some practical ways to bui</w:t>
      </w:r>
      <w:r>
        <w:t>ld confidence include:</w:t>
      </w:r>
    </w:p>
    <w:p w:rsidR="00777EDD" w:rsidRDefault="000D515A">
      <w:pPr>
        <w:pStyle w:val="ListBullet"/>
      </w:pPr>
      <w:r>
        <w:t>letting your child see textured styles treated as normal and beautiful</w:t>
      </w:r>
    </w:p>
    <w:p w:rsidR="00777EDD" w:rsidRDefault="000D515A">
      <w:pPr>
        <w:pStyle w:val="ListBullet"/>
      </w:pPr>
      <w:r>
        <w:t>giving them language for their curls, coils, braids, and styles</w:t>
      </w:r>
    </w:p>
    <w:p w:rsidR="00777EDD" w:rsidRDefault="000D515A">
      <w:pPr>
        <w:pStyle w:val="ListBullet"/>
      </w:pPr>
      <w:r>
        <w:t>reinforcing that their hair does not need to be straighter, flatter, or smaller to be acceptable</w:t>
      </w:r>
    </w:p>
    <w:p w:rsidR="00777EDD" w:rsidRDefault="000D515A">
      <w:pPr>
        <w:pStyle w:val="ListBullet"/>
      </w:pPr>
      <w:r>
        <w:t>h</w:t>
      </w:r>
      <w:r>
        <w:t>elping them answer questions from peers with calm confidence</w:t>
      </w:r>
    </w:p>
    <w:p w:rsidR="00777EDD" w:rsidRDefault="000D515A">
      <w:pPr>
        <w:pStyle w:val="ListBullet"/>
      </w:pPr>
      <w:r>
        <w:t>celebrating healthy choices, not just polished results</w:t>
      </w:r>
    </w:p>
    <w:p w:rsidR="00777EDD" w:rsidRDefault="000D515A">
      <w:pPr>
        <w:pStyle w:val="ListBullet"/>
      </w:pPr>
      <w:r>
        <w:t>making room for joy, creativity, and expression in age-appropriate ways</w:t>
      </w:r>
    </w:p>
    <w:p w:rsidR="00777EDD" w:rsidRDefault="00777EDD"/>
    <w:p w:rsidR="00777EDD" w:rsidRDefault="000D515A">
      <w:r>
        <w:t>You can even build simple affirmations into the routine:</w:t>
      </w:r>
    </w:p>
    <w:p w:rsidR="00777EDD" w:rsidRDefault="000D515A">
      <w:pPr>
        <w:pStyle w:val="ListBullet"/>
      </w:pPr>
      <w:r>
        <w:t>“My hair i</w:t>
      </w:r>
      <w:r>
        <w:t>s beautiful.”</w:t>
      </w:r>
    </w:p>
    <w:p w:rsidR="00777EDD" w:rsidRDefault="000D515A">
      <w:pPr>
        <w:pStyle w:val="ListBullet"/>
      </w:pPr>
      <w:r>
        <w:t>“My curls are worthy of care.”</w:t>
      </w:r>
    </w:p>
    <w:p w:rsidR="00777EDD" w:rsidRDefault="000D515A">
      <w:pPr>
        <w:pStyle w:val="ListBullet"/>
      </w:pPr>
      <w:r>
        <w:t>“My texture is not a problem.”</w:t>
      </w:r>
    </w:p>
    <w:p w:rsidR="00777EDD" w:rsidRDefault="000D515A">
      <w:pPr>
        <w:pStyle w:val="ListBullet"/>
      </w:pPr>
      <w:r>
        <w:t>“I can learn to care for my hair with confidence.”</w:t>
      </w:r>
    </w:p>
    <w:p w:rsidR="00777EDD" w:rsidRDefault="000D515A">
      <w:pPr>
        <w:pStyle w:val="ListBullet"/>
      </w:pPr>
      <w:r>
        <w:t>“My hair is part of my story.”</w:t>
      </w:r>
    </w:p>
    <w:p w:rsidR="00777EDD" w:rsidRDefault="00777EDD"/>
    <w:p w:rsidR="00777EDD" w:rsidRDefault="000D515A">
      <w:r>
        <w:t xml:space="preserve">Boys, too, need to see textured hair represented with pride - in afros, fades, twists, cornrows, </w:t>
      </w:r>
      <w:r>
        <w:t>locs, and curls that are treated as strong, beautiful, and fully appropriate.</w:t>
      </w:r>
    </w:p>
    <w:p w:rsidR="00777EDD" w:rsidRDefault="00777EDD"/>
    <w:p w:rsidR="00777EDD" w:rsidRDefault="000D515A">
      <w:r>
        <w:t>A Restorative Perspective</w:t>
      </w:r>
    </w:p>
    <w:p w:rsidR="00777EDD" w:rsidRDefault="00777EDD"/>
    <w:p w:rsidR="00777EDD" w:rsidRDefault="000D515A">
      <w:r>
        <w:t>Celebration is part of healing, especially when it replaces comparison, irritation, or apology with respect and delight.</w:t>
      </w:r>
    </w:p>
    <w:p w:rsidR="00777EDD" w:rsidRDefault="00777EDD"/>
    <w:p w:rsidR="00777EDD" w:rsidRDefault="000D515A">
      <w:r>
        <w:t xml:space="preserve">Handled consistently this </w:t>
      </w:r>
      <w:r>
        <w:t>way, hair becomes one more place where a child learns:</w:t>
      </w:r>
    </w:p>
    <w:p w:rsidR="00777EDD" w:rsidRDefault="000D515A">
      <w:pPr>
        <w:pStyle w:val="ListBullet"/>
      </w:pPr>
      <w:r>
        <w:t>you are not too much</w:t>
      </w:r>
    </w:p>
    <w:p w:rsidR="00777EDD" w:rsidRDefault="000D515A">
      <w:pPr>
        <w:pStyle w:val="ListBullet"/>
      </w:pPr>
      <w:r>
        <w:t>you belong in the picture</w:t>
      </w:r>
    </w:p>
    <w:p w:rsidR="00777EDD" w:rsidRDefault="000D515A">
      <w:pPr>
        <w:pStyle w:val="ListBullet"/>
      </w:pPr>
      <w:r>
        <w:t>you do not need to look less like yourself to be beautiful</w:t>
      </w:r>
    </w:p>
    <w:p w:rsidR="00777EDD" w:rsidRDefault="000D515A">
      <w:pPr>
        <w:pStyle w:val="ListBullet"/>
      </w:pPr>
      <w:r>
        <w:lastRenderedPageBreak/>
        <w:t>your identity is worthy of delight</w:t>
      </w:r>
    </w:p>
    <w:p w:rsidR="00777EDD" w:rsidRDefault="000D515A">
      <w:r>
        <w:br w:type="page"/>
      </w:r>
    </w:p>
    <w:p w:rsidR="00777EDD" w:rsidRDefault="000D515A">
      <w:pPr>
        <w:pStyle w:val="Heading1"/>
      </w:pPr>
      <w:r>
        <w:rPr>
          <w:color w:val="5C3080"/>
        </w:rPr>
        <w:lastRenderedPageBreak/>
        <w:t>Chapter 11</w:t>
      </w:r>
    </w:p>
    <w:p w:rsidR="00777EDD" w:rsidRDefault="000D515A">
      <w:pPr>
        <w:pStyle w:val="Heading2"/>
      </w:pPr>
      <w:r>
        <w:rPr>
          <w:color w:val="464646"/>
        </w:rPr>
        <w:t>A Journey of Love</w:t>
      </w:r>
    </w:p>
    <w:p w:rsidR="00777EDD" w:rsidRDefault="000D515A">
      <w:r>
        <w:t>By now, you have read about r</w:t>
      </w:r>
      <w:r>
        <w:t>outines, products, detangling, protective styles, challenges, identity, and the emotional meaning hair can carry. You have seen that caring for textured hair is not only a practical skill. It is also a way of showing love in ordinary, repeated, physical fo</w:t>
      </w:r>
      <w:r>
        <w:t>rm.</w:t>
      </w:r>
    </w:p>
    <w:p w:rsidR="00777EDD" w:rsidRDefault="000D515A">
      <w:r>
        <w:t>By the end of this journey, what matters most is not perfect technique but faithful care.</w:t>
      </w:r>
    </w:p>
    <w:p w:rsidR="00777EDD" w:rsidRDefault="000D515A">
      <w:r>
        <w:t>Hair care may begin as a question of technique — What do I use? How do I wash it? How do I detangle it gently? But over time, it often becomes something deeper. I</w:t>
      </w:r>
      <w:r>
        <w:t>t becomes a rhythm of presence. A practice of patience. A space where trust can grow. A quiet place where a child learns, again and again, that they are worthy of time, tenderness, and careful attention.</w:t>
      </w:r>
    </w:p>
    <w:p w:rsidR="00777EDD" w:rsidRDefault="000D515A">
      <w:r>
        <w:t>Not because every braid must be perfect.</w:t>
      </w:r>
      <w:r>
        <w:br/>
        <w:t>Not because</w:t>
      </w:r>
      <w:r>
        <w:t xml:space="preserve"> every style must last beautifully.</w:t>
      </w:r>
      <w:r>
        <w:br/>
        <w:t>Not because you must become an expert overnight.</w:t>
      </w:r>
      <w:r>
        <w:br/>
        <w:t>But because love often becomes visible in very ordinary acts of faithfulness.</w:t>
      </w:r>
    </w:p>
    <w:p w:rsidR="00777EDD" w:rsidRDefault="000D515A">
      <w:r>
        <w:t>Final Encouragement for Parents</w:t>
      </w:r>
    </w:p>
    <w:p w:rsidR="00777EDD" w:rsidRDefault="000D515A">
      <w:r>
        <w:t>If you have felt unsure or overwhelmed, take heart.</w:t>
      </w:r>
    </w:p>
    <w:p w:rsidR="00777EDD" w:rsidRDefault="000D515A">
      <w:r>
        <w:t>Many pare</w:t>
      </w:r>
      <w:r>
        <w:t>nts begin this journey feeling unprepared. They worry they will do it wrong. They worry they will hurt the child’s hair or miss something important. They worry that because they did not grow up with this texture, they may never fully get it right.</w:t>
      </w:r>
    </w:p>
    <w:p w:rsidR="00777EDD" w:rsidRDefault="000D515A">
      <w:r>
        <w:t>Caring w</w:t>
      </w:r>
      <w:r>
        <w:t>ell does not begin with perfection. It begins with willingness.</w:t>
      </w:r>
    </w:p>
    <w:p w:rsidR="00777EDD" w:rsidRDefault="000D515A">
      <w:r>
        <w:t>It begins when a parent says:</w:t>
      </w:r>
    </w:p>
    <w:p w:rsidR="00777EDD" w:rsidRDefault="000D515A">
      <w:r>
        <w:t>I am willing to learn.</w:t>
      </w:r>
    </w:p>
    <w:p w:rsidR="00777EDD" w:rsidRDefault="000D515A">
      <w:r>
        <w:t>I am willing to slow down.</w:t>
      </w:r>
    </w:p>
    <w:p w:rsidR="00777EDD" w:rsidRDefault="000D515A">
      <w:r>
        <w:t>I am willing to ask for help.</w:t>
      </w:r>
    </w:p>
    <w:p w:rsidR="00777EDD" w:rsidRDefault="000D515A">
      <w:r>
        <w:t>I am willing to try again more gently.</w:t>
      </w:r>
    </w:p>
    <w:p w:rsidR="00777EDD" w:rsidRDefault="000D515A">
      <w:r>
        <w:t>I am willing to honor what is different fro</w:t>
      </w:r>
      <w:r>
        <w:t>m my own experience.</w:t>
      </w:r>
    </w:p>
    <w:p w:rsidR="00777EDD" w:rsidRDefault="000D515A">
      <w:r>
        <w:t>That willingness matters.</w:t>
      </w:r>
    </w:p>
    <w:p w:rsidR="00777EDD" w:rsidRDefault="000D515A">
      <w:r>
        <w:t>You may not remember every product recommendation or styling method perfectly. You may still have wash days that feel messy. A style may not turn out the way you hoped. Your child may resist sometimes. You may</w:t>
      </w:r>
      <w:r>
        <w:t xml:space="preserve"> need to start over. That is alright.</w:t>
      </w:r>
    </w:p>
    <w:p w:rsidR="00777EDD" w:rsidRDefault="000D515A">
      <w:r>
        <w:t>Celebrate the small wins:</w:t>
      </w:r>
    </w:p>
    <w:p w:rsidR="00777EDD" w:rsidRDefault="000D515A">
      <w:r>
        <w:t>a gentler detangle than last month</w:t>
      </w:r>
    </w:p>
    <w:p w:rsidR="00777EDD" w:rsidRDefault="000D515A">
      <w:r>
        <w:t>a child who feels safer during wash day</w:t>
      </w:r>
    </w:p>
    <w:p w:rsidR="00777EDD" w:rsidRDefault="000D515A">
      <w:r>
        <w:t>a style that is comfortable instead of painful</w:t>
      </w:r>
    </w:p>
    <w:p w:rsidR="00777EDD" w:rsidRDefault="000D515A">
      <w:r>
        <w:t>a morning routine that feels calmer</w:t>
      </w:r>
    </w:p>
    <w:p w:rsidR="00777EDD" w:rsidRDefault="000D515A">
      <w:r>
        <w:t xml:space="preserve">a child beginning to speak </w:t>
      </w:r>
      <w:r>
        <w:t>positively about their own hair</w:t>
      </w:r>
    </w:p>
    <w:p w:rsidR="00777EDD" w:rsidRDefault="000D515A">
      <w:r>
        <w:lastRenderedPageBreak/>
        <w:t>a moment when you realized you are no longer afraid</w:t>
      </w:r>
    </w:p>
    <w:p w:rsidR="00777EDD" w:rsidRDefault="000D515A">
      <w:r>
        <w:t>These small moments are the work of growth.</w:t>
      </w:r>
    </w:p>
    <w:p w:rsidR="00777EDD" w:rsidRDefault="000D515A">
      <w:r>
        <w:t>Hair Care as an Act of Love</w:t>
      </w:r>
    </w:p>
    <w:p w:rsidR="00777EDD" w:rsidRDefault="000D515A">
      <w:r>
        <w:t>Hair care is one of the ordinary places where love takes shape.</w:t>
      </w:r>
    </w:p>
    <w:p w:rsidR="00777EDD" w:rsidRDefault="000D515A">
      <w:r>
        <w:t>It is present in patience, in gentle</w:t>
      </w:r>
      <w:r>
        <w:t>ness, in consistency, and in the decision to treat your child’s texture with honor rather than frustration.</w:t>
      </w:r>
    </w:p>
    <w:p w:rsidR="00777EDD" w:rsidRDefault="000D515A">
      <w:r>
        <w:t>Every twist, braid, wash, parting, comb-through, and moisturizing session can communicate care.</w:t>
      </w:r>
    </w:p>
    <w:p w:rsidR="00777EDD" w:rsidRDefault="000D515A">
      <w:r>
        <w:t>It says:</w:t>
      </w:r>
    </w:p>
    <w:p w:rsidR="00777EDD" w:rsidRDefault="000D515A">
      <w:r>
        <w:t>You are worth my time.</w:t>
      </w:r>
    </w:p>
    <w:p w:rsidR="00777EDD" w:rsidRDefault="000D515A">
      <w:r>
        <w:t>You are not a burden</w:t>
      </w:r>
      <w:r>
        <w:t>.</w:t>
      </w:r>
    </w:p>
    <w:p w:rsidR="00777EDD" w:rsidRDefault="000D515A">
      <w:r>
        <w:t>I will learn how to care for you well.</w:t>
      </w:r>
    </w:p>
    <w:p w:rsidR="00777EDD" w:rsidRDefault="000D515A">
      <w:r>
        <w:t>Your natural hair is worthy of patience.</w:t>
      </w:r>
    </w:p>
    <w:p w:rsidR="00777EDD" w:rsidRDefault="000D515A">
      <w:r>
        <w:t>I am not asking you to become easier for me to love.</w:t>
      </w:r>
    </w:p>
    <w:p w:rsidR="00777EDD" w:rsidRDefault="000D515A">
      <w:r>
        <w:t>Children may not always remember the exact style they wore at a certain age. But they often remember how they felt in the</w:t>
      </w:r>
      <w:r>
        <w:t xml:space="preserve"> hands of the adult caring for them. They remember whether those hands were harsh or gentle, rushed or patient, irritated or attentive.</w:t>
      </w:r>
    </w:p>
    <w:p w:rsidR="00777EDD" w:rsidRDefault="000D515A">
      <w:r>
        <w:t>The spirit behind the care is what children often remember most deeply.</w:t>
      </w:r>
    </w:p>
    <w:p w:rsidR="00777EDD" w:rsidRDefault="000D515A">
      <w:r>
        <w:t>The Power of Showing Up</w:t>
      </w:r>
    </w:p>
    <w:p w:rsidR="00777EDD" w:rsidRDefault="000D515A">
      <w:r>
        <w:t>One of the most powerful</w:t>
      </w:r>
      <w:r>
        <w:t xml:space="preserve"> things a parent can do is keep showing up.</w:t>
      </w:r>
    </w:p>
    <w:p w:rsidR="00777EDD" w:rsidRDefault="000D515A">
      <w:r>
        <w:t>Show up on wash day, even when you are tired. Show up with gentleness after a hard experience. Show up with humility while you are still learning.</w:t>
      </w:r>
    </w:p>
    <w:p w:rsidR="00777EDD" w:rsidRDefault="000D515A">
      <w:r>
        <w:t xml:space="preserve">Consistency communicates: You matter. You are worth attention. I </w:t>
      </w:r>
      <w:r>
        <w:t>am here.</w:t>
      </w:r>
    </w:p>
    <w:p w:rsidR="00777EDD" w:rsidRDefault="000D515A">
      <w:r>
        <w:t>Hair care can become one of the repeated places where a child experiences care as dependable rather than occasional.</w:t>
      </w:r>
    </w:p>
    <w:p w:rsidR="00777EDD" w:rsidRDefault="000D515A">
      <w:r>
        <w:t>It can also teach the child that self-care, patience, and stewardship are part of growing in confidence.</w:t>
      </w:r>
    </w:p>
    <w:p w:rsidR="00777EDD" w:rsidRDefault="000D515A">
      <w:r>
        <w:t>A Word for Families Forme</w:t>
      </w:r>
      <w:r>
        <w:t>d Across Difference</w:t>
      </w:r>
    </w:p>
    <w:p w:rsidR="00777EDD" w:rsidRDefault="000D515A">
      <w:r>
        <w:t>For families formed across difference, this journey may carry extra tenderness. You may need to ask questions, seek help, and practice cultural humility along the way.</w:t>
      </w:r>
    </w:p>
    <w:p w:rsidR="00777EDD" w:rsidRDefault="000D515A">
      <w:r>
        <w:t>That is not inadequacy. It is faithful love taking the shape it need</w:t>
      </w:r>
      <w:r>
        <w:t>s to take.</w:t>
      </w:r>
    </w:p>
    <w:p w:rsidR="00777EDD" w:rsidRDefault="000D515A">
      <w:r>
        <w:t>When you choose to learn your child rather than press them into what feels familiar to you, you make room for their full identity.</w:t>
      </w:r>
    </w:p>
    <w:p w:rsidR="00777EDD" w:rsidRDefault="000D515A">
      <w:r>
        <w:t>That too is part of restoration.</w:t>
      </w:r>
    </w:p>
    <w:p w:rsidR="00777EDD" w:rsidRDefault="000D515A">
      <w:r>
        <w:t>Begin Small, Stay Gentle, Keep Learning</w:t>
      </w:r>
    </w:p>
    <w:p w:rsidR="00777EDD" w:rsidRDefault="000D515A">
      <w:r>
        <w:t xml:space="preserve">You do not need to leave this book </w:t>
      </w:r>
      <w:r>
        <w:t>knowing everything.</w:t>
      </w:r>
    </w:p>
    <w:p w:rsidR="00777EDD" w:rsidRDefault="000D515A">
      <w:r>
        <w:t>You only need to begin.</w:t>
      </w:r>
    </w:p>
    <w:p w:rsidR="00777EDD" w:rsidRDefault="000D515A">
      <w:r>
        <w:lastRenderedPageBreak/>
        <w:t>Begin with a simple routine. Begin with gentler hands. Begin with better words. Begin with the willingness to listen and keep learning.</w:t>
      </w:r>
    </w:p>
    <w:p w:rsidR="00777EDD" w:rsidRDefault="000D515A">
      <w:r>
        <w:t xml:space="preserve">Hair care, like parenting, is learned slowly through repetition, attention, </w:t>
      </w:r>
      <w:r>
        <w:t>adjustment, and grace.</w:t>
      </w:r>
    </w:p>
    <w:p w:rsidR="00777EDD" w:rsidRDefault="000D515A">
      <w:r>
        <w:t>What matters is that your child experiences your care as patient, respectful, and sincere.</w:t>
      </w:r>
    </w:p>
    <w:p w:rsidR="00777EDD" w:rsidRDefault="000D515A">
      <w:r>
        <w:t>Closing Reflection</w:t>
      </w:r>
    </w:p>
    <w:p w:rsidR="00777EDD" w:rsidRDefault="000D515A">
      <w:r>
        <w:t>May this journey help you care for textured hair with greater peace, wisdom, and confidence.</w:t>
      </w:r>
    </w:p>
    <w:p w:rsidR="00777EDD" w:rsidRDefault="000D515A">
      <w:r>
        <w:t>May your hands grow gentler, y</w:t>
      </w:r>
      <w:r>
        <w:t>our eyes more observant, and your words more affirming.</w:t>
      </w:r>
    </w:p>
    <w:p w:rsidR="00777EDD" w:rsidRDefault="000D515A">
      <w:r>
        <w:t>And may every child whose hair is touched by your care come to know something deeper than technique:</w:t>
      </w:r>
    </w:p>
    <w:p w:rsidR="00777EDD" w:rsidRDefault="000D515A">
      <w:r>
        <w:t>That they are seen. That they are worthy. That they do not need to become less like themselves to b</w:t>
      </w:r>
      <w:r>
        <w:t>e beautiful.</w:t>
      </w:r>
    </w:p>
    <w:p w:rsidR="00777EDD" w:rsidRDefault="000D515A">
      <w:r>
        <w:t>A Final Blessing</w:t>
      </w:r>
    </w:p>
    <w:p w:rsidR="00777EDD" w:rsidRDefault="000D515A">
      <w:r>
        <w:t>May you have grace for the learning, patience for the process, joy in the small victories, and faithful love for the journey ahead.</w:t>
      </w:r>
    </w:p>
    <w:p w:rsidR="00777EDD" w:rsidRDefault="000D515A">
      <w:r>
        <w:t>This is not only a journey of hair care.</w:t>
      </w:r>
      <w:r>
        <w:br/>
        <w:t>It is a journey of showing up.</w:t>
      </w:r>
      <w:r>
        <w:br/>
        <w:t>A journey of restorati</w:t>
      </w:r>
      <w:r>
        <w:t>on.</w:t>
      </w:r>
      <w:r>
        <w:br/>
        <w:t>A journey of love.</w:t>
      </w:r>
    </w:p>
    <w:sectPr w:rsidR="00777EDD" w:rsidSect="00034616">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BC556F"/>
    <w:multiLevelType w:val="multilevel"/>
    <w:tmpl w:val="B654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0B5956"/>
    <w:multiLevelType w:val="multilevel"/>
    <w:tmpl w:val="25BA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AB7379"/>
    <w:multiLevelType w:val="multilevel"/>
    <w:tmpl w:val="63C6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F43CD9"/>
    <w:multiLevelType w:val="multilevel"/>
    <w:tmpl w:val="14E4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10"/>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D515A"/>
    <w:rsid w:val="0015074B"/>
    <w:rsid w:val="0029639D"/>
    <w:rsid w:val="00326F90"/>
    <w:rsid w:val="00777ED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445FF9"/>
  <w14:defaultImageDpi w14:val="300"/>
  <w15:docId w15:val="{5F20C56D-0B08-485C-B540-514F96D0A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20"/>
    </w:pPr>
    <w:rPr>
      <w:rFonts w:ascii="Aptos" w:eastAsia="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0D51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2768">
      <w:bodyDiv w:val="1"/>
      <w:marLeft w:val="0"/>
      <w:marRight w:val="0"/>
      <w:marTop w:val="0"/>
      <w:marBottom w:val="0"/>
      <w:divBdr>
        <w:top w:val="none" w:sz="0" w:space="0" w:color="auto"/>
        <w:left w:val="none" w:sz="0" w:space="0" w:color="auto"/>
        <w:bottom w:val="none" w:sz="0" w:space="0" w:color="auto"/>
        <w:right w:val="none" w:sz="0" w:space="0" w:color="auto"/>
      </w:divBdr>
      <w:divsChild>
        <w:div w:id="1553424107">
          <w:blockQuote w:val="1"/>
          <w:marLeft w:val="720"/>
          <w:marRight w:val="720"/>
          <w:marTop w:val="100"/>
          <w:marBottom w:val="100"/>
          <w:divBdr>
            <w:top w:val="none" w:sz="0" w:space="0" w:color="auto"/>
            <w:left w:val="none" w:sz="0" w:space="0" w:color="auto"/>
            <w:bottom w:val="none" w:sz="0" w:space="0" w:color="auto"/>
            <w:right w:val="none" w:sz="0" w:space="0" w:color="auto"/>
          </w:divBdr>
        </w:div>
        <w:div w:id="831991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7FCB8-F75E-401F-8109-C97AD76A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13338</Words>
  <Characters>76028</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2</cp:revision>
  <dcterms:created xsi:type="dcterms:W3CDTF">2013-12-23T23:15:00Z</dcterms:created>
  <dcterms:modified xsi:type="dcterms:W3CDTF">2026-04-12T18:08:00Z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57711786-116d-432b-b026-a94606229947</vt:lpwstr>
  </property>
</Properties>
</file>