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400"/>
        <w:jc w:val="center"/>
      </w:pPr>
      <w:r>
        <w:rPr>
          <w:rFonts w:ascii="Georgia" w:hAnsi="Georgia"/>
          <w:b/>
          <w:i w:val="0"/>
          <w:color w:val="1F3A5F"/>
          <w:sz w:val="44"/>
        </w:rPr>
        <w:t>Earned Pride</w:t>
      </w:r>
    </w:p>
    <w:p>
      <w:r>
        <w:br w:type="page"/>
      </w:r>
    </w:p>
    <w:p>
      <w:pPr>
        <w:spacing w:after="280"/>
        <w:jc w:val="center"/>
      </w:pPr>
      <w:r>
        <w:rPr>
          <w:rFonts w:ascii="Georgia" w:hAnsi="Georgia"/>
          <w:b/>
          <w:i w:val="0"/>
          <w:color w:val="1F3A5F"/>
          <w:sz w:val="28"/>
        </w:rPr>
        <w:t>From the Eightletics Story World</w:t>
      </w:r>
    </w:p>
    <w:p>
      <w:pPr>
        <w:spacing w:after="40"/>
        <w:jc w:val="center"/>
      </w:pPr>
      <w:r>
        <w:rPr>
          <w:rFonts w:ascii="Georgia" w:hAnsi="Georgia"/>
          <w:b/>
          <w:i w:val="0"/>
          <w:color w:val="333333"/>
          <w:sz w:val="32"/>
        </w:rPr>
        <w:t>PRIMATES Flag Football</w:t>
      </w:r>
    </w:p>
    <w:p>
      <w:pPr>
        <w:spacing w:after="280"/>
        <w:jc w:val="center"/>
      </w:pPr>
      <w:r>
        <w:rPr>
          <w:rFonts w:ascii="Georgia" w:hAnsi="Georgia"/>
          <w:b w:val="0"/>
          <w:i/>
          <w:color w:val="7A5C00"/>
          <w:sz w:val="24"/>
        </w:rPr>
        <w:t>Book 1: Earned Pride</w:t>
      </w:r>
    </w:p>
    <w:p>
      <w:pPr>
        <w:spacing w:after="120"/>
        <w:jc w:val="center"/>
      </w:pPr>
      <w:r>
        <w:rPr>
          <w:rFonts w:ascii="Georgia" w:hAnsi="Georgia"/>
          <w:b/>
          <w:i w:val="0"/>
          <w:color w:val="1F3A5F"/>
          <w:sz w:val="24"/>
        </w:rPr>
        <w:t>Also Coming from Eightletics</w:t>
      </w:r>
    </w:p>
    <w:p>
      <w:pPr>
        <w:spacing w:after="40"/>
        <w:jc w:val="center"/>
      </w:pPr>
      <w:r>
        <w:rPr>
          <w:rFonts w:ascii="Georgia" w:hAnsi="Georgia"/>
          <w:b w:val="0"/>
          <w:i w:val="0"/>
          <w:sz w:val="23"/>
        </w:rPr>
        <w:t>PRIMATES Flag Football • Book 2: Earned Respect</w:t>
      </w:r>
    </w:p>
    <w:p>
      <w:pPr>
        <w:spacing w:after="40"/>
        <w:jc w:val="center"/>
      </w:pPr>
      <w:r>
        <w:rPr>
          <w:rFonts w:ascii="Georgia" w:hAnsi="Georgia"/>
          <w:b w:val="0"/>
          <w:i w:val="0"/>
          <w:sz w:val="23"/>
        </w:rPr>
        <w:t>PRIMATES Girls Flag Football • Book 1: Respect</w:t>
      </w:r>
    </w:p>
    <w:p>
      <w:r>
        <w:br w:type="page"/>
      </w:r>
    </w:p>
    <w:p>
      <w:pPr>
        <w:spacing w:after="120"/>
        <w:jc w:val="center"/>
      </w:pPr>
      <w:r>
        <w:rPr>
          <w:rFonts w:ascii="Georgia" w:hAnsi="Georgia"/>
          <w:b/>
          <w:i w:val="0"/>
          <w:color w:val="1F3A5F"/>
          <w:sz w:val="44"/>
        </w:rPr>
        <w:t>Earned Pride</w:t>
      </w:r>
    </w:p>
    <w:p>
      <w:pPr>
        <w:spacing w:after="40"/>
        <w:jc w:val="center"/>
      </w:pPr>
      <w:r>
        <w:rPr>
          <w:rFonts w:ascii="Georgia" w:hAnsi="Georgia"/>
          <w:b w:val="0"/>
          <w:i w:val="0"/>
          <w:color w:val="444444"/>
          <w:sz w:val="26"/>
        </w:rPr>
        <w:t>PRIMATES Flag Football • Book 1</w:t>
      </w:r>
    </w:p>
    <w:p>
      <w:pPr>
        <w:spacing w:after="360"/>
        <w:jc w:val="center"/>
      </w:pPr>
      <w:r>
        <w:rPr>
          <w:rFonts w:ascii="Georgia" w:hAnsi="Georgia"/>
          <w:b w:val="0"/>
          <w:i/>
          <w:color w:val="7A5C00"/>
          <w:sz w:val="23"/>
        </w:rPr>
        <w:t>An Eightletics Story</w:t>
      </w:r>
    </w:p>
    <w:p>
      <w:pPr>
        <w:spacing w:after="200"/>
        <w:jc w:val="center"/>
      </w:pPr>
      <w:r>
        <w:rPr>
          <w:rFonts w:ascii="Georgia" w:hAnsi="Georgia"/>
          <w:b/>
          <w:i w:val="0"/>
          <w:color w:val="333333"/>
          <w:sz w:val="26"/>
        </w:rPr>
        <w:t>Scott Mackey</w:t>
      </w:r>
    </w:p>
    <w:p>
      <w:r>
        <w:br w:type="page"/>
      </w:r>
    </w:p>
    <w:p>
      <w:pPr>
        <w:spacing w:after="240"/>
        <w:jc w:val="center"/>
      </w:pPr>
      <w:r>
        <w:rPr>
          <w:rFonts w:ascii="Georgia" w:hAnsi="Georgia"/>
          <w:b/>
          <w:i w:val="0"/>
          <w:color w:val="1F3A5F"/>
          <w:sz w:val="30"/>
        </w:rPr>
        <w:t>Copyright</w:t>
      </w:r>
    </w:p>
    <w:p>
      <w:pPr>
        <w:spacing w:after="80"/>
      </w:pPr>
      <w:r>
        <w:rPr>
          <w:rFonts w:ascii="Georgia" w:hAnsi="Georgia"/>
          <w:b w:val="0"/>
          <w:i w:val="0"/>
          <w:sz w:val="23"/>
        </w:rPr>
        <w:t>Copyright © Scott Mackey</w:t>
      </w:r>
    </w:p>
    <w:p>
      <w:pPr>
        <w:spacing w:after="80"/>
      </w:pPr>
      <w:r>
        <w:rPr>
          <w:rFonts w:ascii="Georgia" w:hAnsi="Georgia"/>
          <w:b w:val="0"/>
          <w:i w:val="0"/>
          <w:sz w:val="23"/>
        </w:rPr>
        <w:t>All rights reserved.</w:t>
      </w:r>
    </w:p>
    <w:p>
      <w:pPr>
        <w:spacing w:after="80"/>
      </w:pPr>
      <w:r>
        <w:rPr>
          <w:rFonts w:ascii="Georgia" w:hAnsi="Georgia"/>
          <w:b w:val="0"/>
          <w:i w:val="0"/>
          <w:sz w:val="23"/>
        </w:rPr>
        <w:t>No part of this book may be reproduced, stored in a retrieval system, or transmitted in any form or by any means, electronic, mechanical, photocopying, recording, or otherwise, without prior written permission of the copyright holder, except as permitted by law.</w:t>
      </w:r>
    </w:p>
    <w:p>
      <w:pPr>
        <w:spacing w:after="80"/>
      </w:pPr>
      <w:r>
        <w:rPr>
          <w:rFonts w:ascii="Georgia" w:hAnsi="Georgia"/>
          <w:b w:val="0"/>
          <w:i w:val="0"/>
          <w:sz w:val="23"/>
        </w:rPr>
        <w:t>This is a work of fiction. Names, characters, places, and incidents are either products of the author’s imagination or used fictitiously. Any resemblance to actual persons, living or dead, events, or locales is entirely coincidental.</w:t>
      </w:r>
    </w:p>
    <w:p>
      <w:pPr>
        <w:spacing w:after="80"/>
      </w:pPr>
      <w:r>
        <w:rPr>
          <w:rFonts w:ascii="Georgia" w:hAnsi="Georgia"/>
          <w:b w:val="0"/>
          <w:i w:val="0"/>
          <w:sz w:val="23"/>
        </w:rPr>
        <w:t>Published as part of the Eightletics story world.</w:t>
      </w:r>
    </w:p>
    <w:p>
      <w:pPr>
        <w:spacing w:after="80"/>
      </w:pPr>
      <w:r>
        <w:rPr>
          <w:rFonts w:ascii="Georgia" w:hAnsi="Georgia"/>
          <w:b w:val="0"/>
          <w:i w:val="0"/>
          <w:sz w:val="23"/>
        </w:rPr>
        <w:t>Earned Pride</w:t>
      </w:r>
    </w:p>
    <w:p>
      <w:pPr>
        <w:spacing w:after="80"/>
      </w:pPr>
      <w:r>
        <w:rPr>
          <w:rFonts w:ascii="Georgia" w:hAnsi="Georgia"/>
          <w:b w:val="0"/>
          <w:i w:val="0"/>
          <w:sz w:val="23"/>
        </w:rPr>
        <w:t>PRIMATES Flag Football • Book 1</w:t>
      </w:r>
    </w:p>
    <w:p>
      <w:pPr>
        <w:spacing w:after="80"/>
      </w:pPr>
      <w:r>
        <w:rPr>
          <w:rFonts w:ascii="Georgia" w:hAnsi="Georgia"/>
          <w:b w:val="0"/>
          <w:i w:val="0"/>
          <w:sz w:val="23"/>
        </w:rPr>
        <w:t>First Edition</w:t>
      </w:r>
    </w:p>
    <w:p>
      <w:r>
        <w:br w:type="page"/>
      </w:r>
    </w:p>
    <w:p>
      <w:pPr>
        <w:spacing w:after="280"/>
        <w:jc w:val="center"/>
      </w:pPr>
      <w:r>
        <w:rPr>
          <w:rFonts w:ascii="Georgia" w:hAnsi="Georgia"/>
          <w:b/>
          <w:i w:val="0"/>
          <w:color w:val="1F3A5F"/>
          <w:sz w:val="30"/>
        </w:rPr>
        <w:t>Dedication</w:t>
      </w:r>
    </w:p>
    <w:p>
      <w:pPr>
        <w:spacing w:after="160"/>
        <w:jc w:val="center"/>
      </w:pPr>
      <w:r>
        <w:rPr>
          <w:rFonts w:ascii="Georgia" w:hAnsi="Georgia"/>
          <w:b w:val="0"/>
          <w:i/>
          <w:sz w:val="23"/>
        </w:rPr>
        <w:t>For every kid who’s ever had to choose between the highlight reel and the win.</w:t>
        <w:br/>
        <w:t>And for the coaches who teach us that the right play is always the best play.</w:t>
      </w:r>
    </w:p>
    <w:p>
      <w:r>
        <w:br w:type="page"/>
      </w:r>
    </w:p>
    <w:p>
      <w:pPr>
        <w:spacing w:after="280"/>
        <w:jc w:val="center"/>
      </w:pPr>
      <w:r>
        <w:rPr>
          <w:rFonts w:ascii="Georgia" w:hAnsi="Georgia"/>
          <w:b/>
          <w:i w:val="0"/>
          <w:color w:val="1F3A5F"/>
          <w:sz w:val="30"/>
        </w:rPr>
        <w:t>Contents</w:t>
      </w:r>
    </w:p>
    <w:p>
      <w:pPr>
        <w:spacing w:after="80"/>
      </w:pPr>
      <w:r>
        <w:rPr>
          <w:rFonts w:ascii="Georgia" w:hAnsi="Georgia"/>
          <w:b w:val="0"/>
          <w:i w:val="0"/>
          <w:sz w:val="23"/>
        </w:rPr>
        <w:t>1. The Wrong Kind of Surprise</w:t>
      </w:r>
    </w:p>
    <w:p>
      <w:pPr>
        <w:spacing w:after="80"/>
      </w:pPr>
      <w:r>
        <w:rPr>
          <w:rFonts w:ascii="Georgia" w:hAnsi="Georgia"/>
          <w:b w:val="0"/>
          <w:i w:val="0"/>
          <w:sz w:val="23"/>
        </w:rPr>
        <w:t>2. Too Easy</w:t>
      </w:r>
    </w:p>
    <w:p>
      <w:pPr>
        <w:spacing w:after="80"/>
      </w:pPr>
      <w:r>
        <w:rPr>
          <w:rFonts w:ascii="Georgia" w:hAnsi="Georgia"/>
          <w:b w:val="0"/>
          <w:i w:val="0"/>
          <w:sz w:val="23"/>
        </w:rPr>
        <w:t>3. First Game, First Warning</w:t>
      </w:r>
    </w:p>
    <w:p>
      <w:pPr>
        <w:spacing w:after="80"/>
      </w:pPr>
      <w:r>
        <w:rPr>
          <w:rFonts w:ascii="Georgia" w:hAnsi="Georgia"/>
          <w:b w:val="0"/>
          <w:i w:val="0"/>
          <w:sz w:val="23"/>
        </w:rPr>
        <w:t>4. Static in the Huddle</w:t>
      </w:r>
    </w:p>
    <w:p>
      <w:pPr>
        <w:spacing w:after="80"/>
      </w:pPr>
      <w:r>
        <w:rPr>
          <w:rFonts w:ascii="Georgia" w:hAnsi="Georgia"/>
          <w:b w:val="0"/>
          <w:i w:val="0"/>
          <w:sz w:val="23"/>
        </w:rPr>
        <w:t>5. The Missing Wristband</w:t>
      </w:r>
    </w:p>
    <w:p>
      <w:pPr>
        <w:spacing w:after="80"/>
      </w:pPr>
      <w:r>
        <w:rPr>
          <w:rFonts w:ascii="Georgia" w:hAnsi="Georgia"/>
          <w:b w:val="0"/>
          <w:i w:val="0"/>
          <w:sz w:val="23"/>
        </w:rPr>
        <w:t>6. Eyes on the Sideline</w:t>
      </w:r>
    </w:p>
    <w:p>
      <w:pPr>
        <w:spacing w:after="80"/>
      </w:pPr>
      <w:r>
        <w:rPr>
          <w:rFonts w:ascii="Georgia" w:hAnsi="Georgia"/>
          <w:b w:val="0"/>
          <w:i w:val="0"/>
          <w:sz w:val="23"/>
        </w:rPr>
        <w:t>7. Blame Routes</w:t>
      </w:r>
    </w:p>
    <w:p>
      <w:pPr>
        <w:spacing w:after="80"/>
      </w:pPr>
      <w:r>
        <w:rPr>
          <w:rFonts w:ascii="Georgia" w:hAnsi="Georgia"/>
          <w:b w:val="0"/>
          <w:i w:val="0"/>
          <w:sz w:val="23"/>
        </w:rPr>
        <w:t>8. Coach Law’s Silence</w:t>
      </w:r>
    </w:p>
    <w:p>
      <w:pPr>
        <w:spacing w:after="80"/>
      </w:pPr>
      <w:r>
        <w:rPr>
          <w:rFonts w:ascii="Georgia" w:hAnsi="Georgia"/>
          <w:b w:val="0"/>
          <w:i w:val="0"/>
          <w:sz w:val="23"/>
        </w:rPr>
        <w:t>9. Devin’s Pattern</w:t>
      </w:r>
    </w:p>
    <w:p>
      <w:pPr>
        <w:spacing w:after="80"/>
      </w:pPr>
      <w:r>
        <w:rPr>
          <w:rFonts w:ascii="Georgia" w:hAnsi="Georgia"/>
          <w:b w:val="0"/>
          <w:i w:val="0"/>
          <w:sz w:val="23"/>
        </w:rPr>
        <w:t>10. Micah Fires Back</w:t>
      </w:r>
    </w:p>
    <w:p>
      <w:pPr>
        <w:spacing w:after="80"/>
      </w:pPr>
      <w:r>
        <w:rPr>
          <w:rFonts w:ascii="Georgia" w:hAnsi="Georgia"/>
          <w:b w:val="0"/>
          <w:i w:val="0"/>
          <w:sz w:val="23"/>
        </w:rPr>
        <w:t>11. Red Herring</w:t>
      </w:r>
    </w:p>
    <w:p>
      <w:pPr>
        <w:spacing w:after="80"/>
      </w:pPr>
      <w:r>
        <w:rPr>
          <w:rFonts w:ascii="Georgia" w:hAnsi="Georgia"/>
          <w:b w:val="0"/>
          <w:i w:val="0"/>
          <w:sz w:val="23"/>
        </w:rPr>
        <w:t>12. Vee Sees It</w:t>
      </w:r>
    </w:p>
    <w:p>
      <w:pPr>
        <w:spacing w:after="80"/>
      </w:pPr>
      <w:r>
        <w:rPr>
          <w:rFonts w:ascii="Georgia" w:hAnsi="Georgia"/>
          <w:b w:val="0"/>
          <w:i w:val="0"/>
          <w:sz w:val="23"/>
        </w:rPr>
        <w:t>13. The Cost of Ego</w:t>
      </w:r>
    </w:p>
    <w:p>
      <w:pPr>
        <w:spacing w:after="80"/>
      </w:pPr>
      <w:r>
        <w:rPr>
          <w:rFonts w:ascii="Georgia" w:hAnsi="Georgia"/>
          <w:b w:val="0"/>
          <w:i w:val="0"/>
          <w:sz w:val="23"/>
        </w:rPr>
        <w:t>14. The Truth Hiding in Plain Sight</w:t>
      </w:r>
    </w:p>
    <w:p>
      <w:pPr>
        <w:spacing w:after="80"/>
      </w:pPr>
      <w:r>
        <w:rPr>
          <w:rFonts w:ascii="Georgia" w:hAnsi="Georgia"/>
          <w:b w:val="0"/>
          <w:i w:val="0"/>
          <w:sz w:val="23"/>
        </w:rPr>
        <w:t>15. Coach Law and Noah</w:t>
      </w:r>
    </w:p>
    <w:p>
      <w:pPr>
        <w:spacing w:after="80"/>
      </w:pPr>
      <w:r>
        <w:rPr>
          <w:rFonts w:ascii="Georgia" w:hAnsi="Georgia"/>
          <w:b w:val="0"/>
          <w:i w:val="0"/>
          <w:sz w:val="23"/>
        </w:rPr>
        <w:t>16. The Wrong Route</w:t>
      </w:r>
    </w:p>
    <w:p>
      <w:pPr>
        <w:spacing w:after="80"/>
      </w:pPr>
      <w:r>
        <w:rPr>
          <w:rFonts w:ascii="Georgia" w:hAnsi="Georgia"/>
          <w:b w:val="0"/>
          <w:i w:val="0"/>
          <w:sz w:val="23"/>
        </w:rPr>
        <w:t>17. Walkthrough</w:t>
      </w:r>
    </w:p>
    <w:p>
      <w:pPr>
        <w:spacing w:after="80"/>
      </w:pPr>
      <w:r>
        <w:rPr>
          <w:rFonts w:ascii="Georgia" w:hAnsi="Georgia"/>
          <w:b w:val="0"/>
          <w:i w:val="0"/>
          <w:sz w:val="23"/>
        </w:rPr>
        <w:t>18. Back to the Huddle</w:t>
      </w:r>
    </w:p>
    <w:p>
      <w:pPr>
        <w:spacing w:after="80"/>
      </w:pPr>
      <w:r>
        <w:rPr>
          <w:rFonts w:ascii="Georgia" w:hAnsi="Georgia"/>
          <w:b w:val="0"/>
          <w:i w:val="0"/>
          <w:sz w:val="23"/>
        </w:rPr>
        <w:t>19. The Big Game</w:t>
      </w:r>
    </w:p>
    <w:p>
      <w:pPr>
        <w:spacing w:after="80"/>
      </w:pPr>
      <w:r>
        <w:rPr>
          <w:rFonts w:ascii="Georgia" w:hAnsi="Georgia"/>
          <w:b w:val="0"/>
          <w:i w:val="0"/>
          <w:sz w:val="23"/>
        </w:rPr>
        <w:t>20. Earned Pride</w:t>
      </w:r>
    </w:p>
    <w:p>
      <w:r>
        <w:br w:type="page"/>
      </w:r>
    </w:p>
    <w:p>
      <w:pPr>
        <w:spacing w:after="240"/>
        <w:jc w:val="center"/>
      </w:pPr>
      <w:r>
        <w:rPr>
          <w:rFonts w:ascii="Georgia" w:hAnsi="Georgia"/>
          <w:b/>
          <w:i w:val="0"/>
          <w:color w:val="1F3A5F"/>
          <w:sz w:val="30"/>
        </w:rPr>
        <w:t>About Eightletics</w:t>
      </w:r>
    </w:p>
    <w:p>
      <w:pPr>
        <w:spacing w:after="80"/>
      </w:pPr>
      <w:r>
        <w:rPr>
          <w:rFonts w:ascii="Georgia" w:hAnsi="Georgia"/>
          <w:b w:val="0"/>
          <w:i w:val="0"/>
          <w:sz w:val="23"/>
        </w:rPr>
        <w:t>Eightletics is a sports story world built around competition, character, and growth.</w:t>
      </w:r>
    </w:p>
    <w:p>
      <w:pPr>
        <w:spacing w:after="80"/>
      </w:pPr>
      <w:r>
        <w:rPr>
          <w:rFonts w:ascii="Georgia" w:hAnsi="Georgia"/>
          <w:b w:val="0"/>
          <w:i w:val="0"/>
          <w:sz w:val="23"/>
        </w:rPr>
        <w:t>Every season brings pressure. Every team faces moments that test more than talent. And every athlete learns that what matters most is not just how you play when things are easy, but who you become when the game gets hard.</w:t>
      </w:r>
    </w:p>
    <w:p>
      <w:pPr>
        <w:spacing w:after="80"/>
      </w:pPr>
      <w:r>
        <w:rPr>
          <w:rFonts w:ascii="Georgia" w:hAnsi="Georgia"/>
          <w:b w:val="0"/>
          <w:i w:val="0"/>
          <w:sz w:val="23"/>
        </w:rPr>
        <w:t>Within the Eightletics world, the PRIMATES stories are shaped by eight core values:</w:t>
      </w:r>
    </w:p>
    <w:p>
      <w:pPr>
        <w:spacing w:after="40"/>
        <w:jc w:val="center"/>
      </w:pPr>
      <w:r>
        <w:rPr>
          <w:rFonts w:ascii="Georgia" w:hAnsi="Georgia"/>
          <w:b/>
          <w:i w:val="0"/>
          <w:color w:val="7A5C00"/>
          <w:sz w:val="23"/>
        </w:rPr>
        <w:t>Pride</w:t>
      </w:r>
    </w:p>
    <w:p>
      <w:pPr>
        <w:spacing w:after="40"/>
        <w:jc w:val="center"/>
      </w:pPr>
      <w:r>
        <w:rPr>
          <w:rFonts w:ascii="Georgia" w:hAnsi="Georgia"/>
          <w:b/>
          <w:i w:val="0"/>
          <w:color w:val="7A5C00"/>
          <w:sz w:val="23"/>
        </w:rPr>
        <w:t>Respect</w:t>
      </w:r>
    </w:p>
    <w:p>
      <w:pPr>
        <w:spacing w:after="40"/>
        <w:jc w:val="center"/>
      </w:pPr>
      <w:r>
        <w:rPr>
          <w:rFonts w:ascii="Georgia" w:hAnsi="Georgia"/>
          <w:b/>
          <w:i w:val="0"/>
          <w:color w:val="7A5C00"/>
          <w:sz w:val="23"/>
        </w:rPr>
        <w:t>Integrity</w:t>
      </w:r>
    </w:p>
    <w:p>
      <w:pPr>
        <w:spacing w:after="40"/>
        <w:jc w:val="center"/>
      </w:pPr>
      <w:r>
        <w:rPr>
          <w:rFonts w:ascii="Georgia" w:hAnsi="Georgia"/>
          <w:b/>
          <w:i w:val="0"/>
          <w:color w:val="7A5C00"/>
          <w:sz w:val="23"/>
        </w:rPr>
        <w:t>Motivation</w:t>
      </w:r>
    </w:p>
    <w:p>
      <w:pPr>
        <w:spacing w:after="40"/>
        <w:jc w:val="center"/>
      </w:pPr>
      <w:r>
        <w:rPr>
          <w:rFonts w:ascii="Georgia" w:hAnsi="Georgia"/>
          <w:b/>
          <w:i w:val="0"/>
          <w:color w:val="7A5C00"/>
          <w:sz w:val="23"/>
        </w:rPr>
        <w:t>Attitude</w:t>
      </w:r>
    </w:p>
    <w:p>
      <w:pPr>
        <w:spacing w:after="40"/>
        <w:jc w:val="center"/>
      </w:pPr>
      <w:r>
        <w:rPr>
          <w:rFonts w:ascii="Georgia" w:hAnsi="Georgia"/>
          <w:b/>
          <w:i w:val="0"/>
          <w:color w:val="7A5C00"/>
          <w:sz w:val="23"/>
        </w:rPr>
        <w:t>Trust</w:t>
      </w:r>
    </w:p>
    <w:p>
      <w:pPr>
        <w:spacing w:after="40"/>
        <w:jc w:val="center"/>
      </w:pPr>
      <w:r>
        <w:rPr>
          <w:rFonts w:ascii="Georgia" w:hAnsi="Georgia"/>
          <w:b/>
          <w:i w:val="0"/>
          <w:color w:val="7A5C00"/>
          <w:sz w:val="23"/>
        </w:rPr>
        <w:t>Effort</w:t>
      </w:r>
    </w:p>
    <w:p>
      <w:pPr>
        <w:spacing w:after="40"/>
        <w:jc w:val="center"/>
      </w:pPr>
      <w:r>
        <w:rPr>
          <w:rFonts w:ascii="Georgia" w:hAnsi="Georgia"/>
          <w:b/>
          <w:i w:val="0"/>
          <w:color w:val="7A5C00"/>
          <w:sz w:val="23"/>
        </w:rPr>
        <w:t>Sacrifice</w:t>
      </w:r>
    </w:p>
    <w:p>
      <w:pPr>
        <w:spacing w:after="80"/>
      </w:pPr>
      <w:r>
        <w:rPr>
          <w:rFonts w:ascii="Georgia" w:hAnsi="Georgia"/>
          <w:b w:val="0"/>
          <w:i w:val="0"/>
          <w:sz w:val="23"/>
        </w:rPr>
        <w:t>In every huddle, every rivalry, and every season, those values have to be earned.</w:t>
      </w:r>
    </w:p>
    <w:p>
      <w:r>
        <w:br w:type="page"/>
      </w:r>
    </w:p>
    <w:p>
      <w:pPr>
        <w:spacing w:after="40"/>
        <w:jc w:val="center"/>
      </w:pPr>
      <w:r>
        <w:rPr>
          <w:rFonts w:ascii="Georgia" w:hAnsi="Georgia"/>
          <w:b/>
          <w:i w:val="0"/>
          <w:sz w:val="28"/>
        </w:rPr>
        <w:t>Chapter 1</w:t>
      </w:r>
    </w:p>
    <w:p>
      <w:pPr>
        <w:spacing w:after="200"/>
        <w:jc w:val="center"/>
      </w:pPr>
      <w:r>
        <w:rPr>
          <w:rFonts w:ascii="Georgia" w:hAnsi="Georgia"/>
          <w:b w:val="0"/>
          <w:i/>
          <w:sz w:val="24"/>
        </w:rPr>
        <w:t>The Wrong Kind of Surprise</w:t>
      </w:r>
    </w:p>
    <w:p>
      <w:pPr>
        <w:spacing w:after="80"/>
      </w:pPr>
      <w:r>
        <w:rPr>
          <w:rFonts w:ascii="Georgia" w:hAnsi="Georgia"/>
          <w:sz w:val="23"/>
        </w:rPr>
        <w:t>Noah Lawson liked getting to the field before everybody else.</w:t>
      </w:r>
    </w:p>
    <w:p>
      <w:pPr>
        <w:spacing w:after="80"/>
      </w:pPr>
      <w:r>
        <w:rPr>
          <w:rFonts w:ascii="Georgia" w:hAnsi="Georgia"/>
          <w:sz w:val="23"/>
        </w:rPr>
        <w:t>It was the only time practice felt simple.</w:t>
      </w:r>
    </w:p>
    <w:p>
      <w:pPr>
        <w:spacing w:after="80"/>
      </w:pPr>
      <w:r>
        <w:rPr>
          <w:rFonts w:ascii="Georgia" w:hAnsi="Georgia"/>
          <w:sz w:val="23"/>
        </w:rPr>
        <w:t>No chatter. No jokes. No parents in folding chairs. No teammates asking who was starting where or what Coach had planned. Just a quiet stretch of green turf, faint white yard lines, and a bucket of footballs waiting by the sideline like the season had been paused and was finally ready to start again.</w:t>
      </w:r>
    </w:p>
    <w:p>
      <w:pPr>
        <w:spacing w:after="80"/>
      </w:pPr>
      <w:r>
        <w:rPr>
          <w:rFonts w:ascii="Georgia" w:hAnsi="Georgia"/>
          <w:sz w:val="23"/>
        </w:rPr>
        <w:t>He dropped his bag near the bench and got to work.</w:t>
      </w:r>
    </w:p>
    <w:p>
      <w:pPr>
        <w:spacing w:after="80"/>
      </w:pPr>
      <w:r>
        <w:rPr>
          <w:rFonts w:ascii="Georgia" w:hAnsi="Georgia"/>
          <w:sz w:val="23"/>
        </w:rPr>
        <w:t>First the cones. Then the flag belts, untangled and stacked by color. Then the footballs, lined up so the laces all faced the same way.</w:t>
      </w:r>
    </w:p>
    <w:p>
      <w:pPr>
        <w:spacing w:after="80"/>
      </w:pPr>
      <w:r>
        <w:rPr>
          <w:rFonts w:ascii="Georgia" w:hAnsi="Georgia"/>
          <w:sz w:val="23"/>
        </w:rPr>
        <w:t>He knew that part was unnecessary.</w:t>
      </w:r>
    </w:p>
    <w:p>
      <w:pPr>
        <w:spacing w:after="80"/>
      </w:pPr>
      <w:r>
        <w:rPr>
          <w:rFonts w:ascii="Georgia" w:hAnsi="Georgia"/>
          <w:sz w:val="23"/>
        </w:rPr>
        <w:t>He did it anyway.</w:t>
      </w:r>
    </w:p>
    <w:p>
      <w:pPr>
        <w:spacing w:after="80"/>
      </w:pPr>
      <w:r>
        <w:rPr>
          <w:rFonts w:ascii="Georgia" w:hAnsi="Georgia"/>
          <w:sz w:val="23"/>
        </w:rPr>
        <w:t>The early September air had a bite to it, not cold yet, but sharp enough to wake him up. Dew clung to the grass around the edges of the turf, and the metal bleachers on the far side of the field still looked sleepy under the morning sun. Noah grabbed the first football from the bucket and spun it in his hands, feeling the leather tack against his fingertips.</w:t>
      </w:r>
    </w:p>
    <w:p>
      <w:pPr>
        <w:spacing w:after="80"/>
      </w:pPr>
      <w:r>
        <w:rPr>
          <w:rFonts w:ascii="Georgia" w:hAnsi="Georgia"/>
          <w:sz w:val="23"/>
        </w:rPr>
        <w:t>This was his year.</w:t>
      </w:r>
    </w:p>
    <w:p>
      <w:pPr>
        <w:spacing w:after="80"/>
      </w:pPr>
      <w:r>
        <w:rPr>
          <w:rFonts w:ascii="Georgia" w:hAnsi="Georgia"/>
          <w:sz w:val="23"/>
        </w:rPr>
        <w:t>That thought had been sitting in his head all week, getting bigger every time he packed his cleats or checked the team group chat or imagined the first snap of the season.</w:t>
      </w:r>
    </w:p>
    <w:p>
      <w:pPr>
        <w:spacing w:after="80"/>
      </w:pPr>
      <w:r>
        <w:rPr>
          <w:rFonts w:ascii="Georgia" w:hAnsi="Georgia"/>
          <w:sz w:val="23"/>
        </w:rPr>
        <w:t>His year to lead. His year to prove he wasn’t just Coach Law’s son.</w:t>
      </w:r>
    </w:p>
    <w:p>
      <w:pPr>
        <w:spacing w:after="80"/>
      </w:pPr>
      <w:r>
        <w:rPr>
          <w:rFonts w:ascii="Georgia" w:hAnsi="Georgia"/>
          <w:sz w:val="23"/>
        </w:rPr>
        <w:t>A whistle chirped behind him.</w:t>
      </w:r>
    </w:p>
    <w:p>
      <w:pPr>
        <w:spacing w:after="80"/>
      </w:pPr>
      <w:r>
        <w:rPr>
          <w:rFonts w:ascii="Georgia" w:hAnsi="Georgia"/>
          <w:sz w:val="23"/>
        </w:rPr>
        <w:t>“Cones are straight,” Coach Law said. “Field didn’t need military inspection.”</w:t>
      </w:r>
    </w:p>
    <w:p>
      <w:pPr>
        <w:spacing w:after="80"/>
      </w:pPr>
      <w:r>
        <w:rPr>
          <w:rFonts w:ascii="Georgia" w:hAnsi="Georgia"/>
          <w:sz w:val="23"/>
        </w:rPr>
        <w:t>Noah turned. His dad was coming out of the equipment shed carrying a mesh bag full of flag belts over one shoulder and a clipboard under his arm. He wore the same navy team pullover he always wore, even when it was too warm for it, and his ball cap was pulled low enough that his expression stayed hard to read until he got close.</w:t>
      </w:r>
    </w:p>
    <w:p>
      <w:pPr>
        <w:spacing w:after="80"/>
      </w:pPr>
      <w:r>
        <w:rPr>
          <w:rFonts w:ascii="Georgia" w:hAnsi="Georgia"/>
          <w:sz w:val="23"/>
        </w:rPr>
        <w:t>Noah shrugged like he hadn’t been caught doing exactly what he always did. “Didn’t want us starting sloppy.”</w:t>
      </w:r>
    </w:p>
    <w:p>
      <w:pPr>
        <w:spacing w:after="80"/>
      </w:pPr>
      <w:r>
        <w:rPr>
          <w:rFonts w:ascii="Georgia" w:hAnsi="Georgia"/>
          <w:sz w:val="23"/>
        </w:rPr>
        <w:t>Coach Law set the belts on the bench. “Good.”</w:t>
      </w:r>
    </w:p>
    <w:p>
      <w:pPr>
        <w:spacing w:after="80"/>
      </w:pPr>
      <w:r>
        <w:rPr>
          <w:rFonts w:ascii="Georgia" w:hAnsi="Georgia"/>
          <w:sz w:val="23"/>
        </w:rPr>
        <w:t>Just good.</w:t>
      </w:r>
    </w:p>
    <w:p>
      <w:pPr>
        <w:spacing w:after="80"/>
      </w:pPr>
      <w:r>
        <w:rPr>
          <w:rFonts w:ascii="Georgia" w:hAnsi="Georgia"/>
          <w:sz w:val="23"/>
        </w:rPr>
        <w:t>Not nice job. Not that’s leadership. Just good.</w:t>
      </w:r>
    </w:p>
    <w:p>
      <w:pPr>
        <w:spacing w:after="80"/>
      </w:pPr>
      <w:r>
        <w:rPr>
          <w:rFonts w:ascii="Georgia" w:hAnsi="Georgia"/>
          <w:sz w:val="23"/>
        </w:rPr>
        <w:t>Noah hated how much one word could matter.</w:t>
      </w:r>
    </w:p>
    <w:p>
      <w:pPr>
        <w:spacing w:after="80"/>
      </w:pPr>
      <w:r>
        <w:rPr>
          <w:rFonts w:ascii="Georgia" w:hAnsi="Georgia"/>
          <w:sz w:val="23"/>
        </w:rPr>
        <w:t>Coach Law glanced over the field, doing his usual scan like he could spot problems before they happened. “You stretch yet?”</w:t>
      </w:r>
    </w:p>
    <w:p>
      <w:pPr>
        <w:spacing w:after="80"/>
      </w:pPr>
      <w:r>
        <w:rPr>
          <w:rFonts w:ascii="Georgia" w:hAnsi="Georgia"/>
          <w:sz w:val="23"/>
        </w:rPr>
        <w:t>“Not yet.”</w:t>
      </w:r>
    </w:p>
    <w:p>
      <w:pPr>
        <w:spacing w:after="80"/>
      </w:pPr>
      <w:r>
        <w:rPr>
          <w:rFonts w:ascii="Georgia" w:hAnsi="Georgia"/>
          <w:sz w:val="23"/>
        </w:rPr>
        <w:t>“Then stop organizing footballs like they’re museum pieces and warm up.”</w:t>
      </w:r>
    </w:p>
    <w:p>
      <w:pPr>
        <w:spacing w:after="80"/>
      </w:pPr>
      <w:r>
        <w:rPr>
          <w:rFonts w:ascii="Georgia" w:hAnsi="Georgia"/>
          <w:sz w:val="23"/>
        </w:rPr>
        <w:t>Noah smirked, because that was probably supposed to be a joke, and with Coach Law, those came rare enough to notice.</w:t>
      </w:r>
    </w:p>
    <w:p>
      <w:pPr>
        <w:spacing w:after="80"/>
      </w:pPr>
      <w:r>
        <w:rPr>
          <w:rFonts w:ascii="Georgia" w:hAnsi="Georgia"/>
          <w:sz w:val="23"/>
        </w:rPr>
        <w:t>He jogged toward the numbers and started his routine-high knees, butt kicks, lunges, side shuffles. By the time he got to karaoke steps, he heard voices by the gate.</w:t>
      </w:r>
    </w:p>
    <w:p>
      <w:pPr>
        <w:spacing w:after="80"/>
      </w:pPr>
      <w:r>
        <w:rPr>
          <w:rFonts w:ascii="Georgia" w:hAnsi="Georgia"/>
          <w:sz w:val="23"/>
        </w:rPr>
        <w:t>Rico Torres came through first, carrying his cleats in one hand and talking before both feet were even on the turf.</w:t>
      </w:r>
    </w:p>
    <w:p>
      <w:pPr>
        <w:spacing w:after="80"/>
      </w:pPr>
      <w:r>
        <w:rPr>
          <w:rFonts w:ascii="Georgia" w:hAnsi="Georgia"/>
          <w:sz w:val="23"/>
        </w:rPr>
        <w:t>“I’m telling you right now, if Jalen says he beat me in races all summer, he’s lying in the sight of God and all mankind.”</w:t>
      </w:r>
    </w:p>
    <w:p>
      <w:pPr>
        <w:spacing w:after="80"/>
      </w:pPr>
      <w:r>
        <w:rPr>
          <w:rFonts w:ascii="Georgia" w:hAnsi="Georgia"/>
          <w:sz w:val="23"/>
        </w:rPr>
        <w:t>“You don’t even run full speed unless somebody’s watching,” Devin Wilson said behind him.</w:t>
      </w:r>
    </w:p>
    <w:p>
      <w:pPr>
        <w:spacing w:after="80"/>
      </w:pPr>
      <w:r>
        <w:rPr>
          <w:rFonts w:ascii="Georgia" w:hAnsi="Georgia"/>
          <w:sz w:val="23"/>
        </w:rPr>
        <w:t>“That is strategy,” Rico shot back.</w:t>
      </w:r>
    </w:p>
    <w:p>
      <w:pPr>
        <w:spacing w:after="80"/>
      </w:pPr>
      <w:r>
        <w:rPr>
          <w:rFonts w:ascii="Georgia" w:hAnsi="Georgia"/>
          <w:sz w:val="23"/>
        </w:rPr>
        <w:t>Devin laughed and spotted Noah. “Look at this. Captain Clean got here before sunrise again.”</w:t>
      </w:r>
    </w:p>
    <w:p>
      <w:pPr>
        <w:spacing w:after="80"/>
      </w:pPr>
      <w:r>
        <w:rPr>
          <w:rFonts w:ascii="Georgia" w:hAnsi="Georgia"/>
          <w:sz w:val="23"/>
        </w:rPr>
        <w:t>Noah stopped stretching and caught the football Devin tossed him. “Some of us care about details.”</w:t>
      </w:r>
    </w:p>
    <w:p>
      <w:pPr>
        <w:spacing w:after="80"/>
      </w:pPr>
      <w:r>
        <w:rPr>
          <w:rFonts w:ascii="Georgia" w:hAnsi="Georgia"/>
          <w:sz w:val="23"/>
        </w:rPr>
        <w:t>“Some of us care about sleeping,” Rico said.</w:t>
      </w:r>
    </w:p>
    <w:p>
      <w:pPr>
        <w:spacing w:after="80"/>
      </w:pPr>
      <w:r>
        <w:rPr>
          <w:rFonts w:ascii="Georgia" w:hAnsi="Georgia"/>
          <w:sz w:val="23"/>
        </w:rPr>
        <w:t>Devin jogged closer, his hands tucked in the sleeves of his hoodie. He was still grinning, but like always, his eyes were doing their own work, taking in the field, the setup, Coach Law, Noah. Devin noticed everything. Sometimes Noah wondered if he noticed too much.</w:t>
      </w:r>
    </w:p>
    <w:p>
      <w:pPr>
        <w:spacing w:after="80"/>
      </w:pPr>
      <w:r>
        <w:rPr>
          <w:rFonts w:ascii="Georgia" w:hAnsi="Georgia"/>
          <w:sz w:val="23"/>
        </w:rPr>
        <w:t>“You nervous?” Devin asked quietly.</w:t>
      </w:r>
    </w:p>
    <w:p>
      <w:pPr>
        <w:spacing w:after="80"/>
      </w:pPr>
      <w:r>
        <w:rPr>
          <w:rFonts w:ascii="Georgia" w:hAnsi="Georgia"/>
          <w:sz w:val="23"/>
        </w:rPr>
        <w:t>Noah tucked the ball against his hip. “About what?”</w:t>
      </w:r>
    </w:p>
    <w:p>
      <w:pPr>
        <w:spacing w:after="80"/>
      </w:pPr>
      <w:r>
        <w:rPr>
          <w:rFonts w:ascii="Georgia" w:hAnsi="Georgia"/>
          <w:sz w:val="23"/>
        </w:rPr>
        <w:t>“Season starting. Coach mode already activated.” Devin tipped his chin toward Coach Law, who was checking something on the clipboard. “Quarterback pressure. Normal stuff.”</w:t>
      </w:r>
    </w:p>
    <w:p>
      <w:pPr>
        <w:spacing w:after="80"/>
      </w:pPr>
      <w:r>
        <w:rPr>
          <w:rFonts w:ascii="Georgia" w:hAnsi="Georgia"/>
          <w:sz w:val="23"/>
        </w:rPr>
        <w:t>Noah rolled one shoulder. “I’m good.”</w:t>
      </w:r>
    </w:p>
    <w:p>
      <w:pPr>
        <w:spacing w:after="80"/>
      </w:pPr>
      <w:r>
        <w:rPr>
          <w:rFonts w:ascii="Georgia" w:hAnsi="Georgia"/>
          <w:sz w:val="23"/>
        </w:rPr>
        <w:t>Devin’s grin got smaller. “Didn’t say you weren’t.”</w:t>
      </w:r>
    </w:p>
    <w:p>
      <w:pPr>
        <w:spacing w:after="80"/>
      </w:pPr>
      <w:r>
        <w:rPr>
          <w:rFonts w:ascii="Georgia" w:hAnsi="Georgia"/>
          <w:sz w:val="23"/>
        </w:rPr>
        <w:t>Before Noah could answer, Jalen Price burst through the gate like he’d been fired out of it.</w:t>
      </w:r>
    </w:p>
    <w:p>
      <w:pPr>
        <w:spacing w:after="80"/>
      </w:pPr>
      <w:r>
        <w:rPr>
          <w:rFonts w:ascii="Georgia" w:hAnsi="Georgia"/>
          <w:sz w:val="23"/>
        </w:rPr>
        <w:t>“Who’s ready to hit somebody?” he yelled.</w:t>
      </w:r>
    </w:p>
    <w:p>
      <w:pPr>
        <w:spacing w:after="80"/>
      </w:pPr>
      <w:r>
        <w:rPr>
          <w:rFonts w:ascii="Georgia" w:hAnsi="Georgia"/>
          <w:sz w:val="23"/>
        </w:rPr>
        <w:t>“It’s flag football,” Owen Reed said, walking in behind him. “Nobody’s supposed to hit anybody.”</w:t>
      </w:r>
    </w:p>
    <w:p>
      <w:pPr>
        <w:spacing w:after="80"/>
      </w:pPr>
      <w:r>
        <w:rPr>
          <w:rFonts w:ascii="Georgia" w:hAnsi="Georgia"/>
          <w:sz w:val="23"/>
        </w:rPr>
        <w:t>Jalen pointed at him. “Emotionally, Owen. Keep up.”</w:t>
      </w:r>
    </w:p>
    <w:p>
      <w:pPr>
        <w:spacing w:after="80"/>
      </w:pPr>
      <w:r>
        <w:rPr>
          <w:rFonts w:ascii="Georgia" w:hAnsi="Georgia"/>
          <w:sz w:val="23"/>
        </w:rPr>
        <w:t>Owen adjusted the strap on his gloves and looked around the field. “Cones are crooked on the far side.”</w:t>
      </w:r>
    </w:p>
    <w:p>
      <w:pPr>
        <w:spacing w:after="80"/>
      </w:pPr>
      <w:r>
        <w:rPr>
          <w:rFonts w:ascii="Georgia" w:hAnsi="Georgia"/>
          <w:sz w:val="23"/>
        </w:rPr>
        <w:t>“They are not,” Noah said instantly.</w:t>
      </w:r>
    </w:p>
    <w:p>
      <w:pPr>
        <w:spacing w:after="80"/>
      </w:pPr>
      <w:r>
        <w:rPr>
          <w:rFonts w:ascii="Georgia" w:hAnsi="Georgia"/>
          <w:sz w:val="23"/>
        </w:rPr>
        <w:t>Owen squinted. “Third one from the end is leaning.”</w:t>
      </w:r>
    </w:p>
    <w:p>
      <w:pPr>
        <w:spacing w:after="80"/>
      </w:pPr>
      <w:r>
        <w:rPr>
          <w:rFonts w:ascii="Georgia" w:hAnsi="Georgia"/>
          <w:sz w:val="23"/>
        </w:rPr>
        <w:t>Noah looked.</w:t>
      </w:r>
    </w:p>
    <w:p>
      <w:pPr>
        <w:spacing w:after="80"/>
      </w:pPr>
      <w:r>
        <w:rPr>
          <w:rFonts w:ascii="Georgia" w:hAnsi="Georgia"/>
          <w:sz w:val="23"/>
        </w:rPr>
        <w:t>It was leaning.</w:t>
      </w:r>
    </w:p>
    <w:p>
      <w:pPr>
        <w:spacing w:after="80"/>
      </w:pPr>
      <w:r>
        <w:rPr>
          <w:rFonts w:ascii="Georgia" w:hAnsi="Georgia"/>
          <w:sz w:val="23"/>
        </w:rPr>
        <w:t>Rico started laughing before Noah could move. “That’s gonna bother you all practice now.”</w:t>
      </w:r>
    </w:p>
    <w:p>
      <w:pPr>
        <w:spacing w:after="80"/>
      </w:pPr>
      <w:r>
        <w:rPr>
          <w:rFonts w:ascii="Georgia" w:hAnsi="Georgia"/>
          <w:sz w:val="23"/>
        </w:rPr>
        <w:t>Noah snagged two more footballs from the bucket and tossed one at Rico’s chest. Rico caught it one-handed.</w:t>
      </w:r>
    </w:p>
    <w:p>
      <w:pPr>
        <w:spacing w:after="80"/>
      </w:pPr>
      <w:r>
        <w:rPr>
          <w:rFonts w:ascii="Georgia" w:hAnsi="Georgia"/>
          <w:sz w:val="23"/>
        </w:rPr>
        <w:t>“Warm up,” Noah said.</w:t>
      </w:r>
    </w:p>
    <w:p>
      <w:pPr>
        <w:spacing w:after="80"/>
      </w:pPr>
      <w:r>
        <w:rPr>
          <w:rFonts w:ascii="Georgia" w:hAnsi="Georgia"/>
          <w:sz w:val="23"/>
        </w:rPr>
        <w:t>The field came alive fast after that. Cleats clicking. Velcro ripping as flags got fastened around waists. Footballs popping into palms. Voices rising and overlapping. Parents began to gather near the fence, coffee cups in hand, and the younger siblings started drifting toward the far sideline where they usually threw mini footballs around and got told not to run behind drills.</w:t>
      </w:r>
    </w:p>
    <w:p>
      <w:pPr>
        <w:spacing w:after="80"/>
      </w:pPr>
      <w:r>
        <w:rPr>
          <w:rFonts w:ascii="Georgia" w:hAnsi="Georgia"/>
          <w:sz w:val="23"/>
        </w:rPr>
        <w:t>Noah noticed Vee Carter near the fence with a football tucked under one arm.</w:t>
      </w:r>
    </w:p>
    <w:p>
      <w:pPr>
        <w:spacing w:after="80"/>
      </w:pPr>
      <w:r>
        <w:rPr>
          <w:rFonts w:ascii="Georgia" w:hAnsi="Georgia"/>
          <w:sz w:val="23"/>
        </w:rPr>
        <w:t>She wasn’t really standing with the younger siblings. She was just near them, like she refused to be grouped in with anybody smaller or slower or less serious than she was. Her dark hair was pulled back tight, and she was watching the field with that narrowed, locked-in look she always had when football was happening. Not curious. Studying.</w:t>
      </w:r>
    </w:p>
    <w:p>
      <w:pPr>
        <w:spacing w:after="80"/>
      </w:pPr>
      <w:r>
        <w:rPr>
          <w:rFonts w:ascii="Georgia" w:hAnsi="Georgia"/>
          <w:sz w:val="23"/>
        </w:rPr>
        <w:t>When she caught Noah looking, she bounced the ball once off her knee and spun it back into her hands like she’d done it a hundred times.</w:t>
      </w:r>
    </w:p>
    <w:p>
      <w:pPr>
        <w:spacing w:after="80"/>
      </w:pPr>
      <w:r>
        <w:rPr>
          <w:rFonts w:ascii="Georgia" w:hAnsi="Georgia"/>
          <w:sz w:val="23"/>
        </w:rPr>
        <w:t>Which, honestly, she probably had.</w:t>
      </w:r>
    </w:p>
    <w:p>
      <w:pPr>
        <w:spacing w:after="80"/>
      </w:pPr>
      <w:r>
        <w:rPr>
          <w:rFonts w:ascii="Georgia" w:hAnsi="Georgia"/>
          <w:sz w:val="23"/>
        </w:rPr>
        <w:t>Rico saw her too. “Vee’s here early. That means she’s trying to steal somebody’s reps.”</w:t>
      </w:r>
    </w:p>
    <w:p>
      <w:pPr>
        <w:spacing w:after="80"/>
      </w:pPr>
      <w:r>
        <w:rPr>
          <w:rFonts w:ascii="Georgia" w:hAnsi="Georgia"/>
          <w:sz w:val="23"/>
        </w:rPr>
        <w:t>“She can try,” Jalen said.</w:t>
      </w:r>
    </w:p>
    <w:p>
      <w:pPr>
        <w:spacing w:after="80"/>
      </w:pPr>
      <w:r>
        <w:rPr>
          <w:rFonts w:ascii="Georgia" w:hAnsi="Georgia"/>
          <w:sz w:val="23"/>
        </w:rPr>
        <w:t>From the fence, Vee called, “I heard that.”</w:t>
      </w:r>
    </w:p>
    <w:p>
      <w:pPr>
        <w:spacing w:after="80"/>
      </w:pPr>
      <w:r>
        <w:rPr>
          <w:rFonts w:ascii="Georgia" w:hAnsi="Georgia"/>
          <w:sz w:val="23"/>
        </w:rPr>
        <w:t>Jalen grinned. “Good.”</w:t>
      </w:r>
    </w:p>
    <w:p>
      <w:pPr>
        <w:spacing w:after="80"/>
      </w:pPr>
      <w:r>
        <w:rPr>
          <w:rFonts w:ascii="Georgia" w:hAnsi="Georgia"/>
          <w:sz w:val="23"/>
        </w:rPr>
        <w:t>Coach Law blew the whistle twice. The sound cut through everything.</w:t>
      </w:r>
    </w:p>
    <w:p>
      <w:pPr>
        <w:spacing w:after="80"/>
      </w:pPr>
      <w:r>
        <w:rPr>
          <w:rFonts w:ascii="Georgia" w:hAnsi="Georgia"/>
          <w:sz w:val="23"/>
        </w:rPr>
        <w:t>“Bring it in.”</w:t>
      </w:r>
    </w:p>
    <w:p>
      <w:pPr>
        <w:spacing w:after="80"/>
      </w:pPr>
      <w:r>
        <w:rPr>
          <w:rFonts w:ascii="Georgia" w:hAnsi="Georgia"/>
          <w:sz w:val="23"/>
        </w:rPr>
        <w:t>The team jogged toward him and took a knee in a loose semicircle. Noah dropped in front, because that was where the quarterback belonged. Coach Law stood over them with the clipboard tucked against one side.</w:t>
      </w:r>
    </w:p>
    <w:p>
      <w:pPr>
        <w:spacing w:after="80"/>
      </w:pPr>
      <w:r>
        <w:rPr>
          <w:rFonts w:ascii="Georgia" w:hAnsi="Georgia"/>
          <w:sz w:val="23"/>
        </w:rPr>
        <w:t>“New season,” he said. “New standard. Last year doesn’t help us. Last year doesn’t hurt us. We earn everything again.”</w:t>
      </w:r>
    </w:p>
    <w:p>
      <w:pPr>
        <w:spacing w:after="80"/>
      </w:pPr>
      <w:r>
        <w:rPr>
          <w:rFonts w:ascii="Georgia" w:hAnsi="Georgia"/>
          <w:sz w:val="23"/>
        </w:rPr>
        <w:t>Noah felt himself sit a little taller.</w:t>
      </w:r>
    </w:p>
    <w:p>
      <w:pPr>
        <w:spacing w:after="80"/>
      </w:pPr>
      <w:r>
        <w:rPr>
          <w:rFonts w:ascii="Georgia" w:hAnsi="Georgia"/>
          <w:sz w:val="23"/>
        </w:rPr>
        <w:t>That was more like it. That was the kind of line that meant something.</w:t>
      </w:r>
    </w:p>
    <w:p>
      <w:pPr>
        <w:spacing w:after="80"/>
      </w:pPr>
      <w:r>
        <w:rPr>
          <w:rFonts w:ascii="Georgia" w:hAnsi="Georgia"/>
          <w:sz w:val="23"/>
        </w:rPr>
        <w:t>Coach Law looked across the group. “Effort. Discipline. Communication. If we do those three things, we’ll give ourselves a chance every week. If we don’t, talent won’t save us.”</w:t>
      </w:r>
    </w:p>
    <w:p>
      <w:pPr>
        <w:spacing w:after="80"/>
      </w:pPr>
      <w:r>
        <w:rPr>
          <w:rFonts w:ascii="Georgia" w:hAnsi="Georgia"/>
          <w:sz w:val="23"/>
        </w:rPr>
        <w:t>Jalen nodded hard. Devin folded his hands over his knee. Owen looked like he was already making a checklist in his head.</w:t>
      </w:r>
    </w:p>
    <w:p>
      <w:pPr>
        <w:spacing w:after="80"/>
      </w:pPr>
      <w:r>
        <w:rPr>
          <w:rFonts w:ascii="Georgia" w:hAnsi="Georgia"/>
          <w:sz w:val="23"/>
        </w:rPr>
        <w:t>Then Coach Law said, “Before we start, there’s one update.”</w:t>
      </w:r>
    </w:p>
    <w:p>
      <w:pPr>
        <w:spacing w:after="80"/>
      </w:pPr>
      <w:r>
        <w:rPr>
          <w:rFonts w:ascii="Georgia" w:hAnsi="Georgia"/>
          <w:sz w:val="23"/>
        </w:rPr>
        <w:t>Something in Noah’s stomach tightened.</w:t>
      </w:r>
    </w:p>
    <w:p>
      <w:pPr>
        <w:spacing w:after="80"/>
      </w:pPr>
      <w:r>
        <w:rPr>
          <w:rFonts w:ascii="Georgia" w:hAnsi="Georgia"/>
          <w:sz w:val="23"/>
        </w:rPr>
        <w:t>Coach Law didn’t do surprise updates unless they mattered.</w:t>
      </w:r>
    </w:p>
    <w:p>
      <w:pPr>
        <w:spacing w:after="80"/>
      </w:pPr>
      <w:r>
        <w:rPr>
          <w:rFonts w:ascii="Georgia" w:hAnsi="Georgia"/>
          <w:sz w:val="23"/>
        </w:rPr>
        <w:t>“A player’s moving up to this team this season,” he said. “I’ve talked with his family. I’ve talked with league people. Decision’s final.”</w:t>
      </w:r>
    </w:p>
    <w:p>
      <w:pPr>
        <w:spacing w:after="80"/>
      </w:pPr>
      <w:r>
        <w:rPr>
          <w:rFonts w:ascii="Georgia" w:hAnsi="Georgia"/>
          <w:sz w:val="23"/>
        </w:rPr>
        <w:t>There was a pause, just long enough for everybody to start wondering.</w:t>
      </w:r>
    </w:p>
    <w:p>
      <w:pPr>
        <w:spacing w:after="80"/>
      </w:pPr>
      <w:r>
        <w:rPr>
          <w:rFonts w:ascii="Georgia" w:hAnsi="Georgia"/>
          <w:sz w:val="23"/>
        </w:rPr>
        <w:t>Rico leaned toward Devin. “If this is your cousin, I’m leaving.”</w:t>
      </w:r>
    </w:p>
    <w:p>
      <w:pPr>
        <w:spacing w:after="80"/>
      </w:pPr>
      <w:r>
        <w:rPr>
          <w:rFonts w:ascii="Georgia" w:hAnsi="Georgia"/>
          <w:sz w:val="23"/>
        </w:rPr>
        <w:t>“It’s Micah Harris,” Coach Law said.</w:t>
      </w:r>
    </w:p>
    <w:p>
      <w:pPr>
        <w:spacing w:after="80"/>
      </w:pPr>
      <w:r>
        <w:rPr>
          <w:rFonts w:ascii="Georgia" w:hAnsi="Georgia"/>
          <w:sz w:val="23"/>
        </w:rPr>
        <w:t>Noah frowned before he could stop himself.</w:t>
      </w:r>
    </w:p>
    <w:p>
      <w:pPr>
        <w:spacing w:after="80"/>
      </w:pPr>
      <w:r>
        <w:rPr>
          <w:rFonts w:ascii="Georgia" w:hAnsi="Georgia"/>
          <w:sz w:val="23"/>
        </w:rPr>
        <w:t>A couple of the guys exchanged looks. Jalen actually blinked. Owen’s eyebrows went up. Even Devin looked surprised.</w:t>
      </w:r>
    </w:p>
    <w:p>
      <w:pPr>
        <w:spacing w:after="80"/>
      </w:pPr>
      <w:r>
        <w:rPr>
          <w:rFonts w:ascii="Georgia" w:hAnsi="Georgia"/>
          <w:sz w:val="23"/>
        </w:rPr>
        <w:t>Micah Harris?</w:t>
      </w:r>
    </w:p>
    <w:p>
      <w:pPr>
        <w:spacing w:after="80"/>
      </w:pPr>
      <w:r>
        <w:rPr>
          <w:rFonts w:ascii="Georgia" w:hAnsi="Georgia"/>
          <w:sz w:val="23"/>
        </w:rPr>
        <w:t>Everybody knew who Micah was.</w:t>
      </w:r>
    </w:p>
    <w:p>
      <w:pPr>
        <w:spacing w:after="80"/>
      </w:pPr>
      <w:r>
        <w:rPr>
          <w:rFonts w:ascii="Georgia" w:hAnsi="Georgia"/>
          <w:sz w:val="23"/>
        </w:rPr>
        <w:t>You couldn’t be around youth football in their area and not know. He was the little kid from the lower division who looked too big for his age and played like every snap had insulted him personally. He chased flags like he was hunting something. On offense he was all burst and swagger and impossible cuts. On defense he played linebacker, and older kids whispered about him the way people talked about viral highlights.</w:t>
      </w:r>
    </w:p>
    <w:p>
      <w:pPr>
        <w:spacing w:after="80"/>
      </w:pPr>
      <w:r>
        <w:rPr>
          <w:rFonts w:ascii="Georgia" w:hAnsi="Georgia"/>
          <w:sz w:val="23"/>
        </w:rPr>
        <w:t>Noah had seen him in tournament warmups once, dragging a sled twice his size and laughing while he did it.</w:t>
      </w:r>
    </w:p>
    <w:p>
      <w:pPr>
        <w:spacing w:after="80"/>
      </w:pPr>
      <w:r>
        <w:rPr>
          <w:rFonts w:ascii="Georgia" w:hAnsi="Georgia"/>
          <w:sz w:val="23"/>
        </w:rPr>
        <w:t>He was good.</w:t>
      </w:r>
    </w:p>
    <w:p>
      <w:pPr>
        <w:spacing w:after="80"/>
      </w:pPr>
      <w:r>
        <w:rPr>
          <w:rFonts w:ascii="Georgia" w:hAnsi="Georgia"/>
          <w:sz w:val="23"/>
        </w:rPr>
        <w:t>Too good.</w:t>
      </w:r>
    </w:p>
    <w:p>
      <w:pPr>
        <w:spacing w:after="80"/>
      </w:pPr>
      <w:r>
        <w:rPr>
          <w:rFonts w:ascii="Georgia" w:hAnsi="Georgia"/>
          <w:sz w:val="23"/>
        </w:rPr>
        <w:t>“That’s a joke,” Jalen said.</w:t>
      </w:r>
    </w:p>
    <w:p>
      <w:pPr>
        <w:spacing w:after="80"/>
      </w:pPr>
      <w:r>
        <w:rPr>
          <w:rFonts w:ascii="Georgia" w:hAnsi="Georgia"/>
          <w:sz w:val="23"/>
        </w:rPr>
        <w:t>Coach Law looked at him.</w:t>
      </w:r>
    </w:p>
    <w:p>
      <w:pPr>
        <w:spacing w:after="80"/>
      </w:pPr>
      <w:r>
        <w:rPr>
          <w:rFonts w:ascii="Georgia" w:hAnsi="Georgia"/>
          <w:sz w:val="23"/>
        </w:rPr>
        <w:t>Jalen cleared his throat. “I mean... he’s, what, nine?”</w:t>
      </w:r>
    </w:p>
    <w:p>
      <w:pPr>
        <w:spacing w:after="80"/>
      </w:pPr>
      <w:r>
        <w:rPr>
          <w:rFonts w:ascii="Georgia" w:hAnsi="Georgia"/>
          <w:sz w:val="23"/>
        </w:rPr>
        <w:t>“Almost ten,” Rico muttered.</w:t>
      </w:r>
    </w:p>
    <w:p>
      <w:pPr>
        <w:spacing w:after="80"/>
      </w:pPr>
      <w:r>
        <w:rPr>
          <w:rFonts w:ascii="Georgia" w:hAnsi="Georgia"/>
          <w:sz w:val="23"/>
        </w:rPr>
        <w:t>Coach Law kept his eyes on the group. “Micah is moving up.”</w:t>
      </w:r>
    </w:p>
    <w:p>
      <w:pPr>
        <w:spacing w:after="80"/>
      </w:pPr>
      <w:r>
        <w:rPr>
          <w:rFonts w:ascii="Georgia" w:hAnsi="Georgia"/>
          <w:sz w:val="23"/>
        </w:rPr>
        <w:t>Noah spoke before he meant to. “To our team?”</w:t>
      </w:r>
    </w:p>
    <w:p>
      <w:pPr>
        <w:spacing w:after="80"/>
      </w:pPr>
      <w:r>
        <w:rPr>
          <w:rFonts w:ascii="Georgia" w:hAnsi="Georgia"/>
          <w:sz w:val="23"/>
        </w:rPr>
        <w:t>It came out sharper than he wanted.</w:t>
      </w:r>
    </w:p>
    <w:p>
      <w:pPr>
        <w:spacing w:after="80"/>
      </w:pPr>
      <w:r>
        <w:rPr>
          <w:rFonts w:ascii="Georgia" w:hAnsi="Georgia"/>
          <w:sz w:val="23"/>
        </w:rPr>
        <w:t>Coach Law’s eyes shifted to him, unreadable as ever. “Yes.”</w:t>
      </w:r>
    </w:p>
    <w:p>
      <w:pPr>
        <w:spacing w:after="80"/>
      </w:pPr>
      <w:r>
        <w:rPr>
          <w:rFonts w:ascii="Georgia" w:hAnsi="Georgia"/>
          <w:sz w:val="23"/>
        </w:rPr>
        <w:t>Noah felt every guy around him hear the way he’d said it.</w:t>
      </w:r>
    </w:p>
    <w:p>
      <w:pPr>
        <w:spacing w:after="80"/>
      </w:pPr>
      <w:r>
        <w:rPr>
          <w:rFonts w:ascii="Georgia" w:hAnsi="Georgia"/>
          <w:sz w:val="23"/>
        </w:rPr>
        <w:t>Coach Law went on. “He’ll practice at receiver and utility spots to start. On defense, we’ll see. He’s earned the chance to compete.”</w:t>
      </w:r>
    </w:p>
    <w:p>
      <w:pPr>
        <w:spacing w:after="80"/>
      </w:pPr>
      <w:r>
        <w:rPr>
          <w:rFonts w:ascii="Georgia" w:hAnsi="Georgia"/>
          <w:sz w:val="23"/>
        </w:rPr>
        <w:t>Compete.</w:t>
      </w:r>
    </w:p>
    <w:p>
      <w:pPr>
        <w:spacing w:after="80"/>
      </w:pPr>
      <w:r>
        <w:rPr>
          <w:rFonts w:ascii="Georgia" w:hAnsi="Georgia"/>
          <w:sz w:val="23"/>
        </w:rPr>
        <w:t>That word hit Noah wrong.</w:t>
      </w:r>
    </w:p>
    <w:p>
      <w:pPr>
        <w:spacing w:after="80"/>
      </w:pPr>
      <w:r>
        <w:rPr>
          <w:rFonts w:ascii="Georgia" w:hAnsi="Georgia"/>
          <w:sz w:val="23"/>
        </w:rPr>
        <w:t>Quarterbacks heard everything through the filter of control. Compete meant for reps, for plays, for attention, for trust. Compete meant things changed.</w:t>
      </w:r>
    </w:p>
    <w:p>
      <w:pPr>
        <w:spacing w:after="80"/>
      </w:pPr>
      <w:r>
        <w:rPr>
          <w:rFonts w:ascii="Georgia" w:hAnsi="Georgia"/>
          <w:sz w:val="23"/>
        </w:rPr>
        <w:t>Noah glanced toward the gate.</w:t>
      </w:r>
    </w:p>
    <w:p>
      <w:pPr>
        <w:spacing w:after="80"/>
      </w:pPr>
      <w:r>
        <w:rPr>
          <w:rFonts w:ascii="Georgia" w:hAnsi="Georgia"/>
          <w:sz w:val="23"/>
        </w:rPr>
        <w:t>Micah had just stepped through it.</w:t>
      </w:r>
    </w:p>
    <w:p>
      <w:pPr>
        <w:spacing w:after="80"/>
      </w:pPr>
      <w:r>
        <w:rPr>
          <w:rFonts w:ascii="Georgia" w:hAnsi="Georgia"/>
          <w:sz w:val="23"/>
        </w:rPr>
        <w:t>He was smaller than Noah, obviously, but not by much, and that was the weird part. For a kid three years younger, he shouldn’t have looked like he belonged from far away. But he did. Broad shoulders. Thick legs. Gloves already on. A dark compression shirt under his practice jersey. No nerves on his face. If anything, he looked excited, like this whole thing was supposed to happen.</w:t>
      </w:r>
    </w:p>
    <w:p>
      <w:pPr>
        <w:spacing w:after="80"/>
      </w:pPr>
      <w:r>
        <w:rPr>
          <w:rFonts w:ascii="Georgia" w:hAnsi="Georgia"/>
          <w:sz w:val="23"/>
        </w:rPr>
        <w:t>Behind him came a woman Noah guessed was his mom, and a little farther back, someone else Noah didn’t know. Micah didn’t look at either of them. He looked at the field.</w:t>
      </w:r>
    </w:p>
    <w:p>
      <w:pPr>
        <w:spacing w:after="80"/>
      </w:pPr>
      <w:r>
        <w:rPr>
          <w:rFonts w:ascii="Georgia" w:hAnsi="Georgia"/>
          <w:sz w:val="23"/>
        </w:rPr>
        <w:t>Then at the team.</w:t>
      </w:r>
    </w:p>
    <w:p>
      <w:pPr>
        <w:spacing w:after="80"/>
      </w:pPr>
      <w:r>
        <w:rPr>
          <w:rFonts w:ascii="Georgia" w:hAnsi="Georgia"/>
          <w:sz w:val="23"/>
        </w:rPr>
        <w:t>Then at Coach Law.</w:t>
      </w:r>
    </w:p>
    <w:p>
      <w:pPr>
        <w:spacing w:after="80"/>
      </w:pPr>
      <w:r>
        <w:rPr>
          <w:rFonts w:ascii="Georgia" w:hAnsi="Georgia"/>
          <w:sz w:val="23"/>
        </w:rPr>
        <w:t>Then, finally, at Noah.</w:t>
      </w:r>
    </w:p>
    <w:p>
      <w:pPr>
        <w:spacing w:after="80"/>
      </w:pPr>
      <w:r>
        <w:rPr>
          <w:rFonts w:ascii="Georgia" w:hAnsi="Georgia"/>
          <w:sz w:val="23"/>
        </w:rPr>
        <w:t>Not disrespectful. Not scared. Just direct.</w:t>
      </w:r>
    </w:p>
    <w:p>
      <w:pPr>
        <w:spacing w:after="80"/>
      </w:pPr>
      <w:r>
        <w:rPr>
          <w:rFonts w:ascii="Georgia" w:hAnsi="Georgia"/>
          <w:sz w:val="23"/>
        </w:rPr>
        <w:t>Like he knew exactly who the quarterback was.</w:t>
      </w:r>
    </w:p>
    <w:p>
      <w:pPr>
        <w:spacing w:after="80"/>
      </w:pPr>
      <w:r>
        <w:rPr>
          <w:rFonts w:ascii="Georgia" w:hAnsi="Georgia"/>
          <w:sz w:val="23"/>
        </w:rPr>
        <w:t>Coach Law motioned him over. “Micah.”</w:t>
      </w:r>
    </w:p>
    <w:p>
      <w:pPr>
        <w:spacing w:after="80"/>
      </w:pPr>
      <w:r>
        <w:rPr>
          <w:rFonts w:ascii="Georgia" w:hAnsi="Georgia"/>
          <w:sz w:val="23"/>
        </w:rPr>
        <w:t>Micah jogged up and stopped at the edge of the huddle, helmetless, breathing easy like he’d already been running. “Yes, sir.”</w:t>
      </w:r>
    </w:p>
    <w:p>
      <w:pPr>
        <w:spacing w:after="80"/>
      </w:pPr>
      <w:r>
        <w:rPr>
          <w:rFonts w:ascii="Georgia" w:hAnsi="Georgia"/>
          <w:sz w:val="23"/>
        </w:rPr>
        <w:t>“You know some of the guys already,” Coach Law said. “You’ll learn the rest. Today you listen, compete, and do things the right way.”</w:t>
      </w:r>
    </w:p>
    <w:p>
      <w:pPr>
        <w:spacing w:after="80"/>
      </w:pPr>
      <w:r>
        <w:rPr>
          <w:rFonts w:ascii="Georgia" w:hAnsi="Georgia"/>
          <w:sz w:val="23"/>
        </w:rPr>
        <w:t>“Yes, sir.”</w:t>
      </w:r>
    </w:p>
    <w:p>
      <w:pPr>
        <w:spacing w:after="80"/>
      </w:pPr>
      <w:r>
        <w:rPr>
          <w:rFonts w:ascii="Georgia" w:hAnsi="Georgia"/>
          <w:sz w:val="23"/>
        </w:rPr>
        <w:t>Rico leaned just enough for Noah to hear him whisper, “He says yes, sir like he’s in a movie.”</w:t>
      </w:r>
    </w:p>
    <w:p>
      <w:pPr>
        <w:spacing w:after="80"/>
      </w:pPr>
      <w:r>
        <w:rPr>
          <w:rFonts w:ascii="Georgia" w:hAnsi="Georgia"/>
          <w:sz w:val="23"/>
        </w:rPr>
        <w:t>Noah almost smiled, but didn’t.</w:t>
      </w:r>
    </w:p>
    <w:p>
      <w:pPr>
        <w:spacing w:after="80"/>
      </w:pPr>
      <w:r>
        <w:rPr>
          <w:rFonts w:ascii="Georgia" w:hAnsi="Georgia"/>
          <w:sz w:val="23"/>
        </w:rPr>
        <w:t>Coach Law looked at the team. “That goes for everybody. Nobody’s spot is won in speeches. Show me.”</w:t>
      </w:r>
    </w:p>
    <w:p>
      <w:pPr>
        <w:spacing w:after="80"/>
      </w:pPr>
      <w:r>
        <w:rPr>
          <w:rFonts w:ascii="Georgia" w:hAnsi="Georgia"/>
          <w:sz w:val="23"/>
        </w:rPr>
        <w:t>He blew the whistle and sent them into warmups.</w:t>
      </w:r>
    </w:p>
    <w:p>
      <w:pPr>
        <w:spacing w:after="80"/>
      </w:pPr>
      <w:r>
        <w:rPr>
          <w:rFonts w:ascii="Georgia" w:hAnsi="Georgia"/>
          <w:sz w:val="23"/>
        </w:rPr>
        <w:t>For the next fifteen minutes, Noah tried to act like nothing had changed.</w:t>
      </w:r>
    </w:p>
    <w:p>
      <w:pPr>
        <w:spacing w:after="80"/>
      </w:pPr>
      <w:r>
        <w:rPr>
          <w:rFonts w:ascii="Georgia" w:hAnsi="Georgia"/>
          <w:sz w:val="23"/>
        </w:rPr>
        <w:t>He called lines. He led the throwing progression. He gave Rico a hard time for loafing on a comeback route and told Jalen to quit trying to rush the quarterback during walk-through tempo. Outwardly, everything was normal.</w:t>
      </w:r>
    </w:p>
    <w:p>
      <w:pPr>
        <w:spacing w:after="80"/>
      </w:pPr>
      <w:r>
        <w:rPr>
          <w:rFonts w:ascii="Georgia" w:hAnsi="Georgia"/>
          <w:sz w:val="23"/>
        </w:rPr>
        <w:t>Inside, nothing was.</w:t>
      </w:r>
    </w:p>
    <w:p>
      <w:pPr>
        <w:spacing w:after="80"/>
      </w:pPr>
      <w:r>
        <w:rPr>
          <w:rFonts w:ascii="Georgia" w:hAnsi="Georgia"/>
          <w:sz w:val="23"/>
        </w:rPr>
        <w:t>He kept noticing where Micah was.</w:t>
      </w:r>
    </w:p>
    <w:p>
      <w:pPr>
        <w:spacing w:after="80"/>
      </w:pPr>
      <w:r>
        <w:rPr>
          <w:rFonts w:ascii="Georgia" w:hAnsi="Georgia"/>
          <w:sz w:val="23"/>
        </w:rPr>
        <w:t>Micah in the stretching line, not complaining once.</w:t>
      </w:r>
    </w:p>
    <w:p>
      <w:pPr>
        <w:spacing w:after="80"/>
      </w:pPr>
      <w:r>
        <w:rPr>
          <w:rFonts w:ascii="Georgia" w:hAnsi="Georgia"/>
          <w:sz w:val="23"/>
        </w:rPr>
        <w:t>Micah catching short tosses without trapping the ball against his chest.</w:t>
      </w:r>
    </w:p>
    <w:p>
      <w:pPr>
        <w:spacing w:after="80"/>
      </w:pPr>
      <w:r>
        <w:rPr>
          <w:rFonts w:ascii="Georgia" w:hAnsi="Georgia"/>
          <w:sz w:val="23"/>
        </w:rPr>
        <w:t>Micah laughing at something Rico said, like he already belonged.</w:t>
      </w:r>
    </w:p>
    <w:p>
      <w:pPr>
        <w:spacing w:after="80"/>
      </w:pPr>
      <w:r>
        <w:rPr>
          <w:rFonts w:ascii="Georgia" w:hAnsi="Georgia"/>
          <w:sz w:val="23"/>
        </w:rPr>
        <w:t>Micah taking correction from Coach Law with a quick nod and no argument.</w:t>
      </w:r>
    </w:p>
    <w:p>
      <w:pPr>
        <w:spacing w:after="80"/>
      </w:pPr>
      <w:r>
        <w:rPr>
          <w:rFonts w:ascii="Georgia" w:hAnsi="Georgia"/>
          <w:sz w:val="23"/>
        </w:rPr>
        <w:t>That last part bothered Noah more than it should have.</w:t>
      </w:r>
    </w:p>
    <w:p>
      <w:pPr>
        <w:spacing w:after="80"/>
      </w:pPr>
      <w:r>
        <w:rPr>
          <w:rFonts w:ascii="Georgia" w:hAnsi="Georgia"/>
          <w:sz w:val="23"/>
        </w:rPr>
        <w:t>Then came one-on-ones.</w:t>
      </w:r>
    </w:p>
    <w:p>
      <w:pPr>
        <w:spacing w:after="80"/>
      </w:pPr>
      <w:r>
        <w:rPr>
          <w:rFonts w:ascii="Georgia" w:hAnsi="Georgia"/>
          <w:sz w:val="23"/>
        </w:rPr>
        <w:t>Coach Law split them into stations. Receivers against coverage on one side. Center-quarterback exchange and quick-game timing on the other. Noah started at the throwing station with Devin snapping.</w:t>
      </w:r>
    </w:p>
    <w:p>
      <w:pPr>
        <w:spacing w:after="80"/>
      </w:pPr>
      <w:r>
        <w:rPr>
          <w:rFonts w:ascii="Georgia" w:hAnsi="Georgia"/>
          <w:sz w:val="23"/>
        </w:rPr>
        <w:t>“Eyes up,” Coach Law said. “Ball out on time.”</w:t>
      </w:r>
    </w:p>
    <w:p>
      <w:pPr>
        <w:spacing w:after="80"/>
      </w:pPr>
      <w:r>
        <w:rPr>
          <w:rFonts w:ascii="Georgia" w:hAnsi="Georgia"/>
          <w:sz w:val="23"/>
        </w:rPr>
        <w:t>The first few reps were crisp. Slant. Hitch. Out. Noah hit Devin on a quick sit route just because Devin had lined up in for a rep and muttered, “Don’t make me dive this early.”</w:t>
      </w:r>
    </w:p>
    <w:p>
      <w:pPr>
        <w:spacing w:after="80"/>
      </w:pPr>
      <w:r>
        <w:rPr>
          <w:rFonts w:ascii="Georgia" w:hAnsi="Georgia"/>
          <w:sz w:val="23"/>
        </w:rPr>
        <w:t>Then Coach Law sent Micah into the line.</w:t>
      </w:r>
    </w:p>
    <w:p>
      <w:pPr>
        <w:spacing w:after="80"/>
      </w:pPr>
      <w:r>
        <w:rPr>
          <w:rFonts w:ascii="Georgia" w:hAnsi="Georgia"/>
          <w:sz w:val="23"/>
        </w:rPr>
        <w:t>Noah took the snap from Devin and looked up.</w:t>
      </w:r>
    </w:p>
    <w:p>
      <w:pPr>
        <w:spacing w:after="80"/>
      </w:pPr>
      <w:r>
        <w:rPr>
          <w:rFonts w:ascii="Georgia" w:hAnsi="Georgia"/>
          <w:sz w:val="23"/>
        </w:rPr>
        <w:t>Micah was across from Owen, bouncing lightly on his toes.</w:t>
      </w:r>
    </w:p>
    <w:p>
      <w:pPr>
        <w:spacing w:after="80"/>
      </w:pPr>
      <w:r>
        <w:rPr>
          <w:rFonts w:ascii="Georgia" w:hAnsi="Georgia"/>
          <w:sz w:val="23"/>
        </w:rPr>
        <w:t>“Five-yard speed out,” Coach Law called.</w:t>
      </w:r>
    </w:p>
    <w:p>
      <w:pPr>
        <w:spacing w:after="80"/>
      </w:pPr>
      <w:r>
        <w:rPr>
          <w:rFonts w:ascii="Georgia" w:hAnsi="Georgia"/>
          <w:sz w:val="23"/>
        </w:rPr>
        <w:t>Noah nodded, but his grip tightened on the ball.</w:t>
      </w:r>
    </w:p>
    <w:p>
      <w:pPr>
        <w:spacing w:after="80"/>
      </w:pPr>
      <w:r>
        <w:rPr>
          <w:rFonts w:ascii="Georgia" w:hAnsi="Georgia"/>
          <w:sz w:val="23"/>
        </w:rPr>
        <w:t>Micah exploded off the line.</w:t>
      </w:r>
    </w:p>
    <w:p>
      <w:pPr>
        <w:spacing w:after="80"/>
      </w:pPr>
      <w:r>
        <w:rPr>
          <w:rFonts w:ascii="Georgia" w:hAnsi="Georgia"/>
          <w:sz w:val="23"/>
        </w:rPr>
        <w:t>That was the first thing-the start. No wasted movement, no false step, nothing young or sloppy about it. Three hard strides, shoulders square, then a violent stick into the turf that sent him slicing toward the sideline.</w:t>
      </w:r>
    </w:p>
    <w:p>
      <w:pPr>
        <w:spacing w:after="80"/>
      </w:pPr>
      <w:r>
        <w:rPr>
          <w:rFonts w:ascii="Georgia" w:hAnsi="Georgia"/>
          <w:sz w:val="23"/>
        </w:rPr>
        <w:t>Owen wasn’t slow. Owen almost never got surprised.</w:t>
      </w:r>
    </w:p>
    <w:p>
      <w:pPr>
        <w:spacing w:after="80"/>
      </w:pPr>
      <w:r>
        <w:rPr>
          <w:rFonts w:ascii="Georgia" w:hAnsi="Georgia"/>
          <w:sz w:val="23"/>
        </w:rPr>
        <w:t>Micah had two steps on him anyway.</w:t>
      </w:r>
    </w:p>
    <w:p>
      <w:pPr>
        <w:spacing w:after="80"/>
      </w:pPr>
      <w:r>
        <w:rPr>
          <w:rFonts w:ascii="Georgia" w:hAnsi="Georgia"/>
          <w:sz w:val="23"/>
        </w:rPr>
        <w:t>Noah’s arm worked on instinct. The ball left his hand before he fully thought through it, spiraling toward the boundary.</w:t>
      </w:r>
    </w:p>
    <w:p>
      <w:pPr>
        <w:spacing w:after="80"/>
      </w:pPr>
      <w:r>
        <w:rPr>
          <w:rFonts w:ascii="Georgia" w:hAnsi="Georgia"/>
          <w:sz w:val="23"/>
        </w:rPr>
        <w:t>For one second he figured it was too wide.</w:t>
      </w:r>
    </w:p>
    <w:p>
      <w:pPr>
        <w:spacing w:after="80"/>
      </w:pPr>
      <w:r>
        <w:rPr>
          <w:rFonts w:ascii="Georgia" w:hAnsi="Georgia"/>
          <w:sz w:val="23"/>
        </w:rPr>
        <w:t>Micah stretched, snagged it one-handed, and dragged both feet before tumbling out of bounds onto the turf.</w:t>
      </w:r>
    </w:p>
    <w:p>
      <w:pPr>
        <w:spacing w:after="80"/>
      </w:pPr>
      <w:r>
        <w:rPr>
          <w:rFonts w:ascii="Georgia" w:hAnsi="Georgia"/>
          <w:sz w:val="23"/>
        </w:rPr>
        <w:t>The sideline made that sound teams make when everyone sees the same thing at once.</w:t>
      </w:r>
    </w:p>
    <w:p>
      <w:pPr>
        <w:spacing w:after="80"/>
      </w:pPr>
      <w:r>
        <w:rPr>
          <w:rFonts w:ascii="Georgia" w:hAnsi="Georgia"/>
          <w:sz w:val="23"/>
        </w:rPr>
        <w:t>“OHHHH!”</w:t>
      </w:r>
    </w:p>
    <w:p>
      <w:pPr>
        <w:spacing w:after="80"/>
      </w:pPr>
      <w:r>
        <w:rPr>
          <w:rFonts w:ascii="Georgia" w:hAnsi="Georgia"/>
          <w:sz w:val="23"/>
        </w:rPr>
        <w:t>Rico threw both hands on top of his head. Jalen barked out a laugh. Even Devin gave a low whistle.</w:t>
      </w:r>
    </w:p>
    <w:p>
      <w:pPr>
        <w:spacing w:after="80"/>
      </w:pPr>
      <w:r>
        <w:rPr>
          <w:rFonts w:ascii="Georgia" w:hAnsi="Georgia"/>
          <w:sz w:val="23"/>
        </w:rPr>
        <w:t>Micah popped up with the football and tossed it back to Noah like making catches like that on older kids’ turf was completely normal.</w:t>
      </w:r>
    </w:p>
    <w:p>
      <w:pPr>
        <w:spacing w:after="80"/>
      </w:pPr>
      <w:r>
        <w:rPr>
          <w:rFonts w:ascii="Georgia" w:hAnsi="Georgia"/>
          <w:sz w:val="23"/>
        </w:rPr>
        <w:t>Noah caught it and forced his face to stay blank.</w:t>
      </w:r>
    </w:p>
    <w:p>
      <w:pPr>
        <w:spacing w:after="80"/>
      </w:pPr>
      <w:r>
        <w:rPr>
          <w:rFonts w:ascii="Georgia" w:hAnsi="Georgia"/>
          <w:sz w:val="23"/>
        </w:rPr>
        <w:t>Coach Law didn’t smile.</w:t>
      </w:r>
    </w:p>
    <w:p>
      <w:pPr>
        <w:spacing w:after="80"/>
      </w:pPr>
      <w:r>
        <w:rPr>
          <w:rFonts w:ascii="Georgia" w:hAnsi="Georgia"/>
          <w:sz w:val="23"/>
        </w:rPr>
        <w:t>He wasn’t a smiling coach.</w:t>
      </w:r>
    </w:p>
    <w:p>
      <w:pPr>
        <w:spacing w:after="80"/>
      </w:pPr>
      <w:r>
        <w:rPr>
          <w:rFonts w:ascii="Georgia" w:hAnsi="Georgia"/>
          <w:sz w:val="23"/>
        </w:rPr>
        <w:t>But he gave one short nod.</w:t>
      </w:r>
    </w:p>
    <w:p>
      <w:pPr>
        <w:spacing w:after="80"/>
      </w:pPr>
      <w:r>
        <w:rPr>
          <w:rFonts w:ascii="Georgia" w:hAnsi="Georgia"/>
          <w:sz w:val="23"/>
        </w:rPr>
        <w:t>That was it.</w:t>
      </w:r>
    </w:p>
    <w:p>
      <w:pPr>
        <w:spacing w:after="80"/>
      </w:pPr>
      <w:r>
        <w:rPr>
          <w:rFonts w:ascii="Georgia" w:hAnsi="Georgia"/>
          <w:sz w:val="23"/>
        </w:rPr>
        <w:t>One nod.</w:t>
      </w:r>
    </w:p>
    <w:p>
      <w:pPr>
        <w:spacing w:after="80"/>
      </w:pPr>
      <w:r>
        <w:rPr>
          <w:rFonts w:ascii="Georgia" w:hAnsi="Georgia"/>
          <w:sz w:val="23"/>
        </w:rPr>
        <w:t>Noah felt it like a punch.</w:t>
      </w:r>
    </w:p>
    <w:p>
      <w:pPr>
        <w:spacing w:after="80"/>
      </w:pPr>
      <w:r>
        <w:rPr>
          <w:rFonts w:ascii="Georgia" w:hAnsi="Georgia"/>
          <w:sz w:val="23"/>
        </w:rPr>
        <w:t>Not because it was huge. Because it wasn’t. Because his dad guarded approval so tightly that when it showed up, even in a tiny movement, it meant something. And Noah had spent years working for those little moments.</w:t>
      </w:r>
    </w:p>
    <w:p>
      <w:pPr>
        <w:spacing w:after="80"/>
      </w:pPr>
      <w:r>
        <w:rPr>
          <w:rFonts w:ascii="Georgia" w:hAnsi="Georgia"/>
          <w:sz w:val="23"/>
        </w:rPr>
        <w:t>Micah had been here less than twenty minutes.</w:t>
      </w:r>
    </w:p>
    <w:p>
      <w:pPr>
        <w:spacing w:after="80"/>
      </w:pPr>
      <w:r>
        <w:rPr>
          <w:rFonts w:ascii="Georgia" w:hAnsi="Georgia"/>
          <w:sz w:val="23"/>
        </w:rPr>
        <w:t>“Again,” Coach Law said.</w:t>
      </w:r>
    </w:p>
    <w:p>
      <w:pPr>
        <w:spacing w:after="80"/>
      </w:pPr>
      <w:r>
        <w:rPr>
          <w:rFonts w:ascii="Georgia" w:hAnsi="Georgia"/>
          <w:sz w:val="23"/>
        </w:rPr>
        <w:t>Micah jogged back to the line.</w:t>
      </w:r>
    </w:p>
    <w:p>
      <w:pPr>
        <w:spacing w:after="80"/>
      </w:pPr>
      <w:r>
        <w:rPr>
          <w:rFonts w:ascii="Georgia" w:hAnsi="Georgia"/>
          <w:sz w:val="23"/>
        </w:rPr>
        <w:t>Coach Law glanced at the line, then toward the rope line, like he had decided one more rep mattered more than ending practice on schedule.</w:t>
      </w:r>
    </w:p>
    <w:p>
      <w:pPr>
        <w:spacing w:after="80"/>
      </w:pPr>
      <w:r>
        <w:rPr>
          <w:rFonts w:ascii="Georgia" w:hAnsi="Georgia"/>
          <w:sz w:val="23"/>
        </w:rPr>
        <w:t>“Last red-zone rep,” he said. “Then water.”</w:t>
      </w:r>
    </w:p>
    <w:p>
      <w:pPr>
        <w:spacing w:after="80"/>
      </w:pPr>
      <w:r>
        <w:rPr>
          <w:rFonts w:ascii="Georgia" w:hAnsi="Georgia"/>
          <w:sz w:val="23"/>
        </w:rPr>
        <w:t>Jalen bent over with his hands on his knees. “Make it quick. My greatness needs hydration.”</w:t>
      </w:r>
    </w:p>
    <w:p>
      <w:pPr>
        <w:spacing w:after="80"/>
      </w:pPr>
      <w:r>
        <w:rPr>
          <w:rFonts w:ascii="Georgia" w:hAnsi="Georgia"/>
          <w:sz w:val="23"/>
        </w:rPr>
        <w:t>“That would be a first,” Owen said.</w:t>
      </w:r>
    </w:p>
    <w:p>
      <w:pPr>
        <w:spacing w:after="80"/>
      </w:pPr>
      <w:r>
        <w:rPr>
          <w:rFonts w:ascii="Georgia" w:hAnsi="Georgia"/>
          <w:sz w:val="23"/>
        </w:rPr>
        <w:t>The offense dragged itself back toward the line, but not very fast. Rico was still laughing about Micah’s last catch. Devin was rolling his shoulders out. Even Noah could feel the energy slipping sideways now that Micah had everybody’s attention.</w:t>
      </w:r>
    </w:p>
    <w:p>
      <w:pPr>
        <w:spacing w:after="80"/>
      </w:pPr>
      <w:r>
        <w:rPr>
          <w:rFonts w:ascii="Georgia" w:hAnsi="Georgia"/>
          <w:sz w:val="23"/>
        </w:rPr>
        <w:t>Coach Law looked around once, unimpressed.</w:t>
      </w:r>
    </w:p>
    <w:p>
      <w:pPr>
        <w:spacing w:after="80"/>
      </w:pPr>
      <w:r>
        <w:rPr>
          <w:rFonts w:ascii="Georgia" w:hAnsi="Georgia"/>
          <w:sz w:val="23"/>
        </w:rPr>
        <w:t>Then his eyes landed near the rope line.</w:t>
      </w:r>
    </w:p>
    <w:p>
      <w:pPr>
        <w:spacing w:after="80"/>
      </w:pPr>
      <w:r>
        <w:rPr>
          <w:rFonts w:ascii="Georgia" w:hAnsi="Georgia"/>
          <w:sz w:val="23"/>
        </w:rPr>
        <w:t>“Vee.”</w:t>
      </w:r>
    </w:p>
    <w:p>
      <w:pPr>
        <w:spacing w:after="80"/>
      </w:pPr>
      <w:r>
        <w:rPr>
          <w:rFonts w:ascii="Georgia" w:hAnsi="Georgia"/>
          <w:sz w:val="23"/>
        </w:rPr>
        <w:t>A few heads turned.</w:t>
      </w:r>
    </w:p>
    <w:p>
      <w:pPr>
        <w:spacing w:after="80"/>
      </w:pPr>
      <w:r>
        <w:rPr>
          <w:rFonts w:ascii="Georgia" w:hAnsi="Georgia"/>
          <w:sz w:val="23"/>
        </w:rPr>
        <w:t>Vee Carter straightened with the football already tucked under one arm like she had been waiting for somebody to say her name for ten straight minutes.</w:t>
      </w:r>
    </w:p>
    <w:p>
      <w:pPr>
        <w:spacing w:after="80"/>
      </w:pPr>
      <w:r>
        <w:rPr>
          <w:rFonts w:ascii="Georgia" w:hAnsi="Georgia"/>
          <w:sz w:val="23"/>
        </w:rPr>
        <w:t>Jalen blinked. “What?”</w:t>
      </w:r>
    </w:p>
    <w:p>
      <w:pPr>
        <w:spacing w:after="80"/>
      </w:pPr>
      <w:r>
        <w:rPr>
          <w:rFonts w:ascii="Georgia" w:hAnsi="Georgia"/>
          <w:sz w:val="23"/>
        </w:rPr>
        <w:t>Coach Law pointed toward the offense. “You want a rep or not?”</w:t>
      </w:r>
    </w:p>
    <w:p>
      <w:pPr>
        <w:spacing w:after="80"/>
      </w:pPr>
      <w:r>
        <w:rPr>
          <w:rFonts w:ascii="Georgia" w:hAnsi="Georgia"/>
          <w:sz w:val="23"/>
        </w:rPr>
        <w:t>For the first time all practice, Vee looked surprised.</w:t>
      </w:r>
    </w:p>
    <w:p>
      <w:pPr>
        <w:spacing w:after="80"/>
      </w:pPr>
      <w:r>
        <w:rPr>
          <w:rFonts w:ascii="Georgia" w:hAnsi="Georgia"/>
          <w:sz w:val="23"/>
        </w:rPr>
        <w:t>Only for a second.</w:t>
      </w:r>
    </w:p>
    <w:p>
      <w:pPr>
        <w:spacing w:after="80"/>
      </w:pPr>
      <w:r>
        <w:rPr>
          <w:rFonts w:ascii="Georgia" w:hAnsi="Georgia"/>
          <w:sz w:val="23"/>
        </w:rPr>
        <w:t>Then she stepped under the rope line and jogged in.</w:t>
      </w:r>
    </w:p>
    <w:p>
      <w:pPr>
        <w:spacing w:after="80"/>
      </w:pPr>
      <w:r>
        <w:rPr>
          <w:rFonts w:ascii="Georgia" w:hAnsi="Georgia"/>
          <w:sz w:val="23"/>
        </w:rPr>
        <w:t>Rico laughed. “No way.”</w:t>
      </w:r>
    </w:p>
    <w:p>
      <w:pPr>
        <w:spacing w:after="80"/>
      </w:pPr>
      <w:r>
        <w:rPr>
          <w:rFonts w:ascii="Georgia" w:hAnsi="Georgia"/>
          <w:sz w:val="23"/>
        </w:rPr>
        <w:t>“She can’t be serious,” Jalen said.</w:t>
      </w:r>
    </w:p>
    <w:p>
      <w:pPr>
        <w:spacing w:after="80"/>
      </w:pPr>
      <w:r>
        <w:rPr>
          <w:rFonts w:ascii="Georgia" w:hAnsi="Georgia"/>
          <w:sz w:val="23"/>
        </w:rPr>
        <w:t>Vee stopped in the huddle and looked at all of them like they were the ones being weird.</w:t>
      </w:r>
    </w:p>
    <w:p>
      <w:pPr>
        <w:spacing w:after="80"/>
      </w:pPr>
      <w:r>
        <w:rPr>
          <w:rFonts w:ascii="Georgia" w:hAnsi="Georgia"/>
          <w:sz w:val="23"/>
        </w:rPr>
        <w:t>Coach Law held up the call sheet. “Ball on the eight. Bunch right. Sprint-out flood. One rep.”</w:t>
      </w:r>
    </w:p>
    <w:p>
      <w:pPr>
        <w:spacing w:after="80"/>
      </w:pPr>
      <w:r>
        <w:rPr>
          <w:rFonts w:ascii="Georgia" w:hAnsi="Georgia"/>
          <w:sz w:val="23"/>
        </w:rPr>
        <w:t>Noah frowned before he could stop himself.</w:t>
      </w:r>
    </w:p>
    <w:p>
      <w:pPr>
        <w:spacing w:after="80"/>
      </w:pPr>
      <w:r>
        <w:rPr>
          <w:rFonts w:ascii="Georgia" w:hAnsi="Georgia"/>
          <w:sz w:val="23"/>
        </w:rPr>
        <w:t>Not because Vee was there.</w:t>
      </w:r>
    </w:p>
    <w:p>
      <w:pPr>
        <w:spacing w:after="80"/>
      </w:pPr>
      <w:r>
        <w:rPr>
          <w:rFonts w:ascii="Georgia" w:hAnsi="Georgia"/>
          <w:sz w:val="23"/>
        </w:rPr>
        <w:t>Because Coach Law had not asked him.</w:t>
      </w:r>
    </w:p>
    <w:p>
      <w:pPr>
        <w:spacing w:after="80"/>
      </w:pPr>
      <w:r>
        <w:rPr>
          <w:rFonts w:ascii="Georgia" w:hAnsi="Georgia"/>
          <w:sz w:val="23"/>
        </w:rPr>
        <w:t>He had just put her in.</w:t>
      </w:r>
    </w:p>
    <w:p>
      <w:pPr>
        <w:spacing w:after="80"/>
      </w:pPr>
      <w:r>
        <w:rPr>
          <w:rFonts w:ascii="Georgia" w:hAnsi="Georgia"/>
          <w:sz w:val="23"/>
        </w:rPr>
        <w:t>Vee stepped to the middle of the huddle. “Okay,” she said. “Bunch right. Rico, flat. Micah, back line. Devin, drag. Don’t all run to the same patch of grass and ruin my life.”</w:t>
      </w:r>
    </w:p>
    <w:p>
      <w:pPr>
        <w:spacing w:after="80"/>
      </w:pPr>
      <w:r>
        <w:rPr>
          <w:rFonts w:ascii="Georgia" w:hAnsi="Georgia"/>
          <w:sz w:val="23"/>
        </w:rPr>
        <w:t>Rico stared at her. “That’s how you’re calling it?”</w:t>
      </w:r>
    </w:p>
    <w:p>
      <w:pPr>
        <w:spacing w:after="80"/>
      </w:pPr>
      <w:r>
        <w:rPr>
          <w:rFonts w:ascii="Georgia" w:hAnsi="Georgia"/>
          <w:sz w:val="23"/>
        </w:rPr>
        <w:t>“That’s how I’m surviving it.”</w:t>
      </w:r>
    </w:p>
    <w:p>
      <w:pPr>
        <w:spacing w:after="80"/>
      </w:pPr>
      <w:r>
        <w:rPr>
          <w:rFonts w:ascii="Georgia" w:hAnsi="Georgia"/>
          <w:sz w:val="23"/>
        </w:rPr>
        <w:t>Devin bit back a smile and got under center.</w:t>
      </w:r>
    </w:p>
    <w:p>
      <w:pPr>
        <w:spacing w:after="80"/>
      </w:pPr>
      <w:r>
        <w:rPr>
          <w:rFonts w:ascii="Georgia" w:hAnsi="Georgia"/>
          <w:sz w:val="23"/>
        </w:rPr>
        <w:t>The offense lined up.</w:t>
      </w:r>
    </w:p>
    <w:p>
      <w:pPr>
        <w:spacing w:after="80"/>
      </w:pPr>
      <w:r>
        <w:rPr>
          <w:rFonts w:ascii="Georgia" w:hAnsi="Georgia"/>
          <w:sz w:val="23"/>
        </w:rPr>
        <w:t>Vee settled behind Devin and clapped once.</w:t>
      </w:r>
    </w:p>
    <w:p>
      <w:pPr>
        <w:spacing w:after="80"/>
      </w:pPr>
      <w:r>
        <w:rPr>
          <w:rFonts w:ascii="Georgia" w:hAnsi="Georgia"/>
          <w:sz w:val="23"/>
        </w:rPr>
        <w:t>No wasted motion. No looking around to see if people were watching. No little-kid bounce. She just got set like she belonged there.</w:t>
      </w:r>
    </w:p>
    <w:p>
      <w:pPr>
        <w:spacing w:after="80"/>
      </w:pPr>
      <w:r>
        <w:rPr>
          <w:rFonts w:ascii="Georgia" w:hAnsi="Georgia"/>
          <w:sz w:val="23"/>
        </w:rPr>
        <w:t>Noah crossed his arms and watched from the numbers.</w:t>
      </w:r>
    </w:p>
    <w:p>
      <w:pPr>
        <w:spacing w:after="80"/>
      </w:pPr>
      <w:r>
        <w:rPr>
          <w:rFonts w:ascii="Georgia" w:hAnsi="Georgia"/>
          <w:sz w:val="23"/>
        </w:rPr>
        <w:t>The defense showed a simple look-Jalen at edge pressure, Owen sinking high, Rico’s flat defender simulated by one of the younger boys.</w:t>
      </w:r>
    </w:p>
    <w:p>
      <w:pPr>
        <w:spacing w:after="80"/>
      </w:pPr>
      <w:r>
        <w:rPr>
          <w:rFonts w:ascii="Georgia" w:hAnsi="Georgia"/>
          <w:sz w:val="23"/>
        </w:rPr>
        <w:t>“Ready?” Coach Law called.</w:t>
      </w:r>
    </w:p>
    <w:p>
      <w:pPr>
        <w:spacing w:after="80"/>
      </w:pPr>
      <w:r>
        <w:rPr>
          <w:rFonts w:ascii="Georgia" w:hAnsi="Georgia"/>
          <w:sz w:val="23"/>
        </w:rPr>
        <w:t>Vee nodded.</w:t>
      </w:r>
    </w:p>
    <w:p>
      <w:pPr>
        <w:spacing w:after="80"/>
      </w:pPr>
      <w:r>
        <w:rPr>
          <w:rFonts w:ascii="Georgia" w:hAnsi="Georgia"/>
          <w:sz w:val="23"/>
        </w:rPr>
        <w:t>Snap.</w:t>
      </w:r>
    </w:p>
    <w:p>
      <w:pPr>
        <w:spacing w:after="80"/>
      </w:pPr>
      <w:r>
        <w:rPr>
          <w:rFonts w:ascii="Georgia" w:hAnsi="Georgia"/>
          <w:sz w:val="23"/>
        </w:rPr>
        <w:t>She rolled right immediately, eyes up.</w:t>
      </w:r>
    </w:p>
    <w:p>
      <w:pPr>
        <w:spacing w:after="80"/>
      </w:pPr>
      <w:r>
        <w:rPr>
          <w:rFonts w:ascii="Georgia" w:hAnsi="Georgia"/>
          <w:sz w:val="23"/>
        </w:rPr>
        <w:t>The flat defender widened hard with Rico.</w:t>
      </w:r>
    </w:p>
    <w:p>
      <w:pPr>
        <w:spacing w:after="80"/>
      </w:pPr>
      <w:r>
        <w:rPr>
          <w:rFonts w:ascii="Georgia" w:hAnsi="Georgia"/>
          <w:sz w:val="23"/>
        </w:rPr>
        <w:t>Jalen screamed off the edge, too fast, trying to blow up the whole rep before it could become real.</w:t>
      </w:r>
    </w:p>
    <w:p>
      <w:pPr>
        <w:spacing w:after="80"/>
      </w:pPr>
      <w:r>
        <w:rPr>
          <w:rFonts w:ascii="Georgia" w:hAnsi="Georgia"/>
          <w:sz w:val="23"/>
        </w:rPr>
        <w:t>Vee never panicked.</w:t>
      </w:r>
    </w:p>
    <w:p>
      <w:pPr>
        <w:spacing w:after="80"/>
      </w:pPr>
      <w:r>
        <w:rPr>
          <w:rFonts w:ascii="Georgia" w:hAnsi="Georgia"/>
          <w:sz w:val="23"/>
        </w:rPr>
        <w:t>She kept her shoulders quiet, let the flat defender run himself out of the play, then snapped her head to the back line and dropped the ball over Jalen’s reach.</w:t>
      </w:r>
    </w:p>
    <w:p>
      <w:pPr>
        <w:spacing w:after="80"/>
      </w:pPr>
      <w:r>
        <w:rPr>
          <w:rFonts w:ascii="Georgia" w:hAnsi="Georgia"/>
          <w:sz w:val="23"/>
        </w:rPr>
        <w:t>Micah caught it just inside the back pylon.</w:t>
      </w:r>
    </w:p>
    <w:p>
      <w:pPr>
        <w:spacing w:after="80"/>
      </w:pPr>
      <w:r>
        <w:rPr>
          <w:rFonts w:ascii="Georgia" w:hAnsi="Georgia"/>
          <w:sz w:val="23"/>
        </w:rPr>
        <w:t>Touchdown.</w:t>
      </w:r>
    </w:p>
    <w:p>
      <w:pPr>
        <w:spacing w:after="80"/>
      </w:pPr>
      <w:r>
        <w:rPr>
          <w:rFonts w:ascii="Georgia" w:hAnsi="Georgia"/>
          <w:sz w:val="23"/>
        </w:rPr>
        <w:t>For one second nobody said anything.</w:t>
      </w:r>
    </w:p>
    <w:p>
      <w:pPr>
        <w:spacing w:after="80"/>
      </w:pPr>
      <w:r>
        <w:rPr>
          <w:rFonts w:ascii="Georgia" w:hAnsi="Georgia"/>
          <w:sz w:val="23"/>
        </w:rPr>
        <w:t>Then Rico threw both hands on top of his head. “Nah.”</w:t>
      </w:r>
    </w:p>
    <w:p>
      <w:pPr>
        <w:spacing w:after="80"/>
      </w:pPr>
      <w:r>
        <w:rPr>
          <w:rFonts w:ascii="Georgia" w:hAnsi="Georgia"/>
          <w:sz w:val="23"/>
        </w:rPr>
        <w:t>Jalen turned in a full circle. “That does not count.”</w:t>
      </w:r>
    </w:p>
    <w:p>
      <w:pPr>
        <w:spacing w:after="80"/>
      </w:pPr>
      <w:r>
        <w:rPr>
          <w:rFonts w:ascii="Georgia" w:hAnsi="Georgia"/>
          <w:sz w:val="23"/>
        </w:rPr>
        <w:t>“It literally counted,” Owen said.</w:t>
      </w:r>
    </w:p>
    <w:p>
      <w:pPr>
        <w:spacing w:after="80"/>
      </w:pPr>
      <w:r>
        <w:rPr>
          <w:rFonts w:ascii="Georgia" w:hAnsi="Georgia"/>
          <w:sz w:val="23"/>
        </w:rPr>
        <w:t>Coach Law did not smile, but his voice shifted in that tiny way that meant approval had arrived. “Why’d you throw the high answer?”</w:t>
      </w:r>
    </w:p>
    <w:p>
      <w:pPr>
        <w:spacing w:after="80"/>
      </w:pPr>
      <w:r>
        <w:rPr>
          <w:rFonts w:ascii="Georgia" w:hAnsi="Georgia"/>
          <w:sz w:val="23"/>
        </w:rPr>
        <w:t>Vee tossed the ball back to Devin. “Flat defender chased the first thing he saw. Edge came too fast. Back line was cleaner.”</w:t>
      </w:r>
    </w:p>
    <w:p>
      <w:pPr>
        <w:spacing w:after="80"/>
      </w:pPr>
      <w:r>
        <w:rPr>
          <w:rFonts w:ascii="Georgia" w:hAnsi="Georgia"/>
          <w:sz w:val="23"/>
        </w:rPr>
        <w:t>Coach Law nodded once. “Correct.”</w:t>
      </w:r>
    </w:p>
    <w:p>
      <w:pPr>
        <w:spacing w:after="80"/>
      </w:pPr>
      <w:r>
        <w:rPr>
          <w:rFonts w:ascii="Georgia" w:hAnsi="Georgia"/>
          <w:sz w:val="23"/>
        </w:rPr>
        <w:t>Noah hated how hard that landed.</w:t>
      </w:r>
    </w:p>
    <w:p>
      <w:pPr>
        <w:spacing w:after="80"/>
      </w:pPr>
      <w:r>
        <w:rPr>
          <w:rFonts w:ascii="Georgia" w:hAnsi="Georgia"/>
          <w:sz w:val="23"/>
        </w:rPr>
        <w:t>Not because she had hit the throw.</w:t>
      </w:r>
    </w:p>
    <w:p>
      <w:pPr>
        <w:spacing w:after="80"/>
      </w:pPr>
      <w:r>
        <w:rPr>
          <w:rFonts w:ascii="Georgia" w:hAnsi="Georgia"/>
          <w:sz w:val="23"/>
        </w:rPr>
        <w:t>Because she had not looked surprised by it either.</w:t>
      </w:r>
    </w:p>
    <w:p>
      <w:pPr>
        <w:spacing w:after="80"/>
      </w:pPr>
      <w:r>
        <w:rPr>
          <w:rFonts w:ascii="Georgia" w:hAnsi="Georgia"/>
          <w:sz w:val="23"/>
        </w:rPr>
        <w:t>Vee jogged back toward the rope line and tucked the football under her arm again.</w:t>
      </w:r>
    </w:p>
    <w:p>
      <w:pPr>
        <w:spacing w:after="80"/>
      </w:pPr>
      <w:r>
        <w:rPr>
          <w:rFonts w:ascii="Georgia" w:hAnsi="Georgia"/>
          <w:sz w:val="23"/>
        </w:rPr>
        <w:t>As she passed Noah, she said quietly, “Would be easier if I had my own team instead of stealing everybody else’s reps.”</w:t>
      </w:r>
    </w:p>
    <w:p>
      <w:pPr>
        <w:spacing w:after="80"/>
      </w:pPr>
      <w:r>
        <w:rPr>
          <w:rFonts w:ascii="Georgia" w:hAnsi="Georgia"/>
          <w:sz w:val="23"/>
        </w:rPr>
        <w:t>Then she stepped back under the rope line like she had not just thrown the cleanest ball of the period.</w:t>
      </w:r>
    </w:p>
    <w:p>
      <w:pPr>
        <w:spacing w:after="80"/>
      </w:pPr>
      <w:r>
        <w:rPr>
          <w:rFonts w:ascii="Georgia" w:hAnsi="Georgia"/>
          <w:sz w:val="23"/>
        </w:rPr>
        <w:t>Noah watched her go.</w:t>
      </w:r>
    </w:p>
    <w:p>
      <w:pPr>
        <w:spacing w:after="80"/>
      </w:pPr>
      <w:r>
        <w:rPr>
          <w:rFonts w:ascii="Georgia" w:hAnsi="Georgia"/>
          <w:sz w:val="23"/>
        </w:rPr>
        <w:t>For the first time all practice, Micah was not the only surprise on the field.</w:t>
      </w:r>
    </w:p>
    <w:p>
      <w:pPr>
        <w:spacing w:after="80"/>
      </w:pPr>
      <w:r>
        <w:rPr>
          <w:rFonts w:ascii="Georgia" w:hAnsi="Georgia"/>
          <w:sz w:val="23"/>
        </w:rPr>
        <w:t>Rico drifted over from the other line. “I am not saying he’s an alien,” he said to Owen. “I’m just saying if his helmet opens up later and there’s blue light in there, I won’t be shocked.”</w:t>
      </w:r>
    </w:p>
    <w:p>
      <w:pPr>
        <w:spacing w:after="80"/>
      </w:pPr>
      <w:r>
        <w:rPr>
          <w:rFonts w:ascii="Georgia" w:hAnsi="Georgia"/>
          <w:sz w:val="23"/>
        </w:rPr>
        <w:t>“His route tempo is advanced,” Owen said, which was the Owen Reed way of saying something was kind of ridiculous.</w:t>
      </w:r>
    </w:p>
    <w:p>
      <w:pPr>
        <w:spacing w:after="80"/>
      </w:pPr>
      <w:r>
        <w:rPr>
          <w:rFonts w:ascii="Georgia" w:hAnsi="Georgia"/>
          <w:sz w:val="23"/>
        </w:rPr>
        <w:t>Rico blinked. “Normal people just say ‘dang.’”</w:t>
      </w:r>
    </w:p>
    <w:p>
      <w:pPr>
        <w:spacing w:after="80"/>
      </w:pPr>
      <w:r>
        <w:rPr>
          <w:rFonts w:ascii="Georgia" w:hAnsi="Georgia"/>
          <w:sz w:val="23"/>
        </w:rPr>
        <w:t>Devin trotted back from the snapping line and bumped shoulders with Noah. “You’re staring.”</w:t>
      </w:r>
    </w:p>
    <w:p>
      <w:pPr>
        <w:spacing w:after="80"/>
      </w:pPr>
      <w:r>
        <w:rPr>
          <w:rFonts w:ascii="Georgia" w:hAnsi="Georgia"/>
          <w:sz w:val="23"/>
        </w:rPr>
        <w:t>“No I’m not.”</w:t>
      </w:r>
    </w:p>
    <w:p>
      <w:pPr>
        <w:spacing w:after="80"/>
      </w:pPr>
      <w:r>
        <w:rPr>
          <w:rFonts w:ascii="Georgia" w:hAnsi="Georgia"/>
          <w:sz w:val="23"/>
        </w:rPr>
        <w:t>“You are in a way that would make me uncomfortable if I were him.”</w:t>
      </w:r>
    </w:p>
    <w:p>
      <w:pPr>
        <w:spacing w:after="80"/>
      </w:pPr>
      <w:r>
        <w:rPr>
          <w:rFonts w:ascii="Georgia" w:hAnsi="Georgia"/>
          <w:sz w:val="23"/>
        </w:rPr>
        <w:t>Noah rolled the ball along his fingers. “He’s good.”</w:t>
      </w:r>
    </w:p>
    <w:p>
      <w:pPr>
        <w:spacing w:after="80"/>
      </w:pPr>
      <w:r>
        <w:rPr>
          <w:rFonts w:ascii="Georgia" w:hAnsi="Georgia"/>
          <w:sz w:val="23"/>
        </w:rPr>
        <w:t>“There it is.”</w:t>
      </w:r>
    </w:p>
    <w:p>
      <w:pPr>
        <w:spacing w:after="80"/>
      </w:pPr>
      <w:r>
        <w:rPr>
          <w:rFonts w:ascii="Georgia" w:hAnsi="Georgia"/>
          <w:sz w:val="23"/>
        </w:rPr>
        <w:t>“What?”</w:t>
      </w:r>
    </w:p>
    <w:p>
      <w:pPr>
        <w:spacing w:after="80"/>
      </w:pPr>
      <w:r>
        <w:rPr>
          <w:rFonts w:ascii="Georgia" w:hAnsi="Georgia"/>
          <w:sz w:val="23"/>
        </w:rPr>
        <w:t>Devin gave him a look. “The thing under the thing.”</w:t>
      </w:r>
    </w:p>
    <w:p>
      <w:pPr>
        <w:spacing w:after="80"/>
      </w:pPr>
      <w:r>
        <w:rPr>
          <w:rFonts w:ascii="Georgia" w:hAnsi="Georgia"/>
          <w:sz w:val="23"/>
        </w:rPr>
        <w:t>Noah started to answer, but Coach Law blew the whistle again.</w:t>
      </w:r>
    </w:p>
    <w:p>
      <w:pPr>
        <w:spacing w:after="80"/>
      </w:pPr>
      <w:r>
        <w:rPr>
          <w:rFonts w:ascii="Georgia" w:hAnsi="Georgia"/>
          <w:sz w:val="23"/>
        </w:rPr>
        <w:t>“Team offense,” he called. “Bring it up.”</w:t>
      </w:r>
    </w:p>
    <w:p>
      <w:pPr>
        <w:spacing w:after="80"/>
      </w:pPr>
      <w:r>
        <w:rPr>
          <w:rFonts w:ascii="Georgia" w:hAnsi="Georgia"/>
          <w:sz w:val="23"/>
        </w:rPr>
        <w:t>The guys hustled to the line near the thirty. This was the part Noah had waited for all morning. Team reps. Real spacing. Reads that mattered. Not just drills. This was where quarterbacks settled things.</w:t>
      </w:r>
    </w:p>
    <w:p>
      <w:pPr>
        <w:spacing w:after="80"/>
      </w:pPr>
      <w:r>
        <w:rPr>
          <w:rFonts w:ascii="Georgia" w:hAnsi="Georgia"/>
          <w:sz w:val="23"/>
        </w:rPr>
        <w:t>He jogged into the huddle first.</w:t>
      </w:r>
    </w:p>
    <w:p>
      <w:pPr>
        <w:spacing w:after="80"/>
      </w:pPr>
      <w:r>
        <w:rPr>
          <w:rFonts w:ascii="Georgia" w:hAnsi="Georgia"/>
          <w:sz w:val="23"/>
        </w:rPr>
        <w:t>The rest gathered around him-Devin at center, Jalen still breathing hard from defense, Rico smiling at nobody in particular, Owen already listening, Micah sliding in at the edge like he belonged there, which annoyed Noah all over again.</w:t>
      </w:r>
    </w:p>
    <w:p>
      <w:pPr>
        <w:spacing w:after="80"/>
      </w:pPr>
      <w:r>
        <w:rPr>
          <w:rFonts w:ascii="Georgia" w:hAnsi="Georgia"/>
          <w:sz w:val="23"/>
        </w:rPr>
        <w:t>Coach Law stood a few yards away and called the install.</w:t>
      </w:r>
    </w:p>
    <w:p>
      <w:pPr>
        <w:spacing w:after="80"/>
      </w:pPr>
      <w:r>
        <w:rPr>
          <w:rFonts w:ascii="Georgia" w:hAnsi="Georgia"/>
          <w:sz w:val="23"/>
        </w:rPr>
        <w:t>“Trips right. F-sit. X-go clear. Y-shallow. Back flare.”</w:t>
      </w:r>
    </w:p>
    <w:p>
      <w:pPr>
        <w:spacing w:after="80"/>
      </w:pPr>
      <w:r>
        <w:rPr>
          <w:rFonts w:ascii="Georgia" w:hAnsi="Georgia"/>
          <w:sz w:val="23"/>
        </w:rPr>
        <w:t>Noah repeated it in the huddle and broke them fast.</w:t>
      </w:r>
    </w:p>
    <w:p>
      <w:pPr>
        <w:spacing w:after="80"/>
      </w:pPr>
      <w:r>
        <w:rPr>
          <w:rFonts w:ascii="Georgia" w:hAnsi="Georgia"/>
          <w:sz w:val="23"/>
        </w:rPr>
        <w:t>It should have felt normal.</w:t>
      </w:r>
    </w:p>
    <w:p>
      <w:pPr>
        <w:spacing w:after="80"/>
      </w:pPr>
      <w:r>
        <w:rPr>
          <w:rFonts w:ascii="Georgia" w:hAnsi="Georgia"/>
          <w:sz w:val="23"/>
        </w:rPr>
        <w:t>Instead, when they lined up, the formation looked different with Micah outside.</w:t>
      </w:r>
    </w:p>
    <w:p>
      <w:pPr>
        <w:spacing w:after="80"/>
      </w:pPr>
      <w:r>
        <w:rPr>
          <w:rFonts w:ascii="Georgia" w:hAnsi="Georgia"/>
          <w:sz w:val="23"/>
        </w:rPr>
        <w:t>Noah took the snap.</w:t>
      </w:r>
    </w:p>
    <w:p>
      <w:pPr>
        <w:spacing w:after="80"/>
      </w:pPr>
      <w:r>
        <w:rPr>
          <w:rFonts w:ascii="Georgia" w:hAnsi="Georgia"/>
          <w:sz w:val="23"/>
        </w:rPr>
        <w:t>First read: the sit route. Covered.</w:t>
      </w:r>
    </w:p>
    <w:p>
      <w:pPr>
        <w:spacing w:after="80"/>
      </w:pPr>
      <w:r>
        <w:rPr>
          <w:rFonts w:ascii="Georgia" w:hAnsi="Georgia"/>
          <w:sz w:val="23"/>
        </w:rPr>
        <w:t>Second: the shallow. Late.</w:t>
      </w:r>
    </w:p>
    <w:p>
      <w:pPr>
        <w:spacing w:after="80"/>
      </w:pPr>
      <w:r>
        <w:rPr>
          <w:rFonts w:ascii="Georgia" w:hAnsi="Georgia"/>
          <w:sz w:val="23"/>
        </w:rPr>
        <w:t>Third: flare. Dump it.</w:t>
      </w:r>
    </w:p>
    <w:p>
      <w:pPr>
        <w:spacing w:after="80"/>
      </w:pPr>
      <w:r>
        <w:rPr>
          <w:rFonts w:ascii="Georgia" w:hAnsi="Georgia"/>
          <w:sz w:val="23"/>
        </w:rPr>
        <w:t>He hit Rico in the flat for a decent gain.</w:t>
      </w:r>
    </w:p>
    <w:p>
      <w:pPr>
        <w:spacing w:after="80"/>
      </w:pPr>
      <w:r>
        <w:rPr>
          <w:rFonts w:ascii="Georgia" w:hAnsi="Georgia"/>
          <w:sz w:val="23"/>
        </w:rPr>
        <w:t>“Again!” Coach Law shouted.</w:t>
      </w:r>
    </w:p>
    <w:p>
      <w:pPr>
        <w:spacing w:after="80"/>
      </w:pPr>
      <w:r>
        <w:rPr>
          <w:rFonts w:ascii="Georgia" w:hAnsi="Georgia"/>
          <w:sz w:val="23"/>
        </w:rPr>
        <w:t>Next play: a rollout to the right. Noah hit Devin on a short delay. Then a sprint-out pass to Owen. Then a mesh concept where Jalen nearly ran into Micah and started complaining about spacing before the rep was even done.</w:t>
      </w:r>
    </w:p>
    <w:p>
      <w:pPr>
        <w:spacing w:after="80"/>
      </w:pPr>
      <w:r>
        <w:rPr>
          <w:rFonts w:ascii="Georgia" w:hAnsi="Georgia"/>
          <w:sz w:val="23"/>
        </w:rPr>
        <w:t>“Run your line,” Owen told him.</w:t>
      </w:r>
    </w:p>
    <w:p>
      <w:pPr>
        <w:spacing w:after="80"/>
      </w:pPr>
      <w:r>
        <w:rPr>
          <w:rFonts w:ascii="Georgia" w:hAnsi="Georgia"/>
          <w:sz w:val="23"/>
        </w:rPr>
        <w:t>“I am running my line.”</w:t>
      </w:r>
    </w:p>
    <w:p>
      <w:pPr>
        <w:spacing w:after="80"/>
      </w:pPr>
      <w:r>
        <w:rPr>
          <w:rFonts w:ascii="Georgia" w:hAnsi="Georgia"/>
          <w:sz w:val="23"/>
        </w:rPr>
        <w:t>“You are running everybody’s line.”</w:t>
      </w:r>
    </w:p>
    <w:p>
      <w:pPr>
        <w:spacing w:after="80"/>
      </w:pPr>
      <w:r>
        <w:rPr>
          <w:rFonts w:ascii="Georgia" w:hAnsi="Georgia"/>
          <w:sz w:val="23"/>
        </w:rPr>
        <w:t>“I’m expressive.”</w:t>
      </w:r>
    </w:p>
    <w:p>
      <w:pPr>
        <w:spacing w:after="80"/>
      </w:pPr>
      <w:r>
        <w:rPr>
          <w:rFonts w:ascii="Georgia" w:hAnsi="Georgia"/>
          <w:sz w:val="23"/>
        </w:rPr>
        <w:t>“You’re wrong.”</w:t>
      </w:r>
    </w:p>
    <w:p>
      <w:pPr>
        <w:spacing w:after="80"/>
      </w:pPr>
      <w:r>
        <w:rPr>
          <w:rFonts w:ascii="Georgia" w:hAnsi="Georgia"/>
          <w:sz w:val="23"/>
        </w:rPr>
        <w:t>Coach Law whistled them back. “Enough. Reset.”</w:t>
      </w:r>
    </w:p>
    <w:p>
      <w:pPr>
        <w:spacing w:after="80"/>
      </w:pPr>
      <w:r>
        <w:rPr>
          <w:rFonts w:ascii="Georgia" w:hAnsi="Georgia"/>
          <w:sz w:val="23"/>
        </w:rPr>
        <w:t>Noah wiped his hands on his shorts. Practice energy was getting sharper now, the joking wearing thinner as everybody tried to prove something. He liked that part too. It meant football was getting real.</w:t>
      </w:r>
    </w:p>
    <w:p>
      <w:pPr>
        <w:spacing w:after="80"/>
      </w:pPr>
      <w:r>
        <w:rPr>
          <w:rFonts w:ascii="Georgia" w:hAnsi="Georgia"/>
          <w:sz w:val="23"/>
        </w:rPr>
        <w:t>Then Coach Law changed the play call.</w:t>
      </w:r>
    </w:p>
    <w:p>
      <w:pPr>
        <w:spacing w:after="80"/>
      </w:pPr>
      <w:r>
        <w:rPr>
          <w:rFonts w:ascii="Georgia" w:hAnsi="Georgia"/>
          <w:sz w:val="23"/>
        </w:rPr>
        <w:t>“Gun bunch left. Fake jet. Double move to the outside.”</w:t>
      </w:r>
    </w:p>
    <w:p>
      <w:pPr>
        <w:spacing w:after="80"/>
      </w:pPr>
      <w:r>
        <w:rPr>
          <w:rFonts w:ascii="Georgia" w:hAnsi="Georgia"/>
          <w:sz w:val="23"/>
        </w:rPr>
        <w:t>Noah’s eyes flicked up.</w:t>
      </w:r>
    </w:p>
    <w:p>
      <w:pPr>
        <w:spacing w:after="80"/>
      </w:pPr>
      <w:r>
        <w:rPr>
          <w:rFonts w:ascii="Georgia" w:hAnsi="Georgia"/>
          <w:sz w:val="23"/>
        </w:rPr>
        <w:t>That was a good call. Not a secret-secret play, but not first-day vanilla either. Something with a little edge. Something he could drive.</w:t>
      </w:r>
    </w:p>
    <w:p>
      <w:pPr>
        <w:spacing w:after="80"/>
      </w:pPr>
      <w:r>
        <w:rPr>
          <w:rFonts w:ascii="Georgia" w:hAnsi="Georgia"/>
          <w:sz w:val="23"/>
        </w:rPr>
        <w:t>In the huddle, he called it clean. “Sell it. Timing matters.”</w:t>
      </w:r>
    </w:p>
    <w:p>
      <w:pPr>
        <w:spacing w:after="80"/>
      </w:pPr>
      <w:r>
        <w:rPr>
          <w:rFonts w:ascii="Georgia" w:hAnsi="Georgia"/>
          <w:sz w:val="23"/>
        </w:rPr>
        <w:t>Micah was the outside receiver on the double move.</w:t>
      </w:r>
    </w:p>
    <w:p>
      <w:pPr>
        <w:spacing w:after="80"/>
      </w:pPr>
      <w:r>
        <w:rPr>
          <w:rFonts w:ascii="Georgia" w:hAnsi="Georgia"/>
          <w:sz w:val="23"/>
        </w:rPr>
        <w:t>For one second Noah considered changing the read in his own head before the ball was even snapped.</w:t>
      </w:r>
    </w:p>
    <w:p>
      <w:pPr>
        <w:spacing w:after="80"/>
      </w:pPr>
      <w:r>
        <w:rPr>
          <w:rFonts w:ascii="Georgia" w:hAnsi="Georgia"/>
          <w:sz w:val="23"/>
        </w:rPr>
        <w:t>Not the play. Just where he planned to go first.</w:t>
      </w:r>
    </w:p>
    <w:p>
      <w:pPr>
        <w:spacing w:after="80"/>
      </w:pPr>
      <w:r>
        <w:rPr>
          <w:rFonts w:ascii="Georgia" w:hAnsi="Georgia"/>
          <w:sz w:val="23"/>
        </w:rPr>
        <w:t>Then he hated himself for thinking like that.</w:t>
      </w:r>
    </w:p>
    <w:p>
      <w:pPr>
        <w:spacing w:after="80"/>
      </w:pPr>
      <w:r>
        <w:rPr>
          <w:rFonts w:ascii="Georgia" w:hAnsi="Georgia"/>
          <w:sz w:val="23"/>
        </w:rPr>
        <w:t>He broke the huddle and clapped for the snap.</w:t>
      </w:r>
    </w:p>
    <w:p>
      <w:pPr>
        <w:spacing w:after="80"/>
      </w:pPr>
      <w:r>
        <w:rPr>
          <w:rFonts w:ascii="Georgia" w:hAnsi="Georgia"/>
          <w:sz w:val="23"/>
        </w:rPr>
        <w:t>The fake jet held the defense just enough. Micah stuttered on the out, planted, and turned up the sideline.</w:t>
      </w:r>
    </w:p>
    <w:p>
      <w:pPr>
        <w:spacing w:after="80"/>
      </w:pPr>
      <w:r>
        <w:rPr>
          <w:rFonts w:ascii="Georgia" w:hAnsi="Georgia"/>
          <w:sz w:val="23"/>
        </w:rPr>
        <w:t>He was open.</w:t>
      </w:r>
    </w:p>
    <w:p>
      <w:pPr>
        <w:spacing w:after="80"/>
      </w:pPr>
      <w:r>
        <w:rPr>
          <w:rFonts w:ascii="Georgia" w:hAnsi="Georgia"/>
          <w:sz w:val="23"/>
        </w:rPr>
        <w:t>Not wide-open, but open enough.</w:t>
      </w:r>
    </w:p>
    <w:p>
      <w:pPr>
        <w:spacing w:after="80"/>
      </w:pPr>
      <w:r>
        <w:rPr>
          <w:rFonts w:ascii="Georgia" w:hAnsi="Georgia"/>
          <w:sz w:val="23"/>
        </w:rPr>
        <w:t>Noah saw him.</w:t>
      </w:r>
    </w:p>
    <w:p>
      <w:pPr>
        <w:spacing w:after="80"/>
      </w:pPr>
      <w:r>
        <w:rPr>
          <w:rFonts w:ascii="Georgia" w:hAnsi="Georgia"/>
          <w:sz w:val="23"/>
        </w:rPr>
        <w:t>He also saw Jalen flashing across the middle on a dig with more traffic around him.</w:t>
      </w:r>
    </w:p>
    <w:p>
      <w:pPr>
        <w:spacing w:after="80"/>
      </w:pPr>
      <w:r>
        <w:rPr>
          <w:rFonts w:ascii="Georgia" w:hAnsi="Georgia"/>
          <w:sz w:val="23"/>
        </w:rPr>
        <w:t>For a split second he could throw either.</w:t>
      </w:r>
    </w:p>
    <w:p>
      <w:pPr>
        <w:spacing w:after="80"/>
      </w:pPr>
      <w:r>
        <w:rPr>
          <w:rFonts w:ascii="Georgia" w:hAnsi="Georgia"/>
          <w:sz w:val="23"/>
        </w:rPr>
        <w:t>He went middle.</w:t>
      </w:r>
    </w:p>
    <w:p>
      <w:pPr>
        <w:spacing w:after="80"/>
      </w:pPr>
      <w:r>
        <w:rPr>
          <w:rFonts w:ascii="Georgia" w:hAnsi="Georgia"/>
          <w:sz w:val="23"/>
        </w:rPr>
        <w:t>Jalen reached.</w:t>
      </w:r>
    </w:p>
    <w:p>
      <w:pPr>
        <w:spacing w:after="80"/>
      </w:pPr>
      <w:r>
        <w:rPr>
          <w:rFonts w:ascii="Georgia" w:hAnsi="Georgia"/>
          <w:sz w:val="23"/>
        </w:rPr>
        <w:t>The ball glanced off his fingertips and hit the turf.</w:t>
      </w:r>
    </w:p>
    <w:p>
      <w:pPr>
        <w:spacing w:after="80"/>
      </w:pPr>
      <w:r>
        <w:rPr>
          <w:rFonts w:ascii="Georgia" w:hAnsi="Georgia"/>
          <w:sz w:val="23"/>
        </w:rPr>
        <w:t>“Come on!” Jalen shouted, slapping his gloves together like the miss was Noah’s fault and somehow also the weather’s.</w:t>
      </w:r>
    </w:p>
    <w:p>
      <w:pPr>
        <w:spacing w:after="80"/>
      </w:pPr>
      <w:r>
        <w:rPr>
          <w:rFonts w:ascii="Georgia" w:hAnsi="Georgia"/>
          <w:sz w:val="23"/>
        </w:rPr>
        <w:t>Noah didn’t answer.</w:t>
      </w:r>
    </w:p>
    <w:p>
      <w:pPr>
        <w:spacing w:after="80"/>
      </w:pPr>
      <w:r>
        <w:rPr>
          <w:rFonts w:ascii="Georgia" w:hAnsi="Georgia"/>
          <w:sz w:val="23"/>
        </w:rPr>
        <w:t>He didn’t need to. He could already feel Devin beside him, quiet in that way that meant he was thinking too much.</w:t>
      </w:r>
    </w:p>
    <w:p>
      <w:pPr>
        <w:spacing w:after="80"/>
      </w:pPr>
      <w:r>
        <w:rPr>
          <w:rFonts w:ascii="Georgia" w:hAnsi="Georgia"/>
          <w:sz w:val="23"/>
        </w:rPr>
        <w:t>Coach Law stepped in closer. “Quarterback,” he said.</w:t>
      </w:r>
    </w:p>
    <w:p>
      <w:pPr>
        <w:spacing w:after="80"/>
      </w:pPr>
      <w:r>
        <w:rPr>
          <w:rFonts w:ascii="Georgia" w:hAnsi="Georgia"/>
          <w:sz w:val="23"/>
        </w:rPr>
        <w:t>Noah jogged over.</w:t>
      </w:r>
    </w:p>
    <w:p>
      <w:pPr>
        <w:spacing w:after="80"/>
      </w:pPr>
      <w:r>
        <w:rPr>
          <w:rFonts w:ascii="Georgia" w:hAnsi="Georgia"/>
          <w:sz w:val="23"/>
        </w:rPr>
        <w:t>“What did you see?”</w:t>
      </w:r>
    </w:p>
    <w:p>
      <w:pPr>
        <w:spacing w:after="80"/>
      </w:pPr>
      <w:r>
        <w:rPr>
          <w:rFonts w:ascii="Georgia" w:hAnsi="Georgia"/>
          <w:sz w:val="23"/>
        </w:rPr>
        <w:t>“Dig flashed open.”</w:t>
      </w:r>
    </w:p>
    <w:p>
      <w:pPr>
        <w:spacing w:after="80"/>
      </w:pPr>
      <w:r>
        <w:rPr>
          <w:rFonts w:ascii="Georgia" w:hAnsi="Georgia"/>
          <w:sz w:val="23"/>
        </w:rPr>
        <w:t>“And the double move?”</w:t>
      </w:r>
    </w:p>
    <w:p>
      <w:pPr>
        <w:spacing w:after="80"/>
      </w:pPr>
      <w:r>
        <w:rPr>
          <w:rFonts w:ascii="Georgia" w:hAnsi="Georgia"/>
          <w:sz w:val="23"/>
        </w:rPr>
        <w:t>Noah looked back toward the line. Micah had returned to the huddle already, not saying anything.</w:t>
      </w:r>
    </w:p>
    <w:p>
      <w:pPr>
        <w:spacing w:after="80"/>
      </w:pPr>
      <w:r>
        <w:rPr>
          <w:rFonts w:ascii="Georgia" w:hAnsi="Georgia"/>
          <w:sz w:val="23"/>
        </w:rPr>
        <w:t>“He had a step,” Noah admitted.</w:t>
      </w:r>
    </w:p>
    <w:p>
      <w:pPr>
        <w:spacing w:after="80"/>
      </w:pPr>
      <w:r>
        <w:rPr>
          <w:rFonts w:ascii="Georgia" w:hAnsi="Georgia"/>
          <w:sz w:val="23"/>
        </w:rPr>
        <w:t>“A big enough one.”</w:t>
      </w:r>
    </w:p>
    <w:p>
      <w:pPr>
        <w:spacing w:after="80"/>
      </w:pPr>
      <w:r>
        <w:rPr>
          <w:rFonts w:ascii="Georgia" w:hAnsi="Georgia"/>
          <w:sz w:val="23"/>
        </w:rPr>
        <w:t>Noah shrugged like he didn’t care. “Middle window was there.”</w:t>
      </w:r>
    </w:p>
    <w:p>
      <w:pPr>
        <w:spacing w:after="80"/>
      </w:pPr>
      <w:r>
        <w:rPr>
          <w:rFonts w:ascii="Georgia" w:hAnsi="Georgia"/>
          <w:sz w:val="23"/>
        </w:rPr>
        <w:t>Coach Law’s face gave him nothing. “Take the touchdown.”</w:t>
      </w:r>
    </w:p>
    <w:p>
      <w:pPr>
        <w:spacing w:after="80"/>
      </w:pPr>
      <w:r>
        <w:rPr>
          <w:rFonts w:ascii="Georgia" w:hAnsi="Georgia"/>
          <w:sz w:val="23"/>
        </w:rPr>
        <w:t>Two words. Flat. Public.</w:t>
      </w:r>
    </w:p>
    <w:p>
      <w:pPr>
        <w:spacing w:after="80"/>
      </w:pPr>
      <w:r>
        <w:rPr>
          <w:rFonts w:ascii="Georgia" w:hAnsi="Georgia"/>
          <w:sz w:val="23"/>
        </w:rPr>
        <w:t>Noah felt heat rise in his neck.</w:t>
      </w:r>
    </w:p>
    <w:p>
      <w:pPr>
        <w:spacing w:after="80"/>
      </w:pPr>
      <w:r>
        <w:rPr>
          <w:rFonts w:ascii="Georgia" w:hAnsi="Georgia"/>
          <w:sz w:val="23"/>
        </w:rPr>
        <w:t>He nodded once and jogged back, but the field looked different now. Smaller. More crowded. Like everybody had heard the same thing he had.</w:t>
      </w:r>
    </w:p>
    <w:p>
      <w:pPr>
        <w:spacing w:after="80"/>
      </w:pPr>
      <w:r>
        <w:rPr>
          <w:rFonts w:ascii="Georgia" w:hAnsi="Georgia"/>
          <w:sz w:val="23"/>
        </w:rPr>
        <w:t>Take the touchdown.</w:t>
      </w:r>
    </w:p>
    <w:p>
      <w:pPr>
        <w:spacing w:after="80"/>
      </w:pPr>
      <w:r>
        <w:rPr>
          <w:rFonts w:ascii="Georgia" w:hAnsi="Georgia"/>
          <w:sz w:val="23"/>
        </w:rPr>
        <w:t>Meaning: throw it to Micah.</w:t>
      </w:r>
    </w:p>
    <w:p>
      <w:pPr>
        <w:spacing w:after="80"/>
      </w:pPr>
      <w:r>
        <w:rPr>
          <w:rFonts w:ascii="Georgia" w:hAnsi="Georgia"/>
          <w:sz w:val="23"/>
        </w:rPr>
        <w:t>The next rep was defense versus offense from midfield. Jalen got a pressure sack and celebrated like he’d won a title. Rico snagged a shallow cross and nearly lost a flag trying to turn upfield. Owen broke up a post by arriving so exactly on time that even Coach Law nodded at him.</w:t>
      </w:r>
    </w:p>
    <w:p>
      <w:pPr>
        <w:spacing w:after="80"/>
      </w:pPr>
      <w:r>
        <w:rPr>
          <w:rFonts w:ascii="Georgia" w:hAnsi="Georgia"/>
          <w:sz w:val="23"/>
        </w:rPr>
        <w:t>Then Micah took a handoff on jet motion, turned the corner, and left two defenders grabbing air.</w:t>
      </w:r>
    </w:p>
    <w:p>
      <w:pPr>
        <w:spacing w:after="80"/>
      </w:pPr>
      <w:r>
        <w:rPr>
          <w:rFonts w:ascii="Georgia" w:hAnsi="Georgia"/>
          <w:sz w:val="23"/>
        </w:rPr>
        <w:t>Not because they were bad. Because he was sudden in a way that looked unfair.</w:t>
      </w:r>
    </w:p>
    <w:p>
      <w:pPr>
        <w:spacing w:after="80"/>
      </w:pPr>
      <w:r>
        <w:rPr>
          <w:rFonts w:ascii="Georgia" w:hAnsi="Georgia"/>
          <w:sz w:val="23"/>
        </w:rPr>
        <w:t>“Flags!” Jalen yelled. “Use your flags, not your hopes!”</w:t>
      </w:r>
    </w:p>
    <w:p>
      <w:pPr>
        <w:spacing w:after="80"/>
      </w:pPr>
      <w:r>
        <w:rPr>
          <w:rFonts w:ascii="Georgia" w:hAnsi="Georgia"/>
          <w:sz w:val="23"/>
        </w:rPr>
        <w:t>Rico chased him all the way to the cone and came back laughing, bent at the waist. “Nah. We need to check his birth certificate. I’m serious now.”</w:t>
      </w:r>
    </w:p>
    <w:p>
      <w:pPr>
        <w:spacing w:after="80"/>
      </w:pPr>
      <w:r>
        <w:rPr>
          <w:rFonts w:ascii="Georgia" w:hAnsi="Georgia"/>
          <w:sz w:val="23"/>
        </w:rPr>
        <w:t>Even some of the parents by the fence were murmuring.</w:t>
      </w:r>
    </w:p>
    <w:p>
      <w:pPr>
        <w:spacing w:after="80"/>
      </w:pPr>
      <w:r>
        <w:rPr>
          <w:rFonts w:ascii="Georgia" w:hAnsi="Georgia"/>
          <w:sz w:val="23"/>
        </w:rPr>
        <w:t>Noah hated that too.</w:t>
      </w:r>
    </w:p>
    <w:p>
      <w:pPr>
        <w:spacing w:after="80"/>
      </w:pPr>
      <w:r>
        <w:rPr>
          <w:rFonts w:ascii="Georgia" w:hAnsi="Georgia"/>
          <w:sz w:val="23"/>
        </w:rPr>
        <w:t>He hated that they sounded impressed. Hated that Micah looked like he fed off it. Hated that part of him understood exactly why.</w:t>
      </w:r>
    </w:p>
    <w:p>
      <w:pPr>
        <w:spacing w:after="80"/>
      </w:pPr>
      <w:r>
        <w:rPr>
          <w:rFonts w:ascii="Georgia" w:hAnsi="Georgia"/>
          <w:sz w:val="23"/>
        </w:rPr>
        <w:t>Coach Law blew the whistle for water.</w:t>
      </w:r>
    </w:p>
    <w:p>
      <w:pPr>
        <w:spacing w:after="80"/>
      </w:pPr>
      <w:r>
        <w:rPr>
          <w:rFonts w:ascii="Georgia" w:hAnsi="Georgia"/>
          <w:sz w:val="23"/>
        </w:rPr>
        <w:t>The team scattered toward coolers and bags. Noah grabbed his bottle and headed for the far end of the bench, hoping for a minute without commentary.</w:t>
      </w:r>
    </w:p>
    <w:p>
      <w:pPr>
        <w:spacing w:after="80"/>
      </w:pPr>
      <w:r>
        <w:rPr>
          <w:rFonts w:ascii="Georgia" w:hAnsi="Georgia"/>
          <w:sz w:val="23"/>
        </w:rPr>
        <w:t>He didn’t get it.</w:t>
      </w:r>
    </w:p>
    <w:p>
      <w:pPr>
        <w:spacing w:after="80"/>
      </w:pPr>
      <w:r>
        <w:rPr>
          <w:rFonts w:ascii="Georgia" w:hAnsi="Georgia"/>
          <w:sz w:val="23"/>
        </w:rPr>
        <w:t>Micah dropped onto the grass a few feet away and pulled his gloves off with his teeth. He was sweating now, breathing harder than before, but he still looked too comfortable for Noah’s liking.</w:t>
      </w:r>
    </w:p>
    <w:p>
      <w:pPr>
        <w:spacing w:after="80"/>
      </w:pPr>
      <w:r>
        <w:rPr>
          <w:rFonts w:ascii="Georgia" w:hAnsi="Georgia"/>
          <w:sz w:val="23"/>
        </w:rPr>
        <w:t>“You throw hard,” Micah said.</w:t>
      </w:r>
    </w:p>
    <w:p>
      <w:pPr>
        <w:spacing w:after="80"/>
      </w:pPr>
      <w:r>
        <w:rPr>
          <w:rFonts w:ascii="Georgia" w:hAnsi="Georgia"/>
          <w:sz w:val="23"/>
        </w:rPr>
        <w:t>Noah took a drink. “You catch okay.”</w:t>
      </w:r>
    </w:p>
    <w:p>
      <w:pPr>
        <w:spacing w:after="80"/>
      </w:pPr>
      <w:r>
        <w:rPr>
          <w:rFonts w:ascii="Georgia" w:hAnsi="Georgia"/>
          <w:sz w:val="23"/>
        </w:rPr>
        <w:t>Micah grinned. “That first one almost broke my fingers.”</w:t>
      </w:r>
    </w:p>
    <w:p>
      <w:pPr>
        <w:spacing w:after="80"/>
      </w:pPr>
      <w:r>
        <w:rPr>
          <w:rFonts w:ascii="Georgia" w:hAnsi="Georgia"/>
          <w:sz w:val="23"/>
        </w:rPr>
        <w:t>“You’re welcome.”</w:t>
      </w:r>
    </w:p>
    <w:p>
      <w:pPr>
        <w:spacing w:after="80"/>
      </w:pPr>
      <w:r>
        <w:rPr>
          <w:rFonts w:ascii="Georgia" w:hAnsi="Georgia"/>
          <w:sz w:val="23"/>
        </w:rPr>
        <w:t>That made Micah laugh.</w:t>
      </w:r>
    </w:p>
    <w:p>
      <w:pPr>
        <w:spacing w:after="80"/>
      </w:pPr>
      <w:r>
        <w:rPr>
          <w:rFonts w:ascii="Georgia" w:hAnsi="Georgia"/>
          <w:sz w:val="23"/>
        </w:rPr>
        <w:t>It was such an easy laugh that Noah almost didn’t know what to do with it. He’d expected swagger. Maybe cockiness. Not this.</w:t>
      </w:r>
    </w:p>
    <w:p>
      <w:pPr>
        <w:spacing w:after="80"/>
      </w:pPr>
      <w:r>
        <w:rPr>
          <w:rFonts w:ascii="Georgia" w:hAnsi="Georgia"/>
          <w:sz w:val="23"/>
        </w:rPr>
        <w:t>Micah took a long drink from his own bottle. “Coach says y’all throw more on time than most teams.”</w:t>
      </w:r>
    </w:p>
    <w:p>
      <w:pPr>
        <w:spacing w:after="80"/>
      </w:pPr>
      <w:r>
        <w:rPr>
          <w:rFonts w:ascii="Georgia" w:hAnsi="Georgia"/>
          <w:sz w:val="23"/>
        </w:rPr>
        <w:t>“Coach says a lot of things.”</w:t>
      </w:r>
    </w:p>
    <w:p>
      <w:pPr>
        <w:spacing w:after="80"/>
      </w:pPr>
      <w:r>
        <w:rPr>
          <w:rFonts w:ascii="Georgia" w:hAnsi="Georgia"/>
          <w:sz w:val="23"/>
        </w:rPr>
        <w:t>Micah nodded toward the field. “Still true.”</w:t>
      </w:r>
    </w:p>
    <w:p>
      <w:pPr>
        <w:spacing w:after="80"/>
      </w:pPr>
      <w:r>
        <w:rPr>
          <w:rFonts w:ascii="Georgia" w:hAnsi="Georgia"/>
          <w:sz w:val="23"/>
        </w:rPr>
        <w:t>Noah looked at him then. Really looked. Up close, Micah seemed younger than he had from across the field-not smaller, not softer, just younger around the eyes somehow. There was still kid in him where Noah and the rest of them had mostly learned how to hide it during practice.</w:t>
      </w:r>
    </w:p>
    <w:p>
      <w:pPr>
        <w:spacing w:after="80"/>
      </w:pPr>
      <w:r>
        <w:rPr>
          <w:rFonts w:ascii="Georgia" w:hAnsi="Georgia"/>
          <w:sz w:val="23"/>
        </w:rPr>
        <w:t>“You been wanting to move up?” Noah asked.</w:t>
      </w:r>
    </w:p>
    <w:p>
      <w:pPr>
        <w:spacing w:after="80"/>
      </w:pPr>
      <w:r>
        <w:rPr>
          <w:rFonts w:ascii="Georgia" w:hAnsi="Georgia"/>
          <w:sz w:val="23"/>
        </w:rPr>
        <w:t>Micah shrugged. “Yeah.”</w:t>
      </w:r>
    </w:p>
    <w:p>
      <w:pPr>
        <w:spacing w:after="80"/>
      </w:pPr>
      <w:r>
        <w:rPr>
          <w:rFonts w:ascii="Georgia" w:hAnsi="Georgia"/>
          <w:sz w:val="23"/>
        </w:rPr>
        <w:t>“Why?”</w:t>
      </w:r>
    </w:p>
    <w:p>
      <w:pPr>
        <w:spacing w:after="80"/>
      </w:pPr>
      <w:r>
        <w:rPr>
          <w:rFonts w:ascii="Georgia" w:hAnsi="Georgia"/>
          <w:sz w:val="23"/>
        </w:rPr>
        <w:t>Micah frowned like the question was weird. “Because I’m good enough.”</w:t>
      </w:r>
    </w:p>
    <w:p>
      <w:pPr>
        <w:spacing w:after="80"/>
      </w:pPr>
      <w:r>
        <w:rPr>
          <w:rFonts w:ascii="Georgia" w:hAnsi="Georgia"/>
          <w:sz w:val="23"/>
        </w:rPr>
        <w:t>Noah almost laughed, but there wasn’t anything funny about the way he said it. No brag in it. No performance. Just fact, at least in Micah’s mind.</w:t>
      </w:r>
    </w:p>
    <w:p>
      <w:pPr>
        <w:spacing w:after="80"/>
      </w:pPr>
      <w:r>
        <w:rPr>
          <w:rFonts w:ascii="Georgia" w:hAnsi="Georgia"/>
          <w:sz w:val="23"/>
        </w:rPr>
        <w:t>Across the field, Vee Carter stood near the fence again with a football tucked under one arm. A couple boys from the younger age group were running routes for each other, and one of them tossed her the ball like he was doing her a favor.</w:t>
      </w:r>
    </w:p>
    <w:p>
      <w:pPr>
        <w:spacing w:after="80"/>
      </w:pPr>
      <w:r>
        <w:rPr>
          <w:rFonts w:ascii="Georgia" w:hAnsi="Georgia"/>
          <w:sz w:val="23"/>
        </w:rPr>
        <w:t>Vee dropped it on purpose.</w:t>
      </w:r>
    </w:p>
    <w:p>
      <w:pPr>
        <w:spacing w:after="80"/>
      </w:pPr>
      <w:r>
        <w:rPr>
          <w:rFonts w:ascii="Georgia" w:hAnsi="Georgia"/>
          <w:sz w:val="23"/>
        </w:rPr>
        <w:t>Not a huge scene. Just let it hit the ground, then looked at him.</w:t>
      </w:r>
    </w:p>
    <w:p>
      <w:pPr>
        <w:spacing w:after="80"/>
      </w:pPr>
      <w:r>
        <w:rPr>
          <w:rFonts w:ascii="Georgia" w:hAnsi="Georgia"/>
          <w:sz w:val="23"/>
        </w:rPr>
        <w:t>“You throwing me warm-up floaters now?” she said.</w:t>
      </w:r>
    </w:p>
    <w:p>
      <w:pPr>
        <w:spacing w:after="80"/>
      </w:pPr>
      <w:r>
        <w:rPr>
          <w:rFonts w:ascii="Georgia" w:hAnsi="Georgia"/>
          <w:sz w:val="23"/>
        </w:rPr>
        <w:t>The boy flushed. “I was just-”</w:t>
      </w:r>
    </w:p>
    <w:p>
      <w:pPr>
        <w:spacing w:after="80"/>
      </w:pPr>
      <w:r>
        <w:rPr>
          <w:rFonts w:ascii="Georgia" w:hAnsi="Georgia"/>
          <w:sz w:val="23"/>
        </w:rPr>
        <w:t>“You were just underthrowing me.”</w:t>
      </w:r>
    </w:p>
    <w:p>
      <w:pPr>
        <w:spacing w:after="80"/>
      </w:pPr>
      <w:r>
        <w:rPr>
          <w:rFonts w:ascii="Georgia" w:hAnsi="Georgia"/>
          <w:sz w:val="23"/>
        </w:rPr>
        <w:t>Rico, walking by with his bottle, nearly choked laughing.</w:t>
      </w:r>
    </w:p>
    <w:p>
      <w:pPr>
        <w:spacing w:after="80"/>
      </w:pPr>
      <w:r>
        <w:rPr>
          <w:rFonts w:ascii="Georgia" w:hAnsi="Georgia"/>
          <w:sz w:val="23"/>
        </w:rPr>
        <w:t>Vee scooped the ball, gave it one pump fake, and then fired a tight pass straight between two folding chairs and into the hands of the smaller kid standing fifteen yards away.</w:t>
      </w:r>
    </w:p>
    <w:p>
      <w:pPr>
        <w:spacing w:after="80"/>
      </w:pPr>
      <w:r>
        <w:rPr>
          <w:rFonts w:ascii="Georgia" w:hAnsi="Georgia"/>
          <w:sz w:val="23"/>
        </w:rPr>
        <w:t>Nobody said anything for a second.</w:t>
      </w:r>
    </w:p>
    <w:p>
      <w:pPr>
        <w:spacing w:after="80"/>
      </w:pPr>
      <w:r>
        <w:rPr>
          <w:rFonts w:ascii="Georgia" w:hAnsi="Georgia"/>
          <w:sz w:val="23"/>
        </w:rPr>
        <w:t>Then Jalen pointed. “She been waiting all morning to embarrass somebody.”</w:t>
      </w:r>
    </w:p>
    <w:p>
      <w:pPr>
        <w:spacing w:after="80"/>
      </w:pPr>
      <w:r>
        <w:rPr>
          <w:rFonts w:ascii="Georgia" w:hAnsi="Georgia"/>
          <w:sz w:val="23"/>
        </w:rPr>
        <w:t>Vee tossed the ball back to the first kid. “Then stop volunteering.”</w:t>
      </w:r>
    </w:p>
    <w:p>
      <w:pPr>
        <w:spacing w:after="80"/>
      </w:pPr>
      <w:r>
        <w:rPr>
          <w:rFonts w:ascii="Georgia" w:hAnsi="Georgia"/>
          <w:sz w:val="23"/>
        </w:rPr>
        <w:t>Noah saw Micah watching her too.</w:t>
      </w:r>
    </w:p>
    <w:p>
      <w:pPr>
        <w:spacing w:after="80"/>
      </w:pPr>
      <w:r>
        <w:rPr>
          <w:rFonts w:ascii="Georgia" w:hAnsi="Georgia"/>
          <w:sz w:val="23"/>
        </w:rPr>
        <w:t>“She on your team?” Micah asked.</w:t>
      </w:r>
    </w:p>
    <w:p>
      <w:pPr>
        <w:spacing w:after="80"/>
      </w:pPr>
      <w:r>
        <w:rPr>
          <w:rFonts w:ascii="Georgia" w:hAnsi="Georgia"/>
          <w:sz w:val="23"/>
        </w:rPr>
        <w:t>“No,” Noah said. Then, because that sounded weirdly fast, he added, “Not really.”</w:t>
      </w:r>
    </w:p>
    <w:p>
      <w:pPr>
        <w:spacing w:after="80"/>
      </w:pPr>
      <w:r>
        <w:rPr>
          <w:rFonts w:ascii="Georgia" w:hAnsi="Georgia"/>
          <w:sz w:val="23"/>
        </w:rPr>
        <w:t>Vee glanced over at that exact moment, like she had some kind of built-in alarm for hearing people talk about her from impossible distances.</w:t>
      </w:r>
    </w:p>
    <w:p>
      <w:pPr>
        <w:spacing w:after="80"/>
      </w:pPr>
      <w:r>
        <w:rPr>
          <w:rFonts w:ascii="Georgia" w:hAnsi="Georgia"/>
          <w:sz w:val="23"/>
        </w:rPr>
        <w:t>Her eyes landed on Noah.</w:t>
      </w:r>
    </w:p>
    <w:p>
      <w:pPr>
        <w:spacing w:after="80"/>
      </w:pPr>
      <w:r>
        <w:rPr>
          <w:rFonts w:ascii="Georgia" w:hAnsi="Georgia"/>
          <w:sz w:val="23"/>
        </w:rPr>
        <w:t>Then on Micah.</w:t>
      </w:r>
    </w:p>
    <w:p>
      <w:pPr>
        <w:spacing w:after="80"/>
      </w:pPr>
      <w:r>
        <w:rPr>
          <w:rFonts w:ascii="Georgia" w:hAnsi="Georgia"/>
          <w:sz w:val="23"/>
        </w:rPr>
        <w:t>Then back to Noah.</w:t>
      </w:r>
    </w:p>
    <w:p>
      <w:pPr>
        <w:spacing w:after="80"/>
      </w:pPr>
      <w:r>
        <w:rPr>
          <w:rFonts w:ascii="Georgia" w:hAnsi="Georgia"/>
          <w:sz w:val="23"/>
        </w:rPr>
        <w:t>It wasn’t a smile. More like a challenge.</w:t>
      </w:r>
    </w:p>
    <w:p>
      <w:pPr>
        <w:spacing w:after="80"/>
      </w:pPr>
      <w:r>
        <w:rPr>
          <w:rFonts w:ascii="Georgia" w:hAnsi="Georgia"/>
          <w:sz w:val="23"/>
        </w:rPr>
        <w:t>Coach Law blew the whistle before Noah had to decide what to do with that.</w:t>
      </w:r>
    </w:p>
    <w:p>
      <w:pPr>
        <w:spacing w:after="80"/>
      </w:pPr>
      <w:r>
        <w:rPr>
          <w:rFonts w:ascii="Georgia" w:hAnsi="Georgia"/>
          <w:sz w:val="23"/>
        </w:rPr>
        <w:t>“Back up!” he called. “Inside red zone.”</w:t>
      </w:r>
    </w:p>
    <w:p>
      <w:pPr>
        <w:spacing w:after="80"/>
      </w:pPr>
      <w:r>
        <w:rPr>
          <w:rFonts w:ascii="Georgia" w:hAnsi="Georgia"/>
          <w:sz w:val="23"/>
        </w:rPr>
        <w:t>The team hustled in. This was the most important part of practice for Noah. Space got tighter in the red zone. Timing had to speed up. Mistakes felt bigger because there wasn’t as much field left to fix them.</w:t>
      </w:r>
    </w:p>
    <w:p>
      <w:pPr>
        <w:spacing w:after="80"/>
      </w:pPr>
      <w:r>
        <w:rPr>
          <w:rFonts w:ascii="Georgia" w:hAnsi="Georgia"/>
          <w:sz w:val="23"/>
        </w:rPr>
        <w:t>Coach Law called in a condensed formation and installed a quick package: slants, pivots, sprint-outs, a misdirection shovel that Rico immediately called “beautiful nonsense.”</w:t>
      </w:r>
    </w:p>
    <w:p>
      <w:pPr>
        <w:spacing w:after="80"/>
      </w:pPr>
      <w:r>
        <w:rPr>
          <w:rFonts w:ascii="Georgia" w:hAnsi="Georgia"/>
          <w:sz w:val="23"/>
        </w:rPr>
        <w:t>They ran the first few plays clean.</w:t>
      </w:r>
    </w:p>
    <w:p>
      <w:pPr>
        <w:spacing w:after="80"/>
      </w:pPr>
      <w:r>
        <w:rPr>
          <w:rFonts w:ascii="Georgia" w:hAnsi="Georgia"/>
          <w:sz w:val="23"/>
        </w:rPr>
        <w:t>Then came one Noah hadn’t expected on day one.</w:t>
      </w:r>
    </w:p>
    <w:p>
      <w:pPr>
        <w:spacing w:after="80"/>
      </w:pPr>
      <w:r>
        <w:rPr>
          <w:rFonts w:ascii="Georgia" w:hAnsi="Georgia"/>
          <w:sz w:val="23"/>
        </w:rPr>
        <w:t>Coach Law looked down at the call sheet, then up.</w:t>
      </w:r>
    </w:p>
    <w:p>
      <w:pPr>
        <w:spacing w:after="80"/>
      </w:pPr>
      <w:r>
        <w:rPr>
          <w:rFonts w:ascii="Georgia" w:hAnsi="Georgia"/>
          <w:sz w:val="23"/>
        </w:rPr>
        <w:t>“Wristband package,” he said.</w:t>
      </w:r>
    </w:p>
    <w:p>
      <w:pPr>
        <w:spacing w:after="80"/>
      </w:pPr>
      <w:r>
        <w:rPr>
          <w:rFonts w:ascii="Georgia" w:hAnsi="Georgia"/>
          <w:sz w:val="23"/>
        </w:rPr>
        <w:t>Noah blinked.</w:t>
      </w:r>
    </w:p>
    <w:p>
      <w:pPr>
        <w:spacing w:after="80"/>
      </w:pPr>
      <w:r>
        <w:rPr>
          <w:rFonts w:ascii="Georgia" w:hAnsi="Georgia"/>
          <w:sz w:val="23"/>
        </w:rPr>
        <w:t>Not because the concept was new. They’d used wristband packages before in tougher games-simplified coded numbers for fast calls when tempo mattered. But Coach Law usually didn’t bring them out this early in the season.</w:t>
      </w:r>
    </w:p>
    <w:p>
      <w:pPr>
        <w:spacing w:after="80"/>
      </w:pPr>
      <w:r>
        <w:rPr>
          <w:rFonts w:ascii="Georgia" w:hAnsi="Georgia"/>
          <w:sz w:val="23"/>
        </w:rPr>
        <w:t>Devin looked surprised too.</w:t>
      </w:r>
    </w:p>
    <w:p>
      <w:pPr>
        <w:spacing w:after="80"/>
      </w:pPr>
      <w:r>
        <w:rPr>
          <w:rFonts w:ascii="Georgia" w:hAnsi="Georgia"/>
          <w:sz w:val="23"/>
        </w:rPr>
        <w:t>Coach Law reached into the mesh bag by the bench and pulled out a small stack of black wristbands.</w:t>
      </w:r>
    </w:p>
    <w:p>
      <w:pPr>
        <w:spacing w:after="80"/>
      </w:pPr>
      <w:r>
        <w:rPr>
          <w:rFonts w:ascii="Georgia" w:hAnsi="Georgia"/>
          <w:sz w:val="23"/>
        </w:rPr>
        <w:t>“Install only,” he said. “You’re not keeping them. We test fast, we learn fast.”</w:t>
      </w:r>
    </w:p>
    <w:p>
      <w:pPr>
        <w:spacing w:after="80"/>
      </w:pPr>
      <w:r>
        <w:rPr>
          <w:rFonts w:ascii="Georgia" w:hAnsi="Georgia"/>
          <w:sz w:val="23"/>
        </w:rPr>
        <w:t>He handed one to Noah first, then Devin, then the rest of the core group.</w:t>
      </w:r>
    </w:p>
    <w:p>
      <w:pPr>
        <w:spacing w:after="80"/>
      </w:pPr>
      <w:r>
        <w:rPr>
          <w:rFonts w:ascii="Georgia" w:hAnsi="Georgia"/>
          <w:sz w:val="23"/>
        </w:rPr>
        <w:t>Not Vee. Not younger kids by the fence. Just the team.</w:t>
      </w:r>
    </w:p>
    <w:p>
      <w:pPr>
        <w:spacing w:after="80"/>
      </w:pPr>
      <w:r>
        <w:rPr>
          <w:rFonts w:ascii="Georgia" w:hAnsi="Georgia"/>
          <w:sz w:val="23"/>
        </w:rPr>
        <w:t>Noah slid the band onto his wrist and looked down at the tiny card tucked inside. Numbers and short labels. Basic stuff for now. Enough to speed things up if they needed it later.</w:t>
      </w:r>
    </w:p>
    <w:p>
      <w:pPr>
        <w:spacing w:after="80"/>
      </w:pPr>
      <w:r>
        <w:rPr>
          <w:rFonts w:ascii="Georgia" w:hAnsi="Georgia"/>
          <w:sz w:val="23"/>
        </w:rPr>
        <w:t>Coach Law’s eyes swept the group. “Nobody loses these.”</w:t>
      </w:r>
    </w:p>
    <w:p>
      <w:pPr>
        <w:spacing w:after="80"/>
      </w:pPr>
      <w:r>
        <w:rPr>
          <w:rFonts w:ascii="Georgia" w:hAnsi="Georgia"/>
          <w:sz w:val="23"/>
        </w:rPr>
        <w:t>Rico held his hands up. “Why are you looking at me already?”</w:t>
      </w:r>
    </w:p>
    <w:p>
      <w:pPr>
        <w:spacing w:after="80"/>
      </w:pPr>
      <w:r>
        <w:rPr>
          <w:rFonts w:ascii="Georgia" w:hAnsi="Georgia"/>
          <w:sz w:val="23"/>
        </w:rPr>
        <w:t>“Because probability is real,” Owen said.</w:t>
      </w:r>
    </w:p>
    <w:p>
      <w:pPr>
        <w:spacing w:after="80"/>
      </w:pPr>
      <w:r>
        <w:rPr>
          <w:rFonts w:ascii="Georgia" w:hAnsi="Georgia"/>
          <w:sz w:val="23"/>
        </w:rPr>
        <w:t>Even Coach Law almost smiled at that.</w:t>
      </w:r>
    </w:p>
    <w:p>
      <w:pPr>
        <w:spacing w:after="80"/>
      </w:pPr>
      <w:r>
        <w:rPr>
          <w:rFonts w:ascii="Georgia" w:hAnsi="Georgia"/>
          <w:sz w:val="23"/>
        </w:rPr>
        <w:t>They lined up again.</w:t>
      </w:r>
    </w:p>
    <w:p>
      <w:pPr>
        <w:spacing w:after="80"/>
      </w:pPr>
      <w:r>
        <w:rPr>
          <w:rFonts w:ascii="Georgia" w:hAnsi="Georgia"/>
          <w:sz w:val="23"/>
        </w:rPr>
        <w:t>Noah called the first wristband play by number. The offense moved. Ball snapped. Quick out to Owen. Then a shallow cross to Rico. Then a run fake with Micah leaking late to the corner, which made Jalen groan because he’d been sure the ball was coming his way.</w:t>
      </w:r>
    </w:p>
    <w:p>
      <w:pPr>
        <w:spacing w:after="80"/>
      </w:pPr>
      <w:r>
        <w:rPr>
          <w:rFonts w:ascii="Georgia" w:hAnsi="Georgia"/>
          <w:sz w:val="23"/>
        </w:rPr>
        <w:t>The package worked.</w:t>
      </w:r>
    </w:p>
    <w:p>
      <w:pPr>
        <w:spacing w:after="80"/>
      </w:pPr>
      <w:r>
        <w:rPr>
          <w:rFonts w:ascii="Georgia" w:hAnsi="Georgia"/>
          <w:sz w:val="23"/>
        </w:rPr>
        <w:t>It worked almost too easily.</w:t>
      </w:r>
    </w:p>
    <w:p>
      <w:pPr>
        <w:spacing w:after="80"/>
      </w:pPr>
      <w:r>
        <w:rPr>
          <w:rFonts w:ascii="Georgia" w:hAnsi="Georgia"/>
          <w:sz w:val="23"/>
        </w:rPr>
        <w:t>That was when Noah noticed it.</w:t>
      </w:r>
    </w:p>
    <w:p>
      <w:pPr>
        <w:spacing w:after="80"/>
      </w:pPr>
      <w:r>
        <w:rPr>
          <w:rFonts w:ascii="Georgia" w:hAnsi="Georgia"/>
          <w:sz w:val="23"/>
        </w:rPr>
        <w:t>Not something huge. Just a little thing.</w:t>
      </w:r>
    </w:p>
    <w:p>
      <w:pPr>
        <w:spacing w:after="80"/>
      </w:pPr>
      <w:r>
        <w:rPr>
          <w:rFonts w:ascii="Georgia" w:hAnsi="Georgia"/>
          <w:sz w:val="23"/>
        </w:rPr>
        <w:t>On the far sideline, past the folding chairs and the cluster of parents, someone lifted a hand.</w:t>
      </w:r>
    </w:p>
    <w:p>
      <w:pPr>
        <w:spacing w:after="80"/>
      </w:pPr>
      <w:r>
        <w:rPr>
          <w:rFonts w:ascii="Georgia" w:hAnsi="Georgia"/>
          <w:sz w:val="23"/>
        </w:rPr>
        <w:t>A quick motion.</w:t>
      </w:r>
    </w:p>
    <w:p>
      <w:pPr>
        <w:spacing w:after="80"/>
      </w:pPr>
      <w:r>
        <w:rPr>
          <w:rFonts w:ascii="Georgia" w:hAnsi="Georgia"/>
          <w:sz w:val="23"/>
        </w:rPr>
        <w:t>Two fingers, then one.</w:t>
      </w:r>
    </w:p>
    <w:p>
      <w:pPr>
        <w:spacing w:after="80"/>
      </w:pPr>
      <w:r>
        <w:rPr>
          <w:rFonts w:ascii="Georgia" w:hAnsi="Georgia"/>
          <w:sz w:val="23"/>
        </w:rPr>
        <w:t>It could’ve been nothing. Somebody pointing. Somebody calling to a kid. Nothing.</w:t>
      </w:r>
    </w:p>
    <w:p>
      <w:pPr>
        <w:spacing w:after="80"/>
      </w:pPr>
      <w:r>
        <w:rPr>
          <w:rFonts w:ascii="Georgia" w:hAnsi="Georgia"/>
          <w:sz w:val="23"/>
        </w:rPr>
        <w:t>But Vee saw it too.</w:t>
      </w:r>
    </w:p>
    <w:p>
      <w:pPr>
        <w:spacing w:after="80"/>
      </w:pPr>
      <w:r>
        <w:rPr>
          <w:rFonts w:ascii="Georgia" w:hAnsi="Georgia"/>
          <w:sz w:val="23"/>
        </w:rPr>
        <w:t>Noah knew because when he glanced toward the fence, she was already staring at the exact same spot, football hanging loose at her side, her eyes narrowed like she was trying to pin the moment in place before it disappeared.</w:t>
      </w:r>
    </w:p>
    <w:p>
      <w:pPr>
        <w:spacing w:after="80"/>
      </w:pPr>
      <w:r>
        <w:rPr>
          <w:rFonts w:ascii="Georgia" w:hAnsi="Georgia"/>
          <w:sz w:val="23"/>
        </w:rPr>
        <w:t>Then the hand vanished behind a taller parent.</w:t>
      </w:r>
    </w:p>
    <w:p>
      <w:pPr>
        <w:spacing w:after="80"/>
      </w:pPr>
      <w:r>
        <w:rPr>
          <w:rFonts w:ascii="Georgia" w:hAnsi="Georgia"/>
          <w:sz w:val="23"/>
        </w:rPr>
        <w:t>“Blue three,” Coach Law called.</w:t>
      </w:r>
    </w:p>
    <w:p>
      <w:pPr>
        <w:spacing w:after="80"/>
      </w:pPr>
      <w:r>
        <w:rPr>
          <w:rFonts w:ascii="Georgia" w:hAnsi="Georgia"/>
          <w:sz w:val="23"/>
        </w:rPr>
        <w:t>Noah looked down at his wristband and repeated it in the huddle.</w:t>
      </w:r>
    </w:p>
    <w:p>
      <w:pPr>
        <w:spacing w:after="80"/>
      </w:pPr>
      <w:r>
        <w:rPr>
          <w:rFonts w:ascii="Georgia" w:hAnsi="Georgia"/>
          <w:sz w:val="23"/>
        </w:rPr>
        <w:t>The offense broke.</w:t>
      </w:r>
    </w:p>
    <w:p>
      <w:pPr>
        <w:spacing w:after="80"/>
      </w:pPr>
      <w:r>
        <w:rPr>
          <w:rFonts w:ascii="Georgia" w:hAnsi="Georgia"/>
          <w:sz w:val="23"/>
        </w:rPr>
        <w:t>Devin snapped it clean.</w:t>
      </w:r>
    </w:p>
    <w:p>
      <w:pPr>
        <w:spacing w:after="80"/>
      </w:pPr>
      <w:r>
        <w:rPr>
          <w:rFonts w:ascii="Georgia" w:hAnsi="Georgia"/>
          <w:sz w:val="23"/>
        </w:rPr>
        <w:t>Micah exploded outside.</w:t>
      </w:r>
    </w:p>
    <w:p>
      <w:pPr>
        <w:spacing w:after="80"/>
      </w:pPr>
      <w:r>
        <w:rPr>
          <w:rFonts w:ascii="Georgia" w:hAnsi="Georgia"/>
          <w:sz w:val="23"/>
        </w:rPr>
        <w:t>And Jalen jumped the route before Noah even let go of the ball.</w:t>
      </w:r>
    </w:p>
    <w:p>
      <w:pPr>
        <w:spacing w:after="80"/>
      </w:pPr>
      <w:r>
        <w:rPr>
          <w:rFonts w:ascii="Georgia" w:hAnsi="Georgia"/>
          <w:sz w:val="23"/>
        </w:rPr>
        <w:t>Not fast.</w:t>
      </w:r>
    </w:p>
    <w:p>
      <w:pPr>
        <w:spacing w:after="80"/>
      </w:pPr>
      <w:r>
        <w:rPr>
          <w:rFonts w:ascii="Georgia" w:hAnsi="Georgia"/>
          <w:sz w:val="23"/>
        </w:rPr>
        <w:t>Early.</w:t>
      </w:r>
    </w:p>
    <w:p>
      <w:pPr>
        <w:spacing w:after="80"/>
      </w:pPr>
      <w:r>
        <w:rPr>
          <w:rFonts w:ascii="Georgia" w:hAnsi="Georgia"/>
          <w:sz w:val="23"/>
        </w:rPr>
        <w:t>The pass hit Jalen right between the numbers.</w:t>
      </w:r>
    </w:p>
    <w:p>
      <w:pPr>
        <w:spacing w:after="80"/>
      </w:pPr>
      <w:r>
        <w:rPr>
          <w:rFonts w:ascii="Georgia" w:hAnsi="Georgia"/>
          <w:sz w:val="23"/>
        </w:rPr>
        <w:t>For half a second, nobody moved.</w:t>
      </w:r>
    </w:p>
    <w:p>
      <w:pPr>
        <w:spacing w:after="80"/>
      </w:pPr>
      <w:r>
        <w:rPr>
          <w:rFonts w:ascii="Georgia" w:hAnsi="Georgia"/>
          <w:sz w:val="23"/>
        </w:rPr>
        <w:t>Then Jalen was sprinting the other way, yelling, “House call! House call!”</w:t>
      </w:r>
    </w:p>
    <w:p>
      <w:pPr>
        <w:spacing w:after="80"/>
      </w:pPr>
      <w:r>
        <w:rPr>
          <w:rFonts w:ascii="Georgia" w:hAnsi="Georgia"/>
          <w:sz w:val="23"/>
        </w:rPr>
        <w:t>The sideline erupted, but Noah barely heard it.</w:t>
      </w:r>
    </w:p>
    <w:p>
      <w:pPr>
        <w:spacing w:after="80"/>
      </w:pPr>
      <w:r>
        <w:rPr>
          <w:rFonts w:ascii="Georgia" w:hAnsi="Georgia"/>
          <w:sz w:val="23"/>
        </w:rPr>
        <w:t>Because Jalen hadn’t guessed.</w:t>
      </w:r>
    </w:p>
    <w:p>
      <w:pPr>
        <w:spacing w:after="80"/>
      </w:pPr>
      <w:r>
        <w:rPr>
          <w:rFonts w:ascii="Georgia" w:hAnsi="Georgia"/>
          <w:sz w:val="23"/>
        </w:rPr>
        <w:t>He hadn’t read Noah’s eyes.</w:t>
      </w:r>
    </w:p>
    <w:p>
      <w:pPr>
        <w:spacing w:after="80"/>
      </w:pPr>
      <w:r>
        <w:rPr>
          <w:rFonts w:ascii="Georgia" w:hAnsi="Georgia"/>
          <w:sz w:val="23"/>
        </w:rPr>
        <w:t>He hadn’t broken when the route declared itself.</w:t>
      </w:r>
    </w:p>
    <w:p>
      <w:pPr>
        <w:spacing w:after="80"/>
      </w:pPr>
      <w:r>
        <w:rPr>
          <w:rFonts w:ascii="Georgia" w:hAnsi="Georgia"/>
          <w:sz w:val="23"/>
        </w:rPr>
        <w:t>He had gone the instant the play started.</w:t>
      </w:r>
    </w:p>
    <w:p>
      <w:pPr>
        <w:spacing w:after="80"/>
      </w:pPr>
      <w:r>
        <w:rPr>
          <w:rFonts w:ascii="Georgia" w:hAnsi="Georgia"/>
          <w:sz w:val="23"/>
        </w:rPr>
        <w:t>Like he knew.</w:t>
      </w:r>
    </w:p>
    <w:p>
      <w:pPr>
        <w:spacing w:after="80"/>
      </w:pPr>
      <w:r>
        <w:rPr>
          <w:rFonts w:ascii="Georgia" w:hAnsi="Georgia"/>
          <w:sz w:val="23"/>
        </w:rPr>
        <w:t>Noah turned toward the sideline.</w:t>
      </w:r>
    </w:p>
    <w:p>
      <w:pPr>
        <w:spacing w:after="80"/>
      </w:pPr>
      <w:r>
        <w:rPr>
          <w:rFonts w:ascii="Georgia" w:hAnsi="Georgia"/>
          <w:sz w:val="23"/>
        </w:rPr>
        <w:t>Vee was still staring.</w:t>
      </w:r>
    </w:p>
    <w:p>
      <w:pPr>
        <w:spacing w:after="80"/>
      </w:pPr>
      <w:r>
        <w:rPr>
          <w:rFonts w:ascii="Georgia" w:hAnsi="Georgia"/>
          <w:sz w:val="23"/>
        </w:rPr>
        <w:t>And this time, when she looked back at him, her face said the same thing the pounding in his chest already knew:</w:t>
      </w:r>
    </w:p>
    <w:p>
      <w:pPr>
        <w:spacing w:after="80"/>
      </w:pPr>
      <w:r>
        <w:rPr>
          <w:rFonts w:ascii="Georgia" w:hAnsi="Georgia"/>
          <w:sz w:val="23"/>
        </w:rPr>
        <w:t>That wasn’t normal.</w:t>
      </w:r>
    </w:p>
    <w:p>
      <w:r>
        <w:br w:type="page"/>
      </w:r>
    </w:p>
    <w:p>
      <w:pPr>
        <w:spacing w:after="40"/>
        <w:jc w:val="center"/>
      </w:pPr>
      <w:r>
        <w:rPr>
          <w:rFonts w:ascii="Georgia" w:hAnsi="Georgia"/>
          <w:b/>
          <w:i w:val="0"/>
          <w:sz w:val="28"/>
        </w:rPr>
        <w:t>Chapter 2</w:t>
      </w:r>
    </w:p>
    <w:p>
      <w:pPr>
        <w:spacing w:after="200"/>
        <w:jc w:val="center"/>
      </w:pPr>
      <w:r>
        <w:rPr>
          <w:rFonts w:ascii="Georgia" w:hAnsi="Georgia"/>
          <w:b w:val="0"/>
          <w:i/>
          <w:sz w:val="24"/>
        </w:rPr>
        <w:t>Too Easy</w:t>
      </w:r>
    </w:p>
    <w:p>
      <w:pPr>
        <w:spacing w:after="80"/>
      </w:pPr>
      <w:r>
        <w:rPr>
          <w:rFonts w:ascii="Georgia" w:hAnsi="Georgia"/>
          <w:sz w:val="23"/>
        </w:rPr>
        <w:t>The ball came out harder than Noah meant it to.</w:t>
      </w:r>
    </w:p>
    <w:p>
      <w:pPr>
        <w:spacing w:after="80"/>
      </w:pPr>
      <w:r>
        <w:rPr>
          <w:rFonts w:ascii="Georgia" w:hAnsi="Georgia"/>
          <w:sz w:val="23"/>
        </w:rPr>
        <w:t>Not wild. Not bad. Just hard enough that it stopped being a normal practice throw and turned into something else.</w:t>
      </w:r>
    </w:p>
    <w:p>
      <w:pPr>
        <w:spacing w:after="80"/>
      </w:pPr>
      <w:r>
        <w:rPr>
          <w:rFonts w:ascii="Georgia" w:hAnsi="Georgia"/>
          <w:sz w:val="23"/>
        </w:rPr>
        <w:t>A test.</w:t>
      </w:r>
    </w:p>
    <w:p>
      <w:pPr>
        <w:spacing w:after="80"/>
      </w:pPr>
      <w:r>
        <w:rPr>
          <w:rFonts w:ascii="Georgia" w:hAnsi="Georgia"/>
          <w:sz w:val="23"/>
        </w:rPr>
        <w:t>Micah hit the break point on the speed out and snapped his head around. The pass was already on him, a tight spiral humming at chest level with enough heat to sting bare hands.</w:t>
      </w:r>
    </w:p>
    <w:p>
      <w:pPr>
        <w:spacing w:after="80"/>
      </w:pPr>
      <w:r>
        <w:rPr>
          <w:rFonts w:ascii="Georgia" w:hAnsi="Georgia"/>
          <w:sz w:val="23"/>
        </w:rPr>
        <w:t>He caught it anyway.</w:t>
      </w:r>
    </w:p>
    <w:p>
      <w:pPr>
        <w:spacing w:after="80"/>
      </w:pPr>
      <w:r>
        <w:rPr>
          <w:rFonts w:ascii="Georgia" w:hAnsi="Georgia"/>
          <w:sz w:val="23"/>
        </w:rPr>
        <w:t>Not cleanly. The ball smacked his palms, shifted, and pinned for a split second against the black of his practice jersey before he wrestled it in and stumbled out of bounds.</w:t>
      </w:r>
    </w:p>
    <w:p>
      <w:pPr>
        <w:spacing w:after="80"/>
      </w:pPr>
      <w:r>
        <w:rPr>
          <w:rFonts w:ascii="Georgia" w:hAnsi="Georgia"/>
          <w:sz w:val="23"/>
        </w:rPr>
        <w:t>Rico let out a low sound through his teeth. “Okay. That had a little extra sauce on it.”</w:t>
      </w:r>
    </w:p>
    <w:p>
      <w:pPr>
        <w:spacing w:after="80"/>
      </w:pPr>
      <w:r>
        <w:rPr>
          <w:rFonts w:ascii="Georgia" w:hAnsi="Georgia"/>
          <w:sz w:val="23"/>
        </w:rPr>
        <w:t>Jalen barked a laugh.</w:t>
      </w:r>
    </w:p>
    <w:p>
      <w:pPr>
        <w:spacing w:after="80"/>
      </w:pPr>
      <w:r>
        <w:rPr>
          <w:rFonts w:ascii="Georgia" w:hAnsi="Georgia"/>
          <w:sz w:val="23"/>
        </w:rPr>
        <w:t>Coach Law’s whistle cut through the noise.</w:t>
      </w:r>
    </w:p>
    <w:p>
      <w:pPr>
        <w:spacing w:after="80"/>
      </w:pPr>
      <w:r>
        <w:rPr>
          <w:rFonts w:ascii="Georgia" w:hAnsi="Georgia"/>
          <w:sz w:val="23"/>
        </w:rPr>
        <w:t>“Micah,” he said, “secure it sooner.”</w:t>
      </w:r>
    </w:p>
    <w:p>
      <w:pPr>
        <w:spacing w:after="80"/>
      </w:pPr>
      <w:r>
        <w:rPr>
          <w:rFonts w:ascii="Georgia" w:hAnsi="Georgia"/>
          <w:sz w:val="23"/>
        </w:rPr>
        <w:t>Micah nodded once, breathing a little harder now. “Yes, sir.”</w:t>
      </w:r>
    </w:p>
    <w:p>
      <w:pPr>
        <w:spacing w:after="80"/>
      </w:pPr>
      <w:r>
        <w:rPr>
          <w:rFonts w:ascii="Georgia" w:hAnsi="Georgia"/>
          <w:sz w:val="23"/>
        </w:rPr>
        <w:t>Then Coach Law looked at Noah.</w:t>
      </w:r>
    </w:p>
    <w:p>
      <w:pPr>
        <w:spacing w:after="80"/>
      </w:pPr>
      <w:r>
        <w:rPr>
          <w:rFonts w:ascii="Georgia" w:hAnsi="Georgia"/>
          <w:sz w:val="23"/>
        </w:rPr>
        <w:t>Not angry. Not impressed either.</w:t>
      </w:r>
    </w:p>
    <w:p>
      <w:pPr>
        <w:spacing w:after="80"/>
      </w:pPr>
      <w:r>
        <w:rPr>
          <w:rFonts w:ascii="Georgia" w:hAnsi="Georgia"/>
          <w:sz w:val="23"/>
        </w:rPr>
        <w:t>Just looking.</w:t>
      </w:r>
    </w:p>
    <w:p>
      <w:pPr>
        <w:spacing w:after="80"/>
      </w:pPr>
      <w:r>
        <w:rPr>
          <w:rFonts w:ascii="Georgia" w:hAnsi="Georgia"/>
          <w:sz w:val="23"/>
        </w:rPr>
        <w:t>Noah tossed the ball back to Devin and stared toward the sideline like the throw had meant nothing.</w:t>
      </w:r>
    </w:p>
    <w:p>
      <w:pPr>
        <w:spacing w:after="80"/>
      </w:pPr>
      <w:r>
        <w:rPr>
          <w:rFonts w:ascii="Georgia" w:hAnsi="Georgia"/>
          <w:sz w:val="23"/>
        </w:rPr>
        <w:t>Devin crouched over the next snap. “You trying to complete passes,” he muttered, “or remove fingerprints?”</w:t>
      </w:r>
    </w:p>
    <w:p>
      <w:pPr>
        <w:spacing w:after="80"/>
      </w:pPr>
      <w:r>
        <w:rPr>
          <w:rFonts w:ascii="Georgia" w:hAnsi="Georgia"/>
          <w:sz w:val="23"/>
        </w:rPr>
        <w:t>Noah bent under center. “He caught it.”</w:t>
      </w:r>
    </w:p>
    <w:p>
      <w:pPr>
        <w:spacing w:after="80"/>
      </w:pPr>
      <w:r>
        <w:rPr>
          <w:rFonts w:ascii="Georgia" w:hAnsi="Georgia"/>
          <w:sz w:val="23"/>
        </w:rPr>
        <w:t>“That’s one way to say it.”</w:t>
      </w:r>
    </w:p>
    <w:p>
      <w:pPr>
        <w:spacing w:after="80"/>
      </w:pPr>
      <w:r>
        <w:rPr>
          <w:rFonts w:ascii="Georgia" w:hAnsi="Georgia"/>
          <w:sz w:val="23"/>
        </w:rPr>
        <w:t>Devin snapped the ball.</w:t>
      </w:r>
    </w:p>
    <w:p>
      <w:pPr>
        <w:spacing w:after="80"/>
      </w:pPr>
      <w:r>
        <w:rPr>
          <w:rFonts w:ascii="Georgia" w:hAnsi="Georgia"/>
          <w:sz w:val="23"/>
        </w:rPr>
        <w:t>Noah hit Owen on a quick hitch, then Rico on a slant, then Jalen—who was taking a rep on offense just because he’d begged for one—right in the face mask.</w:t>
      </w:r>
    </w:p>
    <w:p>
      <w:pPr>
        <w:spacing w:after="80"/>
      </w:pPr>
      <w:r>
        <w:rPr>
          <w:rFonts w:ascii="Georgia" w:hAnsi="Georgia"/>
          <w:sz w:val="23"/>
        </w:rPr>
        <w:t>“That one was on purpose,” Jalen said, ripping the ball loose from where it had stuck for a second.</w:t>
      </w:r>
    </w:p>
    <w:p>
      <w:pPr>
        <w:spacing w:after="80"/>
      </w:pPr>
      <w:r>
        <w:rPr>
          <w:rFonts w:ascii="Georgia" w:hAnsi="Georgia"/>
          <w:sz w:val="23"/>
        </w:rPr>
        <w:t>“Should’ve used your hands,” Noah said.</w:t>
      </w:r>
    </w:p>
    <w:p>
      <w:pPr>
        <w:spacing w:after="80"/>
      </w:pPr>
      <w:r>
        <w:rPr>
          <w:rFonts w:ascii="Georgia" w:hAnsi="Georgia"/>
          <w:sz w:val="23"/>
        </w:rPr>
        <w:t>“Should’ve used yours less violently.”</w:t>
      </w:r>
    </w:p>
    <w:p>
      <w:pPr>
        <w:spacing w:after="80"/>
      </w:pPr>
      <w:r>
        <w:rPr>
          <w:rFonts w:ascii="Georgia" w:hAnsi="Georgia"/>
          <w:sz w:val="23"/>
        </w:rPr>
        <w:t>A few of the guys laughed, and practice moved on. The field never stayed in one mood very long. That was one of the things Noah liked about football. You could be annoyed, embarrassed, proud, distracted—didn’t matter. Another rep was always coming.</w:t>
      </w:r>
    </w:p>
    <w:p>
      <w:pPr>
        <w:spacing w:after="80"/>
      </w:pPr>
      <w:r>
        <w:rPr>
          <w:rFonts w:ascii="Georgia" w:hAnsi="Georgia"/>
          <w:sz w:val="23"/>
        </w:rPr>
        <w:t>Coach Law split the team into stations. Quarterbacks and centers on one side. Receivers working routes against air on the other. Defense near midfield. Flags snapped and popped. Cleats scratched the turf. Somebody’s speaker by the fence played music too quietly to make out, just a muffled thump under the shouts and whistles.</w:t>
      </w:r>
    </w:p>
    <w:p>
      <w:pPr>
        <w:spacing w:after="80"/>
      </w:pPr>
      <w:r>
        <w:rPr>
          <w:rFonts w:ascii="Georgia" w:hAnsi="Georgia"/>
          <w:sz w:val="23"/>
        </w:rPr>
        <w:t>Noah tried to settle into rhythm.</w:t>
      </w:r>
    </w:p>
    <w:p>
      <w:pPr>
        <w:spacing w:after="80"/>
      </w:pPr>
      <w:r>
        <w:rPr>
          <w:rFonts w:ascii="Georgia" w:hAnsi="Georgia"/>
          <w:sz w:val="23"/>
        </w:rPr>
        <w:t>Three-step drop. Ball out. Plant and reset. Eyes up.</w:t>
      </w:r>
    </w:p>
    <w:p>
      <w:pPr>
        <w:spacing w:after="80"/>
      </w:pPr>
      <w:r>
        <w:rPr>
          <w:rFonts w:ascii="Georgia" w:hAnsi="Georgia"/>
          <w:sz w:val="23"/>
        </w:rPr>
        <w:t>He’d always liked the parts of practice that felt exact. If the route hit at five yards, the ball needed to leave before the receiver even came out of the break. If Devin snapped it a little left, Noah adjusted. If the wind shifted, he adjusted. There was comfort in that. Rules. Timing. Control.</w:t>
      </w:r>
    </w:p>
    <w:p>
      <w:pPr>
        <w:spacing w:after="80"/>
      </w:pPr>
      <w:r>
        <w:rPr>
          <w:rFonts w:ascii="Georgia" w:hAnsi="Georgia"/>
          <w:sz w:val="23"/>
        </w:rPr>
        <w:t>Which was why Micah bothered him.</w:t>
      </w:r>
    </w:p>
    <w:p>
      <w:pPr>
        <w:spacing w:after="80"/>
      </w:pPr>
      <w:r>
        <w:rPr>
          <w:rFonts w:ascii="Georgia" w:hAnsi="Georgia"/>
          <w:sz w:val="23"/>
        </w:rPr>
        <w:t>Because Micah already looked like one of those players who didn’t need everything perfect.</w:t>
      </w:r>
    </w:p>
    <w:p>
      <w:pPr>
        <w:spacing w:after="80"/>
      </w:pPr>
      <w:r>
        <w:rPr>
          <w:rFonts w:ascii="Georgia" w:hAnsi="Georgia"/>
          <w:sz w:val="23"/>
        </w:rPr>
        <w:t>Coach Law sent him back into the receiver line again. This time across from Jalen, who grinned like he’d been waiting for permission to make life difficult.</w:t>
      </w:r>
    </w:p>
    <w:p>
      <w:pPr>
        <w:spacing w:after="80"/>
      </w:pPr>
      <w:r>
        <w:rPr>
          <w:rFonts w:ascii="Georgia" w:hAnsi="Georgia"/>
          <w:sz w:val="23"/>
        </w:rPr>
        <w:t>“Come on, little man,” Jalen said, settling low. “Run a grown-up route.”</w:t>
      </w:r>
    </w:p>
    <w:p>
      <w:pPr>
        <w:spacing w:after="80"/>
      </w:pPr>
      <w:r>
        <w:rPr>
          <w:rFonts w:ascii="Georgia" w:hAnsi="Georgia"/>
          <w:sz w:val="23"/>
        </w:rPr>
        <w:t>Micah didn’t answer. He just twitched once at the line, then burst outside.</w:t>
      </w:r>
    </w:p>
    <w:p>
      <w:pPr>
        <w:spacing w:after="80"/>
      </w:pPr>
      <w:r>
        <w:rPr>
          <w:rFonts w:ascii="Georgia" w:hAnsi="Georgia"/>
          <w:sz w:val="23"/>
        </w:rPr>
        <w:t>Jalen lunged to jam, but Micah slipped him with a shoulder dip that was too smooth for a kid his age and crossed the field fast. Noah hit him on a shallow drag in stride. Micah turned upfield, cut between two orange cones, and would have scored easy in a game.</w:t>
      </w:r>
    </w:p>
    <w:p>
      <w:pPr>
        <w:spacing w:after="80"/>
      </w:pPr>
      <w:r>
        <w:rPr>
          <w:rFonts w:ascii="Georgia" w:hAnsi="Georgia"/>
          <w:sz w:val="23"/>
        </w:rPr>
        <w:t>Jalen yanked his gloves tighter. “Nah. Again.”</w:t>
      </w:r>
    </w:p>
    <w:p>
      <w:pPr>
        <w:spacing w:after="80"/>
      </w:pPr>
      <w:r>
        <w:rPr>
          <w:rFonts w:ascii="Georgia" w:hAnsi="Georgia"/>
          <w:sz w:val="23"/>
        </w:rPr>
        <w:t>Coach Law let it happen.</w:t>
      </w:r>
    </w:p>
    <w:p>
      <w:pPr>
        <w:spacing w:after="80"/>
      </w:pPr>
      <w:r>
        <w:rPr>
          <w:rFonts w:ascii="Georgia" w:hAnsi="Georgia"/>
          <w:sz w:val="23"/>
        </w:rPr>
        <w:t>Again Micah won.</w:t>
      </w:r>
    </w:p>
    <w:p>
      <w:pPr>
        <w:spacing w:after="80"/>
      </w:pPr>
      <w:r>
        <w:rPr>
          <w:rFonts w:ascii="Georgia" w:hAnsi="Georgia"/>
          <w:sz w:val="23"/>
        </w:rPr>
        <w:t>This time not by speed. By patience. He pressed vertical, got Jalen to turn his hips, then broke inside on a skinny post so suddenly that even Noah was late seeing it. He rushed the throw and still put it where only Micah could reach.</w:t>
      </w:r>
    </w:p>
    <w:p>
      <w:pPr>
        <w:spacing w:after="80"/>
      </w:pPr>
      <w:r>
        <w:rPr>
          <w:rFonts w:ascii="Georgia" w:hAnsi="Georgia"/>
          <w:sz w:val="23"/>
        </w:rPr>
        <w:t>Micah snagged it and tucked it quick, like he’d heard Coach Law’s correction the first time and filed it away.</w:t>
      </w:r>
    </w:p>
    <w:p>
      <w:pPr>
        <w:spacing w:after="80"/>
      </w:pPr>
      <w:r>
        <w:rPr>
          <w:rFonts w:ascii="Georgia" w:hAnsi="Georgia"/>
          <w:sz w:val="23"/>
        </w:rPr>
        <w:t>“Better,” Coach Law said.</w:t>
      </w:r>
    </w:p>
    <w:p>
      <w:pPr>
        <w:spacing w:after="80"/>
      </w:pPr>
      <w:r>
        <w:rPr>
          <w:rFonts w:ascii="Georgia" w:hAnsi="Georgia"/>
          <w:sz w:val="23"/>
        </w:rPr>
        <w:t>Again, just two words.</w:t>
      </w:r>
    </w:p>
    <w:p>
      <w:pPr>
        <w:spacing w:after="80"/>
      </w:pPr>
      <w:r>
        <w:rPr>
          <w:rFonts w:ascii="Georgia" w:hAnsi="Georgia"/>
          <w:sz w:val="23"/>
        </w:rPr>
        <w:t>Noah hated that they landed in his chest anyway.</w:t>
      </w:r>
    </w:p>
    <w:p>
      <w:pPr>
        <w:spacing w:after="80"/>
      </w:pPr>
      <w:r>
        <w:rPr>
          <w:rFonts w:ascii="Georgia" w:hAnsi="Georgia"/>
          <w:sz w:val="23"/>
        </w:rPr>
        <w:t>Rico drifted over from the other line. “I am not saying he’s an alien,” he said to Owen. “I’m just saying if his helmet opens up later and there’s blue light in there, I won’t be shocked.”</w:t>
      </w:r>
    </w:p>
    <w:p>
      <w:pPr>
        <w:spacing w:after="80"/>
      </w:pPr>
      <w:r>
        <w:rPr>
          <w:rFonts w:ascii="Georgia" w:hAnsi="Georgia"/>
          <w:sz w:val="23"/>
        </w:rPr>
        <w:t>“His route tempo is advanced,” Owen said, which was the Owen Reed way of saying something was kind of ridiculous.</w:t>
      </w:r>
    </w:p>
    <w:p>
      <w:pPr>
        <w:spacing w:after="80"/>
      </w:pPr>
      <w:r>
        <w:rPr>
          <w:rFonts w:ascii="Georgia" w:hAnsi="Georgia"/>
          <w:sz w:val="23"/>
        </w:rPr>
        <w:t>Rico blinked. “Normal people just say ‘dang.’”</w:t>
      </w:r>
    </w:p>
    <w:p>
      <w:pPr>
        <w:spacing w:after="80"/>
      </w:pPr>
      <w:r>
        <w:rPr>
          <w:rFonts w:ascii="Georgia" w:hAnsi="Georgia"/>
          <w:sz w:val="23"/>
        </w:rPr>
        <w:t>Devin trotted back from the snapping line and bumped shoulders with Noah. “You’re staring.”</w:t>
      </w:r>
    </w:p>
    <w:p>
      <w:pPr>
        <w:spacing w:after="80"/>
      </w:pPr>
      <w:r>
        <w:rPr>
          <w:rFonts w:ascii="Georgia" w:hAnsi="Georgia"/>
          <w:sz w:val="23"/>
        </w:rPr>
        <w:t>“No I’m not.”</w:t>
      </w:r>
    </w:p>
    <w:p>
      <w:pPr>
        <w:spacing w:after="80"/>
      </w:pPr>
      <w:r>
        <w:rPr>
          <w:rFonts w:ascii="Georgia" w:hAnsi="Georgia"/>
          <w:sz w:val="23"/>
        </w:rPr>
        <w:t>“You are in a way that would make me uncomfortable if I were him.”</w:t>
      </w:r>
    </w:p>
    <w:p>
      <w:pPr>
        <w:spacing w:after="80"/>
      </w:pPr>
      <w:r>
        <w:rPr>
          <w:rFonts w:ascii="Georgia" w:hAnsi="Georgia"/>
          <w:sz w:val="23"/>
        </w:rPr>
        <w:t>Noah rolled the ball along his fingers. “He’s good.”</w:t>
      </w:r>
    </w:p>
    <w:p>
      <w:pPr>
        <w:spacing w:after="80"/>
      </w:pPr>
      <w:r>
        <w:rPr>
          <w:rFonts w:ascii="Georgia" w:hAnsi="Georgia"/>
          <w:sz w:val="23"/>
        </w:rPr>
        <w:t>“There it is.”</w:t>
      </w:r>
    </w:p>
    <w:p>
      <w:pPr>
        <w:spacing w:after="80"/>
      </w:pPr>
      <w:r>
        <w:rPr>
          <w:rFonts w:ascii="Georgia" w:hAnsi="Georgia"/>
          <w:sz w:val="23"/>
        </w:rPr>
        <w:t>“What?”</w:t>
      </w:r>
    </w:p>
    <w:p>
      <w:pPr>
        <w:spacing w:after="80"/>
      </w:pPr>
      <w:r>
        <w:rPr>
          <w:rFonts w:ascii="Georgia" w:hAnsi="Georgia"/>
          <w:sz w:val="23"/>
        </w:rPr>
        <w:t>Devin gave him a look. “The thing under the thing.”</w:t>
      </w:r>
    </w:p>
    <w:p>
      <w:pPr>
        <w:spacing w:after="80"/>
      </w:pPr>
      <w:r>
        <w:rPr>
          <w:rFonts w:ascii="Georgia" w:hAnsi="Georgia"/>
          <w:sz w:val="23"/>
        </w:rPr>
        <w:t>Noah started to answer, but Coach Law blew the whistle again.</w:t>
      </w:r>
    </w:p>
    <w:p>
      <w:pPr>
        <w:spacing w:after="80"/>
      </w:pPr>
      <w:r>
        <w:rPr>
          <w:rFonts w:ascii="Georgia" w:hAnsi="Georgia"/>
          <w:sz w:val="23"/>
        </w:rPr>
        <w:t>“Team offense,” he called. “Bring it up.”</w:t>
      </w:r>
    </w:p>
    <w:p>
      <w:pPr>
        <w:spacing w:after="80"/>
      </w:pPr>
      <w:r>
        <w:rPr>
          <w:rFonts w:ascii="Georgia" w:hAnsi="Georgia"/>
          <w:sz w:val="23"/>
        </w:rPr>
        <w:t>The guys hustled to the line near the thirty. This was the part Noah had waited for all morning. Team reps. Real spacing. Reads that mattered. Not just drills. This was where quarterbacks settled things.</w:t>
      </w:r>
    </w:p>
    <w:p>
      <w:pPr>
        <w:spacing w:after="80"/>
      </w:pPr>
      <w:r>
        <w:rPr>
          <w:rFonts w:ascii="Georgia" w:hAnsi="Georgia"/>
          <w:sz w:val="23"/>
        </w:rPr>
        <w:t>He jogged into the huddle first.</w:t>
      </w:r>
    </w:p>
    <w:p>
      <w:pPr>
        <w:spacing w:after="80"/>
      </w:pPr>
      <w:r>
        <w:rPr>
          <w:rFonts w:ascii="Georgia" w:hAnsi="Georgia"/>
          <w:sz w:val="23"/>
        </w:rPr>
        <w:t>The rest gathered around him—Devin at center, Jalen still breathing hard from defense, Rico smiling at nobody in particular, Owen already listening, Micah sliding in at the edge like he belonged there, which annoyed Noah all over again.</w:t>
      </w:r>
    </w:p>
    <w:p>
      <w:pPr>
        <w:spacing w:after="80"/>
      </w:pPr>
      <w:r>
        <w:rPr>
          <w:rFonts w:ascii="Georgia" w:hAnsi="Georgia"/>
          <w:sz w:val="23"/>
        </w:rPr>
        <w:t>Coach Law stood a few yards away and called the install.</w:t>
      </w:r>
    </w:p>
    <w:p>
      <w:pPr>
        <w:spacing w:after="80"/>
      </w:pPr>
      <w:r>
        <w:rPr>
          <w:rFonts w:ascii="Georgia" w:hAnsi="Georgia"/>
          <w:sz w:val="23"/>
        </w:rPr>
        <w:t>“Trips right. F-sit. X-go clear. Y-shallow. Back flare.”</w:t>
      </w:r>
    </w:p>
    <w:p>
      <w:pPr>
        <w:spacing w:after="80"/>
      </w:pPr>
      <w:r>
        <w:rPr>
          <w:rFonts w:ascii="Georgia" w:hAnsi="Georgia"/>
          <w:sz w:val="23"/>
        </w:rPr>
        <w:t>Noah repeated it in the huddle and broke them fast.</w:t>
      </w:r>
    </w:p>
    <w:p>
      <w:pPr>
        <w:spacing w:after="80"/>
      </w:pPr>
      <w:r>
        <w:rPr>
          <w:rFonts w:ascii="Georgia" w:hAnsi="Georgia"/>
          <w:sz w:val="23"/>
        </w:rPr>
        <w:t>It should have felt normal.</w:t>
      </w:r>
    </w:p>
    <w:p>
      <w:pPr>
        <w:spacing w:after="80"/>
      </w:pPr>
      <w:r>
        <w:rPr>
          <w:rFonts w:ascii="Georgia" w:hAnsi="Georgia"/>
          <w:sz w:val="23"/>
        </w:rPr>
        <w:t>Instead, when they lined up, the formation looked different with Micah outside.</w:t>
      </w:r>
    </w:p>
    <w:p>
      <w:pPr>
        <w:spacing w:after="80"/>
      </w:pPr>
      <w:r>
        <w:rPr>
          <w:rFonts w:ascii="Georgia" w:hAnsi="Georgia"/>
          <w:sz w:val="23"/>
        </w:rPr>
        <w:t>Noah took the snap.</w:t>
      </w:r>
    </w:p>
    <w:p>
      <w:pPr>
        <w:spacing w:after="80"/>
      </w:pPr>
      <w:r>
        <w:rPr>
          <w:rFonts w:ascii="Georgia" w:hAnsi="Georgia"/>
          <w:sz w:val="23"/>
        </w:rPr>
        <w:t>First read: the sit route. Covered.</w:t>
      </w:r>
    </w:p>
    <w:p>
      <w:pPr>
        <w:spacing w:after="80"/>
      </w:pPr>
      <w:r>
        <w:rPr>
          <w:rFonts w:ascii="Georgia" w:hAnsi="Georgia"/>
          <w:sz w:val="23"/>
        </w:rPr>
        <w:t>Second: the shallow. Late.</w:t>
      </w:r>
    </w:p>
    <w:p>
      <w:pPr>
        <w:spacing w:after="80"/>
      </w:pPr>
      <w:r>
        <w:rPr>
          <w:rFonts w:ascii="Georgia" w:hAnsi="Georgia"/>
          <w:sz w:val="23"/>
        </w:rPr>
        <w:t>Third: flare. Dump it.</w:t>
      </w:r>
    </w:p>
    <w:p>
      <w:pPr>
        <w:spacing w:after="80"/>
      </w:pPr>
      <w:r>
        <w:rPr>
          <w:rFonts w:ascii="Georgia" w:hAnsi="Georgia"/>
          <w:sz w:val="23"/>
        </w:rPr>
        <w:t>He hit Rico in the flat for a decent gain.</w:t>
      </w:r>
    </w:p>
    <w:p>
      <w:pPr>
        <w:spacing w:after="80"/>
      </w:pPr>
      <w:r>
        <w:rPr>
          <w:rFonts w:ascii="Georgia" w:hAnsi="Georgia"/>
          <w:sz w:val="23"/>
        </w:rPr>
        <w:t>“Again!” Coach Law shouted.</w:t>
      </w:r>
    </w:p>
    <w:p>
      <w:pPr>
        <w:spacing w:after="80"/>
      </w:pPr>
      <w:r>
        <w:rPr>
          <w:rFonts w:ascii="Georgia" w:hAnsi="Georgia"/>
          <w:sz w:val="23"/>
        </w:rPr>
        <w:t>Next play: a rollout to the right. Noah hit Devin on a short delay. Then a sprint-out pass to Owen. Then a mesh concept where Jalen nearly ran into Micah and started complaining about spacing before the rep was even done.</w:t>
      </w:r>
    </w:p>
    <w:p>
      <w:pPr>
        <w:spacing w:after="80"/>
      </w:pPr>
      <w:r>
        <w:rPr>
          <w:rFonts w:ascii="Georgia" w:hAnsi="Georgia"/>
          <w:sz w:val="23"/>
        </w:rPr>
        <w:t>“Run your line,” Owen told him.</w:t>
      </w:r>
    </w:p>
    <w:p>
      <w:pPr>
        <w:spacing w:after="80"/>
      </w:pPr>
      <w:r>
        <w:rPr>
          <w:rFonts w:ascii="Georgia" w:hAnsi="Georgia"/>
          <w:sz w:val="23"/>
        </w:rPr>
        <w:t>“I am running my line.”</w:t>
      </w:r>
    </w:p>
    <w:p>
      <w:pPr>
        <w:spacing w:after="80"/>
      </w:pPr>
      <w:r>
        <w:rPr>
          <w:rFonts w:ascii="Georgia" w:hAnsi="Georgia"/>
          <w:sz w:val="23"/>
        </w:rPr>
        <w:t>“You are running everybody’s line.”</w:t>
      </w:r>
    </w:p>
    <w:p>
      <w:pPr>
        <w:spacing w:after="80"/>
      </w:pPr>
      <w:r>
        <w:rPr>
          <w:rFonts w:ascii="Georgia" w:hAnsi="Georgia"/>
          <w:sz w:val="23"/>
        </w:rPr>
        <w:t>“I’m expressive.”</w:t>
      </w:r>
    </w:p>
    <w:p>
      <w:pPr>
        <w:spacing w:after="80"/>
      </w:pPr>
      <w:r>
        <w:rPr>
          <w:rFonts w:ascii="Georgia" w:hAnsi="Georgia"/>
          <w:sz w:val="23"/>
        </w:rPr>
        <w:t>“You’re wrong.”</w:t>
      </w:r>
    </w:p>
    <w:p>
      <w:pPr>
        <w:spacing w:after="80"/>
      </w:pPr>
      <w:r>
        <w:rPr>
          <w:rFonts w:ascii="Georgia" w:hAnsi="Georgia"/>
          <w:sz w:val="23"/>
        </w:rPr>
        <w:t>Coach Law whistled them back. “Enough. Reset.”</w:t>
      </w:r>
    </w:p>
    <w:p>
      <w:pPr>
        <w:spacing w:after="80"/>
      </w:pPr>
      <w:r>
        <w:rPr>
          <w:rFonts w:ascii="Georgia" w:hAnsi="Georgia"/>
          <w:sz w:val="23"/>
        </w:rPr>
        <w:t>Noah wiped his hands on his shorts. Practice energy was getting sharper now, the joking wearing thinner as everybody tried to prove something. He liked that part too. It meant football was getting real.</w:t>
      </w:r>
    </w:p>
    <w:p>
      <w:pPr>
        <w:spacing w:after="80"/>
      </w:pPr>
      <w:r>
        <w:rPr>
          <w:rFonts w:ascii="Georgia" w:hAnsi="Georgia"/>
          <w:sz w:val="23"/>
        </w:rPr>
        <w:t>Then Coach Law changed the play call.</w:t>
      </w:r>
    </w:p>
    <w:p>
      <w:pPr>
        <w:spacing w:after="80"/>
      </w:pPr>
      <w:r>
        <w:rPr>
          <w:rFonts w:ascii="Georgia" w:hAnsi="Georgia"/>
          <w:sz w:val="23"/>
        </w:rPr>
        <w:t>“Gun bunch left. Fake jet. Double move to the outside.”</w:t>
      </w:r>
    </w:p>
    <w:p>
      <w:pPr>
        <w:spacing w:after="80"/>
      </w:pPr>
      <w:r>
        <w:rPr>
          <w:rFonts w:ascii="Georgia" w:hAnsi="Georgia"/>
          <w:sz w:val="23"/>
        </w:rPr>
        <w:t>Noah’s eyes flicked up.</w:t>
      </w:r>
    </w:p>
    <w:p>
      <w:pPr>
        <w:spacing w:after="80"/>
      </w:pPr>
      <w:r>
        <w:rPr>
          <w:rFonts w:ascii="Georgia" w:hAnsi="Georgia"/>
          <w:sz w:val="23"/>
        </w:rPr>
        <w:t>That was a good call. Not a secret-secret play, but not first-day vanilla either. Something with a little edge. Something he could drive.</w:t>
      </w:r>
    </w:p>
    <w:p>
      <w:pPr>
        <w:spacing w:after="80"/>
      </w:pPr>
      <w:r>
        <w:rPr>
          <w:rFonts w:ascii="Georgia" w:hAnsi="Georgia"/>
          <w:sz w:val="23"/>
        </w:rPr>
        <w:t>In the huddle, he called it clean. “Sell it. Timing matters.”</w:t>
      </w:r>
    </w:p>
    <w:p>
      <w:pPr>
        <w:spacing w:after="80"/>
      </w:pPr>
      <w:r>
        <w:rPr>
          <w:rFonts w:ascii="Georgia" w:hAnsi="Georgia"/>
          <w:sz w:val="23"/>
        </w:rPr>
        <w:t>Micah was the outside receiver on the double move.</w:t>
      </w:r>
    </w:p>
    <w:p>
      <w:pPr>
        <w:spacing w:after="80"/>
      </w:pPr>
      <w:r>
        <w:rPr>
          <w:rFonts w:ascii="Georgia" w:hAnsi="Georgia"/>
          <w:sz w:val="23"/>
        </w:rPr>
        <w:t>For one second Noah considered changing the read in his own head before the ball was even snapped.</w:t>
      </w:r>
    </w:p>
    <w:p>
      <w:pPr>
        <w:spacing w:after="80"/>
      </w:pPr>
      <w:r>
        <w:rPr>
          <w:rFonts w:ascii="Georgia" w:hAnsi="Georgia"/>
          <w:sz w:val="23"/>
        </w:rPr>
        <w:t>Not the play. Just where he planned to go first.</w:t>
      </w:r>
    </w:p>
    <w:p>
      <w:pPr>
        <w:spacing w:after="80"/>
      </w:pPr>
      <w:r>
        <w:rPr>
          <w:rFonts w:ascii="Georgia" w:hAnsi="Georgia"/>
          <w:sz w:val="23"/>
        </w:rPr>
        <w:t>Then he hated himself for thinking like that.</w:t>
      </w:r>
    </w:p>
    <w:p>
      <w:pPr>
        <w:spacing w:after="80"/>
      </w:pPr>
      <w:r>
        <w:rPr>
          <w:rFonts w:ascii="Georgia" w:hAnsi="Georgia"/>
          <w:sz w:val="23"/>
        </w:rPr>
        <w:t>He broke the huddle and clapped for the snap.</w:t>
      </w:r>
    </w:p>
    <w:p>
      <w:pPr>
        <w:spacing w:after="80"/>
      </w:pPr>
      <w:r>
        <w:rPr>
          <w:rFonts w:ascii="Georgia" w:hAnsi="Georgia"/>
          <w:sz w:val="23"/>
        </w:rPr>
        <w:t>The fake jet held the defense just enough. Micah stuttered on the out, planted, and turned up the sideline.</w:t>
      </w:r>
    </w:p>
    <w:p>
      <w:pPr>
        <w:spacing w:after="80"/>
      </w:pPr>
      <w:r>
        <w:rPr>
          <w:rFonts w:ascii="Georgia" w:hAnsi="Georgia"/>
          <w:sz w:val="23"/>
        </w:rPr>
        <w:t>He was open.</w:t>
      </w:r>
    </w:p>
    <w:p>
      <w:pPr>
        <w:spacing w:after="80"/>
      </w:pPr>
      <w:r>
        <w:rPr>
          <w:rFonts w:ascii="Georgia" w:hAnsi="Georgia"/>
          <w:sz w:val="23"/>
        </w:rPr>
        <w:t>Not wide-open, but open enough.</w:t>
      </w:r>
    </w:p>
    <w:p>
      <w:pPr>
        <w:spacing w:after="80"/>
      </w:pPr>
      <w:r>
        <w:rPr>
          <w:rFonts w:ascii="Georgia" w:hAnsi="Georgia"/>
          <w:sz w:val="23"/>
        </w:rPr>
        <w:t>Noah saw him.</w:t>
      </w:r>
    </w:p>
    <w:p>
      <w:pPr>
        <w:spacing w:after="80"/>
      </w:pPr>
      <w:r>
        <w:rPr>
          <w:rFonts w:ascii="Georgia" w:hAnsi="Georgia"/>
          <w:sz w:val="23"/>
        </w:rPr>
        <w:t>He also saw Jalen flashing across the middle on a dig with more traffic around him.</w:t>
      </w:r>
    </w:p>
    <w:p>
      <w:pPr>
        <w:spacing w:after="80"/>
      </w:pPr>
      <w:r>
        <w:rPr>
          <w:rFonts w:ascii="Georgia" w:hAnsi="Georgia"/>
          <w:sz w:val="23"/>
        </w:rPr>
        <w:t>For a split second he could throw either.</w:t>
      </w:r>
    </w:p>
    <w:p>
      <w:pPr>
        <w:spacing w:after="80"/>
      </w:pPr>
      <w:r>
        <w:rPr>
          <w:rFonts w:ascii="Georgia" w:hAnsi="Georgia"/>
          <w:sz w:val="23"/>
        </w:rPr>
        <w:t>He went middle.</w:t>
      </w:r>
    </w:p>
    <w:p>
      <w:pPr>
        <w:spacing w:after="80"/>
      </w:pPr>
      <w:r>
        <w:rPr>
          <w:rFonts w:ascii="Georgia" w:hAnsi="Georgia"/>
          <w:sz w:val="23"/>
        </w:rPr>
        <w:t>Jalen reached.</w:t>
      </w:r>
    </w:p>
    <w:p>
      <w:pPr>
        <w:spacing w:after="80"/>
      </w:pPr>
      <w:r>
        <w:rPr>
          <w:rFonts w:ascii="Georgia" w:hAnsi="Georgia"/>
          <w:sz w:val="23"/>
        </w:rPr>
        <w:t>The ball glanced off his fingertips and hit the turf.</w:t>
      </w:r>
    </w:p>
    <w:p>
      <w:pPr>
        <w:spacing w:after="80"/>
      </w:pPr>
      <w:r>
        <w:rPr>
          <w:rFonts w:ascii="Georgia" w:hAnsi="Georgia"/>
          <w:sz w:val="23"/>
        </w:rPr>
        <w:t>“Come on!” Jalen shouted, slapping his gloves together like the miss was Noah’s fault and somehow also the weather’s.</w:t>
      </w:r>
    </w:p>
    <w:p>
      <w:pPr>
        <w:spacing w:after="80"/>
      </w:pPr>
      <w:r>
        <w:rPr>
          <w:rFonts w:ascii="Georgia" w:hAnsi="Georgia"/>
          <w:sz w:val="23"/>
        </w:rPr>
        <w:t>Noah didn’t answer.</w:t>
      </w:r>
    </w:p>
    <w:p>
      <w:pPr>
        <w:spacing w:after="80"/>
      </w:pPr>
      <w:r>
        <w:rPr>
          <w:rFonts w:ascii="Georgia" w:hAnsi="Georgia"/>
          <w:sz w:val="23"/>
        </w:rPr>
        <w:t>He didn’t need to. He could already feel Devin beside him, quiet in that way that meant he was thinking too much.</w:t>
      </w:r>
    </w:p>
    <w:p>
      <w:pPr>
        <w:spacing w:after="80"/>
      </w:pPr>
      <w:r>
        <w:rPr>
          <w:rFonts w:ascii="Georgia" w:hAnsi="Georgia"/>
          <w:sz w:val="23"/>
        </w:rPr>
        <w:t>Coach Law stepped in closer. “Quarterback,” he said.</w:t>
      </w:r>
    </w:p>
    <w:p>
      <w:pPr>
        <w:spacing w:after="80"/>
      </w:pPr>
      <w:r>
        <w:rPr>
          <w:rFonts w:ascii="Georgia" w:hAnsi="Georgia"/>
          <w:sz w:val="23"/>
        </w:rPr>
        <w:t>Noah jogged over.</w:t>
      </w:r>
    </w:p>
    <w:p>
      <w:pPr>
        <w:spacing w:after="80"/>
      </w:pPr>
      <w:r>
        <w:rPr>
          <w:rFonts w:ascii="Georgia" w:hAnsi="Georgia"/>
          <w:sz w:val="23"/>
        </w:rPr>
        <w:t>“What did you see?”</w:t>
      </w:r>
    </w:p>
    <w:p>
      <w:pPr>
        <w:spacing w:after="80"/>
      </w:pPr>
      <w:r>
        <w:rPr>
          <w:rFonts w:ascii="Georgia" w:hAnsi="Georgia"/>
          <w:sz w:val="23"/>
        </w:rPr>
        <w:t>“Dig flashed open.”</w:t>
      </w:r>
    </w:p>
    <w:p>
      <w:pPr>
        <w:spacing w:after="80"/>
      </w:pPr>
      <w:r>
        <w:rPr>
          <w:rFonts w:ascii="Georgia" w:hAnsi="Georgia"/>
          <w:sz w:val="23"/>
        </w:rPr>
        <w:t>“And the double move?”</w:t>
      </w:r>
    </w:p>
    <w:p>
      <w:pPr>
        <w:spacing w:after="80"/>
      </w:pPr>
      <w:r>
        <w:rPr>
          <w:rFonts w:ascii="Georgia" w:hAnsi="Georgia"/>
          <w:sz w:val="23"/>
        </w:rPr>
        <w:t>Noah looked back toward the line. Micah had returned to the huddle already, not saying anything.</w:t>
      </w:r>
    </w:p>
    <w:p>
      <w:pPr>
        <w:spacing w:after="80"/>
      </w:pPr>
      <w:r>
        <w:rPr>
          <w:rFonts w:ascii="Georgia" w:hAnsi="Georgia"/>
          <w:sz w:val="23"/>
        </w:rPr>
        <w:t>“He had a step,” Noah admitted.</w:t>
      </w:r>
    </w:p>
    <w:p>
      <w:pPr>
        <w:spacing w:after="80"/>
      </w:pPr>
      <w:r>
        <w:rPr>
          <w:rFonts w:ascii="Georgia" w:hAnsi="Georgia"/>
          <w:sz w:val="23"/>
        </w:rPr>
        <w:t>“A big enough one.”</w:t>
      </w:r>
    </w:p>
    <w:p>
      <w:pPr>
        <w:spacing w:after="80"/>
      </w:pPr>
      <w:r>
        <w:rPr>
          <w:rFonts w:ascii="Georgia" w:hAnsi="Georgia"/>
          <w:sz w:val="23"/>
        </w:rPr>
        <w:t>Noah shrugged like he didn’t care. “Middle window was there.”</w:t>
      </w:r>
    </w:p>
    <w:p>
      <w:pPr>
        <w:spacing w:after="80"/>
      </w:pPr>
      <w:r>
        <w:rPr>
          <w:rFonts w:ascii="Georgia" w:hAnsi="Georgia"/>
          <w:sz w:val="23"/>
        </w:rPr>
        <w:t>Coach Law’s face gave him nothing. “Take the touchdown.”</w:t>
      </w:r>
    </w:p>
    <w:p>
      <w:pPr>
        <w:spacing w:after="80"/>
      </w:pPr>
      <w:r>
        <w:rPr>
          <w:rFonts w:ascii="Georgia" w:hAnsi="Georgia"/>
          <w:sz w:val="23"/>
        </w:rPr>
        <w:t>Two words. Flat. Public.</w:t>
      </w:r>
    </w:p>
    <w:p>
      <w:pPr>
        <w:spacing w:after="80"/>
      </w:pPr>
      <w:r>
        <w:rPr>
          <w:rFonts w:ascii="Georgia" w:hAnsi="Georgia"/>
          <w:sz w:val="23"/>
        </w:rPr>
        <w:t>Noah felt heat rise in his neck.</w:t>
      </w:r>
    </w:p>
    <w:p>
      <w:pPr>
        <w:spacing w:after="80"/>
      </w:pPr>
      <w:r>
        <w:rPr>
          <w:rFonts w:ascii="Georgia" w:hAnsi="Georgia"/>
          <w:sz w:val="23"/>
        </w:rPr>
        <w:t>He nodded once and jogged back, but the field looked different now. Smaller. More crowded. Like everybody had heard the same thing he had.</w:t>
      </w:r>
    </w:p>
    <w:p>
      <w:pPr>
        <w:spacing w:after="80"/>
      </w:pPr>
      <w:r>
        <w:rPr>
          <w:rFonts w:ascii="Georgia" w:hAnsi="Georgia"/>
          <w:sz w:val="23"/>
        </w:rPr>
        <w:t>Take the touchdown.</w:t>
      </w:r>
    </w:p>
    <w:p>
      <w:pPr>
        <w:spacing w:after="80"/>
      </w:pPr>
      <w:r>
        <w:rPr>
          <w:rFonts w:ascii="Georgia" w:hAnsi="Georgia"/>
          <w:sz w:val="23"/>
        </w:rPr>
        <w:t>Meaning: throw it to Micah.</w:t>
      </w:r>
    </w:p>
    <w:p>
      <w:pPr>
        <w:spacing w:after="80"/>
      </w:pPr>
      <w:r>
        <w:rPr>
          <w:rFonts w:ascii="Georgia" w:hAnsi="Georgia"/>
          <w:sz w:val="23"/>
        </w:rPr>
        <w:t>The next rep was defense versus offense from midfield. Jalen got a pressure sack and celebrated like he’d won a title. Rico snagged a shallow cross and nearly lost a flag trying to turn upfield. Owen broke up a post by arriving so exactly on time that even Coach Law nodded at him.</w:t>
      </w:r>
    </w:p>
    <w:p>
      <w:pPr>
        <w:spacing w:after="80"/>
      </w:pPr>
      <w:r>
        <w:rPr>
          <w:rFonts w:ascii="Georgia" w:hAnsi="Georgia"/>
          <w:sz w:val="23"/>
        </w:rPr>
        <w:t>Then Micah took a handoff on jet motion, turned the corner, and left two defenders grabbing air.</w:t>
      </w:r>
    </w:p>
    <w:p>
      <w:pPr>
        <w:spacing w:after="80"/>
      </w:pPr>
      <w:r>
        <w:rPr>
          <w:rFonts w:ascii="Georgia" w:hAnsi="Georgia"/>
          <w:sz w:val="23"/>
        </w:rPr>
        <w:t>Not because they were bad. Because he was sudden in a way that looked unfair.</w:t>
      </w:r>
    </w:p>
    <w:p>
      <w:pPr>
        <w:spacing w:after="80"/>
      </w:pPr>
      <w:r>
        <w:rPr>
          <w:rFonts w:ascii="Georgia" w:hAnsi="Georgia"/>
          <w:sz w:val="23"/>
        </w:rPr>
        <w:t>“Flags!” Jalen yelled. “Use your flags, not your hopes!”</w:t>
      </w:r>
    </w:p>
    <w:p>
      <w:pPr>
        <w:spacing w:after="80"/>
      </w:pPr>
      <w:r>
        <w:rPr>
          <w:rFonts w:ascii="Georgia" w:hAnsi="Georgia"/>
          <w:sz w:val="23"/>
        </w:rPr>
        <w:t>Rico chased him all the way to the cone and came back laughing, bent at the waist. “Nah. We need to check his birth certificate. I’m serious now.”</w:t>
      </w:r>
    </w:p>
    <w:p>
      <w:pPr>
        <w:spacing w:after="80"/>
      </w:pPr>
      <w:r>
        <w:rPr>
          <w:rFonts w:ascii="Georgia" w:hAnsi="Georgia"/>
          <w:sz w:val="23"/>
        </w:rPr>
        <w:t>Even some of the parents by the fence were murmuring.</w:t>
      </w:r>
    </w:p>
    <w:p>
      <w:pPr>
        <w:spacing w:after="80"/>
      </w:pPr>
      <w:r>
        <w:rPr>
          <w:rFonts w:ascii="Georgia" w:hAnsi="Georgia"/>
          <w:sz w:val="23"/>
        </w:rPr>
        <w:t>Noah hated that too.</w:t>
      </w:r>
    </w:p>
    <w:p>
      <w:pPr>
        <w:spacing w:after="80"/>
      </w:pPr>
      <w:r>
        <w:rPr>
          <w:rFonts w:ascii="Georgia" w:hAnsi="Georgia"/>
          <w:sz w:val="23"/>
        </w:rPr>
        <w:t>He hated that they sounded impressed. Hated that Micah looked like he fed off it. Hated that part of him understood exactly why.</w:t>
      </w:r>
    </w:p>
    <w:p>
      <w:pPr>
        <w:spacing w:after="80"/>
      </w:pPr>
      <w:r>
        <w:rPr>
          <w:rFonts w:ascii="Georgia" w:hAnsi="Georgia"/>
          <w:sz w:val="23"/>
        </w:rPr>
        <w:t>Coach Law blew the whistle for water.</w:t>
      </w:r>
    </w:p>
    <w:p>
      <w:pPr>
        <w:spacing w:after="80"/>
      </w:pPr>
      <w:r>
        <w:rPr>
          <w:rFonts w:ascii="Georgia" w:hAnsi="Georgia"/>
          <w:sz w:val="23"/>
        </w:rPr>
        <w:t>The team scattered toward coolers and bags. Noah grabbed his bottle and headed for the far end of the bench, hoping for a minute without commentary.</w:t>
      </w:r>
    </w:p>
    <w:p>
      <w:pPr>
        <w:spacing w:after="80"/>
      </w:pPr>
      <w:r>
        <w:rPr>
          <w:rFonts w:ascii="Georgia" w:hAnsi="Georgia"/>
          <w:sz w:val="23"/>
        </w:rPr>
        <w:t>He didn’t get it.</w:t>
      </w:r>
    </w:p>
    <w:p>
      <w:pPr>
        <w:spacing w:after="80"/>
      </w:pPr>
      <w:r>
        <w:rPr>
          <w:rFonts w:ascii="Georgia" w:hAnsi="Georgia"/>
          <w:sz w:val="23"/>
        </w:rPr>
        <w:t>Micah dropped onto the grass a few feet away and pulled his gloves off with his teeth. He was sweating now, breathing harder than before, but he still looked too comfortable for Noah’s liking.</w:t>
      </w:r>
    </w:p>
    <w:p>
      <w:pPr>
        <w:spacing w:after="80"/>
      </w:pPr>
      <w:r>
        <w:rPr>
          <w:rFonts w:ascii="Georgia" w:hAnsi="Georgia"/>
          <w:sz w:val="23"/>
        </w:rPr>
        <w:t>“You throw hard,” Micah said.</w:t>
      </w:r>
    </w:p>
    <w:p>
      <w:pPr>
        <w:spacing w:after="80"/>
      </w:pPr>
      <w:r>
        <w:rPr>
          <w:rFonts w:ascii="Georgia" w:hAnsi="Georgia"/>
          <w:sz w:val="23"/>
        </w:rPr>
        <w:t>Noah took a drink. “You catch okay.”</w:t>
      </w:r>
    </w:p>
    <w:p>
      <w:pPr>
        <w:spacing w:after="80"/>
      </w:pPr>
      <w:r>
        <w:rPr>
          <w:rFonts w:ascii="Georgia" w:hAnsi="Georgia"/>
          <w:sz w:val="23"/>
        </w:rPr>
        <w:t>Micah grinned. “That first one almost broke my fingers.”</w:t>
      </w:r>
    </w:p>
    <w:p>
      <w:pPr>
        <w:spacing w:after="80"/>
      </w:pPr>
      <w:r>
        <w:rPr>
          <w:rFonts w:ascii="Georgia" w:hAnsi="Georgia"/>
          <w:sz w:val="23"/>
        </w:rPr>
        <w:t>“You’re welcome.”</w:t>
      </w:r>
    </w:p>
    <w:p>
      <w:pPr>
        <w:spacing w:after="80"/>
      </w:pPr>
      <w:r>
        <w:rPr>
          <w:rFonts w:ascii="Georgia" w:hAnsi="Georgia"/>
          <w:sz w:val="23"/>
        </w:rPr>
        <w:t>That made Micah laugh.</w:t>
      </w:r>
    </w:p>
    <w:p>
      <w:pPr>
        <w:spacing w:after="80"/>
      </w:pPr>
      <w:r>
        <w:rPr>
          <w:rFonts w:ascii="Georgia" w:hAnsi="Georgia"/>
          <w:sz w:val="23"/>
        </w:rPr>
        <w:t>It was such an easy laugh that Noah almost didn’t know what to do with it. He’d expected swagger. Maybe cockiness. Not this.</w:t>
      </w:r>
    </w:p>
    <w:p>
      <w:pPr>
        <w:spacing w:after="80"/>
      </w:pPr>
      <w:r>
        <w:rPr>
          <w:rFonts w:ascii="Georgia" w:hAnsi="Georgia"/>
          <w:sz w:val="23"/>
        </w:rPr>
        <w:t>Micah took a long drink from his own bottle. “Coach says y’all throw more on time than most teams.”</w:t>
      </w:r>
    </w:p>
    <w:p>
      <w:pPr>
        <w:spacing w:after="80"/>
      </w:pPr>
      <w:r>
        <w:rPr>
          <w:rFonts w:ascii="Georgia" w:hAnsi="Georgia"/>
          <w:sz w:val="23"/>
        </w:rPr>
        <w:t>“Coach says a lot of things.”</w:t>
      </w:r>
    </w:p>
    <w:p>
      <w:pPr>
        <w:spacing w:after="80"/>
      </w:pPr>
      <w:r>
        <w:rPr>
          <w:rFonts w:ascii="Georgia" w:hAnsi="Georgia"/>
          <w:sz w:val="23"/>
        </w:rPr>
        <w:t>Micah nodded toward the field. “Still true.”</w:t>
      </w:r>
    </w:p>
    <w:p>
      <w:pPr>
        <w:spacing w:after="80"/>
      </w:pPr>
      <w:r>
        <w:rPr>
          <w:rFonts w:ascii="Georgia" w:hAnsi="Georgia"/>
          <w:sz w:val="23"/>
        </w:rPr>
        <w:t>Noah looked at him then. Really looked. Up close, Micah seemed younger than he had from across the field—not smaller, not softer, just younger around the eyes somehow. There was still kid in him where Noah and the rest of them had mostly learned how to hide it during practice.</w:t>
      </w:r>
    </w:p>
    <w:p>
      <w:pPr>
        <w:spacing w:after="80"/>
      </w:pPr>
      <w:r>
        <w:rPr>
          <w:rFonts w:ascii="Georgia" w:hAnsi="Georgia"/>
          <w:sz w:val="23"/>
        </w:rPr>
        <w:t>“You been wanting to move up?” Noah asked.</w:t>
      </w:r>
    </w:p>
    <w:p>
      <w:pPr>
        <w:spacing w:after="80"/>
      </w:pPr>
      <w:r>
        <w:rPr>
          <w:rFonts w:ascii="Georgia" w:hAnsi="Georgia"/>
          <w:sz w:val="23"/>
        </w:rPr>
        <w:t>Micah shrugged. “Yeah.”</w:t>
      </w:r>
    </w:p>
    <w:p>
      <w:pPr>
        <w:spacing w:after="80"/>
      </w:pPr>
      <w:r>
        <w:rPr>
          <w:rFonts w:ascii="Georgia" w:hAnsi="Georgia"/>
          <w:sz w:val="23"/>
        </w:rPr>
        <w:t>“Why?”</w:t>
      </w:r>
    </w:p>
    <w:p>
      <w:pPr>
        <w:spacing w:after="80"/>
      </w:pPr>
      <w:r>
        <w:rPr>
          <w:rFonts w:ascii="Georgia" w:hAnsi="Georgia"/>
          <w:sz w:val="23"/>
        </w:rPr>
        <w:t>Micah frowned like the question was weird. “Because I’m good enough.”</w:t>
      </w:r>
    </w:p>
    <w:p>
      <w:pPr>
        <w:spacing w:after="80"/>
      </w:pPr>
      <w:r>
        <w:rPr>
          <w:rFonts w:ascii="Georgia" w:hAnsi="Georgia"/>
          <w:sz w:val="23"/>
        </w:rPr>
        <w:t>Noah almost laughed, but there wasn’t anything funny about the way he said it. No brag in it. No performance. Just fact, at least in Micah’s mind.</w:t>
      </w:r>
    </w:p>
    <w:p>
      <w:pPr>
        <w:spacing w:after="80"/>
      </w:pPr>
      <w:r>
        <w:rPr>
          <w:rFonts w:ascii="Georgia" w:hAnsi="Georgia"/>
          <w:sz w:val="23"/>
        </w:rPr>
        <w:t>Across the field, Vee Carter stood near the fence again with a football tucked under one arm. A couple boys from the younger age group were running routes for each other, and one of them tossed her the ball like he was doing her a favor.</w:t>
      </w:r>
    </w:p>
    <w:p>
      <w:pPr>
        <w:spacing w:after="80"/>
      </w:pPr>
      <w:r>
        <w:rPr>
          <w:rFonts w:ascii="Georgia" w:hAnsi="Georgia"/>
          <w:sz w:val="23"/>
        </w:rPr>
        <w:t>Vee dropped it on purpose.</w:t>
      </w:r>
    </w:p>
    <w:p>
      <w:pPr>
        <w:spacing w:after="80"/>
      </w:pPr>
      <w:r>
        <w:rPr>
          <w:rFonts w:ascii="Georgia" w:hAnsi="Georgia"/>
          <w:sz w:val="23"/>
        </w:rPr>
        <w:t>Not a huge scene. Just let it hit the ground, then looked at him.</w:t>
      </w:r>
    </w:p>
    <w:p>
      <w:pPr>
        <w:spacing w:after="80"/>
      </w:pPr>
      <w:r>
        <w:rPr>
          <w:rFonts w:ascii="Georgia" w:hAnsi="Georgia"/>
          <w:sz w:val="23"/>
        </w:rPr>
        <w:t>“You throwing me warm-up floaters now?” she said.</w:t>
      </w:r>
    </w:p>
    <w:p>
      <w:pPr>
        <w:spacing w:after="80"/>
      </w:pPr>
      <w:r>
        <w:rPr>
          <w:rFonts w:ascii="Georgia" w:hAnsi="Georgia"/>
          <w:sz w:val="23"/>
        </w:rPr>
        <w:t>The boy flushed. “I was just—”</w:t>
      </w:r>
    </w:p>
    <w:p>
      <w:pPr>
        <w:spacing w:after="80"/>
      </w:pPr>
      <w:r>
        <w:rPr>
          <w:rFonts w:ascii="Georgia" w:hAnsi="Georgia"/>
          <w:sz w:val="23"/>
        </w:rPr>
        <w:t>“You were just underthrowing me.”</w:t>
      </w:r>
    </w:p>
    <w:p>
      <w:pPr>
        <w:spacing w:after="80"/>
      </w:pPr>
      <w:r>
        <w:rPr>
          <w:rFonts w:ascii="Georgia" w:hAnsi="Georgia"/>
          <w:sz w:val="23"/>
        </w:rPr>
        <w:t>Rico, walking by with his bottle, nearly choked laughing.</w:t>
      </w:r>
    </w:p>
    <w:p>
      <w:pPr>
        <w:spacing w:after="80"/>
      </w:pPr>
      <w:r>
        <w:rPr>
          <w:rFonts w:ascii="Georgia" w:hAnsi="Georgia"/>
          <w:sz w:val="23"/>
        </w:rPr>
        <w:t>Vee scooped the ball, gave it one pump fake, and then fired a tight pass straight between two folding chairs and into the hands of the smaller kid standing fifteen yards away.</w:t>
      </w:r>
    </w:p>
    <w:p>
      <w:pPr>
        <w:spacing w:after="80"/>
      </w:pPr>
      <w:r>
        <w:rPr>
          <w:rFonts w:ascii="Georgia" w:hAnsi="Georgia"/>
          <w:sz w:val="23"/>
        </w:rPr>
        <w:t>Nobody said anything for a second.</w:t>
      </w:r>
    </w:p>
    <w:p>
      <w:pPr>
        <w:spacing w:after="80"/>
      </w:pPr>
      <w:r>
        <w:rPr>
          <w:rFonts w:ascii="Georgia" w:hAnsi="Georgia"/>
          <w:sz w:val="23"/>
        </w:rPr>
        <w:t>Then Jalen pointed. “She been waiting all morning to embarrass somebody.”</w:t>
      </w:r>
    </w:p>
    <w:p>
      <w:pPr>
        <w:spacing w:after="80"/>
      </w:pPr>
      <w:r>
        <w:rPr>
          <w:rFonts w:ascii="Georgia" w:hAnsi="Georgia"/>
          <w:sz w:val="23"/>
        </w:rPr>
        <w:t>Vee tossed the ball back to the first kid. “Then stop volunteering.”</w:t>
      </w:r>
    </w:p>
    <w:p>
      <w:pPr>
        <w:spacing w:after="80"/>
      </w:pPr>
      <w:r>
        <w:rPr>
          <w:rFonts w:ascii="Georgia" w:hAnsi="Georgia"/>
          <w:sz w:val="23"/>
        </w:rPr>
        <w:t>Noah saw Micah watching her too.</w:t>
      </w:r>
    </w:p>
    <w:p>
      <w:pPr>
        <w:spacing w:after="80"/>
      </w:pPr>
      <w:r>
        <w:rPr>
          <w:rFonts w:ascii="Georgia" w:hAnsi="Georgia"/>
          <w:sz w:val="23"/>
        </w:rPr>
        <w:t>“She on your team?” Micah asked.</w:t>
      </w:r>
    </w:p>
    <w:p>
      <w:pPr>
        <w:spacing w:after="80"/>
      </w:pPr>
      <w:r>
        <w:rPr>
          <w:rFonts w:ascii="Georgia" w:hAnsi="Georgia"/>
          <w:sz w:val="23"/>
        </w:rPr>
        <w:t>“No,” Noah said. Then, because that sounded weirdly fast, he added, “Not really.”</w:t>
      </w:r>
    </w:p>
    <w:p>
      <w:pPr>
        <w:spacing w:after="80"/>
      </w:pPr>
      <w:r>
        <w:rPr>
          <w:rFonts w:ascii="Georgia" w:hAnsi="Georgia"/>
          <w:sz w:val="23"/>
        </w:rPr>
        <w:t>Vee glanced over at that exact moment, like she had some kind of built-in alarm for hearing people talk about her from impossible distances.</w:t>
      </w:r>
    </w:p>
    <w:p>
      <w:pPr>
        <w:spacing w:after="80"/>
      </w:pPr>
      <w:r>
        <w:rPr>
          <w:rFonts w:ascii="Georgia" w:hAnsi="Georgia"/>
          <w:sz w:val="23"/>
        </w:rPr>
        <w:t>Her eyes landed on Noah.</w:t>
      </w:r>
    </w:p>
    <w:p>
      <w:pPr>
        <w:spacing w:after="80"/>
      </w:pPr>
      <w:r>
        <w:rPr>
          <w:rFonts w:ascii="Georgia" w:hAnsi="Georgia"/>
          <w:sz w:val="23"/>
        </w:rPr>
        <w:t>Then on Micah.</w:t>
      </w:r>
    </w:p>
    <w:p>
      <w:pPr>
        <w:spacing w:after="80"/>
      </w:pPr>
      <w:r>
        <w:rPr>
          <w:rFonts w:ascii="Georgia" w:hAnsi="Georgia"/>
          <w:sz w:val="23"/>
        </w:rPr>
        <w:t>Then back to Noah.</w:t>
      </w:r>
    </w:p>
    <w:p>
      <w:pPr>
        <w:spacing w:after="80"/>
      </w:pPr>
      <w:r>
        <w:rPr>
          <w:rFonts w:ascii="Georgia" w:hAnsi="Georgia"/>
          <w:sz w:val="23"/>
        </w:rPr>
        <w:t>It wasn’t a smile. More like a challenge.</w:t>
      </w:r>
    </w:p>
    <w:p>
      <w:pPr>
        <w:spacing w:after="80"/>
      </w:pPr>
      <w:r>
        <w:rPr>
          <w:rFonts w:ascii="Georgia" w:hAnsi="Georgia"/>
          <w:sz w:val="23"/>
        </w:rPr>
        <w:t>Coach Law blew the whistle before Noah had to decide what to do with that.</w:t>
      </w:r>
    </w:p>
    <w:p>
      <w:pPr>
        <w:spacing w:after="80"/>
      </w:pPr>
      <w:r>
        <w:rPr>
          <w:rFonts w:ascii="Georgia" w:hAnsi="Georgia"/>
          <w:sz w:val="23"/>
        </w:rPr>
        <w:t>“Back up!” he called. “Inside red zone.”</w:t>
      </w:r>
    </w:p>
    <w:p>
      <w:pPr>
        <w:spacing w:after="80"/>
      </w:pPr>
      <w:r>
        <w:rPr>
          <w:rFonts w:ascii="Georgia" w:hAnsi="Georgia"/>
          <w:sz w:val="23"/>
        </w:rPr>
        <w:t>The team hustled in. This was the most important part of practice for Noah. Space got tighter in the red zone. Timing had to speed up. Mistakes felt bigger because there wasn’t as much field left to fix them.</w:t>
      </w:r>
    </w:p>
    <w:p>
      <w:pPr>
        <w:spacing w:after="80"/>
      </w:pPr>
      <w:r>
        <w:rPr>
          <w:rFonts w:ascii="Georgia" w:hAnsi="Georgia"/>
          <w:sz w:val="23"/>
        </w:rPr>
        <w:t>Coach Law called in a condensed formation and installed a quick package: slants, pivots, sprint-outs, a misdirection shovel that Rico immediately called “beautiful nonsense.”</w:t>
      </w:r>
    </w:p>
    <w:p>
      <w:pPr>
        <w:spacing w:after="80"/>
      </w:pPr>
      <w:r>
        <w:rPr>
          <w:rFonts w:ascii="Georgia" w:hAnsi="Georgia"/>
          <w:sz w:val="23"/>
        </w:rPr>
        <w:t>They ran the first few plays clean.</w:t>
      </w:r>
    </w:p>
    <w:p>
      <w:pPr>
        <w:spacing w:after="80"/>
      </w:pPr>
      <w:r>
        <w:rPr>
          <w:rFonts w:ascii="Georgia" w:hAnsi="Georgia"/>
          <w:sz w:val="23"/>
        </w:rPr>
        <w:t>Then came one Noah hadn’t expected on day one.</w:t>
      </w:r>
    </w:p>
    <w:p>
      <w:pPr>
        <w:spacing w:after="80"/>
      </w:pPr>
      <w:r>
        <w:rPr>
          <w:rFonts w:ascii="Georgia" w:hAnsi="Georgia"/>
          <w:sz w:val="23"/>
        </w:rPr>
        <w:t>Coach Law looked down at the call sheet, then up.</w:t>
      </w:r>
    </w:p>
    <w:p>
      <w:pPr>
        <w:spacing w:after="80"/>
      </w:pPr>
      <w:r>
        <w:rPr>
          <w:rFonts w:ascii="Georgia" w:hAnsi="Georgia"/>
          <w:sz w:val="23"/>
        </w:rPr>
        <w:t>“Wristband package,” he said.</w:t>
      </w:r>
    </w:p>
    <w:p>
      <w:pPr>
        <w:spacing w:after="80"/>
      </w:pPr>
      <w:r>
        <w:rPr>
          <w:rFonts w:ascii="Georgia" w:hAnsi="Georgia"/>
          <w:sz w:val="23"/>
        </w:rPr>
        <w:t>Noah blinked.</w:t>
      </w:r>
    </w:p>
    <w:p>
      <w:pPr>
        <w:spacing w:after="80"/>
      </w:pPr>
      <w:r>
        <w:rPr>
          <w:rFonts w:ascii="Georgia" w:hAnsi="Georgia"/>
          <w:sz w:val="23"/>
        </w:rPr>
        <w:t>Not because the concept was new. They’d used wristband packages before in tougher games—simplified coded numbers for fast calls when tempo mattered. But Coach Law usually didn’t bring them out this early in the season.</w:t>
      </w:r>
    </w:p>
    <w:p>
      <w:pPr>
        <w:spacing w:after="80"/>
      </w:pPr>
      <w:r>
        <w:rPr>
          <w:rFonts w:ascii="Georgia" w:hAnsi="Georgia"/>
          <w:sz w:val="23"/>
        </w:rPr>
        <w:t>Devin looked surprised too.</w:t>
      </w:r>
    </w:p>
    <w:p>
      <w:pPr>
        <w:spacing w:after="80"/>
      </w:pPr>
      <w:r>
        <w:rPr>
          <w:rFonts w:ascii="Georgia" w:hAnsi="Georgia"/>
          <w:sz w:val="23"/>
        </w:rPr>
        <w:t>Coach Law reached into the mesh bag by the bench and pulled out a small stack of black wristbands.</w:t>
      </w:r>
    </w:p>
    <w:p>
      <w:pPr>
        <w:spacing w:after="80"/>
      </w:pPr>
      <w:r>
        <w:rPr>
          <w:rFonts w:ascii="Georgia" w:hAnsi="Georgia"/>
          <w:sz w:val="23"/>
        </w:rPr>
        <w:t>“Install only,” he said. “You’re not keeping them. We test fast, we learn fast.”</w:t>
      </w:r>
    </w:p>
    <w:p>
      <w:pPr>
        <w:spacing w:after="80"/>
      </w:pPr>
      <w:r>
        <w:rPr>
          <w:rFonts w:ascii="Georgia" w:hAnsi="Georgia"/>
          <w:sz w:val="23"/>
        </w:rPr>
        <w:t>He handed one to Noah first, then Devin, then the rest of the core group.</w:t>
      </w:r>
    </w:p>
    <w:p>
      <w:pPr>
        <w:spacing w:after="80"/>
      </w:pPr>
      <w:r>
        <w:rPr>
          <w:rFonts w:ascii="Georgia" w:hAnsi="Georgia"/>
          <w:sz w:val="23"/>
        </w:rPr>
        <w:t>Not Vee. Not younger kids by the fence. Just the team.</w:t>
      </w:r>
    </w:p>
    <w:p>
      <w:pPr>
        <w:spacing w:after="80"/>
      </w:pPr>
      <w:r>
        <w:rPr>
          <w:rFonts w:ascii="Georgia" w:hAnsi="Georgia"/>
          <w:sz w:val="23"/>
        </w:rPr>
        <w:t>Noah slid the band onto his wrist and looked down at the tiny card tucked inside. Numbers and short labels. Basic stuff for now. Enough to speed things up if they needed it later.</w:t>
      </w:r>
    </w:p>
    <w:p>
      <w:pPr>
        <w:spacing w:after="80"/>
      </w:pPr>
      <w:r>
        <w:rPr>
          <w:rFonts w:ascii="Georgia" w:hAnsi="Georgia"/>
          <w:sz w:val="23"/>
        </w:rPr>
        <w:t>Coach Law’s eyes swept the group. “Nobody loses these.”</w:t>
      </w:r>
    </w:p>
    <w:p>
      <w:pPr>
        <w:spacing w:after="80"/>
      </w:pPr>
      <w:r>
        <w:rPr>
          <w:rFonts w:ascii="Georgia" w:hAnsi="Georgia"/>
          <w:sz w:val="23"/>
        </w:rPr>
        <w:t>Rico held his hands up. “Why are you looking at me already?”</w:t>
      </w:r>
    </w:p>
    <w:p>
      <w:pPr>
        <w:spacing w:after="80"/>
      </w:pPr>
      <w:r>
        <w:rPr>
          <w:rFonts w:ascii="Georgia" w:hAnsi="Georgia"/>
          <w:sz w:val="23"/>
        </w:rPr>
        <w:t>“Because probability is real,” Owen said.</w:t>
      </w:r>
    </w:p>
    <w:p>
      <w:pPr>
        <w:spacing w:after="80"/>
      </w:pPr>
      <w:r>
        <w:rPr>
          <w:rFonts w:ascii="Georgia" w:hAnsi="Georgia"/>
          <w:sz w:val="23"/>
        </w:rPr>
        <w:t>Even Coach Law almost smiled at that.</w:t>
      </w:r>
    </w:p>
    <w:p>
      <w:pPr>
        <w:spacing w:after="80"/>
      </w:pPr>
      <w:r>
        <w:rPr>
          <w:rFonts w:ascii="Georgia" w:hAnsi="Georgia"/>
          <w:sz w:val="23"/>
        </w:rPr>
        <w:t>They lined up again.</w:t>
      </w:r>
    </w:p>
    <w:p>
      <w:pPr>
        <w:spacing w:after="80"/>
      </w:pPr>
      <w:r>
        <w:rPr>
          <w:rFonts w:ascii="Georgia" w:hAnsi="Georgia"/>
          <w:sz w:val="23"/>
        </w:rPr>
        <w:t>Noah called the first wristband play by number. The offense moved. Ball snapped. Quick out to Owen. Then a shallow cross to Rico. Then a run fake with Micah leaking late to the corner, which made Jalen groan because he’d been sure the ball was coming his way.</w:t>
      </w:r>
    </w:p>
    <w:p>
      <w:pPr>
        <w:spacing w:after="80"/>
      </w:pPr>
      <w:r>
        <w:rPr>
          <w:rFonts w:ascii="Georgia" w:hAnsi="Georgia"/>
          <w:sz w:val="23"/>
        </w:rPr>
        <w:t>The package worked.</w:t>
      </w:r>
    </w:p>
    <w:p>
      <w:pPr>
        <w:spacing w:after="80"/>
      </w:pPr>
      <w:r>
        <w:rPr>
          <w:rFonts w:ascii="Georgia" w:hAnsi="Georgia"/>
          <w:sz w:val="23"/>
        </w:rPr>
        <w:t>It worked almost too easily.</w:t>
      </w:r>
    </w:p>
    <w:p>
      <w:pPr>
        <w:spacing w:after="80"/>
      </w:pPr>
      <w:r>
        <w:rPr>
          <w:rFonts w:ascii="Georgia" w:hAnsi="Georgia"/>
          <w:sz w:val="23"/>
        </w:rPr>
        <w:t>That was when Noah noticed it.</w:t>
      </w:r>
    </w:p>
    <w:p>
      <w:pPr>
        <w:spacing w:after="80"/>
      </w:pPr>
      <w:r>
        <w:rPr>
          <w:rFonts w:ascii="Georgia" w:hAnsi="Georgia"/>
          <w:sz w:val="23"/>
        </w:rPr>
        <w:t>Not something huge. Just a little thing.</w:t>
      </w:r>
    </w:p>
    <w:p>
      <w:pPr>
        <w:spacing w:after="80"/>
      </w:pPr>
      <w:r>
        <w:rPr>
          <w:rFonts w:ascii="Georgia" w:hAnsi="Georgia"/>
          <w:sz w:val="23"/>
        </w:rPr>
        <w:t>On the far sideline, past the folding chairs and the cluster of parents, someone lifted a hand.</w:t>
      </w:r>
    </w:p>
    <w:p>
      <w:pPr>
        <w:spacing w:after="80"/>
      </w:pPr>
      <w:r>
        <w:rPr>
          <w:rFonts w:ascii="Georgia" w:hAnsi="Georgia"/>
          <w:sz w:val="23"/>
        </w:rPr>
        <w:t>A quick motion.</w:t>
      </w:r>
    </w:p>
    <w:p>
      <w:pPr>
        <w:spacing w:after="80"/>
      </w:pPr>
      <w:r>
        <w:rPr>
          <w:rFonts w:ascii="Georgia" w:hAnsi="Georgia"/>
          <w:sz w:val="23"/>
        </w:rPr>
        <w:t>Two fingers, then one.</w:t>
      </w:r>
    </w:p>
    <w:p>
      <w:pPr>
        <w:spacing w:after="80"/>
      </w:pPr>
      <w:r>
        <w:rPr>
          <w:rFonts w:ascii="Georgia" w:hAnsi="Georgia"/>
          <w:sz w:val="23"/>
        </w:rPr>
        <w:t>It could’ve been nothing. Somebody pointing. Somebody calling to a kid. Nothing.</w:t>
      </w:r>
    </w:p>
    <w:p>
      <w:pPr>
        <w:spacing w:after="80"/>
      </w:pPr>
      <w:r>
        <w:rPr>
          <w:rFonts w:ascii="Georgia" w:hAnsi="Georgia"/>
          <w:sz w:val="23"/>
        </w:rPr>
        <w:t>But Vee saw it too.</w:t>
      </w:r>
    </w:p>
    <w:p>
      <w:pPr>
        <w:spacing w:after="80"/>
      </w:pPr>
      <w:r>
        <w:rPr>
          <w:rFonts w:ascii="Georgia" w:hAnsi="Georgia"/>
          <w:sz w:val="23"/>
        </w:rPr>
        <w:t>Noah knew because when he glanced toward the fence, she was already staring at the exact same spot, football hanging loose at her side, her eyes narrowed like she was trying to pin the moment in place before it disappeared.</w:t>
      </w:r>
    </w:p>
    <w:p>
      <w:pPr>
        <w:spacing w:after="80"/>
      </w:pPr>
      <w:r>
        <w:rPr>
          <w:rFonts w:ascii="Georgia" w:hAnsi="Georgia"/>
          <w:sz w:val="23"/>
        </w:rPr>
        <w:t>Then the hand vanished behind a taller parent.</w:t>
      </w:r>
    </w:p>
    <w:p>
      <w:pPr>
        <w:spacing w:after="80"/>
      </w:pPr>
      <w:r>
        <w:rPr>
          <w:rFonts w:ascii="Georgia" w:hAnsi="Georgia"/>
          <w:sz w:val="23"/>
        </w:rPr>
        <w:t>“Blue three,” Coach Law called.</w:t>
      </w:r>
    </w:p>
    <w:p>
      <w:pPr>
        <w:spacing w:after="80"/>
      </w:pPr>
      <w:r>
        <w:rPr>
          <w:rFonts w:ascii="Georgia" w:hAnsi="Georgia"/>
          <w:sz w:val="23"/>
        </w:rPr>
        <w:t>Noah looked down at his wristband and repeated it in the huddle.</w:t>
      </w:r>
    </w:p>
    <w:p>
      <w:pPr>
        <w:spacing w:after="80"/>
      </w:pPr>
      <w:r>
        <w:rPr>
          <w:rFonts w:ascii="Georgia" w:hAnsi="Georgia"/>
          <w:sz w:val="23"/>
        </w:rPr>
        <w:t>The offense broke.</w:t>
      </w:r>
    </w:p>
    <w:p>
      <w:pPr>
        <w:spacing w:after="80"/>
      </w:pPr>
      <w:r>
        <w:rPr>
          <w:rFonts w:ascii="Georgia" w:hAnsi="Georgia"/>
          <w:sz w:val="23"/>
        </w:rPr>
        <w:t>Devin snapped it clean.</w:t>
      </w:r>
    </w:p>
    <w:p>
      <w:pPr>
        <w:spacing w:after="80"/>
      </w:pPr>
      <w:r>
        <w:rPr>
          <w:rFonts w:ascii="Georgia" w:hAnsi="Georgia"/>
          <w:sz w:val="23"/>
        </w:rPr>
        <w:t>Micah exploded outside.</w:t>
      </w:r>
    </w:p>
    <w:p>
      <w:pPr>
        <w:spacing w:after="80"/>
      </w:pPr>
      <w:r>
        <w:rPr>
          <w:rFonts w:ascii="Georgia" w:hAnsi="Georgia"/>
          <w:sz w:val="23"/>
        </w:rPr>
        <w:t>And Jalen jumped the route before Noah even let go of the ball.</w:t>
      </w:r>
    </w:p>
    <w:p>
      <w:pPr>
        <w:spacing w:after="80"/>
      </w:pPr>
      <w:r>
        <w:rPr>
          <w:rFonts w:ascii="Georgia" w:hAnsi="Georgia"/>
          <w:sz w:val="23"/>
        </w:rPr>
        <w:t>Not fast.</w:t>
      </w:r>
    </w:p>
    <w:p>
      <w:pPr>
        <w:spacing w:after="80"/>
      </w:pPr>
      <w:r>
        <w:rPr>
          <w:rFonts w:ascii="Georgia" w:hAnsi="Georgia"/>
          <w:sz w:val="23"/>
        </w:rPr>
        <w:t>Early.</w:t>
      </w:r>
    </w:p>
    <w:p>
      <w:pPr>
        <w:spacing w:after="80"/>
      </w:pPr>
      <w:r>
        <w:rPr>
          <w:rFonts w:ascii="Georgia" w:hAnsi="Georgia"/>
          <w:sz w:val="23"/>
        </w:rPr>
        <w:t>The pass hit Jalen right between the numbers.</w:t>
      </w:r>
    </w:p>
    <w:p>
      <w:pPr>
        <w:spacing w:after="80"/>
      </w:pPr>
      <w:r>
        <w:rPr>
          <w:rFonts w:ascii="Georgia" w:hAnsi="Georgia"/>
          <w:sz w:val="23"/>
        </w:rPr>
        <w:t>For half a second, nobody moved.</w:t>
      </w:r>
    </w:p>
    <w:p>
      <w:pPr>
        <w:spacing w:after="80"/>
      </w:pPr>
      <w:r>
        <w:rPr>
          <w:rFonts w:ascii="Georgia" w:hAnsi="Georgia"/>
          <w:sz w:val="23"/>
        </w:rPr>
        <w:t>Then Jalen was sprinting the other way, yelling, “House call! House call!”</w:t>
      </w:r>
    </w:p>
    <w:p>
      <w:pPr>
        <w:spacing w:after="80"/>
      </w:pPr>
      <w:r>
        <w:rPr>
          <w:rFonts w:ascii="Georgia" w:hAnsi="Georgia"/>
          <w:sz w:val="23"/>
        </w:rPr>
        <w:t>The sideline erupted, but Noah barely heard it.</w:t>
      </w:r>
    </w:p>
    <w:p>
      <w:pPr>
        <w:spacing w:after="80"/>
      </w:pPr>
      <w:r>
        <w:rPr>
          <w:rFonts w:ascii="Georgia" w:hAnsi="Georgia"/>
          <w:sz w:val="23"/>
        </w:rPr>
        <w:t>Because Jalen hadn’t guessed.</w:t>
      </w:r>
    </w:p>
    <w:p>
      <w:pPr>
        <w:spacing w:after="80"/>
      </w:pPr>
      <w:r>
        <w:rPr>
          <w:rFonts w:ascii="Georgia" w:hAnsi="Georgia"/>
          <w:sz w:val="23"/>
        </w:rPr>
        <w:t>He hadn’t read Noah’s eyes.</w:t>
      </w:r>
    </w:p>
    <w:p>
      <w:pPr>
        <w:spacing w:after="80"/>
      </w:pPr>
      <w:r>
        <w:rPr>
          <w:rFonts w:ascii="Georgia" w:hAnsi="Georgia"/>
          <w:sz w:val="23"/>
        </w:rPr>
        <w:t>He hadn’t broken when the route declared itself.</w:t>
      </w:r>
    </w:p>
    <w:p>
      <w:pPr>
        <w:spacing w:after="80"/>
      </w:pPr>
      <w:r>
        <w:rPr>
          <w:rFonts w:ascii="Georgia" w:hAnsi="Georgia"/>
          <w:sz w:val="23"/>
        </w:rPr>
        <w:t>He had gone the instant the play started.</w:t>
      </w:r>
    </w:p>
    <w:p>
      <w:pPr>
        <w:spacing w:after="80"/>
      </w:pPr>
      <w:r>
        <w:rPr>
          <w:rFonts w:ascii="Georgia" w:hAnsi="Georgia"/>
          <w:sz w:val="23"/>
        </w:rPr>
        <w:t>Like he knew.</w:t>
      </w:r>
    </w:p>
    <w:p>
      <w:pPr>
        <w:spacing w:after="80"/>
      </w:pPr>
      <w:r>
        <w:rPr>
          <w:rFonts w:ascii="Georgia" w:hAnsi="Georgia"/>
          <w:sz w:val="23"/>
        </w:rPr>
        <w:t>Noah turned toward the sideline.</w:t>
      </w:r>
    </w:p>
    <w:p>
      <w:pPr>
        <w:spacing w:after="80"/>
      </w:pPr>
      <w:r>
        <w:rPr>
          <w:rFonts w:ascii="Georgia" w:hAnsi="Georgia"/>
          <w:sz w:val="23"/>
        </w:rPr>
        <w:t>Vee was still staring.</w:t>
      </w:r>
    </w:p>
    <w:p>
      <w:pPr>
        <w:spacing w:after="80"/>
      </w:pPr>
      <w:r>
        <w:rPr>
          <w:rFonts w:ascii="Georgia" w:hAnsi="Georgia"/>
          <w:sz w:val="23"/>
        </w:rPr>
        <w:t>And this time, when she looked back at him, her face said the same thing the pounding in his chest already knew:</w:t>
      </w:r>
    </w:p>
    <w:p>
      <w:pPr>
        <w:spacing w:after="80"/>
      </w:pPr>
      <w:r>
        <w:rPr>
          <w:rFonts w:ascii="Georgia" w:hAnsi="Georgia"/>
          <w:sz w:val="23"/>
        </w:rPr>
        <w:t>That wasn’t normal.</w:t>
      </w:r>
    </w:p>
    <w:p>
      <w:r>
        <w:br w:type="page"/>
      </w:r>
    </w:p>
    <w:p>
      <w:pPr>
        <w:spacing w:after="40"/>
        <w:jc w:val="center"/>
      </w:pPr>
      <w:r>
        <w:rPr>
          <w:rFonts w:ascii="Georgia" w:hAnsi="Georgia"/>
          <w:b/>
          <w:i w:val="0"/>
          <w:sz w:val="28"/>
        </w:rPr>
        <w:t>Chapter 3</w:t>
      </w:r>
    </w:p>
    <w:p>
      <w:pPr>
        <w:spacing w:after="200"/>
        <w:jc w:val="center"/>
      </w:pPr>
      <w:r>
        <w:rPr>
          <w:rFonts w:ascii="Georgia" w:hAnsi="Georgia"/>
          <w:b w:val="0"/>
          <w:i/>
          <w:sz w:val="24"/>
        </w:rPr>
        <w:t>First Game, First Warning</w:t>
      </w:r>
    </w:p>
    <w:p>
      <w:pPr>
        <w:spacing w:after="80"/>
      </w:pPr>
      <w:r>
        <w:rPr>
          <w:rFonts w:ascii="Georgia" w:hAnsi="Georgia"/>
          <w:sz w:val="23"/>
        </w:rPr>
        <w:t>Noah kept waiting for somebody else to say it.</w:t>
      </w:r>
    </w:p>
    <w:p>
      <w:pPr>
        <w:spacing w:after="80"/>
      </w:pPr>
      <w:r>
        <w:rPr>
          <w:rFonts w:ascii="Georgia" w:hAnsi="Georgia"/>
          <w:sz w:val="23"/>
        </w:rPr>
        <w:t>Not the normal stuff. Not Nice pick or Good jump or Jalen, you got lucky.</w:t>
      </w:r>
    </w:p>
    <w:p>
      <w:pPr>
        <w:spacing w:after="80"/>
      </w:pPr>
      <w:r>
        <w:rPr>
          <w:rFonts w:ascii="Georgia" w:hAnsi="Georgia"/>
          <w:sz w:val="23"/>
        </w:rPr>
        <w:t>The other thing.</w:t>
      </w:r>
    </w:p>
    <w:p>
      <w:pPr>
        <w:spacing w:after="80"/>
      </w:pPr>
      <w:r>
        <w:rPr>
          <w:rFonts w:ascii="Georgia" w:hAnsi="Georgia"/>
          <w:sz w:val="23"/>
        </w:rPr>
        <w:t>That was weird.</w:t>
      </w:r>
    </w:p>
    <w:p>
      <w:pPr>
        <w:spacing w:after="80"/>
      </w:pPr>
      <w:r>
        <w:rPr>
          <w:rFonts w:ascii="Georgia" w:hAnsi="Georgia"/>
          <w:sz w:val="23"/>
        </w:rPr>
        <w:t>That should not have happened.</w:t>
      </w:r>
    </w:p>
    <w:p>
      <w:pPr>
        <w:spacing w:after="80"/>
      </w:pPr>
      <w:r>
        <w:rPr>
          <w:rFonts w:ascii="Georgia" w:hAnsi="Georgia"/>
          <w:sz w:val="23"/>
        </w:rPr>
        <w:t>But practice rolled on the way practices always did—whistles, corrections, water breaks, another station, another rep. By the time Coach Law sent them into conditioning, Jalen had already turned the interception into a full story where he claimed he’d baited Noah with “elite defensive psychology,” which made Rico laugh so hard he nearly tripped during sprints.</w:t>
      </w:r>
    </w:p>
    <w:p>
      <w:pPr>
        <w:spacing w:after="80"/>
      </w:pPr>
      <w:r>
        <w:rPr>
          <w:rFonts w:ascii="Georgia" w:hAnsi="Georgia"/>
          <w:sz w:val="23"/>
        </w:rPr>
        <w:t>Noah didn’t laugh once.</w:t>
      </w:r>
    </w:p>
    <w:p>
      <w:pPr>
        <w:spacing w:after="80"/>
      </w:pPr>
      <w:r>
        <w:rPr>
          <w:rFonts w:ascii="Georgia" w:hAnsi="Georgia"/>
          <w:sz w:val="23"/>
        </w:rPr>
        <w:t>He lined up on the goal line with the rest of the team and drove his knees through each sprint like the field had done something to him personally. The first one burned. The second one burned worse. By the fourth, everybody was breathing hard and less interested in talking.</w:t>
      </w:r>
    </w:p>
    <w:p>
      <w:pPr>
        <w:spacing w:after="80"/>
      </w:pPr>
      <w:r>
        <w:rPr>
          <w:rFonts w:ascii="Georgia" w:hAnsi="Georgia"/>
          <w:sz w:val="23"/>
        </w:rPr>
        <w:t>That was usually when the truth came out.</w:t>
      </w:r>
    </w:p>
    <w:p>
      <w:pPr>
        <w:spacing w:after="80"/>
      </w:pPr>
      <w:r>
        <w:rPr>
          <w:rFonts w:ascii="Georgia" w:hAnsi="Georgia"/>
          <w:sz w:val="23"/>
        </w:rPr>
        <w:t>“You mad because he jumped it,” Jalen said beside him as they bent over at the line.</w:t>
      </w:r>
    </w:p>
    <w:p>
      <w:pPr>
        <w:spacing w:after="80"/>
      </w:pPr>
      <w:r>
        <w:rPr>
          <w:rFonts w:ascii="Georgia" w:hAnsi="Georgia"/>
          <w:sz w:val="23"/>
        </w:rPr>
        <w:t>Noah wiped sweat from his forehead. “I’m mad because you won’t shut up.”</w:t>
      </w:r>
    </w:p>
    <w:p>
      <w:pPr>
        <w:spacing w:after="80"/>
      </w:pPr>
      <w:r>
        <w:rPr>
          <w:rFonts w:ascii="Georgia" w:hAnsi="Georgia"/>
          <w:sz w:val="23"/>
        </w:rPr>
        <w:t>“So yes.”</w:t>
      </w:r>
    </w:p>
    <w:p>
      <w:pPr>
        <w:spacing w:after="80"/>
      </w:pPr>
      <w:r>
        <w:rPr>
          <w:rFonts w:ascii="Georgia" w:hAnsi="Georgia"/>
          <w:sz w:val="23"/>
        </w:rPr>
        <w:t>Devin stepped in before Noah could answer. “He’s mad because you still think one practice pick means you’re Revis Island.”</w:t>
      </w:r>
    </w:p>
    <w:p>
      <w:pPr>
        <w:spacing w:after="80"/>
      </w:pPr>
      <w:r>
        <w:rPr>
          <w:rFonts w:ascii="Georgia" w:hAnsi="Georgia"/>
          <w:sz w:val="23"/>
        </w:rPr>
        <w:t>Jalen straightened. “I do not know who that is, but I accept.”</w:t>
      </w:r>
    </w:p>
    <w:p>
      <w:pPr>
        <w:spacing w:after="80"/>
      </w:pPr>
      <w:r>
        <w:rPr>
          <w:rFonts w:ascii="Georgia" w:hAnsi="Georgia"/>
          <w:sz w:val="23"/>
        </w:rPr>
        <w:t>Rico pointed across the field. “That right there is why school matters.”</w:t>
      </w:r>
    </w:p>
    <w:p>
      <w:pPr>
        <w:spacing w:after="80"/>
      </w:pPr>
      <w:r>
        <w:rPr>
          <w:rFonts w:ascii="Georgia" w:hAnsi="Georgia"/>
          <w:sz w:val="23"/>
        </w:rPr>
        <w:t>Coach Law blew the whistle. “Last one. Finish.”</w:t>
      </w:r>
    </w:p>
    <w:p>
      <w:pPr>
        <w:spacing w:after="80"/>
      </w:pPr>
      <w:r>
        <w:rPr>
          <w:rFonts w:ascii="Georgia" w:hAnsi="Georgia"/>
          <w:sz w:val="23"/>
        </w:rPr>
        <w:t>They ran.</w:t>
      </w:r>
    </w:p>
    <w:p>
      <w:pPr>
        <w:spacing w:after="80"/>
      </w:pPr>
      <w:r>
        <w:rPr>
          <w:rFonts w:ascii="Georgia" w:hAnsi="Georgia"/>
          <w:sz w:val="23"/>
        </w:rPr>
        <w:t>Noah hit the far line first and slowed into the turn, lungs burning. He hated losing anything, even conditioning, and that helped. But halfway back he caught movement near the fence—Vee Carter, still there, arms folded now, watching with the same locked-in expression she’d worn when Jalen jumped the route.</w:t>
      </w:r>
    </w:p>
    <w:p>
      <w:pPr>
        <w:spacing w:after="80"/>
      </w:pPr>
      <w:r>
        <w:rPr>
          <w:rFonts w:ascii="Georgia" w:hAnsi="Georgia"/>
          <w:sz w:val="23"/>
        </w:rPr>
        <w:t>When practice finally ended, the guys scattered toward bags and bottles. Parents started gathering kids. The sky had shifted from bright afternoon into that flatter early evening light that made the field feel older.</w:t>
      </w:r>
    </w:p>
    <w:p>
      <w:pPr>
        <w:spacing w:after="80"/>
      </w:pPr>
      <w:r>
        <w:rPr>
          <w:rFonts w:ascii="Georgia" w:hAnsi="Georgia"/>
          <w:sz w:val="23"/>
        </w:rPr>
        <w:t>Noah was stuffing his wristband back into the mesh bag when Vee walked up.</w:t>
      </w:r>
    </w:p>
    <w:p>
      <w:pPr>
        <w:spacing w:after="80"/>
      </w:pPr>
      <w:r>
        <w:rPr>
          <w:rFonts w:ascii="Georgia" w:hAnsi="Georgia"/>
          <w:sz w:val="23"/>
        </w:rPr>
        <w:t>She did not hover. She did not fidget. She just stopped next to him like she had every right to be there.</w:t>
      </w:r>
    </w:p>
    <w:p>
      <w:pPr>
        <w:spacing w:after="80"/>
      </w:pPr>
      <w:r>
        <w:rPr>
          <w:rFonts w:ascii="Georgia" w:hAnsi="Georgia"/>
          <w:sz w:val="23"/>
        </w:rPr>
        <w:t>“That route,” she said.</w:t>
      </w:r>
    </w:p>
    <w:p>
      <w:pPr>
        <w:spacing w:after="80"/>
      </w:pPr>
      <w:r>
        <w:rPr>
          <w:rFonts w:ascii="Georgia" w:hAnsi="Georgia"/>
          <w:sz w:val="23"/>
        </w:rPr>
        <w:t>Noah looked at her. “What about it?”</w:t>
      </w:r>
    </w:p>
    <w:p>
      <w:pPr>
        <w:spacing w:after="80"/>
      </w:pPr>
      <w:r>
        <w:rPr>
          <w:rFonts w:ascii="Georgia" w:hAnsi="Georgia"/>
          <w:sz w:val="23"/>
        </w:rPr>
        <w:t>She glanced toward the sideline, then back to him. “He broke before you threw it.”</w:t>
      </w:r>
    </w:p>
    <w:p>
      <w:pPr>
        <w:spacing w:after="80"/>
      </w:pPr>
      <w:r>
        <w:rPr>
          <w:rFonts w:ascii="Georgia" w:hAnsi="Georgia"/>
          <w:sz w:val="23"/>
        </w:rPr>
        <w:t>“I know.”</w:t>
      </w:r>
    </w:p>
    <w:p>
      <w:pPr>
        <w:spacing w:after="80"/>
      </w:pPr>
      <w:r>
        <w:rPr>
          <w:rFonts w:ascii="Georgia" w:hAnsi="Georgia"/>
          <w:sz w:val="23"/>
        </w:rPr>
        <w:t>“No. Before you even looked there.”</w:t>
      </w:r>
    </w:p>
    <w:p>
      <w:pPr>
        <w:spacing w:after="80"/>
      </w:pPr>
      <w:r>
        <w:rPr>
          <w:rFonts w:ascii="Georgia" w:hAnsi="Georgia"/>
          <w:sz w:val="23"/>
        </w:rPr>
        <w:t>Noah zipped his bag harder than necessary. “Maybe Jalen guessed.”</w:t>
      </w:r>
    </w:p>
    <w:p>
      <w:pPr>
        <w:spacing w:after="80"/>
      </w:pPr>
      <w:r>
        <w:rPr>
          <w:rFonts w:ascii="Georgia" w:hAnsi="Georgia"/>
          <w:sz w:val="23"/>
        </w:rPr>
        <w:t>Vee gave him a look that made him feel about six years old. “That’s a dumb guess.”</w:t>
      </w:r>
    </w:p>
    <w:p>
      <w:pPr>
        <w:spacing w:after="80"/>
      </w:pPr>
      <w:r>
        <w:rPr>
          <w:rFonts w:ascii="Georgia" w:hAnsi="Georgia"/>
          <w:sz w:val="23"/>
        </w:rPr>
        <w:t>He almost told her to mind her own business.</w:t>
      </w:r>
    </w:p>
    <w:p>
      <w:pPr>
        <w:spacing w:after="80"/>
      </w:pPr>
      <w:r>
        <w:rPr>
          <w:rFonts w:ascii="Georgia" w:hAnsi="Georgia"/>
          <w:sz w:val="23"/>
        </w:rPr>
        <w:t>Instead he said, “You saw the sideline too.”</w:t>
      </w:r>
    </w:p>
    <w:p>
      <w:pPr>
        <w:spacing w:after="80"/>
      </w:pPr>
      <w:r>
        <w:rPr>
          <w:rFonts w:ascii="Georgia" w:hAnsi="Georgia"/>
          <w:sz w:val="23"/>
        </w:rPr>
        <w:t>She nodded once.</w:t>
      </w:r>
    </w:p>
    <w:p>
      <w:pPr>
        <w:spacing w:after="80"/>
      </w:pPr>
      <w:r>
        <w:rPr>
          <w:rFonts w:ascii="Georgia" w:hAnsi="Georgia"/>
          <w:sz w:val="23"/>
        </w:rPr>
        <w:t>“Who was it?”</w:t>
      </w:r>
    </w:p>
    <w:p>
      <w:pPr>
        <w:spacing w:after="80"/>
      </w:pPr>
      <w:r>
        <w:rPr>
          <w:rFonts w:ascii="Georgia" w:hAnsi="Georgia"/>
          <w:sz w:val="23"/>
        </w:rPr>
        <w:t>“Didn’t see the face.” She shifted the football from one hand to the other. “Just the signal. Two fingers, then one.”</w:t>
      </w:r>
    </w:p>
    <w:p>
      <w:pPr>
        <w:spacing w:after="80"/>
      </w:pPr>
      <w:r>
        <w:rPr>
          <w:rFonts w:ascii="Georgia" w:hAnsi="Georgia"/>
          <w:sz w:val="23"/>
        </w:rPr>
        <w:t>Noah looked toward the folding chairs. Most of the parents were gone now. A couple lingered near the gate. Coach Law was near midfield talking to Devin and Owen. Micah was at the far hash with his mom, tossing a ball underhand and catching it without looking.</w:t>
      </w:r>
    </w:p>
    <w:p>
      <w:pPr>
        <w:spacing w:after="80"/>
      </w:pPr>
      <w:r>
        <w:rPr>
          <w:rFonts w:ascii="Georgia" w:hAnsi="Georgia"/>
          <w:sz w:val="23"/>
        </w:rPr>
        <w:t>“You telling Coach?” Vee asked.</w:t>
      </w:r>
    </w:p>
    <w:p>
      <w:pPr>
        <w:spacing w:after="80"/>
      </w:pPr>
      <w:r>
        <w:rPr>
          <w:rFonts w:ascii="Georgia" w:hAnsi="Georgia"/>
          <w:sz w:val="23"/>
        </w:rPr>
        <w:t>Noah frowned. “Why would I tell Coach before I know what it was?”</w:t>
      </w:r>
    </w:p>
    <w:p>
      <w:pPr>
        <w:spacing w:after="80"/>
      </w:pPr>
      <w:r>
        <w:rPr>
          <w:rFonts w:ascii="Georgia" w:hAnsi="Georgia"/>
          <w:sz w:val="23"/>
        </w:rPr>
        <w:t>Her eyebrows lifted. “Because if somebody’s copying signals, that seems important.”</w:t>
      </w:r>
    </w:p>
    <w:p>
      <w:pPr>
        <w:spacing w:after="80"/>
      </w:pPr>
      <w:r>
        <w:rPr>
          <w:rFonts w:ascii="Georgia" w:hAnsi="Georgia"/>
          <w:sz w:val="23"/>
        </w:rPr>
        <w:t>“It could’ve been nothing.”</w:t>
      </w:r>
    </w:p>
    <w:p>
      <w:pPr>
        <w:spacing w:after="80"/>
      </w:pPr>
      <w:r>
        <w:rPr>
          <w:rFonts w:ascii="Georgia" w:hAnsi="Georgia"/>
          <w:sz w:val="23"/>
        </w:rPr>
        <w:t>“Then why are you still thinking about it?”</w:t>
      </w:r>
    </w:p>
    <w:p>
      <w:pPr>
        <w:spacing w:after="80"/>
      </w:pPr>
      <w:r>
        <w:rPr>
          <w:rFonts w:ascii="Georgia" w:hAnsi="Georgia"/>
          <w:sz w:val="23"/>
        </w:rPr>
        <w:t>That landed harder than he wanted.</w:t>
      </w:r>
    </w:p>
    <w:p>
      <w:pPr>
        <w:spacing w:after="80"/>
      </w:pPr>
      <w:r>
        <w:rPr>
          <w:rFonts w:ascii="Georgia" w:hAnsi="Georgia"/>
          <w:sz w:val="23"/>
        </w:rPr>
        <w:t>Before he could answer, Rico trotted up, one cleat untied and his bag hanging open. “What are you two detectives whispering about?”</w:t>
      </w:r>
    </w:p>
    <w:p>
      <w:pPr>
        <w:spacing w:after="80"/>
      </w:pPr>
      <w:r>
        <w:rPr>
          <w:rFonts w:ascii="Georgia" w:hAnsi="Georgia"/>
          <w:sz w:val="23"/>
        </w:rPr>
        <w:t>“Nothing,” Noah and Vee said at the same time.</w:t>
      </w:r>
    </w:p>
    <w:p>
      <w:pPr>
        <w:spacing w:after="80"/>
      </w:pPr>
      <w:r>
        <w:rPr>
          <w:rFonts w:ascii="Georgia" w:hAnsi="Georgia"/>
          <w:sz w:val="23"/>
        </w:rPr>
        <w:t>Rico grinned. “That means definitely something.”</w:t>
      </w:r>
    </w:p>
    <w:p>
      <w:pPr>
        <w:spacing w:after="80"/>
      </w:pPr>
      <w:r>
        <w:rPr>
          <w:rFonts w:ascii="Georgia" w:hAnsi="Georgia"/>
          <w:sz w:val="23"/>
        </w:rPr>
        <w:t>Vee turned and walked away before he could ask more.</w:t>
      </w:r>
    </w:p>
    <w:p>
      <w:pPr>
        <w:spacing w:after="80"/>
      </w:pPr>
      <w:r>
        <w:rPr>
          <w:rFonts w:ascii="Georgia" w:hAnsi="Georgia"/>
          <w:sz w:val="23"/>
        </w:rPr>
        <w:t>Rico watched her go. “She scares people in a way I respect.”</w:t>
      </w:r>
    </w:p>
    <w:p>
      <w:pPr>
        <w:spacing w:after="80"/>
      </w:pPr>
      <w:r>
        <w:rPr>
          <w:rFonts w:ascii="Georgia" w:hAnsi="Georgia"/>
          <w:sz w:val="23"/>
        </w:rPr>
        <w:t>“She doesn’t scare me,” Noah said.</w:t>
      </w:r>
    </w:p>
    <w:p>
      <w:pPr>
        <w:spacing w:after="80"/>
      </w:pPr>
      <w:r>
        <w:rPr>
          <w:rFonts w:ascii="Georgia" w:hAnsi="Georgia"/>
          <w:sz w:val="23"/>
        </w:rPr>
        <w:t>“Sure.”</w:t>
      </w:r>
    </w:p>
    <w:p>
      <w:pPr>
        <w:spacing w:after="80"/>
      </w:pPr>
      <w:r>
        <w:rPr>
          <w:rFonts w:ascii="Georgia" w:hAnsi="Georgia"/>
          <w:sz w:val="23"/>
        </w:rPr>
        <w:t>Noah slung his bag over his shoulder. “You heading out?”</w:t>
      </w:r>
    </w:p>
    <w:p>
      <w:pPr>
        <w:spacing w:after="80"/>
      </w:pPr>
      <w:r>
        <w:rPr>
          <w:rFonts w:ascii="Georgia" w:hAnsi="Georgia"/>
          <w:sz w:val="23"/>
        </w:rPr>
        <w:t>“In a second.” Rico bent to fix his lace. “My cousin’s picking me up.”</w:t>
      </w:r>
    </w:p>
    <w:p>
      <w:pPr>
        <w:spacing w:after="80"/>
      </w:pPr>
      <w:r>
        <w:rPr>
          <w:rFonts w:ascii="Georgia" w:hAnsi="Georgia"/>
          <w:sz w:val="23"/>
        </w:rPr>
        <w:t>Noah almost kept walking, but something made him stop.</w:t>
      </w:r>
    </w:p>
    <w:p>
      <w:pPr>
        <w:spacing w:after="80"/>
      </w:pPr>
      <w:r>
        <w:rPr>
          <w:rFonts w:ascii="Georgia" w:hAnsi="Georgia"/>
          <w:sz w:val="23"/>
        </w:rPr>
        <w:t>“Hey,” he said, trying to sound casual. “You see anybody on the far sideline during red zone? Like... signaling or something?”</w:t>
      </w:r>
    </w:p>
    <w:p>
      <w:pPr>
        <w:spacing w:after="80"/>
      </w:pPr>
      <w:r>
        <w:rPr>
          <w:rFonts w:ascii="Georgia" w:hAnsi="Georgia"/>
          <w:sz w:val="23"/>
        </w:rPr>
        <w:t>Rico looked up. “Signaling?”</w:t>
      </w:r>
    </w:p>
    <w:p>
      <w:pPr>
        <w:spacing w:after="80"/>
      </w:pPr>
      <w:r>
        <w:rPr>
          <w:rFonts w:ascii="Georgia" w:hAnsi="Georgia"/>
          <w:sz w:val="23"/>
        </w:rPr>
        <w:t>“Never mind.”</w:t>
      </w:r>
    </w:p>
    <w:p>
      <w:pPr>
        <w:spacing w:after="80"/>
      </w:pPr>
      <w:r>
        <w:rPr>
          <w:rFonts w:ascii="Georgia" w:hAnsi="Georgia"/>
          <w:sz w:val="23"/>
        </w:rPr>
        <w:t>“No, I mean, I wasn’t really paying attention to parents.” He stood. “Why?”</w:t>
      </w:r>
    </w:p>
    <w:p>
      <w:pPr>
        <w:spacing w:after="80"/>
      </w:pPr>
      <w:r>
        <w:rPr>
          <w:rFonts w:ascii="Georgia" w:hAnsi="Georgia"/>
          <w:sz w:val="23"/>
        </w:rPr>
        <w:t>Noah shrugged. “Thought I saw something.”</w:t>
      </w:r>
    </w:p>
    <w:p>
      <w:pPr>
        <w:spacing w:after="80"/>
      </w:pPr>
      <w:r>
        <w:rPr>
          <w:rFonts w:ascii="Georgia" w:hAnsi="Georgia"/>
          <w:sz w:val="23"/>
        </w:rPr>
        <w:t>Rico spread his hands. “Bro, I’m just trying not to die in conditioning.”</w:t>
      </w:r>
    </w:p>
    <w:p>
      <w:pPr>
        <w:spacing w:after="80"/>
      </w:pPr>
      <w:r>
        <w:rPr>
          <w:rFonts w:ascii="Georgia" w:hAnsi="Georgia"/>
          <w:sz w:val="23"/>
        </w:rPr>
        <w:t>That was normal enough. Maybe too normal. Noah couldn’t tell.</w:t>
      </w:r>
    </w:p>
    <w:p>
      <w:pPr>
        <w:spacing w:after="80"/>
      </w:pPr>
      <w:r>
        <w:rPr>
          <w:rFonts w:ascii="Georgia" w:hAnsi="Georgia"/>
          <w:sz w:val="23"/>
        </w:rPr>
        <w:t>He left the field with his dad a few minutes later.</w:t>
      </w:r>
    </w:p>
    <w:p>
      <w:pPr>
        <w:spacing w:after="80"/>
      </w:pPr>
      <w:r>
        <w:rPr>
          <w:rFonts w:ascii="Georgia" w:hAnsi="Georgia"/>
          <w:sz w:val="23"/>
        </w:rPr>
        <w:t>Coach Law’s truck smelled like old coffee, cut grass, and the peppermint gum he always kept in the console but never offered first. Noah tossed his bag in the back and climbed in, still sweaty, still replaying the pick in his head.</w:t>
      </w:r>
    </w:p>
    <w:p>
      <w:pPr>
        <w:spacing w:after="80"/>
      </w:pPr>
      <w:r>
        <w:rPr>
          <w:rFonts w:ascii="Georgia" w:hAnsi="Georgia"/>
          <w:sz w:val="23"/>
        </w:rPr>
        <w:t>His dad started the engine. “You got quiet.”</w:t>
      </w:r>
    </w:p>
    <w:p>
      <w:pPr>
        <w:spacing w:after="80"/>
      </w:pPr>
      <w:r>
        <w:rPr>
          <w:rFonts w:ascii="Georgia" w:hAnsi="Georgia"/>
          <w:sz w:val="23"/>
        </w:rPr>
        <w:t>Noah stared out the windshield. “Tired.”</w:t>
      </w:r>
    </w:p>
    <w:p>
      <w:pPr>
        <w:spacing w:after="80"/>
      </w:pPr>
      <w:r>
        <w:rPr>
          <w:rFonts w:ascii="Georgia" w:hAnsi="Georgia"/>
          <w:sz w:val="23"/>
        </w:rPr>
        <w:t>“You usually talk football after practice.”</w:t>
      </w:r>
    </w:p>
    <w:p>
      <w:pPr>
        <w:spacing w:after="80"/>
      </w:pPr>
      <w:r>
        <w:rPr>
          <w:rFonts w:ascii="Georgia" w:hAnsi="Georgia"/>
          <w:sz w:val="23"/>
        </w:rPr>
        <w:t>Noah shrugged.</w:t>
      </w:r>
    </w:p>
    <w:p>
      <w:pPr>
        <w:spacing w:after="80"/>
      </w:pPr>
      <w:r>
        <w:rPr>
          <w:rFonts w:ascii="Georgia" w:hAnsi="Georgia"/>
          <w:sz w:val="23"/>
        </w:rPr>
        <w:t>Coach Law pulled out of the lot. For a while there was only the low hum of tires and the rattle of pads in the back seat.</w:t>
      </w:r>
    </w:p>
    <w:p>
      <w:pPr>
        <w:spacing w:after="80"/>
      </w:pPr>
      <w:r>
        <w:rPr>
          <w:rFonts w:ascii="Georgia" w:hAnsi="Georgia"/>
          <w:sz w:val="23"/>
        </w:rPr>
        <w:t>Then Coach Law said, “You didn’t like the move with Micah.”</w:t>
      </w:r>
    </w:p>
    <w:p>
      <w:pPr>
        <w:spacing w:after="80"/>
      </w:pPr>
      <w:r>
        <w:rPr>
          <w:rFonts w:ascii="Georgia" w:hAnsi="Georgia"/>
          <w:sz w:val="23"/>
        </w:rPr>
        <w:t>Not a question. That was how he did things sometimes. He just set the truth in the truck between them and waited to see if Noah would lie about it.</w:t>
      </w:r>
    </w:p>
    <w:p>
      <w:pPr>
        <w:spacing w:after="80"/>
      </w:pPr>
      <w:r>
        <w:rPr>
          <w:rFonts w:ascii="Georgia" w:hAnsi="Georgia"/>
          <w:sz w:val="23"/>
        </w:rPr>
        <w:t>Noah watched a row of houses slide by. “You didn’t tell me.”</w:t>
      </w:r>
    </w:p>
    <w:p>
      <w:pPr>
        <w:spacing w:after="80"/>
      </w:pPr>
      <w:r>
        <w:rPr>
          <w:rFonts w:ascii="Georgia" w:hAnsi="Georgia"/>
          <w:sz w:val="23"/>
        </w:rPr>
        <w:t>“I don’t clear roster decisions with players.”</w:t>
      </w:r>
    </w:p>
    <w:p>
      <w:pPr>
        <w:spacing w:after="80"/>
      </w:pPr>
      <w:r>
        <w:rPr>
          <w:rFonts w:ascii="Georgia" w:hAnsi="Georgia"/>
          <w:sz w:val="23"/>
        </w:rPr>
        <w:t>“I’m not just a player.”</w:t>
      </w:r>
    </w:p>
    <w:p>
      <w:pPr>
        <w:spacing w:after="80"/>
      </w:pPr>
      <w:r>
        <w:rPr>
          <w:rFonts w:ascii="Georgia" w:hAnsi="Georgia"/>
          <w:sz w:val="23"/>
        </w:rPr>
        <w:t>The words were out before he could sand them down.</w:t>
      </w:r>
    </w:p>
    <w:p>
      <w:pPr>
        <w:spacing w:after="80"/>
      </w:pPr>
      <w:r>
        <w:rPr>
          <w:rFonts w:ascii="Georgia" w:hAnsi="Georgia"/>
          <w:sz w:val="23"/>
        </w:rPr>
        <w:t>His dad glanced at him once, then back to the road. “No. You’re not.”</w:t>
      </w:r>
    </w:p>
    <w:p>
      <w:pPr>
        <w:spacing w:after="80"/>
      </w:pPr>
      <w:r>
        <w:rPr>
          <w:rFonts w:ascii="Georgia" w:hAnsi="Georgia"/>
          <w:sz w:val="23"/>
        </w:rPr>
        <w:t>That should have helped.</w:t>
      </w:r>
    </w:p>
    <w:p>
      <w:pPr>
        <w:spacing w:after="80"/>
      </w:pPr>
      <w:r>
        <w:rPr>
          <w:rFonts w:ascii="Georgia" w:hAnsi="Georgia"/>
          <w:sz w:val="23"/>
        </w:rPr>
        <w:t>It didn’t.</w:t>
      </w:r>
    </w:p>
    <w:p>
      <w:pPr>
        <w:spacing w:after="80"/>
      </w:pPr>
      <w:r>
        <w:rPr>
          <w:rFonts w:ascii="Georgia" w:hAnsi="Georgia"/>
          <w:sz w:val="23"/>
        </w:rPr>
        <w:t>Noah pressed his thumb against the window glass. “He’s three years younger.”</w:t>
      </w:r>
    </w:p>
    <w:p>
      <w:pPr>
        <w:spacing w:after="80"/>
      </w:pPr>
      <w:r>
        <w:rPr>
          <w:rFonts w:ascii="Georgia" w:hAnsi="Georgia"/>
          <w:sz w:val="23"/>
        </w:rPr>
        <w:t>“He earned the chance.”</w:t>
      </w:r>
    </w:p>
    <w:p>
      <w:pPr>
        <w:spacing w:after="80"/>
      </w:pPr>
      <w:r>
        <w:rPr>
          <w:rFonts w:ascii="Georgia" w:hAnsi="Georgia"/>
          <w:sz w:val="23"/>
        </w:rPr>
        <w:t>“You don’t know how that looks.”</w:t>
      </w:r>
    </w:p>
    <w:p>
      <w:pPr>
        <w:spacing w:after="80"/>
      </w:pPr>
      <w:r>
        <w:rPr>
          <w:rFonts w:ascii="Georgia" w:hAnsi="Georgia"/>
          <w:sz w:val="23"/>
        </w:rPr>
        <w:t>Coach Law’s jaw tightened just a little. “How what looks?”</w:t>
      </w:r>
    </w:p>
    <w:p>
      <w:pPr>
        <w:spacing w:after="80"/>
      </w:pPr>
      <w:r>
        <w:rPr>
          <w:rFonts w:ascii="Georgia" w:hAnsi="Georgia"/>
          <w:sz w:val="23"/>
        </w:rPr>
        <w:t>“You giving him all those reps. You calling him out. You acting like he’s already—”</w:t>
      </w:r>
    </w:p>
    <w:p>
      <w:pPr>
        <w:spacing w:after="80"/>
      </w:pPr>
      <w:r>
        <w:rPr>
          <w:rFonts w:ascii="Georgia" w:hAnsi="Georgia"/>
          <w:sz w:val="23"/>
        </w:rPr>
        <w:t>“Already what?”</w:t>
      </w:r>
    </w:p>
    <w:p>
      <w:pPr>
        <w:spacing w:after="80"/>
      </w:pPr>
      <w:r>
        <w:rPr>
          <w:rFonts w:ascii="Georgia" w:hAnsi="Georgia"/>
          <w:sz w:val="23"/>
        </w:rPr>
        <w:t>Noah stopped.</w:t>
      </w:r>
    </w:p>
    <w:p>
      <w:pPr>
        <w:spacing w:after="80"/>
      </w:pPr>
      <w:r>
        <w:rPr>
          <w:rFonts w:ascii="Georgia" w:hAnsi="Georgia"/>
          <w:sz w:val="23"/>
        </w:rPr>
        <w:t>Already special.</w:t>
      </w:r>
    </w:p>
    <w:p>
      <w:pPr>
        <w:spacing w:after="80"/>
      </w:pPr>
      <w:r>
        <w:rPr>
          <w:rFonts w:ascii="Georgia" w:hAnsi="Georgia"/>
          <w:sz w:val="23"/>
        </w:rPr>
        <w:t>Already worth noticing.</w:t>
      </w:r>
    </w:p>
    <w:p>
      <w:pPr>
        <w:spacing w:after="80"/>
      </w:pPr>
      <w:r>
        <w:rPr>
          <w:rFonts w:ascii="Georgia" w:hAnsi="Georgia"/>
          <w:sz w:val="23"/>
        </w:rPr>
        <w:t>Already getting the kind of small nods and clipped little praise that Noah had spent years chasing.</w:t>
      </w:r>
    </w:p>
    <w:p>
      <w:pPr>
        <w:spacing w:after="80"/>
      </w:pPr>
      <w:r>
        <w:rPr>
          <w:rFonts w:ascii="Georgia" w:hAnsi="Georgia"/>
          <w:sz w:val="23"/>
        </w:rPr>
        <w:t>He hated how childish that sounded in his own head, so he said something else.</w:t>
      </w:r>
    </w:p>
    <w:p>
      <w:pPr>
        <w:spacing w:after="80"/>
      </w:pPr>
      <w:r>
        <w:rPr>
          <w:rFonts w:ascii="Georgia" w:hAnsi="Georgia"/>
          <w:sz w:val="23"/>
        </w:rPr>
        <w:t>“Already part of everything.”</w:t>
      </w:r>
    </w:p>
    <w:p>
      <w:pPr>
        <w:spacing w:after="80"/>
      </w:pPr>
      <w:r>
        <w:rPr>
          <w:rFonts w:ascii="Georgia" w:hAnsi="Georgia"/>
          <w:sz w:val="23"/>
        </w:rPr>
        <w:t>Coach Law was quiet for a second. “If he helps us, he’ll be part of things. Same as everybody else.”</w:t>
      </w:r>
    </w:p>
    <w:p>
      <w:pPr>
        <w:spacing w:after="80"/>
      </w:pPr>
      <w:r>
        <w:rPr>
          <w:rFonts w:ascii="Georgia" w:hAnsi="Georgia"/>
          <w:sz w:val="23"/>
        </w:rPr>
        <w:t>Noah almost laughed at that. Same as everybody else.</w:t>
      </w:r>
    </w:p>
    <w:p>
      <w:pPr>
        <w:spacing w:after="80"/>
      </w:pPr>
      <w:r>
        <w:rPr>
          <w:rFonts w:ascii="Georgia" w:hAnsi="Georgia"/>
          <w:sz w:val="23"/>
        </w:rPr>
        <w:t>Except Noah had never been “everybody else,” and they both knew it.</w:t>
      </w:r>
    </w:p>
    <w:p>
      <w:pPr>
        <w:spacing w:after="80"/>
      </w:pPr>
      <w:r>
        <w:rPr>
          <w:rFonts w:ascii="Georgia" w:hAnsi="Georgia"/>
          <w:sz w:val="23"/>
        </w:rPr>
        <w:t>By the time they got home, he was annoyed at himself for caring and more annoyed that he still cared anyway.</w:t>
      </w:r>
    </w:p>
    <w:p>
      <w:pPr>
        <w:spacing w:after="80"/>
      </w:pPr>
      <w:r>
        <w:rPr>
          <w:rFonts w:ascii="Georgia" w:hAnsi="Georgia"/>
          <w:sz w:val="23"/>
        </w:rPr>
        <w:t>He showered fast, shoved dinner around his plate, and took his homework to the kitchen table, though he mostly just stared at the same math problem while the pick replayed in his brain. The signal. Vee noticing. Jalen breaking too early.</w:t>
      </w:r>
    </w:p>
    <w:p>
      <w:pPr>
        <w:spacing w:after="80"/>
      </w:pPr>
      <w:r>
        <w:rPr>
          <w:rFonts w:ascii="Georgia" w:hAnsi="Georgia"/>
          <w:sz w:val="23"/>
        </w:rPr>
        <w:t>His phone buzzed.</w:t>
      </w:r>
    </w:p>
    <w:p>
      <w:pPr>
        <w:spacing w:after="80"/>
      </w:pPr>
      <w:r>
        <w:rPr>
          <w:rFonts w:ascii="Georgia" w:hAnsi="Georgia"/>
          <w:sz w:val="23"/>
        </w:rPr>
        <w:t>Prime 8 Squad group chat.</w:t>
      </w:r>
    </w:p>
    <w:p>
      <w:pPr>
        <w:spacing w:after="80"/>
      </w:pPr>
      <w:r>
        <w:rPr>
          <w:rFonts w:ascii="Georgia" w:hAnsi="Georgia"/>
          <w:sz w:val="23"/>
        </w:rPr>
        <w:t>Rico: JALEN BEEN STUDYING FILM OF NOAH’S SOUL</w:t>
      </w:r>
    </w:p>
    <w:p>
      <w:pPr>
        <w:spacing w:after="80"/>
      </w:pPr>
      <w:r>
        <w:rPr>
          <w:rFonts w:ascii="Georgia" w:hAnsi="Georgia"/>
          <w:sz w:val="23"/>
        </w:rPr>
        <w:t>Jalen: AND PICKING IT OFF</w:t>
      </w:r>
    </w:p>
    <w:p>
      <w:pPr>
        <w:spacing w:after="80"/>
      </w:pPr>
      <w:r>
        <w:rPr>
          <w:rFonts w:ascii="Georgia" w:hAnsi="Georgia"/>
          <w:sz w:val="23"/>
        </w:rPr>
        <w:t>Devin: Not how film works</w:t>
      </w:r>
    </w:p>
    <w:p>
      <w:pPr>
        <w:spacing w:after="80"/>
      </w:pPr>
      <w:r>
        <w:rPr>
          <w:rFonts w:ascii="Georgia" w:hAnsi="Georgia"/>
          <w:sz w:val="23"/>
        </w:rPr>
        <w:t>Owen: Also not how souls work</w:t>
      </w:r>
    </w:p>
    <w:p>
      <w:pPr>
        <w:spacing w:after="80"/>
      </w:pPr>
      <w:r>
        <w:rPr>
          <w:rFonts w:ascii="Georgia" w:hAnsi="Georgia"/>
          <w:sz w:val="23"/>
        </w:rPr>
        <w:t>Micah: 😂😂😂</w:t>
      </w:r>
    </w:p>
    <w:p>
      <w:pPr>
        <w:spacing w:after="80"/>
      </w:pPr>
      <w:r>
        <w:rPr>
          <w:rFonts w:ascii="Georgia" w:hAnsi="Georgia"/>
          <w:sz w:val="23"/>
        </w:rPr>
        <w:t>Noah looked at that last one longer than he should have.</w:t>
      </w:r>
    </w:p>
    <w:p>
      <w:pPr>
        <w:spacing w:after="80"/>
      </w:pPr>
      <w:r>
        <w:rPr>
          <w:rFonts w:ascii="Georgia" w:hAnsi="Georgia"/>
          <w:sz w:val="23"/>
        </w:rPr>
        <w:t>Then another message popped up.</w:t>
      </w:r>
    </w:p>
    <w:p>
      <w:pPr>
        <w:spacing w:after="80"/>
      </w:pPr>
      <w:r>
        <w:rPr>
          <w:rFonts w:ascii="Georgia" w:hAnsi="Georgia"/>
          <w:sz w:val="23"/>
        </w:rPr>
        <w:t>Jalen: little bro already fitting in</w:t>
      </w:r>
    </w:p>
    <w:p>
      <w:pPr>
        <w:spacing w:after="80"/>
      </w:pPr>
      <w:r>
        <w:rPr>
          <w:rFonts w:ascii="Georgia" w:hAnsi="Georgia"/>
          <w:sz w:val="23"/>
        </w:rPr>
        <w:t>Rico: unfortunately yes</w:t>
      </w:r>
    </w:p>
    <w:p>
      <w:pPr>
        <w:spacing w:after="80"/>
      </w:pPr>
      <w:r>
        <w:rPr>
          <w:rFonts w:ascii="Georgia" w:hAnsi="Georgia"/>
          <w:sz w:val="23"/>
        </w:rPr>
        <w:t>Micah: i’m not little bro</w:t>
      </w:r>
    </w:p>
    <w:p>
      <w:pPr>
        <w:spacing w:after="80"/>
      </w:pPr>
      <w:r>
        <w:rPr>
          <w:rFonts w:ascii="Georgia" w:hAnsi="Georgia"/>
          <w:sz w:val="23"/>
        </w:rPr>
        <w:t>Jalen: u absolutely are</w:t>
      </w:r>
    </w:p>
    <w:p>
      <w:pPr>
        <w:spacing w:after="80"/>
      </w:pPr>
      <w:r>
        <w:rPr>
          <w:rFonts w:ascii="Georgia" w:hAnsi="Georgia"/>
          <w:sz w:val="23"/>
        </w:rPr>
        <w:t>Micah: race me then</w:t>
      </w:r>
    </w:p>
    <w:p>
      <w:pPr>
        <w:spacing w:after="80"/>
      </w:pPr>
      <w:r>
        <w:rPr>
          <w:rFonts w:ascii="Georgia" w:hAnsi="Georgia"/>
          <w:sz w:val="23"/>
        </w:rPr>
        <w:t>Rico: CHILDREN PLEASE</w:t>
      </w:r>
    </w:p>
    <w:p>
      <w:pPr>
        <w:spacing w:after="80"/>
      </w:pPr>
      <w:r>
        <w:rPr>
          <w:rFonts w:ascii="Georgia" w:hAnsi="Georgia"/>
          <w:sz w:val="23"/>
        </w:rPr>
        <w:t>Noah tossed the phone face down.</w:t>
      </w:r>
    </w:p>
    <w:p>
      <w:pPr>
        <w:spacing w:after="80"/>
      </w:pPr>
      <w:r>
        <w:rPr>
          <w:rFonts w:ascii="Georgia" w:hAnsi="Georgia"/>
          <w:sz w:val="23"/>
        </w:rPr>
        <w:t>A minute later it buzzed again. Then again.</w:t>
      </w:r>
    </w:p>
    <w:p>
      <w:pPr>
        <w:spacing w:after="80"/>
      </w:pPr>
      <w:r>
        <w:rPr>
          <w:rFonts w:ascii="Georgia" w:hAnsi="Georgia"/>
          <w:sz w:val="23"/>
        </w:rPr>
        <w:t>When he finally looked, it was a direct text from Devin.</w:t>
      </w:r>
    </w:p>
    <w:p>
      <w:pPr>
        <w:spacing w:after="80"/>
      </w:pPr>
      <w:r>
        <w:rPr>
          <w:rFonts w:ascii="Georgia" w:hAnsi="Georgia"/>
          <w:sz w:val="23"/>
        </w:rPr>
        <w:t>You think it was weird too?</w:t>
      </w:r>
    </w:p>
    <w:p>
      <w:pPr>
        <w:spacing w:after="80"/>
      </w:pPr>
      <w:r>
        <w:rPr>
          <w:rFonts w:ascii="Georgia" w:hAnsi="Georgia"/>
          <w:sz w:val="23"/>
        </w:rPr>
        <w:t>Noah stared at the screen.</w:t>
      </w:r>
    </w:p>
    <w:p>
      <w:pPr>
        <w:spacing w:after="80"/>
      </w:pPr>
      <w:r>
        <w:rPr>
          <w:rFonts w:ascii="Georgia" w:hAnsi="Georgia"/>
          <w:sz w:val="23"/>
        </w:rPr>
        <w:t>Then typed: What?</w:t>
      </w:r>
    </w:p>
    <w:p>
      <w:pPr>
        <w:spacing w:after="80"/>
      </w:pPr>
      <w:r>
        <w:rPr>
          <w:rFonts w:ascii="Georgia" w:hAnsi="Georgia"/>
          <w:sz w:val="23"/>
        </w:rPr>
        <w:t>Three dots appeared right away.</w:t>
      </w:r>
    </w:p>
    <w:p>
      <w:pPr>
        <w:spacing w:after="80"/>
      </w:pPr>
      <w:r>
        <w:rPr>
          <w:rFonts w:ascii="Georgia" w:hAnsi="Georgia"/>
          <w:sz w:val="23"/>
        </w:rPr>
        <w:t>The pick. Don’t do that. You know what I mean.</w:t>
      </w:r>
    </w:p>
    <w:p>
      <w:pPr>
        <w:spacing w:after="80"/>
      </w:pPr>
      <w:r>
        <w:rPr>
          <w:rFonts w:ascii="Georgia" w:hAnsi="Georgia"/>
          <w:sz w:val="23"/>
        </w:rPr>
        <w:t>Noah leaned back in his chair and glanced toward the hallway. He could hear his dad in the living room talking on the phone, probably football, probably schedules or league stuff or some adult version of a huddle.</w:t>
      </w:r>
    </w:p>
    <w:p>
      <w:pPr>
        <w:spacing w:after="80"/>
      </w:pPr>
      <w:r>
        <w:rPr>
          <w:rFonts w:ascii="Georgia" w:hAnsi="Georgia"/>
          <w:sz w:val="23"/>
        </w:rPr>
        <w:t>He typed: Maybe.</w:t>
      </w:r>
    </w:p>
    <w:p>
      <w:pPr>
        <w:spacing w:after="80"/>
      </w:pPr>
      <w:r>
        <w:rPr>
          <w:rFonts w:ascii="Georgia" w:hAnsi="Georgia"/>
          <w:sz w:val="23"/>
        </w:rPr>
        <w:t>Devin answered: Did you see Vee after?</w:t>
      </w:r>
    </w:p>
    <w:p>
      <w:pPr>
        <w:spacing w:after="80"/>
      </w:pPr>
      <w:r>
        <w:rPr>
          <w:rFonts w:ascii="Georgia" w:hAnsi="Georgia"/>
          <w:sz w:val="23"/>
        </w:rPr>
        <w:t>Noah: Yeah</w:t>
      </w:r>
    </w:p>
    <w:p>
      <w:pPr>
        <w:spacing w:after="80"/>
      </w:pPr>
      <w:r>
        <w:rPr>
          <w:rFonts w:ascii="Georgia" w:hAnsi="Georgia"/>
          <w:sz w:val="23"/>
        </w:rPr>
        <w:t>Devin: She looked like she noticed something</w:t>
      </w:r>
    </w:p>
    <w:p>
      <w:pPr>
        <w:spacing w:after="80"/>
      </w:pPr>
      <w:r>
        <w:rPr>
          <w:rFonts w:ascii="Georgia" w:hAnsi="Georgia"/>
          <w:sz w:val="23"/>
        </w:rPr>
        <w:t>Noah: She did</w:t>
      </w:r>
    </w:p>
    <w:p>
      <w:pPr>
        <w:spacing w:after="80"/>
      </w:pPr>
      <w:r>
        <w:rPr>
          <w:rFonts w:ascii="Georgia" w:hAnsi="Georgia"/>
          <w:sz w:val="23"/>
        </w:rPr>
        <w:t>Devin: You gonna tell Coach?</w:t>
      </w:r>
    </w:p>
    <w:p>
      <w:pPr>
        <w:spacing w:after="80"/>
      </w:pPr>
      <w:r>
        <w:rPr>
          <w:rFonts w:ascii="Georgia" w:hAnsi="Georgia"/>
          <w:sz w:val="23"/>
        </w:rPr>
        <w:t>There it was again.</w:t>
      </w:r>
    </w:p>
    <w:p>
      <w:pPr>
        <w:spacing w:after="80"/>
      </w:pPr>
      <w:r>
        <w:rPr>
          <w:rFonts w:ascii="Georgia" w:hAnsi="Georgia"/>
          <w:sz w:val="23"/>
        </w:rPr>
        <w:t>Noah set the phone down and rubbed both hands over his face.</w:t>
      </w:r>
    </w:p>
    <w:p>
      <w:pPr>
        <w:spacing w:after="80"/>
      </w:pPr>
      <w:r>
        <w:rPr>
          <w:rFonts w:ascii="Georgia" w:hAnsi="Georgia"/>
          <w:sz w:val="23"/>
        </w:rPr>
        <w:t>Part of him wanted to tell his dad everything. The signal. The timing. The weird feeling in his chest when Jalen broke before the throw. But another part of him already knew how the conversation would go.</w:t>
      </w:r>
    </w:p>
    <w:p>
      <w:pPr>
        <w:spacing w:after="80"/>
      </w:pPr>
      <w:r>
        <w:rPr>
          <w:rFonts w:ascii="Georgia" w:hAnsi="Georgia"/>
          <w:sz w:val="23"/>
        </w:rPr>
        <w:t>What exactly did you see?</w:t>
        <w:br/>
        <w:t>Are you sure?</w:t>
        <w:br/>
        <w:t>Don’t jump to conclusions.</w:t>
        <w:br/>
        <w:t>Bad habits start with excuses.</w:t>
      </w:r>
    </w:p>
    <w:p>
      <w:pPr>
        <w:spacing w:after="80"/>
      </w:pPr>
      <w:r>
        <w:rPr>
          <w:rFonts w:ascii="Georgia" w:hAnsi="Georgia"/>
          <w:sz w:val="23"/>
        </w:rPr>
        <w:t>Coach Law did not love guesses. He loved certainty.</w:t>
      </w:r>
    </w:p>
    <w:p>
      <w:pPr>
        <w:spacing w:after="80"/>
      </w:pPr>
      <w:r>
        <w:rPr>
          <w:rFonts w:ascii="Georgia" w:hAnsi="Georgia"/>
          <w:sz w:val="23"/>
        </w:rPr>
        <w:t>And Noah didn’t have certainty. He had a feeling. A couple seconds. Vee’s face. That was it.</w:t>
      </w:r>
    </w:p>
    <w:p>
      <w:pPr>
        <w:spacing w:after="80"/>
      </w:pPr>
      <w:r>
        <w:rPr>
          <w:rFonts w:ascii="Georgia" w:hAnsi="Georgia"/>
          <w:sz w:val="23"/>
        </w:rPr>
        <w:t>He picked the phone back up.</w:t>
      </w:r>
    </w:p>
    <w:p>
      <w:pPr>
        <w:spacing w:after="80"/>
      </w:pPr>
      <w:r>
        <w:rPr>
          <w:rFonts w:ascii="Georgia" w:hAnsi="Georgia"/>
          <w:sz w:val="23"/>
        </w:rPr>
        <w:t>Not yet</w:t>
      </w:r>
    </w:p>
    <w:p>
      <w:pPr>
        <w:spacing w:after="80"/>
      </w:pPr>
      <w:r>
        <w:rPr>
          <w:rFonts w:ascii="Georgia" w:hAnsi="Georgia"/>
          <w:sz w:val="23"/>
        </w:rPr>
        <w:t>Devin replied almost immediately.</w:t>
      </w:r>
    </w:p>
    <w:p>
      <w:pPr>
        <w:spacing w:after="80"/>
      </w:pPr>
      <w:r>
        <w:rPr>
          <w:rFonts w:ascii="Georgia" w:hAnsi="Georgia"/>
          <w:sz w:val="23"/>
        </w:rPr>
        <w:t>Okay. But don’t wait too long if it keeps happening.</w:t>
      </w:r>
    </w:p>
    <w:p>
      <w:pPr>
        <w:spacing w:after="80"/>
      </w:pPr>
      <w:r>
        <w:rPr>
          <w:rFonts w:ascii="Georgia" w:hAnsi="Georgia"/>
          <w:sz w:val="23"/>
        </w:rPr>
        <w:t>That phrase stuck.</w:t>
      </w:r>
    </w:p>
    <w:p>
      <w:pPr>
        <w:spacing w:after="80"/>
      </w:pPr>
      <w:r>
        <w:rPr>
          <w:rFonts w:ascii="Georgia" w:hAnsi="Georgia"/>
          <w:sz w:val="23"/>
        </w:rPr>
        <w:t>If it keeps happening.</w:t>
      </w:r>
    </w:p>
    <w:p>
      <w:pPr>
        <w:spacing w:after="80"/>
      </w:pPr>
      <w:r>
        <w:rPr>
          <w:rFonts w:ascii="Georgia" w:hAnsi="Georgia"/>
          <w:sz w:val="23"/>
        </w:rPr>
        <w:t>Noah slept badly.</w:t>
      </w:r>
    </w:p>
    <w:p>
      <w:pPr>
        <w:spacing w:after="80"/>
      </w:pPr>
      <w:r>
        <w:rPr>
          <w:rFonts w:ascii="Georgia" w:hAnsi="Georgia"/>
          <w:sz w:val="23"/>
        </w:rPr>
        <w:t>The next morning was game day.</w:t>
      </w:r>
    </w:p>
    <w:p>
      <w:pPr>
        <w:spacing w:after="80"/>
      </w:pPr>
      <w:r>
        <w:rPr>
          <w:rFonts w:ascii="Georgia" w:hAnsi="Georgia"/>
          <w:sz w:val="23"/>
        </w:rPr>
        <w:t>The first game of the season wasn’t one of the biggest on the schedule, but it mattered because all first games mattered. They told you whether the version of your team from your imagination had anything to do with the version that showed up under lights.</w:t>
      </w:r>
    </w:p>
    <w:p>
      <w:pPr>
        <w:spacing w:after="80"/>
      </w:pPr>
      <w:r>
        <w:rPr>
          <w:rFonts w:ascii="Georgia" w:hAnsi="Georgia"/>
          <w:sz w:val="23"/>
        </w:rPr>
        <w:t>Prime 8 arrived early. Coach Law liked early. Devin liked early because Coach Law liked early. Noah liked early because it gave him time to feel like he belonged before anybody else got there.</w:t>
      </w:r>
    </w:p>
    <w:p>
      <w:pPr>
        <w:spacing w:after="80"/>
      </w:pPr>
      <w:r>
        <w:rPr>
          <w:rFonts w:ascii="Georgia" w:hAnsi="Georgia"/>
          <w:sz w:val="23"/>
        </w:rPr>
        <w:t>The field was bigger than their practice field, with brighter lines and a scoreboard that still showed zeros all the way across. Across from them, the Northgate Falcons were warming up in black and silver. Noah knew a couple of their players from camps and tournaments. Fast team. Mouthy team. Usually disciplined.</w:t>
      </w:r>
    </w:p>
    <w:p>
      <w:pPr>
        <w:spacing w:after="80"/>
      </w:pPr>
      <w:r>
        <w:rPr>
          <w:rFonts w:ascii="Georgia" w:hAnsi="Georgia"/>
          <w:sz w:val="23"/>
        </w:rPr>
        <w:t>Rico jogged over during warmups and nodded toward Northgate’s sideline. “Their coach always looks like he’s auditioning to yell at refs in a movie.”</w:t>
      </w:r>
    </w:p>
    <w:p>
      <w:pPr>
        <w:spacing w:after="80"/>
      </w:pPr>
      <w:r>
        <w:rPr>
          <w:rFonts w:ascii="Georgia" w:hAnsi="Georgia"/>
          <w:sz w:val="23"/>
        </w:rPr>
        <w:t>Jalen bounced on his toes. “Good. I came prepared to ruin somebody’s afternoon.”</w:t>
      </w:r>
    </w:p>
    <w:p>
      <w:pPr>
        <w:spacing w:after="80"/>
      </w:pPr>
      <w:r>
        <w:rPr>
          <w:rFonts w:ascii="Georgia" w:hAnsi="Georgia"/>
          <w:sz w:val="23"/>
        </w:rPr>
        <w:t>Owen stretched his hamstrings in exact, boring silence.</w:t>
      </w:r>
    </w:p>
    <w:p>
      <w:pPr>
        <w:spacing w:after="80"/>
      </w:pPr>
      <w:r>
        <w:rPr>
          <w:rFonts w:ascii="Georgia" w:hAnsi="Georgia"/>
          <w:sz w:val="23"/>
        </w:rPr>
        <w:t>Micah, already in gloves, kept glancing across the field with that eager look he got when something competitive was about to happen. Not nervous. Hungry.</w:t>
      </w:r>
    </w:p>
    <w:p>
      <w:pPr>
        <w:spacing w:after="80"/>
      </w:pPr>
      <w:r>
        <w:rPr>
          <w:rFonts w:ascii="Georgia" w:hAnsi="Georgia"/>
          <w:sz w:val="23"/>
        </w:rPr>
        <w:t>Noah hated that he noticed every time.</w:t>
      </w:r>
    </w:p>
    <w:p>
      <w:pPr>
        <w:spacing w:after="80"/>
      </w:pPr>
      <w:r>
        <w:rPr>
          <w:rFonts w:ascii="Georgia" w:hAnsi="Georgia"/>
          <w:sz w:val="23"/>
        </w:rPr>
        <w:t>During pregame passing, Devin snapped him a perfect ball and said quietly, “You good?”</w:t>
      </w:r>
    </w:p>
    <w:p>
      <w:pPr>
        <w:spacing w:after="80"/>
      </w:pPr>
      <w:r>
        <w:rPr>
          <w:rFonts w:ascii="Georgia" w:hAnsi="Georgia"/>
          <w:sz w:val="23"/>
        </w:rPr>
        <w:t>“Yep.”</w:t>
      </w:r>
    </w:p>
    <w:p>
      <w:pPr>
        <w:spacing w:after="80"/>
      </w:pPr>
      <w:r>
        <w:rPr>
          <w:rFonts w:ascii="Georgia" w:hAnsi="Georgia"/>
          <w:sz w:val="23"/>
        </w:rPr>
        <w:t>“That answer means no.”</w:t>
      </w:r>
    </w:p>
    <w:p>
      <w:pPr>
        <w:spacing w:after="80"/>
      </w:pPr>
      <w:r>
        <w:rPr>
          <w:rFonts w:ascii="Georgia" w:hAnsi="Georgia"/>
          <w:sz w:val="23"/>
        </w:rPr>
        <w:t>Noah fired a deep out to Rico. “Then stop asking.”</w:t>
      </w:r>
    </w:p>
    <w:p>
      <w:pPr>
        <w:spacing w:after="80"/>
      </w:pPr>
      <w:r>
        <w:rPr>
          <w:rFonts w:ascii="Georgia" w:hAnsi="Georgia"/>
          <w:sz w:val="23"/>
        </w:rPr>
        <w:t>Devin didn’t. That was the problem with Devin. He rarely pushed hard, but he also never really let go once he thought something mattered.</w:t>
      </w:r>
    </w:p>
    <w:p>
      <w:pPr>
        <w:spacing w:after="80"/>
      </w:pPr>
      <w:r>
        <w:rPr>
          <w:rFonts w:ascii="Georgia" w:hAnsi="Georgia"/>
          <w:sz w:val="23"/>
        </w:rPr>
        <w:t>Coach Law brought them in before kickoff.</w:t>
      </w:r>
    </w:p>
    <w:p>
      <w:pPr>
        <w:spacing w:after="80"/>
      </w:pPr>
      <w:r>
        <w:rPr>
          <w:rFonts w:ascii="Georgia" w:hAnsi="Georgia"/>
          <w:sz w:val="23"/>
        </w:rPr>
        <w:t>“Composure,” he said. “Energy under control. We do our jobs, we communicate, we trust each other.”</w:t>
      </w:r>
    </w:p>
    <w:p>
      <w:pPr>
        <w:spacing w:after="80"/>
      </w:pPr>
      <w:r>
        <w:rPr>
          <w:rFonts w:ascii="Georgia" w:hAnsi="Georgia"/>
          <w:sz w:val="23"/>
        </w:rPr>
        <w:t>The word trust snagged on Noah’s attention.</w:t>
      </w:r>
    </w:p>
    <w:p>
      <w:pPr>
        <w:spacing w:after="80"/>
      </w:pPr>
      <w:r>
        <w:rPr>
          <w:rFonts w:ascii="Georgia" w:hAnsi="Georgia"/>
          <w:sz w:val="23"/>
        </w:rPr>
        <w:t>“We are not chasing highlights,” Coach Law continued. “We are chasing execution. Pride is in preparation. Pride is in details. Pride is in doing your job when nobody claps for it.”</w:t>
      </w:r>
    </w:p>
    <w:p>
      <w:pPr>
        <w:spacing w:after="80"/>
      </w:pPr>
      <w:r>
        <w:rPr>
          <w:rFonts w:ascii="Georgia" w:hAnsi="Georgia"/>
          <w:sz w:val="23"/>
        </w:rPr>
        <w:t>That one hit too.</w:t>
      </w:r>
    </w:p>
    <w:p>
      <w:pPr>
        <w:spacing w:after="80"/>
      </w:pPr>
      <w:r>
        <w:rPr>
          <w:rFonts w:ascii="Georgia" w:hAnsi="Georgia"/>
          <w:sz w:val="23"/>
        </w:rPr>
        <w:t>Noah looked down briefly, then back up.</w:t>
      </w:r>
    </w:p>
    <w:p>
      <w:pPr>
        <w:spacing w:after="80"/>
      </w:pPr>
      <w:r>
        <w:rPr>
          <w:rFonts w:ascii="Georgia" w:hAnsi="Georgia"/>
          <w:sz w:val="23"/>
        </w:rPr>
        <w:t>The refs called captains. Noah walked out with Devin and Jalen. The coin went up. Prime 8 won and deferred. Defense first.</w:t>
      </w:r>
    </w:p>
    <w:p>
      <w:pPr>
        <w:spacing w:after="80"/>
      </w:pPr>
      <w:r>
        <w:rPr>
          <w:rFonts w:ascii="Georgia" w:hAnsi="Georgia"/>
          <w:sz w:val="23"/>
        </w:rPr>
        <w:t>Jalen loved that.</w:t>
      </w:r>
    </w:p>
    <w:p>
      <w:pPr>
        <w:spacing w:after="80"/>
      </w:pPr>
      <w:r>
        <w:rPr>
          <w:rFonts w:ascii="Georgia" w:hAnsi="Georgia"/>
          <w:sz w:val="23"/>
        </w:rPr>
        <w:t>“Setting the tone,” he said as they jogged off.</w:t>
      </w:r>
    </w:p>
    <w:p>
      <w:pPr>
        <w:spacing w:after="80"/>
      </w:pPr>
      <w:r>
        <w:rPr>
          <w:rFonts w:ascii="Georgia" w:hAnsi="Georgia"/>
          <w:sz w:val="23"/>
        </w:rPr>
        <w:t>Northgate opened with short passes and motion. Their quarterback was left-handed, which always made things feel backward for a series or two. Owen called out leverage. Rico floated between assignments like he always did, talking constantly. Devin made the first clean flag pull of the game. Jalen nearly got home on a blitz and told everybody about it on the walk back.</w:t>
      </w:r>
    </w:p>
    <w:p>
      <w:pPr>
        <w:spacing w:after="80"/>
      </w:pPr>
      <w:r>
        <w:rPr>
          <w:rFonts w:ascii="Georgia" w:hAnsi="Georgia"/>
          <w:sz w:val="23"/>
        </w:rPr>
        <w:t>The defense held.</w:t>
      </w:r>
    </w:p>
    <w:p>
      <w:pPr>
        <w:spacing w:after="80"/>
      </w:pPr>
      <w:r>
        <w:rPr>
          <w:rFonts w:ascii="Georgia" w:hAnsi="Georgia"/>
          <w:sz w:val="23"/>
        </w:rPr>
        <w:t>Noah trotted onto the field for the first offensive drive with the scoreboard still blank and the game still open in every direction.</w:t>
      </w:r>
    </w:p>
    <w:p>
      <w:pPr>
        <w:spacing w:after="80"/>
      </w:pPr>
      <w:r>
        <w:rPr>
          <w:rFonts w:ascii="Georgia" w:hAnsi="Georgia"/>
          <w:sz w:val="23"/>
        </w:rPr>
        <w:t>This was the part that usually settled him.</w:t>
      </w:r>
    </w:p>
    <w:p>
      <w:pPr>
        <w:spacing w:after="80"/>
      </w:pPr>
      <w:r>
        <w:rPr>
          <w:rFonts w:ascii="Georgia" w:hAnsi="Georgia"/>
          <w:sz w:val="23"/>
        </w:rPr>
        <w:t>First play: quick game to Owen for six.</w:t>
      </w:r>
    </w:p>
    <w:p>
      <w:pPr>
        <w:spacing w:after="80"/>
      </w:pPr>
      <w:r>
        <w:rPr>
          <w:rFonts w:ascii="Georgia" w:hAnsi="Georgia"/>
          <w:sz w:val="23"/>
        </w:rPr>
        <w:t>Second: handoff look, flare to Rico.</w:t>
      </w:r>
    </w:p>
    <w:p>
      <w:pPr>
        <w:spacing w:after="80"/>
      </w:pPr>
      <w:r>
        <w:rPr>
          <w:rFonts w:ascii="Georgia" w:hAnsi="Georgia"/>
          <w:sz w:val="23"/>
        </w:rPr>
        <w:t>Third: slant to Devin on a sneak release that moved the chains.</w:t>
      </w:r>
    </w:p>
    <w:p>
      <w:pPr>
        <w:spacing w:after="80"/>
      </w:pPr>
      <w:r>
        <w:rPr>
          <w:rFonts w:ascii="Georgia" w:hAnsi="Georgia"/>
          <w:sz w:val="23"/>
        </w:rPr>
        <w:t>Everything felt smooth. Controlled. Noah liked the Falcons’ spacing. He liked the way their safeties cheated downhill. He liked the idea of making them pay for it later.</w:t>
      </w:r>
    </w:p>
    <w:p>
      <w:pPr>
        <w:spacing w:after="80"/>
      </w:pPr>
      <w:r>
        <w:rPr>
          <w:rFonts w:ascii="Georgia" w:hAnsi="Georgia"/>
          <w:sz w:val="23"/>
        </w:rPr>
        <w:t>Coach Law signaled in the next sequence from the sideline.</w:t>
      </w:r>
    </w:p>
    <w:p>
      <w:pPr>
        <w:spacing w:after="80"/>
      </w:pPr>
      <w:r>
        <w:rPr>
          <w:rFonts w:ascii="Georgia" w:hAnsi="Georgia"/>
          <w:sz w:val="23"/>
        </w:rPr>
        <w:t>Noah glanced over, got the call, brought the huddle together.</w:t>
      </w:r>
    </w:p>
    <w:p>
      <w:pPr>
        <w:spacing w:after="80"/>
      </w:pPr>
      <w:r>
        <w:rPr>
          <w:rFonts w:ascii="Georgia" w:hAnsi="Georgia"/>
          <w:sz w:val="23"/>
        </w:rPr>
        <w:t>“Trips left,” he said. “We’re good here. Let’s roll.”</w:t>
      </w:r>
    </w:p>
    <w:p>
      <w:pPr>
        <w:spacing w:after="80"/>
      </w:pPr>
      <w:r>
        <w:rPr>
          <w:rFonts w:ascii="Georgia" w:hAnsi="Georgia"/>
          <w:sz w:val="23"/>
        </w:rPr>
        <w:t>Micah lined up wide right.</w:t>
      </w:r>
    </w:p>
    <w:p>
      <w:pPr>
        <w:spacing w:after="80"/>
      </w:pPr>
      <w:r>
        <w:rPr>
          <w:rFonts w:ascii="Georgia" w:hAnsi="Georgia"/>
          <w:sz w:val="23"/>
        </w:rPr>
        <w:t>The snap came clean. Noah hit the top of his drop. The play developed the way it should have—except the boundary corner bailed a half-second too soon and the underneath defender cheated outside before Noah even looked that way.</w:t>
      </w:r>
    </w:p>
    <w:p>
      <w:pPr>
        <w:spacing w:after="80"/>
      </w:pPr>
      <w:r>
        <w:rPr>
          <w:rFonts w:ascii="Georgia" w:hAnsi="Georgia"/>
          <w:sz w:val="23"/>
        </w:rPr>
        <w:t>Noah checked down.</w:t>
      </w:r>
    </w:p>
    <w:p>
      <w:pPr>
        <w:spacing w:after="80"/>
      </w:pPr>
      <w:r>
        <w:rPr>
          <w:rFonts w:ascii="Georgia" w:hAnsi="Georgia"/>
          <w:sz w:val="23"/>
        </w:rPr>
        <w:t>Incomplete.</w:t>
      </w:r>
    </w:p>
    <w:p>
      <w:pPr>
        <w:spacing w:after="80"/>
      </w:pPr>
      <w:r>
        <w:rPr>
          <w:rFonts w:ascii="Georgia" w:hAnsi="Georgia"/>
          <w:sz w:val="23"/>
        </w:rPr>
        <w:t>He frowned and jogged back.</w:t>
      </w:r>
    </w:p>
    <w:p>
      <w:pPr>
        <w:spacing w:after="80"/>
      </w:pPr>
      <w:r>
        <w:rPr>
          <w:rFonts w:ascii="Georgia" w:hAnsi="Georgia"/>
          <w:sz w:val="23"/>
        </w:rPr>
        <w:t>Next play.</w:t>
      </w:r>
    </w:p>
    <w:p>
      <w:pPr>
        <w:spacing w:after="80"/>
      </w:pPr>
      <w:r>
        <w:rPr>
          <w:rFonts w:ascii="Georgia" w:hAnsi="Georgia"/>
          <w:sz w:val="23"/>
        </w:rPr>
        <w:t>Coach Law signaled again. New concept. This time designed to punish overreaction.</w:t>
      </w:r>
    </w:p>
    <w:p>
      <w:pPr>
        <w:spacing w:after="80"/>
      </w:pPr>
      <w:r>
        <w:rPr>
          <w:rFonts w:ascii="Georgia" w:hAnsi="Georgia"/>
          <w:sz w:val="23"/>
        </w:rPr>
        <w:t>Again the defense shifted fast.</w:t>
      </w:r>
    </w:p>
    <w:p>
      <w:pPr>
        <w:spacing w:after="80"/>
      </w:pPr>
      <w:r>
        <w:rPr>
          <w:rFonts w:ascii="Georgia" w:hAnsi="Georgia"/>
          <w:sz w:val="23"/>
        </w:rPr>
        <w:t>Too fast.</w:t>
      </w:r>
    </w:p>
    <w:p>
      <w:pPr>
        <w:spacing w:after="80"/>
      </w:pPr>
      <w:r>
        <w:rPr>
          <w:rFonts w:ascii="Georgia" w:hAnsi="Georgia"/>
          <w:sz w:val="23"/>
        </w:rPr>
        <w:t>Noah came off the first read and found Jalen late over the middle. First down.</w:t>
      </w:r>
    </w:p>
    <w:p>
      <w:pPr>
        <w:spacing w:after="80"/>
      </w:pPr>
      <w:r>
        <w:rPr>
          <w:rFonts w:ascii="Georgia" w:hAnsi="Georgia"/>
          <w:sz w:val="23"/>
        </w:rPr>
        <w:t>Jalen popped up thumping his chest. “Too small!”</w:t>
      </w:r>
    </w:p>
    <w:p>
      <w:pPr>
        <w:spacing w:after="80"/>
      </w:pPr>
      <w:r>
        <w:rPr>
          <w:rFonts w:ascii="Georgia" w:hAnsi="Georgia"/>
          <w:sz w:val="23"/>
        </w:rPr>
        <w:t>But Noah barely heard him.</w:t>
      </w:r>
    </w:p>
    <w:p>
      <w:pPr>
        <w:spacing w:after="80"/>
      </w:pPr>
      <w:r>
        <w:rPr>
          <w:rFonts w:ascii="Georgia" w:hAnsi="Georgia"/>
          <w:sz w:val="23"/>
        </w:rPr>
        <w:t>On the sideline between series, he looked over at Coach Law. His dad was focused on the call sheet, talking to an assistant, expression flat. Nothing unusual.</w:t>
      </w:r>
    </w:p>
    <w:p>
      <w:pPr>
        <w:spacing w:after="80"/>
      </w:pPr>
      <w:r>
        <w:rPr>
          <w:rFonts w:ascii="Georgia" w:hAnsi="Georgia"/>
          <w:sz w:val="23"/>
        </w:rPr>
        <w:t>Maybe Noah was doing the thing Coach hated—turning a weird rep into a story.</w:t>
      </w:r>
    </w:p>
    <w:p>
      <w:pPr>
        <w:spacing w:after="80"/>
      </w:pPr>
      <w:r>
        <w:rPr>
          <w:rFonts w:ascii="Georgia" w:hAnsi="Georgia"/>
          <w:sz w:val="23"/>
        </w:rPr>
        <w:t>Then came the red-zone drive.</w:t>
      </w:r>
    </w:p>
    <w:p>
      <w:pPr>
        <w:spacing w:after="80"/>
      </w:pPr>
      <w:r>
        <w:rPr>
          <w:rFonts w:ascii="Georgia" w:hAnsi="Georgia"/>
          <w:sz w:val="23"/>
        </w:rPr>
        <w:t>Prime 8 had moved the ball cleanly. Ten-yard line. Then the seven. Then the five after Rico sold a pivot so hard the defender nearly sat down.</w:t>
      </w:r>
    </w:p>
    <w:p>
      <w:pPr>
        <w:spacing w:after="80"/>
      </w:pPr>
      <w:r>
        <w:rPr>
          <w:rFonts w:ascii="Georgia" w:hAnsi="Georgia"/>
          <w:sz w:val="23"/>
        </w:rPr>
        <w:t>Coach Law signaled in a play Noah knew well.</w:t>
      </w:r>
    </w:p>
    <w:p>
      <w:pPr>
        <w:spacing w:after="80"/>
      </w:pPr>
      <w:r>
        <w:rPr>
          <w:rFonts w:ascii="Georgia" w:hAnsi="Georgia"/>
          <w:sz w:val="23"/>
        </w:rPr>
        <w:t>Not a secret play. Not even close. But one they had not shown yet. A sharp little concept with timing built to create just enough separation in tight space.</w:t>
      </w:r>
    </w:p>
    <w:p>
      <w:pPr>
        <w:spacing w:after="80"/>
      </w:pPr>
      <w:r>
        <w:rPr>
          <w:rFonts w:ascii="Georgia" w:hAnsi="Georgia"/>
          <w:sz w:val="23"/>
        </w:rPr>
        <w:t>Noah looked at the sideline.</w:t>
      </w:r>
    </w:p>
    <w:p>
      <w:pPr>
        <w:spacing w:after="80"/>
      </w:pPr>
      <w:r>
        <w:rPr>
          <w:rFonts w:ascii="Georgia" w:hAnsi="Georgia"/>
          <w:sz w:val="23"/>
        </w:rPr>
        <w:t>For one second, beyond the cluster of parents and chain crew, he saw movement.</w:t>
      </w:r>
    </w:p>
    <w:p>
      <w:pPr>
        <w:spacing w:after="80"/>
      </w:pPr>
      <w:r>
        <w:rPr>
          <w:rFonts w:ascii="Georgia" w:hAnsi="Georgia"/>
          <w:sz w:val="23"/>
        </w:rPr>
        <w:t>A hand.</w:t>
      </w:r>
    </w:p>
    <w:p>
      <w:pPr>
        <w:spacing w:after="80"/>
      </w:pPr>
      <w:r>
        <w:rPr>
          <w:rFonts w:ascii="Georgia" w:hAnsi="Georgia"/>
          <w:sz w:val="23"/>
        </w:rPr>
        <w:t>Quick.</w:t>
      </w:r>
    </w:p>
    <w:p>
      <w:pPr>
        <w:spacing w:after="80"/>
      </w:pPr>
      <w:r>
        <w:rPr>
          <w:rFonts w:ascii="Georgia" w:hAnsi="Georgia"/>
          <w:sz w:val="23"/>
        </w:rPr>
        <w:t>Two fingers.</w:t>
      </w:r>
    </w:p>
    <w:p>
      <w:pPr>
        <w:spacing w:after="80"/>
      </w:pPr>
      <w:r>
        <w:rPr>
          <w:rFonts w:ascii="Georgia" w:hAnsi="Georgia"/>
          <w:sz w:val="23"/>
        </w:rPr>
        <w:t>Then one.</w:t>
      </w:r>
    </w:p>
    <w:p>
      <w:pPr>
        <w:spacing w:after="80"/>
      </w:pPr>
      <w:r>
        <w:rPr>
          <w:rFonts w:ascii="Georgia" w:hAnsi="Georgia"/>
          <w:sz w:val="23"/>
        </w:rPr>
        <w:t>His chest tightened.</w:t>
      </w:r>
    </w:p>
    <w:p>
      <w:pPr>
        <w:spacing w:after="80"/>
      </w:pPr>
      <w:r>
        <w:rPr>
          <w:rFonts w:ascii="Georgia" w:hAnsi="Georgia"/>
          <w:sz w:val="23"/>
        </w:rPr>
        <w:t>He looked back to the huddle so fast nobody seemed to notice.</w:t>
      </w:r>
    </w:p>
    <w:p>
      <w:pPr>
        <w:spacing w:after="80"/>
      </w:pPr>
      <w:r>
        <w:rPr>
          <w:rFonts w:ascii="Georgia" w:hAnsi="Georgia"/>
          <w:sz w:val="23"/>
        </w:rPr>
        <w:t>“Blue three,” he said.</w:t>
      </w:r>
    </w:p>
    <w:p>
      <w:pPr>
        <w:spacing w:after="80"/>
      </w:pPr>
      <w:r>
        <w:rPr>
          <w:rFonts w:ascii="Georgia" w:hAnsi="Georgia"/>
          <w:sz w:val="23"/>
        </w:rPr>
        <w:t>Devin’s head came up a fraction.</w:t>
      </w:r>
    </w:p>
    <w:p>
      <w:pPr>
        <w:spacing w:after="80"/>
      </w:pPr>
      <w:r>
        <w:rPr>
          <w:rFonts w:ascii="Georgia" w:hAnsi="Georgia"/>
          <w:sz w:val="23"/>
        </w:rPr>
        <w:t>Micah, lined up outside, did not react.</w:t>
      </w:r>
    </w:p>
    <w:p>
      <w:pPr>
        <w:spacing w:after="80"/>
      </w:pPr>
      <w:r>
        <w:rPr>
          <w:rFonts w:ascii="Georgia" w:hAnsi="Georgia"/>
          <w:sz w:val="23"/>
        </w:rPr>
        <w:t>The offense broke.</w:t>
      </w:r>
    </w:p>
    <w:p>
      <w:pPr>
        <w:spacing w:after="80"/>
      </w:pPr>
      <w:r>
        <w:rPr>
          <w:rFonts w:ascii="Georgia" w:hAnsi="Georgia"/>
          <w:sz w:val="23"/>
        </w:rPr>
        <w:t>Noah got under center.</w:t>
      </w:r>
    </w:p>
    <w:p>
      <w:pPr>
        <w:spacing w:after="80"/>
      </w:pPr>
      <w:r>
        <w:rPr>
          <w:rFonts w:ascii="Georgia" w:hAnsi="Georgia"/>
          <w:sz w:val="23"/>
        </w:rPr>
        <w:t>The defense was already leaning.</w:t>
      </w:r>
    </w:p>
    <w:p>
      <w:pPr>
        <w:spacing w:after="80"/>
      </w:pPr>
      <w:r>
        <w:rPr>
          <w:rFonts w:ascii="Georgia" w:hAnsi="Georgia"/>
          <w:sz w:val="23"/>
        </w:rPr>
        <w:t>Not a guess. Not normal red-zone anticipation. Leaning.</w:t>
      </w:r>
    </w:p>
    <w:p>
      <w:pPr>
        <w:spacing w:after="80"/>
      </w:pPr>
      <w:r>
        <w:rPr>
          <w:rFonts w:ascii="Georgia" w:hAnsi="Georgia"/>
          <w:sz w:val="23"/>
        </w:rPr>
        <w:t>Like they were waiting for the play to happen so they could be first to the spot.</w:t>
      </w:r>
    </w:p>
    <w:p>
      <w:pPr>
        <w:spacing w:after="80"/>
      </w:pPr>
      <w:r>
        <w:rPr>
          <w:rFonts w:ascii="Georgia" w:hAnsi="Georgia"/>
          <w:sz w:val="23"/>
        </w:rPr>
        <w:t>The snap hit Noah’s hands.</w:t>
      </w:r>
    </w:p>
    <w:p>
      <w:pPr>
        <w:spacing w:after="80"/>
      </w:pPr>
      <w:r>
        <w:rPr>
          <w:rFonts w:ascii="Georgia" w:hAnsi="Georgia"/>
          <w:sz w:val="23"/>
        </w:rPr>
        <w:t>He rose, turned, and suddenly the whole field felt wrong.</w:t>
      </w:r>
    </w:p>
    <w:p>
      <w:pPr>
        <w:spacing w:after="80"/>
      </w:pPr>
      <w:r>
        <w:rPr>
          <w:rFonts w:ascii="Georgia" w:hAnsi="Georgia"/>
          <w:sz w:val="23"/>
        </w:rPr>
        <w:t>Micah broke for the corner.</w:t>
      </w:r>
    </w:p>
    <w:p>
      <w:pPr>
        <w:spacing w:after="80"/>
      </w:pPr>
      <w:r>
        <w:rPr>
          <w:rFonts w:ascii="Georgia" w:hAnsi="Georgia"/>
          <w:sz w:val="23"/>
        </w:rPr>
        <w:t>The flat defender jumped with him immediately.</w:t>
      </w:r>
    </w:p>
    <w:p>
      <w:pPr>
        <w:spacing w:after="80"/>
      </w:pPr>
      <w:r>
        <w:rPr>
          <w:rFonts w:ascii="Georgia" w:hAnsi="Georgia"/>
          <w:sz w:val="23"/>
        </w:rPr>
        <w:t>Too early.</w:t>
      </w:r>
    </w:p>
    <w:p>
      <w:pPr>
        <w:spacing w:after="80"/>
      </w:pPr>
      <w:r>
        <w:rPr>
          <w:rFonts w:ascii="Georgia" w:hAnsi="Georgia"/>
          <w:sz w:val="23"/>
        </w:rPr>
        <w:t>Noah pulled the ball down.</w:t>
      </w:r>
    </w:p>
    <w:p>
      <w:pPr>
        <w:spacing w:after="80"/>
      </w:pPr>
      <w:r>
        <w:rPr>
          <w:rFonts w:ascii="Georgia" w:hAnsi="Georgia"/>
          <w:sz w:val="23"/>
        </w:rPr>
        <w:t>A blitzer flashed free.</w:t>
      </w:r>
    </w:p>
    <w:p>
      <w:pPr>
        <w:spacing w:after="80"/>
      </w:pPr>
      <w:r>
        <w:rPr>
          <w:rFonts w:ascii="Georgia" w:hAnsi="Georgia"/>
          <w:sz w:val="23"/>
        </w:rPr>
        <w:t>He spun away, stumbled, and barely got rid of it before his flag got yanked.</w:t>
      </w:r>
    </w:p>
    <w:p>
      <w:pPr>
        <w:spacing w:after="80"/>
      </w:pPr>
      <w:r>
        <w:rPr>
          <w:rFonts w:ascii="Georgia" w:hAnsi="Georgia"/>
          <w:sz w:val="23"/>
        </w:rPr>
        <w:t>The pass sailed over everyone and out the back of the end zone.</w:t>
      </w:r>
    </w:p>
    <w:p>
      <w:pPr>
        <w:spacing w:after="80"/>
      </w:pPr>
      <w:r>
        <w:rPr>
          <w:rFonts w:ascii="Georgia" w:hAnsi="Georgia"/>
          <w:sz w:val="23"/>
        </w:rPr>
        <w:t>The whistle blew.</w:t>
      </w:r>
    </w:p>
    <w:p>
      <w:pPr>
        <w:spacing w:after="80"/>
      </w:pPr>
      <w:r>
        <w:rPr>
          <w:rFonts w:ascii="Georgia" w:hAnsi="Georgia"/>
          <w:sz w:val="23"/>
        </w:rPr>
        <w:t>Incomplete.</w:t>
      </w:r>
    </w:p>
    <w:p>
      <w:pPr>
        <w:spacing w:after="80"/>
      </w:pPr>
      <w:r>
        <w:rPr>
          <w:rFonts w:ascii="Georgia" w:hAnsi="Georgia"/>
          <w:sz w:val="23"/>
        </w:rPr>
        <w:t>Northgate defenders slapped hands like they had won something.</w:t>
      </w:r>
    </w:p>
    <w:p>
      <w:pPr>
        <w:spacing w:after="80"/>
      </w:pPr>
      <w:r>
        <w:rPr>
          <w:rFonts w:ascii="Georgia" w:hAnsi="Georgia"/>
          <w:sz w:val="23"/>
        </w:rPr>
        <w:t>Noah stood there with his jaw tight, staring first at the coverage, then at the sideline, then at the referee handing him a fresh ball.</w:t>
      </w:r>
    </w:p>
    <w:p>
      <w:pPr>
        <w:spacing w:after="80"/>
      </w:pPr>
      <w:r>
        <w:rPr>
          <w:rFonts w:ascii="Georgia" w:hAnsi="Georgia"/>
          <w:sz w:val="23"/>
        </w:rPr>
        <w:t>That was the second time.</w:t>
      </w:r>
    </w:p>
    <w:p>
      <w:pPr>
        <w:spacing w:after="80"/>
      </w:pPr>
      <w:r>
        <w:rPr>
          <w:rFonts w:ascii="Georgia" w:hAnsi="Georgia"/>
          <w:sz w:val="23"/>
        </w:rPr>
        <w:t>Not practice.</w:t>
      </w:r>
    </w:p>
    <w:p>
      <w:pPr>
        <w:spacing w:after="80"/>
      </w:pPr>
      <w:r>
        <w:rPr>
          <w:rFonts w:ascii="Georgia" w:hAnsi="Georgia"/>
          <w:sz w:val="23"/>
        </w:rPr>
        <w:t>Not Jalen guessing.</w:t>
      </w:r>
    </w:p>
    <w:p>
      <w:pPr>
        <w:spacing w:after="80"/>
      </w:pPr>
      <w:r>
        <w:rPr>
          <w:rFonts w:ascii="Georgia" w:hAnsi="Georgia"/>
          <w:sz w:val="23"/>
        </w:rPr>
        <w:t>A real game.</w:t>
      </w:r>
    </w:p>
    <w:p>
      <w:pPr>
        <w:spacing w:after="80"/>
      </w:pPr>
      <w:r>
        <w:rPr>
          <w:rFonts w:ascii="Georgia" w:hAnsi="Georgia"/>
          <w:sz w:val="23"/>
        </w:rPr>
        <w:t>He jogged back toward the huddle, pulse pounding in his throat.</w:t>
      </w:r>
    </w:p>
    <w:p>
      <w:pPr>
        <w:spacing w:after="80"/>
      </w:pPr>
      <w:r>
        <w:rPr>
          <w:rFonts w:ascii="Georgia" w:hAnsi="Georgia"/>
          <w:sz w:val="23"/>
        </w:rPr>
        <w:t>Devin met him halfway. “You saw it too?”</w:t>
      </w:r>
    </w:p>
    <w:p>
      <w:pPr>
        <w:spacing w:after="80"/>
      </w:pPr>
      <w:r>
        <w:rPr>
          <w:rFonts w:ascii="Georgia" w:hAnsi="Georgia"/>
          <w:sz w:val="23"/>
        </w:rPr>
        <w:t>Noah looked at him.</w:t>
      </w:r>
    </w:p>
    <w:p>
      <w:pPr>
        <w:spacing w:after="80"/>
      </w:pPr>
      <w:r>
        <w:rPr>
          <w:rFonts w:ascii="Georgia" w:hAnsi="Georgia"/>
          <w:sz w:val="23"/>
        </w:rPr>
        <w:t>Then, from the far sideline, he heard Vee’s voice cut through the noise.</w:t>
      </w:r>
    </w:p>
    <w:p>
      <w:pPr>
        <w:spacing w:after="80"/>
      </w:pPr>
      <w:r>
        <w:rPr>
          <w:rFonts w:ascii="Georgia" w:hAnsi="Georgia"/>
          <w:sz w:val="23"/>
        </w:rPr>
        <w:t>“Noah!”</w:t>
      </w:r>
    </w:p>
    <w:p>
      <w:pPr>
        <w:spacing w:after="80"/>
      </w:pPr>
      <w:r>
        <w:rPr>
          <w:rFonts w:ascii="Georgia" w:hAnsi="Georgia"/>
          <w:sz w:val="23"/>
        </w:rPr>
        <w:t>He turned.</w:t>
      </w:r>
    </w:p>
    <w:p>
      <w:pPr>
        <w:spacing w:after="80"/>
      </w:pPr>
      <w:r>
        <w:rPr>
          <w:rFonts w:ascii="Georgia" w:hAnsi="Georgia"/>
          <w:sz w:val="23"/>
        </w:rPr>
        <w:t>Vee stood just outside the rope line near the parents, one hand raised, her face serious in a way that made everything else on the field seem farther away.</w:t>
      </w:r>
    </w:p>
    <w:p>
      <w:pPr>
        <w:spacing w:after="80"/>
      </w:pPr>
      <w:r>
        <w:rPr>
          <w:rFonts w:ascii="Georgia" w:hAnsi="Georgia"/>
          <w:sz w:val="23"/>
        </w:rPr>
        <w:t>And when Noah saw where she was pointing, the bottom dropped out of his stomach.</w:t>
      </w:r>
    </w:p>
    <w:p>
      <w:pPr>
        <w:spacing w:after="80"/>
      </w:pPr>
      <w:r>
        <w:rPr>
          <w:rFonts w:ascii="Georgia" w:hAnsi="Georgia"/>
          <w:sz w:val="23"/>
        </w:rPr>
        <w:t>Because this time, he could see exactly who had made the signal.</w:t>
      </w:r>
    </w:p>
    <w:p>
      <w:r>
        <w:br w:type="page"/>
      </w:r>
    </w:p>
    <w:p>
      <w:pPr>
        <w:spacing w:after="40"/>
        <w:jc w:val="center"/>
      </w:pPr>
      <w:r>
        <w:rPr>
          <w:rFonts w:ascii="Georgia" w:hAnsi="Georgia"/>
          <w:b/>
          <w:i w:val="0"/>
          <w:sz w:val="28"/>
        </w:rPr>
        <w:t>Chapter 4</w:t>
      </w:r>
    </w:p>
    <w:p>
      <w:pPr>
        <w:spacing w:after="200"/>
        <w:jc w:val="center"/>
      </w:pPr>
      <w:r>
        <w:rPr>
          <w:rFonts w:ascii="Georgia" w:hAnsi="Georgia"/>
          <w:b w:val="0"/>
          <w:i/>
          <w:sz w:val="24"/>
        </w:rPr>
        <w:t>Static in the Huddle</w:t>
      </w:r>
    </w:p>
    <w:p>
      <w:pPr>
        <w:spacing w:after="80"/>
      </w:pPr>
      <w:r>
        <w:rPr>
          <w:rFonts w:ascii="Georgia" w:hAnsi="Georgia"/>
          <w:sz w:val="23"/>
        </w:rPr>
        <w:t>Noah did not look where Vee was pointing right away.</w:t>
      </w:r>
    </w:p>
    <w:p>
      <w:pPr>
        <w:spacing w:after="80"/>
      </w:pPr>
      <w:r>
        <w:rPr>
          <w:rFonts w:ascii="Georgia" w:hAnsi="Georgia"/>
          <w:sz w:val="23"/>
        </w:rPr>
        <w:t>For one split second, he couldn’t.</w:t>
      </w:r>
    </w:p>
    <w:p>
      <w:pPr>
        <w:spacing w:after="80"/>
      </w:pPr>
      <w:r>
        <w:rPr>
          <w:rFonts w:ascii="Georgia" w:hAnsi="Georgia"/>
          <w:sz w:val="23"/>
        </w:rPr>
        <w:t>His body had already half-turned toward the huddle. Devin was waiting. The ref was standing on the goal line with the ball tucked against his hip. Northgate’s defense was jogging around like they had done exactly what they expected to do. The whole game was still moving.</w:t>
      </w:r>
    </w:p>
    <w:p>
      <w:pPr>
        <w:spacing w:after="80"/>
      </w:pPr>
      <w:r>
        <w:rPr>
          <w:rFonts w:ascii="Georgia" w:hAnsi="Georgia"/>
          <w:sz w:val="23"/>
        </w:rPr>
        <w:t>And then Vee shouted again.</w:t>
      </w:r>
    </w:p>
    <w:p>
      <w:pPr>
        <w:spacing w:after="80"/>
      </w:pPr>
      <w:r>
        <w:rPr>
          <w:rFonts w:ascii="Georgia" w:hAnsi="Georgia"/>
          <w:sz w:val="23"/>
        </w:rPr>
        <w:t>“Noah!”</w:t>
      </w:r>
    </w:p>
    <w:p>
      <w:pPr>
        <w:spacing w:after="80"/>
      </w:pPr>
      <w:r>
        <w:rPr>
          <w:rFonts w:ascii="Georgia" w:hAnsi="Georgia"/>
          <w:sz w:val="23"/>
        </w:rPr>
        <w:t>This time there was no mistaking it.</w:t>
      </w:r>
    </w:p>
    <w:p>
      <w:pPr>
        <w:spacing w:after="80"/>
      </w:pPr>
      <w:r>
        <w:rPr>
          <w:rFonts w:ascii="Georgia" w:hAnsi="Georgia"/>
          <w:sz w:val="23"/>
        </w:rPr>
        <w:t>He followed her hand.</w:t>
      </w:r>
    </w:p>
    <w:p>
      <w:pPr>
        <w:spacing w:after="80"/>
      </w:pPr>
      <w:r>
        <w:rPr>
          <w:rFonts w:ascii="Georgia" w:hAnsi="Georgia"/>
          <w:sz w:val="23"/>
        </w:rPr>
        <w:t>Past the chain crew. Past two folding chairs and a cluster of parents in jackets. Past a little brother throwing a mini football at the fence.</w:t>
      </w:r>
    </w:p>
    <w:p>
      <w:pPr>
        <w:spacing w:after="80"/>
      </w:pPr>
      <w:r>
        <w:rPr>
          <w:rFonts w:ascii="Georgia" w:hAnsi="Georgia"/>
          <w:sz w:val="23"/>
        </w:rPr>
        <w:t>A man in a gray hoodie was standing near the sideline, half-turned toward the field.</w:t>
      </w:r>
    </w:p>
    <w:p>
      <w:pPr>
        <w:spacing w:after="80"/>
      </w:pPr>
      <w:r>
        <w:rPr>
          <w:rFonts w:ascii="Georgia" w:hAnsi="Georgia"/>
          <w:sz w:val="23"/>
        </w:rPr>
        <w:t>His right hand was down now.</w:t>
      </w:r>
    </w:p>
    <w:p>
      <w:pPr>
        <w:spacing w:after="80"/>
      </w:pPr>
      <w:r>
        <w:rPr>
          <w:rFonts w:ascii="Georgia" w:hAnsi="Georgia"/>
          <w:sz w:val="23"/>
        </w:rPr>
        <w:t>But Noah caught the end of the motion.</w:t>
      </w:r>
    </w:p>
    <w:p>
      <w:pPr>
        <w:spacing w:after="80"/>
      </w:pPr>
      <w:r>
        <w:rPr>
          <w:rFonts w:ascii="Georgia" w:hAnsi="Georgia"/>
          <w:sz w:val="23"/>
        </w:rPr>
        <w:t>Two fingers.</w:t>
      </w:r>
    </w:p>
    <w:p>
      <w:pPr>
        <w:spacing w:after="80"/>
      </w:pPr>
      <w:r>
        <w:rPr>
          <w:rFonts w:ascii="Georgia" w:hAnsi="Georgia"/>
          <w:sz w:val="23"/>
        </w:rPr>
        <w:t>Then one.</w:t>
      </w:r>
    </w:p>
    <w:p>
      <w:pPr>
        <w:spacing w:after="80"/>
      </w:pPr>
      <w:r>
        <w:rPr>
          <w:rFonts w:ascii="Georgia" w:hAnsi="Georgia"/>
          <w:sz w:val="23"/>
        </w:rPr>
        <w:t>The same signal.</w:t>
      </w:r>
    </w:p>
    <w:p>
      <w:pPr>
        <w:spacing w:after="80"/>
      </w:pPr>
      <w:r>
        <w:rPr>
          <w:rFonts w:ascii="Georgia" w:hAnsi="Georgia"/>
          <w:sz w:val="23"/>
        </w:rPr>
        <w:t>The ref blew his whistle. “Offense! Let’s go!”</w:t>
      </w:r>
    </w:p>
    <w:p>
      <w:pPr>
        <w:spacing w:after="80"/>
      </w:pPr>
      <w:r>
        <w:rPr>
          <w:rFonts w:ascii="Georgia" w:hAnsi="Georgia"/>
          <w:sz w:val="23"/>
        </w:rPr>
        <w:t>Noah tore his eyes away and sprinted back toward the huddle.</w:t>
      </w:r>
    </w:p>
    <w:p>
      <w:pPr>
        <w:spacing w:after="80"/>
      </w:pPr>
      <w:r>
        <w:rPr>
          <w:rFonts w:ascii="Georgia" w:hAnsi="Georgia"/>
          <w:sz w:val="23"/>
        </w:rPr>
        <w:t>Devin grabbed his sleeve before he could speak. “Who?”</w:t>
      </w:r>
    </w:p>
    <w:p>
      <w:pPr>
        <w:spacing w:after="80"/>
      </w:pPr>
      <w:r>
        <w:rPr>
          <w:rFonts w:ascii="Georgia" w:hAnsi="Georgia"/>
          <w:sz w:val="23"/>
        </w:rPr>
        <w:t>“I don’t know,” Noah said.</w:t>
      </w:r>
    </w:p>
    <w:p>
      <w:pPr>
        <w:spacing w:after="80"/>
      </w:pPr>
      <w:r>
        <w:rPr>
          <w:rFonts w:ascii="Georgia" w:hAnsi="Georgia"/>
          <w:sz w:val="23"/>
        </w:rPr>
        <w:t>“Did you see him?”</w:t>
      </w:r>
    </w:p>
    <w:p>
      <w:pPr>
        <w:spacing w:after="80"/>
      </w:pPr>
      <w:r>
        <w:rPr>
          <w:rFonts w:ascii="Georgia" w:hAnsi="Georgia"/>
          <w:sz w:val="23"/>
        </w:rPr>
        <w:t>“Yes.”</w:t>
      </w:r>
    </w:p>
    <w:p>
      <w:pPr>
        <w:spacing w:after="80"/>
      </w:pPr>
      <w:r>
        <w:rPr>
          <w:rFonts w:ascii="Georgia" w:hAnsi="Georgia"/>
          <w:sz w:val="23"/>
        </w:rPr>
        <w:t>“Then what—”</w:t>
      </w:r>
    </w:p>
    <w:p>
      <w:pPr>
        <w:spacing w:after="80"/>
      </w:pPr>
      <w:r>
        <w:rPr>
          <w:rFonts w:ascii="Georgia" w:hAnsi="Georgia"/>
          <w:sz w:val="23"/>
        </w:rPr>
        <w:t>“Huddle up,” Noah snapped.</w:t>
      </w:r>
    </w:p>
    <w:p>
      <w:pPr>
        <w:spacing w:after="80"/>
      </w:pPr>
      <w:r>
        <w:rPr>
          <w:rFonts w:ascii="Georgia" w:hAnsi="Georgia"/>
          <w:sz w:val="23"/>
        </w:rPr>
        <w:t>The guys closed in.</w:t>
      </w:r>
    </w:p>
    <w:p>
      <w:pPr>
        <w:spacing w:after="80"/>
      </w:pPr>
      <w:r>
        <w:rPr>
          <w:rFonts w:ascii="Georgia" w:hAnsi="Georgia"/>
          <w:sz w:val="23"/>
        </w:rPr>
        <w:t>Micah was breathing hard, gloves on his knees. Jalen was bouncing in place like he wanted the next play called yesterday. Rico looked from Noah to the sideline and back again, reading the temperature in Noah’s face. Owen’s eyes were already narrowed.</w:t>
      </w:r>
    </w:p>
    <w:p>
      <w:pPr>
        <w:spacing w:after="80"/>
      </w:pPr>
      <w:r>
        <w:rPr>
          <w:rFonts w:ascii="Georgia" w:hAnsi="Georgia"/>
          <w:sz w:val="23"/>
        </w:rPr>
        <w:t>Noah lowered his voice.</w:t>
      </w:r>
    </w:p>
    <w:p>
      <w:pPr>
        <w:spacing w:after="80"/>
      </w:pPr>
      <w:r>
        <w:rPr>
          <w:rFonts w:ascii="Georgia" w:hAnsi="Georgia"/>
          <w:sz w:val="23"/>
        </w:rPr>
        <w:t>“Corner was sitting on it before the break.”</w:t>
      </w:r>
    </w:p>
    <w:p>
      <w:pPr>
        <w:spacing w:after="80"/>
      </w:pPr>
      <w:r>
        <w:rPr>
          <w:rFonts w:ascii="Georgia" w:hAnsi="Georgia"/>
          <w:sz w:val="23"/>
        </w:rPr>
        <w:t>Jalen frowned. “So?”</w:t>
      </w:r>
    </w:p>
    <w:p>
      <w:pPr>
        <w:spacing w:after="80"/>
      </w:pPr>
      <w:r>
        <w:rPr>
          <w:rFonts w:ascii="Georgia" w:hAnsi="Georgia"/>
          <w:sz w:val="23"/>
        </w:rPr>
        <w:t>“So he knew something.”</w:t>
      </w:r>
    </w:p>
    <w:p>
      <w:pPr>
        <w:spacing w:after="80"/>
      </w:pPr>
      <w:r>
        <w:rPr>
          <w:rFonts w:ascii="Georgia" w:hAnsi="Georgia"/>
          <w:sz w:val="23"/>
        </w:rPr>
        <w:t>“That’s football,” Jalen said. “People guess.”</w:t>
      </w:r>
    </w:p>
    <w:p>
      <w:pPr>
        <w:spacing w:after="80"/>
      </w:pPr>
      <w:r>
        <w:rPr>
          <w:rFonts w:ascii="Georgia" w:hAnsi="Georgia"/>
          <w:sz w:val="23"/>
        </w:rPr>
        <w:t>“No,” Devin said quietly. “Not like that.”</w:t>
      </w:r>
    </w:p>
    <w:p>
      <w:pPr>
        <w:spacing w:after="80"/>
      </w:pPr>
      <w:r>
        <w:rPr>
          <w:rFonts w:ascii="Georgia" w:hAnsi="Georgia"/>
          <w:sz w:val="23"/>
        </w:rPr>
        <w:t>Coach Law signaled from the sideline.</w:t>
      </w:r>
    </w:p>
    <w:p>
      <w:pPr>
        <w:spacing w:after="80"/>
      </w:pPr>
      <w:r>
        <w:rPr>
          <w:rFonts w:ascii="Georgia" w:hAnsi="Georgia"/>
          <w:sz w:val="23"/>
        </w:rPr>
        <w:t>Noah looked over.</w:t>
      </w:r>
    </w:p>
    <w:p>
      <w:pPr>
        <w:spacing w:after="80"/>
      </w:pPr>
      <w:r>
        <w:rPr>
          <w:rFonts w:ascii="Georgia" w:hAnsi="Georgia"/>
          <w:sz w:val="23"/>
        </w:rPr>
        <w:t>His dad gave the next call with the same calm face he always had, like nothing weird had happened, like the whole drive was still exactly where he wanted it.</w:t>
      </w:r>
    </w:p>
    <w:p>
      <w:pPr>
        <w:spacing w:after="80"/>
      </w:pPr>
      <w:r>
        <w:rPr>
          <w:rFonts w:ascii="Georgia" w:hAnsi="Georgia"/>
          <w:sz w:val="23"/>
        </w:rPr>
        <w:t>Noah repeated the play and broke the huddle.</w:t>
      </w:r>
    </w:p>
    <w:p>
      <w:pPr>
        <w:spacing w:after="80"/>
      </w:pPr>
      <w:r>
        <w:rPr>
          <w:rFonts w:ascii="Georgia" w:hAnsi="Georgia"/>
          <w:sz w:val="23"/>
        </w:rPr>
        <w:t>His heart was still pounding too hard.</w:t>
      </w:r>
    </w:p>
    <w:p>
      <w:pPr>
        <w:spacing w:after="80"/>
      </w:pPr>
      <w:r>
        <w:rPr>
          <w:rFonts w:ascii="Georgia" w:hAnsi="Georgia"/>
          <w:sz w:val="23"/>
        </w:rPr>
        <w:t>He wanted to look back toward the gray hoodie again. Wanted to know if the guy was still there. Wanted to know if Coach Law had seen him. Wanted to know why Vee had spotted it before anyone else.</w:t>
      </w:r>
    </w:p>
    <w:p>
      <w:pPr>
        <w:spacing w:after="80"/>
      </w:pPr>
      <w:r>
        <w:rPr>
          <w:rFonts w:ascii="Georgia" w:hAnsi="Georgia"/>
          <w:sz w:val="23"/>
        </w:rPr>
        <w:t>Instead he took the snap and ran the play.</w:t>
      </w:r>
    </w:p>
    <w:p>
      <w:pPr>
        <w:spacing w:after="80"/>
      </w:pPr>
      <w:r>
        <w:rPr>
          <w:rFonts w:ascii="Georgia" w:hAnsi="Georgia"/>
          <w:sz w:val="23"/>
        </w:rPr>
        <w:t>This time it was a sprint-out left with a short flood concept. Safe. Fast. Northgate flowed with him, but not early enough. Noah hit Owen near the sideline for a small gain.</w:t>
      </w:r>
    </w:p>
    <w:p>
      <w:pPr>
        <w:spacing w:after="80"/>
      </w:pPr>
      <w:r>
        <w:rPr>
          <w:rFonts w:ascii="Georgia" w:hAnsi="Georgia"/>
          <w:sz w:val="23"/>
        </w:rPr>
        <w:t>Fourth down.</w:t>
      </w:r>
    </w:p>
    <w:p>
      <w:pPr>
        <w:spacing w:after="80"/>
      </w:pPr>
      <w:r>
        <w:rPr>
          <w:rFonts w:ascii="Georgia" w:hAnsi="Georgia"/>
          <w:sz w:val="23"/>
        </w:rPr>
        <w:t>Coach Law held up one finger.</w:t>
      </w:r>
    </w:p>
    <w:p>
      <w:pPr>
        <w:spacing w:after="80"/>
      </w:pPr>
      <w:r>
        <w:rPr>
          <w:rFonts w:ascii="Georgia" w:hAnsi="Georgia"/>
          <w:sz w:val="23"/>
        </w:rPr>
        <w:t>Kick? No. There was no kicking in this league.</w:t>
      </w:r>
    </w:p>
    <w:p>
      <w:pPr>
        <w:spacing w:after="80"/>
      </w:pPr>
      <w:r>
        <w:rPr>
          <w:rFonts w:ascii="Georgia" w:hAnsi="Georgia"/>
          <w:sz w:val="23"/>
        </w:rPr>
        <w:t>One more play.</w:t>
      </w:r>
    </w:p>
    <w:p>
      <w:pPr>
        <w:spacing w:after="80"/>
      </w:pPr>
      <w:r>
        <w:rPr>
          <w:rFonts w:ascii="Georgia" w:hAnsi="Georgia"/>
          <w:sz w:val="23"/>
        </w:rPr>
        <w:t>The scoreboard still read 0–0, but it felt like the field had tilted. Like something invisible had stepped onto it with them.</w:t>
      </w:r>
    </w:p>
    <w:p>
      <w:pPr>
        <w:spacing w:after="80"/>
      </w:pPr>
      <w:r>
        <w:rPr>
          <w:rFonts w:ascii="Georgia" w:hAnsi="Georgia"/>
          <w:sz w:val="23"/>
        </w:rPr>
        <w:t>The next call came in. Noah swallowed.</w:t>
      </w:r>
    </w:p>
    <w:p>
      <w:pPr>
        <w:spacing w:after="80"/>
      </w:pPr>
      <w:r>
        <w:rPr>
          <w:rFonts w:ascii="Georgia" w:hAnsi="Georgia"/>
          <w:sz w:val="23"/>
        </w:rPr>
        <w:t>“Trips tight right,” he told the huddle. “Quick pivot. Be sharp.”</w:t>
      </w:r>
    </w:p>
    <w:p>
      <w:pPr>
        <w:spacing w:after="80"/>
      </w:pPr>
      <w:r>
        <w:rPr>
          <w:rFonts w:ascii="Georgia" w:hAnsi="Georgia"/>
          <w:sz w:val="23"/>
        </w:rPr>
        <w:t>The snap came.</w:t>
      </w:r>
    </w:p>
    <w:p>
      <w:pPr>
        <w:spacing w:after="80"/>
      </w:pPr>
      <w:r>
        <w:rPr>
          <w:rFonts w:ascii="Georgia" w:hAnsi="Georgia"/>
          <w:sz w:val="23"/>
        </w:rPr>
        <w:t>Noah planted, looked middle, and threw fast to Rico on the pivot.</w:t>
      </w:r>
    </w:p>
    <w:p>
      <w:pPr>
        <w:spacing w:after="80"/>
      </w:pPr>
      <w:r>
        <w:rPr>
          <w:rFonts w:ascii="Georgia" w:hAnsi="Georgia"/>
          <w:sz w:val="23"/>
        </w:rPr>
        <w:t>Complete.</w:t>
      </w:r>
    </w:p>
    <w:p>
      <w:pPr>
        <w:spacing w:after="80"/>
      </w:pPr>
      <w:r>
        <w:rPr>
          <w:rFonts w:ascii="Georgia" w:hAnsi="Georgia"/>
          <w:sz w:val="23"/>
        </w:rPr>
        <w:t>Touchdown.</w:t>
      </w:r>
    </w:p>
    <w:p>
      <w:pPr>
        <w:spacing w:after="80"/>
      </w:pPr>
      <w:r>
        <w:rPr>
          <w:rFonts w:ascii="Georgia" w:hAnsi="Georgia"/>
          <w:sz w:val="23"/>
        </w:rPr>
        <w:t>Rico spun the ball to the ref and slapped Noah’s shoulder pads. “There we go. We alive.”</w:t>
      </w:r>
    </w:p>
    <w:p>
      <w:pPr>
        <w:spacing w:after="80"/>
      </w:pPr>
      <w:r>
        <w:rPr>
          <w:rFonts w:ascii="Georgia" w:hAnsi="Georgia"/>
          <w:sz w:val="23"/>
        </w:rPr>
        <w:t>The sideline cheered. Jalen hollered from the hash. Devin pointed at Rico like he had personally designed the route tree.</w:t>
      </w:r>
    </w:p>
    <w:p>
      <w:pPr>
        <w:spacing w:after="80"/>
      </w:pPr>
      <w:r>
        <w:rPr>
          <w:rFonts w:ascii="Georgia" w:hAnsi="Georgia"/>
          <w:sz w:val="23"/>
        </w:rPr>
        <w:t>Noah jogged off like everything was fine.</w:t>
      </w:r>
    </w:p>
    <w:p>
      <w:pPr>
        <w:spacing w:after="80"/>
      </w:pPr>
      <w:r>
        <w:rPr>
          <w:rFonts w:ascii="Georgia" w:hAnsi="Georgia"/>
          <w:sz w:val="23"/>
        </w:rPr>
        <w:t>It wasn’t.</w:t>
      </w:r>
    </w:p>
    <w:p>
      <w:pPr>
        <w:spacing w:after="80"/>
      </w:pPr>
      <w:r>
        <w:rPr>
          <w:rFonts w:ascii="Georgia" w:hAnsi="Georgia"/>
          <w:sz w:val="23"/>
        </w:rPr>
        <w:t>As soon as he crossed the white stripe, he turned toward where Vee had been standing.</w:t>
      </w:r>
    </w:p>
    <w:p>
      <w:pPr>
        <w:spacing w:after="80"/>
      </w:pPr>
      <w:r>
        <w:rPr>
          <w:rFonts w:ascii="Georgia" w:hAnsi="Georgia"/>
          <w:sz w:val="23"/>
        </w:rPr>
        <w:t>She was still there.</w:t>
      </w:r>
    </w:p>
    <w:p>
      <w:pPr>
        <w:spacing w:after="80"/>
      </w:pPr>
      <w:r>
        <w:rPr>
          <w:rFonts w:ascii="Georgia" w:hAnsi="Georgia"/>
          <w:sz w:val="23"/>
        </w:rPr>
        <w:t>So was the gray hoodie.</w:t>
      </w:r>
    </w:p>
    <w:p>
      <w:pPr>
        <w:spacing w:after="80"/>
      </w:pPr>
      <w:r>
        <w:rPr>
          <w:rFonts w:ascii="Georgia" w:hAnsi="Georgia"/>
          <w:sz w:val="23"/>
        </w:rPr>
        <w:t>Only now the man was walking away toward the far bleachers, hands in his pockets, head down like he had all the time in the world.</w:t>
      </w:r>
    </w:p>
    <w:p>
      <w:pPr>
        <w:spacing w:after="80"/>
      </w:pPr>
      <w:r>
        <w:rPr>
          <w:rFonts w:ascii="Georgia" w:hAnsi="Georgia"/>
          <w:sz w:val="23"/>
        </w:rPr>
        <w:t>Vee moved toward Noah as far as the rope line allowed.</w:t>
      </w:r>
    </w:p>
    <w:p>
      <w:pPr>
        <w:spacing w:after="80"/>
      </w:pPr>
      <w:r>
        <w:rPr>
          <w:rFonts w:ascii="Georgia" w:hAnsi="Georgia"/>
          <w:sz w:val="23"/>
        </w:rPr>
        <w:t>“That one,” she said.</w:t>
      </w:r>
    </w:p>
    <w:p>
      <w:pPr>
        <w:spacing w:after="80"/>
      </w:pPr>
      <w:r>
        <w:rPr>
          <w:rFonts w:ascii="Georgia" w:hAnsi="Georgia"/>
          <w:sz w:val="23"/>
        </w:rPr>
        <w:t>“I saw.”</w:t>
      </w:r>
    </w:p>
    <w:p>
      <w:pPr>
        <w:spacing w:after="80"/>
      </w:pPr>
      <w:r>
        <w:rPr>
          <w:rFonts w:ascii="Georgia" w:hAnsi="Georgia"/>
          <w:sz w:val="23"/>
        </w:rPr>
        <w:t>“You know him?”</w:t>
      </w:r>
    </w:p>
    <w:p>
      <w:pPr>
        <w:spacing w:after="80"/>
      </w:pPr>
      <w:r>
        <w:rPr>
          <w:rFonts w:ascii="Georgia" w:hAnsi="Georgia"/>
          <w:sz w:val="23"/>
        </w:rPr>
        <w:t>“No.”</w:t>
      </w:r>
    </w:p>
    <w:p>
      <w:pPr>
        <w:spacing w:after="80"/>
      </w:pPr>
      <w:r>
        <w:rPr>
          <w:rFonts w:ascii="Georgia" w:hAnsi="Georgia"/>
          <w:sz w:val="23"/>
        </w:rPr>
        <w:t>She frowned. “He wasn’t watching like a normal parent.”</w:t>
      </w:r>
    </w:p>
    <w:p>
      <w:pPr>
        <w:spacing w:after="80"/>
      </w:pPr>
      <w:r>
        <w:rPr>
          <w:rFonts w:ascii="Georgia" w:hAnsi="Georgia"/>
          <w:sz w:val="23"/>
        </w:rPr>
        <w:t>Noah almost asked what a normal parent looked like, but Coach Law stepped in front of him.</w:t>
      </w:r>
    </w:p>
    <w:p>
      <w:pPr>
        <w:spacing w:after="80"/>
      </w:pPr>
      <w:r>
        <w:rPr>
          <w:rFonts w:ascii="Georgia" w:hAnsi="Georgia"/>
          <w:sz w:val="23"/>
        </w:rPr>
        <w:t>“Good answer on fourth down,” his dad said. “You got caught staring at the boundary too long the play before.”</w:t>
      </w:r>
    </w:p>
    <w:p>
      <w:pPr>
        <w:spacing w:after="80"/>
      </w:pPr>
      <w:r>
        <w:rPr>
          <w:rFonts w:ascii="Georgia" w:hAnsi="Georgia"/>
          <w:sz w:val="23"/>
        </w:rPr>
        <w:t>Noah stared at him.</w:t>
      </w:r>
    </w:p>
    <w:p>
      <w:pPr>
        <w:spacing w:after="80"/>
      </w:pPr>
      <w:r>
        <w:rPr>
          <w:rFonts w:ascii="Georgia" w:hAnsi="Georgia"/>
          <w:sz w:val="23"/>
        </w:rPr>
        <w:t>“You didn’t see it?” he asked.</w:t>
      </w:r>
    </w:p>
    <w:p>
      <w:pPr>
        <w:spacing w:after="80"/>
      </w:pPr>
      <w:r>
        <w:rPr>
          <w:rFonts w:ascii="Georgia" w:hAnsi="Georgia"/>
          <w:sz w:val="23"/>
        </w:rPr>
        <w:t>Coach Law’s eyes shifted. “See what?”</w:t>
      </w:r>
    </w:p>
    <w:p>
      <w:pPr>
        <w:spacing w:after="80"/>
      </w:pPr>
      <w:r>
        <w:rPr>
          <w:rFonts w:ascii="Georgia" w:hAnsi="Georgia"/>
          <w:sz w:val="23"/>
        </w:rPr>
        <w:t>“The sideline.”</w:t>
      </w:r>
    </w:p>
    <w:p>
      <w:pPr>
        <w:spacing w:after="80"/>
      </w:pPr>
      <w:r>
        <w:rPr>
          <w:rFonts w:ascii="Georgia" w:hAnsi="Georgia"/>
          <w:sz w:val="23"/>
        </w:rPr>
        <w:t>“The signal,” Vee said from behind the rope.</w:t>
      </w:r>
    </w:p>
    <w:p>
      <w:pPr>
        <w:spacing w:after="80"/>
      </w:pPr>
      <w:r>
        <w:rPr>
          <w:rFonts w:ascii="Georgia" w:hAnsi="Georgia"/>
          <w:sz w:val="23"/>
        </w:rPr>
        <w:t>Coach Law turned his head, finally noticing her fully.</w:t>
      </w:r>
    </w:p>
    <w:p>
      <w:pPr>
        <w:spacing w:after="80"/>
      </w:pPr>
      <w:r>
        <w:rPr>
          <w:rFonts w:ascii="Georgia" w:hAnsi="Georgia"/>
          <w:sz w:val="23"/>
        </w:rPr>
        <w:t>“What signal?”</w:t>
      </w:r>
    </w:p>
    <w:p>
      <w:pPr>
        <w:spacing w:after="80"/>
      </w:pPr>
      <w:r>
        <w:rPr>
          <w:rFonts w:ascii="Georgia" w:hAnsi="Georgia"/>
          <w:sz w:val="23"/>
        </w:rPr>
        <w:t>“The same one from practice,” Vee said. “Two fingers. Then one. That guy in the gray hoodie just did it again.”</w:t>
      </w:r>
    </w:p>
    <w:p>
      <w:pPr>
        <w:spacing w:after="80"/>
      </w:pPr>
      <w:r>
        <w:rPr>
          <w:rFonts w:ascii="Georgia" w:hAnsi="Georgia"/>
          <w:sz w:val="23"/>
        </w:rPr>
        <w:t>Coach Law looked past them toward the far bleachers, but the man was already gone behind a set of parents carrying folding chairs.</w:t>
      </w:r>
    </w:p>
    <w:p>
      <w:pPr>
        <w:spacing w:after="80"/>
      </w:pPr>
      <w:r>
        <w:rPr>
          <w:rFonts w:ascii="Georgia" w:hAnsi="Georgia"/>
          <w:sz w:val="23"/>
        </w:rPr>
        <w:t>“What guy?” he said.</w:t>
      </w:r>
    </w:p>
    <w:p>
      <w:pPr>
        <w:spacing w:after="80"/>
      </w:pPr>
      <w:r>
        <w:rPr>
          <w:rFonts w:ascii="Georgia" w:hAnsi="Georgia"/>
          <w:sz w:val="23"/>
        </w:rPr>
        <w:t>“The one leaving,” Noah said. “By the bleachers.”</w:t>
      </w:r>
    </w:p>
    <w:p>
      <w:pPr>
        <w:spacing w:after="80"/>
      </w:pPr>
      <w:r>
        <w:rPr>
          <w:rFonts w:ascii="Georgia" w:hAnsi="Georgia"/>
          <w:sz w:val="23"/>
        </w:rPr>
        <w:t>Coach Law scanned the area for another second, then looked back at Noah. “Focus on the game.”</w:t>
      </w:r>
    </w:p>
    <w:p>
      <w:pPr>
        <w:spacing w:after="80"/>
      </w:pPr>
      <w:r>
        <w:rPr>
          <w:rFonts w:ascii="Georgia" w:hAnsi="Georgia"/>
          <w:sz w:val="23"/>
        </w:rPr>
        <w:t>Noah blinked. “What?”</w:t>
      </w:r>
    </w:p>
    <w:p>
      <w:pPr>
        <w:spacing w:after="80"/>
      </w:pPr>
      <w:r>
        <w:rPr>
          <w:rFonts w:ascii="Georgia" w:hAnsi="Georgia"/>
          <w:sz w:val="23"/>
        </w:rPr>
        <w:t>“Focus. On. The. Game.” His tone stayed even, but that usually meant he was more serious, not less. “You can chase shadows after the whistle.”</w:t>
      </w:r>
    </w:p>
    <w:p>
      <w:pPr>
        <w:spacing w:after="80"/>
      </w:pPr>
      <w:r>
        <w:rPr>
          <w:rFonts w:ascii="Georgia" w:hAnsi="Georgia"/>
          <w:sz w:val="23"/>
        </w:rPr>
        <w:t>Vee crossed her arms. “That wasn’t a shadow.”</w:t>
      </w:r>
    </w:p>
    <w:p>
      <w:pPr>
        <w:spacing w:after="80"/>
      </w:pPr>
      <w:r>
        <w:rPr>
          <w:rFonts w:ascii="Georgia" w:hAnsi="Georgia"/>
          <w:sz w:val="23"/>
        </w:rPr>
        <w:t>Coach Law’s expression didn’t change, but something in his eyes tightened. “Thank you, Vee.”</w:t>
      </w:r>
    </w:p>
    <w:p>
      <w:pPr>
        <w:spacing w:after="80"/>
      </w:pPr>
      <w:r>
        <w:rPr>
          <w:rFonts w:ascii="Georgia" w:hAnsi="Georgia"/>
          <w:sz w:val="23"/>
        </w:rPr>
        <w:t>That meant he was done discussing it.</w:t>
      </w:r>
    </w:p>
    <w:p>
      <w:pPr>
        <w:spacing w:after="80"/>
      </w:pPr>
      <w:r>
        <w:rPr>
          <w:rFonts w:ascii="Georgia" w:hAnsi="Georgia"/>
          <w:sz w:val="23"/>
        </w:rPr>
        <w:t>Noah hated that.</w:t>
      </w:r>
    </w:p>
    <w:p>
      <w:pPr>
        <w:spacing w:after="80"/>
      </w:pPr>
      <w:r>
        <w:rPr>
          <w:rFonts w:ascii="Georgia" w:hAnsi="Georgia"/>
          <w:sz w:val="23"/>
        </w:rPr>
        <w:t>He hated the dismissal, hated the timing, hated that Vee had sounded more certain than he did, and hated most of all that his dad was acting like the weirdest thing in two days was just a distraction.</w:t>
      </w:r>
    </w:p>
    <w:p>
      <w:pPr>
        <w:spacing w:after="80"/>
      </w:pPr>
      <w:r>
        <w:rPr>
          <w:rFonts w:ascii="Georgia" w:hAnsi="Georgia"/>
          <w:sz w:val="23"/>
        </w:rPr>
        <w:t>The extra-point try was good. Jalen got the stop on the next Northgate drive. Prime 8 moved the ball again. By halftime they were up 7–0 in a game that felt way closer than the scoreboard said.</w:t>
      </w:r>
    </w:p>
    <w:p>
      <w:pPr>
        <w:spacing w:after="80"/>
      </w:pPr>
      <w:r>
        <w:rPr>
          <w:rFonts w:ascii="Georgia" w:hAnsi="Georgia"/>
          <w:sz w:val="23"/>
        </w:rPr>
        <w:t>The team jogged to the end-zone corner for water and halftime talk. Parents stayed back. Siblings drifted. Vee ended up near a goalpost with a football under one arm, pretending not to be waiting for Noah to look at her.</w:t>
      </w:r>
    </w:p>
    <w:p>
      <w:pPr>
        <w:spacing w:after="80"/>
      </w:pPr>
      <w:r>
        <w:rPr>
          <w:rFonts w:ascii="Georgia" w:hAnsi="Georgia"/>
          <w:sz w:val="23"/>
        </w:rPr>
        <w:t>Coach Law brought them in.</w:t>
      </w:r>
    </w:p>
    <w:p>
      <w:pPr>
        <w:spacing w:after="80"/>
      </w:pPr>
      <w:r>
        <w:rPr>
          <w:rFonts w:ascii="Georgia" w:hAnsi="Georgia"/>
          <w:sz w:val="23"/>
        </w:rPr>
        <w:t>“Too much freelancing,” he said. “Defense, get your eyes right. Offense, quit staring at routes. Trust your reads.”</w:t>
      </w:r>
    </w:p>
    <w:p>
      <w:pPr>
        <w:spacing w:after="80"/>
      </w:pPr>
      <w:r>
        <w:rPr>
          <w:rFonts w:ascii="Georgia" w:hAnsi="Georgia"/>
          <w:sz w:val="23"/>
        </w:rPr>
        <w:t>Noah almost laughed at that last line.</w:t>
      </w:r>
    </w:p>
    <w:p>
      <w:pPr>
        <w:spacing w:after="80"/>
      </w:pPr>
      <w:r>
        <w:rPr>
          <w:rFonts w:ascii="Georgia" w:hAnsi="Georgia"/>
          <w:sz w:val="23"/>
        </w:rPr>
        <w:t>Trust your reads.</w:t>
      </w:r>
    </w:p>
    <w:p>
      <w:pPr>
        <w:spacing w:after="80"/>
      </w:pPr>
      <w:r>
        <w:rPr>
          <w:rFonts w:ascii="Georgia" w:hAnsi="Georgia"/>
          <w:sz w:val="23"/>
        </w:rPr>
        <w:t>That was exactly the problem.</w:t>
      </w:r>
    </w:p>
    <w:p>
      <w:pPr>
        <w:spacing w:after="80"/>
      </w:pPr>
      <w:r>
        <w:rPr>
          <w:rFonts w:ascii="Georgia" w:hAnsi="Georgia"/>
          <w:sz w:val="23"/>
        </w:rPr>
        <w:t>Coach Law knelt in front of them and drew on the board. “Northgate’s jumping quick-game windows. Fine. That means we punish it. Second half, we hit them over the top or make them chase motion until they get tired of being wrong.”</w:t>
      </w:r>
    </w:p>
    <w:p>
      <w:pPr>
        <w:spacing w:after="80"/>
      </w:pPr>
      <w:r>
        <w:rPr>
          <w:rFonts w:ascii="Georgia" w:hAnsi="Georgia"/>
          <w:sz w:val="23"/>
        </w:rPr>
        <w:t>The team nodded.</w:t>
      </w:r>
    </w:p>
    <w:p>
      <w:pPr>
        <w:spacing w:after="80"/>
      </w:pPr>
      <w:r>
        <w:rPr>
          <w:rFonts w:ascii="Georgia" w:hAnsi="Georgia"/>
          <w:sz w:val="23"/>
        </w:rPr>
        <w:t>Jalen pointed toward the Falcons’ sideline. “Their corner’s cheating early every time.”</w:t>
      </w:r>
    </w:p>
    <w:p>
      <w:pPr>
        <w:spacing w:after="80"/>
      </w:pPr>
      <w:r>
        <w:rPr>
          <w:rFonts w:ascii="Georgia" w:hAnsi="Georgia"/>
          <w:sz w:val="23"/>
        </w:rPr>
        <w:t>“Then use it,” Coach Law said.</w:t>
      </w:r>
    </w:p>
    <w:p>
      <w:pPr>
        <w:spacing w:after="80"/>
      </w:pPr>
      <w:r>
        <w:rPr>
          <w:rFonts w:ascii="Georgia" w:hAnsi="Georgia"/>
          <w:sz w:val="23"/>
        </w:rPr>
        <w:t>Devin raised a hand slightly. “Coach.”</w:t>
      </w:r>
    </w:p>
    <w:p>
      <w:pPr>
        <w:spacing w:after="80"/>
      </w:pPr>
      <w:r>
        <w:rPr>
          <w:rFonts w:ascii="Georgia" w:hAnsi="Georgia"/>
          <w:sz w:val="23"/>
        </w:rPr>
        <w:t>Coach Law looked at him.</w:t>
      </w:r>
    </w:p>
    <w:p>
      <w:pPr>
        <w:spacing w:after="80"/>
      </w:pPr>
      <w:r>
        <w:rPr>
          <w:rFonts w:ascii="Georgia" w:hAnsi="Georgia"/>
          <w:sz w:val="23"/>
        </w:rPr>
        <w:t>Devin glanced at Noah once, then back. “Do you think somebody’s picking up our sideline or hearing calls?”</w:t>
      </w:r>
    </w:p>
    <w:p>
      <w:pPr>
        <w:spacing w:after="80"/>
      </w:pPr>
      <w:r>
        <w:rPr>
          <w:rFonts w:ascii="Georgia" w:hAnsi="Georgia"/>
          <w:sz w:val="23"/>
        </w:rPr>
        <w:t>The whole huddle went still.</w:t>
      </w:r>
    </w:p>
    <w:p>
      <w:pPr>
        <w:spacing w:after="80"/>
      </w:pPr>
      <w:r>
        <w:rPr>
          <w:rFonts w:ascii="Georgia" w:hAnsi="Georgia"/>
          <w:sz w:val="23"/>
        </w:rPr>
        <w:t>Not frozen. Just still in the way teams get when somebody finally says the thing everybody’s been trying not to say first.</w:t>
      </w:r>
    </w:p>
    <w:p>
      <w:pPr>
        <w:spacing w:after="80"/>
      </w:pPr>
      <w:r>
        <w:rPr>
          <w:rFonts w:ascii="Georgia" w:hAnsi="Georgia"/>
          <w:sz w:val="23"/>
        </w:rPr>
        <w:t>Coach Law set the marker down. “No.”</w:t>
      </w:r>
    </w:p>
    <w:p>
      <w:pPr>
        <w:spacing w:after="80"/>
      </w:pPr>
      <w:r>
        <w:rPr>
          <w:rFonts w:ascii="Georgia" w:hAnsi="Georgia"/>
          <w:sz w:val="23"/>
        </w:rPr>
        <w:t>Just like that.</w:t>
      </w:r>
    </w:p>
    <w:p>
      <w:pPr>
        <w:spacing w:after="80"/>
      </w:pPr>
      <w:r>
        <w:rPr>
          <w:rFonts w:ascii="Georgia" w:hAnsi="Georgia"/>
          <w:sz w:val="23"/>
        </w:rPr>
        <w:t>No pause. No maybe. No let’s watch for it.</w:t>
      </w:r>
    </w:p>
    <w:p>
      <w:pPr>
        <w:spacing w:after="80"/>
      </w:pPr>
      <w:r>
        <w:rPr>
          <w:rFonts w:ascii="Georgia" w:hAnsi="Georgia"/>
          <w:sz w:val="23"/>
        </w:rPr>
        <w:t>Rico shifted where he sat. Owen stopped tapping his cleat. Jalen looked from Devin to Noah like he was trying to calculate whether this was about to become interesting.</w:t>
      </w:r>
    </w:p>
    <w:p>
      <w:pPr>
        <w:spacing w:after="80"/>
      </w:pPr>
      <w:r>
        <w:rPr>
          <w:rFonts w:ascii="Georgia" w:hAnsi="Georgia"/>
          <w:sz w:val="23"/>
        </w:rPr>
        <w:t>Devin didn’t back off. “Because it looked weird twice.”</w:t>
      </w:r>
    </w:p>
    <w:p>
      <w:pPr>
        <w:spacing w:after="80"/>
      </w:pPr>
      <w:r>
        <w:rPr>
          <w:rFonts w:ascii="Georgia" w:hAnsi="Georgia"/>
          <w:sz w:val="23"/>
        </w:rPr>
        <w:t>Coach Law’s voice stayed level. “It looked like a first game. It looked like players pressing. It looked like defenders guessing right. We are not doing the thing where we give away our discipline by blaming ghosts.”</w:t>
      </w:r>
    </w:p>
    <w:p>
      <w:pPr>
        <w:spacing w:after="80"/>
      </w:pPr>
      <w:r>
        <w:rPr>
          <w:rFonts w:ascii="Georgia" w:hAnsi="Georgia"/>
          <w:sz w:val="23"/>
        </w:rPr>
        <w:t>Noah felt that line hit all of them.</w:t>
      </w:r>
    </w:p>
    <w:p>
      <w:pPr>
        <w:spacing w:after="80"/>
      </w:pPr>
      <w:r>
        <w:rPr>
          <w:rFonts w:ascii="Georgia" w:hAnsi="Georgia"/>
          <w:sz w:val="23"/>
        </w:rPr>
        <w:t>Ghosts.</w:t>
      </w:r>
    </w:p>
    <w:p>
      <w:pPr>
        <w:spacing w:after="80"/>
      </w:pPr>
      <w:r>
        <w:rPr>
          <w:rFonts w:ascii="Georgia" w:hAnsi="Georgia"/>
          <w:sz w:val="23"/>
        </w:rPr>
        <w:t>Vee, from behind the cluster of bags, muttered, “That’s convenient.”</w:t>
      </w:r>
    </w:p>
    <w:p>
      <w:pPr>
        <w:spacing w:after="80"/>
      </w:pPr>
      <w:r>
        <w:rPr>
          <w:rFonts w:ascii="Georgia" w:hAnsi="Georgia"/>
          <w:sz w:val="23"/>
        </w:rPr>
        <w:t>Coach Law either didn’t hear her or decided not to.</w:t>
      </w:r>
    </w:p>
    <w:p>
      <w:pPr>
        <w:spacing w:after="80"/>
      </w:pPr>
      <w:r>
        <w:rPr>
          <w:rFonts w:ascii="Georgia" w:hAnsi="Georgia"/>
          <w:sz w:val="23"/>
        </w:rPr>
        <w:t>He pointed at the board. “Second half. We dictate. We don’t react.”</w:t>
      </w:r>
    </w:p>
    <w:p>
      <w:pPr>
        <w:spacing w:after="80"/>
      </w:pPr>
      <w:r>
        <w:rPr>
          <w:rFonts w:ascii="Georgia" w:hAnsi="Georgia"/>
          <w:sz w:val="23"/>
        </w:rPr>
        <w:t>The whistle blew. Halftime over.</w:t>
      </w:r>
    </w:p>
    <w:p>
      <w:pPr>
        <w:spacing w:after="80"/>
      </w:pPr>
      <w:r>
        <w:rPr>
          <w:rFonts w:ascii="Georgia" w:hAnsi="Georgia"/>
          <w:sz w:val="23"/>
        </w:rPr>
        <w:t>As they broke the huddle, Devin caught Noah’s eye.</w:t>
      </w:r>
    </w:p>
    <w:p>
      <w:pPr>
        <w:spacing w:after="80"/>
      </w:pPr>
      <w:r>
        <w:rPr>
          <w:rFonts w:ascii="Georgia" w:hAnsi="Georgia"/>
          <w:sz w:val="23"/>
        </w:rPr>
        <w:t>He didn’t say told you so. He didn’t have to.</w:t>
      </w:r>
    </w:p>
    <w:p>
      <w:pPr>
        <w:spacing w:after="80"/>
      </w:pPr>
      <w:r>
        <w:rPr>
          <w:rFonts w:ascii="Georgia" w:hAnsi="Georgia"/>
          <w:sz w:val="23"/>
        </w:rPr>
        <w:t>Noah jogged back onto the field with a knot in his chest that had nothing to do with the game itself.</w:t>
      </w:r>
    </w:p>
    <w:p>
      <w:pPr>
        <w:spacing w:after="80"/>
      </w:pPr>
      <w:r>
        <w:rPr>
          <w:rFonts w:ascii="Georgia" w:hAnsi="Georgia"/>
          <w:sz w:val="23"/>
        </w:rPr>
        <w:t>Northgate got the ball first.</w:t>
      </w:r>
    </w:p>
    <w:p>
      <w:pPr>
        <w:spacing w:after="80"/>
      </w:pPr>
      <w:r>
        <w:rPr>
          <w:rFonts w:ascii="Georgia" w:hAnsi="Georgia"/>
          <w:sz w:val="23"/>
        </w:rPr>
        <w:t>On the second play, Jalen screamed off the edge and forced a rushed throw. On the third, Owen undercut a curl route and nearly picked it. The defense looked sharp now, angry in the right way, and that part helped. Football could still make sense if enough guys just did their jobs hard enough.</w:t>
      </w:r>
    </w:p>
    <w:p>
      <w:pPr>
        <w:spacing w:after="80"/>
      </w:pPr>
      <w:r>
        <w:rPr>
          <w:rFonts w:ascii="Georgia" w:hAnsi="Georgia"/>
          <w:sz w:val="23"/>
        </w:rPr>
        <w:t>Then Prime 8 got the ball back.</w:t>
      </w:r>
    </w:p>
    <w:p>
      <w:pPr>
        <w:spacing w:after="80"/>
      </w:pPr>
      <w:r>
        <w:rPr>
          <w:rFonts w:ascii="Georgia" w:hAnsi="Georgia"/>
          <w:sz w:val="23"/>
        </w:rPr>
        <w:t>First play, Rico on a shallow cross for eight.</w:t>
      </w:r>
    </w:p>
    <w:p>
      <w:pPr>
        <w:spacing w:after="80"/>
      </w:pPr>
      <w:r>
        <w:rPr>
          <w:rFonts w:ascii="Georgia" w:hAnsi="Georgia"/>
          <w:sz w:val="23"/>
        </w:rPr>
        <w:t>Second play, a run fake with Micah flashing motion across the formation. The linebackers overran it, and Devin released late into open space.</w:t>
      </w:r>
    </w:p>
    <w:p>
      <w:pPr>
        <w:spacing w:after="80"/>
      </w:pPr>
      <w:r>
        <w:rPr>
          <w:rFonts w:ascii="Georgia" w:hAnsi="Georgia"/>
          <w:sz w:val="23"/>
        </w:rPr>
        <w:t>Coach Law’s adjustment was working. Northgate had been aggressive in the first half, and now they were twitching at everything.</w:t>
      </w:r>
    </w:p>
    <w:p>
      <w:pPr>
        <w:spacing w:after="80"/>
      </w:pPr>
      <w:r>
        <w:rPr>
          <w:rFonts w:ascii="Georgia" w:hAnsi="Georgia"/>
          <w:sz w:val="23"/>
        </w:rPr>
        <w:t>On the sideline between reps, Noah stole a glance toward the bleachers.</w:t>
      </w:r>
    </w:p>
    <w:p>
      <w:pPr>
        <w:spacing w:after="80"/>
      </w:pPr>
      <w:r>
        <w:rPr>
          <w:rFonts w:ascii="Georgia" w:hAnsi="Georgia"/>
          <w:sz w:val="23"/>
        </w:rPr>
        <w:t>Gray hoodie gone.</w:t>
      </w:r>
    </w:p>
    <w:p>
      <w:pPr>
        <w:spacing w:after="80"/>
      </w:pPr>
      <w:r>
        <w:rPr>
          <w:rFonts w:ascii="Georgia" w:hAnsi="Georgia"/>
          <w:sz w:val="23"/>
        </w:rPr>
        <w:t>Vee still there.</w:t>
      </w:r>
    </w:p>
    <w:p>
      <w:pPr>
        <w:spacing w:after="80"/>
      </w:pPr>
      <w:r>
        <w:rPr>
          <w:rFonts w:ascii="Georgia" w:hAnsi="Georgia"/>
          <w:sz w:val="23"/>
        </w:rPr>
        <w:t>This time she made a tiny circle in the air with one finger near her hip, like she was winding a clock.</w:t>
      </w:r>
    </w:p>
    <w:p>
      <w:pPr>
        <w:spacing w:after="80"/>
      </w:pPr>
      <w:r>
        <w:rPr>
          <w:rFonts w:ascii="Georgia" w:hAnsi="Georgia"/>
          <w:sz w:val="23"/>
        </w:rPr>
        <w:t>What does that even mean? Noah thought.</w:t>
      </w:r>
    </w:p>
    <w:p>
      <w:pPr>
        <w:spacing w:after="80"/>
      </w:pPr>
      <w:r>
        <w:rPr>
          <w:rFonts w:ascii="Georgia" w:hAnsi="Georgia"/>
          <w:sz w:val="23"/>
        </w:rPr>
        <w:t>Then he understood.</w:t>
      </w:r>
    </w:p>
    <w:p>
      <w:pPr>
        <w:spacing w:after="80"/>
      </w:pPr>
      <w:r>
        <w:rPr>
          <w:rFonts w:ascii="Georgia" w:hAnsi="Georgia"/>
          <w:sz w:val="23"/>
        </w:rPr>
        <w:t>Keep watching.</w:t>
      </w:r>
    </w:p>
    <w:p>
      <w:pPr>
        <w:spacing w:after="80"/>
      </w:pPr>
      <w:r>
        <w:rPr>
          <w:rFonts w:ascii="Georgia" w:hAnsi="Georgia"/>
          <w:sz w:val="23"/>
        </w:rPr>
        <w:t>The drive moved into Falcons territory. The game sped up. Noah hit a comeback to Owen, then a dig to Jalen, then missed Micah high on a fade he probably should not have forced. That last one ticked him off enough that he muttered at himself walking back.</w:t>
      </w:r>
    </w:p>
    <w:p>
      <w:pPr>
        <w:spacing w:after="80"/>
      </w:pPr>
      <w:r>
        <w:rPr>
          <w:rFonts w:ascii="Georgia" w:hAnsi="Georgia"/>
          <w:sz w:val="23"/>
        </w:rPr>
        <w:t>Micah jogged beside him. “I had him.”</w:t>
      </w:r>
    </w:p>
    <w:p>
      <w:pPr>
        <w:spacing w:after="80"/>
      </w:pPr>
      <w:r>
        <w:rPr>
          <w:rFonts w:ascii="Georgia" w:hAnsi="Georgia"/>
          <w:sz w:val="23"/>
        </w:rPr>
        <w:t>Noah kept his eyes ahead. “Ball was high.”</w:t>
      </w:r>
    </w:p>
    <w:p>
      <w:pPr>
        <w:spacing w:after="80"/>
      </w:pPr>
      <w:r>
        <w:rPr>
          <w:rFonts w:ascii="Georgia" w:hAnsi="Georgia"/>
          <w:sz w:val="23"/>
        </w:rPr>
        <w:t>“I know that.”</w:t>
      </w:r>
    </w:p>
    <w:p>
      <w:pPr>
        <w:spacing w:after="80"/>
      </w:pPr>
      <w:r>
        <w:rPr>
          <w:rFonts w:ascii="Georgia" w:hAnsi="Georgia"/>
          <w:sz w:val="23"/>
        </w:rPr>
        <w:t>Noah turned. “Then why’d you say it like I don’t?”</w:t>
      </w:r>
    </w:p>
    <w:p>
      <w:pPr>
        <w:spacing w:after="80"/>
      </w:pPr>
      <w:r>
        <w:rPr>
          <w:rFonts w:ascii="Georgia" w:hAnsi="Georgia"/>
          <w:sz w:val="23"/>
        </w:rPr>
        <w:t>Micah looked genuinely confused for a second, like he had not meant anything by it. Which somehow made Noah more annoyed.</w:t>
      </w:r>
    </w:p>
    <w:p>
      <w:pPr>
        <w:spacing w:after="80"/>
      </w:pPr>
      <w:r>
        <w:rPr>
          <w:rFonts w:ascii="Georgia" w:hAnsi="Georgia"/>
          <w:sz w:val="23"/>
        </w:rPr>
        <w:t>“Forget it,” Noah said.</w:t>
      </w:r>
    </w:p>
    <w:p>
      <w:pPr>
        <w:spacing w:after="80"/>
      </w:pPr>
      <w:r>
        <w:rPr>
          <w:rFonts w:ascii="Georgia" w:hAnsi="Georgia"/>
          <w:sz w:val="23"/>
        </w:rPr>
        <w:t>They broke the huddle for the next play.</w:t>
      </w:r>
    </w:p>
    <w:p>
      <w:pPr>
        <w:spacing w:after="80"/>
      </w:pPr>
      <w:r>
        <w:rPr>
          <w:rFonts w:ascii="Georgia" w:hAnsi="Georgia"/>
          <w:sz w:val="23"/>
        </w:rPr>
        <w:t>Trips left. Rico in the slot. Micah wide. Northgate in off coverage now, trying to disguise late movement.</w:t>
      </w:r>
    </w:p>
    <w:p>
      <w:pPr>
        <w:spacing w:after="80"/>
      </w:pPr>
      <w:r>
        <w:rPr>
          <w:rFonts w:ascii="Georgia" w:hAnsi="Georgia"/>
          <w:sz w:val="23"/>
        </w:rPr>
        <w:t>The snap came.</w:t>
      </w:r>
    </w:p>
    <w:p>
      <w:pPr>
        <w:spacing w:after="80"/>
      </w:pPr>
      <w:r>
        <w:rPr>
          <w:rFonts w:ascii="Georgia" w:hAnsi="Georgia"/>
          <w:sz w:val="23"/>
        </w:rPr>
        <w:t>Noah hit the top of his drop and saw the corner on Micah cheat inside a step before the route declared.</w:t>
      </w:r>
    </w:p>
    <w:p>
      <w:pPr>
        <w:spacing w:after="80"/>
      </w:pPr>
      <w:r>
        <w:rPr>
          <w:rFonts w:ascii="Georgia" w:hAnsi="Georgia"/>
          <w:sz w:val="23"/>
        </w:rPr>
        <w:t>Again.</w:t>
      </w:r>
    </w:p>
    <w:p>
      <w:pPr>
        <w:spacing w:after="80"/>
      </w:pPr>
      <w:r>
        <w:rPr>
          <w:rFonts w:ascii="Georgia" w:hAnsi="Georgia"/>
          <w:sz w:val="23"/>
        </w:rPr>
        <w:t>Not normal.</w:t>
      </w:r>
    </w:p>
    <w:p>
      <w:pPr>
        <w:spacing w:after="80"/>
      </w:pPr>
      <w:r>
        <w:rPr>
          <w:rFonts w:ascii="Georgia" w:hAnsi="Georgia"/>
          <w:sz w:val="23"/>
        </w:rPr>
        <w:t>He came off it and fired to Rico underneath instead. Gain of six.</w:t>
      </w:r>
    </w:p>
    <w:p>
      <w:pPr>
        <w:spacing w:after="80"/>
      </w:pPr>
      <w:r>
        <w:rPr>
          <w:rFonts w:ascii="Georgia" w:hAnsi="Georgia"/>
          <w:sz w:val="23"/>
        </w:rPr>
        <w:t>Rico popped up and tossed the ball back. “I feel like a beautiful emergency exit.”</w:t>
      </w:r>
    </w:p>
    <w:p>
      <w:pPr>
        <w:spacing w:after="80"/>
      </w:pPr>
      <w:r>
        <w:rPr>
          <w:rFonts w:ascii="Georgia" w:hAnsi="Georgia"/>
          <w:sz w:val="23"/>
        </w:rPr>
        <w:t>Noah barely heard him.</w:t>
      </w:r>
    </w:p>
    <w:p>
      <w:pPr>
        <w:spacing w:after="80"/>
      </w:pPr>
      <w:r>
        <w:rPr>
          <w:rFonts w:ascii="Georgia" w:hAnsi="Georgia"/>
          <w:sz w:val="23"/>
        </w:rPr>
        <w:t>On the sideline after the series, while the defense went back out, he found Vee by the rope.</w:t>
      </w:r>
    </w:p>
    <w:p>
      <w:pPr>
        <w:spacing w:after="80"/>
      </w:pPr>
      <w:r>
        <w:rPr>
          <w:rFonts w:ascii="Georgia" w:hAnsi="Georgia"/>
          <w:sz w:val="23"/>
        </w:rPr>
        <w:t>“You’re seeing it too,” he said.</w:t>
      </w:r>
    </w:p>
    <w:p>
      <w:pPr>
        <w:spacing w:after="80"/>
      </w:pPr>
      <w:r>
        <w:rPr>
          <w:rFonts w:ascii="Georgia" w:hAnsi="Georgia"/>
          <w:sz w:val="23"/>
        </w:rPr>
        <w:t>“I know.”</w:t>
      </w:r>
    </w:p>
    <w:p>
      <w:pPr>
        <w:spacing w:after="80"/>
      </w:pPr>
      <w:r>
        <w:rPr>
          <w:rFonts w:ascii="Georgia" w:hAnsi="Georgia"/>
          <w:sz w:val="23"/>
        </w:rPr>
        <w:t>“You keep saying that.”</w:t>
      </w:r>
    </w:p>
    <w:p>
      <w:pPr>
        <w:spacing w:after="80"/>
      </w:pPr>
      <w:r>
        <w:rPr>
          <w:rFonts w:ascii="Georgia" w:hAnsi="Georgia"/>
          <w:sz w:val="23"/>
        </w:rPr>
        <w:t>“Because I do.”</w:t>
      </w:r>
    </w:p>
    <w:p>
      <w:pPr>
        <w:spacing w:after="80"/>
      </w:pPr>
      <w:r>
        <w:rPr>
          <w:rFonts w:ascii="Georgia" w:hAnsi="Georgia"/>
          <w:sz w:val="23"/>
        </w:rPr>
        <w:t>He stepped closer. “Then help.”</w:t>
      </w:r>
    </w:p>
    <w:p>
      <w:pPr>
        <w:spacing w:after="80"/>
      </w:pPr>
      <w:r>
        <w:rPr>
          <w:rFonts w:ascii="Georgia" w:hAnsi="Georgia"/>
          <w:sz w:val="23"/>
        </w:rPr>
        <w:t>Vee hugged the football against her ribs. “I am helping.”</w:t>
      </w:r>
    </w:p>
    <w:p>
      <w:pPr>
        <w:spacing w:after="80"/>
      </w:pPr>
      <w:r>
        <w:rPr>
          <w:rFonts w:ascii="Georgia" w:hAnsi="Georgia"/>
          <w:sz w:val="23"/>
        </w:rPr>
        <w:t>“No, I mean actually helping. Not just looking at me like you solved it already.”</w:t>
      </w:r>
    </w:p>
    <w:p>
      <w:pPr>
        <w:spacing w:after="80"/>
      </w:pPr>
      <w:r>
        <w:rPr>
          <w:rFonts w:ascii="Georgia" w:hAnsi="Georgia"/>
          <w:sz w:val="23"/>
        </w:rPr>
        <w:t>Her eyes flashed. “I didn’t solve it already.”</w:t>
      </w:r>
    </w:p>
    <w:p>
      <w:pPr>
        <w:spacing w:after="80"/>
      </w:pPr>
      <w:r>
        <w:rPr>
          <w:rFonts w:ascii="Georgia" w:hAnsi="Georgia"/>
          <w:sz w:val="23"/>
        </w:rPr>
        <w:t>“Then what do you know?”</w:t>
      </w:r>
    </w:p>
    <w:p>
      <w:pPr>
        <w:spacing w:after="80"/>
      </w:pPr>
      <w:r>
        <w:rPr>
          <w:rFonts w:ascii="Georgia" w:hAnsi="Georgia"/>
          <w:sz w:val="23"/>
        </w:rPr>
        <w:t>“That guy in the hoodie wasn’t just copying random signals.” She lowered her voice. “He only moved when your team got the call. Not before.”</w:t>
      </w:r>
    </w:p>
    <w:p>
      <w:pPr>
        <w:spacing w:after="80"/>
      </w:pPr>
      <w:r>
        <w:rPr>
          <w:rFonts w:ascii="Georgia" w:hAnsi="Georgia"/>
          <w:sz w:val="23"/>
        </w:rPr>
        <w:t>Noah stared at her.</w:t>
      </w:r>
    </w:p>
    <w:p>
      <w:pPr>
        <w:spacing w:after="80"/>
      </w:pPr>
      <w:r>
        <w:rPr>
          <w:rFonts w:ascii="Georgia" w:hAnsi="Georgia"/>
          <w:sz w:val="23"/>
        </w:rPr>
        <w:t>That was smart.</w:t>
      </w:r>
    </w:p>
    <w:p>
      <w:pPr>
        <w:spacing w:after="80"/>
      </w:pPr>
      <w:r>
        <w:rPr>
          <w:rFonts w:ascii="Georgia" w:hAnsi="Georgia"/>
          <w:sz w:val="23"/>
        </w:rPr>
        <w:t>Smarter than what he had been thinking, if he was honest.</w:t>
      </w:r>
    </w:p>
    <w:p>
      <w:pPr>
        <w:spacing w:after="80"/>
      </w:pPr>
      <w:r>
        <w:rPr>
          <w:rFonts w:ascii="Georgia" w:hAnsi="Georgia"/>
          <w:sz w:val="23"/>
        </w:rPr>
        <w:t>Before he could answer, Coach Law shouted for the offense to grab helmets.</w:t>
      </w:r>
    </w:p>
    <w:p>
      <w:pPr>
        <w:spacing w:after="80"/>
      </w:pPr>
      <w:r>
        <w:rPr>
          <w:rFonts w:ascii="Georgia" w:hAnsi="Georgia"/>
          <w:sz w:val="23"/>
        </w:rPr>
        <w:t>The defense had forced another punt. Prime 8 would get one more good drive before the quarter turned.</w:t>
      </w:r>
    </w:p>
    <w:p>
      <w:pPr>
        <w:spacing w:after="80"/>
      </w:pPr>
      <w:r>
        <w:rPr>
          <w:rFonts w:ascii="Georgia" w:hAnsi="Georgia"/>
          <w:sz w:val="23"/>
        </w:rPr>
        <w:t>As Noah trotted away, Vee called quietly, “Somebody’s giving him the start.”</w:t>
      </w:r>
    </w:p>
    <w:p>
      <w:pPr>
        <w:spacing w:after="80"/>
      </w:pPr>
      <w:r>
        <w:rPr>
          <w:rFonts w:ascii="Georgia" w:hAnsi="Georgia"/>
          <w:sz w:val="23"/>
        </w:rPr>
        <w:t>He turned back.</w:t>
      </w:r>
    </w:p>
    <w:p>
      <w:pPr>
        <w:spacing w:after="80"/>
      </w:pPr>
      <w:r>
        <w:rPr>
          <w:rFonts w:ascii="Georgia" w:hAnsi="Georgia"/>
          <w:sz w:val="23"/>
        </w:rPr>
        <w:t>“What?”</w:t>
      </w:r>
    </w:p>
    <w:p>
      <w:pPr>
        <w:spacing w:after="80"/>
      </w:pPr>
      <w:r>
        <w:rPr>
          <w:rFonts w:ascii="Georgia" w:hAnsi="Georgia"/>
          <w:sz w:val="23"/>
        </w:rPr>
        <w:t>She shook her head once. “Later.”</w:t>
      </w:r>
    </w:p>
    <w:p>
      <w:pPr>
        <w:spacing w:after="80"/>
      </w:pPr>
      <w:r>
        <w:rPr>
          <w:rFonts w:ascii="Georgia" w:hAnsi="Georgia"/>
          <w:sz w:val="23"/>
        </w:rPr>
        <w:t>That was the problem with Vee. She never said things halfway unless she knew they would sit in your brain and bother you.</w:t>
      </w:r>
    </w:p>
    <w:p>
      <w:pPr>
        <w:spacing w:after="80"/>
      </w:pPr>
      <w:r>
        <w:rPr>
          <w:rFonts w:ascii="Georgia" w:hAnsi="Georgia"/>
          <w:sz w:val="23"/>
        </w:rPr>
        <w:t>The next drive started with a short completion to Devin and a chunk play to Micah on a crossing route that finally let him run after the catch. Micah ate up the sideline for fifteen before getting forced out.</w:t>
      </w:r>
    </w:p>
    <w:p>
      <w:pPr>
        <w:spacing w:after="80"/>
      </w:pPr>
      <w:r>
        <w:rPr>
          <w:rFonts w:ascii="Georgia" w:hAnsi="Georgia"/>
          <w:sz w:val="23"/>
        </w:rPr>
        <w:t>The Prime 8 sideline came alive.</w:t>
      </w:r>
    </w:p>
    <w:p>
      <w:pPr>
        <w:spacing w:after="80"/>
      </w:pPr>
      <w:r>
        <w:rPr>
          <w:rFonts w:ascii="Georgia" w:hAnsi="Georgia"/>
          <w:sz w:val="23"/>
        </w:rPr>
        <w:t>“There he is!” Rico shouted.</w:t>
      </w:r>
    </w:p>
    <w:p>
      <w:pPr>
        <w:spacing w:after="80"/>
      </w:pPr>
      <w:r>
        <w:rPr>
          <w:rFonts w:ascii="Georgia" w:hAnsi="Georgia"/>
          <w:sz w:val="23"/>
        </w:rPr>
        <w:t>Micah jogged back with the ball tucked tight, eyes bright, that same easy confidence all over him again. Noah hated how useful it was.</w:t>
      </w:r>
    </w:p>
    <w:p>
      <w:pPr>
        <w:spacing w:after="80"/>
      </w:pPr>
      <w:r>
        <w:rPr>
          <w:rFonts w:ascii="Georgia" w:hAnsi="Georgia"/>
          <w:sz w:val="23"/>
        </w:rPr>
        <w:t>By the time they reached the red zone, the game felt like it could tip for good. One more touchdown and Northgate would have to force things.</w:t>
      </w:r>
    </w:p>
    <w:p>
      <w:pPr>
        <w:spacing w:after="80"/>
      </w:pPr>
      <w:r>
        <w:rPr>
          <w:rFonts w:ascii="Georgia" w:hAnsi="Georgia"/>
          <w:sz w:val="23"/>
        </w:rPr>
        <w:t>Coach Law signaled in from the sideline.</w:t>
      </w:r>
    </w:p>
    <w:p>
      <w:pPr>
        <w:spacing w:after="80"/>
      </w:pPr>
      <w:r>
        <w:rPr>
          <w:rFonts w:ascii="Georgia" w:hAnsi="Georgia"/>
          <w:sz w:val="23"/>
        </w:rPr>
        <w:t>Noah looked over.</w:t>
      </w:r>
    </w:p>
    <w:p>
      <w:pPr>
        <w:spacing w:after="80"/>
      </w:pPr>
      <w:r>
        <w:rPr>
          <w:rFonts w:ascii="Georgia" w:hAnsi="Georgia"/>
          <w:sz w:val="23"/>
        </w:rPr>
        <w:t>Then frowned.</w:t>
      </w:r>
    </w:p>
    <w:p>
      <w:pPr>
        <w:spacing w:after="80"/>
      </w:pPr>
      <w:r>
        <w:rPr>
          <w:rFonts w:ascii="Georgia" w:hAnsi="Georgia"/>
          <w:sz w:val="23"/>
        </w:rPr>
        <w:t>His dad had changed the signal pattern.</w:t>
      </w:r>
    </w:p>
    <w:p>
      <w:pPr>
        <w:spacing w:after="80"/>
      </w:pPr>
      <w:r>
        <w:rPr>
          <w:rFonts w:ascii="Georgia" w:hAnsi="Georgia"/>
          <w:sz w:val="23"/>
        </w:rPr>
        <w:t>It was subtle, but Noah knew the normal rhythm of Coach Law’s hands the way some kids knew songs. This was different. A decoy maybe. A test maybe. Something.</w:t>
      </w:r>
    </w:p>
    <w:p>
      <w:pPr>
        <w:spacing w:after="80"/>
      </w:pPr>
      <w:r>
        <w:rPr>
          <w:rFonts w:ascii="Georgia" w:hAnsi="Georgia"/>
          <w:sz w:val="23"/>
        </w:rPr>
        <w:t>Noah repeated the play in the huddle and broke them fast.</w:t>
      </w:r>
    </w:p>
    <w:p>
      <w:pPr>
        <w:spacing w:after="80"/>
      </w:pPr>
      <w:r>
        <w:rPr>
          <w:rFonts w:ascii="Georgia" w:hAnsi="Georgia"/>
          <w:sz w:val="23"/>
        </w:rPr>
        <w:t>Northgate shifted.</w:t>
      </w:r>
    </w:p>
    <w:p>
      <w:pPr>
        <w:spacing w:after="80"/>
      </w:pPr>
      <w:r>
        <w:rPr>
          <w:rFonts w:ascii="Georgia" w:hAnsi="Georgia"/>
          <w:sz w:val="23"/>
        </w:rPr>
        <w:t>Not much.</w:t>
      </w:r>
    </w:p>
    <w:p>
      <w:pPr>
        <w:spacing w:after="80"/>
      </w:pPr>
      <w:r>
        <w:rPr>
          <w:rFonts w:ascii="Georgia" w:hAnsi="Georgia"/>
          <w:sz w:val="23"/>
        </w:rPr>
        <w:t>Just enough.</w:t>
      </w:r>
    </w:p>
    <w:p>
      <w:pPr>
        <w:spacing w:after="80"/>
      </w:pPr>
      <w:r>
        <w:rPr>
          <w:rFonts w:ascii="Georgia" w:hAnsi="Georgia"/>
          <w:sz w:val="23"/>
        </w:rPr>
        <w:t>Too early again.</w:t>
      </w:r>
    </w:p>
    <w:p>
      <w:pPr>
        <w:spacing w:after="80"/>
      </w:pPr>
      <w:r>
        <w:rPr>
          <w:rFonts w:ascii="Georgia" w:hAnsi="Georgia"/>
          <w:sz w:val="23"/>
        </w:rPr>
        <w:t>Noah’s pulse kicked.</w:t>
      </w:r>
    </w:p>
    <w:p>
      <w:pPr>
        <w:spacing w:after="80"/>
      </w:pPr>
      <w:r>
        <w:rPr>
          <w:rFonts w:ascii="Georgia" w:hAnsi="Georgia"/>
          <w:sz w:val="23"/>
        </w:rPr>
        <w:t>The ball came back to him on a sprint-out, and this time he ignored the first look completely and fired late to Owen dragging underneath.</w:t>
      </w:r>
    </w:p>
    <w:p>
      <w:pPr>
        <w:spacing w:after="80"/>
      </w:pPr>
      <w:r>
        <w:rPr>
          <w:rFonts w:ascii="Georgia" w:hAnsi="Georgia"/>
          <w:sz w:val="23"/>
        </w:rPr>
        <w:t>Touchdown.</w:t>
      </w:r>
    </w:p>
    <w:p>
      <w:pPr>
        <w:spacing w:after="80"/>
      </w:pPr>
      <w:r>
        <w:rPr>
          <w:rFonts w:ascii="Georgia" w:hAnsi="Georgia"/>
          <w:sz w:val="23"/>
        </w:rPr>
        <w:t>Owen never celebrated much, but even he slapped the air once before handing the ball to the ref.</w:t>
      </w:r>
    </w:p>
    <w:p>
      <w:pPr>
        <w:spacing w:after="80"/>
      </w:pPr>
      <w:r>
        <w:rPr>
          <w:rFonts w:ascii="Georgia" w:hAnsi="Georgia"/>
          <w:sz w:val="23"/>
        </w:rPr>
        <w:t>Noah ran off and found Coach Law immediately.</w:t>
      </w:r>
    </w:p>
    <w:p>
      <w:pPr>
        <w:spacing w:after="80"/>
      </w:pPr>
      <w:r>
        <w:rPr>
          <w:rFonts w:ascii="Georgia" w:hAnsi="Georgia"/>
          <w:sz w:val="23"/>
        </w:rPr>
        <w:t>“You changed it,” he said.</w:t>
      </w:r>
    </w:p>
    <w:p>
      <w:pPr>
        <w:spacing w:after="80"/>
      </w:pPr>
      <w:r>
        <w:rPr>
          <w:rFonts w:ascii="Georgia" w:hAnsi="Georgia"/>
          <w:sz w:val="23"/>
        </w:rPr>
        <w:t>Coach Law kept his eyes on the field. “Changed what?”</w:t>
      </w:r>
    </w:p>
    <w:p>
      <w:pPr>
        <w:spacing w:after="80"/>
      </w:pPr>
      <w:r>
        <w:rPr>
          <w:rFonts w:ascii="Georgia" w:hAnsi="Georgia"/>
          <w:sz w:val="23"/>
        </w:rPr>
        <w:t>“The signal.”</w:t>
      </w:r>
    </w:p>
    <w:p>
      <w:pPr>
        <w:spacing w:after="80"/>
      </w:pPr>
      <w:r>
        <w:rPr>
          <w:rFonts w:ascii="Georgia" w:hAnsi="Georgia"/>
          <w:sz w:val="23"/>
        </w:rPr>
        <w:t>A pause.</w:t>
      </w:r>
    </w:p>
    <w:p>
      <w:pPr>
        <w:spacing w:after="80"/>
      </w:pPr>
      <w:r>
        <w:rPr>
          <w:rFonts w:ascii="Georgia" w:hAnsi="Georgia"/>
          <w:sz w:val="23"/>
        </w:rPr>
        <w:t>Then: “Did it matter?”</w:t>
      </w:r>
    </w:p>
    <w:p>
      <w:pPr>
        <w:spacing w:after="80"/>
      </w:pPr>
      <w:r>
        <w:rPr>
          <w:rFonts w:ascii="Georgia" w:hAnsi="Georgia"/>
          <w:sz w:val="23"/>
        </w:rPr>
        <w:t>Noah stared. “Yes.”</w:t>
      </w:r>
    </w:p>
    <w:p>
      <w:pPr>
        <w:spacing w:after="80"/>
      </w:pPr>
      <w:r>
        <w:rPr>
          <w:rFonts w:ascii="Georgia" w:hAnsi="Georgia"/>
          <w:sz w:val="23"/>
        </w:rPr>
        <w:t>Coach Law finally looked at him. “Good.”</w:t>
      </w:r>
    </w:p>
    <w:p>
      <w:pPr>
        <w:spacing w:after="80"/>
      </w:pPr>
      <w:r>
        <w:rPr>
          <w:rFonts w:ascii="Georgia" w:hAnsi="Georgia"/>
          <w:sz w:val="23"/>
        </w:rPr>
        <w:t>And then he turned away.</w:t>
      </w:r>
    </w:p>
    <w:p>
      <w:pPr>
        <w:spacing w:after="80"/>
      </w:pPr>
      <w:r>
        <w:rPr>
          <w:rFonts w:ascii="Georgia" w:hAnsi="Georgia"/>
          <w:sz w:val="23"/>
        </w:rPr>
        <w:t>Noah stood there for half a second, stunned.</w:t>
      </w:r>
    </w:p>
    <w:p>
      <w:pPr>
        <w:spacing w:after="80"/>
      </w:pPr>
      <w:r>
        <w:rPr>
          <w:rFonts w:ascii="Georgia" w:hAnsi="Georgia"/>
          <w:sz w:val="23"/>
        </w:rPr>
        <w:t>So his dad had seen it.</w:t>
      </w:r>
    </w:p>
    <w:p>
      <w:pPr>
        <w:spacing w:after="80"/>
      </w:pPr>
      <w:r>
        <w:rPr>
          <w:rFonts w:ascii="Georgia" w:hAnsi="Georgia"/>
          <w:sz w:val="23"/>
        </w:rPr>
        <w:t>Or suspected it.</w:t>
      </w:r>
    </w:p>
    <w:p>
      <w:pPr>
        <w:spacing w:after="80"/>
      </w:pPr>
      <w:r>
        <w:rPr>
          <w:rFonts w:ascii="Georgia" w:hAnsi="Georgia"/>
          <w:sz w:val="23"/>
        </w:rPr>
        <w:t>Or at least tested for it.</w:t>
      </w:r>
    </w:p>
    <w:p>
      <w:pPr>
        <w:spacing w:after="80"/>
      </w:pPr>
      <w:r>
        <w:rPr>
          <w:rFonts w:ascii="Georgia" w:hAnsi="Georgia"/>
          <w:sz w:val="23"/>
        </w:rPr>
        <w:t>And he had not told him.</w:t>
      </w:r>
    </w:p>
    <w:p>
      <w:pPr>
        <w:spacing w:after="80"/>
      </w:pPr>
      <w:r>
        <w:rPr>
          <w:rFonts w:ascii="Georgia" w:hAnsi="Georgia"/>
          <w:sz w:val="23"/>
        </w:rPr>
        <w:t>Jalen came flying off the bench and shoved Noah’s shoulder pads. “You see? We own these dudes now.”</w:t>
      </w:r>
    </w:p>
    <w:p>
      <w:pPr>
        <w:spacing w:after="80"/>
      </w:pPr>
      <w:r>
        <w:rPr>
          <w:rFonts w:ascii="Georgia" w:hAnsi="Georgia"/>
          <w:sz w:val="23"/>
        </w:rPr>
        <w:t>Noah barely reacted.</w:t>
      </w:r>
    </w:p>
    <w:p>
      <w:pPr>
        <w:spacing w:after="80"/>
      </w:pPr>
      <w:r>
        <w:rPr>
          <w:rFonts w:ascii="Georgia" w:hAnsi="Georgia"/>
          <w:sz w:val="23"/>
        </w:rPr>
        <w:t>The game finished 14–0.</w:t>
      </w:r>
    </w:p>
    <w:p>
      <w:pPr>
        <w:spacing w:after="80"/>
      </w:pPr>
      <w:r>
        <w:rPr>
          <w:rFonts w:ascii="Georgia" w:hAnsi="Georgia"/>
          <w:sz w:val="23"/>
        </w:rPr>
        <w:t>Prime 8 shook hands. Northgate talked less than they had in warmups, which always made Rico happiest. Parents drifted down. The scoreboard clicked to final and then dark.</w:t>
      </w:r>
    </w:p>
    <w:p>
      <w:pPr>
        <w:spacing w:after="80"/>
      </w:pPr>
      <w:r>
        <w:rPr>
          <w:rFonts w:ascii="Georgia" w:hAnsi="Georgia"/>
          <w:sz w:val="23"/>
        </w:rPr>
        <w:t>But the win didn’t feel clean to Noah.</w:t>
      </w:r>
    </w:p>
    <w:p>
      <w:pPr>
        <w:spacing w:after="80"/>
      </w:pPr>
      <w:r>
        <w:rPr>
          <w:rFonts w:ascii="Georgia" w:hAnsi="Georgia"/>
          <w:sz w:val="23"/>
        </w:rPr>
        <w:t>Too many weird moments. Too much early movement. Too much not being said.</w:t>
      </w:r>
    </w:p>
    <w:p>
      <w:pPr>
        <w:spacing w:after="80"/>
      </w:pPr>
      <w:r>
        <w:rPr>
          <w:rFonts w:ascii="Georgia" w:hAnsi="Georgia"/>
          <w:sz w:val="23"/>
        </w:rPr>
        <w:t>As the team gathered near the sideline, Coach Law gave the usual postgame talk.</w:t>
      </w:r>
    </w:p>
    <w:p>
      <w:pPr>
        <w:spacing w:after="80"/>
      </w:pPr>
      <w:r>
        <w:rPr>
          <w:rFonts w:ascii="Georgia" w:hAnsi="Georgia"/>
          <w:sz w:val="23"/>
        </w:rPr>
        <w:t>“Good start. Not clean enough. Better in the second half. Enjoy the win for tonight, then we get better.”</w:t>
      </w:r>
    </w:p>
    <w:p>
      <w:pPr>
        <w:spacing w:after="80"/>
      </w:pPr>
      <w:r>
        <w:rPr>
          <w:rFonts w:ascii="Georgia" w:hAnsi="Georgia"/>
          <w:sz w:val="23"/>
        </w:rPr>
        <w:t>The guys broke. Some sprinted toward parents. Some stayed to throw. Jalen retold one of his pressure plays to anybody with ears. Owen corrected the details of Jalen’s retelling, which made Rico call them an old married couple and get chased for it.</w:t>
      </w:r>
    </w:p>
    <w:p>
      <w:pPr>
        <w:spacing w:after="80"/>
      </w:pPr>
      <w:r>
        <w:rPr>
          <w:rFonts w:ascii="Georgia" w:hAnsi="Georgia"/>
          <w:sz w:val="23"/>
        </w:rPr>
        <w:t>Noah headed straight for Coach Law.</w:t>
      </w:r>
    </w:p>
    <w:p>
      <w:pPr>
        <w:spacing w:after="80"/>
      </w:pPr>
      <w:r>
        <w:rPr>
          <w:rFonts w:ascii="Georgia" w:hAnsi="Georgia"/>
          <w:sz w:val="23"/>
        </w:rPr>
        <w:t>His dad was stacking cones into a bag, because apparently even after winning games he had to touch equipment before talking like a normal person.</w:t>
      </w:r>
    </w:p>
    <w:p>
      <w:pPr>
        <w:spacing w:after="80"/>
      </w:pPr>
      <w:r>
        <w:rPr>
          <w:rFonts w:ascii="Georgia" w:hAnsi="Georgia"/>
          <w:sz w:val="23"/>
        </w:rPr>
        <w:t>“You knew,” Noah said.</w:t>
      </w:r>
    </w:p>
    <w:p>
      <w:pPr>
        <w:spacing w:after="80"/>
      </w:pPr>
      <w:r>
        <w:rPr>
          <w:rFonts w:ascii="Georgia" w:hAnsi="Georgia"/>
          <w:sz w:val="23"/>
        </w:rPr>
        <w:t>Coach Law didn’t look up. “I suspected.”</w:t>
      </w:r>
    </w:p>
    <w:p>
      <w:pPr>
        <w:spacing w:after="80"/>
      </w:pPr>
      <w:r>
        <w:rPr>
          <w:rFonts w:ascii="Georgia" w:hAnsi="Georgia"/>
          <w:sz w:val="23"/>
        </w:rPr>
        <w:t>“You changed the signal.”</w:t>
      </w:r>
    </w:p>
    <w:p>
      <w:pPr>
        <w:spacing w:after="80"/>
      </w:pPr>
      <w:r>
        <w:rPr>
          <w:rFonts w:ascii="Georgia" w:hAnsi="Georgia"/>
          <w:sz w:val="23"/>
        </w:rPr>
        <w:t>“Yes.”</w:t>
      </w:r>
    </w:p>
    <w:p>
      <w:pPr>
        <w:spacing w:after="80"/>
      </w:pPr>
      <w:r>
        <w:rPr>
          <w:rFonts w:ascii="Georgia" w:hAnsi="Georgia"/>
          <w:sz w:val="23"/>
        </w:rPr>
        <w:t>“And they shifted.”</w:t>
      </w:r>
    </w:p>
    <w:p>
      <w:pPr>
        <w:spacing w:after="80"/>
      </w:pPr>
      <w:r>
        <w:rPr>
          <w:rFonts w:ascii="Georgia" w:hAnsi="Georgia"/>
          <w:sz w:val="23"/>
        </w:rPr>
        <w:t>“Yes.”</w:t>
      </w:r>
    </w:p>
    <w:p>
      <w:pPr>
        <w:spacing w:after="80"/>
      </w:pPr>
      <w:r>
        <w:rPr>
          <w:rFonts w:ascii="Georgia" w:hAnsi="Georgia"/>
          <w:sz w:val="23"/>
        </w:rPr>
        <w:t>Noah blinked. “So why didn’t you tell me?”</w:t>
      </w:r>
    </w:p>
    <w:p>
      <w:pPr>
        <w:spacing w:after="80"/>
      </w:pPr>
      <w:r>
        <w:rPr>
          <w:rFonts w:ascii="Georgia" w:hAnsi="Georgia"/>
          <w:sz w:val="23"/>
        </w:rPr>
        <w:t>Coach Law stood and slung the bag over one shoulder. “Because you’re the quarterback, not the investigator.”</w:t>
      </w:r>
    </w:p>
    <w:p>
      <w:pPr>
        <w:spacing w:after="80"/>
      </w:pPr>
      <w:r>
        <w:rPr>
          <w:rFonts w:ascii="Georgia" w:hAnsi="Georgia"/>
          <w:sz w:val="23"/>
        </w:rPr>
        <w:t>The words hit hard enough that Noah forgot the next thing he meant to say.</w:t>
      </w:r>
    </w:p>
    <w:p>
      <w:pPr>
        <w:spacing w:after="80"/>
      </w:pPr>
      <w:r>
        <w:rPr>
          <w:rFonts w:ascii="Georgia" w:hAnsi="Georgia"/>
          <w:sz w:val="23"/>
        </w:rPr>
        <w:t>Coach Law kept going. “Your job was to play. You played better when you stopped chasing it.”</w:t>
      </w:r>
    </w:p>
    <w:p>
      <w:pPr>
        <w:spacing w:after="80"/>
      </w:pPr>
      <w:r>
        <w:rPr>
          <w:rFonts w:ascii="Georgia" w:hAnsi="Georgia"/>
          <w:sz w:val="23"/>
        </w:rPr>
        <w:t>“That’s not fair.”</w:t>
      </w:r>
    </w:p>
    <w:p>
      <w:pPr>
        <w:spacing w:after="80"/>
      </w:pPr>
      <w:r>
        <w:rPr>
          <w:rFonts w:ascii="Georgia" w:hAnsi="Georgia"/>
          <w:sz w:val="23"/>
        </w:rPr>
        <w:t>“Neither is football.”</w:t>
      </w:r>
    </w:p>
    <w:p>
      <w:pPr>
        <w:spacing w:after="80"/>
      </w:pPr>
      <w:r>
        <w:rPr>
          <w:rFonts w:ascii="Georgia" w:hAnsi="Georgia"/>
          <w:sz w:val="23"/>
        </w:rPr>
        <w:t>Noah took a step closer. “If somebody’s stealing our stuff, that is my business.”</w:t>
      </w:r>
    </w:p>
    <w:p>
      <w:pPr>
        <w:spacing w:after="80"/>
      </w:pPr>
      <w:r>
        <w:rPr>
          <w:rFonts w:ascii="Georgia" w:hAnsi="Georgia"/>
          <w:sz w:val="23"/>
        </w:rPr>
        <w:t>Coach Law’s face stayed calm, which only made Noah feel louder. “Right now, your business is learning the difference between what you know and what you fear.”</w:t>
      </w:r>
    </w:p>
    <w:p>
      <w:pPr>
        <w:spacing w:after="80"/>
      </w:pPr>
      <w:r>
        <w:rPr>
          <w:rFonts w:ascii="Georgia" w:hAnsi="Georgia"/>
          <w:sz w:val="23"/>
        </w:rPr>
        <w:t>That did it.</w:t>
      </w:r>
    </w:p>
    <w:p>
      <w:pPr>
        <w:spacing w:after="80"/>
      </w:pPr>
      <w:r>
        <w:rPr>
          <w:rFonts w:ascii="Georgia" w:hAnsi="Georgia"/>
          <w:sz w:val="23"/>
        </w:rPr>
        <w:t>Noah let out a short laugh with no humor in it. “You always do that.”</w:t>
      </w:r>
    </w:p>
    <w:p>
      <w:pPr>
        <w:spacing w:after="80"/>
      </w:pPr>
      <w:r>
        <w:rPr>
          <w:rFonts w:ascii="Georgia" w:hAnsi="Georgia"/>
          <w:sz w:val="23"/>
        </w:rPr>
        <w:t>“Do what?”</w:t>
      </w:r>
    </w:p>
    <w:p>
      <w:pPr>
        <w:spacing w:after="80"/>
      </w:pPr>
      <w:r>
        <w:rPr>
          <w:rFonts w:ascii="Georgia" w:hAnsi="Georgia"/>
          <w:sz w:val="23"/>
        </w:rPr>
        <w:t>“Act like if I feel something strongly, it must be because I’m emotional and wrong.”</w:t>
      </w:r>
    </w:p>
    <w:p>
      <w:pPr>
        <w:spacing w:after="80"/>
      </w:pPr>
      <w:r>
        <w:rPr>
          <w:rFonts w:ascii="Georgia" w:hAnsi="Georgia"/>
          <w:sz w:val="23"/>
        </w:rPr>
        <w:t>Coach Law’s jaw tightened. “That’s not what I said.”</w:t>
      </w:r>
    </w:p>
    <w:p>
      <w:pPr>
        <w:spacing w:after="80"/>
      </w:pPr>
      <w:r>
        <w:rPr>
          <w:rFonts w:ascii="Georgia" w:hAnsi="Georgia"/>
          <w:sz w:val="23"/>
        </w:rPr>
        <w:t>“It’s what you mean.”</w:t>
      </w:r>
    </w:p>
    <w:p>
      <w:pPr>
        <w:spacing w:after="80"/>
      </w:pPr>
      <w:r>
        <w:rPr>
          <w:rFonts w:ascii="Georgia" w:hAnsi="Georgia"/>
          <w:sz w:val="23"/>
        </w:rPr>
        <w:t>For the first time all day, something sharp flashed in his dad’s eyes.</w:t>
      </w:r>
    </w:p>
    <w:p>
      <w:pPr>
        <w:spacing w:after="80"/>
      </w:pPr>
      <w:r>
        <w:rPr>
          <w:rFonts w:ascii="Georgia" w:hAnsi="Georgia"/>
          <w:sz w:val="23"/>
        </w:rPr>
        <w:t>Then it was gone.</w:t>
      </w:r>
    </w:p>
    <w:p>
      <w:pPr>
        <w:spacing w:after="80"/>
      </w:pPr>
      <w:r>
        <w:rPr>
          <w:rFonts w:ascii="Georgia" w:hAnsi="Georgia"/>
          <w:sz w:val="23"/>
        </w:rPr>
        <w:t>“Go cool down,” Coach Law said.</w:t>
      </w:r>
    </w:p>
    <w:p>
      <w:pPr>
        <w:spacing w:after="80"/>
      </w:pPr>
      <w:r>
        <w:rPr>
          <w:rFonts w:ascii="Georgia" w:hAnsi="Georgia"/>
          <w:sz w:val="23"/>
        </w:rPr>
        <w:t>Noah actually stared at him. “That’s it?”</w:t>
      </w:r>
    </w:p>
    <w:p>
      <w:pPr>
        <w:spacing w:after="80"/>
      </w:pPr>
      <w:r>
        <w:rPr>
          <w:rFonts w:ascii="Georgia" w:hAnsi="Georgia"/>
          <w:sz w:val="23"/>
        </w:rPr>
        <w:t>“That’s it for right now.”</w:t>
      </w:r>
    </w:p>
    <w:p>
      <w:pPr>
        <w:spacing w:after="80"/>
      </w:pPr>
      <w:r>
        <w:rPr>
          <w:rFonts w:ascii="Georgia" w:hAnsi="Georgia"/>
          <w:sz w:val="23"/>
        </w:rPr>
        <w:t>Noah wanted to say ten more things. Twenty. Instead he spun away and nearly walked straight into Vee.</w:t>
      </w:r>
    </w:p>
    <w:p>
      <w:pPr>
        <w:spacing w:after="80"/>
      </w:pPr>
      <w:r>
        <w:rPr>
          <w:rFonts w:ascii="Georgia" w:hAnsi="Georgia"/>
          <w:sz w:val="23"/>
        </w:rPr>
        <w:t>She had appeared like she always did—quietly, at the exact worst moment for pretending you were fine.</w:t>
      </w:r>
    </w:p>
    <w:p>
      <w:pPr>
        <w:spacing w:after="80"/>
      </w:pPr>
      <w:r>
        <w:rPr>
          <w:rFonts w:ascii="Georgia" w:hAnsi="Georgia"/>
          <w:sz w:val="23"/>
        </w:rPr>
        <w:t>“You were right,” Noah said.</w:t>
      </w:r>
    </w:p>
    <w:p>
      <w:pPr>
        <w:spacing w:after="80"/>
      </w:pPr>
      <w:r>
        <w:rPr>
          <w:rFonts w:ascii="Georgia" w:hAnsi="Georgia"/>
          <w:sz w:val="23"/>
        </w:rPr>
        <w:t>“Usually am.”</w:t>
      </w:r>
    </w:p>
    <w:p>
      <w:pPr>
        <w:spacing w:after="80"/>
      </w:pPr>
      <w:r>
        <w:rPr>
          <w:rFonts w:ascii="Georgia" w:hAnsi="Georgia"/>
          <w:sz w:val="23"/>
        </w:rPr>
        <w:t>He almost smiled, but didn’t. “He changed the signal.”</w:t>
      </w:r>
    </w:p>
    <w:p>
      <w:pPr>
        <w:spacing w:after="80"/>
      </w:pPr>
      <w:r>
        <w:rPr>
          <w:rFonts w:ascii="Georgia" w:hAnsi="Georgia"/>
          <w:sz w:val="23"/>
        </w:rPr>
        <w:t>Vee looked past him toward Coach Law. “I figured.”</w:t>
      </w:r>
    </w:p>
    <w:p>
      <w:pPr>
        <w:spacing w:after="80"/>
      </w:pPr>
      <w:r>
        <w:rPr>
          <w:rFonts w:ascii="Georgia" w:hAnsi="Georgia"/>
          <w:sz w:val="23"/>
        </w:rPr>
        <w:t>“You figured everything.”</w:t>
      </w:r>
    </w:p>
    <w:p>
      <w:pPr>
        <w:spacing w:after="80"/>
      </w:pPr>
      <w:r>
        <w:rPr>
          <w:rFonts w:ascii="Georgia" w:hAnsi="Georgia"/>
          <w:sz w:val="23"/>
        </w:rPr>
        <w:t>“No.” She shifted the football under her arm. “Just enough.”</w:t>
      </w:r>
    </w:p>
    <w:p>
      <w:pPr>
        <w:spacing w:after="80"/>
      </w:pPr>
      <w:r>
        <w:rPr>
          <w:rFonts w:ascii="Georgia" w:hAnsi="Georgia"/>
          <w:sz w:val="23"/>
        </w:rPr>
        <w:t>Noah rubbed a hand over the back of his neck. “He won’t tell me what he knows.”</w:t>
      </w:r>
    </w:p>
    <w:p>
      <w:pPr>
        <w:spacing w:after="80"/>
      </w:pPr>
      <w:r>
        <w:rPr>
          <w:rFonts w:ascii="Georgia" w:hAnsi="Georgia"/>
          <w:sz w:val="23"/>
        </w:rPr>
        <w:t>“Maybe he doesn’t know yet.”</w:t>
      </w:r>
    </w:p>
    <w:p>
      <w:pPr>
        <w:spacing w:after="80"/>
      </w:pPr>
      <w:r>
        <w:rPr>
          <w:rFonts w:ascii="Georgia" w:hAnsi="Georgia"/>
          <w:sz w:val="23"/>
        </w:rPr>
        <w:t>“That’s worse.”</w:t>
      </w:r>
    </w:p>
    <w:p>
      <w:pPr>
        <w:spacing w:after="80"/>
      </w:pPr>
      <w:r>
        <w:rPr>
          <w:rFonts w:ascii="Georgia" w:hAnsi="Georgia"/>
          <w:sz w:val="23"/>
        </w:rPr>
        <w:t>Vee looked toward the far bleachers.</w:t>
      </w:r>
    </w:p>
    <w:p>
      <w:pPr>
        <w:spacing w:after="80"/>
      </w:pPr>
      <w:r>
        <w:rPr>
          <w:rFonts w:ascii="Georgia" w:hAnsi="Georgia"/>
          <w:sz w:val="23"/>
        </w:rPr>
        <w:t>The field was mostly emptying now. Northgate families were leaving. Prime 8 parents were gathering chairs. The gray hoodie was nowhere in sight.</w:t>
      </w:r>
    </w:p>
    <w:p>
      <w:pPr>
        <w:spacing w:after="80"/>
      </w:pPr>
      <w:r>
        <w:rPr>
          <w:rFonts w:ascii="Georgia" w:hAnsi="Georgia"/>
          <w:sz w:val="23"/>
        </w:rPr>
        <w:t>Then Vee said, “That wasn’t the same signaler.”</w:t>
      </w:r>
    </w:p>
    <w:p>
      <w:pPr>
        <w:spacing w:after="80"/>
      </w:pPr>
      <w:r>
        <w:rPr>
          <w:rFonts w:ascii="Georgia" w:hAnsi="Georgia"/>
          <w:sz w:val="23"/>
        </w:rPr>
        <w:t>Noah turned to her. “What?”</w:t>
      </w:r>
    </w:p>
    <w:p>
      <w:pPr>
        <w:spacing w:after="80"/>
      </w:pPr>
      <w:r>
        <w:rPr>
          <w:rFonts w:ascii="Georgia" w:hAnsi="Georgia"/>
          <w:sz w:val="23"/>
        </w:rPr>
        <w:t>“At practice, the hand was higher. Today it was lower.” She demonstrated quickly. “Different height. Different wrist. Different timing.”</w:t>
      </w:r>
    </w:p>
    <w:p>
      <w:pPr>
        <w:spacing w:after="80"/>
      </w:pPr>
      <w:r>
        <w:rPr>
          <w:rFonts w:ascii="Georgia" w:hAnsi="Georgia"/>
          <w:sz w:val="23"/>
        </w:rPr>
        <w:t>Noah stared.</w:t>
      </w:r>
    </w:p>
    <w:p>
      <w:pPr>
        <w:spacing w:after="80"/>
      </w:pPr>
      <w:r>
        <w:rPr>
          <w:rFonts w:ascii="Georgia" w:hAnsi="Georgia"/>
          <w:sz w:val="23"/>
        </w:rPr>
        <w:t>“That’s impossible.”</w:t>
      </w:r>
    </w:p>
    <w:p>
      <w:pPr>
        <w:spacing w:after="80"/>
      </w:pPr>
      <w:r>
        <w:rPr>
          <w:rFonts w:ascii="Georgia" w:hAnsi="Georgia"/>
          <w:sz w:val="23"/>
        </w:rPr>
        <w:t>“No.” Vee’s eyes stayed on the bleachers. “It means there’s more than one.”</w:t>
      </w:r>
    </w:p>
    <w:p>
      <w:pPr>
        <w:spacing w:after="80"/>
      </w:pPr>
      <w:r>
        <w:rPr>
          <w:rFonts w:ascii="Georgia" w:hAnsi="Georgia"/>
          <w:sz w:val="23"/>
        </w:rPr>
        <w:t>He followed her gaze.</w:t>
      </w:r>
    </w:p>
    <w:p>
      <w:pPr>
        <w:spacing w:after="80"/>
      </w:pPr>
      <w:r>
        <w:rPr>
          <w:rFonts w:ascii="Georgia" w:hAnsi="Georgia"/>
          <w:sz w:val="23"/>
        </w:rPr>
        <w:t>At first he saw nothing except rows of aluminum benches and trash under them. Then a figure moved at the very top.</w:t>
      </w:r>
    </w:p>
    <w:p>
      <w:pPr>
        <w:spacing w:after="80"/>
      </w:pPr>
      <w:r>
        <w:rPr>
          <w:rFonts w:ascii="Georgia" w:hAnsi="Georgia"/>
          <w:sz w:val="23"/>
        </w:rPr>
        <w:t>Too far away to see clearly.</w:t>
      </w:r>
    </w:p>
    <w:p>
      <w:pPr>
        <w:spacing w:after="80"/>
      </w:pPr>
      <w:r>
        <w:rPr>
          <w:rFonts w:ascii="Georgia" w:hAnsi="Georgia"/>
          <w:sz w:val="23"/>
        </w:rPr>
        <w:t>Just a shape slipping between the last two sections before disappearing behind the press box stairs.</w:t>
      </w:r>
    </w:p>
    <w:p>
      <w:pPr>
        <w:spacing w:after="80"/>
      </w:pPr>
      <w:r>
        <w:rPr>
          <w:rFonts w:ascii="Georgia" w:hAnsi="Georgia"/>
          <w:sz w:val="23"/>
        </w:rPr>
        <w:t>Noah took two quick steps forward.</w:t>
      </w:r>
    </w:p>
    <w:p>
      <w:pPr>
        <w:spacing w:after="80"/>
      </w:pPr>
      <w:r>
        <w:rPr>
          <w:rFonts w:ascii="Georgia" w:hAnsi="Georgia"/>
          <w:sz w:val="23"/>
        </w:rPr>
        <w:t>“Who is that?” he said.</w:t>
      </w:r>
    </w:p>
    <w:p>
      <w:pPr>
        <w:spacing w:after="80"/>
      </w:pPr>
      <w:r>
        <w:rPr>
          <w:rFonts w:ascii="Georgia" w:hAnsi="Georgia"/>
          <w:sz w:val="23"/>
        </w:rPr>
        <w:t>Vee didn’t answer.</w:t>
      </w:r>
    </w:p>
    <w:p>
      <w:pPr>
        <w:spacing w:after="80"/>
      </w:pPr>
      <w:r>
        <w:rPr>
          <w:rFonts w:ascii="Georgia" w:hAnsi="Georgia"/>
          <w:sz w:val="23"/>
        </w:rPr>
        <w:t>She was staring at the empty spot where the figure had been, her face tighter than he had ever seen it.</w:t>
      </w:r>
    </w:p>
    <w:p>
      <w:pPr>
        <w:spacing w:after="80"/>
      </w:pPr>
      <w:r>
        <w:rPr>
          <w:rFonts w:ascii="Georgia" w:hAnsi="Georgia"/>
          <w:sz w:val="23"/>
        </w:rPr>
        <w:t>Then she said, very quietly, “That’s the one from practice.”</w:t>
      </w:r>
    </w:p>
    <w:p>
      <w:pPr>
        <w:spacing w:after="80"/>
      </w:pPr>
      <w:r>
        <w:rPr>
          <w:rFonts w:ascii="Georgia" w:hAnsi="Georgia"/>
          <w:sz w:val="23"/>
        </w:rPr>
        <w:t>And this time, before Noah could move, somebody behind him called his name.</w:t>
      </w:r>
    </w:p>
    <w:p>
      <w:pPr>
        <w:spacing w:after="80"/>
      </w:pPr>
      <w:r>
        <w:rPr>
          <w:rFonts w:ascii="Georgia" w:hAnsi="Georgia"/>
          <w:sz w:val="23"/>
        </w:rPr>
        <w:t>He turned.</w:t>
      </w:r>
    </w:p>
    <w:p>
      <w:pPr>
        <w:spacing w:after="80"/>
      </w:pPr>
      <w:r>
        <w:rPr>
          <w:rFonts w:ascii="Georgia" w:hAnsi="Georgia"/>
          <w:sz w:val="23"/>
        </w:rPr>
        <w:t>Micah was standing there holding one of the black wristbands.</w:t>
      </w:r>
    </w:p>
    <w:p>
      <w:pPr>
        <w:spacing w:after="80"/>
      </w:pPr>
      <w:r>
        <w:rPr>
          <w:rFonts w:ascii="Georgia" w:hAnsi="Georgia"/>
          <w:sz w:val="23"/>
        </w:rPr>
        <w:t>“Coach said nobody was supposed to keep these,” Micah said. “So why was this in Rico’s bag?”</w:t>
      </w:r>
    </w:p>
    <w:p>
      <w:r>
        <w:br w:type="page"/>
      </w:r>
    </w:p>
    <w:p>
      <w:pPr>
        <w:spacing w:after="40"/>
        <w:jc w:val="center"/>
      </w:pPr>
      <w:r>
        <w:rPr>
          <w:rFonts w:ascii="Georgia" w:hAnsi="Georgia"/>
          <w:b/>
          <w:i w:val="0"/>
          <w:sz w:val="28"/>
        </w:rPr>
        <w:t>Chapter 5</w:t>
      </w:r>
    </w:p>
    <w:p>
      <w:pPr>
        <w:spacing w:after="200"/>
        <w:jc w:val="center"/>
      </w:pPr>
      <w:r>
        <w:rPr>
          <w:rFonts w:ascii="Georgia" w:hAnsi="Georgia"/>
          <w:b w:val="0"/>
          <w:i/>
          <w:sz w:val="24"/>
        </w:rPr>
        <w:t>The Missing Wristband</w:t>
      </w:r>
    </w:p>
    <w:p>
      <w:pPr>
        <w:spacing w:after="80"/>
      </w:pPr>
      <w:r>
        <w:rPr>
          <w:rFonts w:ascii="Georgia" w:hAnsi="Georgia"/>
          <w:sz w:val="23"/>
        </w:rPr>
        <w:t>Noah stared at the black wristband in Micah’s hand.</w:t>
      </w:r>
    </w:p>
    <w:p>
      <w:pPr>
        <w:spacing w:after="80"/>
      </w:pPr>
      <w:r>
        <w:rPr>
          <w:rFonts w:ascii="Georgia" w:hAnsi="Georgia"/>
          <w:sz w:val="23"/>
        </w:rPr>
        <w:t>For half a second, the whole field seemed to pause around it.</w:t>
      </w:r>
    </w:p>
    <w:p>
      <w:pPr>
        <w:spacing w:after="80"/>
      </w:pPr>
      <w:r>
        <w:rPr>
          <w:rFonts w:ascii="Georgia" w:hAnsi="Georgia"/>
          <w:sz w:val="23"/>
        </w:rPr>
        <w:t>Not the actual field. Parents were still folding chairs. Jalen was still talking too loud. Rico was still somewhere behind Noah laughing at something that probably wasn’t funny enough to deserve it. But to Noah, everything narrowed down to that one strip of black elastic and the tiny plastic window on the front.</w:t>
      </w:r>
    </w:p>
    <w:p>
      <w:pPr>
        <w:spacing w:after="80"/>
      </w:pPr>
      <w:r>
        <w:rPr>
          <w:rFonts w:ascii="Georgia" w:hAnsi="Georgia"/>
          <w:sz w:val="23"/>
        </w:rPr>
        <w:t>Coach Law had been clear.</w:t>
      </w:r>
    </w:p>
    <w:p>
      <w:pPr>
        <w:spacing w:after="80"/>
      </w:pPr>
      <w:r>
        <w:rPr>
          <w:rFonts w:ascii="Georgia" w:hAnsi="Georgia"/>
          <w:sz w:val="23"/>
        </w:rPr>
        <w:t>Nobody was supposed to keep them.</w:t>
      </w:r>
    </w:p>
    <w:p>
      <w:pPr>
        <w:spacing w:after="80"/>
      </w:pPr>
      <w:r>
        <w:rPr>
          <w:rFonts w:ascii="Georgia" w:hAnsi="Georgia"/>
          <w:sz w:val="23"/>
        </w:rPr>
        <w:t>Micah looked from Noah to Vee, then back again. “I found it when Rico dumped his bag looking for his mouthguard.”</w:t>
      </w:r>
    </w:p>
    <w:p>
      <w:pPr>
        <w:spacing w:after="80"/>
      </w:pPr>
      <w:r>
        <w:rPr>
          <w:rFonts w:ascii="Georgia" w:hAnsi="Georgia"/>
          <w:sz w:val="23"/>
        </w:rPr>
        <w:t>Noah took the wristband. It felt light. Too light for how heavy his chest suddenly got.</w:t>
      </w:r>
    </w:p>
    <w:p>
      <w:pPr>
        <w:spacing w:after="80"/>
      </w:pPr>
      <w:r>
        <w:rPr>
          <w:rFonts w:ascii="Georgia" w:hAnsi="Georgia"/>
          <w:sz w:val="23"/>
        </w:rPr>
        <w:t>Behind him, Vee said, “Don’t look at me. I didn’t put it there.”</w:t>
      </w:r>
    </w:p>
    <w:p>
      <w:pPr>
        <w:spacing w:after="80"/>
      </w:pPr>
      <w:r>
        <w:rPr>
          <w:rFonts w:ascii="Georgia" w:hAnsi="Georgia"/>
          <w:sz w:val="23"/>
        </w:rPr>
        <w:t>“I wasn’t looking at you,” Noah said.</w:t>
      </w:r>
    </w:p>
    <w:p>
      <w:pPr>
        <w:spacing w:after="80"/>
      </w:pPr>
      <w:r>
        <w:rPr>
          <w:rFonts w:ascii="Georgia" w:hAnsi="Georgia"/>
          <w:sz w:val="23"/>
        </w:rPr>
        <w:t>“You were about to.”</w:t>
      </w:r>
    </w:p>
    <w:p>
      <w:pPr>
        <w:spacing w:after="80"/>
      </w:pPr>
      <w:r>
        <w:rPr>
          <w:rFonts w:ascii="Georgia" w:hAnsi="Georgia"/>
          <w:sz w:val="23"/>
        </w:rPr>
        <w:t>He almost told her she was wrong, but there was no point.</w:t>
      </w:r>
    </w:p>
    <w:p>
      <w:pPr>
        <w:spacing w:after="80"/>
      </w:pPr>
      <w:r>
        <w:rPr>
          <w:rFonts w:ascii="Georgia" w:hAnsi="Georgia"/>
          <w:sz w:val="23"/>
        </w:rPr>
        <w:t>Micah jerked his chin toward the parking lot. “Rico’s over there.”</w:t>
      </w:r>
    </w:p>
    <w:p>
      <w:pPr>
        <w:spacing w:after="80"/>
      </w:pPr>
      <w:r>
        <w:rPr>
          <w:rFonts w:ascii="Georgia" w:hAnsi="Georgia"/>
          <w:sz w:val="23"/>
        </w:rPr>
        <w:t>Noah turned.</w:t>
      </w:r>
    </w:p>
    <w:p>
      <w:pPr>
        <w:spacing w:after="80"/>
      </w:pPr>
      <w:r>
        <w:rPr>
          <w:rFonts w:ascii="Georgia" w:hAnsi="Georgia"/>
          <w:sz w:val="23"/>
        </w:rPr>
        <w:t>Rico was near the curb with his bag open at his feet, talking to a woman Noah guessed was his aunt or cousin—somebody picking him up. He looked relaxed. Normal. Like a guy whose team had just won the first game of the season.</w:t>
      </w:r>
    </w:p>
    <w:p>
      <w:pPr>
        <w:spacing w:after="80"/>
      </w:pPr>
      <w:r>
        <w:rPr>
          <w:rFonts w:ascii="Georgia" w:hAnsi="Georgia"/>
          <w:sz w:val="23"/>
        </w:rPr>
        <w:t>Noah hated how normal that looked too.</w:t>
      </w:r>
    </w:p>
    <w:p>
      <w:pPr>
        <w:spacing w:after="80"/>
      </w:pPr>
      <w:r>
        <w:rPr>
          <w:rFonts w:ascii="Georgia" w:hAnsi="Georgia"/>
          <w:sz w:val="23"/>
        </w:rPr>
        <w:t>“Don’t go in hot,” Vee said.</w:t>
      </w:r>
    </w:p>
    <w:p>
      <w:pPr>
        <w:spacing w:after="80"/>
      </w:pPr>
      <w:r>
        <w:rPr>
          <w:rFonts w:ascii="Georgia" w:hAnsi="Georgia"/>
          <w:sz w:val="23"/>
        </w:rPr>
        <w:t>He glanced at her. “Why does everybody keep talking to me like I’m about to tackle somebody?”</w:t>
      </w:r>
    </w:p>
    <w:p>
      <w:pPr>
        <w:spacing w:after="80"/>
      </w:pPr>
      <w:r>
        <w:rPr>
          <w:rFonts w:ascii="Georgia" w:hAnsi="Georgia"/>
          <w:sz w:val="23"/>
        </w:rPr>
        <w:t>“Because your face does that before you do.”</w:t>
      </w:r>
    </w:p>
    <w:p>
      <w:pPr>
        <w:spacing w:after="80"/>
      </w:pPr>
      <w:r>
        <w:rPr>
          <w:rFonts w:ascii="Georgia" w:hAnsi="Georgia"/>
          <w:sz w:val="23"/>
        </w:rPr>
        <w:t>Micah nodded. “That’s true.”</w:t>
      </w:r>
    </w:p>
    <w:p>
      <w:pPr>
        <w:spacing w:after="80"/>
      </w:pPr>
      <w:r>
        <w:rPr>
          <w:rFonts w:ascii="Georgia" w:hAnsi="Georgia"/>
          <w:sz w:val="23"/>
        </w:rPr>
        <w:t>Noah ignored both of them and started toward the parking lot.</w:t>
      </w:r>
    </w:p>
    <w:p>
      <w:pPr>
        <w:spacing w:after="80"/>
      </w:pPr>
      <w:r>
        <w:rPr>
          <w:rFonts w:ascii="Georgia" w:hAnsi="Georgia"/>
          <w:sz w:val="23"/>
        </w:rPr>
        <w:t>He didn’t exactly march. He just walked faster than normal and with less patience than usual. Devin noticed immediately and peeled away from a conversation with Owen to intercept him near the sideline.</w:t>
      </w:r>
    </w:p>
    <w:p>
      <w:pPr>
        <w:spacing w:after="80"/>
      </w:pPr>
      <w:r>
        <w:rPr>
          <w:rFonts w:ascii="Georgia" w:hAnsi="Georgia"/>
          <w:sz w:val="23"/>
        </w:rPr>
        <w:t>“What happened?”</w:t>
      </w:r>
    </w:p>
    <w:p>
      <w:pPr>
        <w:spacing w:after="80"/>
      </w:pPr>
      <w:r>
        <w:rPr>
          <w:rFonts w:ascii="Georgia" w:hAnsi="Georgia"/>
          <w:sz w:val="23"/>
        </w:rPr>
        <w:t>Noah held up the wristband.</w:t>
      </w:r>
    </w:p>
    <w:p>
      <w:pPr>
        <w:spacing w:after="80"/>
      </w:pPr>
      <w:r>
        <w:rPr>
          <w:rFonts w:ascii="Georgia" w:hAnsi="Georgia"/>
          <w:sz w:val="23"/>
        </w:rPr>
        <w:t>Devin’s eyebrows climbed. “No.”</w:t>
      </w:r>
    </w:p>
    <w:p>
      <w:pPr>
        <w:spacing w:after="80"/>
      </w:pPr>
      <w:r>
        <w:rPr>
          <w:rFonts w:ascii="Georgia" w:hAnsi="Georgia"/>
          <w:sz w:val="23"/>
        </w:rPr>
        <w:t>“Micah found it in Rico’s bag.”</w:t>
      </w:r>
    </w:p>
    <w:p>
      <w:pPr>
        <w:spacing w:after="80"/>
      </w:pPr>
      <w:r>
        <w:rPr>
          <w:rFonts w:ascii="Georgia" w:hAnsi="Georgia"/>
          <w:sz w:val="23"/>
        </w:rPr>
        <w:t>Devin took one look toward the curb. “You talk to Coach yet?”</w:t>
      </w:r>
    </w:p>
    <w:p>
      <w:pPr>
        <w:spacing w:after="80"/>
      </w:pPr>
      <w:r>
        <w:rPr>
          <w:rFonts w:ascii="Georgia" w:hAnsi="Georgia"/>
          <w:sz w:val="23"/>
        </w:rPr>
        <w:t>“No.”</w:t>
      </w:r>
    </w:p>
    <w:p>
      <w:pPr>
        <w:spacing w:after="80"/>
      </w:pPr>
      <w:r>
        <w:rPr>
          <w:rFonts w:ascii="Georgia" w:hAnsi="Georgia"/>
          <w:sz w:val="23"/>
        </w:rPr>
        <w:t>“Noah.”</w:t>
      </w:r>
    </w:p>
    <w:p>
      <w:pPr>
        <w:spacing w:after="80"/>
      </w:pPr>
      <w:r>
        <w:rPr>
          <w:rFonts w:ascii="Georgia" w:hAnsi="Georgia"/>
          <w:sz w:val="23"/>
        </w:rPr>
        <w:t>“He was just lecturing me ten seconds ago about fear and feelings and whatever. I’m not bringing him half a thing again.”</w:t>
      </w:r>
    </w:p>
    <w:p>
      <w:pPr>
        <w:spacing w:after="80"/>
      </w:pPr>
      <w:r>
        <w:rPr>
          <w:rFonts w:ascii="Georgia" w:hAnsi="Georgia"/>
          <w:sz w:val="23"/>
        </w:rPr>
        <w:t>Devin exhaled through his nose. “This is not half a thing.”</w:t>
      </w:r>
    </w:p>
    <w:p>
      <w:pPr>
        <w:spacing w:after="80"/>
      </w:pPr>
      <w:r>
        <w:rPr>
          <w:rFonts w:ascii="Georgia" w:hAnsi="Georgia"/>
          <w:sz w:val="23"/>
        </w:rPr>
        <w:t>Noah looked at the wristband. “I know.”</w:t>
      </w:r>
    </w:p>
    <w:p>
      <w:pPr>
        <w:spacing w:after="80"/>
      </w:pPr>
      <w:r>
        <w:rPr>
          <w:rFonts w:ascii="Georgia" w:hAnsi="Georgia"/>
          <w:sz w:val="23"/>
        </w:rPr>
        <w:t>They reached Rico just as he was zipping his bag.</w:t>
      </w:r>
    </w:p>
    <w:p>
      <w:pPr>
        <w:spacing w:after="80"/>
      </w:pPr>
      <w:r>
        <w:rPr>
          <w:rFonts w:ascii="Georgia" w:hAnsi="Georgia"/>
          <w:sz w:val="23"/>
        </w:rPr>
        <w:t>“Yo,” Rico said, still smiling. “If this is about me cooking Owen on that whip route in warmups, just know I accept your apologies in advance.”</w:t>
      </w:r>
    </w:p>
    <w:p>
      <w:pPr>
        <w:spacing w:after="80"/>
      </w:pPr>
      <w:r>
        <w:rPr>
          <w:rFonts w:ascii="Georgia" w:hAnsi="Georgia"/>
          <w:sz w:val="23"/>
        </w:rPr>
        <w:t>Noah held up the band.</w:t>
      </w:r>
    </w:p>
    <w:p>
      <w:pPr>
        <w:spacing w:after="80"/>
      </w:pPr>
      <w:r>
        <w:rPr>
          <w:rFonts w:ascii="Georgia" w:hAnsi="Georgia"/>
          <w:sz w:val="23"/>
        </w:rPr>
        <w:t>Rico’s smile disappeared.</w:t>
      </w:r>
    </w:p>
    <w:p>
      <w:pPr>
        <w:spacing w:after="80"/>
      </w:pPr>
      <w:r>
        <w:rPr>
          <w:rFonts w:ascii="Georgia" w:hAnsi="Georgia"/>
          <w:sz w:val="23"/>
        </w:rPr>
        <w:t>Just like that.</w:t>
      </w:r>
    </w:p>
    <w:p>
      <w:pPr>
        <w:spacing w:after="80"/>
      </w:pPr>
      <w:r>
        <w:rPr>
          <w:rFonts w:ascii="Georgia" w:hAnsi="Georgia"/>
          <w:sz w:val="23"/>
        </w:rPr>
        <w:t>It didn’t flicker. It didn’t shrink. It was there, and then it wasn’t.</w:t>
      </w:r>
    </w:p>
    <w:p>
      <w:pPr>
        <w:spacing w:after="80"/>
      </w:pPr>
      <w:r>
        <w:rPr>
          <w:rFonts w:ascii="Georgia" w:hAnsi="Georgia"/>
          <w:sz w:val="23"/>
        </w:rPr>
        <w:t>“Where’d you get that?” Rico asked.</w:t>
      </w:r>
    </w:p>
    <w:p>
      <w:pPr>
        <w:spacing w:after="80"/>
      </w:pPr>
      <w:r>
        <w:rPr>
          <w:rFonts w:ascii="Georgia" w:hAnsi="Georgia"/>
          <w:sz w:val="23"/>
        </w:rPr>
        <w:t>“Micah found it in your bag.”</w:t>
      </w:r>
    </w:p>
    <w:p>
      <w:pPr>
        <w:spacing w:after="80"/>
      </w:pPr>
      <w:r>
        <w:rPr>
          <w:rFonts w:ascii="Georgia" w:hAnsi="Georgia"/>
          <w:sz w:val="23"/>
        </w:rPr>
        <w:t>“What?”</w:t>
      </w:r>
    </w:p>
    <w:p>
      <w:pPr>
        <w:spacing w:after="80"/>
      </w:pPr>
      <w:r>
        <w:rPr>
          <w:rFonts w:ascii="Georgia" w:hAnsi="Georgia"/>
          <w:sz w:val="23"/>
        </w:rPr>
        <w:t>“You heard me.”</w:t>
      </w:r>
    </w:p>
    <w:p>
      <w:pPr>
        <w:spacing w:after="80"/>
      </w:pPr>
      <w:r>
        <w:rPr>
          <w:rFonts w:ascii="Georgia" w:hAnsi="Georgia"/>
          <w:sz w:val="23"/>
        </w:rPr>
        <w:t>Rico took a half step back and looked at his open duffel like it had personally betrayed him. “No way.”</w:t>
      </w:r>
    </w:p>
    <w:p>
      <w:pPr>
        <w:spacing w:after="80"/>
      </w:pPr>
      <w:r>
        <w:rPr>
          <w:rFonts w:ascii="Georgia" w:hAnsi="Georgia"/>
          <w:sz w:val="23"/>
        </w:rPr>
        <w:t>His pickup adult looked between them. “Everything okay?”</w:t>
      </w:r>
    </w:p>
    <w:p>
      <w:pPr>
        <w:spacing w:after="80"/>
      </w:pPr>
      <w:r>
        <w:rPr>
          <w:rFonts w:ascii="Georgia" w:hAnsi="Georgia"/>
          <w:sz w:val="23"/>
        </w:rPr>
        <w:t>“Yeah,” Rico said too quickly. “Team stuff.”</w:t>
      </w:r>
    </w:p>
    <w:p>
      <w:pPr>
        <w:spacing w:after="80"/>
      </w:pPr>
      <w:r>
        <w:rPr>
          <w:rFonts w:ascii="Georgia" w:hAnsi="Georgia"/>
          <w:sz w:val="23"/>
        </w:rPr>
        <w:t>Noah watched his face hard.</w:t>
      </w:r>
    </w:p>
    <w:p>
      <w:pPr>
        <w:spacing w:after="80"/>
      </w:pPr>
      <w:r>
        <w:rPr>
          <w:rFonts w:ascii="Georgia" w:hAnsi="Georgia"/>
          <w:sz w:val="23"/>
        </w:rPr>
        <w:t>Shock looked real. At least the first part did.</w:t>
      </w:r>
    </w:p>
    <w:p>
      <w:pPr>
        <w:spacing w:after="80"/>
      </w:pPr>
      <w:r>
        <w:rPr>
          <w:rFonts w:ascii="Georgia" w:hAnsi="Georgia"/>
          <w:sz w:val="23"/>
        </w:rPr>
        <w:t>Devin stepped in before Noah could push. “When’d you pack up?”</w:t>
      </w:r>
    </w:p>
    <w:p>
      <w:pPr>
        <w:spacing w:after="80"/>
      </w:pPr>
      <w:r>
        <w:rPr>
          <w:rFonts w:ascii="Georgia" w:hAnsi="Georgia"/>
          <w:sz w:val="23"/>
        </w:rPr>
        <w:t>“After Coach talked. Why?”</w:t>
      </w:r>
    </w:p>
    <w:p>
      <w:pPr>
        <w:spacing w:after="80"/>
      </w:pPr>
      <w:r>
        <w:rPr>
          <w:rFonts w:ascii="Georgia" w:hAnsi="Georgia"/>
          <w:sz w:val="23"/>
        </w:rPr>
        <w:t>“Did anybody touch your bag?”</w:t>
      </w:r>
    </w:p>
    <w:p>
      <w:pPr>
        <w:spacing w:after="80"/>
      </w:pPr>
      <w:r>
        <w:rPr>
          <w:rFonts w:ascii="Georgia" w:hAnsi="Georgia"/>
          <w:sz w:val="23"/>
        </w:rPr>
        <w:t>Rico gave him an offended look. “How would I know? I was playing football, not running bag security.”</w:t>
      </w:r>
    </w:p>
    <w:p>
      <w:pPr>
        <w:spacing w:after="80"/>
      </w:pPr>
      <w:r>
        <w:rPr>
          <w:rFonts w:ascii="Georgia" w:hAnsi="Georgia"/>
          <w:sz w:val="23"/>
        </w:rPr>
        <w:t>“Think,” Noah said.</w:t>
      </w:r>
    </w:p>
    <w:p>
      <w:pPr>
        <w:spacing w:after="80"/>
      </w:pPr>
      <w:r>
        <w:rPr>
          <w:rFonts w:ascii="Georgia" w:hAnsi="Georgia"/>
          <w:sz w:val="23"/>
        </w:rPr>
        <w:t>Rico stared at him. “Don’t say it like that.”</w:t>
      </w:r>
    </w:p>
    <w:p>
      <w:pPr>
        <w:spacing w:after="80"/>
      </w:pPr>
      <w:r>
        <w:rPr>
          <w:rFonts w:ascii="Georgia" w:hAnsi="Georgia"/>
          <w:sz w:val="23"/>
        </w:rPr>
        <w:t>“Like what?”</w:t>
      </w:r>
    </w:p>
    <w:p>
      <w:pPr>
        <w:spacing w:after="80"/>
      </w:pPr>
      <w:r>
        <w:rPr>
          <w:rFonts w:ascii="Georgia" w:hAnsi="Georgia"/>
          <w:sz w:val="23"/>
        </w:rPr>
        <w:t>“Like you already decided something.”</w:t>
      </w:r>
    </w:p>
    <w:p>
      <w:pPr>
        <w:spacing w:after="80"/>
      </w:pPr>
      <w:r>
        <w:rPr>
          <w:rFonts w:ascii="Georgia" w:hAnsi="Georgia"/>
          <w:sz w:val="23"/>
        </w:rPr>
        <w:t>Devin turned slightly toward Noah, a quiet warning.</w:t>
      </w:r>
    </w:p>
    <w:p>
      <w:pPr>
        <w:spacing w:after="80"/>
      </w:pPr>
      <w:r>
        <w:rPr>
          <w:rFonts w:ascii="Georgia" w:hAnsi="Georgia"/>
          <w:sz w:val="23"/>
        </w:rPr>
        <w:t>Rico dragged both hands over his head. “Okay. Wait. I put my bag by the bench after warmups. Then halftime, I moved it closer to the end zone because somebody’s little brother was stepping all over everybody’s stuff. Then after the game I dumped it looking for my mouthguard because I thought it fell out. That’s it.”</w:t>
      </w:r>
    </w:p>
    <w:p>
      <w:pPr>
        <w:spacing w:after="80"/>
      </w:pPr>
      <w:r>
        <w:rPr>
          <w:rFonts w:ascii="Georgia" w:hAnsi="Georgia"/>
          <w:sz w:val="23"/>
        </w:rPr>
        <w:t>Micah had drifted up behind them by now, still in uniform, gloves hanging from one hand.</w:t>
      </w:r>
    </w:p>
    <w:p>
      <w:pPr>
        <w:spacing w:after="80"/>
      </w:pPr>
      <w:r>
        <w:rPr>
          <w:rFonts w:ascii="Georgia" w:hAnsi="Georgia"/>
          <w:sz w:val="23"/>
        </w:rPr>
        <w:t>“You didn’t see the band?” he asked.</w:t>
      </w:r>
    </w:p>
    <w:p>
      <w:pPr>
        <w:spacing w:after="80"/>
      </w:pPr>
      <w:r>
        <w:rPr>
          <w:rFonts w:ascii="Georgia" w:hAnsi="Georgia"/>
          <w:sz w:val="23"/>
        </w:rPr>
        <w:t>“No,” Rico said. “Because if I did, I would’ve said something.”</w:t>
      </w:r>
    </w:p>
    <w:p>
      <w:pPr>
        <w:spacing w:after="80"/>
      </w:pPr>
      <w:r>
        <w:rPr>
          <w:rFonts w:ascii="Georgia" w:hAnsi="Georgia"/>
          <w:sz w:val="23"/>
        </w:rPr>
        <w:t>Noah held the wristband out toward him. “Then why’s it in your bag?”</w:t>
      </w:r>
    </w:p>
    <w:p>
      <w:pPr>
        <w:spacing w:after="80"/>
      </w:pPr>
      <w:r>
        <w:rPr>
          <w:rFonts w:ascii="Georgia" w:hAnsi="Georgia"/>
          <w:sz w:val="23"/>
        </w:rPr>
        <w:t>Rico’s face changed again.</w:t>
      </w:r>
    </w:p>
    <w:p>
      <w:pPr>
        <w:spacing w:after="80"/>
      </w:pPr>
      <w:r>
        <w:rPr>
          <w:rFonts w:ascii="Georgia" w:hAnsi="Georgia"/>
          <w:sz w:val="23"/>
        </w:rPr>
        <w:t>Not panic. Not exactly.</w:t>
      </w:r>
    </w:p>
    <w:p>
      <w:pPr>
        <w:spacing w:after="80"/>
      </w:pPr>
      <w:r>
        <w:rPr>
          <w:rFonts w:ascii="Georgia" w:hAnsi="Georgia"/>
          <w:sz w:val="23"/>
        </w:rPr>
        <w:t>Hurt.</w:t>
      </w:r>
    </w:p>
    <w:p>
      <w:pPr>
        <w:spacing w:after="80"/>
      </w:pPr>
      <w:r>
        <w:rPr>
          <w:rFonts w:ascii="Georgia" w:hAnsi="Georgia"/>
          <w:sz w:val="23"/>
        </w:rPr>
        <w:t>“You think I took it?”</w:t>
      </w:r>
    </w:p>
    <w:p>
      <w:pPr>
        <w:spacing w:after="80"/>
      </w:pPr>
      <w:r>
        <w:rPr>
          <w:rFonts w:ascii="Georgia" w:hAnsi="Georgia"/>
          <w:sz w:val="23"/>
        </w:rPr>
        <w:t>Noah opened his mouth, but Vee got there first from just behind them.</w:t>
      </w:r>
    </w:p>
    <w:p>
      <w:pPr>
        <w:spacing w:after="80"/>
      </w:pPr>
      <w:r>
        <w:rPr>
          <w:rFonts w:ascii="Georgia" w:hAnsi="Georgia"/>
          <w:sz w:val="23"/>
        </w:rPr>
        <w:t>“He thinks too fast,” she said. “That’s different.”</w:t>
      </w:r>
    </w:p>
    <w:p>
      <w:pPr>
        <w:spacing w:after="80"/>
      </w:pPr>
      <w:r>
        <w:rPr>
          <w:rFonts w:ascii="Georgia" w:hAnsi="Georgia"/>
          <w:sz w:val="23"/>
        </w:rPr>
        <w:t>Rico looked from Vee to Noah. “That is not a no.”</w:t>
      </w:r>
    </w:p>
    <w:p>
      <w:pPr>
        <w:spacing w:after="80"/>
      </w:pPr>
      <w:r>
        <w:rPr>
          <w:rFonts w:ascii="Georgia" w:hAnsi="Georgia"/>
          <w:sz w:val="23"/>
        </w:rPr>
        <w:t>The parking lot seemed louder suddenly. Trunks shutting. Parents calling names. One of the Northgate kids across the lot laughing at something that had nothing to do with them.</w:t>
      </w:r>
    </w:p>
    <w:p>
      <w:pPr>
        <w:spacing w:after="80"/>
      </w:pPr>
      <w:r>
        <w:rPr>
          <w:rFonts w:ascii="Georgia" w:hAnsi="Georgia"/>
          <w:sz w:val="23"/>
        </w:rPr>
        <w:t>Devin said, “Nobody’s saying anything yet.”</w:t>
      </w:r>
    </w:p>
    <w:p>
      <w:pPr>
        <w:spacing w:after="80"/>
      </w:pPr>
      <w:r>
        <w:rPr>
          <w:rFonts w:ascii="Georgia" w:hAnsi="Georgia"/>
          <w:sz w:val="23"/>
        </w:rPr>
        <w:t>Noah was, though.</w:t>
      </w:r>
    </w:p>
    <w:p>
      <w:pPr>
        <w:spacing w:after="80"/>
      </w:pPr>
      <w:r>
        <w:rPr>
          <w:rFonts w:ascii="Georgia" w:hAnsi="Georgia"/>
          <w:sz w:val="23"/>
        </w:rPr>
        <w:t>Maybe not out loud. But in his head, pieces were already moving. Rico knew people. Rico floated between everybody. Rico heard things. Rico had the wristband in his bag.</w:t>
      </w:r>
    </w:p>
    <w:p>
      <w:pPr>
        <w:spacing w:after="80"/>
      </w:pPr>
      <w:r>
        <w:rPr>
          <w:rFonts w:ascii="Georgia" w:hAnsi="Georgia"/>
          <w:sz w:val="23"/>
        </w:rPr>
        <w:t>That was more than a feeling.</w:t>
      </w:r>
    </w:p>
    <w:p>
      <w:pPr>
        <w:spacing w:after="80"/>
      </w:pPr>
      <w:r>
        <w:rPr>
          <w:rFonts w:ascii="Georgia" w:hAnsi="Georgia"/>
          <w:sz w:val="23"/>
        </w:rPr>
        <w:t>Wasn’t it?</w:t>
      </w:r>
    </w:p>
    <w:p>
      <w:pPr>
        <w:spacing w:after="80"/>
      </w:pPr>
      <w:r>
        <w:rPr>
          <w:rFonts w:ascii="Georgia" w:hAnsi="Georgia"/>
          <w:sz w:val="23"/>
        </w:rPr>
        <w:t>Coach Law’s voice cut in from behind them. “What’s going on?”</w:t>
      </w:r>
    </w:p>
    <w:p>
      <w:pPr>
        <w:spacing w:after="80"/>
      </w:pPr>
      <w:r>
        <w:rPr>
          <w:rFonts w:ascii="Georgia" w:hAnsi="Georgia"/>
          <w:sz w:val="23"/>
        </w:rPr>
        <w:t>Everybody turned.</w:t>
      </w:r>
    </w:p>
    <w:p>
      <w:pPr>
        <w:spacing w:after="80"/>
      </w:pPr>
      <w:r>
        <w:rPr>
          <w:rFonts w:ascii="Georgia" w:hAnsi="Georgia"/>
          <w:sz w:val="23"/>
        </w:rPr>
        <w:t>He walked up carrying two mesh bags and stopped when he saw the band in Noah’s hand.</w:t>
      </w:r>
    </w:p>
    <w:p>
      <w:pPr>
        <w:spacing w:after="80"/>
      </w:pPr>
      <w:r>
        <w:rPr>
          <w:rFonts w:ascii="Georgia" w:hAnsi="Georgia"/>
          <w:sz w:val="23"/>
        </w:rPr>
        <w:t>Noah handed it over.</w:t>
      </w:r>
    </w:p>
    <w:p>
      <w:pPr>
        <w:spacing w:after="80"/>
      </w:pPr>
      <w:r>
        <w:rPr>
          <w:rFonts w:ascii="Georgia" w:hAnsi="Georgia"/>
          <w:sz w:val="23"/>
        </w:rPr>
        <w:t>Coach Law looked at the number strip through the plastic window. “Where was this?”</w:t>
      </w:r>
    </w:p>
    <w:p>
      <w:pPr>
        <w:spacing w:after="80"/>
      </w:pPr>
      <w:r>
        <w:rPr>
          <w:rFonts w:ascii="Georgia" w:hAnsi="Georgia"/>
          <w:sz w:val="23"/>
        </w:rPr>
        <w:t>Micah answered. “Rico’s bag.”</w:t>
      </w:r>
    </w:p>
    <w:p>
      <w:pPr>
        <w:spacing w:after="80"/>
      </w:pPr>
      <w:r>
        <w:rPr>
          <w:rFonts w:ascii="Georgia" w:hAnsi="Georgia"/>
          <w:sz w:val="23"/>
        </w:rPr>
        <w:t>Coach Law lifted his eyes to Rico.</w:t>
      </w:r>
    </w:p>
    <w:p>
      <w:pPr>
        <w:spacing w:after="80"/>
      </w:pPr>
      <w:r>
        <w:rPr>
          <w:rFonts w:ascii="Georgia" w:hAnsi="Georgia"/>
          <w:sz w:val="23"/>
        </w:rPr>
        <w:t>Rico’s shoulders stiffened. “Coach, I didn’t put it there.”</w:t>
      </w:r>
    </w:p>
    <w:p>
      <w:pPr>
        <w:spacing w:after="80"/>
      </w:pPr>
      <w:r>
        <w:rPr>
          <w:rFonts w:ascii="Georgia" w:hAnsi="Georgia"/>
          <w:sz w:val="23"/>
        </w:rPr>
        <w:t>Coach Law didn’t say anything for a second. His face went very still in the way that usually meant trouble wasn’t smaller than it looked.</w:t>
      </w:r>
    </w:p>
    <w:p>
      <w:pPr>
        <w:spacing w:after="80"/>
      </w:pPr>
      <w:r>
        <w:rPr>
          <w:rFonts w:ascii="Georgia" w:hAnsi="Georgia"/>
          <w:sz w:val="23"/>
        </w:rPr>
        <w:t>Then he said, “Everybody except Rico and Noah, go.”</w:t>
      </w:r>
    </w:p>
    <w:p>
      <w:pPr>
        <w:spacing w:after="80"/>
      </w:pPr>
      <w:r>
        <w:rPr>
          <w:rFonts w:ascii="Georgia" w:hAnsi="Georgia"/>
          <w:sz w:val="23"/>
        </w:rPr>
        <w:t>Noah frowned. “Why me?”</w:t>
      </w:r>
    </w:p>
    <w:p>
      <w:pPr>
        <w:spacing w:after="80"/>
      </w:pPr>
      <w:r>
        <w:rPr>
          <w:rFonts w:ascii="Georgia" w:hAnsi="Georgia"/>
          <w:sz w:val="23"/>
        </w:rPr>
        <w:t>“Because you found it?”</w:t>
      </w:r>
    </w:p>
    <w:p>
      <w:pPr>
        <w:spacing w:after="80"/>
      </w:pPr>
      <w:r>
        <w:rPr>
          <w:rFonts w:ascii="Georgia" w:hAnsi="Georgia"/>
          <w:sz w:val="23"/>
        </w:rPr>
        <w:t>“Micah found it.”</w:t>
      </w:r>
    </w:p>
    <w:p>
      <w:pPr>
        <w:spacing w:after="80"/>
      </w:pPr>
      <w:r>
        <w:rPr>
          <w:rFonts w:ascii="Georgia" w:hAnsi="Georgia"/>
          <w:sz w:val="23"/>
        </w:rPr>
        <w:t>Coach Law looked at Micah. “Then Rico, Noah, Micah. Everybody else, go.”</w:t>
      </w:r>
    </w:p>
    <w:p>
      <w:pPr>
        <w:spacing w:after="80"/>
      </w:pPr>
      <w:r>
        <w:rPr>
          <w:rFonts w:ascii="Georgia" w:hAnsi="Georgia"/>
          <w:sz w:val="23"/>
        </w:rPr>
        <w:t>Vee didn’t move.</w:t>
      </w:r>
    </w:p>
    <w:p>
      <w:pPr>
        <w:spacing w:after="80"/>
      </w:pPr>
      <w:r>
        <w:rPr>
          <w:rFonts w:ascii="Georgia" w:hAnsi="Georgia"/>
          <w:sz w:val="23"/>
        </w:rPr>
        <w:t>Coach Law’s eyes shifted to her. “Vee.”</w:t>
      </w:r>
    </w:p>
    <w:p>
      <w:pPr>
        <w:spacing w:after="80"/>
      </w:pPr>
      <w:r>
        <w:rPr>
          <w:rFonts w:ascii="Georgia" w:hAnsi="Georgia"/>
          <w:sz w:val="23"/>
        </w:rPr>
        <w:t>She folded her arms. “He’ll need another witness.”</w:t>
      </w:r>
    </w:p>
    <w:p>
      <w:pPr>
        <w:spacing w:after="80"/>
      </w:pPr>
      <w:r>
        <w:rPr>
          <w:rFonts w:ascii="Georgia" w:hAnsi="Georgia"/>
          <w:sz w:val="23"/>
        </w:rPr>
        <w:t>Rico let out a disbelieving breath. “Wow.”</w:t>
      </w:r>
    </w:p>
    <w:p>
      <w:pPr>
        <w:spacing w:after="80"/>
      </w:pPr>
      <w:r>
        <w:rPr>
          <w:rFonts w:ascii="Georgia" w:hAnsi="Georgia"/>
          <w:sz w:val="23"/>
        </w:rPr>
        <w:t>Coach Law looked like he was deciding whether to argue. Finally he said, “Fine. One minute.”</w:t>
      </w:r>
    </w:p>
    <w:p>
      <w:pPr>
        <w:spacing w:after="80"/>
      </w:pPr>
      <w:r>
        <w:rPr>
          <w:rFonts w:ascii="Georgia" w:hAnsi="Georgia"/>
          <w:sz w:val="23"/>
        </w:rPr>
        <w:t>The others backed off, though Devin lingered close enough that Noah knew he was listening anyway.</w:t>
      </w:r>
    </w:p>
    <w:p>
      <w:pPr>
        <w:spacing w:after="80"/>
      </w:pPr>
      <w:r>
        <w:rPr>
          <w:rFonts w:ascii="Georgia" w:hAnsi="Georgia"/>
          <w:sz w:val="23"/>
        </w:rPr>
        <w:t>Coach Law held the wristband between two fingers. “Rico.”</w:t>
      </w:r>
    </w:p>
    <w:p>
      <w:pPr>
        <w:spacing w:after="80"/>
      </w:pPr>
      <w:r>
        <w:rPr>
          <w:rFonts w:ascii="Georgia" w:hAnsi="Georgia"/>
          <w:sz w:val="23"/>
        </w:rPr>
        <w:t>“I didn’t take it.”</w:t>
      </w:r>
    </w:p>
    <w:p>
      <w:pPr>
        <w:spacing w:after="80"/>
      </w:pPr>
      <w:r>
        <w:rPr>
          <w:rFonts w:ascii="Georgia" w:hAnsi="Georgia"/>
          <w:sz w:val="23"/>
        </w:rPr>
        <w:t>“Did you know it was in your bag?”</w:t>
      </w:r>
    </w:p>
    <w:p>
      <w:pPr>
        <w:spacing w:after="80"/>
      </w:pPr>
      <w:r>
        <w:rPr>
          <w:rFonts w:ascii="Georgia" w:hAnsi="Georgia"/>
          <w:sz w:val="23"/>
        </w:rPr>
        <w:t>“No.”</w:t>
      </w:r>
    </w:p>
    <w:p>
      <w:pPr>
        <w:spacing w:after="80"/>
      </w:pPr>
      <w:r>
        <w:rPr>
          <w:rFonts w:ascii="Georgia" w:hAnsi="Georgia"/>
          <w:sz w:val="23"/>
        </w:rPr>
        <w:t>“Did you touch any of the wristbands after practice?”</w:t>
      </w:r>
    </w:p>
    <w:p>
      <w:pPr>
        <w:spacing w:after="80"/>
      </w:pPr>
      <w:r>
        <w:rPr>
          <w:rFonts w:ascii="Georgia" w:hAnsi="Georgia"/>
          <w:sz w:val="23"/>
        </w:rPr>
        <w:t>“No.”</w:t>
      </w:r>
    </w:p>
    <w:p>
      <w:pPr>
        <w:spacing w:after="80"/>
      </w:pPr>
      <w:r>
        <w:rPr>
          <w:rFonts w:ascii="Georgia" w:hAnsi="Georgia"/>
          <w:sz w:val="23"/>
        </w:rPr>
        <w:t>“Did you touch Noah’s? Devin’s? Anyone else’s?”</w:t>
      </w:r>
    </w:p>
    <w:p>
      <w:pPr>
        <w:spacing w:after="80"/>
      </w:pPr>
      <w:r>
        <w:rPr>
          <w:rFonts w:ascii="Georgia" w:hAnsi="Georgia"/>
          <w:sz w:val="23"/>
        </w:rPr>
        <w:t>“No.”</w:t>
      </w:r>
    </w:p>
    <w:p>
      <w:pPr>
        <w:spacing w:after="80"/>
      </w:pPr>
      <w:r>
        <w:rPr>
          <w:rFonts w:ascii="Georgia" w:hAnsi="Georgia"/>
          <w:sz w:val="23"/>
        </w:rPr>
        <w:t>Coach Law nodded once, like he was cataloging the answers somewhere.</w:t>
      </w:r>
    </w:p>
    <w:p>
      <w:pPr>
        <w:spacing w:after="80"/>
      </w:pPr>
      <w:r>
        <w:rPr>
          <w:rFonts w:ascii="Georgia" w:hAnsi="Georgia"/>
          <w:sz w:val="23"/>
        </w:rPr>
        <w:t>Then he turned to Noah. “You?”</w:t>
      </w:r>
    </w:p>
    <w:p>
      <w:pPr>
        <w:spacing w:after="80"/>
      </w:pPr>
      <w:r>
        <w:rPr>
          <w:rFonts w:ascii="Georgia" w:hAnsi="Georgia"/>
          <w:sz w:val="23"/>
        </w:rPr>
        <w:t>“No.”</w:t>
      </w:r>
    </w:p>
    <w:p>
      <w:pPr>
        <w:spacing w:after="80"/>
      </w:pPr>
      <w:r>
        <w:rPr>
          <w:rFonts w:ascii="Georgia" w:hAnsi="Georgia"/>
          <w:sz w:val="23"/>
        </w:rPr>
        <w:t>“Micah?”</w:t>
      </w:r>
    </w:p>
    <w:p>
      <w:pPr>
        <w:spacing w:after="80"/>
      </w:pPr>
      <w:r>
        <w:rPr>
          <w:rFonts w:ascii="Georgia" w:hAnsi="Georgia"/>
          <w:sz w:val="23"/>
        </w:rPr>
        <w:t>“No, sir.”</w:t>
      </w:r>
    </w:p>
    <w:p>
      <w:pPr>
        <w:spacing w:after="80"/>
      </w:pPr>
      <w:r>
        <w:rPr>
          <w:rFonts w:ascii="Georgia" w:hAnsi="Georgia"/>
          <w:sz w:val="23"/>
        </w:rPr>
        <w:t>“Vee?”</w:t>
      </w:r>
    </w:p>
    <w:p>
      <w:pPr>
        <w:spacing w:after="80"/>
      </w:pPr>
      <w:r>
        <w:rPr>
          <w:rFonts w:ascii="Georgia" w:hAnsi="Georgia"/>
          <w:sz w:val="23"/>
        </w:rPr>
        <w:t>She actually looked annoyed at being asked. “I wasn’t even given one.”</w:t>
      </w:r>
    </w:p>
    <w:p>
      <w:pPr>
        <w:spacing w:after="80"/>
      </w:pPr>
      <w:r>
        <w:rPr>
          <w:rFonts w:ascii="Georgia" w:hAnsi="Georgia"/>
          <w:sz w:val="23"/>
        </w:rPr>
        <w:t>Coach Law’s jaw shifted slightly. “No one is accusing you.”</w:t>
      </w:r>
    </w:p>
    <w:p>
      <w:pPr>
        <w:spacing w:after="80"/>
      </w:pPr>
      <w:r>
        <w:rPr>
          <w:rFonts w:ascii="Georgia" w:hAnsi="Georgia"/>
          <w:sz w:val="23"/>
        </w:rPr>
        <w:t>“Sure sounds like a fun system anyway.”</w:t>
      </w:r>
    </w:p>
    <w:p>
      <w:pPr>
        <w:spacing w:after="80"/>
      </w:pPr>
      <w:r>
        <w:rPr>
          <w:rFonts w:ascii="Georgia" w:hAnsi="Georgia"/>
          <w:sz w:val="23"/>
        </w:rPr>
        <w:t>Noah almost wished she would stop talking, but part of him was also glad she wouldn’t.</w:t>
      </w:r>
    </w:p>
    <w:p>
      <w:pPr>
        <w:spacing w:after="80"/>
      </w:pPr>
      <w:r>
        <w:rPr>
          <w:rFonts w:ascii="Georgia" w:hAnsi="Georgia"/>
          <w:sz w:val="23"/>
        </w:rPr>
        <w:t>Coach Law looked back at Rico. “Who was near your bag?”</w:t>
      </w:r>
    </w:p>
    <w:p>
      <w:pPr>
        <w:spacing w:after="80"/>
      </w:pPr>
      <w:r>
        <w:rPr>
          <w:rFonts w:ascii="Georgia" w:hAnsi="Georgia"/>
          <w:sz w:val="23"/>
        </w:rPr>
        <w:t>Rico spread his hands. “Everyone. That’s what I’m saying. We all threw stuff over there.”</w:t>
      </w:r>
    </w:p>
    <w:p>
      <w:pPr>
        <w:spacing w:after="80"/>
      </w:pPr>
      <w:r>
        <w:rPr>
          <w:rFonts w:ascii="Georgia" w:hAnsi="Georgia"/>
          <w:sz w:val="23"/>
        </w:rPr>
        <w:t>The woman who had been waiting for Rico finally stepped forward. “Does he need to stay?”</w:t>
      </w:r>
    </w:p>
    <w:p>
      <w:pPr>
        <w:spacing w:after="80"/>
      </w:pPr>
      <w:r>
        <w:rPr>
          <w:rFonts w:ascii="Georgia" w:hAnsi="Georgia"/>
          <w:sz w:val="23"/>
        </w:rPr>
        <w:t>Coach Law’s tone changed just enough to sound less like Coach and more like adult-to-adult. “A few more minutes. Sorry.”</w:t>
      </w:r>
    </w:p>
    <w:p>
      <w:pPr>
        <w:spacing w:after="80"/>
      </w:pPr>
      <w:r>
        <w:rPr>
          <w:rFonts w:ascii="Georgia" w:hAnsi="Georgia"/>
          <w:sz w:val="23"/>
        </w:rPr>
        <w:t>She nodded and stepped back.</w:t>
      </w:r>
    </w:p>
    <w:p>
      <w:pPr>
        <w:spacing w:after="80"/>
      </w:pPr>
      <w:r>
        <w:rPr>
          <w:rFonts w:ascii="Georgia" w:hAnsi="Georgia"/>
          <w:sz w:val="23"/>
        </w:rPr>
        <w:t>Noah watched Rico the whole time.</w:t>
      </w:r>
    </w:p>
    <w:p>
      <w:pPr>
        <w:spacing w:after="80"/>
      </w:pPr>
      <w:r>
        <w:rPr>
          <w:rFonts w:ascii="Georgia" w:hAnsi="Georgia"/>
          <w:sz w:val="23"/>
        </w:rPr>
        <w:t>Rico kept looking offended. Kept looking confused. Kept looking like a kid who wanted this whole thing to become a misunderstanding fast.</w:t>
      </w:r>
    </w:p>
    <w:p>
      <w:pPr>
        <w:spacing w:after="80"/>
      </w:pPr>
      <w:r>
        <w:rPr>
          <w:rFonts w:ascii="Georgia" w:hAnsi="Georgia"/>
          <w:sz w:val="23"/>
        </w:rPr>
        <w:t>And that either meant he was innocent—or really good at not looking guilty.</w:t>
      </w:r>
    </w:p>
    <w:p>
      <w:pPr>
        <w:spacing w:after="80"/>
      </w:pPr>
      <w:r>
        <w:rPr>
          <w:rFonts w:ascii="Georgia" w:hAnsi="Georgia"/>
          <w:sz w:val="23"/>
        </w:rPr>
        <w:t>Coach Law slid the wristband into his pocket. “Nobody talks about this outside this team.”</w:t>
      </w:r>
    </w:p>
    <w:p>
      <w:pPr>
        <w:spacing w:after="80"/>
      </w:pPr>
      <w:r>
        <w:rPr>
          <w:rFonts w:ascii="Georgia" w:hAnsi="Georgia"/>
          <w:sz w:val="23"/>
        </w:rPr>
        <w:t>Vee made a quiet sound.</w:t>
      </w:r>
    </w:p>
    <w:p>
      <w:pPr>
        <w:spacing w:after="80"/>
      </w:pPr>
      <w:r>
        <w:rPr>
          <w:rFonts w:ascii="Georgia" w:hAnsi="Georgia"/>
          <w:sz w:val="23"/>
        </w:rPr>
        <w:t>Coach Law looked at her. “You have something to say?”</w:t>
      </w:r>
    </w:p>
    <w:p>
      <w:pPr>
        <w:spacing w:after="80"/>
      </w:pPr>
      <w:r>
        <w:rPr>
          <w:rFonts w:ascii="Georgia" w:hAnsi="Georgia"/>
          <w:sz w:val="23"/>
        </w:rPr>
        <w:t>“Yes,” she said. “That sounds like the kind of thing people say right before things get worse.”</w:t>
      </w:r>
    </w:p>
    <w:p>
      <w:pPr>
        <w:spacing w:after="80"/>
      </w:pPr>
      <w:r>
        <w:rPr>
          <w:rFonts w:ascii="Georgia" w:hAnsi="Georgia"/>
          <w:sz w:val="23"/>
        </w:rPr>
        <w:t>That line sat there.</w:t>
      </w:r>
    </w:p>
    <w:p>
      <w:pPr>
        <w:spacing w:after="80"/>
      </w:pPr>
      <w:r>
        <w:rPr>
          <w:rFonts w:ascii="Georgia" w:hAnsi="Georgia"/>
          <w:sz w:val="23"/>
        </w:rPr>
        <w:t>Coach Law looked at her. “You have something to say?”</w:t>
      </w:r>
    </w:p>
    <w:p>
      <w:pPr>
        <w:spacing w:after="80"/>
      </w:pPr>
      <w:r>
        <w:rPr>
          <w:rFonts w:ascii="Georgia" w:hAnsi="Georgia"/>
          <w:sz w:val="23"/>
        </w:rPr>
        <w:t>“Yes,” she said. “That sounds like the kind of thing people say right before things get worse.”</w:t>
      </w:r>
    </w:p>
    <w:p>
      <w:pPr>
        <w:spacing w:after="80"/>
      </w:pPr>
      <w:r>
        <w:rPr>
          <w:rFonts w:ascii="Georgia" w:hAnsi="Georgia"/>
          <w:sz w:val="23"/>
        </w:rPr>
        <w:t>That line sat there. Even Micah looked over at her.</w:t>
      </w:r>
    </w:p>
    <w:p>
      <w:pPr>
        <w:spacing w:after="80"/>
      </w:pPr>
      <w:r>
        <w:rPr>
          <w:rFonts w:ascii="Georgia" w:hAnsi="Georgia"/>
          <w:sz w:val="23"/>
        </w:rPr>
        <w:t>Coach Law did not like it, but he did not dismiss it either. “What it sounds like,” he said, “is me protecting kids from gossip while I sort out whether this is carelessness, a prank, or something else.”</w:t>
      </w:r>
    </w:p>
    <w:p>
      <w:pPr>
        <w:spacing w:after="80"/>
      </w:pPr>
      <w:r>
        <w:rPr>
          <w:rFonts w:ascii="Georgia" w:hAnsi="Georgia"/>
          <w:sz w:val="23"/>
        </w:rPr>
        <w:t>That word again.</w:t>
      </w:r>
    </w:p>
    <w:p>
      <w:pPr>
        <w:spacing w:after="80"/>
      </w:pPr>
      <w:r>
        <w:rPr>
          <w:rFonts w:ascii="Georgia" w:hAnsi="Georgia"/>
          <w:sz w:val="23"/>
        </w:rPr>
        <w:t>Something else.</w:t>
      </w:r>
    </w:p>
    <w:p>
      <w:pPr>
        <w:spacing w:after="80"/>
      </w:pPr>
      <w:r>
        <w:rPr>
          <w:rFonts w:ascii="Georgia" w:hAnsi="Georgia"/>
          <w:sz w:val="23"/>
        </w:rPr>
        <w:t>“Rico,” Coach Law said, “go home. Noah, Micah, Vee—same. I’ll talk to the team at practice.”</w:t>
      </w:r>
    </w:p>
    <w:p>
      <w:pPr>
        <w:spacing w:after="80"/>
      </w:pPr>
      <w:r>
        <w:rPr>
          <w:rFonts w:ascii="Georgia" w:hAnsi="Georgia"/>
          <w:sz w:val="23"/>
        </w:rPr>
        <w:t>Rico looked like he wanted to argue, but instead he just yanked his bag closed and slung it over his shoulder.</w:t>
      </w:r>
    </w:p>
    <w:p>
      <w:pPr>
        <w:spacing w:after="80"/>
      </w:pPr>
      <w:r>
        <w:rPr>
          <w:rFonts w:ascii="Georgia" w:hAnsi="Georgia"/>
          <w:sz w:val="23"/>
        </w:rPr>
        <w:t>As he walked off, he shot Noah one look.</w:t>
      </w:r>
    </w:p>
    <w:p>
      <w:pPr>
        <w:spacing w:after="80"/>
      </w:pPr>
      <w:r>
        <w:rPr>
          <w:rFonts w:ascii="Georgia" w:hAnsi="Georgia"/>
          <w:sz w:val="23"/>
        </w:rPr>
        <w:t>Not angry.</w:t>
      </w:r>
    </w:p>
    <w:p>
      <w:pPr>
        <w:spacing w:after="80"/>
      </w:pPr>
      <w:r>
        <w:rPr>
          <w:rFonts w:ascii="Georgia" w:hAnsi="Georgia"/>
          <w:sz w:val="23"/>
        </w:rPr>
        <w:t>Worse.</w:t>
      </w:r>
    </w:p>
    <w:p>
      <w:pPr>
        <w:spacing w:after="80"/>
      </w:pPr>
      <w:r>
        <w:rPr>
          <w:rFonts w:ascii="Georgia" w:hAnsi="Georgia"/>
          <w:sz w:val="23"/>
        </w:rPr>
        <w:t>Disappointed.</w:t>
      </w:r>
    </w:p>
    <w:p>
      <w:pPr>
        <w:spacing w:after="80"/>
      </w:pPr>
      <w:r>
        <w:rPr>
          <w:rFonts w:ascii="Georgia" w:hAnsi="Georgia"/>
          <w:sz w:val="23"/>
        </w:rPr>
        <w:t>That look stayed with Noah the whole ride home.</w:t>
      </w:r>
    </w:p>
    <w:p>
      <w:pPr>
        <w:spacing w:after="80"/>
      </w:pPr>
      <w:r>
        <w:rPr>
          <w:rFonts w:ascii="Georgia" w:hAnsi="Georgia"/>
          <w:sz w:val="23"/>
        </w:rPr>
        <w:t>Micah came jogging in from the far side holding another football, and behind him, at the edge of the parking lot, a car door slammed hard enough to turn heads.</w:t>
      </w:r>
    </w:p>
    <w:p>
      <w:pPr>
        <w:spacing w:after="80"/>
      </w:pPr>
      <w:r>
        <w:rPr>
          <w:rFonts w:ascii="Georgia" w:hAnsi="Georgia"/>
          <w:sz w:val="23"/>
        </w:rPr>
        <w:t>Everybody looked.</w:t>
      </w:r>
    </w:p>
    <w:p>
      <w:pPr>
        <w:spacing w:after="80"/>
      </w:pPr>
      <w:r>
        <w:rPr>
          <w:rFonts w:ascii="Georgia" w:hAnsi="Georgia"/>
          <w:sz w:val="23"/>
        </w:rPr>
        <w:t>A dark SUV was already pulling away from the curb.</w:t>
      </w:r>
    </w:p>
    <w:p>
      <w:pPr>
        <w:spacing w:after="80"/>
      </w:pPr>
      <w:r>
        <w:rPr>
          <w:rFonts w:ascii="Georgia" w:hAnsi="Georgia"/>
          <w:sz w:val="23"/>
        </w:rPr>
        <w:t>Nothing weird about that.</w:t>
      </w:r>
    </w:p>
    <w:p>
      <w:pPr>
        <w:spacing w:after="80"/>
      </w:pPr>
      <w:r>
        <w:rPr>
          <w:rFonts w:ascii="Georgia" w:hAnsi="Georgia"/>
          <w:sz w:val="23"/>
        </w:rPr>
        <w:t>Except Devin was staring at the ground where it had been parked.</w:t>
      </w:r>
    </w:p>
    <w:p>
      <w:pPr>
        <w:spacing w:after="80"/>
      </w:pPr>
      <w:r>
        <w:rPr>
          <w:rFonts w:ascii="Georgia" w:hAnsi="Georgia"/>
          <w:sz w:val="23"/>
        </w:rPr>
        <w:t>Then he bent down.</w:t>
      </w:r>
    </w:p>
    <w:p>
      <w:pPr>
        <w:spacing w:after="80"/>
      </w:pPr>
      <w:r>
        <w:rPr>
          <w:rFonts w:ascii="Georgia" w:hAnsi="Georgia"/>
          <w:sz w:val="23"/>
        </w:rPr>
        <w:t>“What is it?” Noah asked.</w:t>
      </w:r>
    </w:p>
    <w:p>
      <w:pPr>
        <w:spacing w:after="80"/>
      </w:pPr>
      <w:r>
        <w:rPr>
          <w:rFonts w:ascii="Georgia" w:hAnsi="Georgia"/>
          <w:sz w:val="23"/>
        </w:rPr>
        <w:t>Devin didn’t answer right away. He picked up a folded sheet of notebook paper and held it between two fingers like he wasn’t sure he wanted to touch it any more than he already had.</w:t>
      </w:r>
    </w:p>
    <w:p>
      <w:pPr>
        <w:spacing w:after="80"/>
      </w:pPr>
      <w:r>
        <w:rPr>
          <w:rFonts w:ascii="Georgia" w:hAnsi="Georgia"/>
          <w:sz w:val="23"/>
        </w:rPr>
        <w:t>Noah stepped closer.</w:t>
      </w:r>
    </w:p>
    <w:p>
      <w:pPr>
        <w:spacing w:after="80"/>
      </w:pPr>
      <w:r>
        <w:rPr>
          <w:rFonts w:ascii="Georgia" w:hAnsi="Georgia"/>
          <w:sz w:val="23"/>
        </w:rPr>
        <w:t>The paper had been folded small. Tight. Like somebody had meant to keep it in a pocket.</w:t>
      </w:r>
    </w:p>
    <w:p>
      <w:pPr>
        <w:spacing w:after="80"/>
      </w:pPr>
      <w:r>
        <w:rPr>
          <w:rFonts w:ascii="Georgia" w:hAnsi="Georgia"/>
          <w:sz w:val="23"/>
        </w:rPr>
        <w:t>Or hide it.</w:t>
      </w:r>
    </w:p>
    <w:p>
      <w:pPr>
        <w:spacing w:after="80"/>
      </w:pPr>
      <w:r>
        <w:rPr>
          <w:rFonts w:ascii="Georgia" w:hAnsi="Georgia"/>
          <w:sz w:val="23"/>
        </w:rPr>
        <w:t>Rico came over from the bench. “What’d you find?”</w:t>
      </w:r>
    </w:p>
    <w:p>
      <w:pPr>
        <w:spacing w:after="80"/>
      </w:pPr>
      <w:r>
        <w:rPr>
          <w:rFonts w:ascii="Georgia" w:hAnsi="Georgia"/>
          <w:sz w:val="23"/>
        </w:rPr>
        <w:t>Devin handed it to Noah.</w:t>
      </w:r>
    </w:p>
    <w:p>
      <w:pPr>
        <w:spacing w:after="80"/>
      </w:pPr>
      <w:r>
        <w:rPr>
          <w:rFonts w:ascii="Georgia" w:hAnsi="Georgia"/>
          <w:sz w:val="23"/>
        </w:rPr>
        <w:t>Noah looked toward the lot one more time, but the SUV was already at the exit.</w:t>
      </w:r>
    </w:p>
    <w:p>
      <w:pPr>
        <w:spacing w:after="80"/>
      </w:pPr>
      <w:r>
        <w:rPr>
          <w:rFonts w:ascii="Georgia" w:hAnsi="Georgia"/>
          <w:sz w:val="23"/>
        </w:rPr>
        <w:t>Gone.</w:t>
      </w:r>
    </w:p>
    <w:p>
      <w:pPr>
        <w:spacing w:after="80"/>
      </w:pPr>
      <w:r>
        <w:rPr>
          <w:rFonts w:ascii="Georgia" w:hAnsi="Georgia"/>
          <w:sz w:val="23"/>
        </w:rPr>
        <w:t>“Open it,” Vee said.</w:t>
      </w:r>
    </w:p>
    <w:p>
      <w:pPr>
        <w:spacing w:after="80"/>
      </w:pPr>
      <w:r>
        <w:rPr>
          <w:rFonts w:ascii="Georgia" w:hAnsi="Georgia"/>
          <w:sz w:val="23"/>
        </w:rPr>
        <w:t>For some reason, Noah suddenly didn’t want to.</w:t>
      </w:r>
    </w:p>
    <w:p>
      <w:pPr>
        <w:spacing w:after="80"/>
      </w:pPr>
      <w:r>
        <w:rPr>
          <w:rFonts w:ascii="Georgia" w:hAnsi="Georgia"/>
          <w:sz w:val="23"/>
        </w:rPr>
        <w:t>His fingers worked at the fold anyway.</w:t>
      </w:r>
    </w:p>
    <w:p>
      <w:pPr>
        <w:spacing w:after="80"/>
      </w:pPr>
      <w:r>
        <w:rPr>
          <w:rFonts w:ascii="Georgia" w:hAnsi="Georgia"/>
          <w:sz w:val="23"/>
        </w:rPr>
        <w:t>Once.</w:t>
      </w:r>
    </w:p>
    <w:p>
      <w:pPr>
        <w:spacing w:after="80"/>
      </w:pPr>
      <w:r>
        <w:rPr>
          <w:rFonts w:ascii="Georgia" w:hAnsi="Georgia"/>
          <w:sz w:val="23"/>
        </w:rPr>
        <w:t>Twice.</w:t>
      </w:r>
    </w:p>
    <w:p>
      <w:pPr>
        <w:spacing w:after="80"/>
      </w:pPr>
      <w:r>
        <w:rPr>
          <w:rFonts w:ascii="Georgia" w:hAnsi="Georgia"/>
          <w:sz w:val="23"/>
        </w:rPr>
        <w:t>Then the paper came open in his hands.</w:t>
      </w:r>
    </w:p>
    <w:p>
      <w:pPr>
        <w:spacing w:after="80"/>
      </w:pPr>
      <w:r>
        <w:rPr>
          <w:rFonts w:ascii="Georgia" w:hAnsi="Georgia"/>
          <w:sz w:val="23"/>
        </w:rPr>
        <w:t>Noah’s eyes locked on the page.</w:t>
      </w:r>
    </w:p>
    <w:p>
      <w:pPr>
        <w:spacing w:after="80"/>
      </w:pPr>
      <w:r>
        <w:rPr>
          <w:rFonts w:ascii="Georgia" w:hAnsi="Georgia"/>
          <w:sz w:val="23"/>
        </w:rPr>
        <w:t>And for a second, he couldn’t breathe.</w:t>
      </w:r>
    </w:p>
    <w:p>
      <w:r>
        <w:br w:type="page"/>
      </w:r>
    </w:p>
    <w:p>
      <w:pPr>
        <w:spacing w:after="40"/>
        <w:jc w:val="center"/>
      </w:pPr>
      <w:r>
        <w:rPr>
          <w:rFonts w:ascii="Georgia" w:hAnsi="Georgia"/>
          <w:b/>
          <w:i w:val="0"/>
          <w:sz w:val="28"/>
        </w:rPr>
        <w:t>Chapter 6</w:t>
      </w:r>
    </w:p>
    <w:p>
      <w:pPr>
        <w:spacing w:after="200"/>
        <w:jc w:val="center"/>
      </w:pPr>
      <w:r>
        <w:rPr>
          <w:rFonts w:ascii="Georgia" w:hAnsi="Georgia"/>
          <w:b w:val="0"/>
          <w:i/>
          <w:sz w:val="24"/>
        </w:rPr>
        <w:t>Eyes on the Sideline</w:t>
      </w:r>
    </w:p>
    <w:p>
      <w:pPr>
        <w:spacing w:after="80"/>
      </w:pPr>
      <w:r>
        <w:rPr>
          <w:rFonts w:ascii="Georgia" w:hAnsi="Georgia"/>
          <w:sz w:val="23"/>
        </w:rPr>
        <w:t>The paper shook once in Noah’s hands.</w:t>
      </w:r>
    </w:p>
    <w:p>
      <w:pPr>
        <w:spacing w:after="80"/>
      </w:pPr>
      <w:r>
        <w:rPr>
          <w:rFonts w:ascii="Georgia" w:hAnsi="Georgia"/>
          <w:sz w:val="23"/>
        </w:rPr>
        <w:t>Not a big shake. Just enough to make him angry that anyone could see it.</w:t>
      </w:r>
    </w:p>
    <w:p>
      <w:pPr>
        <w:spacing w:after="80"/>
      </w:pPr>
      <w:r>
        <w:rPr>
          <w:rFonts w:ascii="Georgia" w:hAnsi="Georgia"/>
          <w:sz w:val="23"/>
        </w:rPr>
        <w:t>“What?” Rico said. “What is it?”</w:t>
      </w:r>
    </w:p>
    <w:p>
      <w:pPr>
        <w:spacing w:after="80"/>
      </w:pPr>
      <w:r>
        <w:rPr>
          <w:rFonts w:ascii="Georgia" w:hAnsi="Georgia"/>
          <w:sz w:val="23"/>
        </w:rPr>
        <w:t>Noah didn’t answer.</w:t>
      </w:r>
    </w:p>
    <w:p>
      <w:pPr>
        <w:spacing w:after="80"/>
      </w:pPr>
      <w:r>
        <w:rPr>
          <w:rFonts w:ascii="Georgia" w:hAnsi="Georgia"/>
          <w:sz w:val="23"/>
        </w:rPr>
        <w:t>He couldn’t. Not yet.</w:t>
      </w:r>
    </w:p>
    <w:p>
      <w:pPr>
        <w:spacing w:after="80"/>
      </w:pPr>
      <w:r>
        <w:rPr>
          <w:rFonts w:ascii="Georgia" w:hAnsi="Georgia"/>
          <w:sz w:val="23"/>
        </w:rPr>
        <w:t>The sheet was lined notebook paper, torn rough on one side, folded into a square small enough to fit in a pocket. Across the page, written in dark pen, were three play calls.</w:t>
      </w:r>
    </w:p>
    <w:p>
      <w:pPr>
        <w:spacing w:after="80"/>
      </w:pPr>
      <w:r>
        <w:rPr>
          <w:rFonts w:ascii="Georgia" w:hAnsi="Georgia"/>
          <w:sz w:val="23"/>
        </w:rPr>
        <w:t>Not random words.</w:t>
      </w:r>
    </w:p>
    <w:p>
      <w:pPr>
        <w:spacing w:after="80"/>
      </w:pPr>
      <w:r>
        <w:rPr>
          <w:rFonts w:ascii="Georgia" w:hAnsi="Georgia"/>
          <w:sz w:val="23"/>
        </w:rPr>
        <w:t>Not somebody’s practice notes.</w:t>
      </w:r>
    </w:p>
    <w:p>
      <w:pPr>
        <w:spacing w:after="80"/>
      </w:pPr>
      <w:r>
        <w:rPr>
          <w:rFonts w:ascii="Georgia" w:hAnsi="Georgia"/>
          <w:sz w:val="23"/>
        </w:rPr>
        <w:t>Their calls.</w:t>
      </w:r>
    </w:p>
    <w:p>
      <w:pPr>
        <w:spacing w:after="80"/>
      </w:pPr>
      <w:r>
        <w:rPr>
          <w:rFonts w:ascii="Georgia" w:hAnsi="Georgia"/>
          <w:sz w:val="23"/>
        </w:rPr>
        <w:t xml:space="preserve">Blue 3  </w:t>
        <w:br/>
        <w:t xml:space="preserve">Bunch Pivot  </w:t>
        <w:br/>
        <w:t>Jet Wheel</w:t>
      </w:r>
    </w:p>
    <w:p>
      <w:pPr>
        <w:spacing w:after="80"/>
      </w:pPr>
      <w:r>
        <w:rPr>
          <w:rFonts w:ascii="Georgia" w:hAnsi="Georgia"/>
          <w:sz w:val="23"/>
        </w:rPr>
        <w:t>Noah knew the way they were written too. Not full language. Not Coach Law’s board-talk. Not a real play sheet. Just enough to tell somebody what mattered.</w:t>
      </w:r>
    </w:p>
    <w:p>
      <w:pPr>
        <w:spacing w:after="80"/>
      </w:pPr>
      <w:r>
        <w:rPr>
          <w:rFonts w:ascii="Georgia" w:hAnsi="Georgia"/>
          <w:sz w:val="23"/>
        </w:rPr>
        <w:t>Rico stepped closer. “Noah.”</w:t>
      </w:r>
    </w:p>
    <w:p>
      <w:pPr>
        <w:spacing w:after="80"/>
      </w:pPr>
      <w:r>
        <w:rPr>
          <w:rFonts w:ascii="Georgia" w:hAnsi="Georgia"/>
          <w:sz w:val="23"/>
        </w:rPr>
        <w:t>He looked up.</w:t>
      </w:r>
    </w:p>
    <w:p>
      <w:pPr>
        <w:spacing w:after="80"/>
      </w:pPr>
      <w:r>
        <w:rPr>
          <w:rFonts w:ascii="Georgia" w:hAnsi="Georgia"/>
          <w:sz w:val="23"/>
        </w:rPr>
        <w:t>Devin was reading his face. Vee was already moving closer from the rope line. Micah stood a few steps back with the football tucked under one arm, all his energy suddenly gone quiet.</w:t>
      </w:r>
    </w:p>
    <w:p>
      <w:pPr>
        <w:spacing w:after="80"/>
      </w:pPr>
      <w:r>
        <w:rPr>
          <w:rFonts w:ascii="Georgia" w:hAnsi="Georgia"/>
          <w:sz w:val="23"/>
        </w:rPr>
        <w:t>“What is it?” Devin asked.</w:t>
      </w:r>
    </w:p>
    <w:p>
      <w:pPr>
        <w:spacing w:after="80"/>
      </w:pPr>
      <w:r>
        <w:rPr>
          <w:rFonts w:ascii="Georgia" w:hAnsi="Georgia"/>
          <w:sz w:val="23"/>
        </w:rPr>
        <w:t>Noah handed him the paper.</w:t>
      </w:r>
    </w:p>
    <w:p>
      <w:pPr>
        <w:spacing w:after="80"/>
      </w:pPr>
      <w:r>
        <w:rPr>
          <w:rFonts w:ascii="Georgia" w:hAnsi="Georgia"/>
          <w:sz w:val="23"/>
        </w:rPr>
        <w:t>Devin’s eyes moved fast.</w:t>
      </w:r>
    </w:p>
    <w:p>
      <w:pPr>
        <w:spacing w:after="80"/>
      </w:pPr>
      <w:r>
        <w:rPr>
          <w:rFonts w:ascii="Georgia" w:hAnsi="Georgia"/>
          <w:sz w:val="23"/>
        </w:rPr>
        <w:t>Then slower.</w:t>
      </w:r>
    </w:p>
    <w:p>
      <w:pPr>
        <w:spacing w:after="80"/>
      </w:pPr>
      <w:r>
        <w:rPr>
          <w:rFonts w:ascii="Georgia" w:hAnsi="Georgia"/>
          <w:sz w:val="23"/>
        </w:rPr>
        <w:t>Then he looked up.</w:t>
      </w:r>
    </w:p>
    <w:p>
      <w:pPr>
        <w:spacing w:after="80"/>
      </w:pPr>
      <w:r>
        <w:rPr>
          <w:rFonts w:ascii="Georgia" w:hAnsi="Georgia"/>
          <w:sz w:val="23"/>
        </w:rPr>
        <w:t>“Oh.”</w:t>
      </w:r>
    </w:p>
    <w:p>
      <w:pPr>
        <w:spacing w:after="80"/>
      </w:pPr>
      <w:r>
        <w:rPr>
          <w:rFonts w:ascii="Georgia" w:hAnsi="Georgia"/>
          <w:sz w:val="23"/>
        </w:rPr>
        <w:t>Rico snatched it next. “Let me see that.”</w:t>
      </w:r>
    </w:p>
    <w:p>
      <w:pPr>
        <w:spacing w:after="80"/>
      </w:pPr>
      <w:r>
        <w:rPr>
          <w:rFonts w:ascii="Georgia" w:hAnsi="Georgia"/>
          <w:sz w:val="23"/>
        </w:rPr>
        <w:t>Noah watched him read it.</w:t>
      </w:r>
    </w:p>
    <w:p>
      <w:pPr>
        <w:spacing w:after="80"/>
      </w:pPr>
      <w:r>
        <w:rPr>
          <w:rFonts w:ascii="Georgia" w:hAnsi="Georgia"/>
          <w:sz w:val="23"/>
        </w:rPr>
        <w:t>Watched the confusion hit first.</w:t>
      </w:r>
    </w:p>
    <w:p>
      <w:pPr>
        <w:spacing w:after="80"/>
      </w:pPr>
      <w:r>
        <w:rPr>
          <w:rFonts w:ascii="Georgia" w:hAnsi="Georgia"/>
          <w:sz w:val="23"/>
        </w:rPr>
        <w:t>Then the offense.</w:t>
      </w:r>
    </w:p>
    <w:p>
      <w:pPr>
        <w:spacing w:after="80"/>
      </w:pPr>
      <w:r>
        <w:rPr>
          <w:rFonts w:ascii="Georgia" w:hAnsi="Georgia"/>
          <w:sz w:val="23"/>
        </w:rPr>
        <w:t>Then something like fear.</w:t>
      </w:r>
    </w:p>
    <w:p>
      <w:pPr>
        <w:spacing w:after="80"/>
      </w:pPr>
      <w:r>
        <w:rPr>
          <w:rFonts w:ascii="Georgia" w:hAnsi="Georgia"/>
          <w:sz w:val="23"/>
        </w:rPr>
        <w:t>“That’s not mine,” Rico said immediately.</w:t>
      </w:r>
    </w:p>
    <w:p>
      <w:pPr>
        <w:spacing w:after="80"/>
      </w:pPr>
      <w:r>
        <w:rPr>
          <w:rFonts w:ascii="Georgia" w:hAnsi="Georgia"/>
          <w:sz w:val="23"/>
        </w:rPr>
        <w:t>Nobody had accused him out loud.</w:t>
      </w:r>
    </w:p>
    <w:p>
      <w:pPr>
        <w:spacing w:after="80"/>
      </w:pPr>
      <w:r>
        <w:rPr>
          <w:rFonts w:ascii="Georgia" w:hAnsi="Georgia"/>
          <w:sz w:val="23"/>
        </w:rPr>
        <w:t>But the words came so fast that they hit the space between all of them anyway.</w:t>
      </w:r>
    </w:p>
    <w:p>
      <w:pPr>
        <w:spacing w:after="80"/>
      </w:pPr>
      <w:r>
        <w:rPr>
          <w:rFonts w:ascii="Georgia" w:hAnsi="Georgia"/>
          <w:sz w:val="23"/>
        </w:rPr>
        <w:t>Coach Law was crossing the field by then. “What did you find?”</w:t>
      </w:r>
    </w:p>
    <w:p>
      <w:pPr>
        <w:spacing w:after="80"/>
      </w:pPr>
      <w:r>
        <w:rPr>
          <w:rFonts w:ascii="Georgia" w:hAnsi="Georgia"/>
          <w:sz w:val="23"/>
        </w:rPr>
        <w:t>Devin gave him the paper.</w:t>
      </w:r>
    </w:p>
    <w:p>
      <w:pPr>
        <w:spacing w:after="80"/>
      </w:pPr>
      <w:r>
        <w:rPr>
          <w:rFonts w:ascii="Georgia" w:hAnsi="Georgia"/>
          <w:sz w:val="23"/>
        </w:rPr>
        <w:t>Coach Law took it, read it once, and did not move for a full second.</w:t>
      </w:r>
    </w:p>
    <w:p>
      <w:pPr>
        <w:spacing w:after="80"/>
      </w:pPr>
      <w:r>
        <w:rPr>
          <w:rFonts w:ascii="Georgia" w:hAnsi="Georgia"/>
          <w:sz w:val="23"/>
        </w:rPr>
        <w:t>That was how Noah knew this was no longer just weird.</w:t>
      </w:r>
    </w:p>
    <w:p>
      <w:pPr>
        <w:spacing w:after="80"/>
      </w:pPr>
      <w:r>
        <w:rPr>
          <w:rFonts w:ascii="Georgia" w:hAnsi="Georgia"/>
          <w:sz w:val="23"/>
        </w:rPr>
        <w:t>His dad didn’t react big. He reacted small. And the smaller the reaction, the worse the problem usually was.</w:t>
      </w:r>
    </w:p>
    <w:p>
      <w:pPr>
        <w:spacing w:after="80"/>
      </w:pPr>
      <w:r>
        <w:rPr>
          <w:rFonts w:ascii="Georgia" w:hAnsi="Georgia"/>
          <w:sz w:val="23"/>
        </w:rPr>
        <w:t>“Whose handwriting is that?” Jalen asked, trotting over before anybody told him to mind his business.</w:t>
      </w:r>
    </w:p>
    <w:p>
      <w:pPr>
        <w:spacing w:after="80"/>
      </w:pPr>
      <w:r>
        <w:rPr>
          <w:rFonts w:ascii="Georgia" w:hAnsi="Georgia"/>
          <w:sz w:val="23"/>
        </w:rPr>
        <w:t>Owen came up right behind him. “Do not touch it,” he said automatically.</w:t>
      </w:r>
    </w:p>
    <w:p>
      <w:pPr>
        <w:spacing w:after="80"/>
      </w:pPr>
      <w:r>
        <w:rPr>
          <w:rFonts w:ascii="Georgia" w:hAnsi="Georgia"/>
          <w:sz w:val="23"/>
        </w:rPr>
        <w:t>“I wasn’t going to touch it,” Jalen said. “I was going to correctly identify a crime.”</w:t>
      </w:r>
    </w:p>
    <w:p>
      <w:pPr>
        <w:spacing w:after="80"/>
      </w:pPr>
      <w:r>
        <w:rPr>
          <w:rFonts w:ascii="Georgia" w:hAnsi="Georgia"/>
          <w:sz w:val="23"/>
        </w:rPr>
        <w:t>Coach Law folded the page once. “Nobody says another word about this in the parking lot.”</w:t>
      </w:r>
    </w:p>
    <w:p>
      <w:pPr>
        <w:spacing w:after="80"/>
      </w:pPr>
      <w:r>
        <w:rPr>
          <w:rFonts w:ascii="Georgia" w:hAnsi="Georgia"/>
          <w:sz w:val="23"/>
        </w:rPr>
        <w:t>“That usually means it’s serious,” Rico muttered.</w:t>
      </w:r>
    </w:p>
    <w:p>
      <w:pPr>
        <w:spacing w:after="80"/>
      </w:pPr>
      <w:r>
        <w:rPr>
          <w:rFonts w:ascii="Georgia" w:hAnsi="Georgia"/>
          <w:sz w:val="23"/>
        </w:rPr>
        <w:t>“It means,” Coach Law said, “we are not turning this into something louder before we know what it is.”</w:t>
      </w:r>
    </w:p>
    <w:p>
      <w:pPr>
        <w:spacing w:after="80"/>
      </w:pPr>
      <w:r>
        <w:rPr>
          <w:rFonts w:ascii="Georgia" w:hAnsi="Georgia"/>
          <w:sz w:val="23"/>
        </w:rPr>
        <w:t>Jalen pointed at the paper. “It is already loud.”</w:t>
      </w:r>
    </w:p>
    <w:p>
      <w:pPr>
        <w:spacing w:after="80"/>
      </w:pPr>
      <w:r>
        <w:rPr>
          <w:rFonts w:ascii="Georgia" w:hAnsi="Georgia"/>
          <w:sz w:val="23"/>
        </w:rPr>
        <w:t>Coach Law ignored that. “Bags. Everybody in. Five minutes.”</w:t>
      </w:r>
    </w:p>
    <w:p>
      <w:pPr>
        <w:spacing w:after="80"/>
      </w:pPr>
      <w:r>
        <w:rPr>
          <w:rFonts w:ascii="Georgia" w:hAnsi="Georgia"/>
          <w:sz w:val="23"/>
        </w:rPr>
        <w:t>The team moved.</w:t>
      </w:r>
    </w:p>
    <w:p>
      <w:pPr>
        <w:spacing w:after="80"/>
      </w:pPr>
      <w:r>
        <w:rPr>
          <w:rFonts w:ascii="Georgia" w:hAnsi="Georgia"/>
          <w:sz w:val="23"/>
        </w:rPr>
        <w:t>Not fast. Not normal. Just in.</w:t>
      </w:r>
    </w:p>
    <w:p>
      <w:pPr>
        <w:spacing w:after="80"/>
      </w:pPr>
      <w:r>
        <w:rPr>
          <w:rFonts w:ascii="Georgia" w:hAnsi="Georgia"/>
          <w:sz w:val="23"/>
        </w:rPr>
        <w:t>Parents were still waiting. A couple younger kids were still running near the rope line. Vee slipped through a gap by the gate before anyone stopped her and ended up near the bench again, football under her arm like she had every right to be there.</w:t>
      </w:r>
    </w:p>
    <w:p>
      <w:pPr>
        <w:spacing w:after="80"/>
      </w:pPr>
      <w:r>
        <w:rPr>
          <w:rFonts w:ascii="Georgia" w:hAnsi="Georgia"/>
          <w:sz w:val="23"/>
        </w:rPr>
        <w:t>Coach Law noticed.</w:t>
      </w:r>
    </w:p>
    <w:p>
      <w:pPr>
        <w:spacing w:after="80"/>
      </w:pPr>
      <w:r>
        <w:rPr>
          <w:rFonts w:ascii="Georgia" w:hAnsi="Georgia"/>
          <w:sz w:val="23"/>
        </w:rPr>
        <w:t>He definitely noticed.</w:t>
      </w:r>
    </w:p>
    <w:p>
      <w:pPr>
        <w:spacing w:after="80"/>
      </w:pPr>
      <w:r>
        <w:rPr>
          <w:rFonts w:ascii="Georgia" w:hAnsi="Georgia"/>
          <w:sz w:val="23"/>
        </w:rPr>
        <w:t>But he let it go.</w:t>
      </w:r>
    </w:p>
    <w:p>
      <w:pPr>
        <w:spacing w:after="80"/>
      </w:pPr>
      <w:r>
        <w:rPr>
          <w:rFonts w:ascii="Georgia" w:hAnsi="Georgia"/>
          <w:sz w:val="23"/>
        </w:rPr>
        <w:t>For now.</w:t>
      </w:r>
    </w:p>
    <w:p>
      <w:pPr>
        <w:spacing w:after="80"/>
      </w:pPr>
      <w:r>
        <w:rPr>
          <w:rFonts w:ascii="Georgia" w:hAnsi="Georgia"/>
          <w:sz w:val="23"/>
        </w:rPr>
        <w:t>Noah sat on the bench with his bag at his feet and his hands locked together between his knees. Devin sat on one side. Rico sat on the other, but farther away than normal. Micah stayed standing. Jalen paced. Owen stood with his arms folded so tightly across his chest that he looked like he was holding himself together by force.</w:t>
      </w:r>
    </w:p>
    <w:p>
      <w:pPr>
        <w:spacing w:after="80"/>
      </w:pPr>
      <w:r>
        <w:rPr>
          <w:rFonts w:ascii="Georgia" w:hAnsi="Georgia"/>
          <w:sz w:val="23"/>
        </w:rPr>
        <w:t>Coach Law stayed in front of them.</w:t>
      </w:r>
    </w:p>
    <w:p>
      <w:pPr>
        <w:spacing w:after="80"/>
      </w:pPr>
      <w:r>
        <w:rPr>
          <w:rFonts w:ascii="Georgia" w:hAnsi="Georgia"/>
          <w:sz w:val="23"/>
        </w:rPr>
        <w:t>The paper was in his hand.</w:t>
      </w:r>
    </w:p>
    <w:p>
      <w:pPr>
        <w:spacing w:after="80"/>
      </w:pPr>
      <w:r>
        <w:rPr>
          <w:rFonts w:ascii="Georgia" w:hAnsi="Georgia"/>
          <w:sz w:val="23"/>
        </w:rPr>
        <w:t>“You all know what this means,” he said.</w:t>
      </w:r>
    </w:p>
    <w:p>
      <w:pPr>
        <w:spacing w:after="80"/>
      </w:pPr>
      <w:r>
        <w:rPr>
          <w:rFonts w:ascii="Georgia" w:hAnsi="Georgia"/>
          <w:sz w:val="23"/>
        </w:rPr>
        <w:t>Nobody answered.</w:t>
      </w:r>
    </w:p>
    <w:p>
      <w:pPr>
        <w:spacing w:after="80"/>
      </w:pPr>
      <w:r>
        <w:rPr>
          <w:rFonts w:ascii="Georgia" w:hAnsi="Georgia"/>
          <w:sz w:val="23"/>
        </w:rPr>
        <w:t>Maybe because they did.</w:t>
      </w:r>
    </w:p>
    <w:p>
      <w:pPr>
        <w:spacing w:after="80"/>
      </w:pPr>
      <w:r>
        <w:rPr>
          <w:rFonts w:ascii="Georgia" w:hAnsi="Georgia"/>
          <w:sz w:val="23"/>
        </w:rPr>
        <w:t>Maybe because nobody wanted to be the first one to say it.</w:t>
      </w:r>
    </w:p>
    <w:p>
      <w:pPr>
        <w:spacing w:after="80"/>
      </w:pPr>
      <w:r>
        <w:rPr>
          <w:rFonts w:ascii="Georgia" w:hAnsi="Georgia"/>
          <w:sz w:val="23"/>
        </w:rPr>
        <w:t>Coach Law looked around the group. “These are our calls. Or close enough to them to be useful.”</w:t>
      </w:r>
    </w:p>
    <w:p>
      <w:pPr>
        <w:spacing w:after="80"/>
      </w:pPr>
      <w:r>
        <w:rPr>
          <w:rFonts w:ascii="Georgia" w:hAnsi="Georgia"/>
          <w:sz w:val="23"/>
        </w:rPr>
        <w:t>“That’s not possible,” Jalen said.</w:t>
      </w:r>
    </w:p>
    <w:p>
      <w:pPr>
        <w:spacing w:after="80"/>
      </w:pPr>
      <w:r>
        <w:rPr>
          <w:rFonts w:ascii="Georgia" w:hAnsi="Georgia"/>
          <w:sz w:val="23"/>
        </w:rPr>
        <w:t>“It is now,” Owen replied.</w:t>
      </w:r>
    </w:p>
    <w:p>
      <w:pPr>
        <w:spacing w:after="80"/>
      </w:pPr>
      <w:r>
        <w:rPr>
          <w:rFonts w:ascii="Georgia" w:hAnsi="Georgia"/>
          <w:sz w:val="23"/>
        </w:rPr>
        <w:t>Jalen shot him a glare. “Thanks, Professor Encouragement.”</w:t>
      </w:r>
    </w:p>
    <w:p>
      <w:pPr>
        <w:spacing w:after="80"/>
      </w:pPr>
      <w:r>
        <w:rPr>
          <w:rFonts w:ascii="Georgia" w:hAnsi="Georgia"/>
          <w:sz w:val="23"/>
        </w:rPr>
        <w:t>Rico leaned forward. “Coach, I’m telling you right now, I didn’t write that.”</w:t>
      </w:r>
    </w:p>
    <w:p>
      <w:pPr>
        <w:spacing w:after="80"/>
      </w:pPr>
      <w:r>
        <w:rPr>
          <w:rFonts w:ascii="Georgia" w:hAnsi="Georgia"/>
          <w:sz w:val="23"/>
        </w:rPr>
        <w:t>Coach Law’s eyes shifted to him. “I haven’t said you did.”</w:t>
      </w:r>
    </w:p>
    <w:p>
      <w:pPr>
        <w:spacing w:after="80"/>
      </w:pPr>
      <w:r>
        <w:rPr>
          <w:rFonts w:ascii="Georgia" w:hAnsi="Georgia"/>
          <w:sz w:val="23"/>
        </w:rPr>
        <w:t>Rico looked down.</w:t>
      </w:r>
    </w:p>
    <w:p>
      <w:pPr>
        <w:spacing w:after="80"/>
      </w:pPr>
      <w:r>
        <w:rPr>
          <w:rFonts w:ascii="Georgia" w:hAnsi="Georgia"/>
          <w:sz w:val="23"/>
        </w:rPr>
        <w:t>Noah noticed that.</w:t>
      </w:r>
    </w:p>
    <w:p>
      <w:pPr>
        <w:spacing w:after="80"/>
      </w:pPr>
      <w:r>
        <w:rPr>
          <w:rFonts w:ascii="Georgia" w:hAnsi="Georgia"/>
          <w:sz w:val="23"/>
        </w:rPr>
        <w:t>Noticed everything now.</w:t>
      </w:r>
    </w:p>
    <w:p>
      <w:pPr>
        <w:spacing w:after="80"/>
      </w:pPr>
      <w:r>
        <w:rPr>
          <w:rFonts w:ascii="Georgia" w:hAnsi="Georgia"/>
          <w:sz w:val="23"/>
        </w:rPr>
        <w:t>The little hesitations. The fast answers. The way Rico kept bracing for a punch that had not come yet.</w:t>
      </w:r>
    </w:p>
    <w:p>
      <w:pPr>
        <w:spacing w:after="80"/>
      </w:pPr>
      <w:r>
        <w:rPr>
          <w:rFonts w:ascii="Georgia" w:hAnsi="Georgia"/>
          <w:sz w:val="23"/>
        </w:rPr>
        <w:t>Coach Law continued. “Nobody is being accused at this moment. But we are going to tighten things up starting right now.”</w:t>
      </w:r>
    </w:p>
    <w:p>
      <w:pPr>
        <w:spacing w:after="80"/>
      </w:pPr>
      <w:r>
        <w:rPr>
          <w:rFonts w:ascii="Georgia" w:hAnsi="Georgia"/>
          <w:sz w:val="23"/>
        </w:rPr>
        <w:t>“What does that mean?” Devin asked.</w:t>
      </w:r>
    </w:p>
    <w:p>
      <w:pPr>
        <w:spacing w:after="80"/>
      </w:pPr>
      <w:r>
        <w:rPr>
          <w:rFonts w:ascii="Georgia" w:hAnsi="Georgia"/>
          <w:sz w:val="23"/>
        </w:rPr>
        <w:t>“It means no more loose talk at the bench. No more repeating installs in the parking lot. No more call sheets where anybody can see them. It means if I hand you something, it comes back to me. It means if you hear somebody fishing for information, you tell me.”</w:t>
      </w:r>
    </w:p>
    <w:p>
      <w:pPr>
        <w:spacing w:after="80"/>
      </w:pPr>
      <w:r>
        <w:rPr>
          <w:rFonts w:ascii="Georgia" w:hAnsi="Georgia"/>
          <w:sz w:val="23"/>
        </w:rPr>
        <w:t>His eyes landed on Noah for just a beat longer.</w:t>
      </w:r>
    </w:p>
    <w:p>
      <w:pPr>
        <w:spacing w:after="80"/>
      </w:pPr>
      <w:r>
        <w:rPr>
          <w:rFonts w:ascii="Georgia" w:hAnsi="Georgia"/>
          <w:sz w:val="23"/>
        </w:rPr>
        <w:t>Noah felt it.</w:t>
      </w:r>
    </w:p>
    <w:p>
      <w:pPr>
        <w:spacing w:after="80"/>
      </w:pPr>
      <w:r>
        <w:rPr>
          <w:rFonts w:ascii="Georgia" w:hAnsi="Georgia"/>
          <w:sz w:val="23"/>
        </w:rPr>
        <w:t>Fishing for information.</w:t>
      </w:r>
    </w:p>
    <w:p>
      <w:pPr>
        <w:spacing w:after="80"/>
      </w:pPr>
      <w:r>
        <w:rPr>
          <w:rFonts w:ascii="Georgia" w:hAnsi="Georgia"/>
          <w:sz w:val="23"/>
        </w:rPr>
        <w:t>Like Coach Law was talking about everybody and also maybe about the way Noah had been chasing this on his own.</w:t>
      </w:r>
    </w:p>
    <w:p>
      <w:pPr>
        <w:spacing w:after="80"/>
      </w:pPr>
      <w:r>
        <w:rPr>
          <w:rFonts w:ascii="Georgia" w:hAnsi="Georgia"/>
          <w:sz w:val="23"/>
        </w:rPr>
        <w:t>Jalen stopped pacing. “So somebody is stealing our stuff.”</w:t>
      </w:r>
    </w:p>
    <w:p>
      <w:pPr>
        <w:spacing w:after="80"/>
      </w:pPr>
      <w:r>
        <w:rPr>
          <w:rFonts w:ascii="Georgia" w:hAnsi="Georgia"/>
          <w:sz w:val="23"/>
        </w:rPr>
        <w:t>Coach Law did not answer fast enough.</w:t>
      </w:r>
    </w:p>
    <w:p>
      <w:pPr>
        <w:spacing w:after="80"/>
      </w:pPr>
      <w:r>
        <w:rPr>
          <w:rFonts w:ascii="Georgia" w:hAnsi="Georgia"/>
          <w:sz w:val="23"/>
        </w:rPr>
        <w:t>That was answer enough.</w:t>
      </w:r>
    </w:p>
    <w:p>
      <w:pPr>
        <w:spacing w:after="80"/>
      </w:pPr>
      <w:r>
        <w:rPr>
          <w:rFonts w:ascii="Georgia" w:hAnsi="Georgia"/>
          <w:sz w:val="23"/>
        </w:rPr>
        <w:t>Vee spoke from the end of the bench. “Somebody already did.”</w:t>
      </w:r>
    </w:p>
    <w:p>
      <w:pPr>
        <w:spacing w:after="80"/>
      </w:pPr>
      <w:r>
        <w:rPr>
          <w:rFonts w:ascii="Georgia" w:hAnsi="Georgia"/>
          <w:sz w:val="23"/>
        </w:rPr>
        <w:t>Every head turned toward her.</w:t>
      </w:r>
    </w:p>
    <w:p>
      <w:pPr>
        <w:spacing w:after="80"/>
      </w:pPr>
      <w:r>
        <w:rPr>
          <w:rFonts w:ascii="Georgia" w:hAnsi="Georgia"/>
          <w:sz w:val="23"/>
        </w:rPr>
        <w:t>Coach Law looked tired for the first time all day. “Vee.”</w:t>
      </w:r>
    </w:p>
    <w:p>
      <w:pPr>
        <w:spacing w:after="80"/>
      </w:pPr>
      <w:r>
        <w:rPr>
          <w:rFonts w:ascii="Georgia" w:hAnsi="Georgia"/>
          <w:sz w:val="23"/>
        </w:rPr>
        <w:t>“What?” she said. “You want me to say ‘allegedly’?”</w:t>
      </w:r>
    </w:p>
    <w:p>
      <w:pPr>
        <w:spacing w:after="80"/>
      </w:pPr>
      <w:r>
        <w:rPr>
          <w:rFonts w:ascii="Georgia" w:hAnsi="Georgia"/>
          <w:sz w:val="23"/>
        </w:rPr>
        <w:t>Micah laughed once before he could stop himself.</w:t>
      </w:r>
    </w:p>
    <w:p>
      <w:pPr>
        <w:spacing w:after="80"/>
      </w:pPr>
      <w:r>
        <w:rPr>
          <w:rFonts w:ascii="Georgia" w:hAnsi="Georgia"/>
          <w:sz w:val="23"/>
        </w:rPr>
        <w:t>Coach Law shot him a look. He stopped.</w:t>
      </w:r>
    </w:p>
    <w:p>
      <w:pPr>
        <w:spacing w:after="80"/>
      </w:pPr>
      <w:r>
        <w:rPr>
          <w:rFonts w:ascii="Georgia" w:hAnsi="Georgia"/>
          <w:sz w:val="23"/>
        </w:rPr>
        <w:t>Rico rubbed both hands over his face. “This is insane.”</w:t>
      </w:r>
    </w:p>
    <w:p>
      <w:pPr>
        <w:spacing w:after="80"/>
      </w:pPr>
      <w:r>
        <w:rPr>
          <w:rFonts w:ascii="Georgia" w:hAnsi="Georgia"/>
          <w:sz w:val="23"/>
        </w:rPr>
        <w:t>Noah looked at him. “Is it?”</w:t>
      </w:r>
    </w:p>
    <w:p>
      <w:pPr>
        <w:spacing w:after="80"/>
      </w:pPr>
      <w:r>
        <w:rPr>
          <w:rFonts w:ascii="Georgia" w:hAnsi="Georgia"/>
          <w:sz w:val="23"/>
        </w:rPr>
        <w:t>Rico turned. “What is that supposed to mean?”</w:t>
      </w:r>
    </w:p>
    <w:p>
      <w:pPr>
        <w:spacing w:after="80"/>
      </w:pPr>
      <w:r>
        <w:rPr>
          <w:rFonts w:ascii="Georgia" w:hAnsi="Georgia"/>
          <w:sz w:val="23"/>
        </w:rPr>
        <w:t>“It means your bag had the band in it.”</w:t>
      </w:r>
    </w:p>
    <w:p>
      <w:pPr>
        <w:spacing w:after="80"/>
      </w:pPr>
      <w:r>
        <w:rPr>
          <w:rFonts w:ascii="Georgia" w:hAnsi="Georgia"/>
          <w:sz w:val="23"/>
        </w:rPr>
        <w:t>“And that paper was by the parking lot, not in my pocket.”</w:t>
      </w:r>
    </w:p>
    <w:p>
      <w:pPr>
        <w:spacing w:after="80"/>
      </w:pPr>
      <w:r>
        <w:rPr>
          <w:rFonts w:ascii="Georgia" w:hAnsi="Georgia"/>
          <w:sz w:val="23"/>
        </w:rPr>
        <w:t>“I didn’t say it was.”</w:t>
      </w:r>
    </w:p>
    <w:p>
      <w:pPr>
        <w:spacing w:after="80"/>
      </w:pPr>
      <w:r>
        <w:rPr>
          <w:rFonts w:ascii="Georgia" w:hAnsi="Georgia"/>
          <w:sz w:val="23"/>
        </w:rPr>
        <w:t>“You didn’t have to.”</w:t>
      </w:r>
    </w:p>
    <w:p>
      <w:pPr>
        <w:spacing w:after="80"/>
      </w:pPr>
      <w:r>
        <w:rPr>
          <w:rFonts w:ascii="Georgia" w:hAnsi="Georgia"/>
          <w:sz w:val="23"/>
        </w:rPr>
        <w:t>Devin spoke before it got any hotter. “Everybody chill.”</w:t>
      </w:r>
    </w:p>
    <w:p>
      <w:pPr>
        <w:spacing w:after="80"/>
      </w:pPr>
      <w:r>
        <w:rPr>
          <w:rFonts w:ascii="Georgia" w:hAnsi="Georgia"/>
          <w:sz w:val="23"/>
        </w:rPr>
        <w:t>“Don’t tell me to chill,” Rico snapped.</w:t>
      </w:r>
    </w:p>
    <w:p>
      <w:pPr>
        <w:spacing w:after="80"/>
      </w:pPr>
      <w:r>
        <w:rPr>
          <w:rFonts w:ascii="Georgia" w:hAnsi="Georgia"/>
          <w:sz w:val="23"/>
        </w:rPr>
        <w:t>“Then stop sounding guilty before anyone even says your name.”</w:t>
      </w:r>
    </w:p>
    <w:p>
      <w:pPr>
        <w:spacing w:after="80"/>
      </w:pPr>
      <w:r>
        <w:rPr>
          <w:rFonts w:ascii="Georgia" w:hAnsi="Georgia"/>
          <w:sz w:val="23"/>
        </w:rPr>
        <w:t>The words landed hard.</w:t>
      </w:r>
    </w:p>
    <w:p>
      <w:pPr>
        <w:spacing w:after="80"/>
      </w:pPr>
      <w:r>
        <w:rPr>
          <w:rFonts w:ascii="Georgia" w:hAnsi="Georgia"/>
          <w:sz w:val="23"/>
        </w:rPr>
        <w:t>Too hard.</w:t>
      </w:r>
    </w:p>
    <w:p>
      <w:pPr>
        <w:spacing w:after="80"/>
      </w:pPr>
      <w:r>
        <w:rPr>
          <w:rFonts w:ascii="Georgia" w:hAnsi="Georgia"/>
          <w:sz w:val="23"/>
        </w:rPr>
        <w:t>Rico stood up so fast the bench rattled. “There it is.”</w:t>
      </w:r>
    </w:p>
    <w:p>
      <w:pPr>
        <w:spacing w:after="80"/>
      </w:pPr>
      <w:r>
        <w:rPr>
          <w:rFonts w:ascii="Georgia" w:hAnsi="Georgia"/>
          <w:sz w:val="23"/>
        </w:rPr>
        <w:t>Coach Law stepped in immediately. “Sit down.”</w:t>
      </w:r>
    </w:p>
    <w:p>
      <w:pPr>
        <w:spacing w:after="80"/>
      </w:pPr>
      <w:r>
        <w:rPr>
          <w:rFonts w:ascii="Georgia" w:hAnsi="Georgia"/>
          <w:sz w:val="23"/>
        </w:rPr>
        <w:t>Rico stayed standing for one breath too long.</w:t>
      </w:r>
    </w:p>
    <w:p>
      <w:pPr>
        <w:spacing w:after="80"/>
      </w:pPr>
      <w:r>
        <w:rPr>
          <w:rFonts w:ascii="Georgia" w:hAnsi="Georgia"/>
          <w:sz w:val="23"/>
        </w:rPr>
        <w:t>Then sat.</w:t>
      </w:r>
    </w:p>
    <w:p>
      <w:pPr>
        <w:spacing w:after="80"/>
      </w:pPr>
      <w:r>
        <w:rPr>
          <w:rFonts w:ascii="Georgia" w:hAnsi="Georgia"/>
          <w:sz w:val="23"/>
        </w:rPr>
        <w:t>Noah could feel the whole team leaning toward the same cliff in different ways. Jalen wanted to shove somebody. Owen wanted facts. Devin wanted everything slowed down before it broke. Micah looked like a kid standing too close to older-kid trouble, not sure if he belonged in it or not. And Vee—Vee looked like she was filing every reaction away for later.</w:t>
      </w:r>
    </w:p>
    <w:p>
      <w:pPr>
        <w:spacing w:after="80"/>
      </w:pPr>
      <w:r>
        <w:rPr>
          <w:rFonts w:ascii="Georgia" w:hAnsi="Georgia"/>
          <w:sz w:val="23"/>
        </w:rPr>
        <w:t>Coach Law folded the paper smaller and tucked it into his pocket.</w:t>
      </w:r>
    </w:p>
    <w:p>
      <w:pPr>
        <w:spacing w:after="80"/>
      </w:pPr>
      <w:r>
        <w:rPr>
          <w:rFonts w:ascii="Georgia" w:hAnsi="Georgia"/>
          <w:sz w:val="23"/>
        </w:rPr>
        <w:t>“We’re done here,” he said. “I’ll talk to people individually if I need to. Until then, we play football.”</w:t>
      </w:r>
    </w:p>
    <w:p>
      <w:pPr>
        <w:spacing w:after="80"/>
      </w:pPr>
      <w:r>
        <w:rPr>
          <w:rFonts w:ascii="Georgia" w:hAnsi="Georgia"/>
          <w:sz w:val="23"/>
        </w:rPr>
        <w:t>That should have calmed things down.</w:t>
      </w:r>
    </w:p>
    <w:p>
      <w:pPr>
        <w:spacing w:after="80"/>
      </w:pPr>
      <w:r>
        <w:rPr>
          <w:rFonts w:ascii="Georgia" w:hAnsi="Georgia"/>
          <w:sz w:val="23"/>
        </w:rPr>
        <w:t>It didn’t.</w:t>
      </w:r>
    </w:p>
    <w:p>
      <w:pPr>
        <w:spacing w:after="80"/>
      </w:pPr>
      <w:r>
        <w:rPr>
          <w:rFonts w:ascii="Georgia" w:hAnsi="Georgia"/>
          <w:sz w:val="23"/>
        </w:rPr>
        <w:t>Because the second the meeting broke, everybody carried it with them anyway.</w:t>
      </w:r>
    </w:p>
    <w:p>
      <w:pPr>
        <w:spacing w:after="80"/>
      </w:pPr>
      <w:r>
        <w:rPr>
          <w:rFonts w:ascii="Georgia" w:hAnsi="Georgia"/>
          <w:sz w:val="23"/>
        </w:rPr>
        <w:t>---</w:t>
      </w:r>
    </w:p>
    <w:p>
      <w:pPr>
        <w:spacing w:after="80"/>
      </w:pPr>
      <w:r>
        <w:rPr>
          <w:rFonts w:ascii="Georgia" w:hAnsi="Georgia"/>
          <w:sz w:val="23"/>
        </w:rPr>
        <w:t>By Tuesday’s practice, the field felt split into invisible rooms.</w:t>
      </w:r>
    </w:p>
    <w:p>
      <w:pPr>
        <w:spacing w:after="80"/>
      </w:pPr>
      <w:r>
        <w:rPr>
          <w:rFonts w:ascii="Georgia" w:hAnsi="Georgia"/>
          <w:sz w:val="23"/>
        </w:rPr>
        <w:t>Not actual groups, exactly.</w:t>
      </w:r>
    </w:p>
    <w:p>
      <w:pPr>
        <w:spacing w:after="80"/>
      </w:pPr>
      <w:r>
        <w:rPr>
          <w:rFonts w:ascii="Georgia" w:hAnsi="Georgia"/>
          <w:sz w:val="23"/>
        </w:rPr>
        <w:t>Just lines.</w:t>
      </w:r>
    </w:p>
    <w:p>
      <w:pPr>
        <w:spacing w:after="80"/>
      </w:pPr>
      <w:r>
        <w:rPr>
          <w:rFonts w:ascii="Georgia" w:hAnsi="Georgia"/>
          <w:sz w:val="23"/>
        </w:rPr>
        <w:t>Noah noticed them before warmups even started.</w:t>
      </w:r>
    </w:p>
    <w:p>
      <w:pPr>
        <w:spacing w:after="80"/>
      </w:pPr>
      <w:r>
        <w:rPr>
          <w:rFonts w:ascii="Georgia" w:hAnsi="Georgia"/>
          <w:sz w:val="23"/>
        </w:rPr>
        <w:t>Jalen and Owen were on one side arguing about leverage like nothing had changed. Devin moved between people the way he always did, trying to keep things normal by force of personality. Micah bounced from drill to drill with all his usual energy, but watched faces more now. Rico still joked, but half a beat too late, like he had to remember to do it. Coach Law was sharper, shorter, and twice as careful with anything in his hands.</w:t>
      </w:r>
    </w:p>
    <w:p>
      <w:pPr>
        <w:spacing w:after="80"/>
      </w:pPr>
      <w:r>
        <w:rPr>
          <w:rFonts w:ascii="Georgia" w:hAnsi="Georgia"/>
          <w:sz w:val="23"/>
        </w:rPr>
        <w:t>And Vee was everywhere.</w:t>
      </w:r>
    </w:p>
    <w:p>
      <w:pPr>
        <w:spacing w:after="80"/>
      </w:pPr>
      <w:r>
        <w:rPr>
          <w:rFonts w:ascii="Georgia" w:hAnsi="Georgia"/>
          <w:sz w:val="23"/>
        </w:rPr>
        <w:t>Not literally.</w:t>
      </w:r>
    </w:p>
    <w:p>
      <w:pPr>
        <w:spacing w:after="80"/>
      </w:pPr>
      <w:r>
        <w:rPr>
          <w:rFonts w:ascii="Georgia" w:hAnsi="Georgia"/>
          <w:sz w:val="23"/>
        </w:rPr>
        <w:t>Just around the edges of everything.</w:t>
      </w:r>
    </w:p>
    <w:p>
      <w:pPr>
        <w:spacing w:after="80"/>
      </w:pPr>
      <w:r>
        <w:rPr>
          <w:rFonts w:ascii="Georgia" w:hAnsi="Georgia"/>
          <w:sz w:val="23"/>
        </w:rPr>
        <w:t>By the fence during install. Near the bench during water. Tossing a football to herself while pretending not to watch the team.</w:t>
      </w:r>
    </w:p>
    <w:p>
      <w:pPr>
        <w:spacing w:after="80"/>
      </w:pPr>
      <w:r>
        <w:rPr>
          <w:rFonts w:ascii="Georgia" w:hAnsi="Georgia"/>
          <w:sz w:val="23"/>
        </w:rPr>
        <w:t>Only she was watching.</w:t>
      </w:r>
    </w:p>
    <w:p>
      <w:pPr>
        <w:spacing w:after="80"/>
      </w:pPr>
      <w:r>
        <w:rPr>
          <w:rFonts w:ascii="Georgia" w:hAnsi="Georgia"/>
          <w:sz w:val="23"/>
        </w:rPr>
        <w:t>All of them.</w:t>
      </w:r>
    </w:p>
    <w:p>
      <w:pPr>
        <w:spacing w:after="80"/>
      </w:pPr>
      <w:r>
        <w:rPr>
          <w:rFonts w:ascii="Georgia" w:hAnsi="Georgia"/>
          <w:sz w:val="23"/>
        </w:rPr>
        <w:t>Coach Law opened with individual routes.</w:t>
      </w:r>
    </w:p>
    <w:p>
      <w:pPr>
        <w:spacing w:after="80"/>
      </w:pPr>
      <w:r>
        <w:rPr>
          <w:rFonts w:ascii="Georgia" w:hAnsi="Georgia"/>
          <w:sz w:val="23"/>
        </w:rPr>
        <w:t>“Wideouts, we’re cleaning stems. Too much drifting,” he called. “If I say five-yard speed out, I want five, not five and a half and a suggestion.”</w:t>
      </w:r>
    </w:p>
    <w:p>
      <w:pPr>
        <w:spacing w:after="80"/>
      </w:pPr>
      <w:r>
        <w:rPr>
          <w:rFonts w:ascii="Georgia" w:hAnsi="Georgia"/>
          <w:sz w:val="23"/>
        </w:rPr>
        <w:t>Rico pointed at Micah. “Hear that? Suggestions are banned.”</w:t>
      </w:r>
    </w:p>
    <w:p>
      <w:pPr>
        <w:spacing w:after="80"/>
      </w:pPr>
      <w:r>
        <w:rPr>
          <w:rFonts w:ascii="Georgia" w:hAnsi="Georgia"/>
          <w:sz w:val="23"/>
        </w:rPr>
        <w:t>Micah smirked. “You run every route like a cartoon.”</w:t>
      </w:r>
    </w:p>
    <w:p>
      <w:pPr>
        <w:spacing w:after="80"/>
      </w:pPr>
      <w:r>
        <w:rPr>
          <w:rFonts w:ascii="Georgia" w:hAnsi="Georgia"/>
          <w:sz w:val="23"/>
        </w:rPr>
        <w:t>“That is called flair.”</w:t>
      </w:r>
    </w:p>
    <w:p>
      <w:pPr>
        <w:spacing w:after="80"/>
      </w:pPr>
      <w:r>
        <w:rPr>
          <w:rFonts w:ascii="Georgia" w:hAnsi="Georgia"/>
          <w:sz w:val="23"/>
        </w:rPr>
        <w:t>Noah took the quarterbacks and centers to the opposite numbers with Devin.</w:t>
      </w:r>
    </w:p>
    <w:p>
      <w:pPr>
        <w:spacing w:after="80"/>
      </w:pPr>
      <w:r>
        <w:rPr>
          <w:rFonts w:ascii="Georgia" w:hAnsi="Georgia"/>
          <w:sz w:val="23"/>
        </w:rPr>
        <w:t>This helped.</w:t>
      </w:r>
    </w:p>
    <w:p>
      <w:pPr>
        <w:spacing w:after="80"/>
      </w:pPr>
      <w:r>
        <w:rPr>
          <w:rFonts w:ascii="Georgia" w:hAnsi="Georgia"/>
          <w:sz w:val="23"/>
        </w:rPr>
        <w:t>Quarterback-center work was quiet math. Grip, snap point, laces, feet, release. If the world got noisy, football could still be exact here.</w:t>
      </w:r>
    </w:p>
    <w:p>
      <w:pPr>
        <w:spacing w:after="80"/>
      </w:pPr>
      <w:r>
        <w:rPr>
          <w:rFonts w:ascii="Georgia" w:hAnsi="Georgia"/>
          <w:sz w:val="23"/>
        </w:rPr>
        <w:t>Devin fired one clean snap after another.</w:t>
      </w:r>
    </w:p>
    <w:p>
      <w:pPr>
        <w:spacing w:after="80"/>
      </w:pPr>
      <w:r>
        <w:rPr>
          <w:rFonts w:ascii="Georgia" w:hAnsi="Georgia"/>
          <w:sz w:val="23"/>
        </w:rPr>
        <w:t>Noah caught, reset, and threw.</w:t>
      </w:r>
    </w:p>
    <w:p>
      <w:pPr>
        <w:spacing w:after="80"/>
      </w:pPr>
      <w:r>
        <w:rPr>
          <w:rFonts w:ascii="Georgia" w:hAnsi="Georgia"/>
          <w:sz w:val="23"/>
        </w:rPr>
        <w:t>Quick game first. Stick. Spacing. Hitches outside.</w:t>
      </w:r>
    </w:p>
    <w:p>
      <w:pPr>
        <w:spacing w:after="80"/>
      </w:pPr>
      <w:r>
        <w:rPr>
          <w:rFonts w:ascii="Georgia" w:hAnsi="Georgia"/>
          <w:sz w:val="23"/>
        </w:rPr>
        <w:t>Then movement throws.</w:t>
      </w:r>
    </w:p>
    <w:p>
      <w:pPr>
        <w:spacing w:after="80"/>
      </w:pPr>
      <w:r>
        <w:rPr>
          <w:rFonts w:ascii="Georgia" w:hAnsi="Georgia"/>
          <w:sz w:val="23"/>
        </w:rPr>
        <w:t>Sprint-out right. Reset shoulders. Ball high to the sideline where only the receiver could make a play.</w:t>
      </w:r>
    </w:p>
    <w:p>
      <w:pPr>
        <w:spacing w:after="80"/>
      </w:pPr>
      <w:r>
        <w:rPr>
          <w:rFonts w:ascii="Georgia" w:hAnsi="Georgia"/>
          <w:sz w:val="23"/>
        </w:rPr>
        <w:t>Coach Law drifted over after a few minutes and watched one rep without saying anything.</w:t>
      </w:r>
    </w:p>
    <w:p>
      <w:pPr>
        <w:spacing w:after="80"/>
      </w:pPr>
      <w:r>
        <w:rPr>
          <w:rFonts w:ascii="Georgia" w:hAnsi="Georgia"/>
          <w:sz w:val="23"/>
        </w:rPr>
        <w:t>Then: “Your feet get loud when you’re thinking too much.”</w:t>
      </w:r>
    </w:p>
    <w:p>
      <w:pPr>
        <w:spacing w:after="80"/>
      </w:pPr>
      <w:r>
        <w:rPr>
          <w:rFonts w:ascii="Georgia" w:hAnsi="Georgia"/>
          <w:sz w:val="23"/>
        </w:rPr>
        <w:t>Noah caught the next snap. “That helpful?”</w:t>
      </w:r>
    </w:p>
    <w:p>
      <w:pPr>
        <w:spacing w:after="80"/>
      </w:pPr>
      <w:r>
        <w:rPr>
          <w:rFonts w:ascii="Georgia" w:hAnsi="Georgia"/>
          <w:sz w:val="23"/>
        </w:rPr>
        <w:t>“It is if you listen.”</w:t>
      </w:r>
    </w:p>
    <w:p>
      <w:pPr>
        <w:spacing w:after="80"/>
      </w:pPr>
      <w:r>
        <w:rPr>
          <w:rFonts w:ascii="Georgia" w:hAnsi="Georgia"/>
          <w:sz w:val="23"/>
        </w:rPr>
        <w:t>The next ball came out cleaner.</w:t>
      </w:r>
    </w:p>
    <w:p>
      <w:pPr>
        <w:spacing w:after="80"/>
      </w:pPr>
      <w:r>
        <w:rPr>
          <w:rFonts w:ascii="Georgia" w:hAnsi="Georgia"/>
          <w:sz w:val="23"/>
        </w:rPr>
        <w:t>Coach Law nodded once and moved on.</w:t>
      </w:r>
    </w:p>
    <w:p>
      <w:pPr>
        <w:spacing w:after="80"/>
      </w:pPr>
      <w:r>
        <w:rPr>
          <w:rFonts w:ascii="Georgia" w:hAnsi="Georgia"/>
          <w:sz w:val="23"/>
        </w:rPr>
        <w:t>That should have felt good.</w:t>
      </w:r>
    </w:p>
    <w:p>
      <w:pPr>
        <w:spacing w:after="80"/>
      </w:pPr>
      <w:r>
        <w:rPr>
          <w:rFonts w:ascii="Georgia" w:hAnsi="Georgia"/>
          <w:sz w:val="23"/>
        </w:rPr>
        <w:t>Instead Noah found himself annoyed that even now, in the middle of everything else, he still cared about those nods.</w:t>
      </w:r>
    </w:p>
    <w:p>
      <w:pPr>
        <w:spacing w:after="80"/>
      </w:pPr>
      <w:r>
        <w:rPr>
          <w:rFonts w:ascii="Georgia" w:hAnsi="Georgia"/>
          <w:sz w:val="23"/>
        </w:rPr>
        <w:t>They shifted into one-on-ones after that.</w:t>
      </w:r>
    </w:p>
    <w:p>
      <w:pPr>
        <w:spacing w:after="80"/>
      </w:pPr>
      <w:r>
        <w:rPr>
          <w:rFonts w:ascii="Georgia" w:hAnsi="Georgia"/>
          <w:sz w:val="23"/>
        </w:rPr>
        <w:t>Now the field came alive for real.</w:t>
      </w:r>
    </w:p>
    <w:p>
      <w:pPr>
        <w:spacing w:after="80"/>
      </w:pPr>
      <w:r>
        <w:rPr>
          <w:rFonts w:ascii="Georgia" w:hAnsi="Georgia"/>
          <w:sz w:val="23"/>
        </w:rPr>
        <w:t>This was where route runners talked. Where DBs lied. Where quarterbacks made friends or started fights depending on where they put the ball.</w:t>
      </w:r>
    </w:p>
    <w:p>
      <w:pPr>
        <w:spacing w:after="80"/>
      </w:pPr>
      <w:r>
        <w:rPr>
          <w:rFonts w:ascii="Georgia" w:hAnsi="Georgia"/>
          <w:sz w:val="23"/>
        </w:rPr>
        <w:t>Jalen lined up across from Rico first and slapped his hands together. “No freebies.”</w:t>
      </w:r>
    </w:p>
    <w:p>
      <w:pPr>
        <w:spacing w:after="80"/>
      </w:pPr>
      <w:r>
        <w:rPr>
          <w:rFonts w:ascii="Georgia" w:hAnsi="Georgia"/>
          <w:sz w:val="23"/>
        </w:rPr>
        <w:t>Rico nodded. “Then stop being built like a penalty.”</w:t>
      </w:r>
    </w:p>
    <w:p>
      <w:pPr>
        <w:spacing w:after="80"/>
      </w:pPr>
      <w:r>
        <w:rPr>
          <w:rFonts w:ascii="Georgia" w:hAnsi="Georgia"/>
          <w:sz w:val="23"/>
        </w:rPr>
        <w:t>Coach Law pointed. “Goal line fade. Ball on the eight.”</w:t>
      </w:r>
    </w:p>
    <w:p>
      <w:pPr>
        <w:spacing w:after="80"/>
      </w:pPr>
      <w:r>
        <w:rPr>
          <w:rFonts w:ascii="Georgia" w:hAnsi="Georgia"/>
          <w:sz w:val="23"/>
        </w:rPr>
        <w:t>Noah got the snap from Devin and read the release.</w:t>
      </w:r>
    </w:p>
    <w:p>
      <w:pPr>
        <w:spacing w:after="80"/>
      </w:pPr>
      <w:r>
        <w:rPr>
          <w:rFonts w:ascii="Georgia" w:hAnsi="Georgia"/>
          <w:sz w:val="23"/>
        </w:rPr>
        <w:t>Rico stemmed outside, pressed Jalen vertical, then gave a little shoulder tilt like he was taking the slant before snapping back high toward the back pylon.</w:t>
      </w:r>
    </w:p>
    <w:p>
      <w:pPr>
        <w:spacing w:after="80"/>
      </w:pPr>
      <w:r>
        <w:rPr>
          <w:rFonts w:ascii="Georgia" w:hAnsi="Georgia"/>
          <w:sz w:val="23"/>
        </w:rPr>
        <w:t>It was a veteran move.</w:t>
      </w:r>
    </w:p>
    <w:p>
      <w:pPr>
        <w:spacing w:after="80"/>
      </w:pPr>
      <w:r>
        <w:rPr>
          <w:rFonts w:ascii="Georgia" w:hAnsi="Georgia"/>
          <w:sz w:val="23"/>
        </w:rPr>
        <w:t>A route kids learned after getting boxed too many times on lazy fades.</w:t>
      </w:r>
    </w:p>
    <w:p>
      <w:pPr>
        <w:spacing w:after="80"/>
      </w:pPr>
      <w:r>
        <w:rPr>
          <w:rFonts w:ascii="Georgia" w:hAnsi="Georgia"/>
          <w:sz w:val="23"/>
        </w:rPr>
        <w:t>Noah dropped the ball high and outside.</w:t>
      </w:r>
    </w:p>
    <w:p>
      <w:pPr>
        <w:spacing w:after="80"/>
      </w:pPr>
      <w:r>
        <w:rPr>
          <w:rFonts w:ascii="Georgia" w:hAnsi="Georgia"/>
          <w:sz w:val="23"/>
        </w:rPr>
        <w:t>Rico climbed and got both hands on it—</w:t>
      </w:r>
    </w:p>
    <w:p>
      <w:pPr>
        <w:spacing w:after="80"/>
      </w:pPr>
      <w:r>
        <w:rPr>
          <w:rFonts w:ascii="Georgia" w:hAnsi="Georgia"/>
          <w:sz w:val="23"/>
        </w:rPr>
        <w:t>then Jalen raked through at the last second.</w:t>
      </w:r>
    </w:p>
    <w:p>
      <w:pPr>
        <w:spacing w:after="80"/>
      </w:pPr>
      <w:r>
        <w:rPr>
          <w:rFonts w:ascii="Georgia" w:hAnsi="Georgia"/>
          <w:sz w:val="23"/>
        </w:rPr>
        <w:t>Incomplete.</w:t>
      </w:r>
    </w:p>
    <w:p>
      <w:pPr>
        <w:spacing w:after="80"/>
      </w:pPr>
      <w:r>
        <w:rPr>
          <w:rFonts w:ascii="Georgia" w:hAnsi="Georgia"/>
          <w:sz w:val="23"/>
        </w:rPr>
        <w:t>“Clamp season!” Jalen shouted, pounding his chest.</w:t>
      </w:r>
    </w:p>
    <w:p>
      <w:pPr>
        <w:spacing w:after="80"/>
      </w:pPr>
      <w:r>
        <w:rPr>
          <w:rFonts w:ascii="Georgia" w:hAnsi="Georgia"/>
          <w:sz w:val="23"/>
        </w:rPr>
        <w:t>Rico walked back shaking his head. “Perfect ball. Terrible humanity.”</w:t>
      </w:r>
    </w:p>
    <w:p>
      <w:pPr>
        <w:spacing w:after="80"/>
      </w:pPr>
      <w:r>
        <w:rPr>
          <w:rFonts w:ascii="Georgia" w:hAnsi="Georgia"/>
          <w:sz w:val="23"/>
        </w:rPr>
        <w:t>Next up was Micah versus Owen.</w:t>
      </w:r>
    </w:p>
    <w:p>
      <w:pPr>
        <w:spacing w:after="80"/>
      </w:pPr>
      <w:r>
        <w:rPr>
          <w:rFonts w:ascii="Georgia" w:hAnsi="Georgia"/>
          <w:sz w:val="23"/>
        </w:rPr>
        <w:t>Coach Law called a slot fade first.</w:t>
      </w:r>
    </w:p>
    <w:p>
      <w:pPr>
        <w:spacing w:after="80"/>
      </w:pPr>
      <w:r>
        <w:rPr>
          <w:rFonts w:ascii="Georgia" w:hAnsi="Georgia"/>
          <w:sz w:val="23"/>
        </w:rPr>
        <w:t>Interesting.</w:t>
      </w:r>
    </w:p>
    <w:p>
      <w:pPr>
        <w:spacing w:after="80"/>
      </w:pPr>
      <w:r>
        <w:rPr>
          <w:rFonts w:ascii="Georgia" w:hAnsi="Georgia"/>
          <w:sz w:val="23"/>
        </w:rPr>
        <w:t>Most youth flag teams loved the slot fade because corners got nosy and safeties got late and everybody thought they could carry it until they couldn’t.</w:t>
      </w:r>
    </w:p>
    <w:p>
      <w:pPr>
        <w:spacing w:after="80"/>
      </w:pPr>
      <w:r>
        <w:rPr>
          <w:rFonts w:ascii="Georgia" w:hAnsi="Georgia"/>
          <w:sz w:val="23"/>
        </w:rPr>
        <w:t>Owen lined up inside with perfect posture, eyes calm.</w:t>
      </w:r>
    </w:p>
    <w:p>
      <w:pPr>
        <w:spacing w:after="80"/>
      </w:pPr>
      <w:r>
        <w:rPr>
          <w:rFonts w:ascii="Georgia" w:hAnsi="Georgia"/>
          <w:sz w:val="23"/>
        </w:rPr>
        <w:t>Micah bounced once, then took off.</w:t>
      </w:r>
    </w:p>
    <w:p>
      <w:pPr>
        <w:spacing w:after="80"/>
      </w:pPr>
      <w:r>
        <w:rPr>
          <w:rFonts w:ascii="Georgia" w:hAnsi="Georgia"/>
          <w:sz w:val="23"/>
        </w:rPr>
        <w:t>Not full speed immediately. That was the trick. He pressed like it might be a short route, got Owen’s feet settled, then stacked him vertically and bent just enough toward the near upright to create a throwing lane.</w:t>
      </w:r>
    </w:p>
    <w:p>
      <w:pPr>
        <w:spacing w:after="80"/>
      </w:pPr>
      <w:r>
        <w:rPr>
          <w:rFonts w:ascii="Georgia" w:hAnsi="Georgia"/>
          <w:sz w:val="23"/>
        </w:rPr>
        <w:t>Noah saw it.</w:t>
      </w:r>
    </w:p>
    <w:p>
      <w:pPr>
        <w:spacing w:after="80"/>
      </w:pPr>
      <w:r>
        <w:rPr>
          <w:rFonts w:ascii="Georgia" w:hAnsi="Georgia"/>
          <w:sz w:val="23"/>
        </w:rPr>
        <w:t>So did Owen.</w:t>
      </w:r>
    </w:p>
    <w:p>
      <w:pPr>
        <w:spacing w:after="80"/>
      </w:pPr>
      <w:r>
        <w:rPr>
          <w:rFonts w:ascii="Georgia" w:hAnsi="Georgia"/>
          <w:sz w:val="23"/>
        </w:rPr>
        <w:t>For one beat, Owen held.</w:t>
      </w:r>
    </w:p>
    <w:p>
      <w:pPr>
        <w:spacing w:after="80"/>
      </w:pPr>
      <w:r>
        <w:rPr>
          <w:rFonts w:ascii="Georgia" w:hAnsi="Georgia"/>
          <w:sz w:val="23"/>
        </w:rPr>
        <w:t>Then he opened too late.</w:t>
      </w:r>
    </w:p>
    <w:p>
      <w:pPr>
        <w:spacing w:after="80"/>
      </w:pPr>
      <w:r>
        <w:rPr>
          <w:rFonts w:ascii="Georgia" w:hAnsi="Georgia"/>
          <w:sz w:val="23"/>
        </w:rPr>
        <w:t>Noah let the ball go.</w:t>
      </w:r>
    </w:p>
    <w:p>
      <w:pPr>
        <w:spacing w:after="80"/>
      </w:pPr>
      <w:r>
        <w:rPr>
          <w:rFonts w:ascii="Georgia" w:hAnsi="Georgia"/>
          <w:sz w:val="23"/>
        </w:rPr>
        <w:t>Micah tracked it over his shoulder and reached.</w:t>
      </w:r>
    </w:p>
    <w:p>
      <w:pPr>
        <w:spacing w:after="80"/>
      </w:pPr>
      <w:r>
        <w:rPr>
          <w:rFonts w:ascii="Georgia" w:hAnsi="Georgia"/>
          <w:sz w:val="23"/>
        </w:rPr>
        <w:t>The pass kissed his gloves and dropped.</w:t>
      </w:r>
    </w:p>
    <w:p>
      <w:pPr>
        <w:spacing w:after="80"/>
      </w:pPr>
      <w:r>
        <w:rPr>
          <w:rFonts w:ascii="Georgia" w:hAnsi="Georgia"/>
          <w:sz w:val="23"/>
        </w:rPr>
        <w:t>A groan rolled off the sideline.</w:t>
      </w:r>
    </w:p>
    <w:p>
      <w:pPr>
        <w:spacing w:after="80"/>
      </w:pPr>
      <w:r>
        <w:rPr>
          <w:rFonts w:ascii="Georgia" w:hAnsi="Georgia"/>
          <w:sz w:val="23"/>
        </w:rPr>
        <w:t>Micah slapped both gloves together. “Again.”</w:t>
      </w:r>
    </w:p>
    <w:p>
      <w:pPr>
        <w:spacing w:after="80"/>
      </w:pPr>
      <w:r>
        <w:rPr>
          <w:rFonts w:ascii="Georgia" w:hAnsi="Georgia"/>
          <w:sz w:val="23"/>
        </w:rPr>
        <w:t>Coach Law pointed at Owen. “You opened your hips when he still had room to threaten inside. Make him declare.”</w:t>
      </w:r>
    </w:p>
    <w:p>
      <w:pPr>
        <w:spacing w:after="80"/>
      </w:pPr>
      <w:r>
        <w:rPr>
          <w:rFonts w:ascii="Georgia" w:hAnsi="Georgia"/>
          <w:sz w:val="23"/>
        </w:rPr>
        <w:t>Then at Micah: “Finish through the hands.”</w:t>
      </w:r>
    </w:p>
    <w:p>
      <w:pPr>
        <w:spacing w:after="80"/>
      </w:pPr>
      <w:r>
        <w:rPr>
          <w:rFonts w:ascii="Georgia" w:hAnsi="Georgia"/>
          <w:sz w:val="23"/>
        </w:rPr>
        <w:t>Then at Noah: “Better air.”</w:t>
      </w:r>
    </w:p>
    <w:p>
      <w:pPr>
        <w:spacing w:after="80"/>
      </w:pPr>
      <w:r>
        <w:rPr>
          <w:rFonts w:ascii="Georgia" w:hAnsi="Georgia"/>
          <w:sz w:val="23"/>
        </w:rPr>
        <w:t>Three corrections. Fast. Clean. Done.</w:t>
      </w:r>
    </w:p>
    <w:p>
      <w:pPr>
        <w:spacing w:after="80"/>
      </w:pPr>
      <w:r>
        <w:rPr>
          <w:rFonts w:ascii="Georgia" w:hAnsi="Georgia"/>
          <w:sz w:val="23"/>
        </w:rPr>
        <w:t>Again.</w:t>
      </w:r>
    </w:p>
    <w:p>
      <w:pPr>
        <w:spacing w:after="80"/>
      </w:pPr>
      <w:r>
        <w:rPr>
          <w:rFonts w:ascii="Georgia" w:hAnsi="Georgia"/>
          <w:sz w:val="23"/>
        </w:rPr>
        <w:t>This time Micah won the same route even cleaner, and Noah put just enough loft under it to let him run through the catch.</w:t>
      </w:r>
    </w:p>
    <w:p>
      <w:pPr>
        <w:spacing w:after="80"/>
      </w:pPr>
      <w:r>
        <w:rPr>
          <w:rFonts w:ascii="Georgia" w:hAnsi="Georgia"/>
          <w:sz w:val="23"/>
        </w:rPr>
        <w:t>Touchdown.</w:t>
      </w:r>
    </w:p>
    <w:p>
      <w:pPr>
        <w:spacing w:after="80"/>
      </w:pPr>
      <w:r>
        <w:rPr>
          <w:rFonts w:ascii="Georgia" w:hAnsi="Georgia"/>
          <w:sz w:val="23"/>
        </w:rPr>
        <w:t>Even Jalen made a sound for that one.</w:t>
      </w:r>
    </w:p>
    <w:p>
      <w:pPr>
        <w:spacing w:after="80"/>
      </w:pPr>
      <w:r>
        <w:rPr>
          <w:rFonts w:ascii="Georgia" w:hAnsi="Georgia"/>
          <w:sz w:val="23"/>
        </w:rPr>
        <w:t>Not admiration exactly.</w:t>
      </w:r>
    </w:p>
    <w:p>
      <w:pPr>
        <w:spacing w:after="80"/>
      </w:pPr>
      <w:r>
        <w:rPr>
          <w:rFonts w:ascii="Georgia" w:hAnsi="Georgia"/>
          <w:sz w:val="23"/>
        </w:rPr>
        <w:t>Something closer to irritated respect.</w:t>
      </w:r>
    </w:p>
    <w:p>
      <w:pPr>
        <w:spacing w:after="80"/>
      </w:pPr>
      <w:r>
        <w:rPr>
          <w:rFonts w:ascii="Georgia" w:hAnsi="Georgia"/>
          <w:sz w:val="23"/>
        </w:rPr>
        <w:t>Coach Law moved them into concepts after that.</w:t>
      </w:r>
    </w:p>
    <w:p>
      <w:pPr>
        <w:spacing w:after="80"/>
      </w:pPr>
      <w:r>
        <w:rPr>
          <w:rFonts w:ascii="Georgia" w:hAnsi="Georgia"/>
          <w:sz w:val="23"/>
        </w:rPr>
        <w:t>Now it got fun.</w:t>
      </w:r>
    </w:p>
    <w:p>
      <w:pPr>
        <w:spacing w:after="80"/>
      </w:pPr>
      <w:r>
        <w:rPr>
          <w:rFonts w:ascii="Georgia" w:hAnsi="Georgia"/>
          <w:sz w:val="23"/>
        </w:rPr>
        <w:t>“Trips open. Running snag,” he called. “Corner route, snag sit, flat. Quarterback reads the apex defender. If he widens, hit the sit. If he squats, throw the corner. If he sinks, take the flat and go score.”</w:t>
      </w:r>
    </w:p>
    <w:p>
      <w:pPr>
        <w:spacing w:after="80"/>
      </w:pPr>
      <w:r>
        <w:rPr>
          <w:rFonts w:ascii="Georgia" w:hAnsi="Georgia"/>
          <w:sz w:val="23"/>
        </w:rPr>
        <w:t>This was youth-flag gold. Every good team had a version of snag because kids hated deciding between two things fast.</w:t>
      </w:r>
    </w:p>
    <w:p>
      <w:pPr>
        <w:spacing w:after="80"/>
      </w:pPr>
      <w:r>
        <w:rPr>
          <w:rFonts w:ascii="Georgia" w:hAnsi="Georgia"/>
          <w:sz w:val="23"/>
        </w:rPr>
        <w:t>Noah loved calling it. Loved watching defenders panic when two good answers showed up at once.</w:t>
      </w:r>
    </w:p>
    <w:p>
      <w:pPr>
        <w:spacing w:after="80"/>
      </w:pPr>
      <w:r>
        <w:rPr>
          <w:rFonts w:ascii="Georgia" w:hAnsi="Georgia"/>
          <w:sz w:val="23"/>
        </w:rPr>
        <w:t>First rep, Owen sat beautifully over the ball while Rico widened the flat defender.</w:t>
      </w:r>
    </w:p>
    <w:p>
      <w:pPr>
        <w:spacing w:after="80"/>
      </w:pPr>
      <w:r>
        <w:rPr>
          <w:rFonts w:ascii="Georgia" w:hAnsi="Georgia"/>
          <w:sz w:val="23"/>
        </w:rPr>
        <w:t>Noah zipped it in.</w:t>
      </w:r>
    </w:p>
    <w:p>
      <w:pPr>
        <w:spacing w:after="80"/>
      </w:pPr>
      <w:r>
        <w:rPr>
          <w:rFonts w:ascii="Georgia" w:hAnsi="Georgia"/>
          <w:sz w:val="23"/>
        </w:rPr>
        <w:t>Second rep, the apex defender sat on Owen, and Rico walked into the flat untouched.</w:t>
      </w:r>
    </w:p>
    <w:p>
      <w:pPr>
        <w:spacing w:after="80"/>
      </w:pPr>
      <w:r>
        <w:rPr>
          <w:rFonts w:ascii="Georgia" w:hAnsi="Georgia"/>
          <w:sz w:val="23"/>
        </w:rPr>
        <w:t>Third rep, the corner jumped flat and Noah dropped the corner ball to Micah behind it.</w:t>
      </w:r>
    </w:p>
    <w:p>
      <w:pPr>
        <w:spacing w:after="80"/>
      </w:pPr>
      <w:r>
        <w:rPr>
          <w:rFonts w:ascii="Georgia" w:hAnsi="Georgia"/>
          <w:sz w:val="23"/>
        </w:rPr>
        <w:t>Coach Law clapped once. “That. That’s what playing on time looks like.”</w:t>
      </w:r>
    </w:p>
    <w:p>
      <w:pPr>
        <w:spacing w:after="80"/>
      </w:pPr>
      <w:r>
        <w:rPr>
          <w:rFonts w:ascii="Georgia" w:hAnsi="Georgia"/>
          <w:sz w:val="23"/>
        </w:rPr>
        <w:t>The team reset quickly, and for a minute it felt like the old version of them. The one where everything was football first and all the other stuff could stay outside the white lines.</w:t>
      </w:r>
    </w:p>
    <w:p>
      <w:pPr>
        <w:spacing w:after="80"/>
      </w:pPr>
      <w:r>
        <w:rPr>
          <w:rFonts w:ascii="Georgia" w:hAnsi="Georgia"/>
          <w:sz w:val="23"/>
        </w:rPr>
        <w:t>Then Coach Law brought out the wristbands again.</w:t>
      </w:r>
    </w:p>
    <w:p>
      <w:pPr>
        <w:spacing w:after="80"/>
      </w:pPr>
      <w:r>
        <w:rPr>
          <w:rFonts w:ascii="Georgia" w:hAnsi="Georgia"/>
          <w:sz w:val="23"/>
        </w:rPr>
        <w:t>Noah saw the black stack in his dad’s hand and felt the whole field tighten.</w:t>
      </w:r>
    </w:p>
    <w:p>
      <w:pPr>
        <w:spacing w:after="80"/>
      </w:pPr>
      <w:r>
        <w:rPr>
          <w:rFonts w:ascii="Georgia" w:hAnsi="Georgia"/>
          <w:sz w:val="23"/>
        </w:rPr>
        <w:t>Not visibly.</w:t>
      </w:r>
    </w:p>
    <w:p>
      <w:pPr>
        <w:spacing w:after="80"/>
      </w:pPr>
      <w:r>
        <w:rPr>
          <w:rFonts w:ascii="Georgia" w:hAnsi="Georgia"/>
          <w:sz w:val="23"/>
        </w:rPr>
        <w:t>Internally.</w:t>
      </w:r>
    </w:p>
    <w:p>
      <w:pPr>
        <w:spacing w:after="80"/>
      </w:pPr>
      <w:r>
        <w:rPr>
          <w:rFonts w:ascii="Georgia" w:hAnsi="Georgia"/>
          <w:sz w:val="23"/>
        </w:rPr>
        <w:t>Coach Law had to know that too, because he said, “Install only. Eyes up.”</w:t>
      </w:r>
    </w:p>
    <w:p>
      <w:pPr>
        <w:spacing w:after="80"/>
      </w:pPr>
      <w:r>
        <w:rPr>
          <w:rFonts w:ascii="Georgia" w:hAnsi="Georgia"/>
          <w:sz w:val="23"/>
        </w:rPr>
        <w:t>He handed them out personally this time.</w:t>
      </w:r>
    </w:p>
    <w:p>
      <w:pPr>
        <w:spacing w:after="80"/>
      </w:pPr>
      <w:r>
        <w:rPr>
          <w:rFonts w:ascii="Georgia" w:hAnsi="Georgia"/>
          <w:sz w:val="23"/>
        </w:rPr>
        <w:t>One by one.</w:t>
      </w:r>
    </w:p>
    <w:p>
      <w:pPr>
        <w:spacing w:after="80"/>
      </w:pPr>
      <w:r>
        <w:rPr>
          <w:rFonts w:ascii="Georgia" w:hAnsi="Georgia"/>
          <w:sz w:val="23"/>
        </w:rPr>
        <w:t>Noah. Devin. Owen. Jalen. Rico. Micah.</w:t>
      </w:r>
    </w:p>
    <w:p>
      <w:pPr>
        <w:spacing w:after="80"/>
      </w:pPr>
      <w:r>
        <w:rPr>
          <w:rFonts w:ascii="Georgia" w:hAnsi="Georgia"/>
          <w:sz w:val="23"/>
        </w:rPr>
        <w:t>His eyes lingered on each player for just a fraction before moving on.</w:t>
      </w:r>
    </w:p>
    <w:p>
      <w:pPr>
        <w:spacing w:after="80"/>
      </w:pPr>
      <w:r>
        <w:rPr>
          <w:rFonts w:ascii="Georgia" w:hAnsi="Georgia"/>
          <w:sz w:val="23"/>
        </w:rPr>
        <w:t>When he got to Rico, Rico held his dad’s stare and took the band without blinking.</w:t>
      </w:r>
    </w:p>
    <w:p>
      <w:pPr>
        <w:spacing w:after="80"/>
      </w:pPr>
      <w:r>
        <w:rPr>
          <w:rFonts w:ascii="Georgia" w:hAnsi="Georgia"/>
          <w:sz w:val="23"/>
        </w:rPr>
        <w:t>Noah noticed that too.</w:t>
      </w:r>
    </w:p>
    <w:p>
      <w:pPr>
        <w:spacing w:after="80"/>
      </w:pPr>
      <w:r>
        <w:rPr>
          <w:rFonts w:ascii="Georgia" w:hAnsi="Georgia"/>
          <w:sz w:val="23"/>
        </w:rPr>
        <w:t>Maybe too much.</w:t>
      </w:r>
    </w:p>
    <w:p>
      <w:pPr>
        <w:spacing w:after="80"/>
      </w:pPr>
      <w:r>
        <w:rPr>
          <w:rFonts w:ascii="Georgia" w:hAnsi="Georgia"/>
          <w:sz w:val="23"/>
        </w:rPr>
        <w:t>They lined up red zone, ball on the nine.</w:t>
      </w:r>
    </w:p>
    <w:p>
      <w:pPr>
        <w:spacing w:after="80"/>
      </w:pPr>
      <w:r>
        <w:rPr>
          <w:rFonts w:ascii="Georgia" w:hAnsi="Georgia"/>
          <w:sz w:val="23"/>
        </w:rPr>
        <w:t>“Tempo period,” Coach Law said. “No huddles. Calls by number. We’re testing communication.”</w:t>
      </w:r>
    </w:p>
    <w:p>
      <w:pPr>
        <w:spacing w:after="80"/>
      </w:pPr>
      <w:r>
        <w:rPr>
          <w:rFonts w:ascii="Georgia" w:hAnsi="Georgia"/>
          <w:sz w:val="23"/>
        </w:rPr>
        <w:t>That meant chaos if done badly and free touchdowns if done right.</w:t>
      </w:r>
    </w:p>
    <w:p>
      <w:pPr>
        <w:spacing w:after="80"/>
      </w:pPr>
      <w:r>
        <w:rPr>
          <w:rFonts w:ascii="Georgia" w:hAnsi="Georgia"/>
          <w:sz w:val="23"/>
        </w:rPr>
        <w:t>Noah looked at his wrist. “Blue three!”</w:t>
      </w:r>
    </w:p>
    <w:p>
      <w:pPr>
        <w:spacing w:after="80"/>
      </w:pPr>
      <w:r>
        <w:rPr>
          <w:rFonts w:ascii="Georgia" w:hAnsi="Georgia"/>
          <w:sz w:val="23"/>
        </w:rPr>
        <w:t>The offense flew to the line.</w:t>
      </w:r>
    </w:p>
    <w:p>
      <w:pPr>
        <w:spacing w:after="80"/>
      </w:pPr>
      <w:r>
        <w:rPr>
          <w:rFonts w:ascii="Georgia" w:hAnsi="Georgia"/>
          <w:sz w:val="23"/>
        </w:rPr>
        <w:t>Devin snapped.</w:t>
      </w:r>
    </w:p>
    <w:p>
      <w:pPr>
        <w:spacing w:after="80"/>
      </w:pPr>
      <w:r>
        <w:rPr>
          <w:rFonts w:ascii="Georgia" w:hAnsi="Georgia"/>
          <w:sz w:val="23"/>
        </w:rPr>
        <w:t>Rico pivoted. Micah dragged. Owen settled. Defense switched it late and nearly stole the throw.</w:t>
      </w:r>
    </w:p>
    <w:p>
      <w:pPr>
        <w:spacing w:after="80"/>
      </w:pPr>
      <w:r>
        <w:rPr>
          <w:rFonts w:ascii="Georgia" w:hAnsi="Georgia"/>
          <w:sz w:val="23"/>
        </w:rPr>
        <w:t>Noah pulled it down and ran.</w:t>
      </w:r>
    </w:p>
    <w:p>
      <w:pPr>
        <w:spacing w:after="80"/>
      </w:pPr>
      <w:r>
        <w:rPr>
          <w:rFonts w:ascii="Georgia" w:hAnsi="Georgia"/>
          <w:sz w:val="23"/>
        </w:rPr>
        <w:t>Flag at the two.</w:t>
      </w:r>
    </w:p>
    <w:p>
      <w:pPr>
        <w:spacing w:after="80"/>
      </w:pPr>
      <w:r>
        <w:rPr>
          <w:rFonts w:ascii="Georgia" w:hAnsi="Georgia"/>
          <w:sz w:val="23"/>
        </w:rPr>
        <w:t>“Again! Again!” Coach Law shouted.</w:t>
      </w:r>
    </w:p>
    <w:p>
      <w:pPr>
        <w:spacing w:after="80"/>
      </w:pPr>
      <w:r>
        <w:rPr>
          <w:rFonts w:ascii="Georgia" w:hAnsi="Georgia"/>
          <w:sz w:val="23"/>
        </w:rPr>
        <w:t>“Black one!”</w:t>
      </w:r>
    </w:p>
    <w:p>
      <w:pPr>
        <w:spacing w:after="80"/>
      </w:pPr>
      <w:r>
        <w:rPr>
          <w:rFonts w:ascii="Georgia" w:hAnsi="Georgia"/>
          <w:sz w:val="23"/>
        </w:rPr>
        <w:t>This time it was jet look into wheel.</w:t>
      </w:r>
    </w:p>
    <w:p>
      <w:pPr>
        <w:spacing w:after="80"/>
      </w:pPr>
      <w:r>
        <w:rPr>
          <w:rFonts w:ascii="Georgia" w:hAnsi="Georgia"/>
          <w:sz w:val="23"/>
        </w:rPr>
        <w:t>Micah flashed across the formation. Defense bumped with him. Rico flared opposite to widen the underneath defender. The wheel opened for half a beat.</w:t>
      </w:r>
    </w:p>
    <w:p>
      <w:pPr>
        <w:spacing w:after="80"/>
      </w:pPr>
      <w:r>
        <w:rPr>
          <w:rFonts w:ascii="Georgia" w:hAnsi="Georgia"/>
          <w:sz w:val="23"/>
        </w:rPr>
        <w:t>Noah lofted it.</w:t>
      </w:r>
    </w:p>
    <w:p>
      <w:pPr>
        <w:spacing w:after="80"/>
      </w:pPr>
      <w:r>
        <w:rPr>
          <w:rFonts w:ascii="Georgia" w:hAnsi="Georgia"/>
          <w:sz w:val="23"/>
        </w:rPr>
        <w:t>A little too high.</w:t>
      </w:r>
    </w:p>
    <w:p>
      <w:pPr>
        <w:spacing w:after="80"/>
      </w:pPr>
      <w:r>
        <w:rPr>
          <w:rFonts w:ascii="Georgia" w:hAnsi="Georgia"/>
          <w:sz w:val="23"/>
        </w:rPr>
        <w:t>Micah got one hand to it and tipped it over the pylon.</w:t>
      </w:r>
    </w:p>
    <w:p>
      <w:pPr>
        <w:spacing w:after="80"/>
      </w:pPr>
      <w:r>
        <w:rPr>
          <w:rFonts w:ascii="Georgia" w:hAnsi="Georgia"/>
          <w:sz w:val="23"/>
        </w:rPr>
        <w:t>Incomplete.</w:t>
      </w:r>
    </w:p>
    <w:p>
      <w:pPr>
        <w:spacing w:after="80"/>
      </w:pPr>
      <w:r>
        <w:rPr>
          <w:rFonts w:ascii="Georgia" w:hAnsi="Georgia"/>
          <w:sz w:val="23"/>
        </w:rPr>
        <w:t>He jogged back annoyed at himself. “That’s six.”</w:t>
      </w:r>
    </w:p>
    <w:p>
      <w:pPr>
        <w:spacing w:after="80"/>
      </w:pPr>
      <w:r>
        <w:rPr>
          <w:rFonts w:ascii="Georgia" w:hAnsi="Georgia"/>
          <w:sz w:val="23"/>
        </w:rPr>
        <w:t>“I know,” Noah said.</w:t>
      </w:r>
    </w:p>
    <w:p>
      <w:pPr>
        <w:spacing w:after="80"/>
      </w:pPr>
      <w:r>
        <w:rPr>
          <w:rFonts w:ascii="Georgia" w:hAnsi="Georgia"/>
          <w:sz w:val="23"/>
        </w:rPr>
        <w:t>“Then why’s it on the moon?”</w:t>
      </w:r>
    </w:p>
    <w:p>
      <w:pPr>
        <w:spacing w:after="80"/>
      </w:pPr>
      <w:r>
        <w:rPr>
          <w:rFonts w:ascii="Georgia" w:hAnsi="Georgia"/>
          <w:sz w:val="23"/>
        </w:rPr>
        <w:t>Noah turned. “You want a better one, finish the first better.”</w:t>
      </w:r>
    </w:p>
    <w:p>
      <w:pPr>
        <w:spacing w:after="80"/>
      </w:pPr>
      <w:r>
        <w:rPr>
          <w:rFonts w:ascii="Georgia" w:hAnsi="Georgia"/>
          <w:sz w:val="23"/>
        </w:rPr>
        <w:t>There was that cliff again.</w:t>
      </w:r>
    </w:p>
    <w:p>
      <w:pPr>
        <w:spacing w:after="80"/>
      </w:pPr>
      <w:r>
        <w:rPr>
          <w:rFonts w:ascii="Georgia" w:hAnsi="Georgia"/>
          <w:sz w:val="23"/>
        </w:rPr>
        <w:t>Micah stared for half a second. Then he looked away first.</w:t>
      </w:r>
    </w:p>
    <w:p>
      <w:pPr>
        <w:spacing w:after="80"/>
      </w:pPr>
      <w:r>
        <w:rPr>
          <w:rFonts w:ascii="Georgia" w:hAnsi="Georgia"/>
          <w:sz w:val="23"/>
        </w:rPr>
        <w:t>Devin noticed.</w:t>
      </w:r>
    </w:p>
    <w:p>
      <w:pPr>
        <w:spacing w:after="80"/>
      </w:pPr>
      <w:r>
        <w:rPr>
          <w:rFonts w:ascii="Georgia" w:hAnsi="Georgia"/>
          <w:sz w:val="23"/>
        </w:rPr>
        <w:t>Devin always noticed.</w:t>
      </w:r>
    </w:p>
    <w:p>
      <w:pPr>
        <w:spacing w:after="80"/>
      </w:pPr>
      <w:r>
        <w:rPr>
          <w:rFonts w:ascii="Georgia" w:hAnsi="Georgia"/>
          <w:sz w:val="23"/>
        </w:rPr>
        <w:t>“Blue five!” Noah called before it could become something.</w:t>
      </w:r>
    </w:p>
    <w:p>
      <w:pPr>
        <w:spacing w:after="80"/>
      </w:pPr>
      <w:r>
        <w:rPr>
          <w:rFonts w:ascii="Georgia" w:hAnsi="Georgia"/>
          <w:sz w:val="23"/>
        </w:rPr>
        <w:t>This time it was mesh.</w:t>
      </w:r>
    </w:p>
    <w:p>
      <w:pPr>
        <w:spacing w:after="80"/>
      </w:pPr>
      <w:r>
        <w:rPr>
          <w:rFonts w:ascii="Georgia" w:hAnsi="Georgia"/>
          <w:sz w:val="23"/>
        </w:rPr>
        <w:t>Old reliable.</w:t>
      </w:r>
    </w:p>
    <w:p>
      <w:pPr>
        <w:spacing w:after="80"/>
      </w:pPr>
      <w:r>
        <w:rPr>
          <w:rFonts w:ascii="Georgia" w:hAnsi="Georgia"/>
          <w:sz w:val="23"/>
        </w:rPr>
        <w:t>Shallow crossers at different depths, settle route over the ball, back leaking late if the middle got muddy. If run well, it made kids communicate or die.</w:t>
      </w:r>
    </w:p>
    <w:p>
      <w:pPr>
        <w:spacing w:after="80"/>
      </w:pPr>
      <w:r>
        <w:rPr>
          <w:rFonts w:ascii="Georgia" w:hAnsi="Georgia"/>
          <w:sz w:val="23"/>
        </w:rPr>
        <w:t>Noah loved it.</w:t>
      </w:r>
    </w:p>
    <w:p>
      <w:pPr>
        <w:spacing w:after="80"/>
      </w:pPr>
      <w:r>
        <w:rPr>
          <w:rFonts w:ascii="Georgia" w:hAnsi="Georgia"/>
          <w:sz w:val="23"/>
        </w:rPr>
        <w:t>He got under center, clapped for the snap, and watched it unfold.</w:t>
      </w:r>
    </w:p>
    <w:p>
      <w:pPr>
        <w:spacing w:after="80"/>
      </w:pPr>
      <w:r>
        <w:rPr>
          <w:rFonts w:ascii="Georgia" w:hAnsi="Georgia"/>
          <w:sz w:val="23"/>
        </w:rPr>
        <w:t>Rico crossed low. Micah crossed over the top. Devin settled over the ball. Jalen and Owen nearly ran into each other switching it off.</w:t>
      </w:r>
    </w:p>
    <w:p>
      <w:pPr>
        <w:spacing w:after="80"/>
      </w:pPr>
      <w:r>
        <w:rPr>
          <w:rFonts w:ascii="Georgia" w:hAnsi="Georgia"/>
          <w:sz w:val="23"/>
        </w:rPr>
        <w:t>Noah hit Rico in stride.</w:t>
      </w:r>
    </w:p>
    <w:p>
      <w:pPr>
        <w:spacing w:after="80"/>
      </w:pPr>
      <w:r>
        <w:rPr>
          <w:rFonts w:ascii="Georgia" w:hAnsi="Georgia"/>
          <w:sz w:val="23"/>
        </w:rPr>
        <w:t>Touchdown.</w:t>
      </w:r>
    </w:p>
    <w:p>
      <w:pPr>
        <w:spacing w:after="80"/>
      </w:pPr>
      <w:r>
        <w:rPr>
          <w:rFonts w:ascii="Georgia" w:hAnsi="Georgia"/>
          <w:sz w:val="23"/>
        </w:rPr>
        <w:t>The offense exploded.</w:t>
      </w:r>
    </w:p>
    <w:p>
      <w:pPr>
        <w:spacing w:after="80"/>
      </w:pPr>
      <w:r>
        <w:rPr>
          <w:rFonts w:ascii="Georgia" w:hAnsi="Georgia"/>
          <w:sz w:val="23"/>
        </w:rPr>
        <w:t>Coach Law whistled the period dead.</w:t>
      </w:r>
    </w:p>
    <w:p>
      <w:pPr>
        <w:spacing w:after="80"/>
      </w:pPr>
      <w:r>
        <w:rPr>
          <w:rFonts w:ascii="Georgia" w:hAnsi="Georgia"/>
          <w:sz w:val="23"/>
        </w:rPr>
        <w:t>“Stop.”</w:t>
      </w:r>
    </w:p>
    <w:p>
      <w:pPr>
        <w:spacing w:after="80"/>
      </w:pPr>
      <w:r>
        <w:rPr>
          <w:rFonts w:ascii="Georgia" w:hAnsi="Georgia"/>
          <w:sz w:val="23"/>
        </w:rPr>
        <w:t>The whole field froze.</w:t>
      </w:r>
    </w:p>
    <w:p>
      <w:pPr>
        <w:spacing w:after="80"/>
      </w:pPr>
      <w:r>
        <w:rPr>
          <w:rFonts w:ascii="Georgia" w:hAnsi="Georgia"/>
          <w:sz w:val="23"/>
        </w:rPr>
        <w:t>He stepped in a few yards, call sheet tucked under one arm. “Defense is getting there too fast. Why?”</w:t>
      </w:r>
    </w:p>
    <w:p>
      <w:pPr>
        <w:spacing w:after="80"/>
      </w:pPr>
      <w:r>
        <w:rPr>
          <w:rFonts w:ascii="Georgia" w:hAnsi="Georgia"/>
          <w:sz w:val="23"/>
        </w:rPr>
        <w:t>Jalen spread his hands. “Because we’re dogs?”</w:t>
      </w:r>
    </w:p>
    <w:p>
      <w:pPr>
        <w:spacing w:after="80"/>
      </w:pPr>
      <w:r>
        <w:rPr>
          <w:rFonts w:ascii="Georgia" w:hAnsi="Georgia"/>
          <w:sz w:val="23"/>
        </w:rPr>
        <w:t>Owen said, “Because your route splits are telegraphing.”</w:t>
      </w:r>
    </w:p>
    <w:p>
      <w:pPr>
        <w:spacing w:after="80"/>
      </w:pPr>
      <w:r>
        <w:rPr>
          <w:rFonts w:ascii="Georgia" w:hAnsi="Georgia"/>
          <w:sz w:val="23"/>
        </w:rPr>
        <w:t>Rico pointed at him. “That sounded fake-smart.”</w:t>
      </w:r>
    </w:p>
    <w:p>
      <w:pPr>
        <w:spacing w:after="80"/>
      </w:pPr>
      <w:r>
        <w:rPr>
          <w:rFonts w:ascii="Georgia" w:hAnsi="Georgia"/>
          <w:sz w:val="23"/>
        </w:rPr>
        <w:t>“It was real-smart.”</w:t>
      </w:r>
    </w:p>
    <w:p>
      <w:pPr>
        <w:spacing w:after="80"/>
      </w:pPr>
      <w:r>
        <w:rPr>
          <w:rFonts w:ascii="Georgia" w:hAnsi="Georgia"/>
          <w:sz w:val="23"/>
        </w:rPr>
        <w:t>Coach Law looked at Noah. “What do you think?”</w:t>
      </w:r>
    </w:p>
    <w:p>
      <w:pPr>
        <w:spacing w:after="80"/>
      </w:pPr>
      <w:r>
        <w:rPr>
          <w:rFonts w:ascii="Georgia" w:hAnsi="Georgia"/>
          <w:sz w:val="23"/>
        </w:rPr>
        <w:t>The whole team waited.</w:t>
      </w:r>
    </w:p>
    <w:p>
      <w:pPr>
        <w:spacing w:after="80"/>
      </w:pPr>
      <w:r>
        <w:rPr>
          <w:rFonts w:ascii="Georgia" w:hAnsi="Georgia"/>
          <w:sz w:val="23"/>
        </w:rPr>
        <w:t>Noah looked at the formation. Then the wristband. Then the sideline. Then back at the defense.</w:t>
      </w:r>
    </w:p>
    <w:p>
      <w:pPr>
        <w:spacing w:after="80"/>
      </w:pPr>
      <w:r>
        <w:rPr>
          <w:rFonts w:ascii="Georgia" w:hAnsi="Georgia"/>
          <w:sz w:val="23"/>
        </w:rPr>
        <w:t>There were a few answers.</w:t>
      </w:r>
    </w:p>
    <w:p>
      <w:pPr>
        <w:spacing w:after="80"/>
      </w:pPr>
      <w:r>
        <w:rPr>
          <w:rFonts w:ascii="Georgia" w:hAnsi="Georgia"/>
          <w:sz w:val="23"/>
        </w:rPr>
        <w:t>The route splits were a little loose.</w:t>
      </w:r>
    </w:p>
    <w:p>
      <w:pPr>
        <w:spacing w:after="80"/>
      </w:pPr>
      <w:r>
        <w:rPr>
          <w:rFonts w:ascii="Georgia" w:hAnsi="Georgia"/>
          <w:sz w:val="23"/>
        </w:rPr>
        <w:t>His cadence had gotten too even.</w:t>
      </w:r>
    </w:p>
    <w:p>
      <w:pPr>
        <w:spacing w:after="80"/>
      </w:pPr>
      <w:r>
        <w:rPr>
          <w:rFonts w:ascii="Georgia" w:hAnsi="Georgia"/>
          <w:sz w:val="23"/>
        </w:rPr>
        <w:t>The defense had seen the concepts enough now to anticipate family resemblance.</w:t>
      </w:r>
    </w:p>
    <w:p>
      <w:pPr>
        <w:spacing w:after="80"/>
      </w:pPr>
      <w:r>
        <w:rPr>
          <w:rFonts w:ascii="Georgia" w:hAnsi="Georgia"/>
          <w:sz w:val="23"/>
        </w:rPr>
        <w:t>All true.</w:t>
      </w:r>
    </w:p>
    <w:p>
      <w:pPr>
        <w:spacing w:after="80"/>
      </w:pPr>
      <w:r>
        <w:rPr>
          <w:rFonts w:ascii="Georgia" w:hAnsi="Georgia"/>
          <w:sz w:val="23"/>
        </w:rPr>
        <w:t>But not fully true.</w:t>
      </w:r>
    </w:p>
    <w:p>
      <w:pPr>
        <w:spacing w:after="80"/>
      </w:pPr>
      <w:r>
        <w:rPr>
          <w:rFonts w:ascii="Georgia" w:hAnsi="Georgia"/>
          <w:sz w:val="23"/>
        </w:rPr>
        <w:t>Not enough to explain the feeling in his stomach.</w:t>
      </w:r>
    </w:p>
    <w:p>
      <w:pPr>
        <w:spacing w:after="80"/>
      </w:pPr>
      <w:r>
        <w:rPr>
          <w:rFonts w:ascii="Georgia" w:hAnsi="Georgia"/>
          <w:sz w:val="23"/>
        </w:rPr>
        <w:t>He looked toward the rope line.</w:t>
      </w:r>
    </w:p>
    <w:p>
      <w:pPr>
        <w:spacing w:after="80"/>
      </w:pPr>
      <w:r>
        <w:rPr>
          <w:rFonts w:ascii="Georgia" w:hAnsi="Georgia"/>
          <w:sz w:val="23"/>
        </w:rPr>
        <w:t>Vee was there.</w:t>
      </w:r>
    </w:p>
    <w:p>
      <w:pPr>
        <w:spacing w:after="80"/>
      </w:pPr>
      <w:r>
        <w:rPr>
          <w:rFonts w:ascii="Georgia" w:hAnsi="Georgia"/>
          <w:sz w:val="23"/>
        </w:rPr>
        <w:t>Still.</w:t>
      </w:r>
    </w:p>
    <w:p>
      <w:pPr>
        <w:spacing w:after="80"/>
      </w:pPr>
      <w:r>
        <w:rPr>
          <w:rFonts w:ascii="Georgia" w:hAnsi="Georgia"/>
          <w:sz w:val="23"/>
        </w:rPr>
        <w:t>Watching him.</w:t>
      </w:r>
    </w:p>
    <w:p>
      <w:pPr>
        <w:spacing w:after="80"/>
      </w:pPr>
      <w:r>
        <w:rPr>
          <w:rFonts w:ascii="Georgia" w:hAnsi="Georgia"/>
          <w:sz w:val="23"/>
        </w:rPr>
        <w:t>Watching Rico.</w:t>
      </w:r>
    </w:p>
    <w:p>
      <w:pPr>
        <w:spacing w:after="80"/>
      </w:pPr>
      <w:r>
        <w:rPr>
          <w:rFonts w:ascii="Georgia" w:hAnsi="Georgia"/>
          <w:sz w:val="23"/>
        </w:rPr>
        <w:t>Watching the sideline.</w:t>
      </w:r>
    </w:p>
    <w:p>
      <w:pPr>
        <w:spacing w:after="80"/>
      </w:pPr>
      <w:r>
        <w:rPr>
          <w:rFonts w:ascii="Georgia" w:hAnsi="Georgia"/>
          <w:sz w:val="23"/>
        </w:rPr>
        <w:t>Then, very slightly, she tapped two fingers against her own wristband-less arm.</w:t>
      </w:r>
    </w:p>
    <w:p>
      <w:pPr>
        <w:spacing w:after="80"/>
      </w:pPr>
      <w:r>
        <w:rPr>
          <w:rFonts w:ascii="Georgia" w:hAnsi="Georgia"/>
          <w:sz w:val="23"/>
        </w:rPr>
        <w:t>Noah’s eyes narrowed.</w:t>
      </w:r>
    </w:p>
    <w:p>
      <w:pPr>
        <w:spacing w:after="80"/>
      </w:pPr>
      <w:r>
        <w:rPr>
          <w:rFonts w:ascii="Georgia" w:hAnsi="Georgia"/>
          <w:sz w:val="23"/>
        </w:rPr>
        <w:t>The wristbands.</w:t>
      </w:r>
    </w:p>
    <w:p>
      <w:pPr>
        <w:spacing w:after="80"/>
      </w:pPr>
      <w:r>
        <w:rPr>
          <w:rFonts w:ascii="Georgia" w:hAnsi="Georgia"/>
          <w:sz w:val="23"/>
        </w:rPr>
        <w:t>Coach Law followed his gaze, just for a second, but not enough to make it obvious.</w:t>
      </w:r>
    </w:p>
    <w:p>
      <w:pPr>
        <w:spacing w:after="80"/>
      </w:pPr>
      <w:r>
        <w:rPr>
          <w:rFonts w:ascii="Georgia" w:hAnsi="Georgia"/>
          <w:sz w:val="23"/>
        </w:rPr>
        <w:t>Then he said, “Reset. No bands. Verbal calls only.”</w:t>
      </w:r>
    </w:p>
    <w:p>
      <w:pPr>
        <w:spacing w:after="80"/>
      </w:pPr>
      <w:r>
        <w:rPr>
          <w:rFonts w:ascii="Georgia" w:hAnsi="Georgia"/>
          <w:sz w:val="23"/>
        </w:rPr>
        <w:t>A ripple moved through the team.</w:t>
      </w:r>
    </w:p>
    <w:p>
      <w:pPr>
        <w:spacing w:after="80"/>
      </w:pPr>
      <w:r>
        <w:rPr>
          <w:rFonts w:ascii="Georgia" w:hAnsi="Georgia"/>
          <w:sz w:val="23"/>
        </w:rPr>
        <w:t>Fast.</w:t>
      </w:r>
    </w:p>
    <w:p>
      <w:pPr>
        <w:spacing w:after="80"/>
      </w:pPr>
      <w:r>
        <w:rPr>
          <w:rFonts w:ascii="Georgia" w:hAnsi="Georgia"/>
          <w:sz w:val="23"/>
        </w:rPr>
        <w:t>Tiny.</w:t>
      </w:r>
    </w:p>
    <w:p>
      <w:pPr>
        <w:spacing w:after="80"/>
      </w:pPr>
      <w:r>
        <w:rPr>
          <w:rFonts w:ascii="Georgia" w:hAnsi="Georgia"/>
          <w:sz w:val="23"/>
        </w:rPr>
        <w:t>Real.</w:t>
      </w:r>
    </w:p>
    <w:p>
      <w:pPr>
        <w:spacing w:after="80"/>
      </w:pPr>
      <w:r>
        <w:rPr>
          <w:rFonts w:ascii="Georgia" w:hAnsi="Georgia"/>
          <w:sz w:val="23"/>
        </w:rPr>
        <w:t>Noah saw it on everybody else as noise.</w:t>
      </w:r>
    </w:p>
    <w:p>
      <w:pPr>
        <w:spacing w:after="80"/>
      </w:pPr>
      <w:r>
        <w:rPr>
          <w:rFonts w:ascii="Georgia" w:hAnsi="Georgia"/>
          <w:sz w:val="23"/>
        </w:rPr>
        <w:t>On Rico, it looked like relief.</w:t>
      </w:r>
    </w:p>
    <w:p>
      <w:pPr>
        <w:spacing w:after="80"/>
      </w:pPr>
      <w:r>
        <w:rPr>
          <w:rFonts w:ascii="Georgia" w:hAnsi="Georgia"/>
          <w:sz w:val="23"/>
        </w:rPr>
        <w:t>Just for a second.</w:t>
      </w:r>
    </w:p>
    <w:p>
      <w:pPr>
        <w:spacing w:after="80"/>
      </w:pPr>
      <w:r>
        <w:rPr>
          <w:rFonts w:ascii="Georgia" w:hAnsi="Georgia"/>
          <w:sz w:val="23"/>
        </w:rPr>
        <w:t>Then it was gone.</w:t>
      </w:r>
    </w:p>
    <w:p>
      <w:pPr>
        <w:spacing w:after="80"/>
      </w:pPr>
      <w:r>
        <w:rPr>
          <w:rFonts w:ascii="Georgia" w:hAnsi="Georgia"/>
          <w:sz w:val="23"/>
        </w:rPr>
        <w:t>The period restarted.</w:t>
      </w:r>
    </w:p>
    <w:p>
      <w:pPr>
        <w:spacing w:after="80"/>
      </w:pPr>
      <w:r>
        <w:rPr>
          <w:rFonts w:ascii="Georgia" w:hAnsi="Georgia"/>
          <w:sz w:val="23"/>
        </w:rPr>
        <w:t>No bands. Verbal only.</w:t>
      </w:r>
    </w:p>
    <w:p>
      <w:pPr>
        <w:spacing w:after="80"/>
      </w:pPr>
      <w:r>
        <w:rPr>
          <w:rFonts w:ascii="Georgia" w:hAnsi="Georgia"/>
          <w:sz w:val="23"/>
        </w:rPr>
        <w:t>And suddenly the timing looked normal again.</w:t>
      </w:r>
    </w:p>
    <w:p>
      <w:pPr>
        <w:spacing w:after="80"/>
      </w:pPr>
      <w:r>
        <w:rPr>
          <w:rFonts w:ascii="Georgia" w:hAnsi="Georgia"/>
          <w:sz w:val="23"/>
        </w:rPr>
        <w:t>Not perfect. Not impossible. Just football.</w:t>
      </w:r>
    </w:p>
    <w:p>
      <w:pPr>
        <w:spacing w:after="80"/>
      </w:pPr>
      <w:r>
        <w:rPr>
          <w:rFonts w:ascii="Georgia" w:hAnsi="Georgia"/>
          <w:sz w:val="23"/>
        </w:rPr>
        <w:t>Now the defense guessed late instead of early.</w:t>
      </w:r>
    </w:p>
    <w:p>
      <w:pPr>
        <w:spacing w:after="80"/>
      </w:pPr>
      <w:r>
        <w:rPr>
          <w:rFonts w:ascii="Georgia" w:hAnsi="Georgia"/>
          <w:sz w:val="23"/>
        </w:rPr>
        <w:t>Now the windows opened when they should.</w:t>
      </w:r>
    </w:p>
    <w:p>
      <w:pPr>
        <w:spacing w:after="80"/>
      </w:pPr>
      <w:r>
        <w:rPr>
          <w:rFonts w:ascii="Georgia" w:hAnsi="Georgia"/>
          <w:sz w:val="23"/>
        </w:rPr>
        <w:t>Now mesh worked.</w:t>
      </w:r>
    </w:p>
    <w:p>
      <w:pPr>
        <w:spacing w:after="80"/>
      </w:pPr>
      <w:r>
        <w:rPr>
          <w:rFonts w:ascii="Georgia" w:hAnsi="Georgia"/>
          <w:sz w:val="23"/>
        </w:rPr>
        <w:t>Now snag felt like snag instead of like somebody had seen tomorrow.</w:t>
      </w:r>
    </w:p>
    <w:p>
      <w:pPr>
        <w:spacing w:after="80"/>
      </w:pPr>
      <w:r>
        <w:rPr>
          <w:rFonts w:ascii="Georgia" w:hAnsi="Georgia"/>
          <w:sz w:val="23"/>
        </w:rPr>
        <w:t>Coach Law ended the period two reps early.</w:t>
      </w:r>
    </w:p>
    <w:p>
      <w:pPr>
        <w:spacing w:after="80"/>
      </w:pPr>
      <w:r>
        <w:rPr>
          <w:rFonts w:ascii="Georgia" w:hAnsi="Georgia"/>
          <w:sz w:val="23"/>
        </w:rPr>
        <w:t>Nobody said anything.</w:t>
      </w:r>
    </w:p>
    <w:p>
      <w:pPr>
        <w:spacing w:after="80"/>
      </w:pPr>
      <w:r>
        <w:rPr>
          <w:rFonts w:ascii="Georgia" w:hAnsi="Georgia"/>
          <w:sz w:val="23"/>
        </w:rPr>
        <w:t>Nobody had to.</w:t>
      </w:r>
    </w:p>
    <w:p>
      <w:pPr>
        <w:spacing w:after="80"/>
      </w:pPr>
      <w:r>
        <w:rPr>
          <w:rFonts w:ascii="Georgia" w:hAnsi="Georgia"/>
          <w:sz w:val="23"/>
        </w:rPr>
        <w:t>The team knew.</w:t>
      </w:r>
    </w:p>
    <w:p>
      <w:pPr>
        <w:spacing w:after="80"/>
      </w:pPr>
      <w:r>
        <w:rPr>
          <w:rFonts w:ascii="Georgia" w:hAnsi="Georgia"/>
          <w:sz w:val="23"/>
        </w:rPr>
        <w:t>Noah knew.</w:t>
      </w:r>
    </w:p>
    <w:p>
      <w:pPr>
        <w:spacing w:after="80"/>
      </w:pPr>
      <w:r>
        <w:rPr>
          <w:rFonts w:ascii="Georgia" w:hAnsi="Georgia"/>
          <w:sz w:val="23"/>
        </w:rPr>
        <w:t>And if Noah knew, then there was no way Coach Law didn’t know.</w:t>
      </w:r>
    </w:p>
    <w:p>
      <w:pPr>
        <w:spacing w:after="80"/>
      </w:pPr>
      <w:r>
        <w:rPr>
          <w:rFonts w:ascii="Georgia" w:hAnsi="Georgia"/>
          <w:sz w:val="23"/>
        </w:rPr>
        <w:t>They moved into a final competitive period to close practice. Ball on midfield. Need a score in four plays. Standard pressure situation.</w:t>
      </w:r>
    </w:p>
    <w:p>
      <w:pPr>
        <w:spacing w:after="80"/>
      </w:pPr>
      <w:r>
        <w:rPr>
          <w:rFonts w:ascii="Georgia" w:hAnsi="Georgia"/>
          <w:sz w:val="23"/>
        </w:rPr>
        <w:t>Coach Law pointed at the offense. “This is where bad teams get frantic. Good teams play clean.”</w:t>
      </w:r>
    </w:p>
    <w:p>
      <w:pPr>
        <w:spacing w:after="80"/>
      </w:pPr>
      <w:r>
        <w:rPr>
          <w:rFonts w:ascii="Georgia" w:hAnsi="Georgia"/>
          <w:sz w:val="23"/>
        </w:rPr>
        <w:t>Jalen barked from defense, “Bad teams also cry.”</w:t>
      </w:r>
    </w:p>
    <w:p>
      <w:pPr>
        <w:spacing w:after="80"/>
      </w:pPr>
      <w:r>
        <w:rPr>
          <w:rFonts w:ascii="Georgia" w:hAnsi="Georgia"/>
          <w:sz w:val="23"/>
        </w:rPr>
        <w:t>“Thank you,” Coach Law said dryly. “For that elite coaching point.”</w:t>
      </w:r>
    </w:p>
    <w:p>
      <w:pPr>
        <w:spacing w:after="80"/>
      </w:pPr>
      <w:r>
        <w:rPr>
          <w:rFonts w:ascii="Georgia" w:hAnsi="Georgia"/>
          <w:sz w:val="23"/>
        </w:rPr>
        <w:t>Even Rico laughed at that.</w:t>
      </w:r>
    </w:p>
    <w:p>
      <w:pPr>
        <w:spacing w:after="80"/>
      </w:pPr>
      <w:r>
        <w:rPr>
          <w:rFonts w:ascii="Georgia" w:hAnsi="Georgia"/>
          <w:sz w:val="23"/>
        </w:rPr>
        <w:t>First play: flood right. Noah hit Owen on the sideline for nine.</w:t>
      </w:r>
    </w:p>
    <w:p>
      <w:pPr>
        <w:spacing w:after="80"/>
      </w:pPr>
      <w:r>
        <w:rPr>
          <w:rFonts w:ascii="Georgia" w:hAnsi="Georgia"/>
          <w:sz w:val="23"/>
        </w:rPr>
        <w:t>Second: spacing. Dump to Devin underneath for six and get lined back up fast.</w:t>
      </w:r>
    </w:p>
    <w:p>
      <w:pPr>
        <w:spacing w:after="80"/>
      </w:pPr>
      <w:r>
        <w:rPr>
          <w:rFonts w:ascii="Georgia" w:hAnsi="Georgia"/>
          <w:sz w:val="23"/>
        </w:rPr>
        <w:t>Third: shot play.</w:t>
      </w:r>
    </w:p>
    <w:p>
      <w:pPr>
        <w:spacing w:after="80"/>
      </w:pPr>
      <w:r>
        <w:rPr>
          <w:rFonts w:ascii="Georgia" w:hAnsi="Georgia"/>
          <w:sz w:val="23"/>
        </w:rPr>
        <w:t>Coach Law signaled it in with one hand behind his hip.</w:t>
      </w:r>
    </w:p>
    <w:p>
      <w:pPr>
        <w:spacing w:after="80"/>
      </w:pPr>
      <w:r>
        <w:rPr>
          <w:rFonts w:ascii="Georgia" w:hAnsi="Georgia"/>
          <w:sz w:val="23"/>
        </w:rPr>
        <w:t>No wristband. No public clue. Just one silent coach-to-quarterback call.</w:t>
      </w:r>
    </w:p>
    <w:p>
      <w:pPr>
        <w:spacing w:after="80"/>
      </w:pPr>
      <w:r>
        <w:rPr>
          <w:rFonts w:ascii="Georgia" w:hAnsi="Georgia"/>
          <w:sz w:val="23"/>
        </w:rPr>
        <w:t>Noah’s pulse kicked.</w:t>
      </w:r>
    </w:p>
    <w:p>
      <w:pPr>
        <w:spacing w:after="80"/>
      </w:pPr>
      <w:r>
        <w:rPr>
          <w:rFonts w:ascii="Georgia" w:hAnsi="Georgia"/>
          <w:sz w:val="23"/>
        </w:rPr>
        <w:t>He knew this concept.</w:t>
      </w:r>
    </w:p>
    <w:p>
      <w:pPr>
        <w:spacing w:after="80"/>
      </w:pPr>
      <w:r>
        <w:rPr>
          <w:rFonts w:ascii="Georgia" w:hAnsi="Georgia"/>
          <w:sz w:val="23"/>
        </w:rPr>
        <w:t>Post-wheel.</w:t>
      </w:r>
    </w:p>
    <w:p>
      <w:pPr>
        <w:spacing w:after="80"/>
      </w:pPr>
      <w:r>
        <w:rPr>
          <w:rFonts w:ascii="Georgia" w:hAnsi="Georgia"/>
          <w:sz w:val="23"/>
        </w:rPr>
        <w:t>A killer if the safety bit wrong.</w:t>
      </w:r>
    </w:p>
    <w:p>
      <w:pPr>
        <w:spacing w:after="80"/>
      </w:pPr>
      <w:r>
        <w:rPr>
          <w:rFonts w:ascii="Georgia" w:hAnsi="Georgia"/>
          <w:sz w:val="23"/>
        </w:rPr>
        <w:t>Rico in the slot to clear space. Micah from the backfield to the wheel. Owen backside dig as the quarterback’s “don’t be stupid” option.</w:t>
      </w:r>
    </w:p>
    <w:p>
      <w:pPr>
        <w:spacing w:after="80"/>
      </w:pPr>
      <w:r>
        <w:rPr>
          <w:rFonts w:ascii="Georgia" w:hAnsi="Georgia"/>
          <w:sz w:val="23"/>
        </w:rPr>
        <w:t>The offense lined up.</w:t>
      </w:r>
    </w:p>
    <w:p>
      <w:pPr>
        <w:spacing w:after="80"/>
      </w:pPr>
      <w:r>
        <w:rPr>
          <w:rFonts w:ascii="Georgia" w:hAnsi="Georgia"/>
          <w:sz w:val="23"/>
        </w:rPr>
        <w:t>The defense settled.</w:t>
      </w:r>
    </w:p>
    <w:p>
      <w:pPr>
        <w:spacing w:after="80"/>
      </w:pPr>
      <w:r>
        <w:rPr>
          <w:rFonts w:ascii="Georgia" w:hAnsi="Georgia"/>
          <w:sz w:val="23"/>
        </w:rPr>
        <w:t>Noah looked once at the safety.</w:t>
      </w:r>
    </w:p>
    <w:p>
      <w:pPr>
        <w:spacing w:after="80"/>
      </w:pPr>
      <w:r>
        <w:rPr>
          <w:rFonts w:ascii="Georgia" w:hAnsi="Georgia"/>
          <w:sz w:val="23"/>
        </w:rPr>
        <w:t>Then at Micah.</w:t>
      </w:r>
    </w:p>
    <w:p>
      <w:pPr>
        <w:spacing w:after="80"/>
      </w:pPr>
      <w:r>
        <w:rPr>
          <w:rFonts w:ascii="Georgia" w:hAnsi="Georgia"/>
          <w:sz w:val="23"/>
        </w:rPr>
        <w:t>Then at the snap.</w:t>
      </w:r>
    </w:p>
    <w:p>
      <w:pPr>
        <w:spacing w:after="80"/>
      </w:pPr>
      <w:r>
        <w:rPr>
          <w:rFonts w:ascii="Georgia" w:hAnsi="Georgia"/>
          <w:sz w:val="23"/>
        </w:rPr>
        <w:t>Go.</w:t>
      </w:r>
    </w:p>
    <w:p>
      <w:pPr>
        <w:spacing w:after="80"/>
      </w:pPr>
      <w:r>
        <w:rPr>
          <w:rFonts w:ascii="Georgia" w:hAnsi="Georgia"/>
          <w:sz w:val="23"/>
        </w:rPr>
        <w:t>Motion fake. Eyes hold middle. Safety froze.</w:t>
      </w:r>
    </w:p>
    <w:p>
      <w:pPr>
        <w:spacing w:after="80"/>
      </w:pPr>
      <w:r>
        <w:rPr>
          <w:rFonts w:ascii="Georgia" w:hAnsi="Georgia"/>
          <w:sz w:val="23"/>
        </w:rPr>
        <w:t>Micah climbed the rail.</w:t>
      </w:r>
    </w:p>
    <w:p>
      <w:pPr>
        <w:spacing w:after="80"/>
      </w:pPr>
      <w:r>
        <w:rPr>
          <w:rFonts w:ascii="Georgia" w:hAnsi="Georgia"/>
          <w:sz w:val="23"/>
        </w:rPr>
        <w:t>Open.</w:t>
      </w:r>
    </w:p>
    <w:p>
      <w:pPr>
        <w:spacing w:after="80"/>
      </w:pPr>
      <w:r>
        <w:rPr>
          <w:rFonts w:ascii="Georgia" w:hAnsi="Georgia"/>
          <w:sz w:val="23"/>
        </w:rPr>
        <w:t>Noah let it fly.</w:t>
      </w:r>
    </w:p>
    <w:p>
      <w:pPr>
        <w:spacing w:after="80"/>
      </w:pPr>
      <w:r>
        <w:rPr>
          <w:rFonts w:ascii="Georgia" w:hAnsi="Georgia"/>
          <w:sz w:val="23"/>
        </w:rPr>
        <w:t>Perfect.</w:t>
      </w:r>
    </w:p>
    <w:p>
      <w:pPr>
        <w:spacing w:after="80"/>
      </w:pPr>
      <w:r>
        <w:rPr>
          <w:rFonts w:ascii="Georgia" w:hAnsi="Georgia"/>
          <w:sz w:val="23"/>
        </w:rPr>
        <w:t>The ball dropped over Micah’s outside shoulder and into his hands at a full run.</w:t>
      </w:r>
    </w:p>
    <w:p>
      <w:pPr>
        <w:spacing w:after="80"/>
      </w:pPr>
      <w:r>
        <w:rPr>
          <w:rFonts w:ascii="Georgia" w:hAnsi="Georgia"/>
          <w:sz w:val="23"/>
        </w:rPr>
        <w:t>Touchdown.</w:t>
      </w:r>
    </w:p>
    <w:p>
      <w:pPr>
        <w:spacing w:after="80"/>
      </w:pPr>
      <w:r>
        <w:rPr>
          <w:rFonts w:ascii="Georgia" w:hAnsi="Georgia"/>
          <w:sz w:val="23"/>
        </w:rPr>
        <w:t>The offense exploded.</w:t>
      </w:r>
    </w:p>
    <w:p>
      <w:pPr>
        <w:spacing w:after="80"/>
      </w:pPr>
      <w:r>
        <w:rPr>
          <w:rFonts w:ascii="Georgia" w:hAnsi="Georgia"/>
          <w:sz w:val="23"/>
        </w:rPr>
        <w:t>Micah tossed the ball in the air and yelled. Rico jumped on his back. Jalen pointed at the safety and claimed he had warned him, which made no sense because Jalen was on the other side of the rep.</w:t>
      </w:r>
    </w:p>
    <w:p>
      <w:pPr>
        <w:spacing w:after="80"/>
      </w:pPr>
      <w:r>
        <w:rPr>
          <w:rFonts w:ascii="Georgia" w:hAnsi="Georgia"/>
          <w:sz w:val="23"/>
        </w:rPr>
        <w:t>Noah jogged off feeling two things at once.</w:t>
      </w:r>
    </w:p>
    <w:p>
      <w:pPr>
        <w:spacing w:after="80"/>
      </w:pPr>
      <w:r>
        <w:rPr>
          <w:rFonts w:ascii="Georgia" w:hAnsi="Georgia"/>
          <w:sz w:val="23"/>
        </w:rPr>
        <w:t>First: that throw had been beautiful.</w:t>
      </w:r>
    </w:p>
    <w:p>
      <w:pPr>
        <w:spacing w:after="80"/>
      </w:pPr>
      <w:r>
        <w:rPr>
          <w:rFonts w:ascii="Georgia" w:hAnsi="Georgia"/>
          <w:sz w:val="23"/>
        </w:rPr>
        <w:t>Second: they had just proven something.</w:t>
      </w:r>
    </w:p>
    <w:p>
      <w:pPr>
        <w:spacing w:after="80"/>
      </w:pPr>
      <w:r>
        <w:rPr>
          <w:rFonts w:ascii="Georgia" w:hAnsi="Georgia"/>
          <w:sz w:val="23"/>
        </w:rPr>
        <w:t>Coach Law ended practice there.</w:t>
      </w:r>
    </w:p>
    <w:p>
      <w:pPr>
        <w:spacing w:after="80"/>
      </w:pPr>
      <w:r>
        <w:rPr>
          <w:rFonts w:ascii="Georgia" w:hAnsi="Georgia"/>
          <w:sz w:val="23"/>
        </w:rPr>
        <w:t>“Bring it in.”</w:t>
      </w:r>
    </w:p>
    <w:p>
      <w:pPr>
        <w:spacing w:after="80"/>
      </w:pPr>
      <w:r>
        <w:rPr>
          <w:rFonts w:ascii="Georgia" w:hAnsi="Georgia"/>
          <w:sz w:val="23"/>
        </w:rPr>
        <w:t>They circled up.</w:t>
      </w:r>
    </w:p>
    <w:p>
      <w:pPr>
        <w:spacing w:after="80"/>
      </w:pPr>
      <w:r>
        <w:rPr>
          <w:rFonts w:ascii="Georgia" w:hAnsi="Georgia"/>
          <w:sz w:val="23"/>
        </w:rPr>
        <w:t>His face gave nothing away.</w:t>
      </w:r>
    </w:p>
    <w:p>
      <w:pPr>
        <w:spacing w:after="80"/>
      </w:pPr>
      <w:r>
        <w:rPr>
          <w:rFonts w:ascii="Georgia" w:hAnsi="Georgia"/>
          <w:sz w:val="23"/>
        </w:rPr>
        <w:t>“Better,” he said. “Why?”</w:t>
      </w:r>
    </w:p>
    <w:p>
      <w:pPr>
        <w:spacing w:after="80"/>
      </w:pPr>
      <w:r>
        <w:rPr>
          <w:rFonts w:ascii="Georgia" w:hAnsi="Georgia"/>
          <w:sz w:val="23"/>
        </w:rPr>
        <w:t>No answer.</w:t>
      </w:r>
    </w:p>
    <w:p>
      <w:pPr>
        <w:spacing w:after="80"/>
      </w:pPr>
      <w:r>
        <w:rPr>
          <w:rFonts w:ascii="Georgia" w:hAnsi="Georgia"/>
          <w:sz w:val="23"/>
        </w:rPr>
        <w:t>Then Devin said, “Because we stopped making it easy.”</w:t>
      </w:r>
    </w:p>
    <w:p>
      <w:pPr>
        <w:spacing w:after="80"/>
      </w:pPr>
      <w:r>
        <w:rPr>
          <w:rFonts w:ascii="Georgia" w:hAnsi="Georgia"/>
          <w:sz w:val="23"/>
        </w:rPr>
        <w:t>Coach Law looked at him. “Good. Remember that.”</w:t>
      </w:r>
    </w:p>
    <w:p>
      <w:pPr>
        <w:spacing w:after="80"/>
      </w:pPr>
      <w:r>
        <w:rPr>
          <w:rFonts w:ascii="Georgia" w:hAnsi="Georgia"/>
          <w:sz w:val="23"/>
        </w:rPr>
        <w:t>His eyes moved over the whole team. “Tomorrow, film. Be ready to listen.”</w:t>
      </w:r>
    </w:p>
    <w:p>
      <w:pPr>
        <w:spacing w:after="80"/>
      </w:pPr>
      <w:r>
        <w:rPr>
          <w:rFonts w:ascii="Georgia" w:hAnsi="Georgia"/>
          <w:sz w:val="23"/>
        </w:rPr>
        <w:t>That was it.</w:t>
      </w:r>
    </w:p>
    <w:p>
      <w:pPr>
        <w:spacing w:after="80"/>
      </w:pPr>
      <w:r>
        <w:rPr>
          <w:rFonts w:ascii="Georgia" w:hAnsi="Georgia"/>
          <w:sz w:val="23"/>
        </w:rPr>
        <w:t>No speeches. No calling out what everybody had just seen. No naming the thing in the air.</w:t>
      </w:r>
    </w:p>
    <w:p>
      <w:pPr>
        <w:spacing w:after="80"/>
      </w:pPr>
      <w:r>
        <w:rPr>
          <w:rFonts w:ascii="Georgia" w:hAnsi="Georgia"/>
          <w:sz w:val="23"/>
        </w:rPr>
        <w:t>Practice broke.</w:t>
      </w:r>
    </w:p>
    <w:p>
      <w:pPr>
        <w:spacing w:after="80"/>
      </w:pPr>
      <w:r>
        <w:rPr>
          <w:rFonts w:ascii="Georgia" w:hAnsi="Georgia"/>
          <w:sz w:val="23"/>
        </w:rPr>
        <w:t>Noah bent for his bag when Vee appeared beside him.</w:t>
      </w:r>
    </w:p>
    <w:p>
      <w:pPr>
        <w:spacing w:after="80"/>
      </w:pPr>
      <w:r>
        <w:rPr>
          <w:rFonts w:ascii="Georgia" w:hAnsi="Georgia"/>
          <w:sz w:val="23"/>
        </w:rPr>
        <w:t>“You saw it,” she said.</w:t>
      </w:r>
    </w:p>
    <w:p>
      <w:pPr>
        <w:spacing w:after="80"/>
      </w:pPr>
      <w:r>
        <w:rPr>
          <w:rFonts w:ascii="Georgia" w:hAnsi="Georgia"/>
          <w:sz w:val="23"/>
        </w:rPr>
        <w:t>He zipped the bag. “Yeah.”</w:t>
      </w:r>
    </w:p>
    <w:p>
      <w:pPr>
        <w:spacing w:after="80"/>
      </w:pPr>
      <w:r>
        <w:rPr>
          <w:rFonts w:ascii="Georgia" w:hAnsi="Georgia"/>
          <w:sz w:val="23"/>
        </w:rPr>
        <w:t>“It was the bands.”</w:t>
      </w:r>
    </w:p>
    <w:p>
      <w:pPr>
        <w:spacing w:after="80"/>
      </w:pPr>
      <w:r>
        <w:rPr>
          <w:rFonts w:ascii="Georgia" w:hAnsi="Georgia"/>
          <w:sz w:val="23"/>
        </w:rPr>
        <w:t>“Yeah.”</w:t>
      </w:r>
    </w:p>
    <w:p>
      <w:pPr>
        <w:spacing w:after="80"/>
      </w:pPr>
      <w:r>
        <w:rPr>
          <w:rFonts w:ascii="Georgia" w:hAnsi="Georgia"/>
          <w:sz w:val="23"/>
        </w:rPr>
        <w:t>“And Rico knew.”</w:t>
      </w:r>
    </w:p>
    <w:p>
      <w:pPr>
        <w:spacing w:after="80"/>
      </w:pPr>
      <w:r>
        <w:rPr>
          <w:rFonts w:ascii="Georgia" w:hAnsi="Georgia"/>
          <w:sz w:val="23"/>
        </w:rPr>
        <w:t>Noah looked up sharply. “What?”</w:t>
      </w:r>
    </w:p>
    <w:p>
      <w:pPr>
        <w:spacing w:after="80"/>
      </w:pPr>
      <w:r>
        <w:rPr>
          <w:rFonts w:ascii="Georgia" w:hAnsi="Georgia"/>
          <w:sz w:val="23"/>
        </w:rPr>
        <w:t>Vee tilted her head slightly toward the far bench. “When Coach Law killed the bands, everybody reacted. Rico relaxed.”</w:t>
      </w:r>
    </w:p>
    <w:p>
      <w:pPr>
        <w:spacing w:after="80"/>
      </w:pPr>
      <w:r>
        <w:rPr>
          <w:rFonts w:ascii="Georgia" w:hAnsi="Georgia"/>
          <w:sz w:val="23"/>
        </w:rPr>
        <w:t>That matched what Noah had seen.</w:t>
      </w:r>
    </w:p>
    <w:p>
      <w:pPr>
        <w:spacing w:after="80"/>
      </w:pPr>
      <w:r>
        <w:rPr>
          <w:rFonts w:ascii="Georgia" w:hAnsi="Georgia"/>
          <w:sz w:val="23"/>
        </w:rPr>
        <w:t>Exactly enough to bother him.</w:t>
      </w:r>
    </w:p>
    <w:p>
      <w:pPr>
        <w:spacing w:after="80"/>
      </w:pPr>
      <w:r>
        <w:rPr>
          <w:rFonts w:ascii="Georgia" w:hAnsi="Georgia"/>
          <w:sz w:val="23"/>
        </w:rPr>
        <w:t>Not enough to convict.</w:t>
      </w:r>
    </w:p>
    <w:p>
      <w:pPr>
        <w:spacing w:after="80"/>
      </w:pPr>
      <w:r>
        <w:rPr>
          <w:rFonts w:ascii="Georgia" w:hAnsi="Georgia"/>
          <w:sz w:val="23"/>
        </w:rPr>
        <w:t>Before he could answer, Devin jogged over with his phone in one hand.</w:t>
      </w:r>
    </w:p>
    <w:p>
      <w:pPr>
        <w:spacing w:after="80"/>
      </w:pPr>
      <w:r>
        <w:rPr>
          <w:rFonts w:ascii="Georgia" w:hAnsi="Georgia"/>
          <w:sz w:val="23"/>
        </w:rPr>
        <w:t>“You guys need to see this.”</w:t>
      </w:r>
    </w:p>
    <w:p>
      <w:pPr>
        <w:spacing w:after="80"/>
      </w:pPr>
      <w:r>
        <w:rPr>
          <w:rFonts w:ascii="Georgia" w:hAnsi="Georgia"/>
          <w:sz w:val="23"/>
        </w:rPr>
        <w:t>He held the screen out.</w:t>
      </w:r>
    </w:p>
    <w:p>
      <w:pPr>
        <w:spacing w:after="80"/>
      </w:pPr>
      <w:r>
        <w:rPr>
          <w:rFonts w:ascii="Georgia" w:hAnsi="Georgia"/>
          <w:sz w:val="23"/>
        </w:rPr>
        <w:t>It was a photo.</w:t>
      </w:r>
    </w:p>
    <w:p>
      <w:pPr>
        <w:spacing w:after="80"/>
      </w:pPr>
      <w:r>
        <w:rPr>
          <w:rFonts w:ascii="Georgia" w:hAnsi="Georgia"/>
          <w:sz w:val="23"/>
        </w:rPr>
        <w:t>Blurry. Zoomed. Taken from the far side of the field at Saturday’s game, probably from some parent post or random sideline picture nobody had thought twice about.</w:t>
      </w:r>
    </w:p>
    <w:p>
      <w:pPr>
        <w:spacing w:after="80"/>
      </w:pPr>
      <w:r>
        <w:rPr>
          <w:rFonts w:ascii="Georgia" w:hAnsi="Georgia"/>
          <w:sz w:val="23"/>
        </w:rPr>
        <w:t>Noah leaned in.</w:t>
      </w:r>
    </w:p>
    <w:p>
      <w:pPr>
        <w:spacing w:after="80"/>
      </w:pPr>
      <w:r>
        <w:rPr>
          <w:rFonts w:ascii="Georgia" w:hAnsi="Georgia"/>
          <w:sz w:val="23"/>
        </w:rPr>
        <w:t>At first all he saw was the bench area. Rope line. Folding chairs. The usual clutter of game-day sidelines.</w:t>
      </w:r>
    </w:p>
    <w:p>
      <w:pPr>
        <w:spacing w:after="80"/>
      </w:pPr>
      <w:r>
        <w:rPr>
          <w:rFonts w:ascii="Georgia" w:hAnsi="Georgia"/>
          <w:sz w:val="23"/>
        </w:rPr>
        <w:t>Then his eyes found the background.</w:t>
      </w:r>
    </w:p>
    <w:p>
      <w:pPr>
        <w:spacing w:after="80"/>
      </w:pPr>
      <w:r>
        <w:rPr>
          <w:rFonts w:ascii="Georgia" w:hAnsi="Georgia"/>
          <w:sz w:val="23"/>
        </w:rPr>
        <w:t>A figure in a gray hoodie, half-turned away from the camera.</w:t>
      </w:r>
    </w:p>
    <w:p>
      <w:pPr>
        <w:spacing w:after="80"/>
      </w:pPr>
      <w:r>
        <w:rPr>
          <w:rFonts w:ascii="Georgia" w:hAnsi="Georgia"/>
          <w:sz w:val="23"/>
        </w:rPr>
        <w:t>The face wasn’t clear.</w:t>
      </w:r>
    </w:p>
    <w:p>
      <w:pPr>
        <w:spacing w:after="80"/>
      </w:pPr>
      <w:r>
        <w:rPr>
          <w:rFonts w:ascii="Georgia" w:hAnsi="Georgia"/>
          <w:sz w:val="23"/>
        </w:rPr>
        <w:t>But the person standing next to him was.</w:t>
      </w:r>
    </w:p>
    <w:p>
      <w:pPr>
        <w:spacing w:after="80"/>
      </w:pPr>
      <w:r>
        <w:rPr>
          <w:rFonts w:ascii="Georgia" w:hAnsi="Georgia"/>
          <w:sz w:val="23"/>
        </w:rPr>
        <w:t>Rico.</w:t>
      </w:r>
    </w:p>
    <w:p>
      <w:pPr>
        <w:spacing w:after="80"/>
      </w:pPr>
      <w:r>
        <w:rPr>
          <w:rFonts w:ascii="Georgia" w:hAnsi="Georgia"/>
          <w:sz w:val="23"/>
        </w:rPr>
        <w:t>Noah grabbed the phone.</w:t>
      </w:r>
    </w:p>
    <w:p>
      <w:pPr>
        <w:spacing w:after="80"/>
      </w:pPr>
      <w:r>
        <w:rPr>
          <w:rFonts w:ascii="Georgia" w:hAnsi="Georgia"/>
          <w:sz w:val="23"/>
        </w:rPr>
        <w:t>The picture blurred for a second because his hand moved too fast.</w:t>
      </w:r>
    </w:p>
    <w:p>
      <w:pPr>
        <w:spacing w:after="80"/>
      </w:pPr>
      <w:r>
        <w:rPr>
          <w:rFonts w:ascii="Georgia" w:hAnsi="Georgia"/>
          <w:sz w:val="23"/>
        </w:rPr>
        <w:t>Then it sharpened again.</w:t>
      </w:r>
    </w:p>
    <w:p>
      <w:pPr>
        <w:spacing w:after="80"/>
      </w:pPr>
      <w:r>
        <w:rPr>
          <w:rFonts w:ascii="Georgia" w:hAnsi="Georgia"/>
          <w:sz w:val="23"/>
        </w:rPr>
        <w:t>Gray hoodie.</w:t>
      </w:r>
    </w:p>
    <w:p>
      <w:pPr>
        <w:spacing w:after="80"/>
      </w:pPr>
      <w:r>
        <w:rPr>
          <w:rFonts w:ascii="Georgia" w:hAnsi="Georgia"/>
          <w:sz w:val="23"/>
        </w:rPr>
        <w:t>Rico.</w:t>
      </w:r>
    </w:p>
    <w:p>
      <w:pPr>
        <w:spacing w:after="80"/>
      </w:pPr>
      <w:r>
        <w:rPr>
          <w:rFonts w:ascii="Georgia" w:hAnsi="Georgia"/>
          <w:sz w:val="23"/>
        </w:rPr>
        <w:t>Same frame. Same sideline.</w:t>
      </w:r>
    </w:p>
    <w:p>
      <w:pPr>
        <w:spacing w:after="80"/>
      </w:pPr>
      <w:r>
        <w:rPr>
          <w:rFonts w:ascii="Georgia" w:hAnsi="Georgia"/>
          <w:sz w:val="23"/>
        </w:rPr>
        <w:t>Noah’s stomach dropped.</w:t>
      </w:r>
    </w:p>
    <w:p>
      <w:pPr>
        <w:spacing w:after="80"/>
      </w:pPr>
      <w:r>
        <w:rPr>
          <w:rFonts w:ascii="Georgia" w:hAnsi="Georgia"/>
          <w:sz w:val="23"/>
        </w:rPr>
        <w:t>Behind him, Vee went very still.</w:t>
      </w:r>
    </w:p>
    <w:p>
      <w:pPr>
        <w:spacing w:after="80"/>
      </w:pPr>
      <w:r>
        <w:rPr>
          <w:rFonts w:ascii="Georgia" w:hAnsi="Georgia"/>
          <w:sz w:val="23"/>
        </w:rPr>
        <w:t>Devin didn’t say anything.</w:t>
      </w:r>
    </w:p>
    <w:p>
      <w:pPr>
        <w:spacing w:after="80"/>
      </w:pPr>
      <w:r>
        <w:rPr>
          <w:rFonts w:ascii="Georgia" w:hAnsi="Georgia"/>
          <w:sz w:val="23"/>
        </w:rPr>
        <w:t>He didn’t have to.</w:t>
      </w:r>
    </w:p>
    <w:p>
      <w:pPr>
        <w:spacing w:after="80"/>
      </w:pPr>
      <w:r>
        <w:rPr>
          <w:rFonts w:ascii="Georgia" w:hAnsi="Georgia"/>
          <w:sz w:val="23"/>
        </w:rPr>
        <w:t>Then the phone buzzed in Noah’s hand.</w:t>
      </w:r>
    </w:p>
    <w:p>
      <w:pPr>
        <w:spacing w:after="80"/>
      </w:pPr>
      <w:r>
        <w:rPr>
          <w:rFonts w:ascii="Georgia" w:hAnsi="Georgia"/>
          <w:sz w:val="23"/>
        </w:rPr>
        <w:t>A new message.</w:t>
      </w:r>
    </w:p>
    <w:p>
      <w:pPr>
        <w:spacing w:after="80"/>
      </w:pPr>
      <w:r>
        <w:rPr>
          <w:rFonts w:ascii="Georgia" w:hAnsi="Georgia"/>
          <w:sz w:val="23"/>
        </w:rPr>
        <w:t>Unknown number.</w:t>
      </w:r>
    </w:p>
    <w:p>
      <w:pPr>
        <w:spacing w:after="80"/>
      </w:pPr>
      <w:r>
        <w:rPr>
          <w:rFonts w:ascii="Georgia" w:hAnsi="Georgia"/>
          <w:sz w:val="23"/>
        </w:rPr>
        <w:t>Noah stared at the screen.</w:t>
      </w:r>
    </w:p>
    <w:p>
      <w:pPr>
        <w:spacing w:after="80"/>
      </w:pPr>
      <w:r>
        <w:rPr>
          <w:rFonts w:ascii="Georgia" w:hAnsi="Georgia"/>
          <w:sz w:val="23"/>
        </w:rPr>
        <w:t>And for the first time since this started, he didn’t want to open it.</w:t>
      </w:r>
    </w:p>
    <w:p>
      <w:r>
        <w:br w:type="page"/>
      </w:r>
    </w:p>
    <w:p>
      <w:pPr>
        <w:spacing w:after="40"/>
        <w:jc w:val="center"/>
      </w:pPr>
      <w:r>
        <w:rPr>
          <w:rFonts w:ascii="Georgia" w:hAnsi="Georgia"/>
          <w:b/>
          <w:i w:val="0"/>
          <w:sz w:val="28"/>
        </w:rPr>
        <w:t>Chapter 7</w:t>
      </w:r>
    </w:p>
    <w:p>
      <w:pPr>
        <w:spacing w:after="200"/>
        <w:jc w:val="center"/>
      </w:pPr>
      <w:r>
        <w:rPr>
          <w:rFonts w:ascii="Georgia" w:hAnsi="Georgia"/>
          <w:b w:val="0"/>
          <w:i/>
          <w:sz w:val="24"/>
        </w:rPr>
        <w:t>Blame Routes</w:t>
      </w:r>
    </w:p>
    <w:p>
      <w:pPr>
        <w:spacing w:after="80"/>
      </w:pPr>
      <w:r>
        <w:rPr>
          <w:rFonts w:ascii="Georgia" w:hAnsi="Georgia"/>
          <w:sz w:val="23"/>
        </w:rPr>
        <w:t>Noah kept staring at the screen.</w:t>
      </w:r>
    </w:p>
    <w:p>
      <w:pPr>
        <w:spacing w:after="80"/>
      </w:pPr>
      <w:r>
        <w:rPr>
          <w:rFonts w:ascii="Georgia" w:hAnsi="Georgia"/>
          <w:sz w:val="23"/>
        </w:rPr>
        <w:t>Unknown number.</w:t>
      </w:r>
    </w:p>
    <w:p>
      <w:pPr>
        <w:spacing w:after="80"/>
      </w:pPr>
      <w:r>
        <w:rPr>
          <w:rFonts w:ascii="Georgia" w:hAnsi="Georgia"/>
          <w:sz w:val="23"/>
        </w:rPr>
        <w:t>No name. No saved contact. Just a gray bubble waiting to become something worse.</w:t>
      </w:r>
    </w:p>
    <w:p>
      <w:pPr>
        <w:spacing w:after="80"/>
      </w:pPr>
      <w:r>
        <w:rPr>
          <w:rFonts w:ascii="Georgia" w:hAnsi="Georgia"/>
          <w:sz w:val="23"/>
        </w:rPr>
        <w:t>“Open it,” Vee said.</w:t>
      </w:r>
    </w:p>
    <w:p>
      <w:pPr>
        <w:spacing w:after="80"/>
      </w:pPr>
      <w:r>
        <w:rPr>
          <w:rFonts w:ascii="Georgia" w:hAnsi="Georgia"/>
          <w:sz w:val="23"/>
        </w:rPr>
        <w:t>“That’s easy for you to say,” Noah muttered.</w:t>
      </w:r>
    </w:p>
    <w:p>
      <w:pPr>
        <w:spacing w:after="80"/>
      </w:pPr>
      <w:r>
        <w:rPr>
          <w:rFonts w:ascii="Georgia" w:hAnsi="Georgia"/>
          <w:sz w:val="23"/>
        </w:rPr>
        <w:t>Devin took a half step closer. “If it’s stupid, we’ll know. If it’s not stupid, we still need to know.”</w:t>
      </w:r>
    </w:p>
    <w:p>
      <w:pPr>
        <w:spacing w:after="80"/>
      </w:pPr>
      <w:r>
        <w:rPr>
          <w:rFonts w:ascii="Georgia" w:hAnsi="Georgia"/>
          <w:sz w:val="23"/>
        </w:rPr>
        <w:t>Noah swallowed and tapped the message.</w:t>
      </w:r>
    </w:p>
    <w:p>
      <w:pPr>
        <w:spacing w:after="80"/>
      </w:pPr>
      <w:r>
        <w:rPr>
          <w:rFonts w:ascii="Georgia" w:hAnsi="Georgia"/>
          <w:sz w:val="23"/>
        </w:rPr>
        <w:t>The screen opened.</w:t>
      </w:r>
    </w:p>
    <w:p>
      <w:pPr>
        <w:spacing w:after="80"/>
      </w:pPr>
      <w:r>
        <w:rPr>
          <w:rFonts w:ascii="Georgia" w:hAnsi="Georgia"/>
          <w:sz w:val="23"/>
        </w:rPr>
        <w:t>One line.</w:t>
      </w:r>
    </w:p>
    <w:p>
      <w:pPr>
        <w:spacing w:after="80"/>
      </w:pPr>
      <w:r>
        <w:rPr>
          <w:rFonts w:ascii="Georgia" w:hAnsi="Georgia"/>
          <w:sz w:val="23"/>
        </w:rPr>
        <w:t>Tell your dad to stop changing things.</w:t>
      </w:r>
    </w:p>
    <w:p>
      <w:pPr>
        <w:spacing w:after="80"/>
      </w:pPr>
      <w:r>
        <w:rPr>
          <w:rFonts w:ascii="Georgia" w:hAnsi="Georgia"/>
          <w:sz w:val="23"/>
        </w:rPr>
        <w:t>That was it.</w:t>
      </w:r>
    </w:p>
    <w:p>
      <w:pPr>
        <w:spacing w:after="80"/>
      </w:pPr>
      <w:r>
        <w:rPr>
          <w:rFonts w:ascii="Georgia" w:hAnsi="Georgia"/>
          <w:sz w:val="23"/>
        </w:rPr>
        <w:t>No threat. No emoji. No follow-up.</w:t>
      </w:r>
    </w:p>
    <w:p>
      <w:pPr>
        <w:spacing w:after="80"/>
      </w:pPr>
      <w:r>
        <w:rPr>
          <w:rFonts w:ascii="Georgia" w:hAnsi="Georgia"/>
          <w:sz w:val="23"/>
        </w:rPr>
        <w:t>Just one sentence that made the whole field seem to tilt sideways.</w:t>
      </w:r>
    </w:p>
    <w:p>
      <w:pPr>
        <w:spacing w:after="80"/>
      </w:pPr>
      <w:r>
        <w:rPr>
          <w:rFonts w:ascii="Georgia" w:hAnsi="Georgia"/>
          <w:sz w:val="23"/>
        </w:rPr>
        <w:t>Devin read it over Noah’s shoulder. “Okay.”</w:t>
      </w:r>
    </w:p>
    <w:p>
      <w:pPr>
        <w:spacing w:after="80"/>
      </w:pPr>
      <w:r>
        <w:rPr>
          <w:rFonts w:ascii="Georgia" w:hAnsi="Georgia"/>
          <w:sz w:val="23"/>
        </w:rPr>
        <w:t>Vee said, “That’s not a random prank.”</w:t>
      </w:r>
    </w:p>
    <w:p>
      <w:pPr>
        <w:spacing w:after="80"/>
      </w:pPr>
      <w:r>
        <w:rPr>
          <w:rFonts w:ascii="Georgia" w:hAnsi="Georgia"/>
          <w:sz w:val="23"/>
        </w:rPr>
        <w:t>Noah looked up too fast. “You think?”</w:t>
      </w:r>
    </w:p>
    <w:p>
      <w:pPr>
        <w:spacing w:after="80"/>
      </w:pPr>
      <w:r>
        <w:rPr>
          <w:rFonts w:ascii="Georgia" w:hAnsi="Georgia"/>
          <w:sz w:val="23"/>
        </w:rPr>
        <w:t>“I think whoever sent it knows enough to be annoyed.”</w:t>
      </w:r>
    </w:p>
    <w:p>
      <w:pPr>
        <w:spacing w:after="80"/>
      </w:pPr>
      <w:r>
        <w:rPr>
          <w:rFonts w:ascii="Georgia" w:hAnsi="Georgia"/>
          <w:sz w:val="23"/>
        </w:rPr>
        <w:t>That was the worst part. Not that it sounded scary. That it sounded irritated. Casual. Like someone had expected Prime 8 to keep doing what it had been doing and got mad when it didn’t.</w:t>
      </w:r>
    </w:p>
    <w:p>
      <w:pPr>
        <w:spacing w:after="80"/>
      </w:pPr>
      <w:r>
        <w:rPr>
          <w:rFonts w:ascii="Georgia" w:hAnsi="Georgia"/>
          <w:sz w:val="23"/>
        </w:rPr>
        <w:t>Noah read the line again.</w:t>
      </w:r>
    </w:p>
    <w:p>
      <w:pPr>
        <w:spacing w:after="80"/>
      </w:pPr>
      <w:r>
        <w:rPr>
          <w:rFonts w:ascii="Georgia" w:hAnsi="Georgia"/>
          <w:sz w:val="23"/>
        </w:rPr>
        <w:t>Tell your dad to stop changing things.</w:t>
      </w:r>
    </w:p>
    <w:p>
      <w:pPr>
        <w:spacing w:after="80"/>
      </w:pPr>
      <w:r>
        <w:rPr>
          <w:rFonts w:ascii="Georgia" w:hAnsi="Georgia"/>
          <w:sz w:val="23"/>
        </w:rPr>
        <w:t>Not Coach Law. Not Coach.</w:t>
      </w:r>
    </w:p>
    <w:p>
      <w:pPr>
        <w:spacing w:after="80"/>
      </w:pPr>
      <w:r>
        <w:rPr>
          <w:rFonts w:ascii="Georgia" w:hAnsi="Georgia"/>
          <w:sz w:val="23"/>
        </w:rPr>
        <w:t>Your dad.</w:t>
      </w:r>
    </w:p>
    <w:p>
      <w:pPr>
        <w:spacing w:after="80"/>
      </w:pPr>
      <w:r>
        <w:rPr>
          <w:rFonts w:ascii="Georgia" w:hAnsi="Georgia"/>
          <w:sz w:val="23"/>
        </w:rPr>
        <w:t>Whoever sent it knew.</w:t>
      </w:r>
    </w:p>
    <w:p>
      <w:pPr>
        <w:spacing w:after="80"/>
      </w:pPr>
      <w:r>
        <w:rPr>
          <w:rFonts w:ascii="Georgia" w:hAnsi="Georgia"/>
          <w:sz w:val="23"/>
        </w:rPr>
        <w:t>His thumb hovered over the screen.</w:t>
      </w:r>
    </w:p>
    <w:p>
      <w:pPr>
        <w:spacing w:after="80"/>
      </w:pPr>
      <w:r>
        <w:rPr>
          <w:rFonts w:ascii="Georgia" w:hAnsi="Georgia"/>
          <w:sz w:val="23"/>
        </w:rPr>
        <w:t>“Don’t answer,” Devin said immediately.</w:t>
      </w:r>
    </w:p>
    <w:p>
      <w:pPr>
        <w:spacing w:after="80"/>
      </w:pPr>
      <w:r>
        <w:rPr>
          <w:rFonts w:ascii="Georgia" w:hAnsi="Georgia"/>
          <w:sz w:val="23"/>
        </w:rPr>
        <w:t>“I wasn’t going to.”</w:t>
      </w:r>
    </w:p>
    <w:p>
      <w:pPr>
        <w:spacing w:after="80"/>
      </w:pPr>
      <w:r>
        <w:rPr>
          <w:rFonts w:ascii="Georgia" w:hAnsi="Georgia"/>
          <w:sz w:val="23"/>
        </w:rPr>
        <w:t>“You were thinking about it.”</w:t>
      </w:r>
    </w:p>
    <w:p>
      <w:pPr>
        <w:spacing w:after="80"/>
      </w:pPr>
      <w:r>
        <w:rPr>
          <w:rFonts w:ascii="Georgia" w:hAnsi="Georgia"/>
          <w:sz w:val="23"/>
        </w:rPr>
        <w:t>Noah locked the phone and handed it back. “Now I’m definitely not.”</w:t>
      </w:r>
    </w:p>
    <w:p>
      <w:pPr>
        <w:spacing w:after="80"/>
      </w:pPr>
      <w:r>
        <w:rPr>
          <w:rFonts w:ascii="Georgia" w:hAnsi="Georgia"/>
          <w:sz w:val="23"/>
        </w:rPr>
        <w:t>Devin shoved the phone into his hoodie pocket. “We take this to Coach.”</w:t>
      </w:r>
    </w:p>
    <w:p>
      <w:pPr>
        <w:spacing w:after="80"/>
      </w:pPr>
      <w:r>
        <w:rPr>
          <w:rFonts w:ascii="Georgia" w:hAnsi="Georgia"/>
          <w:sz w:val="23"/>
        </w:rPr>
        <w:t>That should have been obvious.</w:t>
      </w:r>
    </w:p>
    <w:p>
      <w:pPr>
        <w:spacing w:after="80"/>
      </w:pPr>
      <w:r>
        <w:rPr>
          <w:rFonts w:ascii="Georgia" w:hAnsi="Georgia"/>
          <w:sz w:val="23"/>
        </w:rPr>
        <w:t>And yet Noah hesitated.</w:t>
      </w:r>
    </w:p>
    <w:p>
      <w:pPr>
        <w:spacing w:after="80"/>
      </w:pPr>
      <w:r>
        <w:rPr>
          <w:rFonts w:ascii="Georgia" w:hAnsi="Georgia"/>
          <w:sz w:val="23"/>
        </w:rPr>
        <w:t>Because now it was real in a different way.</w:t>
      </w:r>
    </w:p>
    <w:p>
      <w:pPr>
        <w:spacing w:after="80"/>
      </w:pPr>
      <w:r>
        <w:rPr>
          <w:rFonts w:ascii="Georgia" w:hAnsi="Georgia"/>
          <w:sz w:val="23"/>
        </w:rPr>
        <w:t>Not just weird reps. Not just sideline signals. Not just paper found near a parking lot. Someone had a phone number. Someone was watching enough to notice changes. Someone knew who his dad was in relation to him.</w:t>
      </w:r>
    </w:p>
    <w:p>
      <w:pPr>
        <w:spacing w:after="80"/>
      </w:pPr>
      <w:r>
        <w:rPr>
          <w:rFonts w:ascii="Georgia" w:hAnsi="Georgia"/>
          <w:sz w:val="23"/>
        </w:rPr>
        <w:t>Coach Law was still by the middle of the field, talking to an assistant and stacking cones into a mesh bag. From here he looked exactly the same as always. Calm. Straight-backed. In control.</w:t>
      </w:r>
    </w:p>
    <w:p>
      <w:pPr>
        <w:spacing w:after="80"/>
      </w:pPr>
      <w:r>
        <w:rPr>
          <w:rFonts w:ascii="Georgia" w:hAnsi="Georgia"/>
          <w:sz w:val="23"/>
        </w:rPr>
        <w:t>Noah hated how much he wanted that control handed to him now.</w:t>
      </w:r>
    </w:p>
    <w:p>
      <w:pPr>
        <w:spacing w:after="80"/>
      </w:pPr>
      <w:r>
        <w:rPr>
          <w:rFonts w:ascii="Georgia" w:hAnsi="Georgia"/>
          <w:sz w:val="23"/>
        </w:rPr>
        <w:t>“Let’s go,” Devin said.</w:t>
      </w:r>
    </w:p>
    <w:p>
      <w:pPr>
        <w:spacing w:after="80"/>
      </w:pPr>
      <w:r>
        <w:rPr>
          <w:rFonts w:ascii="Georgia" w:hAnsi="Georgia"/>
          <w:sz w:val="23"/>
        </w:rPr>
        <w:t>They crossed the field together—Noah, Devin, Vee a step behind, close enough to hear but not close enough to be grouped. Noah noticed Micah watching them from the bench, helmet dangling by the facemask, like he wanted to follow and knew he probably shouldn’t.</w:t>
      </w:r>
    </w:p>
    <w:p>
      <w:pPr>
        <w:spacing w:after="80"/>
      </w:pPr>
      <w:r>
        <w:rPr>
          <w:rFonts w:ascii="Georgia" w:hAnsi="Georgia"/>
          <w:sz w:val="23"/>
        </w:rPr>
        <w:t>Coach Law looked up when they got close.</w:t>
      </w:r>
    </w:p>
    <w:p>
      <w:pPr>
        <w:spacing w:after="80"/>
      </w:pPr>
      <w:r>
        <w:rPr>
          <w:rFonts w:ascii="Georgia" w:hAnsi="Georgia"/>
          <w:sz w:val="23"/>
        </w:rPr>
        <w:t>“What?”</w:t>
      </w:r>
    </w:p>
    <w:p>
      <w:pPr>
        <w:spacing w:after="80"/>
      </w:pPr>
      <w:r>
        <w:rPr>
          <w:rFonts w:ascii="Georgia" w:hAnsi="Georgia"/>
          <w:sz w:val="23"/>
        </w:rPr>
        <w:t>Devin pulled out the phone and handed it over. “This.”</w:t>
      </w:r>
    </w:p>
    <w:p>
      <w:pPr>
        <w:spacing w:after="80"/>
      </w:pPr>
      <w:r>
        <w:rPr>
          <w:rFonts w:ascii="Georgia" w:hAnsi="Georgia"/>
          <w:sz w:val="23"/>
        </w:rPr>
        <w:t>Coach Law read the message once.</w:t>
      </w:r>
    </w:p>
    <w:p>
      <w:pPr>
        <w:spacing w:after="80"/>
      </w:pPr>
      <w:r>
        <w:rPr>
          <w:rFonts w:ascii="Georgia" w:hAnsi="Georgia"/>
          <w:sz w:val="23"/>
        </w:rPr>
        <w:t>His expression didn’t change.</w:t>
      </w:r>
    </w:p>
    <w:p>
      <w:pPr>
        <w:spacing w:after="80"/>
      </w:pPr>
      <w:r>
        <w:rPr>
          <w:rFonts w:ascii="Georgia" w:hAnsi="Georgia"/>
          <w:sz w:val="23"/>
        </w:rPr>
        <w:t>But he read it a second time.</w:t>
      </w:r>
    </w:p>
    <w:p>
      <w:pPr>
        <w:spacing w:after="80"/>
      </w:pPr>
      <w:r>
        <w:rPr>
          <w:rFonts w:ascii="Georgia" w:hAnsi="Georgia"/>
          <w:sz w:val="23"/>
        </w:rPr>
        <w:t>That was enough.</w:t>
      </w:r>
    </w:p>
    <w:p>
      <w:pPr>
        <w:spacing w:after="80"/>
      </w:pPr>
      <w:r>
        <w:rPr>
          <w:rFonts w:ascii="Georgia" w:hAnsi="Georgia"/>
          <w:sz w:val="23"/>
        </w:rPr>
        <w:t>“Who else saw it?” he asked.</w:t>
      </w:r>
    </w:p>
    <w:p>
      <w:pPr>
        <w:spacing w:after="80"/>
      </w:pPr>
      <w:r>
        <w:rPr>
          <w:rFonts w:ascii="Georgia" w:hAnsi="Georgia"/>
          <w:sz w:val="23"/>
        </w:rPr>
        <w:t>“Us,” Noah said. “And Micah saw the picture before that.”</w:t>
      </w:r>
    </w:p>
    <w:p>
      <w:pPr>
        <w:spacing w:after="80"/>
      </w:pPr>
      <w:r>
        <w:rPr>
          <w:rFonts w:ascii="Georgia" w:hAnsi="Georgia"/>
          <w:sz w:val="23"/>
        </w:rPr>
        <w:t>Coach Law nodded once, then looked toward the parking lot and the fence line beyond it, like the answer might still be standing somewhere obvious if he looked hard enough.</w:t>
      </w:r>
    </w:p>
    <w:p>
      <w:pPr>
        <w:spacing w:after="80"/>
      </w:pPr>
      <w:r>
        <w:rPr>
          <w:rFonts w:ascii="Georgia" w:hAnsi="Georgia"/>
          <w:sz w:val="23"/>
        </w:rPr>
        <w:t>“Did you answer?”</w:t>
      </w:r>
    </w:p>
    <w:p>
      <w:pPr>
        <w:spacing w:after="80"/>
      </w:pPr>
      <w:r>
        <w:rPr>
          <w:rFonts w:ascii="Georgia" w:hAnsi="Georgia"/>
          <w:sz w:val="23"/>
        </w:rPr>
        <w:t>“No.”</w:t>
      </w:r>
    </w:p>
    <w:p>
      <w:pPr>
        <w:spacing w:after="80"/>
      </w:pPr>
      <w:r>
        <w:rPr>
          <w:rFonts w:ascii="Georgia" w:hAnsi="Georgia"/>
          <w:sz w:val="23"/>
        </w:rPr>
        <w:t>“Good.”</w:t>
      </w:r>
    </w:p>
    <w:p>
      <w:pPr>
        <w:spacing w:after="80"/>
      </w:pPr>
      <w:r>
        <w:rPr>
          <w:rFonts w:ascii="Georgia" w:hAnsi="Georgia"/>
          <w:sz w:val="23"/>
        </w:rPr>
        <w:t>He handed the phone back to Devin. “Delete nothing. Screenshot everything. Send it to me.”</w:t>
      </w:r>
    </w:p>
    <w:p>
      <w:pPr>
        <w:spacing w:after="80"/>
      </w:pPr>
      <w:r>
        <w:rPr>
          <w:rFonts w:ascii="Georgia" w:hAnsi="Georgia"/>
          <w:sz w:val="23"/>
        </w:rPr>
        <w:t>Noah stared. “That’s it?”</w:t>
      </w:r>
    </w:p>
    <w:p>
      <w:pPr>
        <w:spacing w:after="80"/>
      </w:pPr>
      <w:r>
        <w:rPr>
          <w:rFonts w:ascii="Georgia" w:hAnsi="Georgia"/>
          <w:sz w:val="23"/>
        </w:rPr>
        <w:t>Coach Law’s eyes snapped to his. “That’s not it.”</w:t>
      </w:r>
    </w:p>
    <w:p>
      <w:pPr>
        <w:spacing w:after="80"/>
      </w:pPr>
      <w:r>
        <w:rPr>
          <w:rFonts w:ascii="Georgia" w:hAnsi="Georgia"/>
          <w:sz w:val="23"/>
        </w:rPr>
        <w:t>“Then what?”</w:t>
      </w:r>
    </w:p>
    <w:p>
      <w:pPr>
        <w:spacing w:after="80"/>
      </w:pPr>
      <w:r>
        <w:rPr>
          <w:rFonts w:ascii="Georgia" w:hAnsi="Georgia"/>
          <w:sz w:val="23"/>
        </w:rPr>
        <w:t>His dad took a breath through his nose. “Then I handle it.”</w:t>
      </w:r>
    </w:p>
    <w:p>
      <w:pPr>
        <w:spacing w:after="80"/>
      </w:pPr>
      <w:r>
        <w:rPr>
          <w:rFonts w:ascii="Georgia" w:hAnsi="Georgia"/>
          <w:sz w:val="23"/>
        </w:rPr>
        <w:t>Noah laughed once, short and sharp. “You keep saying that.”</w:t>
      </w:r>
    </w:p>
    <w:p>
      <w:pPr>
        <w:spacing w:after="80"/>
      </w:pPr>
      <w:r>
        <w:rPr>
          <w:rFonts w:ascii="Georgia" w:hAnsi="Georgia"/>
          <w:sz w:val="23"/>
        </w:rPr>
        <w:t>“And you keep acting like impatience is the same thing as information.”</w:t>
      </w:r>
    </w:p>
    <w:p>
      <w:pPr>
        <w:spacing w:after="80"/>
      </w:pPr>
      <w:r>
        <w:rPr>
          <w:rFonts w:ascii="Georgia" w:hAnsi="Georgia"/>
          <w:sz w:val="23"/>
        </w:rPr>
        <w:t>Vee folded her arms. “It’s more information than we had yesterday.”</w:t>
      </w:r>
    </w:p>
    <w:p>
      <w:pPr>
        <w:spacing w:after="80"/>
      </w:pPr>
      <w:r>
        <w:rPr>
          <w:rFonts w:ascii="Georgia" w:hAnsi="Georgia"/>
          <w:sz w:val="23"/>
        </w:rPr>
        <w:t>Coach Law looked at her. “You’re still here?”</w:t>
      </w:r>
    </w:p>
    <w:p>
      <w:pPr>
        <w:spacing w:after="80"/>
      </w:pPr>
      <w:r>
        <w:rPr>
          <w:rFonts w:ascii="Georgia" w:hAnsi="Georgia"/>
          <w:sz w:val="23"/>
        </w:rPr>
        <w:t>“That answer sounds like yes.”</w:t>
      </w:r>
    </w:p>
    <w:p>
      <w:pPr>
        <w:spacing w:after="80"/>
      </w:pPr>
      <w:r>
        <w:rPr>
          <w:rFonts w:ascii="Georgia" w:hAnsi="Georgia"/>
          <w:sz w:val="23"/>
        </w:rPr>
        <w:t>Devin stepped in before it got weird. “Coach, the picture matters too.”</w:t>
      </w:r>
    </w:p>
    <w:p>
      <w:pPr>
        <w:spacing w:after="80"/>
      </w:pPr>
      <w:r>
        <w:rPr>
          <w:rFonts w:ascii="Georgia" w:hAnsi="Georgia"/>
          <w:sz w:val="23"/>
        </w:rPr>
        <w:t>He held up the phone again and showed him the blurry zoom shot. Coach Law studied it longer than Noah expected.</w:t>
      </w:r>
    </w:p>
    <w:p>
      <w:pPr>
        <w:spacing w:after="80"/>
      </w:pPr>
      <w:r>
        <w:rPr>
          <w:rFonts w:ascii="Georgia" w:hAnsi="Georgia"/>
          <w:sz w:val="23"/>
        </w:rPr>
        <w:t>“Can you tell if Rico’s talking to him?” Devin asked.</w:t>
      </w:r>
    </w:p>
    <w:p>
      <w:pPr>
        <w:spacing w:after="80"/>
      </w:pPr>
      <w:r>
        <w:rPr>
          <w:rFonts w:ascii="Georgia" w:hAnsi="Georgia"/>
          <w:sz w:val="23"/>
        </w:rPr>
        <w:t>“No,” Coach Law said.</w:t>
      </w:r>
    </w:p>
    <w:p>
      <w:pPr>
        <w:spacing w:after="80"/>
      </w:pPr>
      <w:r>
        <w:rPr>
          <w:rFonts w:ascii="Georgia" w:hAnsi="Georgia"/>
          <w:sz w:val="23"/>
        </w:rPr>
        <w:t>“Can you tell if he knows him?” Noah asked.</w:t>
      </w:r>
    </w:p>
    <w:p>
      <w:pPr>
        <w:spacing w:after="80"/>
      </w:pPr>
      <w:r>
        <w:rPr>
          <w:rFonts w:ascii="Georgia" w:hAnsi="Georgia"/>
          <w:sz w:val="23"/>
        </w:rPr>
        <w:t>“No.”</w:t>
      </w:r>
    </w:p>
    <w:p>
      <w:pPr>
        <w:spacing w:after="80"/>
      </w:pPr>
      <w:r>
        <w:rPr>
          <w:rFonts w:ascii="Georgia" w:hAnsi="Georgia"/>
          <w:sz w:val="23"/>
        </w:rPr>
        <w:t>Vee said, “But you can tell he’s there.”</w:t>
      </w:r>
    </w:p>
    <w:p>
      <w:pPr>
        <w:spacing w:after="80"/>
      </w:pPr>
      <w:r>
        <w:rPr>
          <w:rFonts w:ascii="Georgia" w:hAnsi="Georgia"/>
          <w:sz w:val="23"/>
        </w:rPr>
        <w:t>Coach Law handed the phone back. “Yes.”</w:t>
      </w:r>
    </w:p>
    <w:p>
      <w:pPr>
        <w:spacing w:after="80"/>
      </w:pPr>
      <w:r>
        <w:rPr>
          <w:rFonts w:ascii="Georgia" w:hAnsi="Georgia"/>
          <w:sz w:val="23"/>
        </w:rPr>
        <w:t>Noah stepped closer. “Then why are we still talking like this is all maybe?”</w:t>
      </w:r>
    </w:p>
    <w:p>
      <w:pPr>
        <w:spacing w:after="80"/>
      </w:pPr>
      <w:r>
        <w:rPr>
          <w:rFonts w:ascii="Georgia" w:hAnsi="Georgia"/>
          <w:sz w:val="23"/>
        </w:rPr>
        <w:t>His dad’s face flattened. “Because it is.”</w:t>
      </w:r>
    </w:p>
    <w:p>
      <w:pPr>
        <w:spacing w:after="80"/>
      </w:pPr>
      <w:r>
        <w:rPr>
          <w:rFonts w:ascii="Georgia" w:hAnsi="Georgia"/>
          <w:sz w:val="23"/>
        </w:rPr>
        <w:t>“The wristband was in Rico’s bag.”</w:t>
      </w:r>
    </w:p>
    <w:p>
      <w:pPr>
        <w:spacing w:after="80"/>
      </w:pPr>
      <w:r>
        <w:rPr>
          <w:rFonts w:ascii="Georgia" w:hAnsi="Georgia"/>
          <w:sz w:val="23"/>
        </w:rPr>
        <w:t>“That is one fact.”</w:t>
      </w:r>
    </w:p>
    <w:p>
      <w:pPr>
        <w:spacing w:after="80"/>
      </w:pPr>
      <w:r>
        <w:rPr>
          <w:rFonts w:ascii="Georgia" w:hAnsi="Georgia"/>
          <w:sz w:val="23"/>
        </w:rPr>
        <w:t>“The paper had our calls on it.”</w:t>
      </w:r>
    </w:p>
    <w:p>
      <w:pPr>
        <w:spacing w:after="80"/>
      </w:pPr>
      <w:r>
        <w:rPr>
          <w:rFonts w:ascii="Georgia" w:hAnsi="Georgia"/>
          <w:sz w:val="23"/>
        </w:rPr>
        <w:t>“That is another fact.”</w:t>
      </w:r>
    </w:p>
    <w:p>
      <w:pPr>
        <w:spacing w:after="80"/>
      </w:pPr>
      <w:r>
        <w:rPr>
          <w:rFonts w:ascii="Georgia" w:hAnsi="Georgia"/>
          <w:sz w:val="23"/>
        </w:rPr>
        <w:t>“The guy in the hoodie signaled at the game.”</w:t>
      </w:r>
    </w:p>
    <w:p>
      <w:pPr>
        <w:spacing w:after="80"/>
      </w:pPr>
      <w:r>
        <w:rPr>
          <w:rFonts w:ascii="Georgia" w:hAnsi="Georgia"/>
          <w:sz w:val="23"/>
        </w:rPr>
        <w:t>“We think he did.”</w:t>
      </w:r>
    </w:p>
    <w:p>
      <w:pPr>
        <w:spacing w:after="80"/>
      </w:pPr>
      <w:r>
        <w:rPr>
          <w:rFonts w:ascii="Georgia" w:hAnsi="Georgia"/>
          <w:sz w:val="23"/>
        </w:rPr>
        <w:t>“We saw him do it.”</w:t>
      </w:r>
    </w:p>
    <w:p>
      <w:pPr>
        <w:spacing w:after="80"/>
      </w:pPr>
      <w:r>
        <w:rPr>
          <w:rFonts w:ascii="Georgia" w:hAnsi="Georgia"/>
          <w:sz w:val="23"/>
        </w:rPr>
        <w:t>Coach Law’s voice stayed low, which somehow made Noah feel louder. “Noah.”</w:t>
      </w:r>
    </w:p>
    <w:p>
      <w:pPr>
        <w:spacing w:after="80"/>
      </w:pPr>
      <w:r>
        <w:rPr>
          <w:rFonts w:ascii="Georgia" w:hAnsi="Georgia"/>
          <w:sz w:val="23"/>
        </w:rPr>
        <w:t>“No, seriously. What else do you need? A signed confession?”</w:t>
      </w:r>
    </w:p>
    <w:p>
      <w:pPr>
        <w:spacing w:after="80"/>
      </w:pPr>
      <w:r>
        <w:rPr>
          <w:rFonts w:ascii="Georgia" w:hAnsi="Georgia"/>
          <w:sz w:val="23"/>
        </w:rPr>
        <w:t>For a second nobody moved.</w:t>
      </w:r>
    </w:p>
    <w:p>
      <w:pPr>
        <w:spacing w:after="80"/>
      </w:pPr>
      <w:r>
        <w:rPr>
          <w:rFonts w:ascii="Georgia" w:hAnsi="Georgia"/>
          <w:sz w:val="23"/>
        </w:rPr>
        <w:t>Not Devin. Not Vee. Not the assistant coach loading bags into the truck.</w:t>
      </w:r>
    </w:p>
    <w:p>
      <w:pPr>
        <w:spacing w:after="80"/>
      </w:pPr>
      <w:r>
        <w:rPr>
          <w:rFonts w:ascii="Georgia" w:hAnsi="Georgia"/>
          <w:sz w:val="23"/>
        </w:rPr>
        <w:t>Coach Law took one step closer. “What I need is for my quarterback not to start a fire because he likes the shape of smoke.”</w:t>
      </w:r>
    </w:p>
    <w:p>
      <w:pPr>
        <w:spacing w:after="80"/>
      </w:pPr>
      <w:r>
        <w:rPr>
          <w:rFonts w:ascii="Georgia" w:hAnsi="Georgia"/>
          <w:sz w:val="23"/>
        </w:rPr>
        <w:t>The line hit hard enough that Noah forgot to answer.</w:t>
      </w:r>
    </w:p>
    <w:p>
      <w:pPr>
        <w:spacing w:after="80"/>
      </w:pPr>
      <w:r>
        <w:rPr>
          <w:rFonts w:ascii="Georgia" w:hAnsi="Georgia"/>
          <w:sz w:val="23"/>
        </w:rPr>
        <w:t>Then Vee said quietly, “That was a pretty good line.”</w:t>
      </w:r>
    </w:p>
    <w:p>
      <w:pPr>
        <w:spacing w:after="80"/>
      </w:pPr>
      <w:r>
        <w:rPr>
          <w:rFonts w:ascii="Georgia" w:hAnsi="Georgia"/>
          <w:sz w:val="23"/>
        </w:rPr>
        <w:t>Noah didn’t laugh.</w:t>
      </w:r>
    </w:p>
    <w:p>
      <w:pPr>
        <w:spacing w:after="80"/>
      </w:pPr>
      <w:r>
        <w:rPr>
          <w:rFonts w:ascii="Georgia" w:hAnsi="Georgia"/>
          <w:sz w:val="23"/>
        </w:rPr>
        <w:t>Coach Law turned back to him. “You don’t accuse teammates without proof. You don’t turn suspicion into culture. And you definitely do not do it when the season’s one week old.”</w:t>
      </w:r>
    </w:p>
    <w:p>
      <w:pPr>
        <w:spacing w:after="80"/>
      </w:pPr>
      <w:r>
        <w:rPr>
          <w:rFonts w:ascii="Georgia" w:hAnsi="Georgia"/>
          <w:sz w:val="23"/>
        </w:rPr>
        <w:t>Noah looked away first.</w:t>
      </w:r>
    </w:p>
    <w:p>
      <w:pPr>
        <w:spacing w:after="80"/>
      </w:pPr>
      <w:r>
        <w:rPr>
          <w:rFonts w:ascii="Georgia" w:hAnsi="Georgia"/>
          <w:sz w:val="23"/>
        </w:rPr>
        <w:t>That made him angrier than anything else.</w:t>
      </w:r>
    </w:p>
    <w:p>
      <w:pPr>
        <w:spacing w:after="80"/>
      </w:pPr>
      <w:r>
        <w:rPr>
          <w:rFonts w:ascii="Georgia" w:hAnsi="Georgia"/>
          <w:sz w:val="23"/>
        </w:rPr>
        <w:t>“Go home,” Coach Law said. “All of you.”</w:t>
      </w:r>
    </w:p>
    <w:p>
      <w:pPr>
        <w:spacing w:after="80"/>
      </w:pPr>
      <w:r>
        <w:rPr>
          <w:rFonts w:ascii="Georgia" w:hAnsi="Georgia"/>
          <w:sz w:val="23"/>
        </w:rPr>
        <w:t>Noah snatched his bag off the bench and left before he could say something that would keep him awake later.</w:t>
      </w:r>
    </w:p>
    <w:p>
      <w:pPr>
        <w:spacing w:after="80"/>
      </w:pPr>
      <w:r>
        <w:rPr>
          <w:rFonts w:ascii="Georgia" w:hAnsi="Georgia"/>
          <w:sz w:val="23"/>
        </w:rPr>
        <w:t>***</w:t>
      </w:r>
    </w:p>
    <w:p>
      <w:pPr>
        <w:spacing w:after="80"/>
      </w:pPr>
      <w:r>
        <w:rPr>
          <w:rFonts w:ascii="Georgia" w:hAnsi="Georgia"/>
          <w:sz w:val="23"/>
        </w:rPr>
        <w:t>At school the next day, everything felt fake.</w:t>
      </w:r>
    </w:p>
    <w:p>
      <w:pPr>
        <w:spacing w:after="80"/>
      </w:pPr>
      <w:r>
        <w:rPr>
          <w:rFonts w:ascii="Georgia" w:hAnsi="Georgia"/>
          <w:sz w:val="23"/>
        </w:rPr>
        <w:t>Not school itself. That had always been fake in its own normal way—teachers talking about fractions and ecosystems like those things should matter equally to everybody at all times. But now Noah kept feeling like he was carrying an extra conversation inside his hoodie while everyone else walked around talking about lunch and weekend plans and whether a fire drill meant class got shortened.</w:t>
      </w:r>
    </w:p>
    <w:p>
      <w:pPr>
        <w:spacing w:after="80"/>
      </w:pPr>
      <w:r>
        <w:rPr>
          <w:rFonts w:ascii="Georgia" w:hAnsi="Georgia"/>
          <w:sz w:val="23"/>
        </w:rPr>
        <w:t>He got through first period.</w:t>
      </w:r>
    </w:p>
    <w:p>
      <w:pPr>
        <w:spacing w:after="80"/>
      </w:pPr>
      <w:r>
        <w:rPr>
          <w:rFonts w:ascii="Georgia" w:hAnsi="Georgia"/>
          <w:sz w:val="23"/>
        </w:rPr>
        <w:t>Sort of.</w:t>
      </w:r>
    </w:p>
    <w:p>
      <w:pPr>
        <w:spacing w:after="80"/>
      </w:pPr>
      <w:r>
        <w:rPr>
          <w:rFonts w:ascii="Georgia" w:hAnsi="Georgia"/>
          <w:sz w:val="23"/>
        </w:rPr>
        <w:t>He got through second because the teacher made them work in groups, which at least meant he could look down without getting called on.</w:t>
      </w:r>
    </w:p>
    <w:p>
      <w:pPr>
        <w:spacing w:after="80"/>
      </w:pPr>
      <w:r>
        <w:rPr>
          <w:rFonts w:ascii="Georgia" w:hAnsi="Georgia"/>
          <w:sz w:val="23"/>
        </w:rPr>
        <w:t>By lunch he was at the table with Devin, Owen, and Rico, and all four of them were pretending not to notice how weird the table felt.</w:t>
      </w:r>
    </w:p>
    <w:p>
      <w:pPr>
        <w:spacing w:after="80"/>
      </w:pPr>
      <w:r>
        <w:rPr>
          <w:rFonts w:ascii="Georgia" w:hAnsi="Georgia"/>
          <w:sz w:val="23"/>
        </w:rPr>
        <w:t>Rico did most of the pretending.</w:t>
      </w:r>
    </w:p>
    <w:p>
      <w:pPr>
        <w:spacing w:after="80"/>
      </w:pPr>
      <w:r>
        <w:rPr>
          <w:rFonts w:ascii="Georgia" w:hAnsi="Georgia"/>
          <w:sz w:val="23"/>
        </w:rPr>
        <w:t>“So if I score three touchdowns this weekend,” he said, peeling open a fruit snack, “I want everybody to start using the phrase Rico season with respect.”</w:t>
      </w:r>
    </w:p>
    <w:p>
      <w:pPr>
        <w:spacing w:after="80"/>
      </w:pPr>
      <w:r>
        <w:rPr>
          <w:rFonts w:ascii="Georgia" w:hAnsi="Georgia"/>
          <w:sz w:val="23"/>
        </w:rPr>
        <w:t>Owen didn’t look up from his lunch tray. “Nobody says that now.”</w:t>
      </w:r>
    </w:p>
    <w:p>
      <w:pPr>
        <w:spacing w:after="80"/>
      </w:pPr>
      <w:r>
        <w:rPr>
          <w:rFonts w:ascii="Georgia" w:hAnsi="Georgia"/>
          <w:sz w:val="23"/>
        </w:rPr>
        <w:t>“That is because greatness is often delayed.”</w:t>
      </w:r>
    </w:p>
    <w:p>
      <w:pPr>
        <w:spacing w:after="80"/>
      </w:pPr>
      <w:r>
        <w:rPr>
          <w:rFonts w:ascii="Georgia" w:hAnsi="Georgia"/>
          <w:sz w:val="23"/>
        </w:rPr>
        <w:t>Devin chewed once, swallowed, and said, “Pretty sure greatness also doesn’t say things like Rico season.”</w:t>
      </w:r>
    </w:p>
    <w:p>
      <w:pPr>
        <w:spacing w:after="80"/>
      </w:pPr>
      <w:r>
        <w:rPr>
          <w:rFonts w:ascii="Georgia" w:hAnsi="Georgia"/>
          <w:sz w:val="23"/>
        </w:rPr>
        <w:t>Rico pointed at him. “Hating from inside the family.”</w:t>
      </w:r>
    </w:p>
    <w:p>
      <w:pPr>
        <w:spacing w:after="80"/>
      </w:pPr>
      <w:r>
        <w:rPr>
          <w:rFonts w:ascii="Georgia" w:hAnsi="Georgia"/>
          <w:sz w:val="23"/>
        </w:rPr>
        <w:t>Noah looked at Rico while he talked.</w:t>
      </w:r>
    </w:p>
    <w:p>
      <w:pPr>
        <w:spacing w:after="80"/>
      </w:pPr>
      <w:r>
        <w:rPr>
          <w:rFonts w:ascii="Georgia" w:hAnsi="Georgia"/>
          <w:sz w:val="23"/>
        </w:rPr>
        <w:t>Still the same. Loose shoulders. Quick grin. Ready joke.</w:t>
      </w:r>
    </w:p>
    <w:p>
      <w:pPr>
        <w:spacing w:after="80"/>
      </w:pPr>
      <w:r>
        <w:rPr>
          <w:rFonts w:ascii="Georgia" w:hAnsi="Georgia"/>
          <w:sz w:val="23"/>
        </w:rPr>
        <w:t>Which either meant he was innocent—or unbelievably comfortable lying.</w:t>
      </w:r>
    </w:p>
    <w:p>
      <w:pPr>
        <w:spacing w:after="80"/>
      </w:pPr>
      <w:r>
        <w:rPr>
          <w:rFonts w:ascii="Georgia" w:hAnsi="Georgia"/>
          <w:sz w:val="23"/>
        </w:rPr>
        <w:t>That was the problem now. Every normal thing had two versions.</w:t>
      </w:r>
    </w:p>
    <w:p>
      <w:pPr>
        <w:spacing w:after="80"/>
      </w:pPr>
      <w:r>
        <w:rPr>
          <w:rFonts w:ascii="Georgia" w:hAnsi="Georgia"/>
          <w:sz w:val="23"/>
        </w:rPr>
        <w:t>Rico caught him looking. “What?”</w:t>
      </w:r>
    </w:p>
    <w:p>
      <w:pPr>
        <w:spacing w:after="80"/>
      </w:pPr>
      <w:r>
        <w:rPr>
          <w:rFonts w:ascii="Georgia" w:hAnsi="Georgia"/>
          <w:sz w:val="23"/>
        </w:rPr>
        <w:t>Noah shook his head. “Nothing.”</w:t>
      </w:r>
    </w:p>
    <w:p>
      <w:pPr>
        <w:spacing w:after="80"/>
      </w:pPr>
      <w:r>
        <w:rPr>
          <w:rFonts w:ascii="Georgia" w:hAnsi="Georgia"/>
          <w:sz w:val="23"/>
        </w:rPr>
        <w:t>Rico leaned back. “You’ve said ‘nothing’ like six hundred times in the last two days. At some point it becomes a lie.”</w:t>
      </w:r>
    </w:p>
    <w:p>
      <w:pPr>
        <w:spacing w:after="80"/>
      </w:pPr>
      <w:r>
        <w:rPr>
          <w:rFonts w:ascii="Georgia" w:hAnsi="Georgia"/>
          <w:sz w:val="23"/>
        </w:rPr>
        <w:t>Owen finally looked up. “That’s actually true.”</w:t>
      </w:r>
    </w:p>
    <w:p>
      <w:pPr>
        <w:spacing w:after="80"/>
      </w:pPr>
      <w:r>
        <w:rPr>
          <w:rFonts w:ascii="Georgia" w:hAnsi="Georgia"/>
          <w:sz w:val="23"/>
        </w:rPr>
        <w:t>Rico blinked. “Wow. Support from the coldest place.”</w:t>
      </w:r>
    </w:p>
    <w:p>
      <w:pPr>
        <w:spacing w:after="80"/>
      </w:pPr>
      <w:r>
        <w:rPr>
          <w:rFonts w:ascii="Georgia" w:hAnsi="Georgia"/>
          <w:sz w:val="23"/>
        </w:rPr>
        <w:t>Devin’s eyes moved between Noah and Rico. He said nothing.</w:t>
      </w:r>
    </w:p>
    <w:p>
      <w:pPr>
        <w:spacing w:after="80"/>
      </w:pPr>
      <w:r>
        <w:rPr>
          <w:rFonts w:ascii="Georgia" w:hAnsi="Georgia"/>
          <w:sz w:val="23"/>
        </w:rPr>
        <w:t>That was worse than if he had.</w:t>
      </w:r>
    </w:p>
    <w:p>
      <w:pPr>
        <w:spacing w:after="80"/>
      </w:pPr>
      <w:r>
        <w:rPr>
          <w:rFonts w:ascii="Georgia" w:hAnsi="Georgia"/>
          <w:sz w:val="23"/>
        </w:rPr>
        <w:t>Because it meant he knew.</w:t>
      </w:r>
    </w:p>
    <w:p>
      <w:pPr>
        <w:spacing w:after="80"/>
      </w:pPr>
      <w:r>
        <w:rPr>
          <w:rFonts w:ascii="Georgia" w:hAnsi="Georgia"/>
          <w:sz w:val="23"/>
        </w:rPr>
        <w:t>The table went quiet for a few seconds, the kind of quiet that makes every wrapper and chair scrape sound louder than it should.</w:t>
      </w:r>
    </w:p>
    <w:p>
      <w:pPr>
        <w:spacing w:after="80"/>
      </w:pPr>
      <w:r>
        <w:rPr>
          <w:rFonts w:ascii="Georgia" w:hAnsi="Georgia"/>
          <w:sz w:val="23"/>
        </w:rPr>
        <w:t>Then Rico set down his fruit snacks. “Just say it.”</w:t>
      </w:r>
    </w:p>
    <w:p>
      <w:pPr>
        <w:spacing w:after="80"/>
      </w:pPr>
      <w:r>
        <w:rPr>
          <w:rFonts w:ascii="Georgia" w:hAnsi="Georgia"/>
          <w:sz w:val="23"/>
        </w:rPr>
        <w:t>Noah looked up. “Say what?”</w:t>
      </w:r>
    </w:p>
    <w:p>
      <w:pPr>
        <w:spacing w:after="80"/>
      </w:pPr>
      <w:r>
        <w:rPr>
          <w:rFonts w:ascii="Georgia" w:hAnsi="Georgia"/>
          <w:sz w:val="23"/>
        </w:rPr>
        <w:t>“Whatever thing you keep almost saying.”</w:t>
      </w:r>
    </w:p>
    <w:p>
      <w:pPr>
        <w:spacing w:after="80"/>
      </w:pPr>
      <w:r>
        <w:rPr>
          <w:rFonts w:ascii="Georgia" w:hAnsi="Georgia"/>
          <w:sz w:val="23"/>
        </w:rPr>
        <w:t>Devin quietly muttered, “Rico—”</w:t>
      </w:r>
    </w:p>
    <w:p>
      <w:pPr>
        <w:spacing w:after="80"/>
      </w:pPr>
      <w:r>
        <w:rPr>
          <w:rFonts w:ascii="Georgia" w:hAnsi="Georgia"/>
          <w:sz w:val="23"/>
        </w:rPr>
        <w:t>“No, for real.” Rico’s voice wasn’t loud, but it had lost the easy bounce it usually carried. “We all know something’s off. Coach gives a speech. Practice gets weird. Everybody looks at me like my backpack is a felony. So let’s stop pretending.”</w:t>
      </w:r>
    </w:p>
    <w:p>
      <w:pPr>
        <w:spacing w:after="80"/>
      </w:pPr>
      <w:r>
        <w:rPr>
          <w:rFonts w:ascii="Georgia" w:hAnsi="Georgia"/>
          <w:sz w:val="23"/>
        </w:rPr>
        <w:t>A couple kids at the next table glanced over.</w:t>
      </w:r>
    </w:p>
    <w:p>
      <w:pPr>
        <w:spacing w:after="80"/>
      </w:pPr>
      <w:r>
        <w:rPr>
          <w:rFonts w:ascii="Georgia" w:hAnsi="Georgia"/>
          <w:sz w:val="23"/>
        </w:rPr>
        <w:t>Noah felt his neck heat up. “Not here.”</w:t>
      </w:r>
    </w:p>
    <w:p>
      <w:pPr>
        <w:spacing w:after="80"/>
      </w:pPr>
      <w:r>
        <w:rPr>
          <w:rFonts w:ascii="Georgia" w:hAnsi="Georgia"/>
          <w:sz w:val="23"/>
        </w:rPr>
        <w:t>Rico laughed once. “Exactly.”</w:t>
      </w:r>
    </w:p>
    <w:p>
      <w:pPr>
        <w:spacing w:after="80"/>
      </w:pPr>
      <w:r>
        <w:rPr>
          <w:rFonts w:ascii="Georgia" w:hAnsi="Georgia"/>
          <w:sz w:val="23"/>
        </w:rPr>
        <w:t>He stood, grabbed his tray, and walked off before anybody could stop him.</w:t>
      </w:r>
    </w:p>
    <w:p>
      <w:pPr>
        <w:spacing w:after="80"/>
      </w:pPr>
      <w:r>
        <w:rPr>
          <w:rFonts w:ascii="Georgia" w:hAnsi="Georgia"/>
          <w:sz w:val="23"/>
        </w:rPr>
        <w:t>Owen watched him go. “Well.”</w:t>
      </w:r>
    </w:p>
    <w:p>
      <w:pPr>
        <w:spacing w:after="80"/>
      </w:pPr>
      <w:r>
        <w:rPr>
          <w:rFonts w:ascii="Georgia" w:hAnsi="Georgia"/>
          <w:sz w:val="23"/>
        </w:rPr>
        <w:t>Devin looked at Noah. “You’re making this worse.”</w:t>
      </w:r>
    </w:p>
    <w:p>
      <w:pPr>
        <w:spacing w:after="80"/>
      </w:pPr>
      <w:r>
        <w:rPr>
          <w:rFonts w:ascii="Georgia" w:hAnsi="Georgia"/>
          <w:sz w:val="23"/>
        </w:rPr>
        <w:t>Noah stared at the table. “Me?”</w:t>
      </w:r>
    </w:p>
    <w:p>
      <w:pPr>
        <w:spacing w:after="80"/>
      </w:pPr>
      <w:r>
        <w:rPr>
          <w:rFonts w:ascii="Georgia" w:hAnsi="Georgia"/>
          <w:sz w:val="23"/>
        </w:rPr>
        <w:t>“Yes, you.”</w:t>
      </w:r>
    </w:p>
    <w:p>
      <w:pPr>
        <w:spacing w:after="80"/>
      </w:pPr>
      <w:r>
        <w:rPr>
          <w:rFonts w:ascii="Georgia" w:hAnsi="Georgia"/>
          <w:sz w:val="23"/>
        </w:rPr>
        <w:t>“I’m not the one who had the band in my bag.”</w:t>
      </w:r>
    </w:p>
    <w:p>
      <w:pPr>
        <w:spacing w:after="80"/>
      </w:pPr>
      <w:r>
        <w:rPr>
          <w:rFonts w:ascii="Georgia" w:hAnsi="Georgia"/>
          <w:sz w:val="23"/>
        </w:rPr>
        <w:t>Devin’s voice stayed even. “And you are not the one who gets to convict him because the story fits.”</w:t>
      </w:r>
    </w:p>
    <w:p>
      <w:pPr>
        <w:spacing w:after="80"/>
      </w:pPr>
      <w:r>
        <w:rPr>
          <w:rFonts w:ascii="Georgia" w:hAnsi="Georgia"/>
          <w:sz w:val="23"/>
        </w:rPr>
        <w:t>The words stuck.</w:t>
      </w:r>
    </w:p>
    <w:p>
      <w:pPr>
        <w:spacing w:after="80"/>
      </w:pPr>
      <w:r>
        <w:rPr>
          <w:rFonts w:ascii="Georgia" w:hAnsi="Georgia"/>
          <w:sz w:val="23"/>
        </w:rPr>
        <w:t>Because the story did fit.</w:t>
      </w:r>
    </w:p>
    <w:p>
      <w:pPr>
        <w:spacing w:after="80"/>
      </w:pPr>
      <w:r>
        <w:rPr>
          <w:rFonts w:ascii="Georgia" w:hAnsi="Georgia"/>
          <w:sz w:val="23"/>
        </w:rPr>
        <w:t>That was what Noah couldn’t shake. Rico knowing everyone. Rico always hovering near conversations. Rico joking his way into every circle. Rico in the picture with the hoodie. Rico relaxing when the bands disappeared.</w:t>
      </w:r>
    </w:p>
    <w:p>
      <w:pPr>
        <w:spacing w:after="80"/>
      </w:pPr>
      <w:r>
        <w:rPr>
          <w:rFonts w:ascii="Georgia" w:hAnsi="Georgia"/>
          <w:sz w:val="23"/>
        </w:rPr>
        <w:t>It fit too well.</w:t>
      </w:r>
    </w:p>
    <w:p>
      <w:pPr>
        <w:spacing w:after="80"/>
      </w:pPr>
      <w:r>
        <w:rPr>
          <w:rFonts w:ascii="Georgia" w:hAnsi="Georgia"/>
          <w:sz w:val="23"/>
        </w:rPr>
        <w:t>And Noah didn’t know whether that meant it was true or whether he just wanted it to be true because it gave all the fear somewhere to go.</w:t>
      </w:r>
    </w:p>
    <w:p>
      <w:pPr>
        <w:spacing w:after="80"/>
      </w:pPr>
      <w:r>
        <w:rPr>
          <w:rFonts w:ascii="Georgia" w:hAnsi="Georgia"/>
          <w:sz w:val="23"/>
        </w:rPr>
        <w:t>***</w:t>
      </w:r>
    </w:p>
    <w:p>
      <w:pPr>
        <w:spacing w:after="80"/>
      </w:pPr>
      <w:r>
        <w:rPr>
          <w:rFonts w:ascii="Georgia" w:hAnsi="Georgia"/>
          <w:sz w:val="23"/>
        </w:rPr>
        <w:t>That afternoon’s film session felt like a courtroom that refused to call itself one.</w:t>
      </w:r>
    </w:p>
    <w:p>
      <w:pPr>
        <w:spacing w:after="80"/>
      </w:pPr>
      <w:r>
        <w:rPr>
          <w:rFonts w:ascii="Georgia" w:hAnsi="Georgia"/>
          <w:sz w:val="23"/>
        </w:rPr>
        <w:t>Coach Law set up in a classroom at the rec center with the projector screen pulled down and folding chairs in rows. The team shuffled in carrying notebooks, snacks, and leftover school-day energy. Most of that energy died as soon as the lights dimmed.</w:t>
      </w:r>
    </w:p>
    <w:p>
      <w:pPr>
        <w:spacing w:after="80"/>
      </w:pPr>
      <w:r>
        <w:rPr>
          <w:rFonts w:ascii="Georgia" w:hAnsi="Georgia"/>
          <w:sz w:val="23"/>
        </w:rPr>
        <w:t>Film didn’t lie.</w:t>
      </w:r>
    </w:p>
    <w:p>
      <w:pPr>
        <w:spacing w:after="80"/>
      </w:pPr>
      <w:r>
        <w:rPr>
          <w:rFonts w:ascii="Georgia" w:hAnsi="Georgia"/>
          <w:sz w:val="23"/>
        </w:rPr>
        <w:t>That was what Coach Law always said.</w:t>
      </w:r>
    </w:p>
    <w:p>
      <w:pPr>
        <w:spacing w:after="80"/>
      </w:pPr>
      <w:r>
        <w:rPr>
          <w:rFonts w:ascii="Georgia" w:hAnsi="Georgia"/>
          <w:sz w:val="23"/>
        </w:rPr>
        <w:t>Film didn’t care what you meant to do. It only showed what you did.</w:t>
      </w:r>
    </w:p>
    <w:p>
      <w:pPr>
        <w:spacing w:after="80"/>
      </w:pPr>
      <w:r>
        <w:rPr>
          <w:rFonts w:ascii="Georgia" w:hAnsi="Georgia"/>
          <w:sz w:val="23"/>
        </w:rPr>
        <w:t>Noah sat in the second row with Devin on one side and an empty chair on the other until Micah dropped into it and started bouncing one knee under the table.</w:t>
      </w:r>
    </w:p>
    <w:p>
      <w:pPr>
        <w:spacing w:after="80"/>
      </w:pPr>
      <w:r>
        <w:rPr>
          <w:rFonts w:ascii="Georgia" w:hAnsi="Georgia"/>
          <w:sz w:val="23"/>
        </w:rPr>
        <w:t>“You ever sit still?” Noah asked.</w:t>
      </w:r>
    </w:p>
    <w:p>
      <w:pPr>
        <w:spacing w:after="80"/>
      </w:pPr>
      <w:r>
        <w:rPr>
          <w:rFonts w:ascii="Georgia" w:hAnsi="Georgia"/>
          <w:sz w:val="23"/>
        </w:rPr>
        <w:t>“When I’m asleep.”</w:t>
      </w:r>
    </w:p>
    <w:p>
      <w:pPr>
        <w:spacing w:after="80"/>
      </w:pPr>
      <w:r>
        <w:rPr>
          <w:rFonts w:ascii="Georgia" w:hAnsi="Georgia"/>
          <w:sz w:val="23"/>
        </w:rPr>
        <w:t>“That explains a lot.”</w:t>
      </w:r>
    </w:p>
    <w:p>
      <w:pPr>
        <w:spacing w:after="80"/>
      </w:pPr>
      <w:r>
        <w:rPr>
          <w:rFonts w:ascii="Georgia" w:hAnsi="Georgia"/>
          <w:sz w:val="23"/>
        </w:rPr>
        <w:t>Micah grinned. For some reason, that irritated Noah less today than usual.</w:t>
      </w:r>
    </w:p>
    <w:p>
      <w:pPr>
        <w:spacing w:after="80"/>
      </w:pPr>
      <w:r>
        <w:rPr>
          <w:rFonts w:ascii="Georgia" w:hAnsi="Georgia"/>
          <w:sz w:val="23"/>
        </w:rPr>
        <w:t>Coach Law clicked to the first clip.</w:t>
      </w:r>
    </w:p>
    <w:p>
      <w:pPr>
        <w:spacing w:after="80"/>
      </w:pPr>
      <w:r>
        <w:rPr>
          <w:rFonts w:ascii="Georgia" w:hAnsi="Georgia"/>
          <w:sz w:val="23"/>
        </w:rPr>
        <w:t>Defense. First series. Northgate in doubles.</w:t>
      </w:r>
    </w:p>
    <w:p>
      <w:pPr>
        <w:spacing w:after="80"/>
      </w:pPr>
      <w:r>
        <w:rPr>
          <w:rFonts w:ascii="Georgia" w:hAnsi="Georgia"/>
          <w:sz w:val="23"/>
        </w:rPr>
        <w:t>The play ran.</w:t>
      </w:r>
    </w:p>
    <w:p>
      <w:pPr>
        <w:spacing w:after="80"/>
      </w:pPr>
      <w:r>
        <w:rPr>
          <w:rFonts w:ascii="Georgia" w:hAnsi="Georgia"/>
          <w:sz w:val="23"/>
        </w:rPr>
        <w:t>Jalen’s near-sack. Owen’s leverage call. Devin’s clean flag pull.</w:t>
      </w:r>
    </w:p>
    <w:p>
      <w:pPr>
        <w:spacing w:after="80"/>
      </w:pPr>
      <w:r>
        <w:rPr>
          <w:rFonts w:ascii="Georgia" w:hAnsi="Georgia"/>
          <w:sz w:val="23"/>
        </w:rPr>
        <w:t>Normal.</w:t>
      </w:r>
    </w:p>
    <w:p>
      <w:pPr>
        <w:spacing w:after="80"/>
      </w:pPr>
      <w:r>
        <w:rPr>
          <w:rFonts w:ascii="Georgia" w:hAnsi="Georgia"/>
          <w:sz w:val="23"/>
        </w:rPr>
        <w:t>Coach Law let it play. Rewound. Played again.</w:t>
      </w:r>
    </w:p>
    <w:p>
      <w:pPr>
        <w:spacing w:after="80"/>
      </w:pPr>
      <w:r>
        <w:rPr>
          <w:rFonts w:ascii="Georgia" w:hAnsi="Georgia"/>
          <w:sz w:val="23"/>
        </w:rPr>
        <w:t>Then offense.</w:t>
      </w:r>
    </w:p>
    <w:p>
      <w:pPr>
        <w:spacing w:after="80"/>
      </w:pPr>
      <w:r>
        <w:rPr>
          <w:rFonts w:ascii="Georgia" w:hAnsi="Georgia"/>
          <w:sz w:val="23"/>
        </w:rPr>
        <w:t>Quick game.</w:t>
      </w:r>
    </w:p>
    <w:p>
      <w:pPr>
        <w:spacing w:after="80"/>
      </w:pPr>
      <w:r>
        <w:rPr>
          <w:rFonts w:ascii="Georgia" w:hAnsi="Georgia"/>
          <w:sz w:val="23"/>
        </w:rPr>
        <w:t>Noah watched himself on screen from the high end-zone angle, tiny and obvious in a way quarterbacks hated. Every eye movement looked dramatic. Every hesitation looked guilty. Every good decision looked slower than it had felt in real time.</w:t>
      </w:r>
    </w:p>
    <w:p>
      <w:pPr>
        <w:spacing w:after="80"/>
      </w:pPr>
      <w:r>
        <w:rPr>
          <w:rFonts w:ascii="Georgia" w:hAnsi="Georgia"/>
          <w:sz w:val="23"/>
        </w:rPr>
        <w:t>The room stayed quiet.</w:t>
      </w:r>
    </w:p>
    <w:p>
      <w:pPr>
        <w:spacing w:after="80"/>
      </w:pPr>
      <w:r>
        <w:rPr>
          <w:rFonts w:ascii="Georgia" w:hAnsi="Georgia"/>
          <w:sz w:val="23"/>
        </w:rPr>
        <w:t>Coach Law stopped the clip right before the failed red-zone concept.</w:t>
      </w:r>
    </w:p>
    <w:p>
      <w:pPr>
        <w:spacing w:after="80"/>
      </w:pPr>
      <w:r>
        <w:rPr>
          <w:rFonts w:ascii="Georgia" w:hAnsi="Georgia"/>
          <w:sz w:val="23"/>
        </w:rPr>
        <w:t>“Talk to me,” he said.</w:t>
      </w:r>
    </w:p>
    <w:p>
      <w:pPr>
        <w:spacing w:after="80"/>
      </w:pPr>
      <w:r>
        <w:rPr>
          <w:rFonts w:ascii="Georgia" w:hAnsi="Georgia"/>
          <w:sz w:val="23"/>
        </w:rPr>
        <w:t>Owen raised a hand. “Boundary defender widened before the quarterback confirmed.”</w:t>
      </w:r>
    </w:p>
    <w:p>
      <w:pPr>
        <w:spacing w:after="80"/>
      </w:pPr>
      <w:r>
        <w:rPr>
          <w:rFonts w:ascii="Georgia" w:hAnsi="Georgia"/>
          <w:sz w:val="23"/>
        </w:rPr>
        <w:t>“Good,” Coach Law said.</w:t>
      </w:r>
    </w:p>
    <w:p>
      <w:pPr>
        <w:spacing w:after="80"/>
      </w:pPr>
      <w:r>
        <w:rPr>
          <w:rFonts w:ascii="Georgia" w:hAnsi="Georgia"/>
          <w:sz w:val="23"/>
        </w:rPr>
        <w:t>Jalen pointed at the screen. “That safety cheated too.”</w:t>
      </w:r>
    </w:p>
    <w:p>
      <w:pPr>
        <w:spacing w:after="80"/>
      </w:pPr>
      <w:r>
        <w:rPr>
          <w:rFonts w:ascii="Georgia" w:hAnsi="Georgia"/>
          <w:sz w:val="23"/>
        </w:rPr>
        <w:t>Coach Law nodded. “He did.”</w:t>
      </w:r>
    </w:p>
    <w:p>
      <w:pPr>
        <w:spacing w:after="80"/>
      </w:pPr>
      <w:r>
        <w:rPr>
          <w:rFonts w:ascii="Georgia" w:hAnsi="Georgia"/>
          <w:sz w:val="23"/>
        </w:rPr>
        <w:t>Noah glanced at him.</w:t>
      </w:r>
    </w:p>
    <w:p>
      <w:pPr>
        <w:spacing w:after="80"/>
      </w:pPr>
      <w:r>
        <w:rPr>
          <w:rFonts w:ascii="Georgia" w:hAnsi="Georgia"/>
          <w:sz w:val="23"/>
        </w:rPr>
        <w:t>His dad played the clip again.</w:t>
      </w:r>
    </w:p>
    <w:p>
      <w:pPr>
        <w:spacing w:after="80"/>
      </w:pPr>
      <w:r>
        <w:rPr>
          <w:rFonts w:ascii="Georgia" w:hAnsi="Georgia"/>
          <w:sz w:val="23"/>
        </w:rPr>
        <w:t>This time Coach Law froze it three frames earlier than before.</w:t>
      </w:r>
    </w:p>
    <w:p>
      <w:pPr>
        <w:spacing w:after="80"/>
      </w:pPr>
      <w:r>
        <w:rPr>
          <w:rFonts w:ascii="Georgia" w:hAnsi="Georgia"/>
          <w:sz w:val="23"/>
        </w:rPr>
        <w:t>Noah leaned forward.</w:t>
      </w:r>
    </w:p>
    <w:p>
      <w:pPr>
        <w:spacing w:after="80"/>
      </w:pPr>
      <w:r>
        <w:rPr>
          <w:rFonts w:ascii="Georgia" w:hAnsi="Georgia"/>
          <w:sz w:val="23"/>
        </w:rPr>
        <w:t>The defense was still moving.</w:t>
      </w:r>
    </w:p>
    <w:p>
      <w:pPr>
        <w:spacing w:after="80"/>
      </w:pPr>
      <w:r>
        <w:rPr>
          <w:rFonts w:ascii="Georgia" w:hAnsi="Georgia"/>
          <w:sz w:val="23"/>
        </w:rPr>
        <w:t>But what mattered wasn’t the defense.</w:t>
      </w:r>
    </w:p>
    <w:p>
      <w:pPr>
        <w:spacing w:after="80"/>
      </w:pPr>
      <w:r>
        <w:rPr>
          <w:rFonts w:ascii="Georgia" w:hAnsi="Georgia"/>
          <w:sz w:val="23"/>
        </w:rPr>
        <w:t>What mattered was Prime 8’s sideline, barely visible at the bottom edge of the screen.</w:t>
      </w:r>
    </w:p>
    <w:p>
      <w:pPr>
        <w:spacing w:after="80"/>
      </w:pPr>
      <w:r>
        <w:rPr>
          <w:rFonts w:ascii="Georgia" w:hAnsi="Georgia"/>
          <w:sz w:val="23"/>
        </w:rPr>
        <w:t>A blur of bodies. Parents beyond them. Rope line. Benches.</w:t>
      </w:r>
    </w:p>
    <w:p>
      <w:pPr>
        <w:spacing w:after="80"/>
      </w:pPr>
      <w:r>
        <w:rPr>
          <w:rFonts w:ascii="Georgia" w:hAnsi="Georgia"/>
          <w:sz w:val="23"/>
        </w:rPr>
        <w:t>And one arm.</w:t>
      </w:r>
    </w:p>
    <w:p>
      <w:pPr>
        <w:spacing w:after="80"/>
      </w:pPr>
      <w:r>
        <w:rPr>
          <w:rFonts w:ascii="Georgia" w:hAnsi="Georgia"/>
          <w:sz w:val="23"/>
        </w:rPr>
        <w:t>Just an arm.</w:t>
      </w:r>
    </w:p>
    <w:p>
      <w:pPr>
        <w:spacing w:after="80"/>
      </w:pPr>
      <w:r>
        <w:rPr>
          <w:rFonts w:ascii="Georgia" w:hAnsi="Georgia"/>
          <w:sz w:val="23"/>
        </w:rPr>
        <w:t>No face. No hoodie. No identity.</w:t>
      </w:r>
    </w:p>
    <w:p>
      <w:pPr>
        <w:spacing w:after="80"/>
      </w:pPr>
      <w:r>
        <w:rPr>
          <w:rFonts w:ascii="Georgia" w:hAnsi="Georgia"/>
          <w:sz w:val="23"/>
        </w:rPr>
        <w:t>But clear enough now on film to see the motion.</w:t>
      </w:r>
    </w:p>
    <w:p>
      <w:pPr>
        <w:spacing w:after="80"/>
      </w:pPr>
      <w:r>
        <w:rPr>
          <w:rFonts w:ascii="Georgia" w:hAnsi="Georgia"/>
          <w:sz w:val="23"/>
        </w:rPr>
        <w:t>Two fingers.</w:t>
      </w:r>
    </w:p>
    <w:p>
      <w:pPr>
        <w:spacing w:after="80"/>
      </w:pPr>
      <w:r>
        <w:rPr>
          <w:rFonts w:ascii="Georgia" w:hAnsi="Georgia"/>
          <w:sz w:val="23"/>
        </w:rPr>
        <w:t>Then one.</w:t>
      </w:r>
    </w:p>
    <w:p>
      <w:pPr>
        <w:spacing w:after="80"/>
      </w:pPr>
      <w:r>
        <w:rPr>
          <w:rFonts w:ascii="Georgia" w:hAnsi="Georgia"/>
          <w:sz w:val="23"/>
        </w:rPr>
        <w:t>The room made a sound all at once—not a shout, not a gasp, just the low rough noise people make when proof moves from theory into sight.</w:t>
      </w:r>
    </w:p>
    <w:p>
      <w:pPr>
        <w:spacing w:after="80"/>
      </w:pPr>
      <w:r>
        <w:rPr>
          <w:rFonts w:ascii="Georgia" w:hAnsi="Georgia"/>
          <w:sz w:val="23"/>
        </w:rPr>
        <w:t>Noah felt every muscle in his shoulders tighten.</w:t>
      </w:r>
    </w:p>
    <w:p>
      <w:pPr>
        <w:spacing w:after="80"/>
      </w:pPr>
      <w:r>
        <w:rPr>
          <w:rFonts w:ascii="Georgia" w:hAnsi="Georgia"/>
          <w:sz w:val="23"/>
        </w:rPr>
        <w:t>Jalen sat forward. “Nah.”</w:t>
      </w:r>
    </w:p>
    <w:p>
      <w:pPr>
        <w:spacing w:after="80"/>
      </w:pPr>
      <w:r>
        <w:rPr>
          <w:rFonts w:ascii="Georgia" w:hAnsi="Georgia"/>
          <w:sz w:val="23"/>
        </w:rPr>
        <w:t>Owen said, “Pause it there.”</w:t>
      </w:r>
    </w:p>
    <w:p>
      <w:pPr>
        <w:spacing w:after="80"/>
      </w:pPr>
      <w:r>
        <w:rPr>
          <w:rFonts w:ascii="Georgia" w:hAnsi="Georgia"/>
          <w:sz w:val="23"/>
        </w:rPr>
        <w:t>Coach Law did.</w:t>
      </w:r>
    </w:p>
    <w:p>
      <w:pPr>
        <w:spacing w:after="80"/>
      </w:pPr>
      <w:r>
        <w:rPr>
          <w:rFonts w:ascii="Georgia" w:hAnsi="Georgia"/>
          <w:sz w:val="23"/>
        </w:rPr>
        <w:t>Rico had gone completely still.</w:t>
      </w:r>
    </w:p>
    <w:p>
      <w:pPr>
        <w:spacing w:after="80"/>
      </w:pPr>
      <w:r>
        <w:rPr>
          <w:rFonts w:ascii="Georgia" w:hAnsi="Georgia"/>
          <w:sz w:val="23"/>
        </w:rPr>
        <w:t>Coach Law used the marker as a pointer against the screen. “What do we know?”</w:t>
      </w:r>
    </w:p>
    <w:p>
      <w:pPr>
        <w:spacing w:after="80"/>
      </w:pPr>
      <w:r>
        <w:rPr>
          <w:rFonts w:ascii="Georgia" w:hAnsi="Georgia"/>
          <w:sz w:val="23"/>
        </w:rPr>
        <w:t>“That somebody signaled,” Vee said from the back.</w:t>
      </w:r>
    </w:p>
    <w:p>
      <w:pPr>
        <w:spacing w:after="80"/>
      </w:pPr>
      <w:r>
        <w:rPr>
          <w:rFonts w:ascii="Georgia" w:hAnsi="Georgia"/>
          <w:sz w:val="23"/>
        </w:rPr>
        <w:t>Every head turned.</w:t>
      </w:r>
    </w:p>
    <w:p>
      <w:pPr>
        <w:spacing w:after="80"/>
      </w:pPr>
      <w:r>
        <w:rPr>
          <w:rFonts w:ascii="Georgia" w:hAnsi="Georgia"/>
          <w:sz w:val="23"/>
        </w:rPr>
        <w:t>Noah hadn’t even seen her come in.</w:t>
      </w:r>
    </w:p>
    <w:p>
      <w:pPr>
        <w:spacing w:after="80"/>
      </w:pPr>
      <w:r>
        <w:rPr>
          <w:rFonts w:ascii="Georgia" w:hAnsi="Georgia"/>
          <w:sz w:val="23"/>
        </w:rPr>
        <w:t>She stood against the far wall near the door, like she had always been there and everyone else had just taken too long to notice.</w:t>
      </w:r>
    </w:p>
    <w:p>
      <w:pPr>
        <w:spacing w:after="80"/>
      </w:pPr>
      <w:r>
        <w:rPr>
          <w:rFonts w:ascii="Georgia" w:hAnsi="Georgia"/>
          <w:sz w:val="23"/>
        </w:rPr>
        <w:t>Coach Law pinched the bridge of his nose once. “How are you here?”</w:t>
      </w:r>
    </w:p>
    <w:p>
      <w:pPr>
        <w:spacing w:after="80"/>
      </w:pPr>
      <w:r>
        <w:rPr>
          <w:rFonts w:ascii="Georgia" w:hAnsi="Georgia"/>
          <w:sz w:val="23"/>
        </w:rPr>
        <w:t>She shrugged. “I walked in.”</w:t>
      </w:r>
    </w:p>
    <w:p>
      <w:pPr>
        <w:spacing w:after="80"/>
      </w:pPr>
      <w:r>
        <w:rPr>
          <w:rFonts w:ascii="Georgia" w:hAnsi="Georgia"/>
          <w:sz w:val="23"/>
        </w:rPr>
        <w:t>“Helpful.”</w:t>
      </w:r>
    </w:p>
    <w:p>
      <w:pPr>
        <w:spacing w:after="80"/>
      </w:pPr>
      <w:r>
        <w:rPr>
          <w:rFonts w:ascii="Georgia" w:hAnsi="Georgia"/>
          <w:sz w:val="23"/>
        </w:rPr>
        <w:t>“You’re welcome.”</w:t>
      </w:r>
    </w:p>
    <w:p>
      <w:pPr>
        <w:spacing w:after="80"/>
      </w:pPr>
      <w:r>
        <w:rPr>
          <w:rFonts w:ascii="Georgia" w:hAnsi="Georgia"/>
          <w:sz w:val="23"/>
        </w:rPr>
        <w:t>Nobody laughed.</w:t>
      </w:r>
    </w:p>
    <w:p>
      <w:pPr>
        <w:spacing w:after="80"/>
      </w:pPr>
      <w:r>
        <w:rPr>
          <w:rFonts w:ascii="Georgia" w:hAnsi="Georgia"/>
          <w:sz w:val="23"/>
        </w:rPr>
        <w:t>Coach Law looked back at the screen. “What else?”</w:t>
      </w:r>
    </w:p>
    <w:p>
      <w:pPr>
        <w:spacing w:after="80"/>
      </w:pPr>
      <w:r>
        <w:rPr>
          <w:rFonts w:ascii="Georgia" w:hAnsi="Georgia"/>
          <w:sz w:val="23"/>
        </w:rPr>
        <w:t>Devin spoke next. “We know the signal happens after the call is in.”</w:t>
      </w:r>
    </w:p>
    <w:p>
      <w:pPr>
        <w:spacing w:after="80"/>
      </w:pPr>
      <w:r>
        <w:rPr>
          <w:rFonts w:ascii="Georgia" w:hAnsi="Georgia"/>
          <w:sz w:val="23"/>
        </w:rPr>
        <w:t>Coach Law nodded. “Good.”</w:t>
      </w:r>
    </w:p>
    <w:p>
      <w:pPr>
        <w:spacing w:after="80"/>
      </w:pPr>
      <w:r>
        <w:rPr>
          <w:rFonts w:ascii="Georgia" w:hAnsi="Georgia"/>
          <w:sz w:val="23"/>
        </w:rPr>
        <w:t>Noah heard the scrape of a chair.</w:t>
      </w:r>
    </w:p>
    <w:p>
      <w:pPr>
        <w:spacing w:after="80"/>
      </w:pPr>
      <w:r>
        <w:rPr>
          <w:rFonts w:ascii="Georgia" w:hAnsi="Georgia"/>
          <w:sz w:val="23"/>
        </w:rPr>
        <w:t>Rico was standing.</w:t>
      </w:r>
    </w:p>
    <w:p>
      <w:pPr>
        <w:spacing w:after="80"/>
      </w:pPr>
      <w:r>
        <w:rPr>
          <w:rFonts w:ascii="Georgia" w:hAnsi="Georgia"/>
          <w:sz w:val="23"/>
        </w:rPr>
        <w:t>“I need some air,” he said.</w:t>
      </w:r>
    </w:p>
    <w:p>
      <w:pPr>
        <w:spacing w:after="80"/>
      </w:pPr>
      <w:r>
        <w:rPr>
          <w:rFonts w:ascii="Georgia" w:hAnsi="Georgia"/>
          <w:sz w:val="23"/>
        </w:rPr>
        <w:t>Coach Law’s eyes cut to him. “Sit down.”</w:t>
      </w:r>
    </w:p>
    <w:p>
      <w:pPr>
        <w:spacing w:after="80"/>
      </w:pPr>
      <w:r>
        <w:rPr>
          <w:rFonts w:ascii="Georgia" w:hAnsi="Georgia"/>
          <w:sz w:val="23"/>
        </w:rPr>
        <w:t>Rico did not sit.</w:t>
      </w:r>
    </w:p>
    <w:p>
      <w:pPr>
        <w:spacing w:after="80"/>
      </w:pPr>
      <w:r>
        <w:rPr>
          <w:rFonts w:ascii="Georgia" w:hAnsi="Georgia"/>
          <w:sz w:val="23"/>
        </w:rPr>
        <w:t>Noah turned.</w:t>
      </w:r>
    </w:p>
    <w:p>
      <w:pPr>
        <w:spacing w:after="80"/>
      </w:pPr>
      <w:r>
        <w:rPr>
          <w:rFonts w:ascii="Georgia" w:hAnsi="Georgia"/>
          <w:sz w:val="23"/>
        </w:rPr>
        <w:t>Rico wasn’t angry.</w:t>
      </w:r>
    </w:p>
    <w:p>
      <w:pPr>
        <w:spacing w:after="80"/>
      </w:pPr>
      <w:r>
        <w:rPr>
          <w:rFonts w:ascii="Georgia" w:hAnsi="Georgia"/>
          <w:sz w:val="23"/>
        </w:rPr>
        <w:t>He looked cornered.</w:t>
      </w:r>
    </w:p>
    <w:p>
      <w:pPr>
        <w:spacing w:after="80"/>
      </w:pPr>
      <w:r>
        <w:rPr>
          <w:rFonts w:ascii="Georgia" w:hAnsi="Georgia"/>
          <w:sz w:val="23"/>
        </w:rPr>
        <w:t>That was different.</w:t>
      </w:r>
    </w:p>
    <w:p>
      <w:pPr>
        <w:spacing w:after="80"/>
      </w:pPr>
      <w:r>
        <w:rPr>
          <w:rFonts w:ascii="Georgia" w:hAnsi="Georgia"/>
          <w:sz w:val="23"/>
        </w:rPr>
        <w:t>And before Noah could figure out whether that made him look guiltier or less guilty, Rico said, “You all are looking at me again.”</w:t>
      </w:r>
    </w:p>
    <w:p>
      <w:pPr>
        <w:spacing w:after="80"/>
      </w:pPr>
      <w:r>
        <w:rPr>
          <w:rFonts w:ascii="Georgia" w:hAnsi="Georgia"/>
          <w:sz w:val="23"/>
        </w:rPr>
        <w:t>Nobody answered.</w:t>
      </w:r>
    </w:p>
    <w:p>
      <w:pPr>
        <w:spacing w:after="80"/>
      </w:pPr>
      <w:r>
        <w:rPr>
          <w:rFonts w:ascii="Georgia" w:hAnsi="Georgia"/>
          <w:sz w:val="23"/>
        </w:rPr>
        <w:t>That was answer enough.</w:t>
      </w:r>
    </w:p>
    <w:p>
      <w:pPr>
        <w:spacing w:after="80"/>
      </w:pPr>
      <w:r>
        <w:rPr>
          <w:rFonts w:ascii="Georgia" w:hAnsi="Georgia"/>
          <w:sz w:val="23"/>
        </w:rPr>
        <w:t>Rico laughed once, bitter and sharp. “Unbelievable.”</w:t>
      </w:r>
    </w:p>
    <w:p>
      <w:pPr>
        <w:spacing w:after="80"/>
      </w:pPr>
      <w:r>
        <w:rPr>
          <w:rFonts w:ascii="Georgia" w:hAnsi="Georgia"/>
          <w:sz w:val="23"/>
        </w:rPr>
        <w:t>Then he shoved past the row of chairs and walked out.</w:t>
      </w:r>
    </w:p>
    <w:p>
      <w:pPr>
        <w:spacing w:after="80"/>
      </w:pPr>
      <w:r>
        <w:rPr>
          <w:rFonts w:ascii="Georgia" w:hAnsi="Georgia"/>
          <w:sz w:val="23"/>
        </w:rPr>
        <w:t>Coach Law called after him. “Rico!”</w:t>
      </w:r>
    </w:p>
    <w:p>
      <w:pPr>
        <w:spacing w:after="80"/>
      </w:pPr>
      <w:r>
        <w:rPr>
          <w:rFonts w:ascii="Georgia" w:hAnsi="Georgia"/>
          <w:sz w:val="23"/>
        </w:rPr>
        <w:t>The door slammed.</w:t>
      </w:r>
    </w:p>
    <w:p>
      <w:pPr>
        <w:spacing w:after="80"/>
      </w:pPr>
      <w:r>
        <w:rPr>
          <w:rFonts w:ascii="Georgia" w:hAnsi="Georgia"/>
          <w:sz w:val="23"/>
        </w:rPr>
        <w:t>Nobody moved.</w:t>
      </w:r>
    </w:p>
    <w:p>
      <w:pPr>
        <w:spacing w:after="80"/>
      </w:pPr>
      <w:r>
        <w:rPr>
          <w:rFonts w:ascii="Georgia" w:hAnsi="Georgia"/>
          <w:sz w:val="23"/>
        </w:rPr>
        <w:t>Not for a second. Maybe two.</w:t>
      </w:r>
    </w:p>
    <w:p>
      <w:pPr>
        <w:spacing w:after="80"/>
      </w:pPr>
      <w:r>
        <w:rPr>
          <w:rFonts w:ascii="Georgia" w:hAnsi="Georgia"/>
          <w:sz w:val="23"/>
        </w:rPr>
        <w:t>Then Coach Law looked at Noah. “Get him.”</w:t>
      </w:r>
    </w:p>
    <w:p>
      <w:pPr>
        <w:spacing w:after="80"/>
      </w:pPr>
      <w:r>
        <w:rPr>
          <w:rFonts w:ascii="Georgia" w:hAnsi="Georgia"/>
          <w:sz w:val="23"/>
        </w:rPr>
        <w:t>Noah blinked. “Why me?”</w:t>
      </w:r>
    </w:p>
    <w:p>
      <w:pPr>
        <w:spacing w:after="80"/>
      </w:pPr>
      <w:r>
        <w:rPr>
          <w:rFonts w:ascii="Georgia" w:hAnsi="Georgia"/>
          <w:sz w:val="23"/>
        </w:rPr>
        <w:t>“Because if I go after him, this becomes something else. Go.”</w:t>
      </w:r>
    </w:p>
    <w:p>
      <w:pPr>
        <w:spacing w:after="80"/>
      </w:pPr>
      <w:r>
        <w:rPr>
          <w:rFonts w:ascii="Georgia" w:hAnsi="Georgia"/>
          <w:sz w:val="23"/>
        </w:rPr>
        <w:t>Noah was already up before he finished the sentence.</w:t>
      </w:r>
    </w:p>
    <w:p>
      <w:pPr>
        <w:spacing w:after="80"/>
      </w:pPr>
      <w:r>
        <w:rPr>
          <w:rFonts w:ascii="Georgia" w:hAnsi="Georgia"/>
          <w:sz w:val="23"/>
        </w:rPr>
        <w:t>He hit the hallway at a jog.</w:t>
      </w:r>
    </w:p>
    <w:p>
      <w:pPr>
        <w:spacing w:after="80"/>
      </w:pPr>
      <w:r>
        <w:rPr>
          <w:rFonts w:ascii="Georgia" w:hAnsi="Georgia"/>
          <w:sz w:val="23"/>
        </w:rPr>
        <w:t>Rico was halfway to the side exit, bag swinging from one hand.</w:t>
      </w:r>
    </w:p>
    <w:p>
      <w:pPr>
        <w:spacing w:after="80"/>
      </w:pPr>
      <w:r>
        <w:rPr>
          <w:rFonts w:ascii="Georgia" w:hAnsi="Georgia"/>
          <w:sz w:val="23"/>
        </w:rPr>
        <w:t>“Rico!”</w:t>
      </w:r>
    </w:p>
    <w:p>
      <w:pPr>
        <w:spacing w:after="80"/>
      </w:pPr>
      <w:r>
        <w:rPr>
          <w:rFonts w:ascii="Georgia" w:hAnsi="Georgia"/>
          <w:sz w:val="23"/>
        </w:rPr>
        <w:t>He didn’t stop.</w:t>
      </w:r>
    </w:p>
    <w:p>
      <w:pPr>
        <w:spacing w:after="80"/>
      </w:pPr>
      <w:r>
        <w:rPr>
          <w:rFonts w:ascii="Georgia" w:hAnsi="Georgia"/>
          <w:sz w:val="23"/>
        </w:rPr>
        <w:t>Noah ran harder and caught up near the metal door.</w:t>
      </w:r>
    </w:p>
    <w:p>
      <w:pPr>
        <w:spacing w:after="80"/>
      </w:pPr>
      <w:r>
        <w:rPr>
          <w:rFonts w:ascii="Georgia" w:hAnsi="Georgia"/>
          <w:sz w:val="23"/>
        </w:rPr>
        <w:t>“Rico, hold up.”</w:t>
      </w:r>
    </w:p>
    <w:p>
      <w:pPr>
        <w:spacing w:after="80"/>
      </w:pPr>
      <w:r>
        <w:rPr>
          <w:rFonts w:ascii="Georgia" w:hAnsi="Georgia"/>
          <w:sz w:val="23"/>
        </w:rPr>
        <w:t>Rico spun around. “For what?”</w:t>
      </w:r>
    </w:p>
    <w:p>
      <w:pPr>
        <w:spacing w:after="80"/>
      </w:pPr>
      <w:r>
        <w:rPr>
          <w:rFonts w:ascii="Georgia" w:hAnsi="Georgia"/>
          <w:sz w:val="23"/>
        </w:rPr>
        <w:t>Noah stopped a few feet away, breathing just hard enough to hate it. “To talk.”</w:t>
      </w:r>
    </w:p>
    <w:p>
      <w:pPr>
        <w:spacing w:after="80"/>
      </w:pPr>
      <w:r>
        <w:rPr>
          <w:rFonts w:ascii="Georgia" w:hAnsi="Georgia"/>
          <w:sz w:val="23"/>
        </w:rPr>
        <w:t>Rico let out a rough laugh. “Now you want to talk?”</w:t>
      </w:r>
    </w:p>
    <w:p>
      <w:pPr>
        <w:spacing w:after="80"/>
      </w:pPr>
      <w:r>
        <w:rPr>
          <w:rFonts w:ascii="Georgia" w:hAnsi="Georgia"/>
          <w:sz w:val="23"/>
        </w:rPr>
        <w:t>“What is that supposed to mean?”</w:t>
      </w:r>
    </w:p>
    <w:p>
      <w:pPr>
        <w:spacing w:after="80"/>
      </w:pPr>
      <w:r>
        <w:rPr>
          <w:rFonts w:ascii="Georgia" w:hAnsi="Georgia"/>
          <w:sz w:val="23"/>
        </w:rPr>
        <w:t>“It means you had all lunch to look at me like I was contagious, all film session to let everybody think whatever they wanted, and now you want to talk because Coach sent you?”</w:t>
      </w:r>
    </w:p>
    <w:p>
      <w:pPr>
        <w:spacing w:after="80"/>
      </w:pPr>
      <w:r>
        <w:rPr>
          <w:rFonts w:ascii="Georgia" w:hAnsi="Georgia"/>
          <w:sz w:val="23"/>
        </w:rPr>
        <w:t>“That’s not—”</w:t>
      </w:r>
    </w:p>
    <w:p>
      <w:pPr>
        <w:spacing w:after="80"/>
      </w:pPr>
      <w:r>
        <w:rPr>
          <w:rFonts w:ascii="Georgia" w:hAnsi="Georgia"/>
          <w:sz w:val="23"/>
        </w:rPr>
        <w:t>“It is exactly that.”</w:t>
      </w:r>
    </w:p>
    <w:p>
      <w:pPr>
        <w:spacing w:after="80"/>
      </w:pPr>
      <w:r>
        <w:rPr>
          <w:rFonts w:ascii="Georgia" w:hAnsi="Georgia"/>
          <w:sz w:val="23"/>
        </w:rPr>
        <w:t>Noah opened his mouth.</w:t>
      </w:r>
    </w:p>
    <w:p>
      <w:pPr>
        <w:spacing w:after="80"/>
      </w:pPr>
      <w:r>
        <w:rPr>
          <w:rFonts w:ascii="Georgia" w:hAnsi="Georgia"/>
          <w:sz w:val="23"/>
        </w:rPr>
        <w:t>Closed it.</w:t>
      </w:r>
    </w:p>
    <w:p>
      <w:pPr>
        <w:spacing w:after="80"/>
      </w:pPr>
      <w:r>
        <w:rPr>
          <w:rFonts w:ascii="Georgia" w:hAnsi="Georgia"/>
          <w:sz w:val="23"/>
        </w:rPr>
        <w:t>Because some of that was true.</w:t>
      </w:r>
    </w:p>
    <w:p>
      <w:pPr>
        <w:spacing w:after="80"/>
      </w:pPr>
      <w:r>
        <w:rPr>
          <w:rFonts w:ascii="Georgia" w:hAnsi="Georgia"/>
          <w:sz w:val="23"/>
        </w:rPr>
        <w:t>Rico’s face tightened. “You know what the worst part is? I keep trying to think if I did something stupid enough for this to happen by accident.”</w:t>
      </w:r>
    </w:p>
    <w:p>
      <w:pPr>
        <w:spacing w:after="80"/>
      </w:pPr>
      <w:r>
        <w:rPr>
          <w:rFonts w:ascii="Georgia" w:hAnsi="Georgia"/>
          <w:sz w:val="23"/>
        </w:rPr>
        <w:t>Noah frowned. “What?”</w:t>
      </w:r>
    </w:p>
    <w:p>
      <w:pPr>
        <w:spacing w:after="80"/>
      </w:pPr>
      <w:r>
        <w:rPr>
          <w:rFonts w:ascii="Georgia" w:hAnsi="Georgia"/>
          <w:sz w:val="23"/>
        </w:rPr>
        <w:t>“Like maybe I left my bag open. Maybe I talked too much. Maybe I stood next to the wrong person after a game. Maybe I was being me in a way that suddenly looks guilty when everybody needs a bad guy.”</w:t>
      </w:r>
    </w:p>
    <w:p>
      <w:pPr>
        <w:spacing w:after="80"/>
      </w:pPr>
      <w:r>
        <w:rPr>
          <w:rFonts w:ascii="Georgia" w:hAnsi="Georgia"/>
          <w:sz w:val="23"/>
        </w:rPr>
        <w:t>The hallway felt smaller now. Hotter.</w:t>
      </w:r>
    </w:p>
    <w:p>
      <w:pPr>
        <w:spacing w:after="80"/>
      </w:pPr>
      <w:r>
        <w:rPr>
          <w:rFonts w:ascii="Georgia" w:hAnsi="Georgia"/>
          <w:sz w:val="23"/>
        </w:rPr>
        <w:t>Noah said quietly, “Were you talking to that guy?”</w:t>
      </w:r>
    </w:p>
    <w:p>
      <w:pPr>
        <w:spacing w:after="80"/>
      </w:pPr>
      <w:r>
        <w:rPr>
          <w:rFonts w:ascii="Georgia" w:hAnsi="Georgia"/>
          <w:sz w:val="23"/>
        </w:rPr>
        <w:t>Rico stared at him.</w:t>
      </w:r>
    </w:p>
    <w:p>
      <w:pPr>
        <w:spacing w:after="80"/>
      </w:pPr>
      <w:r>
        <w:rPr>
          <w:rFonts w:ascii="Georgia" w:hAnsi="Georgia"/>
          <w:sz w:val="23"/>
        </w:rPr>
        <w:t>“That’s your question?”</w:t>
      </w:r>
    </w:p>
    <w:p>
      <w:pPr>
        <w:spacing w:after="80"/>
      </w:pPr>
      <w:r>
        <w:rPr>
          <w:rFonts w:ascii="Georgia" w:hAnsi="Georgia"/>
          <w:sz w:val="23"/>
        </w:rPr>
        <w:t>“It matters.”</w:t>
      </w:r>
    </w:p>
    <w:p>
      <w:pPr>
        <w:spacing w:after="80"/>
      </w:pPr>
      <w:r>
        <w:rPr>
          <w:rFonts w:ascii="Georgia" w:hAnsi="Georgia"/>
          <w:sz w:val="23"/>
        </w:rPr>
        <w:t>Rico shook his head slowly. “Man.”</w:t>
      </w:r>
    </w:p>
    <w:p>
      <w:pPr>
        <w:spacing w:after="80"/>
      </w:pPr>
      <w:r>
        <w:rPr>
          <w:rFonts w:ascii="Georgia" w:hAnsi="Georgia"/>
          <w:sz w:val="23"/>
        </w:rPr>
        <w:t>Noah stepped closer. “Did you know him?”</w:t>
      </w:r>
    </w:p>
    <w:p>
      <w:pPr>
        <w:spacing w:after="80"/>
      </w:pPr>
      <w:r>
        <w:rPr>
          <w:rFonts w:ascii="Georgia" w:hAnsi="Georgia"/>
          <w:sz w:val="23"/>
        </w:rPr>
        <w:t>Rico looked away, then back.</w:t>
      </w:r>
    </w:p>
    <w:p>
      <w:pPr>
        <w:spacing w:after="80"/>
      </w:pPr>
      <w:r>
        <w:rPr>
          <w:rFonts w:ascii="Georgia" w:hAnsi="Georgia"/>
          <w:sz w:val="23"/>
        </w:rPr>
        <w:t>And for one second—just one—Noah thought he saw the answer before Rico even spoke.</w:t>
      </w:r>
    </w:p>
    <w:p>
      <w:pPr>
        <w:spacing w:after="80"/>
      </w:pPr>
      <w:r>
        <w:rPr>
          <w:rFonts w:ascii="Georgia" w:hAnsi="Georgia"/>
          <w:sz w:val="23"/>
        </w:rPr>
        <w:t>Not guilt exactly.</w:t>
      </w:r>
    </w:p>
    <w:p>
      <w:pPr>
        <w:spacing w:after="80"/>
      </w:pPr>
      <w:r>
        <w:rPr>
          <w:rFonts w:ascii="Georgia" w:hAnsi="Georgia"/>
          <w:sz w:val="23"/>
        </w:rPr>
        <w:t>Recognition.</w:t>
      </w:r>
    </w:p>
    <w:p>
      <w:pPr>
        <w:spacing w:after="80"/>
      </w:pPr>
      <w:r>
        <w:rPr>
          <w:rFonts w:ascii="Georgia" w:hAnsi="Georgia"/>
          <w:sz w:val="23"/>
        </w:rPr>
        <w:t>Then Rico said, “I don’t know what I know anymore.”</w:t>
      </w:r>
    </w:p>
    <w:p>
      <w:pPr>
        <w:spacing w:after="80"/>
      </w:pPr>
      <w:r>
        <w:rPr>
          <w:rFonts w:ascii="Georgia" w:hAnsi="Georgia"/>
          <w:sz w:val="23"/>
        </w:rPr>
        <w:t>Noah felt the line hit him in the ribs.</w:t>
      </w:r>
    </w:p>
    <w:p>
      <w:pPr>
        <w:spacing w:after="80"/>
      </w:pPr>
      <w:r>
        <w:rPr>
          <w:rFonts w:ascii="Georgia" w:hAnsi="Georgia"/>
          <w:sz w:val="23"/>
        </w:rPr>
        <w:t>He took another step. “Rico.”</w:t>
      </w:r>
    </w:p>
    <w:p>
      <w:pPr>
        <w:spacing w:after="80"/>
      </w:pPr>
      <w:r>
        <w:rPr>
          <w:rFonts w:ascii="Georgia" w:hAnsi="Georgia"/>
          <w:sz w:val="23"/>
        </w:rPr>
        <w:t>Rico’s eyes lifted over Noah’s shoulder.</w:t>
      </w:r>
    </w:p>
    <w:p>
      <w:pPr>
        <w:spacing w:after="80"/>
      </w:pPr>
      <w:r>
        <w:rPr>
          <w:rFonts w:ascii="Georgia" w:hAnsi="Georgia"/>
          <w:sz w:val="23"/>
        </w:rPr>
        <w:t>Noah turned instinctively.</w:t>
      </w:r>
    </w:p>
    <w:p>
      <w:pPr>
        <w:spacing w:after="80"/>
      </w:pPr>
      <w:r>
        <w:rPr>
          <w:rFonts w:ascii="Georgia" w:hAnsi="Georgia"/>
          <w:sz w:val="23"/>
        </w:rPr>
        <w:t>The side exit door had a narrow wired-glass window.</w:t>
      </w:r>
    </w:p>
    <w:p>
      <w:pPr>
        <w:spacing w:after="80"/>
      </w:pPr>
      <w:r>
        <w:rPr>
          <w:rFonts w:ascii="Georgia" w:hAnsi="Georgia"/>
          <w:sz w:val="23"/>
        </w:rPr>
        <w:t>Outside, in the darkening lot beyond it, a gray hoodie moved past the glass.</w:t>
      </w:r>
    </w:p>
    <w:p>
      <w:pPr>
        <w:spacing w:after="80"/>
      </w:pPr>
      <w:r>
        <w:rPr>
          <w:rFonts w:ascii="Georgia" w:hAnsi="Georgia"/>
          <w:sz w:val="23"/>
        </w:rPr>
        <w:t>Just for a second.</w:t>
      </w:r>
    </w:p>
    <w:p>
      <w:pPr>
        <w:spacing w:after="80"/>
      </w:pPr>
      <w:r>
        <w:rPr>
          <w:rFonts w:ascii="Georgia" w:hAnsi="Georgia"/>
          <w:sz w:val="23"/>
        </w:rPr>
        <w:t>Gone.</w:t>
      </w:r>
    </w:p>
    <w:p>
      <w:pPr>
        <w:spacing w:after="80"/>
      </w:pPr>
      <w:r>
        <w:rPr>
          <w:rFonts w:ascii="Georgia" w:hAnsi="Georgia"/>
          <w:sz w:val="23"/>
        </w:rPr>
        <w:t>Noah turned. “Did you see—”</w:t>
      </w:r>
    </w:p>
    <w:p>
      <w:pPr>
        <w:spacing w:after="80"/>
      </w:pPr>
      <w:r>
        <w:rPr>
          <w:rFonts w:ascii="Georgia" w:hAnsi="Georgia"/>
          <w:sz w:val="23"/>
        </w:rPr>
        <w:t>But Rico was already moving.</w:t>
      </w:r>
    </w:p>
    <w:p>
      <w:pPr>
        <w:spacing w:after="80"/>
      </w:pPr>
      <w:r>
        <w:rPr>
          <w:rFonts w:ascii="Georgia" w:hAnsi="Georgia"/>
          <w:sz w:val="23"/>
        </w:rPr>
        <w:t>He shoved through the side exit and into the cold air. Noah chased him into the lot, both of them searching the stretch between parked cars and the curb.</w:t>
      </w:r>
    </w:p>
    <w:p>
      <w:pPr>
        <w:spacing w:after="80"/>
      </w:pPr>
      <w:r>
        <w:rPr>
          <w:rFonts w:ascii="Georgia" w:hAnsi="Georgia"/>
          <w:sz w:val="23"/>
        </w:rPr>
        <w:t>Nothing.</w:t>
      </w:r>
    </w:p>
    <w:p>
      <w:pPr>
        <w:spacing w:after="80"/>
      </w:pPr>
      <w:r>
        <w:rPr>
          <w:rFonts w:ascii="Georgia" w:hAnsi="Georgia"/>
          <w:sz w:val="23"/>
        </w:rPr>
        <w:t>No footsteps. No slamming car door. No gray hoodie.</w:t>
      </w:r>
    </w:p>
    <w:p>
      <w:pPr>
        <w:spacing w:after="80"/>
      </w:pPr>
      <w:r>
        <w:rPr>
          <w:rFonts w:ascii="Georgia" w:hAnsi="Georgia"/>
          <w:sz w:val="23"/>
        </w:rPr>
        <w:t>Then Noah spotted it.</w:t>
      </w:r>
    </w:p>
    <w:p>
      <w:pPr>
        <w:spacing w:after="80"/>
      </w:pPr>
      <w:r>
        <w:rPr>
          <w:rFonts w:ascii="Georgia" w:hAnsi="Georgia"/>
          <w:sz w:val="23"/>
        </w:rPr>
        <w:t>A folded sheet of lined paper caught under the edge of the door mat.</w:t>
      </w:r>
    </w:p>
    <w:p>
      <w:pPr>
        <w:spacing w:after="80"/>
      </w:pPr>
      <w:r>
        <w:rPr>
          <w:rFonts w:ascii="Georgia" w:hAnsi="Georgia"/>
          <w:sz w:val="23"/>
        </w:rPr>
        <w:t>He bent and pulled it free.</w:t>
      </w:r>
    </w:p>
    <w:p>
      <w:pPr>
        <w:spacing w:after="80"/>
      </w:pPr>
      <w:r>
        <w:rPr>
          <w:rFonts w:ascii="Georgia" w:hAnsi="Georgia"/>
          <w:sz w:val="23"/>
        </w:rPr>
        <w:t>Another note.</w:t>
      </w:r>
    </w:p>
    <w:p>
      <w:pPr>
        <w:spacing w:after="80"/>
      </w:pPr>
      <w:r>
        <w:rPr>
          <w:rFonts w:ascii="Georgia" w:hAnsi="Georgia"/>
          <w:sz w:val="23"/>
        </w:rPr>
        <w:t>Same fold. Same paper.</w:t>
      </w:r>
    </w:p>
    <w:p>
      <w:pPr>
        <w:spacing w:after="80"/>
      </w:pPr>
      <w:r>
        <w:rPr>
          <w:rFonts w:ascii="Georgia" w:hAnsi="Georgia"/>
          <w:sz w:val="23"/>
        </w:rPr>
        <w:t>“Rico,” Noah said. “There’s another—”</w:t>
      </w:r>
    </w:p>
    <w:p>
      <w:pPr>
        <w:spacing w:after="80"/>
      </w:pPr>
      <w:r>
        <w:rPr>
          <w:rFonts w:ascii="Georgia" w:hAnsi="Georgia"/>
          <w:sz w:val="23"/>
        </w:rPr>
        <w:t>No answer.</w:t>
      </w:r>
    </w:p>
    <w:p>
      <w:pPr>
        <w:spacing w:after="80"/>
      </w:pPr>
      <w:r>
        <w:rPr>
          <w:rFonts w:ascii="Georgia" w:hAnsi="Georgia"/>
          <w:sz w:val="23"/>
        </w:rPr>
        <w:t>He looked up.</w:t>
      </w:r>
    </w:p>
    <w:p>
      <w:pPr>
        <w:spacing w:after="80"/>
      </w:pPr>
      <w:r>
        <w:rPr>
          <w:rFonts w:ascii="Georgia" w:hAnsi="Georgia"/>
          <w:sz w:val="23"/>
        </w:rPr>
        <w:t>Rico wasn’t staring at the note.</w:t>
      </w:r>
    </w:p>
    <w:p>
      <w:pPr>
        <w:spacing w:after="80"/>
      </w:pPr>
      <w:r>
        <w:rPr>
          <w:rFonts w:ascii="Georgia" w:hAnsi="Georgia"/>
          <w:sz w:val="23"/>
        </w:rPr>
        <w:t>He was staring across the parking lot.</w:t>
      </w:r>
    </w:p>
    <w:p>
      <w:pPr>
        <w:spacing w:after="80"/>
      </w:pPr>
      <w:r>
        <w:rPr>
          <w:rFonts w:ascii="Georgia" w:hAnsi="Georgia"/>
          <w:sz w:val="23"/>
        </w:rPr>
        <w:t>Noah followed his gaze.</w:t>
      </w:r>
    </w:p>
    <w:p>
      <w:pPr>
        <w:spacing w:after="80"/>
      </w:pPr>
      <w:r>
        <w:rPr>
          <w:rFonts w:ascii="Georgia" w:hAnsi="Georgia"/>
          <w:sz w:val="23"/>
        </w:rPr>
        <w:t>At the far edge of the curb, under a broken yellow light, the gray hoodie had stopped.</w:t>
      </w:r>
    </w:p>
    <w:p>
      <w:pPr>
        <w:spacing w:after="80"/>
      </w:pPr>
      <w:r>
        <w:rPr>
          <w:rFonts w:ascii="Georgia" w:hAnsi="Georgia"/>
          <w:sz w:val="23"/>
        </w:rPr>
        <w:t>And this time, the figure was looking straight at them.</w:t>
      </w:r>
    </w:p>
    <w:p>
      <w:r>
        <w:br w:type="page"/>
      </w:r>
    </w:p>
    <w:p>
      <w:pPr>
        <w:spacing w:after="40"/>
        <w:jc w:val="center"/>
      </w:pPr>
      <w:r>
        <w:rPr>
          <w:rFonts w:ascii="Georgia" w:hAnsi="Georgia"/>
          <w:b/>
          <w:i w:val="0"/>
          <w:sz w:val="28"/>
        </w:rPr>
        <w:t>Chapter 8</w:t>
      </w:r>
    </w:p>
    <w:p>
      <w:pPr>
        <w:spacing w:after="200"/>
        <w:jc w:val="center"/>
      </w:pPr>
      <w:r>
        <w:rPr>
          <w:rFonts w:ascii="Georgia" w:hAnsi="Georgia"/>
          <w:b w:val="0"/>
          <w:i/>
          <w:sz w:val="24"/>
        </w:rPr>
        <w:t>Coach Law’s Silence</w:t>
      </w:r>
    </w:p>
    <w:p>
      <w:pPr>
        <w:spacing w:after="80"/>
      </w:pPr>
      <w:r>
        <w:rPr>
          <w:rFonts w:ascii="Georgia" w:hAnsi="Georgia"/>
          <w:sz w:val="23"/>
        </w:rPr>
        <w:t>The gray hoodie stood under the broken yellow light like he had been waiting for them to look up.</w:t>
      </w:r>
    </w:p>
    <w:p>
      <w:pPr>
        <w:spacing w:after="80"/>
      </w:pPr>
      <w:r>
        <w:rPr>
          <w:rFonts w:ascii="Georgia" w:hAnsi="Georgia"/>
          <w:sz w:val="23"/>
        </w:rPr>
        <w:t>Noah froze with the folded note in his hand.</w:t>
      </w:r>
    </w:p>
    <w:p>
      <w:pPr>
        <w:spacing w:after="80"/>
      </w:pPr>
      <w:r>
        <w:rPr>
          <w:rFonts w:ascii="Georgia" w:hAnsi="Georgia"/>
          <w:sz w:val="23"/>
        </w:rPr>
        <w:t>The parking lot felt suddenly huge and dead quiet at the same time. The rec center sat behind them humming softly through the walls, but out here there was only the far-off sound of traffic and the dry scrape of leaves skittering across the pavement.</w:t>
      </w:r>
    </w:p>
    <w:p>
      <w:pPr>
        <w:spacing w:after="80"/>
      </w:pPr>
      <w:r>
        <w:rPr>
          <w:rFonts w:ascii="Georgia" w:hAnsi="Georgia"/>
          <w:sz w:val="23"/>
        </w:rPr>
        <w:t>Rico took one step forward.</w:t>
      </w:r>
    </w:p>
    <w:p>
      <w:pPr>
        <w:spacing w:after="80"/>
      </w:pPr>
      <w:r>
        <w:rPr>
          <w:rFonts w:ascii="Georgia" w:hAnsi="Georgia"/>
          <w:sz w:val="23"/>
        </w:rPr>
        <w:t>“Hey!” Noah shouted before he even thought about it.</w:t>
      </w:r>
    </w:p>
    <w:p>
      <w:pPr>
        <w:spacing w:after="80"/>
      </w:pPr>
      <w:r>
        <w:rPr>
          <w:rFonts w:ascii="Georgia" w:hAnsi="Georgia"/>
          <w:sz w:val="23"/>
        </w:rPr>
        <w:t>The figure moved.</w:t>
      </w:r>
    </w:p>
    <w:p>
      <w:pPr>
        <w:spacing w:after="80"/>
      </w:pPr>
      <w:r>
        <w:rPr>
          <w:rFonts w:ascii="Georgia" w:hAnsi="Georgia"/>
          <w:sz w:val="23"/>
        </w:rPr>
        <w:t>Not ran. Moved.</w:t>
      </w:r>
    </w:p>
    <w:p>
      <w:pPr>
        <w:spacing w:after="80"/>
      </w:pPr>
      <w:r>
        <w:rPr>
          <w:rFonts w:ascii="Georgia" w:hAnsi="Georgia"/>
          <w:sz w:val="23"/>
        </w:rPr>
        <w:t>A quick turn toward the sidewalk that ran behind the lot.</w:t>
      </w:r>
    </w:p>
    <w:p>
      <w:pPr>
        <w:spacing w:after="80"/>
      </w:pPr>
      <w:r>
        <w:rPr>
          <w:rFonts w:ascii="Georgia" w:hAnsi="Georgia"/>
          <w:sz w:val="23"/>
        </w:rPr>
        <w:t>Then he was gone.</w:t>
      </w:r>
    </w:p>
    <w:p>
      <w:pPr>
        <w:spacing w:after="80"/>
      </w:pPr>
      <w:r>
        <w:rPr>
          <w:rFonts w:ascii="Georgia" w:hAnsi="Georgia"/>
          <w:sz w:val="23"/>
        </w:rPr>
        <w:t>Rico took off after him.</w:t>
      </w:r>
    </w:p>
    <w:p>
      <w:pPr>
        <w:spacing w:after="80"/>
      </w:pPr>
      <w:r>
        <w:rPr>
          <w:rFonts w:ascii="Georgia" w:hAnsi="Georgia"/>
          <w:sz w:val="23"/>
        </w:rPr>
        <w:t>“Rico!” Noah shoved the note into his pocket and sprinted after him.</w:t>
      </w:r>
    </w:p>
    <w:p>
      <w:pPr>
        <w:spacing w:after="80"/>
      </w:pPr>
      <w:r>
        <w:rPr>
          <w:rFonts w:ascii="Georgia" w:hAnsi="Georgia"/>
          <w:sz w:val="23"/>
        </w:rPr>
        <w:t>They tore across the lot, weaving between parked cars and cutting toward the curb. Noah’s cleats slipped on loose gravel near the edge of the pavement, and for one stupid second he thought about how Coach Law would lose his mind if he blew out an ankle chasing a mystery in practice gear.</w:t>
      </w:r>
    </w:p>
    <w:p>
      <w:pPr>
        <w:spacing w:after="80"/>
      </w:pPr>
      <w:r>
        <w:rPr>
          <w:rFonts w:ascii="Georgia" w:hAnsi="Georgia"/>
          <w:sz w:val="23"/>
        </w:rPr>
        <w:t>Rico hit the sidewalk first.</w:t>
      </w:r>
    </w:p>
    <w:p>
      <w:pPr>
        <w:spacing w:after="80"/>
      </w:pPr>
      <w:r>
        <w:rPr>
          <w:rFonts w:ascii="Georgia" w:hAnsi="Georgia"/>
          <w:sz w:val="23"/>
        </w:rPr>
        <w:t>He looked left.</w:t>
      </w:r>
    </w:p>
    <w:p>
      <w:pPr>
        <w:spacing w:after="80"/>
      </w:pPr>
      <w:r>
        <w:rPr>
          <w:rFonts w:ascii="Georgia" w:hAnsi="Georgia"/>
          <w:sz w:val="23"/>
        </w:rPr>
        <w:t>Then right.</w:t>
      </w:r>
    </w:p>
    <w:p>
      <w:pPr>
        <w:spacing w:after="80"/>
      </w:pPr>
      <w:r>
        <w:rPr>
          <w:rFonts w:ascii="Georgia" w:hAnsi="Georgia"/>
          <w:sz w:val="23"/>
        </w:rPr>
        <w:t>Nothing.</w:t>
      </w:r>
    </w:p>
    <w:p>
      <w:pPr>
        <w:spacing w:after="80"/>
      </w:pPr>
      <w:r>
        <w:rPr>
          <w:rFonts w:ascii="Georgia" w:hAnsi="Georgia"/>
          <w:sz w:val="23"/>
        </w:rPr>
        <w:t>The stretch behind the rec center led toward a line of scrub trees, a chain-link fence, and the back side of two baseball diamonds that were dark this time of year. There were places to disappear. Too many.</w:t>
      </w:r>
    </w:p>
    <w:p>
      <w:pPr>
        <w:spacing w:after="80"/>
      </w:pPr>
      <w:r>
        <w:rPr>
          <w:rFonts w:ascii="Georgia" w:hAnsi="Georgia"/>
          <w:sz w:val="23"/>
        </w:rPr>
        <w:t>Noah got there breathing hard. “Where’d he go?”</w:t>
      </w:r>
    </w:p>
    <w:p>
      <w:pPr>
        <w:spacing w:after="80"/>
      </w:pPr>
      <w:r>
        <w:rPr>
          <w:rFonts w:ascii="Georgia" w:hAnsi="Georgia"/>
          <w:sz w:val="23"/>
        </w:rPr>
        <w:t>Rico was turning in a slow circle, chest rising and falling fast. “He was right there.”</w:t>
      </w:r>
    </w:p>
    <w:p>
      <w:pPr>
        <w:spacing w:after="80"/>
      </w:pPr>
      <w:r>
        <w:rPr>
          <w:rFonts w:ascii="Georgia" w:hAnsi="Georgia"/>
          <w:sz w:val="23"/>
        </w:rPr>
        <w:t>“I know that.”</w:t>
      </w:r>
    </w:p>
    <w:p>
      <w:pPr>
        <w:spacing w:after="80"/>
      </w:pPr>
      <w:r>
        <w:rPr>
          <w:rFonts w:ascii="Georgia" w:hAnsi="Georgia"/>
          <w:sz w:val="23"/>
        </w:rPr>
        <w:t>“No, like right there.” Rico pointed down the path toward the fence. “He didn’t have time to get that far.”</w:t>
      </w:r>
    </w:p>
    <w:p>
      <w:pPr>
        <w:spacing w:after="80"/>
      </w:pPr>
      <w:r>
        <w:rPr>
          <w:rFonts w:ascii="Georgia" w:hAnsi="Georgia"/>
          <w:sz w:val="23"/>
        </w:rPr>
        <w:t>Noah scanned the shadows.</w:t>
      </w:r>
    </w:p>
    <w:p>
      <w:pPr>
        <w:spacing w:after="80"/>
      </w:pPr>
      <w:r>
        <w:rPr>
          <w:rFonts w:ascii="Georgia" w:hAnsi="Georgia"/>
          <w:sz w:val="23"/>
        </w:rPr>
        <w:t>A trash can. Fence. A maintenance shed with one metal door. Empty sidewalk. No gray hoodie.</w:t>
      </w:r>
    </w:p>
    <w:p>
      <w:pPr>
        <w:spacing w:after="80"/>
      </w:pPr>
      <w:r>
        <w:rPr>
          <w:rFonts w:ascii="Georgia" w:hAnsi="Georgia"/>
          <w:sz w:val="23"/>
        </w:rPr>
        <w:t>Then a side door behind them banged open.</w:t>
      </w:r>
    </w:p>
    <w:p>
      <w:pPr>
        <w:spacing w:after="80"/>
      </w:pPr>
      <w:r>
        <w:rPr>
          <w:rFonts w:ascii="Georgia" w:hAnsi="Georgia"/>
          <w:sz w:val="23"/>
        </w:rPr>
        <w:t>Coach Law.</w:t>
      </w:r>
    </w:p>
    <w:p>
      <w:pPr>
        <w:spacing w:after="80"/>
      </w:pPr>
      <w:r>
        <w:rPr>
          <w:rFonts w:ascii="Georgia" w:hAnsi="Georgia"/>
          <w:sz w:val="23"/>
        </w:rPr>
        <w:t>Devin and Vee were right behind him.</w:t>
      </w:r>
    </w:p>
    <w:p>
      <w:pPr>
        <w:spacing w:after="80"/>
      </w:pPr>
      <w:r>
        <w:rPr>
          <w:rFonts w:ascii="Georgia" w:hAnsi="Georgia"/>
          <w:sz w:val="23"/>
        </w:rPr>
        <w:t>Coach Law took in the scene in one sweep—Noah and Rico off the property line, both breathing hard, the open side exit, the dark lot.</w:t>
      </w:r>
    </w:p>
    <w:p>
      <w:pPr>
        <w:spacing w:after="80"/>
      </w:pPr>
      <w:r>
        <w:rPr>
          <w:rFonts w:ascii="Georgia" w:hAnsi="Georgia"/>
          <w:sz w:val="23"/>
        </w:rPr>
        <w:t>“What are you doing?”</w:t>
      </w:r>
    </w:p>
    <w:p>
      <w:pPr>
        <w:spacing w:after="80"/>
      </w:pPr>
      <w:r>
        <w:rPr>
          <w:rFonts w:ascii="Georgia" w:hAnsi="Georgia"/>
          <w:sz w:val="23"/>
        </w:rPr>
        <w:t>Noah pointed toward the sidewalk. “He was there.”</w:t>
      </w:r>
    </w:p>
    <w:p>
      <w:pPr>
        <w:spacing w:after="80"/>
      </w:pPr>
      <w:r>
        <w:rPr>
          <w:rFonts w:ascii="Georgia" w:hAnsi="Georgia"/>
          <w:sz w:val="23"/>
        </w:rPr>
        <w:t>“Who?”</w:t>
      </w:r>
    </w:p>
    <w:p>
      <w:pPr>
        <w:spacing w:after="80"/>
      </w:pPr>
      <w:r>
        <w:rPr>
          <w:rFonts w:ascii="Georgia" w:hAnsi="Georgia"/>
          <w:sz w:val="23"/>
        </w:rPr>
        <w:t>“The guy in the hoodie,” Rico said.</w:t>
      </w:r>
    </w:p>
    <w:p>
      <w:pPr>
        <w:spacing w:after="80"/>
      </w:pPr>
      <w:r>
        <w:rPr>
          <w:rFonts w:ascii="Georgia" w:hAnsi="Georgia"/>
          <w:sz w:val="23"/>
        </w:rPr>
        <w:t>Coach Law’s eyes sharpened. “You saw him clearly?”</w:t>
      </w:r>
    </w:p>
    <w:p>
      <w:pPr>
        <w:spacing w:after="80"/>
      </w:pPr>
      <w:r>
        <w:rPr>
          <w:rFonts w:ascii="Georgia" w:hAnsi="Georgia"/>
          <w:sz w:val="23"/>
        </w:rPr>
        <w:t>Noah looked at Rico once, then back at his dad. “Clear enough.”</w:t>
      </w:r>
    </w:p>
    <w:p>
      <w:pPr>
        <w:spacing w:after="80"/>
      </w:pPr>
      <w:r>
        <w:rPr>
          <w:rFonts w:ascii="Georgia" w:hAnsi="Georgia"/>
          <w:sz w:val="23"/>
        </w:rPr>
        <w:t>Vee came up behind them, eyes narrowed toward the fence. “He was watching to see if you’d follow.”</w:t>
      </w:r>
    </w:p>
    <w:p>
      <w:pPr>
        <w:spacing w:after="80"/>
      </w:pPr>
      <w:r>
        <w:rPr>
          <w:rFonts w:ascii="Georgia" w:hAnsi="Georgia"/>
          <w:sz w:val="23"/>
        </w:rPr>
        <w:t>Coach Law turned his head. “How are you always suddenly in the conversation?”</w:t>
      </w:r>
    </w:p>
    <w:p>
      <w:pPr>
        <w:spacing w:after="80"/>
      </w:pPr>
      <w:r>
        <w:rPr>
          <w:rFonts w:ascii="Georgia" w:hAnsi="Georgia"/>
          <w:sz w:val="23"/>
        </w:rPr>
        <w:t>“I have legs.”</w:t>
      </w:r>
    </w:p>
    <w:p>
      <w:pPr>
        <w:spacing w:after="80"/>
      </w:pPr>
      <w:r>
        <w:rPr>
          <w:rFonts w:ascii="Georgia" w:hAnsi="Georgia"/>
          <w:sz w:val="23"/>
        </w:rPr>
        <w:t>Devin stepped between them before Coach Law could answer that. “Did either of you see his face?”</w:t>
      </w:r>
    </w:p>
    <w:p>
      <w:pPr>
        <w:spacing w:after="80"/>
      </w:pPr>
      <w:r>
        <w:rPr>
          <w:rFonts w:ascii="Georgia" w:hAnsi="Georgia"/>
          <w:sz w:val="23"/>
        </w:rPr>
        <w:t>“No,” Noah said.</w:t>
      </w:r>
    </w:p>
    <w:p>
      <w:pPr>
        <w:spacing w:after="80"/>
      </w:pPr>
      <w:r>
        <w:rPr>
          <w:rFonts w:ascii="Georgia" w:hAnsi="Georgia"/>
          <w:sz w:val="23"/>
        </w:rPr>
        <w:t>Rico shook his head. “Just the hoodie.”</w:t>
      </w:r>
    </w:p>
    <w:p>
      <w:pPr>
        <w:spacing w:after="80"/>
      </w:pPr>
      <w:r>
        <w:rPr>
          <w:rFonts w:ascii="Georgia" w:hAnsi="Georgia"/>
          <w:sz w:val="23"/>
        </w:rPr>
        <w:t>Coach Law looked from one to the other. “And you chased him.”</w:t>
      </w:r>
    </w:p>
    <w:p>
      <w:pPr>
        <w:spacing w:after="80"/>
      </w:pPr>
      <w:r>
        <w:rPr>
          <w:rFonts w:ascii="Georgia" w:hAnsi="Georgia"/>
          <w:sz w:val="23"/>
        </w:rPr>
        <w:t>Noah knew that tone. He hated that tone.</w:t>
      </w:r>
    </w:p>
    <w:p>
      <w:pPr>
        <w:spacing w:after="80"/>
      </w:pPr>
      <w:r>
        <w:rPr>
          <w:rFonts w:ascii="Georgia" w:hAnsi="Georgia"/>
          <w:sz w:val="23"/>
        </w:rPr>
        <w:t>“He was right there.”</w:t>
      </w:r>
    </w:p>
    <w:p>
      <w:pPr>
        <w:spacing w:after="80"/>
      </w:pPr>
      <w:r>
        <w:rPr>
          <w:rFonts w:ascii="Georgia" w:hAnsi="Georgia"/>
          <w:sz w:val="23"/>
        </w:rPr>
        <w:t>“And now he’s gone.” Coach Law’s voice stayed calm, which made Noah feel even more defensive. “Congratulations. We traded certainty for adrenaline.”</w:t>
      </w:r>
    </w:p>
    <w:p>
      <w:pPr>
        <w:spacing w:after="80"/>
      </w:pPr>
      <w:r>
        <w:rPr>
          <w:rFonts w:ascii="Georgia" w:hAnsi="Georgia"/>
          <w:sz w:val="23"/>
        </w:rPr>
        <w:t>Noah pulled the folded note from his pocket. “He left this.”</w:t>
      </w:r>
    </w:p>
    <w:p>
      <w:pPr>
        <w:spacing w:after="80"/>
      </w:pPr>
      <w:r>
        <w:rPr>
          <w:rFonts w:ascii="Georgia" w:hAnsi="Georgia"/>
          <w:sz w:val="23"/>
        </w:rPr>
        <w:t>Coach Law’s gaze dropped to the paper.</w:t>
      </w:r>
    </w:p>
    <w:p>
      <w:pPr>
        <w:spacing w:after="80"/>
      </w:pPr>
      <w:r>
        <w:rPr>
          <w:rFonts w:ascii="Georgia" w:hAnsi="Georgia"/>
          <w:sz w:val="23"/>
        </w:rPr>
        <w:t>For half a second Noah thought his dad might reach for it.</w:t>
      </w:r>
    </w:p>
    <w:p>
      <w:pPr>
        <w:spacing w:after="80"/>
      </w:pPr>
      <w:r>
        <w:rPr>
          <w:rFonts w:ascii="Georgia" w:hAnsi="Georgia"/>
          <w:sz w:val="23"/>
        </w:rPr>
        <w:t>He didn’t.</w:t>
      </w:r>
    </w:p>
    <w:p>
      <w:pPr>
        <w:spacing w:after="80"/>
      </w:pPr>
      <w:r>
        <w:rPr>
          <w:rFonts w:ascii="Georgia" w:hAnsi="Georgia"/>
          <w:sz w:val="23"/>
        </w:rPr>
        <w:t>Instead he said, “Inside. All of you.”</w:t>
      </w:r>
    </w:p>
    <w:p>
      <w:pPr>
        <w:spacing w:after="80"/>
      </w:pPr>
      <w:r>
        <w:rPr>
          <w:rFonts w:ascii="Georgia" w:hAnsi="Georgia"/>
          <w:sz w:val="23"/>
        </w:rPr>
        <w:t>Nobody argued.</w:t>
      </w:r>
    </w:p>
    <w:p>
      <w:pPr>
        <w:spacing w:after="80"/>
      </w:pPr>
      <w:r>
        <w:rPr>
          <w:rFonts w:ascii="Georgia" w:hAnsi="Georgia"/>
          <w:sz w:val="23"/>
        </w:rPr>
        <w:t>Not even Vee.</w:t>
      </w:r>
    </w:p>
    <w:p>
      <w:pPr>
        <w:spacing w:after="80"/>
      </w:pPr>
      <w:r>
        <w:rPr>
          <w:rFonts w:ascii="Georgia" w:hAnsi="Georgia"/>
          <w:sz w:val="23"/>
        </w:rPr>
        <w:t>They went back through the side door and into the rec center hallway, where the fluorescent lights made everything feel flatter and less believable. The note in Noah’s hand looked smaller in here. Less dramatic. Which annoyed him, because the whole point was that it had not felt small outside.</w:t>
      </w:r>
    </w:p>
    <w:p>
      <w:pPr>
        <w:spacing w:after="80"/>
      </w:pPr>
      <w:r>
        <w:rPr>
          <w:rFonts w:ascii="Georgia" w:hAnsi="Georgia"/>
          <w:sz w:val="23"/>
        </w:rPr>
        <w:t>Coach Law led them into the same classroom they had used for film. He shut the door, and the sound of the latch clicking home made Noah’s chest tighten.</w:t>
      </w:r>
    </w:p>
    <w:p>
      <w:pPr>
        <w:spacing w:after="80"/>
      </w:pPr>
      <w:r>
        <w:rPr>
          <w:rFonts w:ascii="Georgia" w:hAnsi="Georgia"/>
          <w:sz w:val="23"/>
        </w:rPr>
        <w:t>“All right,” he said. “Now we do this the right way.”</w:t>
      </w:r>
    </w:p>
    <w:p>
      <w:pPr>
        <w:spacing w:after="80"/>
      </w:pPr>
      <w:r>
        <w:rPr>
          <w:rFonts w:ascii="Georgia" w:hAnsi="Georgia"/>
          <w:sz w:val="23"/>
        </w:rPr>
        <w:t>Jalen’s voice floated from the hallway outside. “Are we in trouble or excluded?”</w:t>
      </w:r>
    </w:p>
    <w:p>
      <w:pPr>
        <w:spacing w:after="80"/>
      </w:pPr>
      <w:r>
        <w:rPr>
          <w:rFonts w:ascii="Georgia" w:hAnsi="Georgia"/>
          <w:sz w:val="23"/>
        </w:rPr>
        <w:t>Coach Law called without opening the door, “Go home, Jalen.”</w:t>
      </w:r>
    </w:p>
    <w:p>
      <w:pPr>
        <w:spacing w:after="80"/>
      </w:pPr>
      <w:r>
        <w:rPr>
          <w:rFonts w:ascii="Georgia" w:hAnsi="Georgia"/>
          <w:sz w:val="23"/>
        </w:rPr>
        <w:t>A pause.</w:t>
      </w:r>
    </w:p>
    <w:p>
      <w:pPr>
        <w:spacing w:after="80"/>
      </w:pPr>
      <w:r>
        <w:rPr>
          <w:rFonts w:ascii="Georgia" w:hAnsi="Georgia"/>
          <w:sz w:val="23"/>
        </w:rPr>
        <w:t>Then: “That sounds like trouble.”</w:t>
      </w:r>
    </w:p>
    <w:p>
      <w:pPr>
        <w:spacing w:after="80"/>
      </w:pPr>
      <w:r>
        <w:rPr>
          <w:rFonts w:ascii="Georgia" w:hAnsi="Georgia"/>
          <w:sz w:val="23"/>
        </w:rPr>
        <w:t>Footsteps retreated anyway.</w:t>
      </w:r>
    </w:p>
    <w:p>
      <w:pPr>
        <w:spacing w:after="80"/>
      </w:pPr>
      <w:r>
        <w:rPr>
          <w:rFonts w:ascii="Georgia" w:hAnsi="Georgia"/>
          <w:sz w:val="23"/>
        </w:rPr>
        <w:t>Coach Law held out his hand.</w:t>
      </w:r>
    </w:p>
    <w:p>
      <w:pPr>
        <w:spacing w:after="80"/>
      </w:pPr>
      <w:r>
        <w:rPr>
          <w:rFonts w:ascii="Georgia" w:hAnsi="Georgia"/>
          <w:sz w:val="23"/>
        </w:rPr>
        <w:t>Noah gave him the note.</w:t>
      </w:r>
    </w:p>
    <w:p>
      <w:pPr>
        <w:spacing w:after="80"/>
      </w:pPr>
      <w:r>
        <w:rPr>
          <w:rFonts w:ascii="Georgia" w:hAnsi="Georgia"/>
          <w:sz w:val="23"/>
        </w:rPr>
        <w:t>His dad unfolded it slowly, and this time everyone in the room watched his face instead of the paper.</w:t>
      </w:r>
    </w:p>
    <w:p>
      <w:pPr>
        <w:spacing w:after="80"/>
      </w:pPr>
      <w:r>
        <w:rPr>
          <w:rFonts w:ascii="Georgia" w:hAnsi="Georgia"/>
          <w:sz w:val="23"/>
        </w:rPr>
        <w:t>That was how Noah knew the note was bad.</w:t>
      </w:r>
    </w:p>
    <w:p>
      <w:pPr>
        <w:spacing w:after="80"/>
      </w:pPr>
      <w:r>
        <w:rPr>
          <w:rFonts w:ascii="Georgia" w:hAnsi="Georgia"/>
          <w:sz w:val="23"/>
        </w:rPr>
        <w:t>Coach Law barely reacted at all.</w:t>
      </w:r>
    </w:p>
    <w:p>
      <w:pPr>
        <w:spacing w:after="80"/>
      </w:pPr>
      <w:r>
        <w:rPr>
          <w:rFonts w:ascii="Georgia" w:hAnsi="Georgia"/>
          <w:sz w:val="23"/>
        </w:rPr>
        <w:t>Which meant he was reacting as hard as he ever did.</w:t>
      </w:r>
    </w:p>
    <w:p>
      <w:pPr>
        <w:spacing w:after="80"/>
      </w:pPr>
      <w:r>
        <w:rPr>
          <w:rFonts w:ascii="Georgia" w:hAnsi="Georgia"/>
          <w:sz w:val="23"/>
        </w:rPr>
        <w:t>“What does it say?” Devin asked.</w:t>
      </w:r>
    </w:p>
    <w:p>
      <w:pPr>
        <w:spacing w:after="80"/>
      </w:pPr>
      <w:r>
        <w:rPr>
          <w:rFonts w:ascii="Georgia" w:hAnsi="Georgia"/>
          <w:sz w:val="23"/>
        </w:rPr>
        <w:t>Coach Law looked up. “Nothing helpful.”</w:t>
      </w:r>
    </w:p>
    <w:p>
      <w:pPr>
        <w:spacing w:after="80"/>
      </w:pPr>
      <w:r>
        <w:rPr>
          <w:rFonts w:ascii="Georgia" w:hAnsi="Georgia"/>
          <w:sz w:val="23"/>
        </w:rPr>
        <w:t>“That’s not an answer,” Vee said.</w:t>
      </w:r>
    </w:p>
    <w:p>
      <w:pPr>
        <w:spacing w:after="80"/>
      </w:pPr>
      <w:r>
        <w:rPr>
          <w:rFonts w:ascii="Georgia" w:hAnsi="Georgia"/>
          <w:sz w:val="23"/>
        </w:rPr>
        <w:t>“It’s the answer you’re getting.”</w:t>
      </w:r>
    </w:p>
    <w:p>
      <w:pPr>
        <w:spacing w:after="80"/>
      </w:pPr>
      <w:r>
        <w:rPr>
          <w:rFonts w:ascii="Georgia" w:hAnsi="Georgia"/>
          <w:sz w:val="23"/>
        </w:rPr>
        <w:t>Noah took a step forward. “Dad.”</w:t>
      </w:r>
    </w:p>
    <w:p>
      <w:pPr>
        <w:spacing w:after="80"/>
      </w:pPr>
      <w:r>
        <w:rPr>
          <w:rFonts w:ascii="Georgia" w:hAnsi="Georgia"/>
          <w:sz w:val="23"/>
        </w:rPr>
        <w:t>Coach Law’s eyes cut to him. “Coach. In here, right now.”</w:t>
      </w:r>
    </w:p>
    <w:p>
      <w:pPr>
        <w:spacing w:after="80"/>
      </w:pPr>
      <w:r>
        <w:rPr>
          <w:rFonts w:ascii="Georgia" w:hAnsi="Georgia"/>
          <w:sz w:val="23"/>
        </w:rPr>
        <w:t>The correction stung harder than Noah expected.</w:t>
      </w:r>
    </w:p>
    <w:p>
      <w:pPr>
        <w:spacing w:after="80"/>
      </w:pPr>
      <w:r>
        <w:rPr>
          <w:rFonts w:ascii="Georgia" w:hAnsi="Georgia"/>
          <w:sz w:val="23"/>
        </w:rPr>
        <w:t>“Coach,” he said, jaw tight. “What does it say?”</w:t>
      </w:r>
    </w:p>
    <w:p>
      <w:pPr>
        <w:spacing w:after="80"/>
      </w:pPr>
      <w:r>
        <w:rPr>
          <w:rFonts w:ascii="Georgia" w:hAnsi="Georgia"/>
          <w:sz w:val="23"/>
        </w:rPr>
        <w:t>Coach Law folded the note once. “It says somebody wants attention.”</w:t>
      </w:r>
    </w:p>
    <w:p>
      <w:pPr>
        <w:spacing w:after="80"/>
      </w:pPr>
      <w:r>
        <w:rPr>
          <w:rFonts w:ascii="Georgia" w:hAnsi="Georgia"/>
          <w:sz w:val="23"/>
        </w:rPr>
        <w:t>“That’s it?”</w:t>
      </w:r>
    </w:p>
    <w:p>
      <w:pPr>
        <w:spacing w:after="80"/>
      </w:pPr>
      <w:r>
        <w:rPr>
          <w:rFonts w:ascii="Georgia" w:hAnsi="Georgia"/>
          <w:sz w:val="23"/>
        </w:rPr>
        <w:t>“That’s enough.”</w:t>
      </w:r>
    </w:p>
    <w:p>
      <w:pPr>
        <w:spacing w:after="80"/>
      </w:pPr>
      <w:r>
        <w:rPr>
          <w:rFonts w:ascii="Georgia" w:hAnsi="Georgia"/>
          <w:sz w:val="23"/>
        </w:rPr>
        <w:t>Rico let out a low, disbelieving laugh. “No way.”</w:t>
      </w:r>
    </w:p>
    <w:p>
      <w:pPr>
        <w:spacing w:after="80"/>
      </w:pPr>
      <w:r>
        <w:rPr>
          <w:rFonts w:ascii="Georgia" w:hAnsi="Georgia"/>
          <w:sz w:val="23"/>
        </w:rPr>
        <w:t>Everybody looked at him.</w:t>
      </w:r>
    </w:p>
    <w:p>
      <w:pPr>
        <w:spacing w:after="80"/>
      </w:pPr>
      <w:r>
        <w:rPr>
          <w:rFonts w:ascii="Georgia" w:hAnsi="Georgia"/>
          <w:sz w:val="23"/>
        </w:rPr>
        <w:t>Rico rubbed a hand over his mouth. “You really think this gets better if nobody knows anything?”</w:t>
      </w:r>
    </w:p>
    <w:p>
      <w:pPr>
        <w:spacing w:after="80"/>
      </w:pPr>
      <w:r>
        <w:rPr>
          <w:rFonts w:ascii="Georgia" w:hAnsi="Georgia"/>
          <w:sz w:val="23"/>
        </w:rPr>
        <w:t>Coach Law’s face stayed unreadable. “I think this gets worse when kids decide they’re detectives.”</w:t>
      </w:r>
    </w:p>
    <w:p>
      <w:pPr>
        <w:spacing w:after="80"/>
      </w:pPr>
      <w:r>
        <w:rPr>
          <w:rFonts w:ascii="Georgia" w:hAnsi="Georgia"/>
          <w:sz w:val="23"/>
        </w:rPr>
        <w:t>Vee folded her arms. “That already happened.”</w:t>
      </w:r>
    </w:p>
    <w:p>
      <w:pPr>
        <w:spacing w:after="80"/>
      </w:pPr>
      <w:r>
        <w:rPr>
          <w:rFonts w:ascii="Georgia" w:hAnsi="Georgia"/>
          <w:sz w:val="23"/>
        </w:rPr>
        <w:t>Devin’s eyes moved between Coach Law and the note. “You’re not telling us because you think we’ll overreact.”</w:t>
      </w:r>
    </w:p>
    <w:p>
      <w:pPr>
        <w:spacing w:after="80"/>
      </w:pPr>
      <w:r>
        <w:rPr>
          <w:rFonts w:ascii="Georgia" w:hAnsi="Georgia"/>
          <w:sz w:val="23"/>
        </w:rPr>
        <w:t>“I’m not telling you because I’m responsible for the reaction.”</w:t>
      </w:r>
    </w:p>
    <w:p>
      <w:pPr>
        <w:spacing w:after="80"/>
      </w:pPr>
      <w:r>
        <w:rPr>
          <w:rFonts w:ascii="Georgia" w:hAnsi="Georgia"/>
          <w:sz w:val="23"/>
        </w:rPr>
        <w:t>Noah felt heat climb his neck. “We’re already in it.”</w:t>
      </w:r>
    </w:p>
    <w:p>
      <w:pPr>
        <w:spacing w:after="80"/>
      </w:pPr>
      <w:r>
        <w:rPr>
          <w:rFonts w:ascii="Georgia" w:hAnsi="Georgia"/>
          <w:sz w:val="23"/>
        </w:rPr>
        <w:t>“Yes,” Coach Law said. “And I’m trying to keep it from getting bigger.”</w:t>
      </w:r>
    </w:p>
    <w:p>
      <w:pPr>
        <w:spacing w:after="80"/>
      </w:pPr>
      <w:r>
        <w:rPr>
          <w:rFonts w:ascii="Georgia" w:hAnsi="Georgia"/>
          <w:sz w:val="23"/>
        </w:rPr>
        <w:t>Noah stared at him.</w:t>
      </w:r>
    </w:p>
    <w:p>
      <w:pPr>
        <w:spacing w:after="80"/>
      </w:pPr>
      <w:r>
        <w:rPr>
          <w:rFonts w:ascii="Georgia" w:hAnsi="Georgia"/>
          <w:sz w:val="23"/>
        </w:rPr>
        <w:t>That would have sounded reasonable two days ago. Maybe even wise.</w:t>
      </w:r>
    </w:p>
    <w:p>
      <w:pPr>
        <w:spacing w:after="80"/>
      </w:pPr>
      <w:r>
        <w:rPr>
          <w:rFonts w:ascii="Georgia" w:hAnsi="Georgia"/>
          <w:sz w:val="23"/>
        </w:rPr>
        <w:t>Now it sounded like a locked door.</w:t>
      </w:r>
    </w:p>
    <w:p>
      <w:pPr>
        <w:spacing w:after="80"/>
      </w:pPr>
      <w:r>
        <w:rPr>
          <w:rFonts w:ascii="Georgia" w:hAnsi="Georgia"/>
          <w:sz w:val="23"/>
        </w:rPr>
        <w:t>“What if it’s already bigger?” he said.</w:t>
      </w:r>
    </w:p>
    <w:p>
      <w:pPr>
        <w:spacing w:after="80"/>
      </w:pPr>
      <w:r>
        <w:rPr>
          <w:rFonts w:ascii="Georgia" w:hAnsi="Georgia"/>
          <w:sz w:val="23"/>
        </w:rPr>
        <w:t>Something flickered in Coach Law’s expression.</w:t>
      </w:r>
    </w:p>
    <w:p>
      <w:pPr>
        <w:spacing w:after="80"/>
      </w:pPr>
      <w:r>
        <w:rPr>
          <w:rFonts w:ascii="Georgia" w:hAnsi="Georgia"/>
          <w:sz w:val="23"/>
        </w:rPr>
        <w:t>There and gone.</w:t>
      </w:r>
    </w:p>
    <w:p>
      <w:pPr>
        <w:spacing w:after="80"/>
      </w:pPr>
      <w:r>
        <w:rPr>
          <w:rFonts w:ascii="Georgia" w:hAnsi="Georgia"/>
          <w:sz w:val="23"/>
        </w:rPr>
        <w:t>He slid the note into his clipboard folder. “Then I will handle that too.”</w:t>
      </w:r>
    </w:p>
    <w:p>
      <w:pPr>
        <w:spacing w:after="80"/>
      </w:pPr>
      <w:r>
        <w:rPr>
          <w:rFonts w:ascii="Georgia" w:hAnsi="Georgia"/>
          <w:sz w:val="23"/>
        </w:rPr>
        <w:t>Rico pushed back from the table so hard his chair squealed. “Man, that’s getting old.”</w:t>
      </w:r>
    </w:p>
    <w:p>
      <w:pPr>
        <w:spacing w:after="80"/>
      </w:pPr>
      <w:r>
        <w:rPr>
          <w:rFonts w:ascii="Georgia" w:hAnsi="Georgia"/>
          <w:sz w:val="23"/>
        </w:rPr>
        <w:t>Coach Law turned to him. “Sit down.”</w:t>
      </w:r>
    </w:p>
    <w:p>
      <w:pPr>
        <w:spacing w:after="80"/>
      </w:pPr>
      <w:r>
        <w:rPr>
          <w:rFonts w:ascii="Georgia" w:hAnsi="Georgia"/>
          <w:sz w:val="23"/>
        </w:rPr>
        <w:t>Rico didn’t.</w:t>
      </w:r>
    </w:p>
    <w:p>
      <w:pPr>
        <w:spacing w:after="80"/>
      </w:pPr>
      <w:r>
        <w:rPr>
          <w:rFonts w:ascii="Georgia" w:hAnsi="Georgia"/>
          <w:sz w:val="23"/>
        </w:rPr>
        <w:t>Noah watched him closely.</w:t>
      </w:r>
    </w:p>
    <w:p>
      <w:pPr>
        <w:spacing w:after="80"/>
      </w:pPr>
      <w:r>
        <w:rPr>
          <w:rFonts w:ascii="Georgia" w:hAnsi="Georgia"/>
          <w:sz w:val="23"/>
        </w:rPr>
        <w:t>Not because he still felt sure. Because now he didn’t.</w:t>
      </w:r>
    </w:p>
    <w:p>
      <w:pPr>
        <w:spacing w:after="80"/>
      </w:pPr>
      <w:r>
        <w:rPr>
          <w:rFonts w:ascii="Georgia" w:hAnsi="Georgia"/>
          <w:sz w:val="23"/>
        </w:rPr>
        <w:t>The parking-lot chase had cracked something open. Rico had looked scared outside. Not fake-scared. Not oh-no-they-might-blame-me scared.</w:t>
      </w:r>
    </w:p>
    <w:p>
      <w:pPr>
        <w:spacing w:after="80"/>
      </w:pPr>
      <w:r>
        <w:rPr>
          <w:rFonts w:ascii="Georgia" w:hAnsi="Georgia"/>
          <w:sz w:val="23"/>
        </w:rPr>
        <w:t>Recognizing something scared.</w:t>
      </w:r>
    </w:p>
    <w:p>
      <w:pPr>
        <w:spacing w:after="80"/>
      </w:pPr>
      <w:r>
        <w:rPr>
          <w:rFonts w:ascii="Georgia" w:hAnsi="Georgia"/>
          <w:sz w:val="23"/>
        </w:rPr>
        <w:t>That was different.</w:t>
      </w:r>
    </w:p>
    <w:p>
      <w:pPr>
        <w:spacing w:after="80"/>
      </w:pPr>
      <w:r>
        <w:rPr>
          <w:rFonts w:ascii="Georgia" w:hAnsi="Georgia"/>
          <w:sz w:val="23"/>
        </w:rPr>
        <w:t>And Noah did not know what to do with different.</w:t>
      </w:r>
    </w:p>
    <w:p>
      <w:pPr>
        <w:spacing w:after="80"/>
      </w:pPr>
      <w:r>
        <w:rPr>
          <w:rFonts w:ascii="Georgia" w:hAnsi="Georgia"/>
          <w:sz w:val="23"/>
        </w:rPr>
        <w:t>Vee answered first anyway. “Then help us understand why you looked like you knew him.”</w:t>
      </w:r>
    </w:p>
    <w:p>
      <w:pPr>
        <w:spacing w:after="80"/>
      </w:pPr>
      <w:r>
        <w:rPr>
          <w:rFonts w:ascii="Georgia" w:hAnsi="Georgia"/>
          <w:sz w:val="23"/>
        </w:rPr>
        <w:t>Rico swung toward her. “I never said I knew him.”</w:t>
      </w:r>
    </w:p>
    <w:p>
      <w:pPr>
        <w:spacing w:after="80"/>
      </w:pPr>
      <w:r>
        <w:rPr>
          <w:rFonts w:ascii="Georgia" w:hAnsi="Georgia"/>
          <w:sz w:val="23"/>
        </w:rPr>
        <w:t>“You didn’t have to.”</w:t>
      </w:r>
    </w:p>
    <w:p>
      <w:pPr>
        <w:spacing w:after="80"/>
      </w:pPr>
      <w:r>
        <w:rPr>
          <w:rFonts w:ascii="Georgia" w:hAnsi="Georgia"/>
          <w:sz w:val="23"/>
        </w:rPr>
        <w:t>Coach Law stepped in. “Enough.”</w:t>
      </w:r>
    </w:p>
    <w:p>
      <w:pPr>
        <w:spacing w:after="80"/>
      </w:pPr>
      <w:r>
        <w:rPr>
          <w:rFonts w:ascii="Georgia" w:hAnsi="Georgia"/>
          <w:sz w:val="23"/>
        </w:rPr>
        <w:t>The room went still.</w:t>
      </w:r>
    </w:p>
    <w:p>
      <w:pPr>
        <w:spacing w:after="80"/>
      </w:pPr>
      <w:r>
        <w:rPr>
          <w:rFonts w:ascii="Georgia" w:hAnsi="Georgia"/>
          <w:sz w:val="23"/>
        </w:rPr>
        <w:t>“I am done with teammates accusing teammates,” he said. “Nobody in here is solving anything tonight. Rico, if you know something, you tell me privately. Noah, if you have a problem with that, you can tell me privately too. Devin—”</w:t>
      </w:r>
    </w:p>
    <w:p>
      <w:pPr>
        <w:spacing w:after="80"/>
      </w:pPr>
      <w:r>
        <w:rPr>
          <w:rFonts w:ascii="Georgia" w:hAnsi="Georgia"/>
          <w:sz w:val="23"/>
        </w:rPr>
        <w:t>“Why me?”</w:t>
      </w:r>
    </w:p>
    <w:p>
      <w:pPr>
        <w:spacing w:after="80"/>
      </w:pPr>
      <w:r>
        <w:rPr>
          <w:rFonts w:ascii="Georgia" w:hAnsi="Georgia"/>
          <w:sz w:val="23"/>
        </w:rPr>
        <w:t>“Because I can see you trying to hold everybody together and failing.”</w:t>
      </w:r>
    </w:p>
    <w:p>
      <w:pPr>
        <w:spacing w:after="80"/>
      </w:pPr>
      <w:r>
        <w:rPr>
          <w:rFonts w:ascii="Georgia" w:hAnsi="Georgia"/>
          <w:sz w:val="23"/>
        </w:rPr>
        <w:t>Devin blinked once. “Cool.”</w:t>
      </w:r>
    </w:p>
    <w:p>
      <w:pPr>
        <w:spacing w:after="80"/>
      </w:pPr>
      <w:r>
        <w:rPr>
          <w:rFonts w:ascii="Georgia" w:hAnsi="Georgia"/>
          <w:sz w:val="23"/>
        </w:rPr>
        <w:t>Micah, who had been quiet this whole time near the back wall, finally spoke.</w:t>
      </w:r>
    </w:p>
    <w:p>
      <w:pPr>
        <w:spacing w:after="80"/>
      </w:pPr>
      <w:r>
        <w:rPr>
          <w:rFonts w:ascii="Georgia" w:hAnsi="Georgia"/>
          <w:sz w:val="23"/>
        </w:rPr>
        <w:t>“What if the person in the hoodie isn’t the person starting it?”</w:t>
      </w:r>
    </w:p>
    <w:p>
      <w:pPr>
        <w:spacing w:after="80"/>
      </w:pPr>
      <w:r>
        <w:rPr>
          <w:rFonts w:ascii="Georgia" w:hAnsi="Georgia"/>
          <w:sz w:val="23"/>
        </w:rPr>
        <w:t>Everybody turned toward him.</w:t>
      </w:r>
    </w:p>
    <w:p>
      <w:pPr>
        <w:spacing w:after="80"/>
      </w:pPr>
      <w:r>
        <w:rPr>
          <w:rFonts w:ascii="Georgia" w:hAnsi="Georgia"/>
          <w:sz w:val="23"/>
        </w:rPr>
        <w:t>He looked briefly surprised to have everyone’s full attention, then pushed on.</w:t>
      </w:r>
    </w:p>
    <w:p>
      <w:pPr>
        <w:spacing w:after="80"/>
      </w:pPr>
      <w:r>
        <w:rPr>
          <w:rFonts w:ascii="Georgia" w:hAnsi="Georgia"/>
          <w:sz w:val="23"/>
        </w:rPr>
        <w:t>“What if he’s just the runner?” Micah said. “Like... he shows up and gives signals and drops stuff. But somebody else is telling him what to do.”</w:t>
      </w:r>
    </w:p>
    <w:p>
      <w:pPr>
        <w:spacing w:after="80"/>
      </w:pPr>
      <w:r>
        <w:rPr>
          <w:rFonts w:ascii="Georgia" w:hAnsi="Georgia"/>
          <w:sz w:val="23"/>
        </w:rPr>
        <w:t>The room stayed quiet.</w:t>
      </w:r>
    </w:p>
    <w:p>
      <w:pPr>
        <w:spacing w:after="80"/>
      </w:pPr>
      <w:r>
        <w:rPr>
          <w:rFonts w:ascii="Georgia" w:hAnsi="Georgia"/>
          <w:sz w:val="23"/>
        </w:rPr>
        <w:t>Because that was smart.</w:t>
      </w:r>
    </w:p>
    <w:p>
      <w:pPr>
        <w:spacing w:after="80"/>
      </w:pPr>
      <w:r>
        <w:rPr>
          <w:rFonts w:ascii="Georgia" w:hAnsi="Georgia"/>
          <w:sz w:val="23"/>
        </w:rPr>
        <w:t>Smarter than Noah wanted from Micah in that moment, if he was honest.</w:t>
      </w:r>
    </w:p>
    <w:p>
      <w:pPr>
        <w:spacing w:after="80"/>
      </w:pPr>
      <w:r>
        <w:rPr>
          <w:rFonts w:ascii="Georgia" w:hAnsi="Georgia"/>
          <w:sz w:val="23"/>
        </w:rPr>
        <w:t>Owen would have said it like a diagram. Devin would have said it carefully. Micah said it like he was just trying to understand the game.</w:t>
      </w:r>
    </w:p>
    <w:p>
      <w:pPr>
        <w:spacing w:after="80"/>
      </w:pPr>
      <w:r>
        <w:rPr>
          <w:rFonts w:ascii="Georgia" w:hAnsi="Georgia"/>
          <w:sz w:val="23"/>
        </w:rPr>
        <w:t>Coach Law nodded once. “Possible.”</w:t>
      </w:r>
    </w:p>
    <w:p>
      <w:pPr>
        <w:spacing w:after="80"/>
      </w:pPr>
      <w:r>
        <w:rPr>
          <w:rFonts w:ascii="Georgia" w:hAnsi="Georgia"/>
          <w:sz w:val="23"/>
        </w:rPr>
        <w:t>Noah frowned. “Then who’s calling it?”</w:t>
      </w:r>
    </w:p>
    <w:p>
      <w:pPr>
        <w:spacing w:after="80"/>
      </w:pPr>
      <w:r>
        <w:rPr>
          <w:rFonts w:ascii="Georgia" w:hAnsi="Georgia"/>
          <w:sz w:val="23"/>
        </w:rPr>
        <w:t>Nobody answered.</w:t>
      </w:r>
    </w:p>
    <w:p>
      <w:pPr>
        <w:spacing w:after="80"/>
      </w:pPr>
      <w:r>
        <w:rPr>
          <w:rFonts w:ascii="Georgia" w:hAnsi="Georgia"/>
          <w:sz w:val="23"/>
        </w:rPr>
        <w:t>Rico looked down at the floor.</w:t>
      </w:r>
    </w:p>
    <w:p>
      <w:pPr>
        <w:spacing w:after="80"/>
      </w:pPr>
      <w:r>
        <w:rPr>
          <w:rFonts w:ascii="Georgia" w:hAnsi="Georgia"/>
          <w:sz w:val="23"/>
        </w:rPr>
        <w:t>Noah saw that too.</w:t>
      </w:r>
    </w:p>
    <w:p>
      <w:pPr>
        <w:spacing w:after="80"/>
      </w:pPr>
      <w:r>
        <w:rPr>
          <w:rFonts w:ascii="Georgia" w:hAnsi="Georgia"/>
          <w:sz w:val="23"/>
        </w:rPr>
        <w:t>Saw too much of everything now.</w:t>
      </w:r>
    </w:p>
    <w:p>
      <w:pPr>
        <w:spacing w:after="80"/>
      </w:pPr>
      <w:r>
        <w:rPr>
          <w:rFonts w:ascii="Georgia" w:hAnsi="Georgia"/>
          <w:sz w:val="23"/>
        </w:rPr>
        <w:t>Coach Law grabbed his bag. “We’re done.”</w:t>
      </w:r>
    </w:p>
    <w:p>
      <w:pPr>
        <w:spacing w:after="80"/>
      </w:pPr>
      <w:r>
        <w:rPr>
          <w:rFonts w:ascii="Georgia" w:hAnsi="Georgia"/>
          <w:sz w:val="23"/>
        </w:rPr>
        <w:t>“That’s it?” Noah said.</w:t>
      </w:r>
    </w:p>
    <w:p>
      <w:pPr>
        <w:spacing w:after="80"/>
      </w:pPr>
      <w:r>
        <w:rPr>
          <w:rFonts w:ascii="Georgia" w:hAnsi="Georgia"/>
          <w:sz w:val="23"/>
        </w:rPr>
        <w:t>“Yes.”</w:t>
      </w:r>
    </w:p>
    <w:p>
      <w:pPr>
        <w:spacing w:after="80"/>
      </w:pPr>
      <w:r>
        <w:rPr>
          <w:rFonts w:ascii="Georgia" w:hAnsi="Georgia"/>
          <w:sz w:val="23"/>
        </w:rPr>
        <w:t>“The guy was outside!”</w:t>
      </w:r>
    </w:p>
    <w:p>
      <w:pPr>
        <w:spacing w:after="80"/>
      </w:pPr>
      <w:r>
        <w:rPr>
          <w:rFonts w:ascii="Georgia" w:hAnsi="Georgia"/>
          <w:sz w:val="23"/>
        </w:rPr>
        <w:t>“And he’s gone.”</w:t>
      </w:r>
    </w:p>
    <w:p>
      <w:pPr>
        <w:spacing w:after="80"/>
      </w:pPr>
      <w:r>
        <w:rPr>
          <w:rFonts w:ascii="Georgia" w:hAnsi="Georgia"/>
          <w:sz w:val="23"/>
        </w:rPr>
        <w:t>“He sent a text.”</w:t>
      </w:r>
    </w:p>
    <w:p>
      <w:pPr>
        <w:spacing w:after="80"/>
      </w:pPr>
      <w:r>
        <w:rPr>
          <w:rFonts w:ascii="Georgia" w:hAnsi="Georgia"/>
          <w:sz w:val="23"/>
        </w:rPr>
        <w:t>“I know.”</w:t>
      </w:r>
    </w:p>
    <w:p>
      <w:pPr>
        <w:spacing w:after="80"/>
      </w:pPr>
      <w:r>
        <w:rPr>
          <w:rFonts w:ascii="Georgia" w:hAnsi="Georgia"/>
          <w:sz w:val="23"/>
        </w:rPr>
        <w:t>“He keeps getting close.”</w:t>
      </w:r>
    </w:p>
    <w:p>
      <w:pPr>
        <w:spacing w:after="80"/>
      </w:pPr>
      <w:r>
        <w:rPr>
          <w:rFonts w:ascii="Georgia" w:hAnsi="Georgia"/>
          <w:sz w:val="23"/>
        </w:rPr>
        <w:t>Coach Law took one step toward him, not angry exactly, but serious enough to make the whole room feel smaller. “And that,” he said quietly, “is exactly why I need all of you to stop acting like chasing him in a parking lot was brave.”</w:t>
      </w:r>
    </w:p>
    <w:p>
      <w:pPr>
        <w:spacing w:after="80"/>
      </w:pPr>
      <w:r>
        <w:rPr>
          <w:rFonts w:ascii="Georgia" w:hAnsi="Georgia"/>
          <w:sz w:val="23"/>
        </w:rPr>
        <w:t>Noah looked away first.</w:t>
      </w:r>
    </w:p>
    <w:p>
      <w:pPr>
        <w:spacing w:after="80"/>
      </w:pPr>
      <w:r>
        <w:rPr>
          <w:rFonts w:ascii="Georgia" w:hAnsi="Georgia"/>
          <w:sz w:val="23"/>
        </w:rPr>
        <w:t>Again.</w:t>
      </w:r>
    </w:p>
    <w:p>
      <w:pPr>
        <w:spacing w:after="80"/>
      </w:pPr>
      <w:r>
        <w:rPr>
          <w:rFonts w:ascii="Georgia" w:hAnsi="Georgia"/>
          <w:sz w:val="23"/>
        </w:rPr>
        <w:t>He hated that.</w:t>
      </w:r>
    </w:p>
    <w:p>
      <w:pPr>
        <w:spacing w:after="80"/>
      </w:pPr>
      <w:r>
        <w:rPr>
          <w:rFonts w:ascii="Georgia" w:hAnsi="Georgia"/>
          <w:sz w:val="23"/>
        </w:rPr>
        <w:t>The meeting broke after that.</w:t>
      </w:r>
    </w:p>
    <w:p>
      <w:pPr>
        <w:spacing w:after="80"/>
      </w:pPr>
      <w:r>
        <w:rPr>
          <w:rFonts w:ascii="Georgia" w:hAnsi="Georgia"/>
          <w:sz w:val="23"/>
        </w:rPr>
        <w:t>Devin left with his shoulders set in that rigid way he got when he wanted to fix something but had too many pieces missing. Vee lingered at the door long enough to shoot Noah a look that clearly meant Your dad is making this worse. Rico slipped out without waiting for anybody, and Noah watched him go before he realized he was doing it.</w:t>
      </w:r>
    </w:p>
    <w:p>
      <w:pPr>
        <w:spacing w:after="80"/>
      </w:pPr>
      <w:r>
        <w:rPr>
          <w:rFonts w:ascii="Georgia" w:hAnsi="Georgia"/>
          <w:sz w:val="23"/>
        </w:rPr>
        <w:t>Micah paused beside him.</w:t>
      </w:r>
    </w:p>
    <w:p>
      <w:pPr>
        <w:spacing w:after="80"/>
      </w:pPr>
      <w:r>
        <w:rPr>
          <w:rFonts w:ascii="Georgia" w:hAnsi="Georgia"/>
          <w:sz w:val="23"/>
        </w:rPr>
        <w:t>“You think it’s Rico,” Micah said.</w:t>
      </w:r>
    </w:p>
    <w:p>
      <w:pPr>
        <w:spacing w:after="80"/>
      </w:pPr>
      <w:r>
        <w:rPr>
          <w:rFonts w:ascii="Georgia" w:hAnsi="Georgia"/>
          <w:sz w:val="23"/>
        </w:rPr>
        <w:t>Noah didn’t answer.</w:t>
      </w:r>
    </w:p>
    <w:p>
      <w:pPr>
        <w:spacing w:after="80"/>
      </w:pPr>
      <w:r>
        <w:rPr>
          <w:rFonts w:ascii="Georgia" w:hAnsi="Georgia"/>
          <w:sz w:val="23"/>
        </w:rPr>
        <w:t>Micah nodded once like that was answer enough. “I think he knows something. I don’t think that means he’s the whole thing.”</w:t>
      </w:r>
    </w:p>
    <w:p>
      <w:pPr>
        <w:spacing w:after="80"/>
      </w:pPr>
      <w:r>
        <w:rPr>
          <w:rFonts w:ascii="Georgia" w:hAnsi="Georgia"/>
          <w:sz w:val="23"/>
        </w:rPr>
        <w:t>Then he left too.</w:t>
      </w:r>
    </w:p>
    <w:p>
      <w:pPr>
        <w:spacing w:after="80"/>
      </w:pPr>
      <w:r>
        <w:rPr>
          <w:rFonts w:ascii="Georgia" w:hAnsi="Georgia"/>
          <w:sz w:val="23"/>
        </w:rPr>
        <w:t>Noah stood alone for a second before Coach Law spoke behind him.</w:t>
      </w:r>
    </w:p>
    <w:p>
      <w:pPr>
        <w:spacing w:after="80"/>
      </w:pPr>
      <w:r>
        <w:rPr>
          <w:rFonts w:ascii="Georgia" w:hAnsi="Georgia"/>
          <w:sz w:val="23"/>
        </w:rPr>
        <w:t>“Stay.”</w:t>
      </w:r>
    </w:p>
    <w:p>
      <w:pPr>
        <w:spacing w:after="80"/>
      </w:pPr>
      <w:r>
        <w:rPr>
          <w:rFonts w:ascii="Georgia" w:hAnsi="Georgia"/>
          <w:sz w:val="23"/>
        </w:rPr>
        <w:t>Of course.</w:t>
      </w:r>
    </w:p>
    <w:p>
      <w:pPr>
        <w:spacing w:after="80"/>
      </w:pPr>
      <w:r>
        <w:rPr>
          <w:rFonts w:ascii="Georgia" w:hAnsi="Georgia"/>
          <w:sz w:val="23"/>
        </w:rPr>
        <w:t>Noah set his bag down.</w:t>
      </w:r>
    </w:p>
    <w:p>
      <w:pPr>
        <w:spacing w:after="80"/>
      </w:pPr>
      <w:r>
        <w:rPr>
          <w:rFonts w:ascii="Georgia" w:hAnsi="Georgia"/>
          <w:sz w:val="23"/>
        </w:rPr>
        <w:t>The classroom felt different with just the two of them in it. Smaller. More like home in the worst way.</w:t>
      </w:r>
    </w:p>
    <w:p>
      <w:pPr>
        <w:spacing w:after="80"/>
      </w:pPr>
      <w:r>
        <w:rPr>
          <w:rFonts w:ascii="Georgia" w:hAnsi="Georgia"/>
          <w:sz w:val="23"/>
        </w:rPr>
        <w:t>Coach Law stacked the extra chairs against the wall before he talked, which was exactly the kind of thing that made Noah crazy. There was always one more object to move, one more board to erase, one more clipboard to set straight before anything real could start.</w:t>
      </w:r>
    </w:p>
    <w:p>
      <w:pPr>
        <w:spacing w:after="80"/>
      </w:pPr>
      <w:r>
        <w:rPr>
          <w:rFonts w:ascii="Georgia" w:hAnsi="Georgia"/>
          <w:sz w:val="23"/>
        </w:rPr>
        <w:t>Finally his dad turned.</w:t>
      </w:r>
    </w:p>
    <w:p>
      <w:pPr>
        <w:spacing w:after="80"/>
      </w:pPr>
      <w:r>
        <w:rPr>
          <w:rFonts w:ascii="Georgia" w:hAnsi="Georgia"/>
          <w:sz w:val="23"/>
        </w:rPr>
        <w:t>“You chased a stranger in cleats,” he said.</w:t>
      </w:r>
    </w:p>
    <w:p>
      <w:pPr>
        <w:spacing w:after="80"/>
      </w:pPr>
      <w:r>
        <w:rPr>
          <w:rFonts w:ascii="Georgia" w:hAnsi="Georgia"/>
          <w:sz w:val="23"/>
        </w:rPr>
        <w:t>Noah shrugged. “Would’ve been smarter in sneakers.”</w:t>
      </w:r>
    </w:p>
    <w:p>
      <w:pPr>
        <w:spacing w:after="80"/>
      </w:pPr>
      <w:r>
        <w:rPr>
          <w:rFonts w:ascii="Georgia" w:hAnsi="Georgia"/>
          <w:sz w:val="23"/>
        </w:rPr>
        <w:t>Coach Law did not smile. “Not funny.”</w:t>
      </w:r>
    </w:p>
    <w:p>
      <w:pPr>
        <w:spacing w:after="80"/>
      </w:pPr>
      <w:r>
        <w:rPr>
          <w:rFonts w:ascii="Georgia" w:hAnsi="Georgia"/>
          <w:sz w:val="23"/>
        </w:rPr>
        <w:t>Noah crossed his arms. “Then say the real thing.”</w:t>
      </w:r>
    </w:p>
    <w:p>
      <w:pPr>
        <w:spacing w:after="80"/>
      </w:pPr>
      <w:r>
        <w:rPr>
          <w:rFonts w:ascii="Georgia" w:hAnsi="Georgia"/>
          <w:sz w:val="23"/>
        </w:rPr>
        <w:t>“The real thing is you are too wired right now to tell the difference between urgency and recklessness.”</w:t>
      </w:r>
    </w:p>
    <w:p>
      <w:pPr>
        <w:spacing w:after="80"/>
      </w:pPr>
      <w:r>
        <w:rPr>
          <w:rFonts w:ascii="Georgia" w:hAnsi="Georgia"/>
          <w:sz w:val="23"/>
        </w:rPr>
        <w:t>Noah laughed once. “You always make it sound like my problem is caring too much.”</w:t>
      </w:r>
    </w:p>
    <w:p>
      <w:pPr>
        <w:spacing w:after="80"/>
      </w:pPr>
      <w:r>
        <w:rPr>
          <w:rFonts w:ascii="Georgia" w:hAnsi="Georgia"/>
          <w:sz w:val="23"/>
        </w:rPr>
        <w:t>“Tonight, it is.”</w:t>
      </w:r>
    </w:p>
    <w:p>
      <w:pPr>
        <w:spacing w:after="80"/>
      </w:pPr>
      <w:r>
        <w:rPr>
          <w:rFonts w:ascii="Georgia" w:hAnsi="Georgia"/>
          <w:sz w:val="23"/>
        </w:rPr>
        <w:t>“No. Tonight my problem is that somebody is messing with our team and you keep acting like the best plan is silence.”</w:t>
      </w:r>
    </w:p>
    <w:p>
      <w:pPr>
        <w:spacing w:after="80"/>
      </w:pPr>
      <w:r>
        <w:rPr>
          <w:rFonts w:ascii="Georgia" w:hAnsi="Georgia"/>
          <w:sz w:val="23"/>
        </w:rPr>
        <w:t>Coach Law’s jaw tightened. “Silence is not the plan.”</w:t>
      </w:r>
    </w:p>
    <w:p>
      <w:pPr>
        <w:spacing w:after="80"/>
      </w:pPr>
      <w:r>
        <w:rPr>
          <w:rFonts w:ascii="Georgia" w:hAnsi="Georgia"/>
          <w:sz w:val="23"/>
        </w:rPr>
        <w:t>“Could’ve fooled me.”</w:t>
      </w:r>
    </w:p>
    <w:p>
      <w:pPr>
        <w:spacing w:after="80"/>
      </w:pPr>
      <w:r>
        <w:rPr>
          <w:rFonts w:ascii="Georgia" w:hAnsi="Georgia"/>
          <w:sz w:val="23"/>
        </w:rPr>
        <w:t>That landed.</w:t>
      </w:r>
    </w:p>
    <w:p>
      <w:pPr>
        <w:spacing w:after="80"/>
      </w:pPr>
      <w:r>
        <w:rPr>
          <w:rFonts w:ascii="Georgia" w:hAnsi="Georgia"/>
          <w:sz w:val="23"/>
        </w:rPr>
        <w:t>Noah knew it did, because his dad took a full breath before answering.</w:t>
      </w:r>
    </w:p>
    <w:p>
      <w:pPr>
        <w:spacing w:after="80"/>
      </w:pPr>
      <w:r>
        <w:rPr>
          <w:rFonts w:ascii="Georgia" w:hAnsi="Georgia"/>
          <w:sz w:val="23"/>
        </w:rPr>
        <w:t>Then he said, “Do you know why I changed the signals in the game?”</w:t>
      </w:r>
    </w:p>
    <w:p>
      <w:pPr>
        <w:spacing w:after="80"/>
      </w:pPr>
      <w:r>
        <w:rPr>
          <w:rFonts w:ascii="Georgia" w:hAnsi="Georgia"/>
          <w:sz w:val="23"/>
        </w:rPr>
        <w:t>Noah blinked.</w:t>
      </w:r>
    </w:p>
    <w:p>
      <w:pPr>
        <w:spacing w:after="80"/>
      </w:pPr>
      <w:r>
        <w:rPr>
          <w:rFonts w:ascii="Georgia" w:hAnsi="Georgia"/>
          <w:sz w:val="23"/>
        </w:rPr>
        <w:t>The question caught him off balance.</w:t>
      </w:r>
    </w:p>
    <w:p>
      <w:pPr>
        <w:spacing w:after="80"/>
      </w:pPr>
      <w:r>
        <w:rPr>
          <w:rFonts w:ascii="Georgia" w:hAnsi="Georgia"/>
          <w:sz w:val="23"/>
        </w:rPr>
        <w:t>“Because you suspected somebody was reading them.”</w:t>
      </w:r>
    </w:p>
    <w:p>
      <w:pPr>
        <w:spacing w:after="80"/>
      </w:pPr>
      <w:r>
        <w:rPr>
          <w:rFonts w:ascii="Georgia" w:hAnsi="Georgia"/>
          <w:sz w:val="23"/>
        </w:rPr>
        <w:t>“Yes.”</w:t>
      </w:r>
    </w:p>
    <w:p>
      <w:pPr>
        <w:spacing w:after="80"/>
      </w:pPr>
      <w:r>
        <w:rPr>
          <w:rFonts w:ascii="Georgia" w:hAnsi="Georgia"/>
          <w:sz w:val="23"/>
        </w:rPr>
        <w:t>“Then why didn’t you tell me?”</w:t>
      </w:r>
    </w:p>
    <w:p>
      <w:pPr>
        <w:spacing w:after="80"/>
      </w:pPr>
      <w:r>
        <w:rPr>
          <w:rFonts w:ascii="Georgia" w:hAnsi="Georgia"/>
          <w:sz w:val="23"/>
        </w:rPr>
        <w:t>“Because I needed to know if I was seeing a pattern or feeding one.”</w:t>
      </w:r>
    </w:p>
    <w:p>
      <w:pPr>
        <w:spacing w:after="80"/>
      </w:pPr>
      <w:r>
        <w:rPr>
          <w:rFonts w:ascii="Georgia" w:hAnsi="Georgia"/>
          <w:sz w:val="23"/>
        </w:rPr>
        <w:t>Noah frowned. “That doesn’t even—”</w:t>
      </w:r>
    </w:p>
    <w:p>
      <w:pPr>
        <w:spacing w:after="80"/>
      </w:pPr>
      <w:r>
        <w:rPr>
          <w:rFonts w:ascii="Georgia" w:hAnsi="Georgia"/>
          <w:sz w:val="23"/>
        </w:rPr>
        <w:t>“It makes perfect sense if you’re the adult in charge.”</w:t>
      </w:r>
    </w:p>
    <w:p>
      <w:pPr>
        <w:spacing w:after="80"/>
      </w:pPr>
      <w:r>
        <w:rPr>
          <w:rFonts w:ascii="Georgia" w:hAnsi="Georgia"/>
          <w:sz w:val="23"/>
        </w:rPr>
        <w:t>There it was.</w:t>
      </w:r>
    </w:p>
    <w:p>
      <w:pPr>
        <w:spacing w:after="80"/>
      </w:pPr>
      <w:r>
        <w:rPr>
          <w:rFonts w:ascii="Georgia" w:hAnsi="Georgia"/>
          <w:sz w:val="23"/>
        </w:rPr>
        <w:t>That line. That wall.</w:t>
      </w:r>
    </w:p>
    <w:p>
      <w:pPr>
        <w:spacing w:after="80"/>
      </w:pPr>
      <w:r>
        <w:rPr>
          <w:rFonts w:ascii="Georgia" w:hAnsi="Georgia"/>
          <w:sz w:val="23"/>
        </w:rPr>
        <w:t>Coach. Dad. Adult. Player. Son. Team.</w:t>
      </w:r>
    </w:p>
    <w:p>
      <w:pPr>
        <w:spacing w:after="80"/>
      </w:pPr>
      <w:r>
        <w:rPr>
          <w:rFonts w:ascii="Georgia" w:hAnsi="Georgia"/>
          <w:sz w:val="23"/>
        </w:rPr>
        <w:t>Every conversation with Coach Law felt like it had invisible lines painted all through it, and Noah was always one step from being on the wrong side of one.</w:t>
      </w:r>
    </w:p>
    <w:p>
      <w:pPr>
        <w:spacing w:after="80"/>
      </w:pPr>
      <w:r>
        <w:rPr>
          <w:rFonts w:ascii="Georgia" w:hAnsi="Georgia"/>
          <w:sz w:val="23"/>
        </w:rPr>
        <w:t>“I’m not asking to be the adult in charge,” Noah said. “I’m asking you to stop treating me like I can’t handle what’s happening.”</w:t>
      </w:r>
    </w:p>
    <w:p>
      <w:pPr>
        <w:spacing w:after="80"/>
      </w:pPr>
      <w:r>
        <w:rPr>
          <w:rFonts w:ascii="Georgia" w:hAnsi="Georgia"/>
          <w:sz w:val="23"/>
        </w:rPr>
        <w:t>Coach Law looked at him a long time.</w:t>
      </w:r>
    </w:p>
    <w:p>
      <w:pPr>
        <w:spacing w:after="80"/>
      </w:pPr>
      <w:r>
        <w:rPr>
          <w:rFonts w:ascii="Georgia" w:hAnsi="Georgia"/>
          <w:sz w:val="23"/>
        </w:rPr>
        <w:t>When he answered, his voice was quieter than before.</w:t>
      </w:r>
    </w:p>
    <w:p>
      <w:pPr>
        <w:spacing w:after="80"/>
      </w:pPr>
      <w:r>
        <w:rPr>
          <w:rFonts w:ascii="Georgia" w:hAnsi="Georgia"/>
          <w:sz w:val="23"/>
        </w:rPr>
        <w:t>“This has nothing to do with whether you can handle it.”</w:t>
      </w:r>
    </w:p>
    <w:p>
      <w:pPr>
        <w:spacing w:after="80"/>
      </w:pPr>
      <w:r>
        <w:rPr>
          <w:rFonts w:ascii="Georgia" w:hAnsi="Georgia"/>
          <w:sz w:val="23"/>
        </w:rPr>
        <w:t>Noah waited.</w:t>
      </w:r>
    </w:p>
    <w:p>
      <w:pPr>
        <w:spacing w:after="80"/>
      </w:pPr>
      <w:r>
        <w:rPr>
          <w:rFonts w:ascii="Georgia" w:hAnsi="Georgia"/>
          <w:sz w:val="23"/>
        </w:rPr>
        <w:t>His dad’s eyes shifted away for just a second. “It has to do with whether I should let you.”</w:t>
      </w:r>
    </w:p>
    <w:p>
      <w:pPr>
        <w:spacing w:after="80"/>
      </w:pPr>
      <w:r>
        <w:rPr>
          <w:rFonts w:ascii="Georgia" w:hAnsi="Georgia"/>
          <w:sz w:val="23"/>
        </w:rPr>
        <w:t>That hit harder than anything else.</w:t>
      </w:r>
    </w:p>
    <w:p>
      <w:pPr>
        <w:spacing w:after="80"/>
      </w:pPr>
      <w:r>
        <w:rPr>
          <w:rFonts w:ascii="Georgia" w:hAnsi="Georgia"/>
          <w:sz w:val="23"/>
        </w:rPr>
        <w:t>Not because it was loud. Because it wasn’t.</w:t>
      </w:r>
    </w:p>
    <w:p>
      <w:pPr>
        <w:spacing w:after="80"/>
      </w:pPr>
      <w:r>
        <w:rPr>
          <w:rFonts w:ascii="Georgia" w:hAnsi="Georgia"/>
          <w:sz w:val="23"/>
        </w:rPr>
        <w:t>For one second Noah saw the truth underneath all the coach-talk and calm-face nonsense: his dad was scared too.</w:t>
      </w:r>
    </w:p>
    <w:p>
      <w:pPr>
        <w:spacing w:after="80"/>
      </w:pPr>
      <w:r>
        <w:rPr>
          <w:rFonts w:ascii="Georgia" w:hAnsi="Georgia"/>
          <w:sz w:val="23"/>
        </w:rPr>
        <w:t>And Noah did not know whether that made him feel better or worse.</w:t>
      </w:r>
    </w:p>
    <w:p>
      <w:pPr>
        <w:spacing w:after="80"/>
      </w:pPr>
      <w:r>
        <w:rPr>
          <w:rFonts w:ascii="Georgia" w:hAnsi="Georgia"/>
          <w:sz w:val="23"/>
        </w:rPr>
        <w:t>“What was the note about?” he asked.</w:t>
      </w:r>
    </w:p>
    <w:p>
      <w:pPr>
        <w:spacing w:after="80"/>
      </w:pPr>
      <w:r>
        <w:rPr>
          <w:rFonts w:ascii="Georgia" w:hAnsi="Georgia"/>
          <w:sz w:val="23"/>
        </w:rPr>
        <w:t>Coach Law picked up the clipboard folder. “Noah.”</w:t>
      </w:r>
    </w:p>
    <w:p>
      <w:pPr>
        <w:spacing w:after="80"/>
      </w:pPr>
      <w:r>
        <w:rPr>
          <w:rFonts w:ascii="Georgia" w:hAnsi="Georgia"/>
          <w:sz w:val="23"/>
        </w:rPr>
        <w:t>“No, seriously.”</w:t>
      </w:r>
    </w:p>
    <w:p>
      <w:pPr>
        <w:spacing w:after="80"/>
      </w:pPr>
      <w:r>
        <w:rPr>
          <w:rFonts w:ascii="Georgia" w:hAnsi="Georgia"/>
          <w:sz w:val="23"/>
        </w:rPr>
        <w:t>His dad said nothing.</w:t>
      </w:r>
    </w:p>
    <w:p>
      <w:pPr>
        <w:spacing w:after="80"/>
      </w:pPr>
      <w:r>
        <w:rPr>
          <w:rFonts w:ascii="Georgia" w:hAnsi="Georgia"/>
          <w:sz w:val="23"/>
        </w:rPr>
        <w:t>Noah took a step closer. “If it mentioned me, I need to know.”</w:t>
      </w:r>
    </w:p>
    <w:p>
      <w:pPr>
        <w:spacing w:after="80"/>
      </w:pPr>
      <w:r>
        <w:rPr>
          <w:rFonts w:ascii="Georgia" w:hAnsi="Georgia"/>
          <w:sz w:val="23"/>
        </w:rPr>
        <w:t>Coach Law’s eyes snapped to his.</w:t>
      </w:r>
    </w:p>
    <w:p>
      <w:pPr>
        <w:spacing w:after="80"/>
      </w:pPr>
      <w:r>
        <w:rPr>
          <w:rFonts w:ascii="Georgia" w:hAnsi="Georgia"/>
          <w:sz w:val="23"/>
        </w:rPr>
        <w:t>That was all Noah needed.</w:t>
      </w:r>
    </w:p>
    <w:p>
      <w:pPr>
        <w:spacing w:after="80"/>
      </w:pPr>
      <w:r>
        <w:rPr>
          <w:rFonts w:ascii="Georgia" w:hAnsi="Georgia"/>
          <w:sz w:val="23"/>
        </w:rPr>
        <w:t>It did mention him.</w:t>
      </w:r>
    </w:p>
    <w:p>
      <w:pPr>
        <w:spacing w:after="80"/>
      </w:pPr>
      <w:r>
        <w:rPr>
          <w:rFonts w:ascii="Georgia" w:hAnsi="Georgia"/>
          <w:sz w:val="23"/>
        </w:rPr>
        <w:t>The room felt like it tilted.</w:t>
      </w:r>
    </w:p>
    <w:p>
      <w:pPr>
        <w:spacing w:after="80"/>
      </w:pPr>
      <w:r>
        <w:rPr>
          <w:rFonts w:ascii="Georgia" w:hAnsi="Georgia"/>
          <w:sz w:val="23"/>
        </w:rPr>
        <w:t>“What did it say?”</w:t>
      </w:r>
    </w:p>
    <w:p>
      <w:pPr>
        <w:spacing w:after="80"/>
      </w:pPr>
      <w:r>
        <w:rPr>
          <w:rFonts w:ascii="Georgia" w:hAnsi="Georgia"/>
          <w:sz w:val="23"/>
        </w:rPr>
        <w:t>Coach Law didn’t answer.</w:t>
      </w:r>
    </w:p>
    <w:p>
      <w:pPr>
        <w:spacing w:after="80"/>
      </w:pPr>
      <w:r>
        <w:rPr>
          <w:rFonts w:ascii="Georgia" w:hAnsi="Georgia"/>
          <w:sz w:val="23"/>
        </w:rPr>
        <w:t>“What did it say?”</w:t>
      </w:r>
    </w:p>
    <w:p>
      <w:pPr>
        <w:spacing w:after="80"/>
      </w:pPr>
      <w:r>
        <w:rPr>
          <w:rFonts w:ascii="Georgia" w:hAnsi="Georgia"/>
          <w:sz w:val="23"/>
        </w:rPr>
        <w:t>Still nothing.</w:t>
      </w:r>
    </w:p>
    <w:p>
      <w:pPr>
        <w:spacing w:after="80"/>
      </w:pPr>
      <w:r>
        <w:rPr>
          <w:rFonts w:ascii="Georgia" w:hAnsi="Georgia"/>
          <w:sz w:val="23"/>
        </w:rPr>
        <w:t>Noah’s voice cracked sharper now. “What did it say?”</w:t>
      </w:r>
    </w:p>
    <w:p>
      <w:pPr>
        <w:spacing w:after="80"/>
      </w:pPr>
      <w:r>
        <w:rPr>
          <w:rFonts w:ascii="Georgia" w:hAnsi="Georgia"/>
          <w:sz w:val="23"/>
        </w:rPr>
        <w:t>Coach Law’s expression changed then—not into anger exactly, but into something Noah almost never saw directed at him.</w:t>
      </w:r>
    </w:p>
    <w:p>
      <w:pPr>
        <w:spacing w:after="80"/>
      </w:pPr>
      <w:r>
        <w:rPr>
          <w:rFonts w:ascii="Georgia" w:hAnsi="Georgia"/>
          <w:sz w:val="23"/>
        </w:rPr>
        <w:t>Fear.</w:t>
      </w:r>
    </w:p>
    <w:p>
      <w:pPr>
        <w:spacing w:after="80"/>
      </w:pPr>
      <w:r>
        <w:rPr>
          <w:rFonts w:ascii="Georgia" w:hAnsi="Georgia"/>
          <w:sz w:val="23"/>
        </w:rPr>
        <w:t>Small. Fast. Real.</w:t>
      </w:r>
    </w:p>
    <w:p>
      <w:pPr>
        <w:spacing w:after="80"/>
      </w:pPr>
      <w:r>
        <w:rPr>
          <w:rFonts w:ascii="Georgia" w:hAnsi="Georgia"/>
          <w:sz w:val="23"/>
        </w:rPr>
        <w:t>And that scared Noah more than the hoodie ever had.</w:t>
      </w:r>
    </w:p>
    <w:p>
      <w:pPr>
        <w:spacing w:after="80"/>
      </w:pPr>
      <w:r>
        <w:rPr>
          <w:rFonts w:ascii="Georgia" w:hAnsi="Georgia"/>
          <w:sz w:val="23"/>
        </w:rPr>
        <w:t>His dad looked toward the classroom door, then back at him. “Go to the truck.”</w:t>
      </w:r>
    </w:p>
    <w:p>
      <w:pPr>
        <w:spacing w:after="80"/>
      </w:pPr>
      <w:r>
        <w:rPr>
          <w:rFonts w:ascii="Georgia" w:hAnsi="Georgia"/>
          <w:sz w:val="23"/>
        </w:rPr>
        <w:t>Noah stared. “What?”</w:t>
      </w:r>
    </w:p>
    <w:p>
      <w:pPr>
        <w:spacing w:after="80"/>
      </w:pPr>
      <w:r>
        <w:rPr>
          <w:rFonts w:ascii="Georgia" w:hAnsi="Georgia"/>
          <w:sz w:val="23"/>
        </w:rPr>
        <w:t>“Now.”</w:t>
      </w:r>
    </w:p>
    <w:p>
      <w:pPr>
        <w:spacing w:after="80"/>
      </w:pPr>
      <w:r>
        <w:rPr>
          <w:rFonts w:ascii="Georgia" w:hAnsi="Georgia"/>
          <w:sz w:val="23"/>
        </w:rPr>
        <w:t>The tone cut all the way through him.</w:t>
      </w:r>
    </w:p>
    <w:p>
      <w:pPr>
        <w:spacing w:after="80"/>
      </w:pPr>
      <w:r>
        <w:rPr>
          <w:rFonts w:ascii="Georgia" w:hAnsi="Georgia"/>
          <w:sz w:val="23"/>
        </w:rPr>
        <w:t>He snatched up his bag. “You don’t get to keep doing this.”</w:t>
      </w:r>
    </w:p>
    <w:p>
      <w:pPr>
        <w:spacing w:after="80"/>
      </w:pPr>
      <w:r>
        <w:rPr>
          <w:rFonts w:ascii="Georgia" w:hAnsi="Georgia"/>
          <w:sz w:val="23"/>
        </w:rPr>
        <w:t>“Noah.”</w:t>
      </w:r>
    </w:p>
    <w:p>
      <w:pPr>
        <w:spacing w:after="80"/>
      </w:pPr>
      <w:r>
        <w:rPr>
          <w:rFonts w:ascii="Georgia" w:hAnsi="Georgia"/>
          <w:sz w:val="23"/>
        </w:rPr>
        <w:t>“What was in the note?”</w:t>
      </w:r>
    </w:p>
    <w:p>
      <w:pPr>
        <w:spacing w:after="80"/>
      </w:pPr>
      <w:r>
        <w:rPr>
          <w:rFonts w:ascii="Georgia" w:hAnsi="Georgia"/>
          <w:sz w:val="23"/>
        </w:rPr>
        <w:t>Coach Law stepped forward. “Truck. Now.”</w:t>
      </w:r>
    </w:p>
    <w:p>
      <w:pPr>
        <w:spacing w:after="80"/>
      </w:pPr>
      <w:r>
        <w:rPr>
          <w:rFonts w:ascii="Georgia" w:hAnsi="Georgia"/>
          <w:sz w:val="23"/>
        </w:rPr>
        <w:t>Noah backed toward the door, furious enough to say something stupid, but the look on his dad’s face stopped him.</w:t>
      </w:r>
    </w:p>
    <w:p>
      <w:pPr>
        <w:spacing w:after="80"/>
      </w:pPr>
      <w:r>
        <w:rPr>
          <w:rFonts w:ascii="Georgia" w:hAnsi="Georgia"/>
          <w:sz w:val="23"/>
        </w:rPr>
        <w:t>Not because it was hard.</w:t>
      </w:r>
    </w:p>
    <w:p>
      <w:pPr>
        <w:spacing w:after="80"/>
      </w:pPr>
      <w:r>
        <w:rPr>
          <w:rFonts w:ascii="Georgia" w:hAnsi="Georgia"/>
          <w:sz w:val="23"/>
        </w:rPr>
        <w:t>Because it was protective.</w:t>
      </w:r>
    </w:p>
    <w:p>
      <w:pPr>
        <w:spacing w:after="80"/>
      </w:pPr>
      <w:r>
        <w:rPr>
          <w:rFonts w:ascii="Georgia" w:hAnsi="Georgia"/>
          <w:sz w:val="23"/>
        </w:rPr>
        <w:t>Because it looked like Coach Law had just heard footsteps in the dark that Noah could not hear yet.</w:t>
      </w:r>
    </w:p>
    <w:p>
      <w:pPr>
        <w:spacing w:after="80"/>
      </w:pPr>
      <w:r>
        <w:rPr>
          <w:rFonts w:ascii="Georgia" w:hAnsi="Georgia"/>
          <w:sz w:val="23"/>
        </w:rPr>
        <w:t>Noah shoved through the door and headed down the hallway, pulse banging in his ears.</w:t>
      </w:r>
    </w:p>
    <w:p>
      <w:pPr>
        <w:spacing w:after="80"/>
      </w:pPr>
      <w:r>
        <w:rPr>
          <w:rFonts w:ascii="Georgia" w:hAnsi="Georgia"/>
          <w:sz w:val="23"/>
        </w:rPr>
        <w:t>The rec center felt too bright. Too open. The side exit at the far end of the hall suddenly looked wrong just sitting there, like it shouldn’t exist at all.</w:t>
      </w:r>
    </w:p>
    <w:p>
      <w:pPr>
        <w:spacing w:after="80"/>
      </w:pPr>
      <w:r>
        <w:rPr>
          <w:rFonts w:ascii="Georgia" w:hAnsi="Georgia"/>
          <w:sz w:val="23"/>
        </w:rPr>
        <w:t>He hit the front doors and pushed into the cold night.</w:t>
      </w:r>
    </w:p>
    <w:p>
      <w:pPr>
        <w:spacing w:after="80"/>
      </w:pPr>
      <w:r>
        <w:rPr>
          <w:rFonts w:ascii="Georgia" w:hAnsi="Georgia"/>
          <w:sz w:val="23"/>
        </w:rPr>
        <w:t>Coach Law’s truck sat under the nearest lot light.</w:t>
      </w:r>
    </w:p>
    <w:p>
      <w:pPr>
        <w:spacing w:after="80"/>
      </w:pPr>
      <w:r>
        <w:rPr>
          <w:rFonts w:ascii="Georgia" w:hAnsi="Georgia"/>
          <w:sz w:val="23"/>
        </w:rPr>
        <w:t>Noah yanked open the passenger door—and froze.</w:t>
      </w:r>
    </w:p>
    <w:p>
      <w:pPr>
        <w:spacing w:after="80"/>
      </w:pPr>
      <w:r>
        <w:rPr>
          <w:rFonts w:ascii="Georgia" w:hAnsi="Georgia"/>
          <w:sz w:val="23"/>
        </w:rPr>
        <w:t>Something black lay on the seat.</w:t>
      </w:r>
    </w:p>
    <w:p>
      <w:pPr>
        <w:spacing w:after="80"/>
      </w:pPr>
      <w:r>
        <w:rPr>
          <w:rFonts w:ascii="Georgia" w:hAnsi="Georgia"/>
          <w:sz w:val="23"/>
        </w:rPr>
        <w:t>At first he thought it was another wristband.</w:t>
      </w:r>
    </w:p>
    <w:p>
      <w:pPr>
        <w:spacing w:after="80"/>
      </w:pPr>
      <w:r>
        <w:rPr>
          <w:rFonts w:ascii="Georgia" w:hAnsi="Georgia"/>
          <w:sz w:val="23"/>
        </w:rPr>
        <w:t>Then he saw the screen.</w:t>
      </w:r>
    </w:p>
    <w:p>
      <w:pPr>
        <w:spacing w:after="80"/>
      </w:pPr>
      <w:r>
        <w:rPr>
          <w:rFonts w:ascii="Georgia" w:hAnsi="Georgia"/>
          <w:sz w:val="23"/>
        </w:rPr>
        <w:t>A phone.</w:t>
      </w:r>
    </w:p>
    <w:p>
      <w:pPr>
        <w:spacing w:after="80"/>
      </w:pPr>
      <w:r>
        <w:rPr>
          <w:rFonts w:ascii="Georgia" w:hAnsi="Georgia"/>
          <w:sz w:val="23"/>
        </w:rPr>
        <w:t>Cheap. Burner-looking. No case.</w:t>
      </w:r>
    </w:p>
    <w:p>
      <w:pPr>
        <w:spacing w:after="80"/>
      </w:pPr>
      <w:r>
        <w:rPr>
          <w:rFonts w:ascii="Georgia" w:hAnsi="Georgia"/>
          <w:sz w:val="23"/>
        </w:rPr>
        <w:t>Just sitting there on the passenger seat like it belonged.</w:t>
      </w:r>
    </w:p>
    <w:p>
      <w:pPr>
        <w:spacing w:after="80"/>
      </w:pPr>
      <w:r>
        <w:rPr>
          <w:rFonts w:ascii="Georgia" w:hAnsi="Georgia"/>
          <w:sz w:val="23"/>
        </w:rPr>
        <w:t>Noah looked up at the lot.</w:t>
      </w:r>
    </w:p>
    <w:p>
      <w:pPr>
        <w:spacing w:after="80"/>
      </w:pPr>
      <w:r>
        <w:rPr>
          <w:rFonts w:ascii="Georgia" w:hAnsi="Georgia"/>
          <w:sz w:val="23"/>
        </w:rPr>
        <w:t>Empty.</w:t>
      </w:r>
    </w:p>
    <w:p>
      <w:pPr>
        <w:spacing w:after="80"/>
      </w:pPr>
      <w:r>
        <w:rPr>
          <w:rFonts w:ascii="Georgia" w:hAnsi="Georgia"/>
          <w:sz w:val="23"/>
        </w:rPr>
        <w:t>Then the phone lit up.</w:t>
      </w:r>
    </w:p>
    <w:p>
      <w:pPr>
        <w:spacing w:after="80"/>
      </w:pPr>
      <w:r>
        <w:rPr>
          <w:rFonts w:ascii="Georgia" w:hAnsi="Georgia"/>
          <w:sz w:val="23"/>
        </w:rPr>
        <w:t>Incoming call.</w:t>
      </w:r>
    </w:p>
    <w:p>
      <w:r>
        <w:br w:type="page"/>
      </w:r>
    </w:p>
    <w:p>
      <w:pPr>
        <w:spacing w:after="40"/>
        <w:jc w:val="center"/>
      </w:pPr>
      <w:r>
        <w:rPr>
          <w:rFonts w:ascii="Georgia" w:hAnsi="Georgia"/>
          <w:b/>
          <w:i w:val="0"/>
          <w:sz w:val="28"/>
        </w:rPr>
        <w:t>Chapter 9</w:t>
      </w:r>
    </w:p>
    <w:p>
      <w:pPr>
        <w:spacing w:after="200"/>
        <w:jc w:val="center"/>
      </w:pPr>
      <w:r>
        <w:rPr>
          <w:rFonts w:ascii="Georgia" w:hAnsi="Georgia"/>
          <w:b w:val="0"/>
          <w:i/>
          <w:sz w:val="24"/>
        </w:rPr>
        <w:t>Devin’s Pattern</w:t>
      </w:r>
    </w:p>
    <w:p>
      <w:pPr>
        <w:spacing w:after="80"/>
      </w:pPr>
      <w:r>
        <w:rPr>
          <w:rFonts w:ascii="Georgia" w:hAnsi="Georgia"/>
          <w:sz w:val="23"/>
        </w:rPr>
        <w:t>The burner phone kept vibrating on the passenger seat.</w:t>
      </w:r>
    </w:p>
    <w:p>
      <w:pPr>
        <w:spacing w:after="80"/>
      </w:pPr>
      <w:r>
        <w:rPr>
          <w:rFonts w:ascii="Georgia" w:hAnsi="Georgia"/>
          <w:sz w:val="23"/>
        </w:rPr>
        <w:t>Noah stood outside the open truck door, cold air sliding under his practice jersey, staring at the glowing screen like if he waited long enough, the call might explain itself.</w:t>
      </w:r>
    </w:p>
    <w:p>
      <w:pPr>
        <w:spacing w:after="80"/>
      </w:pPr>
      <w:r>
        <w:rPr>
          <w:rFonts w:ascii="Georgia" w:hAnsi="Georgia"/>
          <w:sz w:val="23"/>
        </w:rPr>
        <w:t>Unknown number.</w:t>
      </w:r>
    </w:p>
    <w:p>
      <w:pPr>
        <w:spacing w:after="80"/>
      </w:pPr>
      <w:r>
        <w:rPr>
          <w:rFonts w:ascii="Georgia" w:hAnsi="Georgia"/>
          <w:sz w:val="23"/>
        </w:rPr>
        <w:t>Again.</w:t>
      </w:r>
    </w:p>
    <w:p>
      <w:pPr>
        <w:spacing w:after="80"/>
      </w:pPr>
      <w:r>
        <w:rPr>
          <w:rFonts w:ascii="Georgia" w:hAnsi="Georgia"/>
          <w:sz w:val="23"/>
        </w:rPr>
        <w:t>Only this time it was not on Devin’s phone.</w:t>
      </w:r>
    </w:p>
    <w:p>
      <w:pPr>
        <w:spacing w:after="80"/>
      </w:pPr>
      <w:r>
        <w:rPr>
          <w:rFonts w:ascii="Georgia" w:hAnsi="Georgia"/>
          <w:sz w:val="23"/>
        </w:rPr>
        <w:t>It was in his dad’s truck.</w:t>
      </w:r>
    </w:p>
    <w:p>
      <w:pPr>
        <w:spacing w:after="80"/>
      </w:pPr>
      <w:r>
        <w:rPr>
          <w:rFonts w:ascii="Georgia" w:hAnsi="Georgia"/>
          <w:sz w:val="23"/>
        </w:rPr>
        <w:t>That made everything feel different.</w:t>
      </w:r>
    </w:p>
    <w:p>
      <w:pPr>
        <w:spacing w:after="80"/>
      </w:pPr>
      <w:r>
        <w:rPr>
          <w:rFonts w:ascii="Georgia" w:hAnsi="Georgia"/>
          <w:sz w:val="23"/>
        </w:rPr>
        <w:t>Bigger. Closer.</w:t>
      </w:r>
    </w:p>
    <w:p>
      <w:pPr>
        <w:spacing w:after="80"/>
      </w:pPr>
      <w:r>
        <w:rPr>
          <w:rFonts w:ascii="Georgia" w:hAnsi="Georgia"/>
          <w:sz w:val="23"/>
        </w:rPr>
        <w:t>More personal.</w:t>
      </w:r>
    </w:p>
    <w:p>
      <w:pPr>
        <w:spacing w:after="80"/>
      </w:pPr>
      <w:r>
        <w:rPr>
          <w:rFonts w:ascii="Georgia" w:hAnsi="Georgia"/>
          <w:sz w:val="23"/>
        </w:rPr>
        <w:t>The phone buzzed once more, then stopped.</w:t>
      </w:r>
    </w:p>
    <w:p>
      <w:pPr>
        <w:spacing w:after="80"/>
      </w:pPr>
      <w:r>
        <w:rPr>
          <w:rFonts w:ascii="Georgia" w:hAnsi="Georgia"/>
          <w:sz w:val="23"/>
        </w:rPr>
        <w:t>Noah did not touch it.</w:t>
      </w:r>
    </w:p>
    <w:p>
      <w:pPr>
        <w:spacing w:after="80"/>
      </w:pPr>
      <w:r>
        <w:rPr>
          <w:rFonts w:ascii="Georgia" w:hAnsi="Georgia"/>
          <w:sz w:val="23"/>
        </w:rPr>
        <w:t>He looked over his shoulder toward the rec center doors, half expecting Coach Law to burst through them already yelling for him not to move.</w:t>
      </w:r>
    </w:p>
    <w:p>
      <w:pPr>
        <w:spacing w:after="80"/>
      </w:pPr>
      <w:r>
        <w:rPr>
          <w:rFonts w:ascii="Georgia" w:hAnsi="Georgia"/>
          <w:sz w:val="23"/>
        </w:rPr>
        <w:t>Instead the lot stayed quiet.</w:t>
      </w:r>
    </w:p>
    <w:p>
      <w:pPr>
        <w:spacing w:after="80"/>
      </w:pPr>
      <w:r>
        <w:rPr>
          <w:rFonts w:ascii="Georgia" w:hAnsi="Georgia"/>
          <w:sz w:val="23"/>
        </w:rPr>
        <w:t>A few cars under the farther lights. Long shadows across the pavement. Wind pushing a fast-food bag along the curb. Nothing else.</w:t>
      </w:r>
    </w:p>
    <w:p>
      <w:pPr>
        <w:spacing w:after="80"/>
      </w:pPr>
      <w:r>
        <w:rPr>
          <w:rFonts w:ascii="Georgia" w:hAnsi="Georgia"/>
          <w:sz w:val="23"/>
        </w:rPr>
        <w:t>Then the truck door on the driver’s side opened behind him.</w:t>
      </w:r>
    </w:p>
    <w:p>
      <w:pPr>
        <w:spacing w:after="80"/>
      </w:pPr>
      <w:r>
        <w:rPr>
          <w:rFonts w:ascii="Georgia" w:hAnsi="Georgia"/>
          <w:sz w:val="23"/>
        </w:rPr>
        <w:t>Coach Law had crossed the lot quicker than Noah realized.</w:t>
      </w:r>
    </w:p>
    <w:p>
      <w:pPr>
        <w:spacing w:after="80"/>
      </w:pPr>
      <w:r>
        <w:rPr>
          <w:rFonts w:ascii="Georgia" w:hAnsi="Georgia"/>
          <w:sz w:val="23"/>
        </w:rPr>
        <w:t>Noah turned. “There was a phone in here.”</w:t>
      </w:r>
    </w:p>
    <w:p>
      <w:pPr>
        <w:spacing w:after="80"/>
      </w:pPr>
      <w:r>
        <w:rPr>
          <w:rFonts w:ascii="Georgia" w:hAnsi="Georgia"/>
          <w:sz w:val="23"/>
        </w:rPr>
        <w:t>His dad saw it immediately.</w:t>
      </w:r>
    </w:p>
    <w:p>
      <w:pPr>
        <w:spacing w:after="80"/>
      </w:pPr>
      <w:r>
        <w:rPr>
          <w:rFonts w:ascii="Georgia" w:hAnsi="Georgia"/>
          <w:sz w:val="23"/>
        </w:rPr>
        <w:t>For the first time all night, Coach Law’s face actually lost control for half a second.</w:t>
      </w:r>
    </w:p>
    <w:p>
      <w:pPr>
        <w:spacing w:after="80"/>
      </w:pPr>
      <w:r>
        <w:rPr>
          <w:rFonts w:ascii="Georgia" w:hAnsi="Georgia"/>
          <w:sz w:val="23"/>
        </w:rPr>
        <w:t>Not much.</w:t>
      </w:r>
    </w:p>
    <w:p>
      <w:pPr>
        <w:spacing w:after="80"/>
      </w:pPr>
      <w:r>
        <w:rPr>
          <w:rFonts w:ascii="Georgia" w:hAnsi="Georgia"/>
          <w:sz w:val="23"/>
        </w:rPr>
        <w:t>But enough.</w:t>
      </w:r>
    </w:p>
    <w:p>
      <w:pPr>
        <w:spacing w:after="80"/>
      </w:pPr>
      <w:r>
        <w:rPr>
          <w:rFonts w:ascii="Georgia" w:hAnsi="Georgia"/>
          <w:sz w:val="23"/>
        </w:rPr>
        <w:t>He stepped around Noah and looked down at the seat without touching the phone. “Did you answer it?”</w:t>
      </w:r>
    </w:p>
    <w:p>
      <w:pPr>
        <w:spacing w:after="80"/>
      </w:pPr>
      <w:r>
        <w:rPr>
          <w:rFonts w:ascii="Georgia" w:hAnsi="Georgia"/>
          <w:sz w:val="23"/>
        </w:rPr>
        <w:t>“No.”</w:t>
      </w:r>
    </w:p>
    <w:p>
      <w:pPr>
        <w:spacing w:after="80"/>
      </w:pPr>
      <w:r>
        <w:rPr>
          <w:rFonts w:ascii="Georgia" w:hAnsi="Georgia"/>
          <w:sz w:val="23"/>
        </w:rPr>
        <w:t>“Did you pick it up?”</w:t>
      </w:r>
    </w:p>
    <w:p>
      <w:pPr>
        <w:spacing w:after="80"/>
      </w:pPr>
      <w:r>
        <w:rPr>
          <w:rFonts w:ascii="Georgia" w:hAnsi="Georgia"/>
          <w:sz w:val="23"/>
        </w:rPr>
        <w:t>“No.”</w:t>
      </w:r>
    </w:p>
    <w:p>
      <w:pPr>
        <w:spacing w:after="80"/>
      </w:pPr>
      <w:r>
        <w:rPr>
          <w:rFonts w:ascii="Georgia" w:hAnsi="Georgia"/>
          <w:sz w:val="23"/>
        </w:rPr>
        <w:t>The phone lit again.</w:t>
      </w:r>
    </w:p>
    <w:p>
      <w:pPr>
        <w:spacing w:after="80"/>
      </w:pPr>
      <w:r>
        <w:rPr>
          <w:rFonts w:ascii="Georgia" w:hAnsi="Georgia"/>
          <w:sz w:val="23"/>
        </w:rPr>
        <w:t>Incoming call.</w:t>
      </w:r>
    </w:p>
    <w:p>
      <w:pPr>
        <w:spacing w:after="80"/>
      </w:pPr>
      <w:r>
        <w:rPr>
          <w:rFonts w:ascii="Georgia" w:hAnsi="Georgia"/>
          <w:sz w:val="23"/>
        </w:rPr>
        <w:t>Coach Law stared at the screen.</w:t>
      </w:r>
    </w:p>
    <w:p>
      <w:pPr>
        <w:spacing w:after="80"/>
      </w:pPr>
      <w:r>
        <w:rPr>
          <w:rFonts w:ascii="Georgia" w:hAnsi="Georgia"/>
          <w:sz w:val="23"/>
        </w:rPr>
        <w:t>Then he reached across Noah, shut the passenger door, and locked the truck with the key fob.</w:t>
      </w:r>
    </w:p>
    <w:p>
      <w:pPr>
        <w:spacing w:after="80"/>
      </w:pPr>
      <w:r>
        <w:rPr>
          <w:rFonts w:ascii="Georgia" w:hAnsi="Georgia"/>
          <w:sz w:val="23"/>
        </w:rPr>
        <w:t>Noah blinked. “What are you doing?”</w:t>
      </w:r>
    </w:p>
    <w:p>
      <w:pPr>
        <w:spacing w:after="80"/>
      </w:pPr>
      <w:r>
        <w:rPr>
          <w:rFonts w:ascii="Georgia" w:hAnsi="Georgia"/>
          <w:sz w:val="23"/>
        </w:rPr>
        <w:t>“Getting you out of this lot.”</w:t>
      </w:r>
    </w:p>
    <w:p>
      <w:pPr>
        <w:spacing w:after="80"/>
      </w:pPr>
      <w:r>
        <w:rPr>
          <w:rFonts w:ascii="Georgia" w:hAnsi="Georgia"/>
          <w:sz w:val="23"/>
        </w:rPr>
        <w:t>“What?”</w:t>
      </w:r>
    </w:p>
    <w:p>
      <w:pPr>
        <w:spacing w:after="80"/>
      </w:pPr>
      <w:r>
        <w:rPr>
          <w:rFonts w:ascii="Georgia" w:hAnsi="Georgia"/>
          <w:sz w:val="23"/>
        </w:rPr>
        <w:t>Coach Law took him by the shoulder and steered him backward. “We’re leaving.”</w:t>
      </w:r>
    </w:p>
    <w:p>
      <w:pPr>
        <w:spacing w:after="80"/>
      </w:pPr>
      <w:r>
        <w:rPr>
          <w:rFonts w:ascii="Georgia" w:hAnsi="Georgia"/>
          <w:sz w:val="23"/>
        </w:rPr>
        <w:t>“No, we’re not leaving. There’s literally a mystery phone in your truck.”</w:t>
      </w:r>
    </w:p>
    <w:p>
      <w:pPr>
        <w:spacing w:after="80"/>
      </w:pPr>
      <w:r>
        <w:rPr>
          <w:rFonts w:ascii="Georgia" w:hAnsi="Georgia"/>
          <w:sz w:val="23"/>
        </w:rPr>
        <w:t>“Yes,” Coach Law said. “And I am very aware of that.”</w:t>
      </w:r>
    </w:p>
    <w:p>
      <w:pPr>
        <w:spacing w:after="80"/>
      </w:pPr>
      <w:r>
        <w:rPr>
          <w:rFonts w:ascii="Georgia" w:hAnsi="Georgia"/>
          <w:sz w:val="23"/>
        </w:rPr>
        <w:t>Noah pulled free. “Then why are we not checking it?”</w:t>
      </w:r>
    </w:p>
    <w:p>
      <w:pPr>
        <w:spacing w:after="80"/>
      </w:pPr>
      <w:r>
        <w:rPr>
          <w:rFonts w:ascii="Georgia" w:hAnsi="Georgia"/>
          <w:sz w:val="23"/>
        </w:rPr>
        <w:t>His dad looked around the lot once—hard, fast, scanning every parked car, every dark corner beyond the light poles, every line of sight back toward the building.</w:t>
      </w:r>
    </w:p>
    <w:p>
      <w:pPr>
        <w:spacing w:after="80"/>
      </w:pPr>
      <w:r>
        <w:rPr>
          <w:rFonts w:ascii="Georgia" w:hAnsi="Georgia"/>
          <w:sz w:val="23"/>
        </w:rPr>
        <w:t>“Because whoever put it there wants us to check it right now.”</w:t>
      </w:r>
    </w:p>
    <w:p>
      <w:pPr>
        <w:spacing w:after="80"/>
      </w:pPr>
      <w:r>
        <w:rPr>
          <w:rFonts w:ascii="Georgia" w:hAnsi="Georgia"/>
          <w:sz w:val="23"/>
        </w:rPr>
        <w:t>That landed.</w:t>
      </w:r>
    </w:p>
    <w:p>
      <w:pPr>
        <w:spacing w:after="80"/>
      </w:pPr>
      <w:r>
        <w:rPr>
          <w:rFonts w:ascii="Georgia" w:hAnsi="Georgia"/>
          <w:sz w:val="23"/>
        </w:rPr>
        <w:t>Noah hated that it landed.</w:t>
      </w:r>
    </w:p>
    <w:p>
      <w:pPr>
        <w:spacing w:after="80"/>
      </w:pPr>
      <w:r>
        <w:rPr>
          <w:rFonts w:ascii="Georgia" w:hAnsi="Georgia"/>
          <w:sz w:val="23"/>
        </w:rPr>
        <w:t>Coach Law kept his voice low. “Get in the other side.”</w:t>
      </w:r>
    </w:p>
    <w:p>
      <w:pPr>
        <w:spacing w:after="80"/>
      </w:pPr>
      <w:r>
        <w:rPr>
          <w:rFonts w:ascii="Georgia" w:hAnsi="Georgia"/>
          <w:sz w:val="23"/>
        </w:rPr>
        <w:t>Noah stared at him for one more second, then rounded the hood and climbed into the truck. Coach Law got in, started the engine, and drove without another word until they were out of the lot and onto the main road.</w:t>
      </w:r>
    </w:p>
    <w:p>
      <w:pPr>
        <w:spacing w:after="80"/>
      </w:pPr>
      <w:r>
        <w:rPr>
          <w:rFonts w:ascii="Georgia" w:hAnsi="Georgia"/>
          <w:sz w:val="23"/>
        </w:rPr>
        <w:t>The silence sat there for maybe thirty seconds.</w:t>
      </w:r>
    </w:p>
    <w:p>
      <w:pPr>
        <w:spacing w:after="80"/>
      </w:pPr>
      <w:r>
        <w:rPr>
          <w:rFonts w:ascii="Georgia" w:hAnsi="Georgia"/>
          <w:sz w:val="23"/>
        </w:rPr>
        <w:t>Then Noah said, “It mentioned me in the note.”</w:t>
      </w:r>
    </w:p>
    <w:p>
      <w:pPr>
        <w:spacing w:after="80"/>
      </w:pPr>
      <w:r>
        <w:rPr>
          <w:rFonts w:ascii="Georgia" w:hAnsi="Georgia"/>
          <w:sz w:val="23"/>
        </w:rPr>
        <w:t>Coach Law kept his eyes on the road.</w:t>
      </w:r>
    </w:p>
    <w:p>
      <w:pPr>
        <w:spacing w:after="80"/>
      </w:pPr>
      <w:r>
        <w:rPr>
          <w:rFonts w:ascii="Georgia" w:hAnsi="Georgia"/>
          <w:sz w:val="23"/>
        </w:rPr>
        <w:t>“That wasn’t a question,” Noah said.</w:t>
      </w:r>
    </w:p>
    <w:p>
      <w:pPr>
        <w:spacing w:after="80"/>
      </w:pPr>
      <w:r>
        <w:rPr>
          <w:rFonts w:ascii="Georgia" w:hAnsi="Georgia"/>
          <w:sz w:val="23"/>
        </w:rPr>
        <w:t>His dad’s hands stayed at ten and two on the steering wheel. “Yes.”</w:t>
      </w:r>
    </w:p>
    <w:p>
      <w:pPr>
        <w:spacing w:after="80"/>
      </w:pPr>
      <w:r>
        <w:rPr>
          <w:rFonts w:ascii="Georgia" w:hAnsi="Georgia"/>
          <w:sz w:val="23"/>
        </w:rPr>
        <w:t>Noah felt his stomach tighten. “What did it say?”</w:t>
      </w:r>
    </w:p>
    <w:p>
      <w:pPr>
        <w:spacing w:after="80"/>
      </w:pPr>
      <w:r>
        <w:rPr>
          <w:rFonts w:ascii="Georgia" w:hAnsi="Georgia"/>
          <w:sz w:val="23"/>
        </w:rPr>
        <w:t>Coach Law’s jaw shifted once.</w:t>
      </w:r>
    </w:p>
    <w:p>
      <w:pPr>
        <w:spacing w:after="80"/>
      </w:pPr>
      <w:r>
        <w:rPr>
          <w:rFonts w:ascii="Georgia" w:hAnsi="Georgia"/>
          <w:sz w:val="23"/>
        </w:rPr>
        <w:t>Then: “It said to keep you out of it.”</w:t>
      </w:r>
    </w:p>
    <w:p>
      <w:pPr>
        <w:spacing w:after="80"/>
      </w:pPr>
      <w:r>
        <w:rPr>
          <w:rFonts w:ascii="Georgia" w:hAnsi="Georgia"/>
          <w:sz w:val="23"/>
        </w:rPr>
        <w:t>The truck suddenly felt too small.</w:t>
      </w:r>
    </w:p>
    <w:p>
      <w:pPr>
        <w:spacing w:after="80"/>
      </w:pPr>
      <w:r>
        <w:rPr>
          <w:rFonts w:ascii="Georgia" w:hAnsi="Georgia"/>
          <w:sz w:val="23"/>
        </w:rPr>
        <w:t>Noah looked out the passenger window at the dark blur of storefronts and streetlights sliding by. “Why?”</w:t>
      </w:r>
    </w:p>
    <w:p>
      <w:pPr>
        <w:spacing w:after="80"/>
      </w:pPr>
      <w:r>
        <w:rPr>
          <w:rFonts w:ascii="Georgia" w:hAnsi="Georgia"/>
          <w:sz w:val="23"/>
        </w:rPr>
        <w:t>“I don’t know.”</w:t>
      </w:r>
    </w:p>
    <w:p>
      <w:pPr>
        <w:spacing w:after="80"/>
      </w:pPr>
      <w:r>
        <w:rPr>
          <w:rFonts w:ascii="Georgia" w:hAnsi="Georgia"/>
          <w:sz w:val="23"/>
        </w:rPr>
        <w:t>“That’s not true.”</w:t>
      </w:r>
    </w:p>
    <w:p>
      <w:pPr>
        <w:spacing w:after="80"/>
      </w:pPr>
      <w:r>
        <w:rPr>
          <w:rFonts w:ascii="Georgia" w:hAnsi="Georgia"/>
          <w:sz w:val="23"/>
        </w:rPr>
        <w:t>“It is true.”</w:t>
      </w:r>
    </w:p>
    <w:p>
      <w:pPr>
        <w:spacing w:after="80"/>
      </w:pPr>
      <w:r>
        <w:rPr>
          <w:rFonts w:ascii="Georgia" w:hAnsi="Georgia"/>
          <w:sz w:val="23"/>
        </w:rPr>
        <w:t>“Then why’d you make me go to the truck like there was a bomb in the classroom?”</w:t>
      </w:r>
    </w:p>
    <w:p>
      <w:pPr>
        <w:spacing w:after="80"/>
      </w:pPr>
      <w:r>
        <w:rPr>
          <w:rFonts w:ascii="Georgia" w:hAnsi="Georgia"/>
          <w:sz w:val="23"/>
        </w:rPr>
        <w:t>Coach Law exhaled through his nose. “Because when someone I can’t identify tells me to keep my son out of something, I stop treating it like a game.”</w:t>
      </w:r>
    </w:p>
    <w:p>
      <w:pPr>
        <w:spacing w:after="80"/>
      </w:pPr>
      <w:r>
        <w:rPr>
          <w:rFonts w:ascii="Georgia" w:hAnsi="Georgia"/>
          <w:sz w:val="23"/>
        </w:rPr>
        <w:t>Noah turned and looked at him.</w:t>
      </w:r>
    </w:p>
    <w:p>
      <w:pPr>
        <w:spacing w:after="80"/>
      </w:pPr>
      <w:r>
        <w:rPr>
          <w:rFonts w:ascii="Georgia" w:hAnsi="Georgia"/>
          <w:sz w:val="23"/>
        </w:rPr>
        <w:t>That word again.</w:t>
      </w:r>
    </w:p>
    <w:p>
      <w:pPr>
        <w:spacing w:after="80"/>
      </w:pPr>
      <w:r>
        <w:rPr>
          <w:rFonts w:ascii="Georgia" w:hAnsi="Georgia"/>
          <w:sz w:val="23"/>
        </w:rPr>
        <w:t>Game.</w:t>
      </w:r>
    </w:p>
    <w:p>
      <w:pPr>
        <w:spacing w:after="80"/>
      </w:pPr>
      <w:r>
        <w:rPr>
          <w:rFonts w:ascii="Georgia" w:hAnsi="Georgia"/>
          <w:sz w:val="23"/>
        </w:rPr>
        <w:t>As if he had been the one confused about what mattered.</w:t>
      </w:r>
    </w:p>
    <w:p>
      <w:pPr>
        <w:spacing w:after="80"/>
      </w:pPr>
      <w:r>
        <w:rPr>
          <w:rFonts w:ascii="Georgia" w:hAnsi="Georgia"/>
          <w:sz w:val="23"/>
        </w:rPr>
        <w:t>His dad kept going. “And when a phone suddenly appears in my truck ten minutes later, I stop pretending coincidence deserves patience.”</w:t>
      </w:r>
    </w:p>
    <w:p>
      <w:pPr>
        <w:spacing w:after="80"/>
      </w:pPr>
      <w:r>
        <w:rPr>
          <w:rFonts w:ascii="Georgia" w:hAnsi="Georgia"/>
          <w:sz w:val="23"/>
        </w:rPr>
        <w:t>Noah sat back.</w:t>
      </w:r>
    </w:p>
    <w:p>
      <w:pPr>
        <w:spacing w:after="80"/>
      </w:pPr>
      <w:r>
        <w:rPr>
          <w:rFonts w:ascii="Georgia" w:hAnsi="Georgia"/>
          <w:sz w:val="23"/>
        </w:rPr>
        <w:t>That was the clearest Coach Law had sounded since this whole thing started.</w:t>
      </w:r>
    </w:p>
    <w:p>
      <w:pPr>
        <w:spacing w:after="80"/>
      </w:pPr>
      <w:r>
        <w:rPr>
          <w:rFonts w:ascii="Georgia" w:hAnsi="Georgia"/>
          <w:sz w:val="23"/>
        </w:rPr>
        <w:t>Scared, yes.</w:t>
      </w:r>
    </w:p>
    <w:p>
      <w:pPr>
        <w:spacing w:after="80"/>
      </w:pPr>
      <w:r>
        <w:rPr>
          <w:rFonts w:ascii="Georgia" w:hAnsi="Georgia"/>
          <w:sz w:val="23"/>
        </w:rPr>
        <w:t>But clear.</w:t>
      </w:r>
    </w:p>
    <w:p>
      <w:pPr>
        <w:spacing w:after="80"/>
      </w:pPr>
      <w:r>
        <w:rPr>
          <w:rFonts w:ascii="Georgia" w:hAnsi="Georgia"/>
          <w:sz w:val="23"/>
        </w:rPr>
        <w:t>“What now?” Noah asked.</w:t>
      </w:r>
    </w:p>
    <w:p>
      <w:pPr>
        <w:spacing w:after="80"/>
      </w:pPr>
      <w:r>
        <w:rPr>
          <w:rFonts w:ascii="Georgia" w:hAnsi="Georgia"/>
          <w:sz w:val="23"/>
        </w:rPr>
        <w:t>Coach Law was quiet for a second. “Now I handle the adult part.”</w:t>
      </w:r>
    </w:p>
    <w:p>
      <w:pPr>
        <w:spacing w:after="80"/>
      </w:pPr>
      <w:r>
        <w:rPr>
          <w:rFonts w:ascii="Georgia" w:hAnsi="Georgia"/>
          <w:sz w:val="23"/>
        </w:rPr>
        <w:t>Noah almost laughed.</w:t>
      </w:r>
    </w:p>
    <w:p>
      <w:pPr>
        <w:spacing w:after="80"/>
      </w:pPr>
      <w:r>
        <w:rPr>
          <w:rFonts w:ascii="Georgia" w:hAnsi="Georgia"/>
          <w:sz w:val="23"/>
        </w:rPr>
        <w:t>Then didn’t.</w:t>
      </w:r>
    </w:p>
    <w:p>
      <w:pPr>
        <w:spacing w:after="80"/>
      </w:pPr>
      <w:r>
        <w:rPr>
          <w:rFonts w:ascii="Georgia" w:hAnsi="Georgia"/>
          <w:sz w:val="23"/>
        </w:rPr>
        <w:t>Because he knew if he laughed, it would turn into a fight, and part of him was too tired for another fight tonight.</w:t>
      </w:r>
    </w:p>
    <w:p>
      <w:pPr>
        <w:spacing w:after="80"/>
      </w:pPr>
      <w:r>
        <w:rPr>
          <w:rFonts w:ascii="Georgia" w:hAnsi="Georgia"/>
          <w:sz w:val="23"/>
        </w:rPr>
        <w:t>They drove the rest of the way mostly in silence. When they got home, Coach Law made Noah go inside first, then scanned the driveway and yard before coming in with the burner phone wrapped in a towel like it was evidence from a crime show.</w:t>
      </w:r>
    </w:p>
    <w:p>
      <w:pPr>
        <w:spacing w:after="80"/>
      </w:pPr>
      <w:r>
        <w:rPr>
          <w:rFonts w:ascii="Georgia" w:hAnsi="Georgia"/>
          <w:sz w:val="23"/>
        </w:rPr>
        <w:t>Noah watched him set it on the kitchen counter.</w:t>
      </w:r>
    </w:p>
    <w:p>
      <w:pPr>
        <w:spacing w:after="80"/>
      </w:pPr>
      <w:r>
        <w:rPr>
          <w:rFonts w:ascii="Georgia" w:hAnsi="Georgia"/>
          <w:sz w:val="23"/>
        </w:rPr>
        <w:t>Miss Amy looked from the towel to Coach Law to Noah and said, “Okay. Start over, but say it in normal people order.”</w:t>
      </w:r>
    </w:p>
    <w:p>
      <w:pPr>
        <w:spacing w:after="80"/>
      </w:pPr>
      <w:r>
        <w:rPr>
          <w:rFonts w:ascii="Georgia" w:hAnsi="Georgia"/>
          <w:sz w:val="23"/>
        </w:rPr>
        <w:t>Coach Law did not say it in normal people order.</w:t>
      </w:r>
    </w:p>
    <w:p>
      <w:pPr>
        <w:spacing w:after="80"/>
      </w:pPr>
      <w:r>
        <w:rPr>
          <w:rFonts w:ascii="Georgia" w:hAnsi="Georgia"/>
          <w:sz w:val="23"/>
        </w:rPr>
        <w:t>He said it in clipped pieces. Enough to communicate the problem without giving away the whole shape of it. Unknown person. Signals. Burner phone. Threatening note. Noah involved. Handling it.</w:t>
      </w:r>
    </w:p>
    <w:p>
      <w:pPr>
        <w:spacing w:after="80"/>
      </w:pPr>
      <w:r>
        <w:rPr>
          <w:rFonts w:ascii="Georgia" w:hAnsi="Georgia"/>
          <w:sz w:val="23"/>
        </w:rPr>
        <w:t>That last phrase made Noah roll his eyes so hard his little sister laughed from the living room even though she had no idea what was going on.</w:t>
      </w:r>
    </w:p>
    <w:p>
      <w:pPr>
        <w:spacing w:after="80"/>
      </w:pPr>
      <w:r>
        <w:rPr>
          <w:rFonts w:ascii="Georgia" w:hAnsi="Georgia"/>
          <w:sz w:val="23"/>
        </w:rPr>
        <w:t>Miss Amy did not laugh.</w:t>
      </w:r>
    </w:p>
    <w:p>
      <w:pPr>
        <w:spacing w:after="80"/>
      </w:pPr>
      <w:r>
        <w:rPr>
          <w:rFonts w:ascii="Georgia" w:hAnsi="Georgia"/>
          <w:sz w:val="23"/>
        </w:rPr>
        <w:t>She looked at Noah once, then at Coach Law. “And you let him chase somebody into a parking lot?”</w:t>
      </w:r>
    </w:p>
    <w:p>
      <w:pPr>
        <w:spacing w:after="80"/>
      </w:pPr>
      <w:r>
        <w:rPr>
          <w:rFonts w:ascii="Georgia" w:hAnsi="Georgia"/>
          <w:sz w:val="23"/>
        </w:rPr>
        <w:t>“I didn’t let him.”</w:t>
      </w:r>
    </w:p>
    <w:p>
      <w:pPr>
        <w:spacing w:after="80"/>
      </w:pPr>
      <w:r>
        <w:rPr>
          <w:rFonts w:ascii="Georgia" w:hAnsi="Georgia"/>
          <w:sz w:val="23"/>
        </w:rPr>
        <w:t>“That’s not the question I asked.”</w:t>
      </w:r>
    </w:p>
    <w:p>
      <w:pPr>
        <w:spacing w:after="80"/>
      </w:pPr>
      <w:r>
        <w:rPr>
          <w:rFonts w:ascii="Georgia" w:hAnsi="Georgia"/>
          <w:sz w:val="23"/>
        </w:rPr>
        <w:t>Noah almost smiled despite everything.</w:t>
      </w:r>
    </w:p>
    <w:p>
      <w:pPr>
        <w:spacing w:after="80"/>
      </w:pPr>
      <w:r>
        <w:rPr>
          <w:rFonts w:ascii="Georgia" w:hAnsi="Georgia"/>
          <w:sz w:val="23"/>
        </w:rPr>
        <w:t>Coach Law rubbed a hand over his mouth. “I know.”</w:t>
      </w:r>
    </w:p>
    <w:p>
      <w:pPr>
        <w:spacing w:after="80"/>
      </w:pPr>
      <w:r>
        <w:rPr>
          <w:rFonts w:ascii="Georgia" w:hAnsi="Georgia"/>
          <w:sz w:val="23"/>
        </w:rPr>
        <w:t>Miss Amy looked at the phone. “You calling someone?”</w:t>
      </w:r>
    </w:p>
    <w:p>
      <w:pPr>
        <w:spacing w:after="80"/>
      </w:pPr>
      <w:r>
        <w:rPr>
          <w:rFonts w:ascii="Georgia" w:hAnsi="Georgia"/>
          <w:sz w:val="23"/>
        </w:rPr>
        <w:t>“Yes.”</w:t>
      </w:r>
    </w:p>
    <w:p>
      <w:pPr>
        <w:spacing w:after="80"/>
      </w:pPr>
      <w:r>
        <w:rPr>
          <w:rFonts w:ascii="Georgia" w:hAnsi="Georgia"/>
          <w:sz w:val="23"/>
        </w:rPr>
        <w:t>Noah leaned on the counter. “Who?”</w:t>
      </w:r>
    </w:p>
    <w:p>
      <w:pPr>
        <w:spacing w:after="80"/>
      </w:pPr>
      <w:r>
        <w:rPr>
          <w:rFonts w:ascii="Georgia" w:hAnsi="Georgia"/>
          <w:sz w:val="23"/>
        </w:rPr>
        <w:t>“Not you.”</w:t>
      </w:r>
    </w:p>
    <w:p>
      <w:pPr>
        <w:spacing w:after="80"/>
      </w:pPr>
      <w:r>
        <w:rPr>
          <w:rFonts w:ascii="Georgia" w:hAnsi="Georgia"/>
          <w:sz w:val="23"/>
        </w:rPr>
        <w:t>Noah pushed away from the counter before he said something that would make everyone’s night worse.</w:t>
      </w:r>
    </w:p>
    <w:p>
      <w:pPr>
        <w:spacing w:after="80"/>
      </w:pPr>
      <w:r>
        <w:rPr>
          <w:rFonts w:ascii="Georgia" w:hAnsi="Georgia"/>
          <w:sz w:val="23"/>
        </w:rPr>
        <w:t>---</w:t>
      </w:r>
    </w:p>
    <w:p>
      <w:pPr>
        <w:spacing w:after="80"/>
      </w:pPr>
      <w:r>
        <w:rPr>
          <w:rFonts w:ascii="Georgia" w:hAnsi="Georgia"/>
          <w:sz w:val="23"/>
        </w:rPr>
        <w:t>The next afternoon’s practice started with film, then field.</w:t>
      </w:r>
    </w:p>
    <w:p>
      <w:pPr>
        <w:spacing w:after="80"/>
      </w:pPr>
      <w:r>
        <w:rPr>
          <w:rFonts w:ascii="Georgia" w:hAnsi="Georgia"/>
          <w:sz w:val="23"/>
        </w:rPr>
        <w:t>Coach Law had always believed that if a team learned something in a room, they had to test it on grass as fast as possible or else it became “whiteboard courage”—his phrase for things kids understood in theory and forgot at full speed.</w:t>
      </w:r>
    </w:p>
    <w:p>
      <w:pPr>
        <w:spacing w:after="80"/>
      </w:pPr>
      <w:r>
        <w:rPr>
          <w:rFonts w:ascii="Georgia" w:hAnsi="Georgia"/>
          <w:sz w:val="23"/>
        </w:rPr>
        <w:t>Prime 8 needed grass.</w:t>
      </w:r>
    </w:p>
    <w:p>
      <w:pPr>
        <w:spacing w:after="80"/>
      </w:pPr>
      <w:r>
        <w:rPr>
          <w:rFonts w:ascii="Georgia" w:hAnsi="Georgia"/>
          <w:sz w:val="23"/>
        </w:rPr>
        <w:t>They also needed something else:</w:t>
      </w:r>
    </w:p>
    <w:p>
      <w:pPr>
        <w:spacing w:after="80"/>
      </w:pPr>
      <w:r>
        <w:rPr>
          <w:rFonts w:ascii="Georgia" w:hAnsi="Georgia"/>
          <w:sz w:val="23"/>
        </w:rPr>
        <w:t>Normal.</w:t>
      </w:r>
    </w:p>
    <w:p>
      <w:pPr>
        <w:spacing w:after="80"/>
      </w:pPr>
      <w:r>
        <w:rPr>
          <w:rFonts w:ascii="Georgia" w:hAnsi="Georgia"/>
          <w:sz w:val="23"/>
        </w:rPr>
        <w:t>Noah could feel it as soon as they got to the field. Everybody wanted football to push the mystery back where it belonged. Not gone. Just behind them for a while.</w:t>
      </w:r>
    </w:p>
    <w:p>
      <w:pPr>
        <w:spacing w:after="80"/>
      </w:pPr>
      <w:r>
        <w:rPr>
          <w:rFonts w:ascii="Georgia" w:hAnsi="Georgia"/>
          <w:sz w:val="23"/>
        </w:rPr>
        <w:t>Coach Law seemed to understand that. He opened practice with almost no speech at all.</w:t>
      </w:r>
    </w:p>
    <w:p>
      <w:pPr>
        <w:spacing w:after="80"/>
      </w:pPr>
      <w:r>
        <w:rPr>
          <w:rFonts w:ascii="Georgia" w:hAnsi="Georgia"/>
          <w:sz w:val="23"/>
        </w:rPr>
        <w:t>“Ball security, route discipline, communication. We clean first. Then we compete.”</w:t>
      </w:r>
    </w:p>
    <w:p>
      <w:pPr>
        <w:spacing w:after="80"/>
      </w:pPr>
      <w:r>
        <w:rPr>
          <w:rFonts w:ascii="Georgia" w:hAnsi="Georgia"/>
          <w:sz w:val="23"/>
        </w:rPr>
        <w:t>That was it.</w:t>
      </w:r>
    </w:p>
    <w:p>
      <w:pPr>
        <w:spacing w:after="80"/>
      </w:pPr>
      <w:r>
        <w:rPr>
          <w:rFonts w:ascii="Georgia" w:hAnsi="Georgia"/>
          <w:sz w:val="23"/>
        </w:rPr>
        <w:t>No mention of notes. No mention of phones. No mention of outsiders.</w:t>
      </w:r>
    </w:p>
    <w:p>
      <w:pPr>
        <w:spacing w:after="80"/>
      </w:pPr>
      <w:r>
        <w:rPr>
          <w:rFonts w:ascii="Georgia" w:hAnsi="Georgia"/>
          <w:sz w:val="23"/>
        </w:rPr>
        <w:t>Noah appreciated that more than he expected.</w:t>
      </w:r>
    </w:p>
    <w:p>
      <w:pPr>
        <w:spacing w:after="80"/>
      </w:pPr>
      <w:r>
        <w:rPr>
          <w:rFonts w:ascii="Georgia" w:hAnsi="Georgia"/>
          <w:sz w:val="23"/>
        </w:rPr>
        <w:t>They split quickly. Receivers with Coach Law. Centers and quarterbacks with Devin and Noah starting exchange work. Defense on flags and leverage with the assistant.</w:t>
      </w:r>
    </w:p>
    <w:p>
      <w:pPr>
        <w:spacing w:after="80"/>
      </w:pPr>
      <w:r>
        <w:rPr>
          <w:rFonts w:ascii="Georgia" w:hAnsi="Georgia"/>
          <w:sz w:val="23"/>
        </w:rPr>
        <w:t>Vee stood near the rope line with a football tucked under one arm, pretending not to be early enough to matter.</w:t>
      </w:r>
    </w:p>
    <w:p>
      <w:pPr>
        <w:spacing w:after="80"/>
      </w:pPr>
      <w:r>
        <w:rPr>
          <w:rFonts w:ascii="Georgia" w:hAnsi="Georgia"/>
          <w:sz w:val="23"/>
        </w:rPr>
        <w:t>Jalen spotted her first. “You running tryouts for side-commentary again?”</w:t>
      </w:r>
    </w:p>
    <w:p>
      <w:pPr>
        <w:spacing w:after="80"/>
      </w:pPr>
      <w:r>
        <w:rPr>
          <w:rFonts w:ascii="Georgia" w:hAnsi="Georgia"/>
          <w:sz w:val="23"/>
        </w:rPr>
        <w:t>Vee bounced the ball once off her thigh. “Only if your coverage needs help.”</w:t>
      </w:r>
    </w:p>
    <w:p>
      <w:pPr>
        <w:spacing w:after="80"/>
      </w:pPr>
      <w:r>
        <w:rPr>
          <w:rFonts w:ascii="Georgia" w:hAnsi="Georgia"/>
          <w:sz w:val="23"/>
        </w:rPr>
        <w:t>Jalen grinned. “Everything needs help if Owen drew it.”</w:t>
      </w:r>
    </w:p>
    <w:p>
      <w:pPr>
        <w:spacing w:after="80"/>
      </w:pPr>
      <w:r>
        <w:rPr>
          <w:rFonts w:ascii="Georgia" w:hAnsi="Georgia"/>
          <w:sz w:val="23"/>
        </w:rPr>
        <w:t>Owen, jogging by, said, “That doesn’t even make sense.”</w:t>
      </w:r>
    </w:p>
    <w:p>
      <w:pPr>
        <w:spacing w:after="80"/>
      </w:pPr>
      <w:r>
        <w:rPr>
          <w:rFonts w:ascii="Georgia" w:hAnsi="Georgia"/>
          <w:sz w:val="23"/>
        </w:rPr>
        <w:t>“Neither does your face when you explain cover-two.”</w:t>
      </w:r>
    </w:p>
    <w:p>
      <w:pPr>
        <w:spacing w:after="80"/>
      </w:pPr>
      <w:r>
        <w:rPr>
          <w:rFonts w:ascii="Georgia" w:hAnsi="Georgia"/>
          <w:sz w:val="23"/>
        </w:rPr>
        <w:t>Coach Law clapped once. “Enough. Eyes up.”</w:t>
      </w:r>
    </w:p>
    <w:p>
      <w:pPr>
        <w:spacing w:after="80"/>
      </w:pPr>
      <w:r>
        <w:rPr>
          <w:rFonts w:ascii="Georgia" w:hAnsi="Georgia"/>
          <w:sz w:val="23"/>
        </w:rPr>
        <w:t>Noah dropped under center across from Devin.</w:t>
      </w:r>
    </w:p>
    <w:p>
      <w:pPr>
        <w:spacing w:after="80"/>
      </w:pPr>
      <w:r>
        <w:rPr>
          <w:rFonts w:ascii="Georgia" w:hAnsi="Georgia"/>
          <w:sz w:val="23"/>
        </w:rPr>
        <w:t>There was comfort in the first snap.</w:t>
      </w:r>
    </w:p>
    <w:p>
      <w:pPr>
        <w:spacing w:after="80"/>
      </w:pPr>
      <w:r>
        <w:rPr>
          <w:rFonts w:ascii="Georgia" w:hAnsi="Georgia"/>
          <w:sz w:val="23"/>
        </w:rPr>
        <w:t>Hands under center. Devin’s calm voice. Ball in the pocket. Laces found instantly. Plant, reset, throw.</w:t>
      </w:r>
    </w:p>
    <w:p>
      <w:pPr>
        <w:spacing w:after="80"/>
      </w:pPr>
      <w:r>
        <w:rPr>
          <w:rFonts w:ascii="Georgia" w:hAnsi="Georgia"/>
          <w:sz w:val="23"/>
        </w:rPr>
        <w:t>They ran quick rhythm first—three-step game without actual line play. The language of youth flag quarterbacks.</w:t>
      </w:r>
    </w:p>
    <w:p>
      <w:pPr>
        <w:spacing w:after="80"/>
      </w:pPr>
      <w:r>
        <w:rPr>
          <w:rFonts w:ascii="Georgia" w:hAnsi="Georgia"/>
          <w:sz w:val="23"/>
        </w:rPr>
        <w:t>Stick. Out. Hitch. Speed out. Spacing.</w:t>
      </w:r>
    </w:p>
    <w:p>
      <w:pPr>
        <w:spacing w:after="80"/>
      </w:pPr>
      <w:r>
        <w:rPr>
          <w:rFonts w:ascii="Georgia" w:hAnsi="Georgia"/>
          <w:sz w:val="23"/>
        </w:rPr>
        <w:t>The goal was always the same: get the ball out before the defense got comfortable.</w:t>
      </w:r>
    </w:p>
    <w:p>
      <w:pPr>
        <w:spacing w:after="80"/>
      </w:pPr>
      <w:r>
        <w:rPr>
          <w:rFonts w:ascii="Georgia" w:hAnsi="Georgia"/>
          <w:sz w:val="23"/>
        </w:rPr>
        <w:t>Devin fired another perfect snap.</w:t>
      </w:r>
    </w:p>
    <w:p>
      <w:pPr>
        <w:spacing w:after="80"/>
      </w:pPr>
      <w:r>
        <w:rPr>
          <w:rFonts w:ascii="Georgia" w:hAnsi="Georgia"/>
          <w:sz w:val="23"/>
        </w:rPr>
        <w:t>Noah caught, reset, and threw.</w:t>
      </w:r>
    </w:p>
    <w:p>
      <w:pPr>
        <w:spacing w:after="80"/>
      </w:pPr>
      <w:r>
        <w:rPr>
          <w:rFonts w:ascii="Georgia" w:hAnsi="Georgia"/>
          <w:sz w:val="23"/>
        </w:rPr>
        <w:t>Quick game first. Stick. Spacing. Hitches outside.</w:t>
      </w:r>
    </w:p>
    <w:p>
      <w:pPr>
        <w:spacing w:after="80"/>
      </w:pPr>
      <w:r>
        <w:rPr>
          <w:rFonts w:ascii="Georgia" w:hAnsi="Georgia"/>
          <w:sz w:val="23"/>
        </w:rPr>
        <w:t>Then movement throws.</w:t>
      </w:r>
    </w:p>
    <w:p>
      <w:pPr>
        <w:spacing w:after="80"/>
      </w:pPr>
      <w:r>
        <w:rPr>
          <w:rFonts w:ascii="Georgia" w:hAnsi="Georgia"/>
          <w:sz w:val="23"/>
        </w:rPr>
        <w:t>Sprint-out right. Reset shoulders. Ball high to the sideline where only the receiver could make a play.</w:t>
      </w:r>
    </w:p>
    <w:p>
      <w:pPr>
        <w:spacing w:after="80"/>
      </w:pPr>
      <w:r>
        <w:rPr>
          <w:rFonts w:ascii="Georgia" w:hAnsi="Georgia"/>
          <w:sz w:val="23"/>
        </w:rPr>
        <w:t>Coach Law drifted over after a few minutes and watched one rep without saying anything.</w:t>
      </w:r>
    </w:p>
    <w:p>
      <w:pPr>
        <w:spacing w:after="80"/>
      </w:pPr>
      <w:r>
        <w:rPr>
          <w:rFonts w:ascii="Georgia" w:hAnsi="Georgia"/>
          <w:sz w:val="23"/>
        </w:rPr>
        <w:t>Then: “Your feet get loud when you’re thinking too much.”</w:t>
      </w:r>
    </w:p>
    <w:p>
      <w:pPr>
        <w:spacing w:after="80"/>
      </w:pPr>
      <w:r>
        <w:rPr>
          <w:rFonts w:ascii="Georgia" w:hAnsi="Georgia"/>
          <w:sz w:val="23"/>
        </w:rPr>
        <w:t>Noah caught the next snap. “That helpful?”</w:t>
      </w:r>
    </w:p>
    <w:p>
      <w:pPr>
        <w:spacing w:after="80"/>
      </w:pPr>
      <w:r>
        <w:rPr>
          <w:rFonts w:ascii="Georgia" w:hAnsi="Georgia"/>
          <w:sz w:val="23"/>
        </w:rPr>
        <w:t>“It is if you listen.”</w:t>
      </w:r>
    </w:p>
    <w:p>
      <w:pPr>
        <w:spacing w:after="80"/>
      </w:pPr>
      <w:r>
        <w:rPr>
          <w:rFonts w:ascii="Georgia" w:hAnsi="Georgia"/>
          <w:sz w:val="23"/>
        </w:rPr>
        <w:t>The next ball came out cleaner.</w:t>
      </w:r>
    </w:p>
    <w:p>
      <w:pPr>
        <w:spacing w:after="80"/>
      </w:pPr>
      <w:r>
        <w:rPr>
          <w:rFonts w:ascii="Georgia" w:hAnsi="Georgia"/>
          <w:sz w:val="23"/>
        </w:rPr>
        <w:t>Coach Law nodded once and moved on.</w:t>
      </w:r>
    </w:p>
    <w:p>
      <w:pPr>
        <w:spacing w:after="80"/>
      </w:pPr>
      <w:r>
        <w:rPr>
          <w:rFonts w:ascii="Georgia" w:hAnsi="Georgia"/>
          <w:sz w:val="23"/>
        </w:rPr>
        <w:t>That should have felt good.</w:t>
      </w:r>
    </w:p>
    <w:p>
      <w:pPr>
        <w:spacing w:after="80"/>
      </w:pPr>
      <w:r>
        <w:rPr>
          <w:rFonts w:ascii="Georgia" w:hAnsi="Georgia"/>
          <w:sz w:val="23"/>
        </w:rPr>
        <w:t>Instead Noah found himself annoyed that even now, in the middle of everything else, he still cared about those nods.</w:t>
      </w:r>
    </w:p>
    <w:p>
      <w:pPr>
        <w:spacing w:after="80"/>
      </w:pPr>
      <w:r>
        <w:rPr>
          <w:rFonts w:ascii="Georgia" w:hAnsi="Georgia"/>
          <w:sz w:val="23"/>
        </w:rPr>
        <w:t>They shifted into one-on-ones after that.</w:t>
      </w:r>
    </w:p>
    <w:p>
      <w:pPr>
        <w:spacing w:after="80"/>
      </w:pPr>
      <w:r>
        <w:rPr>
          <w:rFonts w:ascii="Georgia" w:hAnsi="Georgia"/>
          <w:sz w:val="23"/>
        </w:rPr>
        <w:t>Now the field came alive for real.</w:t>
      </w:r>
    </w:p>
    <w:p>
      <w:pPr>
        <w:spacing w:after="80"/>
      </w:pPr>
      <w:r>
        <w:rPr>
          <w:rFonts w:ascii="Georgia" w:hAnsi="Georgia"/>
          <w:sz w:val="23"/>
        </w:rPr>
        <w:t>This was where route runners talked. Where DBs lied. Where quarterbacks made friends or started fights depending on where they put the ball.</w:t>
      </w:r>
    </w:p>
    <w:p>
      <w:pPr>
        <w:spacing w:after="80"/>
      </w:pPr>
      <w:r>
        <w:rPr>
          <w:rFonts w:ascii="Georgia" w:hAnsi="Georgia"/>
          <w:sz w:val="23"/>
        </w:rPr>
        <w:t>Jalen lined up across from Rico first and slapped his hands together. “No freebies.”</w:t>
      </w:r>
    </w:p>
    <w:p>
      <w:pPr>
        <w:spacing w:after="80"/>
      </w:pPr>
      <w:r>
        <w:rPr>
          <w:rFonts w:ascii="Georgia" w:hAnsi="Georgia"/>
          <w:sz w:val="23"/>
        </w:rPr>
        <w:t>Rico nodded. “Then stop being built like a penalty.”</w:t>
      </w:r>
    </w:p>
    <w:p>
      <w:pPr>
        <w:spacing w:after="80"/>
      </w:pPr>
      <w:r>
        <w:rPr>
          <w:rFonts w:ascii="Georgia" w:hAnsi="Georgia"/>
          <w:sz w:val="23"/>
        </w:rPr>
        <w:t>Coach Law pointed. “Goal line fade. Ball on the eight.”</w:t>
      </w:r>
    </w:p>
    <w:p>
      <w:pPr>
        <w:spacing w:after="80"/>
      </w:pPr>
      <w:r>
        <w:rPr>
          <w:rFonts w:ascii="Georgia" w:hAnsi="Georgia"/>
          <w:sz w:val="23"/>
        </w:rPr>
        <w:t>Noah got the snap from Devin and read the release.</w:t>
      </w:r>
    </w:p>
    <w:p>
      <w:pPr>
        <w:spacing w:after="80"/>
      </w:pPr>
      <w:r>
        <w:rPr>
          <w:rFonts w:ascii="Georgia" w:hAnsi="Georgia"/>
          <w:sz w:val="23"/>
        </w:rPr>
        <w:t>Rico stemmed outside, pressed Jalen vertical, then gave a little shoulder tilt like he was taking the slant before snapping back high toward the back pylon.</w:t>
      </w:r>
    </w:p>
    <w:p>
      <w:pPr>
        <w:spacing w:after="80"/>
      </w:pPr>
      <w:r>
        <w:rPr>
          <w:rFonts w:ascii="Georgia" w:hAnsi="Georgia"/>
          <w:sz w:val="23"/>
        </w:rPr>
        <w:t>It was a veteran move.</w:t>
      </w:r>
    </w:p>
    <w:p>
      <w:pPr>
        <w:spacing w:after="80"/>
      </w:pPr>
      <w:r>
        <w:rPr>
          <w:rFonts w:ascii="Georgia" w:hAnsi="Georgia"/>
          <w:sz w:val="23"/>
        </w:rPr>
        <w:t>A route kids learned after getting boxed too many times on lazy fades.</w:t>
      </w:r>
    </w:p>
    <w:p>
      <w:pPr>
        <w:spacing w:after="80"/>
      </w:pPr>
      <w:r>
        <w:rPr>
          <w:rFonts w:ascii="Georgia" w:hAnsi="Georgia"/>
          <w:sz w:val="23"/>
        </w:rPr>
        <w:t>Noah dropped the ball high and outside.</w:t>
      </w:r>
    </w:p>
    <w:p>
      <w:pPr>
        <w:spacing w:after="80"/>
      </w:pPr>
      <w:r>
        <w:rPr>
          <w:rFonts w:ascii="Georgia" w:hAnsi="Georgia"/>
          <w:sz w:val="23"/>
        </w:rPr>
        <w:t>Rico climbed and got both hands on it—</w:t>
      </w:r>
    </w:p>
    <w:p>
      <w:pPr>
        <w:spacing w:after="80"/>
      </w:pPr>
      <w:r>
        <w:rPr>
          <w:rFonts w:ascii="Georgia" w:hAnsi="Georgia"/>
          <w:sz w:val="23"/>
        </w:rPr>
        <w:t>then Jalen raked through at the last second.</w:t>
      </w:r>
    </w:p>
    <w:p>
      <w:pPr>
        <w:spacing w:after="80"/>
      </w:pPr>
      <w:r>
        <w:rPr>
          <w:rFonts w:ascii="Georgia" w:hAnsi="Georgia"/>
          <w:sz w:val="23"/>
        </w:rPr>
        <w:t>Incomplete.</w:t>
      </w:r>
    </w:p>
    <w:p>
      <w:pPr>
        <w:spacing w:after="80"/>
      </w:pPr>
      <w:r>
        <w:rPr>
          <w:rFonts w:ascii="Georgia" w:hAnsi="Georgia"/>
          <w:sz w:val="23"/>
        </w:rPr>
        <w:t>“Clamp season!” Jalen shouted, pounding his chest.</w:t>
      </w:r>
    </w:p>
    <w:p>
      <w:pPr>
        <w:spacing w:after="80"/>
      </w:pPr>
      <w:r>
        <w:rPr>
          <w:rFonts w:ascii="Georgia" w:hAnsi="Georgia"/>
          <w:sz w:val="23"/>
        </w:rPr>
        <w:t>Rico walked back shaking his head. “Perfect ball. Terrible humanity.”</w:t>
      </w:r>
    </w:p>
    <w:p>
      <w:pPr>
        <w:spacing w:after="80"/>
      </w:pPr>
      <w:r>
        <w:rPr>
          <w:rFonts w:ascii="Georgia" w:hAnsi="Georgia"/>
          <w:sz w:val="23"/>
        </w:rPr>
        <w:t>Next up was Micah versus Owen.</w:t>
      </w:r>
    </w:p>
    <w:p>
      <w:pPr>
        <w:spacing w:after="80"/>
      </w:pPr>
      <w:r>
        <w:rPr>
          <w:rFonts w:ascii="Georgia" w:hAnsi="Georgia"/>
          <w:sz w:val="23"/>
        </w:rPr>
        <w:t>Coach Law called a slot fade first.</w:t>
      </w:r>
    </w:p>
    <w:p>
      <w:pPr>
        <w:spacing w:after="80"/>
      </w:pPr>
      <w:r>
        <w:rPr>
          <w:rFonts w:ascii="Georgia" w:hAnsi="Georgia"/>
          <w:sz w:val="23"/>
        </w:rPr>
        <w:t>Interesting.</w:t>
      </w:r>
    </w:p>
    <w:p>
      <w:pPr>
        <w:spacing w:after="80"/>
      </w:pPr>
      <w:r>
        <w:rPr>
          <w:rFonts w:ascii="Georgia" w:hAnsi="Georgia"/>
          <w:sz w:val="23"/>
        </w:rPr>
        <w:t>Most youth flag teams loved the slot fade because corners got nosy and safeties got late and everybody thought they could carry it until they couldn’t.</w:t>
      </w:r>
    </w:p>
    <w:p>
      <w:pPr>
        <w:spacing w:after="80"/>
      </w:pPr>
      <w:r>
        <w:rPr>
          <w:rFonts w:ascii="Georgia" w:hAnsi="Georgia"/>
          <w:sz w:val="23"/>
        </w:rPr>
        <w:t>Owen lined up inside with perfect posture, eyes calm.</w:t>
      </w:r>
    </w:p>
    <w:p>
      <w:pPr>
        <w:spacing w:after="80"/>
      </w:pPr>
      <w:r>
        <w:rPr>
          <w:rFonts w:ascii="Georgia" w:hAnsi="Georgia"/>
          <w:sz w:val="23"/>
        </w:rPr>
        <w:t>Micah bounced once, then took off.</w:t>
      </w:r>
    </w:p>
    <w:p>
      <w:pPr>
        <w:spacing w:after="80"/>
      </w:pPr>
      <w:r>
        <w:rPr>
          <w:rFonts w:ascii="Georgia" w:hAnsi="Georgia"/>
          <w:sz w:val="23"/>
        </w:rPr>
        <w:t>Not full speed immediately. That was the trick. He pressed like it might be a short route, got Owen’s feet settled, then stacked him vertically and bent just enough toward the near upright to create a throwing lane.</w:t>
      </w:r>
    </w:p>
    <w:p>
      <w:pPr>
        <w:spacing w:after="80"/>
      </w:pPr>
      <w:r>
        <w:rPr>
          <w:rFonts w:ascii="Georgia" w:hAnsi="Georgia"/>
          <w:sz w:val="23"/>
        </w:rPr>
        <w:t>Noah saw it.</w:t>
      </w:r>
    </w:p>
    <w:p>
      <w:pPr>
        <w:spacing w:after="80"/>
      </w:pPr>
      <w:r>
        <w:rPr>
          <w:rFonts w:ascii="Georgia" w:hAnsi="Georgia"/>
          <w:sz w:val="23"/>
        </w:rPr>
        <w:t>So did Owen.</w:t>
      </w:r>
    </w:p>
    <w:p>
      <w:pPr>
        <w:spacing w:after="80"/>
      </w:pPr>
      <w:r>
        <w:rPr>
          <w:rFonts w:ascii="Georgia" w:hAnsi="Georgia"/>
          <w:sz w:val="23"/>
        </w:rPr>
        <w:t>For one beat, Owen held.</w:t>
      </w:r>
    </w:p>
    <w:p>
      <w:pPr>
        <w:spacing w:after="80"/>
      </w:pPr>
      <w:r>
        <w:rPr>
          <w:rFonts w:ascii="Georgia" w:hAnsi="Georgia"/>
          <w:sz w:val="23"/>
        </w:rPr>
        <w:t>Then he opened too late.</w:t>
      </w:r>
    </w:p>
    <w:p>
      <w:pPr>
        <w:spacing w:after="80"/>
      </w:pPr>
      <w:r>
        <w:rPr>
          <w:rFonts w:ascii="Georgia" w:hAnsi="Georgia"/>
          <w:sz w:val="23"/>
        </w:rPr>
        <w:t>Noah let the ball go.</w:t>
      </w:r>
    </w:p>
    <w:p>
      <w:pPr>
        <w:spacing w:after="80"/>
      </w:pPr>
      <w:r>
        <w:rPr>
          <w:rFonts w:ascii="Georgia" w:hAnsi="Georgia"/>
          <w:sz w:val="23"/>
        </w:rPr>
        <w:t>Micah tracked it over his shoulder and reached.</w:t>
      </w:r>
    </w:p>
    <w:p>
      <w:pPr>
        <w:spacing w:after="80"/>
      </w:pPr>
      <w:r>
        <w:rPr>
          <w:rFonts w:ascii="Georgia" w:hAnsi="Georgia"/>
          <w:sz w:val="23"/>
        </w:rPr>
        <w:t>The pass kissed his gloves and dropped.</w:t>
      </w:r>
    </w:p>
    <w:p>
      <w:pPr>
        <w:spacing w:after="80"/>
      </w:pPr>
      <w:r>
        <w:rPr>
          <w:rFonts w:ascii="Georgia" w:hAnsi="Georgia"/>
          <w:sz w:val="23"/>
        </w:rPr>
        <w:t>A groan rolled off the sideline.</w:t>
      </w:r>
    </w:p>
    <w:p>
      <w:pPr>
        <w:spacing w:after="80"/>
      </w:pPr>
      <w:r>
        <w:rPr>
          <w:rFonts w:ascii="Georgia" w:hAnsi="Georgia"/>
          <w:sz w:val="23"/>
        </w:rPr>
        <w:t>Micah slapped both gloves together. “Again.”</w:t>
      </w:r>
    </w:p>
    <w:p>
      <w:pPr>
        <w:spacing w:after="80"/>
      </w:pPr>
      <w:r>
        <w:rPr>
          <w:rFonts w:ascii="Georgia" w:hAnsi="Georgia"/>
          <w:sz w:val="23"/>
        </w:rPr>
        <w:t>Coach Law pointed at Owen. “You opened your hips when he still had room to threaten inside. Make him declare.”</w:t>
      </w:r>
    </w:p>
    <w:p>
      <w:pPr>
        <w:spacing w:after="80"/>
      </w:pPr>
      <w:r>
        <w:rPr>
          <w:rFonts w:ascii="Georgia" w:hAnsi="Georgia"/>
          <w:sz w:val="23"/>
        </w:rPr>
        <w:t>Then at Micah: “Finish through the hands.”</w:t>
      </w:r>
    </w:p>
    <w:p>
      <w:pPr>
        <w:spacing w:after="80"/>
      </w:pPr>
      <w:r>
        <w:rPr>
          <w:rFonts w:ascii="Georgia" w:hAnsi="Georgia"/>
          <w:sz w:val="23"/>
        </w:rPr>
        <w:t>Then at Noah: “Better air.”</w:t>
      </w:r>
    </w:p>
    <w:p>
      <w:pPr>
        <w:spacing w:after="80"/>
      </w:pPr>
      <w:r>
        <w:rPr>
          <w:rFonts w:ascii="Georgia" w:hAnsi="Georgia"/>
          <w:sz w:val="23"/>
        </w:rPr>
        <w:t>Three corrections. Fast. Clean. Done.</w:t>
      </w:r>
    </w:p>
    <w:p>
      <w:pPr>
        <w:spacing w:after="80"/>
      </w:pPr>
      <w:r>
        <w:rPr>
          <w:rFonts w:ascii="Georgia" w:hAnsi="Georgia"/>
          <w:sz w:val="23"/>
        </w:rPr>
        <w:t>Again.</w:t>
      </w:r>
    </w:p>
    <w:p>
      <w:pPr>
        <w:spacing w:after="80"/>
      </w:pPr>
      <w:r>
        <w:rPr>
          <w:rFonts w:ascii="Georgia" w:hAnsi="Georgia"/>
          <w:sz w:val="23"/>
        </w:rPr>
        <w:t>This time Micah won the same route even cleaner, and Noah put just enough loft under it to let him run through the catch.</w:t>
      </w:r>
    </w:p>
    <w:p>
      <w:pPr>
        <w:spacing w:after="80"/>
      </w:pPr>
      <w:r>
        <w:rPr>
          <w:rFonts w:ascii="Georgia" w:hAnsi="Georgia"/>
          <w:sz w:val="23"/>
        </w:rPr>
        <w:t>Touchdown.</w:t>
      </w:r>
    </w:p>
    <w:p>
      <w:pPr>
        <w:spacing w:after="80"/>
      </w:pPr>
      <w:r>
        <w:rPr>
          <w:rFonts w:ascii="Georgia" w:hAnsi="Georgia"/>
          <w:sz w:val="23"/>
        </w:rPr>
        <w:t>Even Jalen made a sound for that one.</w:t>
      </w:r>
    </w:p>
    <w:p>
      <w:pPr>
        <w:spacing w:after="80"/>
      </w:pPr>
      <w:r>
        <w:rPr>
          <w:rFonts w:ascii="Georgia" w:hAnsi="Georgia"/>
          <w:sz w:val="23"/>
        </w:rPr>
        <w:t>Not admiration exactly.</w:t>
      </w:r>
    </w:p>
    <w:p>
      <w:pPr>
        <w:spacing w:after="80"/>
      </w:pPr>
      <w:r>
        <w:rPr>
          <w:rFonts w:ascii="Georgia" w:hAnsi="Georgia"/>
          <w:sz w:val="23"/>
        </w:rPr>
        <w:t>Something closer to irritated respect.</w:t>
      </w:r>
    </w:p>
    <w:p>
      <w:pPr>
        <w:spacing w:after="80"/>
      </w:pPr>
      <w:r>
        <w:rPr>
          <w:rFonts w:ascii="Georgia" w:hAnsi="Georgia"/>
          <w:sz w:val="23"/>
        </w:rPr>
        <w:t>Coach Law moved them into concepts after that.</w:t>
      </w:r>
    </w:p>
    <w:p>
      <w:pPr>
        <w:spacing w:after="80"/>
      </w:pPr>
      <w:r>
        <w:rPr>
          <w:rFonts w:ascii="Georgia" w:hAnsi="Georgia"/>
          <w:sz w:val="23"/>
        </w:rPr>
        <w:t>Now it got fun.</w:t>
      </w:r>
    </w:p>
    <w:p>
      <w:pPr>
        <w:spacing w:after="80"/>
      </w:pPr>
      <w:r>
        <w:rPr>
          <w:rFonts w:ascii="Georgia" w:hAnsi="Georgia"/>
          <w:sz w:val="23"/>
        </w:rPr>
        <w:t>“Trips open. Running snag,” he called. “Corner route, snag sit, flat. Quarterback reads the apex defender. If he widens, hit the sit. If he squats, throw the corner. If he sinks, take the flat and go score.”</w:t>
      </w:r>
    </w:p>
    <w:p>
      <w:pPr>
        <w:spacing w:after="80"/>
      </w:pPr>
      <w:r>
        <w:rPr>
          <w:rFonts w:ascii="Georgia" w:hAnsi="Georgia"/>
          <w:sz w:val="23"/>
        </w:rPr>
        <w:t>This was youth-flag gold. Every good team had a version of snag because kids hated deciding between two things fast.</w:t>
      </w:r>
    </w:p>
    <w:p>
      <w:pPr>
        <w:spacing w:after="80"/>
      </w:pPr>
      <w:r>
        <w:rPr>
          <w:rFonts w:ascii="Georgia" w:hAnsi="Georgia"/>
          <w:sz w:val="23"/>
        </w:rPr>
        <w:t>Noah loved calling it. Loved watching defenders panic when two good answers showed up at once.</w:t>
      </w:r>
    </w:p>
    <w:p>
      <w:pPr>
        <w:spacing w:after="80"/>
      </w:pPr>
      <w:r>
        <w:rPr>
          <w:rFonts w:ascii="Georgia" w:hAnsi="Georgia"/>
          <w:sz w:val="23"/>
        </w:rPr>
        <w:t>First rep, Owen sat beautifully over the ball while Rico widened the flat defender.</w:t>
      </w:r>
    </w:p>
    <w:p>
      <w:pPr>
        <w:spacing w:after="80"/>
      </w:pPr>
      <w:r>
        <w:rPr>
          <w:rFonts w:ascii="Georgia" w:hAnsi="Georgia"/>
          <w:sz w:val="23"/>
        </w:rPr>
        <w:t>Noah zipped it in.</w:t>
      </w:r>
    </w:p>
    <w:p>
      <w:pPr>
        <w:spacing w:after="80"/>
      </w:pPr>
      <w:r>
        <w:rPr>
          <w:rFonts w:ascii="Georgia" w:hAnsi="Georgia"/>
          <w:sz w:val="23"/>
        </w:rPr>
        <w:t>Second rep, the apex defender sat on Owen, and Rico walked into the flat untouched.</w:t>
      </w:r>
    </w:p>
    <w:p>
      <w:pPr>
        <w:spacing w:after="80"/>
      </w:pPr>
      <w:r>
        <w:rPr>
          <w:rFonts w:ascii="Georgia" w:hAnsi="Georgia"/>
          <w:sz w:val="23"/>
        </w:rPr>
        <w:t>Third rep, the corner jumped flat and Noah dropped the corner ball to Micah behind it.</w:t>
      </w:r>
    </w:p>
    <w:p>
      <w:pPr>
        <w:spacing w:after="80"/>
      </w:pPr>
      <w:r>
        <w:rPr>
          <w:rFonts w:ascii="Georgia" w:hAnsi="Georgia"/>
          <w:sz w:val="23"/>
        </w:rPr>
        <w:t>Coach Law clapped once. “That. That’s what playing on time looks like.”</w:t>
      </w:r>
    </w:p>
    <w:p>
      <w:pPr>
        <w:spacing w:after="80"/>
      </w:pPr>
      <w:r>
        <w:rPr>
          <w:rFonts w:ascii="Georgia" w:hAnsi="Georgia"/>
          <w:sz w:val="23"/>
        </w:rPr>
        <w:t>The team reset quickly, and for a minute it felt like the old version of them. The one where everything was football first and all the other stuff could stay outside the white lines.</w:t>
      </w:r>
    </w:p>
    <w:p>
      <w:pPr>
        <w:spacing w:after="80"/>
      </w:pPr>
      <w:r>
        <w:rPr>
          <w:rFonts w:ascii="Georgia" w:hAnsi="Georgia"/>
          <w:sz w:val="23"/>
        </w:rPr>
        <w:t>Then Coach Law brought out the wristbands again.</w:t>
      </w:r>
    </w:p>
    <w:p>
      <w:pPr>
        <w:spacing w:after="80"/>
      </w:pPr>
      <w:r>
        <w:rPr>
          <w:rFonts w:ascii="Georgia" w:hAnsi="Georgia"/>
          <w:sz w:val="23"/>
        </w:rPr>
        <w:t>Noah saw the black stack in his dad’s hand and felt the whole field tighten.</w:t>
      </w:r>
    </w:p>
    <w:p>
      <w:pPr>
        <w:spacing w:after="80"/>
      </w:pPr>
      <w:r>
        <w:rPr>
          <w:rFonts w:ascii="Georgia" w:hAnsi="Georgia"/>
          <w:sz w:val="23"/>
        </w:rPr>
        <w:t>Not visibly.</w:t>
      </w:r>
    </w:p>
    <w:p>
      <w:pPr>
        <w:spacing w:after="80"/>
      </w:pPr>
      <w:r>
        <w:rPr>
          <w:rFonts w:ascii="Georgia" w:hAnsi="Georgia"/>
          <w:sz w:val="23"/>
        </w:rPr>
        <w:t>Internally.</w:t>
      </w:r>
    </w:p>
    <w:p>
      <w:pPr>
        <w:spacing w:after="80"/>
      </w:pPr>
      <w:r>
        <w:rPr>
          <w:rFonts w:ascii="Georgia" w:hAnsi="Georgia"/>
          <w:sz w:val="23"/>
        </w:rPr>
        <w:t>Coach Law had to know that too, because he said, “Install only. Eyes up.”</w:t>
      </w:r>
    </w:p>
    <w:p>
      <w:pPr>
        <w:spacing w:after="80"/>
      </w:pPr>
      <w:r>
        <w:rPr>
          <w:rFonts w:ascii="Georgia" w:hAnsi="Georgia"/>
          <w:sz w:val="23"/>
        </w:rPr>
        <w:t>He handed them out personally this time.</w:t>
      </w:r>
    </w:p>
    <w:p>
      <w:pPr>
        <w:spacing w:after="80"/>
      </w:pPr>
      <w:r>
        <w:rPr>
          <w:rFonts w:ascii="Georgia" w:hAnsi="Georgia"/>
          <w:sz w:val="23"/>
        </w:rPr>
        <w:t>One by one.</w:t>
      </w:r>
    </w:p>
    <w:p>
      <w:pPr>
        <w:spacing w:after="80"/>
      </w:pPr>
      <w:r>
        <w:rPr>
          <w:rFonts w:ascii="Georgia" w:hAnsi="Georgia"/>
          <w:sz w:val="23"/>
        </w:rPr>
        <w:t>Noah. Devin. Owen. Jalen. Rico. Micah.</w:t>
      </w:r>
    </w:p>
    <w:p>
      <w:pPr>
        <w:spacing w:after="80"/>
      </w:pPr>
      <w:r>
        <w:rPr>
          <w:rFonts w:ascii="Georgia" w:hAnsi="Georgia"/>
          <w:sz w:val="23"/>
        </w:rPr>
        <w:t>His eyes lingered on each player for just a fraction before moving on.</w:t>
      </w:r>
    </w:p>
    <w:p>
      <w:pPr>
        <w:spacing w:after="80"/>
      </w:pPr>
      <w:r>
        <w:rPr>
          <w:rFonts w:ascii="Georgia" w:hAnsi="Georgia"/>
          <w:sz w:val="23"/>
        </w:rPr>
        <w:t>When he got to Rico, Rico held his dad’s stare and took the band without blinking.</w:t>
      </w:r>
    </w:p>
    <w:p>
      <w:pPr>
        <w:spacing w:after="80"/>
      </w:pPr>
      <w:r>
        <w:rPr>
          <w:rFonts w:ascii="Georgia" w:hAnsi="Georgia"/>
          <w:sz w:val="23"/>
        </w:rPr>
        <w:t>Noah noticed that too.</w:t>
      </w:r>
    </w:p>
    <w:p>
      <w:pPr>
        <w:spacing w:after="80"/>
      </w:pPr>
      <w:r>
        <w:rPr>
          <w:rFonts w:ascii="Georgia" w:hAnsi="Georgia"/>
          <w:sz w:val="23"/>
        </w:rPr>
        <w:t>Maybe too much.</w:t>
      </w:r>
    </w:p>
    <w:p>
      <w:pPr>
        <w:spacing w:after="80"/>
      </w:pPr>
      <w:r>
        <w:rPr>
          <w:rFonts w:ascii="Georgia" w:hAnsi="Georgia"/>
          <w:sz w:val="23"/>
        </w:rPr>
        <w:t>They lined up red zone, ball on the nine.</w:t>
      </w:r>
    </w:p>
    <w:p>
      <w:pPr>
        <w:spacing w:after="80"/>
      </w:pPr>
      <w:r>
        <w:rPr>
          <w:rFonts w:ascii="Georgia" w:hAnsi="Georgia"/>
          <w:sz w:val="23"/>
        </w:rPr>
        <w:t>“Tempo period,” Coach Law said. “No huddles. Calls by number. We’re testing communication.”</w:t>
      </w:r>
    </w:p>
    <w:p>
      <w:pPr>
        <w:spacing w:after="80"/>
      </w:pPr>
      <w:r>
        <w:rPr>
          <w:rFonts w:ascii="Georgia" w:hAnsi="Georgia"/>
          <w:sz w:val="23"/>
        </w:rPr>
        <w:t>That meant chaos if done badly and free touchdowns if done right.</w:t>
      </w:r>
    </w:p>
    <w:p>
      <w:pPr>
        <w:spacing w:after="80"/>
      </w:pPr>
      <w:r>
        <w:rPr>
          <w:rFonts w:ascii="Georgia" w:hAnsi="Georgia"/>
          <w:sz w:val="23"/>
        </w:rPr>
        <w:t>Noah looked at his wrist. “Blue three!”</w:t>
      </w:r>
    </w:p>
    <w:p>
      <w:pPr>
        <w:spacing w:after="80"/>
      </w:pPr>
      <w:r>
        <w:rPr>
          <w:rFonts w:ascii="Georgia" w:hAnsi="Georgia"/>
          <w:sz w:val="23"/>
        </w:rPr>
        <w:t>The offense flew to the line.</w:t>
      </w:r>
    </w:p>
    <w:p>
      <w:pPr>
        <w:spacing w:after="80"/>
      </w:pPr>
      <w:r>
        <w:rPr>
          <w:rFonts w:ascii="Georgia" w:hAnsi="Georgia"/>
          <w:sz w:val="23"/>
        </w:rPr>
        <w:t>Devin snapped.</w:t>
      </w:r>
    </w:p>
    <w:p>
      <w:pPr>
        <w:spacing w:after="80"/>
      </w:pPr>
      <w:r>
        <w:rPr>
          <w:rFonts w:ascii="Georgia" w:hAnsi="Georgia"/>
          <w:sz w:val="23"/>
        </w:rPr>
        <w:t>Rico pivoted. Micah dragged. Owen settled. Defense switched it late and nearly stole the throw.</w:t>
      </w:r>
    </w:p>
    <w:p>
      <w:pPr>
        <w:spacing w:after="80"/>
      </w:pPr>
      <w:r>
        <w:rPr>
          <w:rFonts w:ascii="Georgia" w:hAnsi="Georgia"/>
          <w:sz w:val="23"/>
        </w:rPr>
        <w:t>Noah pulled it down and ran.</w:t>
      </w:r>
    </w:p>
    <w:p>
      <w:pPr>
        <w:spacing w:after="80"/>
      </w:pPr>
      <w:r>
        <w:rPr>
          <w:rFonts w:ascii="Georgia" w:hAnsi="Georgia"/>
          <w:sz w:val="23"/>
        </w:rPr>
        <w:t>Flag at the two.</w:t>
      </w:r>
    </w:p>
    <w:p>
      <w:pPr>
        <w:spacing w:after="80"/>
      </w:pPr>
      <w:r>
        <w:rPr>
          <w:rFonts w:ascii="Georgia" w:hAnsi="Georgia"/>
          <w:sz w:val="23"/>
        </w:rPr>
        <w:t>“Again! Again!” Coach Law shouted.</w:t>
      </w:r>
    </w:p>
    <w:p>
      <w:pPr>
        <w:spacing w:after="80"/>
      </w:pPr>
      <w:r>
        <w:rPr>
          <w:rFonts w:ascii="Georgia" w:hAnsi="Georgia"/>
          <w:sz w:val="23"/>
        </w:rPr>
        <w:t>“Black one!”</w:t>
      </w:r>
    </w:p>
    <w:p>
      <w:pPr>
        <w:spacing w:after="80"/>
      </w:pPr>
      <w:r>
        <w:rPr>
          <w:rFonts w:ascii="Georgia" w:hAnsi="Georgia"/>
          <w:sz w:val="23"/>
        </w:rPr>
        <w:t>This time it was jet look into wheel.</w:t>
      </w:r>
    </w:p>
    <w:p>
      <w:pPr>
        <w:spacing w:after="80"/>
      </w:pPr>
      <w:r>
        <w:rPr>
          <w:rFonts w:ascii="Georgia" w:hAnsi="Georgia"/>
          <w:sz w:val="23"/>
        </w:rPr>
        <w:t>Micah flashed across the formation. Defense bumped with him. Rico flared opposite to widen the underneath defender. The wheel opened for half a beat.</w:t>
      </w:r>
    </w:p>
    <w:p>
      <w:pPr>
        <w:spacing w:after="80"/>
      </w:pPr>
      <w:r>
        <w:rPr>
          <w:rFonts w:ascii="Georgia" w:hAnsi="Georgia"/>
          <w:sz w:val="23"/>
        </w:rPr>
        <w:t>Noah lofted it.</w:t>
      </w:r>
    </w:p>
    <w:p>
      <w:pPr>
        <w:spacing w:after="80"/>
      </w:pPr>
      <w:r>
        <w:rPr>
          <w:rFonts w:ascii="Georgia" w:hAnsi="Georgia"/>
          <w:sz w:val="23"/>
        </w:rPr>
        <w:t>A little too high.</w:t>
      </w:r>
    </w:p>
    <w:p>
      <w:pPr>
        <w:spacing w:after="80"/>
      </w:pPr>
      <w:r>
        <w:rPr>
          <w:rFonts w:ascii="Georgia" w:hAnsi="Georgia"/>
          <w:sz w:val="23"/>
        </w:rPr>
        <w:t>Micah got one hand to it and tipped it over the pylon.</w:t>
      </w:r>
    </w:p>
    <w:p>
      <w:pPr>
        <w:spacing w:after="80"/>
      </w:pPr>
      <w:r>
        <w:rPr>
          <w:rFonts w:ascii="Georgia" w:hAnsi="Georgia"/>
          <w:sz w:val="23"/>
        </w:rPr>
        <w:t>Incomplete.</w:t>
      </w:r>
    </w:p>
    <w:p>
      <w:pPr>
        <w:spacing w:after="80"/>
      </w:pPr>
      <w:r>
        <w:rPr>
          <w:rFonts w:ascii="Georgia" w:hAnsi="Georgia"/>
          <w:sz w:val="23"/>
        </w:rPr>
        <w:t>He jogged back annoyed at himself. “That’s six.”</w:t>
      </w:r>
    </w:p>
    <w:p>
      <w:pPr>
        <w:spacing w:after="80"/>
      </w:pPr>
      <w:r>
        <w:rPr>
          <w:rFonts w:ascii="Georgia" w:hAnsi="Georgia"/>
          <w:sz w:val="23"/>
        </w:rPr>
        <w:t>“I know,” Noah said.</w:t>
      </w:r>
    </w:p>
    <w:p>
      <w:pPr>
        <w:spacing w:after="80"/>
      </w:pPr>
      <w:r>
        <w:rPr>
          <w:rFonts w:ascii="Georgia" w:hAnsi="Georgia"/>
          <w:sz w:val="23"/>
        </w:rPr>
        <w:t>“Then why’s it on the moon?”</w:t>
      </w:r>
    </w:p>
    <w:p>
      <w:pPr>
        <w:spacing w:after="80"/>
      </w:pPr>
      <w:r>
        <w:rPr>
          <w:rFonts w:ascii="Georgia" w:hAnsi="Georgia"/>
          <w:sz w:val="23"/>
        </w:rPr>
        <w:t>Noah turned. “You want a better one, finish the first better.”</w:t>
      </w:r>
    </w:p>
    <w:p>
      <w:pPr>
        <w:spacing w:after="80"/>
      </w:pPr>
      <w:r>
        <w:rPr>
          <w:rFonts w:ascii="Georgia" w:hAnsi="Georgia"/>
          <w:sz w:val="23"/>
        </w:rPr>
        <w:t>There was that cliff again.</w:t>
      </w:r>
    </w:p>
    <w:p>
      <w:pPr>
        <w:spacing w:after="80"/>
      </w:pPr>
      <w:r>
        <w:rPr>
          <w:rFonts w:ascii="Georgia" w:hAnsi="Georgia"/>
          <w:sz w:val="23"/>
        </w:rPr>
        <w:t>Micah stared for half a second. Then he looked away first.</w:t>
      </w:r>
    </w:p>
    <w:p>
      <w:pPr>
        <w:spacing w:after="80"/>
      </w:pPr>
      <w:r>
        <w:rPr>
          <w:rFonts w:ascii="Georgia" w:hAnsi="Georgia"/>
          <w:sz w:val="23"/>
        </w:rPr>
        <w:t>Devin noticed.</w:t>
      </w:r>
    </w:p>
    <w:p>
      <w:pPr>
        <w:spacing w:after="80"/>
      </w:pPr>
      <w:r>
        <w:rPr>
          <w:rFonts w:ascii="Georgia" w:hAnsi="Georgia"/>
          <w:sz w:val="23"/>
        </w:rPr>
        <w:t>Devin always noticed.</w:t>
      </w:r>
    </w:p>
    <w:p>
      <w:pPr>
        <w:spacing w:after="80"/>
      </w:pPr>
      <w:r>
        <w:rPr>
          <w:rFonts w:ascii="Georgia" w:hAnsi="Georgia"/>
          <w:sz w:val="23"/>
        </w:rPr>
        <w:t>“Blue five!” Noah called before it could become something.</w:t>
      </w:r>
    </w:p>
    <w:p>
      <w:pPr>
        <w:spacing w:after="80"/>
      </w:pPr>
      <w:r>
        <w:rPr>
          <w:rFonts w:ascii="Georgia" w:hAnsi="Georgia"/>
          <w:sz w:val="23"/>
        </w:rPr>
        <w:t>This time it was mesh.</w:t>
      </w:r>
    </w:p>
    <w:p>
      <w:pPr>
        <w:spacing w:after="80"/>
      </w:pPr>
      <w:r>
        <w:rPr>
          <w:rFonts w:ascii="Georgia" w:hAnsi="Georgia"/>
          <w:sz w:val="23"/>
        </w:rPr>
        <w:t>Old reliable.</w:t>
      </w:r>
    </w:p>
    <w:p>
      <w:pPr>
        <w:spacing w:after="80"/>
      </w:pPr>
      <w:r>
        <w:rPr>
          <w:rFonts w:ascii="Georgia" w:hAnsi="Georgia"/>
          <w:sz w:val="23"/>
        </w:rPr>
        <w:t>Shallow crossers at different depths, settle route over the ball, back leaking late if the middle got muddy. If run well, it made kids communicate or die.</w:t>
      </w:r>
    </w:p>
    <w:p>
      <w:pPr>
        <w:spacing w:after="80"/>
      </w:pPr>
      <w:r>
        <w:rPr>
          <w:rFonts w:ascii="Georgia" w:hAnsi="Georgia"/>
          <w:sz w:val="23"/>
        </w:rPr>
        <w:t>Noah loved it.</w:t>
      </w:r>
    </w:p>
    <w:p>
      <w:pPr>
        <w:spacing w:after="80"/>
      </w:pPr>
      <w:r>
        <w:rPr>
          <w:rFonts w:ascii="Georgia" w:hAnsi="Georgia"/>
          <w:sz w:val="23"/>
        </w:rPr>
        <w:t>He got under center, clapped for the snap, and watched it unfold.</w:t>
      </w:r>
    </w:p>
    <w:p>
      <w:pPr>
        <w:spacing w:after="80"/>
      </w:pPr>
      <w:r>
        <w:rPr>
          <w:rFonts w:ascii="Georgia" w:hAnsi="Georgia"/>
          <w:sz w:val="23"/>
        </w:rPr>
        <w:t>Rico crossed low. Micah crossed over the top. Devin settled over the ball. Jalen and Owen nearly ran into each other switching it off.</w:t>
      </w:r>
    </w:p>
    <w:p>
      <w:pPr>
        <w:spacing w:after="80"/>
      </w:pPr>
      <w:r>
        <w:rPr>
          <w:rFonts w:ascii="Georgia" w:hAnsi="Georgia"/>
          <w:sz w:val="23"/>
        </w:rPr>
        <w:t>Noah hit Rico in stride.</w:t>
      </w:r>
    </w:p>
    <w:p>
      <w:pPr>
        <w:spacing w:after="80"/>
      </w:pPr>
      <w:r>
        <w:rPr>
          <w:rFonts w:ascii="Georgia" w:hAnsi="Georgia"/>
          <w:sz w:val="23"/>
        </w:rPr>
        <w:t>Touchdown.</w:t>
      </w:r>
    </w:p>
    <w:p>
      <w:pPr>
        <w:spacing w:after="80"/>
      </w:pPr>
      <w:r>
        <w:rPr>
          <w:rFonts w:ascii="Georgia" w:hAnsi="Georgia"/>
          <w:sz w:val="23"/>
        </w:rPr>
        <w:t>The offense exploded.</w:t>
      </w:r>
    </w:p>
    <w:p>
      <w:pPr>
        <w:spacing w:after="80"/>
      </w:pPr>
      <w:r>
        <w:rPr>
          <w:rFonts w:ascii="Georgia" w:hAnsi="Georgia"/>
          <w:sz w:val="23"/>
        </w:rPr>
        <w:t>Coach Law whistled the period dead.</w:t>
      </w:r>
    </w:p>
    <w:p>
      <w:pPr>
        <w:spacing w:after="80"/>
      </w:pPr>
      <w:r>
        <w:rPr>
          <w:rFonts w:ascii="Georgia" w:hAnsi="Georgia"/>
          <w:sz w:val="23"/>
        </w:rPr>
        <w:t>“Stop.”</w:t>
      </w:r>
    </w:p>
    <w:p>
      <w:pPr>
        <w:spacing w:after="80"/>
      </w:pPr>
      <w:r>
        <w:rPr>
          <w:rFonts w:ascii="Georgia" w:hAnsi="Georgia"/>
          <w:sz w:val="23"/>
        </w:rPr>
        <w:t>The whole field froze.</w:t>
      </w:r>
    </w:p>
    <w:p>
      <w:pPr>
        <w:spacing w:after="80"/>
      </w:pPr>
      <w:r>
        <w:rPr>
          <w:rFonts w:ascii="Georgia" w:hAnsi="Georgia"/>
          <w:sz w:val="23"/>
        </w:rPr>
        <w:t>He stepped in a few yards, call sheet tucked under one arm. “Defense is getting there too fast. Why?”</w:t>
      </w:r>
    </w:p>
    <w:p>
      <w:pPr>
        <w:spacing w:after="80"/>
      </w:pPr>
      <w:r>
        <w:rPr>
          <w:rFonts w:ascii="Georgia" w:hAnsi="Georgia"/>
          <w:sz w:val="23"/>
        </w:rPr>
        <w:t>Jalen spread his hands. “Because we’re dogs?”</w:t>
      </w:r>
    </w:p>
    <w:p>
      <w:pPr>
        <w:spacing w:after="80"/>
      </w:pPr>
      <w:r>
        <w:rPr>
          <w:rFonts w:ascii="Georgia" w:hAnsi="Georgia"/>
          <w:sz w:val="23"/>
        </w:rPr>
        <w:t>Owen said, “Because your route splits are telegraphing.”</w:t>
      </w:r>
    </w:p>
    <w:p>
      <w:pPr>
        <w:spacing w:after="80"/>
      </w:pPr>
      <w:r>
        <w:rPr>
          <w:rFonts w:ascii="Georgia" w:hAnsi="Georgia"/>
          <w:sz w:val="23"/>
        </w:rPr>
        <w:t>Rico pointed at him. “That sounded fake-smart.”</w:t>
      </w:r>
    </w:p>
    <w:p>
      <w:pPr>
        <w:spacing w:after="80"/>
      </w:pPr>
      <w:r>
        <w:rPr>
          <w:rFonts w:ascii="Georgia" w:hAnsi="Georgia"/>
          <w:sz w:val="23"/>
        </w:rPr>
        <w:t>“It was real-smart.”</w:t>
      </w:r>
    </w:p>
    <w:p>
      <w:pPr>
        <w:spacing w:after="80"/>
      </w:pPr>
      <w:r>
        <w:rPr>
          <w:rFonts w:ascii="Georgia" w:hAnsi="Georgia"/>
          <w:sz w:val="23"/>
        </w:rPr>
        <w:t>Coach Law looked at Noah. “What do you think?”</w:t>
      </w:r>
    </w:p>
    <w:p>
      <w:pPr>
        <w:spacing w:after="80"/>
      </w:pPr>
      <w:r>
        <w:rPr>
          <w:rFonts w:ascii="Georgia" w:hAnsi="Georgia"/>
          <w:sz w:val="23"/>
        </w:rPr>
        <w:t>The whole team waited.</w:t>
      </w:r>
    </w:p>
    <w:p>
      <w:pPr>
        <w:spacing w:after="80"/>
      </w:pPr>
      <w:r>
        <w:rPr>
          <w:rFonts w:ascii="Georgia" w:hAnsi="Georgia"/>
          <w:sz w:val="23"/>
        </w:rPr>
        <w:t>Noah looked at the formation. Then the wristband. Then the sideline. Then back at the defense.</w:t>
      </w:r>
    </w:p>
    <w:p>
      <w:pPr>
        <w:spacing w:after="80"/>
      </w:pPr>
      <w:r>
        <w:rPr>
          <w:rFonts w:ascii="Georgia" w:hAnsi="Georgia"/>
          <w:sz w:val="23"/>
        </w:rPr>
        <w:t>There were a few answers.</w:t>
      </w:r>
    </w:p>
    <w:p>
      <w:pPr>
        <w:spacing w:after="80"/>
      </w:pPr>
      <w:r>
        <w:rPr>
          <w:rFonts w:ascii="Georgia" w:hAnsi="Georgia"/>
          <w:sz w:val="23"/>
        </w:rPr>
        <w:t>The route splits were a little loose.</w:t>
      </w:r>
    </w:p>
    <w:p>
      <w:pPr>
        <w:spacing w:after="80"/>
      </w:pPr>
      <w:r>
        <w:rPr>
          <w:rFonts w:ascii="Georgia" w:hAnsi="Georgia"/>
          <w:sz w:val="23"/>
        </w:rPr>
        <w:t>His cadence had gotten too even.</w:t>
      </w:r>
    </w:p>
    <w:p>
      <w:pPr>
        <w:spacing w:after="80"/>
      </w:pPr>
      <w:r>
        <w:rPr>
          <w:rFonts w:ascii="Georgia" w:hAnsi="Georgia"/>
          <w:sz w:val="23"/>
        </w:rPr>
        <w:t>The defense had seen the concepts enough now to anticipate family resemblance.</w:t>
      </w:r>
    </w:p>
    <w:p>
      <w:pPr>
        <w:spacing w:after="80"/>
      </w:pPr>
      <w:r>
        <w:rPr>
          <w:rFonts w:ascii="Georgia" w:hAnsi="Georgia"/>
          <w:sz w:val="23"/>
        </w:rPr>
        <w:t>All true.</w:t>
      </w:r>
    </w:p>
    <w:p>
      <w:pPr>
        <w:spacing w:after="80"/>
      </w:pPr>
      <w:r>
        <w:rPr>
          <w:rFonts w:ascii="Georgia" w:hAnsi="Georgia"/>
          <w:sz w:val="23"/>
        </w:rPr>
        <w:t>But not fully true.</w:t>
      </w:r>
    </w:p>
    <w:p>
      <w:pPr>
        <w:spacing w:after="80"/>
      </w:pPr>
      <w:r>
        <w:rPr>
          <w:rFonts w:ascii="Georgia" w:hAnsi="Georgia"/>
          <w:sz w:val="23"/>
        </w:rPr>
        <w:t>Not enough to explain the feeling in his stomach.</w:t>
      </w:r>
    </w:p>
    <w:p>
      <w:pPr>
        <w:spacing w:after="80"/>
      </w:pPr>
      <w:r>
        <w:rPr>
          <w:rFonts w:ascii="Georgia" w:hAnsi="Georgia"/>
          <w:sz w:val="23"/>
        </w:rPr>
        <w:t>He looked toward the rope line.</w:t>
      </w:r>
    </w:p>
    <w:p>
      <w:pPr>
        <w:spacing w:after="80"/>
      </w:pPr>
      <w:r>
        <w:rPr>
          <w:rFonts w:ascii="Georgia" w:hAnsi="Georgia"/>
          <w:sz w:val="23"/>
        </w:rPr>
        <w:t>Vee was there.</w:t>
      </w:r>
    </w:p>
    <w:p>
      <w:pPr>
        <w:spacing w:after="80"/>
      </w:pPr>
      <w:r>
        <w:rPr>
          <w:rFonts w:ascii="Georgia" w:hAnsi="Georgia"/>
          <w:sz w:val="23"/>
        </w:rPr>
        <w:t>Still.</w:t>
      </w:r>
    </w:p>
    <w:p>
      <w:pPr>
        <w:spacing w:after="80"/>
      </w:pPr>
      <w:r>
        <w:rPr>
          <w:rFonts w:ascii="Georgia" w:hAnsi="Georgia"/>
          <w:sz w:val="23"/>
        </w:rPr>
        <w:t>Watching him.</w:t>
      </w:r>
    </w:p>
    <w:p>
      <w:pPr>
        <w:spacing w:after="80"/>
      </w:pPr>
      <w:r>
        <w:rPr>
          <w:rFonts w:ascii="Georgia" w:hAnsi="Georgia"/>
          <w:sz w:val="23"/>
        </w:rPr>
        <w:t>Watching Rico.</w:t>
      </w:r>
    </w:p>
    <w:p>
      <w:pPr>
        <w:spacing w:after="80"/>
      </w:pPr>
      <w:r>
        <w:rPr>
          <w:rFonts w:ascii="Georgia" w:hAnsi="Georgia"/>
          <w:sz w:val="23"/>
        </w:rPr>
        <w:t>Watching the sideline.</w:t>
      </w:r>
    </w:p>
    <w:p>
      <w:pPr>
        <w:spacing w:after="80"/>
      </w:pPr>
      <w:r>
        <w:rPr>
          <w:rFonts w:ascii="Georgia" w:hAnsi="Georgia"/>
          <w:sz w:val="23"/>
        </w:rPr>
        <w:t>Then, very slightly, she tapped two fingers against her own wristband-less arm.</w:t>
      </w:r>
    </w:p>
    <w:p>
      <w:pPr>
        <w:spacing w:after="80"/>
      </w:pPr>
      <w:r>
        <w:rPr>
          <w:rFonts w:ascii="Georgia" w:hAnsi="Georgia"/>
          <w:sz w:val="23"/>
        </w:rPr>
        <w:t>Noah’s eyes narrowed.</w:t>
      </w:r>
    </w:p>
    <w:p>
      <w:pPr>
        <w:spacing w:after="80"/>
      </w:pPr>
      <w:r>
        <w:rPr>
          <w:rFonts w:ascii="Georgia" w:hAnsi="Georgia"/>
          <w:sz w:val="23"/>
        </w:rPr>
        <w:t>The wristbands.</w:t>
      </w:r>
    </w:p>
    <w:p>
      <w:pPr>
        <w:spacing w:after="80"/>
      </w:pPr>
      <w:r>
        <w:rPr>
          <w:rFonts w:ascii="Georgia" w:hAnsi="Georgia"/>
          <w:sz w:val="23"/>
        </w:rPr>
        <w:t>Coach Law followed his gaze, just for a second, but not enough to make it obvious.</w:t>
      </w:r>
    </w:p>
    <w:p>
      <w:pPr>
        <w:spacing w:after="80"/>
      </w:pPr>
      <w:r>
        <w:rPr>
          <w:rFonts w:ascii="Georgia" w:hAnsi="Georgia"/>
          <w:sz w:val="23"/>
        </w:rPr>
        <w:t>Then he said, “Reset. No bands. Verbal calls only.”</w:t>
      </w:r>
    </w:p>
    <w:p>
      <w:pPr>
        <w:spacing w:after="80"/>
      </w:pPr>
      <w:r>
        <w:rPr>
          <w:rFonts w:ascii="Georgia" w:hAnsi="Georgia"/>
          <w:sz w:val="23"/>
        </w:rPr>
        <w:t>A ripple moved through the team.</w:t>
      </w:r>
    </w:p>
    <w:p>
      <w:pPr>
        <w:spacing w:after="80"/>
      </w:pPr>
      <w:r>
        <w:rPr>
          <w:rFonts w:ascii="Georgia" w:hAnsi="Georgia"/>
          <w:sz w:val="23"/>
        </w:rPr>
        <w:t>Fast.</w:t>
      </w:r>
    </w:p>
    <w:p>
      <w:pPr>
        <w:spacing w:after="80"/>
      </w:pPr>
      <w:r>
        <w:rPr>
          <w:rFonts w:ascii="Georgia" w:hAnsi="Georgia"/>
          <w:sz w:val="23"/>
        </w:rPr>
        <w:t>Tiny.</w:t>
      </w:r>
    </w:p>
    <w:p>
      <w:pPr>
        <w:spacing w:after="80"/>
      </w:pPr>
      <w:r>
        <w:rPr>
          <w:rFonts w:ascii="Georgia" w:hAnsi="Georgia"/>
          <w:sz w:val="23"/>
        </w:rPr>
        <w:t>Real.</w:t>
      </w:r>
    </w:p>
    <w:p>
      <w:pPr>
        <w:spacing w:after="80"/>
      </w:pPr>
      <w:r>
        <w:rPr>
          <w:rFonts w:ascii="Georgia" w:hAnsi="Georgia"/>
          <w:sz w:val="23"/>
        </w:rPr>
        <w:t>Noah saw it on everybody else as noise.</w:t>
      </w:r>
    </w:p>
    <w:p>
      <w:pPr>
        <w:spacing w:after="80"/>
      </w:pPr>
      <w:r>
        <w:rPr>
          <w:rFonts w:ascii="Georgia" w:hAnsi="Georgia"/>
          <w:sz w:val="23"/>
        </w:rPr>
        <w:t>On Rico, it looked like relief.</w:t>
      </w:r>
    </w:p>
    <w:p>
      <w:pPr>
        <w:spacing w:after="80"/>
      </w:pPr>
      <w:r>
        <w:rPr>
          <w:rFonts w:ascii="Georgia" w:hAnsi="Georgia"/>
          <w:sz w:val="23"/>
        </w:rPr>
        <w:t>Just for a second.</w:t>
      </w:r>
    </w:p>
    <w:p>
      <w:pPr>
        <w:spacing w:after="80"/>
      </w:pPr>
      <w:r>
        <w:rPr>
          <w:rFonts w:ascii="Georgia" w:hAnsi="Georgia"/>
          <w:sz w:val="23"/>
        </w:rPr>
        <w:t>Then it was gone.</w:t>
      </w:r>
    </w:p>
    <w:p>
      <w:pPr>
        <w:spacing w:after="80"/>
      </w:pPr>
      <w:r>
        <w:rPr>
          <w:rFonts w:ascii="Georgia" w:hAnsi="Georgia"/>
          <w:sz w:val="23"/>
        </w:rPr>
        <w:t>The period restarted.</w:t>
      </w:r>
    </w:p>
    <w:p>
      <w:pPr>
        <w:spacing w:after="80"/>
      </w:pPr>
      <w:r>
        <w:rPr>
          <w:rFonts w:ascii="Georgia" w:hAnsi="Georgia"/>
          <w:sz w:val="23"/>
        </w:rPr>
        <w:t>No bands. Verbal only.</w:t>
      </w:r>
    </w:p>
    <w:p>
      <w:pPr>
        <w:spacing w:after="80"/>
      </w:pPr>
      <w:r>
        <w:rPr>
          <w:rFonts w:ascii="Georgia" w:hAnsi="Georgia"/>
          <w:sz w:val="23"/>
        </w:rPr>
        <w:t>And suddenly the timing looked normal again.</w:t>
      </w:r>
    </w:p>
    <w:p>
      <w:pPr>
        <w:spacing w:after="80"/>
      </w:pPr>
      <w:r>
        <w:rPr>
          <w:rFonts w:ascii="Georgia" w:hAnsi="Georgia"/>
          <w:sz w:val="23"/>
        </w:rPr>
        <w:t>Not perfect. Not impossible. Just football.</w:t>
      </w:r>
    </w:p>
    <w:p>
      <w:pPr>
        <w:spacing w:after="80"/>
      </w:pPr>
      <w:r>
        <w:rPr>
          <w:rFonts w:ascii="Georgia" w:hAnsi="Georgia"/>
          <w:sz w:val="23"/>
        </w:rPr>
        <w:t>Now the defense guessed late instead of early.</w:t>
      </w:r>
    </w:p>
    <w:p>
      <w:pPr>
        <w:spacing w:after="80"/>
      </w:pPr>
      <w:r>
        <w:rPr>
          <w:rFonts w:ascii="Georgia" w:hAnsi="Georgia"/>
          <w:sz w:val="23"/>
        </w:rPr>
        <w:t>Now the windows opened when they should.</w:t>
      </w:r>
    </w:p>
    <w:p>
      <w:pPr>
        <w:spacing w:after="80"/>
      </w:pPr>
      <w:r>
        <w:rPr>
          <w:rFonts w:ascii="Georgia" w:hAnsi="Georgia"/>
          <w:sz w:val="23"/>
        </w:rPr>
        <w:t>Now mesh worked.</w:t>
      </w:r>
    </w:p>
    <w:p>
      <w:pPr>
        <w:spacing w:after="80"/>
      </w:pPr>
      <w:r>
        <w:rPr>
          <w:rFonts w:ascii="Georgia" w:hAnsi="Georgia"/>
          <w:sz w:val="23"/>
        </w:rPr>
        <w:t>Now snag felt like snag instead of like somebody had seen tomorrow.</w:t>
      </w:r>
    </w:p>
    <w:p>
      <w:pPr>
        <w:spacing w:after="80"/>
      </w:pPr>
      <w:r>
        <w:rPr>
          <w:rFonts w:ascii="Georgia" w:hAnsi="Georgia"/>
          <w:sz w:val="23"/>
        </w:rPr>
        <w:t>Coach Law ended the period two reps early.</w:t>
      </w:r>
    </w:p>
    <w:p>
      <w:pPr>
        <w:spacing w:after="80"/>
      </w:pPr>
      <w:r>
        <w:rPr>
          <w:rFonts w:ascii="Georgia" w:hAnsi="Georgia"/>
          <w:sz w:val="23"/>
        </w:rPr>
        <w:t>Nobody said anything.</w:t>
      </w:r>
    </w:p>
    <w:p>
      <w:pPr>
        <w:spacing w:after="80"/>
      </w:pPr>
      <w:r>
        <w:rPr>
          <w:rFonts w:ascii="Georgia" w:hAnsi="Georgia"/>
          <w:sz w:val="23"/>
        </w:rPr>
        <w:t>Nobody had to.</w:t>
      </w:r>
    </w:p>
    <w:p>
      <w:pPr>
        <w:spacing w:after="80"/>
      </w:pPr>
      <w:r>
        <w:rPr>
          <w:rFonts w:ascii="Georgia" w:hAnsi="Georgia"/>
          <w:sz w:val="23"/>
        </w:rPr>
        <w:t>The team knew.</w:t>
      </w:r>
    </w:p>
    <w:p>
      <w:pPr>
        <w:spacing w:after="80"/>
      </w:pPr>
      <w:r>
        <w:rPr>
          <w:rFonts w:ascii="Georgia" w:hAnsi="Georgia"/>
          <w:sz w:val="23"/>
        </w:rPr>
        <w:t>Noah knew.</w:t>
      </w:r>
    </w:p>
    <w:p>
      <w:pPr>
        <w:spacing w:after="80"/>
      </w:pPr>
      <w:r>
        <w:rPr>
          <w:rFonts w:ascii="Georgia" w:hAnsi="Georgia"/>
          <w:sz w:val="23"/>
        </w:rPr>
        <w:t>And if Noah knew, then there was no way Coach Law didn’t know.</w:t>
      </w:r>
    </w:p>
    <w:p>
      <w:pPr>
        <w:spacing w:after="80"/>
      </w:pPr>
      <w:r>
        <w:rPr>
          <w:rFonts w:ascii="Georgia" w:hAnsi="Georgia"/>
          <w:sz w:val="23"/>
        </w:rPr>
        <w:t>They moved into a final competitive period to close practice. Ball on midfield. Need a score in four plays. Standard pressure situation.</w:t>
      </w:r>
    </w:p>
    <w:p>
      <w:pPr>
        <w:spacing w:after="80"/>
      </w:pPr>
      <w:r>
        <w:rPr>
          <w:rFonts w:ascii="Georgia" w:hAnsi="Georgia"/>
          <w:sz w:val="23"/>
        </w:rPr>
        <w:t>Coach Law pointed at the offense. “This is where bad teams get frantic. Good teams play clean.”</w:t>
      </w:r>
    </w:p>
    <w:p>
      <w:pPr>
        <w:spacing w:after="80"/>
      </w:pPr>
      <w:r>
        <w:rPr>
          <w:rFonts w:ascii="Georgia" w:hAnsi="Georgia"/>
          <w:sz w:val="23"/>
        </w:rPr>
        <w:t>Jalen barked from defense, “Bad teams also cry.”</w:t>
      </w:r>
    </w:p>
    <w:p>
      <w:pPr>
        <w:spacing w:after="80"/>
      </w:pPr>
      <w:r>
        <w:rPr>
          <w:rFonts w:ascii="Georgia" w:hAnsi="Georgia"/>
          <w:sz w:val="23"/>
        </w:rPr>
        <w:t>“Thank you,” Coach Law said dryly. “For that elite coaching point.”</w:t>
      </w:r>
    </w:p>
    <w:p>
      <w:pPr>
        <w:spacing w:after="80"/>
      </w:pPr>
      <w:r>
        <w:rPr>
          <w:rFonts w:ascii="Georgia" w:hAnsi="Georgia"/>
          <w:sz w:val="23"/>
        </w:rPr>
        <w:t>Even Rico laughed at that.</w:t>
      </w:r>
    </w:p>
    <w:p>
      <w:pPr>
        <w:spacing w:after="80"/>
      </w:pPr>
      <w:r>
        <w:rPr>
          <w:rFonts w:ascii="Georgia" w:hAnsi="Georgia"/>
          <w:sz w:val="23"/>
        </w:rPr>
        <w:t>First play: flood right. Noah hit Owen on the sideline for nine.</w:t>
      </w:r>
    </w:p>
    <w:p>
      <w:pPr>
        <w:spacing w:after="80"/>
      </w:pPr>
      <w:r>
        <w:rPr>
          <w:rFonts w:ascii="Georgia" w:hAnsi="Georgia"/>
          <w:sz w:val="23"/>
        </w:rPr>
        <w:t>Second: spacing. Dump to Devin underneath for six and get lined back up fast.</w:t>
      </w:r>
    </w:p>
    <w:p>
      <w:pPr>
        <w:spacing w:after="80"/>
      </w:pPr>
      <w:r>
        <w:rPr>
          <w:rFonts w:ascii="Georgia" w:hAnsi="Georgia"/>
          <w:sz w:val="23"/>
        </w:rPr>
        <w:t>Third: shot play.</w:t>
      </w:r>
    </w:p>
    <w:p>
      <w:pPr>
        <w:spacing w:after="80"/>
      </w:pPr>
      <w:r>
        <w:rPr>
          <w:rFonts w:ascii="Georgia" w:hAnsi="Georgia"/>
          <w:sz w:val="23"/>
        </w:rPr>
        <w:t>Coach Law signaled it in with one hand behind his hip.</w:t>
      </w:r>
    </w:p>
    <w:p>
      <w:pPr>
        <w:spacing w:after="80"/>
      </w:pPr>
      <w:r>
        <w:rPr>
          <w:rFonts w:ascii="Georgia" w:hAnsi="Georgia"/>
          <w:sz w:val="23"/>
        </w:rPr>
        <w:t>No wristband. No public clue. Just one silent coach-to-quarterback call.</w:t>
      </w:r>
    </w:p>
    <w:p>
      <w:pPr>
        <w:spacing w:after="80"/>
      </w:pPr>
      <w:r>
        <w:rPr>
          <w:rFonts w:ascii="Georgia" w:hAnsi="Georgia"/>
          <w:sz w:val="23"/>
        </w:rPr>
        <w:t>Noah’s pulse kicked.</w:t>
      </w:r>
    </w:p>
    <w:p>
      <w:pPr>
        <w:spacing w:after="80"/>
      </w:pPr>
      <w:r>
        <w:rPr>
          <w:rFonts w:ascii="Georgia" w:hAnsi="Georgia"/>
          <w:sz w:val="23"/>
        </w:rPr>
        <w:t>He knew this concept.</w:t>
      </w:r>
    </w:p>
    <w:p>
      <w:pPr>
        <w:spacing w:after="80"/>
      </w:pPr>
      <w:r>
        <w:rPr>
          <w:rFonts w:ascii="Georgia" w:hAnsi="Georgia"/>
          <w:sz w:val="23"/>
        </w:rPr>
        <w:t>Post-wheel.</w:t>
      </w:r>
    </w:p>
    <w:p>
      <w:pPr>
        <w:spacing w:after="80"/>
      </w:pPr>
      <w:r>
        <w:rPr>
          <w:rFonts w:ascii="Georgia" w:hAnsi="Georgia"/>
          <w:sz w:val="23"/>
        </w:rPr>
        <w:t>A killer if the safety bit wrong.</w:t>
      </w:r>
    </w:p>
    <w:p>
      <w:pPr>
        <w:spacing w:after="80"/>
      </w:pPr>
      <w:r>
        <w:rPr>
          <w:rFonts w:ascii="Georgia" w:hAnsi="Georgia"/>
          <w:sz w:val="23"/>
        </w:rPr>
        <w:t>Rico in the slot to clear space. Micah from the backfield to the wheel. Owen backside dig as the quarterback’s “don’t be stupid” option.</w:t>
      </w:r>
    </w:p>
    <w:p>
      <w:pPr>
        <w:spacing w:after="80"/>
      </w:pPr>
      <w:r>
        <w:rPr>
          <w:rFonts w:ascii="Georgia" w:hAnsi="Georgia"/>
          <w:sz w:val="23"/>
        </w:rPr>
        <w:t>The offense lined up.</w:t>
      </w:r>
    </w:p>
    <w:p>
      <w:pPr>
        <w:spacing w:after="80"/>
      </w:pPr>
      <w:r>
        <w:rPr>
          <w:rFonts w:ascii="Georgia" w:hAnsi="Georgia"/>
          <w:sz w:val="23"/>
        </w:rPr>
        <w:t>The defense settled.</w:t>
      </w:r>
    </w:p>
    <w:p>
      <w:pPr>
        <w:spacing w:after="80"/>
      </w:pPr>
      <w:r>
        <w:rPr>
          <w:rFonts w:ascii="Georgia" w:hAnsi="Georgia"/>
          <w:sz w:val="23"/>
        </w:rPr>
        <w:t>Noah looked once at the safety.</w:t>
      </w:r>
    </w:p>
    <w:p>
      <w:pPr>
        <w:spacing w:after="80"/>
      </w:pPr>
      <w:r>
        <w:rPr>
          <w:rFonts w:ascii="Georgia" w:hAnsi="Georgia"/>
          <w:sz w:val="23"/>
        </w:rPr>
        <w:t>Then at Micah.</w:t>
      </w:r>
    </w:p>
    <w:p>
      <w:pPr>
        <w:spacing w:after="80"/>
      </w:pPr>
      <w:r>
        <w:rPr>
          <w:rFonts w:ascii="Georgia" w:hAnsi="Georgia"/>
          <w:sz w:val="23"/>
        </w:rPr>
        <w:t>Then at the snap.</w:t>
      </w:r>
    </w:p>
    <w:p>
      <w:pPr>
        <w:spacing w:after="80"/>
      </w:pPr>
      <w:r>
        <w:rPr>
          <w:rFonts w:ascii="Georgia" w:hAnsi="Georgia"/>
          <w:sz w:val="23"/>
        </w:rPr>
        <w:t>Go.</w:t>
      </w:r>
    </w:p>
    <w:p>
      <w:pPr>
        <w:spacing w:after="80"/>
      </w:pPr>
      <w:r>
        <w:rPr>
          <w:rFonts w:ascii="Georgia" w:hAnsi="Georgia"/>
          <w:sz w:val="23"/>
        </w:rPr>
        <w:t>Motion fake. Eyes hold middle. Safety froze.</w:t>
      </w:r>
    </w:p>
    <w:p>
      <w:pPr>
        <w:spacing w:after="80"/>
      </w:pPr>
      <w:r>
        <w:rPr>
          <w:rFonts w:ascii="Georgia" w:hAnsi="Georgia"/>
          <w:sz w:val="23"/>
        </w:rPr>
        <w:t>Micah climbed the rail.</w:t>
      </w:r>
    </w:p>
    <w:p>
      <w:pPr>
        <w:spacing w:after="80"/>
      </w:pPr>
      <w:r>
        <w:rPr>
          <w:rFonts w:ascii="Georgia" w:hAnsi="Georgia"/>
          <w:sz w:val="23"/>
        </w:rPr>
        <w:t>Open.</w:t>
      </w:r>
    </w:p>
    <w:p>
      <w:pPr>
        <w:spacing w:after="80"/>
      </w:pPr>
      <w:r>
        <w:rPr>
          <w:rFonts w:ascii="Georgia" w:hAnsi="Georgia"/>
          <w:sz w:val="23"/>
        </w:rPr>
        <w:t>Noah let it fly.</w:t>
      </w:r>
    </w:p>
    <w:p>
      <w:pPr>
        <w:spacing w:after="80"/>
      </w:pPr>
      <w:r>
        <w:rPr>
          <w:rFonts w:ascii="Georgia" w:hAnsi="Georgia"/>
          <w:sz w:val="23"/>
        </w:rPr>
        <w:t>Perfect.</w:t>
      </w:r>
    </w:p>
    <w:p>
      <w:pPr>
        <w:spacing w:after="80"/>
      </w:pPr>
      <w:r>
        <w:rPr>
          <w:rFonts w:ascii="Georgia" w:hAnsi="Georgia"/>
          <w:sz w:val="23"/>
        </w:rPr>
        <w:t>The ball dropped over Micah’s outside shoulder and into his hands at a full run.</w:t>
      </w:r>
    </w:p>
    <w:p>
      <w:pPr>
        <w:spacing w:after="80"/>
      </w:pPr>
      <w:r>
        <w:rPr>
          <w:rFonts w:ascii="Georgia" w:hAnsi="Georgia"/>
          <w:sz w:val="23"/>
        </w:rPr>
        <w:t>Touchdown.</w:t>
      </w:r>
    </w:p>
    <w:p>
      <w:pPr>
        <w:spacing w:after="80"/>
      </w:pPr>
      <w:r>
        <w:rPr>
          <w:rFonts w:ascii="Georgia" w:hAnsi="Georgia"/>
          <w:sz w:val="23"/>
        </w:rPr>
        <w:t>The offense erupted.</w:t>
      </w:r>
    </w:p>
    <w:p>
      <w:pPr>
        <w:spacing w:after="80"/>
      </w:pPr>
      <w:r>
        <w:rPr>
          <w:rFonts w:ascii="Georgia" w:hAnsi="Georgia"/>
          <w:sz w:val="23"/>
        </w:rPr>
        <w:t>Micah tossed the ball in the air and yelled. Rico jumped on his back. Jalen pointed at the safety and claimed he had warned him, which made no sense because Jalen was on the other side of the rep.</w:t>
      </w:r>
    </w:p>
    <w:p>
      <w:pPr>
        <w:spacing w:after="80"/>
      </w:pPr>
      <w:r>
        <w:rPr>
          <w:rFonts w:ascii="Georgia" w:hAnsi="Georgia"/>
          <w:sz w:val="23"/>
        </w:rPr>
        <w:t>Noah jogged off feeling two things at once.</w:t>
      </w:r>
    </w:p>
    <w:p>
      <w:pPr>
        <w:spacing w:after="80"/>
      </w:pPr>
      <w:r>
        <w:rPr>
          <w:rFonts w:ascii="Georgia" w:hAnsi="Georgia"/>
          <w:sz w:val="23"/>
        </w:rPr>
        <w:t>First: that throw had been beautiful.</w:t>
      </w:r>
    </w:p>
    <w:p>
      <w:pPr>
        <w:spacing w:after="80"/>
      </w:pPr>
      <w:r>
        <w:rPr>
          <w:rFonts w:ascii="Georgia" w:hAnsi="Georgia"/>
          <w:sz w:val="23"/>
        </w:rPr>
        <w:t>Second: they had just proven something.</w:t>
      </w:r>
    </w:p>
    <w:p>
      <w:pPr>
        <w:spacing w:after="80"/>
      </w:pPr>
      <w:r>
        <w:rPr>
          <w:rFonts w:ascii="Georgia" w:hAnsi="Georgia"/>
          <w:sz w:val="23"/>
        </w:rPr>
        <w:t>Coach Law ended practice there.</w:t>
      </w:r>
    </w:p>
    <w:p>
      <w:pPr>
        <w:spacing w:after="80"/>
      </w:pPr>
      <w:r>
        <w:rPr>
          <w:rFonts w:ascii="Georgia" w:hAnsi="Georgia"/>
          <w:sz w:val="23"/>
        </w:rPr>
        <w:t>“Bring it in.”</w:t>
      </w:r>
    </w:p>
    <w:p>
      <w:pPr>
        <w:spacing w:after="80"/>
      </w:pPr>
      <w:r>
        <w:rPr>
          <w:rFonts w:ascii="Georgia" w:hAnsi="Georgia"/>
          <w:sz w:val="23"/>
        </w:rPr>
        <w:t>They circled up.</w:t>
      </w:r>
    </w:p>
    <w:p>
      <w:pPr>
        <w:spacing w:after="80"/>
      </w:pPr>
      <w:r>
        <w:rPr>
          <w:rFonts w:ascii="Georgia" w:hAnsi="Georgia"/>
          <w:sz w:val="23"/>
        </w:rPr>
        <w:t>His face gave nothing away.</w:t>
      </w:r>
    </w:p>
    <w:p>
      <w:pPr>
        <w:spacing w:after="80"/>
      </w:pPr>
      <w:r>
        <w:rPr>
          <w:rFonts w:ascii="Georgia" w:hAnsi="Georgia"/>
          <w:sz w:val="23"/>
        </w:rPr>
        <w:t>“Better,” he said. “Why?”</w:t>
      </w:r>
    </w:p>
    <w:p>
      <w:pPr>
        <w:spacing w:after="80"/>
      </w:pPr>
      <w:r>
        <w:rPr>
          <w:rFonts w:ascii="Georgia" w:hAnsi="Georgia"/>
          <w:sz w:val="23"/>
        </w:rPr>
        <w:t>No answer.</w:t>
      </w:r>
    </w:p>
    <w:p>
      <w:pPr>
        <w:spacing w:after="80"/>
      </w:pPr>
      <w:r>
        <w:rPr>
          <w:rFonts w:ascii="Georgia" w:hAnsi="Georgia"/>
          <w:sz w:val="23"/>
        </w:rPr>
        <w:t>Then Devin said, “Because we stopped making it easy.”</w:t>
      </w:r>
    </w:p>
    <w:p>
      <w:pPr>
        <w:spacing w:after="80"/>
      </w:pPr>
      <w:r>
        <w:rPr>
          <w:rFonts w:ascii="Georgia" w:hAnsi="Georgia"/>
          <w:sz w:val="23"/>
        </w:rPr>
        <w:t>Coach Law looked at him. “Good. Remember that.”</w:t>
      </w:r>
    </w:p>
    <w:p>
      <w:pPr>
        <w:spacing w:after="80"/>
      </w:pPr>
      <w:r>
        <w:rPr>
          <w:rFonts w:ascii="Georgia" w:hAnsi="Georgia"/>
          <w:sz w:val="23"/>
        </w:rPr>
        <w:t>His eyes moved over the whole team. “Tomorrow, film. Be ready to listen.”</w:t>
      </w:r>
    </w:p>
    <w:p>
      <w:pPr>
        <w:spacing w:after="80"/>
      </w:pPr>
      <w:r>
        <w:rPr>
          <w:rFonts w:ascii="Georgia" w:hAnsi="Georgia"/>
          <w:sz w:val="23"/>
        </w:rPr>
        <w:t>That was it.</w:t>
      </w:r>
    </w:p>
    <w:p>
      <w:pPr>
        <w:spacing w:after="80"/>
      </w:pPr>
      <w:r>
        <w:rPr>
          <w:rFonts w:ascii="Georgia" w:hAnsi="Georgia"/>
          <w:sz w:val="23"/>
        </w:rPr>
        <w:t>No speeches. No calling out what everybody had just seen. No naming the thing in the air.</w:t>
      </w:r>
    </w:p>
    <w:p>
      <w:pPr>
        <w:spacing w:after="80"/>
      </w:pPr>
      <w:r>
        <w:rPr>
          <w:rFonts w:ascii="Georgia" w:hAnsi="Georgia"/>
          <w:sz w:val="23"/>
        </w:rPr>
        <w:t>Practice broke.</w:t>
      </w:r>
    </w:p>
    <w:p>
      <w:pPr>
        <w:spacing w:after="80"/>
      </w:pPr>
      <w:r>
        <w:rPr>
          <w:rFonts w:ascii="Georgia" w:hAnsi="Georgia"/>
          <w:sz w:val="23"/>
        </w:rPr>
        <w:t>Noah bent for his bag when Vee appeared beside him.</w:t>
      </w:r>
    </w:p>
    <w:p>
      <w:pPr>
        <w:spacing w:after="80"/>
      </w:pPr>
      <w:r>
        <w:rPr>
          <w:rFonts w:ascii="Georgia" w:hAnsi="Georgia"/>
          <w:sz w:val="23"/>
        </w:rPr>
        <w:t>“You saw it,” she said.</w:t>
      </w:r>
    </w:p>
    <w:p>
      <w:pPr>
        <w:spacing w:after="80"/>
      </w:pPr>
      <w:r>
        <w:rPr>
          <w:rFonts w:ascii="Georgia" w:hAnsi="Georgia"/>
          <w:sz w:val="23"/>
        </w:rPr>
        <w:t>He zipped the bag. “Yeah.”</w:t>
      </w:r>
    </w:p>
    <w:p>
      <w:pPr>
        <w:spacing w:after="80"/>
      </w:pPr>
      <w:r>
        <w:rPr>
          <w:rFonts w:ascii="Georgia" w:hAnsi="Georgia"/>
          <w:sz w:val="23"/>
        </w:rPr>
        <w:t>“It was the bands.”</w:t>
      </w:r>
    </w:p>
    <w:p>
      <w:pPr>
        <w:spacing w:after="80"/>
      </w:pPr>
      <w:r>
        <w:rPr>
          <w:rFonts w:ascii="Georgia" w:hAnsi="Georgia"/>
          <w:sz w:val="23"/>
        </w:rPr>
        <w:t>“Yeah.”</w:t>
      </w:r>
    </w:p>
    <w:p>
      <w:pPr>
        <w:spacing w:after="80"/>
      </w:pPr>
      <w:r>
        <w:rPr>
          <w:rFonts w:ascii="Georgia" w:hAnsi="Georgia"/>
          <w:sz w:val="23"/>
        </w:rPr>
        <w:t>“And Rico knew.”</w:t>
      </w:r>
    </w:p>
    <w:p>
      <w:pPr>
        <w:spacing w:after="80"/>
      </w:pPr>
      <w:r>
        <w:rPr>
          <w:rFonts w:ascii="Georgia" w:hAnsi="Georgia"/>
          <w:sz w:val="23"/>
        </w:rPr>
        <w:t>Noah looked up sharply. “What?”</w:t>
      </w:r>
    </w:p>
    <w:p>
      <w:pPr>
        <w:spacing w:after="80"/>
      </w:pPr>
      <w:r>
        <w:rPr>
          <w:rFonts w:ascii="Georgia" w:hAnsi="Georgia"/>
          <w:sz w:val="23"/>
        </w:rPr>
        <w:t>Vee tilted her head slightly toward the far bench. “When Coach Law killed the bands, everybody reacted. Rico relaxed.”</w:t>
      </w:r>
    </w:p>
    <w:p>
      <w:pPr>
        <w:spacing w:after="80"/>
      </w:pPr>
      <w:r>
        <w:rPr>
          <w:rFonts w:ascii="Georgia" w:hAnsi="Georgia"/>
          <w:sz w:val="23"/>
        </w:rPr>
        <w:t>That matched what Noah had seen.</w:t>
      </w:r>
    </w:p>
    <w:p>
      <w:pPr>
        <w:spacing w:after="80"/>
      </w:pPr>
      <w:r>
        <w:rPr>
          <w:rFonts w:ascii="Georgia" w:hAnsi="Georgia"/>
          <w:sz w:val="23"/>
        </w:rPr>
        <w:t>Exactly enough to bother him.</w:t>
      </w:r>
    </w:p>
    <w:p>
      <w:pPr>
        <w:spacing w:after="80"/>
      </w:pPr>
      <w:r>
        <w:rPr>
          <w:rFonts w:ascii="Georgia" w:hAnsi="Georgia"/>
          <w:sz w:val="23"/>
        </w:rPr>
        <w:t>Not enough to convict.</w:t>
      </w:r>
    </w:p>
    <w:p>
      <w:pPr>
        <w:spacing w:after="80"/>
      </w:pPr>
      <w:r>
        <w:rPr>
          <w:rFonts w:ascii="Georgia" w:hAnsi="Georgia"/>
          <w:sz w:val="23"/>
        </w:rPr>
        <w:t>Before he could answer, Devin jogged over with his phone in one hand.</w:t>
      </w:r>
    </w:p>
    <w:p>
      <w:pPr>
        <w:spacing w:after="80"/>
      </w:pPr>
      <w:r>
        <w:rPr>
          <w:rFonts w:ascii="Georgia" w:hAnsi="Georgia"/>
          <w:sz w:val="23"/>
        </w:rPr>
        <w:t>“You guys need to see this.”</w:t>
      </w:r>
    </w:p>
    <w:p>
      <w:pPr>
        <w:spacing w:after="80"/>
      </w:pPr>
      <w:r>
        <w:rPr>
          <w:rFonts w:ascii="Georgia" w:hAnsi="Georgia"/>
          <w:sz w:val="23"/>
        </w:rPr>
        <w:t>He held the screen out.</w:t>
      </w:r>
    </w:p>
    <w:p>
      <w:pPr>
        <w:spacing w:after="80"/>
      </w:pPr>
      <w:r>
        <w:rPr>
          <w:rFonts w:ascii="Georgia" w:hAnsi="Georgia"/>
          <w:sz w:val="23"/>
        </w:rPr>
        <w:t>It was a photo.</w:t>
      </w:r>
    </w:p>
    <w:p>
      <w:pPr>
        <w:spacing w:after="80"/>
      </w:pPr>
      <w:r>
        <w:rPr>
          <w:rFonts w:ascii="Georgia" w:hAnsi="Georgia"/>
          <w:sz w:val="23"/>
        </w:rPr>
        <w:t>Blurry. Zoomed. Taken from the far side of the field at Saturday’s game, probably from some parent post or random sideline picture nobody had thought twice about.</w:t>
      </w:r>
    </w:p>
    <w:p>
      <w:pPr>
        <w:spacing w:after="80"/>
      </w:pPr>
      <w:r>
        <w:rPr>
          <w:rFonts w:ascii="Georgia" w:hAnsi="Georgia"/>
          <w:sz w:val="23"/>
        </w:rPr>
        <w:t>Noah leaned in.</w:t>
      </w:r>
    </w:p>
    <w:p>
      <w:pPr>
        <w:spacing w:after="80"/>
      </w:pPr>
      <w:r>
        <w:rPr>
          <w:rFonts w:ascii="Georgia" w:hAnsi="Georgia"/>
          <w:sz w:val="23"/>
        </w:rPr>
        <w:t>At first all he saw was the bench area. Rope line. Folding chairs. The usual clutter of game-day sidelines.</w:t>
      </w:r>
    </w:p>
    <w:p>
      <w:pPr>
        <w:spacing w:after="80"/>
      </w:pPr>
      <w:r>
        <w:rPr>
          <w:rFonts w:ascii="Georgia" w:hAnsi="Georgia"/>
          <w:sz w:val="23"/>
        </w:rPr>
        <w:t>Then his eyes found the background.</w:t>
      </w:r>
    </w:p>
    <w:p>
      <w:pPr>
        <w:spacing w:after="80"/>
      </w:pPr>
      <w:r>
        <w:rPr>
          <w:rFonts w:ascii="Georgia" w:hAnsi="Georgia"/>
          <w:sz w:val="23"/>
        </w:rPr>
        <w:t>A figure in a gray hoodie, half-turned away from the camera.</w:t>
      </w:r>
    </w:p>
    <w:p>
      <w:pPr>
        <w:spacing w:after="80"/>
      </w:pPr>
      <w:r>
        <w:rPr>
          <w:rFonts w:ascii="Georgia" w:hAnsi="Georgia"/>
          <w:sz w:val="23"/>
        </w:rPr>
        <w:t>The face wasn’t clear.</w:t>
      </w:r>
    </w:p>
    <w:p>
      <w:pPr>
        <w:spacing w:after="80"/>
      </w:pPr>
      <w:r>
        <w:rPr>
          <w:rFonts w:ascii="Georgia" w:hAnsi="Georgia"/>
          <w:sz w:val="23"/>
        </w:rPr>
        <w:t>But the person standing next to him was.</w:t>
      </w:r>
    </w:p>
    <w:p>
      <w:pPr>
        <w:spacing w:after="80"/>
      </w:pPr>
      <w:r>
        <w:rPr>
          <w:rFonts w:ascii="Georgia" w:hAnsi="Georgia"/>
          <w:sz w:val="23"/>
        </w:rPr>
        <w:t>Rico.</w:t>
      </w:r>
    </w:p>
    <w:p>
      <w:pPr>
        <w:spacing w:after="80"/>
      </w:pPr>
      <w:r>
        <w:rPr>
          <w:rFonts w:ascii="Georgia" w:hAnsi="Georgia"/>
          <w:sz w:val="23"/>
        </w:rPr>
        <w:t>Noah grabbed the phone.</w:t>
      </w:r>
    </w:p>
    <w:p>
      <w:pPr>
        <w:spacing w:after="80"/>
      </w:pPr>
      <w:r>
        <w:rPr>
          <w:rFonts w:ascii="Georgia" w:hAnsi="Georgia"/>
          <w:sz w:val="23"/>
        </w:rPr>
        <w:t>The picture blurred for a second because his hand moved too fast.</w:t>
      </w:r>
    </w:p>
    <w:p>
      <w:pPr>
        <w:spacing w:after="80"/>
      </w:pPr>
      <w:r>
        <w:rPr>
          <w:rFonts w:ascii="Georgia" w:hAnsi="Georgia"/>
          <w:sz w:val="23"/>
        </w:rPr>
        <w:t>Then it sharpened again.</w:t>
      </w:r>
    </w:p>
    <w:p>
      <w:pPr>
        <w:spacing w:after="80"/>
      </w:pPr>
      <w:r>
        <w:rPr>
          <w:rFonts w:ascii="Georgia" w:hAnsi="Georgia"/>
          <w:sz w:val="23"/>
        </w:rPr>
        <w:t>Gray hoodie.</w:t>
      </w:r>
    </w:p>
    <w:p>
      <w:pPr>
        <w:spacing w:after="80"/>
      </w:pPr>
      <w:r>
        <w:rPr>
          <w:rFonts w:ascii="Georgia" w:hAnsi="Georgia"/>
          <w:sz w:val="23"/>
        </w:rPr>
        <w:t>Rico.</w:t>
      </w:r>
    </w:p>
    <w:p>
      <w:pPr>
        <w:spacing w:after="80"/>
      </w:pPr>
      <w:r>
        <w:rPr>
          <w:rFonts w:ascii="Georgia" w:hAnsi="Georgia"/>
          <w:sz w:val="23"/>
        </w:rPr>
        <w:t>Same frame. Same sideline.</w:t>
      </w:r>
    </w:p>
    <w:p>
      <w:pPr>
        <w:spacing w:after="80"/>
      </w:pPr>
      <w:r>
        <w:rPr>
          <w:rFonts w:ascii="Georgia" w:hAnsi="Georgia"/>
          <w:sz w:val="23"/>
        </w:rPr>
        <w:t>Noah’s stomach dropped.</w:t>
      </w:r>
    </w:p>
    <w:p>
      <w:pPr>
        <w:spacing w:after="80"/>
      </w:pPr>
      <w:r>
        <w:rPr>
          <w:rFonts w:ascii="Georgia" w:hAnsi="Georgia"/>
          <w:sz w:val="23"/>
        </w:rPr>
        <w:t>Behind him, Vee went very still.</w:t>
      </w:r>
    </w:p>
    <w:p>
      <w:pPr>
        <w:spacing w:after="80"/>
      </w:pPr>
      <w:r>
        <w:rPr>
          <w:rFonts w:ascii="Georgia" w:hAnsi="Georgia"/>
          <w:sz w:val="23"/>
        </w:rPr>
        <w:t>Devin didn’t say anything.</w:t>
      </w:r>
    </w:p>
    <w:p>
      <w:pPr>
        <w:spacing w:after="80"/>
      </w:pPr>
      <w:r>
        <w:rPr>
          <w:rFonts w:ascii="Georgia" w:hAnsi="Georgia"/>
          <w:sz w:val="23"/>
        </w:rPr>
        <w:t>He didn’t have to.</w:t>
      </w:r>
    </w:p>
    <w:p>
      <w:pPr>
        <w:spacing w:after="80"/>
      </w:pPr>
      <w:r>
        <w:rPr>
          <w:rFonts w:ascii="Georgia" w:hAnsi="Georgia"/>
          <w:sz w:val="23"/>
        </w:rPr>
        <w:t>Then the phone buzzed in Noah’s hand.</w:t>
      </w:r>
    </w:p>
    <w:p>
      <w:pPr>
        <w:spacing w:after="80"/>
      </w:pPr>
      <w:r>
        <w:rPr>
          <w:rFonts w:ascii="Georgia" w:hAnsi="Georgia"/>
          <w:sz w:val="23"/>
        </w:rPr>
        <w:t>A new message.</w:t>
      </w:r>
    </w:p>
    <w:p>
      <w:pPr>
        <w:spacing w:after="80"/>
      </w:pPr>
      <w:r>
        <w:rPr>
          <w:rFonts w:ascii="Georgia" w:hAnsi="Georgia"/>
          <w:sz w:val="23"/>
        </w:rPr>
        <w:t>Unknown number.</w:t>
      </w:r>
    </w:p>
    <w:p>
      <w:pPr>
        <w:spacing w:after="80"/>
      </w:pPr>
      <w:r>
        <w:rPr>
          <w:rFonts w:ascii="Georgia" w:hAnsi="Georgia"/>
          <w:sz w:val="23"/>
        </w:rPr>
        <w:t>Noah stared at the screen.</w:t>
      </w:r>
    </w:p>
    <w:p>
      <w:pPr>
        <w:spacing w:after="80"/>
      </w:pPr>
      <w:r>
        <w:rPr>
          <w:rFonts w:ascii="Georgia" w:hAnsi="Georgia"/>
          <w:sz w:val="23"/>
        </w:rPr>
        <w:t>And for the first time since this started, he didn’t want to open it.</w:t>
      </w:r>
    </w:p>
    <w:p>
      <w:r>
        <w:br w:type="page"/>
      </w:r>
    </w:p>
    <w:p>
      <w:pPr>
        <w:spacing w:after="40"/>
        <w:jc w:val="center"/>
      </w:pPr>
      <w:r>
        <w:rPr>
          <w:rFonts w:ascii="Georgia" w:hAnsi="Georgia"/>
          <w:b/>
          <w:i w:val="0"/>
          <w:sz w:val="28"/>
        </w:rPr>
        <w:t>Chapter 10</w:t>
      </w:r>
    </w:p>
    <w:p>
      <w:pPr>
        <w:spacing w:after="200"/>
        <w:jc w:val="center"/>
      </w:pPr>
      <w:r>
        <w:rPr>
          <w:rFonts w:ascii="Georgia" w:hAnsi="Georgia"/>
          <w:b w:val="0"/>
          <w:i/>
          <w:sz w:val="24"/>
        </w:rPr>
        <w:t>Micah Fires Back</w:t>
      </w:r>
    </w:p>
    <w:p>
      <w:pPr>
        <w:spacing w:after="80"/>
      </w:pPr>
      <w:r>
        <w:rPr>
          <w:rFonts w:ascii="Georgia" w:hAnsi="Georgia"/>
          <w:sz w:val="23"/>
        </w:rPr>
        <w:t>The assistant coach was halfway to the parking lot before Noah’s body caught up to what his eyes had seen.</w:t>
      </w:r>
    </w:p>
    <w:p>
      <w:pPr>
        <w:spacing w:after="80"/>
      </w:pPr>
      <w:r>
        <w:rPr>
          <w:rFonts w:ascii="Georgia" w:hAnsi="Georgia"/>
          <w:sz w:val="23"/>
        </w:rPr>
        <w:t>“Did you see that?” he asked.</w:t>
      </w:r>
    </w:p>
    <w:p>
      <w:pPr>
        <w:spacing w:after="80"/>
      </w:pPr>
      <w:r>
        <w:rPr>
          <w:rFonts w:ascii="Georgia" w:hAnsi="Georgia"/>
          <w:sz w:val="23"/>
        </w:rPr>
        <w:t>Vee did not even blink. “Yes.”</w:t>
      </w:r>
    </w:p>
    <w:p>
      <w:pPr>
        <w:spacing w:after="80"/>
      </w:pPr>
      <w:r>
        <w:rPr>
          <w:rFonts w:ascii="Georgia" w:hAnsi="Georgia"/>
          <w:sz w:val="23"/>
        </w:rPr>
        <w:t>Devin straightened. “See what?”</w:t>
      </w:r>
    </w:p>
    <w:p>
      <w:pPr>
        <w:spacing w:after="80"/>
      </w:pPr>
      <w:r>
        <w:rPr>
          <w:rFonts w:ascii="Georgia" w:hAnsi="Georgia"/>
          <w:sz w:val="23"/>
        </w:rPr>
        <w:t>Noah looked from him to the assistant’s back. “He took Coach’s call sheet.”</w:t>
      </w:r>
    </w:p>
    <w:p>
      <w:pPr>
        <w:spacing w:after="80"/>
      </w:pPr>
      <w:r>
        <w:rPr>
          <w:rFonts w:ascii="Georgia" w:hAnsi="Georgia"/>
          <w:sz w:val="23"/>
        </w:rPr>
        <w:t>Devin frowned. “What?”</w:t>
      </w:r>
    </w:p>
    <w:p>
      <w:pPr>
        <w:spacing w:after="80"/>
      </w:pPr>
      <w:r>
        <w:rPr>
          <w:rFonts w:ascii="Georgia" w:hAnsi="Georgia"/>
          <w:sz w:val="23"/>
        </w:rPr>
        <w:t>Across the field, the assistant coach—Coach Darnell to the team, Darnell to adults, mostly just Coach to everybody else—kept walking like nothing was unusual. One equipment bag in his left hand. The folded sheet gone into the front pocket of his hoodie like it had always belonged there.</w:t>
      </w:r>
    </w:p>
    <w:p>
      <w:pPr>
        <w:spacing w:after="80"/>
      </w:pPr>
      <w:r>
        <w:rPr>
          <w:rFonts w:ascii="Georgia" w:hAnsi="Georgia"/>
          <w:sz w:val="23"/>
        </w:rPr>
        <w:t>Jalen and Rico were still joking near the bench.</w:t>
      </w:r>
    </w:p>
    <w:p>
      <w:pPr>
        <w:spacing w:after="80"/>
      </w:pPr>
      <w:r>
        <w:rPr>
          <w:rFonts w:ascii="Georgia" w:hAnsi="Georgia"/>
          <w:sz w:val="23"/>
        </w:rPr>
        <w:t>Micah had not noticed yet.</w:t>
      </w:r>
    </w:p>
    <w:p>
      <w:pPr>
        <w:spacing w:after="80"/>
      </w:pPr>
      <w:r>
        <w:rPr>
          <w:rFonts w:ascii="Georgia" w:hAnsi="Georgia"/>
          <w:sz w:val="23"/>
        </w:rPr>
        <w:t>Coach Law was on the far side of the field locking down a rolling cart full of cones and belts.</w:t>
      </w:r>
    </w:p>
    <w:p>
      <w:pPr>
        <w:spacing w:after="80"/>
      </w:pPr>
      <w:r>
        <w:rPr>
          <w:rFonts w:ascii="Georgia" w:hAnsi="Georgia"/>
          <w:sz w:val="23"/>
        </w:rPr>
        <w:t>This was the kind of moment where football taught you something fast:</w:t>
      </w:r>
    </w:p>
    <w:p>
      <w:pPr>
        <w:spacing w:after="80"/>
      </w:pPr>
      <w:r>
        <w:rPr>
          <w:rFonts w:ascii="Georgia" w:hAnsi="Georgia"/>
          <w:sz w:val="23"/>
        </w:rPr>
        <w:t>The wrong reaction could blow the whole play.</w:t>
      </w:r>
    </w:p>
    <w:p>
      <w:pPr>
        <w:spacing w:after="80"/>
      </w:pPr>
      <w:r>
        <w:rPr>
          <w:rFonts w:ascii="Georgia" w:hAnsi="Georgia"/>
          <w:sz w:val="23"/>
        </w:rPr>
        <w:t>Noah looked at Vee. “We tell my dad right now.”</w:t>
      </w:r>
    </w:p>
    <w:p>
      <w:pPr>
        <w:spacing w:after="80"/>
      </w:pPr>
      <w:r>
        <w:rPr>
          <w:rFonts w:ascii="Georgia" w:hAnsi="Georgia"/>
          <w:sz w:val="23"/>
        </w:rPr>
        <w:t>Vee tilted her head. “Maybe.”</w:t>
      </w:r>
    </w:p>
    <w:p>
      <w:pPr>
        <w:spacing w:after="80"/>
      </w:pPr>
      <w:r>
        <w:rPr>
          <w:rFonts w:ascii="Georgia" w:hAnsi="Georgia"/>
          <w:sz w:val="23"/>
        </w:rPr>
        <w:t>“Maybe?”</w:t>
      </w:r>
    </w:p>
    <w:p>
      <w:pPr>
        <w:spacing w:after="80"/>
      </w:pPr>
      <w:r>
        <w:rPr>
          <w:rFonts w:ascii="Georgia" w:hAnsi="Georgia"/>
          <w:sz w:val="23"/>
        </w:rPr>
        <w:t>“If you tell him now, Coach Darnell dumps the sheet, says it was an accident, and everybody starts acting careful.”</w:t>
      </w:r>
    </w:p>
    <w:p>
      <w:pPr>
        <w:spacing w:after="80"/>
      </w:pPr>
      <w:r>
        <w:rPr>
          <w:rFonts w:ascii="Georgia" w:hAnsi="Georgia"/>
          <w:sz w:val="23"/>
        </w:rPr>
        <w:t>Noah stared at her.</w:t>
      </w:r>
    </w:p>
    <w:p>
      <w:pPr>
        <w:spacing w:after="80"/>
      </w:pPr>
      <w:r>
        <w:rPr>
          <w:rFonts w:ascii="Georgia" w:hAnsi="Georgia"/>
          <w:sz w:val="23"/>
        </w:rPr>
        <w:t>She pointed toward the lot with her chin. “If you let him go ten more seconds, maybe you learn where he’s taking it.”</w:t>
      </w:r>
    </w:p>
    <w:p>
      <w:pPr>
        <w:spacing w:after="80"/>
      </w:pPr>
      <w:r>
        <w:rPr>
          <w:rFonts w:ascii="Georgia" w:hAnsi="Georgia"/>
          <w:sz w:val="23"/>
        </w:rPr>
        <w:t>That was the worst thing about Vee.</w:t>
      </w:r>
    </w:p>
    <w:p>
      <w:pPr>
        <w:spacing w:after="80"/>
      </w:pPr>
      <w:r>
        <w:rPr>
          <w:rFonts w:ascii="Georgia" w:hAnsi="Georgia"/>
          <w:sz w:val="23"/>
        </w:rPr>
        <w:t>Too often, she made sense right when Noah wanted to do something louder.</w:t>
      </w:r>
    </w:p>
    <w:p>
      <w:pPr>
        <w:spacing w:after="80"/>
      </w:pPr>
      <w:r>
        <w:rPr>
          <w:rFonts w:ascii="Georgia" w:hAnsi="Georgia"/>
          <w:sz w:val="23"/>
        </w:rPr>
        <w:t>Devin stepped in. “I don’t love us following adults into parking lots as a hobby.”</w:t>
      </w:r>
    </w:p>
    <w:p>
      <w:pPr>
        <w:spacing w:after="80"/>
      </w:pPr>
      <w:r>
        <w:rPr>
          <w:rFonts w:ascii="Georgia" w:hAnsi="Georgia"/>
          <w:sz w:val="23"/>
        </w:rPr>
        <w:t>“We’re not following an adult,” Vee said. “We’re watching a thief.”</w:t>
      </w:r>
    </w:p>
    <w:p>
      <w:pPr>
        <w:spacing w:after="80"/>
      </w:pPr>
      <w:r>
        <w:rPr>
          <w:rFonts w:ascii="Georgia" w:hAnsi="Georgia"/>
          <w:sz w:val="23"/>
        </w:rPr>
        <w:t>“We don’t know that,” Devin said.</w:t>
      </w:r>
    </w:p>
    <w:p>
      <w:pPr>
        <w:spacing w:after="80"/>
      </w:pPr>
      <w:r>
        <w:rPr>
          <w:rFonts w:ascii="Georgia" w:hAnsi="Georgia"/>
          <w:sz w:val="23"/>
        </w:rPr>
        <w:t>Noah did.</w:t>
      </w:r>
    </w:p>
    <w:p>
      <w:pPr>
        <w:spacing w:after="80"/>
      </w:pPr>
      <w:r>
        <w:rPr>
          <w:rFonts w:ascii="Georgia" w:hAnsi="Georgia"/>
          <w:sz w:val="23"/>
        </w:rPr>
        <w:t>Or at least he thought he did.</w:t>
      </w:r>
    </w:p>
    <w:p>
      <w:pPr>
        <w:spacing w:after="80"/>
      </w:pPr>
      <w:r>
        <w:rPr>
          <w:rFonts w:ascii="Georgia" w:hAnsi="Georgia"/>
          <w:sz w:val="23"/>
        </w:rPr>
        <w:t>Then again, he had thought things before and gotten himself into trouble for it.</w:t>
      </w:r>
    </w:p>
    <w:p>
      <w:pPr>
        <w:spacing w:after="80"/>
      </w:pPr>
      <w:r>
        <w:rPr>
          <w:rFonts w:ascii="Georgia" w:hAnsi="Georgia"/>
          <w:sz w:val="23"/>
        </w:rPr>
        <w:t>Across the field, Coach Darnell reached the rope line and stepped through the opening toward the lot.</w:t>
      </w:r>
    </w:p>
    <w:p>
      <w:pPr>
        <w:spacing w:after="80"/>
      </w:pPr>
      <w:r>
        <w:rPr>
          <w:rFonts w:ascii="Georgia" w:hAnsi="Georgia"/>
          <w:sz w:val="23"/>
        </w:rPr>
        <w:t>Noah made the decision.</w:t>
      </w:r>
    </w:p>
    <w:p>
      <w:pPr>
        <w:spacing w:after="80"/>
      </w:pPr>
      <w:r>
        <w:rPr>
          <w:rFonts w:ascii="Georgia" w:hAnsi="Georgia"/>
          <w:sz w:val="23"/>
        </w:rPr>
        <w:t>“Thirty seconds,” he said. “That’s it.”</w:t>
      </w:r>
    </w:p>
    <w:p>
      <w:pPr>
        <w:spacing w:after="80"/>
      </w:pPr>
      <w:r>
        <w:rPr>
          <w:rFonts w:ascii="Georgia" w:hAnsi="Georgia"/>
          <w:sz w:val="23"/>
        </w:rPr>
        <w:t>Then he started walking.</w:t>
      </w:r>
    </w:p>
    <w:p>
      <w:pPr>
        <w:spacing w:after="80"/>
      </w:pPr>
      <w:r>
        <w:rPr>
          <w:rFonts w:ascii="Georgia" w:hAnsi="Georgia"/>
          <w:sz w:val="23"/>
        </w:rPr>
        <w:t>Not running. Running turned heads.</w:t>
      </w:r>
    </w:p>
    <w:p>
      <w:pPr>
        <w:spacing w:after="80"/>
      </w:pPr>
      <w:r>
        <w:rPr>
          <w:rFonts w:ascii="Georgia" w:hAnsi="Georgia"/>
          <w:sz w:val="23"/>
        </w:rPr>
        <w:t>Walking fast.</w:t>
      </w:r>
    </w:p>
    <w:p>
      <w:pPr>
        <w:spacing w:after="80"/>
      </w:pPr>
      <w:r>
        <w:rPr>
          <w:rFonts w:ascii="Georgia" w:hAnsi="Georgia"/>
          <w:sz w:val="23"/>
        </w:rPr>
        <w:t>Vee moved with him immediately. Devin came too, muttering something that sounded like, “This is exactly the kind of decision people regret on documentaries.”</w:t>
      </w:r>
    </w:p>
    <w:p>
      <w:pPr>
        <w:spacing w:after="80"/>
      </w:pPr>
      <w:r>
        <w:rPr>
          <w:rFonts w:ascii="Georgia" w:hAnsi="Georgia"/>
          <w:sz w:val="23"/>
        </w:rPr>
        <w:t>They cut behind the bleachers instead of straight across open field. Smart. Hidden. It also felt like exactly the kind of route kids took when they knew they were doing something they would later have to explain badly.</w:t>
      </w:r>
    </w:p>
    <w:p>
      <w:pPr>
        <w:spacing w:after="80"/>
      </w:pPr>
      <w:r>
        <w:rPr>
          <w:rFonts w:ascii="Georgia" w:hAnsi="Georgia"/>
          <w:sz w:val="23"/>
        </w:rPr>
        <w:t>From behind the aluminum rows, Noah could see slices of the lot through the gaps.</w:t>
      </w:r>
    </w:p>
    <w:p>
      <w:pPr>
        <w:spacing w:after="80"/>
      </w:pPr>
      <w:r>
        <w:rPr>
          <w:rFonts w:ascii="Georgia" w:hAnsi="Georgia"/>
          <w:sz w:val="23"/>
        </w:rPr>
        <w:t>Coach Darnell had not gone to his car.</w:t>
      </w:r>
    </w:p>
    <w:p>
      <w:pPr>
        <w:spacing w:after="80"/>
      </w:pPr>
      <w:r>
        <w:rPr>
          <w:rFonts w:ascii="Georgia" w:hAnsi="Georgia"/>
          <w:sz w:val="23"/>
        </w:rPr>
        <w:t>He had stopped near the far corner by the chain-link fence, where the lot met the narrow service drive that wrapped around the rec center.</w:t>
      </w:r>
    </w:p>
    <w:p>
      <w:pPr>
        <w:spacing w:after="80"/>
      </w:pPr>
      <w:r>
        <w:rPr>
          <w:rFonts w:ascii="Georgia" w:hAnsi="Georgia"/>
          <w:sz w:val="23"/>
        </w:rPr>
        <w:t>He set the equipment bag down.</w:t>
      </w:r>
    </w:p>
    <w:p>
      <w:pPr>
        <w:spacing w:after="80"/>
      </w:pPr>
      <w:r>
        <w:rPr>
          <w:rFonts w:ascii="Georgia" w:hAnsi="Georgia"/>
          <w:sz w:val="23"/>
        </w:rPr>
        <w:t>Looked once toward the field.</w:t>
      </w:r>
    </w:p>
    <w:p>
      <w:pPr>
        <w:spacing w:after="80"/>
      </w:pPr>
      <w:r>
        <w:rPr>
          <w:rFonts w:ascii="Georgia" w:hAnsi="Georgia"/>
          <w:sz w:val="23"/>
        </w:rPr>
        <w:t>Then reached into his hoodie pocket.</w:t>
      </w:r>
    </w:p>
    <w:p>
      <w:pPr>
        <w:spacing w:after="80"/>
      </w:pPr>
      <w:r>
        <w:rPr>
          <w:rFonts w:ascii="Georgia" w:hAnsi="Georgia"/>
          <w:sz w:val="23"/>
        </w:rPr>
        <w:t>The call sheet came out.</w:t>
      </w:r>
    </w:p>
    <w:p>
      <w:pPr>
        <w:spacing w:after="80"/>
      </w:pPr>
      <w:r>
        <w:rPr>
          <w:rFonts w:ascii="Georgia" w:hAnsi="Georgia"/>
          <w:sz w:val="23"/>
        </w:rPr>
        <w:t>Noah’s pulse slammed.</w:t>
      </w:r>
    </w:p>
    <w:p>
      <w:pPr>
        <w:spacing w:after="80"/>
      </w:pPr>
      <w:r>
        <w:rPr>
          <w:rFonts w:ascii="Georgia" w:hAnsi="Georgia"/>
          <w:sz w:val="23"/>
        </w:rPr>
        <w:t>“Okay,” Devin whispered. “Okay, that’s not normal.”</w:t>
      </w:r>
    </w:p>
    <w:p>
      <w:pPr>
        <w:spacing w:after="80"/>
      </w:pPr>
      <w:r>
        <w:rPr>
          <w:rFonts w:ascii="Georgia" w:hAnsi="Georgia"/>
          <w:sz w:val="23"/>
        </w:rPr>
        <w:t>Coach Darnell unfolded the paper halfway and looked at it.</w:t>
      </w:r>
    </w:p>
    <w:p>
      <w:pPr>
        <w:spacing w:after="80"/>
      </w:pPr>
      <w:r>
        <w:rPr>
          <w:rFonts w:ascii="Georgia" w:hAnsi="Georgia"/>
          <w:sz w:val="23"/>
        </w:rPr>
        <w:t>Then a car rolled slowly down the service drive.</w:t>
      </w:r>
    </w:p>
    <w:p>
      <w:pPr>
        <w:spacing w:after="80"/>
      </w:pPr>
      <w:r>
        <w:rPr>
          <w:rFonts w:ascii="Georgia" w:hAnsi="Georgia"/>
          <w:sz w:val="23"/>
        </w:rPr>
        <w:t>Dark sedan. Tinted windows. Not one of the usual parent cars Noah recognized from the team lot.</w:t>
      </w:r>
    </w:p>
    <w:p>
      <w:pPr>
        <w:spacing w:after="80"/>
      </w:pPr>
      <w:r>
        <w:rPr>
          <w:rFonts w:ascii="Georgia" w:hAnsi="Georgia"/>
          <w:sz w:val="23"/>
        </w:rPr>
        <w:t>The passenger window lowered just enough for a hand to come out.</w:t>
      </w:r>
    </w:p>
    <w:p>
      <w:pPr>
        <w:spacing w:after="80"/>
      </w:pPr>
      <w:r>
        <w:rPr>
          <w:rFonts w:ascii="Georgia" w:hAnsi="Georgia"/>
          <w:sz w:val="23"/>
        </w:rPr>
        <w:t>Not a whole arm. Just a hand.</w:t>
      </w:r>
    </w:p>
    <w:p>
      <w:pPr>
        <w:spacing w:after="80"/>
      </w:pPr>
      <w:r>
        <w:rPr>
          <w:rFonts w:ascii="Georgia" w:hAnsi="Georgia"/>
          <w:sz w:val="23"/>
        </w:rPr>
        <w:t>Coach Darnell stepped closer.</w:t>
      </w:r>
    </w:p>
    <w:p>
      <w:pPr>
        <w:spacing w:after="80"/>
      </w:pPr>
      <w:r>
        <w:rPr>
          <w:rFonts w:ascii="Georgia" w:hAnsi="Georgia"/>
          <w:sz w:val="23"/>
        </w:rPr>
        <w:t>Vee grabbed Noah’s sleeve.</w:t>
      </w:r>
    </w:p>
    <w:p>
      <w:pPr>
        <w:spacing w:after="80"/>
      </w:pPr>
      <w:r>
        <w:rPr>
          <w:rFonts w:ascii="Georgia" w:hAnsi="Georgia"/>
          <w:sz w:val="23"/>
        </w:rPr>
        <w:t>“Wait.”</w:t>
      </w:r>
    </w:p>
    <w:p>
      <w:pPr>
        <w:spacing w:after="80"/>
      </w:pPr>
      <w:r>
        <w:rPr>
          <w:rFonts w:ascii="Georgia" w:hAnsi="Georgia"/>
          <w:sz w:val="23"/>
        </w:rPr>
        <w:t>The hand stayed out.</w:t>
      </w:r>
    </w:p>
    <w:p>
      <w:pPr>
        <w:spacing w:after="80"/>
      </w:pPr>
      <w:r>
        <w:rPr>
          <w:rFonts w:ascii="Georgia" w:hAnsi="Georgia"/>
          <w:sz w:val="23"/>
        </w:rPr>
        <w:t>Coach Darnell hesitated for one second—one weird, hanging second that made Noah think maybe, just maybe, he would stop and back away and become normal again.</w:t>
      </w:r>
    </w:p>
    <w:p>
      <w:pPr>
        <w:spacing w:after="80"/>
      </w:pPr>
      <w:r>
        <w:rPr>
          <w:rFonts w:ascii="Georgia" w:hAnsi="Georgia"/>
          <w:sz w:val="23"/>
        </w:rPr>
        <w:t>Then he passed the folded call sheet through the window.</w:t>
      </w:r>
    </w:p>
    <w:p>
      <w:pPr>
        <w:spacing w:after="80"/>
      </w:pPr>
      <w:r>
        <w:rPr>
          <w:rFonts w:ascii="Georgia" w:hAnsi="Georgia"/>
          <w:sz w:val="23"/>
        </w:rPr>
        <w:t>Noah took one step forward before he even realized he had moved.</w:t>
      </w:r>
    </w:p>
    <w:p>
      <w:pPr>
        <w:spacing w:after="80"/>
      </w:pPr>
      <w:r>
        <w:rPr>
          <w:rFonts w:ascii="Georgia" w:hAnsi="Georgia"/>
          <w:sz w:val="23"/>
        </w:rPr>
        <w:t>Devin grabbed the back of his jersey. “No.”</w:t>
      </w:r>
    </w:p>
    <w:p>
      <w:pPr>
        <w:spacing w:after="80"/>
      </w:pPr>
      <w:r>
        <w:rPr>
          <w:rFonts w:ascii="Georgia" w:hAnsi="Georgia"/>
          <w:sz w:val="23"/>
        </w:rPr>
        <w:t>The sedan started rolling again.</w:t>
      </w:r>
    </w:p>
    <w:p>
      <w:pPr>
        <w:spacing w:after="80"/>
      </w:pPr>
      <w:r>
        <w:rPr>
          <w:rFonts w:ascii="Georgia" w:hAnsi="Georgia"/>
          <w:sz w:val="23"/>
        </w:rPr>
        <w:t>Not fast. Not panicked. Just moving.</w:t>
      </w:r>
    </w:p>
    <w:p>
      <w:pPr>
        <w:spacing w:after="80"/>
      </w:pPr>
      <w:r>
        <w:rPr>
          <w:rFonts w:ascii="Georgia" w:hAnsi="Georgia"/>
          <w:sz w:val="23"/>
        </w:rPr>
        <w:t>Coach Darnell tucked both hands in his pockets and turned back toward the field.</w:t>
      </w:r>
    </w:p>
    <w:p>
      <w:pPr>
        <w:spacing w:after="80"/>
      </w:pPr>
      <w:r>
        <w:rPr>
          <w:rFonts w:ascii="Georgia" w:hAnsi="Georgia"/>
          <w:sz w:val="23"/>
        </w:rPr>
        <w:t>Like nothing had happened.</w:t>
      </w:r>
    </w:p>
    <w:p>
      <w:pPr>
        <w:spacing w:after="80"/>
      </w:pPr>
      <w:r>
        <w:rPr>
          <w:rFonts w:ascii="Georgia" w:hAnsi="Georgia"/>
          <w:sz w:val="23"/>
        </w:rPr>
        <w:t>Like he had just dropped off dry cleaning.</w:t>
      </w:r>
    </w:p>
    <w:p>
      <w:pPr>
        <w:spacing w:after="80"/>
      </w:pPr>
      <w:r>
        <w:rPr>
          <w:rFonts w:ascii="Georgia" w:hAnsi="Georgia"/>
          <w:sz w:val="23"/>
        </w:rPr>
        <w:t>Noah looked at Vee.</w:t>
      </w:r>
    </w:p>
    <w:p>
      <w:pPr>
        <w:spacing w:after="80"/>
      </w:pPr>
      <w:r>
        <w:rPr>
          <w:rFonts w:ascii="Georgia" w:hAnsi="Georgia"/>
          <w:sz w:val="23"/>
        </w:rPr>
        <w:t>She looked at him.</w:t>
      </w:r>
    </w:p>
    <w:p>
      <w:pPr>
        <w:spacing w:after="80"/>
      </w:pPr>
      <w:r>
        <w:rPr>
          <w:rFonts w:ascii="Georgia" w:hAnsi="Georgia"/>
          <w:sz w:val="23"/>
        </w:rPr>
        <w:t>That part was enough. They both knew it.</w:t>
      </w:r>
    </w:p>
    <w:p>
      <w:pPr>
        <w:spacing w:after="80"/>
      </w:pPr>
      <w:r>
        <w:rPr>
          <w:rFonts w:ascii="Georgia" w:hAnsi="Georgia"/>
          <w:sz w:val="23"/>
        </w:rPr>
        <w:t>Then the sedan’s brake lights flashed.</w:t>
      </w:r>
    </w:p>
    <w:p>
      <w:pPr>
        <w:spacing w:after="80"/>
      </w:pPr>
      <w:r>
        <w:rPr>
          <w:rFonts w:ascii="Georgia" w:hAnsi="Georgia"/>
          <w:sz w:val="23"/>
        </w:rPr>
        <w:t>The passenger window slid down again.</w:t>
      </w:r>
    </w:p>
    <w:p>
      <w:pPr>
        <w:spacing w:after="80"/>
      </w:pPr>
      <w:r>
        <w:rPr>
          <w:rFonts w:ascii="Georgia" w:hAnsi="Georgia"/>
          <w:sz w:val="23"/>
        </w:rPr>
        <w:t>A folded paper came back out.</w:t>
      </w:r>
    </w:p>
    <w:p>
      <w:pPr>
        <w:spacing w:after="80"/>
      </w:pPr>
      <w:r>
        <w:rPr>
          <w:rFonts w:ascii="Georgia" w:hAnsi="Georgia"/>
          <w:sz w:val="23"/>
        </w:rPr>
        <w:t>Coach Darnell took it.</w:t>
      </w:r>
    </w:p>
    <w:p>
      <w:pPr>
        <w:spacing w:after="80"/>
      </w:pPr>
      <w:r>
        <w:rPr>
          <w:rFonts w:ascii="Georgia" w:hAnsi="Georgia"/>
          <w:sz w:val="23"/>
        </w:rPr>
        <w:t>The car rolled on and disappeared behind the rec center.</w:t>
      </w:r>
    </w:p>
    <w:p>
      <w:pPr>
        <w:spacing w:after="80"/>
      </w:pPr>
      <w:r>
        <w:rPr>
          <w:rFonts w:ascii="Georgia" w:hAnsi="Georgia"/>
          <w:sz w:val="23"/>
        </w:rPr>
        <w:t>Nobody moved for half a second.</w:t>
      </w:r>
    </w:p>
    <w:p>
      <w:pPr>
        <w:spacing w:after="80"/>
      </w:pPr>
      <w:r>
        <w:rPr>
          <w:rFonts w:ascii="Georgia" w:hAnsi="Georgia"/>
          <w:sz w:val="23"/>
        </w:rPr>
        <w:t>Then Coach Darnell put the new folded paper into his hoodie pocket, grabbed the equipment bag, and started back toward the field.</w:t>
      </w:r>
    </w:p>
    <w:p>
      <w:pPr>
        <w:spacing w:after="80"/>
      </w:pPr>
      <w:r>
        <w:rPr>
          <w:rFonts w:ascii="Georgia" w:hAnsi="Georgia"/>
          <w:sz w:val="23"/>
        </w:rPr>
        <w:t>“We go now,” Devin said.</w:t>
      </w:r>
    </w:p>
    <w:p>
      <w:pPr>
        <w:spacing w:after="80"/>
      </w:pPr>
      <w:r>
        <w:rPr>
          <w:rFonts w:ascii="Georgia" w:hAnsi="Georgia"/>
          <w:sz w:val="23"/>
        </w:rPr>
        <w:t>Noah nodded once.</w:t>
      </w:r>
    </w:p>
    <w:p>
      <w:pPr>
        <w:spacing w:after="80"/>
      </w:pPr>
      <w:r>
        <w:rPr>
          <w:rFonts w:ascii="Georgia" w:hAnsi="Georgia"/>
          <w:sz w:val="23"/>
        </w:rPr>
        <w:t>They moved fast, cutting back around the bleachers and out toward the sideline from a different angle than they had used before. Noah forced himself not to sprint. Sprinting drew whistles, questions, adult eyes.</w:t>
      </w:r>
    </w:p>
    <w:p>
      <w:pPr>
        <w:spacing w:after="80"/>
      </w:pPr>
      <w:r>
        <w:rPr>
          <w:rFonts w:ascii="Georgia" w:hAnsi="Georgia"/>
          <w:sz w:val="23"/>
        </w:rPr>
        <w:t>By the time they reappeared near the bench, Coach Darnell was still twenty yards away, walking easy.</w:t>
      </w:r>
    </w:p>
    <w:p>
      <w:pPr>
        <w:spacing w:after="80"/>
      </w:pPr>
      <w:r>
        <w:rPr>
          <w:rFonts w:ascii="Georgia" w:hAnsi="Georgia"/>
          <w:sz w:val="23"/>
        </w:rPr>
        <w:t>Too easy.</w:t>
      </w:r>
    </w:p>
    <w:p>
      <w:pPr>
        <w:spacing w:after="80"/>
      </w:pPr>
      <w:r>
        <w:rPr>
          <w:rFonts w:ascii="Georgia" w:hAnsi="Georgia"/>
          <w:sz w:val="23"/>
        </w:rPr>
        <w:t>Coach Law looked up from the cart. “Where’d you three go?”</w:t>
      </w:r>
    </w:p>
    <w:p>
      <w:pPr>
        <w:spacing w:after="80"/>
      </w:pPr>
      <w:r>
        <w:rPr>
          <w:rFonts w:ascii="Georgia" w:hAnsi="Georgia"/>
          <w:sz w:val="23"/>
        </w:rPr>
        <w:t>“Water,” Devin said instantly.</w:t>
      </w:r>
    </w:p>
    <w:p>
      <w:pPr>
        <w:spacing w:after="80"/>
      </w:pPr>
      <w:r>
        <w:rPr>
          <w:rFonts w:ascii="Georgia" w:hAnsi="Georgia"/>
          <w:sz w:val="23"/>
        </w:rPr>
        <w:t>Vee held up the football she was carrying. “And this was rolling.”</w:t>
      </w:r>
    </w:p>
    <w:p>
      <w:pPr>
        <w:spacing w:after="80"/>
      </w:pPr>
      <w:r>
        <w:rPr>
          <w:rFonts w:ascii="Georgia" w:hAnsi="Georgia"/>
          <w:sz w:val="23"/>
        </w:rPr>
        <w:t>Coach Law looked at the football, then at Vee, then at Noah.</w:t>
      </w:r>
    </w:p>
    <w:p>
      <w:pPr>
        <w:spacing w:after="80"/>
      </w:pPr>
      <w:r>
        <w:rPr>
          <w:rFonts w:ascii="Georgia" w:hAnsi="Georgia"/>
          <w:sz w:val="23"/>
        </w:rPr>
        <w:t>Noah felt that look all the way down to his cleats.</w:t>
      </w:r>
    </w:p>
    <w:p>
      <w:pPr>
        <w:spacing w:after="80"/>
      </w:pPr>
      <w:r>
        <w:rPr>
          <w:rFonts w:ascii="Georgia" w:hAnsi="Georgia"/>
          <w:sz w:val="23"/>
        </w:rPr>
        <w:t>He said, “Can I talk to you?”</w:t>
      </w:r>
    </w:p>
    <w:p>
      <w:pPr>
        <w:spacing w:after="80"/>
      </w:pPr>
      <w:r>
        <w:rPr>
          <w:rFonts w:ascii="Georgia" w:hAnsi="Georgia"/>
          <w:sz w:val="23"/>
        </w:rPr>
        <w:t>“Now?”</w:t>
      </w:r>
    </w:p>
    <w:p>
      <w:pPr>
        <w:spacing w:after="80"/>
      </w:pPr>
      <w:r>
        <w:rPr>
          <w:rFonts w:ascii="Georgia" w:hAnsi="Georgia"/>
          <w:sz w:val="23"/>
        </w:rPr>
        <w:t>“Yes.”</w:t>
      </w:r>
    </w:p>
    <w:p>
      <w:pPr>
        <w:spacing w:after="80"/>
      </w:pPr>
      <w:r>
        <w:rPr>
          <w:rFonts w:ascii="Georgia" w:hAnsi="Georgia"/>
          <w:sz w:val="23"/>
        </w:rPr>
        <w:t>Something in his tone must have done the work, because Coach Law shut the cart and motioned him over toward the far sideline, away from the others.</w:t>
      </w:r>
    </w:p>
    <w:p>
      <w:pPr>
        <w:spacing w:after="80"/>
      </w:pPr>
      <w:r>
        <w:rPr>
          <w:rFonts w:ascii="Georgia" w:hAnsi="Georgia"/>
          <w:sz w:val="23"/>
        </w:rPr>
        <w:t>Noah followed.</w:t>
      </w:r>
    </w:p>
    <w:p>
      <w:pPr>
        <w:spacing w:after="80"/>
      </w:pPr>
      <w:r>
        <w:rPr>
          <w:rFonts w:ascii="Georgia" w:hAnsi="Georgia"/>
          <w:sz w:val="23"/>
        </w:rPr>
        <w:t>The moment they were out of normal earshot, he said, “Coach Darnell took your call sheet.”</w:t>
      </w:r>
    </w:p>
    <w:p>
      <w:pPr>
        <w:spacing w:after="80"/>
      </w:pPr>
      <w:r>
        <w:rPr>
          <w:rFonts w:ascii="Georgia" w:hAnsi="Georgia"/>
          <w:sz w:val="23"/>
        </w:rPr>
        <w:t>His dad’s face didn’t change.</w:t>
      </w:r>
    </w:p>
    <w:p>
      <w:pPr>
        <w:spacing w:after="80"/>
      </w:pPr>
      <w:r>
        <w:rPr>
          <w:rFonts w:ascii="Georgia" w:hAnsi="Georgia"/>
          <w:sz w:val="23"/>
        </w:rPr>
        <w:t>Good.</w:t>
      </w:r>
    </w:p>
    <w:p>
      <w:pPr>
        <w:spacing w:after="80"/>
      </w:pPr>
      <w:r>
        <w:rPr>
          <w:rFonts w:ascii="Georgia" w:hAnsi="Georgia"/>
          <w:sz w:val="23"/>
        </w:rPr>
        <w:t>That meant maybe Noah had finally brought him something big enough that the reaction stayed inside.</w:t>
      </w:r>
    </w:p>
    <w:p>
      <w:pPr>
        <w:spacing w:after="80"/>
      </w:pPr>
      <w:r>
        <w:rPr>
          <w:rFonts w:ascii="Georgia" w:hAnsi="Georgia"/>
          <w:sz w:val="23"/>
        </w:rPr>
        <w:t>“What?”</w:t>
      </w:r>
    </w:p>
    <w:p>
      <w:pPr>
        <w:spacing w:after="80"/>
      </w:pPr>
      <w:r>
        <w:rPr>
          <w:rFonts w:ascii="Georgia" w:hAnsi="Georgia"/>
          <w:sz w:val="23"/>
        </w:rPr>
        <w:t>“I saw him put it in his pocket.”</w:t>
      </w:r>
    </w:p>
    <w:p>
      <w:pPr>
        <w:spacing w:after="80"/>
      </w:pPr>
      <w:r>
        <w:rPr>
          <w:rFonts w:ascii="Georgia" w:hAnsi="Georgia"/>
          <w:sz w:val="23"/>
        </w:rPr>
        <w:t>“Who else saw?”</w:t>
      </w:r>
    </w:p>
    <w:p>
      <w:pPr>
        <w:spacing w:after="80"/>
      </w:pPr>
      <w:r>
        <w:rPr>
          <w:rFonts w:ascii="Georgia" w:hAnsi="Georgia"/>
          <w:sz w:val="23"/>
        </w:rPr>
        <w:t>“Vee. Devin.”</w:t>
      </w:r>
    </w:p>
    <w:p>
      <w:pPr>
        <w:spacing w:after="80"/>
      </w:pPr>
      <w:r>
        <w:rPr>
          <w:rFonts w:ascii="Georgia" w:hAnsi="Georgia"/>
          <w:sz w:val="23"/>
        </w:rPr>
        <w:t>Coach Law’s eyes slid toward them for one second, then back.</w:t>
      </w:r>
    </w:p>
    <w:p>
      <w:pPr>
        <w:spacing w:after="80"/>
      </w:pPr>
      <w:r>
        <w:rPr>
          <w:rFonts w:ascii="Georgia" w:hAnsi="Georgia"/>
          <w:sz w:val="23"/>
        </w:rPr>
        <w:t>Noah kept going before he could lose momentum. “He went to the parking lot. A car pulled up. He passed the sheet through the window. Then they gave him something back.”</w:t>
      </w:r>
    </w:p>
    <w:p>
      <w:pPr>
        <w:spacing w:after="80"/>
      </w:pPr>
      <w:r>
        <w:rPr>
          <w:rFonts w:ascii="Georgia" w:hAnsi="Georgia"/>
          <w:sz w:val="23"/>
        </w:rPr>
        <w:t>Now Coach Law’s face changed.</w:t>
      </w:r>
    </w:p>
    <w:p>
      <w:pPr>
        <w:spacing w:after="80"/>
      </w:pPr>
      <w:r>
        <w:rPr>
          <w:rFonts w:ascii="Georgia" w:hAnsi="Georgia"/>
          <w:sz w:val="23"/>
        </w:rPr>
        <w:t>Not much.</w:t>
      </w:r>
    </w:p>
    <w:p>
      <w:pPr>
        <w:spacing w:after="80"/>
      </w:pPr>
      <w:r>
        <w:rPr>
          <w:rFonts w:ascii="Georgia" w:hAnsi="Georgia"/>
          <w:sz w:val="23"/>
        </w:rPr>
        <w:t>Enough.</w:t>
      </w:r>
    </w:p>
    <w:p>
      <w:pPr>
        <w:spacing w:after="80"/>
      </w:pPr>
      <w:r>
        <w:rPr>
          <w:rFonts w:ascii="Georgia" w:hAnsi="Georgia"/>
          <w:sz w:val="23"/>
        </w:rPr>
        <w:t>“What kind of car?”</w:t>
      </w:r>
    </w:p>
    <w:p>
      <w:pPr>
        <w:spacing w:after="80"/>
      </w:pPr>
      <w:r>
        <w:rPr>
          <w:rFonts w:ascii="Georgia" w:hAnsi="Georgia"/>
          <w:sz w:val="23"/>
        </w:rPr>
        <w:t>“Dark sedan. Tinted windows.”</w:t>
      </w:r>
    </w:p>
    <w:p>
      <w:pPr>
        <w:spacing w:after="80"/>
      </w:pPr>
      <w:r>
        <w:rPr>
          <w:rFonts w:ascii="Georgia" w:hAnsi="Georgia"/>
          <w:sz w:val="23"/>
        </w:rPr>
        <w:t>“You see the plate?”</w:t>
      </w:r>
    </w:p>
    <w:p>
      <w:pPr>
        <w:spacing w:after="80"/>
      </w:pPr>
      <w:r>
        <w:rPr>
          <w:rFonts w:ascii="Georgia" w:hAnsi="Georgia"/>
          <w:sz w:val="23"/>
        </w:rPr>
        <w:t>“No.”</w:t>
      </w:r>
    </w:p>
    <w:p>
      <w:pPr>
        <w:spacing w:after="80"/>
      </w:pPr>
      <w:r>
        <w:rPr>
          <w:rFonts w:ascii="Georgia" w:hAnsi="Georgia"/>
          <w:sz w:val="23"/>
        </w:rPr>
        <w:t>“You see the driver?”</w:t>
      </w:r>
    </w:p>
    <w:p>
      <w:pPr>
        <w:spacing w:after="80"/>
      </w:pPr>
      <w:r>
        <w:rPr>
          <w:rFonts w:ascii="Georgia" w:hAnsi="Georgia"/>
          <w:sz w:val="23"/>
        </w:rPr>
        <w:t>“No.”</w:t>
      </w:r>
    </w:p>
    <w:p>
      <w:pPr>
        <w:spacing w:after="80"/>
      </w:pPr>
      <w:r>
        <w:rPr>
          <w:rFonts w:ascii="Georgia" w:hAnsi="Georgia"/>
          <w:sz w:val="23"/>
        </w:rPr>
        <w:t>His dad looked past him toward the lot.</w:t>
      </w:r>
    </w:p>
    <w:p>
      <w:pPr>
        <w:spacing w:after="80"/>
      </w:pPr>
      <w:r>
        <w:rPr>
          <w:rFonts w:ascii="Georgia" w:hAnsi="Georgia"/>
          <w:sz w:val="23"/>
        </w:rPr>
        <w:t>Then back.</w:t>
      </w:r>
    </w:p>
    <w:p>
      <w:pPr>
        <w:spacing w:after="80"/>
      </w:pPr>
      <w:r>
        <w:rPr>
          <w:rFonts w:ascii="Georgia" w:hAnsi="Georgia"/>
          <w:sz w:val="23"/>
        </w:rPr>
        <w:t>“You’re sure it was my sheet?”</w:t>
      </w:r>
    </w:p>
    <w:p>
      <w:pPr>
        <w:spacing w:after="80"/>
      </w:pPr>
      <w:r>
        <w:rPr>
          <w:rFonts w:ascii="Georgia" w:hAnsi="Georgia"/>
          <w:sz w:val="23"/>
        </w:rPr>
        <w:t>“Yes.”</w:t>
      </w:r>
    </w:p>
    <w:p>
      <w:pPr>
        <w:spacing w:after="80"/>
      </w:pPr>
      <w:r>
        <w:rPr>
          <w:rFonts w:ascii="Georgia" w:hAnsi="Georgia"/>
          <w:sz w:val="23"/>
        </w:rPr>
        <w:t>Coach Law held his stare for another second. “Get everybody off the field.”</w:t>
      </w:r>
    </w:p>
    <w:p>
      <w:pPr>
        <w:spacing w:after="80"/>
      </w:pPr>
      <w:r>
        <w:rPr>
          <w:rFonts w:ascii="Georgia" w:hAnsi="Georgia"/>
          <w:sz w:val="23"/>
        </w:rPr>
        <w:t>Noah blinked. “What?”</w:t>
      </w:r>
    </w:p>
    <w:p>
      <w:pPr>
        <w:spacing w:after="80"/>
      </w:pPr>
      <w:r>
        <w:rPr>
          <w:rFonts w:ascii="Georgia" w:hAnsi="Georgia"/>
          <w:sz w:val="23"/>
        </w:rPr>
        <w:t>“You heard me.”</w:t>
      </w:r>
    </w:p>
    <w:p>
      <w:pPr>
        <w:spacing w:after="80"/>
      </w:pPr>
      <w:r>
        <w:rPr>
          <w:rFonts w:ascii="Georgia" w:hAnsi="Georgia"/>
          <w:sz w:val="23"/>
        </w:rPr>
        <w:t>Then Coach Law was already moving.</w:t>
      </w:r>
    </w:p>
    <w:p>
      <w:pPr>
        <w:spacing w:after="80"/>
      </w:pPr>
      <w:r>
        <w:rPr>
          <w:rFonts w:ascii="Georgia" w:hAnsi="Georgia"/>
          <w:sz w:val="23"/>
        </w:rPr>
        <w:t>Not running.</w:t>
      </w:r>
    </w:p>
    <w:p>
      <w:pPr>
        <w:spacing w:after="80"/>
      </w:pPr>
      <w:r>
        <w:rPr>
          <w:rFonts w:ascii="Georgia" w:hAnsi="Georgia"/>
          <w:sz w:val="23"/>
        </w:rPr>
        <w:t>Coach Law never ran if he could help it.</w:t>
      </w:r>
    </w:p>
    <w:p>
      <w:pPr>
        <w:spacing w:after="80"/>
      </w:pPr>
      <w:r>
        <w:rPr>
          <w:rFonts w:ascii="Georgia" w:hAnsi="Georgia"/>
          <w:sz w:val="23"/>
        </w:rPr>
        <w:t>But the speed in his walk told the truth anyway.</w:t>
      </w:r>
    </w:p>
    <w:p>
      <w:pPr>
        <w:spacing w:after="80"/>
      </w:pPr>
      <w:r>
        <w:rPr>
          <w:rFonts w:ascii="Georgia" w:hAnsi="Georgia"/>
          <w:sz w:val="23"/>
        </w:rPr>
        <w:t>He cut straight toward Coach Darnell, who had just reached the bench area. Jalen noticed first and elbowed Rico. Owen looked up from tying his cleats. Micah straightened from where he had been scooping stray footballs into a bucket.</w:t>
      </w:r>
    </w:p>
    <w:p>
      <w:pPr>
        <w:spacing w:after="80"/>
      </w:pPr>
      <w:r>
        <w:rPr>
          <w:rFonts w:ascii="Georgia" w:hAnsi="Georgia"/>
          <w:sz w:val="23"/>
        </w:rPr>
        <w:t>The team felt the temperature shift before they knew why.</w:t>
      </w:r>
    </w:p>
    <w:p>
      <w:pPr>
        <w:spacing w:after="80"/>
      </w:pPr>
      <w:r>
        <w:rPr>
          <w:rFonts w:ascii="Georgia" w:hAnsi="Georgia"/>
          <w:sz w:val="23"/>
        </w:rPr>
        <w:t>That was football too.</w:t>
      </w:r>
    </w:p>
    <w:p>
      <w:pPr>
        <w:spacing w:after="80"/>
      </w:pPr>
      <w:r>
        <w:rPr>
          <w:rFonts w:ascii="Georgia" w:hAnsi="Georgia"/>
          <w:sz w:val="23"/>
        </w:rPr>
        <w:t>Adults did not need to yell for kids to know something had gone wrong.</w:t>
      </w:r>
    </w:p>
    <w:p>
      <w:pPr>
        <w:spacing w:after="80"/>
      </w:pPr>
      <w:r>
        <w:rPr>
          <w:rFonts w:ascii="Georgia" w:hAnsi="Georgia"/>
          <w:sz w:val="23"/>
        </w:rPr>
        <w:t>Coach Law stopped directly in front of Darnell.</w:t>
      </w:r>
    </w:p>
    <w:p>
      <w:pPr>
        <w:spacing w:after="80"/>
      </w:pPr>
      <w:r>
        <w:rPr>
          <w:rFonts w:ascii="Georgia" w:hAnsi="Georgia"/>
          <w:sz w:val="23"/>
        </w:rPr>
        <w:t>From this distance Noah could not hear every word.</w:t>
      </w:r>
    </w:p>
    <w:p>
      <w:pPr>
        <w:spacing w:after="80"/>
      </w:pPr>
      <w:r>
        <w:rPr>
          <w:rFonts w:ascii="Georgia" w:hAnsi="Georgia"/>
          <w:sz w:val="23"/>
        </w:rPr>
        <w:t>Only pieces.</w:t>
      </w:r>
    </w:p>
    <w:p>
      <w:pPr>
        <w:spacing w:after="80"/>
      </w:pPr>
      <w:r>
        <w:rPr>
          <w:rFonts w:ascii="Georgia" w:hAnsi="Georgia"/>
          <w:sz w:val="23"/>
        </w:rPr>
        <w:t>“What was that?”</w:t>
        <w:br/>
        <w:t>Darnell saying something back.</w:t>
        <w:br/>
        <w:t>Coach Law again, flatter this time.</w:t>
        <w:br/>
        <w:t>Then: “Pocket.”</w:t>
      </w:r>
    </w:p>
    <w:p>
      <w:pPr>
        <w:spacing w:after="80"/>
      </w:pPr>
      <w:r>
        <w:rPr>
          <w:rFonts w:ascii="Georgia" w:hAnsi="Georgia"/>
          <w:sz w:val="23"/>
        </w:rPr>
        <w:t>Darnell laughed once and shook his head.</w:t>
      </w:r>
    </w:p>
    <w:p>
      <w:pPr>
        <w:spacing w:after="80"/>
      </w:pPr>
      <w:r>
        <w:rPr>
          <w:rFonts w:ascii="Georgia" w:hAnsi="Georgia"/>
          <w:sz w:val="23"/>
        </w:rPr>
        <w:t>Coach Law did not move.</w:t>
      </w:r>
    </w:p>
    <w:p>
      <w:pPr>
        <w:spacing w:after="80"/>
      </w:pPr>
      <w:r>
        <w:rPr>
          <w:rFonts w:ascii="Georgia" w:hAnsi="Georgia"/>
          <w:sz w:val="23"/>
        </w:rPr>
        <w:t>“Pocket,” he said again.</w:t>
      </w:r>
    </w:p>
    <w:p>
      <w:pPr>
        <w:spacing w:after="80"/>
      </w:pPr>
      <w:r>
        <w:rPr>
          <w:rFonts w:ascii="Georgia" w:hAnsi="Georgia"/>
          <w:sz w:val="23"/>
        </w:rPr>
        <w:t>Now the whole team was staring.</w:t>
      </w:r>
    </w:p>
    <w:p>
      <w:pPr>
        <w:spacing w:after="80"/>
      </w:pPr>
      <w:r>
        <w:rPr>
          <w:rFonts w:ascii="Georgia" w:hAnsi="Georgia"/>
          <w:sz w:val="23"/>
        </w:rPr>
        <w:t>Darnell’s smile died.</w:t>
      </w:r>
    </w:p>
    <w:p>
      <w:pPr>
        <w:spacing w:after="80"/>
      </w:pPr>
      <w:r>
        <w:rPr>
          <w:rFonts w:ascii="Georgia" w:hAnsi="Georgia"/>
          <w:sz w:val="23"/>
        </w:rPr>
        <w:t>Slowly, he reached into the front pocket of his hoodie.</w:t>
      </w:r>
    </w:p>
    <w:p>
      <w:pPr>
        <w:spacing w:after="80"/>
      </w:pPr>
      <w:r>
        <w:rPr>
          <w:rFonts w:ascii="Georgia" w:hAnsi="Georgia"/>
          <w:sz w:val="23"/>
        </w:rPr>
        <w:t>Noah held his breath.</w:t>
      </w:r>
    </w:p>
    <w:p>
      <w:pPr>
        <w:spacing w:after="80"/>
      </w:pPr>
      <w:r>
        <w:rPr>
          <w:rFonts w:ascii="Georgia" w:hAnsi="Georgia"/>
          <w:sz w:val="23"/>
        </w:rPr>
        <w:t>A folded piece of lined notebook paper came out.</w:t>
      </w:r>
    </w:p>
    <w:p>
      <w:pPr>
        <w:spacing w:after="80"/>
      </w:pPr>
      <w:r>
        <w:rPr>
          <w:rFonts w:ascii="Georgia" w:hAnsi="Georgia"/>
          <w:sz w:val="23"/>
        </w:rPr>
        <w:t>Not the call sheet.</w:t>
      </w:r>
    </w:p>
    <w:p>
      <w:pPr>
        <w:spacing w:after="80"/>
      </w:pPr>
      <w:r>
        <w:rPr>
          <w:rFonts w:ascii="Georgia" w:hAnsi="Georgia"/>
          <w:sz w:val="23"/>
        </w:rPr>
        <w:t>Not this time.</w:t>
      </w:r>
    </w:p>
    <w:p>
      <w:pPr>
        <w:spacing w:after="80"/>
      </w:pPr>
      <w:r>
        <w:rPr>
          <w:rFonts w:ascii="Georgia" w:hAnsi="Georgia"/>
          <w:sz w:val="23"/>
        </w:rPr>
        <w:t>Something smaller.</w:t>
      </w:r>
    </w:p>
    <w:p>
      <w:pPr>
        <w:spacing w:after="80"/>
      </w:pPr>
      <w:r>
        <w:rPr>
          <w:rFonts w:ascii="Georgia" w:hAnsi="Georgia"/>
          <w:sz w:val="23"/>
        </w:rPr>
        <w:t>Coach Law took it, unfolded it, and read.</w:t>
      </w:r>
    </w:p>
    <w:p>
      <w:pPr>
        <w:spacing w:after="80"/>
      </w:pPr>
      <w:r>
        <w:rPr>
          <w:rFonts w:ascii="Georgia" w:hAnsi="Georgia"/>
          <w:sz w:val="23"/>
        </w:rPr>
        <w:t>The whole field went dead quiet.</w:t>
      </w:r>
    </w:p>
    <w:p>
      <w:pPr>
        <w:spacing w:after="80"/>
      </w:pPr>
      <w:r>
        <w:rPr>
          <w:rFonts w:ascii="Georgia" w:hAnsi="Georgia"/>
          <w:sz w:val="23"/>
        </w:rPr>
        <w:t>Even Jalen shut up.</w:t>
      </w:r>
    </w:p>
    <w:p>
      <w:pPr>
        <w:spacing w:after="80"/>
      </w:pPr>
      <w:r>
        <w:rPr>
          <w:rFonts w:ascii="Georgia" w:hAnsi="Georgia"/>
          <w:sz w:val="23"/>
        </w:rPr>
        <w:t>Rico took one step closer. “Coach?”</w:t>
      </w:r>
    </w:p>
    <w:p>
      <w:pPr>
        <w:spacing w:after="80"/>
      </w:pPr>
      <w:r>
        <w:rPr>
          <w:rFonts w:ascii="Georgia" w:hAnsi="Georgia"/>
          <w:sz w:val="23"/>
        </w:rPr>
        <w:t>Coach Law looked up.</w:t>
      </w:r>
    </w:p>
    <w:p>
      <w:pPr>
        <w:spacing w:after="80"/>
      </w:pPr>
      <w:r>
        <w:rPr>
          <w:rFonts w:ascii="Georgia" w:hAnsi="Georgia"/>
          <w:sz w:val="23"/>
        </w:rPr>
        <w:t>His face was unreadable again, which meant the note was bad enough to make him disappear behind himself.</w:t>
      </w:r>
    </w:p>
    <w:p>
      <w:pPr>
        <w:spacing w:after="80"/>
      </w:pPr>
      <w:r>
        <w:rPr>
          <w:rFonts w:ascii="Georgia" w:hAnsi="Georgia"/>
          <w:sz w:val="23"/>
        </w:rPr>
        <w:t>He folded it once and said, “Everybody go home.”</w:t>
      </w:r>
    </w:p>
    <w:p>
      <w:pPr>
        <w:spacing w:after="80"/>
      </w:pPr>
      <w:r>
        <w:rPr>
          <w:rFonts w:ascii="Georgia" w:hAnsi="Georgia"/>
          <w:sz w:val="23"/>
        </w:rPr>
        <w:t>That did not work.</w:t>
      </w:r>
    </w:p>
    <w:p>
      <w:pPr>
        <w:spacing w:after="80"/>
      </w:pPr>
      <w:r>
        <w:rPr>
          <w:rFonts w:ascii="Georgia" w:hAnsi="Georgia"/>
          <w:sz w:val="23"/>
        </w:rPr>
        <w:t>Jalen spread both hands. “What?”</w:t>
      </w:r>
    </w:p>
    <w:p>
      <w:pPr>
        <w:spacing w:after="80"/>
      </w:pPr>
      <w:r>
        <w:rPr>
          <w:rFonts w:ascii="Georgia" w:hAnsi="Georgia"/>
          <w:sz w:val="23"/>
        </w:rPr>
        <w:t>Coach Law’s voice sharpened like a blade. “Now.”</w:t>
      </w:r>
    </w:p>
    <w:p>
      <w:pPr>
        <w:spacing w:after="80"/>
      </w:pPr>
      <w:r>
        <w:rPr>
          <w:rFonts w:ascii="Georgia" w:hAnsi="Georgia"/>
          <w:sz w:val="23"/>
        </w:rPr>
        <w:t>Nobody argued after that.</w:t>
      </w:r>
    </w:p>
    <w:p>
      <w:pPr>
        <w:spacing w:after="80"/>
      </w:pPr>
      <w:r>
        <w:rPr>
          <w:rFonts w:ascii="Georgia" w:hAnsi="Georgia"/>
          <w:sz w:val="23"/>
        </w:rPr>
        <w:t>Not really.</w:t>
      </w:r>
    </w:p>
    <w:p>
      <w:pPr>
        <w:spacing w:after="80"/>
      </w:pPr>
      <w:r>
        <w:rPr>
          <w:rFonts w:ascii="Georgia" w:hAnsi="Georgia"/>
          <w:sz w:val="23"/>
        </w:rPr>
        <w:t>The team moved because they had never heard that tone from him unless something was truly broken.</w:t>
      </w:r>
    </w:p>
    <w:p>
      <w:pPr>
        <w:spacing w:after="80"/>
      </w:pPr>
      <w:r>
        <w:rPr>
          <w:rFonts w:ascii="Georgia" w:hAnsi="Georgia"/>
          <w:sz w:val="23"/>
        </w:rPr>
        <w:t>Noah did not move far.</w:t>
      </w:r>
    </w:p>
    <w:p>
      <w:pPr>
        <w:spacing w:after="80"/>
      </w:pPr>
      <w:r>
        <w:rPr>
          <w:rFonts w:ascii="Georgia" w:hAnsi="Georgia"/>
          <w:sz w:val="23"/>
        </w:rPr>
        <w:t>He drifted just enough to avoid the direct line of the adults while still hearing when he could.</w:t>
      </w:r>
    </w:p>
    <w:p>
      <w:pPr>
        <w:spacing w:after="80"/>
      </w:pPr>
      <w:r>
        <w:rPr>
          <w:rFonts w:ascii="Georgia" w:hAnsi="Georgia"/>
          <w:sz w:val="23"/>
        </w:rPr>
        <w:t>Darnell said, “I can explain.”</w:t>
      </w:r>
    </w:p>
    <w:p>
      <w:pPr>
        <w:spacing w:after="80"/>
      </w:pPr>
      <w:r>
        <w:rPr>
          <w:rFonts w:ascii="Georgia" w:hAnsi="Georgia"/>
          <w:sz w:val="23"/>
        </w:rPr>
        <w:t>Coach Law answered, “You had two chances before this one.”</w:t>
      </w:r>
    </w:p>
    <w:p>
      <w:pPr>
        <w:spacing w:after="80"/>
      </w:pPr>
      <w:r>
        <w:rPr>
          <w:rFonts w:ascii="Georgia" w:hAnsi="Georgia"/>
          <w:sz w:val="23"/>
        </w:rPr>
        <w:t>That line made Noah’s chest tighten.</w:t>
      </w:r>
    </w:p>
    <w:p>
      <w:pPr>
        <w:spacing w:after="80"/>
      </w:pPr>
      <w:r>
        <w:rPr>
          <w:rFonts w:ascii="Georgia" w:hAnsi="Georgia"/>
          <w:sz w:val="23"/>
        </w:rPr>
        <w:t>Two chances.</w:t>
      </w:r>
    </w:p>
    <w:p>
      <w:pPr>
        <w:spacing w:after="80"/>
      </w:pPr>
      <w:r>
        <w:rPr>
          <w:rFonts w:ascii="Georgia" w:hAnsi="Georgia"/>
          <w:sz w:val="23"/>
        </w:rPr>
        <w:t>Meaning his dad had already suspected something.</w:t>
      </w:r>
    </w:p>
    <w:p>
      <w:pPr>
        <w:spacing w:after="80"/>
      </w:pPr>
      <w:r>
        <w:rPr>
          <w:rFonts w:ascii="Georgia" w:hAnsi="Georgia"/>
          <w:sz w:val="23"/>
        </w:rPr>
        <w:t>Meaning maybe he had been handling more than Noah knew.</w:t>
      </w:r>
    </w:p>
    <w:p>
      <w:pPr>
        <w:spacing w:after="80"/>
      </w:pPr>
      <w:r>
        <w:rPr>
          <w:rFonts w:ascii="Georgia" w:hAnsi="Georgia"/>
          <w:sz w:val="23"/>
        </w:rPr>
        <w:t>Rico came up beside him. “What’s happening?”</w:t>
      </w:r>
    </w:p>
    <w:p>
      <w:pPr>
        <w:spacing w:after="80"/>
      </w:pPr>
      <w:r>
        <w:rPr>
          <w:rFonts w:ascii="Georgia" w:hAnsi="Georgia"/>
          <w:sz w:val="23"/>
        </w:rPr>
        <w:t>Noah didn’t answer.</w:t>
      </w:r>
    </w:p>
    <w:p>
      <w:pPr>
        <w:spacing w:after="80"/>
      </w:pPr>
      <w:r>
        <w:rPr>
          <w:rFonts w:ascii="Georgia" w:hAnsi="Georgia"/>
          <w:sz w:val="23"/>
        </w:rPr>
        <w:t>Rico looked at him. “You told him.”</w:t>
      </w:r>
    </w:p>
    <w:p>
      <w:pPr>
        <w:spacing w:after="80"/>
      </w:pPr>
      <w:r>
        <w:rPr>
          <w:rFonts w:ascii="Georgia" w:hAnsi="Georgia"/>
          <w:sz w:val="23"/>
        </w:rPr>
        <w:t>It wasn’t quite an accusation.</w:t>
      </w:r>
    </w:p>
    <w:p>
      <w:pPr>
        <w:spacing w:after="80"/>
      </w:pPr>
      <w:r>
        <w:rPr>
          <w:rFonts w:ascii="Georgia" w:hAnsi="Georgia"/>
          <w:sz w:val="23"/>
        </w:rPr>
        <w:t>But it wasn’t neutral either.</w:t>
      </w:r>
    </w:p>
    <w:p>
      <w:pPr>
        <w:spacing w:after="80"/>
      </w:pPr>
      <w:r>
        <w:rPr>
          <w:rFonts w:ascii="Georgia" w:hAnsi="Georgia"/>
          <w:sz w:val="23"/>
        </w:rPr>
        <w:t>“I saw it,” Noah said.</w:t>
      </w:r>
    </w:p>
    <w:p>
      <w:pPr>
        <w:spacing w:after="80"/>
      </w:pPr>
      <w:r>
        <w:rPr>
          <w:rFonts w:ascii="Georgia" w:hAnsi="Georgia"/>
          <w:sz w:val="23"/>
        </w:rPr>
        <w:t>Rico’s jaw flexed once. “Cool.”</w:t>
      </w:r>
    </w:p>
    <w:p>
      <w:pPr>
        <w:spacing w:after="80"/>
      </w:pPr>
      <w:r>
        <w:rPr>
          <w:rFonts w:ascii="Georgia" w:hAnsi="Georgia"/>
          <w:sz w:val="23"/>
        </w:rPr>
        <w:t>“Rico—”</w:t>
      </w:r>
    </w:p>
    <w:p>
      <w:pPr>
        <w:spacing w:after="80"/>
      </w:pPr>
      <w:r>
        <w:rPr>
          <w:rFonts w:ascii="Georgia" w:hAnsi="Georgia"/>
          <w:sz w:val="23"/>
        </w:rPr>
        <w:t>“No, it’s cool. I get it now.”</w:t>
      </w:r>
    </w:p>
    <w:p>
      <w:pPr>
        <w:spacing w:after="80"/>
      </w:pPr>
      <w:r>
        <w:rPr>
          <w:rFonts w:ascii="Georgia" w:hAnsi="Georgia"/>
          <w:sz w:val="23"/>
        </w:rPr>
        <w:t>“That’s not fair.”</w:t>
      </w:r>
    </w:p>
    <w:p>
      <w:pPr>
        <w:spacing w:after="80"/>
      </w:pPr>
      <w:r>
        <w:rPr>
          <w:rFonts w:ascii="Georgia" w:hAnsi="Georgia"/>
          <w:sz w:val="23"/>
        </w:rPr>
        <w:t>Rico laughed quietly, bitter again. “You really don’t hear yourself when you say stuff like that, do you?”</w:t>
      </w:r>
    </w:p>
    <w:p>
      <w:pPr>
        <w:spacing w:after="80"/>
      </w:pPr>
      <w:r>
        <w:rPr>
          <w:rFonts w:ascii="Georgia" w:hAnsi="Georgia"/>
          <w:sz w:val="23"/>
        </w:rPr>
        <w:t>Before Noah could answer, Micah came jogging over.</w:t>
      </w:r>
    </w:p>
    <w:p>
      <w:pPr>
        <w:spacing w:after="80"/>
      </w:pPr>
      <w:r>
        <w:rPr>
          <w:rFonts w:ascii="Georgia" w:hAnsi="Georgia"/>
          <w:sz w:val="23"/>
        </w:rPr>
        <w:t>“What did the note say?”</w:t>
      </w:r>
    </w:p>
    <w:p>
      <w:pPr>
        <w:spacing w:after="80"/>
      </w:pPr>
      <w:r>
        <w:rPr>
          <w:rFonts w:ascii="Georgia" w:hAnsi="Georgia"/>
          <w:sz w:val="23"/>
        </w:rPr>
        <w:t>Nobody knew.</w:t>
      </w:r>
    </w:p>
    <w:p>
      <w:pPr>
        <w:spacing w:after="80"/>
      </w:pPr>
      <w:r>
        <w:rPr>
          <w:rFonts w:ascii="Georgia" w:hAnsi="Georgia"/>
          <w:sz w:val="23"/>
        </w:rPr>
        <w:t>That was the problem.</w:t>
      </w:r>
    </w:p>
    <w:p>
      <w:pPr>
        <w:spacing w:after="80"/>
      </w:pPr>
      <w:r>
        <w:rPr>
          <w:rFonts w:ascii="Georgia" w:hAnsi="Georgia"/>
          <w:sz w:val="23"/>
        </w:rPr>
        <w:t>The team stood there in little broken clusters while two adults had a low, sharp conversation by the bench that everyone was pretending not to watch.</w:t>
      </w:r>
    </w:p>
    <w:p>
      <w:pPr>
        <w:spacing w:after="80"/>
      </w:pPr>
      <w:r>
        <w:rPr>
          <w:rFonts w:ascii="Georgia" w:hAnsi="Georgia"/>
          <w:sz w:val="23"/>
        </w:rPr>
        <w:t>Finally Coach Law turned back.</w:t>
      </w:r>
    </w:p>
    <w:p>
      <w:pPr>
        <w:spacing w:after="80"/>
      </w:pPr>
      <w:r>
        <w:rPr>
          <w:rFonts w:ascii="Georgia" w:hAnsi="Georgia"/>
          <w:sz w:val="23"/>
        </w:rPr>
        <w:t>“Darnell’s done for tonight,” he said. “That’s all you need to know.”</w:t>
      </w:r>
    </w:p>
    <w:p>
      <w:pPr>
        <w:spacing w:after="80"/>
      </w:pPr>
      <w:r>
        <w:rPr>
          <w:rFonts w:ascii="Georgia" w:hAnsi="Georgia"/>
          <w:sz w:val="23"/>
        </w:rPr>
        <w:t>Jalen pointed. “That is definitely not all we need to know.”</w:t>
      </w:r>
    </w:p>
    <w:p>
      <w:pPr>
        <w:spacing w:after="80"/>
      </w:pPr>
      <w:r>
        <w:rPr>
          <w:rFonts w:ascii="Georgia" w:hAnsi="Georgia"/>
          <w:sz w:val="23"/>
        </w:rPr>
        <w:t>“Go home,” Coach Law repeated.</w:t>
      </w:r>
    </w:p>
    <w:p>
      <w:pPr>
        <w:spacing w:after="80"/>
      </w:pPr>
      <w:r>
        <w:rPr>
          <w:rFonts w:ascii="Georgia" w:hAnsi="Georgia"/>
          <w:sz w:val="23"/>
        </w:rPr>
        <w:t>This time the team actually started peeling away.</w:t>
      </w:r>
    </w:p>
    <w:p>
      <w:pPr>
        <w:spacing w:after="80"/>
      </w:pPr>
      <w:r>
        <w:rPr>
          <w:rFonts w:ascii="Georgia" w:hAnsi="Georgia"/>
          <w:sz w:val="23"/>
        </w:rPr>
        <w:t>Parents called names from the lot. Bags got slung over shoulders. The sun had dropped lower now, throwing the whole field into that weird orange-gray light that made everything look like the end of a game or the start of a storm.</w:t>
      </w:r>
    </w:p>
    <w:p>
      <w:pPr>
        <w:spacing w:after="80"/>
      </w:pPr>
      <w:r>
        <w:rPr>
          <w:rFonts w:ascii="Georgia" w:hAnsi="Georgia"/>
          <w:sz w:val="23"/>
        </w:rPr>
        <w:t>Noah stayed.</w:t>
      </w:r>
    </w:p>
    <w:p>
      <w:pPr>
        <w:spacing w:after="80"/>
      </w:pPr>
      <w:r>
        <w:rPr>
          <w:rFonts w:ascii="Georgia" w:hAnsi="Georgia"/>
          <w:sz w:val="23"/>
        </w:rPr>
        <w:t>Coach Law saw that immediately. “Truck.”</w:t>
      </w:r>
    </w:p>
    <w:p>
      <w:pPr>
        <w:spacing w:after="80"/>
      </w:pPr>
      <w:r>
        <w:rPr>
          <w:rFonts w:ascii="Georgia" w:hAnsi="Georgia"/>
          <w:sz w:val="23"/>
        </w:rPr>
        <w:t>Noah shook his head. “No.”</w:t>
      </w:r>
    </w:p>
    <w:p>
      <w:pPr>
        <w:spacing w:after="80"/>
      </w:pPr>
      <w:r>
        <w:rPr>
          <w:rFonts w:ascii="Georgia" w:hAnsi="Georgia"/>
          <w:sz w:val="23"/>
        </w:rPr>
        <w:t>His dad took a breath like he was choosing between ten possible responses and rejecting all of them.</w:t>
      </w:r>
    </w:p>
    <w:p>
      <w:pPr>
        <w:spacing w:after="80"/>
      </w:pPr>
      <w:r>
        <w:rPr>
          <w:rFonts w:ascii="Georgia" w:hAnsi="Georgia"/>
          <w:sz w:val="23"/>
        </w:rPr>
        <w:t>“Noah.”</w:t>
      </w:r>
    </w:p>
    <w:p>
      <w:pPr>
        <w:spacing w:after="80"/>
      </w:pPr>
      <w:r>
        <w:rPr>
          <w:rFonts w:ascii="Georgia" w:hAnsi="Georgia"/>
          <w:sz w:val="23"/>
        </w:rPr>
        <w:t>“No. You don’t get to keep doing this.” He stepped closer, keeping his voice down because the team was still close enough to see everything if not hear it. “You knew something about Darnell already.”</w:t>
      </w:r>
    </w:p>
    <w:p>
      <w:pPr>
        <w:spacing w:after="80"/>
      </w:pPr>
      <w:r>
        <w:rPr>
          <w:rFonts w:ascii="Georgia" w:hAnsi="Georgia"/>
          <w:sz w:val="23"/>
        </w:rPr>
        <w:t>Coach Law did not deny it.</w:t>
      </w:r>
    </w:p>
    <w:p>
      <w:pPr>
        <w:spacing w:after="80"/>
      </w:pPr>
      <w:r>
        <w:rPr>
          <w:rFonts w:ascii="Georgia" w:hAnsi="Georgia"/>
          <w:sz w:val="23"/>
        </w:rPr>
        <w:t>That was bad.</w:t>
      </w:r>
    </w:p>
    <w:p>
      <w:pPr>
        <w:spacing w:after="80"/>
      </w:pPr>
      <w:r>
        <w:rPr>
          <w:rFonts w:ascii="Georgia" w:hAnsi="Georgia"/>
          <w:sz w:val="23"/>
        </w:rPr>
        <w:t>“How much?” Noah asked.</w:t>
      </w:r>
    </w:p>
    <w:p>
      <w:pPr>
        <w:spacing w:after="80"/>
      </w:pPr>
      <w:r>
        <w:rPr>
          <w:rFonts w:ascii="Georgia" w:hAnsi="Georgia"/>
          <w:sz w:val="23"/>
        </w:rPr>
        <w:t>“More than I wanted to.”</w:t>
      </w:r>
    </w:p>
    <w:p>
      <w:pPr>
        <w:spacing w:after="80"/>
      </w:pPr>
      <w:r>
        <w:rPr>
          <w:rFonts w:ascii="Georgia" w:hAnsi="Georgia"/>
          <w:sz w:val="23"/>
        </w:rPr>
        <w:t>“What does that mean?”</w:t>
      </w:r>
    </w:p>
    <w:p>
      <w:pPr>
        <w:spacing w:after="80"/>
      </w:pPr>
      <w:r>
        <w:rPr>
          <w:rFonts w:ascii="Georgia" w:hAnsi="Georgia"/>
          <w:sz w:val="23"/>
        </w:rPr>
        <w:t>“It means,” Coach Law said quietly, “that I noticed things not lining up. Conversations stopping when I got close. Call sheets not where I left them. Darnell asking questions he should’ve already known the answers to.”</w:t>
      </w:r>
    </w:p>
    <w:p>
      <w:pPr>
        <w:spacing w:after="80"/>
      </w:pPr>
      <w:r>
        <w:rPr>
          <w:rFonts w:ascii="Georgia" w:hAnsi="Georgia"/>
          <w:sz w:val="23"/>
        </w:rPr>
        <w:t>Noah stared.</w:t>
      </w:r>
    </w:p>
    <w:p>
      <w:pPr>
        <w:spacing w:after="80"/>
      </w:pPr>
      <w:r>
        <w:rPr>
          <w:rFonts w:ascii="Georgia" w:hAnsi="Georgia"/>
          <w:sz w:val="23"/>
        </w:rPr>
        <w:t>“And you didn’t tell me.”</w:t>
      </w:r>
    </w:p>
    <w:p>
      <w:pPr>
        <w:spacing w:after="80"/>
      </w:pPr>
      <w:r>
        <w:rPr>
          <w:rFonts w:ascii="Georgia" w:hAnsi="Georgia"/>
          <w:sz w:val="23"/>
        </w:rPr>
        <w:t>“I was trying not to accuse somebody without proof.”</w:t>
      </w:r>
    </w:p>
    <w:p>
      <w:pPr>
        <w:spacing w:after="80"/>
      </w:pPr>
      <w:r>
        <w:rPr>
          <w:rFonts w:ascii="Georgia" w:hAnsi="Georgia"/>
          <w:sz w:val="23"/>
        </w:rPr>
        <w:t>That one hit.</w:t>
      </w:r>
    </w:p>
    <w:p>
      <w:pPr>
        <w:spacing w:after="80"/>
      </w:pPr>
      <w:r>
        <w:rPr>
          <w:rFonts w:ascii="Georgia" w:hAnsi="Georgia"/>
          <w:sz w:val="23"/>
        </w:rPr>
        <w:t>Because it was exactly what he had been yelling at Noah about.</w:t>
      </w:r>
    </w:p>
    <w:p>
      <w:pPr>
        <w:spacing w:after="80"/>
      </w:pPr>
      <w:r>
        <w:rPr>
          <w:rFonts w:ascii="Georgia" w:hAnsi="Georgia"/>
          <w:sz w:val="23"/>
        </w:rPr>
        <w:t>And exactly what Noah had not wanted to hear.</w:t>
      </w:r>
    </w:p>
    <w:p>
      <w:pPr>
        <w:spacing w:after="80"/>
      </w:pPr>
      <w:r>
        <w:rPr>
          <w:rFonts w:ascii="Georgia" w:hAnsi="Georgia"/>
          <w:sz w:val="23"/>
        </w:rPr>
        <w:t>Before Noah could answer, Devin walked back up carrying his bag.</w:t>
      </w:r>
    </w:p>
    <w:p>
      <w:pPr>
        <w:spacing w:after="80"/>
      </w:pPr>
      <w:r>
        <w:rPr>
          <w:rFonts w:ascii="Georgia" w:hAnsi="Georgia"/>
          <w:sz w:val="23"/>
        </w:rPr>
        <w:t>“Sorry,” he said. “Not leaving yet.”</w:t>
      </w:r>
    </w:p>
    <w:p>
      <w:pPr>
        <w:spacing w:after="80"/>
      </w:pPr>
      <w:r>
        <w:rPr>
          <w:rFonts w:ascii="Georgia" w:hAnsi="Georgia"/>
          <w:sz w:val="23"/>
        </w:rPr>
        <w:t>Vee was with him.</w:t>
      </w:r>
    </w:p>
    <w:p>
      <w:pPr>
        <w:spacing w:after="80"/>
      </w:pPr>
      <w:r>
        <w:rPr>
          <w:rFonts w:ascii="Georgia" w:hAnsi="Georgia"/>
          <w:sz w:val="23"/>
        </w:rPr>
        <w:t>Of course she was.</w:t>
      </w:r>
    </w:p>
    <w:p>
      <w:pPr>
        <w:spacing w:after="80"/>
      </w:pPr>
      <w:r>
        <w:rPr>
          <w:rFonts w:ascii="Georgia" w:hAnsi="Georgia"/>
          <w:sz w:val="23"/>
        </w:rPr>
        <w:t>Coach Law looked like he wanted one private conversation in his life and had accepted that it would not be happening tonight.</w:t>
      </w:r>
    </w:p>
    <w:p>
      <w:pPr>
        <w:spacing w:after="80"/>
      </w:pPr>
      <w:r>
        <w:rPr>
          <w:rFonts w:ascii="Georgia" w:hAnsi="Georgia"/>
          <w:sz w:val="23"/>
        </w:rPr>
        <w:t>Micah drifted back too, then Owen, and finally Jalen because Jalen would never willingly miss the middle of something.</w:t>
      </w:r>
    </w:p>
    <w:p>
      <w:pPr>
        <w:spacing w:after="80"/>
      </w:pPr>
      <w:r>
        <w:rPr>
          <w:rFonts w:ascii="Georgia" w:hAnsi="Georgia"/>
          <w:sz w:val="23"/>
        </w:rPr>
        <w:t>The whole core was there now.</w:t>
      </w:r>
    </w:p>
    <w:p>
      <w:pPr>
        <w:spacing w:after="80"/>
      </w:pPr>
      <w:r>
        <w:rPr>
          <w:rFonts w:ascii="Georgia" w:hAnsi="Georgia"/>
          <w:sz w:val="23"/>
        </w:rPr>
        <w:t>Coach Law looked at them for a long second.</w:t>
      </w:r>
    </w:p>
    <w:p>
      <w:pPr>
        <w:spacing w:after="80"/>
      </w:pPr>
      <w:r>
        <w:rPr>
          <w:rFonts w:ascii="Georgia" w:hAnsi="Georgia"/>
          <w:sz w:val="23"/>
        </w:rPr>
        <w:t>Then he said, “Fine.”</w:t>
      </w:r>
    </w:p>
    <w:p>
      <w:pPr>
        <w:spacing w:after="80"/>
      </w:pPr>
      <w:r>
        <w:rPr>
          <w:rFonts w:ascii="Georgia" w:hAnsi="Georgia"/>
          <w:sz w:val="23"/>
        </w:rPr>
        <w:t>He held up the folded note Darnell had been carrying.</w:t>
      </w:r>
    </w:p>
    <w:p>
      <w:pPr>
        <w:spacing w:after="80"/>
      </w:pPr>
      <w:r>
        <w:rPr>
          <w:rFonts w:ascii="Georgia" w:hAnsi="Georgia"/>
          <w:sz w:val="23"/>
        </w:rPr>
        <w:t>“This was handed back to him in the parking lot.”</w:t>
      </w:r>
    </w:p>
    <w:p>
      <w:pPr>
        <w:spacing w:after="80"/>
      </w:pPr>
      <w:r>
        <w:rPr>
          <w:rFonts w:ascii="Georgia" w:hAnsi="Georgia"/>
          <w:sz w:val="23"/>
        </w:rPr>
        <w:t>Nobody said anything.</w:t>
      </w:r>
    </w:p>
    <w:p>
      <w:pPr>
        <w:spacing w:after="80"/>
      </w:pPr>
      <w:r>
        <w:rPr>
          <w:rFonts w:ascii="Georgia" w:hAnsi="Georgia"/>
          <w:sz w:val="23"/>
        </w:rPr>
        <w:t>He looked at Rico first, which Noah noticed.</w:t>
      </w:r>
    </w:p>
    <w:p>
      <w:pPr>
        <w:spacing w:after="80"/>
      </w:pPr>
      <w:r>
        <w:rPr>
          <w:rFonts w:ascii="Georgia" w:hAnsi="Georgia"/>
          <w:sz w:val="23"/>
        </w:rPr>
        <w:t>Then at all of them.</w:t>
      </w:r>
    </w:p>
    <w:p>
      <w:pPr>
        <w:spacing w:after="80"/>
      </w:pPr>
      <w:r>
        <w:rPr>
          <w:rFonts w:ascii="Georgia" w:hAnsi="Georgia"/>
          <w:sz w:val="23"/>
        </w:rPr>
        <w:t>“It says one of you talks too much.”</w:t>
      </w:r>
    </w:p>
    <w:p>
      <w:pPr>
        <w:spacing w:after="80"/>
      </w:pPr>
      <w:r>
        <w:rPr>
          <w:rFonts w:ascii="Georgia" w:hAnsi="Georgia"/>
          <w:sz w:val="23"/>
        </w:rPr>
        <w:t>Jalen frowned. “What does that even mean?”</w:t>
      </w:r>
    </w:p>
    <w:p>
      <w:pPr>
        <w:spacing w:after="80"/>
      </w:pPr>
      <w:r>
        <w:rPr>
          <w:rFonts w:ascii="Georgia" w:hAnsi="Georgia"/>
          <w:sz w:val="23"/>
        </w:rPr>
        <w:t>“It means,” Vee said, “they still want an inside voice.”</w:t>
      </w:r>
    </w:p>
    <w:p>
      <w:pPr>
        <w:spacing w:after="80"/>
      </w:pPr>
      <w:r>
        <w:rPr>
          <w:rFonts w:ascii="Georgia" w:hAnsi="Georgia"/>
          <w:sz w:val="23"/>
        </w:rPr>
        <w:t>Coach Law nodded once. “Yes.”</w:t>
      </w:r>
    </w:p>
    <w:p>
      <w:pPr>
        <w:spacing w:after="80"/>
      </w:pPr>
      <w:r>
        <w:rPr>
          <w:rFonts w:ascii="Georgia" w:hAnsi="Georgia"/>
          <w:sz w:val="23"/>
        </w:rPr>
        <w:t>Noah felt that settle over the group like cold air.</w:t>
      </w:r>
    </w:p>
    <w:p>
      <w:pPr>
        <w:spacing w:after="80"/>
      </w:pPr>
      <w:r>
        <w:rPr>
          <w:rFonts w:ascii="Georgia" w:hAnsi="Georgia"/>
          <w:sz w:val="23"/>
        </w:rPr>
        <w:t>Because the note meant two things at once:</w:t>
      </w:r>
    </w:p>
    <w:p>
      <w:pPr>
        <w:spacing w:after="80"/>
      </w:pPr>
      <w:r>
        <w:rPr>
          <w:rFonts w:ascii="Georgia" w:hAnsi="Georgia"/>
          <w:sz w:val="23"/>
        </w:rPr>
        <w:t>First, Coach Darnell had been passing information.</w:t>
      </w:r>
    </w:p>
    <w:p>
      <w:pPr>
        <w:spacing w:after="80"/>
      </w:pPr>
      <w:r>
        <w:rPr>
          <w:rFonts w:ascii="Georgia" w:hAnsi="Georgia"/>
          <w:sz w:val="23"/>
        </w:rPr>
        <w:t>Second, Darnell was not the source.</w:t>
      </w:r>
    </w:p>
    <w:p>
      <w:pPr>
        <w:spacing w:after="80"/>
      </w:pPr>
      <w:r>
        <w:rPr>
          <w:rFonts w:ascii="Georgia" w:hAnsi="Georgia"/>
          <w:sz w:val="23"/>
        </w:rPr>
        <w:t>He was the middleman.</w:t>
      </w:r>
    </w:p>
    <w:p>
      <w:pPr>
        <w:spacing w:after="80"/>
      </w:pPr>
      <w:r>
        <w:rPr>
          <w:rFonts w:ascii="Georgia" w:hAnsi="Georgia"/>
          <w:sz w:val="23"/>
        </w:rPr>
        <w:t>Micah said it out loud. “So it’s still somebody on the team.”</w:t>
      </w:r>
    </w:p>
    <w:p>
      <w:pPr>
        <w:spacing w:after="80"/>
      </w:pPr>
      <w:r>
        <w:rPr>
          <w:rFonts w:ascii="Georgia" w:hAnsi="Georgia"/>
          <w:sz w:val="23"/>
        </w:rPr>
        <w:t>Nobody answered him.</w:t>
      </w:r>
    </w:p>
    <w:p>
      <w:pPr>
        <w:spacing w:after="80"/>
      </w:pPr>
      <w:r>
        <w:rPr>
          <w:rFonts w:ascii="Georgia" w:hAnsi="Georgia"/>
          <w:sz w:val="23"/>
        </w:rPr>
        <w:t>Nobody had to.</w:t>
      </w:r>
    </w:p>
    <w:p>
      <w:pPr>
        <w:spacing w:after="80"/>
      </w:pPr>
      <w:r>
        <w:rPr>
          <w:rFonts w:ascii="Georgia" w:hAnsi="Georgia"/>
          <w:sz w:val="23"/>
        </w:rPr>
        <w:t>Rico looked away first.</w:t>
      </w:r>
    </w:p>
    <w:p>
      <w:pPr>
        <w:spacing w:after="80"/>
      </w:pPr>
      <w:r>
        <w:rPr>
          <w:rFonts w:ascii="Georgia" w:hAnsi="Georgia"/>
          <w:sz w:val="23"/>
        </w:rPr>
        <w:t>Noah saw that too.</w:t>
      </w:r>
    </w:p>
    <w:p>
      <w:pPr>
        <w:spacing w:after="80"/>
      </w:pPr>
      <w:r>
        <w:rPr>
          <w:rFonts w:ascii="Georgia" w:hAnsi="Georgia"/>
          <w:sz w:val="23"/>
        </w:rPr>
        <w:t>Then Coach Law unfolded the note all the way, looked at it once more, and something in his expression changed.</w:t>
      </w:r>
    </w:p>
    <w:p>
      <w:pPr>
        <w:spacing w:after="80"/>
      </w:pPr>
      <w:r>
        <w:rPr>
          <w:rFonts w:ascii="Georgia" w:hAnsi="Georgia"/>
          <w:sz w:val="23"/>
        </w:rPr>
        <w:t>Not fear this time.</w:t>
      </w:r>
    </w:p>
    <w:p>
      <w:pPr>
        <w:spacing w:after="80"/>
      </w:pPr>
      <w:r>
        <w:rPr>
          <w:rFonts w:ascii="Georgia" w:hAnsi="Georgia"/>
          <w:sz w:val="23"/>
        </w:rPr>
        <w:t>Recognition.</w:t>
      </w:r>
    </w:p>
    <w:p>
      <w:pPr>
        <w:spacing w:after="80"/>
      </w:pPr>
      <w:r>
        <w:rPr>
          <w:rFonts w:ascii="Georgia" w:hAnsi="Georgia"/>
          <w:sz w:val="23"/>
        </w:rPr>
        <w:t>He looked up sharply.</w:t>
      </w:r>
    </w:p>
    <w:p>
      <w:pPr>
        <w:spacing w:after="80"/>
      </w:pPr>
      <w:r>
        <w:rPr>
          <w:rFonts w:ascii="Georgia" w:hAnsi="Georgia"/>
          <w:sz w:val="23"/>
        </w:rPr>
        <w:t>“Noah,” he said.</w:t>
      </w:r>
    </w:p>
    <w:p>
      <w:pPr>
        <w:spacing w:after="80"/>
      </w:pPr>
      <w:r>
        <w:rPr>
          <w:rFonts w:ascii="Georgia" w:hAnsi="Georgia"/>
          <w:sz w:val="23"/>
        </w:rPr>
        <w:t>“What?”</w:t>
      </w:r>
    </w:p>
    <w:p>
      <w:pPr>
        <w:spacing w:after="80"/>
      </w:pPr>
      <w:r>
        <w:rPr>
          <w:rFonts w:ascii="Georgia" w:hAnsi="Georgia"/>
          <w:sz w:val="23"/>
        </w:rPr>
        <w:t>His dad stepped toward him. “When did you last have your playbook binder?”</w:t>
      </w:r>
    </w:p>
    <w:p>
      <w:pPr>
        <w:spacing w:after="80"/>
      </w:pPr>
      <w:r>
        <w:rPr>
          <w:rFonts w:ascii="Georgia" w:hAnsi="Georgia"/>
          <w:sz w:val="23"/>
        </w:rPr>
        <w:t>Noah blinked. “What?”</w:t>
      </w:r>
    </w:p>
    <w:p>
      <w:pPr>
        <w:spacing w:after="80"/>
      </w:pPr>
      <w:r>
        <w:rPr>
          <w:rFonts w:ascii="Georgia" w:hAnsi="Georgia"/>
          <w:sz w:val="23"/>
        </w:rPr>
        <w:t>“Answer me.”</w:t>
      </w:r>
    </w:p>
    <w:p>
      <w:pPr>
        <w:spacing w:after="80"/>
      </w:pPr>
      <w:r>
        <w:rPr>
          <w:rFonts w:ascii="Georgia" w:hAnsi="Georgia"/>
          <w:sz w:val="23"/>
        </w:rPr>
        <w:t>“At practice. No—wait. In the truck after school yesterday.”</w:t>
      </w:r>
    </w:p>
    <w:p>
      <w:pPr>
        <w:spacing w:after="80"/>
      </w:pPr>
      <w:r>
        <w:rPr>
          <w:rFonts w:ascii="Georgia" w:hAnsi="Georgia"/>
          <w:sz w:val="23"/>
        </w:rPr>
        <w:t>Coach Law’s face hardened.</w:t>
      </w:r>
    </w:p>
    <w:p>
      <w:pPr>
        <w:spacing w:after="80"/>
      </w:pPr>
      <w:r>
        <w:rPr>
          <w:rFonts w:ascii="Georgia" w:hAnsi="Georgia"/>
          <w:sz w:val="23"/>
        </w:rPr>
        <w:t>Jalen frowned. “Why does that matter?”</w:t>
      </w:r>
    </w:p>
    <w:p>
      <w:pPr>
        <w:spacing w:after="80"/>
      </w:pPr>
      <w:r>
        <w:rPr>
          <w:rFonts w:ascii="Georgia" w:hAnsi="Georgia"/>
          <w:sz w:val="23"/>
        </w:rPr>
        <w:t>Coach Law didn’t answer him.</w:t>
      </w:r>
    </w:p>
    <w:p>
      <w:pPr>
        <w:spacing w:after="80"/>
      </w:pPr>
      <w:r>
        <w:rPr>
          <w:rFonts w:ascii="Georgia" w:hAnsi="Georgia"/>
          <w:sz w:val="23"/>
        </w:rPr>
        <w:t>He looked straight at Noah and said, “Get home. Right now. Check your room. Check your bag. Check everywhere.”</w:t>
      </w:r>
    </w:p>
    <w:p>
      <w:pPr>
        <w:spacing w:after="80"/>
      </w:pPr>
      <w:r>
        <w:rPr>
          <w:rFonts w:ascii="Georgia" w:hAnsi="Georgia"/>
          <w:sz w:val="23"/>
        </w:rPr>
        <w:t>Noah’s stomach dropped.</w:t>
      </w:r>
    </w:p>
    <w:p>
      <w:pPr>
        <w:spacing w:after="80"/>
      </w:pPr>
      <w:r>
        <w:rPr>
          <w:rFonts w:ascii="Georgia" w:hAnsi="Georgia"/>
          <w:sz w:val="23"/>
        </w:rPr>
        <w:t>Because if the binder mattered—</w:t>
      </w:r>
    </w:p>
    <w:p>
      <w:pPr>
        <w:spacing w:after="80"/>
      </w:pPr>
      <w:r>
        <w:rPr>
          <w:rFonts w:ascii="Georgia" w:hAnsi="Georgia"/>
          <w:sz w:val="23"/>
        </w:rPr>
        <w:t>if the binder mattered now—</w:t>
      </w:r>
    </w:p>
    <w:p>
      <w:pPr>
        <w:spacing w:after="80"/>
      </w:pPr>
      <w:r>
        <w:rPr>
          <w:rFonts w:ascii="Georgia" w:hAnsi="Georgia"/>
          <w:sz w:val="23"/>
        </w:rPr>
        <w:t>then the person feeding the leaks was not just stealing sideline pieces anymore.</w:t>
      </w:r>
    </w:p>
    <w:p>
      <w:pPr>
        <w:spacing w:after="80"/>
      </w:pPr>
      <w:r>
        <w:rPr>
          <w:rFonts w:ascii="Georgia" w:hAnsi="Georgia"/>
          <w:sz w:val="23"/>
        </w:rPr>
        <w:t>They had been inside his stuff.</w:t>
      </w:r>
    </w:p>
    <w:p>
      <w:pPr>
        <w:spacing w:after="80"/>
      </w:pPr>
      <w:r>
        <w:rPr>
          <w:rFonts w:ascii="Georgia" w:hAnsi="Georgia"/>
          <w:sz w:val="23"/>
        </w:rPr>
        <w:t>And judging by the look on Coach Law’s face, they might still be.</w:t>
      </w:r>
    </w:p>
    <w:p>
      <w:r>
        <w:br w:type="page"/>
      </w:r>
    </w:p>
    <w:p>
      <w:pPr>
        <w:spacing w:after="40"/>
        <w:jc w:val="center"/>
      </w:pPr>
      <w:r>
        <w:rPr>
          <w:rFonts w:ascii="Georgia" w:hAnsi="Georgia"/>
          <w:b/>
          <w:i w:val="0"/>
          <w:sz w:val="28"/>
        </w:rPr>
        <w:t>Chapter 11</w:t>
      </w:r>
    </w:p>
    <w:p>
      <w:pPr>
        <w:spacing w:after="200"/>
        <w:jc w:val="center"/>
      </w:pPr>
      <w:r>
        <w:rPr>
          <w:rFonts w:ascii="Georgia" w:hAnsi="Georgia"/>
          <w:b w:val="0"/>
          <w:i/>
          <w:sz w:val="24"/>
        </w:rPr>
        <w:t>Red Herring</w:t>
      </w:r>
    </w:p>
    <w:p>
      <w:pPr>
        <w:spacing w:after="80"/>
      </w:pPr>
      <w:r>
        <w:rPr>
          <w:rFonts w:ascii="Georgia" w:hAnsi="Georgia"/>
          <w:sz w:val="23"/>
        </w:rPr>
        <w:t>“It’s gone.”</w:t>
      </w:r>
    </w:p>
    <w:p>
      <w:pPr>
        <w:spacing w:after="80"/>
      </w:pPr>
      <w:r>
        <w:rPr>
          <w:rFonts w:ascii="Georgia" w:hAnsi="Georgia"/>
          <w:sz w:val="23"/>
        </w:rPr>
        <w:t>Noah stayed on his knees beside the bag for a full second after Coach Law said it, like the binder might still appear if he checked one more pocket the right way.</w:t>
      </w:r>
    </w:p>
    <w:p>
      <w:pPr>
        <w:spacing w:after="80"/>
      </w:pPr>
      <w:r>
        <w:rPr>
          <w:rFonts w:ascii="Georgia" w:hAnsi="Georgia"/>
          <w:sz w:val="23"/>
        </w:rPr>
        <w:t>He ripped through the front compartment again.</w:t>
      </w:r>
    </w:p>
    <w:p>
      <w:pPr>
        <w:spacing w:after="80"/>
      </w:pPr>
      <w:r>
        <w:rPr>
          <w:rFonts w:ascii="Georgia" w:hAnsi="Georgia"/>
          <w:sz w:val="23"/>
        </w:rPr>
        <w:t>Then the side pouch.</w:t>
      </w:r>
    </w:p>
    <w:p>
      <w:pPr>
        <w:spacing w:after="80"/>
      </w:pPr>
      <w:r>
        <w:rPr>
          <w:rFonts w:ascii="Georgia" w:hAnsi="Georgia"/>
          <w:sz w:val="23"/>
        </w:rPr>
        <w:t>Then the narrow zipper pocket where he kept tape, spare gloves, and the little pencil stub Coach Law always made him carry during film sessions.</w:t>
      </w:r>
    </w:p>
    <w:p>
      <w:pPr>
        <w:spacing w:after="80"/>
      </w:pPr>
      <w:r>
        <w:rPr>
          <w:rFonts w:ascii="Georgia" w:hAnsi="Georgia"/>
          <w:sz w:val="23"/>
        </w:rPr>
        <w:t>Nothing.</w:t>
      </w:r>
    </w:p>
    <w:p>
      <w:pPr>
        <w:spacing w:after="80"/>
      </w:pPr>
      <w:r>
        <w:rPr>
          <w:rFonts w:ascii="Georgia" w:hAnsi="Georgia"/>
          <w:sz w:val="23"/>
        </w:rPr>
        <w:t>The blue binder was gone.</w:t>
      </w:r>
    </w:p>
    <w:p>
      <w:pPr>
        <w:spacing w:after="80"/>
      </w:pPr>
      <w:r>
        <w:rPr>
          <w:rFonts w:ascii="Georgia" w:hAnsi="Georgia"/>
          <w:sz w:val="23"/>
        </w:rPr>
        <w:t>The team stood in a loose half-circle around him, every face turned toward the open bag like a missing playbook might somehow make a sound on its way out.</w:t>
      </w:r>
    </w:p>
    <w:p>
      <w:pPr>
        <w:spacing w:after="80"/>
      </w:pPr>
      <w:r>
        <w:rPr>
          <w:rFonts w:ascii="Georgia" w:hAnsi="Georgia"/>
          <w:sz w:val="23"/>
        </w:rPr>
        <w:t>Jalen broke first.</w:t>
      </w:r>
    </w:p>
    <w:p>
      <w:pPr>
        <w:spacing w:after="80"/>
      </w:pPr>
      <w:r>
        <w:rPr>
          <w:rFonts w:ascii="Georgia" w:hAnsi="Georgia"/>
          <w:sz w:val="23"/>
        </w:rPr>
        <w:t>“No.”</w:t>
      </w:r>
    </w:p>
    <w:p>
      <w:pPr>
        <w:spacing w:after="80"/>
      </w:pPr>
      <w:r>
        <w:rPr>
          <w:rFonts w:ascii="Georgia" w:hAnsi="Georgia"/>
          <w:sz w:val="23"/>
        </w:rPr>
        <w:t>That was all he said.</w:t>
      </w:r>
    </w:p>
    <w:p>
      <w:pPr>
        <w:spacing w:after="80"/>
      </w:pPr>
      <w:r>
        <w:rPr>
          <w:rFonts w:ascii="Georgia" w:hAnsi="Georgia"/>
          <w:sz w:val="23"/>
        </w:rPr>
        <w:t>Just no, like the binder itself had violated a law of football.</w:t>
      </w:r>
    </w:p>
    <w:p>
      <w:pPr>
        <w:spacing w:after="80"/>
      </w:pPr>
      <w:r>
        <w:rPr>
          <w:rFonts w:ascii="Georgia" w:hAnsi="Georgia"/>
          <w:sz w:val="23"/>
        </w:rPr>
        <w:t>Coach Law crouched beside Noah and took the bag from his hands before he could tear a seam loose. “Stop.”</w:t>
      </w:r>
    </w:p>
    <w:p>
      <w:pPr>
        <w:spacing w:after="80"/>
      </w:pPr>
      <w:r>
        <w:rPr>
          <w:rFonts w:ascii="Georgia" w:hAnsi="Georgia"/>
          <w:sz w:val="23"/>
        </w:rPr>
        <w:t>Noah looked up. “It was in there.”</w:t>
      </w:r>
    </w:p>
    <w:p>
      <w:pPr>
        <w:spacing w:after="80"/>
      </w:pPr>
      <w:r>
        <w:rPr>
          <w:rFonts w:ascii="Georgia" w:hAnsi="Georgia"/>
          <w:sz w:val="23"/>
        </w:rPr>
        <w:t>“I know.”</w:t>
      </w:r>
    </w:p>
    <w:p>
      <w:pPr>
        <w:spacing w:after="80"/>
      </w:pPr>
      <w:r>
        <w:rPr>
          <w:rFonts w:ascii="Georgia" w:hAnsi="Georgia"/>
          <w:sz w:val="23"/>
        </w:rPr>
        <w:t>“It was in there before practice.”</w:t>
      </w:r>
    </w:p>
    <w:p>
      <w:pPr>
        <w:spacing w:after="80"/>
      </w:pPr>
      <w:r>
        <w:rPr>
          <w:rFonts w:ascii="Georgia" w:hAnsi="Georgia"/>
          <w:sz w:val="23"/>
        </w:rPr>
        <w:t>Coach Law’s face stayed flat, but Noah could see the calculation behind it now. Not just anger. Damage. He was already measuring damage.</w:t>
      </w:r>
    </w:p>
    <w:p>
      <w:pPr>
        <w:spacing w:after="80"/>
      </w:pPr>
      <w:r>
        <w:rPr>
          <w:rFonts w:ascii="Georgia" w:hAnsi="Georgia"/>
          <w:sz w:val="23"/>
        </w:rPr>
        <w:t>Vee stepped closer from the edge of the group. “How bad?”</w:t>
      </w:r>
    </w:p>
    <w:p>
      <w:pPr>
        <w:spacing w:after="80"/>
      </w:pPr>
      <w:r>
        <w:rPr>
          <w:rFonts w:ascii="Georgia" w:hAnsi="Georgia"/>
          <w:sz w:val="23"/>
        </w:rPr>
        <w:t>Coach Law looked at her, then at the rest of them. “Bad enough.”</w:t>
      </w:r>
    </w:p>
    <w:p>
      <w:pPr>
        <w:spacing w:after="80"/>
      </w:pPr>
      <w:r>
        <w:rPr>
          <w:rFonts w:ascii="Georgia" w:hAnsi="Georgia"/>
          <w:sz w:val="23"/>
        </w:rPr>
        <w:t>That landed hard.</w:t>
      </w:r>
    </w:p>
    <w:p>
      <w:pPr>
        <w:spacing w:after="80"/>
      </w:pPr>
      <w:r>
        <w:rPr>
          <w:rFonts w:ascii="Georgia" w:hAnsi="Georgia"/>
          <w:sz w:val="23"/>
        </w:rPr>
        <w:t>Because if Coach Law was admitting something was bad in front of kids, then it was bad-bad.</w:t>
      </w:r>
    </w:p>
    <w:p>
      <w:pPr>
        <w:spacing w:after="80"/>
      </w:pPr>
      <w:r>
        <w:rPr>
          <w:rFonts w:ascii="Georgia" w:hAnsi="Georgia"/>
          <w:sz w:val="23"/>
        </w:rPr>
        <w:t>Noah pushed to his feet too fast. “We have to go after whoever took it.”</w:t>
      </w:r>
    </w:p>
    <w:p>
      <w:pPr>
        <w:spacing w:after="80"/>
      </w:pPr>
      <w:r>
        <w:rPr>
          <w:rFonts w:ascii="Georgia" w:hAnsi="Georgia"/>
          <w:sz w:val="23"/>
        </w:rPr>
        <w:t>“Who?” Owen asked immediately.</w:t>
      </w:r>
    </w:p>
    <w:p>
      <w:pPr>
        <w:spacing w:after="80"/>
      </w:pPr>
      <w:r>
        <w:rPr>
          <w:rFonts w:ascii="Georgia" w:hAnsi="Georgia"/>
          <w:sz w:val="23"/>
        </w:rPr>
        <w:t>Noah turned toward the bench area, toward the parking lot, toward the side exit, toward everywhere all at once. “I don’t know. But somebody took it.”</w:t>
      </w:r>
    </w:p>
    <w:p>
      <w:pPr>
        <w:spacing w:after="80"/>
      </w:pPr>
      <w:r>
        <w:rPr>
          <w:rFonts w:ascii="Georgia" w:hAnsi="Georgia"/>
          <w:sz w:val="23"/>
        </w:rPr>
        <w:t>“That narrows it,” Rico said.</w:t>
      </w:r>
    </w:p>
    <w:p>
      <w:pPr>
        <w:spacing w:after="80"/>
      </w:pPr>
      <w:r>
        <w:rPr>
          <w:rFonts w:ascii="Georgia" w:hAnsi="Georgia"/>
          <w:sz w:val="23"/>
        </w:rPr>
        <w:t>His tone was light.</w:t>
      </w:r>
    </w:p>
    <w:p>
      <w:pPr>
        <w:spacing w:after="80"/>
      </w:pPr>
      <w:r>
        <w:rPr>
          <w:rFonts w:ascii="Georgia" w:hAnsi="Georgia"/>
          <w:sz w:val="23"/>
        </w:rPr>
        <w:t>Too light.</w:t>
      </w:r>
    </w:p>
    <w:p>
      <w:pPr>
        <w:spacing w:after="80"/>
      </w:pPr>
      <w:r>
        <w:rPr>
          <w:rFonts w:ascii="Georgia" w:hAnsi="Georgia"/>
          <w:sz w:val="23"/>
        </w:rPr>
        <w:t>Noah whipped toward him.</w:t>
      </w:r>
    </w:p>
    <w:p>
      <w:pPr>
        <w:spacing w:after="80"/>
      </w:pPr>
      <w:r>
        <w:rPr>
          <w:rFonts w:ascii="Georgia" w:hAnsi="Georgia"/>
          <w:sz w:val="23"/>
        </w:rPr>
        <w:t>Rico’s face changed the second he saw Noah’s expression. “What?”</w:t>
      </w:r>
    </w:p>
    <w:p>
      <w:pPr>
        <w:spacing w:after="80"/>
      </w:pPr>
      <w:r>
        <w:rPr>
          <w:rFonts w:ascii="Georgia" w:hAnsi="Georgia"/>
          <w:sz w:val="23"/>
        </w:rPr>
        <w:t>The word was sharp now, not joking.</w:t>
      </w:r>
    </w:p>
    <w:p>
      <w:pPr>
        <w:spacing w:after="80"/>
      </w:pPr>
      <w:r>
        <w:rPr>
          <w:rFonts w:ascii="Georgia" w:hAnsi="Georgia"/>
          <w:sz w:val="23"/>
        </w:rPr>
        <w:t>“You tell me,” Noah said.</w:t>
      </w:r>
    </w:p>
    <w:p>
      <w:pPr>
        <w:spacing w:after="80"/>
      </w:pPr>
      <w:r>
        <w:rPr>
          <w:rFonts w:ascii="Georgia" w:hAnsi="Georgia"/>
          <w:sz w:val="23"/>
        </w:rPr>
        <w:t>Devin stepped in so quickly it was almost a collision. “Not this way.”</w:t>
      </w:r>
    </w:p>
    <w:p>
      <w:pPr>
        <w:spacing w:after="80"/>
      </w:pPr>
      <w:r>
        <w:rPr>
          <w:rFonts w:ascii="Georgia" w:hAnsi="Georgia"/>
          <w:sz w:val="23"/>
        </w:rPr>
        <w:t>“Then what way?” Noah snapped. “The binder’s gone. We just found out Darnell was handing off Coach’s sheet in the lot. We found a wristband in Rico’s bag. There’s paper with our calls on it. A random phone appears in the truck. How many arrows do you need?”</w:t>
      </w:r>
    </w:p>
    <w:p>
      <w:pPr>
        <w:spacing w:after="80"/>
      </w:pPr>
      <w:r>
        <w:rPr>
          <w:rFonts w:ascii="Georgia" w:hAnsi="Georgia"/>
          <w:sz w:val="23"/>
        </w:rPr>
        <w:t>Rico stared at him.</w:t>
      </w:r>
    </w:p>
    <w:p>
      <w:pPr>
        <w:spacing w:after="80"/>
      </w:pPr>
      <w:r>
        <w:rPr>
          <w:rFonts w:ascii="Georgia" w:hAnsi="Georgia"/>
          <w:sz w:val="23"/>
        </w:rPr>
        <w:t>Not angry right away.</w:t>
      </w:r>
    </w:p>
    <w:p>
      <w:pPr>
        <w:spacing w:after="80"/>
      </w:pPr>
      <w:r>
        <w:rPr>
          <w:rFonts w:ascii="Georgia" w:hAnsi="Georgia"/>
          <w:sz w:val="23"/>
        </w:rPr>
        <w:t>More like stunned.</w:t>
      </w:r>
    </w:p>
    <w:p>
      <w:pPr>
        <w:spacing w:after="80"/>
      </w:pPr>
      <w:r>
        <w:rPr>
          <w:rFonts w:ascii="Georgia" w:hAnsi="Georgia"/>
          <w:sz w:val="23"/>
        </w:rPr>
        <w:t>Then the anger got there.</w:t>
      </w:r>
    </w:p>
    <w:p>
      <w:pPr>
        <w:spacing w:after="80"/>
      </w:pPr>
      <w:r>
        <w:rPr>
          <w:rFonts w:ascii="Georgia" w:hAnsi="Georgia"/>
          <w:sz w:val="23"/>
        </w:rPr>
        <w:t>“You want arrows?” he said. “Here’s one. Coach Darnell was the one passing things in the lot, not me.”</w:t>
      </w:r>
    </w:p>
    <w:p>
      <w:pPr>
        <w:spacing w:after="80"/>
      </w:pPr>
      <w:r>
        <w:rPr>
          <w:rFonts w:ascii="Georgia" w:hAnsi="Georgia"/>
          <w:sz w:val="23"/>
        </w:rPr>
        <w:t>“And the bands were in your bag.”</w:t>
      </w:r>
    </w:p>
    <w:p>
      <w:pPr>
        <w:spacing w:after="80"/>
      </w:pPr>
      <w:r>
        <w:rPr>
          <w:rFonts w:ascii="Georgia" w:hAnsi="Georgia"/>
          <w:sz w:val="23"/>
        </w:rPr>
        <w:t>“I didn’t put them there.”</w:t>
      </w:r>
    </w:p>
    <w:p>
      <w:pPr>
        <w:spacing w:after="80"/>
      </w:pPr>
      <w:r>
        <w:rPr>
          <w:rFonts w:ascii="Georgia" w:hAnsi="Georgia"/>
          <w:sz w:val="23"/>
        </w:rPr>
        <w:t>“The picture—”</w:t>
      </w:r>
    </w:p>
    <w:p>
      <w:pPr>
        <w:spacing w:after="80"/>
      </w:pPr>
      <w:r>
        <w:rPr>
          <w:rFonts w:ascii="Georgia" w:hAnsi="Georgia"/>
          <w:sz w:val="23"/>
        </w:rPr>
        <w:t>“The picture shows me standing near somebody on a sideline!” Rico’s voice finally jumped. “That’s not proof. That’s youth sports.”</w:t>
      </w:r>
    </w:p>
    <w:p>
      <w:pPr>
        <w:spacing w:after="80"/>
      </w:pPr>
      <w:r>
        <w:rPr>
          <w:rFonts w:ascii="Georgia" w:hAnsi="Georgia"/>
          <w:sz w:val="23"/>
        </w:rPr>
        <w:t>Jalen took half a step back, eyes moving between them with the look he always got when he thought something might turn into a fight worth remembering later.</w:t>
      </w:r>
    </w:p>
    <w:p>
      <w:pPr>
        <w:spacing w:after="80"/>
      </w:pPr>
      <w:r>
        <w:rPr>
          <w:rFonts w:ascii="Georgia" w:hAnsi="Georgia"/>
          <w:sz w:val="23"/>
        </w:rPr>
        <w:t>Coach Law stood up.</w:t>
      </w:r>
    </w:p>
    <w:p>
      <w:pPr>
        <w:spacing w:after="80"/>
      </w:pPr>
      <w:r>
        <w:rPr>
          <w:rFonts w:ascii="Georgia" w:hAnsi="Georgia"/>
          <w:sz w:val="23"/>
        </w:rPr>
        <w:t>“Enough.”</w:t>
      </w:r>
    </w:p>
    <w:p>
      <w:pPr>
        <w:spacing w:after="80"/>
      </w:pPr>
      <w:r>
        <w:rPr>
          <w:rFonts w:ascii="Georgia" w:hAnsi="Georgia"/>
          <w:sz w:val="23"/>
        </w:rPr>
        <w:t>Nobody moved.</w:t>
      </w:r>
    </w:p>
    <w:p>
      <w:pPr>
        <w:spacing w:after="80"/>
      </w:pPr>
      <w:r>
        <w:rPr>
          <w:rFonts w:ascii="Georgia" w:hAnsi="Georgia"/>
          <w:sz w:val="23"/>
        </w:rPr>
        <w:t>Nobody talked either.</w:t>
      </w:r>
    </w:p>
    <w:p>
      <w:pPr>
        <w:spacing w:after="80"/>
      </w:pPr>
      <w:r>
        <w:rPr>
          <w:rFonts w:ascii="Georgia" w:hAnsi="Georgia"/>
          <w:sz w:val="23"/>
        </w:rPr>
        <w:t>That was the difference between when kids were noisy and when they had actually reached the edge.</w:t>
      </w:r>
    </w:p>
    <w:p>
      <w:pPr>
        <w:spacing w:after="80"/>
      </w:pPr>
      <w:r>
        <w:rPr>
          <w:rFonts w:ascii="Georgia" w:hAnsi="Georgia"/>
          <w:sz w:val="23"/>
        </w:rPr>
        <w:t>Coach Law pointed at the bag. “Nobody says another word until I say it.”</w:t>
      </w:r>
    </w:p>
    <w:p>
      <w:pPr>
        <w:spacing w:after="80"/>
      </w:pPr>
      <w:r>
        <w:rPr>
          <w:rFonts w:ascii="Georgia" w:hAnsi="Georgia"/>
          <w:sz w:val="23"/>
        </w:rPr>
        <w:t>He looked at Noah first.</w:t>
      </w:r>
    </w:p>
    <w:p>
      <w:pPr>
        <w:spacing w:after="80"/>
      </w:pPr>
      <w:r>
        <w:rPr>
          <w:rFonts w:ascii="Georgia" w:hAnsi="Georgia"/>
          <w:sz w:val="23"/>
        </w:rPr>
        <w:t>Then at Rico.</w:t>
      </w:r>
    </w:p>
    <w:p>
      <w:pPr>
        <w:spacing w:after="80"/>
      </w:pPr>
      <w:r>
        <w:rPr>
          <w:rFonts w:ascii="Georgia" w:hAnsi="Georgia"/>
          <w:sz w:val="23"/>
        </w:rPr>
        <w:t>Then at all of them.</w:t>
      </w:r>
    </w:p>
    <w:p>
      <w:pPr>
        <w:spacing w:after="80"/>
      </w:pPr>
      <w:r>
        <w:rPr>
          <w:rFonts w:ascii="Georgia" w:hAnsi="Georgia"/>
          <w:sz w:val="23"/>
        </w:rPr>
        <w:t>“The binder matters because it contains our offensive structure,” he said. “Not every play we’ve ever run, but enough. Formations, tags, red-zone concepts, tempo notes, situational installs. If the wrong person has that binder, they don’t need to guess anymore. They can study.”</w:t>
      </w:r>
    </w:p>
    <w:p>
      <w:pPr>
        <w:spacing w:after="80"/>
      </w:pPr>
      <w:r>
        <w:rPr>
          <w:rFonts w:ascii="Georgia" w:hAnsi="Georgia"/>
          <w:sz w:val="23"/>
        </w:rPr>
        <w:t>Noah felt sick.</w:t>
      </w:r>
    </w:p>
    <w:p>
      <w:pPr>
        <w:spacing w:after="80"/>
      </w:pPr>
      <w:r>
        <w:rPr>
          <w:rFonts w:ascii="Georgia" w:hAnsi="Georgia"/>
          <w:sz w:val="23"/>
        </w:rPr>
        <w:t>Because hearing it out loud made it worse.</w:t>
      </w:r>
    </w:p>
    <w:p>
      <w:pPr>
        <w:spacing w:after="80"/>
      </w:pPr>
      <w:r>
        <w:rPr>
          <w:rFonts w:ascii="Georgia" w:hAnsi="Georgia"/>
          <w:sz w:val="23"/>
        </w:rPr>
        <w:t>The binder was not just his notes.</w:t>
      </w:r>
    </w:p>
    <w:p>
      <w:pPr>
        <w:spacing w:after="80"/>
      </w:pPr>
      <w:r>
        <w:rPr>
          <w:rFonts w:ascii="Georgia" w:hAnsi="Georgia"/>
          <w:sz w:val="23"/>
        </w:rPr>
        <w:t>It was the offense.</w:t>
      </w:r>
    </w:p>
    <w:p>
      <w:pPr>
        <w:spacing w:after="80"/>
      </w:pPr>
      <w:r>
        <w:rPr>
          <w:rFonts w:ascii="Georgia" w:hAnsi="Georgia"/>
          <w:sz w:val="23"/>
        </w:rPr>
        <w:t>Not all of it, but enough of it that a smart team—or the wrong adult—could build a week of practice around wrecking everything Prime 8 liked to do.</w:t>
      </w:r>
    </w:p>
    <w:p>
      <w:pPr>
        <w:spacing w:after="80"/>
      </w:pPr>
      <w:r>
        <w:rPr>
          <w:rFonts w:ascii="Georgia" w:hAnsi="Georgia"/>
          <w:sz w:val="23"/>
        </w:rPr>
        <w:t>Owen said quietly, “So we’re not just dealing with stolen starts anymore.”</w:t>
      </w:r>
    </w:p>
    <w:p>
      <w:pPr>
        <w:spacing w:after="80"/>
      </w:pPr>
      <w:r>
        <w:rPr>
          <w:rFonts w:ascii="Georgia" w:hAnsi="Georgia"/>
          <w:sz w:val="23"/>
        </w:rPr>
        <w:t>Coach Law nodded once. “No.”</w:t>
      </w:r>
    </w:p>
    <w:p>
      <w:pPr>
        <w:spacing w:after="80"/>
      </w:pPr>
      <w:r>
        <w:rPr>
          <w:rFonts w:ascii="Georgia" w:hAnsi="Georgia"/>
          <w:sz w:val="23"/>
        </w:rPr>
        <w:t>Micah had gone still, football tucked under one arm, eyes on the bag. “When did you last actually see it?”</w:t>
      </w:r>
    </w:p>
    <w:p>
      <w:pPr>
        <w:spacing w:after="80"/>
      </w:pPr>
      <w:r>
        <w:rPr>
          <w:rFonts w:ascii="Georgia" w:hAnsi="Georgia"/>
          <w:sz w:val="23"/>
        </w:rPr>
        <w:t>That was the question.</w:t>
      </w:r>
    </w:p>
    <w:p>
      <w:pPr>
        <w:spacing w:after="80"/>
      </w:pPr>
      <w:r>
        <w:rPr>
          <w:rFonts w:ascii="Georgia" w:hAnsi="Georgia"/>
          <w:sz w:val="23"/>
        </w:rPr>
        <w:t>The real one.</w:t>
      </w:r>
    </w:p>
    <w:p>
      <w:pPr>
        <w:spacing w:after="80"/>
      </w:pPr>
      <w:r>
        <w:rPr>
          <w:rFonts w:ascii="Georgia" w:hAnsi="Georgia"/>
          <w:sz w:val="23"/>
        </w:rPr>
        <w:t>Noah dragged a hand over his head. “Yesterday after school. I had it in the truck.”</w:t>
      </w:r>
    </w:p>
    <w:p>
      <w:pPr>
        <w:spacing w:after="80"/>
      </w:pPr>
      <w:r>
        <w:rPr>
          <w:rFonts w:ascii="Georgia" w:hAnsi="Georgia"/>
          <w:sz w:val="23"/>
        </w:rPr>
        <w:t>“Then where?” Devin asked.</w:t>
      </w:r>
    </w:p>
    <w:p>
      <w:pPr>
        <w:spacing w:after="80"/>
      </w:pPr>
      <w:r>
        <w:rPr>
          <w:rFonts w:ascii="Georgia" w:hAnsi="Georgia"/>
          <w:sz w:val="23"/>
        </w:rPr>
        <w:t>“At home for a little while.” Noah frowned. “I think.”</w:t>
      </w:r>
    </w:p>
    <w:p>
      <w:pPr>
        <w:spacing w:after="80"/>
      </w:pPr>
      <w:r>
        <w:rPr>
          <w:rFonts w:ascii="Georgia" w:hAnsi="Georgia"/>
          <w:sz w:val="23"/>
        </w:rPr>
        <w:t>“You think?” Vee said.</w:t>
      </w:r>
    </w:p>
    <w:p>
      <w:pPr>
        <w:spacing w:after="80"/>
      </w:pPr>
      <w:r>
        <w:rPr>
          <w:rFonts w:ascii="Georgia" w:hAnsi="Georgia"/>
          <w:sz w:val="23"/>
        </w:rPr>
        <w:t>Noah shot her a look. “Helpful.”</w:t>
      </w:r>
    </w:p>
    <w:p>
      <w:pPr>
        <w:spacing w:after="80"/>
      </w:pPr>
      <w:r>
        <w:rPr>
          <w:rFonts w:ascii="Georgia" w:hAnsi="Georgia"/>
          <w:sz w:val="23"/>
        </w:rPr>
        <w:t>“I’m trying to be.”</w:t>
      </w:r>
    </w:p>
    <w:p>
      <w:pPr>
        <w:spacing w:after="80"/>
      </w:pPr>
      <w:r>
        <w:rPr>
          <w:rFonts w:ascii="Georgia" w:hAnsi="Georgia"/>
          <w:sz w:val="23"/>
        </w:rPr>
        <w:t>Coach Law stepped closer. “Walk it back.”</w:t>
      </w:r>
    </w:p>
    <w:p>
      <w:pPr>
        <w:spacing w:after="80"/>
      </w:pPr>
      <w:r>
        <w:rPr>
          <w:rFonts w:ascii="Georgia" w:hAnsi="Georgia"/>
          <w:sz w:val="23"/>
        </w:rPr>
        <w:t>Noah took a breath.</w:t>
      </w:r>
    </w:p>
    <w:p>
      <w:pPr>
        <w:spacing w:after="80"/>
      </w:pPr>
      <w:r>
        <w:rPr>
          <w:rFonts w:ascii="Georgia" w:hAnsi="Georgia"/>
          <w:sz w:val="23"/>
        </w:rPr>
        <w:t>This part mattered.</w:t>
      </w:r>
    </w:p>
    <w:p>
      <w:pPr>
        <w:spacing w:after="80"/>
      </w:pPr>
      <w:r>
        <w:rPr>
          <w:rFonts w:ascii="Georgia" w:hAnsi="Georgia"/>
          <w:sz w:val="23"/>
        </w:rPr>
        <w:t>Football taught that too. After a busted play, after a turnover, after a mistake: walk it back. First step. Last clear read. Where did it actually go wrong?</w:t>
      </w:r>
    </w:p>
    <w:p>
      <w:pPr>
        <w:spacing w:after="80"/>
      </w:pPr>
      <w:r>
        <w:rPr>
          <w:rFonts w:ascii="Georgia" w:hAnsi="Georgia"/>
          <w:sz w:val="23"/>
        </w:rPr>
        <w:t>“I had it after school,” he said slowly. “I know that. I looked at it before film. I was checking red-zone stuff.”</w:t>
      </w:r>
    </w:p>
    <w:p>
      <w:pPr>
        <w:spacing w:after="80"/>
      </w:pPr>
      <w:r>
        <w:rPr>
          <w:rFonts w:ascii="Georgia" w:hAnsi="Georgia"/>
          <w:sz w:val="23"/>
        </w:rPr>
        <w:t>“Where?” Coach Law asked.</w:t>
      </w:r>
    </w:p>
    <w:p>
      <w:pPr>
        <w:spacing w:after="80"/>
      </w:pPr>
      <w:r>
        <w:rPr>
          <w:rFonts w:ascii="Georgia" w:hAnsi="Georgia"/>
          <w:sz w:val="23"/>
        </w:rPr>
        <w:t>“In the truck first. Then… at home. Kitchen table maybe.”</w:t>
      </w:r>
    </w:p>
    <w:p>
      <w:pPr>
        <w:spacing w:after="80"/>
      </w:pPr>
      <w:r>
        <w:rPr>
          <w:rFonts w:ascii="Georgia" w:hAnsi="Georgia"/>
          <w:sz w:val="23"/>
        </w:rPr>
        <w:t>“Maybe?” Jalen repeated.</w:t>
      </w:r>
    </w:p>
    <w:p>
      <w:pPr>
        <w:spacing w:after="80"/>
      </w:pPr>
      <w:r>
        <w:rPr>
          <w:rFonts w:ascii="Georgia" w:hAnsi="Georgia"/>
          <w:sz w:val="23"/>
        </w:rPr>
        <w:t>Noah ignored him. “Then I put it in the bag. I think.”</w:t>
      </w:r>
    </w:p>
    <w:p>
      <w:pPr>
        <w:spacing w:after="80"/>
      </w:pPr>
      <w:r>
        <w:rPr>
          <w:rFonts w:ascii="Georgia" w:hAnsi="Georgia"/>
          <w:sz w:val="23"/>
        </w:rPr>
        <w:t>Rico laughed once. “That is not amazing.”</w:t>
      </w:r>
    </w:p>
    <w:p>
      <w:pPr>
        <w:spacing w:after="80"/>
      </w:pPr>
      <w:r>
        <w:rPr>
          <w:rFonts w:ascii="Georgia" w:hAnsi="Georgia"/>
          <w:sz w:val="23"/>
        </w:rPr>
        <w:t>Coach Law shot him a look sharp enough to shut him down immediately.</w:t>
      </w:r>
    </w:p>
    <w:p>
      <w:pPr>
        <w:spacing w:after="80"/>
      </w:pPr>
      <w:r>
        <w:rPr>
          <w:rFonts w:ascii="Georgia" w:hAnsi="Georgia"/>
          <w:sz w:val="23"/>
        </w:rPr>
        <w:t>Devin crouched by the bag and looked into the pockets without touching anything. “Could someone have grabbed it during practice?”</w:t>
      </w:r>
    </w:p>
    <w:p>
      <w:pPr>
        <w:spacing w:after="80"/>
      </w:pPr>
      <w:r>
        <w:rPr>
          <w:rFonts w:ascii="Georgia" w:hAnsi="Georgia"/>
          <w:sz w:val="23"/>
        </w:rPr>
        <w:t>“Yes,” Noah said.</w:t>
      </w:r>
    </w:p>
    <w:p>
      <w:pPr>
        <w:spacing w:after="80"/>
      </w:pPr>
      <w:r>
        <w:rPr>
          <w:rFonts w:ascii="Georgia" w:hAnsi="Georgia"/>
          <w:sz w:val="23"/>
        </w:rPr>
        <w:t>“Or before?” Owen added.</w:t>
      </w:r>
    </w:p>
    <w:p>
      <w:pPr>
        <w:spacing w:after="80"/>
      </w:pPr>
      <w:r>
        <w:rPr>
          <w:rFonts w:ascii="Georgia" w:hAnsi="Georgia"/>
          <w:sz w:val="23"/>
        </w:rPr>
        <w:t>“Or after school yesterday?” Micah said.</w:t>
      </w:r>
    </w:p>
    <w:p>
      <w:pPr>
        <w:spacing w:after="80"/>
      </w:pPr>
      <w:r>
        <w:rPr>
          <w:rFonts w:ascii="Georgia" w:hAnsi="Georgia"/>
          <w:sz w:val="23"/>
        </w:rPr>
        <w:t>That opened it wider.</w:t>
      </w:r>
    </w:p>
    <w:p>
      <w:pPr>
        <w:spacing w:after="80"/>
      </w:pPr>
      <w:r>
        <w:rPr>
          <w:rFonts w:ascii="Georgia" w:hAnsi="Georgia"/>
          <w:sz w:val="23"/>
        </w:rPr>
        <w:t>Too wide.</w:t>
      </w:r>
    </w:p>
    <w:p>
      <w:pPr>
        <w:spacing w:after="80"/>
      </w:pPr>
      <w:r>
        <w:rPr>
          <w:rFonts w:ascii="Georgia" w:hAnsi="Georgia"/>
          <w:sz w:val="23"/>
        </w:rPr>
        <w:t>Noah hated that too.</w:t>
      </w:r>
    </w:p>
    <w:p>
      <w:pPr>
        <w:spacing w:after="80"/>
      </w:pPr>
      <w:r>
        <w:rPr>
          <w:rFonts w:ascii="Georgia" w:hAnsi="Georgia"/>
          <w:sz w:val="23"/>
        </w:rPr>
        <w:t>Because wider meant more possibilities, which meant less certainty, which meant it was harder to put the blame where his anger wanted it to go.</w:t>
      </w:r>
    </w:p>
    <w:p>
      <w:pPr>
        <w:spacing w:after="80"/>
      </w:pPr>
      <w:r>
        <w:rPr>
          <w:rFonts w:ascii="Georgia" w:hAnsi="Georgia"/>
          <w:sz w:val="23"/>
        </w:rPr>
        <w:t>Coach Law took the bag and zipped it closed. “Here’s what happens next. Noah, you go home and check every room, every surface, every car floor, every place a twelve-year-old thinks is a temporary place for something important.”</w:t>
      </w:r>
    </w:p>
    <w:p>
      <w:pPr>
        <w:spacing w:after="80"/>
      </w:pPr>
      <w:r>
        <w:rPr>
          <w:rFonts w:ascii="Georgia" w:hAnsi="Georgia"/>
          <w:sz w:val="23"/>
        </w:rPr>
        <w:t>“I’m not twelve,” Noah said automatically.</w:t>
      </w:r>
    </w:p>
    <w:p>
      <w:pPr>
        <w:spacing w:after="80"/>
      </w:pPr>
      <w:r>
        <w:rPr>
          <w:rFonts w:ascii="Georgia" w:hAnsi="Georgia"/>
          <w:sz w:val="23"/>
        </w:rPr>
        <w:t>Coach Law looked at him. “Then act older than twelve.”</w:t>
      </w:r>
    </w:p>
    <w:p>
      <w:pPr>
        <w:spacing w:after="80"/>
      </w:pPr>
      <w:r>
        <w:rPr>
          <w:rFonts w:ascii="Georgia" w:hAnsi="Georgia"/>
          <w:sz w:val="23"/>
        </w:rPr>
        <w:t>That one landed.</w:t>
      </w:r>
    </w:p>
    <w:p>
      <w:pPr>
        <w:spacing w:after="80"/>
      </w:pPr>
      <w:r>
        <w:rPr>
          <w:rFonts w:ascii="Georgia" w:hAnsi="Georgia"/>
          <w:sz w:val="23"/>
        </w:rPr>
        <w:t>Jalen coughed into his fist, probably hiding a laugh. Coach Law ignored it.</w:t>
      </w:r>
    </w:p>
    <w:p>
      <w:pPr>
        <w:spacing w:after="80"/>
      </w:pPr>
      <w:r>
        <w:rPr>
          <w:rFonts w:ascii="Georgia" w:hAnsi="Georgia"/>
          <w:sz w:val="23"/>
        </w:rPr>
        <w:t>“Devin,” Coach Law said, “send me your pattern notes.”</w:t>
      </w:r>
    </w:p>
    <w:p>
      <w:pPr>
        <w:spacing w:after="80"/>
      </w:pPr>
      <w:r>
        <w:rPr>
          <w:rFonts w:ascii="Georgia" w:hAnsi="Georgia"/>
          <w:sz w:val="23"/>
        </w:rPr>
        <w:t>Devin blinked. “Seriously?”</w:t>
      </w:r>
    </w:p>
    <w:p>
      <w:pPr>
        <w:spacing w:after="80"/>
      </w:pPr>
      <w:r>
        <w:rPr>
          <w:rFonts w:ascii="Georgia" w:hAnsi="Georgia"/>
          <w:sz w:val="23"/>
        </w:rPr>
        <w:t>“Yes.”</w:t>
      </w:r>
    </w:p>
    <w:p>
      <w:pPr>
        <w:spacing w:after="80"/>
      </w:pPr>
      <w:r>
        <w:rPr>
          <w:rFonts w:ascii="Georgia" w:hAnsi="Georgia"/>
          <w:sz w:val="23"/>
        </w:rPr>
        <w:t>That seemed to surprise everyone.</w:t>
      </w:r>
    </w:p>
    <w:p>
      <w:pPr>
        <w:spacing w:after="80"/>
      </w:pPr>
      <w:r>
        <w:rPr>
          <w:rFonts w:ascii="Georgia" w:hAnsi="Georgia"/>
          <w:sz w:val="23"/>
        </w:rPr>
        <w:t>Probably because it surprised Noah too.</w:t>
      </w:r>
    </w:p>
    <w:p>
      <w:pPr>
        <w:spacing w:after="80"/>
      </w:pPr>
      <w:r>
        <w:rPr>
          <w:rFonts w:ascii="Georgia" w:hAnsi="Georgia"/>
          <w:sz w:val="23"/>
        </w:rPr>
        <w:t>Coach Law turned to Owen. “I want a list of every concept we’ve run in the last two weeks that looked compromised early.”</w:t>
      </w:r>
    </w:p>
    <w:p>
      <w:pPr>
        <w:spacing w:after="80"/>
      </w:pPr>
      <w:r>
        <w:rPr>
          <w:rFonts w:ascii="Georgia" w:hAnsi="Georgia"/>
          <w:sz w:val="23"/>
        </w:rPr>
        <w:t>Owen nodded instantly. “I already started one.”</w:t>
      </w:r>
    </w:p>
    <w:p>
      <w:pPr>
        <w:spacing w:after="80"/>
      </w:pPr>
      <w:r>
        <w:rPr>
          <w:rFonts w:ascii="Georgia" w:hAnsi="Georgia"/>
          <w:sz w:val="23"/>
        </w:rPr>
        <w:t>“Of course you did,” Rico muttered.</w:t>
      </w:r>
    </w:p>
    <w:p>
      <w:pPr>
        <w:spacing w:after="80"/>
      </w:pPr>
      <w:r>
        <w:rPr>
          <w:rFonts w:ascii="Georgia" w:hAnsi="Georgia"/>
          <w:sz w:val="23"/>
        </w:rPr>
        <w:t>Coach Law pointed at Micah. “You keep your mouth shut around younger divisions, older divisions, cousins, group chats, everybody.”</w:t>
      </w:r>
    </w:p>
    <w:p>
      <w:pPr>
        <w:spacing w:after="80"/>
      </w:pPr>
      <w:r>
        <w:rPr>
          <w:rFonts w:ascii="Georgia" w:hAnsi="Georgia"/>
          <w:sz w:val="23"/>
        </w:rPr>
        <w:t>Micah bristled slightly. “I know how to keep my mouth shut.”</w:t>
      </w:r>
    </w:p>
    <w:p>
      <w:pPr>
        <w:spacing w:after="80"/>
      </w:pPr>
      <w:r>
        <w:rPr>
          <w:rFonts w:ascii="Georgia" w:hAnsi="Georgia"/>
          <w:sz w:val="23"/>
        </w:rPr>
        <w:t>Coach Law’s gaze held. “Do it anyway.”</w:t>
      </w:r>
    </w:p>
    <w:p>
      <w:pPr>
        <w:spacing w:after="80"/>
      </w:pPr>
      <w:r>
        <w:rPr>
          <w:rFonts w:ascii="Georgia" w:hAnsi="Georgia"/>
          <w:sz w:val="23"/>
        </w:rPr>
        <w:t>Then his eyes moved to Rico.</w:t>
      </w:r>
    </w:p>
    <w:p>
      <w:pPr>
        <w:spacing w:after="80"/>
      </w:pPr>
      <w:r>
        <w:rPr>
          <w:rFonts w:ascii="Georgia" w:hAnsi="Georgia"/>
          <w:sz w:val="23"/>
        </w:rPr>
        <w:t>The whole field seemed to lean.</w:t>
      </w:r>
    </w:p>
    <w:p>
      <w:pPr>
        <w:spacing w:after="80"/>
      </w:pPr>
      <w:r>
        <w:rPr>
          <w:rFonts w:ascii="Georgia" w:hAnsi="Georgia"/>
          <w:sz w:val="23"/>
        </w:rPr>
        <w:t>“Rico,” Coach Law said, “you come thirty minutes early next practice.”</w:t>
      </w:r>
    </w:p>
    <w:p>
      <w:pPr>
        <w:spacing w:after="80"/>
      </w:pPr>
      <w:r>
        <w:rPr>
          <w:rFonts w:ascii="Georgia" w:hAnsi="Georgia"/>
          <w:sz w:val="23"/>
        </w:rPr>
        <w:t>Rico frowned. “For what?”</w:t>
      </w:r>
    </w:p>
    <w:p>
      <w:pPr>
        <w:spacing w:after="80"/>
      </w:pPr>
      <w:r>
        <w:rPr>
          <w:rFonts w:ascii="Georgia" w:hAnsi="Georgia"/>
          <w:sz w:val="23"/>
        </w:rPr>
        <w:t>“For a conversation.”</w:t>
      </w:r>
    </w:p>
    <w:p>
      <w:pPr>
        <w:spacing w:after="80"/>
      </w:pPr>
      <w:r>
        <w:rPr>
          <w:rFonts w:ascii="Georgia" w:hAnsi="Georgia"/>
          <w:sz w:val="23"/>
        </w:rPr>
        <w:t>Noah saw the look on Rico’s face and knew exactly how everyone else on the field read it:</w:t>
      </w:r>
    </w:p>
    <w:p>
      <w:pPr>
        <w:spacing w:after="80"/>
      </w:pPr>
      <w:r>
        <w:rPr>
          <w:rFonts w:ascii="Georgia" w:hAnsi="Georgia"/>
          <w:sz w:val="23"/>
        </w:rPr>
        <w:t>There it is.</w:t>
        <w:br/>
        <w:t>He’s the guy.</w:t>
      </w:r>
    </w:p>
    <w:p>
      <w:pPr>
        <w:spacing w:after="80"/>
      </w:pPr>
      <w:r>
        <w:rPr>
          <w:rFonts w:ascii="Georgia" w:hAnsi="Georgia"/>
          <w:sz w:val="23"/>
        </w:rPr>
        <w:t>Rico read that too.</w:t>
      </w:r>
    </w:p>
    <w:p>
      <w:pPr>
        <w:spacing w:after="80"/>
      </w:pPr>
      <w:r>
        <w:rPr>
          <w:rFonts w:ascii="Georgia" w:hAnsi="Georgia"/>
          <w:sz w:val="23"/>
        </w:rPr>
        <w:t>His shoulders tightened. “You don’t have to make it sound like a police interview.”</w:t>
      </w:r>
    </w:p>
    <w:p>
      <w:pPr>
        <w:spacing w:after="80"/>
      </w:pPr>
      <w:r>
        <w:rPr>
          <w:rFonts w:ascii="Georgia" w:hAnsi="Georgia"/>
          <w:sz w:val="23"/>
        </w:rPr>
        <w:t>Coach Law did not blink. “Then give me a reason not to.”</w:t>
      </w:r>
    </w:p>
    <w:p>
      <w:pPr>
        <w:spacing w:after="80"/>
      </w:pPr>
      <w:r>
        <w:rPr>
          <w:rFonts w:ascii="Georgia" w:hAnsi="Georgia"/>
          <w:sz w:val="23"/>
        </w:rPr>
        <w:t>That made the air worse instantly.</w:t>
      </w:r>
    </w:p>
    <w:p>
      <w:pPr>
        <w:spacing w:after="80"/>
      </w:pPr>
      <w:r>
        <w:rPr>
          <w:rFonts w:ascii="Georgia" w:hAnsi="Georgia"/>
          <w:sz w:val="23"/>
        </w:rPr>
        <w:t>Devin stepped in, voice tight now. “Coach.”</w:t>
      </w:r>
    </w:p>
    <w:p>
      <w:pPr>
        <w:spacing w:after="80"/>
      </w:pPr>
      <w:r>
        <w:rPr>
          <w:rFonts w:ascii="Georgia" w:hAnsi="Georgia"/>
          <w:sz w:val="23"/>
        </w:rPr>
        <w:t>Coach Law’s expression shifted slightly, just enough to show he knew what he had just done and did not care because he thought he had to.</w:t>
      </w:r>
    </w:p>
    <w:p>
      <w:pPr>
        <w:spacing w:after="80"/>
      </w:pPr>
      <w:r>
        <w:rPr>
          <w:rFonts w:ascii="Georgia" w:hAnsi="Georgia"/>
          <w:sz w:val="23"/>
        </w:rPr>
        <w:t>Rico looked at Noah.</w:t>
      </w:r>
    </w:p>
    <w:p>
      <w:pPr>
        <w:spacing w:after="80"/>
      </w:pPr>
      <w:r>
        <w:rPr>
          <w:rFonts w:ascii="Georgia" w:hAnsi="Georgia"/>
          <w:sz w:val="23"/>
        </w:rPr>
        <w:t>Not Coach Law.</w:t>
      </w:r>
    </w:p>
    <w:p>
      <w:pPr>
        <w:spacing w:after="80"/>
      </w:pPr>
      <w:r>
        <w:rPr>
          <w:rFonts w:ascii="Georgia" w:hAnsi="Georgia"/>
          <w:sz w:val="23"/>
        </w:rPr>
        <w:t>Noah.</w:t>
      </w:r>
    </w:p>
    <w:p>
      <w:pPr>
        <w:spacing w:after="80"/>
      </w:pPr>
      <w:r>
        <w:rPr>
          <w:rFonts w:ascii="Georgia" w:hAnsi="Georgia"/>
          <w:sz w:val="23"/>
        </w:rPr>
        <w:t>And in that look was the thing that bothered Noah most:</w:t>
      </w:r>
    </w:p>
    <w:p>
      <w:pPr>
        <w:spacing w:after="80"/>
      </w:pPr>
      <w:r>
        <w:rPr>
          <w:rFonts w:ascii="Georgia" w:hAnsi="Georgia"/>
          <w:sz w:val="23"/>
        </w:rPr>
        <w:t>Not fear.</w:t>
      </w:r>
    </w:p>
    <w:p>
      <w:pPr>
        <w:spacing w:after="80"/>
      </w:pPr>
      <w:r>
        <w:rPr>
          <w:rFonts w:ascii="Georgia" w:hAnsi="Georgia"/>
          <w:sz w:val="23"/>
        </w:rPr>
        <w:t>Not guilt.</w:t>
      </w:r>
    </w:p>
    <w:p>
      <w:pPr>
        <w:spacing w:after="80"/>
      </w:pPr>
      <w:r>
        <w:rPr>
          <w:rFonts w:ascii="Georgia" w:hAnsi="Georgia"/>
          <w:sz w:val="23"/>
        </w:rPr>
        <w:t>Betrayal.</w:t>
      </w:r>
    </w:p>
    <w:p>
      <w:pPr>
        <w:spacing w:after="80"/>
      </w:pPr>
      <w:r>
        <w:rPr>
          <w:rFonts w:ascii="Georgia" w:hAnsi="Georgia"/>
          <w:sz w:val="23"/>
        </w:rPr>
        <w:t>As if Noah had not just suspected him, but allowed the whole field to tilt that way with him.</w:t>
      </w:r>
    </w:p>
    <w:p>
      <w:pPr>
        <w:spacing w:after="80"/>
      </w:pPr>
      <w:r>
        <w:rPr>
          <w:rFonts w:ascii="Georgia" w:hAnsi="Georgia"/>
          <w:sz w:val="23"/>
        </w:rPr>
        <w:t>Rico picked up his bag and swung it over one shoulder. “Fine.”</w:t>
      </w:r>
    </w:p>
    <w:p>
      <w:pPr>
        <w:spacing w:after="80"/>
      </w:pPr>
      <w:r>
        <w:rPr>
          <w:rFonts w:ascii="Georgia" w:hAnsi="Georgia"/>
          <w:sz w:val="23"/>
        </w:rPr>
        <w:t>Then he walked off toward the lot without waiting for dismissal.</w:t>
      </w:r>
    </w:p>
    <w:p>
      <w:pPr>
        <w:spacing w:after="80"/>
      </w:pPr>
      <w:r>
        <w:rPr>
          <w:rFonts w:ascii="Georgia" w:hAnsi="Georgia"/>
          <w:sz w:val="23"/>
        </w:rPr>
        <w:t>Jalen watched him go. “That’s not great.”</w:t>
      </w:r>
    </w:p>
    <w:p>
      <w:pPr>
        <w:spacing w:after="80"/>
      </w:pPr>
      <w:r>
        <w:rPr>
          <w:rFonts w:ascii="Georgia" w:hAnsi="Georgia"/>
          <w:sz w:val="23"/>
        </w:rPr>
        <w:t>“No,” Devin said. “It’s not.”</w:t>
      </w:r>
    </w:p>
    <w:p>
      <w:pPr>
        <w:spacing w:after="80"/>
      </w:pPr>
      <w:r>
        <w:rPr>
          <w:rFonts w:ascii="Georgia" w:hAnsi="Georgia"/>
          <w:sz w:val="23"/>
        </w:rPr>
        <w:t>Coach Law addressed the rest of them. “Everybody else, home. Tomorrow gets simpler. We are stripping things down.”</w:t>
      </w:r>
    </w:p>
    <w:p>
      <w:pPr>
        <w:spacing w:after="80"/>
      </w:pPr>
      <w:r>
        <w:rPr>
          <w:rFonts w:ascii="Georgia" w:hAnsi="Georgia"/>
          <w:sz w:val="23"/>
        </w:rPr>
        <w:t>Jalen frowned. “How simple?”</w:t>
      </w:r>
    </w:p>
    <w:p>
      <w:pPr>
        <w:spacing w:after="80"/>
      </w:pPr>
      <w:r>
        <w:rPr>
          <w:rFonts w:ascii="Georgia" w:hAnsi="Georgia"/>
          <w:sz w:val="23"/>
        </w:rPr>
        <w:t>Coach Law answered without hesitation. “Simple enough that nobody can steal the parts that matter.”</w:t>
      </w:r>
    </w:p>
    <w:p>
      <w:pPr>
        <w:spacing w:after="80"/>
      </w:pPr>
      <w:r>
        <w:rPr>
          <w:rFonts w:ascii="Georgia" w:hAnsi="Georgia"/>
          <w:sz w:val="23"/>
        </w:rPr>
        <w:t>That should have sounded safe.</w:t>
      </w:r>
    </w:p>
    <w:p>
      <w:pPr>
        <w:spacing w:after="80"/>
      </w:pPr>
      <w:r>
        <w:rPr>
          <w:rFonts w:ascii="Georgia" w:hAnsi="Georgia"/>
          <w:sz w:val="23"/>
        </w:rPr>
        <w:t>Instead it sounded like surrender.</w:t>
      </w:r>
    </w:p>
    <w:p>
      <w:pPr>
        <w:spacing w:after="80"/>
      </w:pPr>
      <w:r>
        <w:rPr>
          <w:rFonts w:ascii="Georgia" w:hAnsi="Georgia"/>
          <w:sz w:val="23"/>
        </w:rPr>
        <w:t>The team broke slowly.</w:t>
      </w:r>
    </w:p>
    <w:p>
      <w:pPr>
        <w:spacing w:after="80"/>
      </w:pPr>
      <w:r>
        <w:rPr>
          <w:rFonts w:ascii="Georgia" w:hAnsi="Georgia"/>
          <w:sz w:val="23"/>
        </w:rPr>
        <w:t>Noah stayed where he was while the others peeled away in clumps. Jalen and Owen headed toward the gate still half-arguing about whether flood or mesh was the more dangerous youth red-zone call. Micah lingered near the bench, looking like he wanted to say something and could not figure out how. Vee stood by the rope line, football tucked under one arm, watching Noah the way she watched everything when she thought something important was still moving underneath it.</w:t>
      </w:r>
    </w:p>
    <w:p>
      <w:pPr>
        <w:spacing w:after="80"/>
      </w:pPr>
      <w:r>
        <w:rPr>
          <w:rFonts w:ascii="Georgia" w:hAnsi="Georgia"/>
          <w:sz w:val="23"/>
        </w:rPr>
        <w:t>Devin was the last one to leave the huddle.</w:t>
      </w:r>
    </w:p>
    <w:p>
      <w:pPr>
        <w:spacing w:after="80"/>
      </w:pPr>
      <w:r>
        <w:rPr>
          <w:rFonts w:ascii="Georgia" w:hAnsi="Georgia"/>
          <w:sz w:val="23"/>
        </w:rPr>
        <w:t>He stopped beside Noah and kept his voice low.</w:t>
      </w:r>
    </w:p>
    <w:p>
      <w:pPr>
        <w:spacing w:after="80"/>
      </w:pPr>
      <w:r>
        <w:rPr>
          <w:rFonts w:ascii="Georgia" w:hAnsi="Georgia"/>
          <w:sz w:val="23"/>
        </w:rPr>
        <w:t>“You just made Rico the answer.”</w:t>
      </w:r>
    </w:p>
    <w:p>
      <w:pPr>
        <w:spacing w:after="80"/>
      </w:pPr>
      <w:r>
        <w:rPr>
          <w:rFonts w:ascii="Georgia" w:hAnsi="Georgia"/>
          <w:sz w:val="23"/>
        </w:rPr>
        <w:t>Noah stared at the empty lot. “Maybe he is.”</w:t>
      </w:r>
    </w:p>
    <w:p>
      <w:pPr>
        <w:spacing w:after="80"/>
      </w:pPr>
      <w:r>
        <w:rPr>
          <w:rFonts w:ascii="Georgia" w:hAnsi="Georgia"/>
          <w:sz w:val="23"/>
        </w:rPr>
        <w:t>“Maybe.” Devin paused. “But if he’s not, then whoever actually did it just got the best thing they could’ve asked for.”</w:t>
      </w:r>
    </w:p>
    <w:p>
      <w:pPr>
        <w:spacing w:after="80"/>
      </w:pPr>
      <w:r>
        <w:rPr>
          <w:rFonts w:ascii="Georgia" w:hAnsi="Georgia"/>
          <w:sz w:val="23"/>
        </w:rPr>
        <w:t>Noah looked at him then.</w:t>
      </w:r>
    </w:p>
    <w:p>
      <w:pPr>
        <w:spacing w:after="80"/>
      </w:pPr>
      <w:r>
        <w:rPr>
          <w:rFonts w:ascii="Georgia" w:hAnsi="Georgia"/>
          <w:sz w:val="23"/>
        </w:rPr>
        <w:t>Devin met his eyes and held them. “A team aiming the wrong direction.”</w:t>
      </w:r>
    </w:p>
    <w:p>
      <w:pPr>
        <w:spacing w:after="80"/>
      </w:pPr>
      <w:r>
        <w:rPr>
          <w:rFonts w:ascii="Georgia" w:hAnsi="Georgia"/>
          <w:sz w:val="23"/>
        </w:rPr>
        <w:t>Then he walked away.</w:t>
      </w:r>
    </w:p>
    <w:p>
      <w:pPr>
        <w:spacing w:after="80"/>
      </w:pPr>
      <w:r>
        <w:rPr>
          <w:rFonts w:ascii="Georgia" w:hAnsi="Georgia"/>
          <w:sz w:val="23"/>
        </w:rPr>
        <w:t>That line stayed in Noah’s chest the whole ride home.</w:t>
      </w:r>
    </w:p>
    <w:p>
      <w:pPr>
        <w:spacing w:after="80"/>
      </w:pPr>
      <w:r>
        <w:rPr>
          <w:rFonts w:ascii="Georgia" w:hAnsi="Georgia"/>
          <w:sz w:val="23"/>
        </w:rPr>
        <w:t>---</w:t>
      </w:r>
    </w:p>
    <w:p>
      <w:pPr>
        <w:spacing w:after="80"/>
      </w:pPr>
      <w:r>
        <w:rPr>
          <w:rFonts w:ascii="Georgia" w:hAnsi="Georgia"/>
          <w:sz w:val="23"/>
        </w:rPr>
        <w:t>His mom met him at the front door before he even got both cleats over the threshold.</w:t>
      </w:r>
    </w:p>
    <w:p>
      <w:pPr>
        <w:spacing w:after="80"/>
      </w:pPr>
      <w:r>
        <w:rPr>
          <w:rFonts w:ascii="Georgia" w:hAnsi="Georgia"/>
          <w:sz w:val="23"/>
        </w:rPr>
        <w:t>“Well?”</w:t>
      </w:r>
    </w:p>
    <w:p>
      <w:pPr>
        <w:spacing w:after="80"/>
      </w:pPr>
      <w:r>
        <w:rPr>
          <w:rFonts w:ascii="Georgia" w:hAnsi="Georgia"/>
          <w:sz w:val="23"/>
        </w:rPr>
        <w:t>Noah dropped the bag. “The binder’s gone.”</w:t>
      </w:r>
    </w:p>
    <w:p>
      <w:pPr>
        <w:spacing w:after="80"/>
      </w:pPr>
      <w:r>
        <w:rPr>
          <w:rFonts w:ascii="Georgia" w:hAnsi="Georgia"/>
          <w:sz w:val="23"/>
        </w:rPr>
        <w:t>Miss Amy’s face changed instantly. “Gone gone?”</w:t>
      </w:r>
    </w:p>
    <w:p>
      <w:pPr>
        <w:spacing w:after="80"/>
      </w:pPr>
      <w:r>
        <w:rPr>
          <w:rFonts w:ascii="Georgia" w:hAnsi="Georgia"/>
          <w:sz w:val="23"/>
        </w:rPr>
        <w:t>“Gone gone.”</w:t>
      </w:r>
    </w:p>
    <w:p>
      <w:pPr>
        <w:spacing w:after="80"/>
      </w:pPr>
      <w:r>
        <w:rPr>
          <w:rFonts w:ascii="Georgia" w:hAnsi="Georgia"/>
          <w:sz w:val="23"/>
        </w:rPr>
        <w:t>Coach Law came in right behind him, quieter than normal, which was somehow louder.</w:t>
      </w:r>
    </w:p>
    <w:p>
      <w:pPr>
        <w:spacing w:after="80"/>
      </w:pPr>
      <w:r>
        <w:rPr>
          <w:rFonts w:ascii="Georgia" w:hAnsi="Georgia"/>
          <w:sz w:val="23"/>
        </w:rPr>
        <w:t>For the next twenty minutes the whole house became a search pattern.</w:t>
      </w:r>
    </w:p>
    <w:p>
      <w:pPr>
        <w:spacing w:after="80"/>
      </w:pPr>
      <w:r>
        <w:rPr>
          <w:rFonts w:ascii="Georgia" w:hAnsi="Georgia"/>
          <w:sz w:val="23"/>
        </w:rPr>
        <w:t>Kitchen table.</w:t>
        <w:br/>
        <w:t>Couch cushions.</w:t>
        <w:br/>
        <w:t>Mudroom bench.</w:t>
        <w:br/>
        <w:t>Under Noah’s bed.</w:t>
        <w:br/>
        <w:t>Back seat of the truck.</w:t>
        <w:br/>
        <w:t>Floor of the garage.</w:t>
      </w:r>
    </w:p>
    <w:p>
      <w:pPr>
        <w:spacing w:after="80"/>
      </w:pPr>
      <w:r>
        <w:rPr>
          <w:rFonts w:ascii="Georgia" w:hAnsi="Georgia"/>
          <w:sz w:val="23"/>
        </w:rPr>
        <w:t>Even the bathroom counter, which made no sense but still got checked because when something mattered enough, logic got replaced by movement.</w:t>
      </w:r>
    </w:p>
    <w:p>
      <w:pPr>
        <w:spacing w:after="80"/>
      </w:pPr>
      <w:r>
        <w:rPr>
          <w:rFonts w:ascii="Georgia" w:hAnsi="Georgia"/>
          <w:sz w:val="23"/>
        </w:rPr>
        <w:t>No binder.</w:t>
      </w:r>
    </w:p>
    <w:p>
      <w:pPr>
        <w:spacing w:after="80"/>
      </w:pPr>
      <w:r>
        <w:rPr>
          <w:rFonts w:ascii="Georgia" w:hAnsi="Georgia"/>
          <w:sz w:val="23"/>
        </w:rPr>
        <w:t>Not blue. Not anywhere.</w:t>
      </w:r>
    </w:p>
    <w:p>
      <w:pPr>
        <w:spacing w:after="80"/>
      </w:pPr>
      <w:r>
        <w:rPr>
          <w:rFonts w:ascii="Georgia" w:hAnsi="Georgia"/>
          <w:sz w:val="23"/>
        </w:rPr>
        <w:t>Miss Amy finally stood in the middle of the kitchen with one hand on her hip and said, “Okay. Then it was taken.”</w:t>
      </w:r>
    </w:p>
    <w:p>
      <w:pPr>
        <w:spacing w:after="80"/>
      </w:pPr>
      <w:r>
        <w:rPr>
          <w:rFonts w:ascii="Georgia" w:hAnsi="Georgia"/>
          <w:sz w:val="23"/>
        </w:rPr>
        <w:t>Noah hated how clear she sounded.</w:t>
      </w:r>
    </w:p>
    <w:p>
      <w:pPr>
        <w:spacing w:after="80"/>
      </w:pPr>
      <w:r>
        <w:rPr>
          <w:rFonts w:ascii="Georgia" w:hAnsi="Georgia"/>
          <w:sz w:val="23"/>
        </w:rPr>
        <w:t>Coach Law stood at the counter, hands planted on the edge. “Yes.”</w:t>
      </w:r>
    </w:p>
    <w:p>
      <w:pPr>
        <w:spacing w:after="80"/>
      </w:pPr>
      <w:r>
        <w:rPr>
          <w:rFonts w:ascii="Georgia" w:hAnsi="Georgia"/>
          <w:sz w:val="23"/>
        </w:rPr>
        <w:t>“What are you going to do?”</w:t>
      </w:r>
    </w:p>
    <w:p>
      <w:pPr>
        <w:spacing w:after="80"/>
      </w:pPr>
      <w:r>
        <w:rPr>
          <w:rFonts w:ascii="Georgia" w:hAnsi="Georgia"/>
          <w:sz w:val="23"/>
        </w:rPr>
        <w:t>His dad glanced toward Noah. “What I should have done earlier.”</w:t>
      </w:r>
    </w:p>
    <w:p>
      <w:pPr>
        <w:spacing w:after="80"/>
      </w:pPr>
      <w:r>
        <w:rPr>
          <w:rFonts w:ascii="Georgia" w:hAnsi="Georgia"/>
          <w:sz w:val="23"/>
        </w:rPr>
        <w:t>Noah heard that.</w:t>
      </w:r>
    </w:p>
    <w:p>
      <w:pPr>
        <w:spacing w:after="80"/>
      </w:pPr>
      <w:r>
        <w:rPr>
          <w:rFonts w:ascii="Georgia" w:hAnsi="Georgia"/>
          <w:sz w:val="23"/>
        </w:rPr>
        <w:t>So did Miss Amy.</w:t>
      </w:r>
    </w:p>
    <w:p>
      <w:pPr>
        <w:spacing w:after="80"/>
      </w:pPr>
      <w:r>
        <w:rPr>
          <w:rFonts w:ascii="Georgia" w:hAnsi="Georgia"/>
          <w:sz w:val="23"/>
        </w:rPr>
        <w:t>Neither of them said anything about it.</w:t>
      </w:r>
    </w:p>
    <w:p>
      <w:pPr>
        <w:spacing w:after="80"/>
      </w:pPr>
      <w:r>
        <w:rPr>
          <w:rFonts w:ascii="Georgia" w:hAnsi="Georgia"/>
          <w:sz w:val="23"/>
        </w:rPr>
        <w:t>Coach Law disappeared into the office and came back with a notepad. He wrote for a while in silence—names, probably; dates; periods; things Noah wished he would say out loud instead of locking into lists.</w:t>
      </w:r>
    </w:p>
    <w:p>
      <w:pPr>
        <w:spacing w:after="80"/>
      </w:pPr>
      <w:r>
        <w:rPr>
          <w:rFonts w:ascii="Georgia" w:hAnsi="Georgia"/>
          <w:sz w:val="23"/>
        </w:rPr>
        <w:t>Then he tore off a page and handed it to Noah.</w:t>
      </w:r>
    </w:p>
    <w:p>
      <w:pPr>
        <w:spacing w:after="80"/>
      </w:pPr>
      <w:r>
        <w:rPr>
          <w:rFonts w:ascii="Georgia" w:hAnsi="Georgia"/>
          <w:sz w:val="23"/>
        </w:rPr>
        <w:t>“Tomorrow before school,” he said, “you rewrite the offensive structure from memory. Not every page. Just what you know.”</w:t>
      </w:r>
    </w:p>
    <w:p>
      <w:pPr>
        <w:spacing w:after="80"/>
      </w:pPr>
      <w:r>
        <w:rPr>
          <w:rFonts w:ascii="Georgia" w:hAnsi="Georgia"/>
          <w:sz w:val="23"/>
        </w:rPr>
        <w:t>Noah frowned. “Why?”</w:t>
      </w:r>
    </w:p>
    <w:p>
      <w:pPr>
        <w:spacing w:after="80"/>
      </w:pPr>
      <w:r>
        <w:rPr>
          <w:rFonts w:ascii="Georgia" w:hAnsi="Georgia"/>
          <w:sz w:val="23"/>
        </w:rPr>
        <w:t>“Because if the binder’s gone, I need to know what’s in your head and what’s only on paper.”</w:t>
      </w:r>
    </w:p>
    <w:p>
      <w:pPr>
        <w:spacing w:after="80"/>
      </w:pPr>
      <w:r>
        <w:rPr>
          <w:rFonts w:ascii="Georgia" w:hAnsi="Georgia"/>
          <w:sz w:val="23"/>
        </w:rPr>
        <w:t>That was such a football answer that Noah almost laughed.</w:t>
      </w:r>
    </w:p>
    <w:p>
      <w:pPr>
        <w:spacing w:after="80"/>
      </w:pPr>
      <w:r>
        <w:rPr>
          <w:rFonts w:ascii="Georgia" w:hAnsi="Georgia"/>
          <w:sz w:val="23"/>
        </w:rPr>
        <w:t>Almost.</w:t>
      </w:r>
    </w:p>
    <w:p>
      <w:pPr>
        <w:spacing w:after="80"/>
      </w:pPr>
      <w:r>
        <w:rPr>
          <w:rFonts w:ascii="Georgia" w:hAnsi="Georgia"/>
          <w:sz w:val="23"/>
        </w:rPr>
        <w:t>Instead he took the page and nodded once.</w:t>
      </w:r>
    </w:p>
    <w:p>
      <w:pPr>
        <w:spacing w:after="80"/>
      </w:pPr>
      <w:r>
        <w:rPr>
          <w:rFonts w:ascii="Georgia" w:hAnsi="Georgia"/>
          <w:sz w:val="23"/>
        </w:rPr>
        <w:t>Then he went upstairs and did not sleep nearly enough.</w:t>
      </w:r>
    </w:p>
    <w:p>
      <w:pPr>
        <w:spacing w:after="80"/>
      </w:pPr>
      <w:r>
        <w:rPr>
          <w:rFonts w:ascii="Georgia" w:hAnsi="Georgia"/>
          <w:sz w:val="23"/>
        </w:rPr>
        <w:t>---</w:t>
      </w:r>
    </w:p>
    <w:p>
      <w:pPr>
        <w:spacing w:after="80"/>
      </w:pPr>
      <w:r>
        <w:rPr>
          <w:rFonts w:ascii="Georgia" w:hAnsi="Georgia"/>
          <w:sz w:val="23"/>
        </w:rPr>
        <w:t>The next day’s practice felt like a team trying to prove it was still itself.</w:t>
      </w:r>
    </w:p>
    <w:p>
      <w:pPr>
        <w:spacing w:after="80"/>
      </w:pPr>
      <w:r>
        <w:rPr>
          <w:rFonts w:ascii="Georgia" w:hAnsi="Georgia"/>
          <w:sz w:val="23"/>
        </w:rPr>
        <w:t>That was the best way Noah could describe it.</w:t>
      </w:r>
    </w:p>
    <w:p>
      <w:pPr>
        <w:spacing w:after="80"/>
      </w:pPr>
      <w:r>
        <w:rPr>
          <w:rFonts w:ascii="Georgia" w:hAnsi="Georgia"/>
          <w:sz w:val="23"/>
        </w:rPr>
        <w:t>Not scared exactly.</w:t>
      </w:r>
    </w:p>
    <w:p>
      <w:pPr>
        <w:spacing w:after="80"/>
      </w:pPr>
      <w:r>
        <w:rPr>
          <w:rFonts w:ascii="Georgia" w:hAnsi="Georgia"/>
          <w:sz w:val="23"/>
        </w:rPr>
        <w:t>Determined.</w:t>
      </w:r>
    </w:p>
    <w:p>
      <w:pPr>
        <w:spacing w:after="80"/>
      </w:pPr>
      <w:r>
        <w:rPr>
          <w:rFonts w:ascii="Georgia" w:hAnsi="Georgia"/>
          <w:sz w:val="23"/>
        </w:rPr>
        <w:t>Which was better.</w:t>
      </w:r>
    </w:p>
    <w:p>
      <w:pPr>
        <w:spacing w:after="80"/>
      </w:pPr>
      <w:r>
        <w:rPr>
          <w:rFonts w:ascii="Georgia" w:hAnsi="Georgia"/>
          <w:sz w:val="23"/>
        </w:rPr>
        <w:t>Football had a way of forcing that. You could be suspicious, angry, confused, whatever—but if the ball got snapped, you still had to line up and run the route at the right depth.</w:t>
      </w:r>
    </w:p>
    <w:p>
      <w:pPr>
        <w:spacing w:after="80"/>
      </w:pPr>
      <w:r>
        <w:rPr>
          <w:rFonts w:ascii="Georgia" w:hAnsi="Georgia"/>
          <w:sz w:val="23"/>
        </w:rPr>
        <w:t>Coach Law did what he said he would do.</w:t>
      </w:r>
    </w:p>
    <w:p>
      <w:pPr>
        <w:spacing w:after="80"/>
      </w:pPr>
      <w:r>
        <w:rPr>
          <w:rFonts w:ascii="Georgia" w:hAnsi="Georgia"/>
          <w:sz w:val="23"/>
        </w:rPr>
        <w:t>He stripped things down.</w:t>
      </w:r>
    </w:p>
    <w:p>
      <w:pPr>
        <w:spacing w:after="80"/>
      </w:pPr>
      <w:r>
        <w:rPr>
          <w:rFonts w:ascii="Georgia" w:hAnsi="Georgia"/>
          <w:sz w:val="23"/>
        </w:rPr>
        <w:t>No wristbands.</w:t>
        <w:br/>
        <w:t>No sideline fast-calls.</w:t>
        <w:br/>
        <w:t>No special red-zone package.</w:t>
        <w:br/>
        <w:t>No exposed board work.</w:t>
      </w:r>
    </w:p>
    <w:p>
      <w:pPr>
        <w:spacing w:after="80"/>
      </w:pPr>
      <w:r>
        <w:rPr>
          <w:rFonts w:ascii="Georgia" w:hAnsi="Georgia"/>
          <w:sz w:val="23"/>
        </w:rPr>
        <w:t>Just base formations, verbal calls, and football.</w:t>
      </w:r>
    </w:p>
    <w:p>
      <w:pPr>
        <w:spacing w:after="80"/>
      </w:pPr>
      <w:r>
        <w:rPr>
          <w:rFonts w:ascii="Georgia" w:hAnsi="Georgia"/>
          <w:sz w:val="23"/>
        </w:rPr>
        <w:t>At first Noah resented it.</w:t>
      </w:r>
    </w:p>
    <w:p>
      <w:pPr>
        <w:spacing w:after="80"/>
      </w:pPr>
      <w:r>
        <w:rPr>
          <w:rFonts w:ascii="Georgia" w:hAnsi="Georgia"/>
          <w:sz w:val="23"/>
        </w:rPr>
        <w:t>Then the period started, and he understood.</w:t>
      </w:r>
    </w:p>
    <w:p>
      <w:pPr>
        <w:spacing w:after="80"/>
      </w:pPr>
      <w:r>
        <w:rPr>
          <w:rFonts w:ascii="Georgia" w:hAnsi="Georgia"/>
          <w:sz w:val="23"/>
        </w:rPr>
        <w:t>The simplicity was not surrender.</w:t>
      </w:r>
    </w:p>
    <w:p>
      <w:pPr>
        <w:spacing w:after="80"/>
      </w:pPr>
      <w:r>
        <w:rPr>
          <w:rFonts w:ascii="Georgia" w:hAnsi="Georgia"/>
          <w:sz w:val="23"/>
        </w:rPr>
        <w:t>It was a test.</w:t>
      </w:r>
    </w:p>
    <w:p>
      <w:pPr>
        <w:spacing w:after="80"/>
      </w:pPr>
      <w:r>
        <w:rPr>
          <w:rFonts w:ascii="Georgia" w:hAnsi="Georgia"/>
          <w:sz w:val="23"/>
        </w:rPr>
        <w:t>If the offense still hummed clean without all the extra language, then maybe the team was stronger than whatever somebody had stolen.</w:t>
      </w:r>
    </w:p>
    <w:p>
      <w:pPr>
        <w:spacing w:after="80"/>
      </w:pPr>
      <w:r>
        <w:rPr>
          <w:rFonts w:ascii="Georgia" w:hAnsi="Georgia"/>
          <w:sz w:val="23"/>
        </w:rPr>
        <w:t>Coach Law set the first team period at midfield and called out a simple script.</w:t>
      </w:r>
    </w:p>
    <w:p>
      <w:pPr>
        <w:spacing w:after="80"/>
      </w:pPr>
      <w:r>
        <w:rPr>
          <w:rFonts w:ascii="Georgia" w:hAnsi="Georgia"/>
          <w:sz w:val="23"/>
        </w:rPr>
        <w:t>“Base trips. Stick. Base twins. Slant-flat. Bunch mesh. Flood. Run it clean.”</w:t>
      </w:r>
    </w:p>
    <w:p>
      <w:pPr>
        <w:spacing w:after="80"/>
      </w:pPr>
      <w:r>
        <w:rPr>
          <w:rFonts w:ascii="Georgia" w:hAnsi="Georgia"/>
          <w:sz w:val="23"/>
        </w:rPr>
        <w:t>Noah stepped into the huddle and heard the difference immediately.</w:t>
      </w:r>
    </w:p>
    <w:p>
      <w:pPr>
        <w:spacing w:after="80"/>
      </w:pPr>
      <w:r>
        <w:rPr>
          <w:rFonts w:ascii="Georgia" w:hAnsi="Georgia"/>
          <w:sz w:val="23"/>
        </w:rPr>
        <w:t>No extra layers.</w:t>
        <w:br/>
        <w:t>No looking to the sideline for hidden meanings.</w:t>
        <w:br/>
        <w:t>Just players, call, break.</w:t>
      </w:r>
    </w:p>
    <w:p>
      <w:pPr>
        <w:spacing w:after="80"/>
      </w:pPr>
      <w:r>
        <w:rPr>
          <w:rFonts w:ascii="Georgia" w:hAnsi="Georgia"/>
          <w:sz w:val="23"/>
        </w:rPr>
        <w:t>And because of that, the football got cleaner.</w:t>
      </w:r>
    </w:p>
    <w:p>
      <w:pPr>
        <w:spacing w:after="80"/>
      </w:pPr>
      <w:r>
        <w:rPr>
          <w:rFonts w:ascii="Georgia" w:hAnsi="Georgia"/>
          <w:sz w:val="23"/>
        </w:rPr>
        <w:t>Stick hit for six.</w:t>
      </w:r>
    </w:p>
    <w:p>
      <w:pPr>
        <w:spacing w:after="80"/>
      </w:pPr>
      <w:r>
        <w:rPr>
          <w:rFonts w:ascii="Georgia" w:hAnsi="Georgia"/>
          <w:sz w:val="23"/>
        </w:rPr>
        <w:t>Slant-flat scored because Micah pressed the corner vertical before snapping inside, exactly like Coach Law had drilled.</w:t>
      </w:r>
    </w:p>
    <w:p>
      <w:pPr>
        <w:spacing w:after="80"/>
      </w:pPr>
      <w:r>
        <w:rPr>
          <w:rFonts w:ascii="Georgia" w:hAnsi="Georgia"/>
          <w:sz w:val="23"/>
        </w:rPr>
        <w:t>Bunch mesh created confusion even without any secrecy because youth defenders still struggled to pass shallow traffic cleanly when everyone was on time.</w:t>
      </w:r>
    </w:p>
    <w:p>
      <w:pPr>
        <w:spacing w:after="80"/>
      </w:pPr>
      <w:r>
        <w:rPr>
          <w:rFonts w:ascii="Georgia" w:hAnsi="Georgia"/>
          <w:sz w:val="23"/>
        </w:rPr>
        <w:t>Flood forced the flat defender to choose wrong.</w:t>
      </w:r>
    </w:p>
    <w:p>
      <w:pPr>
        <w:spacing w:after="80"/>
      </w:pPr>
      <w:r>
        <w:rPr>
          <w:rFonts w:ascii="Georgia" w:hAnsi="Georgia"/>
          <w:sz w:val="23"/>
        </w:rPr>
        <w:t>It felt good.</w:t>
      </w:r>
    </w:p>
    <w:p>
      <w:pPr>
        <w:spacing w:after="80"/>
      </w:pPr>
      <w:r>
        <w:rPr>
          <w:rFonts w:ascii="Georgia" w:hAnsi="Georgia"/>
          <w:sz w:val="23"/>
        </w:rPr>
        <w:t>Good in the pure way football sometimes could when nothing got in the way of timing and trust.</w:t>
      </w:r>
    </w:p>
    <w:p>
      <w:pPr>
        <w:spacing w:after="80"/>
      </w:pPr>
      <w:r>
        <w:rPr>
          <w:rFonts w:ascii="Georgia" w:hAnsi="Georgia"/>
          <w:sz w:val="23"/>
        </w:rPr>
        <w:t>Coach Law even stopped one rep to make the point out loud.</w:t>
      </w:r>
    </w:p>
    <w:p>
      <w:pPr>
        <w:spacing w:after="80"/>
      </w:pPr>
      <w:r>
        <w:rPr>
          <w:rFonts w:ascii="Georgia" w:hAnsi="Georgia"/>
          <w:sz w:val="23"/>
        </w:rPr>
        <w:t>“This,” he said, pointing at the offense after a perfectly timed snag concept hit under the apex defender, “is what disciplined football looks like. Nobody out there did anything impossible. We won because we were clean.”</w:t>
      </w:r>
    </w:p>
    <w:p>
      <w:pPr>
        <w:spacing w:after="80"/>
      </w:pPr>
      <w:r>
        <w:rPr>
          <w:rFonts w:ascii="Georgia" w:hAnsi="Georgia"/>
          <w:sz w:val="23"/>
        </w:rPr>
        <w:t>That mattered.</w:t>
      </w:r>
    </w:p>
    <w:p>
      <w:pPr>
        <w:spacing w:after="80"/>
      </w:pPr>
      <w:r>
        <w:rPr>
          <w:rFonts w:ascii="Georgia" w:hAnsi="Georgia"/>
          <w:sz w:val="23"/>
        </w:rPr>
        <w:t>Because the mystery was still there, but the lesson underneath it was football first:</w:t>
      </w:r>
    </w:p>
    <w:p>
      <w:pPr>
        <w:spacing w:after="80"/>
      </w:pPr>
      <w:r>
        <w:rPr>
          <w:rFonts w:ascii="Georgia" w:hAnsi="Georgia"/>
          <w:sz w:val="23"/>
        </w:rPr>
        <w:t>Clean details beat panic.</w:t>
        <w:br/>
        <w:t>Trust beats ego.</w:t>
        <w:br/>
        <w:t>Execution beats noise.</w:t>
      </w:r>
    </w:p>
    <w:p>
      <w:pPr>
        <w:spacing w:after="80"/>
      </w:pPr>
      <w:r>
        <w:rPr>
          <w:rFonts w:ascii="Georgia" w:hAnsi="Georgia"/>
          <w:sz w:val="23"/>
        </w:rPr>
        <w:t>Prime 8 needed that.</w:t>
      </w:r>
    </w:p>
    <w:p>
      <w:pPr>
        <w:spacing w:after="80"/>
      </w:pPr>
      <w:r>
        <w:rPr>
          <w:rFonts w:ascii="Georgia" w:hAnsi="Georgia"/>
          <w:sz w:val="23"/>
        </w:rPr>
        <w:t>So did Noah.</w:t>
      </w:r>
    </w:p>
    <w:p>
      <w:pPr>
        <w:spacing w:after="80"/>
      </w:pPr>
      <w:r>
        <w:rPr>
          <w:rFonts w:ascii="Georgia" w:hAnsi="Georgia"/>
          <w:sz w:val="23"/>
        </w:rPr>
        <w:t>The defense period brought the same thing from the other side of the ball. Jalen and Owen finally agreed on one thing—that if they called bunch checks early and forced everything back inside, they could choke off a lot of youth red-zone nonsense before it started.</w:t>
      </w:r>
    </w:p>
    <w:p>
      <w:pPr>
        <w:spacing w:after="80"/>
      </w:pPr>
      <w:r>
        <w:rPr>
          <w:rFonts w:ascii="Georgia" w:hAnsi="Georgia"/>
          <w:sz w:val="23"/>
        </w:rPr>
        <w:t>Coach Law loved that.</w:t>
      </w:r>
    </w:p>
    <w:p>
      <w:pPr>
        <w:spacing w:after="80"/>
      </w:pPr>
      <w:r>
        <w:rPr>
          <w:rFonts w:ascii="Georgia" w:hAnsi="Georgia"/>
          <w:sz w:val="23"/>
        </w:rPr>
        <w:t>“Now we’re coaching each other,” he said.</w:t>
      </w:r>
    </w:p>
    <w:p>
      <w:pPr>
        <w:spacing w:after="80"/>
      </w:pPr>
      <w:r>
        <w:rPr>
          <w:rFonts w:ascii="Georgia" w:hAnsi="Georgia"/>
          <w:sz w:val="23"/>
        </w:rPr>
        <w:t>Jalen pointed at Owen. “Write down the date.”</w:t>
      </w:r>
    </w:p>
    <w:p>
      <w:pPr>
        <w:spacing w:after="80"/>
      </w:pPr>
      <w:r>
        <w:rPr>
          <w:rFonts w:ascii="Georgia" w:hAnsi="Georgia"/>
          <w:sz w:val="23"/>
        </w:rPr>
        <w:t>Owen replied, “You still overpursue jet motion.”</w:t>
      </w:r>
    </w:p>
    <w:p>
      <w:pPr>
        <w:spacing w:after="80"/>
      </w:pPr>
      <w:r>
        <w:rPr>
          <w:rFonts w:ascii="Georgia" w:hAnsi="Georgia"/>
          <w:sz w:val="23"/>
        </w:rPr>
        <w:t>“Not today I don’t.”</w:t>
      </w:r>
    </w:p>
    <w:p>
      <w:pPr>
        <w:spacing w:after="80"/>
      </w:pPr>
      <w:r>
        <w:rPr>
          <w:rFonts w:ascii="Georgia" w:hAnsi="Georgia"/>
          <w:sz w:val="23"/>
        </w:rPr>
        <w:t>They ran a compressed goal-line sequence next, and it was the best football Noah had felt from the team since the season started.</w:t>
      </w:r>
    </w:p>
    <w:p>
      <w:pPr>
        <w:spacing w:after="80"/>
      </w:pPr>
      <w:r>
        <w:rPr>
          <w:rFonts w:ascii="Georgia" w:hAnsi="Georgia"/>
          <w:sz w:val="23"/>
        </w:rPr>
        <w:t>Jalen set the edge on jet sweep and forced the cutback.</w:t>
      </w:r>
    </w:p>
    <w:p>
      <w:pPr>
        <w:spacing w:after="80"/>
      </w:pPr>
      <w:r>
        <w:rPr>
          <w:rFonts w:ascii="Georgia" w:hAnsi="Georgia"/>
          <w:sz w:val="23"/>
        </w:rPr>
        <w:t>Owen banjo-switched a bunch release perfectly.</w:t>
      </w:r>
    </w:p>
    <w:p>
      <w:pPr>
        <w:spacing w:after="80"/>
      </w:pPr>
      <w:r>
        <w:rPr>
          <w:rFonts w:ascii="Georgia" w:hAnsi="Georgia"/>
          <w:sz w:val="23"/>
        </w:rPr>
        <w:t>Devin walled off the middle on mesh and made Noah throw late.</w:t>
      </w:r>
    </w:p>
    <w:p>
      <w:pPr>
        <w:spacing w:after="80"/>
      </w:pPr>
      <w:r>
        <w:rPr>
          <w:rFonts w:ascii="Georgia" w:hAnsi="Georgia"/>
          <w:sz w:val="23"/>
        </w:rPr>
        <w:t>Rico—who had arrived early, talked privately with Coach Law, and then mostly kept to himself—broke up a pivot route by reading the quarterback’s shoulders and undercutting the window exactly on time.</w:t>
      </w:r>
    </w:p>
    <w:p>
      <w:pPr>
        <w:spacing w:after="80"/>
      </w:pPr>
      <w:r>
        <w:rPr>
          <w:rFonts w:ascii="Georgia" w:hAnsi="Georgia"/>
          <w:sz w:val="23"/>
        </w:rPr>
        <w:t>That rep got everybody’s attention.</w:t>
      </w:r>
    </w:p>
    <w:p>
      <w:pPr>
        <w:spacing w:after="80"/>
      </w:pPr>
      <w:r>
        <w:rPr>
          <w:rFonts w:ascii="Georgia" w:hAnsi="Georgia"/>
          <w:sz w:val="23"/>
        </w:rPr>
        <w:t>Even Noah had to admit it.</w:t>
      </w:r>
    </w:p>
    <w:p>
      <w:pPr>
        <w:spacing w:after="80"/>
      </w:pPr>
      <w:r>
        <w:rPr>
          <w:rFonts w:ascii="Georgia" w:hAnsi="Georgia"/>
          <w:sz w:val="23"/>
        </w:rPr>
        <w:t>Rico tossed the ball back and said, “That’s called playing football. You should all try it.”</w:t>
      </w:r>
    </w:p>
    <w:p>
      <w:pPr>
        <w:spacing w:after="80"/>
      </w:pPr>
      <w:r>
        <w:rPr>
          <w:rFonts w:ascii="Georgia" w:hAnsi="Georgia"/>
          <w:sz w:val="23"/>
        </w:rPr>
        <w:t>No one laughed.</w:t>
      </w:r>
    </w:p>
    <w:p>
      <w:pPr>
        <w:spacing w:after="80"/>
      </w:pPr>
      <w:r>
        <w:rPr>
          <w:rFonts w:ascii="Georgia" w:hAnsi="Georgia"/>
          <w:sz w:val="23"/>
        </w:rPr>
        <w:t>But no one looked away from him either.</w:t>
      </w:r>
    </w:p>
    <w:p>
      <w:pPr>
        <w:spacing w:after="80"/>
      </w:pPr>
      <w:r>
        <w:rPr>
          <w:rFonts w:ascii="Georgia" w:hAnsi="Georgia"/>
          <w:sz w:val="23"/>
        </w:rPr>
        <w:t>Noah could feel the team still sorting him in their heads. Useful. Funny. Suspect. Teammate. Possible leak. Maybe innocent. Maybe not.</w:t>
      </w:r>
    </w:p>
    <w:p>
      <w:pPr>
        <w:spacing w:after="80"/>
      </w:pPr>
      <w:r>
        <w:rPr>
          <w:rFonts w:ascii="Georgia" w:hAnsi="Georgia"/>
          <w:sz w:val="23"/>
        </w:rPr>
        <w:t>That was the danger now. Football could clean the field. It could not clean the huddle by itself.</w:t>
      </w:r>
    </w:p>
    <w:p>
      <w:pPr>
        <w:spacing w:after="80"/>
      </w:pPr>
      <w:r>
        <w:rPr>
          <w:rFonts w:ascii="Georgia" w:hAnsi="Georgia"/>
          <w:sz w:val="23"/>
        </w:rPr>
        <w:t>Coach Law ended with one last situational period.</w:t>
      </w:r>
    </w:p>
    <w:p>
      <w:pPr>
        <w:spacing w:after="80"/>
      </w:pPr>
      <w:r>
        <w:rPr>
          <w:rFonts w:ascii="Georgia" w:hAnsi="Georgia"/>
          <w:sz w:val="23"/>
        </w:rPr>
        <w:t>Ball on the twelve.</w:t>
        <w:br/>
        <w:t>Six seconds.</w:t>
        <w:br/>
        <w:t>Need six.</w:t>
      </w:r>
    </w:p>
    <w:p>
      <w:pPr>
        <w:spacing w:after="80"/>
      </w:pPr>
      <w:r>
        <w:rPr>
          <w:rFonts w:ascii="Georgia" w:hAnsi="Georgia"/>
          <w:sz w:val="23"/>
        </w:rPr>
        <w:t>He looked at the offense and said, “This is a values rep.”</w:t>
      </w:r>
    </w:p>
    <w:p>
      <w:pPr>
        <w:spacing w:after="80"/>
      </w:pPr>
      <w:r>
        <w:rPr>
          <w:rFonts w:ascii="Georgia" w:hAnsi="Georgia"/>
          <w:sz w:val="23"/>
        </w:rPr>
        <w:t>Jalen groaned dramatically. “Here we go.”</w:t>
      </w:r>
    </w:p>
    <w:p>
      <w:pPr>
        <w:spacing w:after="80"/>
      </w:pPr>
      <w:r>
        <w:rPr>
          <w:rFonts w:ascii="Georgia" w:hAnsi="Georgia"/>
          <w:sz w:val="23"/>
        </w:rPr>
        <w:t>Coach Law ignored him. “Pride is not forcing a bad throw because you want to be the guy. Pride is being disciplined enough to make the right choice when everyone’s watching.”</w:t>
      </w:r>
    </w:p>
    <w:p>
      <w:pPr>
        <w:spacing w:after="80"/>
      </w:pPr>
      <w:r>
        <w:rPr>
          <w:rFonts w:ascii="Georgia" w:hAnsi="Georgia"/>
          <w:sz w:val="23"/>
        </w:rPr>
        <w:t>That landed directly on Noah.</w:t>
      </w:r>
    </w:p>
    <w:p>
      <w:pPr>
        <w:spacing w:after="80"/>
      </w:pPr>
      <w:r>
        <w:rPr>
          <w:rFonts w:ascii="Georgia" w:hAnsi="Georgia"/>
          <w:sz w:val="23"/>
        </w:rPr>
        <w:t>Coach Law knew it did.</w:t>
      </w:r>
    </w:p>
    <w:p>
      <w:pPr>
        <w:spacing w:after="80"/>
      </w:pPr>
      <w:r>
        <w:rPr>
          <w:rFonts w:ascii="Georgia" w:hAnsi="Georgia"/>
          <w:sz w:val="23"/>
        </w:rPr>
        <w:t>The huddle broke.</w:t>
      </w:r>
    </w:p>
    <w:p>
      <w:pPr>
        <w:spacing w:after="80"/>
      </w:pPr>
      <w:r>
        <w:rPr>
          <w:rFonts w:ascii="Georgia" w:hAnsi="Georgia"/>
          <w:sz w:val="23"/>
        </w:rPr>
        <w:t>Noah got under center.</w:t>
      </w:r>
    </w:p>
    <w:p>
      <w:pPr>
        <w:spacing w:after="80"/>
      </w:pPr>
      <w:r>
        <w:rPr>
          <w:rFonts w:ascii="Georgia" w:hAnsi="Georgia"/>
          <w:sz w:val="23"/>
        </w:rPr>
        <w:t>Trips right. Corner-sit-flat. Backside dig if the safety bailed too hard.</w:t>
      </w:r>
    </w:p>
    <w:p>
      <w:pPr>
        <w:spacing w:after="80"/>
      </w:pPr>
      <w:r>
        <w:rPr>
          <w:rFonts w:ascii="Georgia" w:hAnsi="Georgia"/>
          <w:sz w:val="23"/>
        </w:rPr>
        <w:t>The defense showed pressure.</w:t>
      </w:r>
    </w:p>
    <w:p>
      <w:pPr>
        <w:spacing w:after="80"/>
      </w:pPr>
      <w:r>
        <w:rPr>
          <w:rFonts w:ascii="Georgia" w:hAnsi="Georgia"/>
          <w:sz w:val="23"/>
        </w:rPr>
        <w:t>Snap.</w:t>
      </w:r>
    </w:p>
    <w:p>
      <w:pPr>
        <w:spacing w:after="80"/>
      </w:pPr>
      <w:r>
        <w:rPr>
          <w:rFonts w:ascii="Georgia" w:hAnsi="Georgia"/>
          <w:sz w:val="23"/>
        </w:rPr>
        <w:t>The corner stayed home. The flat defender widened. The sit route got squeezed.</w:t>
      </w:r>
    </w:p>
    <w:p>
      <w:pPr>
        <w:spacing w:after="80"/>
      </w:pPr>
      <w:r>
        <w:rPr>
          <w:rFonts w:ascii="Georgia" w:hAnsi="Georgia"/>
          <w:sz w:val="23"/>
        </w:rPr>
        <w:t>The backside dig flashed late.</w:t>
      </w:r>
    </w:p>
    <w:p>
      <w:pPr>
        <w:spacing w:after="80"/>
      </w:pPr>
      <w:r>
        <w:rPr>
          <w:rFonts w:ascii="Georgia" w:hAnsi="Georgia"/>
          <w:sz w:val="23"/>
        </w:rPr>
        <w:t>Noah could have forced the corner and maybe looked like a hero if it worked.</w:t>
      </w:r>
    </w:p>
    <w:p>
      <w:pPr>
        <w:spacing w:after="80"/>
      </w:pPr>
      <w:r>
        <w:rPr>
          <w:rFonts w:ascii="Georgia" w:hAnsi="Georgia"/>
          <w:sz w:val="23"/>
        </w:rPr>
        <w:t>Instead he came back and hit Devin over the middle at the six.</w:t>
      </w:r>
    </w:p>
    <w:p>
      <w:pPr>
        <w:spacing w:after="80"/>
      </w:pPr>
      <w:r>
        <w:rPr>
          <w:rFonts w:ascii="Georgia" w:hAnsi="Georgia"/>
          <w:sz w:val="23"/>
        </w:rPr>
        <w:t>Whistle.</w:t>
      </w:r>
    </w:p>
    <w:p>
      <w:pPr>
        <w:spacing w:after="80"/>
      </w:pPr>
      <w:r>
        <w:rPr>
          <w:rFonts w:ascii="Georgia" w:hAnsi="Georgia"/>
          <w:sz w:val="23"/>
        </w:rPr>
        <w:t>Down.</w:t>
      </w:r>
    </w:p>
    <w:p>
      <w:pPr>
        <w:spacing w:after="80"/>
      </w:pPr>
      <w:r>
        <w:rPr>
          <w:rFonts w:ascii="Georgia" w:hAnsi="Georgia"/>
          <w:sz w:val="23"/>
        </w:rPr>
        <w:t>No score.</w:t>
      </w:r>
    </w:p>
    <w:p>
      <w:pPr>
        <w:spacing w:after="80"/>
      </w:pPr>
      <w:r>
        <w:rPr>
          <w:rFonts w:ascii="Georgia" w:hAnsi="Georgia"/>
          <w:sz w:val="23"/>
        </w:rPr>
        <w:t>The defense erupted.</w:t>
      </w:r>
    </w:p>
    <w:p>
      <w:pPr>
        <w:spacing w:after="80"/>
      </w:pPr>
      <w:r>
        <w:rPr>
          <w:rFonts w:ascii="Georgia" w:hAnsi="Georgia"/>
          <w:sz w:val="23"/>
        </w:rPr>
        <w:t>Jalen screamed, “Clock! Clock! No hero ball!”</w:t>
      </w:r>
    </w:p>
    <w:p>
      <w:pPr>
        <w:spacing w:after="80"/>
      </w:pPr>
      <w:r>
        <w:rPr>
          <w:rFonts w:ascii="Georgia" w:hAnsi="Georgia"/>
          <w:sz w:val="23"/>
        </w:rPr>
        <w:t>Devin popped up and handed Noah the ball back with a quiet grin.</w:t>
      </w:r>
    </w:p>
    <w:p>
      <w:pPr>
        <w:spacing w:after="80"/>
      </w:pPr>
      <w:r>
        <w:rPr>
          <w:rFonts w:ascii="Georgia" w:hAnsi="Georgia"/>
          <w:sz w:val="23"/>
        </w:rPr>
        <w:t>“That was the right throw.”</w:t>
      </w:r>
    </w:p>
    <w:p>
      <w:pPr>
        <w:spacing w:after="80"/>
      </w:pPr>
      <w:r>
        <w:rPr>
          <w:rFonts w:ascii="Georgia" w:hAnsi="Georgia"/>
          <w:sz w:val="23"/>
        </w:rPr>
        <w:t>Noah nodded once.</w:t>
      </w:r>
    </w:p>
    <w:p>
      <w:pPr>
        <w:spacing w:after="80"/>
      </w:pPr>
      <w:r>
        <w:rPr>
          <w:rFonts w:ascii="Georgia" w:hAnsi="Georgia"/>
          <w:sz w:val="23"/>
        </w:rPr>
        <w:t>It still burned.</w:t>
      </w:r>
    </w:p>
    <w:p>
      <w:pPr>
        <w:spacing w:after="80"/>
      </w:pPr>
      <w:r>
        <w:rPr>
          <w:rFonts w:ascii="Georgia" w:hAnsi="Georgia"/>
          <w:sz w:val="23"/>
        </w:rPr>
        <w:t>But it was the right throw.</w:t>
      </w:r>
    </w:p>
    <w:p>
      <w:pPr>
        <w:spacing w:after="80"/>
      </w:pPr>
      <w:r>
        <w:rPr>
          <w:rFonts w:ascii="Georgia" w:hAnsi="Georgia"/>
          <w:sz w:val="23"/>
        </w:rPr>
        <w:t>Coach Law called them in.</w:t>
      </w:r>
    </w:p>
    <w:p>
      <w:pPr>
        <w:spacing w:after="80"/>
      </w:pPr>
      <w:r>
        <w:rPr>
          <w:rFonts w:ascii="Georgia" w:hAnsi="Georgia"/>
          <w:sz w:val="23"/>
        </w:rPr>
        <w:t>“That’s football maturity,” he said. “Sometimes doing it right still doesn’t get you the headline.”</w:t>
      </w:r>
    </w:p>
    <w:p>
      <w:pPr>
        <w:spacing w:after="80"/>
      </w:pPr>
      <w:r>
        <w:rPr>
          <w:rFonts w:ascii="Georgia" w:hAnsi="Georgia"/>
          <w:sz w:val="23"/>
        </w:rPr>
        <w:t>His eyes rested briefly on Noah, then moved on.</w:t>
      </w:r>
    </w:p>
    <w:p>
      <w:pPr>
        <w:spacing w:after="80"/>
      </w:pPr>
      <w:r>
        <w:rPr>
          <w:rFonts w:ascii="Georgia" w:hAnsi="Georgia"/>
          <w:sz w:val="23"/>
        </w:rPr>
        <w:t>The team dispersed after that in a better mood than Noah expected.</w:t>
      </w:r>
    </w:p>
    <w:p>
      <w:pPr>
        <w:spacing w:after="80"/>
      </w:pPr>
      <w:r>
        <w:rPr>
          <w:rFonts w:ascii="Georgia" w:hAnsi="Georgia"/>
          <w:sz w:val="23"/>
        </w:rPr>
        <w:t>Because even without all the extras, even with the mystery hanging around them, the football had looked right.</w:t>
      </w:r>
    </w:p>
    <w:p>
      <w:pPr>
        <w:spacing w:after="80"/>
      </w:pPr>
      <w:r>
        <w:rPr>
          <w:rFonts w:ascii="Georgia" w:hAnsi="Georgia"/>
          <w:sz w:val="23"/>
        </w:rPr>
        <w:t>Vee came up to Noah near the bench while he packed his bag.</w:t>
      </w:r>
    </w:p>
    <w:p>
      <w:pPr>
        <w:spacing w:after="80"/>
      </w:pPr>
      <w:r>
        <w:rPr>
          <w:rFonts w:ascii="Georgia" w:hAnsi="Georgia"/>
          <w:sz w:val="23"/>
        </w:rPr>
        <w:t>“You looked less insane today.”</w:t>
      </w:r>
    </w:p>
    <w:p>
      <w:pPr>
        <w:spacing w:after="80"/>
      </w:pPr>
      <w:r>
        <w:rPr>
          <w:rFonts w:ascii="Georgia" w:hAnsi="Georgia"/>
          <w:sz w:val="23"/>
        </w:rPr>
        <w:t>He zipped the main compartment. “Thanks.”</w:t>
      </w:r>
    </w:p>
    <w:p>
      <w:pPr>
        <w:spacing w:after="80"/>
      </w:pPr>
      <w:r>
        <w:rPr>
          <w:rFonts w:ascii="Georgia" w:hAnsi="Georgia"/>
          <w:sz w:val="23"/>
        </w:rPr>
        <w:t>“That was a compliment.”</w:t>
      </w:r>
    </w:p>
    <w:p>
      <w:pPr>
        <w:spacing w:after="80"/>
      </w:pPr>
      <w:r>
        <w:rPr>
          <w:rFonts w:ascii="Georgia" w:hAnsi="Georgia"/>
          <w:sz w:val="23"/>
        </w:rPr>
        <w:t>“I figured.”</w:t>
      </w:r>
    </w:p>
    <w:p>
      <w:pPr>
        <w:spacing w:after="80"/>
      </w:pPr>
      <w:r>
        <w:rPr>
          <w:rFonts w:ascii="Georgia" w:hAnsi="Georgia"/>
          <w:sz w:val="23"/>
        </w:rPr>
        <w:t>She glanced across the field where Rico was talking to Micah and Owen. “He was early.”</w:t>
      </w:r>
    </w:p>
    <w:p>
      <w:pPr>
        <w:spacing w:after="80"/>
      </w:pPr>
      <w:r>
        <w:rPr>
          <w:rFonts w:ascii="Georgia" w:hAnsi="Georgia"/>
          <w:sz w:val="23"/>
        </w:rPr>
        <w:t>“Coach told him to be.”</w:t>
      </w:r>
    </w:p>
    <w:p>
      <w:pPr>
        <w:spacing w:after="80"/>
      </w:pPr>
      <w:r>
        <w:rPr>
          <w:rFonts w:ascii="Georgia" w:hAnsi="Georgia"/>
          <w:sz w:val="23"/>
        </w:rPr>
        <w:t>“No. I mean he was already here when I got here.”</w:t>
      </w:r>
    </w:p>
    <w:p>
      <w:pPr>
        <w:spacing w:after="80"/>
      </w:pPr>
      <w:r>
        <w:rPr>
          <w:rFonts w:ascii="Georgia" w:hAnsi="Georgia"/>
          <w:sz w:val="23"/>
        </w:rPr>
        <w:t>Noah looked up. “So?”</w:t>
      </w:r>
    </w:p>
    <w:p>
      <w:pPr>
        <w:spacing w:after="80"/>
      </w:pPr>
      <w:r>
        <w:rPr>
          <w:rFonts w:ascii="Georgia" w:hAnsi="Georgia"/>
          <w:sz w:val="23"/>
        </w:rPr>
        <w:t>Vee shifted the football against her hip. “So I saw him.”</w:t>
      </w:r>
    </w:p>
    <w:p>
      <w:pPr>
        <w:spacing w:after="80"/>
      </w:pPr>
      <w:r>
        <w:rPr>
          <w:rFonts w:ascii="Georgia" w:hAnsi="Georgia"/>
          <w:sz w:val="23"/>
        </w:rPr>
        <w:t>“Doing what?”</w:t>
      </w:r>
    </w:p>
    <w:p>
      <w:pPr>
        <w:spacing w:after="80"/>
      </w:pPr>
      <w:r>
        <w:rPr>
          <w:rFonts w:ascii="Georgia" w:hAnsi="Georgia"/>
          <w:sz w:val="23"/>
        </w:rPr>
        <w:t>She opened her mouth, then stopped.</w:t>
      </w:r>
    </w:p>
    <w:p>
      <w:pPr>
        <w:spacing w:after="80"/>
      </w:pPr>
      <w:r>
        <w:rPr>
          <w:rFonts w:ascii="Georgia" w:hAnsi="Georgia"/>
          <w:sz w:val="23"/>
        </w:rPr>
        <w:t>Across the field, Rico laughed at something Micah said and shoved him lightly with one forearm, all easy again, all teammate again.</w:t>
      </w:r>
    </w:p>
    <w:p>
      <w:pPr>
        <w:spacing w:after="80"/>
      </w:pPr>
      <w:r>
        <w:rPr>
          <w:rFonts w:ascii="Georgia" w:hAnsi="Georgia"/>
          <w:sz w:val="23"/>
        </w:rPr>
        <w:t>Vee looked back at Noah. “Nothing.”</w:t>
      </w:r>
    </w:p>
    <w:p>
      <w:pPr>
        <w:spacing w:after="80"/>
      </w:pPr>
      <w:r>
        <w:rPr>
          <w:rFonts w:ascii="Georgia" w:hAnsi="Georgia"/>
          <w:sz w:val="23"/>
        </w:rPr>
        <w:t>“That’s not true.”</w:t>
      </w:r>
    </w:p>
    <w:p>
      <w:pPr>
        <w:spacing w:after="80"/>
      </w:pPr>
      <w:r>
        <w:rPr>
          <w:rFonts w:ascii="Georgia" w:hAnsi="Georgia"/>
          <w:sz w:val="23"/>
        </w:rPr>
        <w:t>“No.”</w:t>
      </w:r>
    </w:p>
    <w:p>
      <w:pPr>
        <w:spacing w:after="80"/>
      </w:pPr>
      <w:r>
        <w:rPr>
          <w:rFonts w:ascii="Georgia" w:hAnsi="Georgia"/>
          <w:sz w:val="23"/>
        </w:rPr>
        <w:t>“Then what?”</w:t>
      </w:r>
    </w:p>
    <w:p>
      <w:pPr>
        <w:spacing w:after="80"/>
      </w:pPr>
      <w:r>
        <w:rPr>
          <w:rFonts w:ascii="Georgia" w:hAnsi="Georgia"/>
          <w:sz w:val="23"/>
        </w:rPr>
        <w:t>She lowered her voice. “I saw him throw something away behind the bleachers.”</w:t>
      </w:r>
    </w:p>
    <w:p>
      <w:pPr>
        <w:spacing w:after="80"/>
      </w:pPr>
      <w:r>
        <w:rPr>
          <w:rFonts w:ascii="Georgia" w:hAnsi="Georgia"/>
          <w:sz w:val="23"/>
        </w:rPr>
        <w:t>Noah stared at her.</w:t>
      </w:r>
    </w:p>
    <w:p>
      <w:pPr>
        <w:spacing w:after="80"/>
      </w:pPr>
      <w:r>
        <w:rPr>
          <w:rFonts w:ascii="Georgia" w:hAnsi="Georgia"/>
          <w:sz w:val="23"/>
        </w:rPr>
        <w:t>“What?”</w:t>
      </w:r>
    </w:p>
    <w:p>
      <w:pPr>
        <w:spacing w:after="80"/>
      </w:pPr>
      <w:r>
        <w:rPr>
          <w:rFonts w:ascii="Georgia" w:hAnsi="Georgia"/>
          <w:sz w:val="23"/>
        </w:rPr>
        <w:t>She nodded once toward the far side of the field. “Before anybody else got here. He thought he was alone.”</w:t>
      </w:r>
    </w:p>
    <w:p>
      <w:pPr>
        <w:spacing w:after="80"/>
      </w:pPr>
      <w:r>
        <w:rPr>
          <w:rFonts w:ascii="Georgia" w:hAnsi="Georgia"/>
          <w:sz w:val="23"/>
        </w:rPr>
        <w:t>The field suddenly felt colder.</w:t>
      </w:r>
    </w:p>
    <w:p>
      <w:pPr>
        <w:spacing w:after="80"/>
      </w:pPr>
      <w:r>
        <w:rPr>
          <w:rFonts w:ascii="Georgia" w:hAnsi="Georgia"/>
          <w:sz w:val="23"/>
        </w:rPr>
        <w:t>“Did you see what it was?” Noah asked.</w:t>
      </w:r>
    </w:p>
    <w:p>
      <w:pPr>
        <w:spacing w:after="80"/>
      </w:pPr>
      <w:r>
        <w:rPr>
          <w:rFonts w:ascii="Georgia" w:hAnsi="Georgia"/>
          <w:sz w:val="23"/>
        </w:rPr>
        <w:t>She shook her head. “No. But if you want your next arrow, that’s where I’d start.”</w:t>
      </w:r>
    </w:p>
    <w:p>
      <w:pPr>
        <w:spacing w:after="80"/>
      </w:pPr>
      <w:r>
        <w:rPr>
          <w:rFonts w:ascii="Georgia" w:hAnsi="Georgia"/>
          <w:sz w:val="23"/>
        </w:rPr>
        <w:t>Noah kept staring at her.</w:t>
      </w:r>
    </w:p>
    <w:p>
      <w:pPr>
        <w:spacing w:after="80"/>
      </w:pPr>
      <w:r>
        <w:rPr>
          <w:rFonts w:ascii="Georgia" w:hAnsi="Georgia"/>
          <w:sz w:val="23"/>
        </w:rPr>
        <w:t>Then slowly turned the notebook toward Noah.</w:t>
      </w:r>
    </w:p>
    <w:p>
      <w:r>
        <w:br w:type="page"/>
      </w:r>
    </w:p>
    <w:p>
      <w:pPr>
        <w:spacing w:after="40"/>
        <w:jc w:val="center"/>
      </w:pPr>
      <w:r>
        <w:rPr>
          <w:rFonts w:ascii="Georgia" w:hAnsi="Georgia"/>
          <w:b/>
          <w:i w:val="0"/>
          <w:sz w:val="28"/>
        </w:rPr>
        <w:t>Chapter 12</w:t>
      </w:r>
    </w:p>
    <w:p>
      <w:pPr>
        <w:spacing w:after="200"/>
        <w:jc w:val="center"/>
      </w:pPr>
      <w:r>
        <w:rPr>
          <w:rFonts w:ascii="Georgia" w:hAnsi="Georgia"/>
          <w:b w:val="0"/>
          <w:i/>
          <w:sz w:val="24"/>
        </w:rPr>
        <w:t>Vee Sees It</w:t>
      </w:r>
    </w:p>
    <w:p>
      <w:pPr>
        <w:spacing w:after="80"/>
      </w:pPr>
      <w:r>
        <w:rPr>
          <w:rFonts w:ascii="Georgia" w:hAnsi="Georgia"/>
          <w:sz w:val="23"/>
        </w:rPr>
        <w:t>Noah looked down at the notebook in Coach Law’s hands.</w:t>
      </w:r>
    </w:p>
    <w:p>
      <w:pPr>
        <w:spacing w:after="80"/>
      </w:pPr>
      <w:r>
        <w:rPr>
          <w:rFonts w:ascii="Georgia" w:hAnsi="Georgia"/>
          <w:sz w:val="23"/>
        </w:rPr>
        <w:t>At first he did not understand what he was seeing.</w:t>
      </w:r>
    </w:p>
    <w:p>
      <w:pPr>
        <w:spacing w:after="80"/>
      </w:pPr>
      <w:r>
        <w:rPr>
          <w:rFonts w:ascii="Georgia" w:hAnsi="Georgia"/>
          <w:sz w:val="23"/>
        </w:rPr>
        <w:t>Then his stomach dropped.</w:t>
      </w:r>
    </w:p>
    <w:p>
      <w:pPr>
        <w:spacing w:after="80"/>
      </w:pPr>
      <w:r>
        <w:rPr>
          <w:rFonts w:ascii="Georgia" w:hAnsi="Georgia"/>
          <w:sz w:val="23"/>
        </w:rPr>
        <w:t>One page was gone.</w:t>
      </w:r>
    </w:p>
    <w:p>
      <w:pPr>
        <w:spacing w:after="80"/>
      </w:pPr>
      <w:r>
        <w:rPr>
          <w:rFonts w:ascii="Georgia" w:hAnsi="Georgia"/>
          <w:sz w:val="23"/>
        </w:rPr>
        <w:t>Not torn out messy.</w:t>
      </w:r>
    </w:p>
    <w:p>
      <w:pPr>
        <w:spacing w:after="80"/>
      </w:pPr>
      <w:r>
        <w:rPr>
          <w:rFonts w:ascii="Georgia" w:hAnsi="Georgia"/>
          <w:sz w:val="23"/>
        </w:rPr>
        <w:t>Not ripped by accident.</w:t>
      </w:r>
    </w:p>
    <w:p>
      <w:pPr>
        <w:spacing w:after="80"/>
      </w:pPr>
      <w:r>
        <w:rPr>
          <w:rFonts w:ascii="Georgia" w:hAnsi="Georgia"/>
          <w:sz w:val="23"/>
        </w:rPr>
        <w:t>Removed clean.</w:t>
      </w:r>
    </w:p>
    <w:p>
      <w:pPr>
        <w:spacing w:after="80"/>
      </w:pPr>
      <w:r>
        <w:rPr>
          <w:rFonts w:ascii="Georgia" w:hAnsi="Georgia"/>
          <w:sz w:val="23"/>
        </w:rPr>
        <w:t>The paper edge was too straight, too deliberate, the kind of cut that meant somebody had not just grabbed at information. They had selected it.</w:t>
      </w:r>
    </w:p>
    <w:p>
      <w:pPr>
        <w:spacing w:after="80"/>
      </w:pPr>
      <w:r>
        <w:rPr>
          <w:rFonts w:ascii="Georgia" w:hAnsi="Georgia"/>
          <w:sz w:val="23"/>
        </w:rPr>
        <w:t>Coach Law let Noah stare at it for one more second, then closed the notebook.</w:t>
      </w:r>
    </w:p>
    <w:p>
      <w:pPr>
        <w:spacing w:after="80"/>
      </w:pPr>
      <w:r>
        <w:rPr>
          <w:rFonts w:ascii="Georgia" w:hAnsi="Georgia"/>
          <w:sz w:val="23"/>
        </w:rPr>
        <w:t>“What page was it?” Noah asked.</w:t>
      </w:r>
    </w:p>
    <w:p>
      <w:pPr>
        <w:spacing w:after="80"/>
      </w:pPr>
      <w:r>
        <w:rPr>
          <w:rFonts w:ascii="Georgia" w:hAnsi="Georgia"/>
          <w:sz w:val="23"/>
        </w:rPr>
        <w:t>His dad’s eyes stayed on him. “You tell me.”</w:t>
      </w:r>
    </w:p>
    <w:p>
      <w:pPr>
        <w:spacing w:after="80"/>
      </w:pPr>
      <w:r>
        <w:rPr>
          <w:rFonts w:ascii="Georgia" w:hAnsi="Georgia"/>
          <w:sz w:val="23"/>
        </w:rPr>
        <w:t>Noah took the notebook and flipped through the remaining pages fast.</w:t>
      </w:r>
    </w:p>
    <w:p>
      <w:pPr>
        <w:spacing w:after="80"/>
      </w:pPr>
      <w:r>
        <w:rPr>
          <w:rFonts w:ascii="Georgia" w:hAnsi="Georgia"/>
          <w:sz w:val="23"/>
        </w:rPr>
        <w:t>Formation reminders. Quick-game rules. Red-zone spacing notes. A list of favorite bunch answers against man coverage. Backside tags. A little reminder in the margin that just said don’t float the corner route in Coach Law’s handwriting.</w:t>
      </w:r>
    </w:p>
    <w:p>
      <w:pPr>
        <w:spacing w:after="80"/>
      </w:pPr>
      <w:r>
        <w:rPr>
          <w:rFonts w:ascii="Georgia" w:hAnsi="Georgia"/>
          <w:sz w:val="23"/>
        </w:rPr>
        <w:t>Then Noah found the gap.</w:t>
      </w:r>
    </w:p>
    <w:p>
      <w:pPr>
        <w:spacing w:after="80"/>
      </w:pPr>
      <w:r>
        <w:rPr>
          <w:rFonts w:ascii="Georgia" w:hAnsi="Georgia"/>
          <w:sz w:val="23"/>
        </w:rPr>
        <w:t>The page after it had his handwriting at the top:</w:t>
        <w:br/>
        <w:t>Goal line / fast call language</w:t>
      </w:r>
    </w:p>
    <w:p>
      <w:pPr>
        <w:spacing w:after="80"/>
      </w:pPr>
      <w:r>
        <w:rPr>
          <w:rFonts w:ascii="Georgia" w:hAnsi="Georgia"/>
          <w:sz w:val="23"/>
        </w:rPr>
        <w:t>The missing page had been the one right before that.</w:t>
      </w:r>
    </w:p>
    <w:p>
      <w:pPr>
        <w:spacing w:after="80"/>
      </w:pPr>
      <w:r>
        <w:rPr>
          <w:rFonts w:ascii="Georgia" w:hAnsi="Georgia"/>
          <w:sz w:val="23"/>
        </w:rPr>
        <w:t>Noah felt it before he could say it.</w:t>
      </w:r>
    </w:p>
    <w:p>
      <w:pPr>
        <w:spacing w:after="80"/>
      </w:pPr>
      <w:r>
        <w:rPr>
          <w:rFonts w:ascii="Georgia" w:hAnsi="Georgia"/>
          <w:sz w:val="23"/>
        </w:rPr>
        <w:t>“Tempo,” he said.</w:t>
      </w:r>
    </w:p>
    <w:p>
      <w:pPr>
        <w:spacing w:after="80"/>
      </w:pPr>
      <w:r>
        <w:rPr>
          <w:rFonts w:ascii="Georgia" w:hAnsi="Georgia"/>
          <w:sz w:val="23"/>
        </w:rPr>
        <w:t>Coach Law nodded once.</w:t>
      </w:r>
    </w:p>
    <w:p>
      <w:pPr>
        <w:spacing w:after="80"/>
      </w:pPr>
      <w:r>
        <w:rPr>
          <w:rFonts w:ascii="Georgia" w:hAnsi="Georgia"/>
          <w:sz w:val="23"/>
        </w:rPr>
        <w:t>The cut page had been the one where Noah had rewritten the team’s condensed communication logic from memory. Not just plays, but the structure of how Coach Law sped things up—how a base word changed with motion, how a color grouped formations, how a number could tilt a route family into a different area of the field.</w:t>
      </w:r>
    </w:p>
    <w:p>
      <w:pPr>
        <w:spacing w:after="80"/>
      </w:pPr>
      <w:r>
        <w:rPr>
          <w:rFonts w:ascii="Georgia" w:hAnsi="Georgia"/>
          <w:sz w:val="23"/>
        </w:rPr>
        <w:t>Not enough to become the whole offense.</w:t>
      </w:r>
    </w:p>
    <w:p>
      <w:pPr>
        <w:spacing w:after="80"/>
      </w:pPr>
      <w:r>
        <w:rPr>
          <w:rFonts w:ascii="Georgia" w:hAnsi="Georgia"/>
          <w:sz w:val="23"/>
        </w:rPr>
        <w:t>More than enough to become dangerous.</w:t>
      </w:r>
    </w:p>
    <w:p>
      <w:pPr>
        <w:spacing w:after="80"/>
      </w:pPr>
      <w:r>
        <w:rPr>
          <w:rFonts w:ascii="Georgia" w:hAnsi="Georgia"/>
          <w:sz w:val="23"/>
        </w:rPr>
        <w:t>Coach Law took the notebook back. “When did you last open this?”</w:t>
      </w:r>
    </w:p>
    <w:p>
      <w:pPr>
        <w:spacing w:after="80"/>
      </w:pPr>
      <w:r>
        <w:rPr>
          <w:rFonts w:ascii="Georgia" w:hAnsi="Georgia"/>
          <w:sz w:val="23"/>
        </w:rPr>
        <w:t>“At home,” Noah said. “Last night.”</w:t>
      </w:r>
    </w:p>
    <w:p>
      <w:pPr>
        <w:spacing w:after="80"/>
      </w:pPr>
      <w:r>
        <w:rPr>
          <w:rFonts w:ascii="Georgia" w:hAnsi="Georgia"/>
          <w:sz w:val="23"/>
        </w:rPr>
        <w:t>“After you rewrote it?”</w:t>
      </w:r>
    </w:p>
    <w:p>
      <w:pPr>
        <w:spacing w:after="80"/>
      </w:pPr>
      <w:r>
        <w:rPr>
          <w:rFonts w:ascii="Georgia" w:hAnsi="Georgia"/>
          <w:sz w:val="23"/>
        </w:rPr>
        <w:t>“Yes.”</w:t>
      </w:r>
    </w:p>
    <w:p>
      <w:pPr>
        <w:spacing w:after="80"/>
      </w:pPr>
      <w:r>
        <w:rPr>
          <w:rFonts w:ascii="Georgia" w:hAnsi="Georgia"/>
          <w:sz w:val="23"/>
        </w:rPr>
        <w:t>“Did anyone else touch your bag today?”</w:t>
      </w:r>
    </w:p>
    <w:p>
      <w:pPr>
        <w:spacing w:after="80"/>
      </w:pPr>
      <w:r>
        <w:rPr>
          <w:rFonts w:ascii="Georgia" w:hAnsi="Georgia"/>
          <w:sz w:val="23"/>
        </w:rPr>
        <w:t>Noah opened his mouth.</w:t>
      </w:r>
    </w:p>
    <w:p>
      <w:pPr>
        <w:spacing w:after="80"/>
      </w:pPr>
      <w:r>
        <w:rPr>
          <w:rFonts w:ascii="Georgia" w:hAnsi="Georgia"/>
          <w:sz w:val="23"/>
        </w:rPr>
        <w:t>Stopped.</w:t>
      </w:r>
    </w:p>
    <w:p>
      <w:pPr>
        <w:spacing w:after="80"/>
      </w:pPr>
      <w:r>
        <w:rPr>
          <w:rFonts w:ascii="Georgia" w:hAnsi="Georgia"/>
          <w:sz w:val="23"/>
        </w:rPr>
        <w:t>Because the problem was, now the answer to that question felt like it could be anybody.</w:t>
      </w:r>
    </w:p>
    <w:p>
      <w:pPr>
        <w:spacing w:after="80"/>
      </w:pPr>
      <w:r>
        <w:rPr>
          <w:rFonts w:ascii="Georgia" w:hAnsi="Georgia"/>
          <w:sz w:val="23"/>
        </w:rPr>
        <w:t>Bench area before practice. Water breaks. Conditioning. Team period. The bag leaning against the fence while he threw warmup balls. Any teammate brushing by. Any adult near the gear pile. Any kid walking through the sideline space because youth sports fields were always too open.</w:t>
      </w:r>
    </w:p>
    <w:p>
      <w:pPr>
        <w:spacing w:after="80"/>
      </w:pPr>
      <w:r>
        <w:rPr>
          <w:rFonts w:ascii="Georgia" w:hAnsi="Georgia"/>
          <w:sz w:val="23"/>
        </w:rPr>
        <w:t>“I don’t know,” Noah said.</w:t>
      </w:r>
    </w:p>
    <w:p>
      <w:pPr>
        <w:spacing w:after="80"/>
      </w:pPr>
      <w:r>
        <w:rPr>
          <w:rFonts w:ascii="Georgia" w:hAnsi="Georgia"/>
          <w:sz w:val="23"/>
        </w:rPr>
        <w:t>That sounded weak the second it came out.</w:t>
      </w:r>
    </w:p>
    <w:p>
      <w:pPr>
        <w:spacing w:after="80"/>
      </w:pPr>
      <w:r>
        <w:rPr>
          <w:rFonts w:ascii="Georgia" w:hAnsi="Georgia"/>
          <w:sz w:val="23"/>
        </w:rPr>
        <w:t>Coach Law didn’t say that. He just looked past Noah toward the field.</w:t>
      </w:r>
    </w:p>
    <w:p>
      <w:pPr>
        <w:spacing w:after="80"/>
      </w:pPr>
      <w:r>
        <w:rPr>
          <w:rFonts w:ascii="Georgia" w:hAnsi="Georgia"/>
          <w:sz w:val="23"/>
        </w:rPr>
        <w:t>The team was mostly leaving now. Owen and Jalen were still arguing in the lot about whether cover-zero against bunch was brave or dumb. Micah had gotten into a race with a smaller kid near the fence and was winning without trying to show he was winning. Rico was gone.</w:t>
      </w:r>
    </w:p>
    <w:p>
      <w:pPr>
        <w:spacing w:after="80"/>
      </w:pPr>
      <w:r>
        <w:rPr>
          <w:rFonts w:ascii="Georgia" w:hAnsi="Georgia"/>
          <w:sz w:val="23"/>
        </w:rPr>
        <w:t>Vee was not.</w:t>
      </w:r>
    </w:p>
    <w:p>
      <w:pPr>
        <w:spacing w:after="80"/>
      </w:pPr>
      <w:r>
        <w:rPr>
          <w:rFonts w:ascii="Georgia" w:hAnsi="Georgia"/>
          <w:sz w:val="23"/>
        </w:rPr>
        <w:t>She stood near the far rope line with the football still tucked under one arm, watching the sideline, not the game or the parking lot or the younger kids.</w:t>
      </w:r>
    </w:p>
    <w:p>
      <w:pPr>
        <w:spacing w:after="80"/>
      </w:pPr>
      <w:r>
        <w:rPr>
          <w:rFonts w:ascii="Georgia" w:hAnsi="Georgia"/>
          <w:sz w:val="23"/>
        </w:rPr>
        <w:t>The sideline.</w:t>
      </w:r>
    </w:p>
    <w:p>
      <w:pPr>
        <w:spacing w:after="80"/>
      </w:pPr>
      <w:r>
        <w:rPr>
          <w:rFonts w:ascii="Georgia" w:hAnsi="Georgia"/>
          <w:sz w:val="23"/>
        </w:rPr>
        <w:t>Coach Law noticed her too.</w:t>
      </w:r>
    </w:p>
    <w:p>
      <w:pPr>
        <w:spacing w:after="80"/>
      </w:pPr>
      <w:r>
        <w:rPr>
          <w:rFonts w:ascii="Georgia" w:hAnsi="Georgia"/>
          <w:sz w:val="23"/>
        </w:rPr>
        <w:t>Then he looked back at Noah. “Get in the truck.”</w:t>
      </w:r>
    </w:p>
    <w:p>
      <w:pPr>
        <w:spacing w:after="80"/>
      </w:pPr>
      <w:r>
        <w:rPr>
          <w:rFonts w:ascii="Georgia" w:hAnsi="Georgia"/>
          <w:sz w:val="23"/>
        </w:rPr>
        <w:t>Noah frowned. “No.”</w:t>
      </w:r>
    </w:p>
    <w:p>
      <w:pPr>
        <w:spacing w:after="80"/>
      </w:pPr>
      <w:r>
        <w:rPr>
          <w:rFonts w:ascii="Georgia" w:hAnsi="Georgia"/>
          <w:sz w:val="23"/>
        </w:rPr>
        <w:t>His dad’s jaw shifted. “Noah.”</w:t>
      </w:r>
    </w:p>
    <w:p>
      <w:pPr>
        <w:spacing w:after="80"/>
      </w:pPr>
      <w:r>
        <w:rPr>
          <w:rFonts w:ascii="Georgia" w:hAnsi="Georgia"/>
          <w:sz w:val="23"/>
        </w:rPr>
        <w:t>“No. Every time something happens, you tell me to get in the truck.”</w:t>
      </w:r>
    </w:p>
    <w:p>
      <w:pPr>
        <w:spacing w:after="80"/>
      </w:pPr>
      <w:r>
        <w:rPr>
          <w:rFonts w:ascii="Georgia" w:hAnsi="Georgia"/>
          <w:sz w:val="23"/>
        </w:rPr>
        <w:t>“Because every time something happens, you start acting like emotion is a strategy.”</w:t>
      </w:r>
    </w:p>
    <w:p>
      <w:pPr>
        <w:spacing w:after="80"/>
      </w:pPr>
      <w:r>
        <w:rPr>
          <w:rFonts w:ascii="Georgia" w:hAnsi="Georgia"/>
          <w:sz w:val="23"/>
        </w:rPr>
        <w:t>“That’s not fair.”</w:t>
      </w:r>
    </w:p>
    <w:p>
      <w:pPr>
        <w:spacing w:after="80"/>
      </w:pPr>
      <w:r>
        <w:rPr>
          <w:rFonts w:ascii="Georgia" w:hAnsi="Georgia"/>
          <w:sz w:val="23"/>
        </w:rPr>
        <w:t>Coach Law took one step closer. “No. What’s not fair is somebody using my team and my son to play games I have not agreed to.”</w:t>
      </w:r>
    </w:p>
    <w:p>
      <w:pPr>
        <w:spacing w:after="80"/>
      </w:pPr>
      <w:r>
        <w:rPr>
          <w:rFonts w:ascii="Georgia" w:hAnsi="Georgia"/>
          <w:sz w:val="23"/>
        </w:rPr>
        <w:t>That shut Noah up.</w:t>
      </w:r>
    </w:p>
    <w:p>
      <w:pPr>
        <w:spacing w:after="80"/>
      </w:pPr>
      <w:r>
        <w:rPr>
          <w:rFonts w:ascii="Georgia" w:hAnsi="Georgia"/>
          <w:sz w:val="23"/>
        </w:rPr>
        <w:t>Not because he liked the answer.</w:t>
      </w:r>
    </w:p>
    <w:p>
      <w:pPr>
        <w:spacing w:after="80"/>
      </w:pPr>
      <w:r>
        <w:rPr>
          <w:rFonts w:ascii="Georgia" w:hAnsi="Georgia"/>
          <w:sz w:val="23"/>
        </w:rPr>
        <w:t>Because he had not heard his dad say my son like that in the middle of football mode since this started.</w:t>
      </w:r>
    </w:p>
    <w:p>
      <w:pPr>
        <w:spacing w:after="80"/>
      </w:pPr>
      <w:r>
        <w:rPr>
          <w:rFonts w:ascii="Georgia" w:hAnsi="Georgia"/>
          <w:sz w:val="23"/>
        </w:rPr>
        <w:t>Coach Law lowered his voice. “Go wait in the truck.”</w:t>
      </w:r>
    </w:p>
    <w:p>
      <w:pPr>
        <w:spacing w:after="80"/>
      </w:pPr>
      <w:r>
        <w:rPr>
          <w:rFonts w:ascii="Georgia" w:hAnsi="Georgia"/>
          <w:sz w:val="23"/>
        </w:rPr>
        <w:t>Noah looked past him toward Vee.</w:t>
      </w:r>
    </w:p>
    <w:p>
      <w:pPr>
        <w:spacing w:after="80"/>
      </w:pPr>
      <w:r>
        <w:rPr>
          <w:rFonts w:ascii="Georgia" w:hAnsi="Georgia"/>
          <w:sz w:val="23"/>
        </w:rPr>
        <w:t>Then back.</w:t>
      </w:r>
    </w:p>
    <w:p>
      <w:pPr>
        <w:spacing w:after="80"/>
      </w:pPr>
      <w:r>
        <w:rPr>
          <w:rFonts w:ascii="Georgia" w:hAnsi="Georgia"/>
          <w:sz w:val="23"/>
        </w:rPr>
        <w:t>“No.”</w:t>
      </w:r>
    </w:p>
    <w:p>
      <w:pPr>
        <w:spacing w:after="80"/>
      </w:pPr>
      <w:r>
        <w:rPr>
          <w:rFonts w:ascii="Georgia" w:hAnsi="Georgia"/>
          <w:sz w:val="23"/>
        </w:rPr>
        <w:t>That answer came out calmer this time.</w:t>
      </w:r>
    </w:p>
    <w:p>
      <w:pPr>
        <w:spacing w:after="80"/>
      </w:pPr>
      <w:r>
        <w:rPr>
          <w:rFonts w:ascii="Georgia" w:hAnsi="Georgia"/>
          <w:sz w:val="23"/>
        </w:rPr>
        <w:t>His dad stared at him, and Noah could almost see the argument happening inside him—coach discipline versus actual reality, command versus adaptation, adult certainty versus the fact that the kid in front of him was already in this whether anyone liked it or not.</w:t>
      </w:r>
    </w:p>
    <w:p>
      <w:pPr>
        <w:spacing w:after="80"/>
      </w:pPr>
      <w:r>
        <w:rPr>
          <w:rFonts w:ascii="Georgia" w:hAnsi="Georgia"/>
          <w:sz w:val="23"/>
        </w:rPr>
        <w:t>Then Coach Law exhaled through his nose. “Fine. Stay where I can see you.”</w:t>
      </w:r>
    </w:p>
    <w:p>
      <w:pPr>
        <w:spacing w:after="80"/>
      </w:pPr>
      <w:r>
        <w:rPr>
          <w:rFonts w:ascii="Georgia" w:hAnsi="Georgia"/>
          <w:sz w:val="23"/>
        </w:rPr>
        <w:t>That was as close to winning as Noah was going to get.</w:t>
      </w:r>
    </w:p>
    <w:p>
      <w:pPr>
        <w:spacing w:after="80"/>
      </w:pPr>
      <w:r>
        <w:rPr>
          <w:rFonts w:ascii="Georgia" w:hAnsi="Georgia"/>
          <w:sz w:val="23"/>
        </w:rPr>
        <w:t>Coach Law headed toward the field gate with the notebook in one hand and Noah’s bag in the other. Noah stayed where he was for exactly three seconds, then angled across the sideline toward Vee.</w:t>
      </w:r>
    </w:p>
    <w:p>
      <w:pPr>
        <w:spacing w:after="80"/>
      </w:pPr>
      <w:r>
        <w:rPr>
          <w:rFonts w:ascii="Georgia" w:hAnsi="Georgia"/>
          <w:sz w:val="23"/>
        </w:rPr>
        <w:t>She saw him coming and did not pretend otherwise.</w:t>
      </w:r>
    </w:p>
    <w:p>
      <w:pPr>
        <w:spacing w:after="80"/>
      </w:pPr>
      <w:r>
        <w:rPr>
          <w:rFonts w:ascii="Georgia" w:hAnsi="Georgia"/>
          <w:sz w:val="23"/>
        </w:rPr>
        <w:t>“What page?” she asked.</w:t>
      </w:r>
    </w:p>
    <w:p>
      <w:pPr>
        <w:spacing w:after="80"/>
      </w:pPr>
      <w:r>
        <w:rPr>
          <w:rFonts w:ascii="Georgia" w:hAnsi="Georgia"/>
          <w:sz w:val="23"/>
        </w:rPr>
        <w:t>Noah blinked. “How did you know it was a page?”</w:t>
      </w:r>
    </w:p>
    <w:p>
      <w:pPr>
        <w:spacing w:after="80"/>
      </w:pPr>
      <w:r>
        <w:rPr>
          <w:rFonts w:ascii="Georgia" w:hAnsi="Georgia"/>
          <w:sz w:val="23"/>
        </w:rPr>
        <w:t>Vee shifted the football against her hip. “Coach Law’s face.”</w:t>
      </w:r>
    </w:p>
    <w:p>
      <w:pPr>
        <w:spacing w:after="80"/>
      </w:pPr>
      <w:r>
        <w:rPr>
          <w:rFonts w:ascii="Georgia" w:hAnsi="Georgia"/>
          <w:sz w:val="23"/>
        </w:rPr>
        <w:t>That was annoyingly reasonable.</w:t>
      </w:r>
    </w:p>
    <w:p>
      <w:pPr>
        <w:spacing w:after="80"/>
      </w:pPr>
      <w:r>
        <w:rPr>
          <w:rFonts w:ascii="Georgia" w:hAnsi="Georgia"/>
          <w:sz w:val="23"/>
        </w:rPr>
        <w:t>“Tempo stuff,” Noah said quietly. “Fast-call language. Somebody cut it out clean.”</w:t>
      </w:r>
    </w:p>
    <w:p>
      <w:pPr>
        <w:spacing w:after="80"/>
      </w:pPr>
      <w:r>
        <w:rPr>
          <w:rFonts w:ascii="Georgia" w:hAnsi="Georgia"/>
          <w:sz w:val="23"/>
        </w:rPr>
        <w:t>Vee’s expression changed, just slightly. Not shocked. More like a puzzle piece had clicked where she expected it to.</w:t>
      </w:r>
    </w:p>
    <w:p>
      <w:pPr>
        <w:spacing w:after="80"/>
      </w:pPr>
      <w:r>
        <w:rPr>
          <w:rFonts w:ascii="Georgia" w:hAnsi="Georgia"/>
          <w:sz w:val="23"/>
        </w:rPr>
        <w:t>“Okay,” she said.</w:t>
      </w:r>
    </w:p>
    <w:p>
      <w:pPr>
        <w:spacing w:after="80"/>
      </w:pPr>
      <w:r>
        <w:rPr>
          <w:rFonts w:ascii="Georgia" w:hAnsi="Georgia"/>
          <w:sz w:val="23"/>
        </w:rPr>
        <w:t>Noah stared at her. “That’s all?”</w:t>
      </w:r>
    </w:p>
    <w:p>
      <w:pPr>
        <w:spacing w:after="80"/>
      </w:pPr>
      <w:r>
        <w:rPr>
          <w:rFonts w:ascii="Georgia" w:hAnsi="Georgia"/>
          <w:sz w:val="23"/>
        </w:rPr>
        <w:t>“No.” She looked past him toward the bench area. “That means whoever did it had time.”</w:t>
      </w:r>
    </w:p>
    <w:p>
      <w:pPr>
        <w:spacing w:after="80"/>
      </w:pPr>
      <w:r>
        <w:rPr>
          <w:rFonts w:ascii="Georgia" w:hAnsi="Georgia"/>
          <w:sz w:val="23"/>
        </w:rPr>
        <w:t>“That doesn’t narrow it.”</w:t>
      </w:r>
    </w:p>
    <w:p>
      <w:pPr>
        <w:spacing w:after="80"/>
      </w:pPr>
      <w:r>
        <w:rPr>
          <w:rFonts w:ascii="Georgia" w:hAnsi="Georgia"/>
          <w:sz w:val="23"/>
        </w:rPr>
        <w:t>“It does if you stop looking at it like a football player and start looking at it like a thief.”</w:t>
      </w:r>
    </w:p>
    <w:p>
      <w:pPr>
        <w:spacing w:after="80"/>
      </w:pPr>
      <w:r>
        <w:rPr>
          <w:rFonts w:ascii="Georgia" w:hAnsi="Georgia"/>
          <w:sz w:val="23"/>
        </w:rPr>
        <w:t>Noah crossed his arms. “What does that even mean?”</w:t>
      </w:r>
    </w:p>
    <w:p>
      <w:pPr>
        <w:spacing w:after="80"/>
      </w:pPr>
      <w:r>
        <w:rPr>
          <w:rFonts w:ascii="Georgia" w:hAnsi="Georgia"/>
          <w:sz w:val="23"/>
        </w:rPr>
        <w:t>“It means most people steal fast. Grab, hide, move. But a clean cut?” She shook her head. “That means they had a plan. Something sharp. Privacy. And enough confidence to think nobody was watching.”</w:t>
      </w:r>
    </w:p>
    <w:p>
      <w:pPr>
        <w:spacing w:after="80"/>
      </w:pPr>
      <w:r>
        <w:rPr>
          <w:rFonts w:ascii="Georgia" w:hAnsi="Georgia"/>
          <w:sz w:val="23"/>
        </w:rPr>
        <w:t>Noah hated when she was smart in exactly the right direction.</w:t>
      </w:r>
    </w:p>
    <w:p>
      <w:pPr>
        <w:spacing w:after="80"/>
      </w:pPr>
      <w:r>
        <w:rPr>
          <w:rFonts w:ascii="Georgia" w:hAnsi="Georgia"/>
          <w:sz w:val="23"/>
        </w:rPr>
        <w:t>He glanced toward the bleachers. “You said you saw Rico throw something away.”</w:t>
      </w:r>
    </w:p>
    <w:p>
      <w:pPr>
        <w:spacing w:after="80"/>
      </w:pPr>
      <w:r>
        <w:rPr>
          <w:rFonts w:ascii="Georgia" w:hAnsi="Georgia"/>
          <w:sz w:val="23"/>
        </w:rPr>
        <w:t>“I did.”</w:t>
      </w:r>
    </w:p>
    <w:p>
      <w:pPr>
        <w:spacing w:after="80"/>
      </w:pPr>
      <w:r>
        <w:rPr>
          <w:rFonts w:ascii="Georgia" w:hAnsi="Georgia"/>
          <w:sz w:val="23"/>
        </w:rPr>
        <w:t>“What time?”</w:t>
      </w:r>
    </w:p>
    <w:p>
      <w:pPr>
        <w:spacing w:after="80"/>
      </w:pPr>
      <w:r>
        <w:rPr>
          <w:rFonts w:ascii="Georgia" w:hAnsi="Georgia"/>
          <w:sz w:val="23"/>
        </w:rPr>
        <w:t>“Before practice. I got here early.”</w:t>
      </w:r>
    </w:p>
    <w:p>
      <w:pPr>
        <w:spacing w:after="80"/>
      </w:pPr>
      <w:r>
        <w:rPr>
          <w:rFonts w:ascii="Georgia" w:hAnsi="Georgia"/>
          <w:sz w:val="23"/>
        </w:rPr>
        <w:t>“How early?”</w:t>
      </w:r>
    </w:p>
    <w:p>
      <w:pPr>
        <w:spacing w:after="80"/>
      </w:pPr>
      <w:r>
        <w:rPr>
          <w:rFonts w:ascii="Georgia" w:hAnsi="Georgia"/>
          <w:sz w:val="23"/>
        </w:rPr>
        <w:t>“Before Rico. Before Jalen. Before almost everybody.”</w:t>
      </w:r>
    </w:p>
    <w:p>
      <w:pPr>
        <w:spacing w:after="80"/>
      </w:pPr>
      <w:r>
        <w:rPr>
          <w:rFonts w:ascii="Georgia" w:hAnsi="Georgia"/>
          <w:sz w:val="23"/>
        </w:rPr>
        <w:t>Noah frowned. “That doesn’t make sense. You just said—”</w:t>
      </w:r>
    </w:p>
    <w:p>
      <w:pPr>
        <w:spacing w:after="80"/>
      </w:pPr>
      <w:r>
        <w:rPr>
          <w:rFonts w:ascii="Georgia" w:hAnsi="Georgia"/>
          <w:sz w:val="23"/>
        </w:rPr>
        <w:t>“No.” Vee shook her head. “I said I saw Rico throw something away after he got there. He was just one of the first people here.”</w:t>
      </w:r>
    </w:p>
    <w:p>
      <w:pPr>
        <w:spacing w:after="80"/>
      </w:pPr>
      <w:r>
        <w:rPr>
          <w:rFonts w:ascii="Georgia" w:hAnsi="Georgia"/>
          <w:sz w:val="23"/>
        </w:rPr>
        <w:t>That mattered.</w:t>
      </w:r>
    </w:p>
    <w:p>
      <w:pPr>
        <w:spacing w:after="80"/>
      </w:pPr>
      <w:r>
        <w:rPr>
          <w:rFonts w:ascii="Georgia" w:hAnsi="Georgia"/>
          <w:sz w:val="23"/>
        </w:rPr>
        <w:t>Timing mattered.</w:t>
      </w:r>
    </w:p>
    <w:p>
      <w:pPr>
        <w:spacing w:after="80"/>
      </w:pPr>
      <w:r>
        <w:rPr>
          <w:rFonts w:ascii="Georgia" w:hAnsi="Georgia"/>
          <w:sz w:val="23"/>
        </w:rPr>
        <w:t>Football taught that too.</w:t>
      </w:r>
    </w:p>
    <w:p>
      <w:pPr>
        <w:spacing w:after="80"/>
      </w:pPr>
      <w:r>
        <w:rPr>
          <w:rFonts w:ascii="Georgia" w:hAnsi="Georgia"/>
          <w:sz w:val="23"/>
        </w:rPr>
        <w:t>“Where behind the bleachers?”</w:t>
      </w:r>
    </w:p>
    <w:p>
      <w:pPr>
        <w:spacing w:after="80"/>
      </w:pPr>
      <w:r>
        <w:rPr>
          <w:rFonts w:ascii="Georgia" w:hAnsi="Georgia"/>
          <w:sz w:val="23"/>
        </w:rPr>
        <w:t>She pointed with two fingers. “Far left side. Near the last support rail. Where the weeds grow through the gravel.”</w:t>
      </w:r>
    </w:p>
    <w:p>
      <w:pPr>
        <w:spacing w:after="80"/>
      </w:pPr>
      <w:r>
        <w:rPr>
          <w:rFonts w:ascii="Georgia" w:hAnsi="Georgia"/>
          <w:sz w:val="23"/>
        </w:rPr>
        <w:t>Noah looked over there.</w:t>
      </w:r>
    </w:p>
    <w:p>
      <w:pPr>
        <w:spacing w:after="80"/>
      </w:pPr>
      <w:r>
        <w:rPr>
          <w:rFonts w:ascii="Georgia" w:hAnsi="Georgia"/>
          <w:sz w:val="23"/>
        </w:rPr>
        <w:t>Nothing obvious from here. Just aluminum rows, long shadows underneath, and the dark strip where the backside of the bleachers met the edge of the lot.</w:t>
      </w:r>
    </w:p>
    <w:p>
      <w:pPr>
        <w:spacing w:after="80"/>
      </w:pPr>
      <w:r>
        <w:rPr>
          <w:rFonts w:ascii="Georgia" w:hAnsi="Georgia"/>
          <w:sz w:val="23"/>
        </w:rPr>
        <w:t>“You’re going to look,” Vee said.</w:t>
      </w:r>
    </w:p>
    <w:p>
      <w:pPr>
        <w:spacing w:after="80"/>
      </w:pPr>
      <w:r>
        <w:rPr>
          <w:rFonts w:ascii="Georgia" w:hAnsi="Georgia"/>
          <w:sz w:val="23"/>
        </w:rPr>
        <w:t>“Yes.”</w:t>
      </w:r>
    </w:p>
    <w:p>
      <w:pPr>
        <w:spacing w:after="80"/>
      </w:pPr>
      <w:r>
        <w:rPr>
          <w:rFonts w:ascii="Georgia" w:hAnsi="Georgia"/>
          <w:sz w:val="23"/>
        </w:rPr>
        <w:t>“Without telling Coach Law first.”</w:t>
      </w:r>
    </w:p>
    <w:p>
      <w:pPr>
        <w:spacing w:after="80"/>
      </w:pPr>
      <w:r>
        <w:rPr>
          <w:rFonts w:ascii="Georgia" w:hAnsi="Georgia"/>
          <w:sz w:val="23"/>
        </w:rPr>
        <w:t>“Yes.”</w:t>
      </w:r>
    </w:p>
    <w:p>
      <w:pPr>
        <w:spacing w:after="80"/>
      </w:pPr>
      <w:r>
        <w:rPr>
          <w:rFonts w:ascii="Georgia" w:hAnsi="Georgia"/>
          <w:sz w:val="23"/>
        </w:rPr>
        <w:t>She nodded once. “Good.”</w:t>
      </w:r>
    </w:p>
    <w:p>
      <w:pPr>
        <w:spacing w:after="80"/>
      </w:pPr>
      <w:r>
        <w:rPr>
          <w:rFonts w:ascii="Georgia" w:hAnsi="Georgia"/>
          <w:sz w:val="23"/>
        </w:rPr>
        <w:t>“That’s not a good thing.”</w:t>
      </w:r>
    </w:p>
    <w:p>
      <w:pPr>
        <w:spacing w:after="80"/>
      </w:pPr>
      <w:r>
        <w:rPr>
          <w:rFonts w:ascii="Georgia" w:hAnsi="Georgia"/>
          <w:sz w:val="23"/>
        </w:rPr>
        <w:t>“It is if you want to find anything before it disappears.”</w:t>
      </w:r>
    </w:p>
    <w:p>
      <w:pPr>
        <w:spacing w:after="80"/>
      </w:pPr>
      <w:r>
        <w:rPr>
          <w:rFonts w:ascii="Georgia" w:hAnsi="Georgia"/>
          <w:sz w:val="23"/>
        </w:rPr>
        <w:t>That part was probably true, which annoyed him even more.</w:t>
      </w:r>
    </w:p>
    <w:p>
      <w:pPr>
        <w:spacing w:after="80"/>
      </w:pPr>
      <w:r>
        <w:rPr>
          <w:rFonts w:ascii="Georgia" w:hAnsi="Georgia"/>
          <w:sz w:val="23"/>
        </w:rPr>
        <w:t>They cut around the far side of the bleachers while Coach Law was still near the gate, talking to a parent and scanning the field the way he always did when his mind was trying to solve six things at once. Noah kept low without meaning to, as if crouching two inches made him invisible.</w:t>
      </w:r>
    </w:p>
    <w:p>
      <w:pPr>
        <w:spacing w:after="80"/>
      </w:pPr>
      <w:r>
        <w:rPr>
          <w:rFonts w:ascii="Georgia" w:hAnsi="Georgia"/>
          <w:sz w:val="23"/>
        </w:rPr>
        <w:t>“Why are we sneaking?” Vee asked.</w:t>
      </w:r>
    </w:p>
    <w:p>
      <w:pPr>
        <w:spacing w:after="80"/>
      </w:pPr>
      <w:r>
        <w:rPr>
          <w:rFonts w:ascii="Georgia" w:hAnsi="Georgia"/>
          <w:sz w:val="23"/>
        </w:rPr>
        <w:t>“We’re not sneaking.”</w:t>
      </w:r>
    </w:p>
    <w:p>
      <w:pPr>
        <w:spacing w:after="80"/>
      </w:pPr>
      <w:r>
        <w:rPr>
          <w:rFonts w:ascii="Georgia" w:hAnsi="Georgia"/>
          <w:sz w:val="23"/>
        </w:rPr>
        <w:t>“You’re definitely sneaking.”</w:t>
      </w:r>
    </w:p>
    <w:p>
      <w:pPr>
        <w:spacing w:after="80"/>
      </w:pPr>
      <w:r>
        <w:rPr>
          <w:rFonts w:ascii="Georgia" w:hAnsi="Georgia"/>
          <w:sz w:val="23"/>
        </w:rPr>
        <w:t>The gravel crunched under Noah’s cleats once they got behind the bleachers. The noise of the field softened back here. Voices blurred. Whistles disappeared. The place smelled like old metal, wet dirt, and the stale remains of concession-stand popcorn ground into dust.</w:t>
      </w:r>
    </w:p>
    <w:p>
      <w:pPr>
        <w:spacing w:after="80"/>
      </w:pPr>
      <w:r>
        <w:rPr>
          <w:rFonts w:ascii="Georgia" w:hAnsi="Georgia"/>
          <w:sz w:val="23"/>
        </w:rPr>
        <w:t>Vee led him toward the far support rail.</w:t>
      </w:r>
    </w:p>
    <w:p>
      <w:pPr>
        <w:spacing w:after="80"/>
      </w:pPr>
      <w:r>
        <w:rPr>
          <w:rFonts w:ascii="Georgia" w:hAnsi="Georgia"/>
          <w:sz w:val="23"/>
        </w:rPr>
        <w:t>“There,” she said.</w:t>
      </w:r>
    </w:p>
    <w:p>
      <w:pPr>
        <w:spacing w:after="80"/>
      </w:pPr>
      <w:r>
        <w:rPr>
          <w:rFonts w:ascii="Georgia" w:hAnsi="Georgia"/>
          <w:sz w:val="23"/>
        </w:rPr>
        <w:t>Noah crouched.</w:t>
      </w:r>
    </w:p>
    <w:p>
      <w:pPr>
        <w:spacing w:after="80"/>
      </w:pPr>
      <w:r>
        <w:rPr>
          <w:rFonts w:ascii="Georgia" w:hAnsi="Georgia"/>
          <w:sz w:val="23"/>
        </w:rPr>
        <w:t>At first he saw nothing but wrappers, bottle caps, one broken zip tie, and a crushed sports drink label.</w:t>
      </w:r>
    </w:p>
    <w:p>
      <w:pPr>
        <w:spacing w:after="80"/>
      </w:pPr>
      <w:r>
        <w:rPr>
          <w:rFonts w:ascii="Georgia" w:hAnsi="Georgia"/>
          <w:sz w:val="23"/>
        </w:rPr>
        <w:t>Then he spotted a fresh patch of disturbed gravel near the weeds.</w:t>
      </w:r>
    </w:p>
    <w:p>
      <w:pPr>
        <w:spacing w:after="80"/>
      </w:pPr>
      <w:r>
        <w:rPr>
          <w:rFonts w:ascii="Georgia" w:hAnsi="Georgia"/>
          <w:sz w:val="23"/>
        </w:rPr>
        <w:t>He reached in and pulled out a small black object no longer than two fingers.</w:t>
      </w:r>
    </w:p>
    <w:p>
      <w:pPr>
        <w:spacing w:after="80"/>
      </w:pPr>
      <w:r>
        <w:rPr>
          <w:rFonts w:ascii="Georgia" w:hAnsi="Georgia"/>
          <w:sz w:val="23"/>
        </w:rPr>
        <w:t>A box cutter.</w:t>
      </w:r>
    </w:p>
    <w:p>
      <w:pPr>
        <w:spacing w:after="80"/>
      </w:pPr>
      <w:r>
        <w:rPr>
          <w:rFonts w:ascii="Georgia" w:hAnsi="Georgia"/>
          <w:sz w:val="23"/>
        </w:rPr>
        <w:t>Retractable. Cheap. The blade snapped clean halfway off, like it had been used enough to turn dangerous and dull at the same time.</w:t>
      </w:r>
    </w:p>
    <w:p>
      <w:pPr>
        <w:spacing w:after="80"/>
      </w:pPr>
      <w:r>
        <w:rPr>
          <w:rFonts w:ascii="Georgia" w:hAnsi="Georgia"/>
          <w:sz w:val="23"/>
        </w:rPr>
        <w:t>Noah looked up.</w:t>
      </w:r>
    </w:p>
    <w:p>
      <w:pPr>
        <w:spacing w:after="80"/>
      </w:pPr>
      <w:r>
        <w:rPr>
          <w:rFonts w:ascii="Georgia" w:hAnsi="Georgia"/>
          <w:sz w:val="23"/>
        </w:rPr>
        <w:t>Vee did not say I told you so.</w:t>
      </w:r>
    </w:p>
    <w:p>
      <w:pPr>
        <w:spacing w:after="80"/>
      </w:pPr>
      <w:r>
        <w:rPr>
          <w:rFonts w:ascii="Georgia" w:hAnsi="Georgia"/>
          <w:sz w:val="23"/>
        </w:rPr>
        <w:t>Her face said it anyway.</w:t>
      </w:r>
    </w:p>
    <w:p>
      <w:pPr>
        <w:spacing w:after="80"/>
      </w:pPr>
      <w:r>
        <w:rPr>
          <w:rFonts w:ascii="Georgia" w:hAnsi="Georgia"/>
          <w:sz w:val="23"/>
        </w:rPr>
        <w:t>He turned the cutter over in his hand.</w:t>
      </w:r>
    </w:p>
    <w:p>
      <w:pPr>
        <w:spacing w:after="80"/>
      </w:pPr>
      <w:r>
        <w:rPr>
          <w:rFonts w:ascii="Georgia" w:hAnsi="Georgia"/>
          <w:sz w:val="23"/>
        </w:rPr>
        <w:t>No initials. No tape. No easy clue.</w:t>
      </w:r>
    </w:p>
    <w:p>
      <w:pPr>
        <w:spacing w:after="80"/>
      </w:pPr>
      <w:r>
        <w:rPr>
          <w:rFonts w:ascii="Georgia" w:hAnsi="Georgia"/>
          <w:sz w:val="23"/>
        </w:rPr>
        <w:t>But it fit.</w:t>
      </w:r>
    </w:p>
    <w:p>
      <w:pPr>
        <w:spacing w:after="80"/>
      </w:pPr>
      <w:r>
        <w:rPr>
          <w:rFonts w:ascii="Georgia" w:hAnsi="Georgia"/>
          <w:sz w:val="23"/>
        </w:rPr>
        <w:t>Too well.</w:t>
      </w:r>
    </w:p>
    <w:p>
      <w:pPr>
        <w:spacing w:after="80"/>
      </w:pPr>
      <w:r>
        <w:rPr>
          <w:rFonts w:ascii="Georgia" w:hAnsi="Georgia"/>
          <w:sz w:val="23"/>
        </w:rPr>
        <w:t>A clean cut page. A hidden tool. Something thrown away quickly behind the bleachers where people rarely looked.</w:t>
      </w:r>
    </w:p>
    <w:p>
      <w:pPr>
        <w:spacing w:after="80"/>
      </w:pPr>
      <w:r>
        <w:rPr>
          <w:rFonts w:ascii="Georgia" w:hAnsi="Georgia"/>
          <w:sz w:val="23"/>
        </w:rPr>
        <w:t>“That could be anybody’s,” Noah said.</w:t>
      </w:r>
    </w:p>
    <w:p>
      <w:pPr>
        <w:spacing w:after="80"/>
      </w:pPr>
      <w:r>
        <w:rPr>
          <w:rFonts w:ascii="Georgia" w:hAnsi="Georgia"/>
          <w:sz w:val="23"/>
        </w:rPr>
        <w:t>Vee crossed her arms. “That sentence should be on your team logo.”</w:t>
      </w:r>
    </w:p>
    <w:p>
      <w:pPr>
        <w:spacing w:after="80"/>
      </w:pPr>
      <w:r>
        <w:rPr>
          <w:rFonts w:ascii="Georgia" w:hAnsi="Georgia"/>
          <w:sz w:val="23"/>
        </w:rPr>
        <w:t>He stood. “What?”</w:t>
      </w:r>
    </w:p>
    <w:p>
      <w:pPr>
        <w:spacing w:after="80"/>
      </w:pPr>
      <w:r>
        <w:rPr>
          <w:rFonts w:ascii="Georgia" w:hAnsi="Georgia"/>
          <w:sz w:val="23"/>
        </w:rPr>
        <w:t>“You keep finding things and then saying they could be anybody’s. The wristband. The photo. The note. The bag. The page.”</w:t>
      </w:r>
    </w:p>
    <w:p>
      <w:pPr>
        <w:spacing w:after="80"/>
      </w:pPr>
      <w:r>
        <w:rPr>
          <w:rFonts w:ascii="Georgia" w:hAnsi="Georgia"/>
          <w:sz w:val="23"/>
        </w:rPr>
        <w:t>Noah shoved the cutter into the side pocket of his bag. “Because they could.”</w:t>
      </w:r>
    </w:p>
    <w:p>
      <w:pPr>
        <w:spacing w:after="80"/>
      </w:pPr>
      <w:r>
        <w:rPr>
          <w:rFonts w:ascii="Georgia" w:hAnsi="Georgia"/>
          <w:sz w:val="23"/>
        </w:rPr>
        <w:t>“Yeah,” she said. “But some anybody threw that back here after practice.”</w:t>
      </w:r>
    </w:p>
    <w:p>
      <w:pPr>
        <w:spacing w:after="80"/>
      </w:pPr>
      <w:r>
        <w:rPr>
          <w:rFonts w:ascii="Georgia" w:hAnsi="Georgia"/>
          <w:sz w:val="23"/>
        </w:rPr>
        <w:t>He started to answer, but voices drifted around the side of the bleachers.</w:t>
      </w:r>
    </w:p>
    <w:p>
      <w:pPr>
        <w:spacing w:after="80"/>
      </w:pPr>
      <w:r>
        <w:rPr>
          <w:rFonts w:ascii="Georgia" w:hAnsi="Georgia"/>
          <w:sz w:val="23"/>
        </w:rPr>
        <w:t>Adult voices.</w:t>
      </w:r>
    </w:p>
    <w:p>
      <w:pPr>
        <w:spacing w:after="80"/>
      </w:pPr>
      <w:r>
        <w:rPr>
          <w:rFonts w:ascii="Georgia" w:hAnsi="Georgia"/>
          <w:sz w:val="23"/>
        </w:rPr>
        <w:t>Noah grabbed Vee’s sleeve and pulled her down instinctively. They crouched behind the lowest row just as Coach Law’s assistant—former assistant, Noah corrected mentally—walked around the corner with another man Noah did not know.</w:t>
      </w:r>
    </w:p>
    <w:p>
      <w:pPr>
        <w:spacing w:after="80"/>
      </w:pPr>
      <w:r>
        <w:rPr>
          <w:rFonts w:ascii="Georgia" w:hAnsi="Georgia"/>
          <w:sz w:val="23"/>
        </w:rPr>
        <w:t>They stopped maybe fifteen feet away.</w:t>
      </w:r>
    </w:p>
    <w:p>
      <w:pPr>
        <w:spacing w:after="80"/>
      </w:pPr>
      <w:r>
        <w:rPr>
          <w:rFonts w:ascii="Georgia" w:hAnsi="Georgia"/>
          <w:sz w:val="23"/>
        </w:rPr>
        <w:t>Too close.</w:t>
      </w:r>
    </w:p>
    <w:p>
      <w:pPr>
        <w:spacing w:after="80"/>
      </w:pPr>
      <w:r>
        <w:rPr>
          <w:rFonts w:ascii="Georgia" w:hAnsi="Georgia"/>
          <w:sz w:val="23"/>
        </w:rPr>
        <w:t>The unknown man wore a navy jacket and jeans. Not gray hoodie. Not a parent Noah recognized. He kept his hands in his pockets and his eyes moving.</w:t>
      </w:r>
    </w:p>
    <w:p>
      <w:pPr>
        <w:spacing w:after="80"/>
      </w:pPr>
      <w:r>
        <w:rPr>
          <w:rFonts w:ascii="Georgia" w:hAnsi="Georgia"/>
          <w:sz w:val="23"/>
        </w:rPr>
        <w:t>Coach Darnell looked worse than he had on the field. Not guilty exactly. Tired. Cornered. Like all the excuses had dried out and left him standing there without enough skin.</w:t>
      </w:r>
    </w:p>
    <w:p>
      <w:pPr>
        <w:spacing w:after="80"/>
      </w:pPr>
      <w:r>
        <w:rPr>
          <w:rFonts w:ascii="Georgia" w:hAnsi="Georgia"/>
          <w:sz w:val="23"/>
        </w:rPr>
        <w:t>Noah held still.</w:t>
      </w:r>
    </w:p>
    <w:p>
      <w:pPr>
        <w:spacing w:after="80"/>
      </w:pPr>
      <w:r>
        <w:rPr>
          <w:rFonts w:ascii="Georgia" w:hAnsi="Georgia"/>
          <w:sz w:val="23"/>
        </w:rPr>
        <w:t>Vee didn’t move at all.</w:t>
      </w:r>
    </w:p>
    <w:p>
      <w:pPr>
        <w:spacing w:after="80"/>
      </w:pPr>
      <w:r>
        <w:rPr>
          <w:rFonts w:ascii="Georgia" w:hAnsi="Georgia"/>
          <w:sz w:val="23"/>
        </w:rPr>
        <w:t>“You shouldn’t be here,” Darnell said.</w:t>
      </w:r>
    </w:p>
    <w:p>
      <w:pPr>
        <w:spacing w:after="80"/>
      </w:pPr>
      <w:r>
        <w:rPr>
          <w:rFonts w:ascii="Georgia" w:hAnsi="Georgia"/>
          <w:sz w:val="23"/>
        </w:rPr>
        <w:t>The other man shrugged. “You stopped answering.”</w:t>
      </w:r>
    </w:p>
    <w:p>
      <w:pPr>
        <w:spacing w:after="80"/>
      </w:pPr>
      <w:r>
        <w:rPr>
          <w:rFonts w:ascii="Georgia" w:hAnsi="Georgia"/>
          <w:sz w:val="23"/>
        </w:rPr>
        <w:t>“No kidding.”</w:t>
      </w:r>
    </w:p>
    <w:p>
      <w:pPr>
        <w:spacing w:after="80"/>
      </w:pPr>
      <w:r>
        <w:rPr>
          <w:rFonts w:ascii="Georgia" w:hAnsi="Georgia"/>
          <w:sz w:val="23"/>
        </w:rPr>
        <w:t>Noah leaned just enough to see between the metal bars.</w:t>
      </w:r>
    </w:p>
    <w:p>
      <w:pPr>
        <w:spacing w:after="80"/>
      </w:pPr>
      <w:r>
        <w:rPr>
          <w:rFonts w:ascii="Georgia" w:hAnsi="Georgia"/>
          <w:sz w:val="23"/>
        </w:rPr>
        <w:t>The man pulled one hand from his pocket and held up a folded sheet of paper.</w:t>
      </w:r>
    </w:p>
    <w:p>
      <w:pPr>
        <w:spacing w:after="80"/>
      </w:pPr>
      <w:r>
        <w:rPr>
          <w:rFonts w:ascii="Georgia" w:hAnsi="Georgia"/>
          <w:sz w:val="23"/>
        </w:rPr>
        <w:t>Darnell did not take it.</w:t>
      </w:r>
    </w:p>
    <w:p>
      <w:pPr>
        <w:spacing w:after="80"/>
      </w:pPr>
      <w:r>
        <w:rPr>
          <w:rFonts w:ascii="Georgia" w:hAnsi="Georgia"/>
          <w:sz w:val="23"/>
        </w:rPr>
        <w:t>“I’m done,” Darnell said.</w:t>
      </w:r>
    </w:p>
    <w:p>
      <w:pPr>
        <w:spacing w:after="80"/>
      </w:pPr>
      <w:r>
        <w:rPr>
          <w:rFonts w:ascii="Georgia" w:hAnsi="Georgia"/>
          <w:sz w:val="23"/>
        </w:rPr>
        <w:t>The man smiled.</w:t>
      </w:r>
    </w:p>
    <w:p>
      <w:pPr>
        <w:spacing w:after="80"/>
      </w:pPr>
      <w:r>
        <w:rPr>
          <w:rFonts w:ascii="Georgia" w:hAnsi="Georgia"/>
          <w:sz w:val="23"/>
        </w:rPr>
        <w:t>Not big. Worse.</w:t>
      </w:r>
    </w:p>
    <w:p>
      <w:pPr>
        <w:spacing w:after="80"/>
      </w:pPr>
      <w:r>
        <w:rPr>
          <w:rFonts w:ascii="Georgia" w:hAnsi="Georgia"/>
          <w:sz w:val="23"/>
        </w:rPr>
        <w:t>The kind of smile people wore when they already knew something you did not want them to know.</w:t>
      </w:r>
    </w:p>
    <w:p>
      <w:pPr>
        <w:spacing w:after="80"/>
      </w:pPr>
      <w:r>
        <w:rPr>
          <w:rFonts w:ascii="Georgia" w:hAnsi="Georgia"/>
          <w:sz w:val="23"/>
        </w:rPr>
        <w:t>“No,” the man said. “You’re not.”</w:t>
      </w:r>
    </w:p>
    <w:p>
      <w:pPr>
        <w:spacing w:after="80"/>
      </w:pPr>
      <w:r>
        <w:rPr>
          <w:rFonts w:ascii="Georgia" w:hAnsi="Georgia"/>
          <w:sz w:val="23"/>
        </w:rPr>
        <w:t>Darnell looked toward the field.</w:t>
      </w:r>
    </w:p>
    <w:p>
      <w:pPr>
        <w:spacing w:after="80"/>
      </w:pPr>
      <w:r>
        <w:rPr>
          <w:rFonts w:ascii="Georgia" w:hAnsi="Georgia"/>
          <w:sz w:val="23"/>
        </w:rPr>
        <w:t>Toward Coach Law.</w:t>
      </w:r>
    </w:p>
    <w:p>
      <w:pPr>
        <w:spacing w:after="80"/>
      </w:pPr>
      <w:r>
        <w:rPr>
          <w:rFonts w:ascii="Georgia" w:hAnsi="Georgia"/>
          <w:sz w:val="23"/>
        </w:rPr>
        <w:t>Toward the team.</w:t>
      </w:r>
    </w:p>
    <w:p>
      <w:pPr>
        <w:spacing w:after="80"/>
      </w:pPr>
      <w:r>
        <w:rPr>
          <w:rFonts w:ascii="Georgia" w:hAnsi="Georgia"/>
          <w:sz w:val="23"/>
        </w:rPr>
        <w:t>Every direction but the guy in front of him.</w:t>
      </w:r>
    </w:p>
    <w:p>
      <w:pPr>
        <w:spacing w:after="80"/>
      </w:pPr>
      <w:r>
        <w:rPr>
          <w:rFonts w:ascii="Georgia" w:hAnsi="Georgia"/>
          <w:sz w:val="23"/>
        </w:rPr>
        <w:t>“I gave you enough,” Darnell said quietly. “That was the deal.”</w:t>
      </w:r>
    </w:p>
    <w:p>
      <w:pPr>
        <w:spacing w:after="80"/>
      </w:pPr>
      <w:r>
        <w:rPr>
          <w:rFonts w:ascii="Georgia" w:hAnsi="Georgia"/>
          <w:sz w:val="23"/>
        </w:rPr>
        <w:t>“There was no deal.”</w:t>
      </w:r>
    </w:p>
    <w:p>
      <w:pPr>
        <w:spacing w:after="80"/>
      </w:pPr>
      <w:r>
        <w:rPr>
          <w:rFonts w:ascii="Georgia" w:hAnsi="Georgia"/>
          <w:sz w:val="23"/>
        </w:rPr>
        <w:t>Noah felt Vee shift beside him, just barely. Her eyes were locked on the paper in the man’s hand.</w:t>
      </w:r>
    </w:p>
    <w:p>
      <w:pPr>
        <w:spacing w:after="80"/>
      </w:pPr>
      <w:r>
        <w:rPr>
          <w:rFonts w:ascii="Georgia" w:hAnsi="Georgia"/>
          <w:sz w:val="23"/>
        </w:rPr>
        <w:t>The guy took one step closer to Darnell.</w:t>
      </w:r>
    </w:p>
    <w:p>
      <w:pPr>
        <w:spacing w:after="80"/>
      </w:pPr>
      <w:r>
        <w:rPr>
          <w:rFonts w:ascii="Georgia" w:hAnsi="Georgia"/>
          <w:sz w:val="23"/>
        </w:rPr>
        <w:t>“Now you give me what the quarterback changes at the line,” he said. “Or I take this higher.”</w:t>
      </w:r>
    </w:p>
    <w:p>
      <w:pPr>
        <w:spacing w:after="80"/>
      </w:pPr>
      <w:r>
        <w:rPr>
          <w:rFonts w:ascii="Georgia" w:hAnsi="Georgia"/>
          <w:sz w:val="23"/>
        </w:rPr>
        <w:t>Noah felt the words like a helmet hit.</w:t>
      </w:r>
    </w:p>
    <w:p>
      <w:pPr>
        <w:spacing w:after="80"/>
      </w:pPr>
      <w:r>
        <w:rPr>
          <w:rFonts w:ascii="Georgia" w:hAnsi="Georgia"/>
          <w:sz w:val="23"/>
        </w:rPr>
        <w:t>Quarterback changes at the line.</w:t>
      </w:r>
    </w:p>
    <w:p>
      <w:pPr>
        <w:spacing w:after="80"/>
      </w:pPr>
      <w:r>
        <w:rPr>
          <w:rFonts w:ascii="Georgia" w:hAnsi="Georgia"/>
          <w:sz w:val="23"/>
        </w:rPr>
        <w:t>Audibles. Alerts. Kills. Check-with-me logic.</w:t>
      </w:r>
    </w:p>
    <w:p>
      <w:pPr>
        <w:spacing w:after="80"/>
      </w:pPr>
      <w:r>
        <w:rPr>
          <w:rFonts w:ascii="Georgia" w:hAnsi="Georgia"/>
          <w:sz w:val="23"/>
        </w:rPr>
        <w:t>That was beyond starts and signals. That was live offense.</w:t>
      </w:r>
    </w:p>
    <w:p>
      <w:pPr>
        <w:spacing w:after="80"/>
      </w:pPr>
      <w:r>
        <w:rPr>
          <w:rFonts w:ascii="Georgia" w:hAnsi="Georgia"/>
          <w:sz w:val="23"/>
        </w:rPr>
        <w:t>Darnell said, “I don’t know all that.”</w:t>
      </w:r>
    </w:p>
    <w:p>
      <w:pPr>
        <w:spacing w:after="80"/>
      </w:pPr>
      <w:r>
        <w:rPr>
          <w:rFonts w:ascii="Georgia" w:hAnsi="Georgia"/>
          <w:sz w:val="23"/>
        </w:rPr>
        <w:t>“You know enough.”</w:t>
      </w:r>
    </w:p>
    <w:p>
      <w:pPr>
        <w:spacing w:after="80"/>
      </w:pPr>
      <w:r>
        <w:rPr>
          <w:rFonts w:ascii="Georgia" w:hAnsi="Georgia"/>
          <w:sz w:val="23"/>
        </w:rPr>
        <w:t>“No.”</w:t>
      </w:r>
    </w:p>
    <w:p>
      <w:pPr>
        <w:spacing w:after="80"/>
      </w:pPr>
      <w:r>
        <w:rPr>
          <w:rFonts w:ascii="Georgia" w:hAnsi="Georgia"/>
          <w:sz w:val="23"/>
        </w:rPr>
        <w:t>The man’s smile vanished. “Then get me enough.”</w:t>
      </w:r>
    </w:p>
    <w:p>
      <w:pPr>
        <w:spacing w:after="80"/>
      </w:pPr>
      <w:r>
        <w:rPr>
          <w:rFonts w:ascii="Georgia" w:hAnsi="Georgia"/>
          <w:sz w:val="23"/>
        </w:rPr>
        <w:t>Darnell did not answer.</w:t>
      </w:r>
    </w:p>
    <w:p>
      <w:pPr>
        <w:spacing w:after="80"/>
      </w:pPr>
      <w:r>
        <w:rPr>
          <w:rFonts w:ascii="Georgia" w:hAnsi="Georgia"/>
          <w:sz w:val="23"/>
        </w:rPr>
        <w:t>The silence dragged long enough that Noah thought maybe this was the whole exchange. Threat. Pushback. Adult garbage in a gravel corner.</w:t>
      </w:r>
    </w:p>
    <w:p>
      <w:pPr>
        <w:spacing w:after="80"/>
      </w:pPr>
      <w:r>
        <w:rPr>
          <w:rFonts w:ascii="Georgia" w:hAnsi="Georgia"/>
          <w:sz w:val="23"/>
        </w:rPr>
        <w:t>Then the man looked down.</w:t>
      </w:r>
    </w:p>
    <w:p>
      <w:pPr>
        <w:spacing w:after="80"/>
      </w:pPr>
      <w:r>
        <w:rPr>
          <w:rFonts w:ascii="Georgia" w:hAnsi="Georgia"/>
          <w:sz w:val="23"/>
        </w:rPr>
        <w:t>Directly at the weeds near Noah and Vee’s shoes.</w:t>
      </w:r>
    </w:p>
    <w:p>
      <w:pPr>
        <w:spacing w:after="80"/>
      </w:pPr>
      <w:r>
        <w:rPr>
          <w:rFonts w:ascii="Georgia" w:hAnsi="Georgia"/>
          <w:sz w:val="23"/>
        </w:rPr>
        <w:t>Noah’s heart stopped for half a beat.</w:t>
      </w:r>
    </w:p>
    <w:p>
      <w:pPr>
        <w:spacing w:after="80"/>
      </w:pPr>
      <w:r>
        <w:rPr>
          <w:rFonts w:ascii="Georgia" w:hAnsi="Georgia"/>
          <w:sz w:val="23"/>
        </w:rPr>
        <w:t>The man took one more step.</w:t>
      </w:r>
    </w:p>
    <w:p>
      <w:pPr>
        <w:spacing w:after="80"/>
      </w:pPr>
      <w:r>
        <w:rPr>
          <w:rFonts w:ascii="Georgia" w:hAnsi="Georgia"/>
          <w:sz w:val="23"/>
        </w:rPr>
        <w:t>Closer.</w:t>
      </w:r>
    </w:p>
    <w:p>
      <w:pPr>
        <w:spacing w:after="80"/>
      </w:pPr>
      <w:r>
        <w:rPr>
          <w:rFonts w:ascii="Georgia" w:hAnsi="Georgia"/>
          <w:sz w:val="23"/>
        </w:rPr>
        <w:t>Vee’s fingers tightened once on Noah’s sleeve.</w:t>
      </w:r>
    </w:p>
    <w:p>
      <w:pPr>
        <w:spacing w:after="80"/>
      </w:pPr>
      <w:r>
        <w:rPr>
          <w:rFonts w:ascii="Georgia" w:hAnsi="Georgia"/>
          <w:sz w:val="23"/>
        </w:rPr>
        <w:t>Then from the far side of the bleachers, Jalen’s voice exploded across the field.</w:t>
      </w:r>
    </w:p>
    <w:p>
      <w:pPr>
        <w:spacing w:after="80"/>
      </w:pPr>
      <w:r>
        <w:rPr>
          <w:rFonts w:ascii="Georgia" w:hAnsi="Georgia"/>
          <w:sz w:val="23"/>
        </w:rPr>
        <w:t>“YO, WHO LEFT THIS TRASH BACK HERE?”</w:t>
      </w:r>
    </w:p>
    <w:p>
      <w:pPr>
        <w:spacing w:after="80"/>
      </w:pPr>
      <w:r>
        <w:rPr>
          <w:rFonts w:ascii="Georgia" w:hAnsi="Georgia"/>
          <w:sz w:val="23"/>
        </w:rPr>
        <w:t>The stranger’s head snapped toward the sound.</w:t>
      </w:r>
    </w:p>
    <w:p>
      <w:pPr>
        <w:spacing w:after="80"/>
      </w:pPr>
      <w:r>
        <w:rPr>
          <w:rFonts w:ascii="Georgia" w:hAnsi="Georgia"/>
          <w:sz w:val="23"/>
        </w:rPr>
        <w:t>Darnell swore under his breath.</w:t>
      </w:r>
    </w:p>
    <w:p>
      <w:pPr>
        <w:spacing w:after="80"/>
      </w:pPr>
      <w:r>
        <w:rPr>
          <w:rFonts w:ascii="Georgia" w:hAnsi="Georgia"/>
          <w:sz w:val="23"/>
        </w:rPr>
        <w:t>Noah and Vee both froze.</w:t>
      </w:r>
    </w:p>
    <w:p>
      <w:pPr>
        <w:spacing w:after="80"/>
      </w:pPr>
      <w:r>
        <w:rPr>
          <w:rFonts w:ascii="Georgia" w:hAnsi="Georgia"/>
          <w:sz w:val="23"/>
        </w:rPr>
        <w:t>The man folded the paper once and shoved it back into his pocket. “Later,” he said.</w:t>
      </w:r>
    </w:p>
    <w:p>
      <w:pPr>
        <w:spacing w:after="80"/>
      </w:pPr>
      <w:r>
        <w:rPr>
          <w:rFonts w:ascii="Georgia" w:hAnsi="Georgia"/>
          <w:sz w:val="23"/>
        </w:rPr>
        <w:t>Then he turned and walked off fast toward the lot.</w:t>
      </w:r>
    </w:p>
    <w:p>
      <w:pPr>
        <w:spacing w:after="80"/>
      </w:pPr>
      <w:r>
        <w:rPr>
          <w:rFonts w:ascii="Georgia" w:hAnsi="Georgia"/>
          <w:sz w:val="23"/>
        </w:rPr>
        <w:t>Darnell stayed standing there for one second longer, breathing hard.</w:t>
      </w:r>
    </w:p>
    <w:p>
      <w:pPr>
        <w:spacing w:after="80"/>
      </w:pPr>
      <w:r>
        <w:rPr>
          <w:rFonts w:ascii="Georgia" w:hAnsi="Georgia"/>
          <w:sz w:val="23"/>
        </w:rPr>
        <w:t>Then he dragged both hands over his face and muttered, “Unbelievable.”</w:t>
      </w:r>
    </w:p>
    <w:p>
      <w:pPr>
        <w:spacing w:after="80"/>
      </w:pPr>
      <w:r>
        <w:rPr>
          <w:rFonts w:ascii="Georgia" w:hAnsi="Georgia"/>
          <w:sz w:val="23"/>
        </w:rPr>
        <w:t>He turned too.</w:t>
      </w:r>
    </w:p>
    <w:p>
      <w:pPr>
        <w:spacing w:after="80"/>
      </w:pPr>
      <w:r>
        <w:rPr>
          <w:rFonts w:ascii="Georgia" w:hAnsi="Georgia"/>
          <w:sz w:val="23"/>
        </w:rPr>
        <w:t>The second he was gone, Vee stood.</w:t>
      </w:r>
    </w:p>
    <w:p>
      <w:pPr>
        <w:spacing w:after="80"/>
      </w:pPr>
      <w:r>
        <w:rPr>
          <w:rFonts w:ascii="Georgia" w:hAnsi="Georgia"/>
          <w:sz w:val="23"/>
        </w:rPr>
        <w:t>Noah stood with her.</w:t>
      </w:r>
    </w:p>
    <w:p>
      <w:pPr>
        <w:spacing w:after="80"/>
      </w:pPr>
      <w:r>
        <w:rPr>
          <w:rFonts w:ascii="Georgia" w:hAnsi="Georgia"/>
          <w:sz w:val="23"/>
        </w:rPr>
        <w:t>“You heard that,” he said.</w:t>
      </w:r>
    </w:p>
    <w:p>
      <w:pPr>
        <w:spacing w:after="80"/>
      </w:pPr>
      <w:r>
        <w:rPr>
          <w:rFonts w:ascii="Georgia" w:hAnsi="Georgia"/>
          <w:sz w:val="23"/>
        </w:rPr>
        <w:t>“Yes.”</w:t>
      </w:r>
    </w:p>
    <w:p>
      <w:pPr>
        <w:spacing w:after="80"/>
      </w:pPr>
      <w:r>
        <w:rPr>
          <w:rFonts w:ascii="Georgia" w:hAnsi="Georgia"/>
          <w:sz w:val="23"/>
        </w:rPr>
        <w:t>“He wants audible stuff.”</w:t>
      </w:r>
    </w:p>
    <w:p>
      <w:pPr>
        <w:spacing w:after="80"/>
      </w:pPr>
      <w:r>
        <w:rPr>
          <w:rFonts w:ascii="Georgia" w:hAnsi="Georgia"/>
          <w:sz w:val="23"/>
        </w:rPr>
        <w:t>“Yes.”</w:t>
      </w:r>
    </w:p>
    <w:p>
      <w:pPr>
        <w:spacing w:after="80"/>
      </w:pPr>
      <w:r>
        <w:rPr>
          <w:rFonts w:ascii="Georgia" w:hAnsi="Georgia"/>
          <w:sz w:val="23"/>
        </w:rPr>
        <w:t>“That means the binder isn’t enough.”</w:t>
      </w:r>
    </w:p>
    <w:p>
      <w:pPr>
        <w:spacing w:after="80"/>
      </w:pPr>
      <w:r>
        <w:rPr>
          <w:rFonts w:ascii="Georgia" w:hAnsi="Georgia"/>
          <w:sz w:val="23"/>
        </w:rPr>
        <w:t>Vee started around the end of the bleachers. “No. It means the binder helped them realize what they still don’t have.”</w:t>
      </w:r>
    </w:p>
    <w:p>
      <w:pPr>
        <w:spacing w:after="80"/>
      </w:pPr>
      <w:r>
        <w:rPr>
          <w:rFonts w:ascii="Georgia" w:hAnsi="Georgia"/>
          <w:sz w:val="23"/>
        </w:rPr>
        <w:t>That was worse.</w:t>
      </w:r>
    </w:p>
    <w:p>
      <w:pPr>
        <w:spacing w:after="80"/>
      </w:pPr>
      <w:r>
        <w:rPr>
          <w:rFonts w:ascii="Georgia" w:hAnsi="Georgia"/>
          <w:sz w:val="23"/>
        </w:rPr>
        <w:t>They came out on the far side just as Jalen bent to grab an empty fast-food bag from the gravel.</w:t>
      </w:r>
    </w:p>
    <w:p>
      <w:pPr>
        <w:spacing w:after="80"/>
      </w:pPr>
      <w:r>
        <w:rPr>
          <w:rFonts w:ascii="Georgia" w:hAnsi="Georgia"/>
          <w:sz w:val="23"/>
        </w:rPr>
        <w:t>He looked at them both.</w:t>
      </w:r>
    </w:p>
    <w:p>
      <w:pPr>
        <w:spacing w:after="80"/>
      </w:pPr>
      <w:r>
        <w:rPr>
          <w:rFonts w:ascii="Georgia" w:hAnsi="Georgia"/>
          <w:sz w:val="23"/>
        </w:rPr>
        <w:t>Then at the weeds behind them.</w:t>
      </w:r>
    </w:p>
    <w:p>
      <w:pPr>
        <w:spacing w:after="80"/>
      </w:pPr>
      <w:r>
        <w:rPr>
          <w:rFonts w:ascii="Georgia" w:hAnsi="Georgia"/>
          <w:sz w:val="23"/>
        </w:rPr>
        <w:t>Then at the expression on Noah’s face.</w:t>
      </w:r>
    </w:p>
    <w:p>
      <w:pPr>
        <w:spacing w:after="80"/>
      </w:pPr>
      <w:r>
        <w:rPr>
          <w:rFonts w:ascii="Georgia" w:hAnsi="Georgia"/>
          <w:sz w:val="23"/>
        </w:rPr>
        <w:t>“What,” Jalen said slowly, “did I accidentally save?”</w:t>
      </w:r>
    </w:p>
    <w:p>
      <w:pPr>
        <w:spacing w:after="80"/>
      </w:pPr>
      <w:r>
        <w:rPr>
          <w:rFonts w:ascii="Georgia" w:hAnsi="Georgia"/>
          <w:sz w:val="23"/>
        </w:rPr>
        <w:t>Noah ignored the question and looked toward the gate.</w:t>
      </w:r>
    </w:p>
    <w:p>
      <w:pPr>
        <w:spacing w:after="80"/>
      </w:pPr>
      <w:r>
        <w:rPr>
          <w:rFonts w:ascii="Georgia" w:hAnsi="Georgia"/>
          <w:sz w:val="23"/>
        </w:rPr>
        <w:t>The stranger was gone.</w:t>
      </w:r>
    </w:p>
    <w:p>
      <w:pPr>
        <w:spacing w:after="80"/>
      </w:pPr>
      <w:r>
        <w:rPr>
          <w:rFonts w:ascii="Georgia" w:hAnsi="Georgia"/>
          <w:sz w:val="23"/>
        </w:rPr>
        <w:t>Coach Darnell was heading toward the lot too, but slower now, shoulders sagging.</w:t>
      </w:r>
    </w:p>
    <w:p>
      <w:pPr>
        <w:spacing w:after="80"/>
      </w:pPr>
      <w:r>
        <w:rPr>
          <w:rFonts w:ascii="Georgia" w:hAnsi="Georgia"/>
          <w:sz w:val="23"/>
        </w:rPr>
        <w:t>Noah looked at Vee. “We tell Coach.”</w:t>
      </w:r>
    </w:p>
    <w:p>
      <w:pPr>
        <w:spacing w:after="80"/>
      </w:pPr>
      <w:r>
        <w:rPr>
          <w:rFonts w:ascii="Georgia" w:hAnsi="Georgia"/>
          <w:sz w:val="23"/>
        </w:rPr>
        <w:t>She nodded once. “Now.”</w:t>
      </w:r>
    </w:p>
    <w:p>
      <w:pPr>
        <w:spacing w:after="80"/>
      </w:pPr>
      <w:r>
        <w:rPr>
          <w:rFonts w:ascii="Georgia" w:hAnsi="Georgia"/>
          <w:sz w:val="23"/>
        </w:rPr>
        <w:t>They jogged toward the field.</w:t>
      </w:r>
    </w:p>
    <w:p>
      <w:pPr>
        <w:spacing w:after="80"/>
      </w:pPr>
      <w:r>
        <w:rPr>
          <w:rFonts w:ascii="Georgia" w:hAnsi="Georgia"/>
          <w:sz w:val="23"/>
        </w:rPr>
        <w:t>Coach Law saw them coming and straightened before they even reached him.</w:t>
      </w:r>
    </w:p>
    <w:p>
      <w:pPr>
        <w:spacing w:after="80"/>
      </w:pPr>
      <w:r>
        <w:rPr>
          <w:rFonts w:ascii="Georgia" w:hAnsi="Georgia"/>
          <w:sz w:val="23"/>
        </w:rPr>
        <w:t>That was one thing Noah had started to understand about his dad this season: if you moved toward him with enough purpose, he knew the shape of the problem before you spoke.</w:t>
      </w:r>
    </w:p>
    <w:p>
      <w:pPr>
        <w:spacing w:after="80"/>
      </w:pPr>
      <w:r>
        <w:rPr>
          <w:rFonts w:ascii="Georgia" w:hAnsi="Georgia"/>
          <w:sz w:val="23"/>
        </w:rPr>
        <w:t>“What?” Coach Law said.</w:t>
      </w:r>
    </w:p>
    <w:p>
      <w:pPr>
        <w:spacing w:after="80"/>
      </w:pPr>
      <w:r>
        <w:rPr>
          <w:rFonts w:ascii="Georgia" w:hAnsi="Georgia"/>
          <w:sz w:val="23"/>
        </w:rPr>
        <w:t>Noah looked once toward the lot to make sure Darnell was too far to hear.</w:t>
      </w:r>
    </w:p>
    <w:p>
      <w:pPr>
        <w:spacing w:after="80"/>
      </w:pPr>
      <w:r>
        <w:rPr>
          <w:rFonts w:ascii="Georgia" w:hAnsi="Georgia"/>
          <w:sz w:val="23"/>
        </w:rPr>
        <w:t>Then he told him.</w:t>
      </w:r>
    </w:p>
    <w:p>
      <w:pPr>
        <w:spacing w:after="80"/>
      </w:pPr>
      <w:r>
        <w:rPr>
          <w:rFonts w:ascii="Georgia" w:hAnsi="Georgia"/>
          <w:sz w:val="23"/>
        </w:rPr>
        <w:t>Not all tangled up. Not angry. Just clean.</w:t>
      </w:r>
    </w:p>
    <w:p>
      <w:pPr>
        <w:spacing w:after="80"/>
      </w:pPr>
      <w:r>
        <w:rPr>
          <w:rFonts w:ascii="Georgia" w:hAnsi="Georgia"/>
          <w:sz w:val="23"/>
        </w:rPr>
        <w:t>Bleachers. Darnell. Unknown man. Folded paper. He wants what the quarterback changes at the line.</w:t>
      </w:r>
    </w:p>
    <w:p>
      <w:pPr>
        <w:spacing w:after="80"/>
      </w:pPr>
      <w:r>
        <w:rPr>
          <w:rFonts w:ascii="Georgia" w:hAnsi="Georgia"/>
          <w:sz w:val="23"/>
        </w:rPr>
        <w:t>Coach Law did not interrupt once.</w:t>
      </w:r>
    </w:p>
    <w:p>
      <w:pPr>
        <w:spacing w:after="80"/>
      </w:pPr>
      <w:r>
        <w:rPr>
          <w:rFonts w:ascii="Georgia" w:hAnsi="Georgia"/>
          <w:sz w:val="23"/>
        </w:rPr>
        <w:t>That scared Noah.</w:t>
      </w:r>
    </w:p>
    <w:p>
      <w:pPr>
        <w:spacing w:after="80"/>
      </w:pPr>
      <w:r>
        <w:rPr>
          <w:rFonts w:ascii="Georgia" w:hAnsi="Georgia"/>
          <w:sz w:val="23"/>
        </w:rPr>
        <w:t>Because usually when adults were about to dismiss something, they interrupted early.</w:t>
      </w:r>
    </w:p>
    <w:p>
      <w:pPr>
        <w:spacing w:after="80"/>
      </w:pPr>
      <w:r>
        <w:rPr>
          <w:rFonts w:ascii="Georgia" w:hAnsi="Georgia"/>
          <w:sz w:val="23"/>
        </w:rPr>
        <w:t>His dad just listened.</w:t>
      </w:r>
    </w:p>
    <w:p>
      <w:pPr>
        <w:spacing w:after="80"/>
      </w:pPr>
      <w:r>
        <w:rPr>
          <w:rFonts w:ascii="Georgia" w:hAnsi="Georgia"/>
          <w:sz w:val="23"/>
        </w:rPr>
        <w:t>Then asked one question.</w:t>
      </w:r>
    </w:p>
    <w:p>
      <w:pPr>
        <w:spacing w:after="80"/>
      </w:pPr>
      <w:r>
        <w:rPr>
          <w:rFonts w:ascii="Georgia" w:hAnsi="Georgia"/>
          <w:sz w:val="23"/>
        </w:rPr>
        <w:t>“Could you identify the man?”</w:t>
      </w:r>
    </w:p>
    <w:p>
      <w:pPr>
        <w:spacing w:after="80"/>
      </w:pPr>
      <w:r>
        <w:rPr>
          <w:rFonts w:ascii="Georgia" w:hAnsi="Georgia"/>
          <w:sz w:val="23"/>
        </w:rPr>
        <w:t>“No.”</w:t>
      </w:r>
    </w:p>
    <w:p>
      <w:pPr>
        <w:spacing w:after="80"/>
      </w:pPr>
      <w:r>
        <w:rPr>
          <w:rFonts w:ascii="Georgia" w:hAnsi="Georgia"/>
          <w:sz w:val="23"/>
        </w:rPr>
        <w:t>“Would you know the voice again?”</w:t>
      </w:r>
    </w:p>
    <w:p>
      <w:pPr>
        <w:spacing w:after="80"/>
      </w:pPr>
      <w:r>
        <w:rPr>
          <w:rFonts w:ascii="Georgia" w:hAnsi="Georgia"/>
          <w:sz w:val="23"/>
        </w:rPr>
        <w:t>“Yes,” Noah and Vee both said.</w:t>
      </w:r>
    </w:p>
    <w:p>
      <w:pPr>
        <w:spacing w:after="80"/>
      </w:pPr>
      <w:r>
        <w:rPr>
          <w:rFonts w:ascii="Georgia" w:hAnsi="Georgia"/>
          <w:sz w:val="23"/>
        </w:rPr>
        <w:t>Coach Law looked at Vee for a second, then back at Noah.</w:t>
      </w:r>
    </w:p>
    <w:p>
      <w:pPr>
        <w:spacing w:after="80"/>
      </w:pPr>
      <w:r>
        <w:rPr>
          <w:rFonts w:ascii="Georgia" w:hAnsi="Georgia"/>
          <w:sz w:val="23"/>
        </w:rPr>
        <w:t>“All right.”</w:t>
      </w:r>
    </w:p>
    <w:p>
      <w:pPr>
        <w:spacing w:after="80"/>
      </w:pPr>
      <w:r>
        <w:rPr>
          <w:rFonts w:ascii="Georgia" w:hAnsi="Georgia"/>
          <w:sz w:val="23"/>
        </w:rPr>
        <w:t>Noah blinked. “That’s it?”</w:t>
      </w:r>
    </w:p>
    <w:p>
      <w:pPr>
        <w:spacing w:after="80"/>
      </w:pPr>
      <w:r>
        <w:rPr>
          <w:rFonts w:ascii="Georgia" w:hAnsi="Georgia"/>
          <w:sz w:val="23"/>
        </w:rPr>
        <w:t>His dad’s eyes hardened slightly. “No. That’s the part where I stop being surprised.”</w:t>
      </w:r>
    </w:p>
    <w:p>
      <w:pPr>
        <w:spacing w:after="80"/>
      </w:pPr>
      <w:r>
        <w:rPr>
          <w:rFonts w:ascii="Georgia" w:hAnsi="Georgia"/>
          <w:sz w:val="23"/>
        </w:rPr>
        <w:t>Then he turned toward the lot.</w:t>
      </w:r>
    </w:p>
    <w:p>
      <w:pPr>
        <w:spacing w:after="80"/>
      </w:pPr>
      <w:r>
        <w:rPr>
          <w:rFonts w:ascii="Georgia" w:hAnsi="Georgia"/>
          <w:sz w:val="23"/>
        </w:rPr>
        <w:t>Darnell had reached his car.</w:t>
      </w:r>
    </w:p>
    <w:p>
      <w:pPr>
        <w:spacing w:after="80"/>
      </w:pPr>
      <w:r>
        <w:rPr>
          <w:rFonts w:ascii="Georgia" w:hAnsi="Georgia"/>
          <w:sz w:val="23"/>
        </w:rPr>
        <w:t>Coach Law started walking that way.</w:t>
      </w:r>
    </w:p>
    <w:p>
      <w:pPr>
        <w:spacing w:after="80"/>
      </w:pPr>
      <w:r>
        <w:rPr>
          <w:rFonts w:ascii="Georgia" w:hAnsi="Georgia"/>
          <w:sz w:val="23"/>
        </w:rPr>
        <w:t>Fast.</w:t>
      </w:r>
    </w:p>
    <w:p>
      <w:pPr>
        <w:spacing w:after="80"/>
      </w:pPr>
      <w:r>
        <w:rPr>
          <w:rFonts w:ascii="Georgia" w:hAnsi="Georgia"/>
          <w:sz w:val="23"/>
        </w:rPr>
        <w:t>Noah took one step after him before Coach Law pointed back at the field without turning around.</w:t>
      </w:r>
    </w:p>
    <w:p>
      <w:pPr>
        <w:spacing w:after="80"/>
      </w:pPr>
      <w:r>
        <w:rPr>
          <w:rFonts w:ascii="Georgia" w:hAnsi="Georgia"/>
          <w:sz w:val="23"/>
        </w:rPr>
        <w:t>“Stay.”</w:t>
      </w:r>
    </w:p>
    <w:p>
      <w:pPr>
        <w:spacing w:after="80"/>
      </w:pPr>
      <w:r>
        <w:rPr>
          <w:rFonts w:ascii="Georgia" w:hAnsi="Georgia"/>
          <w:sz w:val="23"/>
        </w:rPr>
        <w:t>Noah actually stopped.</w:t>
      </w:r>
    </w:p>
    <w:p>
      <w:pPr>
        <w:spacing w:after="80"/>
      </w:pPr>
      <w:r>
        <w:rPr>
          <w:rFonts w:ascii="Georgia" w:hAnsi="Georgia"/>
          <w:sz w:val="23"/>
        </w:rPr>
        <w:t>Which made him mad at himself.</w:t>
      </w:r>
    </w:p>
    <w:p>
      <w:pPr>
        <w:spacing w:after="80"/>
      </w:pPr>
      <w:r>
        <w:rPr>
          <w:rFonts w:ascii="Georgia" w:hAnsi="Georgia"/>
          <w:sz w:val="23"/>
        </w:rPr>
        <w:t>Vee looked at him. “You listened.”</w:t>
      </w:r>
    </w:p>
    <w:p>
      <w:pPr>
        <w:spacing w:after="80"/>
      </w:pPr>
      <w:r>
        <w:rPr>
          <w:rFonts w:ascii="Georgia" w:hAnsi="Georgia"/>
          <w:sz w:val="23"/>
        </w:rPr>
        <w:t>“For now.”</w:t>
      </w:r>
    </w:p>
    <w:p>
      <w:pPr>
        <w:spacing w:after="80"/>
      </w:pPr>
      <w:r>
        <w:rPr>
          <w:rFonts w:ascii="Georgia" w:hAnsi="Georgia"/>
          <w:sz w:val="23"/>
        </w:rPr>
        <w:t>Coach Law got to Darnell just as he opened his car door. They talked. Then they argued. Then they got quieter, which always meant the argument had become more serious, not less.</w:t>
      </w:r>
    </w:p>
    <w:p>
      <w:pPr>
        <w:spacing w:after="80"/>
      </w:pPr>
      <w:r>
        <w:rPr>
          <w:rFonts w:ascii="Georgia" w:hAnsi="Georgia"/>
          <w:sz w:val="23"/>
        </w:rPr>
        <w:t>Micah drifted over from the sideline, football spinning on one finger.</w:t>
      </w:r>
    </w:p>
    <w:p>
      <w:pPr>
        <w:spacing w:after="80"/>
      </w:pPr>
      <w:r>
        <w:rPr>
          <w:rFonts w:ascii="Georgia" w:hAnsi="Georgia"/>
          <w:sz w:val="23"/>
        </w:rPr>
        <w:t>“What happened?”</w:t>
      </w:r>
    </w:p>
    <w:p>
      <w:pPr>
        <w:spacing w:after="80"/>
      </w:pPr>
      <w:r>
        <w:rPr>
          <w:rFonts w:ascii="Georgia" w:hAnsi="Georgia"/>
          <w:sz w:val="23"/>
        </w:rPr>
        <w:t>Before Noah could answer, Devin jogged up too, and behind him Owen, because somehow anything important always ended with the same group in a half-circle whether they meant it to or not.</w:t>
      </w:r>
    </w:p>
    <w:p>
      <w:pPr>
        <w:spacing w:after="80"/>
      </w:pPr>
      <w:r>
        <w:rPr>
          <w:rFonts w:ascii="Georgia" w:hAnsi="Georgia"/>
          <w:sz w:val="23"/>
        </w:rPr>
        <w:t>Noah told them.</w:t>
      </w:r>
    </w:p>
    <w:p>
      <w:pPr>
        <w:spacing w:after="80"/>
      </w:pPr>
      <w:r>
        <w:rPr>
          <w:rFonts w:ascii="Georgia" w:hAnsi="Georgia"/>
          <w:sz w:val="23"/>
        </w:rPr>
        <w:t>Briefly.</w:t>
      </w:r>
    </w:p>
    <w:p>
      <w:pPr>
        <w:spacing w:after="80"/>
      </w:pPr>
      <w:r>
        <w:rPr>
          <w:rFonts w:ascii="Georgia" w:hAnsi="Georgia"/>
          <w:sz w:val="23"/>
        </w:rPr>
        <w:t>By the time he finished, Micah was no longer spinning the ball.</w:t>
      </w:r>
    </w:p>
    <w:p>
      <w:pPr>
        <w:spacing w:after="80"/>
      </w:pPr>
      <w:r>
        <w:rPr>
          <w:rFonts w:ascii="Georgia" w:hAnsi="Georgia"/>
          <w:sz w:val="23"/>
        </w:rPr>
        <w:t>“So Darnell’s still in it,” he said.</w:t>
      </w:r>
    </w:p>
    <w:p>
      <w:pPr>
        <w:spacing w:after="80"/>
      </w:pPr>
      <w:r>
        <w:rPr>
          <w:rFonts w:ascii="Georgia" w:hAnsi="Georgia"/>
          <w:sz w:val="23"/>
        </w:rPr>
        <w:t>“Or trapped in it,” Devin said.</w:t>
      </w:r>
    </w:p>
    <w:p>
      <w:pPr>
        <w:spacing w:after="80"/>
      </w:pPr>
      <w:r>
        <w:rPr>
          <w:rFonts w:ascii="Georgia" w:hAnsi="Georgia"/>
          <w:sz w:val="23"/>
        </w:rPr>
        <w:t>Owen looked toward the lot. “Different problem. Same result.”</w:t>
      </w:r>
    </w:p>
    <w:p>
      <w:pPr>
        <w:spacing w:after="80"/>
      </w:pPr>
      <w:r>
        <w:rPr>
          <w:rFonts w:ascii="Georgia" w:hAnsi="Georgia"/>
          <w:sz w:val="23"/>
        </w:rPr>
        <w:t>Jalen came in last carrying the trash bag like a trophy. “Can someone tell me why my accidental community service is being ignored?”</w:t>
      </w:r>
    </w:p>
    <w:p>
      <w:pPr>
        <w:spacing w:after="80"/>
      </w:pPr>
      <w:r>
        <w:rPr>
          <w:rFonts w:ascii="Georgia" w:hAnsi="Georgia"/>
          <w:sz w:val="23"/>
        </w:rPr>
        <w:t>Rico was not with him.</w:t>
      </w:r>
    </w:p>
    <w:p>
      <w:pPr>
        <w:spacing w:after="80"/>
      </w:pPr>
      <w:r>
        <w:rPr>
          <w:rFonts w:ascii="Georgia" w:hAnsi="Georgia"/>
          <w:sz w:val="23"/>
        </w:rPr>
        <w:t>Noah noticed that immediately.</w:t>
      </w:r>
    </w:p>
    <w:p>
      <w:pPr>
        <w:spacing w:after="80"/>
      </w:pPr>
      <w:r>
        <w:rPr>
          <w:rFonts w:ascii="Georgia" w:hAnsi="Georgia"/>
          <w:sz w:val="23"/>
        </w:rPr>
        <w:t>Then Vee did too.</w:t>
      </w:r>
    </w:p>
    <w:p>
      <w:pPr>
        <w:spacing w:after="80"/>
      </w:pPr>
      <w:r>
        <w:rPr>
          <w:rFonts w:ascii="Georgia" w:hAnsi="Georgia"/>
          <w:sz w:val="23"/>
        </w:rPr>
        <w:t>“Where’s Rico?” she asked.</w:t>
      </w:r>
    </w:p>
    <w:p>
      <w:pPr>
        <w:spacing w:after="80"/>
      </w:pPr>
      <w:r>
        <w:rPr>
          <w:rFonts w:ascii="Georgia" w:hAnsi="Georgia"/>
          <w:sz w:val="23"/>
        </w:rPr>
        <w:t>Jalen shrugged. “Thought he was with y’all.”</w:t>
      </w:r>
    </w:p>
    <w:p>
      <w:pPr>
        <w:spacing w:after="80"/>
      </w:pPr>
      <w:r>
        <w:rPr>
          <w:rFonts w:ascii="Georgia" w:hAnsi="Georgia"/>
          <w:sz w:val="23"/>
        </w:rPr>
        <w:t>He wasn’t.</w:t>
      </w:r>
    </w:p>
    <w:p>
      <w:pPr>
        <w:spacing w:after="80"/>
      </w:pPr>
      <w:r>
        <w:rPr>
          <w:rFonts w:ascii="Georgia" w:hAnsi="Georgia"/>
          <w:sz w:val="23"/>
        </w:rPr>
        <w:t>The whole group turned instinctively, scanning the bench area, the rope line, the gate, the lot.</w:t>
      </w:r>
    </w:p>
    <w:p>
      <w:pPr>
        <w:spacing w:after="80"/>
      </w:pPr>
      <w:r>
        <w:rPr>
          <w:rFonts w:ascii="Georgia" w:hAnsi="Georgia"/>
          <w:sz w:val="23"/>
        </w:rPr>
        <w:t>No Rico.</w:t>
      </w:r>
    </w:p>
    <w:p>
      <w:pPr>
        <w:spacing w:after="80"/>
      </w:pPr>
      <w:r>
        <w:rPr>
          <w:rFonts w:ascii="Georgia" w:hAnsi="Georgia"/>
          <w:sz w:val="23"/>
        </w:rPr>
        <w:t>No bag either.</w:t>
      </w:r>
    </w:p>
    <w:p>
      <w:pPr>
        <w:spacing w:after="80"/>
      </w:pPr>
      <w:r>
        <w:rPr>
          <w:rFonts w:ascii="Georgia" w:hAnsi="Georgia"/>
          <w:sz w:val="23"/>
        </w:rPr>
        <w:t>Noah felt something cold slip into place again.</w:t>
      </w:r>
    </w:p>
    <w:p>
      <w:pPr>
        <w:spacing w:after="80"/>
      </w:pPr>
      <w:r>
        <w:rPr>
          <w:rFonts w:ascii="Georgia" w:hAnsi="Georgia"/>
          <w:sz w:val="23"/>
        </w:rPr>
        <w:t>Not proof.</w:t>
      </w:r>
    </w:p>
    <w:p>
      <w:pPr>
        <w:spacing w:after="80"/>
      </w:pPr>
      <w:r>
        <w:rPr>
          <w:rFonts w:ascii="Georgia" w:hAnsi="Georgia"/>
          <w:sz w:val="23"/>
        </w:rPr>
        <w:t>Not yet.</w:t>
      </w:r>
    </w:p>
    <w:p>
      <w:pPr>
        <w:spacing w:after="80"/>
      </w:pPr>
      <w:r>
        <w:rPr>
          <w:rFonts w:ascii="Georgia" w:hAnsi="Georgia"/>
          <w:sz w:val="23"/>
        </w:rPr>
        <w:t>But movement.</w:t>
      </w:r>
    </w:p>
    <w:p>
      <w:pPr>
        <w:spacing w:after="80"/>
      </w:pPr>
      <w:r>
        <w:rPr>
          <w:rFonts w:ascii="Georgia" w:hAnsi="Georgia"/>
          <w:sz w:val="23"/>
        </w:rPr>
        <w:t>And in football, movement before the snap always meant something.</w:t>
      </w:r>
    </w:p>
    <w:p>
      <w:pPr>
        <w:spacing w:after="80"/>
      </w:pPr>
      <w:r>
        <w:rPr>
          <w:rFonts w:ascii="Georgia" w:hAnsi="Georgia"/>
          <w:sz w:val="23"/>
        </w:rPr>
        <w:t>Coach Law was still at Darnell’s car when Noah looked back. The conversation out there had changed. Darnell was no longer arguing. He was just listening with his head down.</w:t>
      </w:r>
    </w:p>
    <w:p>
      <w:pPr>
        <w:spacing w:after="80"/>
      </w:pPr>
      <w:r>
        <w:rPr>
          <w:rFonts w:ascii="Georgia" w:hAnsi="Georgia"/>
          <w:sz w:val="23"/>
        </w:rPr>
        <w:t>Noah turned to the others. “Find Rico.”</w:t>
      </w:r>
    </w:p>
    <w:p>
      <w:pPr>
        <w:spacing w:after="80"/>
      </w:pPr>
      <w:r>
        <w:rPr>
          <w:rFonts w:ascii="Georgia" w:hAnsi="Georgia"/>
          <w:sz w:val="23"/>
        </w:rPr>
        <w:t>That got them moving.</w:t>
      </w:r>
    </w:p>
    <w:p>
      <w:pPr>
        <w:spacing w:after="80"/>
      </w:pPr>
      <w:r>
        <w:rPr>
          <w:rFonts w:ascii="Georgia" w:hAnsi="Georgia"/>
          <w:sz w:val="23"/>
        </w:rPr>
        <w:t>Jalen and Micah cut toward the lot. Owen circled the bleachers. Devin headed for the side gate. Vee stayed with Noah for one second longer.</w:t>
      </w:r>
    </w:p>
    <w:p>
      <w:pPr>
        <w:spacing w:after="80"/>
      </w:pPr>
      <w:r>
        <w:rPr>
          <w:rFonts w:ascii="Georgia" w:hAnsi="Georgia"/>
          <w:sz w:val="23"/>
        </w:rPr>
        <w:t>“You think he ran.”</w:t>
      </w:r>
    </w:p>
    <w:p>
      <w:pPr>
        <w:spacing w:after="80"/>
      </w:pPr>
      <w:r>
        <w:rPr>
          <w:rFonts w:ascii="Georgia" w:hAnsi="Georgia"/>
          <w:sz w:val="23"/>
        </w:rPr>
        <w:t>“No.”</w:t>
      </w:r>
    </w:p>
    <w:p>
      <w:pPr>
        <w:spacing w:after="80"/>
      </w:pPr>
      <w:r>
        <w:rPr>
          <w:rFonts w:ascii="Georgia" w:hAnsi="Georgia"/>
          <w:sz w:val="23"/>
        </w:rPr>
        <w:t>“You think he knows.”</w:t>
      </w:r>
    </w:p>
    <w:p>
      <w:pPr>
        <w:spacing w:after="80"/>
      </w:pPr>
      <w:r>
        <w:rPr>
          <w:rFonts w:ascii="Georgia" w:hAnsi="Georgia"/>
          <w:sz w:val="23"/>
        </w:rPr>
        <w:t>Noah looked at her.</w:t>
      </w:r>
    </w:p>
    <w:p>
      <w:pPr>
        <w:spacing w:after="80"/>
      </w:pPr>
      <w:r>
        <w:rPr>
          <w:rFonts w:ascii="Georgia" w:hAnsi="Georgia"/>
          <w:sz w:val="23"/>
        </w:rPr>
        <w:t>Then toward the lot.</w:t>
      </w:r>
    </w:p>
    <w:p>
      <w:pPr>
        <w:spacing w:after="80"/>
      </w:pPr>
      <w:r>
        <w:rPr>
          <w:rFonts w:ascii="Georgia" w:hAnsi="Georgia"/>
          <w:sz w:val="23"/>
        </w:rPr>
        <w:t>Then toward the bench.</w:t>
      </w:r>
    </w:p>
    <w:p>
      <w:pPr>
        <w:spacing w:after="80"/>
      </w:pPr>
      <w:r>
        <w:rPr>
          <w:rFonts w:ascii="Georgia" w:hAnsi="Georgia"/>
          <w:sz w:val="23"/>
        </w:rPr>
        <w:t>Then back at her.</w:t>
      </w:r>
    </w:p>
    <w:p>
      <w:pPr>
        <w:spacing w:after="80"/>
      </w:pPr>
      <w:r>
        <w:rPr>
          <w:rFonts w:ascii="Georgia" w:hAnsi="Georgia"/>
          <w:sz w:val="23"/>
        </w:rPr>
        <w:t>“I think,” he said, “we’re out of coincidences.”</w:t>
      </w:r>
    </w:p>
    <w:p>
      <w:pPr>
        <w:spacing w:after="80"/>
      </w:pPr>
      <w:r>
        <w:rPr>
          <w:rFonts w:ascii="Georgia" w:hAnsi="Georgia"/>
          <w:sz w:val="23"/>
        </w:rPr>
        <w:t>Vee nodded once and turned to go.</w:t>
      </w:r>
    </w:p>
    <w:p>
      <w:pPr>
        <w:spacing w:after="80"/>
      </w:pPr>
      <w:r>
        <w:rPr>
          <w:rFonts w:ascii="Georgia" w:hAnsi="Georgia"/>
          <w:sz w:val="23"/>
        </w:rPr>
        <w:t>Noah headed back toward the bench area one more time, scanning under seats, around coolers, and behind the fence posts where kids always forgot bottles, flags, and half their gear.</w:t>
      </w:r>
    </w:p>
    <w:p>
      <w:pPr>
        <w:spacing w:after="80"/>
      </w:pPr>
      <w:r>
        <w:rPr>
          <w:rFonts w:ascii="Georgia" w:hAnsi="Georgia"/>
          <w:sz w:val="23"/>
        </w:rPr>
        <w:t>That was when he saw Rico’s bag.</w:t>
      </w:r>
    </w:p>
    <w:p>
      <w:pPr>
        <w:spacing w:after="80"/>
      </w:pPr>
      <w:r>
        <w:rPr>
          <w:rFonts w:ascii="Georgia" w:hAnsi="Georgia"/>
          <w:sz w:val="23"/>
        </w:rPr>
        <w:t>Still there.</w:t>
      </w:r>
    </w:p>
    <w:p>
      <w:pPr>
        <w:spacing w:after="80"/>
      </w:pPr>
      <w:r>
        <w:rPr>
          <w:rFonts w:ascii="Georgia" w:hAnsi="Georgia"/>
          <w:sz w:val="23"/>
        </w:rPr>
        <w:t>Half-hidden under the bench.</w:t>
      </w:r>
    </w:p>
    <w:p>
      <w:pPr>
        <w:spacing w:after="80"/>
      </w:pPr>
      <w:r>
        <w:rPr>
          <w:rFonts w:ascii="Georgia" w:hAnsi="Georgia"/>
          <w:sz w:val="23"/>
        </w:rPr>
        <w:t>Unzipped.</w:t>
      </w:r>
    </w:p>
    <w:p>
      <w:pPr>
        <w:spacing w:after="80"/>
      </w:pPr>
      <w:r>
        <w:rPr>
          <w:rFonts w:ascii="Georgia" w:hAnsi="Georgia"/>
          <w:sz w:val="23"/>
        </w:rPr>
        <w:t>Noah frowned and crouched beside it.</w:t>
      </w:r>
    </w:p>
    <w:p>
      <w:pPr>
        <w:spacing w:after="80"/>
      </w:pPr>
      <w:r>
        <w:rPr>
          <w:rFonts w:ascii="Georgia" w:hAnsi="Georgia"/>
          <w:sz w:val="23"/>
        </w:rPr>
        <w:t>“Rico?” he called.</w:t>
      </w:r>
    </w:p>
    <w:p>
      <w:pPr>
        <w:spacing w:after="80"/>
      </w:pPr>
      <w:r>
        <w:rPr>
          <w:rFonts w:ascii="Georgia" w:hAnsi="Georgia"/>
          <w:sz w:val="23"/>
        </w:rPr>
        <w:t>No answer.</w:t>
      </w:r>
    </w:p>
    <w:p>
      <w:pPr>
        <w:spacing w:after="80"/>
      </w:pPr>
      <w:r>
        <w:rPr>
          <w:rFonts w:ascii="Georgia" w:hAnsi="Georgia"/>
          <w:sz w:val="23"/>
        </w:rPr>
        <w:t>He looked up.</w:t>
      </w:r>
    </w:p>
    <w:p>
      <w:pPr>
        <w:spacing w:after="80"/>
      </w:pPr>
      <w:r>
        <w:rPr>
          <w:rFonts w:ascii="Georgia" w:hAnsi="Georgia"/>
          <w:sz w:val="23"/>
        </w:rPr>
        <w:t>Out in the lot, Coach Law was still near Darnell’s car. Jalen was circling the far row of parked cars. Micah had reached the gate. Owen was cutting back from the bleachers. Devin was near the side exit.</w:t>
      </w:r>
    </w:p>
    <w:p>
      <w:pPr>
        <w:spacing w:after="80"/>
      </w:pPr>
      <w:r>
        <w:rPr>
          <w:rFonts w:ascii="Georgia" w:hAnsi="Georgia"/>
          <w:sz w:val="23"/>
        </w:rPr>
        <w:t>No Rico.</w:t>
      </w:r>
    </w:p>
    <w:p>
      <w:pPr>
        <w:spacing w:after="80"/>
      </w:pPr>
      <w:r>
        <w:rPr>
          <w:rFonts w:ascii="Georgia" w:hAnsi="Georgia"/>
          <w:sz w:val="23"/>
        </w:rPr>
        <w:t>Then Vee’s voice cut across the field.</w:t>
      </w:r>
    </w:p>
    <w:p>
      <w:pPr>
        <w:spacing w:after="80"/>
      </w:pPr>
      <w:r>
        <w:rPr>
          <w:rFonts w:ascii="Georgia" w:hAnsi="Georgia"/>
          <w:sz w:val="23"/>
        </w:rPr>
        <w:t>“Noah!”</w:t>
      </w:r>
    </w:p>
    <w:p>
      <w:pPr>
        <w:spacing w:after="80"/>
      </w:pPr>
      <w:r>
        <w:rPr>
          <w:rFonts w:ascii="Georgia" w:hAnsi="Georgia"/>
          <w:sz w:val="23"/>
        </w:rPr>
        <w:t>He turned fast.</w:t>
      </w:r>
    </w:p>
    <w:p>
      <w:pPr>
        <w:spacing w:after="80"/>
      </w:pPr>
      <w:r>
        <w:rPr>
          <w:rFonts w:ascii="Georgia" w:hAnsi="Georgia"/>
          <w:sz w:val="23"/>
        </w:rPr>
        <w:t>She was near the far fence, pointing toward the service drive behind the rec center.</w:t>
      </w:r>
    </w:p>
    <w:p>
      <w:pPr>
        <w:spacing w:after="80"/>
      </w:pPr>
      <w:r>
        <w:rPr>
          <w:rFonts w:ascii="Georgia" w:hAnsi="Georgia"/>
          <w:sz w:val="23"/>
        </w:rPr>
        <w:t>Noah took off.</w:t>
      </w:r>
    </w:p>
    <w:p>
      <w:pPr>
        <w:spacing w:after="80"/>
      </w:pPr>
      <w:r>
        <w:rPr>
          <w:rFonts w:ascii="Georgia" w:hAnsi="Georgia"/>
          <w:sz w:val="23"/>
        </w:rPr>
        <w:t>He hit the gate at a run and cut around the corner just in time to see the dark sedan from before pulling away from the curb.</w:t>
      </w:r>
    </w:p>
    <w:p>
      <w:pPr>
        <w:spacing w:after="80"/>
      </w:pPr>
      <w:r>
        <w:rPr>
          <w:rFonts w:ascii="Georgia" w:hAnsi="Georgia"/>
          <w:sz w:val="23"/>
        </w:rPr>
        <w:t>And through the back passenger window, lit for one second by the passing lot light, Noah saw a face he never thought he’d see.</w:t>
      </w:r>
    </w:p>
    <w:p>
      <w:r>
        <w:br w:type="page"/>
      </w:r>
    </w:p>
    <w:p>
      <w:pPr>
        <w:spacing w:after="40"/>
        <w:jc w:val="center"/>
      </w:pPr>
      <w:r>
        <w:rPr>
          <w:rFonts w:ascii="Georgia" w:hAnsi="Georgia"/>
          <w:b/>
          <w:i w:val="0"/>
          <w:sz w:val="28"/>
        </w:rPr>
        <w:t>Chapter 13</w:t>
      </w:r>
    </w:p>
    <w:p>
      <w:pPr>
        <w:spacing w:after="200"/>
        <w:jc w:val="center"/>
      </w:pPr>
      <w:r>
        <w:rPr>
          <w:rFonts w:ascii="Georgia" w:hAnsi="Georgia"/>
          <w:b w:val="0"/>
          <w:i/>
          <w:sz w:val="24"/>
        </w:rPr>
        <w:t>The Cost of Ego</w:t>
      </w:r>
    </w:p>
    <w:p>
      <w:pPr>
        <w:spacing w:after="80"/>
      </w:pPr>
      <w:r>
        <w:rPr>
          <w:rFonts w:ascii="Georgia" w:hAnsi="Georgia"/>
          <w:sz w:val="23"/>
        </w:rPr>
        <w:t>For one second, nothing changed on Coach Law’s face.</w:t>
      </w:r>
    </w:p>
    <w:p>
      <w:pPr>
        <w:spacing w:after="80"/>
      </w:pPr>
      <w:r>
        <w:rPr>
          <w:rFonts w:ascii="Georgia" w:hAnsi="Georgia"/>
          <w:sz w:val="23"/>
        </w:rPr>
        <w:t>Then Rico said, “Well?”</w:t>
      </w:r>
    </w:p>
    <w:p>
      <w:pPr>
        <w:spacing w:after="80"/>
      </w:pPr>
      <w:r>
        <w:rPr>
          <w:rFonts w:ascii="Georgia" w:hAnsi="Georgia"/>
          <w:sz w:val="23"/>
        </w:rPr>
        <w:t>Coach Law looked up from the screen.</w:t>
      </w:r>
    </w:p>
    <w:p>
      <w:pPr>
        <w:spacing w:after="80"/>
      </w:pPr>
      <w:r>
        <w:rPr>
          <w:rFonts w:ascii="Georgia" w:hAnsi="Georgia"/>
          <w:sz w:val="23"/>
        </w:rPr>
        <w:t>“They won.”</w:t>
      </w:r>
    </w:p>
    <w:p>
      <w:pPr>
        <w:spacing w:after="80"/>
      </w:pPr>
      <w:r>
        <w:rPr>
          <w:rFonts w:ascii="Georgia" w:hAnsi="Georgia"/>
          <w:sz w:val="23"/>
        </w:rPr>
        <w:t>The huddle did not explode right away.</w:t>
      </w:r>
    </w:p>
    <w:p>
      <w:pPr>
        <w:spacing w:after="80"/>
      </w:pPr>
      <w:r>
        <w:rPr>
          <w:rFonts w:ascii="Georgia" w:hAnsi="Georgia"/>
          <w:sz w:val="23"/>
        </w:rPr>
        <w:t>That surprised Noah.</w:t>
      </w:r>
    </w:p>
    <w:p>
      <w:pPr>
        <w:spacing w:after="80"/>
      </w:pPr>
      <w:r>
        <w:rPr>
          <w:rFonts w:ascii="Georgia" w:hAnsi="Georgia"/>
          <w:sz w:val="23"/>
        </w:rPr>
        <w:t>Maybe because everybody had spent the last two weeks living inside too many versions of the same answer. Maybe because Northgate was not just another team anymore. Maybe because hearing they won did not feel like hearing good, we get the title game.</w:t>
      </w:r>
    </w:p>
    <w:p>
      <w:pPr>
        <w:spacing w:after="80"/>
      </w:pPr>
      <w:r>
        <w:rPr>
          <w:rFonts w:ascii="Georgia" w:hAnsi="Georgia"/>
          <w:sz w:val="23"/>
        </w:rPr>
        <w:t>It felt like hearing something else.</w:t>
      </w:r>
    </w:p>
    <w:p>
      <w:pPr>
        <w:spacing w:after="80"/>
      </w:pPr>
      <w:r>
        <w:rPr>
          <w:rFonts w:ascii="Georgia" w:hAnsi="Georgia"/>
          <w:sz w:val="23"/>
        </w:rPr>
        <w:t>Something heavier.</w:t>
      </w:r>
    </w:p>
    <w:p>
      <w:pPr>
        <w:spacing w:after="80"/>
      </w:pPr>
      <w:r>
        <w:rPr>
          <w:rFonts w:ascii="Georgia" w:hAnsi="Georgia"/>
          <w:sz w:val="23"/>
        </w:rPr>
        <w:t>Then Jalen snapped first.</w:t>
      </w:r>
    </w:p>
    <w:p>
      <w:pPr>
        <w:spacing w:after="80"/>
      </w:pPr>
      <w:r>
        <w:rPr>
          <w:rFonts w:ascii="Georgia" w:hAnsi="Georgia"/>
          <w:sz w:val="23"/>
        </w:rPr>
        <w:t>“Good.”</w:t>
      </w:r>
    </w:p>
    <w:p>
      <w:pPr>
        <w:spacing w:after="80"/>
      </w:pPr>
      <w:r>
        <w:rPr>
          <w:rFonts w:ascii="Georgia" w:hAnsi="Georgia"/>
          <w:sz w:val="23"/>
        </w:rPr>
        <w:t>That got the rest of them moving.</w:t>
      </w:r>
    </w:p>
    <w:p>
      <w:pPr>
        <w:spacing w:after="80"/>
      </w:pPr>
      <w:r>
        <w:rPr>
          <w:rFonts w:ascii="Georgia" w:hAnsi="Georgia"/>
          <w:sz w:val="23"/>
        </w:rPr>
        <w:t>Rico threw one hand in the air. Micah let out a sharp laugh that sounded more like adrenaline than joy. Owen nodded once, like he had already accepted the bracket as law and moved on to the next problem. Devin smiled, but only a little. Even Vee, outside the rope line with the football tucked under one arm, had that look Noah recognized now—the one that meant she was seeing two stories at once.</w:t>
      </w:r>
    </w:p>
    <w:p>
      <w:pPr>
        <w:spacing w:after="80"/>
      </w:pPr>
      <w:r>
        <w:rPr>
          <w:rFonts w:ascii="Georgia" w:hAnsi="Georgia"/>
          <w:sz w:val="23"/>
        </w:rPr>
        <w:t>The football story.</w:t>
      </w:r>
    </w:p>
    <w:p>
      <w:pPr>
        <w:spacing w:after="80"/>
      </w:pPr>
      <w:r>
        <w:rPr>
          <w:rFonts w:ascii="Georgia" w:hAnsi="Georgia"/>
          <w:sz w:val="23"/>
        </w:rPr>
        <w:t>And the other one.</w:t>
      </w:r>
    </w:p>
    <w:p>
      <w:pPr>
        <w:spacing w:after="80"/>
      </w:pPr>
      <w:r>
        <w:rPr>
          <w:rFonts w:ascii="Georgia" w:hAnsi="Georgia"/>
          <w:sz w:val="23"/>
        </w:rPr>
        <w:t>Coach Law let the noise lift and fall on its own.</w:t>
      </w:r>
    </w:p>
    <w:p>
      <w:pPr>
        <w:spacing w:after="80"/>
      </w:pPr>
      <w:r>
        <w:rPr>
          <w:rFonts w:ascii="Georgia" w:hAnsi="Georgia"/>
          <w:sz w:val="23"/>
        </w:rPr>
        <w:t>Then he said, “Celebrate tonight. Tomorrow, you belong to film.”</w:t>
      </w:r>
    </w:p>
    <w:p>
      <w:pPr>
        <w:spacing w:after="80"/>
      </w:pPr>
      <w:r>
        <w:rPr>
          <w:rFonts w:ascii="Georgia" w:hAnsi="Georgia"/>
          <w:sz w:val="23"/>
        </w:rPr>
        <w:t>That quieted them faster than another whistle would have.</w:t>
      </w:r>
    </w:p>
    <w:p>
      <w:pPr>
        <w:spacing w:after="80"/>
      </w:pPr>
      <w:r>
        <w:rPr>
          <w:rFonts w:ascii="Georgia" w:hAnsi="Georgia"/>
          <w:sz w:val="23"/>
        </w:rPr>
        <w:t>Northgate.</w:t>
      </w:r>
    </w:p>
    <w:p>
      <w:pPr>
        <w:spacing w:after="80"/>
      </w:pPr>
      <w:r>
        <w:rPr>
          <w:rFonts w:ascii="Georgia" w:hAnsi="Georgia"/>
          <w:sz w:val="23"/>
        </w:rPr>
        <w:t>Championship game.</w:t>
      </w:r>
    </w:p>
    <w:p>
      <w:pPr>
        <w:spacing w:after="80"/>
      </w:pPr>
      <w:r>
        <w:rPr>
          <w:rFonts w:ascii="Georgia" w:hAnsi="Georgia"/>
          <w:sz w:val="23"/>
        </w:rPr>
        <w:t>The same team from Week 1.</w:t>
      </w:r>
    </w:p>
    <w:p>
      <w:pPr>
        <w:spacing w:after="80"/>
      </w:pPr>
      <w:r>
        <w:rPr>
          <w:rFonts w:ascii="Georgia" w:hAnsi="Georgia"/>
          <w:sz w:val="23"/>
        </w:rPr>
        <w:t>The same team with the same left-handed quarterback, the same sharp boundary corner, the same defensive timing that had felt wrong before Noah had the words for why it felt wrong.</w:t>
      </w:r>
    </w:p>
    <w:p>
      <w:pPr>
        <w:spacing w:after="80"/>
      </w:pPr>
      <w:r>
        <w:rPr>
          <w:rFonts w:ascii="Georgia" w:hAnsi="Georgia"/>
          <w:sz w:val="23"/>
        </w:rPr>
        <w:t>The same team that might know too much.</w:t>
      </w:r>
    </w:p>
    <w:p>
      <w:pPr>
        <w:spacing w:after="80"/>
      </w:pPr>
      <w:r>
        <w:rPr>
          <w:rFonts w:ascii="Georgia" w:hAnsi="Georgia"/>
          <w:sz w:val="23"/>
        </w:rPr>
        <w:t>Noah looked at Coach Law.</w:t>
      </w:r>
    </w:p>
    <w:p>
      <w:pPr>
        <w:spacing w:after="80"/>
      </w:pPr>
      <w:r>
        <w:rPr>
          <w:rFonts w:ascii="Georgia" w:hAnsi="Georgia"/>
          <w:sz w:val="23"/>
        </w:rPr>
        <w:t>His dad’s expression stayed level, but Noah knew that face now. That was not end-of-game relief. That was reassembly face. Strip the parts down. Build them back stronger. Decide what survives.</w:t>
      </w:r>
    </w:p>
    <w:p>
      <w:pPr>
        <w:spacing w:after="80"/>
      </w:pPr>
      <w:r>
        <w:rPr>
          <w:rFonts w:ascii="Georgia" w:hAnsi="Georgia"/>
          <w:sz w:val="23"/>
        </w:rPr>
        <w:t>Jalen pointed toward the lot. “So what’s the plan? We still running all our stuff?”</w:t>
      </w:r>
    </w:p>
    <w:p>
      <w:pPr>
        <w:spacing w:after="80"/>
      </w:pPr>
      <w:r>
        <w:rPr>
          <w:rFonts w:ascii="Georgia" w:hAnsi="Georgia"/>
          <w:sz w:val="23"/>
        </w:rPr>
        <w:t>Coach Law looked at him. “That depends.”</w:t>
      </w:r>
    </w:p>
    <w:p>
      <w:pPr>
        <w:spacing w:after="80"/>
      </w:pPr>
      <w:r>
        <w:rPr>
          <w:rFonts w:ascii="Georgia" w:hAnsi="Georgia"/>
          <w:sz w:val="23"/>
        </w:rPr>
        <w:t>“On what?”</w:t>
      </w:r>
    </w:p>
    <w:p>
      <w:pPr>
        <w:spacing w:after="80"/>
      </w:pPr>
      <w:r>
        <w:rPr>
          <w:rFonts w:ascii="Georgia" w:hAnsi="Georgia"/>
          <w:sz w:val="23"/>
        </w:rPr>
        <w:t>His dad slid the phone back into his pocket. “On whether we want to win pretty or win smart.”</w:t>
      </w:r>
    </w:p>
    <w:p>
      <w:pPr>
        <w:spacing w:after="80"/>
      </w:pPr>
      <w:r>
        <w:rPr>
          <w:rFonts w:ascii="Georgia" w:hAnsi="Georgia"/>
          <w:sz w:val="23"/>
        </w:rPr>
        <w:t>That line followed Noah all the way home.</w:t>
      </w:r>
    </w:p>
    <w:p>
      <w:pPr>
        <w:spacing w:after="80"/>
      </w:pPr>
      <w:r>
        <w:rPr>
          <w:rFonts w:ascii="Georgia" w:hAnsi="Georgia"/>
          <w:sz w:val="23"/>
        </w:rPr>
        <w:t>Sunday afternoon turned into film.</w:t>
      </w:r>
    </w:p>
    <w:p>
      <w:pPr>
        <w:spacing w:after="80"/>
      </w:pPr>
      <w:r>
        <w:rPr>
          <w:rFonts w:ascii="Georgia" w:hAnsi="Georgia"/>
          <w:sz w:val="23"/>
        </w:rPr>
        <w:t>Not lazy Sunday. Not watch-from-the-couch film. Real film.</w:t>
      </w:r>
    </w:p>
    <w:p>
      <w:pPr>
        <w:spacing w:after="80"/>
      </w:pPr>
      <w:r>
        <w:rPr>
          <w:rFonts w:ascii="Georgia" w:hAnsi="Georgia"/>
          <w:sz w:val="23"/>
        </w:rPr>
        <w:t>The kind where Coach Law paused on formations, rewound motions, and made everybody explain what the quarterback should be seeing before the ball even got snapped.</w:t>
      </w:r>
    </w:p>
    <w:p>
      <w:pPr>
        <w:spacing w:after="80"/>
      </w:pPr>
      <w:r>
        <w:rPr>
          <w:rFonts w:ascii="Georgia" w:hAnsi="Georgia"/>
          <w:sz w:val="23"/>
        </w:rPr>
        <w:t>The rec-center classroom felt fuller than usual. More bodies. More notebooks. More tension. Parents had dropped kids off early just to be safe, and no one complained because every kid there knew this was the week.</w:t>
      </w:r>
    </w:p>
    <w:p>
      <w:pPr>
        <w:spacing w:after="80"/>
      </w:pPr>
      <w:r>
        <w:rPr>
          <w:rFonts w:ascii="Georgia" w:hAnsi="Georgia"/>
          <w:sz w:val="23"/>
        </w:rPr>
        <w:t>Championship week.</w:t>
      </w:r>
    </w:p>
    <w:p>
      <w:pPr>
        <w:spacing w:after="80"/>
      </w:pPr>
      <w:r>
        <w:rPr>
          <w:rFonts w:ascii="Georgia" w:hAnsi="Georgia"/>
          <w:sz w:val="23"/>
        </w:rPr>
        <w:t>Coach Law stood by the projector with a marker in one hand and a legal pad in the other.</w:t>
      </w:r>
    </w:p>
    <w:p>
      <w:pPr>
        <w:spacing w:after="80"/>
      </w:pPr>
      <w:r>
        <w:rPr>
          <w:rFonts w:ascii="Georgia" w:hAnsi="Georgia"/>
          <w:sz w:val="23"/>
        </w:rPr>
        <w:t>“Today is not about hype,” he said. “It’s about honesty.”</w:t>
      </w:r>
    </w:p>
    <w:p>
      <w:pPr>
        <w:spacing w:after="80"/>
      </w:pPr>
      <w:r>
        <w:rPr>
          <w:rFonts w:ascii="Georgia" w:hAnsi="Georgia"/>
          <w:sz w:val="23"/>
        </w:rPr>
        <w:t>That word again.</w:t>
      </w:r>
    </w:p>
    <w:p>
      <w:pPr>
        <w:spacing w:after="80"/>
      </w:pPr>
      <w:r>
        <w:rPr>
          <w:rFonts w:ascii="Georgia" w:hAnsi="Georgia"/>
          <w:sz w:val="23"/>
        </w:rPr>
        <w:t>Honesty.</w:t>
      </w:r>
    </w:p>
    <w:p>
      <w:pPr>
        <w:spacing w:after="80"/>
      </w:pPr>
      <w:r>
        <w:rPr>
          <w:rFonts w:ascii="Georgia" w:hAnsi="Georgia"/>
          <w:sz w:val="23"/>
        </w:rPr>
        <w:t>Noah noticed how Devin sat up straighter when Coach Law said it. How Owen uncapped his pen immediately. How Rico leaned back but did not joke. How Micah bounced one knee under the chair until Vee, somehow sitting in the back row again, said, “If you shake the whole room, the title game will still happen,” and Micah actually stopped.</w:t>
      </w:r>
    </w:p>
    <w:p>
      <w:pPr>
        <w:spacing w:after="80"/>
      </w:pPr>
      <w:r>
        <w:rPr>
          <w:rFonts w:ascii="Georgia" w:hAnsi="Georgia"/>
          <w:sz w:val="23"/>
        </w:rPr>
        <w:t>Coach Law cued up the Northgate film.</w:t>
      </w:r>
    </w:p>
    <w:p>
      <w:pPr>
        <w:spacing w:after="80"/>
      </w:pPr>
      <w:r>
        <w:rPr>
          <w:rFonts w:ascii="Georgia" w:hAnsi="Georgia"/>
          <w:sz w:val="23"/>
        </w:rPr>
        <w:t>Week 1.</w:t>
      </w:r>
    </w:p>
    <w:p>
      <w:pPr>
        <w:spacing w:after="80"/>
      </w:pPr>
      <w:r>
        <w:rPr>
          <w:rFonts w:ascii="Georgia" w:hAnsi="Georgia"/>
          <w:sz w:val="23"/>
        </w:rPr>
        <w:t>Prime 8’s first game.</w:t>
      </w:r>
    </w:p>
    <w:p>
      <w:pPr>
        <w:spacing w:after="80"/>
      </w:pPr>
      <w:r>
        <w:rPr>
          <w:rFonts w:ascii="Georgia" w:hAnsi="Georgia"/>
          <w:sz w:val="23"/>
        </w:rPr>
        <w:t>The room went quiet.</w:t>
      </w:r>
    </w:p>
    <w:p>
      <w:pPr>
        <w:spacing w:after="80"/>
      </w:pPr>
      <w:r>
        <w:rPr>
          <w:rFonts w:ascii="Georgia" w:hAnsi="Georgia"/>
          <w:sz w:val="23"/>
        </w:rPr>
        <w:t>The screen showed the opening drive. Their offense. Noah at quarterback. Devin snapping. Rico motioning. Micah not even fully part of the offense yet, still more new than integrated.</w:t>
      </w:r>
    </w:p>
    <w:p>
      <w:pPr>
        <w:spacing w:after="80"/>
      </w:pPr>
      <w:r>
        <w:rPr>
          <w:rFonts w:ascii="Georgia" w:hAnsi="Georgia"/>
          <w:sz w:val="23"/>
        </w:rPr>
        <w:t>Coach Law let it run.</w:t>
      </w:r>
    </w:p>
    <w:p>
      <w:pPr>
        <w:spacing w:after="80"/>
      </w:pPr>
      <w:r>
        <w:rPr>
          <w:rFonts w:ascii="Georgia" w:hAnsi="Georgia"/>
          <w:sz w:val="23"/>
        </w:rPr>
        <w:t>Completion. Completion. Miss. Weird defensive jump.</w:t>
      </w:r>
    </w:p>
    <w:p>
      <w:pPr>
        <w:spacing w:after="80"/>
      </w:pPr>
      <w:r>
        <w:rPr>
          <w:rFonts w:ascii="Georgia" w:hAnsi="Georgia"/>
          <w:sz w:val="23"/>
        </w:rPr>
        <w:t>Pause.</w:t>
      </w:r>
    </w:p>
    <w:p>
      <w:pPr>
        <w:spacing w:after="80"/>
      </w:pPr>
      <w:r>
        <w:rPr>
          <w:rFonts w:ascii="Georgia" w:hAnsi="Georgia"/>
          <w:sz w:val="23"/>
        </w:rPr>
        <w:t>Rewind.</w:t>
      </w:r>
    </w:p>
    <w:p>
      <w:pPr>
        <w:spacing w:after="80"/>
      </w:pPr>
      <w:r>
        <w:rPr>
          <w:rFonts w:ascii="Georgia" w:hAnsi="Georgia"/>
          <w:sz w:val="23"/>
        </w:rPr>
        <w:t>Play again.</w:t>
      </w:r>
    </w:p>
    <w:p>
      <w:pPr>
        <w:spacing w:after="80"/>
      </w:pPr>
      <w:r>
        <w:rPr>
          <w:rFonts w:ascii="Georgia" w:hAnsi="Georgia"/>
          <w:sz w:val="23"/>
        </w:rPr>
        <w:t>“Talk,” Coach Law said.</w:t>
      </w:r>
    </w:p>
    <w:p>
      <w:pPr>
        <w:spacing w:after="80"/>
      </w:pPr>
      <w:r>
        <w:rPr>
          <w:rFonts w:ascii="Georgia" w:hAnsi="Georgia"/>
          <w:sz w:val="23"/>
        </w:rPr>
        <w:t>Noah knew he meant him.</w:t>
      </w:r>
    </w:p>
    <w:p>
      <w:pPr>
        <w:spacing w:after="80"/>
      </w:pPr>
      <w:r>
        <w:rPr>
          <w:rFonts w:ascii="Georgia" w:hAnsi="Georgia"/>
          <w:sz w:val="23"/>
        </w:rPr>
        <w:t>He leaned forward, elbows on knees. “Boundary defender starts cheating before the route tells him to.”</w:t>
      </w:r>
    </w:p>
    <w:p>
      <w:pPr>
        <w:spacing w:after="80"/>
      </w:pPr>
      <w:r>
        <w:rPr>
          <w:rFonts w:ascii="Georgia" w:hAnsi="Georgia"/>
          <w:sz w:val="23"/>
        </w:rPr>
        <w:t>“Why does that matter?”</w:t>
      </w:r>
    </w:p>
    <w:p>
      <w:pPr>
        <w:spacing w:after="80"/>
      </w:pPr>
      <w:r>
        <w:rPr>
          <w:rFonts w:ascii="Georgia" w:hAnsi="Georgia"/>
          <w:sz w:val="23"/>
        </w:rPr>
        <w:t>“Because if he’s reading the route, he should be later.”</w:t>
      </w:r>
    </w:p>
    <w:p>
      <w:pPr>
        <w:spacing w:after="80"/>
      </w:pPr>
      <w:r>
        <w:rPr>
          <w:rFonts w:ascii="Georgia" w:hAnsi="Georgia"/>
          <w:sz w:val="23"/>
        </w:rPr>
        <w:t>Coach Law nodded once. “Good. Again.”</w:t>
      </w:r>
    </w:p>
    <w:p>
      <w:pPr>
        <w:spacing w:after="80"/>
      </w:pPr>
      <w:r>
        <w:rPr>
          <w:rFonts w:ascii="Georgia" w:hAnsi="Georgia"/>
          <w:sz w:val="23"/>
        </w:rPr>
        <w:t>They watched another. Then another.</w:t>
      </w:r>
    </w:p>
    <w:p>
      <w:pPr>
        <w:spacing w:after="80"/>
      </w:pPr>
      <w:r>
        <w:rPr>
          <w:rFonts w:ascii="Georgia" w:hAnsi="Georgia"/>
          <w:sz w:val="23"/>
        </w:rPr>
        <w:t>Then Coach Law cut to Northgate’s defensive film from their semifinal.</w:t>
      </w:r>
    </w:p>
    <w:p>
      <w:pPr>
        <w:spacing w:after="80"/>
      </w:pPr>
      <w:r>
        <w:rPr>
          <w:rFonts w:ascii="Georgia" w:hAnsi="Georgia"/>
          <w:sz w:val="23"/>
        </w:rPr>
        <w:t>Different opponent. Same patterns.</w:t>
      </w:r>
    </w:p>
    <w:p>
      <w:pPr>
        <w:spacing w:after="80"/>
      </w:pPr>
      <w:r>
        <w:rPr>
          <w:rFonts w:ascii="Georgia" w:hAnsi="Georgia"/>
          <w:sz w:val="23"/>
        </w:rPr>
        <w:t>South side of the field. Condensed red zone. Opponent in bunch.</w:t>
      </w:r>
    </w:p>
    <w:p>
      <w:pPr>
        <w:spacing w:after="80"/>
      </w:pPr>
      <w:r>
        <w:rPr>
          <w:rFonts w:ascii="Georgia" w:hAnsi="Georgia"/>
          <w:sz w:val="23"/>
        </w:rPr>
        <w:t>Northgate’s outside defender sat low and inside before the pivot route even declared. Their safety leaned to the corner before the quarterback’s shoulders confirmed it.</w:t>
      </w:r>
    </w:p>
    <w:p>
      <w:pPr>
        <w:spacing w:after="80"/>
      </w:pPr>
      <w:r>
        <w:rPr>
          <w:rFonts w:ascii="Georgia" w:hAnsi="Georgia"/>
          <w:sz w:val="23"/>
        </w:rPr>
        <w:t>Pause.</w:t>
      </w:r>
    </w:p>
    <w:p>
      <w:pPr>
        <w:spacing w:after="80"/>
      </w:pPr>
      <w:r>
        <w:rPr>
          <w:rFonts w:ascii="Georgia" w:hAnsi="Georgia"/>
          <w:sz w:val="23"/>
        </w:rPr>
        <w:t>Coach Law looked at the room.</w:t>
      </w:r>
    </w:p>
    <w:p>
      <w:pPr>
        <w:spacing w:after="80"/>
      </w:pPr>
      <w:r>
        <w:rPr>
          <w:rFonts w:ascii="Georgia" w:hAnsi="Georgia"/>
          <w:sz w:val="23"/>
        </w:rPr>
        <w:t>“What do we call that?”</w:t>
      </w:r>
    </w:p>
    <w:p>
      <w:pPr>
        <w:spacing w:after="80"/>
      </w:pPr>
      <w:r>
        <w:rPr>
          <w:rFonts w:ascii="Georgia" w:hAnsi="Georgia"/>
          <w:sz w:val="23"/>
        </w:rPr>
        <w:t>Owen answered first. “Anticipation.”</w:t>
      </w:r>
    </w:p>
    <w:p>
      <w:pPr>
        <w:spacing w:after="80"/>
      </w:pPr>
      <w:r>
        <w:rPr>
          <w:rFonts w:ascii="Georgia" w:hAnsi="Georgia"/>
          <w:sz w:val="23"/>
        </w:rPr>
        <w:t>Jalen snorted. “That’s a nerd word for cheating.”</w:t>
      </w:r>
    </w:p>
    <w:p>
      <w:pPr>
        <w:spacing w:after="80"/>
      </w:pPr>
      <w:r>
        <w:rPr>
          <w:rFonts w:ascii="Georgia" w:hAnsi="Georgia"/>
          <w:sz w:val="23"/>
        </w:rPr>
        <w:t>Coach Law kept his face neutral. “Both useful. One more.”</w:t>
      </w:r>
    </w:p>
    <w:p>
      <w:pPr>
        <w:spacing w:after="80"/>
      </w:pPr>
      <w:r>
        <w:rPr>
          <w:rFonts w:ascii="Georgia" w:hAnsi="Georgia"/>
          <w:sz w:val="23"/>
        </w:rPr>
        <w:t>He played a midfield snap where the opponent hurried to the line in no-huddle. Northgate looked confused for half a second. Then the quarterback clapped, got the call out, and the defense shifted late—but not catastrophically late. They survived it.</w:t>
      </w:r>
    </w:p>
    <w:p>
      <w:pPr>
        <w:spacing w:after="80"/>
      </w:pPr>
      <w:r>
        <w:rPr>
          <w:rFonts w:ascii="Georgia" w:hAnsi="Georgia"/>
          <w:sz w:val="23"/>
        </w:rPr>
        <w:t>Pause.</w:t>
      </w:r>
    </w:p>
    <w:p>
      <w:pPr>
        <w:spacing w:after="80"/>
      </w:pPr>
      <w:r>
        <w:rPr>
          <w:rFonts w:ascii="Georgia" w:hAnsi="Georgia"/>
          <w:sz w:val="23"/>
        </w:rPr>
        <w:t>Coach Law turned back toward the team. “Lesson?”</w:t>
      </w:r>
    </w:p>
    <w:p>
      <w:pPr>
        <w:spacing w:after="80"/>
      </w:pPr>
      <w:r>
        <w:rPr>
          <w:rFonts w:ascii="Georgia" w:hAnsi="Georgia"/>
          <w:sz w:val="23"/>
        </w:rPr>
        <w:t>Devin spoke this time. “When the offense owns the tempo, Northgate looks more normal.”</w:t>
      </w:r>
    </w:p>
    <w:p>
      <w:pPr>
        <w:spacing w:after="80"/>
      </w:pPr>
      <w:r>
        <w:rPr>
          <w:rFonts w:ascii="Georgia" w:hAnsi="Georgia"/>
          <w:sz w:val="23"/>
        </w:rPr>
        <w:t>Noah felt that click immediately.</w:t>
      </w:r>
    </w:p>
    <w:p>
      <w:pPr>
        <w:spacing w:after="80"/>
      </w:pPr>
      <w:r>
        <w:rPr>
          <w:rFonts w:ascii="Georgia" w:hAnsi="Georgia"/>
          <w:sz w:val="23"/>
        </w:rPr>
        <w:t>Coach Law nodded. “Yes.”</w:t>
      </w:r>
    </w:p>
    <w:p>
      <w:pPr>
        <w:spacing w:after="80"/>
      </w:pPr>
      <w:r>
        <w:rPr>
          <w:rFonts w:ascii="Georgia" w:hAnsi="Georgia"/>
          <w:sz w:val="23"/>
        </w:rPr>
        <w:t>He wrote on the board:</w:t>
      </w:r>
    </w:p>
    <w:p>
      <w:pPr>
        <w:spacing w:after="80"/>
      </w:pPr>
      <w:r>
        <w:rPr>
          <w:rFonts w:ascii="Georgia" w:hAnsi="Georgia"/>
          <w:sz w:val="23"/>
        </w:rPr>
        <w:t>NORTHGATE LIKES EARLY INFORMATION</w:t>
        <w:br/>
        <w:t>NORTHGATE LOOKS HUMAN WHEN THEY DON’T GET IT</w:t>
      </w:r>
    </w:p>
    <w:p>
      <w:pPr>
        <w:spacing w:after="80"/>
      </w:pPr>
      <w:r>
        <w:rPr>
          <w:rFonts w:ascii="Georgia" w:hAnsi="Georgia"/>
          <w:sz w:val="23"/>
        </w:rPr>
        <w:t>That was football truth and mystery truth at the same time.</w:t>
      </w:r>
    </w:p>
    <w:p>
      <w:pPr>
        <w:spacing w:after="80"/>
      </w:pPr>
      <w:r>
        <w:rPr>
          <w:rFonts w:ascii="Georgia" w:hAnsi="Georgia"/>
          <w:sz w:val="23"/>
        </w:rPr>
        <w:t>Jalen leaned back in his chair. “So we speed them up.”</w:t>
      </w:r>
    </w:p>
    <w:p>
      <w:pPr>
        <w:spacing w:after="80"/>
      </w:pPr>
      <w:r>
        <w:rPr>
          <w:rFonts w:ascii="Georgia" w:hAnsi="Georgia"/>
          <w:sz w:val="23"/>
        </w:rPr>
        <w:t>“Not exactly,” Coach Law said. “We control what speeding up means.”</w:t>
      </w:r>
    </w:p>
    <w:p>
      <w:pPr>
        <w:spacing w:after="80"/>
      </w:pPr>
      <w:r>
        <w:rPr>
          <w:rFonts w:ascii="Georgia" w:hAnsi="Georgia"/>
          <w:sz w:val="23"/>
        </w:rPr>
        <w:t>Then he started drawing.</w:t>
      </w:r>
    </w:p>
    <w:p>
      <w:pPr>
        <w:spacing w:after="80"/>
      </w:pPr>
      <w:r>
        <w:rPr>
          <w:rFonts w:ascii="Georgia" w:hAnsi="Georgia"/>
          <w:sz w:val="23"/>
        </w:rPr>
        <w:t>Trips Open. Bunch Tight. Doubles Stack.</w:t>
      </w:r>
    </w:p>
    <w:p>
      <w:pPr>
        <w:spacing w:after="80"/>
      </w:pPr>
      <w:r>
        <w:rPr>
          <w:rFonts w:ascii="Georgia" w:hAnsi="Georgia"/>
          <w:sz w:val="23"/>
        </w:rPr>
        <w:t>All their usual family homes.</w:t>
      </w:r>
    </w:p>
    <w:p>
      <w:pPr>
        <w:spacing w:after="80"/>
      </w:pPr>
      <w:r>
        <w:rPr>
          <w:rFonts w:ascii="Georgia" w:hAnsi="Georgia"/>
          <w:sz w:val="23"/>
        </w:rPr>
        <w:t>Then he put lines through half of it.</w:t>
      </w:r>
    </w:p>
    <w:p>
      <w:pPr>
        <w:spacing w:after="80"/>
      </w:pPr>
      <w:r>
        <w:rPr>
          <w:rFonts w:ascii="Georgia" w:hAnsi="Georgia"/>
          <w:sz w:val="23"/>
        </w:rPr>
        <w:t>Noah sat up straighter.</w:t>
      </w:r>
    </w:p>
    <w:p>
      <w:pPr>
        <w:spacing w:after="80"/>
      </w:pPr>
      <w:r>
        <w:rPr>
          <w:rFonts w:ascii="Georgia" w:hAnsi="Georgia"/>
          <w:sz w:val="23"/>
        </w:rPr>
        <w:t>Coach Law drew three new titles on the board instead:</w:t>
      </w:r>
    </w:p>
    <w:p>
      <w:pPr>
        <w:spacing w:after="80"/>
      </w:pPr>
      <w:r>
        <w:rPr>
          <w:rFonts w:ascii="Georgia" w:hAnsi="Georgia"/>
          <w:sz w:val="23"/>
        </w:rPr>
        <w:t>BASE</w:t>
        <w:br/>
        <w:t>MIRROR</w:t>
        <w:br/>
        <w:t>MIDNIGHT</w:t>
      </w:r>
    </w:p>
    <w:p>
      <w:pPr>
        <w:spacing w:after="80"/>
      </w:pPr>
      <w:r>
        <w:rPr>
          <w:rFonts w:ascii="Georgia" w:hAnsi="Georgia"/>
          <w:sz w:val="23"/>
        </w:rPr>
        <w:t>The room stayed still.</w:t>
      </w:r>
    </w:p>
    <w:p>
      <w:pPr>
        <w:spacing w:after="80"/>
      </w:pPr>
      <w:r>
        <w:rPr>
          <w:rFonts w:ascii="Georgia" w:hAnsi="Georgia"/>
          <w:sz w:val="23"/>
        </w:rPr>
        <w:t>Rico said, “Okay, now it sounds like we’re robbing a bank.”</w:t>
      </w:r>
    </w:p>
    <w:p>
      <w:pPr>
        <w:spacing w:after="80"/>
      </w:pPr>
      <w:r>
        <w:rPr>
          <w:rFonts w:ascii="Georgia" w:hAnsi="Georgia"/>
          <w:sz w:val="23"/>
        </w:rPr>
        <w:t>Coach Law ignored him. “Championship week, we are carrying three offensive menus. Base is what we’ve already shown on film. Mirror is what looks like Base before the snap and becomes something else after. Midnight is for red zone and title-game situations only.”</w:t>
      </w:r>
    </w:p>
    <w:p>
      <w:pPr>
        <w:spacing w:after="80"/>
      </w:pPr>
      <w:r>
        <w:rPr>
          <w:rFonts w:ascii="Georgia" w:hAnsi="Georgia"/>
          <w:sz w:val="23"/>
        </w:rPr>
        <w:t>Noah stared at the board.</w:t>
      </w:r>
    </w:p>
    <w:p>
      <w:pPr>
        <w:spacing w:after="80"/>
      </w:pPr>
      <w:r>
        <w:rPr>
          <w:rFonts w:ascii="Georgia" w:hAnsi="Georgia"/>
          <w:sz w:val="23"/>
        </w:rPr>
        <w:t>This was not just trimming.</w:t>
      </w:r>
    </w:p>
    <w:p>
      <w:pPr>
        <w:spacing w:after="80"/>
      </w:pPr>
      <w:r>
        <w:rPr>
          <w:rFonts w:ascii="Georgia" w:hAnsi="Georgia"/>
          <w:sz w:val="23"/>
        </w:rPr>
        <w:t>This was a rebuild.</w:t>
      </w:r>
    </w:p>
    <w:p>
      <w:pPr>
        <w:spacing w:after="80"/>
      </w:pPr>
      <w:r>
        <w:rPr>
          <w:rFonts w:ascii="Georgia" w:hAnsi="Georgia"/>
          <w:sz w:val="23"/>
        </w:rPr>
        <w:t>Coach Law tapped Base first. “Base is for when we want to make them prove what they think they know.”</w:t>
      </w:r>
    </w:p>
    <w:p>
      <w:pPr>
        <w:spacing w:after="80"/>
      </w:pPr>
      <w:r>
        <w:rPr>
          <w:rFonts w:ascii="Georgia" w:hAnsi="Georgia"/>
          <w:sz w:val="23"/>
        </w:rPr>
        <w:t>Tap to Mirror. “Mirror is for when we want to punish them for thinking too early.”</w:t>
      </w:r>
    </w:p>
    <w:p>
      <w:pPr>
        <w:spacing w:after="80"/>
      </w:pPr>
      <w:r>
        <w:rPr>
          <w:rFonts w:ascii="Georgia" w:hAnsi="Georgia"/>
          <w:sz w:val="23"/>
        </w:rPr>
        <w:t>Tap to Midnight. “Midnight is for when the game shrinks and all the easy tells disappear.”</w:t>
      </w:r>
    </w:p>
    <w:p>
      <w:pPr>
        <w:spacing w:after="80"/>
      </w:pPr>
      <w:r>
        <w:rPr>
          <w:rFonts w:ascii="Georgia" w:hAnsi="Georgia"/>
          <w:sz w:val="23"/>
        </w:rPr>
        <w:t>Micah raised a hand halfway. “That’s fire.”</w:t>
      </w:r>
    </w:p>
    <w:p>
      <w:pPr>
        <w:spacing w:after="80"/>
      </w:pPr>
      <w:r>
        <w:rPr>
          <w:rFonts w:ascii="Georgia" w:hAnsi="Georgia"/>
          <w:sz w:val="23"/>
        </w:rPr>
        <w:t>Coach Law looked at him. “That is not a football term.”</w:t>
      </w:r>
    </w:p>
    <w:p>
      <w:pPr>
        <w:spacing w:after="80"/>
      </w:pPr>
      <w:r>
        <w:rPr>
          <w:rFonts w:ascii="Georgia" w:hAnsi="Georgia"/>
          <w:sz w:val="23"/>
        </w:rPr>
        <w:t>“It should be.”</w:t>
      </w:r>
    </w:p>
    <w:p>
      <w:pPr>
        <w:spacing w:after="80"/>
      </w:pPr>
      <w:r>
        <w:rPr>
          <w:rFonts w:ascii="Georgia" w:hAnsi="Georgia"/>
          <w:sz w:val="23"/>
        </w:rPr>
        <w:t>Noah could not help it. He smiled.</w:t>
      </w:r>
    </w:p>
    <w:p>
      <w:pPr>
        <w:spacing w:after="80"/>
      </w:pPr>
      <w:r>
        <w:rPr>
          <w:rFonts w:ascii="Georgia" w:hAnsi="Georgia"/>
          <w:sz w:val="23"/>
        </w:rPr>
        <w:t>This felt right.</w:t>
      </w:r>
    </w:p>
    <w:p>
      <w:pPr>
        <w:spacing w:after="80"/>
      </w:pPr>
      <w:r>
        <w:rPr>
          <w:rFonts w:ascii="Georgia" w:hAnsi="Georgia"/>
          <w:sz w:val="23"/>
        </w:rPr>
        <w:t>Not because it was flashy. Because it was smart. Football smart. Built from the problem instead of pretending the problem was not there.</w:t>
      </w:r>
    </w:p>
    <w:p>
      <w:pPr>
        <w:spacing w:after="80"/>
      </w:pPr>
      <w:r>
        <w:rPr>
          <w:rFonts w:ascii="Georgia" w:hAnsi="Georgia"/>
          <w:sz w:val="23"/>
        </w:rPr>
        <w:t>Coach Law put the marker down and looked straight at Noah. “You’re owning the trigger language this week.”</w:t>
      </w:r>
    </w:p>
    <w:p>
      <w:pPr>
        <w:spacing w:after="80"/>
      </w:pPr>
      <w:r>
        <w:rPr>
          <w:rFonts w:ascii="Georgia" w:hAnsi="Georgia"/>
          <w:sz w:val="23"/>
        </w:rPr>
        <w:t>The whole room turned.</w:t>
      </w:r>
    </w:p>
    <w:p>
      <w:pPr>
        <w:spacing w:after="80"/>
      </w:pPr>
      <w:r>
        <w:rPr>
          <w:rFonts w:ascii="Georgia" w:hAnsi="Georgia"/>
          <w:sz w:val="23"/>
        </w:rPr>
        <w:t>Rico whistled once under his breath.</w:t>
      </w:r>
    </w:p>
    <w:p>
      <w:pPr>
        <w:spacing w:after="80"/>
      </w:pPr>
      <w:r>
        <w:rPr>
          <w:rFonts w:ascii="Georgia" w:hAnsi="Georgia"/>
          <w:sz w:val="23"/>
        </w:rPr>
        <w:t>Noah frowned. “Just me?”</w:t>
      </w:r>
    </w:p>
    <w:p>
      <w:pPr>
        <w:spacing w:after="80"/>
      </w:pPr>
      <w:r>
        <w:rPr>
          <w:rFonts w:ascii="Georgia" w:hAnsi="Georgia"/>
          <w:sz w:val="23"/>
        </w:rPr>
        <w:t>“Just you.” His dad’s eyes held. “No more full call structures on paper. No more full menu on the sideline. We install the route families together. You carry the final answer.”</w:t>
      </w:r>
    </w:p>
    <w:p>
      <w:pPr>
        <w:spacing w:after="80"/>
      </w:pPr>
      <w:r>
        <w:rPr>
          <w:rFonts w:ascii="Georgia" w:hAnsi="Georgia"/>
          <w:sz w:val="23"/>
        </w:rPr>
        <w:t>That was trust.</w:t>
      </w:r>
    </w:p>
    <w:p>
      <w:pPr>
        <w:spacing w:after="80"/>
      </w:pPr>
      <w:r>
        <w:rPr>
          <w:rFonts w:ascii="Georgia" w:hAnsi="Georgia"/>
          <w:sz w:val="23"/>
        </w:rPr>
        <w:t>Heavy trust.</w:t>
      </w:r>
    </w:p>
    <w:p>
      <w:pPr>
        <w:spacing w:after="80"/>
      </w:pPr>
      <w:r>
        <w:rPr>
          <w:rFonts w:ascii="Georgia" w:hAnsi="Georgia"/>
          <w:sz w:val="23"/>
        </w:rPr>
        <w:t>And Noah felt it exactly because it was heavy.</w:t>
      </w:r>
    </w:p>
    <w:p>
      <w:pPr>
        <w:spacing w:after="80"/>
      </w:pPr>
      <w:r>
        <w:rPr>
          <w:rFonts w:ascii="Georgia" w:hAnsi="Georgia"/>
          <w:sz w:val="23"/>
        </w:rPr>
        <w:t>Coach Law continued. “You will still not freelance. This is not hero season. This is controlled ownership. Understood?”</w:t>
      </w:r>
    </w:p>
    <w:p>
      <w:pPr>
        <w:spacing w:after="80"/>
      </w:pPr>
      <w:r>
        <w:rPr>
          <w:rFonts w:ascii="Georgia" w:hAnsi="Georgia"/>
          <w:sz w:val="23"/>
        </w:rPr>
        <w:t>“Yes, Coach.”</w:t>
      </w:r>
    </w:p>
    <w:p>
      <w:pPr>
        <w:spacing w:after="80"/>
      </w:pPr>
      <w:r>
        <w:rPr>
          <w:rFonts w:ascii="Georgia" w:hAnsi="Georgia"/>
          <w:sz w:val="23"/>
        </w:rPr>
        <w:t>He meant it.</w:t>
      </w:r>
    </w:p>
    <w:p>
      <w:pPr>
        <w:spacing w:after="80"/>
      </w:pPr>
      <w:r>
        <w:rPr>
          <w:rFonts w:ascii="Georgia" w:hAnsi="Georgia"/>
          <w:sz w:val="23"/>
        </w:rPr>
        <w:t>The field session after film was the best practice Prime 8 had run all year.</w:t>
      </w:r>
    </w:p>
    <w:p>
      <w:pPr>
        <w:spacing w:after="80"/>
      </w:pPr>
      <w:r>
        <w:rPr>
          <w:rFonts w:ascii="Georgia" w:hAnsi="Georgia"/>
          <w:sz w:val="23"/>
        </w:rPr>
        <w:t>Not because it was the fastest.</w:t>
      </w:r>
    </w:p>
    <w:p>
      <w:pPr>
        <w:spacing w:after="80"/>
      </w:pPr>
      <w:r>
        <w:rPr>
          <w:rFonts w:ascii="Georgia" w:hAnsi="Georgia"/>
          <w:sz w:val="23"/>
        </w:rPr>
        <w:t>Because it was the clearest.</w:t>
      </w:r>
    </w:p>
    <w:p>
      <w:pPr>
        <w:spacing w:after="80"/>
      </w:pPr>
      <w:r>
        <w:rPr>
          <w:rFonts w:ascii="Georgia" w:hAnsi="Georgia"/>
          <w:sz w:val="23"/>
        </w:rPr>
        <w:t>Coach Law had stripped away enough clutter that every rep now had to answer one honest question: did they know football, or had they been hiding inside stolen structure?</w:t>
      </w:r>
    </w:p>
    <w:p>
      <w:pPr>
        <w:spacing w:after="80"/>
      </w:pPr>
      <w:r>
        <w:rPr>
          <w:rFonts w:ascii="Georgia" w:hAnsi="Georgia"/>
          <w:sz w:val="23"/>
        </w:rPr>
        <w:t>The answer started coming quickly.</w:t>
      </w:r>
    </w:p>
    <w:p>
      <w:pPr>
        <w:spacing w:after="80"/>
      </w:pPr>
      <w:r>
        <w:rPr>
          <w:rFonts w:ascii="Georgia" w:hAnsi="Georgia"/>
          <w:sz w:val="23"/>
        </w:rPr>
        <w:t>They opened in Base.</w:t>
      </w:r>
    </w:p>
    <w:p>
      <w:pPr>
        <w:spacing w:after="80"/>
      </w:pPr>
      <w:r>
        <w:rPr>
          <w:rFonts w:ascii="Georgia" w:hAnsi="Georgia"/>
          <w:sz w:val="23"/>
        </w:rPr>
        <w:t>Trips Open left. Stick family.</w:t>
      </w:r>
    </w:p>
    <w:p>
      <w:pPr>
        <w:spacing w:after="80"/>
      </w:pPr>
      <w:r>
        <w:rPr>
          <w:rFonts w:ascii="Georgia" w:hAnsi="Georgia"/>
          <w:sz w:val="23"/>
        </w:rPr>
        <w:t>Defense in a 2–1 shell with Jalen walked up at rusher, Owen and Rico rotating through underneath leverage, Micah on offense at #1.</w:t>
      </w:r>
    </w:p>
    <w:p>
      <w:pPr>
        <w:spacing w:after="80"/>
      </w:pPr>
      <w:r>
        <w:rPr>
          <w:rFonts w:ascii="Georgia" w:hAnsi="Georgia"/>
          <w:sz w:val="23"/>
        </w:rPr>
        <w:t>Noah stepped into the huddle.</w:t>
      </w:r>
    </w:p>
    <w:p>
      <w:pPr>
        <w:spacing w:after="80"/>
      </w:pPr>
      <w:r>
        <w:rPr>
          <w:rFonts w:ascii="Georgia" w:hAnsi="Georgia"/>
          <w:sz w:val="23"/>
        </w:rPr>
        <w:t>“Base left. One.”</w:t>
      </w:r>
    </w:p>
    <w:p>
      <w:pPr>
        <w:spacing w:after="80"/>
      </w:pPr>
      <w:r>
        <w:rPr>
          <w:rFonts w:ascii="Georgia" w:hAnsi="Georgia"/>
          <w:sz w:val="23"/>
        </w:rPr>
        <w:t>No more than that.</w:t>
      </w:r>
    </w:p>
    <w:p>
      <w:pPr>
        <w:spacing w:after="80"/>
      </w:pPr>
      <w:r>
        <w:rPr>
          <w:rFonts w:ascii="Georgia" w:hAnsi="Georgia"/>
          <w:sz w:val="23"/>
        </w:rPr>
        <w:t>No family name out loud. No extra route logic. The team broke and lined up.</w:t>
      </w:r>
    </w:p>
    <w:p>
      <w:pPr>
        <w:spacing w:after="80"/>
      </w:pPr>
      <w:r>
        <w:rPr>
          <w:rFonts w:ascii="Georgia" w:hAnsi="Georgia"/>
          <w:sz w:val="23"/>
        </w:rPr>
        <w:t>Snap.</w:t>
      </w:r>
    </w:p>
    <w:p>
      <w:pPr>
        <w:spacing w:after="80"/>
      </w:pPr>
      <w:r>
        <w:rPr>
          <w:rFonts w:ascii="Georgia" w:hAnsi="Georgia"/>
          <w:sz w:val="23"/>
        </w:rPr>
        <w:t>Micah ran vertical and stalked outside. Rico settled on the stick. Owen widened the flat.</w:t>
      </w:r>
    </w:p>
    <w:p>
      <w:pPr>
        <w:spacing w:after="80"/>
      </w:pPr>
      <w:r>
        <w:rPr>
          <w:rFonts w:ascii="Georgia" w:hAnsi="Georgia"/>
          <w:sz w:val="23"/>
        </w:rPr>
        <w:t>The apex widened with Owen.</w:t>
      </w:r>
    </w:p>
    <w:p>
      <w:pPr>
        <w:spacing w:after="80"/>
      </w:pPr>
      <w:r>
        <w:rPr>
          <w:rFonts w:ascii="Georgia" w:hAnsi="Georgia"/>
          <w:sz w:val="23"/>
        </w:rPr>
        <w:t>Ball to Rico.</w:t>
      </w:r>
    </w:p>
    <w:p>
      <w:pPr>
        <w:spacing w:after="80"/>
      </w:pPr>
      <w:r>
        <w:rPr>
          <w:rFonts w:ascii="Georgia" w:hAnsi="Georgia"/>
          <w:sz w:val="23"/>
        </w:rPr>
        <w:t>Easy seven.</w:t>
      </w:r>
    </w:p>
    <w:p>
      <w:pPr>
        <w:spacing w:after="80"/>
      </w:pPr>
      <w:r>
        <w:rPr>
          <w:rFonts w:ascii="Georgia" w:hAnsi="Georgia"/>
          <w:sz w:val="23"/>
        </w:rPr>
        <w:t>Again.</w:t>
      </w:r>
    </w:p>
    <w:p>
      <w:pPr>
        <w:spacing w:after="80"/>
      </w:pPr>
      <w:r>
        <w:rPr>
          <w:rFonts w:ascii="Georgia" w:hAnsi="Georgia"/>
          <w:sz w:val="23"/>
        </w:rPr>
        <w:t>Same pre-snap picture.</w:t>
      </w:r>
    </w:p>
    <w:p>
      <w:pPr>
        <w:spacing w:after="80"/>
      </w:pPr>
      <w:r>
        <w:rPr>
          <w:rFonts w:ascii="Georgia" w:hAnsi="Georgia"/>
          <w:sz w:val="23"/>
        </w:rPr>
        <w:t>Different answer.</w:t>
      </w:r>
    </w:p>
    <w:p>
      <w:pPr>
        <w:spacing w:after="80"/>
      </w:pPr>
      <w:r>
        <w:rPr>
          <w:rFonts w:ascii="Georgia" w:hAnsi="Georgia"/>
          <w:sz w:val="23"/>
        </w:rPr>
        <w:t>Mirror.</w:t>
      </w:r>
    </w:p>
    <w:p>
      <w:pPr>
        <w:spacing w:after="80"/>
      </w:pPr>
      <w:r>
        <w:rPr>
          <w:rFonts w:ascii="Georgia" w:hAnsi="Georgia"/>
          <w:sz w:val="23"/>
        </w:rPr>
        <w:t>This time Noah took the same alignment and flipped the family after the snap with one short trigger word.</w:t>
      </w:r>
    </w:p>
    <w:p>
      <w:pPr>
        <w:spacing w:after="80"/>
      </w:pPr>
      <w:r>
        <w:rPr>
          <w:rFonts w:ascii="Georgia" w:hAnsi="Georgia"/>
          <w:sz w:val="23"/>
        </w:rPr>
        <w:t>“Glass.”</w:t>
      </w:r>
    </w:p>
    <w:p>
      <w:pPr>
        <w:spacing w:after="80"/>
      </w:pPr>
      <w:r>
        <w:rPr>
          <w:rFonts w:ascii="Georgia" w:hAnsi="Georgia"/>
          <w:sz w:val="23"/>
        </w:rPr>
        <w:t>Rico did not sit on the stick. He angled through and converted to spacing. Owen did not widen flat. He settled underneath. Micah stemmed vertical and snapped back on the glance instead of holding his stalk.</w:t>
      </w:r>
    </w:p>
    <w:p>
      <w:pPr>
        <w:spacing w:after="80"/>
      </w:pPr>
      <w:r>
        <w:rPr>
          <w:rFonts w:ascii="Georgia" w:hAnsi="Georgia"/>
          <w:sz w:val="23"/>
        </w:rPr>
        <w:t>The defense jumped the old answer.</w:t>
      </w:r>
    </w:p>
    <w:p>
      <w:pPr>
        <w:spacing w:after="80"/>
      </w:pPr>
      <w:r>
        <w:rPr>
          <w:rFonts w:ascii="Georgia" w:hAnsi="Georgia"/>
          <w:sz w:val="23"/>
        </w:rPr>
        <w:t>The new answer scored.</w:t>
      </w:r>
    </w:p>
    <w:p>
      <w:pPr>
        <w:spacing w:after="80"/>
      </w:pPr>
      <w:r>
        <w:rPr>
          <w:rFonts w:ascii="Georgia" w:hAnsi="Georgia"/>
          <w:sz w:val="23"/>
        </w:rPr>
        <w:t>Jalen threw both hands up. “Nah. That’s nasty.”</w:t>
      </w:r>
    </w:p>
    <w:p>
      <w:pPr>
        <w:spacing w:after="80"/>
      </w:pPr>
      <w:r>
        <w:rPr>
          <w:rFonts w:ascii="Georgia" w:hAnsi="Georgia"/>
          <w:sz w:val="23"/>
        </w:rPr>
        <w:t>Coach Law actually allowed himself half a smile. “That’s what happens when good football stops being predictable football.”</w:t>
      </w:r>
    </w:p>
    <w:p>
      <w:pPr>
        <w:spacing w:after="80"/>
      </w:pPr>
      <w:r>
        <w:rPr>
          <w:rFonts w:ascii="Georgia" w:hAnsi="Georgia"/>
          <w:sz w:val="23"/>
        </w:rPr>
        <w:t>They built on it from there.</w:t>
      </w:r>
    </w:p>
    <w:p>
      <w:pPr>
        <w:spacing w:after="80"/>
      </w:pPr>
      <w:r>
        <w:rPr>
          <w:rFonts w:ascii="Georgia" w:hAnsi="Georgia"/>
          <w:sz w:val="23"/>
        </w:rPr>
        <w:t>Mirror from Doubles Stack into flood-switch.</w:t>
      </w:r>
    </w:p>
    <w:p>
      <w:pPr>
        <w:spacing w:after="80"/>
      </w:pPr>
      <w:r>
        <w:rPr>
          <w:rFonts w:ascii="Georgia" w:hAnsi="Georgia"/>
          <w:sz w:val="23"/>
        </w:rPr>
        <w:t>Base bunch into pivot.</w:t>
      </w:r>
    </w:p>
    <w:p>
      <w:pPr>
        <w:spacing w:after="80"/>
      </w:pPr>
      <w:r>
        <w:rPr>
          <w:rFonts w:ascii="Georgia" w:hAnsi="Georgia"/>
          <w:sz w:val="23"/>
        </w:rPr>
        <w:t>Mirror bunch into rail-screen.</w:t>
      </w:r>
    </w:p>
    <w:p>
      <w:pPr>
        <w:spacing w:after="80"/>
      </w:pPr>
      <w:r>
        <w:rPr>
          <w:rFonts w:ascii="Georgia" w:hAnsi="Georgia"/>
          <w:sz w:val="23"/>
        </w:rPr>
        <w:t>The genius of it was not complexity. It was disguise.</w:t>
      </w:r>
    </w:p>
    <w:p>
      <w:pPr>
        <w:spacing w:after="80"/>
      </w:pPr>
      <w:r>
        <w:rPr>
          <w:rFonts w:ascii="Georgia" w:hAnsi="Georgia"/>
          <w:sz w:val="23"/>
        </w:rPr>
        <w:t>Every concept still had to be middle-grade playable. Clean enough for kids to execute under pressure. But Coach Law had built them with enough pre-snap sameness to weaponize Northgate’s tendency to cheat early.</w:t>
      </w:r>
    </w:p>
    <w:p>
      <w:pPr>
        <w:spacing w:after="80"/>
      </w:pPr>
      <w:r>
        <w:rPr>
          <w:rFonts w:ascii="Georgia" w:hAnsi="Georgia"/>
          <w:sz w:val="23"/>
        </w:rPr>
        <w:t>Noah could feel it from inside the reps. The field really did slow down when his brain got there first.</w:t>
      </w:r>
    </w:p>
    <w:p>
      <w:pPr>
        <w:spacing w:after="80"/>
      </w:pPr>
      <w:r>
        <w:rPr>
          <w:rFonts w:ascii="Georgia" w:hAnsi="Georgia"/>
          <w:sz w:val="23"/>
        </w:rPr>
        <w:t>Coach Law layered in commentary between periods like a clinic speaker who happened to know every kid’s weakness personally.</w:t>
      </w:r>
    </w:p>
    <w:p>
      <w:pPr>
        <w:spacing w:after="80"/>
      </w:pPr>
      <w:r>
        <w:rPr>
          <w:rFonts w:ascii="Georgia" w:hAnsi="Georgia"/>
          <w:sz w:val="23"/>
        </w:rPr>
        <w:t>“When a team starts solving you before the snap, stop being proud of your favorite play and start being proud of your ability to evolve.”</w:t>
      </w:r>
    </w:p>
    <w:p>
      <w:pPr>
        <w:spacing w:after="80"/>
      </w:pPr>
      <w:r>
        <w:rPr>
          <w:rFonts w:ascii="Georgia" w:hAnsi="Georgia"/>
          <w:sz w:val="23"/>
        </w:rPr>
        <w:t>“Depth is honesty. If your speed out hits at six when I told you five, you are telling the defense the truth too early.”</w:t>
      </w:r>
    </w:p>
    <w:p>
      <w:pPr>
        <w:spacing w:after="80"/>
      </w:pPr>
      <w:r>
        <w:rPr>
          <w:rFonts w:ascii="Georgia" w:hAnsi="Georgia"/>
          <w:sz w:val="23"/>
        </w:rPr>
        <w:t>“Stack releases are not for decoration. In youth flag, bunch and stack are traffic. Traffic creates lies. Lies create touchdowns.”</w:t>
      </w:r>
    </w:p>
    <w:p>
      <w:pPr>
        <w:spacing w:after="80"/>
      </w:pPr>
      <w:r>
        <w:rPr>
          <w:rFonts w:ascii="Georgia" w:hAnsi="Georgia"/>
          <w:sz w:val="23"/>
        </w:rPr>
        <w:t>“Quarterbacks, eyes matter more than arm talent once the field shrinks. If your eyes tell the safety where you’re going, congratulations, you’re now a volunteer.”</w:t>
      </w:r>
    </w:p>
    <w:p>
      <w:pPr>
        <w:spacing w:after="80"/>
      </w:pPr>
      <w:r>
        <w:rPr>
          <w:rFonts w:ascii="Georgia" w:hAnsi="Georgia"/>
          <w:sz w:val="23"/>
        </w:rPr>
        <w:t>Rico clapped after that one. “Put it on a shirt.”</w:t>
      </w:r>
    </w:p>
    <w:p>
      <w:pPr>
        <w:spacing w:after="80"/>
      </w:pPr>
      <w:r>
        <w:rPr>
          <w:rFonts w:ascii="Georgia" w:hAnsi="Georgia"/>
          <w:sz w:val="23"/>
        </w:rPr>
        <w:t>“It would be our least popular shirt,” Devin said.</w:t>
      </w:r>
    </w:p>
    <w:p>
      <w:pPr>
        <w:spacing w:after="80"/>
      </w:pPr>
      <w:r>
        <w:rPr>
          <w:rFonts w:ascii="Georgia" w:hAnsi="Georgia"/>
          <w:sz w:val="23"/>
        </w:rPr>
        <w:t>The defense got their share too.</w:t>
      </w:r>
    </w:p>
    <w:p>
      <w:pPr>
        <w:spacing w:after="80"/>
      </w:pPr>
      <w:r>
        <w:rPr>
          <w:rFonts w:ascii="Georgia" w:hAnsi="Georgia"/>
          <w:sz w:val="23"/>
        </w:rPr>
        <w:t>Coach Law and Owen installed a championship bracket package specifically for Mann, Northgate’s star receiver.</w:t>
      </w:r>
    </w:p>
    <w:p>
      <w:pPr>
        <w:spacing w:after="80"/>
      </w:pPr>
      <w:r>
        <w:rPr>
          <w:rFonts w:ascii="Georgia" w:hAnsi="Georgia"/>
          <w:sz w:val="23"/>
        </w:rPr>
        <w:t>“Cone him in the red zone,” Owen said, standing in front of the group like he had been waiting all his life to be taken seriously about route leverage. “Inside-low takes the slant, pivot, and under. Top-out takes the corner, fade, and back-line over. We are not letting one kid become their whole personality.”</w:t>
      </w:r>
    </w:p>
    <w:p>
      <w:pPr>
        <w:spacing w:after="80"/>
      </w:pPr>
      <w:r>
        <w:rPr>
          <w:rFonts w:ascii="Georgia" w:hAnsi="Georgia"/>
          <w:sz w:val="23"/>
        </w:rPr>
        <w:t>Jalen pointed at Mann’s film still on the portable tablet. “He already is their personality.”</w:t>
      </w:r>
    </w:p>
    <w:p>
      <w:pPr>
        <w:spacing w:after="80"/>
      </w:pPr>
      <w:r>
        <w:rPr>
          <w:rFonts w:ascii="Georgia" w:hAnsi="Georgia"/>
          <w:sz w:val="23"/>
        </w:rPr>
        <w:t>“Then remove it,” Coach Law said.</w:t>
      </w:r>
    </w:p>
    <w:p>
      <w:pPr>
        <w:spacing w:after="80"/>
      </w:pPr>
      <w:r>
        <w:rPr>
          <w:rFonts w:ascii="Georgia" w:hAnsi="Georgia"/>
          <w:sz w:val="23"/>
        </w:rPr>
        <w:t>They drilled it over and over.</w:t>
      </w:r>
    </w:p>
    <w:p>
      <w:pPr>
        <w:spacing w:after="80"/>
      </w:pPr>
      <w:r>
        <w:rPr>
          <w:rFonts w:ascii="Georgia" w:hAnsi="Georgia"/>
          <w:sz w:val="23"/>
        </w:rPr>
        <w:t>Mann look on the backside? Cone it.</w:t>
      </w:r>
    </w:p>
    <w:p>
      <w:pPr>
        <w:spacing w:after="80"/>
      </w:pPr>
      <w:r>
        <w:rPr>
          <w:rFonts w:ascii="Georgia" w:hAnsi="Georgia"/>
          <w:sz w:val="23"/>
        </w:rPr>
        <w:t>Mann in reduced split? Alert corner-post.</w:t>
      </w:r>
    </w:p>
    <w:p>
      <w:pPr>
        <w:spacing w:after="80"/>
      </w:pPr>
      <w:r>
        <w:rPr>
          <w:rFonts w:ascii="Georgia" w:hAnsi="Georgia"/>
          <w:sz w:val="23"/>
        </w:rPr>
        <w:t>Mann in stack? Banjo if motion, lock if static.</w:t>
      </w:r>
    </w:p>
    <w:p>
      <w:pPr>
        <w:spacing w:after="80"/>
      </w:pPr>
      <w:r>
        <w:rPr>
          <w:rFonts w:ascii="Georgia" w:hAnsi="Georgia"/>
          <w:sz w:val="23"/>
        </w:rPr>
        <w:t>This was the kind of football Noah loved most: specific football. The stuff that made one week feel totally different from another because winning meant solving this opponent, not football in general.</w:t>
      </w:r>
    </w:p>
    <w:p>
      <w:pPr>
        <w:spacing w:after="80"/>
      </w:pPr>
      <w:r>
        <w:rPr>
          <w:rFonts w:ascii="Georgia" w:hAnsi="Georgia"/>
          <w:sz w:val="23"/>
        </w:rPr>
        <w:t>By the final team period, Prime 8 looked dangerous.</w:t>
      </w:r>
    </w:p>
    <w:p>
      <w:pPr>
        <w:spacing w:after="80"/>
      </w:pPr>
      <w:r>
        <w:rPr>
          <w:rFonts w:ascii="Georgia" w:hAnsi="Georgia"/>
          <w:sz w:val="23"/>
        </w:rPr>
        <w:t>Not in a loud way.</w:t>
      </w:r>
    </w:p>
    <w:p>
      <w:pPr>
        <w:spacing w:after="80"/>
      </w:pPr>
      <w:r>
        <w:rPr>
          <w:rFonts w:ascii="Georgia" w:hAnsi="Georgia"/>
          <w:sz w:val="23"/>
        </w:rPr>
        <w:t>In a title-game way.</w:t>
      </w:r>
    </w:p>
    <w:p>
      <w:pPr>
        <w:spacing w:after="80"/>
      </w:pPr>
      <w:r>
        <w:rPr>
          <w:rFonts w:ascii="Georgia" w:hAnsi="Georgia"/>
          <w:sz w:val="23"/>
        </w:rPr>
        <w:t>Ball on the minus thirty-five.</w:t>
      </w:r>
    </w:p>
    <w:p>
      <w:pPr>
        <w:spacing w:after="80"/>
      </w:pPr>
      <w:r>
        <w:rPr>
          <w:rFonts w:ascii="Georgia" w:hAnsi="Georgia"/>
          <w:sz w:val="23"/>
        </w:rPr>
        <w:t>Need a score in six.</w:t>
      </w:r>
    </w:p>
    <w:p>
      <w:pPr>
        <w:spacing w:after="80"/>
      </w:pPr>
      <w:r>
        <w:rPr>
          <w:rFonts w:ascii="Georgia" w:hAnsi="Georgia"/>
          <w:sz w:val="23"/>
        </w:rPr>
        <w:t>Coach Law stood behind the offense and called only one thing before the period started.</w:t>
      </w:r>
    </w:p>
    <w:p>
      <w:pPr>
        <w:spacing w:after="80"/>
      </w:pPr>
      <w:r>
        <w:rPr>
          <w:rFonts w:ascii="Georgia" w:hAnsi="Georgia"/>
          <w:sz w:val="23"/>
        </w:rPr>
        <w:t>“No free tells.”</w:t>
      </w:r>
    </w:p>
    <w:p>
      <w:pPr>
        <w:spacing w:after="80"/>
      </w:pPr>
      <w:r>
        <w:rPr>
          <w:rFonts w:ascii="Georgia" w:hAnsi="Georgia"/>
          <w:sz w:val="23"/>
        </w:rPr>
        <w:t>Noah nodded.</w:t>
      </w:r>
    </w:p>
    <w:p>
      <w:pPr>
        <w:spacing w:after="80"/>
      </w:pPr>
      <w:r>
        <w:rPr>
          <w:rFonts w:ascii="Georgia" w:hAnsi="Georgia"/>
          <w:sz w:val="23"/>
        </w:rPr>
        <w:t>First play: Base Trips Open. Quick spacing. Five yards. Get lined up.</w:t>
      </w:r>
    </w:p>
    <w:p>
      <w:pPr>
        <w:spacing w:after="80"/>
      </w:pPr>
      <w:r>
        <w:rPr>
          <w:rFonts w:ascii="Georgia" w:hAnsi="Georgia"/>
          <w:sz w:val="23"/>
        </w:rPr>
        <w:t>Second play: same look, Mirror trigger. Instead of spacing, it became glance-plus-rail. The defense sat on the underneath structure. Micah flashed inside on the glance for twelve.</w:t>
      </w:r>
    </w:p>
    <w:p>
      <w:pPr>
        <w:spacing w:after="80"/>
      </w:pPr>
      <w:r>
        <w:rPr>
          <w:rFonts w:ascii="Georgia" w:hAnsi="Georgia"/>
          <w:sz w:val="23"/>
        </w:rPr>
        <w:t>Third play: tempo, no huddle. Noah clapped them onto the ball and called a kill from the line after Owen tipped him that the safety was overplaying the stack side.</w:t>
      </w:r>
    </w:p>
    <w:p>
      <w:pPr>
        <w:spacing w:after="80"/>
      </w:pPr>
      <w:r>
        <w:rPr>
          <w:rFonts w:ascii="Georgia" w:hAnsi="Georgia"/>
          <w:sz w:val="23"/>
        </w:rPr>
        <w:t>Kill to weak-side flood.</w:t>
      </w:r>
    </w:p>
    <w:p>
      <w:pPr>
        <w:spacing w:after="80"/>
      </w:pPr>
      <w:r>
        <w:rPr>
          <w:rFonts w:ascii="Georgia" w:hAnsi="Georgia"/>
          <w:sz w:val="23"/>
        </w:rPr>
        <w:t>The defense over-rotated.</w:t>
      </w:r>
    </w:p>
    <w:p>
      <w:pPr>
        <w:spacing w:after="80"/>
      </w:pPr>
      <w:r>
        <w:rPr>
          <w:rFonts w:ascii="Georgia" w:hAnsi="Georgia"/>
          <w:sz w:val="23"/>
        </w:rPr>
        <w:t>Owen came free underneath for seven and out of bounds.</w:t>
      </w:r>
    </w:p>
    <w:p>
      <w:pPr>
        <w:spacing w:after="80"/>
      </w:pPr>
      <w:r>
        <w:rPr>
          <w:rFonts w:ascii="Georgia" w:hAnsi="Georgia"/>
          <w:sz w:val="23"/>
        </w:rPr>
        <w:t>Now the ball was in the red zone.</w:t>
      </w:r>
    </w:p>
    <w:p>
      <w:pPr>
        <w:spacing w:after="80"/>
      </w:pPr>
      <w:r>
        <w:rPr>
          <w:rFonts w:ascii="Georgia" w:hAnsi="Georgia"/>
          <w:sz w:val="23"/>
        </w:rPr>
        <w:t>Coach Law called for Midnight.</w:t>
      </w:r>
    </w:p>
    <w:p>
      <w:pPr>
        <w:spacing w:after="80"/>
      </w:pPr>
      <w:r>
        <w:rPr>
          <w:rFonts w:ascii="Georgia" w:hAnsi="Georgia"/>
          <w:sz w:val="23"/>
        </w:rPr>
        <w:t>The whole field felt it.</w:t>
      </w:r>
    </w:p>
    <w:p>
      <w:pPr>
        <w:spacing w:after="80"/>
      </w:pPr>
      <w:r>
        <w:rPr>
          <w:rFonts w:ascii="Georgia" w:hAnsi="Georgia"/>
          <w:sz w:val="23"/>
        </w:rPr>
        <w:t>Midnight was the title-game language. The secret menu. The compressed answers for compressed spaces.</w:t>
      </w:r>
    </w:p>
    <w:p>
      <w:pPr>
        <w:spacing w:after="80"/>
      </w:pPr>
      <w:r>
        <w:rPr>
          <w:rFonts w:ascii="Georgia" w:hAnsi="Georgia"/>
          <w:sz w:val="23"/>
        </w:rPr>
        <w:t>Noah stepped into the huddle and kept it simple.</w:t>
      </w:r>
    </w:p>
    <w:p>
      <w:pPr>
        <w:spacing w:after="80"/>
      </w:pPr>
      <w:r>
        <w:rPr>
          <w:rFonts w:ascii="Georgia" w:hAnsi="Georgia"/>
          <w:sz w:val="23"/>
        </w:rPr>
        <w:t>“Midnight one. Trust it.”</w:t>
      </w:r>
    </w:p>
    <w:p>
      <w:pPr>
        <w:spacing w:after="80"/>
      </w:pPr>
      <w:r>
        <w:rPr>
          <w:rFonts w:ascii="Georgia" w:hAnsi="Georgia"/>
          <w:sz w:val="23"/>
        </w:rPr>
        <w:t>They broke.</w:t>
      </w:r>
    </w:p>
    <w:p>
      <w:pPr>
        <w:spacing w:after="80"/>
      </w:pPr>
      <w:r>
        <w:rPr>
          <w:rFonts w:ascii="Georgia" w:hAnsi="Georgia"/>
          <w:sz w:val="23"/>
        </w:rPr>
        <w:t>Bunch Tight right.</w:t>
      </w:r>
    </w:p>
    <w:p>
      <w:pPr>
        <w:spacing w:after="80"/>
      </w:pPr>
      <w:r>
        <w:rPr>
          <w:rFonts w:ascii="Georgia" w:hAnsi="Georgia"/>
          <w:sz w:val="23"/>
        </w:rPr>
        <w:t>The defense tilted with it, expecting pivot or mesh based on old film.</w:t>
      </w:r>
    </w:p>
    <w:p>
      <w:pPr>
        <w:spacing w:after="80"/>
      </w:pPr>
      <w:r>
        <w:rPr>
          <w:rFonts w:ascii="Georgia" w:hAnsi="Georgia"/>
          <w:sz w:val="23"/>
        </w:rPr>
        <w:t>The snap came.</w:t>
      </w:r>
    </w:p>
    <w:p>
      <w:pPr>
        <w:spacing w:after="80"/>
      </w:pPr>
      <w:r>
        <w:rPr>
          <w:rFonts w:ascii="Georgia" w:hAnsi="Georgia"/>
          <w:sz w:val="23"/>
        </w:rPr>
        <w:t>Rico crossed low.</w:t>
      </w:r>
    </w:p>
    <w:p>
      <w:pPr>
        <w:spacing w:after="80"/>
      </w:pPr>
      <w:r>
        <w:rPr>
          <w:rFonts w:ascii="Georgia" w:hAnsi="Georgia"/>
          <w:sz w:val="23"/>
        </w:rPr>
        <w:t>Micah jabbed inside.</w:t>
      </w:r>
    </w:p>
    <w:p>
      <w:pPr>
        <w:spacing w:after="80"/>
      </w:pPr>
      <w:r>
        <w:rPr>
          <w:rFonts w:ascii="Georgia" w:hAnsi="Georgia"/>
          <w:sz w:val="23"/>
        </w:rPr>
        <w:t>Owen leaked late to the back line.</w:t>
      </w:r>
    </w:p>
    <w:p>
      <w:pPr>
        <w:spacing w:after="80"/>
      </w:pPr>
      <w:r>
        <w:rPr>
          <w:rFonts w:ascii="Georgia" w:hAnsi="Georgia"/>
          <w:sz w:val="23"/>
        </w:rPr>
        <w:t>But Devin—Devin, who almost never got the glamour role—delayed one beat, then burst through the middle seam after the defenders widened with everything else.</w:t>
      </w:r>
    </w:p>
    <w:p>
      <w:pPr>
        <w:spacing w:after="80"/>
      </w:pPr>
      <w:r>
        <w:rPr>
          <w:rFonts w:ascii="Georgia" w:hAnsi="Georgia"/>
          <w:sz w:val="23"/>
        </w:rPr>
        <w:t>Noah hit him right on the front of the goal line.</w:t>
      </w:r>
    </w:p>
    <w:p>
      <w:pPr>
        <w:spacing w:after="80"/>
      </w:pPr>
      <w:r>
        <w:rPr>
          <w:rFonts w:ascii="Georgia" w:hAnsi="Georgia"/>
          <w:sz w:val="23"/>
        </w:rPr>
        <w:t>Touchdown.</w:t>
      </w:r>
    </w:p>
    <w:p>
      <w:pPr>
        <w:spacing w:after="80"/>
      </w:pPr>
      <w:r>
        <w:rPr>
          <w:rFonts w:ascii="Georgia" w:hAnsi="Georgia"/>
          <w:sz w:val="23"/>
        </w:rPr>
        <w:t>The offense exploded.</w:t>
      </w:r>
    </w:p>
    <w:p>
      <w:pPr>
        <w:spacing w:after="80"/>
      </w:pPr>
      <w:r>
        <w:rPr>
          <w:rFonts w:ascii="Georgia" w:hAnsi="Georgia"/>
          <w:sz w:val="23"/>
        </w:rPr>
        <w:t>Even Devin smiled, which looked weird enough that Rico immediately pointed at him and shouted, “Document that!”</w:t>
      </w:r>
    </w:p>
    <w:p>
      <w:pPr>
        <w:spacing w:after="80"/>
      </w:pPr>
      <w:r>
        <w:rPr>
          <w:rFonts w:ascii="Georgia" w:hAnsi="Georgia"/>
          <w:sz w:val="23"/>
        </w:rPr>
        <w:t>Coach Law blew the period dead and brought them in.</w:t>
      </w:r>
    </w:p>
    <w:p>
      <w:pPr>
        <w:spacing w:after="80"/>
      </w:pPr>
      <w:r>
        <w:rPr>
          <w:rFonts w:ascii="Georgia" w:hAnsi="Georgia"/>
          <w:sz w:val="23"/>
        </w:rPr>
        <w:t>They circled up breathing hard, flushed from the best kind of practice—the kind where the game started to feel winnable because the answers had weight under them.</w:t>
      </w:r>
    </w:p>
    <w:p>
      <w:pPr>
        <w:spacing w:after="80"/>
      </w:pPr>
      <w:r>
        <w:rPr>
          <w:rFonts w:ascii="Georgia" w:hAnsi="Georgia"/>
          <w:sz w:val="23"/>
        </w:rPr>
        <w:t>“That,” Coach Law said, “is championship football.”</w:t>
      </w:r>
    </w:p>
    <w:p>
      <w:pPr>
        <w:spacing w:after="80"/>
      </w:pPr>
      <w:r>
        <w:rPr>
          <w:rFonts w:ascii="Georgia" w:hAnsi="Georgia"/>
          <w:sz w:val="23"/>
        </w:rPr>
        <w:t>The huddle went quiet.</w:t>
      </w:r>
    </w:p>
    <w:p>
      <w:pPr>
        <w:spacing w:after="80"/>
      </w:pPr>
      <w:r>
        <w:rPr>
          <w:rFonts w:ascii="Georgia" w:hAnsi="Georgia"/>
          <w:sz w:val="23"/>
        </w:rPr>
        <w:t>“You don’t win title games because your first plan is pretty. You win because your second and third plans are ready before panic shows up.”</w:t>
      </w:r>
    </w:p>
    <w:p>
      <w:pPr>
        <w:spacing w:after="80"/>
      </w:pPr>
      <w:r>
        <w:rPr>
          <w:rFonts w:ascii="Georgia" w:hAnsi="Georgia"/>
          <w:sz w:val="23"/>
        </w:rPr>
        <w:t>He looked around the group.</w:t>
      </w:r>
    </w:p>
    <w:p>
      <w:pPr>
        <w:spacing w:after="80"/>
      </w:pPr>
      <w:r>
        <w:rPr>
          <w:rFonts w:ascii="Georgia" w:hAnsi="Georgia"/>
          <w:sz w:val="23"/>
        </w:rPr>
        <w:t>“Everybody in this circle matters next week. Everybody. If you are just waiting for your number to get called, you are already behind. If you are ready to do the small job that makes the big play work, then we are dangerous.”</w:t>
      </w:r>
    </w:p>
    <w:p>
      <w:pPr>
        <w:spacing w:after="80"/>
      </w:pPr>
      <w:r>
        <w:rPr>
          <w:rFonts w:ascii="Georgia" w:hAnsi="Georgia"/>
          <w:sz w:val="23"/>
        </w:rPr>
        <w:t>That landed on all of them, but Noah felt it particularly when Coach Law’s eyes moved past him to Rico.</w:t>
      </w:r>
    </w:p>
    <w:p>
      <w:pPr>
        <w:spacing w:after="80"/>
      </w:pPr>
      <w:r>
        <w:rPr>
          <w:rFonts w:ascii="Georgia" w:hAnsi="Georgia"/>
          <w:sz w:val="23"/>
        </w:rPr>
        <w:t>Then to Devin.</w:t>
      </w:r>
    </w:p>
    <w:p>
      <w:pPr>
        <w:spacing w:after="80"/>
      </w:pPr>
      <w:r>
        <w:rPr>
          <w:rFonts w:ascii="Georgia" w:hAnsi="Georgia"/>
          <w:sz w:val="23"/>
        </w:rPr>
        <w:t>Then to Vee, down at the rope line.</w:t>
      </w:r>
    </w:p>
    <w:p>
      <w:pPr>
        <w:spacing w:after="80"/>
      </w:pPr>
      <w:r>
        <w:rPr>
          <w:rFonts w:ascii="Georgia" w:hAnsi="Georgia"/>
          <w:sz w:val="23"/>
        </w:rPr>
        <w:t>Then back.</w:t>
      </w:r>
    </w:p>
    <w:p>
      <w:pPr>
        <w:spacing w:after="80"/>
      </w:pPr>
      <w:r>
        <w:rPr>
          <w:rFonts w:ascii="Georgia" w:hAnsi="Georgia"/>
          <w:sz w:val="23"/>
        </w:rPr>
        <w:t>The football values were winning the room again.</w:t>
      </w:r>
    </w:p>
    <w:p>
      <w:pPr>
        <w:spacing w:after="80"/>
      </w:pPr>
      <w:r>
        <w:rPr>
          <w:rFonts w:ascii="Georgia" w:hAnsi="Georgia"/>
          <w:sz w:val="23"/>
        </w:rPr>
        <w:t>Effort. Trust. Sacrifice. Pride without ego.</w:t>
      </w:r>
    </w:p>
    <w:p>
      <w:pPr>
        <w:spacing w:after="80"/>
      </w:pPr>
      <w:r>
        <w:rPr>
          <w:rFonts w:ascii="Georgia" w:hAnsi="Georgia"/>
          <w:sz w:val="23"/>
        </w:rPr>
        <w:t>That mattered.</w:t>
      </w:r>
    </w:p>
    <w:p>
      <w:pPr>
        <w:spacing w:after="80"/>
      </w:pPr>
      <w:r>
        <w:rPr>
          <w:rFonts w:ascii="Georgia" w:hAnsi="Georgia"/>
          <w:sz w:val="23"/>
        </w:rPr>
        <w:t>Because the mystery was still there.</w:t>
      </w:r>
    </w:p>
    <w:p>
      <w:pPr>
        <w:spacing w:after="80"/>
      </w:pPr>
      <w:r>
        <w:rPr>
          <w:rFonts w:ascii="Georgia" w:hAnsi="Georgia"/>
          <w:sz w:val="23"/>
        </w:rPr>
        <w:t>And just when Noah started to think the team might finally be getting stronger than it, Vee lifted one hand.</w:t>
      </w:r>
    </w:p>
    <w:p>
      <w:pPr>
        <w:spacing w:after="80"/>
      </w:pPr>
      <w:r>
        <w:rPr>
          <w:rFonts w:ascii="Georgia" w:hAnsi="Georgia"/>
          <w:sz w:val="23"/>
        </w:rPr>
        <w:t>Coach Law noticed.</w:t>
      </w:r>
    </w:p>
    <w:p>
      <w:pPr>
        <w:spacing w:after="80"/>
      </w:pPr>
      <w:r>
        <w:rPr>
          <w:rFonts w:ascii="Georgia" w:hAnsi="Georgia"/>
          <w:sz w:val="23"/>
        </w:rPr>
        <w:t>Yes, actually noticed.</w:t>
      </w:r>
    </w:p>
    <w:p>
      <w:pPr>
        <w:spacing w:after="80"/>
      </w:pPr>
      <w:r>
        <w:rPr>
          <w:rFonts w:ascii="Georgia" w:hAnsi="Georgia"/>
          <w:sz w:val="23"/>
        </w:rPr>
        <w:t>“What?” he said.</w:t>
      </w:r>
    </w:p>
    <w:p>
      <w:pPr>
        <w:spacing w:after="80"/>
      </w:pPr>
      <w:r>
        <w:rPr>
          <w:rFonts w:ascii="Georgia" w:hAnsi="Georgia"/>
          <w:sz w:val="23"/>
        </w:rPr>
        <w:t>She looked around once, then said, “You should probably see this before everyone leaves.”</w:t>
      </w:r>
    </w:p>
    <w:p>
      <w:pPr>
        <w:spacing w:after="80"/>
      </w:pPr>
      <w:r>
        <w:rPr>
          <w:rFonts w:ascii="Georgia" w:hAnsi="Georgia"/>
          <w:sz w:val="23"/>
        </w:rPr>
        <w:t>The field tightened instantly.</w:t>
      </w:r>
    </w:p>
    <w:p>
      <w:pPr>
        <w:spacing w:after="80"/>
      </w:pPr>
      <w:r>
        <w:rPr>
          <w:rFonts w:ascii="Georgia" w:hAnsi="Georgia"/>
          <w:sz w:val="23"/>
        </w:rPr>
        <w:t>Jalen groaned. “Can we have one normal ending to a practice?”</w:t>
      </w:r>
    </w:p>
    <w:p>
      <w:pPr>
        <w:spacing w:after="80"/>
      </w:pPr>
      <w:r>
        <w:rPr>
          <w:rFonts w:ascii="Georgia" w:hAnsi="Georgia"/>
          <w:sz w:val="23"/>
        </w:rPr>
        <w:t>“No,” Owen said. “That would kill the theme.”</w:t>
      </w:r>
    </w:p>
    <w:p>
      <w:pPr>
        <w:spacing w:after="80"/>
      </w:pPr>
      <w:r>
        <w:rPr>
          <w:rFonts w:ascii="Georgia" w:hAnsi="Georgia"/>
          <w:sz w:val="23"/>
        </w:rPr>
        <w:t>Vee did not smile.</w:t>
      </w:r>
    </w:p>
    <w:p>
      <w:pPr>
        <w:spacing w:after="80"/>
      </w:pPr>
      <w:r>
        <w:rPr>
          <w:rFonts w:ascii="Georgia" w:hAnsi="Georgia"/>
          <w:sz w:val="23"/>
        </w:rPr>
        <w:t>She stepped under the rope line and walked toward Coach Law with something in her hand. Not paper this time. Not a phone.</w:t>
      </w:r>
    </w:p>
    <w:p>
      <w:pPr>
        <w:spacing w:after="80"/>
      </w:pPr>
      <w:r>
        <w:rPr>
          <w:rFonts w:ascii="Georgia" w:hAnsi="Georgia"/>
          <w:sz w:val="23"/>
        </w:rPr>
        <w:t>A laminated sideline card.</w:t>
      </w:r>
    </w:p>
    <w:p>
      <w:pPr>
        <w:spacing w:after="80"/>
      </w:pPr>
      <w:r>
        <w:rPr>
          <w:rFonts w:ascii="Georgia" w:hAnsi="Georgia"/>
          <w:sz w:val="23"/>
        </w:rPr>
        <w:t>One of the small ones assistants used for personnel groupings and situational reminders.</w:t>
      </w:r>
    </w:p>
    <w:p>
      <w:pPr>
        <w:spacing w:after="80"/>
      </w:pPr>
      <w:r>
        <w:rPr>
          <w:rFonts w:ascii="Georgia" w:hAnsi="Georgia"/>
          <w:sz w:val="23"/>
        </w:rPr>
        <w:t>Coach Law took it.</w:t>
      </w:r>
    </w:p>
    <w:p>
      <w:pPr>
        <w:spacing w:after="80"/>
      </w:pPr>
      <w:r>
        <w:rPr>
          <w:rFonts w:ascii="Georgia" w:hAnsi="Georgia"/>
          <w:sz w:val="23"/>
        </w:rPr>
        <w:t>His face changed before he even fully flipped it over.</w:t>
      </w:r>
    </w:p>
    <w:p>
      <w:pPr>
        <w:spacing w:after="80"/>
      </w:pPr>
      <w:r>
        <w:rPr>
          <w:rFonts w:ascii="Georgia" w:hAnsi="Georgia"/>
          <w:sz w:val="23"/>
        </w:rPr>
        <w:t>Noah took one step closer. “What is it?”</w:t>
      </w:r>
    </w:p>
    <w:p>
      <w:pPr>
        <w:spacing w:after="80"/>
      </w:pPr>
      <w:r>
        <w:rPr>
          <w:rFonts w:ascii="Georgia" w:hAnsi="Georgia"/>
          <w:sz w:val="23"/>
        </w:rPr>
        <w:t>Coach Law turned the card so he could see.</w:t>
      </w:r>
    </w:p>
    <w:p>
      <w:pPr>
        <w:spacing w:after="80"/>
      </w:pPr>
      <w:r>
        <w:rPr>
          <w:rFonts w:ascii="Georgia" w:hAnsi="Georgia"/>
          <w:sz w:val="23"/>
        </w:rPr>
        <w:t>On the back, written in black marker in clean block letters, were four words:</w:t>
      </w:r>
    </w:p>
    <w:p>
      <w:pPr>
        <w:spacing w:after="80"/>
      </w:pPr>
      <w:r>
        <w:rPr>
          <w:rFonts w:ascii="Georgia" w:hAnsi="Georgia"/>
          <w:sz w:val="23"/>
        </w:rPr>
        <w:t>SEE YOU SATURDAY, QUARTERBACK</w:t>
      </w:r>
    </w:p>
    <w:p>
      <w:pPr>
        <w:spacing w:after="80"/>
      </w:pPr>
      <w:r>
        <w:rPr>
          <w:rFonts w:ascii="Georgia" w:hAnsi="Georgia"/>
          <w:sz w:val="23"/>
        </w:rPr>
        <w:t>Noah’s chest went cold.</w:t>
      </w:r>
    </w:p>
    <w:p>
      <w:pPr>
        <w:spacing w:after="80"/>
      </w:pPr>
      <w:r>
        <w:rPr>
          <w:rFonts w:ascii="Georgia" w:hAnsi="Georgia"/>
          <w:sz w:val="23"/>
        </w:rPr>
        <w:t>The field went silent.</w:t>
      </w:r>
    </w:p>
    <w:p>
      <w:pPr>
        <w:spacing w:after="80"/>
      </w:pPr>
      <w:r>
        <w:rPr>
          <w:rFonts w:ascii="Georgia" w:hAnsi="Georgia"/>
          <w:sz w:val="23"/>
        </w:rPr>
        <w:t>And then, from somewhere beyond the fence line behind the far end zone, somebody blew a whistle.</w:t>
      </w:r>
    </w:p>
    <w:p>
      <w:pPr>
        <w:spacing w:after="80"/>
      </w:pPr>
      <w:r>
        <w:rPr>
          <w:rFonts w:ascii="Georgia" w:hAnsi="Georgia"/>
          <w:sz w:val="23"/>
        </w:rPr>
        <w:t>Not Coach Law’s whistle.</w:t>
      </w:r>
    </w:p>
    <w:p>
      <w:pPr>
        <w:spacing w:after="80"/>
      </w:pPr>
      <w:r>
        <w:rPr>
          <w:rFonts w:ascii="Georgia" w:hAnsi="Georgia"/>
          <w:sz w:val="23"/>
        </w:rPr>
        <w:t>Not one of the refs’.</w:t>
      </w:r>
    </w:p>
    <w:p>
      <w:pPr>
        <w:spacing w:after="80"/>
      </w:pPr>
      <w:r>
        <w:rPr>
          <w:rFonts w:ascii="Georgia" w:hAnsi="Georgia"/>
          <w:sz w:val="23"/>
        </w:rPr>
        <w:t>A single sharp blast.</w:t>
      </w:r>
    </w:p>
    <w:p>
      <w:pPr>
        <w:spacing w:after="80"/>
      </w:pPr>
      <w:r>
        <w:rPr>
          <w:rFonts w:ascii="Georgia" w:hAnsi="Georgia"/>
          <w:sz w:val="23"/>
        </w:rPr>
        <w:t>All eight heads turned at once.</w:t>
      </w:r>
    </w:p>
    <w:p>
      <w:pPr>
        <w:spacing w:after="80"/>
      </w:pPr>
      <w:r>
        <w:rPr>
          <w:rFonts w:ascii="Georgia" w:hAnsi="Georgia"/>
          <w:sz w:val="23"/>
        </w:rPr>
        <w:t>But by the time Noah looked, there was nobody there.</w:t>
      </w:r>
    </w:p>
    <w:p>
      <w:r>
        <w:br w:type="page"/>
      </w:r>
    </w:p>
    <w:p>
      <w:pPr>
        <w:spacing w:after="40"/>
        <w:jc w:val="center"/>
      </w:pPr>
      <w:r>
        <w:rPr>
          <w:rFonts w:ascii="Georgia" w:hAnsi="Georgia"/>
          <w:b/>
          <w:i w:val="0"/>
          <w:sz w:val="28"/>
        </w:rPr>
        <w:t>Chapter 14</w:t>
      </w:r>
    </w:p>
    <w:p>
      <w:pPr>
        <w:spacing w:after="200"/>
        <w:jc w:val="center"/>
      </w:pPr>
      <w:r>
        <w:rPr>
          <w:rFonts w:ascii="Georgia" w:hAnsi="Georgia"/>
          <w:b w:val="0"/>
          <w:i/>
          <w:sz w:val="24"/>
        </w:rPr>
        <w:t>The Truth Hiding in Plain Sight</w:t>
      </w:r>
    </w:p>
    <w:p>
      <w:pPr>
        <w:spacing w:after="80"/>
      </w:pPr>
      <w:r>
        <w:rPr>
          <w:rFonts w:ascii="Georgia" w:hAnsi="Georgia"/>
          <w:sz w:val="23"/>
        </w:rPr>
        <w:t>For one second, nothing changed on Coach Law’s face.</w:t>
      </w:r>
    </w:p>
    <w:p>
      <w:pPr>
        <w:spacing w:after="80"/>
      </w:pPr>
      <w:r>
        <w:rPr>
          <w:rFonts w:ascii="Georgia" w:hAnsi="Georgia"/>
          <w:sz w:val="23"/>
        </w:rPr>
        <w:t>Then he looked up.</w:t>
      </w:r>
    </w:p>
    <w:p>
      <w:pPr>
        <w:spacing w:after="80"/>
      </w:pPr>
      <w:r>
        <w:rPr>
          <w:rFonts w:ascii="Georgia" w:hAnsi="Georgia"/>
          <w:sz w:val="23"/>
        </w:rPr>
        <w:t>And Noah couldn’t tell if that was good news or bad.</w:t>
      </w:r>
    </w:p>
    <w:p>
      <w:pPr>
        <w:spacing w:after="80"/>
      </w:pPr>
      <w:r>
        <w:rPr>
          <w:rFonts w:ascii="Georgia" w:hAnsi="Georgia"/>
          <w:sz w:val="23"/>
        </w:rPr>
        <w:t>Then Rico said, “Well?”</w:t>
      </w:r>
    </w:p>
    <w:p>
      <w:pPr>
        <w:spacing w:after="80"/>
      </w:pPr>
      <w:r>
        <w:rPr>
          <w:rFonts w:ascii="Georgia" w:hAnsi="Georgia"/>
          <w:sz w:val="23"/>
        </w:rPr>
        <w:t>Coach Law looked at him.</w:t>
      </w:r>
    </w:p>
    <w:p>
      <w:pPr>
        <w:spacing w:after="80"/>
      </w:pPr>
      <w:r>
        <w:rPr>
          <w:rFonts w:ascii="Georgia" w:hAnsi="Georgia"/>
          <w:sz w:val="23"/>
        </w:rPr>
        <w:t>“They won.”</w:t>
      </w:r>
    </w:p>
    <w:p>
      <w:pPr>
        <w:spacing w:after="80"/>
      </w:pPr>
      <w:r>
        <w:rPr>
          <w:rFonts w:ascii="Georgia" w:hAnsi="Georgia"/>
          <w:sz w:val="23"/>
        </w:rPr>
        <w:t>The huddle did not explode right away.</w:t>
      </w:r>
    </w:p>
    <w:p>
      <w:pPr>
        <w:spacing w:after="80"/>
      </w:pPr>
      <w:r>
        <w:rPr>
          <w:rFonts w:ascii="Georgia" w:hAnsi="Georgia"/>
          <w:sz w:val="23"/>
        </w:rPr>
        <w:t>That surprised Noah.</w:t>
      </w:r>
    </w:p>
    <w:p>
      <w:pPr>
        <w:spacing w:after="80"/>
      </w:pPr>
      <w:r>
        <w:rPr>
          <w:rFonts w:ascii="Georgia" w:hAnsi="Georgia"/>
          <w:sz w:val="23"/>
        </w:rPr>
        <w:t>Maybe because everybody had spent the last two weeks living inside too many versions of the same answer. Maybe because Northgate was not just another team anymore. Maybe because hearing they won did not feel like hearing good, we get the title game.</w:t>
      </w:r>
    </w:p>
    <w:p>
      <w:pPr>
        <w:spacing w:after="80"/>
      </w:pPr>
      <w:r>
        <w:rPr>
          <w:rFonts w:ascii="Georgia" w:hAnsi="Georgia"/>
          <w:sz w:val="23"/>
        </w:rPr>
        <w:t>It felt like hearing something else.</w:t>
      </w:r>
    </w:p>
    <w:p>
      <w:pPr>
        <w:spacing w:after="80"/>
      </w:pPr>
      <w:r>
        <w:rPr>
          <w:rFonts w:ascii="Georgia" w:hAnsi="Georgia"/>
          <w:sz w:val="23"/>
        </w:rPr>
        <w:t>Something heavier.</w:t>
      </w:r>
    </w:p>
    <w:p>
      <w:pPr>
        <w:spacing w:after="80"/>
      </w:pPr>
      <w:r>
        <w:rPr>
          <w:rFonts w:ascii="Georgia" w:hAnsi="Georgia"/>
          <w:sz w:val="23"/>
        </w:rPr>
        <w:t>Then Jalen snapped first.</w:t>
      </w:r>
    </w:p>
    <w:p>
      <w:pPr>
        <w:spacing w:after="80"/>
      </w:pPr>
      <w:r>
        <w:rPr>
          <w:rFonts w:ascii="Georgia" w:hAnsi="Georgia"/>
          <w:sz w:val="23"/>
        </w:rPr>
        <w:t>“Good.”</w:t>
      </w:r>
    </w:p>
    <w:p>
      <w:pPr>
        <w:spacing w:after="80"/>
      </w:pPr>
      <w:r>
        <w:rPr>
          <w:rFonts w:ascii="Georgia" w:hAnsi="Georgia"/>
          <w:sz w:val="23"/>
        </w:rPr>
        <w:t>That got the rest of them moving.</w:t>
      </w:r>
    </w:p>
    <w:p>
      <w:pPr>
        <w:spacing w:after="80"/>
      </w:pPr>
      <w:r>
        <w:rPr>
          <w:rFonts w:ascii="Georgia" w:hAnsi="Georgia"/>
          <w:sz w:val="23"/>
        </w:rPr>
        <w:t>Rico threw one hand in the air. Micah let out a sharp laugh that sounded more like adrenaline than joy. Owen nodded once, like he had already accepted the bracket as law and moved on to the next problem. Devin smiled, but only a little. Even Vee, outside the rope line with the football tucked under one arm, had that look Noah recognized now—the one that meant she was seeing two stories at once.</w:t>
      </w:r>
    </w:p>
    <w:p>
      <w:pPr>
        <w:spacing w:after="80"/>
      </w:pPr>
      <w:r>
        <w:rPr>
          <w:rFonts w:ascii="Georgia" w:hAnsi="Georgia"/>
          <w:sz w:val="23"/>
        </w:rPr>
        <w:t>The football story.</w:t>
      </w:r>
    </w:p>
    <w:p>
      <w:pPr>
        <w:spacing w:after="80"/>
      </w:pPr>
      <w:r>
        <w:rPr>
          <w:rFonts w:ascii="Georgia" w:hAnsi="Georgia"/>
          <w:sz w:val="23"/>
        </w:rPr>
        <w:t>And the other one.</w:t>
      </w:r>
    </w:p>
    <w:p>
      <w:pPr>
        <w:spacing w:after="80"/>
      </w:pPr>
      <w:r>
        <w:rPr>
          <w:rFonts w:ascii="Georgia" w:hAnsi="Georgia"/>
          <w:sz w:val="23"/>
        </w:rPr>
        <w:t>Coach Law let the noise lift and fall on its own.</w:t>
      </w:r>
    </w:p>
    <w:p>
      <w:pPr>
        <w:spacing w:after="80"/>
      </w:pPr>
      <w:r>
        <w:rPr>
          <w:rFonts w:ascii="Georgia" w:hAnsi="Georgia"/>
          <w:sz w:val="23"/>
        </w:rPr>
        <w:t>Then he said, “Celebrate tonight. Tomorrow, you belong to film.”</w:t>
      </w:r>
    </w:p>
    <w:p>
      <w:pPr>
        <w:spacing w:after="80"/>
      </w:pPr>
      <w:r>
        <w:rPr>
          <w:rFonts w:ascii="Georgia" w:hAnsi="Georgia"/>
          <w:sz w:val="23"/>
        </w:rPr>
        <w:t>That quieted them faster than another whistle would have.</w:t>
      </w:r>
    </w:p>
    <w:p>
      <w:pPr>
        <w:spacing w:after="80"/>
      </w:pPr>
      <w:r>
        <w:rPr>
          <w:rFonts w:ascii="Georgia" w:hAnsi="Georgia"/>
          <w:sz w:val="23"/>
        </w:rPr>
        <w:t>Northgate.</w:t>
      </w:r>
    </w:p>
    <w:p>
      <w:pPr>
        <w:spacing w:after="80"/>
      </w:pPr>
      <w:r>
        <w:rPr>
          <w:rFonts w:ascii="Georgia" w:hAnsi="Georgia"/>
          <w:sz w:val="23"/>
        </w:rPr>
        <w:t>Championship game.</w:t>
      </w:r>
    </w:p>
    <w:p>
      <w:pPr>
        <w:spacing w:after="80"/>
      </w:pPr>
      <w:r>
        <w:rPr>
          <w:rFonts w:ascii="Georgia" w:hAnsi="Georgia"/>
          <w:sz w:val="23"/>
        </w:rPr>
        <w:t>The same team from Week 1.</w:t>
      </w:r>
    </w:p>
    <w:p>
      <w:pPr>
        <w:spacing w:after="80"/>
      </w:pPr>
      <w:r>
        <w:rPr>
          <w:rFonts w:ascii="Georgia" w:hAnsi="Georgia"/>
          <w:sz w:val="23"/>
        </w:rPr>
        <w:t>The same team with the same left-handed quarterback, the same sharp boundary corner, the same defensive timing that had felt wrong before Noah had the words for why it felt wrong.</w:t>
      </w:r>
    </w:p>
    <w:p>
      <w:pPr>
        <w:spacing w:after="80"/>
      </w:pPr>
      <w:r>
        <w:rPr>
          <w:rFonts w:ascii="Georgia" w:hAnsi="Georgia"/>
          <w:sz w:val="23"/>
        </w:rPr>
        <w:t>The same team that might know too much.</w:t>
      </w:r>
    </w:p>
    <w:p>
      <w:pPr>
        <w:spacing w:after="80"/>
      </w:pPr>
      <w:r>
        <w:rPr>
          <w:rFonts w:ascii="Georgia" w:hAnsi="Georgia"/>
          <w:sz w:val="23"/>
        </w:rPr>
        <w:t>Noah looked at Coach Law.</w:t>
      </w:r>
    </w:p>
    <w:p>
      <w:pPr>
        <w:spacing w:after="80"/>
      </w:pPr>
      <w:r>
        <w:rPr>
          <w:rFonts w:ascii="Georgia" w:hAnsi="Georgia"/>
          <w:sz w:val="23"/>
        </w:rPr>
        <w:t>His dad’s expression stayed level, but Noah knew that face now. That was not end-of-game relief. That was reassembly face. Strip the parts down. Build them back stronger. Decide what survives.</w:t>
      </w:r>
    </w:p>
    <w:p>
      <w:pPr>
        <w:spacing w:after="80"/>
      </w:pPr>
      <w:r>
        <w:rPr>
          <w:rFonts w:ascii="Georgia" w:hAnsi="Georgia"/>
          <w:sz w:val="23"/>
        </w:rPr>
        <w:t>Jalen pointed toward the lot. “So what’s the plan? We still running all our stuff?”</w:t>
      </w:r>
    </w:p>
    <w:p>
      <w:pPr>
        <w:spacing w:after="80"/>
      </w:pPr>
      <w:r>
        <w:rPr>
          <w:rFonts w:ascii="Georgia" w:hAnsi="Georgia"/>
          <w:sz w:val="23"/>
        </w:rPr>
        <w:t>Coach Law looked at him. “That depends.”</w:t>
      </w:r>
    </w:p>
    <w:p>
      <w:pPr>
        <w:spacing w:after="80"/>
      </w:pPr>
      <w:r>
        <w:rPr>
          <w:rFonts w:ascii="Georgia" w:hAnsi="Georgia"/>
          <w:sz w:val="23"/>
        </w:rPr>
        <w:t>“On what?”</w:t>
      </w:r>
    </w:p>
    <w:p>
      <w:pPr>
        <w:spacing w:after="80"/>
      </w:pPr>
      <w:r>
        <w:rPr>
          <w:rFonts w:ascii="Georgia" w:hAnsi="Georgia"/>
          <w:sz w:val="23"/>
        </w:rPr>
        <w:t>His dad slid the phone back into his pocket. “On whether we want to win pretty or win smart.”</w:t>
      </w:r>
    </w:p>
    <w:p>
      <w:pPr>
        <w:spacing w:after="80"/>
      </w:pPr>
      <w:r>
        <w:rPr>
          <w:rFonts w:ascii="Georgia" w:hAnsi="Georgia"/>
          <w:sz w:val="23"/>
        </w:rPr>
        <w:t>That line followed Noah all the way home.</w:t>
      </w:r>
    </w:p>
    <w:p>
      <w:r>
        <w:br w:type="page"/>
      </w:r>
    </w:p>
    <w:p>
      <w:pPr>
        <w:spacing w:after="40"/>
        <w:jc w:val="center"/>
      </w:pPr>
      <w:r>
        <w:rPr>
          <w:rFonts w:ascii="Georgia" w:hAnsi="Georgia"/>
          <w:b/>
          <w:i w:val="0"/>
          <w:sz w:val="28"/>
        </w:rPr>
        <w:t>Chapter 15</w:t>
      </w:r>
    </w:p>
    <w:p>
      <w:pPr>
        <w:spacing w:after="200"/>
        <w:jc w:val="center"/>
      </w:pPr>
      <w:r>
        <w:rPr>
          <w:rFonts w:ascii="Georgia" w:hAnsi="Georgia"/>
          <w:b w:val="0"/>
          <w:i/>
          <w:sz w:val="24"/>
        </w:rPr>
        <w:t>Coach Law and Noah</w:t>
      </w:r>
    </w:p>
    <w:p>
      <w:pPr>
        <w:spacing w:after="80"/>
      </w:pPr>
      <w:r>
        <w:rPr>
          <w:rFonts w:ascii="Georgia" w:hAnsi="Georgia"/>
          <w:sz w:val="23"/>
        </w:rPr>
        <w:t>The whistle blast behind the far end zone should have sent everybody running.</w:t>
      </w:r>
    </w:p>
    <w:p>
      <w:pPr>
        <w:spacing w:after="80"/>
      </w:pPr>
      <w:r>
        <w:rPr>
          <w:rFonts w:ascii="Georgia" w:hAnsi="Georgia"/>
          <w:sz w:val="23"/>
        </w:rPr>
        <w:t>It didn’t.</w:t>
      </w:r>
    </w:p>
    <w:p>
      <w:pPr>
        <w:spacing w:after="80"/>
      </w:pPr>
      <w:r>
        <w:rPr>
          <w:rFonts w:ascii="Georgia" w:hAnsi="Georgia"/>
          <w:sz w:val="23"/>
        </w:rPr>
        <w:t>Not right away.</w:t>
      </w:r>
    </w:p>
    <w:p>
      <w:pPr>
        <w:spacing w:after="80"/>
      </w:pPr>
      <w:r>
        <w:rPr>
          <w:rFonts w:ascii="Georgia" w:hAnsi="Georgia"/>
          <w:sz w:val="23"/>
        </w:rPr>
        <w:t>Prime 8 just stood there for a second in that weird space between football instinct and regular-kid instinct, every head turned toward the fence line, every body half-ready to react, none of them fully sure to what.</w:t>
      </w:r>
    </w:p>
    <w:p>
      <w:pPr>
        <w:spacing w:after="80"/>
      </w:pPr>
      <w:r>
        <w:rPr>
          <w:rFonts w:ascii="Georgia" w:hAnsi="Georgia"/>
          <w:sz w:val="23"/>
        </w:rPr>
        <w:t>Coach Law moved first.</w:t>
      </w:r>
    </w:p>
    <w:p>
      <w:pPr>
        <w:spacing w:after="80"/>
      </w:pPr>
      <w:r>
        <w:rPr>
          <w:rFonts w:ascii="Georgia" w:hAnsi="Georgia"/>
          <w:sz w:val="23"/>
        </w:rPr>
        <w:t>“Stay here.”</w:t>
      </w:r>
    </w:p>
    <w:p>
      <w:pPr>
        <w:spacing w:after="80"/>
      </w:pPr>
      <w:r>
        <w:rPr>
          <w:rFonts w:ascii="Georgia" w:hAnsi="Georgia"/>
          <w:sz w:val="23"/>
        </w:rPr>
        <w:t>That was enough to make three people want to ignore him immediately.</w:t>
      </w:r>
    </w:p>
    <w:p>
      <w:pPr>
        <w:spacing w:after="80"/>
      </w:pPr>
      <w:r>
        <w:rPr>
          <w:rFonts w:ascii="Georgia" w:hAnsi="Georgia"/>
          <w:sz w:val="23"/>
        </w:rPr>
        <w:t>Jalen stepped forward. “Coach, if that’s—”</w:t>
      </w:r>
    </w:p>
    <w:p>
      <w:pPr>
        <w:spacing w:after="80"/>
      </w:pPr>
      <w:r>
        <w:rPr>
          <w:rFonts w:ascii="Georgia" w:hAnsi="Georgia"/>
          <w:sz w:val="23"/>
        </w:rPr>
        <w:t>“Stay,” Coach Law repeated, sharper this time.</w:t>
      </w:r>
    </w:p>
    <w:p>
      <w:pPr>
        <w:spacing w:after="80"/>
      </w:pPr>
      <w:r>
        <w:rPr>
          <w:rFonts w:ascii="Georgia" w:hAnsi="Georgia"/>
          <w:sz w:val="23"/>
        </w:rPr>
        <w:t>This time even Jalen stopped.</w:t>
      </w:r>
    </w:p>
    <w:p>
      <w:pPr>
        <w:spacing w:after="80"/>
      </w:pPr>
      <w:r>
        <w:rPr>
          <w:rFonts w:ascii="Georgia" w:hAnsi="Georgia"/>
          <w:sz w:val="23"/>
        </w:rPr>
        <w:t>Coach Law jogged toward the far end zone with the laminated card in one hand. The assistant with the whistle—one of the refs from earlier youth games, not their ref—was nowhere in sight, and the fence line behind the end zone looked empty except for weeds, a patch of dirt, and the narrow walking path that ran behind the rec complex toward the baseball diamonds.</w:t>
      </w:r>
    </w:p>
    <w:p>
      <w:pPr>
        <w:spacing w:after="80"/>
      </w:pPr>
      <w:r>
        <w:rPr>
          <w:rFonts w:ascii="Georgia" w:hAnsi="Georgia"/>
          <w:sz w:val="23"/>
        </w:rPr>
        <w:t>Noah hated how normal it looked.</w:t>
      </w:r>
    </w:p>
    <w:p>
      <w:pPr>
        <w:spacing w:after="80"/>
      </w:pPr>
      <w:r>
        <w:rPr>
          <w:rFonts w:ascii="Georgia" w:hAnsi="Georgia"/>
          <w:sz w:val="23"/>
        </w:rPr>
        <w:t>Vee came up beside him, football still tucked under one arm. “Whoever did that wanted you to look.”</w:t>
      </w:r>
    </w:p>
    <w:p>
      <w:pPr>
        <w:spacing w:after="80"/>
      </w:pPr>
      <w:r>
        <w:rPr>
          <w:rFonts w:ascii="Georgia" w:hAnsi="Georgia"/>
          <w:sz w:val="23"/>
        </w:rPr>
        <w:t>“That’s helpful,” Noah muttered.</w:t>
      </w:r>
    </w:p>
    <w:p>
      <w:pPr>
        <w:spacing w:after="80"/>
      </w:pPr>
      <w:r>
        <w:rPr>
          <w:rFonts w:ascii="Georgia" w:hAnsi="Georgia"/>
          <w:sz w:val="23"/>
        </w:rPr>
        <w:t>“It is helpful. It means they didn’t want to get caught.”</w:t>
      </w:r>
    </w:p>
    <w:p>
      <w:pPr>
        <w:spacing w:after="80"/>
      </w:pPr>
      <w:r>
        <w:rPr>
          <w:rFonts w:ascii="Georgia" w:hAnsi="Georgia"/>
          <w:sz w:val="23"/>
        </w:rPr>
        <w:t>Jalen folded his arms. “That means they’re cowards.”</w:t>
      </w:r>
    </w:p>
    <w:p>
      <w:pPr>
        <w:spacing w:after="80"/>
      </w:pPr>
      <w:r>
        <w:rPr>
          <w:rFonts w:ascii="Georgia" w:hAnsi="Georgia"/>
          <w:sz w:val="23"/>
        </w:rPr>
        <w:t>Owen glanced toward the end zone. “Or patient.”</w:t>
      </w:r>
    </w:p>
    <w:p>
      <w:pPr>
        <w:spacing w:after="80"/>
      </w:pPr>
      <w:r>
        <w:rPr>
          <w:rFonts w:ascii="Georgia" w:hAnsi="Georgia"/>
          <w:sz w:val="23"/>
        </w:rPr>
        <w:t>Devin, standing on Noah’s other side, kept his eyes on Coach Law. “Or both.”</w:t>
      </w:r>
    </w:p>
    <w:p>
      <w:pPr>
        <w:spacing w:after="80"/>
      </w:pPr>
      <w:r>
        <w:rPr>
          <w:rFonts w:ascii="Georgia" w:hAnsi="Georgia"/>
          <w:sz w:val="23"/>
        </w:rPr>
        <w:t>Micah bounced once on the balls of his feet and looked like he wanted to sprint after Coach Law anyway. “You think somebody was actually out there?”</w:t>
      </w:r>
    </w:p>
    <w:p>
      <w:pPr>
        <w:spacing w:after="80"/>
      </w:pPr>
      <w:r>
        <w:rPr>
          <w:rFonts w:ascii="Georgia" w:hAnsi="Georgia"/>
          <w:sz w:val="23"/>
        </w:rPr>
        <w:t>Noah did not answer.</w:t>
      </w:r>
    </w:p>
    <w:p>
      <w:pPr>
        <w:spacing w:after="80"/>
      </w:pPr>
      <w:r>
        <w:rPr>
          <w:rFonts w:ascii="Georgia" w:hAnsi="Georgia"/>
          <w:sz w:val="23"/>
        </w:rPr>
        <w:t>Because the truth was, the whistle had done what it was supposed to do.</w:t>
      </w:r>
    </w:p>
    <w:p>
      <w:pPr>
        <w:spacing w:after="80"/>
      </w:pPr>
      <w:r>
        <w:rPr>
          <w:rFonts w:ascii="Georgia" w:hAnsi="Georgia"/>
          <w:sz w:val="23"/>
        </w:rPr>
        <w:t>It had turned a football team into a crowd for a second.</w:t>
      </w:r>
    </w:p>
    <w:p>
      <w:pPr>
        <w:spacing w:after="80"/>
      </w:pPr>
      <w:r>
        <w:rPr>
          <w:rFonts w:ascii="Georgia" w:hAnsi="Georgia"/>
          <w:sz w:val="23"/>
        </w:rPr>
        <w:t>Coach Law came back a minute later with nothing in his hands except the laminated card. No person. No extra clue. No great reveal. Which, somehow, made the whole thing feel even more annoying.</w:t>
      </w:r>
    </w:p>
    <w:p>
      <w:pPr>
        <w:spacing w:after="80"/>
      </w:pPr>
      <w:r>
        <w:rPr>
          <w:rFonts w:ascii="Georgia" w:hAnsi="Georgia"/>
          <w:sz w:val="23"/>
        </w:rPr>
        <w:t>He stopped in front of the team.</w:t>
      </w:r>
    </w:p>
    <w:p>
      <w:pPr>
        <w:spacing w:after="80"/>
      </w:pPr>
      <w:r>
        <w:rPr>
          <w:rFonts w:ascii="Georgia" w:hAnsi="Georgia"/>
          <w:sz w:val="23"/>
        </w:rPr>
        <w:t>“Everybody clear out.”</w:t>
      </w:r>
    </w:p>
    <w:p>
      <w:pPr>
        <w:spacing w:after="80"/>
      </w:pPr>
      <w:r>
        <w:rPr>
          <w:rFonts w:ascii="Georgia" w:hAnsi="Georgia"/>
          <w:sz w:val="23"/>
        </w:rPr>
        <w:t>Jalen looked personally offended. “That’s all?”</w:t>
      </w:r>
    </w:p>
    <w:p>
      <w:pPr>
        <w:spacing w:after="80"/>
      </w:pPr>
      <w:r>
        <w:rPr>
          <w:rFonts w:ascii="Georgia" w:hAnsi="Georgia"/>
          <w:sz w:val="23"/>
        </w:rPr>
        <w:t>“That’s all for tonight.”</w:t>
      </w:r>
    </w:p>
    <w:p>
      <w:pPr>
        <w:spacing w:after="80"/>
      </w:pPr>
      <w:r>
        <w:rPr>
          <w:rFonts w:ascii="Georgia" w:hAnsi="Georgia"/>
          <w:sz w:val="23"/>
        </w:rPr>
        <w:t>Rico finally spoke, quieter than usual. “So somebody leaves a message for Noah and a whistle in the dark and we’re supposed to just head home?”</w:t>
      </w:r>
    </w:p>
    <w:p>
      <w:pPr>
        <w:spacing w:after="80"/>
      </w:pPr>
      <w:r>
        <w:rPr>
          <w:rFonts w:ascii="Georgia" w:hAnsi="Georgia"/>
          <w:sz w:val="23"/>
        </w:rPr>
        <w:t>Coach Law’s eyes cut to him. “No. You’re supposed to come ready on Saturday and let me handle the rest.”</w:t>
      </w:r>
    </w:p>
    <w:p>
      <w:pPr>
        <w:spacing w:after="80"/>
      </w:pPr>
      <w:r>
        <w:rPr>
          <w:rFonts w:ascii="Georgia" w:hAnsi="Georgia"/>
          <w:sz w:val="23"/>
        </w:rPr>
        <w:t>Noah heard it this time.</w:t>
      </w:r>
    </w:p>
    <w:p>
      <w:pPr>
        <w:spacing w:after="80"/>
      </w:pPr>
      <w:r>
        <w:rPr>
          <w:rFonts w:ascii="Georgia" w:hAnsi="Georgia"/>
          <w:sz w:val="23"/>
        </w:rPr>
        <w:t>Not the command.</w:t>
      </w:r>
    </w:p>
    <w:p>
      <w:pPr>
        <w:spacing w:after="80"/>
      </w:pPr>
      <w:r>
        <w:rPr>
          <w:rFonts w:ascii="Georgia" w:hAnsi="Georgia"/>
          <w:sz w:val="23"/>
        </w:rPr>
        <w:t>The strain underneath it.</w:t>
      </w:r>
    </w:p>
    <w:p>
      <w:pPr>
        <w:spacing w:after="80"/>
      </w:pPr>
      <w:r>
        <w:rPr>
          <w:rFonts w:ascii="Georgia" w:hAnsi="Georgia"/>
          <w:sz w:val="23"/>
        </w:rPr>
        <w:t>His dad was keeping the team moving because if he let them settle inside the mystery too long, they would stop being football players and start becoming suspects, detectives, victims, and distractions.</w:t>
      </w:r>
    </w:p>
    <w:p>
      <w:pPr>
        <w:spacing w:after="80"/>
      </w:pPr>
      <w:r>
        <w:rPr>
          <w:rFonts w:ascii="Georgia" w:hAnsi="Georgia"/>
          <w:sz w:val="23"/>
        </w:rPr>
        <w:t>And they had a title game to win.</w:t>
      </w:r>
    </w:p>
    <w:p>
      <w:pPr>
        <w:spacing w:after="80"/>
      </w:pPr>
      <w:r>
        <w:rPr>
          <w:rFonts w:ascii="Georgia" w:hAnsi="Georgia"/>
          <w:sz w:val="23"/>
        </w:rPr>
        <w:t>Coach Law looked around the circle. “You want to fight this? Good. Fight it on the field.”</w:t>
      </w:r>
    </w:p>
    <w:p>
      <w:pPr>
        <w:spacing w:after="80"/>
      </w:pPr>
      <w:r>
        <w:rPr>
          <w:rFonts w:ascii="Georgia" w:hAnsi="Georgia"/>
          <w:sz w:val="23"/>
        </w:rPr>
        <w:t>That got them.</w:t>
      </w:r>
    </w:p>
    <w:p>
      <w:pPr>
        <w:spacing w:after="80"/>
      </w:pPr>
      <w:r>
        <w:rPr>
          <w:rFonts w:ascii="Georgia" w:hAnsi="Georgia"/>
          <w:sz w:val="23"/>
        </w:rPr>
        <w:t>Every one of them.</w:t>
      </w:r>
    </w:p>
    <w:p>
      <w:pPr>
        <w:spacing w:after="80"/>
      </w:pPr>
      <w:r>
        <w:rPr>
          <w:rFonts w:ascii="Georgia" w:hAnsi="Georgia"/>
          <w:sz w:val="23"/>
        </w:rPr>
        <w:t>Because that was football language. The only kind that really mattered when everything else got noisy.</w:t>
      </w:r>
    </w:p>
    <w:p>
      <w:pPr>
        <w:spacing w:after="80"/>
      </w:pPr>
      <w:r>
        <w:rPr>
          <w:rFonts w:ascii="Georgia" w:hAnsi="Georgia"/>
          <w:sz w:val="23"/>
        </w:rPr>
        <w:t>Coach Law pointed toward the bench. “Saturday morning, thirty minutes early. We tighten red zone, clean up pressure answers, and finish details. Then we go take the game.”</w:t>
      </w:r>
    </w:p>
    <w:p>
      <w:pPr>
        <w:spacing w:after="80"/>
      </w:pPr>
      <w:r>
        <w:rPr>
          <w:rFonts w:ascii="Georgia" w:hAnsi="Georgia"/>
          <w:sz w:val="23"/>
        </w:rPr>
        <w:t>The team finally broke.</w:t>
      </w:r>
    </w:p>
    <w:p>
      <w:pPr>
        <w:spacing w:after="80"/>
      </w:pPr>
      <w:r>
        <w:rPr>
          <w:rFonts w:ascii="Georgia" w:hAnsi="Georgia"/>
          <w:sz w:val="23"/>
        </w:rPr>
        <w:t>Not happily.</w:t>
      </w:r>
    </w:p>
    <w:p>
      <w:pPr>
        <w:spacing w:after="80"/>
      </w:pPr>
      <w:r>
        <w:rPr>
          <w:rFonts w:ascii="Georgia" w:hAnsi="Georgia"/>
          <w:sz w:val="23"/>
        </w:rPr>
        <w:t>But with direction.</w:t>
      </w:r>
    </w:p>
    <w:p>
      <w:pPr>
        <w:spacing w:after="80"/>
      </w:pPr>
      <w:r>
        <w:rPr>
          <w:rFonts w:ascii="Georgia" w:hAnsi="Georgia"/>
          <w:sz w:val="23"/>
        </w:rPr>
        <w:t>Which, sometimes, was better.</w:t>
      </w:r>
    </w:p>
    <w:p>
      <w:pPr>
        <w:spacing w:after="80"/>
      </w:pPr>
      <w:r>
        <w:rPr>
          <w:rFonts w:ascii="Georgia" w:hAnsi="Georgia"/>
          <w:sz w:val="23"/>
        </w:rPr>
        <w:t>Saturday morning came cold and bright and too early.</w:t>
      </w:r>
    </w:p>
    <w:p>
      <w:pPr>
        <w:spacing w:after="80"/>
      </w:pPr>
      <w:r>
        <w:rPr>
          <w:rFonts w:ascii="Georgia" w:hAnsi="Georgia"/>
          <w:sz w:val="23"/>
        </w:rPr>
        <w:t>Noah woke before his alarm and lay there looking at the ceiling while the words on the laminated card replayed in his head.</w:t>
      </w:r>
    </w:p>
    <w:p>
      <w:pPr>
        <w:spacing w:after="80"/>
      </w:pPr>
      <w:r>
        <w:rPr>
          <w:rFonts w:ascii="Georgia" w:hAnsi="Georgia"/>
          <w:sz w:val="23"/>
        </w:rPr>
        <w:t>SEE YOU SATURDAY, QUARTERBACK</w:t>
      </w:r>
    </w:p>
    <w:p>
      <w:pPr>
        <w:spacing w:after="80"/>
      </w:pPr>
      <w:r>
        <w:rPr>
          <w:rFonts w:ascii="Georgia" w:hAnsi="Georgia"/>
          <w:sz w:val="23"/>
        </w:rPr>
        <w:t>He had tried not to let that get inside him.</w:t>
      </w:r>
    </w:p>
    <w:p>
      <w:pPr>
        <w:spacing w:after="80"/>
      </w:pPr>
      <w:r>
        <w:rPr>
          <w:rFonts w:ascii="Georgia" w:hAnsi="Georgia"/>
          <w:sz w:val="23"/>
        </w:rPr>
        <w:t>Had failed.</w:t>
      </w:r>
    </w:p>
    <w:p>
      <w:pPr>
        <w:spacing w:after="80"/>
      </w:pPr>
      <w:r>
        <w:rPr>
          <w:rFonts w:ascii="Georgia" w:hAnsi="Georgia"/>
          <w:sz w:val="23"/>
        </w:rPr>
        <w:t>He knew better than to carry somebody else’s words into a game, but there they were anyway, sitting in his chest like bad food.</w:t>
      </w:r>
    </w:p>
    <w:p>
      <w:pPr>
        <w:spacing w:after="80"/>
      </w:pPr>
      <w:r>
        <w:rPr>
          <w:rFonts w:ascii="Georgia" w:hAnsi="Georgia"/>
          <w:sz w:val="23"/>
        </w:rPr>
        <w:t>At breakfast, Coach Law did not mention the card at all.</w:t>
      </w:r>
    </w:p>
    <w:p>
      <w:pPr>
        <w:spacing w:after="80"/>
      </w:pPr>
      <w:r>
        <w:rPr>
          <w:rFonts w:ascii="Georgia" w:hAnsi="Georgia"/>
          <w:sz w:val="23"/>
        </w:rPr>
        <w:t>That bothered Noah.</w:t>
      </w:r>
    </w:p>
    <w:p>
      <w:pPr>
        <w:spacing w:after="80"/>
      </w:pPr>
      <w:r>
        <w:rPr>
          <w:rFonts w:ascii="Georgia" w:hAnsi="Georgia"/>
          <w:sz w:val="23"/>
        </w:rPr>
        <w:t>Then it bothered him that it bothered him.</w:t>
      </w:r>
    </w:p>
    <w:p>
      <w:pPr>
        <w:spacing w:after="80"/>
      </w:pPr>
      <w:r>
        <w:rPr>
          <w:rFonts w:ascii="Georgia" w:hAnsi="Georgia"/>
          <w:sz w:val="23"/>
        </w:rPr>
        <w:t>By the time they got to the field, he was wound tight enough that Devin noticed before they even got their bags down.</w:t>
      </w:r>
    </w:p>
    <w:p>
      <w:pPr>
        <w:spacing w:after="80"/>
      </w:pPr>
      <w:r>
        <w:rPr>
          <w:rFonts w:ascii="Georgia" w:hAnsi="Georgia"/>
          <w:sz w:val="23"/>
        </w:rPr>
        <w:t>“You’re loud today,” Devin said.</w:t>
      </w:r>
    </w:p>
    <w:p>
      <w:pPr>
        <w:spacing w:after="80"/>
      </w:pPr>
      <w:r>
        <w:rPr>
          <w:rFonts w:ascii="Georgia" w:hAnsi="Georgia"/>
          <w:sz w:val="23"/>
        </w:rPr>
        <w:t>Noah frowned. “I haven’t said anything.”</w:t>
      </w:r>
    </w:p>
    <w:p>
      <w:pPr>
        <w:spacing w:after="80"/>
      </w:pPr>
      <w:r>
        <w:rPr>
          <w:rFonts w:ascii="Georgia" w:hAnsi="Georgia"/>
          <w:sz w:val="23"/>
        </w:rPr>
        <w:t>“Exactly.”</w:t>
      </w:r>
    </w:p>
    <w:p>
      <w:pPr>
        <w:spacing w:after="80"/>
      </w:pPr>
      <w:r>
        <w:rPr>
          <w:rFonts w:ascii="Georgia" w:hAnsi="Georgia"/>
          <w:sz w:val="23"/>
        </w:rPr>
        <w:t>That was such a Devin line that Noah almost smiled.</w:t>
      </w:r>
    </w:p>
    <w:p>
      <w:pPr>
        <w:spacing w:after="80"/>
      </w:pPr>
      <w:r>
        <w:rPr>
          <w:rFonts w:ascii="Georgia" w:hAnsi="Georgia"/>
          <w:sz w:val="23"/>
        </w:rPr>
        <w:t>Almost.</w:t>
      </w:r>
    </w:p>
    <w:p>
      <w:pPr>
        <w:spacing w:after="80"/>
      </w:pPr>
      <w:r>
        <w:rPr>
          <w:rFonts w:ascii="Georgia" w:hAnsi="Georgia"/>
          <w:sz w:val="23"/>
        </w:rPr>
        <w:t>Prime 8 had the field thirty minutes before everyone else. No crowd yet. No chaos. Just clean grass, crisp air, and the kind of quiet that belonged to important games.</w:t>
      </w:r>
    </w:p>
    <w:p>
      <w:pPr>
        <w:spacing w:after="80"/>
      </w:pPr>
      <w:r>
        <w:rPr>
          <w:rFonts w:ascii="Georgia" w:hAnsi="Georgia"/>
          <w:sz w:val="23"/>
        </w:rPr>
        <w:t>Coach Law used all of it.</w:t>
      </w:r>
    </w:p>
    <w:p>
      <w:pPr>
        <w:spacing w:after="80"/>
      </w:pPr>
      <w:r>
        <w:rPr>
          <w:rFonts w:ascii="Georgia" w:hAnsi="Georgia"/>
          <w:sz w:val="23"/>
        </w:rPr>
        <w:t>“Circle up,” he said. “This morning is not for hype. It’s for sharp.”</w:t>
      </w:r>
    </w:p>
    <w:p>
      <w:pPr>
        <w:spacing w:after="80"/>
      </w:pPr>
      <w:r>
        <w:rPr>
          <w:rFonts w:ascii="Georgia" w:hAnsi="Georgia"/>
          <w:sz w:val="23"/>
        </w:rPr>
        <w:t>He drew the first set of plays on the portable board.</w:t>
      </w:r>
    </w:p>
    <w:p>
      <w:pPr>
        <w:spacing w:after="80"/>
      </w:pPr>
      <w:r>
        <w:rPr>
          <w:rFonts w:ascii="Georgia" w:hAnsi="Georgia"/>
          <w:sz w:val="23"/>
        </w:rPr>
        <w:t>Red-zone pressure answers.</w:t>
      </w:r>
    </w:p>
    <w:p>
      <w:pPr>
        <w:spacing w:after="80"/>
      </w:pPr>
      <w:r>
        <w:rPr>
          <w:rFonts w:ascii="Georgia" w:hAnsi="Georgia"/>
          <w:sz w:val="23"/>
        </w:rPr>
        <w:t>The stuff championships usually turned on.</w:t>
      </w:r>
    </w:p>
    <w:p>
      <w:pPr>
        <w:spacing w:after="80"/>
      </w:pPr>
      <w:r>
        <w:rPr>
          <w:rFonts w:ascii="Georgia" w:hAnsi="Georgia"/>
          <w:sz w:val="23"/>
        </w:rPr>
        <w:t>Not highlight plays. Not trick nonsense. The things that survived when everyone in the building knew the big stuff was coming.</w:t>
      </w:r>
    </w:p>
    <w:p>
      <w:pPr>
        <w:spacing w:after="80"/>
      </w:pPr>
      <w:r>
        <w:rPr>
          <w:rFonts w:ascii="Georgia" w:hAnsi="Georgia"/>
          <w:sz w:val="23"/>
        </w:rPr>
        <w:t>He tapped the board with the marker.</w:t>
      </w:r>
    </w:p>
    <w:p>
      <w:pPr>
        <w:spacing w:after="80"/>
      </w:pPr>
      <w:r>
        <w:rPr>
          <w:rFonts w:ascii="Georgia" w:hAnsi="Georgia"/>
          <w:sz w:val="23"/>
        </w:rPr>
        <w:t>“Northgate’s going to come after the quarterback faster than they did in Week 1. Why?”</w:t>
      </w:r>
    </w:p>
    <w:p>
      <w:pPr>
        <w:spacing w:after="80"/>
      </w:pPr>
      <w:r>
        <w:rPr>
          <w:rFonts w:ascii="Georgia" w:hAnsi="Georgia"/>
          <w:sz w:val="23"/>
        </w:rPr>
        <w:t>Jalen answered immediately. “Because we cooked them on film.”</w:t>
      </w:r>
    </w:p>
    <w:p>
      <w:pPr>
        <w:spacing w:after="80"/>
      </w:pPr>
      <w:r>
        <w:rPr>
          <w:rFonts w:ascii="Georgia" w:hAnsi="Georgia"/>
          <w:sz w:val="23"/>
        </w:rPr>
        <w:t>Coach Law ignored that. “Noah?”</w:t>
      </w:r>
    </w:p>
    <w:p>
      <w:pPr>
        <w:spacing w:after="80"/>
      </w:pPr>
      <w:r>
        <w:rPr>
          <w:rFonts w:ascii="Georgia" w:hAnsi="Georgia"/>
          <w:sz w:val="23"/>
        </w:rPr>
        <w:t>Noah looked at the diagram. Bunch tight. Bell pressure from the edge. Safety rolled down late.</w:t>
      </w:r>
    </w:p>
    <w:p>
      <w:pPr>
        <w:spacing w:after="80"/>
      </w:pPr>
      <w:r>
        <w:rPr>
          <w:rFonts w:ascii="Georgia" w:hAnsi="Georgia"/>
          <w:sz w:val="23"/>
        </w:rPr>
        <w:t>“Because if they can speed up my feet, they can speed up the whole offense.”</w:t>
      </w:r>
    </w:p>
    <w:p>
      <w:pPr>
        <w:spacing w:after="80"/>
      </w:pPr>
      <w:r>
        <w:rPr>
          <w:rFonts w:ascii="Georgia" w:hAnsi="Georgia"/>
          <w:sz w:val="23"/>
        </w:rPr>
        <w:t>Coach Law nodded once. “Good. So what are our answers?”</w:t>
      </w:r>
    </w:p>
    <w:p>
      <w:pPr>
        <w:spacing w:after="80"/>
      </w:pPr>
      <w:r>
        <w:rPr>
          <w:rFonts w:ascii="Georgia" w:hAnsi="Georgia"/>
          <w:sz w:val="23"/>
        </w:rPr>
        <w:t>Noah pointed at the board.</w:t>
      </w:r>
    </w:p>
    <w:p>
      <w:pPr>
        <w:spacing w:after="80"/>
      </w:pPr>
      <w:r>
        <w:rPr>
          <w:rFonts w:ascii="Georgia" w:hAnsi="Georgia"/>
          <w:sz w:val="23"/>
        </w:rPr>
        <w:t>“First answer is hot through the flat. If edge pressure comes from the bunch side, we leak it fast and let the flat runner win with angle.”</w:t>
      </w:r>
    </w:p>
    <w:p>
      <w:pPr>
        <w:spacing w:after="80"/>
      </w:pPr>
      <w:r>
        <w:rPr>
          <w:rFonts w:ascii="Georgia" w:hAnsi="Georgia"/>
          <w:sz w:val="23"/>
        </w:rPr>
        <w:t>“Second?”</w:t>
      </w:r>
    </w:p>
    <w:p>
      <w:pPr>
        <w:spacing w:after="80"/>
      </w:pPr>
      <w:r>
        <w:rPr>
          <w:rFonts w:ascii="Georgia" w:hAnsi="Georgia"/>
          <w:sz w:val="23"/>
        </w:rPr>
        <w:t>“Replace the blitzer with the drag.”</w:t>
      </w:r>
    </w:p>
    <w:p>
      <w:pPr>
        <w:spacing w:after="80"/>
      </w:pPr>
      <w:r>
        <w:rPr>
          <w:rFonts w:ascii="Georgia" w:hAnsi="Georgia"/>
          <w:sz w:val="23"/>
        </w:rPr>
        <w:t>“Third?”</w:t>
      </w:r>
    </w:p>
    <w:p>
      <w:pPr>
        <w:spacing w:after="80"/>
      </w:pPr>
      <w:r>
        <w:rPr>
          <w:rFonts w:ascii="Georgia" w:hAnsi="Georgia"/>
          <w:sz w:val="23"/>
        </w:rPr>
        <w:t>“Trap it with the delay if they overrun.”</w:t>
      </w:r>
    </w:p>
    <w:p>
      <w:pPr>
        <w:spacing w:after="80"/>
      </w:pPr>
      <w:r>
        <w:rPr>
          <w:rFonts w:ascii="Georgia" w:hAnsi="Georgia"/>
          <w:sz w:val="23"/>
        </w:rPr>
        <w:t>Coach Law wrote the answers under the look, then tossed the marker to Rico.</w:t>
      </w:r>
    </w:p>
    <w:p>
      <w:pPr>
        <w:spacing w:after="80"/>
      </w:pPr>
      <w:r>
        <w:rPr>
          <w:rFonts w:ascii="Georgia" w:hAnsi="Georgia"/>
          <w:sz w:val="23"/>
        </w:rPr>
        <w:t>“Show me flat runner landmarks.”</w:t>
      </w:r>
    </w:p>
    <w:p>
      <w:pPr>
        <w:spacing w:after="80"/>
      </w:pPr>
      <w:r>
        <w:rPr>
          <w:rFonts w:ascii="Georgia" w:hAnsi="Georgia"/>
          <w:sz w:val="23"/>
        </w:rPr>
        <w:t>Rico caught it and walked to the cone line. “This,” he said, marking the angle with his foot, “is not a route for soft people. If I drift, the blitzer catches me. If I turn up too fast, I run into traffic. I need width, eyes, hands.”</w:t>
      </w:r>
    </w:p>
    <w:p>
      <w:pPr>
        <w:spacing w:after="80"/>
      </w:pPr>
      <w:r>
        <w:rPr>
          <w:rFonts w:ascii="Georgia" w:hAnsi="Georgia"/>
          <w:sz w:val="23"/>
        </w:rPr>
        <w:t>Coach Law nodded. “Exactly. Youth flag isn’t just route names. It’s geometry under panic.”</w:t>
      </w:r>
    </w:p>
    <w:p>
      <w:pPr>
        <w:spacing w:after="80"/>
      </w:pPr>
      <w:r>
        <w:rPr>
          <w:rFonts w:ascii="Georgia" w:hAnsi="Georgia"/>
          <w:sz w:val="23"/>
        </w:rPr>
        <w:t>That line stuck with Noah.</w:t>
      </w:r>
    </w:p>
    <w:p>
      <w:pPr>
        <w:spacing w:after="80"/>
      </w:pPr>
      <w:r>
        <w:rPr>
          <w:rFonts w:ascii="Georgia" w:hAnsi="Georgia"/>
          <w:sz w:val="23"/>
        </w:rPr>
        <w:t>They took it straight to grass.</w:t>
      </w:r>
    </w:p>
    <w:p>
      <w:pPr>
        <w:spacing w:after="80"/>
      </w:pPr>
      <w:r>
        <w:rPr>
          <w:rFonts w:ascii="Georgia" w:hAnsi="Georgia"/>
          <w:sz w:val="23"/>
        </w:rPr>
        <w:t>First rep: Bunch Right, pressure from the field.</w:t>
      </w:r>
    </w:p>
    <w:p>
      <w:pPr>
        <w:spacing w:after="80"/>
      </w:pPr>
      <w:r>
        <w:rPr>
          <w:rFonts w:ascii="Georgia" w:hAnsi="Georgia"/>
          <w:sz w:val="23"/>
        </w:rPr>
        <w:t>Rico in the flat.</w:t>
      </w:r>
    </w:p>
    <w:p>
      <w:pPr>
        <w:spacing w:after="80"/>
      </w:pPr>
      <w:r>
        <w:rPr>
          <w:rFonts w:ascii="Georgia" w:hAnsi="Georgia"/>
          <w:sz w:val="23"/>
        </w:rPr>
        <w:t>Snap.</w:t>
      </w:r>
    </w:p>
    <w:p>
      <w:pPr>
        <w:spacing w:after="80"/>
      </w:pPr>
      <w:r>
        <w:rPr>
          <w:rFonts w:ascii="Georgia" w:hAnsi="Georgia"/>
          <w:sz w:val="23"/>
        </w:rPr>
        <w:t>Jalen screamed off the edge on the defensive rep exactly the way Northgate’s rusher would.</w:t>
      </w:r>
    </w:p>
    <w:p>
      <w:pPr>
        <w:spacing w:after="80"/>
      </w:pPr>
      <w:r>
        <w:rPr>
          <w:rFonts w:ascii="Georgia" w:hAnsi="Georgia"/>
          <w:sz w:val="23"/>
        </w:rPr>
        <w:t>Noah caught, planted, and got the ball out in one hitch to Rico, who caught it at four yards, cut underneath Owen’s block, and scored untouched.</w:t>
      </w:r>
    </w:p>
    <w:p>
      <w:pPr>
        <w:spacing w:after="80"/>
      </w:pPr>
      <w:r>
        <w:rPr>
          <w:rFonts w:ascii="Georgia" w:hAnsi="Georgia"/>
          <w:sz w:val="23"/>
        </w:rPr>
        <w:t>“Again!” Coach Law barked.</w:t>
      </w:r>
    </w:p>
    <w:p>
      <w:pPr>
        <w:spacing w:after="80"/>
      </w:pPr>
      <w:r>
        <w:rPr>
          <w:rFonts w:ascii="Georgia" w:hAnsi="Georgia"/>
          <w:sz w:val="23"/>
        </w:rPr>
        <w:t>Second rep: same look, but the flat defender widened and sat on Rico.</w:t>
      </w:r>
    </w:p>
    <w:p>
      <w:pPr>
        <w:spacing w:after="80"/>
      </w:pPr>
      <w:r>
        <w:rPr>
          <w:rFonts w:ascii="Georgia" w:hAnsi="Georgia"/>
          <w:sz w:val="23"/>
        </w:rPr>
        <w:t>Noah saw it and replaced pressure with Micah on the shallow drag.</w:t>
      </w:r>
    </w:p>
    <w:p>
      <w:pPr>
        <w:spacing w:after="80"/>
      </w:pPr>
      <w:r>
        <w:rPr>
          <w:rFonts w:ascii="Georgia" w:hAnsi="Georgia"/>
          <w:sz w:val="23"/>
        </w:rPr>
        <w:t>Easy six.</w:t>
      </w:r>
    </w:p>
    <w:p>
      <w:pPr>
        <w:spacing w:after="80"/>
      </w:pPr>
      <w:r>
        <w:rPr>
          <w:rFonts w:ascii="Georgia" w:hAnsi="Georgia"/>
          <w:sz w:val="23"/>
        </w:rPr>
        <w:t>Third rep: edge pressure and the inside hook defender cheating down to steal the drag.</w:t>
      </w:r>
    </w:p>
    <w:p>
      <w:pPr>
        <w:spacing w:after="80"/>
      </w:pPr>
      <w:r>
        <w:rPr>
          <w:rFonts w:ascii="Georgia" w:hAnsi="Georgia"/>
          <w:sz w:val="23"/>
        </w:rPr>
        <w:t>This time Devin delayed over the ball for one beat, then slipped into the vacated window.</w:t>
      </w:r>
    </w:p>
    <w:p>
      <w:pPr>
        <w:spacing w:after="80"/>
      </w:pPr>
      <w:r>
        <w:rPr>
          <w:rFonts w:ascii="Georgia" w:hAnsi="Georgia"/>
          <w:sz w:val="23"/>
        </w:rPr>
        <w:t>Touchdown.</w:t>
      </w:r>
    </w:p>
    <w:p>
      <w:pPr>
        <w:spacing w:after="80"/>
      </w:pPr>
      <w:r>
        <w:rPr>
          <w:rFonts w:ascii="Georgia" w:hAnsi="Georgia"/>
          <w:sz w:val="23"/>
        </w:rPr>
        <w:t>Coach Law blew the whistle.</w:t>
      </w:r>
    </w:p>
    <w:p>
      <w:pPr>
        <w:spacing w:after="80"/>
      </w:pPr>
      <w:r>
        <w:rPr>
          <w:rFonts w:ascii="Georgia" w:hAnsi="Georgia"/>
          <w:sz w:val="23"/>
        </w:rPr>
        <w:t>“That,” he said, “is why answers matter more than favorites.”</w:t>
      </w:r>
    </w:p>
    <w:p>
      <w:pPr>
        <w:spacing w:after="80"/>
      </w:pPr>
      <w:r>
        <w:rPr>
          <w:rFonts w:ascii="Georgia" w:hAnsi="Georgia"/>
          <w:sz w:val="23"/>
        </w:rPr>
        <w:t>He was right.</w:t>
      </w:r>
    </w:p>
    <w:p>
      <w:pPr>
        <w:spacing w:after="80"/>
      </w:pPr>
      <w:r>
        <w:rPr>
          <w:rFonts w:ascii="Georgia" w:hAnsi="Georgia"/>
          <w:sz w:val="23"/>
        </w:rPr>
        <w:t>And Noah could feel his own mind settling as the reps stacked up. The message on the card still lived somewhere in him, but football was finally taking up more space again.</w:t>
      </w:r>
    </w:p>
    <w:p>
      <w:pPr>
        <w:spacing w:after="80"/>
      </w:pPr>
      <w:r>
        <w:rPr>
          <w:rFonts w:ascii="Georgia" w:hAnsi="Georgia"/>
          <w:sz w:val="23"/>
        </w:rPr>
        <w:t>They spent the next ten minutes on movement throws.</w:t>
      </w:r>
    </w:p>
    <w:p>
      <w:pPr>
        <w:spacing w:after="80"/>
      </w:pPr>
      <w:r>
        <w:rPr>
          <w:rFonts w:ascii="Georgia" w:hAnsi="Georgia"/>
          <w:sz w:val="23"/>
        </w:rPr>
        <w:t>Sprint-out flood.</w:t>
      </w:r>
    </w:p>
    <w:p>
      <w:pPr>
        <w:spacing w:after="80"/>
      </w:pPr>
      <w:r>
        <w:rPr>
          <w:rFonts w:ascii="Georgia" w:hAnsi="Georgia"/>
          <w:sz w:val="23"/>
        </w:rPr>
        <w:t>Reverse sprint with throwback.</w:t>
      </w:r>
    </w:p>
    <w:p>
      <w:pPr>
        <w:spacing w:after="80"/>
      </w:pPr>
      <w:r>
        <w:rPr>
          <w:rFonts w:ascii="Georgia" w:hAnsi="Georgia"/>
          <w:sz w:val="23"/>
        </w:rPr>
        <w:t>Half-roll into spacing.</w:t>
      </w:r>
    </w:p>
    <w:p>
      <w:pPr>
        <w:spacing w:after="80"/>
      </w:pPr>
      <w:r>
        <w:rPr>
          <w:rFonts w:ascii="Georgia" w:hAnsi="Georgia"/>
          <w:sz w:val="23"/>
        </w:rPr>
        <w:t>This was championship stuff too. Not sexy, but necessary. Youth quarterbacks who could throw on structure but not on the move usually lost title games the second somebody got free.</w:t>
      </w:r>
    </w:p>
    <w:p>
      <w:pPr>
        <w:spacing w:after="80"/>
      </w:pPr>
      <w:r>
        <w:rPr>
          <w:rFonts w:ascii="Georgia" w:hAnsi="Georgia"/>
          <w:sz w:val="23"/>
        </w:rPr>
        <w:t>Coach Law made Noah repeat the same coaching point three times.</w:t>
      </w:r>
    </w:p>
    <w:p>
      <w:pPr>
        <w:spacing w:after="80"/>
      </w:pPr>
      <w:r>
        <w:rPr>
          <w:rFonts w:ascii="Georgia" w:hAnsi="Georgia"/>
          <w:sz w:val="23"/>
        </w:rPr>
        <w:t>“Run with your shoulders quiet. Panic shoulders create panic balls.”</w:t>
      </w:r>
    </w:p>
    <w:p>
      <w:pPr>
        <w:spacing w:after="80"/>
      </w:pPr>
      <w:r>
        <w:rPr>
          <w:rFonts w:ascii="Georgia" w:hAnsi="Georgia"/>
          <w:sz w:val="23"/>
        </w:rPr>
        <w:t>Noah hated how true that was.</w:t>
      </w:r>
    </w:p>
    <w:p>
      <w:pPr>
        <w:spacing w:after="80"/>
      </w:pPr>
      <w:r>
        <w:rPr>
          <w:rFonts w:ascii="Georgia" w:hAnsi="Georgia"/>
          <w:sz w:val="23"/>
        </w:rPr>
        <w:t>He hit Owen on the flood sit twice in a row, then missed Rico high on a throwback because he opened too early.</w:t>
      </w:r>
    </w:p>
    <w:p>
      <w:pPr>
        <w:spacing w:after="80"/>
      </w:pPr>
      <w:r>
        <w:rPr>
          <w:rFonts w:ascii="Georgia" w:hAnsi="Georgia"/>
          <w:sz w:val="23"/>
        </w:rPr>
        <w:t>Rico tossed the ball back. “That one was for the birds.”</w:t>
      </w:r>
    </w:p>
    <w:p>
      <w:pPr>
        <w:spacing w:after="80"/>
      </w:pPr>
      <w:r>
        <w:rPr>
          <w:rFonts w:ascii="Georgia" w:hAnsi="Georgia"/>
          <w:sz w:val="23"/>
        </w:rPr>
        <w:t>“Birds can’t catch,” Noah said.</w:t>
      </w:r>
    </w:p>
    <w:p>
      <w:pPr>
        <w:spacing w:after="80"/>
      </w:pPr>
      <w:r>
        <w:rPr>
          <w:rFonts w:ascii="Georgia" w:hAnsi="Georgia"/>
          <w:sz w:val="23"/>
        </w:rPr>
        <w:t>“Exactly.”</w:t>
      </w:r>
    </w:p>
    <w:p>
      <w:pPr>
        <w:spacing w:after="80"/>
      </w:pPr>
      <w:r>
        <w:rPr>
          <w:rFonts w:ascii="Georgia" w:hAnsi="Georgia"/>
          <w:sz w:val="23"/>
        </w:rPr>
        <w:t>Jalen shouted from defense, “If this gets ugly, I’m just blitzing every play and blaming the weather.”</w:t>
      </w:r>
    </w:p>
    <w:p>
      <w:pPr>
        <w:spacing w:after="80"/>
      </w:pPr>
      <w:r>
        <w:rPr>
          <w:rFonts w:ascii="Georgia" w:hAnsi="Georgia"/>
          <w:sz w:val="23"/>
        </w:rPr>
        <w:t>Coach Law did not even look at him. “If you blitz every play, I’ll make you run until Thanksgiving.”</w:t>
      </w:r>
    </w:p>
    <w:p>
      <w:pPr>
        <w:spacing w:after="80"/>
      </w:pPr>
      <w:r>
        <w:rPr>
          <w:rFonts w:ascii="Georgia" w:hAnsi="Georgia"/>
          <w:sz w:val="23"/>
        </w:rPr>
        <w:t>“That feels personal.”</w:t>
      </w:r>
    </w:p>
    <w:p>
      <w:pPr>
        <w:spacing w:after="80"/>
      </w:pPr>
      <w:r>
        <w:rPr>
          <w:rFonts w:ascii="Georgia" w:hAnsi="Georgia"/>
          <w:sz w:val="23"/>
        </w:rPr>
        <w:t>“It’s instructional.”</w:t>
      </w:r>
    </w:p>
    <w:p>
      <w:pPr>
        <w:spacing w:after="80"/>
      </w:pPr>
      <w:r>
        <w:rPr>
          <w:rFonts w:ascii="Georgia" w:hAnsi="Georgia"/>
          <w:sz w:val="23"/>
        </w:rPr>
        <w:t>The defense period came after that, and for the first time all week, Noah got to stand back and watch without needing to fix everything himself.</w:t>
      </w:r>
    </w:p>
    <w:p>
      <w:pPr>
        <w:spacing w:after="80"/>
      </w:pPr>
      <w:r>
        <w:rPr>
          <w:rFonts w:ascii="Georgia" w:hAnsi="Georgia"/>
          <w:sz w:val="23"/>
        </w:rPr>
        <w:t>It helped.</w:t>
      </w:r>
    </w:p>
    <w:p>
      <w:pPr>
        <w:spacing w:after="80"/>
      </w:pPr>
      <w:r>
        <w:rPr>
          <w:rFonts w:ascii="Georgia" w:hAnsi="Georgia"/>
          <w:sz w:val="23"/>
        </w:rPr>
        <w:t>Northgate’s offense looked different when you studied it from the other side.</w:t>
      </w:r>
    </w:p>
    <w:p>
      <w:pPr>
        <w:spacing w:after="80"/>
      </w:pPr>
      <w:r>
        <w:rPr>
          <w:rFonts w:ascii="Georgia" w:hAnsi="Georgia"/>
          <w:sz w:val="23"/>
        </w:rPr>
        <w:t>Zay Mercer, lefty, liked to hold the weak safety with his eyes, then rip backside glance routes into vacated grass. Bell still lived on corners, switch releases, and late overs. Their favorite red-zone trick was to bunch three bodies to one side, send the outside kid to the flat, the point to the corner, and leak the backside kid late under traffic.</w:t>
      </w:r>
    </w:p>
    <w:p>
      <w:pPr>
        <w:spacing w:after="80"/>
      </w:pPr>
      <w:r>
        <w:rPr>
          <w:rFonts w:ascii="Georgia" w:hAnsi="Georgia"/>
          <w:sz w:val="23"/>
        </w:rPr>
        <w:t>Coach Law and Owen had answers for all of it now.</w:t>
      </w:r>
    </w:p>
    <w:p>
      <w:pPr>
        <w:spacing w:after="80"/>
      </w:pPr>
      <w:r>
        <w:rPr>
          <w:rFonts w:ascii="Georgia" w:hAnsi="Georgia"/>
          <w:sz w:val="23"/>
        </w:rPr>
        <w:t>“Cone Bell at the ten and in.”</w:t>
      </w:r>
    </w:p>
    <w:p>
      <w:pPr>
        <w:spacing w:after="80"/>
      </w:pPr>
      <w:r>
        <w:rPr>
          <w:rFonts w:ascii="Georgia" w:hAnsi="Georgia"/>
          <w:sz w:val="23"/>
        </w:rPr>
        <w:t>“Force Zay to throw field outs late off his left hand.”</w:t>
      </w:r>
    </w:p>
    <w:p>
      <w:pPr>
        <w:spacing w:after="80"/>
      </w:pPr>
      <w:r>
        <w:rPr>
          <w:rFonts w:ascii="Georgia" w:hAnsi="Georgia"/>
          <w:sz w:val="23"/>
        </w:rPr>
        <w:t>“Don’t chase orbit motion across the formation. Surf it. Make him declare.”</w:t>
      </w:r>
    </w:p>
    <w:p>
      <w:pPr>
        <w:spacing w:after="80"/>
      </w:pPr>
      <w:r>
        <w:rPr>
          <w:rFonts w:ascii="Georgia" w:hAnsi="Georgia"/>
          <w:sz w:val="23"/>
        </w:rPr>
        <w:t>“On bunch, banjo unless they stack late. If they stack late, lock it and trust inside help.”</w:t>
      </w:r>
    </w:p>
    <w:p>
      <w:pPr>
        <w:spacing w:after="80"/>
      </w:pPr>
      <w:r>
        <w:rPr>
          <w:rFonts w:ascii="Georgia" w:hAnsi="Georgia"/>
          <w:sz w:val="23"/>
        </w:rPr>
        <w:t>Jalen loved all of it.</w:t>
      </w:r>
    </w:p>
    <w:p>
      <w:pPr>
        <w:spacing w:after="80"/>
      </w:pPr>
      <w:r>
        <w:rPr>
          <w:rFonts w:ascii="Georgia" w:hAnsi="Georgia"/>
          <w:sz w:val="23"/>
        </w:rPr>
        <w:t>Noah could tell because when Jalen really loved football, he got quieter. Not silent—nothing could do that—but more pointed.</w:t>
      </w:r>
    </w:p>
    <w:p>
      <w:pPr>
        <w:spacing w:after="80"/>
      </w:pPr>
      <w:r>
        <w:rPr>
          <w:rFonts w:ascii="Georgia" w:hAnsi="Georgia"/>
          <w:sz w:val="23"/>
        </w:rPr>
        <w:t>“Bell’s not getting free on the first move,” he said, pointing at the board. “If he wins, he wins on the second move. Make him take time.”</w:t>
      </w:r>
    </w:p>
    <w:p>
      <w:pPr>
        <w:spacing w:after="80"/>
      </w:pPr>
      <w:r>
        <w:rPr>
          <w:rFonts w:ascii="Georgia" w:hAnsi="Georgia"/>
          <w:sz w:val="23"/>
        </w:rPr>
        <w:t>Coach Law nodded. “Good. Time is defense too.”</w:t>
      </w:r>
    </w:p>
    <w:p>
      <w:pPr>
        <w:spacing w:after="80"/>
      </w:pPr>
      <w:r>
        <w:rPr>
          <w:rFonts w:ascii="Georgia" w:hAnsi="Georgia"/>
          <w:sz w:val="23"/>
        </w:rPr>
        <w:t>That was expert football. Noah knew it when he heard it.</w:t>
      </w:r>
    </w:p>
    <w:p>
      <w:pPr>
        <w:spacing w:after="80"/>
      </w:pPr>
      <w:r>
        <w:rPr>
          <w:rFonts w:ascii="Georgia" w:hAnsi="Georgia"/>
          <w:sz w:val="23"/>
        </w:rPr>
        <w:t>The best teams didn’t just chase stops. They stole seconds. Stole confidence. Stole rhythm.</w:t>
      </w:r>
    </w:p>
    <w:p>
      <w:pPr>
        <w:spacing w:after="80"/>
      </w:pPr>
      <w:r>
        <w:rPr>
          <w:rFonts w:ascii="Georgia" w:hAnsi="Georgia"/>
          <w:sz w:val="23"/>
        </w:rPr>
        <w:t>Prime 8 repped the bracket, the banjo, and the pressure fits until their bodies started doing the talking before their mouths had to.</w:t>
      </w:r>
    </w:p>
    <w:p>
      <w:pPr>
        <w:spacing w:after="80"/>
      </w:pPr>
      <w:r>
        <w:rPr>
          <w:rFonts w:ascii="Georgia" w:hAnsi="Georgia"/>
          <w:sz w:val="23"/>
        </w:rPr>
        <w:t>Coach Law looked over the field once more, like he was checking for one last blind spot before tomorrow got here.</w:t>
      </w:r>
    </w:p>
    <w:p>
      <w:pPr>
        <w:spacing w:after="80"/>
      </w:pPr>
      <w:r>
        <w:rPr>
          <w:rFonts w:ascii="Georgia" w:hAnsi="Georgia"/>
          <w:sz w:val="23"/>
        </w:rPr>
        <w:t>Then pointed.</w:t>
      </w:r>
    </w:p>
    <w:p>
      <w:pPr>
        <w:spacing w:after="80"/>
      </w:pPr>
      <w:r>
        <w:rPr>
          <w:rFonts w:ascii="Georgia" w:hAnsi="Georgia"/>
          <w:sz w:val="23"/>
        </w:rPr>
        <w:t>“Vee.”</w:t>
      </w:r>
    </w:p>
    <w:p>
      <w:pPr>
        <w:spacing w:after="80"/>
      </w:pPr>
      <w:r>
        <w:rPr>
          <w:rFonts w:ascii="Georgia" w:hAnsi="Georgia"/>
          <w:sz w:val="23"/>
        </w:rPr>
        <w:t>A few of the boys turned so quickly it was almost one motion.</w:t>
      </w:r>
    </w:p>
    <w:p>
      <w:pPr>
        <w:spacing w:after="80"/>
      </w:pPr>
      <w:r>
        <w:rPr>
          <w:rFonts w:ascii="Georgia" w:hAnsi="Georgia"/>
          <w:sz w:val="23"/>
        </w:rPr>
        <w:t>Vee was already stepping under the rope line before anyone could ask why.</w:t>
      </w:r>
    </w:p>
    <w:p>
      <w:pPr>
        <w:spacing w:after="80"/>
      </w:pPr>
      <w:r>
        <w:rPr>
          <w:rFonts w:ascii="Georgia" w:hAnsi="Georgia"/>
          <w:sz w:val="23"/>
        </w:rPr>
        <w:t>Jalen looked around. “Wait, she’s running scout quarterback?”</w:t>
      </w:r>
    </w:p>
    <w:p>
      <w:pPr>
        <w:spacing w:after="80"/>
      </w:pPr>
      <w:r>
        <w:rPr>
          <w:rFonts w:ascii="Georgia" w:hAnsi="Georgia"/>
          <w:sz w:val="23"/>
        </w:rPr>
        <w:t>Coach Law nodded. “Yes.”</w:t>
      </w:r>
    </w:p>
    <w:p>
      <w:pPr>
        <w:spacing w:after="80"/>
      </w:pPr>
      <w:r>
        <w:rPr>
          <w:rFonts w:ascii="Georgia" w:hAnsi="Georgia"/>
          <w:sz w:val="23"/>
        </w:rPr>
        <w:t>“For us?”</w:t>
      </w:r>
    </w:p>
    <w:p>
      <w:pPr>
        <w:spacing w:after="80"/>
      </w:pPr>
      <w:r>
        <w:rPr>
          <w:rFonts w:ascii="Georgia" w:hAnsi="Georgia"/>
          <w:sz w:val="23"/>
        </w:rPr>
        <w:t>“For football,” Coach Law said. “Try to survive it.”</w:t>
      </w:r>
    </w:p>
    <w:p>
      <w:pPr>
        <w:spacing w:after="80"/>
      </w:pPr>
      <w:r>
        <w:rPr>
          <w:rFonts w:ascii="Georgia" w:hAnsi="Georgia"/>
          <w:sz w:val="23"/>
        </w:rPr>
        <w:t>That got a few laughs, but not many. Everybody could feel the rep mattered.</w:t>
      </w:r>
    </w:p>
    <w:p>
      <w:pPr>
        <w:spacing w:after="80"/>
      </w:pPr>
      <w:r>
        <w:rPr>
          <w:rFonts w:ascii="Georgia" w:hAnsi="Georgia"/>
          <w:sz w:val="23"/>
        </w:rPr>
        <w:t>Northgate’s offense had been giving the defense trouble all week with bunch stress, left-handed timing, and those annoying little red-zone choices where the quarterback had to read one defender and be right immediately.</w:t>
      </w:r>
    </w:p>
    <w:p>
      <w:pPr>
        <w:spacing w:after="80"/>
      </w:pPr>
      <w:r>
        <w:rPr>
          <w:rFonts w:ascii="Georgia" w:hAnsi="Georgia"/>
          <w:sz w:val="23"/>
        </w:rPr>
        <w:t>Coach Law pointed at the formation cone. “Ball on the ten. Bunch left. Bell reduced backside. Vee, you’re reading the cone bracket. If top-out sinks, take the whip. If inside-low jumps the whip, throw the corner. If both expand, hit the sit.”</w:t>
      </w:r>
    </w:p>
    <w:p>
      <w:pPr>
        <w:spacing w:after="80"/>
      </w:pPr>
      <w:r>
        <w:rPr>
          <w:rFonts w:ascii="Georgia" w:hAnsi="Georgia"/>
          <w:sz w:val="23"/>
        </w:rPr>
        <w:t>Vee nodded once.</w:t>
      </w:r>
    </w:p>
    <w:p>
      <w:pPr>
        <w:spacing w:after="80"/>
      </w:pPr>
      <w:r>
        <w:rPr>
          <w:rFonts w:ascii="Georgia" w:hAnsi="Georgia"/>
          <w:sz w:val="23"/>
        </w:rPr>
        <w:t>No questions.</w:t>
      </w:r>
    </w:p>
    <w:p>
      <w:pPr>
        <w:spacing w:after="80"/>
      </w:pPr>
      <w:r>
        <w:rPr>
          <w:rFonts w:ascii="Georgia" w:hAnsi="Georgia"/>
          <w:sz w:val="23"/>
        </w:rPr>
        <w:t>No trying to sound impressive.</w:t>
      </w:r>
    </w:p>
    <w:p>
      <w:pPr>
        <w:spacing w:after="80"/>
      </w:pPr>
      <w:r>
        <w:rPr>
          <w:rFonts w:ascii="Georgia" w:hAnsi="Georgia"/>
          <w:sz w:val="23"/>
        </w:rPr>
        <w:t>She jogged into the backfield and clapped her hands for the offense to get lined up.</w:t>
      </w:r>
    </w:p>
    <w:p>
      <w:pPr>
        <w:spacing w:after="80"/>
      </w:pPr>
      <w:r>
        <w:rPr>
          <w:rFonts w:ascii="Georgia" w:hAnsi="Georgia"/>
          <w:sz w:val="23"/>
        </w:rPr>
        <w:t>Noah watched from just behind the period.</w:t>
      </w:r>
    </w:p>
    <w:p>
      <w:pPr>
        <w:spacing w:after="80"/>
      </w:pPr>
      <w:r>
        <w:rPr>
          <w:rFonts w:ascii="Georgia" w:hAnsi="Georgia"/>
          <w:sz w:val="23"/>
        </w:rPr>
        <w:t>This was different than the earlier practice rep.</w:t>
      </w:r>
    </w:p>
    <w:p>
      <w:pPr>
        <w:spacing w:after="80"/>
      </w:pPr>
      <w:r>
        <w:rPr>
          <w:rFonts w:ascii="Georgia" w:hAnsi="Georgia"/>
          <w:sz w:val="23"/>
        </w:rPr>
        <w:t>Not because it was harder.</w:t>
      </w:r>
    </w:p>
    <w:p>
      <w:pPr>
        <w:spacing w:after="80"/>
      </w:pPr>
      <w:r>
        <w:rPr>
          <w:rFonts w:ascii="Georgia" w:hAnsi="Georgia"/>
          <w:sz w:val="23"/>
        </w:rPr>
        <w:t>Because now everybody on the field actually cared.</w:t>
      </w:r>
    </w:p>
    <w:p>
      <w:pPr>
        <w:spacing w:after="80"/>
      </w:pPr>
      <w:r>
        <w:rPr>
          <w:rFonts w:ascii="Georgia" w:hAnsi="Georgia"/>
          <w:sz w:val="23"/>
        </w:rPr>
        <w:t>Championship week had a different weight to it. Even scout reps felt like they mattered.</w:t>
      </w:r>
    </w:p>
    <w:p>
      <w:pPr>
        <w:spacing w:after="80"/>
      </w:pPr>
      <w:r>
        <w:rPr>
          <w:rFonts w:ascii="Georgia" w:hAnsi="Georgia"/>
          <w:sz w:val="23"/>
        </w:rPr>
        <w:t>Vee got set behind the center.</w:t>
      </w:r>
    </w:p>
    <w:p>
      <w:pPr>
        <w:spacing w:after="80"/>
      </w:pPr>
      <w:r>
        <w:rPr>
          <w:rFonts w:ascii="Georgia" w:hAnsi="Georgia"/>
          <w:sz w:val="23"/>
        </w:rPr>
        <w:t>Bell’s look was simulated by Micah on the backside. Jalen and Owen handled the cone bracket inside the bunch side. Devin played the hook sit window.</w:t>
      </w:r>
    </w:p>
    <w:p>
      <w:pPr>
        <w:spacing w:after="80"/>
      </w:pPr>
      <w:r>
        <w:rPr>
          <w:rFonts w:ascii="Georgia" w:hAnsi="Georgia"/>
          <w:sz w:val="23"/>
        </w:rPr>
        <w:t>“Ready?” Coach Law called.</w:t>
      </w:r>
    </w:p>
    <w:p>
      <w:pPr>
        <w:spacing w:after="80"/>
      </w:pPr>
      <w:r>
        <w:rPr>
          <w:rFonts w:ascii="Georgia" w:hAnsi="Georgia"/>
          <w:sz w:val="23"/>
        </w:rPr>
        <w:t>Vee nodded.</w:t>
      </w:r>
    </w:p>
    <w:p>
      <w:pPr>
        <w:spacing w:after="80"/>
      </w:pPr>
      <w:r>
        <w:rPr>
          <w:rFonts w:ascii="Georgia" w:hAnsi="Georgia"/>
          <w:sz w:val="23"/>
        </w:rPr>
        <w:t>Snap.</w:t>
      </w:r>
    </w:p>
    <w:p>
      <w:pPr>
        <w:spacing w:after="80"/>
      </w:pPr>
      <w:r>
        <w:rPr>
          <w:rFonts w:ascii="Georgia" w:hAnsi="Georgia"/>
          <w:sz w:val="23"/>
        </w:rPr>
        <w:t>She caught it clean and opened left.</w:t>
      </w:r>
    </w:p>
    <w:p>
      <w:pPr>
        <w:spacing w:after="80"/>
      </w:pPr>
      <w:r>
        <w:rPr>
          <w:rFonts w:ascii="Georgia" w:hAnsi="Georgia"/>
          <w:sz w:val="23"/>
        </w:rPr>
        <w:t>Her eyes flashed to the whip first.</w:t>
      </w:r>
    </w:p>
    <w:p>
      <w:pPr>
        <w:spacing w:after="80"/>
      </w:pPr>
      <w:r>
        <w:rPr>
          <w:rFonts w:ascii="Georgia" w:hAnsi="Georgia"/>
          <w:sz w:val="23"/>
        </w:rPr>
        <w:t>Jalen, playing inside-low, drove hard on it.</w:t>
      </w:r>
    </w:p>
    <w:p>
      <w:pPr>
        <w:spacing w:after="80"/>
      </w:pPr>
      <w:r>
        <w:rPr>
          <w:rFonts w:ascii="Georgia" w:hAnsi="Georgia"/>
          <w:sz w:val="23"/>
        </w:rPr>
        <w:t>Noah saw the corner route open the same second Vee did.</w:t>
      </w:r>
    </w:p>
    <w:p>
      <w:pPr>
        <w:spacing w:after="80"/>
      </w:pPr>
      <w:r>
        <w:rPr>
          <w:rFonts w:ascii="Georgia" w:hAnsi="Georgia"/>
          <w:sz w:val="23"/>
        </w:rPr>
        <w:t>She did not hesitate.</w:t>
      </w:r>
    </w:p>
    <w:p>
      <w:pPr>
        <w:spacing w:after="80"/>
      </w:pPr>
      <w:r>
        <w:rPr>
          <w:rFonts w:ascii="Georgia" w:hAnsi="Georgia"/>
          <w:sz w:val="23"/>
        </w:rPr>
        <w:t>She reset her shoulders and dropped the ball over the top of the bracket to the back pylon, exactly where it needed to go.</w:t>
      </w:r>
    </w:p>
    <w:p>
      <w:pPr>
        <w:spacing w:after="80"/>
      </w:pPr>
      <w:r>
        <w:rPr>
          <w:rFonts w:ascii="Georgia" w:hAnsi="Georgia"/>
          <w:sz w:val="23"/>
        </w:rPr>
        <w:t>Touchdown.</w:t>
      </w:r>
    </w:p>
    <w:p>
      <w:pPr>
        <w:spacing w:after="80"/>
      </w:pPr>
      <w:r>
        <w:rPr>
          <w:rFonts w:ascii="Georgia" w:hAnsi="Georgia"/>
          <w:sz w:val="23"/>
        </w:rPr>
        <w:t>Nobody said anything for half a beat.</w:t>
      </w:r>
    </w:p>
    <w:p>
      <w:pPr>
        <w:spacing w:after="80"/>
      </w:pPr>
      <w:r>
        <w:rPr>
          <w:rFonts w:ascii="Georgia" w:hAnsi="Georgia"/>
          <w:sz w:val="23"/>
        </w:rPr>
        <w:t>Then Jalen spun toward Owen. “That was your help!”</w:t>
      </w:r>
    </w:p>
    <w:p>
      <w:pPr>
        <w:spacing w:after="80"/>
      </w:pPr>
      <w:r>
        <w:rPr>
          <w:rFonts w:ascii="Georgia" w:hAnsi="Georgia"/>
          <w:sz w:val="23"/>
        </w:rPr>
        <w:t>Owen pointed right back. “No. That was your overreaction.”</w:t>
      </w:r>
    </w:p>
    <w:p>
      <w:pPr>
        <w:spacing w:after="80"/>
      </w:pPr>
      <w:r>
        <w:rPr>
          <w:rFonts w:ascii="Georgia" w:hAnsi="Georgia"/>
          <w:sz w:val="23"/>
        </w:rPr>
        <w:t>Coach Law ignored them and looked at Vee. “Why’d you come off the whip?”</w:t>
      </w:r>
    </w:p>
    <w:p>
      <w:pPr>
        <w:spacing w:after="80"/>
      </w:pPr>
      <w:r>
        <w:rPr>
          <w:rFonts w:ascii="Georgia" w:hAnsi="Georgia"/>
          <w:sz w:val="23"/>
        </w:rPr>
        <w:t>She tossed the ball back to the center. “Inside-low flew downhill like he’d already decided he was right. Corner had grass.”</w:t>
      </w:r>
    </w:p>
    <w:p>
      <w:pPr>
        <w:spacing w:after="80"/>
      </w:pPr>
      <w:r>
        <w:rPr>
          <w:rFonts w:ascii="Georgia" w:hAnsi="Georgia"/>
          <w:sz w:val="23"/>
        </w:rPr>
        <w:t>Coach Law nodded once. “Again.”</w:t>
      </w:r>
    </w:p>
    <w:p>
      <w:pPr>
        <w:spacing w:after="80"/>
      </w:pPr>
      <w:r>
        <w:rPr>
          <w:rFonts w:ascii="Georgia" w:hAnsi="Georgia"/>
          <w:sz w:val="23"/>
        </w:rPr>
        <w:t>This time the defense adjusted.</w:t>
      </w:r>
    </w:p>
    <w:p>
      <w:pPr>
        <w:spacing w:after="80"/>
      </w:pPr>
      <w:r>
        <w:rPr>
          <w:rFonts w:ascii="Georgia" w:hAnsi="Georgia"/>
          <w:sz w:val="23"/>
        </w:rPr>
        <w:t>Owen stayed higher.</w:t>
        <w:br/>
        <w:t>Jalen sat more patiently.</w:t>
        <w:br/>
        <w:t>Devin crept toward the sit window.</w:t>
      </w:r>
    </w:p>
    <w:p>
      <w:pPr>
        <w:spacing w:after="80"/>
      </w:pPr>
      <w:r>
        <w:rPr>
          <w:rFonts w:ascii="Georgia" w:hAnsi="Georgia"/>
          <w:sz w:val="23"/>
        </w:rPr>
        <w:t>Snap.</w:t>
      </w:r>
    </w:p>
    <w:p>
      <w:pPr>
        <w:spacing w:after="80"/>
      </w:pPr>
      <w:r>
        <w:rPr>
          <w:rFonts w:ascii="Georgia" w:hAnsi="Georgia"/>
          <w:sz w:val="23"/>
        </w:rPr>
        <w:t>Vee opened left again, flashed her eyes at the corner just long enough to make Owen drift, then snapped the ball underneath to the whip before Jalen could recover.</w:t>
      </w:r>
    </w:p>
    <w:p>
      <w:pPr>
        <w:spacing w:after="80"/>
      </w:pPr>
      <w:r>
        <w:rPr>
          <w:rFonts w:ascii="Georgia" w:hAnsi="Georgia"/>
          <w:sz w:val="23"/>
        </w:rPr>
        <w:t>Touchdown.</w:t>
      </w:r>
    </w:p>
    <w:p>
      <w:pPr>
        <w:spacing w:after="80"/>
      </w:pPr>
      <w:r>
        <w:rPr>
          <w:rFonts w:ascii="Georgia" w:hAnsi="Georgia"/>
          <w:sz w:val="23"/>
        </w:rPr>
        <w:t>Rico let out a low whistle. “Okay.”</w:t>
      </w:r>
    </w:p>
    <w:p>
      <w:pPr>
        <w:spacing w:after="80"/>
      </w:pPr>
      <w:r>
        <w:rPr>
          <w:rFonts w:ascii="Georgia" w:hAnsi="Georgia"/>
          <w:sz w:val="23"/>
        </w:rPr>
        <w:t>Micah grinned. “She’s cooking y’all.”</w:t>
      </w:r>
    </w:p>
    <w:p>
      <w:pPr>
        <w:spacing w:after="80"/>
      </w:pPr>
      <w:r>
        <w:rPr>
          <w:rFonts w:ascii="Georgia" w:hAnsi="Georgia"/>
          <w:sz w:val="23"/>
        </w:rPr>
        <w:t>Jalen pointed at Coach Law. “This is not helping team morale.”</w:t>
      </w:r>
    </w:p>
    <w:p>
      <w:pPr>
        <w:spacing w:after="80"/>
      </w:pPr>
      <w:r>
        <w:rPr>
          <w:rFonts w:ascii="Georgia" w:hAnsi="Georgia"/>
          <w:sz w:val="23"/>
        </w:rPr>
        <w:t>Coach Law finally let himself smile a little. “Actually, it’s helping the defense exactly the way I wanted.”</w:t>
      </w:r>
    </w:p>
    <w:p>
      <w:pPr>
        <w:spacing w:after="80"/>
      </w:pPr>
      <w:r>
        <w:rPr>
          <w:rFonts w:ascii="Georgia" w:hAnsi="Georgia"/>
          <w:sz w:val="23"/>
        </w:rPr>
        <w:t>Vee jogged back toward the rope line.</w:t>
      </w:r>
    </w:p>
    <w:p>
      <w:pPr>
        <w:spacing w:after="80"/>
      </w:pPr>
      <w:r>
        <w:rPr>
          <w:rFonts w:ascii="Georgia" w:hAnsi="Georgia"/>
          <w:sz w:val="23"/>
        </w:rPr>
        <w:t>As she passed Noah, he said, “You’ve definitely been running these in your head.”</w:t>
      </w:r>
    </w:p>
    <w:p>
      <w:pPr>
        <w:spacing w:after="80"/>
      </w:pPr>
      <w:r>
        <w:rPr>
          <w:rFonts w:ascii="Georgia" w:hAnsi="Georgia"/>
          <w:sz w:val="23"/>
        </w:rPr>
        <w:t>She looked at him like the answer was obvious. “Somebody has to.”</w:t>
      </w:r>
    </w:p>
    <w:p>
      <w:pPr>
        <w:spacing w:after="80"/>
      </w:pPr>
      <w:r>
        <w:rPr>
          <w:rFonts w:ascii="Georgia" w:hAnsi="Georgia"/>
          <w:sz w:val="23"/>
        </w:rPr>
        <w:t>Then, a beat later, she added quietly, “One day I’m not watching from the rope line.”</w:t>
      </w:r>
    </w:p>
    <w:p>
      <w:pPr>
        <w:spacing w:after="80"/>
      </w:pPr>
      <w:r>
        <w:rPr>
          <w:rFonts w:ascii="Georgia" w:hAnsi="Georgia"/>
          <w:sz w:val="23"/>
        </w:rPr>
        <w:t>She stepped back under it and settled with the football under her arm again, but the line stayed with Noah.</w:t>
      </w:r>
    </w:p>
    <w:p>
      <w:pPr>
        <w:spacing w:after="80"/>
      </w:pPr>
      <w:r>
        <w:rPr>
          <w:rFonts w:ascii="Georgia" w:hAnsi="Georgia"/>
          <w:sz w:val="23"/>
        </w:rPr>
        <w:t>Because after those two reps, nobody watching could honestly say she was just a kid hanging around practice.</w:t>
      </w:r>
    </w:p>
    <w:p>
      <w:pPr>
        <w:spacing w:after="80"/>
      </w:pPr>
      <w:r>
        <w:rPr>
          <w:rFonts w:ascii="Georgia" w:hAnsi="Georgia"/>
          <w:sz w:val="23"/>
        </w:rPr>
        <w:t>She looked like a quarterback waiting on the wrong side of history.</w:t>
      </w:r>
    </w:p>
    <w:p>
      <w:pPr>
        <w:spacing w:after="80"/>
      </w:pPr>
      <w:r>
        <w:rPr>
          <w:rFonts w:ascii="Georgia" w:hAnsi="Georgia"/>
          <w:sz w:val="23"/>
        </w:rPr>
        <w:t>They moved into a live situational period.</w:t>
      </w:r>
    </w:p>
    <w:p>
      <w:pPr>
        <w:spacing w:after="80"/>
      </w:pPr>
      <w:r>
        <w:rPr>
          <w:rFonts w:ascii="Georgia" w:hAnsi="Georgia"/>
          <w:sz w:val="23"/>
        </w:rPr>
        <w:t>Ball on the minus twenty-five.</w:t>
        <w:br/>
        <w:t>Need a score in six.</w:t>
      </w:r>
    </w:p>
    <w:p>
      <w:pPr>
        <w:spacing w:after="80"/>
      </w:pPr>
      <w:r>
        <w:rPr>
          <w:rFonts w:ascii="Georgia" w:hAnsi="Georgia"/>
          <w:sz w:val="23"/>
        </w:rPr>
        <w:t>No timeouts.</w:t>
      </w:r>
    </w:p>
    <w:p>
      <w:pPr>
        <w:spacing w:after="80"/>
      </w:pPr>
      <w:r>
        <w:rPr>
          <w:rFonts w:ascii="Georgia" w:hAnsi="Georgia"/>
          <w:sz w:val="23"/>
        </w:rPr>
        <w:t>Need a touchdown.</w:t>
      </w:r>
    </w:p>
    <w:p>
      <w:pPr>
        <w:spacing w:after="80"/>
      </w:pPr>
      <w:r>
        <w:rPr>
          <w:rFonts w:ascii="Georgia" w:hAnsi="Georgia"/>
          <w:sz w:val="23"/>
        </w:rPr>
        <w:t>Down four.</w:t>
      </w:r>
    </w:p>
    <w:p>
      <w:pPr>
        <w:spacing w:after="80"/>
      </w:pPr>
      <w:r>
        <w:rPr>
          <w:rFonts w:ascii="Georgia" w:hAnsi="Georgia"/>
          <w:sz w:val="23"/>
        </w:rPr>
        <w:t>This was where football stopped being diagrammed and started becoming heartbeat.</w:t>
      </w:r>
    </w:p>
    <w:p>
      <w:pPr>
        <w:spacing w:after="80"/>
      </w:pPr>
      <w:r>
        <w:rPr>
          <w:rFonts w:ascii="Georgia" w:hAnsi="Georgia"/>
          <w:sz w:val="23"/>
        </w:rPr>
        <w:t>Noah stepped into the huddle.</w:t>
      </w:r>
    </w:p>
    <w:p>
      <w:pPr>
        <w:spacing w:after="80"/>
      </w:pPr>
      <w:r>
        <w:rPr>
          <w:rFonts w:ascii="Georgia" w:hAnsi="Georgia"/>
          <w:sz w:val="23"/>
        </w:rPr>
        <w:t>This was his favorite kind of pressure and the worst kind of pressure at the same time.</w:t>
      </w:r>
    </w:p>
    <w:p>
      <w:pPr>
        <w:spacing w:after="80"/>
      </w:pPr>
      <w:r>
        <w:rPr>
          <w:rFonts w:ascii="Georgia" w:hAnsi="Georgia"/>
          <w:sz w:val="23"/>
        </w:rPr>
        <w:t>Clock football.</w:t>
      </w:r>
    </w:p>
    <w:p>
      <w:pPr>
        <w:spacing w:after="80"/>
      </w:pPr>
      <w:r>
        <w:rPr>
          <w:rFonts w:ascii="Georgia" w:hAnsi="Georgia"/>
          <w:sz w:val="23"/>
        </w:rPr>
        <w:t>Manage the field.</w:t>
      </w:r>
    </w:p>
    <w:p>
      <w:pPr>
        <w:spacing w:after="80"/>
      </w:pPr>
      <w:r>
        <w:rPr>
          <w:rFonts w:ascii="Georgia" w:hAnsi="Georgia"/>
          <w:sz w:val="23"/>
        </w:rPr>
        <w:t>Manage emotion.</w:t>
      </w:r>
    </w:p>
    <w:p>
      <w:pPr>
        <w:spacing w:after="80"/>
      </w:pPr>
      <w:r>
        <w:rPr>
          <w:rFonts w:ascii="Georgia" w:hAnsi="Georgia"/>
          <w:sz w:val="23"/>
        </w:rPr>
        <w:t>Manage the fact that every completion wasn’t just yards—it was time, alignment, future lies.</w:t>
      </w:r>
    </w:p>
    <w:p>
      <w:pPr>
        <w:spacing w:after="80"/>
      </w:pPr>
      <w:r>
        <w:rPr>
          <w:rFonts w:ascii="Georgia" w:hAnsi="Georgia"/>
          <w:sz w:val="23"/>
        </w:rPr>
        <w:t>Coach Law stood fifteen yards back and crossed his arms. “This is yours.”</w:t>
      </w:r>
    </w:p>
    <w:p>
      <w:pPr>
        <w:spacing w:after="80"/>
      </w:pPr>
      <w:r>
        <w:rPr>
          <w:rFonts w:ascii="Georgia" w:hAnsi="Georgia"/>
          <w:sz w:val="23"/>
        </w:rPr>
        <w:t>Noah nodded once.</w:t>
      </w:r>
    </w:p>
    <w:p>
      <w:pPr>
        <w:spacing w:after="80"/>
      </w:pPr>
      <w:r>
        <w:rPr>
          <w:rFonts w:ascii="Georgia" w:hAnsi="Georgia"/>
          <w:sz w:val="23"/>
        </w:rPr>
        <w:t>“Trips Open Right,” he said in the huddle. “Spacing. Get out if you can. If not, hand it back fast.”</w:t>
      </w:r>
    </w:p>
    <w:p>
      <w:pPr>
        <w:spacing w:after="80"/>
      </w:pPr>
      <w:r>
        <w:rPr>
          <w:rFonts w:ascii="Georgia" w:hAnsi="Georgia"/>
          <w:sz w:val="23"/>
        </w:rPr>
        <w:t>They broke.</w:t>
      </w:r>
    </w:p>
    <w:p>
      <w:pPr>
        <w:spacing w:after="80"/>
      </w:pPr>
      <w:r>
        <w:rPr>
          <w:rFonts w:ascii="Georgia" w:hAnsi="Georgia"/>
          <w:sz w:val="23"/>
        </w:rPr>
        <w:t>Snap.</w:t>
      </w:r>
    </w:p>
    <w:p>
      <w:pPr>
        <w:spacing w:after="80"/>
      </w:pPr>
      <w:r>
        <w:rPr>
          <w:rFonts w:ascii="Georgia" w:hAnsi="Georgia"/>
          <w:sz w:val="23"/>
        </w:rPr>
        <w:t>Rico settled outside and took the first completion for six before stepping out.</w:t>
      </w:r>
    </w:p>
    <w:p>
      <w:pPr>
        <w:spacing w:after="80"/>
      </w:pPr>
      <w:r>
        <w:rPr>
          <w:rFonts w:ascii="Georgia" w:hAnsi="Georgia"/>
          <w:sz w:val="23"/>
        </w:rPr>
        <w:t>Perfect.</w:t>
      </w:r>
    </w:p>
    <w:p>
      <w:pPr>
        <w:spacing w:after="80"/>
      </w:pPr>
      <w:r>
        <w:rPr>
          <w:rFonts w:ascii="Georgia" w:hAnsi="Georgia"/>
          <w:sz w:val="23"/>
        </w:rPr>
        <w:t>Line up.</w:t>
      </w:r>
    </w:p>
    <w:p>
      <w:pPr>
        <w:spacing w:after="80"/>
      </w:pPr>
      <w:r>
        <w:rPr>
          <w:rFonts w:ascii="Georgia" w:hAnsi="Georgia"/>
          <w:sz w:val="23"/>
        </w:rPr>
        <w:t>Noah clapped them on the ball.</w:t>
      </w:r>
    </w:p>
    <w:p>
      <w:pPr>
        <w:spacing w:after="80"/>
      </w:pPr>
      <w:r>
        <w:rPr>
          <w:rFonts w:ascii="Georgia" w:hAnsi="Georgia"/>
          <w:sz w:val="23"/>
        </w:rPr>
        <w:t>“Texas. On one.”</w:t>
      </w:r>
    </w:p>
    <w:p>
      <w:pPr>
        <w:spacing w:after="80"/>
      </w:pPr>
      <w:r>
        <w:rPr>
          <w:rFonts w:ascii="Georgia" w:hAnsi="Georgia"/>
          <w:sz w:val="23"/>
        </w:rPr>
        <w:t>Micah won inside. Gain of nine. Timeout.</w:t>
      </w:r>
    </w:p>
    <w:p>
      <w:pPr>
        <w:spacing w:after="80"/>
      </w:pPr>
      <w:r>
        <w:rPr>
          <w:rFonts w:ascii="Georgia" w:hAnsi="Georgia"/>
          <w:sz w:val="23"/>
        </w:rPr>
        <w:t>Now the ball was near midfield.</w:t>
      </w:r>
    </w:p>
    <w:p>
      <w:pPr>
        <w:spacing w:after="80"/>
      </w:pPr>
      <w:r>
        <w:rPr>
          <w:rFonts w:ascii="Georgia" w:hAnsi="Georgia"/>
          <w:sz w:val="23"/>
        </w:rPr>
        <w:t>Coach Law said nothing from the sideline.</w:t>
      </w:r>
    </w:p>
    <w:p>
      <w:pPr>
        <w:spacing w:after="80"/>
      </w:pPr>
      <w:r>
        <w:rPr>
          <w:rFonts w:ascii="Georgia" w:hAnsi="Georgia"/>
          <w:sz w:val="23"/>
        </w:rPr>
        <w:t>Nothing.</w:t>
      </w:r>
    </w:p>
    <w:p>
      <w:pPr>
        <w:spacing w:after="80"/>
      </w:pPr>
      <w:r>
        <w:rPr>
          <w:rFonts w:ascii="Georgia" w:hAnsi="Georgia"/>
          <w:sz w:val="23"/>
        </w:rPr>
        <w:t>That was trust.</w:t>
      </w:r>
    </w:p>
    <w:p>
      <w:pPr>
        <w:spacing w:after="80"/>
      </w:pPr>
      <w:r>
        <w:rPr>
          <w:rFonts w:ascii="Georgia" w:hAnsi="Georgia"/>
          <w:sz w:val="23"/>
        </w:rPr>
        <w:t>Noah looked over the defense. Owen was cheating stack-side. Jalen sat wide as pressure. Devin, on defense this rep, showed middle leverage too early.</w:t>
      </w:r>
    </w:p>
    <w:p>
      <w:pPr>
        <w:spacing w:after="80"/>
      </w:pPr>
      <w:r>
        <w:rPr>
          <w:rFonts w:ascii="Georgia" w:hAnsi="Georgia"/>
          <w:sz w:val="23"/>
        </w:rPr>
        <w:t>He saw it.</w:t>
      </w:r>
    </w:p>
    <w:p>
      <w:pPr>
        <w:spacing w:after="80"/>
      </w:pPr>
      <w:r>
        <w:rPr>
          <w:rFonts w:ascii="Georgia" w:hAnsi="Georgia"/>
          <w:sz w:val="23"/>
        </w:rPr>
        <w:t>“Kill. Flood weak.”</w:t>
      </w:r>
    </w:p>
    <w:p>
      <w:pPr>
        <w:spacing w:after="80"/>
      </w:pPr>
      <w:r>
        <w:rPr>
          <w:rFonts w:ascii="Georgia" w:hAnsi="Georgia"/>
          <w:sz w:val="23"/>
        </w:rPr>
        <w:t>Snap.</w:t>
      </w:r>
    </w:p>
    <w:p>
      <w:pPr>
        <w:spacing w:after="80"/>
      </w:pPr>
      <w:r>
        <w:rPr>
          <w:rFonts w:ascii="Georgia" w:hAnsi="Georgia"/>
          <w:sz w:val="23"/>
        </w:rPr>
        <w:t>Rico widened flat.</w:t>
        <w:br/>
        <w:t>Owen ran the sail.</w:t>
        <w:br/>
        <w:t>Micah cleared.</w:t>
      </w:r>
    </w:p>
    <w:p>
      <w:pPr>
        <w:spacing w:after="80"/>
      </w:pPr>
      <w:r>
        <w:rPr>
          <w:rFonts w:ascii="Georgia" w:hAnsi="Georgia"/>
          <w:sz w:val="23"/>
        </w:rPr>
        <w:t>Noah hit Owen near the sideline for fourteen and got out of bounds.</w:t>
      </w:r>
    </w:p>
    <w:p>
      <w:pPr>
        <w:spacing w:after="80"/>
      </w:pPr>
      <w:r>
        <w:rPr>
          <w:rFonts w:ascii="Georgia" w:hAnsi="Georgia"/>
          <w:sz w:val="23"/>
        </w:rPr>
        <w:t>Twenty-one seconds.</w:t>
      </w:r>
    </w:p>
    <w:p>
      <w:pPr>
        <w:spacing w:after="80"/>
      </w:pPr>
      <w:r>
        <w:rPr>
          <w:rFonts w:ascii="Georgia" w:hAnsi="Georgia"/>
          <w:sz w:val="23"/>
        </w:rPr>
        <w:t>Ball in plus territory.</w:t>
      </w:r>
    </w:p>
    <w:p>
      <w:pPr>
        <w:spacing w:after="80"/>
      </w:pPr>
      <w:r>
        <w:rPr>
          <w:rFonts w:ascii="Georgia" w:hAnsi="Georgia"/>
          <w:sz w:val="23"/>
        </w:rPr>
        <w:t>The offense came back in.</w:t>
      </w:r>
    </w:p>
    <w:p>
      <w:pPr>
        <w:spacing w:after="80"/>
      </w:pPr>
      <w:r>
        <w:rPr>
          <w:rFonts w:ascii="Georgia" w:hAnsi="Georgia"/>
          <w:sz w:val="23"/>
        </w:rPr>
        <w:t>Noah looked at them.</w:t>
      </w:r>
    </w:p>
    <w:p>
      <w:pPr>
        <w:spacing w:after="80"/>
      </w:pPr>
      <w:r>
        <w:rPr>
          <w:rFonts w:ascii="Georgia" w:hAnsi="Georgia"/>
          <w:sz w:val="23"/>
        </w:rPr>
        <w:t>This was it.</w:t>
      </w:r>
    </w:p>
    <w:p>
      <w:pPr>
        <w:spacing w:after="80"/>
      </w:pPr>
      <w:r>
        <w:rPr>
          <w:rFonts w:ascii="Georgia" w:hAnsi="Georgia"/>
          <w:sz w:val="23"/>
        </w:rPr>
        <w:t>The rep where leaders chased headlines or chose the right answer.</w:t>
      </w:r>
    </w:p>
    <w:p>
      <w:pPr>
        <w:spacing w:after="80"/>
      </w:pPr>
      <w:r>
        <w:rPr>
          <w:rFonts w:ascii="Georgia" w:hAnsi="Georgia"/>
          <w:sz w:val="23"/>
        </w:rPr>
        <w:t>He called it.</w:t>
      </w:r>
    </w:p>
    <w:p>
      <w:pPr>
        <w:spacing w:after="80"/>
      </w:pPr>
      <w:r>
        <w:rPr>
          <w:rFonts w:ascii="Georgia" w:hAnsi="Georgia"/>
          <w:sz w:val="23"/>
        </w:rPr>
        <w:t>“Bunch right. Midnight two.”</w:t>
      </w:r>
    </w:p>
    <w:p>
      <w:pPr>
        <w:spacing w:after="80"/>
      </w:pPr>
      <w:r>
        <w:rPr>
          <w:rFonts w:ascii="Georgia" w:hAnsi="Georgia"/>
          <w:sz w:val="23"/>
        </w:rPr>
        <w:t>Devin’s eyes lifted just slightly.</w:t>
      </w:r>
    </w:p>
    <w:p>
      <w:pPr>
        <w:spacing w:after="80"/>
      </w:pPr>
      <w:r>
        <w:rPr>
          <w:rFonts w:ascii="Georgia" w:hAnsi="Georgia"/>
          <w:sz w:val="23"/>
        </w:rPr>
        <w:t>Rico heard it.</w:t>
      </w:r>
    </w:p>
    <w:p>
      <w:pPr>
        <w:spacing w:after="80"/>
      </w:pPr>
      <w:r>
        <w:rPr>
          <w:rFonts w:ascii="Georgia" w:hAnsi="Georgia"/>
          <w:sz w:val="23"/>
        </w:rPr>
        <w:t>So did everybody else.</w:t>
      </w:r>
    </w:p>
    <w:p>
      <w:pPr>
        <w:spacing w:after="80"/>
      </w:pPr>
      <w:r>
        <w:rPr>
          <w:rFonts w:ascii="Georgia" w:hAnsi="Georgia"/>
          <w:sz w:val="23"/>
        </w:rPr>
        <w:t>They broke.</w:t>
      </w:r>
    </w:p>
    <w:p>
      <w:pPr>
        <w:spacing w:after="80"/>
      </w:pPr>
      <w:r>
        <w:rPr>
          <w:rFonts w:ascii="Georgia" w:hAnsi="Georgia"/>
          <w:sz w:val="23"/>
        </w:rPr>
        <w:t>The defense aligned.</w:t>
      </w:r>
    </w:p>
    <w:p>
      <w:pPr>
        <w:spacing w:after="80"/>
      </w:pPr>
      <w:r>
        <w:rPr>
          <w:rFonts w:ascii="Georgia" w:hAnsi="Georgia"/>
          <w:sz w:val="23"/>
        </w:rPr>
        <w:t>Pressure threatening.</w:t>
      </w:r>
    </w:p>
    <w:p>
      <w:pPr>
        <w:spacing w:after="80"/>
      </w:pPr>
      <w:r>
        <w:rPr>
          <w:rFonts w:ascii="Georgia" w:hAnsi="Georgia"/>
          <w:sz w:val="23"/>
        </w:rPr>
        <w:t>Safety inside.</w:t>
      </w:r>
    </w:p>
    <w:p>
      <w:pPr>
        <w:spacing w:after="80"/>
      </w:pPr>
      <w:r>
        <w:rPr>
          <w:rFonts w:ascii="Georgia" w:hAnsi="Georgia"/>
          <w:sz w:val="23"/>
        </w:rPr>
        <w:t>Flat defender low.</w:t>
      </w:r>
    </w:p>
    <w:p>
      <w:pPr>
        <w:spacing w:after="80"/>
      </w:pPr>
      <w:r>
        <w:rPr>
          <w:rFonts w:ascii="Georgia" w:hAnsi="Georgia"/>
          <w:sz w:val="23"/>
        </w:rPr>
        <w:t>The exact picture from yesterday’s wrong-route rep.</w:t>
      </w:r>
    </w:p>
    <w:p>
      <w:pPr>
        <w:spacing w:after="80"/>
      </w:pPr>
      <w:r>
        <w:rPr>
          <w:rFonts w:ascii="Georgia" w:hAnsi="Georgia"/>
          <w:sz w:val="23"/>
        </w:rPr>
        <w:t>Noah felt the whole team know it.</w:t>
      </w:r>
    </w:p>
    <w:p>
      <w:pPr>
        <w:spacing w:after="80"/>
      </w:pPr>
      <w:r>
        <w:rPr>
          <w:rFonts w:ascii="Georgia" w:hAnsi="Georgia"/>
          <w:sz w:val="23"/>
        </w:rPr>
        <w:t>This was not just football now.</w:t>
        <w:br/>
        <w:t>This was trust under replay.</w:t>
      </w:r>
    </w:p>
    <w:p>
      <w:pPr>
        <w:spacing w:after="80"/>
      </w:pPr>
      <w:r>
        <w:rPr>
          <w:rFonts w:ascii="Georgia" w:hAnsi="Georgia"/>
          <w:sz w:val="23"/>
        </w:rPr>
        <w:t>Snap.</w:t>
      </w:r>
    </w:p>
    <w:p>
      <w:pPr>
        <w:spacing w:after="80"/>
      </w:pPr>
      <w:r>
        <w:rPr>
          <w:rFonts w:ascii="Georgia" w:hAnsi="Georgia"/>
          <w:sz w:val="23"/>
        </w:rPr>
        <w:t>Rico crossed low.</w:t>
      </w:r>
    </w:p>
    <w:p>
      <w:pPr>
        <w:spacing w:after="80"/>
      </w:pPr>
      <w:r>
        <w:rPr>
          <w:rFonts w:ascii="Georgia" w:hAnsi="Georgia"/>
          <w:sz w:val="23"/>
        </w:rPr>
        <w:t>Hard.</w:t>
        <w:br/>
        <w:t>Clean.</w:t>
        <w:br/>
        <w:t>On time.</w:t>
      </w:r>
    </w:p>
    <w:p>
      <w:pPr>
        <w:spacing w:after="80"/>
      </w:pPr>
      <w:r>
        <w:rPr>
          <w:rFonts w:ascii="Georgia" w:hAnsi="Georgia"/>
          <w:sz w:val="23"/>
        </w:rPr>
        <w:t>Micah flashed under and pivoted out.</w:t>
        <w:br/>
        <w:t>Devin delayed.</w:t>
        <w:br/>
        <w:t>Owen leaked.</w:t>
      </w:r>
    </w:p>
    <w:p>
      <w:pPr>
        <w:spacing w:after="80"/>
      </w:pPr>
      <w:r>
        <w:rPr>
          <w:rFonts w:ascii="Georgia" w:hAnsi="Georgia"/>
          <w:sz w:val="23"/>
        </w:rPr>
        <w:t>The pressure came free late.</w:t>
      </w:r>
    </w:p>
    <w:p>
      <w:pPr>
        <w:spacing w:after="80"/>
      </w:pPr>
      <w:r>
        <w:rPr>
          <w:rFonts w:ascii="Georgia" w:hAnsi="Georgia"/>
          <w:sz w:val="23"/>
        </w:rPr>
        <w:t>Noah had the same choice as before.</w:t>
      </w:r>
    </w:p>
    <w:p>
      <w:pPr>
        <w:spacing w:after="80"/>
      </w:pPr>
      <w:r>
        <w:rPr>
          <w:rFonts w:ascii="Georgia" w:hAnsi="Georgia"/>
          <w:sz w:val="23"/>
        </w:rPr>
        <w:t>He could hit Owen on the back line.</w:t>
        <w:br/>
        <w:t>He could take Devin hot.</w:t>
        <w:br/>
        <w:t>He could try to force Micah into a tight window because the old sting of the wrong rep still lived in his chest and some part of him wanted to prove something loud.</w:t>
      </w:r>
    </w:p>
    <w:p>
      <w:pPr>
        <w:spacing w:after="80"/>
      </w:pPr>
      <w:r>
        <w:rPr>
          <w:rFonts w:ascii="Georgia" w:hAnsi="Georgia"/>
          <w:sz w:val="23"/>
        </w:rPr>
        <w:t>Instead he did the hardest thing.</w:t>
      </w:r>
    </w:p>
    <w:p>
      <w:pPr>
        <w:spacing w:after="80"/>
      </w:pPr>
      <w:r>
        <w:rPr>
          <w:rFonts w:ascii="Georgia" w:hAnsi="Georgia"/>
          <w:sz w:val="23"/>
        </w:rPr>
        <w:t>He trusted the concept.</w:t>
      </w:r>
    </w:p>
    <w:p>
      <w:pPr>
        <w:spacing w:after="80"/>
      </w:pPr>
      <w:r>
        <w:rPr>
          <w:rFonts w:ascii="Georgia" w:hAnsi="Georgia"/>
          <w:sz w:val="23"/>
        </w:rPr>
        <w:t>He hit Owen.</w:t>
      </w:r>
    </w:p>
    <w:p>
      <w:pPr>
        <w:spacing w:after="80"/>
      </w:pPr>
      <w:r>
        <w:rPr>
          <w:rFonts w:ascii="Georgia" w:hAnsi="Georgia"/>
          <w:sz w:val="23"/>
        </w:rPr>
        <w:t>Touchdown.</w:t>
      </w:r>
    </w:p>
    <w:p>
      <w:pPr>
        <w:spacing w:after="80"/>
      </w:pPr>
      <w:r>
        <w:rPr>
          <w:rFonts w:ascii="Georgia" w:hAnsi="Georgia"/>
          <w:sz w:val="23"/>
        </w:rPr>
        <w:t>The offense exploded.</w:t>
      </w:r>
    </w:p>
    <w:p>
      <w:pPr>
        <w:spacing w:after="80"/>
      </w:pPr>
      <w:r>
        <w:rPr>
          <w:rFonts w:ascii="Georgia" w:hAnsi="Georgia"/>
          <w:sz w:val="23"/>
        </w:rPr>
        <w:t>This time Noah did too.</w:t>
      </w:r>
    </w:p>
    <w:p>
      <w:pPr>
        <w:spacing w:after="80"/>
      </w:pPr>
      <w:r>
        <w:rPr>
          <w:rFonts w:ascii="Georgia" w:hAnsi="Georgia"/>
          <w:sz w:val="23"/>
        </w:rPr>
        <w:t>Not with a scream. Just one hard fist and a shout that came up from somewhere deep because the rep had not just worked.</w:t>
      </w:r>
    </w:p>
    <w:p>
      <w:pPr>
        <w:spacing w:after="80"/>
      </w:pPr>
      <w:r>
        <w:rPr>
          <w:rFonts w:ascii="Georgia" w:hAnsi="Georgia"/>
          <w:sz w:val="23"/>
        </w:rPr>
        <w:t>It had held.</w:t>
      </w:r>
    </w:p>
    <w:p>
      <w:pPr>
        <w:spacing w:after="80"/>
      </w:pPr>
      <w:r>
        <w:rPr>
          <w:rFonts w:ascii="Georgia" w:hAnsi="Georgia"/>
          <w:sz w:val="23"/>
        </w:rPr>
        <w:t>Coach Law blew the sequence dead and gathered them in one final time.</w:t>
      </w:r>
    </w:p>
    <w:p>
      <w:pPr>
        <w:spacing w:after="80"/>
      </w:pPr>
      <w:r>
        <w:rPr>
          <w:rFonts w:ascii="Georgia" w:hAnsi="Georgia"/>
          <w:sz w:val="23"/>
        </w:rPr>
        <w:t>“That,” he said, looking at the whole team but somehow also directly at Noah, “is what it looks like when trust costs something and you choose it anyway.”</w:t>
      </w:r>
    </w:p>
    <w:p>
      <w:pPr>
        <w:spacing w:after="80"/>
      </w:pPr>
      <w:r>
        <w:rPr>
          <w:rFonts w:ascii="Georgia" w:hAnsi="Georgia"/>
          <w:sz w:val="23"/>
        </w:rPr>
        <w:t>The huddle stayed still.</w:t>
      </w:r>
    </w:p>
    <w:p>
      <w:pPr>
        <w:spacing w:after="80"/>
      </w:pPr>
      <w:r>
        <w:rPr>
          <w:rFonts w:ascii="Georgia" w:hAnsi="Georgia"/>
          <w:sz w:val="23"/>
        </w:rPr>
        <w:t>No one joked.</w:t>
      </w:r>
    </w:p>
    <w:p>
      <w:pPr>
        <w:spacing w:after="80"/>
      </w:pPr>
      <w:r>
        <w:rPr>
          <w:rFonts w:ascii="Georgia" w:hAnsi="Georgia"/>
          <w:sz w:val="23"/>
        </w:rPr>
        <w:t>No one moved.</w:t>
      </w:r>
    </w:p>
    <w:p>
      <w:pPr>
        <w:spacing w:after="80"/>
      </w:pPr>
      <w:r>
        <w:rPr>
          <w:rFonts w:ascii="Georgia" w:hAnsi="Georgia"/>
          <w:sz w:val="23"/>
        </w:rPr>
        <w:t>Then Coach Law said, “Done. Legs off. Minds on tomorrow.”</w:t>
      </w:r>
    </w:p>
    <w:p>
      <w:pPr>
        <w:spacing w:after="80"/>
      </w:pPr>
      <w:r>
        <w:rPr>
          <w:rFonts w:ascii="Georgia" w:hAnsi="Georgia"/>
          <w:sz w:val="23"/>
        </w:rPr>
        <w:t>The team broke.</w:t>
      </w:r>
    </w:p>
    <w:p>
      <w:pPr>
        <w:spacing w:after="80"/>
      </w:pPr>
      <w:r>
        <w:rPr>
          <w:rFonts w:ascii="Georgia" w:hAnsi="Georgia"/>
          <w:sz w:val="23"/>
        </w:rPr>
        <w:t>As kids drifted toward bags and parents, Noah stayed by the numbers for a second, breathing in the cold air, replaying the touchdown one more time.</w:t>
      </w:r>
    </w:p>
    <w:p>
      <w:pPr>
        <w:spacing w:after="80"/>
      </w:pPr>
      <w:r>
        <w:rPr>
          <w:rFonts w:ascii="Georgia" w:hAnsi="Georgia"/>
          <w:sz w:val="23"/>
        </w:rPr>
        <w:t>Rico came up beside him.</w:t>
      </w:r>
    </w:p>
    <w:p>
      <w:pPr>
        <w:spacing w:after="80"/>
      </w:pPr>
      <w:r>
        <w:rPr>
          <w:rFonts w:ascii="Georgia" w:hAnsi="Georgia"/>
          <w:sz w:val="23"/>
        </w:rPr>
        <w:t>No bounce.</w:t>
        <w:br/>
        <w:t>No joke.</w:t>
        <w:br/>
        <w:t>No easy anything.</w:t>
      </w:r>
    </w:p>
    <w:p>
      <w:pPr>
        <w:spacing w:after="80"/>
      </w:pPr>
      <w:r>
        <w:rPr>
          <w:rFonts w:ascii="Georgia" w:hAnsi="Georgia"/>
          <w:sz w:val="23"/>
        </w:rPr>
        <w:t>“You didn’t have to throw that,” Rico said.</w:t>
      </w:r>
    </w:p>
    <w:p>
      <w:pPr>
        <w:spacing w:after="80"/>
      </w:pPr>
      <w:r>
        <w:rPr>
          <w:rFonts w:ascii="Georgia" w:hAnsi="Georgia"/>
          <w:sz w:val="23"/>
        </w:rPr>
        <w:t>Noah kept his eyes on the field. “Yeah, I did.”</w:t>
      </w:r>
    </w:p>
    <w:p>
      <w:pPr>
        <w:spacing w:after="80"/>
      </w:pPr>
      <w:r>
        <w:rPr>
          <w:rFonts w:ascii="Georgia" w:hAnsi="Georgia"/>
          <w:sz w:val="23"/>
        </w:rPr>
        <w:t>Rico nodded once. “Fair.”</w:t>
      </w:r>
    </w:p>
    <w:p>
      <w:pPr>
        <w:spacing w:after="80"/>
      </w:pPr>
      <w:r>
        <w:rPr>
          <w:rFonts w:ascii="Georgia" w:hAnsi="Georgia"/>
          <w:sz w:val="23"/>
        </w:rPr>
        <w:t>That could have been the end of it.</w:t>
      </w:r>
    </w:p>
    <w:p>
      <w:pPr>
        <w:spacing w:after="80"/>
      </w:pPr>
      <w:r>
        <w:rPr>
          <w:rFonts w:ascii="Georgia" w:hAnsi="Georgia"/>
          <w:sz w:val="23"/>
        </w:rPr>
        <w:t>Then Rico added, “There’s one thing I didn’t tell Coach.”</w:t>
      </w:r>
    </w:p>
    <w:p>
      <w:pPr>
        <w:spacing w:after="80"/>
      </w:pPr>
      <w:r>
        <w:rPr>
          <w:rFonts w:ascii="Georgia" w:hAnsi="Georgia"/>
          <w:sz w:val="23"/>
        </w:rPr>
        <w:t>Noah turned.</w:t>
      </w:r>
    </w:p>
    <w:p>
      <w:pPr>
        <w:spacing w:after="80"/>
      </w:pPr>
      <w:r>
        <w:rPr>
          <w:rFonts w:ascii="Georgia" w:hAnsi="Georgia"/>
          <w:sz w:val="23"/>
        </w:rPr>
        <w:t>Rico looked toward the far sideline, not at him.</w:t>
      </w:r>
    </w:p>
    <w:p>
      <w:pPr>
        <w:spacing w:after="80"/>
      </w:pPr>
      <w:r>
        <w:rPr>
          <w:rFonts w:ascii="Georgia" w:hAnsi="Georgia"/>
          <w:sz w:val="23"/>
        </w:rPr>
        <w:t>“That night in the parking lot,” Rico said, “I wasn’t scared because of the hoodie.”</w:t>
      </w:r>
    </w:p>
    <w:p>
      <w:pPr>
        <w:spacing w:after="80"/>
      </w:pPr>
      <w:r>
        <w:rPr>
          <w:rFonts w:ascii="Georgia" w:hAnsi="Georgia"/>
          <w:sz w:val="23"/>
        </w:rPr>
        <w:t>Noah’s stomach tightened.</w:t>
      </w:r>
    </w:p>
    <w:p>
      <w:pPr>
        <w:spacing w:after="80"/>
      </w:pPr>
      <w:r>
        <w:rPr>
          <w:rFonts w:ascii="Georgia" w:hAnsi="Georgia"/>
          <w:sz w:val="23"/>
        </w:rPr>
        <w:t>Rico finally looked at him.</w:t>
      </w:r>
    </w:p>
    <w:p>
      <w:pPr>
        <w:spacing w:after="80"/>
      </w:pPr>
      <w:r>
        <w:rPr>
          <w:rFonts w:ascii="Georgia" w:hAnsi="Georgia"/>
          <w:sz w:val="23"/>
        </w:rPr>
        <w:t>“I was scared,” he said, “because I recognized the car.”</w:t>
        <w:br/>
      </w:r>
    </w:p>
    <w:p>
      <w:r>
        <w:br w:type="page"/>
      </w:r>
    </w:p>
    <w:p>
      <w:pPr>
        <w:spacing w:after="40"/>
        <w:jc w:val="center"/>
      </w:pPr>
      <w:r>
        <w:rPr>
          <w:rFonts w:ascii="Georgia" w:hAnsi="Georgia"/>
          <w:b/>
          <w:i w:val="0"/>
          <w:sz w:val="28"/>
        </w:rPr>
        <w:t>Chapter 16</w:t>
      </w:r>
    </w:p>
    <w:p>
      <w:pPr>
        <w:spacing w:after="200"/>
        <w:jc w:val="center"/>
      </w:pPr>
      <w:r>
        <w:rPr>
          <w:rFonts w:ascii="Georgia" w:hAnsi="Georgia"/>
          <w:b w:val="0"/>
          <w:i/>
          <w:sz w:val="24"/>
        </w:rPr>
        <w:t>The Wrong Route</w:t>
      </w:r>
    </w:p>
    <w:p>
      <w:pPr>
        <w:spacing w:after="80"/>
      </w:pPr>
      <w:r>
        <w:rPr>
          <w:rFonts w:ascii="Georgia" w:hAnsi="Georgia"/>
          <w:sz w:val="23"/>
        </w:rPr>
        <w:t>The defense exploded.</w:t>
      </w:r>
    </w:p>
    <w:p>
      <w:pPr>
        <w:spacing w:after="80"/>
      </w:pPr>
      <w:r>
        <w:rPr>
          <w:rFonts w:ascii="Georgia" w:hAnsi="Georgia"/>
          <w:sz w:val="23"/>
        </w:rPr>
        <w:t>Jalen ran three yards toward the sideline pounding his chest. “GAME! GAME! GAME!”</w:t>
      </w:r>
    </w:p>
    <w:p>
      <w:pPr>
        <w:spacing w:after="80"/>
      </w:pPr>
      <w:r>
        <w:rPr>
          <w:rFonts w:ascii="Georgia" w:hAnsi="Georgia"/>
          <w:sz w:val="23"/>
        </w:rPr>
        <w:t>Coach Law did not blow the whistle again.</w:t>
      </w:r>
    </w:p>
    <w:p>
      <w:pPr>
        <w:spacing w:after="80"/>
      </w:pPr>
      <w:r>
        <w:rPr>
          <w:rFonts w:ascii="Georgia" w:hAnsi="Georgia"/>
          <w:sz w:val="23"/>
        </w:rPr>
        <w:t>Did not say reset.</w:t>
      </w:r>
    </w:p>
    <w:p>
      <w:pPr>
        <w:spacing w:after="80"/>
      </w:pPr>
      <w:r>
        <w:rPr>
          <w:rFonts w:ascii="Georgia" w:hAnsi="Georgia"/>
          <w:sz w:val="23"/>
        </w:rPr>
        <w:t>Did not say what happened.</w:t>
      </w:r>
    </w:p>
    <w:p>
      <w:pPr>
        <w:spacing w:after="80"/>
      </w:pPr>
      <w:r>
        <w:rPr>
          <w:rFonts w:ascii="Georgia" w:hAnsi="Georgia"/>
          <w:sz w:val="23"/>
        </w:rPr>
        <w:t>The offense just stood there.</w:t>
      </w:r>
    </w:p>
    <w:p>
      <w:pPr>
        <w:spacing w:after="80"/>
      </w:pPr>
      <w:r>
        <w:rPr>
          <w:rFonts w:ascii="Georgia" w:hAnsi="Georgia"/>
          <w:sz w:val="23"/>
        </w:rPr>
        <w:t>Noah turned slowly toward Rico.</w:t>
      </w:r>
    </w:p>
    <w:p>
      <w:pPr>
        <w:spacing w:after="80"/>
      </w:pPr>
      <w:r>
        <w:rPr>
          <w:rFonts w:ascii="Georgia" w:hAnsi="Georgia"/>
          <w:sz w:val="23"/>
        </w:rPr>
        <w:t>Rico was still in his stance spot, breathing hard, not looking at anyone.</w:t>
      </w:r>
    </w:p>
    <w:p>
      <w:pPr>
        <w:spacing w:after="80"/>
      </w:pPr>
      <w:r>
        <w:rPr>
          <w:rFonts w:ascii="Georgia" w:hAnsi="Georgia"/>
          <w:sz w:val="23"/>
        </w:rPr>
        <w:t>Not confused.</w:t>
      </w:r>
    </w:p>
    <w:p>
      <w:pPr>
        <w:spacing w:after="80"/>
      </w:pPr>
      <w:r>
        <w:rPr>
          <w:rFonts w:ascii="Georgia" w:hAnsi="Georgia"/>
          <w:sz w:val="23"/>
        </w:rPr>
        <w:t>Not frustrated.</w:t>
      </w:r>
    </w:p>
    <w:p>
      <w:pPr>
        <w:spacing w:after="80"/>
      </w:pPr>
      <w:r>
        <w:rPr>
          <w:rFonts w:ascii="Georgia" w:hAnsi="Georgia"/>
          <w:sz w:val="23"/>
        </w:rPr>
        <w:t>Just still.</w:t>
      </w:r>
    </w:p>
    <w:p>
      <w:pPr>
        <w:spacing w:after="80"/>
      </w:pPr>
      <w:r>
        <w:rPr>
          <w:rFonts w:ascii="Georgia" w:hAnsi="Georgia"/>
          <w:sz w:val="23"/>
        </w:rPr>
        <w:t>And that was what made Noah’s stomach drop.</w:t>
      </w:r>
    </w:p>
    <w:p>
      <w:pPr>
        <w:spacing w:after="80"/>
      </w:pPr>
      <w:r>
        <w:rPr>
          <w:rFonts w:ascii="Georgia" w:hAnsi="Georgia"/>
          <w:sz w:val="23"/>
        </w:rPr>
        <w:t>Because Rico had not slipped.</w:t>
      </w:r>
    </w:p>
    <w:p>
      <w:pPr>
        <w:spacing w:after="80"/>
      </w:pPr>
      <w:r>
        <w:rPr>
          <w:rFonts w:ascii="Georgia" w:hAnsi="Georgia"/>
          <w:sz w:val="23"/>
        </w:rPr>
        <w:t>He had not forgotten the route.</w:t>
      </w:r>
    </w:p>
    <w:p>
      <w:pPr>
        <w:spacing w:after="80"/>
      </w:pPr>
      <w:r>
        <w:rPr>
          <w:rFonts w:ascii="Georgia" w:hAnsi="Georgia"/>
          <w:sz w:val="23"/>
        </w:rPr>
        <w:t>He had run the wrong one like he knew exactly what the right one was supposed to beat.</w:t>
      </w:r>
    </w:p>
    <w:p>
      <w:pPr>
        <w:spacing w:after="80"/>
      </w:pPr>
      <w:r>
        <w:rPr>
          <w:rFonts w:ascii="Georgia" w:hAnsi="Georgia"/>
          <w:sz w:val="23"/>
        </w:rPr>
        <w:t>For one second, all Noah could hear was the wind skimming over the field and the fading sound of Jalen celebrating by himself.</w:t>
      </w:r>
    </w:p>
    <w:p>
      <w:pPr>
        <w:spacing w:after="80"/>
      </w:pPr>
      <w:r>
        <w:rPr>
          <w:rFonts w:ascii="Georgia" w:hAnsi="Georgia"/>
          <w:sz w:val="23"/>
        </w:rPr>
        <w:t>Then Coach Law’s whistle split the air.</w:t>
      </w:r>
    </w:p>
    <w:p>
      <w:pPr>
        <w:spacing w:after="80"/>
      </w:pPr>
      <w:r>
        <w:rPr>
          <w:rFonts w:ascii="Georgia" w:hAnsi="Georgia"/>
          <w:sz w:val="23"/>
        </w:rPr>
        <w:t>“Again,” he said.</w:t>
      </w:r>
    </w:p>
    <w:p>
      <w:pPr>
        <w:spacing w:after="80"/>
      </w:pPr>
      <w:r>
        <w:rPr>
          <w:rFonts w:ascii="Georgia" w:hAnsi="Georgia"/>
          <w:sz w:val="23"/>
        </w:rPr>
        <w:t>Everybody looked at him.</w:t>
      </w:r>
    </w:p>
    <w:p>
      <w:pPr>
        <w:spacing w:after="80"/>
      </w:pPr>
      <w:r>
        <w:rPr>
          <w:rFonts w:ascii="Georgia" w:hAnsi="Georgia"/>
          <w:sz w:val="23"/>
        </w:rPr>
        <w:t>Even Jalen stopped.</w:t>
      </w:r>
    </w:p>
    <w:p>
      <w:pPr>
        <w:spacing w:after="80"/>
      </w:pPr>
      <w:r>
        <w:rPr>
          <w:rFonts w:ascii="Georgia" w:hAnsi="Georgia"/>
          <w:sz w:val="23"/>
        </w:rPr>
        <w:t>Coach Law pointed at the offense. “Same ball. Same call. Reset.”</w:t>
      </w:r>
    </w:p>
    <w:p>
      <w:pPr>
        <w:spacing w:after="80"/>
      </w:pPr>
      <w:r>
        <w:rPr>
          <w:rFonts w:ascii="Georgia" w:hAnsi="Georgia"/>
          <w:sz w:val="23"/>
        </w:rPr>
        <w:t>That was so unlike what Noah expected that he almost asked why out loud.</w:t>
      </w:r>
    </w:p>
    <w:p>
      <w:pPr>
        <w:spacing w:after="80"/>
      </w:pPr>
      <w:r>
        <w:rPr>
          <w:rFonts w:ascii="Georgia" w:hAnsi="Georgia"/>
          <w:sz w:val="23"/>
        </w:rPr>
        <w:t>Instead he jogged back into the huddle with the others.</w:t>
      </w:r>
    </w:p>
    <w:p>
      <w:pPr>
        <w:spacing w:after="80"/>
      </w:pPr>
      <w:r>
        <w:rPr>
          <w:rFonts w:ascii="Georgia" w:hAnsi="Georgia"/>
          <w:sz w:val="23"/>
        </w:rPr>
        <w:t>Rico came too.</w:t>
      </w:r>
    </w:p>
    <w:p>
      <w:pPr>
        <w:spacing w:after="80"/>
      </w:pPr>
      <w:r>
        <w:rPr>
          <w:rFonts w:ascii="Georgia" w:hAnsi="Georgia"/>
          <w:sz w:val="23"/>
        </w:rPr>
        <w:t>Of course he did.</w:t>
      </w:r>
    </w:p>
    <w:p>
      <w:pPr>
        <w:spacing w:after="80"/>
      </w:pPr>
      <w:r>
        <w:rPr>
          <w:rFonts w:ascii="Georgia" w:hAnsi="Georgia"/>
          <w:sz w:val="23"/>
        </w:rPr>
        <w:t>Noah kept his face blank, but his chest was hot and tight and loud all at once. The whole point of the play had been timing and conflict. The drag cleared space. The pivot killed it. Rico knew that. He knew it.</w:t>
      </w:r>
    </w:p>
    <w:p>
      <w:pPr>
        <w:spacing w:after="80"/>
      </w:pPr>
      <w:r>
        <w:rPr>
          <w:rFonts w:ascii="Georgia" w:hAnsi="Georgia"/>
          <w:sz w:val="23"/>
        </w:rPr>
        <w:t>The huddle closed in.</w:t>
      </w:r>
    </w:p>
    <w:p>
      <w:pPr>
        <w:spacing w:after="80"/>
      </w:pPr>
      <w:r>
        <w:rPr>
          <w:rFonts w:ascii="Georgia" w:hAnsi="Georgia"/>
          <w:sz w:val="23"/>
        </w:rPr>
        <w:t>Nobody spoke at first.</w:t>
      </w:r>
    </w:p>
    <w:p>
      <w:pPr>
        <w:spacing w:after="80"/>
      </w:pPr>
      <w:r>
        <w:rPr>
          <w:rFonts w:ascii="Georgia" w:hAnsi="Georgia"/>
          <w:sz w:val="23"/>
        </w:rPr>
        <w:t>Then Micah said quietly, “You stopped.”</w:t>
      </w:r>
    </w:p>
    <w:p>
      <w:pPr>
        <w:spacing w:after="80"/>
      </w:pPr>
      <w:r>
        <w:rPr>
          <w:rFonts w:ascii="Georgia" w:hAnsi="Georgia"/>
          <w:sz w:val="23"/>
        </w:rPr>
        <w:t>Rico looked up. “What?”</w:t>
      </w:r>
    </w:p>
    <w:p>
      <w:pPr>
        <w:spacing w:after="80"/>
      </w:pPr>
      <w:r>
        <w:rPr>
          <w:rFonts w:ascii="Georgia" w:hAnsi="Georgia"/>
          <w:sz w:val="23"/>
        </w:rPr>
        <w:t>“You stopped on the route.”</w:t>
      </w:r>
    </w:p>
    <w:p>
      <w:pPr>
        <w:spacing w:after="80"/>
      </w:pPr>
      <w:r>
        <w:rPr>
          <w:rFonts w:ascii="Georgia" w:hAnsi="Georgia"/>
          <w:sz w:val="23"/>
        </w:rPr>
        <w:t>Rico stared at him. “No, I didn’t.”</w:t>
      </w:r>
    </w:p>
    <w:p>
      <w:pPr>
        <w:spacing w:after="80"/>
      </w:pPr>
      <w:r>
        <w:rPr>
          <w:rFonts w:ascii="Georgia" w:hAnsi="Georgia"/>
          <w:sz w:val="23"/>
        </w:rPr>
        <w:t>Devin’s eyes shifted between both of them. “Yes, you did.”</w:t>
      </w:r>
    </w:p>
    <w:p>
      <w:pPr>
        <w:spacing w:after="80"/>
      </w:pPr>
      <w:r>
        <w:rPr>
          <w:rFonts w:ascii="Georgia" w:hAnsi="Georgia"/>
          <w:sz w:val="23"/>
        </w:rPr>
        <w:t>Rico’s jaw flexed. “I hit the pivot.”</w:t>
      </w:r>
    </w:p>
    <w:p>
      <w:pPr>
        <w:spacing w:after="80"/>
      </w:pPr>
      <w:r>
        <w:rPr>
          <w:rFonts w:ascii="Georgia" w:hAnsi="Georgia"/>
          <w:sz w:val="23"/>
        </w:rPr>
        <w:t>Noah stared.</w:t>
      </w:r>
    </w:p>
    <w:p>
      <w:pPr>
        <w:spacing w:after="80"/>
      </w:pPr>
      <w:r>
        <w:rPr>
          <w:rFonts w:ascii="Georgia" w:hAnsi="Georgia"/>
          <w:sz w:val="23"/>
        </w:rPr>
        <w:t>The pivot.</w:t>
      </w:r>
    </w:p>
    <w:p>
      <w:pPr>
        <w:spacing w:after="80"/>
      </w:pPr>
      <w:r>
        <w:rPr>
          <w:rFonts w:ascii="Georgia" w:hAnsi="Georgia"/>
          <w:sz w:val="23"/>
        </w:rPr>
        <w:t>Not the drag.</w:t>
      </w:r>
    </w:p>
    <w:p>
      <w:pPr>
        <w:spacing w:after="80"/>
      </w:pPr>
      <w:r>
        <w:rPr>
          <w:rFonts w:ascii="Georgia" w:hAnsi="Georgia"/>
          <w:sz w:val="23"/>
        </w:rPr>
        <w:t>Exactly.</w:t>
      </w:r>
    </w:p>
    <w:p>
      <w:pPr>
        <w:spacing w:after="80"/>
      </w:pPr>
      <w:r>
        <w:rPr>
          <w:rFonts w:ascii="Georgia" w:hAnsi="Georgia"/>
          <w:sz w:val="23"/>
        </w:rPr>
        <w:t>That was not a random mistake. That was a different call family entirely.</w:t>
      </w:r>
    </w:p>
    <w:p>
      <w:pPr>
        <w:spacing w:after="80"/>
      </w:pPr>
      <w:r>
        <w:rPr>
          <w:rFonts w:ascii="Georgia" w:hAnsi="Georgia"/>
          <w:sz w:val="23"/>
        </w:rPr>
        <w:t>Coach Law blew the whistle once more from outside the huddle. “Play clock.”</w:t>
      </w:r>
    </w:p>
    <w:p>
      <w:pPr>
        <w:spacing w:after="80"/>
      </w:pPr>
      <w:r>
        <w:rPr>
          <w:rFonts w:ascii="Georgia" w:hAnsi="Georgia"/>
          <w:sz w:val="23"/>
        </w:rPr>
        <w:t>Noah looked at Rico. Rico looked right back, expression flat now, almost daring Noah to say it.</w:t>
      </w:r>
    </w:p>
    <w:p>
      <w:pPr>
        <w:spacing w:after="80"/>
      </w:pPr>
      <w:r>
        <w:rPr>
          <w:rFonts w:ascii="Georgia" w:hAnsi="Georgia"/>
          <w:sz w:val="23"/>
        </w:rPr>
        <w:t>Noah called the same play.</w:t>
      </w:r>
    </w:p>
    <w:p>
      <w:pPr>
        <w:spacing w:after="80"/>
      </w:pPr>
      <w:r>
        <w:rPr>
          <w:rFonts w:ascii="Georgia" w:hAnsi="Georgia"/>
          <w:sz w:val="23"/>
        </w:rPr>
        <w:t>“Midnight two. Again.”</w:t>
      </w:r>
    </w:p>
    <w:p>
      <w:pPr>
        <w:spacing w:after="80"/>
      </w:pPr>
      <w:r>
        <w:rPr>
          <w:rFonts w:ascii="Georgia" w:hAnsi="Georgia"/>
          <w:sz w:val="23"/>
        </w:rPr>
        <w:t>This time he watched Rico before the snap more than the defense.</w:t>
      </w:r>
    </w:p>
    <w:p>
      <w:pPr>
        <w:spacing w:after="80"/>
      </w:pPr>
      <w:r>
        <w:rPr>
          <w:rFonts w:ascii="Georgia" w:hAnsi="Georgia"/>
          <w:sz w:val="23"/>
        </w:rPr>
        <w:t>The formation tightened. Bunch right. Rico at the point. Micah outside. Devin tucked. Owen backside.</w:t>
      </w:r>
    </w:p>
    <w:p>
      <w:pPr>
        <w:spacing w:after="80"/>
      </w:pPr>
      <w:r>
        <w:rPr>
          <w:rFonts w:ascii="Georgia" w:hAnsi="Georgia"/>
          <w:sz w:val="23"/>
        </w:rPr>
        <w:t>Northgate look simulated again by Jalen and Owen on defense. Pressure from the edge. Flat defender shallow. Safety leaning inside.</w:t>
      </w:r>
    </w:p>
    <w:p>
      <w:pPr>
        <w:spacing w:after="80"/>
      </w:pPr>
      <w:r>
        <w:rPr>
          <w:rFonts w:ascii="Georgia" w:hAnsi="Georgia"/>
          <w:sz w:val="23"/>
        </w:rPr>
        <w:t>Perfect.</w:t>
      </w:r>
    </w:p>
    <w:p>
      <w:pPr>
        <w:spacing w:after="80"/>
      </w:pPr>
      <w:r>
        <w:rPr>
          <w:rFonts w:ascii="Georgia" w:hAnsi="Georgia"/>
          <w:sz w:val="23"/>
        </w:rPr>
        <w:t>The snap came.</w:t>
      </w:r>
    </w:p>
    <w:p>
      <w:pPr>
        <w:spacing w:after="80"/>
      </w:pPr>
      <w:r>
        <w:rPr>
          <w:rFonts w:ascii="Georgia" w:hAnsi="Georgia"/>
          <w:sz w:val="23"/>
        </w:rPr>
        <w:t>Rico crossed low.</w:t>
      </w:r>
    </w:p>
    <w:p>
      <w:pPr>
        <w:spacing w:after="80"/>
      </w:pPr>
      <w:r>
        <w:rPr>
          <w:rFonts w:ascii="Georgia" w:hAnsi="Georgia"/>
          <w:sz w:val="23"/>
        </w:rPr>
        <w:t>Hard.</w:t>
      </w:r>
    </w:p>
    <w:p>
      <w:pPr>
        <w:spacing w:after="80"/>
      </w:pPr>
      <w:r>
        <w:rPr>
          <w:rFonts w:ascii="Georgia" w:hAnsi="Georgia"/>
          <w:sz w:val="23"/>
        </w:rPr>
        <w:t>Exactly the way he was supposed to.</w:t>
      </w:r>
    </w:p>
    <w:p>
      <w:pPr>
        <w:spacing w:after="80"/>
      </w:pPr>
      <w:r>
        <w:rPr>
          <w:rFonts w:ascii="Georgia" w:hAnsi="Georgia"/>
          <w:sz w:val="23"/>
        </w:rPr>
        <w:t>Micah flashed under and pivoted out. Devin delayed. Jalen widened with the first motion. The safety overstepped. The window opened.</w:t>
      </w:r>
    </w:p>
    <w:p>
      <w:pPr>
        <w:spacing w:after="80"/>
      </w:pPr>
      <w:r>
        <w:rPr>
          <w:rFonts w:ascii="Georgia" w:hAnsi="Georgia"/>
          <w:sz w:val="23"/>
        </w:rPr>
        <w:t>Noah fired to Micah.</w:t>
      </w:r>
    </w:p>
    <w:p>
      <w:pPr>
        <w:spacing w:after="80"/>
      </w:pPr>
      <w:r>
        <w:rPr>
          <w:rFonts w:ascii="Georgia" w:hAnsi="Georgia"/>
          <w:sz w:val="23"/>
        </w:rPr>
        <w:t>Touchdown.</w:t>
      </w:r>
    </w:p>
    <w:p>
      <w:pPr>
        <w:spacing w:after="80"/>
      </w:pPr>
      <w:r>
        <w:rPr>
          <w:rFonts w:ascii="Georgia" w:hAnsi="Georgia"/>
          <w:sz w:val="23"/>
        </w:rPr>
        <w:t>The offense did not celebrate much.</w:t>
      </w:r>
    </w:p>
    <w:p>
      <w:pPr>
        <w:spacing w:after="80"/>
      </w:pPr>
      <w:r>
        <w:rPr>
          <w:rFonts w:ascii="Georgia" w:hAnsi="Georgia"/>
          <w:sz w:val="23"/>
        </w:rPr>
        <w:t>Not because they were not happy with the rep.</w:t>
      </w:r>
    </w:p>
    <w:p>
      <w:pPr>
        <w:spacing w:after="80"/>
      </w:pPr>
      <w:r>
        <w:rPr>
          <w:rFonts w:ascii="Georgia" w:hAnsi="Georgia"/>
          <w:sz w:val="23"/>
        </w:rPr>
        <w:t>Because everybody understood what had just happened.</w:t>
      </w:r>
    </w:p>
    <w:p>
      <w:pPr>
        <w:spacing w:after="80"/>
      </w:pPr>
      <w:r>
        <w:rPr>
          <w:rFonts w:ascii="Georgia" w:hAnsi="Georgia"/>
          <w:sz w:val="23"/>
        </w:rPr>
        <w:t>Coach Law killed the period with one whistle and brought them in.</w:t>
      </w:r>
    </w:p>
    <w:p>
      <w:pPr>
        <w:spacing w:after="80"/>
      </w:pPr>
      <w:r>
        <w:rPr>
          <w:rFonts w:ascii="Georgia" w:hAnsi="Georgia"/>
          <w:sz w:val="23"/>
        </w:rPr>
        <w:t>The team jogged to the numbers and gathered in a loose circle, still breathing hard. Noah could feel the suspicion in the space between bodies now. Not shouted. Not hidden either.</w:t>
      </w:r>
    </w:p>
    <w:p>
      <w:pPr>
        <w:spacing w:after="80"/>
      </w:pPr>
      <w:r>
        <w:rPr>
          <w:rFonts w:ascii="Georgia" w:hAnsi="Georgia"/>
          <w:sz w:val="23"/>
        </w:rPr>
        <w:t>Coach Law looked at all of them, then settled on Rico.</w:t>
      </w:r>
    </w:p>
    <w:p>
      <w:pPr>
        <w:spacing w:after="80"/>
      </w:pPr>
      <w:r>
        <w:rPr>
          <w:rFonts w:ascii="Georgia" w:hAnsi="Georgia"/>
          <w:sz w:val="23"/>
        </w:rPr>
        <w:t>“What route did you run the first time?”</w:t>
      </w:r>
    </w:p>
    <w:p>
      <w:pPr>
        <w:spacing w:after="80"/>
      </w:pPr>
      <w:r>
        <w:rPr>
          <w:rFonts w:ascii="Georgia" w:hAnsi="Georgia"/>
          <w:sz w:val="23"/>
        </w:rPr>
        <w:t>Rico crossed his arms. “Pivot.”</w:t>
      </w:r>
    </w:p>
    <w:p>
      <w:pPr>
        <w:spacing w:after="80"/>
      </w:pPr>
      <w:r>
        <w:rPr>
          <w:rFonts w:ascii="Georgia" w:hAnsi="Georgia"/>
          <w:sz w:val="23"/>
        </w:rPr>
        <w:t>“What route was called?”</w:t>
      </w:r>
    </w:p>
    <w:p>
      <w:pPr>
        <w:spacing w:after="80"/>
      </w:pPr>
      <w:r>
        <w:rPr>
          <w:rFonts w:ascii="Georgia" w:hAnsi="Georgia"/>
          <w:sz w:val="23"/>
        </w:rPr>
        <w:t>No answer.</w:t>
      </w:r>
    </w:p>
    <w:p>
      <w:pPr>
        <w:spacing w:after="80"/>
      </w:pPr>
      <w:r>
        <w:rPr>
          <w:rFonts w:ascii="Georgia" w:hAnsi="Georgia"/>
          <w:sz w:val="23"/>
        </w:rPr>
        <w:t>Coach Law took one step toward him. “What route was called?”</w:t>
      </w:r>
    </w:p>
    <w:p>
      <w:pPr>
        <w:spacing w:after="80"/>
      </w:pPr>
      <w:r>
        <w:rPr>
          <w:rFonts w:ascii="Georgia" w:hAnsi="Georgia"/>
          <w:sz w:val="23"/>
        </w:rPr>
        <w:t>Rico looked at the turf. “Drag.”</w:t>
      </w:r>
    </w:p>
    <w:p>
      <w:pPr>
        <w:spacing w:after="80"/>
      </w:pPr>
      <w:r>
        <w:rPr>
          <w:rFonts w:ascii="Georgia" w:hAnsi="Georgia"/>
          <w:sz w:val="23"/>
        </w:rPr>
        <w:t>“Why didn’t you run it?”</w:t>
      </w:r>
    </w:p>
    <w:p>
      <w:pPr>
        <w:spacing w:after="80"/>
      </w:pPr>
      <w:r>
        <w:rPr>
          <w:rFonts w:ascii="Georgia" w:hAnsi="Georgia"/>
          <w:sz w:val="23"/>
        </w:rPr>
        <w:t>Rico’s shoulders rose and fell once. “I heard pivot.”</w:t>
      </w:r>
    </w:p>
    <w:p>
      <w:pPr>
        <w:spacing w:after="80"/>
      </w:pPr>
      <w:r>
        <w:rPr>
          <w:rFonts w:ascii="Georgia" w:hAnsi="Georgia"/>
          <w:sz w:val="23"/>
        </w:rPr>
        <w:t>“No,” Noah said before he could stop himself. “You didn’t.”</w:t>
      </w:r>
    </w:p>
    <w:p>
      <w:pPr>
        <w:spacing w:after="80"/>
      </w:pPr>
      <w:r>
        <w:rPr>
          <w:rFonts w:ascii="Georgia" w:hAnsi="Georgia"/>
          <w:sz w:val="23"/>
        </w:rPr>
        <w:t>Coach Law’s head turned sharply toward him.</w:t>
      </w:r>
    </w:p>
    <w:p>
      <w:pPr>
        <w:spacing w:after="80"/>
      </w:pPr>
      <w:r>
        <w:rPr>
          <w:rFonts w:ascii="Georgia" w:hAnsi="Georgia"/>
          <w:sz w:val="23"/>
        </w:rPr>
        <w:t>Noah did not care.</w:t>
      </w:r>
    </w:p>
    <w:p>
      <w:pPr>
        <w:spacing w:after="80"/>
      </w:pPr>
      <w:r>
        <w:rPr>
          <w:rFonts w:ascii="Georgia" w:hAnsi="Georgia"/>
          <w:sz w:val="23"/>
        </w:rPr>
        <w:t>“You didn’t hear pivot,” he said, looking straight at Rico now. “You ran pivot because that’s what beats the old version of the play.”</w:t>
      </w:r>
    </w:p>
    <w:p>
      <w:pPr>
        <w:spacing w:after="80"/>
      </w:pPr>
      <w:r>
        <w:rPr>
          <w:rFonts w:ascii="Georgia" w:hAnsi="Georgia"/>
          <w:sz w:val="23"/>
        </w:rPr>
        <w:t>The field went quiet.</w:t>
      </w:r>
    </w:p>
    <w:p>
      <w:pPr>
        <w:spacing w:after="80"/>
      </w:pPr>
      <w:r>
        <w:rPr>
          <w:rFonts w:ascii="Georgia" w:hAnsi="Georgia"/>
          <w:sz w:val="23"/>
        </w:rPr>
        <w:t>Even Jalen did not jump in.</w:t>
      </w:r>
    </w:p>
    <w:p>
      <w:pPr>
        <w:spacing w:after="80"/>
      </w:pPr>
      <w:r>
        <w:rPr>
          <w:rFonts w:ascii="Georgia" w:hAnsi="Georgia"/>
          <w:sz w:val="23"/>
        </w:rPr>
        <w:t>Because football players knew what that meant.</w:t>
      </w:r>
    </w:p>
    <w:p>
      <w:pPr>
        <w:spacing w:after="80"/>
      </w:pPr>
      <w:r>
        <w:rPr>
          <w:rFonts w:ascii="Georgia" w:hAnsi="Georgia"/>
          <w:sz w:val="23"/>
        </w:rPr>
        <w:t>If you knew the old answer well enough to run the wrong route into it under pressure, then you were not just messing up. You were carrying two playbooks in your head at once.</w:t>
      </w:r>
    </w:p>
    <w:p>
      <w:pPr>
        <w:spacing w:after="80"/>
      </w:pPr>
      <w:r>
        <w:rPr>
          <w:rFonts w:ascii="Georgia" w:hAnsi="Georgia"/>
          <w:sz w:val="23"/>
        </w:rPr>
        <w:t>Rico looked at Noah for a long second.</w:t>
      </w:r>
    </w:p>
    <w:p>
      <w:pPr>
        <w:spacing w:after="80"/>
      </w:pPr>
      <w:r>
        <w:rPr>
          <w:rFonts w:ascii="Georgia" w:hAnsi="Georgia"/>
          <w:sz w:val="23"/>
        </w:rPr>
        <w:t>Then looked away.</w:t>
      </w:r>
    </w:p>
    <w:p>
      <w:pPr>
        <w:spacing w:after="80"/>
      </w:pPr>
      <w:r>
        <w:rPr>
          <w:rFonts w:ascii="Georgia" w:hAnsi="Georgia"/>
          <w:sz w:val="23"/>
        </w:rPr>
        <w:t>Coach Law’s voice stayed level. “Everybody except Rico. Sideline.”</w:t>
      </w:r>
    </w:p>
    <w:p>
      <w:pPr>
        <w:spacing w:after="80"/>
      </w:pPr>
      <w:r>
        <w:rPr>
          <w:rFonts w:ascii="Georgia" w:hAnsi="Georgia"/>
          <w:sz w:val="23"/>
        </w:rPr>
        <w:t>No one moved.</w:t>
      </w:r>
    </w:p>
    <w:p>
      <w:pPr>
        <w:spacing w:after="80"/>
      </w:pPr>
      <w:r>
        <w:rPr>
          <w:rFonts w:ascii="Georgia" w:hAnsi="Georgia"/>
          <w:sz w:val="23"/>
        </w:rPr>
        <w:t>Coach Law did not raise his voice. “Now.”</w:t>
      </w:r>
    </w:p>
    <w:p>
      <w:pPr>
        <w:spacing w:after="80"/>
      </w:pPr>
      <w:r>
        <w:rPr>
          <w:rFonts w:ascii="Georgia" w:hAnsi="Georgia"/>
          <w:sz w:val="23"/>
        </w:rPr>
        <w:t>This time they moved.</w:t>
      </w:r>
    </w:p>
    <w:p>
      <w:pPr>
        <w:spacing w:after="80"/>
      </w:pPr>
      <w:r>
        <w:rPr>
          <w:rFonts w:ascii="Georgia" w:hAnsi="Georgia"/>
          <w:sz w:val="23"/>
        </w:rPr>
        <w:t>Slowly.</w:t>
      </w:r>
    </w:p>
    <w:p>
      <w:pPr>
        <w:spacing w:after="80"/>
      </w:pPr>
      <w:r>
        <w:rPr>
          <w:rFonts w:ascii="Georgia" w:hAnsi="Georgia"/>
          <w:sz w:val="23"/>
        </w:rPr>
        <w:t>Too slowly for Noah’s liking.</w:t>
      </w:r>
    </w:p>
    <w:p>
      <w:pPr>
        <w:spacing w:after="80"/>
      </w:pPr>
      <w:r>
        <w:rPr>
          <w:rFonts w:ascii="Georgia" w:hAnsi="Georgia"/>
          <w:sz w:val="23"/>
        </w:rPr>
        <w:t>He wanted to stay. Wanted to hear every word. Wanted to rip the answer loose and hold it in front of the whole team so nobody could pretend this had been shadows and feelings and signals and half-facts anymore.</w:t>
      </w:r>
    </w:p>
    <w:p>
      <w:pPr>
        <w:spacing w:after="80"/>
      </w:pPr>
      <w:r>
        <w:rPr>
          <w:rFonts w:ascii="Georgia" w:hAnsi="Georgia"/>
          <w:sz w:val="23"/>
        </w:rPr>
        <w:t>Instead he walked to the sideline with the others and stood just outside the numbers while Coach Law and Rico stayed near the hash.</w:t>
      </w:r>
    </w:p>
    <w:p>
      <w:pPr>
        <w:spacing w:after="80"/>
      </w:pPr>
      <w:r>
        <w:rPr>
          <w:rFonts w:ascii="Georgia" w:hAnsi="Georgia"/>
          <w:sz w:val="23"/>
        </w:rPr>
        <w:t>Jalen exhaled through his nose. “No way.”</w:t>
      </w:r>
    </w:p>
    <w:p>
      <w:pPr>
        <w:spacing w:after="80"/>
      </w:pPr>
      <w:r>
        <w:rPr>
          <w:rFonts w:ascii="Georgia" w:hAnsi="Georgia"/>
          <w:sz w:val="23"/>
        </w:rPr>
        <w:t>Owen folded his arms. “There is way.”</w:t>
      </w:r>
    </w:p>
    <w:p>
      <w:pPr>
        <w:spacing w:after="80"/>
      </w:pPr>
      <w:r>
        <w:rPr>
          <w:rFonts w:ascii="Georgia" w:hAnsi="Georgia"/>
          <w:sz w:val="23"/>
        </w:rPr>
        <w:t>Micah said, “Maybe he panicked.”</w:t>
      </w:r>
    </w:p>
    <w:p>
      <w:pPr>
        <w:spacing w:after="80"/>
      </w:pPr>
      <w:r>
        <w:rPr>
          <w:rFonts w:ascii="Georgia" w:hAnsi="Georgia"/>
          <w:sz w:val="23"/>
        </w:rPr>
        <w:t>Vee, from just under the rope line, said, “That wasn’t panic.”</w:t>
      </w:r>
    </w:p>
    <w:p>
      <w:pPr>
        <w:spacing w:after="80"/>
      </w:pPr>
      <w:r>
        <w:rPr>
          <w:rFonts w:ascii="Georgia" w:hAnsi="Georgia"/>
          <w:sz w:val="23"/>
        </w:rPr>
        <w:t>Noah did not answer any of them.</w:t>
      </w:r>
    </w:p>
    <w:p>
      <w:pPr>
        <w:spacing w:after="80"/>
      </w:pPr>
      <w:r>
        <w:rPr>
          <w:rFonts w:ascii="Georgia" w:hAnsi="Georgia"/>
          <w:sz w:val="23"/>
        </w:rPr>
        <w:t>He watched Rico.</w:t>
      </w:r>
    </w:p>
    <w:p>
      <w:pPr>
        <w:spacing w:after="80"/>
      </w:pPr>
      <w:r>
        <w:rPr>
          <w:rFonts w:ascii="Georgia" w:hAnsi="Georgia"/>
          <w:sz w:val="23"/>
        </w:rPr>
        <w:t>From a distance, the conversation looked almost calm. Coach Law did most of the talking at first. Rico listened with his head down. Then Rico talked. Coach Law stood very still. Then Rico talked longer. Coach Law dragged one hand over the back of his neck—a move Noah almost never saw from him during practice.</w:t>
      </w:r>
    </w:p>
    <w:p>
      <w:pPr>
        <w:spacing w:after="80"/>
      </w:pPr>
      <w:r>
        <w:rPr>
          <w:rFonts w:ascii="Georgia" w:hAnsi="Georgia"/>
          <w:sz w:val="23"/>
        </w:rPr>
        <w:t>That was when Noah knew.</w:t>
      </w:r>
    </w:p>
    <w:p>
      <w:pPr>
        <w:spacing w:after="80"/>
      </w:pPr>
      <w:r>
        <w:rPr>
          <w:rFonts w:ascii="Georgia" w:hAnsi="Georgia"/>
          <w:sz w:val="23"/>
        </w:rPr>
        <w:t>Something had broken open.</w:t>
      </w:r>
    </w:p>
    <w:p>
      <w:pPr>
        <w:spacing w:after="80"/>
      </w:pPr>
      <w:r>
        <w:rPr>
          <w:rFonts w:ascii="Georgia" w:hAnsi="Georgia"/>
          <w:sz w:val="23"/>
        </w:rPr>
        <w:t>Devin stepped next to him, quiet as always. “You okay?”</w:t>
      </w:r>
    </w:p>
    <w:p>
      <w:pPr>
        <w:spacing w:after="80"/>
      </w:pPr>
      <w:r>
        <w:rPr>
          <w:rFonts w:ascii="Georgia" w:hAnsi="Georgia"/>
          <w:sz w:val="23"/>
        </w:rPr>
        <w:t>Noah laughed once with no humor. “No.”</w:t>
      </w:r>
    </w:p>
    <w:p>
      <w:pPr>
        <w:spacing w:after="80"/>
      </w:pPr>
      <w:r>
        <w:rPr>
          <w:rFonts w:ascii="Georgia" w:hAnsi="Georgia"/>
          <w:sz w:val="23"/>
        </w:rPr>
        <w:t>“That’s fair.”</w:t>
      </w:r>
    </w:p>
    <w:p>
      <w:pPr>
        <w:spacing w:after="80"/>
      </w:pPr>
      <w:r>
        <w:rPr>
          <w:rFonts w:ascii="Georgia" w:hAnsi="Georgia"/>
          <w:sz w:val="23"/>
        </w:rPr>
        <w:t>Noah kept staring out there. “I wanted it to be him.”</w:t>
      </w:r>
    </w:p>
    <w:p>
      <w:pPr>
        <w:spacing w:after="80"/>
      </w:pPr>
      <w:r>
        <w:rPr>
          <w:rFonts w:ascii="Georgia" w:hAnsi="Georgia"/>
          <w:sz w:val="23"/>
        </w:rPr>
        <w:t>Devin was quiet for a second. “I know.”</w:t>
      </w:r>
    </w:p>
    <w:p>
      <w:pPr>
        <w:spacing w:after="80"/>
      </w:pPr>
      <w:r>
        <w:rPr>
          <w:rFonts w:ascii="Georgia" w:hAnsi="Georgia"/>
          <w:sz w:val="23"/>
        </w:rPr>
        <w:t>That hit harder than Noah expected.</w:t>
      </w:r>
    </w:p>
    <w:p>
      <w:pPr>
        <w:spacing w:after="80"/>
      </w:pPr>
      <w:r>
        <w:rPr>
          <w:rFonts w:ascii="Georgia" w:hAnsi="Georgia"/>
          <w:sz w:val="23"/>
        </w:rPr>
        <w:t>Not because it was mean.</w:t>
      </w:r>
    </w:p>
    <w:p>
      <w:pPr>
        <w:spacing w:after="80"/>
      </w:pPr>
      <w:r>
        <w:rPr>
          <w:rFonts w:ascii="Georgia" w:hAnsi="Georgia"/>
          <w:sz w:val="23"/>
        </w:rPr>
        <w:t>Because it was true.</w:t>
      </w:r>
    </w:p>
    <w:p>
      <w:pPr>
        <w:spacing w:after="80"/>
      </w:pPr>
      <w:r>
        <w:rPr>
          <w:rFonts w:ascii="Georgia" w:hAnsi="Georgia"/>
          <w:sz w:val="23"/>
        </w:rPr>
        <w:t>Not all the way. Not simple. Noah had not wanted his teammate to betray them, exactly. But he had wanted the answer to be somewhere he could point at, somewhere outside himself. A name. A target. Something that made the whole season make sense.</w:t>
      </w:r>
    </w:p>
    <w:p>
      <w:pPr>
        <w:spacing w:after="80"/>
      </w:pPr>
      <w:r>
        <w:rPr>
          <w:rFonts w:ascii="Georgia" w:hAnsi="Georgia"/>
          <w:sz w:val="23"/>
        </w:rPr>
        <w:t>And now that it looked like Rico really had something to do with it, Noah felt no satisfaction at all.</w:t>
      </w:r>
    </w:p>
    <w:p>
      <w:pPr>
        <w:spacing w:after="80"/>
      </w:pPr>
      <w:r>
        <w:rPr>
          <w:rFonts w:ascii="Georgia" w:hAnsi="Georgia"/>
          <w:sz w:val="23"/>
        </w:rPr>
        <w:t>Just tired.</w:t>
      </w:r>
    </w:p>
    <w:p>
      <w:pPr>
        <w:spacing w:after="80"/>
      </w:pPr>
      <w:r>
        <w:rPr>
          <w:rFonts w:ascii="Georgia" w:hAnsi="Georgia"/>
          <w:sz w:val="23"/>
        </w:rPr>
        <w:t>Coach Law finally motioned for the team to come back in.</w:t>
      </w:r>
    </w:p>
    <w:p>
      <w:pPr>
        <w:spacing w:after="80"/>
      </w:pPr>
      <w:r>
        <w:rPr>
          <w:rFonts w:ascii="Georgia" w:hAnsi="Georgia"/>
          <w:sz w:val="23"/>
        </w:rPr>
        <w:t>They closed the distance slowly.</w:t>
      </w:r>
    </w:p>
    <w:p>
      <w:pPr>
        <w:spacing w:after="80"/>
      </w:pPr>
      <w:r>
        <w:rPr>
          <w:rFonts w:ascii="Georgia" w:hAnsi="Georgia"/>
          <w:sz w:val="23"/>
        </w:rPr>
        <w:t>Rico did not look at anyone.</w:t>
      </w:r>
    </w:p>
    <w:p>
      <w:pPr>
        <w:spacing w:after="80"/>
      </w:pPr>
      <w:r>
        <w:rPr>
          <w:rFonts w:ascii="Georgia" w:hAnsi="Georgia"/>
          <w:sz w:val="23"/>
        </w:rPr>
        <w:t>He stood with his hands hanging loose at his sides, shoulders slumped in a way Noah had never seen before. All the bounce was gone. All the jokes. All the movement that made Rico feel like he could play every position and sit in every conversation and somehow stay easy through all of it.</w:t>
      </w:r>
    </w:p>
    <w:p>
      <w:pPr>
        <w:spacing w:after="80"/>
      </w:pPr>
      <w:r>
        <w:rPr>
          <w:rFonts w:ascii="Georgia" w:hAnsi="Georgia"/>
          <w:sz w:val="23"/>
        </w:rPr>
        <w:t>Coach Law faced the team.</w:t>
      </w:r>
    </w:p>
    <w:p>
      <w:pPr>
        <w:spacing w:after="80"/>
      </w:pPr>
      <w:r>
        <w:rPr>
          <w:rFonts w:ascii="Georgia" w:hAnsi="Georgia"/>
          <w:sz w:val="23"/>
        </w:rPr>
        <w:t>“What I’m about to say stays here,” he said. “Not because it’s a secret forever. Because it belongs to us first.”</w:t>
      </w:r>
    </w:p>
    <w:p>
      <w:pPr>
        <w:spacing w:after="80"/>
      </w:pPr>
      <w:r>
        <w:rPr>
          <w:rFonts w:ascii="Georgia" w:hAnsi="Georgia"/>
          <w:sz w:val="23"/>
        </w:rPr>
        <w:t>No one moved.</w:t>
      </w:r>
    </w:p>
    <w:p>
      <w:pPr>
        <w:spacing w:after="80"/>
      </w:pPr>
      <w:r>
        <w:rPr>
          <w:rFonts w:ascii="Georgia" w:hAnsi="Georgia"/>
          <w:sz w:val="23"/>
        </w:rPr>
        <w:t>Rico swallowed once and looked at the ground.</w:t>
      </w:r>
    </w:p>
    <w:p>
      <w:pPr>
        <w:spacing w:after="80"/>
      </w:pPr>
      <w:r>
        <w:rPr>
          <w:rFonts w:ascii="Georgia" w:hAnsi="Georgia"/>
          <w:sz w:val="23"/>
        </w:rPr>
        <w:t>Coach Law kept going. “Rico gave me enough to know this is not a random mistake.”</w:t>
      </w:r>
    </w:p>
    <w:p>
      <w:pPr>
        <w:spacing w:after="80"/>
      </w:pPr>
      <w:r>
        <w:rPr>
          <w:rFonts w:ascii="Georgia" w:hAnsi="Georgia"/>
          <w:sz w:val="23"/>
        </w:rPr>
        <w:t>The line landed hard.</w:t>
      </w:r>
    </w:p>
    <w:p>
      <w:pPr>
        <w:spacing w:after="80"/>
      </w:pPr>
      <w:r>
        <w:rPr>
          <w:rFonts w:ascii="Georgia" w:hAnsi="Georgia"/>
          <w:sz w:val="23"/>
        </w:rPr>
        <w:t>Noah’s chest tightened.</w:t>
      </w:r>
    </w:p>
    <w:p>
      <w:pPr>
        <w:spacing w:after="80"/>
      </w:pPr>
      <w:r>
        <w:rPr>
          <w:rFonts w:ascii="Georgia" w:hAnsi="Georgia"/>
          <w:sz w:val="23"/>
        </w:rPr>
        <w:t>Jalen frowned. “Enough to know what?”</w:t>
      </w:r>
    </w:p>
    <w:p>
      <w:pPr>
        <w:spacing w:after="80"/>
      </w:pPr>
      <w:r>
        <w:rPr>
          <w:rFonts w:ascii="Georgia" w:hAnsi="Georgia"/>
          <w:sz w:val="23"/>
        </w:rPr>
        <w:t>Coach Law did not answer directly. “Enough to know we are not done sorting this.”</w:t>
      </w:r>
    </w:p>
    <w:p>
      <w:pPr>
        <w:spacing w:after="80"/>
      </w:pPr>
      <w:r>
        <w:rPr>
          <w:rFonts w:ascii="Georgia" w:hAnsi="Georgia"/>
          <w:sz w:val="23"/>
        </w:rPr>
        <w:t>That made Jalen look ready to explode.</w:t>
      </w:r>
    </w:p>
    <w:p>
      <w:pPr>
        <w:spacing w:after="80"/>
      </w:pPr>
      <w:r>
        <w:rPr>
          <w:rFonts w:ascii="Georgia" w:hAnsi="Georgia"/>
          <w:sz w:val="23"/>
        </w:rPr>
        <w:t>Owen stepped in first. “So he knows something.”</w:t>
      </w:r>
    </w:p>
    <w:p>
      <w:pPr>
        <w:spacing w:after="80"/>
      </w:pPr>
      <w:r>
        <w:rPr>
          <w:rFonts w:ascii="Georgia" w:hAnsi="Georgia"/>
          <w:sz w:val="23"/>
        </w:rPr>
        <w:t>Coach Law’s eyes stayed on the group. “Yes.”</w:t>
      </w:r>
    </w:p>
    <w:p>
      <w:pPr>
        <w:spacing w:after="80"/>
      </w:pPr>
      <w:r>
        <w:rPr>
          <w:rFonts w:ascii="Georgia" w:hAnsi="Georgia"/>
          <w:sz w:val="23"/>
        </w:rPr>
        <w:t>Rico finally looked up then, but only for a second.</w:t>
      </w:r>
    </w:p>
    <w:p>
      <w:pPr>
        <w:spacing w:after="80"/>
      </w:pPr>
      <w:r>
        <w:rPr>
          <w:rFonts w:ascii="Georgia" w:hAnsi="Georgia"/>
          <w:sz w:val="23"/>
        </w:rPr>
        <w:t>Noah saw guilt there.</w:t>
      </w:r>
    </w:p>
    <w:p>
      <w:pPr>
        <w:spacing w:after="80"/>
      </w:pPr>
      <w:r>
        <w:rPr>
          <w:rFonts w:ascii="Georgia" w:hAnsi="Georgia"/>
          <w:sz w:val="23"/>
        </w:rPr>
        <w:t>And fear.</w:t>
      </w:r>
    </w:p>
    <w:p>
      <w:pPr>
        <w:spacing w:after="80"/>
      </w:pPr>
      <w:r>
        <w:rPr>
          <w:rFonts w:ascii="Georgia" w:hAnsi="Georgia"/>
          <w:sz w:val="23"/>
        </w:rPr>
        <w:t>And something even worse than both: relief.</w:t>
      </w:r>
    </w:p>
    <w:p>
      <w:pPr>
        <w:spacing w:after="80"/>
      </w:pPr>
      <w:r>
        <w:rPr>
          <w:rFonts w:ascii="Georgia" w:hAnsi="Georgia"/>
          <w:sz w:val="23"/>
        </w:rPr>
        <w:t>Relief that some of the weight had come off, even if not all of it had.</w:t>
      </w:r>
    </w:p>
    <w:p>
      <w:pPr>
        <w:spacing w:after="80"/>
      </w:pPr>
      <w:r>
        <w:rPr>
          <w:rFonts w:ascii="Georgia" w:hAnsi="Georgia"/>
          <w:sz w:val="23"/>
        </w:rPr>
        <w:t>Coach Law looked at Rico. “Anything else you want to say here?”</w:t>
      </w:r>
    </w:p>
    <w:p>
      <w:pPr>
        <w:spacing w:after="80"/>
      </w:pPr>
      <w:r>
        <w:rPr>
          <w:rFonts w:ascii="Georgia" w:hAnsi="Georgia"/>
          <w:sz w:val="23"/>
        </w:rPr>
        <w:t>Rico opened his mouth.</w:t>
      </w:r>
    </w:p>
    <w:p>
      <w:pPr>
        <w:spacing w:after="80"/>
      </w:pPr>
      <w:r>
        <w:rPr>
          <w:rFonts w:ascii="Georgia" w:hAnsi="Georgia"/>
          <w:sz w:val="23"/>
        </w:rPr>
        <w:t>Closed it.</w:t>
      </w:r>
    </w:p>
    <w:p>
      <w:pPr>
        <w:spacing w:after="80"/>
      </w:pPr>
      <w:r>
        <w:rPr>
          <w:rFonts w:ascii="Georgia" w:hAnsi="Georgia"/>
          <w:sz w:val="23"/>
        </w:rPr>
        <w:t>Then shook his head once.</w:t>
      </w:r>
    </w:p>
    <w:p>
      <w:pPr>
        <w:spacing w:after="80"/>
      </w:pPr>
      <w:r>
        <w:rPr>
          <w:rFonts w:ascii="Georgia" w:hAnsi="Georgia"/>
          <w:sz w:val="23"/>
        </w:rPr>
        <w:t>Noah felt anger flash hot all over again. “Seriously?”</w:t>
      </w:r>
    </w:p>
    <w:p>
      <w:pPr>
        <w:spacing w:after="80"/>
      </w:pPr>
      <w:r>
        <w:rPr>
          <w:rFonts w:ascii="Georgia" w:hAnsi="Georgia"/>
          <w:sz w:val="23"/>
        </w:rPr>
        <w:t>Coach Law lifted a hand without looking at him. “Not now.”</w:t>
      </w:r>
    </w:p>
    <w:p>
      <w:pPr>
        <w:spacing w:after="80"/>
      </w:pPr>
      <w:r>
        <w:rPr>
          <w:rFonts w:ascii="Georgia" w:hAnsi="Georgia"/>
          <w:sz w:val="23"/>
        </w:rPr>
        <w:t>“No, if he knows enough to blow a championship rep—”</w:t>
      </w:r>
    </w:p>
    <w:p>
      <w:pPr>
        <w:spacing w:after="80"/>
      </w:pPr>
      <w:r>
        <w:rPr>
          <w:rFonts w:ascii="Georgia" w:hAnsi="Georgia"/>
          <w:sz w:val="23"/>
        </w:rPr>
        <w:t>“Not now.”</w:t>
      </w:r>
    </w:p>
    <w:p>
      <w:pPr>
        <w:spacing w:after="80"/>
      </w:pPr>
      <w:r>
        <w:rPr>
          <w:rFonts w:ascii="Georgia" w:hAnsi="Georgia"/>
          <w:sz w:val="23"/>
        </w:rPr>
        <w:t>That tone stopped everybody.</w:t>
      </w:r>
    </w:p>
    <w:p>
      <w:pPr>
        <w:spacing w:after="80"/>
      </w:pPr>
      <w:r>
        <w:rPr>
          <w:rFonts w:ascii="Georgia" w:hAnsi="Georgia"/>
          <w:sz w:val="23"/>
        </w:rPr>
        <w:t>Even Noah.</w:t>
      </w:r>
    </w:p>
    <w:p>
      <w:pPr>
        <w:spacing w:after="80"/>
      </w:pPr>
      <w:r>
        <w:rPr>
          <w:rFonts w:ascii="Georgia" w:hAnsi="Georgia"/>
          <w:sz w:val="23"/>
        </w:rPr>
        <w:t>Coach Law looked around at the whole team. “Walkthrough tomorrow morning. Nobody misses. Nobody freelances. Nobody decides they know the whole story because they’re angry enough to like it.”</w:t>
      </w:r>
    </w:p>
    <w:p>
      <w:pPr>
        <w:spacing w:after="80"/>
      </w:pPr>
      <w:r>
        <w:rPr>
          <w:rFonts w:ascii="Georgia" w:hAnsi="Georgia"/>
          <w:sz w:val="23"/>
        </w:rPr>
        <w:t>His eyes landed on Noah for that last part.</w:t>
      </w:r>
    </w:p>
    <w:p>
      <w:pPr>
        <w:spacing w:after="80"/>
      </w:pPr>
      <w:r>
        <w:rPr>
          <w:rFonts w:ascii="Georgia" w:hAnsi="Georgia"/>
          <w:sz w:val="23"/>
        </w:rPr>
        <w:t>That stung because it was true.</w:t>
      </w:r>
    </w:p>
    <w:p>
      <w:pPr>
        <w:spacing w:after="80"/>
      </w:pPr>
      <w:r>
        <w:rPr>
          <w:rFonts w:ascii="Georgia" w:hAnsi="Georgia"/>
          <w:sz w:val="23"/>
        </w:rPr>
        <w:t>Micah kicked lightly at the turf. “So what happens to Rico?”</w:t>
      </w:r>
    </w:p>
    <w:p>
      <w:pPr>
        <w:spacing w:after="80"/>
      </w:pPr>
      <w:r>
        <w:rPr>
          <w:rFonts w:ascii="Georgia" w:hAnsi="Georgia"/>
          <w:sz w:val="23"/>
        </w:rPr>
        <w:t>Coach Law answered without hesitation. “That depends on tomorrow.”</w:t>
      </w:r>
    </w:p>
    <w:p>
      <w:pPr>
        <w:spacing w:after="80"/>
      </w:pPr>
      <w:r>
        <w:rPr>
          <w:rFonts w:ascii="Georgia" w:hAnsi="Georgia"/>
          <w:sz w:val="23"/>
        </w:rPr>
        <w:t>That line did not help.</w:t>
      </w:r>
    </w:p>
    <w:p>
      <w:pPr>
        <w:spacing w:after="80"/>
      </w:pPr>
      <w:r>
        <w:rPr>
          <w:rFonts w:ascii="Georgia" w:hAnsi="Georgia"/>
          <w:sz w:val="23"/>
        </w:rPr>
        <w:t>It just changed the shape of the pressure.</w:t>
      </w:r>
    </w:p>
    <w:p>
      <w:pPr>
        <w:spacing w:after="80"/>
      </w:pPr>
      <w:r>
        <w:rPr>
          <w:rFonts w:ascii="Georgia" w:hAnsi="Georgia"/>
          <w:sz w:val="23"/>
        </w:rPr>
        <w:t>Because now everybody knew:</w:t>
        <w:br/>
        <w:t>- Rico had not just messed up</w:t>
        <w:br/>
        <w:t>- Coach Law knew more than the team knew</w:t>
        <w:br/>
        <w:t>- and whether Rico stayed in the championship plan would be decided fast</w:t>
      </w:r>
    </w:p>
    <w:p>
      <w:pPr>
        <w:spacing w:after="80"/>
      </w:pPr>
      <w:r>
        <w:rPr>
          <w:rFonts w:ascii="Georgia" w:hAnsi="Georgia"/>
          <w:sz w:val="23"/>
        </w:rPr>
        <w:t>The huddle broke unevenly after that.</w:t>
      </w:r>
    </w:p>
    <w:p>
      <w:pPr>
        <w:spacing w:after="80"/>
      </w:pPr>
      <w:r>
        <w:rPr>
          <w:rFonts w:ascii="Georgia" w:hAnsi="Georgia"/>
          <w:sz w:val="23"/>
        </w:rPr>
        <w:t>Jalen muttered to Owen, “That is a terrible answer.”</w:t>
      </w:r>
    </w:p>
    <w:p>
      <w:pPr>
        <w:spacing w:after="80"/>
      </w:pPr>
      <w:r>
        <w:rPr>
          <w:rFonts w:ascii="Georgia" w:hAnsi="Georgia"/>
          <w:sz w:val="23"/>
        </w:rPr>
        <w:t>Owen replied, “It’s a very coach answer.”</w:t>
      </w:r>
    </w:p>
    <w:p>
      <w:pPr>
        <w:spacing w:after="80"/>
      </w:pPr>
      <w:r>
        <w:rPr>
          <w:rFonts w:ascii="Georgia" w:hAnsi="Georgia"/>
          <w:sz w:val="23"/>
        </w:rPr>
        <w:t>Devin lingered near Noah but did not say anything. Vee looked like she wanted to say six things and had chosen all six too carefully to say any of them yet. Micah bounced once on his heels, stared at Rico for another second, then headed toward the bags.</w:t>
      </w:r>
    </w:p>
    <w:p>
      <w:pPr>
        <w:spacing w:after="80"/>
      </w:pPr>
      <w:r>
        <w:rPr>
          <w:rFonts w:ascii="Georgia" w:hAnsi="Georgia"/>
          <w:sz w:val="23"/>
        </w:rPr>
        <w:t>Rico stayed where he was.</w:t>
      </w:r>
    </w:p>
    <w:p>
      <w:pPr>
        <w:spacing w:after="80"/>
      </w:pPr>
      <w:r>
        <w:rPr>
          <w:rFonts w:ascii="Georgia" w:hAnsi="Georgia"/>
          <w:sz w:val="23"/>
        </w:rPr>
        <w:t>Noah did too.</w:t>
      </w:r>
    </w:p>
    <w:p>
      <w:pPr>
        <w:spacing w:after="80"/>
      </w:pPr>
      <w:r>
        <w:rPr>
          <w:rFonts w:ascii="Georgia" w:hAnsi="Georgia"/>
          <w:sz w:val="23"/>
        </w:rPr>
        <w:t>Eventually the field emptied enough that it was just the two of them near the numbers and Coach Law at the bench pretending to sort cones while absolutely listening to every breath.</w:t>
      </w:r>
    </w:p>
    <w:p>
      <w:pPr>
        <w:spacing w:after="80"/>
      </w:pPr>
      <w:r>
        <w:rPr>
          <w:rFonts w:ascii="Georgia" w:hAnsi="Georgia"/>
          <w:sz w:val="23"/>
        </w:rPr>
        <w:t>Rico looked at Noah. “If you want me out, just say it.”</w:t>
      </w:r>
    </w:p>
    <w:p>
      <w:pPr>
        <w:spacing w:after="80"/>
      </w:pPr>
      <w:r>
        <w:rPr>
          <w:rFonts w:ascii="Georgia" w:hAnsi="Georgia"/>
          <w:sz w:val="23"/>
        </w:rPr>
        <w:t>Noah stared at him.</w:t>
      </w:r>
    </w:p>
    <w:p>
      <w:pPr>
        <w:spacing w:after="80"/>
      </w:pPr>
      <w:r>
        <w:rPr>
          <w:rFonts w:ascii="Georgia" w:hAnsi="Georgia"/>
          <w:sz w:val="23"/>
        </w:rPr>
        <w:t>Rico kept going. “I know what that looked like.”</w:t>
      </w:r>
    </w:p>
    <w:p>
      <w:pPr>
        <w:spacing w:after="80"/>
      </w:pPr>
      <w:r>
        <w:rPr>
          <w:rFonts w:ascii="Georgia" w:hAnsi="Georgia"/>
          <w:sz w:val="23"/>
        </w:rPr>
        <w:t>“No,” Noah said. “You know what it was.”</w:t>
      </w:r>
    </w:p>
    <w:p>
      <w:pPr>
        <w:spacing w:after="80"/>
      </w:pPr>
      <w:r>
        <w:rPr>
          <w:rFonts w:ascii="Georgia" w:hAnsi="Georgia"/>
          <w:sz w:val="23"/>
        </w:rPr>
        <w:t>Rico looked down. “I ran the old answer.”</w:t>
      </w:r>
    </w:p>
    <w:p>
      <w:pPr>
        <w:spacing w:after="80"/>
      </w:pPr>
      <w:r>
        <w:rPr>
          <w:rFonts w:ascii="Georgia" w:hAnsi="Georgia"/>
          <w:sz w:val="23"/>
        </w:rPr>
        <w:t>“Why?”</w:t>
      </w:r>
    </w:p>
    <w:p>
      <w:pPr>
        <w:spacing w:after="80"/>
      </w:pPr>
      <w:r>
        <w:rPr>
          <w:rFonts w:ascii="Georgia" w:hAnsi="Georgia"/>
          <w:sz w:val="23"/>
        </w:rPr>
        <w:t>Rico did not respond right away.</w:t>
      </w:r>
    </w:p>
    <w:p>
      <w:pPr>
        <w:spacing w:after="80"/>
      </w:pPr>
      <w:r>
        <w:rPr>
          <w:rFonts w:ascii="Georgia" w:hAnsi="Georgia"/>
          <w:sz w:val="23"/>
        </w:rPr>
        <w:t>When he finally looked up, there was no joke in him, no bounce, nothing easy left at all.</w:t>
      </w:r>
    </w:p>
    <w:p>
      <w:pPr>
        <w:spacing w:after="80"/>
      </w:pPr>
      <w:r>
        <w:rPr>
          <w:rFonts w:ascii="Georgia" w:hAnsi="Georgia"/>
          <w:sz w:val="23"/>
        </w:rPr>
        <w:t>“Because when the pressure hit,” he said quietly, “that’s the one my body trusted first.”</w:t>
      </w:r>
    </w:p>
    <w:p>
      <w:pPr>
        <w:spacing w:after="80"/>
      </w:pPr>
      <w:r>
        <w:rPr>
          <w:rFonts w:ascii="Georgia" w:hAnsi="Georgia"/>
          <w:sz w:val="23"/>
        </w:rPr>
        <w:t>Coach Law said nothing.</w:t>
      </w:r>
    </w:p>
    <w:p>
      <w:pPr>
        <w:spacing w:after="80"/>
      </w:pPr>
      <w:r>
        <w:rPr>
          <w:rFonts w:ascii="Georgia" w:hAnsi="Georgia"/>
          <w:sz w:val="23"/>
        </w:rPr>
        <w:t>Noah felt the whole season hanging there—trust, football, title game, everything.</w:t>
      </w:r>
    </w:p>
    <w:p>
      <w:pPr>
        <w:spacing w:after="80"/>
      </w:pPr>
      <w:r>
        <w:rPr>
          <w:rFonts w:ascii="Georgia" w:hAnsi="Georgia"/>
          <w:sz w:val="23"/>
        </w:rPr>
        <w:t>Finally he said, “Be at walkthrough tomorrow.”</w:t>
      </w:r>
    </w:p>
    <w:p>
      <w:pPr>
        <w:spacing w:after="80"/>
      </w:pPr>
      <w:r>
        <w:rPr>
          <w:rFonts w:ascii="Georgia" w:hAnsi="Georgia"/>
          <w:sz w:val="23"/>
        </w:rPr>
        <w:t>Rico blinked. “What?”</w:t>
      </w:r>
    </w:p>
    <w:p>
      <w:pPr>
        <w:spacing w:after="80"/>
      </w:pPr>
      <w:r>
        <w:rPr>
          <w:rFonts w:ascii="Georgia" w:hAnsi="Georgia"/>
          <w:sz w:val="23"/>
        </w:rPr>
        <w:t>“Be at walkthrough,” Noah said again. “But if you line up wrong one time, you’re done.”</w:t>
      </w:r>
    </w:p>
    <w:p>
      <w:pPr>
        <w:spacing w:after="80"/>
      </w:pPr>
      <w:r>
        <w:rPr>
          <w:rFonts w:ascii="Georgia" w:hAnsi="Georgia"/>
          <w:sz w:val="23"/>
        </w:rPr>
        <w:t>Rico nodded once.</w:t>
      </w:r>
    </w:p>
    <w:p>
      <w:pPr>
        <w:spacing w:after="80"/>
      </w:pPr>
      <w:r>
        <w:rPr>
          <w:rFonts w:ascii="Georgia" w:hAnsi="Georgia"/>
          <w:sz w:val="23"/>
        </w:rPr>
        <w:t>Noah turned toward the door.</w:t>
      </w:r>
    </w:p>
    <w:p>
      <w:pPr>
        <w:spacing w:after="80"/>
      </w:pPr>
      <w:r>
        <w:rPr>
          <w:rFonts w:ascii="Georgia" w:hAnsi="Georgia"/>
          <w:sz w:val="23"/>
        </w:rPr>
        <w:t>Behind him, Coach Law finally spoke.</w:t>
      </w:r>
    </w:p>
    <w:p>
      <w:pPr>
        <w:spacing w:after="80"/>
      </w:pPr>
      <w:r>
        <w:rPr>
          <w:rFonts w:ascii="Georgia" w:hAnsi="Georgia"/>
          <w:sz w:val="23"/>
        </w:rPr>
        <w:t>“If you keep him in,” he said, “then understand what you’re choosing.”</w:t>
      </w:r>
    </w:p>
    <w:p>
      <w:pPr>
        <w:spacing w:after="80"/>
      </w:pPr>
      <w:r>
        <w:rPr>
          <w:rFonts w:ascii="Georgia" w:hAnsi="Georgia"/>
          <w:sz w:val="23"/>
        </w:rPr>
        <w:t>Noah stopped with his hand on the door.</w:t>
      </w:r>
    </w:p>
    <w:p>
      <w:pPr>
        <w:spacing w:after="80"/>
      </w:pPr>
      <w:r>
        <w:rPr>
          <w:rFonts w:ascii="Georgia" w:hAnsi="Georgia"/>
          <w:sz w:val="23"/>
        </w:rPr>
        <w:t>He didn’t turn around.</w:t>
      </w:r>
    </w:p>
    <w:p>
      <w:pPr>
        <w:spacing w:after="80"/>
      </w:pPr>
      <w:r>
        <w:rPr>
          <w:rFonts w:ascii="Georgia" w:hAnsi="Georgia"/>
          <w:sz w:val="23"/>
        </w:rPr>
        <w:t>Because he already knew.</w:t>
      </w:r>
    </w:p>
    <w:p>
      <w:pPr>
        <w:spacing w:after="80"/>
      </w:pPr>
      <w:r>
        <w:rPr>
          <w:rFonts w:ascii="Georgia" w:hAnsi="Georgia"/>
          <w:sz w:val="23"/>
        </w:rPr>
        <w:t>He was choosing whether the team could still win a championship with the one player he trusted least standing inside the huddle.</w:t>
        <w:br/>
      </w:r>
    </w:p>
    <w:p>
      <w:r>
        <w:br w:type="page"/>
      </w:r>
    </w:p>
    <w:p>
      <w:pPr>
        <w:spacing w:after="40"/>
        <w:jc w:val="center"/>
      </w:pPr>
      <w:r>
        <w:rPr>
          <w:rFonts w:ascii="Georgia" w:hAnsi="Georgia"/>
          <w:b/>
          <w:i w:val="0"/>
          <w:sz w:val="28"/>
        </w:rPr>
        <w:t>Chapter 17</w:t>
      </w:r>
    </w:p>
    <w:p>
      <w:pPr>
        <w:spacing w:after="200"/>
        <w:jc w:val="center"/>
      </w:pPr>
      <w:r>
        <w:rPr>
          <w:rFonts w:ascii="Georgia" w:hAnsi="Georgia"/>
          <w:b w:val="0"/>
          <w:i/>
          <w:sz w:val="24"/>
        </w:rPr>
        <w:t>Walkthrough</w:t>
      </w:r>
    </w:p>
    <w:p>
      <w:pPr>
        <w:spacing w:after="80"/>
      </w:pPr>
      <w:r>
        <w:rPr>
          <w:rFonts w:ascii="Georgia" w:hAnsi="Georgia"/>
          <w:sz w:val="23"/>
        </w:rPr>
        <w:t>Walkthrough started gray.</w:t>
      </w:r>
    </w:p>
    <w:p>
      <w:pPr>
        <w:spacing w:after="80"/>
      </w:pPr>
      <w:r>
        <w:rPr>
          <w:rFonts w:ascii="Georgia" w:hAnsi="Georgia"/>
          <w:sz w:val="23"/>
        </w:rPr>
        <w:t>Not rainy. Not dramatic. Just a cold Michigan morning with a low sky that made the field look flatter and the stakes feel heavier.</w:t>
      </w:r>
    </w:p>
    <w:p>
      <w:pPr>
        <w:spacing w:after="80"/>
      </w:pPr>
      <w:r>
        <w:rPr>
          <w:rFonts w:ascii="Georgia" w:hAnsi="Georgia"/>
          <w:sz w:val="23"/>
        </w:rPr>
        <w:t>No music.</w:t>
      </w:r>
    </w:p>
    <w:p>
      <w:pPr>
        <w:spacing w:after="80"/>
      </w:pPr>
      <w:r>
        <w:rPr>
          <w:rFonts w:ascii="Georgia" w:hAnsi="Georgia"/>
          <w:sz w:val="23"/>
        </w:rPr>
        <w:t>That was the first thing Noah noticed.</w:t>
      </w:r>
    </w:p>
    <w:p>
      <w:pPr>
        <w:spacing w:after="80"/>
      </w:pPr>
      <w:r>
        <w:rPr>
          <w:rFonts w:ascii="Georgia" w:hAnsi="Georgia"/>
          <w:sz w:val="23"/>
        </w:rPr>
        <w:t>Usually somebody had a speaker going before title-game walkthrough, even if Coach Law hated it and pretended not to hear it for the first five minutes. Today there was no speaker, no loose laughter, no race to the far pylon, no Rico doing impressions of refs nobody remembered.</w:t>
      </w:r>
    </w:p>
    <w:p>
      <w:pPr>
        <w:spacing w:after="80"/>
      </w:pPr>
      <w:r>
        <w:rPr>
          <w:rFonts w:ascii="Georgia" w:hAnsi="Georgia"/>
          <w:sz w:val="23"/>
        </w:rPr>
        <w:t>Just cleats on turf.</w:t>
      </w:r>
    </w:p>
    <w:p>
      <w:pPr>
        <w:spacing w:after="80"/>
      </w:pPr>
      <w:r>
        <w:rPr>
          <w:rFonts w:ascii="Georgia" w:hAnsi="Georgia"/>
          <w:sz w:val="23"/>
        </w:rPr>
        <w:t>Coach Law had the script board under one arm. Owen had a notebook. Devin had two footballs tucked against one hip. Jalen was quiet enough to be dangerous. Micah looked like a kid trying to burn energy without moving too much. Vee stood outside the rope line with both hands around a football, watching the team like she was trying to memorize which version of it was about to show up.</w:t>
      </w:r>
    </w:p>
    <w:p>
      <w:pPr>
        <w:spacing w:after="80"/>
      </w:pPr>
      <w:r>
        <w:rPr>
          <w:rFonts w:ascii="Georgia" w:hAnsi="Georgia"/>
          <w:sz w:val="23"/>
        </w:rPr>
        <w:t>And Rico was early.</w:t>
      </w:r>
    </w:p>
    <w:p>
      <w:pPr>
        <w:spacing w:after="80"/>
      </w:pPr>
      <w:r>
        <w:rPr>
          <w:rFonts w:ascii="Georgia" w:hAnsi="Georgia"/>
          <w:sz w:val="23"/>
        </w:rPr>
        <w:t>Already there.</w:t>
      </w:r>
    </w:p>
    <w:p>
      <w:pPr>
        <w:spacing w:after="80"/>
      </w:pPr>
      <w:r>
        <w:rPr>
          <w:rFonts w:ascii="Georgia" w:hAnsi="Georgia"/>
          <w:sz w:val="23"/>
        </w:rPr>
        <w:t>Already stretched.</w:t>
      </w:r>
    </w:p>
    <w:p>
      <w:pPr>
        <w:spacing w:after="80"/>
      </w:pPr>
      <w:r>
        <w:rPr>
          <w:rFonts w:ascii="Georgia" w:hAnsi="Georgia"/>
          <w:sz w:val="23"/>
        </w:rPr>
        <w:t>Already dressed.</w:t>
      </w:r>
    </w:p>
    <w:p>
      <w:pPr>
        <w:spacing w:after="80"/>
      </w:pPr>
      <w:r>
        <w:rPr>
          <w:rFonts w:ascii="Georgia" w:hAnsi="Georgia"/>
          <w:sz w:val="23"/>
        </w:rPr>
        <w:t>No grin. No commentary. No eye contact with anybody unless they forced it.</w:t>
      </w:r>
    </w:p>
    <w:p>
      <w:pPr>
        <w:spacing w:after="80"/>
      </w:pPr>
      <w:r>
        <w:rPr>
          <w:rFonts w:ascii="Georgia" w:hAnsi="Georgia"/>
          <w:sz w:val="23"/>
        </w:rPr>
        <w:t>Noah noticed all of it as he dropped his bag and checked the field.</w:t>
      </w:r>
    </w:p>
    <w:p>
      <w:pPr>
        <w:spacing w:after="80"/>
      </w:pPr>
      <w:r>
        <w:rPr>
          <w:rFonts w:ascii="Georgia" w:hAnsi="Georgia"/>
          <w:sz w:val="23"/>
        </w:rPr>
        <w:t>Championship game walkthroughs were not full-speed practices. They were about sharpness, communication, landmarks, reminders. Get the mind clean. Save the legs. Touch the answers without spending them.</w:t>
      </w:r>
    </w:p>
    <w:p>
      <w:pPr>
        <w:spacing w:after="80"/>
      </w:pPr>
      <w:r>
        <w:rPr>
          <w:rFonts w:ascii="Georgia" w:hAnsi="Georgia"/>
          <w:sz w:val="23"/>
        </w:rPr>
        <w:t>Coach Law blew the whistle and brought them in.</w:t>
      </w:r>
    </w:p>
    <w:p>
      <w:pPr>
        <w:spacing w:after="80"/>
      </w:pPr>
      <w:r>
        <w:rPr>
          <w:rFonts w:ascii="Georgia" w:hAnsi="Georgia"/>
          <w:sz w:val="23"/>
        </w:rPr>
        <w:t>“Today is not for emotion,” he said. “Today is for clarity.”</w:t>
      </w:r>
    </w:p>
    <w:p>
      <w:pPr>
        <w:spacing w:after="80"/>
      </w:pPr>
      <w:r>
        <w:rPr>
          <w:rFonts w:ascii="Georgia" w:hAnsi="Georgia"/>
          <w:sz w:val="23"/>
        </w:rPr>
        <w:t>Jalen muttered, “Feels emotional already.”</w:t>
      </w:r>
    </w:p>
    <w:p>
      <w:pPr>
        <w:spacing w:after="80"/>
      </w:pPr>
      <w:r>
        <w:rPr>
          <w:rFonts w:ascii="Georgia" w:hAnsi="Georgia"/>
          <w:sz w:val="23"/>
        </w:rPr>
        <w:t>Coach Law ignored it.</w:t>
      </w:r>
    </w:p>
    <w:p>
      <w:pPr>
        <w:spacing w:after="80"/>
      </w:pPr>
      <w:r>
        <w:rPr>
          <w:rFonts w:ascii="Georgia" w:hAnsi="Georgia"/>
          <w:sz w:val="23"/>
        </w:rPr>
        <w:t>“We are going to rep what wins the game. Nothing extra. Nothing cute. If you don’t know it by now, it does not belong to you tomorrow.”</w:t>
      </w:r>
    </w:p>
    <w:p>
      <w:pPr>
        <w:spacing w:after="80"/>
      </w:pPr>
      <w:r>
        <w:rPr>
          <w:rFonts w:ascii="Georgia" w:hAnsi="Georgia"/>
          <w:sz w:val="23"/>
        </w:rPr>
        <w:t>His eyes moved around the circle.</w:t>
      </w:r>
    </w:p>
    <w:p>
      <w:pPr>
        <w:spacing w:after="80"/>
      </w:pPr>
      <w:r>
        <w:rPr>
          <w:rFonts w:ascii="Georgia" w:hAnsi="Georgia"/>
          <w:sz w:val="23"/>
        </w:rPr>
        <w:t>Then landed on Rico for one half-beat.</w:t>
      </w:r>
    </w:p>
    <w:p>
      <w:pPr>
        <w:spacing w:after="80"/>
      </w:pPr>
      <w:r>
        <w:rPr>
          <w:rFonts w:ascii="Georgia" w:hAnsi="Georgia"/>
          <w:sz w:val="23"/>
        </w:rPr>
        <w:t>Not long enough to be public.</w:t>
      </w:r>
    </w:p>
    <w:p>
      <w:pPr>
        <w:spacing w:after="80"/>
      </w:pPr>
      <w:r>
        <w:rPr>
          <w:rFonts w:ascii="Georgia" w:hAnsi="Georgia"/>
          <w:sz w:val="23"/>
        </w:rPr>
        <w:t>Long enough to be felt.</w:t>
      </w:r>
    </w:p>
    <w:p>
      <w:pPr>
        <w:spacing w:after="80"/>
      </w:pPr>
      <w:r>
        <w:rPr>
          <w:rFonts w:ascii="Georgia" w:hAnsi="Georgia"/>
          <w:sz w:val="23"/>
        </w:rPr>
        <w:t>“We good?” Coach Law asked.</w:t>
      </w:r>
    </w:p>
    <w:p>
      <w:pPr>
        <w:spacing w:after="80"/>
      </w:pPr>
      <w:r>
        <w:rPr>
          <w:rFonts w:ascii="Georgia" w:hAnsi="Georgia"/>
          <w:sz w:val="23"/>
        </w:rPr>
        <w:t>The team answered.</w:t>
      </w:r>
    </w:p>
    <w:p>
      <w:pPr>
        <w:spacing w:after="80"/>
      </w:pPr>
      <w:r>
        <w:rPr>
          <w:rFonts w:ascii="Georgia" w:hAnsi="Georgia"/>
          <w:sz w:val="23"/>
        </w:rPr>
        <w:t>Not loudly.</w:t>
      </w:r>
    </w:p>
    <w:p>
      <w:pPr>
        <w:spacing w:after="80"/>
      </w:pPr>
      <w:r>
        <w:rPr>
          <w:rFonts w:ascii="Georgia" w:hAnsi="Georgia"/>
          <w:sz w:val="23"/>
        </w:rPr>
        <w:t>Together.</w:t>
      </w:r>
    </w:p>
    <w:p>
      <w:pPr>
        <w:spacing w:after="80"/>
      </w:pPr>
      <w:r>
        <w:rPr>
          <w:rFonts w:ascii="Georgia" w:hAnsi="Georgia"/>
          <w:sz w:val="23"/>
        </w:rPr>
        <w:t>“Yes, Coach.”</w:t>
      </w:r>
    </w:p>
    <w:p>
      <w:pPr>
        <w:spacing w:after="80"/>
      </w:pPr>
      <w:r>
        <w:rPr>
          <w:rFonts w:ascii="Georgia" w:hAnsi="Georgia"/>
          <w:sz w:val="23"/>
        </w:rPr>
        <w:t>“Field.”</w:t>
      </w:r>
    </w:p>
    <w:p>
      <w:pPr>
        <w:spacing w:after="80"/>
      </w:pPr>
      <w:r>
        <w:rPr>
          <w:rFonts w:ascii="Georgia" w:hAnsi="Georgia"/>
          <w:sz w:val="23"/>
        </w:rPr>
        <w:t>They opened with the first fifteen-play script.</w:t>
      </w:r>
    </w:p>
    <w:p>
      <w:pPr>
        <w:spacing w:after="80"/>
      </w:pPr>
      <w:r>
        <w:rPr>
          <w:rFonts w:ascii="Georgia" w:hAnsi="Georgia"/>
          <w:sz w:val="23"/>
        </w:rPr>
        <w:t>Coach Law had it broken into three sections:</w:t>
        <w:br/>
        <w:t>- first-drive answers</w:t>
        <w:br/>
        <w:t>- red-zone finishers</w:t>
        <w:br/>
        <w:t>- pressure check menu</w:t>
      </w:r>
    </w:p>
    <w:p>
      <w:pPr>
        <w:spacing w:after="80"/>
      </w:pPr>
      <w:r>
        <w:rPr>
          <w:rFonts w:ascii="Georgia" w:hAnsi="Georgia"/>
          <w:sz w:val="23"/>
        </w:rPr>
        <w:t>This was expert youth football thinking. Not just plays. Sequences. You did not win title games by calling one beautiful rep. You won by making the fourth play feel like the first play and the ninth play punish the way the defense reacted to the third.</w:t>
      </w:r>
    </w:p>
    <w:p>
      <w:pPr>
        <w:spacing w:after="80"/>
      </w:pPr>
      <w:r>
        <w:rPr>
          <w:rFonts w:ascii="Georgia" w:hAnsi="Georgia"/>
          <w:sz w:val="23"/>
        </w:rPr>
        <w:t>Noah stepped into the huddle and called the opener.</w:t>
      </w:r>
    </w:p>
    <w:p>
      <w:pPr>
        <w:spacing w:after="80"/>
      </w:pPr>
      <w:r>
        <w:rPr>
          <w:rFonts w:ascii="Georgia" w:hAnsi="Georgia"/>
          <w:sz w:val="23"/>
        </w:rPr>
        <w:t>“Base Trips Right. Stick. On one.”</w:t>
      </w:r>
    </w:p>
    <w:p>
      <w:pPr>
        <w:spacing w:after="80"/>
      </w:pPr>
      <w:r>
        <w:rPr>
          <w:rFonts w:ascii="Georgia" w:hAnsi="Georgia"/>
          <w:sz w:val="23"/>
        </w:rPr>
        <w:t>Break.</w:t>
      </w:r>
    </w:p>
    <w:p>
      <w:pPr>
        <w:spacing w:after="80"/>
      </w:pPr>
      <w:r>
        <w:rPr>
          <w:rFonts w:ascii="Georgia" w:hAnsi="Georgia"/>
          <w:sz w:val="23"/>
        </w:rPr>
        <w:t>Northgate’s defense came out exactly like Coach Law expected.</w:t>
      </w:r>
    </w:p>
    <w:p>
      <w:pPr>
        <w:spacing w:after="80"/>
      </w:pPr>
      <w:r>
        <w:rPr>
          <w:rFonts w:ascii="Georgia" w:hAnsi="Georgia"/>
          <w:sz w:val="23"/>
        </w:rPr>
        <w:t>A little eager.</w:t>
        <w:br/>
        <w:t>A little tilted.</w:t>
        <w:br/>
        <w:t>Showing they knew enough to be dangerous.</w:t>
      </w:r>
    </w:p>
    <w:p>
      <w:pPr>
        <w:spacing w:after="80"/>
      </w:pPr>
      <w:r>
        <w:rPr>
          <w:rFonts w:ascii="Georgia" w:hAnsi="Georgia"/>
          <w:sz w:val="23"/>
        </w:rPr>
        <w:t>Snap.</w:t>
      </w:r>
    </w:p>
    <w:p>
      <w:pPr>
        <w:spacing w:after="80"/>
      </w:pPr>
      <w:r>
        <w:rPr>
          <w:rFonts w:ascii="Georgia" w:hAnsi="Georgia"/>
          <w:sz w:val="23"/>
        </w:rPr>
        <w:t>Rico at #2 stemmed and sat on the stick at five. Owen widened the apex with the flat. Micah at #1 got into his stalk fit early enough to keep the corner from folding inside.</w:t>
      </w:r>
    </w:p>
    <w:p>
      <w:pPr>
        <w:spacing w:after="80"/>
      </w:pPr>
      <w:r>
        <w:rPr>
          <w:rFonts w:ascii="Georgia" w:hAnsi="Georgia"/>
          <w:sz w:val="23"/>
        </w:rPr>
        <w:t>Noah drove it into Rico’s chest.</w:t>
      </w:r>
    </w:p>
    <w:p>
      <w:pPr>
        <w:spacing w:after="80"/>
      </w:pPr>
      <w:r>
        <w:rPr>
          <w:rFonts w:ascii="Georgia" w:hAnsi="Georgia"/>
          <w:sz w:val="23"/>
        </w:rPr>
        <w:t>Easy six.</w:t>
      </w:r>
    </w:p>
    <w:p>
      <w:pPr>
        <w:spacing w:after="80"/>
      </w:pPr>
      <w:r>
        <w:rPr>
          <w:rFonts w:ascii="Georgia" w:hAnsi="Georgia"/>
          <w:sz w:val="23"/>
        </w:rPr>
        <w:t>Line up.</w:t>
      </w:r>
    </w:p>
    <w:p>
      <w:pPr>
        <w:spacing w:after="80"/>
      </w:pPr>
      <w:r>
        <w:rPr>
          <w:rFonts w:ascii="Georgia" w:hAnsi="Georgia"/>
          <w:sz w:val="23"/>
        </w:rPr>
        <w:t>That was the way Coach Law wanted the first drive to feel. Clean. Ordinary. Calm enough that Northgate would think they were still watching old film.</w:t>
      </w:r>
    </w:p>
    <w:p>
      <w:pPr>
        <w:spacing w:after="80"/>
      </w:pPr>
      <w:r>
        <w:rPr>
          <w:rFonts w:ascii="Georgia" w:hAnsi="Georgia"/>
          <w:sz w:val="23"/>
        </w:rPr>
        <w:t>Next came the mirror answer.</w:t>
      </w:r>
    </w:p>
    <w:p>
      <w:pPr>
        <w:spacing w:after="80"/>
      </w:pPr>
      <w:r>
        <w:rPr>
          <w:rFonts w:ascii="Georgia" w:hAnsi="Georgia"/>
          <w:sz w:val="23"/>
        </w:rPr>
        <w:t>Same alignment.</w:t>
      </w:r>
    </w:p>
    <w:p>
      <w:pPr>
        <w:spacing w:after="80"/>
      </w:pPr>
      <w:r>
        <w:rPr>
          <w:rFonts w:ascii="Georgia" w:hAnsi="Georgia"/>
          <w:sz w:val="23"/>
        </w:rPr>
        <w:t>Same pre-snap body language.</w:t>
      </w:r>
    </w:p>
    <w:p>
      <w:pPr>
        <w:spacing w:after="80"/>
      </w:pPr>
      <w:r>
        <w:rPr>
          <w:rFonts w:ascii="Georgia" w:hAnsi="Georgia"/>
          <w:sz w:val="23"/>
        </w:rPr>
        <w:t>Different truth.</w:t>
      </w:r>
    </w:p>
    <w:p>
      <w:pPr>
        <w:spacing w:after="80"/>
      </w:pPr>
      <w:r>
        <w:rPr>
          <w:rFonts w:ascii="Georgia" w:hAnsi="Georgia"/>
          <w:sz w:val="23"/>
        </w:rPr>
        <w:t>Noah clapped.</w:t>
      </w:r>
    </w:p>
    <w:p>
      <w:pPr>
        <w:spacing w:after="80"/>
      </w:pPr>
      <w:r>
        <w:rPr>
          <w:rFonts w:ascii="Georgia" w:hAnsi="Georgia"/>
          <w:sz w:val="23"/>
        </w:rPr>
        <w:t>“Glass.”</w:t>
      </w:r>
    </w:p>
    <w:p>
      <w:pPr>
        <w:spacing w:after="80"/>
      </w:pPr>
      <w:r>
        <w:rPr>
          <w:rFonts w:ascii="Georgia" w:hAnsi="Georgia"/>
          <w:sz w:val="23"/>
        </w:rPr>
        <w:t>Rico widened instead of sitting. Owen settled. Micah took the glance window. The apex sat on the old answer for half a beat too long.</w:t>
      </w:r>
    </w:p>
    <w:p>
      <w:pPr>
        <w:spacing w:after="80"/>
      </w:pPr>
      <w:r>
        <w:rPr>
          <w:rFonts w:ascii="Georgia" w:hAnsi="Georgia"/>
          <w:sz w:val="23"/>
        </w:rPr>
        <w:t>Noah ripped it to Micah.</w:t>
      </w:r>
    </w:p>
    <w:p>
      <w:pPr>
        <w:spacing w:after="80"/>
      </w:pPr>
      <w:r>
        <w:rPr>
          <w:rFonts w:ascii="Georgia" w:hAnsi="Georgia"/>
          <w:sz w:val="23"/>
        </w:rPr>
        <w:t>Ten yards.</w:t>
      </w:r>
    </w:p>
    <w:p>
      <w:pPr>
        <w:spacing w:after="80"/>
      </w:pPr>
      <w:r>
        <w:rPr>
          <w:rFonts w:ascii="Georgia" w:hAnsi="Georgia"/>
          <w:sz w:val="23"/>
        </w:rPr>
        <w:t>That was the football Noah kept coming back to in this book: the clean kind. Not miracle football. Not cartoon football. Football where leverage and timing made good teams look smarter than they were because they had practiced being smart in the same place twice.</w:t>
      </w:r>
    </w:p>
    <w:p>
      <w:pPr>
        <w:spacing w:after="80"/>
      </w:pPr>
      <w:r>
        <w:rPr>
          <w:rFonts w:ascii="Georgia" w:hAnsi="Georgia"/>
          <w:sz w:val="23"/>
        </w:rPr>
        <w:t>Coach Law blew the rep dead and pointed at the offense. “Again. Landmarks.”</w:t>
      </w:r>
    </w:p>
    <w:p>
      <w:pPr>
        <w:spacing w:after="80"/>
      </w:pPr>
      <w:r>
        <w:rPr>
          <w:rFonts w:ascii="Georgia" w:hAnsi="Georgia"/>
          <w:sz w:val="23"/>
        </w:rPr>
        <w:t>The offense reset again, but this time frustration was starting to show more than improvement.</w:t>
      </w:r>
    </w:p>
    <w:p>
      <w:pPr>
        <w:spacing w:after="80"/>
      </w:pPr>
      <w:r>
        <w:rPr>
          <w:rFonts w:ascii="Georgia" w:hAnsi="Georgia"/>
          <w:sz w:val="23"/>
        </w:rPr>
        <w:t>Rico widened half a step too much.</w:t>
        <w:br/>
        <w:t>Owen sat half a yard shallow.</w:t>
        <w:br/>
        <w:t>Micah muttered something about timing under his breath.</w:t>
      </w:r>
    </w:p>
    <w:p>
      <w:pPr>
        <w:spacing w:after="80"/>
      </w:pPr>
      <w:r>
        <w:rPr>
          <w:rFonts w:ascii="Georgia" w:hAnsi="Georgia"/>
          <w:sz w:val="23"/>
        </w:rPr>
        <w:t>Then from the rope line, Vee said, “He’s starting too tight.”</w:t>
      </w:r>
    </w:p>
    <w:p>
      <w:pPr>
        <w:spacing w:after="80"/>
      </w:pPr>
      <w:r>
        <w:rPr>
          <w:rFonts w:ascii="Georgia" w:hAnsi="Georgia"/>
          <w:sz w:val="23"/>
        </w:rPr>
        <w:t>Everybody turned.</w:t>
      </w:r>
    </w:p>
    <w:p>
      <w:pPr>
        <w:spacing w:after="80"/>
      </w:pPr>
      <w:r>
        <w:rPr>
          <w:rFonts w:ascii="Georgia" w:hAnsi="Georgia"/>
          <w:sz w:val="23"/>
        </w:rPr>
        <w:t>Rico looked personally attacked. “Excuse me?”</w:t>
      </w:r>
    </w:p>
    <w:p>
      <w:pPr>
        <w:spacing w:after="80"/>
      </w:pPr>
      <w:r>
        <w:rPr>
          <w:rFonts w:ascii="Georgia" w:hAnsi="Georgia"/>
          <w:sz w:val="23"/>
        </w:rPr>
        <w:t>Vee bounced the football once off her thigh and caught it. “If he starts there, he has to drift to get to the landmark. If he widens his split by half a yard, the route gets there on time.”</w:t>
      </w:r>
    </w:p>
    <w:p>
      <w:pPr>
        <w:spacing w:after="80"/>
      </w:pPr>
      <w:r>
        <w:rPr>
          <w:rFonts w:ascii="Georgia" w:hAnsi="Georgia"/>
          <w:sz w:val="23"/>
        </w:rPr>
        <w:t>Rico blinked. “Half a yard?”</w:t>
      </w:r>
    </w:p>
    <w:p>
      <w:pPr>
        <w:spacing w:after="80"/>
      </w:pPr>
      <w:r>
        <w:rPr>
          <w:rFonts w:ascii="Georgia" w:hAnsi="Georgia"/>
          <w:sz w:val="23"/>
        </w:rPr>
        <w:t>“That’s how space works.”</w:t>
      </w:r>
    </w:p>
    <w:p>
      <w:pPr>
        <w:spacing w:after="80"/>
      </w:pPr>
      <w:r>
        <w:rPr>
          <w:rFonts w:ascii="Georgia" w:hAnsi="Georgia"/>
          <w:sz w:val="23"/>
        </w:rPr>
        <w:t>Jalen barked a laugh.</w:t>
      </w:r>
    </w:p>
    <w:p>
      <w:pPr>
        <w:spacing w:after="80"/>
      </w:pPr>
      <w:r>
        <w:rPr>
          <w:rFonts w:ascii="Georgia" w:hAnsi="Georgia"/>
          <w:sz w:val="23"/>
        </w:rPr>
        <w:t>Coach Law looked at Vee. “You want to explain it, or show it?”</w:t>
      </w:r>
    </w:p>
    <w:p>
      <w:pPr>
        <w:spacing w:after="80"/>
      </w:pPr>
      <w:r>
        <w:rPr>
          <w:rFonts w:ascii="Georgia" w:hAnsi="Georgia"/>
          <w:sz w:val="23"/>
        </w:rPr>
        <w:t>Vee lowered the ball from her hip.</w:t>
      </w:r>
    </w:p>
    <w:p>
      <w:pPr>
        <w:spacing w:after="80"/>
      </w:pPr>
      <w:r>
        <w:rPr>
          <w:rFonts w:ascii="Georgia" w:hAnsi="Georgia"/>
          <w:sz w:val="23"/>
        </w:rPr>
        <w:t>“Show it.”</w:t>
      </w:r>
    </w:p>
    <w:p>
      <w:pPr>
        <w:spacing w:after="80"/>
      </w:pPr>
      <w:r>
        <w:rPr>
          <w:rFonts w:ascii="Georgia" w:hAnsi="Georgia"/>
          <w:sz w:val="23"/>
        </w:rPr>
        <w:t>Rico looked around the field. “This is crazy.”</w:t>
      </w:r>
    </w:p>
    <w:p>
      <w:pPr>
        <w:spacing w:after="80"/>
      </w:pPr>
      <w:r>
        <w:rPr>
          <w:rFonts w:ascii="Georgia" w:hAnsi="Georgia"/>
          <w:sz w:val="23"/>
        </w:rPr>
        <w:t>“No,” Owen said. “This is useful.”</w:t>
      </w:r>
    </w:p>
    <w:p>
      <w:pPr>
        <w:spacing w:after="80"/>
      </w:pPr>
      <w:r>
        <w:rPr>
          <w:rFonts w:ascii="Georgia" w:hAnsi="Georgia"/>
          <w:sz w:val="23"/>
        </w:rPr>
        <w:t>Vee stepped under the rope line and walked into the formation like she had been diagramming it in her head the entire time.</w:t>
      </w:r>
    </w:p>
    <w:p>
      <w:pPr>
        <w:spacing w:after="80"/>
      </w:pPr>
      <w:r>
        <w:rPr>
          <w:rFonts w:ascii="Georgia" w:hAnsi="Georgia"/>
          <w:sz w:val="23"/>
        </w:rPr>
        <w:t>Coach Law pointed to the spot. “Trips Open left. Defense gives wide apex, deep hook. Make the right decision.”</w:t>
      </w:r>
    </w:p>
    <w:p>
      <w:pPr>
        <w:spacing w:after="80"/>
      </w:pPr>
      <w:r>
        <w:rPr>
          <w:rFonts w:ascii="Georgia" w:hAnsi="Georgia"/>
          <w:sz w:val="23"/>
        </w:rPr>
        <w:t>Vee nodded and looked at Noah. “You out?”</w:t>
      </w:r>
    </w:p>
    <w:p>
      <w:pPr>
        <w:spacing w:after="80"/>
      </w:pPr>
      <w:r>
        <w:rPr>
          <w:rFonts w:ascii="Georgia" w:hAnsi="Georgia"/>
          <w:sz w:val="23"/>
        </w:rPr>
        <w:t>Noah stepped aside.</w:t>
      </w:r>
    </w:p>
    <w:p>
      <w:pPr>
        <w:spacing w:after="80"/>
      </w:pPr>
      <w:r>
        <w:rPr>
          <w:rFonts w:ascii="Georgia" w:hAnsi="Georgia"/>
          <w:sz w:val="23"/>
        </w:rPr>
        <w:t>Something about that annoyed him and impressed him at the same time.</w:t>
      </w:r>
    </w:p>
    <w:p>
      <w:pPr>
        <w:spacing w:after="80"/>
      </w:pPr>
      <w:r>
        <w:rPr>
          <w:rFonts w:ascii="Georgia" w:hAnsi="Georgia"/>
          <w:sz w:val="23"/>
        </w:rPr>
        <w:t>Vee took the spot behind Devin.</w:t>
      </w:r>
    </w:p>
    <w:p>
      <w:pPr>
        <w:spacing w:after="80"/>
      </w:pPr>
      <w:r>
        <w:rPr>
          <w:rFonts w:ascii="Georgia" w:hAnsi="Georgia"/>
          <w:sz w:val="23"/>
        </w:rPr>
        <w:t>“Widen half a yard,” she told Rico.</w:t>
      </w:r>
    </w:p>
    <w:p>
      <w:pPr>
        <w:spacing w:after="80"/>
      </w:pPr>
      <w:r>
        <w:rPr>
          <w:rFonts w:ascii="Georgia" w:hAnsi="Georgia"/>
          <w:sz w:val="23"/>
        </w:rPr>
        <w:t>Rico actually did it.</w:t>
      </w:r>
    </w:p>
    <w:p>
      <w:pPr>
        <w:spacing w:after="80"/>
      </w:pPr>
      <w:r>
        <w:rPr>
          <w:rFonts w:ascii="Georgia" w:hAnsi="Georgia"/>
          <w:sz w:val="23"/>
        </w:rPr>
        <w:t>“Better,” she said.</w:t>
      </w:r>
    </w:p>
    <w:p>
      <w:pPr>
        <w:spacing w:after="80"/>
      </w:pPr>
      <w:r>
        <w:rPr>
          <w:rFonts w:ascii="Georgia" w:hAnsi="Georgia"/>
          <w:sz w:val="23"/>
        </w:rPr>
        <w:t>The defense reset.</w:t>
      </w:r>
    </w:p>
    <w:p>
      <w:pPr>
        <w:spacing w:after="80"/>
      </w:pPr>
      <w:r>
        <w:rPr>
          <w:rFonts w:ascii="Georgia" w:hAnsi="Georgia"/>
          <w:sz w:val="23"/>
        </w:rPr>
        <w:t>Coach Law gave the signal.</w:t>
      </w:r>
    </w:p>
    <w:p>
      <w:pPr>
        <w:spacing w:after="80"/>
      </w:pPr>
      <w:r>
        <w:rPr>
          <w:rFonts w:ascii="Georgia" w:hAnsi="Georgia"/>
          <w:sz w:val="23"/>
        </w:rPr>
        <w:t>Snap.</w:t>
      </w:r>
    </w:p>
    <w:p>
      <w:pPr>
        <w:spacing w:after="80"/>
      </w:pPr>
      <w:r>
        <w:rPr>
          <w:rFonts w:ascii="Georgia" w:hAnsi="Georgia"/>
          <w:sz w:val="23"/>
        </w:rPr>
        <w:t>Vee caught it clean and looked left immediately.</w:t>
      </w:r>
    </w:p>
    <w:p>
      <w:pPr>
        <w:spacing w:after="80"/>
      </w:pPr>
      <w:r>
        <w:rPr>
          <w:rFonts w:ascii="Georgia" w:hAnsi="Georgia"/>
          <w:sz w:val="23"/>
        </w:rPr>
        <w:t>The apex widened with the flat exactly like before. The hook sat deeper over Owen inside. Rico settled outside on time now, chest square, right in the window he had been missing.</w:t>
      </w:r>
    </w:p>
    <w:p>
      <w:pPr>
        <w:spacing w:after="80"/>
      </w:pPr>
      <w:r>
        <w:rPr>
          <w:rFonts w:ascii="Georgia" w:hAnsi="Georgia"/>
          <w:sz w:val="23"/>
        </w:rPr>
        <w:t>Vee hit him instantly.</w:t>
      </w:r>
    </w:p>
    <w:p>
      <w:pPr>
        <w:spacing w:after="80"/>
      </w:pPr>
      <w:r>
        <w:rPr>
          <w:rFonts w:ascii="Georgia" w:hAnsi="Georgia"/>
          <w:sz w:val="23"/>
        </w:rPr>
        <w:t>No extra hitch.</w:t>
        <w:br/>
        <w:t>No waiting for the route to become obvious.</w:t>
        <w:br/>
        <w:t>No panic.</w:t>
      </w:r>
    </w:p>
    <w:p>
      <w:pPr>
        <w:spacing w:after="80"/>
      </w:pPr>
      <w:r>
        <w:rPr>
          <w:rFonts w:ascii="Georgia" w:hAnsi="Georgia"/>
          <w:sz w:val="23"/>
        </w:rPr>
        <w:t>Just ball out where the leverage said it should go.</w:t>
      </w:r>
    </w:p>
    <w:p>
      <w:pPr>
        <w:spacing w:after="80"/>
      </w:pPr>
      <w:r>
        <w:rPr>
          <w:rFonts w:ascii="Georgia" w:hAnsi="Georgia"/>
          <w:sz w:val="23"/>
        </w:rPr>
        <w:t>Rico caught it and turned upfield for what would have been easy yards.</w:t>
      </w:r>
    </w:p>
    <w:p>
      <w:pPr>
        <w:spacing w:after="80"/>
      </w:pPr>
      <w:r>
        <w:rPr>
          <w:rFonts w:ascii="Georgia" w:hAnsi="Georgia"/>
          <w:sz w:val="23"/>
        </w:rPr>
        <w:t>The field went quiet for one beat.</w:t>
      </w:r>
    </w:p>
    <w:p>
      <w:pPr>
        <w:spacing w:after="80"/>
      </w:pPr>
      <w:r>
        <w:rPr>
          <w:rFonts w:ascii="Georgia" w:hAnsi="Georgia"/>
          <w:sz w:val="23"/>
        </w:rPr>
        <w:t>Then Coach Law pointed at the offense.</w:t>
      </w:r>
    </w:p>
    <w:p>
      <w:pPr>
        <w:spacing w:after="80"/>
      </w:pPr>
      <w:r>
        <w:rPr>
          <w:rFonts w:ascii="Georgia" w:hAnsi="Georgia"/>
          <w:sz w:val="23"/>
        </w:rPr>
        <w:t>“That,” he said, “is quarterbacking.”</w:t>
      </w:r>
    </w:p>
    <w:p>
      <w:pPr>
        <w:spacing w:after="80"/>
      </w:pPr>
      <w:r>
        <w:rPr>
          <w:rFonts w:ascii="Georgia" w:hAnsi="Georgia"/>
          <w:sz w:val="23"/>
        </w:rPr>
        <w:t>Vee handed the ball back to Devin. “It’s not quarterbacking. It’s just reading the picture before you marry the first answer.”</w:t>
      </w:r>
    </w:p>
    <w:p>
      <w:pPr>
        <w:spacing w:after="80"/>
      </w:pPr>
      <w:r>
        <w:rPr>
          <w:rFonts w:ascii="Georgia" w:hAnsi="Georgia"/>
          <w:sz w:val="23"/>
        </w:rPr>
        <w:t>Coach Law looked at Noah. “Also quarterbacking.”</w:t>
      </w:r>
    </w:p>
    <w:p>
      <w:pPr>
        <w:spacing w:after="80"/>
      </w:pPr>
      <w:r>
        <w:rPr>
          <w:rFonts w:ascii="Georgia" w:hAnsi="Georgia"/>
          <w:sz w:val="23"/>
        </w:rPr>
        <w:t>Even Owen gave one small nod.</w:t>
      </w:r>
    </w:p>
    <w:p>
      <w:pPr>
        <w:spacing w:after="80"/>
      </w:pPr>
      <w:r>
        <w:rPr>
          <w:rFonts w:ascii="Georgia" w:hAnsi="Georgia"/>
          <w:sz w:val="23"/>
        </w:rPr>
        <w:t>Jalen pointed at Rico. “So you got taught by a sideline quarterback. How’s that feel?”</w:t>
      </w:r>
    </w:p>
    <w:p>
      <w:pPr>
        <w:spacing w:after="80"/>
      </w:pPr>
      <w:r>
        <w:rPr>
          <w:rFonts w:ascii="Georgia" w:hAnsi="Georgia"/>
          <w:sz w:val="23"/>
        </w:rPr>
        <w:t>Rico tucked the ball under his arm. “Honestly? Educational.”</w:t>
      </w:r>
    </w:p>
    <w:p>
      <w:pPr>
        <w:spacing w:after="80"/>
      </w:pPr>
      <w:r>
        <w:rPr>
          <w:rFonts w:ascii="Georgia" w:hAnsi="Georgia"/>
          <w:sz w:val="23"/>
        </w:rPr>
        <w:t>Vee started back toward the rope line.</w:t>
      </w:r>
    </w:p>
    <w:p>
      <w:pPr>
        <w:spacing w:after="80"/>
      </w:pPr>
      <w:r>
        <w:rPr>
          <w:rFonts w:ascii="Georgia" w:hAnsi="Georgia"/>
          <w:sz w:val="23"/>
        </w:rPr>
        <w:t>As she stepped under it, she said, almost to herself, “Funny how everybody loves football until a girl wants actual snaps.”</w:t>
      </w:r>
    </w:p>
    <w:p>
      <w:pPr>
        <w:spacing w:after="80"/>
      </w:pPr>
      <w:r>
        <w:rPr>
          <w:rFonts w:ascii="Georgia" w:hAnsi="Georgia"/>
          <w:sz w:val="23"/>
        </w:rPr>
        <w:t>Noah heard it.</w:t>
      </w:r>
    </w:p>
    <w:p>
      <w:pPr>
        <w:spacing w:after="80"/>
      </w:pPr>
      <w:r>
        <w:rPr>
          <w:rFonts w:ascii="Georgia" w:hAnsi="Georgia"/>
          <w:sz w:val="23"/>
        </w:rPr>
        <w:t>So did Coach Law.</w:t>
      </w:r>
    </w:p>
    <w:p>
      <w:pPr>
        <w:spacing w:after="80"/>
      </w:pPr>
      <w:r>
        <w:rPr>
          <w:rFonts w:ascii="Georgia" w:hAnsi="Georgia"/>
          <w:sz w:val="23"/>
        </w:rPr>
        <w:t>Neither of them said anything.</w:t>
      </w:r>
    </w:p>
    <w:p>
      <w:pPr>
        <w:spacing w:after="80"/>
      </w:pPr>
      <w:r>
        <w:rPr>
          <w:rFonts w:ascii="Georgia" w:hAnsi="Georgia"/>
          <w:sz w:val="23"/>
        </w:rPr>
        <w:t>But when the next rep started, nobody was looking at Vee like she was just standing on the wrong side of the rope anymore.</w:t>
      </w:r>
    </w:p>
    <w:p>
      <w:pPr>
        <w:spacing w:after="80"/>
      </w:pPr>
      <w:r>
        <w:rPr>
          <w:rFonts w:ascii="Georgia" w:hAnsi="Georgia"/>
          <w:sz w:val="23"/>
        </w:rPr>
        <w:t>The red-zone section came next.</w:t>
      </w:r>
    </w:p>
    <w:p>
      <w:pPr>
        <w:spacing w:after="80"/>
      </w:pPr>
      <w:r>
        <w:rPr>
          <w:rFonts w:ascii="Georgia" w:hAnsi="Georgia"/>
          <w:sz w:val="23"/>
        </w:rPr>
        <w:t>Coach Law put the ball on the nine and held up one finger.</w:t>
      </w:r>
    </w:p>
    <w:p>
      <w:pPr>
        <w:spacing w:after="80"/>
      </w:pPr>
      <w:r>
        <w:rPr>
          <w:rFonts w:ascii="Georgia" w:hAnsi="Georgia"/>
          <w:sz w:val="23"/>
        </w:rPr>
        <w:t>“Championship math,” he said. “Every yard smaller. Every mistake louder. We run this period like the trophy already exists.”</w:t>
      </w:r>
    </w:p>
    <w:p>
      <w:pPr>
        <w:spacing w:after="80"/>
      </w:pPr>
      <w:r>
        <w:rPr>
          <w:rFonts w:ascii="Georgia" w:hAnsi="Georgia"/>
          <w:sz w:val="23"/>
        </w:rPr>
        <w:t>Jalen whispered to Owen, “That was actually cold.”</w:t>
      </w:r>
    </w:p>
    <w:p>
      <w:pPr>
        <w:spacing w:after="80"/>
      </w:pPr>
      <w:r>
        <w:rPr>
          <w:rFonts w:ascii="Georgia" w:hAnsi="Georgia"/>
          <w:sz w:val="23"/>
        </w:rPr>
        <w:t>Owen whispered back, “I know.”</w:t>
      </w:r>
    </w:p>
    <w:p>
      <w:pPr>
        <w:spacing w:after="80"/>
      </w:pPr>
      <w:r>
        <w:rPr>
          <w:rFonts w:ascii="Georgia" w:hAnsi="Georgia"/>
          <w:sz w:val="23"/>
        </w:rPr>
        <w:t>First call: Bunch Tight, pivot family.</w:t>
      </w:r>
    </w:p>
    <w:p>
      <w:pPr>
        <w:spacing w:after="80"/>
      </w:pPr>
      <w:r>
        <w:rPr>
          <w:rFonts w:ascii="Georgia" w:hAnsi="Georgia"/>
          <w:sz w:val="23"/>
        </w:rPr>
        <w:t>Noah looked over the defense.</w:t>
      </w:r>
    </w:p>
    <w:p>
      <w:pPr>
        <w:spacing w:after="80"/>
      </w:pPr>
      <w:r>
        <w:rPr>
          <w:rFonts w:ascii="Georgia" w:hAnsi="Georgia"/>
          <w:sz w:val="23"/>
        </w:rPr>
        <w:t>Zero help look. Flat defender nosey. Safety trying to lean stack-side without making it obvious.</w:t>
      </w:r>
    </w:p>
    <w:p>
      <w:pPr>
        <w:spacing w:after="80"/>
      </w:pPr>
      <w:r>
        <w:rPr>
          <w:rFonts w:ascii="Georgia" w:hAnsi="Georgia"/>
          <w:sz w:val="23"/>
        </w:rPr>
        <w:t>Perfect.</w:t>
      </w:r>
    </w:p>
    <w:p>
      <w:pPr>
        <w:spacing w:after="80"/>
      </w:pPr>
      <w:r>
        <w:rPr>
          <w:rFonts w:ascii="Georgia" w:hAnsi="Georgia"/>
          <w:sz w:val="23"/>
        </w:rPr>
        <w:t>“Midnight one,” he called.</w:t>
      </w:r>
    </w:p>
    <w:p>
      <w:pPr>
        <w:spacing w:after="80"/>
      </w:pPr>
      <w:r>
        <w:rPr>
          <w:rFonts w:ascii="Georgia" w:hAnsi="Georgia"/>
          <w:sz w:val="23"/>
        </w:rPr>
        <w:t>The bunch tightened. Rico at point. Micah outside. Devin tucked behind.</w:t>
      </w:r>
    </w:p>
    <w:p>
      <w:pPr>
        <w:spacing w:after="80"/>
      </w:pPr>
      <w:r>
        <w:rPr>
          <w:rFonts w:ascii="Georgia" w:hAnsi="Georgia"/>
          <w:sz w:val="23"/>
        </w:rPr>
        <w:t>The snap came.</w:t>
      </w:r>
    </w:p>
    <w:p>
      <w:pPr>
        <w:spacing w:after="80"/>
      </w:pPr>
      <w:r>
        <w:rPr>
          <w:rFonts w:ascii="Georgia" w:hAnsi="Georgia"/>
          <w:sz w:val="23"/>
        </w:rPr>
        <w:t>Rico sold speed out.</w:t>
        <w:br/>
        <w:t>Jalen drove down.</w:t>
        <w:br/>
        <w:t>Rico snapped back inside.</w:t>
        <w:br/>
        <w:t>Ball out.</w:t>
      </w:r>
    </w:p>
    <w:p>
      <w:pPr>
        <w:spacing w:after="80"/>
      </w:pPr>
      <w:r>
        <w:rPr>
          <w:rFonts w:ascii="Georgia" w:hAnsi="Georgia"/>
          <w:sz w:val="23"/>
        </w:rPr>
        <w:t>Touchdown.</w:t>
      </w:r>
    </w:p>
    <w:p>
      <w:pPr>
        <w:spacing w:after="80"/>
      </w:pPr>
      <w:r>
        <w:rPr>
          <w:rFonts w:ascii="Georgia" w:hAnsi="Georgia"/>
          <w:sz w:val="23"/>
        </w:rPr>
        <w:t>The rep was excellent.</w:t>
      </w:r>
    </w:p>
    <w:p>
      <w:pPr>
        <w:spacing w:after="80"/>
      </w:pPr>
      <w:r>
        <w:rPr>
          <w:rFonts w:ascii="Georgia" w:hAnsi="Georgia"/>
          <w:sz w:val="23"/>
        </w:rPr>
        <w:t>That was the problem.</w:t>
      </w:r>
    </w:p>
    <w:p>
      <w:pPr>
        <w:spacing w:after="80"/>
      </w:pPr>
      <w:r>
        <w:rPr>
          <w:rFonts w:ascii="Georgia" w:hAnsi="Georgia"/>
          <w:sz w:val="23"/>
        </w:rPr>
        <w:t>Every time Rico ran a route perfectly now, Noah’s brain split it in two:</w:t>
        <w:br/>
        <w:t>- good football</w:t>
        <w:br/>
        <w:t>- can I trust why it’s good?</w:t>
      </w:r>
    </w:p>
    <w:p>
      <w:pPr>
        <w:spacing w:after="80"/>
      </w:pPr>
      <w:r>
        <w:rPr>
          <w:rFonts w:ascii="Georgia" w:hAnsi="Georgia"/>
          <w:sz w:val="23"/>
        </w:rPr>
        <w:t>Coach Law reset the ball.</w:t>
      </w:r>
    </w:p>
    <w:p>
      <w:pPr>
        <w:spacing w:after="80"/>
      </w:pPr>
      <w:r>
        <w:rPr>
          <w:rFonts w:ascii="Georgia" w:hAnsi="Georgia"/>
          <w:sz w:val="23"/>
        </w:rPr>
        <w:t>“Again. Pressure answer.”</w:t>
      </w:r>
    </w:p>
    <w:p>
      <w:pPr>
        <w:spacing w:after="80"/>
      </w:pPr>
      <w:r>
        <w:rPr>
          <w:rFonts w:ascii="Georgia" w:hAnsi="Georgia"/>
          <w:sz w:val="23"/>
        </w:rPr>
        <w:t>Now edge heat came from the bunch side. Jalen screamed off the corner. Owen buzzed the flat. Safety widened late.</w:t>
      </w:r>
    </w:p>
    <w:p>
      <w:pPr>
        <w:spacing w:after="80"/>
      </w:pPr>
      <w:r>
        <w:rPr>
          <w:rFonts w:ascii="Georgia" w:hAnsi="Georgia"/>
          <w:sz w:val="23"/>
        </w:rPr>
        <w:t>Noah caught, planted, and replaced the pressure with Devin on the delay settle.</w:t>
      </w:r>
    </w:p>
    <w:p>
      <w:pPr>
        <w:spacing w:after="80"/>
      </w:pPr>
      <w:r>
        <w:rPr>
          <w:rFonts w:ascii="Georgia" w:hAnsi="Georgia"/>
          <w:sz w:val="23"/>
        </w:rPr>
        <w:t>Touchdown.</w:t>
      </w:r>
    </w:p>
    <w:p>
      <w:pPr>
        <w:spacing w:after="80"/>
      </w:pPr>
      <w:r>
        <w:rPr>
          <w:rFonts w:ascii="Georgia" w:hAnsi="Georgia"/>
          <w:sz w:val="23"/>
        </w:rPr>
        <w:t>“Again,” Coach Law said.</w:t>
      </w:r>
    </w:p>
    <w:p>
      <w:pPr>
        <w:spacing w:after="80"/>
      </w:pPr>
      <w:r>
        <w:rPr>
          <w:rFonts w:ascii="Georgia" w:hAnsi="Georgia"/>
          <w:sz w:val="23"/>
        </w:rPr>
        <w:t>He was grinding them now. Same family, different answers. That was exactly what Northgate would struggle with if Prime 8 made them guess old versus new without ever letting them settle.</w:t>
      </w:r>
    </w:p>
    <w:p>
      <w:pPr>
        <w:spacing w:after="80"/>
      </w:pPr>
      <w:r>
        <w:rPr>
          <w:rFonts w:ascii="Georgia" w:hAnsi="Georgia"/>
          <w:sz w:val="23"/>
        </w:rPr>
        <w:t>Third rep: mesh rail.</w:t>
      </w:r>
    </w:p>
    <w:p>
      <w:pPr>
        <w:spacing w:after="80"/>
      </w:pPr>
      <w:r>
        <w:rPr>
          <w:rFonts w:ascii="Georgia" w:hAnsi="Georgia"/>
          <w:sz w:val="23"/>
        </w:rPr>
        <w:t>This one mattered more emotionally than the others because it was one of the concepts Northgate had clearly seen enough of before.</w:t>
      </w:r>
    </w:p>
    <w:p>
      <w:pPr>
        <w:spacing w:after="80"/>
      </w:pPr>
      <w:r>
        <w:rPr>
          <w:rFonts w:ascii="Georgia" w:hAnsi="Georgia"/>
          <w:sz w:val="23"/>
        </w:rPr>
        <w:t>Noah felt that as he stepped in.</w:t>
      </w:r>
    </w:p>
    <w:p>
      <w:pPr>
        <w:spacing w:after="80"/>
      </w:pPr>
      <w:r>
        <w:rPr>
          <w:rFonts w:ascii="Georgia" w:hAnsi="Georgia"/>
          <w:sz w:val="23"/>
        </w:rPr>
        <w:t>“Midnight two,” he said.</w:t>
      </w:r>
    </w:p>
    <w:p>
      <w:pPr>
        <w:spacing w:after="80"/>
      </w:pPr>
      <w:r>
        <w:rPr>
          <w:rFonts w:ascii="Georgia" w:hAnsi="Georgia"/>
          <w:sz w:val="23"/>
        </w:rPr>
        <w:t>Rico crossed low.</w:t>
      </w:r>
    </w:p>
    <w:p>
      <w:pPr>
        <w:spacing w:after="80"/>
      </w:pPr>
      <w:r>
        <w:rPr>
          <w:rFonts w:ascii="Georgia" w:hAnsi="Georgia"/>
          <w:sz w:val="23"/>
        </w:rPr>
        <w:t>Micah crossed high.</w:t>
      </w:r>
    </w:p>
    <w:p>
      <w:pPr>
        <w:spacing w:after="80"/>
      </w:pPr>
      <w:r>
        <w:rPr>
          <w:rFonts w:ascii="Georgia" w:hAnsi="Georgia"/>
          <w:sz w:val="23"/>
        </w:rPr>
        <w:t>Devin delayed.</w:t>
      </w:r>
    </w:p>
    <w:p>
      <w:pPr>
        <w:spacing w:after="80"/>
      </w:pPr>
      <w:r>
        <w:rPr>
          <w:rFonts w:ascii="Georgia" w:hAnsi="Georgia"/>
          <w:sz w:val="23"/>
        </w:rPr>
        <w:t>Owen leaked late.</w:t>
      </w:r>
    </w:p>
    <w:p>
      <w:pPr>
        <w:spacing w:after="80"/>
      </w:pPr>
      <w:r>
        <w:rPr>
          <w:rFonts w:ascii="Georgia" w:hAnsi="Georgia"/>
          <w:sz w:val="23"/>
        </w:rPr>
        <w:t>Perfect shape.</w:t>
      </w:r>
    </w:p>
    <w:p>
      <w:pPr>
        <w:spacing w:after="80"/>
      </w:pPr>
      <w:r>
        <w:rPr>
          <w:rFonts w:ascii="Georgia" w:hAnsi="Georgia"/>
          <w:sz w:val="23"/>
        </w:rPr>
        <w:t>Noah hit Owen on the back line.</w:t>
      </w:r>
    </w:p>
    <w:p>
      <w:pPr>
        <w:spacing w:after="80"/>
      </w:pPr>
      <w:r>
        <w:rPr>
          <w:rFonts w:ascii="Georgia" w:hAnsi="Georgia"/>
          <w:sz w:val="23"/>
        </w:rPr>
        <w:t>Touchdown.</w:t>
      </w:r>
    </w:p>
    <w:p>
      <w:pPr>
        <w:spacing w:after="80"/>
      </w:pPr>
      <w:r>
        <w:rPr>
          <w:rFonts w:ascii="Georgia" w:hAnsi="Georgia"/>
          <w:sz w:val="23"/>
        </w:rPr>
        <w:t>The rep was dead-on.</w:t>
      </w:r>
    </w:p>
    <w:p>
      <w:pPr>
        <w:spacing w:after="80"/>
      </w:pPr>
      <w:r>
        <w:rPr>
          <w:rFonts w:ascii="Georgia" w:hAnsi="Georgia"/>
          <w:sz w:val="23"/>
        </w:rPr>
        <w:t>No hesitation.</w:t>
        <w:br/>
        <w:t>No split loyalty.</w:t>
        <w:br/>
        <w:t>No wrong route.</w:t>
      </w:r>
    </w:p>
    <w:p>
      <w:pPr>
        <w:spacing w:after="80"/>
      </w:pPr>
      <w:r>
        <w:rPr>
          <w:rFonts w:ascii="Georgia" w:hAnsi="Georgia"/>
          <w:sz w:val="23"/>
        </w:rPr>
        <w:t>Noah found himself irritated by how relieved he was.</w:t>
      </w:r>
    </w:p>
    <w:p>
      <w:pPr>
        <w:spacing w:after="80"/>
      </w:pPr>
      <w:r>
        <w:rPr>
          <w:rFonts w:ascii="Georgia" w:hAnsi="Georgia"/>
          <w:sz w:val="23"/>
        </w:rPr>
        <w:t>Coach Law seemed to notice.</w:t>
      </w:r>
    </w:p>
    <w:p>
      <w:pPr>
        <w:spacing w:after="80"/>
      </w:pPr>
      <w:r>
        <w:rPr>
          <w:rFonts w:ascii="Georgia" w:hAnsi="Georgia"/>
          <w:sz w:val="23"/>
        </w:rPr>
        <w:t>He blew the whistle and called water.</w:t>
      </w:r>
    </w:p>
    <w:p>
      <w:pPr>
        <w:spacing w:after="80"/>
      </w:pPr>
      <w:r>
        <w:rPr>
          <w:rFonts w:ascii="Georgia" w:hAnsi="Georgia"/>
          <w:sz w:val="23"/>
        </w:rPr>
        <w:t>The team scattered.</w:t>
      </w:r>
    </w:p>
    <w:p>
      <w:pPr>
        <w:spacing w:after="80"/>
      </w:pPr>
      <w:r>
        <w:rPr>
          <w:rFonts w:ascii="Georgia" w:hAnsi="Georgia"/>
          <w:sz w:val="23"/>
        </w:rPr>
        <w:t>Noah grabbed his bottle and headed toward the far hash, wanting a minute where nobody asked him how he felt about Rico as if he was supposed to have one clean answer.</w:t>
      </w:r>
    </w:p>
    <w:p>
      <w:pPr>
        <w:spacing w:after="80"/>
      </w:pPr>
      <w:r>
        <w:rPr>
          <w:rFonts w:ascii="Georgia" w:hAnsi="Georgia"/>
          <w:sz w:val="23"/>
        </w:rPr>
        <w:t>He did not get that minute.</w:t>
      </w:r>
    </w:p>
    <w:p>
      <w:pPr>
        <w:spacing w:after="80"/>
      </w:pPr>
      <w:r>
        <w:rPr>
          <w:rFonts w:ascii="Georgia" w:hAnsi="Georgia"/>
          <w:sz w:val="23"/>
        </w:rPr>
        <w:t>Devin came with him.</w:t>
      </w:r>
    </w:p>
    <w:p>
      <w:pPr>
        <w:spacing w:after="80"/>
      </w:pPr>
      <w:r>
        <w:rPr>
          <w:rFonts w:ascii="Georgia" w:hAnsi="Georgia"/>
          <w:sz w:val="23"/>
        </w:rPr>
        <w:t>“Still thinking?”</w:t>
      </w:r>
    </w:p>
    <w:p>
      <w:pPr>
        <w:spacing w:after="80"/>
      </w:pPr>
      <w:r>
        <w:rPr>
          <w:rFonts w:ascii="Georgia" w:hAnsi="Georgia"/>
          <w:sz w:val="23"/>
        </w:rPr>
        <w:t>“Obviously.”</w:t>
      </w:r>
    </w:p>
    <w:p>
      <w:pPr>
        <w:spacing w:after="80"/>
      </w:pPr>
      <w:r>
        <w:rPr>
          <w:rFonts w:ascii="Georgia" w:hAnsi="Georgia"/>
          <w:sz w:val="23"/>
        </w:rPr>
        <w:t>Devin nodded.</w:t>
      </w:r>
    </w:p>
    <w:p>
      <w:pPr>
        <w:spacing w:after="80"/>
      </w:pPr>
      <w:r>
        <w:rPr>
          <w:rFonts w:ascii="Georgia" w:hAnsi="Georgia"/>
          <w:sz w:val="23"/>
        </w:rPr>
        <w:t>They stood there for a second watching Jalen pretend to throw a back-shoulder fade to Micah with total inaccuracy while Owen corrected the fake read anyway.</w:t>
      </w:r>
    </w:p>
    <w:p>
      <w:pPr>
        <w:spacing w:after="80"/>
      </w:pPr>
      <w:r>
        <w:rPr>
          <w:rFonts w:ascii="Georgia" w:hAnsi="Georgia"/>
          <w:sz w:val="23"/>
        </w:rPr>
        <w:t>Finally Devin said, “You don’t have to solve all of trust before tomorrow.”</w:t>
      </w:r>
    </w:p>
    <w:p>
      <w:pPr>
        <w:spacing w:after="80"/>
      </w:pPr>
      <w:r>
        <w:rPr>
          <w:rFonts w:ascii="Georgia" w:hAnsi="Georgia"/>
          <w:sz w:val="23"/>
        </w:rPr>
        <w:t>Noah looked at him. “Feels like I do.”</w:t>
      </w:r>
    </w:p>
    <w:p>
      <w:pPr>
        <w:spacing w:after="80"/>
      </w:pPr>
      <w:r>
        <w:rPr>
          <w:rFonts w:ascii="Georgia" w:hAnsi="Georgia"/>
          <w:sz w:val="23"/>
        </w:rPr>
        <w:t>“You don’t.” Devin twisted the cap back on his bottle. “You just have to know what standard gets you through four quarters.”</w:t>
      </w:r>
    </w:p>
    <w:p>
      <w:pPr>
        <w:spacing w:after="80"/>
      </w:pPr>
      <w:r>
        <w:rPr>
          <w:rFonts w:ascii="Georgia" w:hAnsi="Georgia"/>
          <w:sz w:val="23"/>
        </w:rPr>
        <w:t>That was annoyingly good.</w:t>
      </w:r>
    </w:p>
    <w:p>
      <w:pPr>
        <w:spacing w:after="80"/>
      </w:pPr>
      <w:r>
        <w:rPr>
          <w:rFonts w:ascii="Georgia" w:hAnsi="Georgia"/>
          <w:sz w:val="23"/>
        </w:rPr>
        <w:t>“You rehearse those?” Noah asked.</w:t>
      </w:r>
    </w:p>
    <w:p>
      <w:pPr>
        <w:spacing w:after="80"/>
      </w:pPr>
      <w:r>
        <w:rPr>
          <w:rFonts w:ascii="Georgia" w:hAnsi="Georgia"/>
          <w:sz w:val="23"/>
        </w:rPr>
        <w:t>“No. I’m just tired and honest.”</w:t>
      </w:r>
    </w:p>
    <w:p>
      <w:pPr>
        <w:spacing w:after="80"/>
      </w:pPr>
      <w:r>
        <w:rPr>
          <w:rFonts w:ascii="Georgia" w:hAnsi="Georgia"/>
          <w:sz w:val="23"/>
        </w:rPr>
        <w:t>Noah looked back toward the bench.</w:t>
      </w:r>
    </w:p>
    <w:p>
      <w:pPr>
        <w:spacing w:after="80"/>
      </w:pPr>
      <w:r>
        <w:rPr>
          <w:rFonts w:ascii="Georgia" w:hAnsi="Georgia"/>
          <w:sz w:val="23"/>
        </w:rPr>
        <w:t>Rico was talking to Coach Law.</w:t>
      </w:r>
    </w:p>
    <w:p>
      <w:pPr>
        <w:spacing w:after="80"/>
      </w:pPr>
      <w:r>
        <w:rPr>
          <w:rFonts w:ascii="Georgia" w:hAnsi="Georgia"/>
          <w:sz w:val="23"/>
        </w:rPr>
        <w:t>Or rather, Coach Law was talking and Rico was listening.</w:t>
      </w:r>
    </w:p>
    <w:p>
      <w:pPr>
        <w:spacing w:after="80"/>
      </w:pPr>
      <w:r>
        <w:rPr>
          <w:rFonts w:ascii="Georgia" w:hAnsi="Georgia"/>
          <w:sz w:val="23"/>
        </w:rPr>
        <w:t>Quiet. Serious. No audience.</w:t>
      </w:r>
    </w:p>
    <w:p>
      <w:pPr>
        <w:spacing w:after="80"/>
      </w:pPr>
      <w:r>
        <w:rPr>
          <w:rFonts w:ascii="Georgia" w:hAnsi="Georgia"/>
          <w:sz w:val="23"/>
        </w:rPr>
        <w:t>That should have helped.</w:t>
      </w:r>
    </w:p>
    <w:p>
      <w:pPr>
        <w:spacing w:after="80"/>
      </w:pPr>
      <w:r>
        <w:rPr>
          <w:rFonts w:ascii="Georgia" w:hAnsi="Georgia"/>
          <w:sz w:val="23"/>
        </w:rPr>
        <w:t>It didn’t.</w:t>
      </w:r>
    </w:p>
    <w:p>
      <w:pPr>
        <w:spacing w:after="80"/>
      </w:pPr>
      <w:r>
        <w:rPr>
          <w:rFonts w:ascii="Georgia" w:hAnsi="Georgia"/>
          <w:sz w:val="23"/>
        </w:rPr>
        <w:t>Noah said, “What if I leave him in and he breaks us again?”</w:t>
      </w:r>
    </w:p>
    <w:p>
      <w:pPr>
        <w:spacing w:after="80"/>
      </w:pPr>
      <w:r>
        <w:rPr>
          <w:rFonts w:ascii="Georgia" w:hAnsi="Georgia"/>
          <w:sz w:val="23"/>
        </w:rPr>
        <w:t>Devin took a breath before answering.</w:t>
      </w:r>
    </w:p>
    <w:p>
      <w:pPr>
        <w:spacing w:after="80"/>
      </w:pPr>
      <w:r>
        <w:rPr>
          <w:rFonts w:ascii="Georgia" w:hAnsi="Georgia"/>
          <w:sz w:val="23"/>
        </w:rPr>
        <w:t>“What if you bench him and that breaks us instead?”</w:t>
      </w:r>
    </w:p>
    <w:p>
      <w:pPr>
        <w:spacing w:after="80"/>
      </w:pPr>
      <w:r>
        <w:rPr>
          <w:rFonts w:ascii="Georgia" w:hAnsi="Georgia"/>
          <w:sz w:val="23"/>
        </w:rPr>
        <w:t>Noah hated that one too.</w:t>
      </w:r>
    </w:p>
    <w:p>
      <w:pPr>
        <w:spacing w:after="80"/>
      </w:pPr>
      <w:r>
        <w:rPr>
          <w:rFonts w:ascii="Georgia" w:hAnsi="Georgia"/>
          <w:sz w:val="23"/>
        </w:rPr>
        <w:t>Because it was also true.</w:t>
      </w:r>
    </w:p>
    <w:p>
      <w:pPr>
        <w:spacing w:after="80"/>
      </w:pPr>
      <w:r>
        <w:rPr>
          <w:rFonts w:ascii="Georgia" w:hAnsi="Georgia"/>
          <w:sz w:val="23"/>
        </w:rPr>
        <w:t>In youth football, skill mattered. Trust mattered more. But once a game started, bodies and roles still mattered. Rico was not just a guy in the room. He was:</w:t>
        <w:br/>
        <w:t>- the pivot winner</w:t>
        <w:br/>
        <w:t>- the motion piece</w:t>
        <w:br/>
        <w:t>- the point man in bunch</w:t>
        <w:br/>
        <w:t>- the chatter in the huddle</w:t>
        <w:br/>
        <w:t>- the connector on the sideline</w:t>
      </w:r>
    </w:p>
    <w:p>
      <w:pPr>
        <w:spacing w:after="80"/>
      </w:pPr>
      <w:r>
        <w:rPr>
          <w:rFonts w:ascii="Georgia" w:hAnsi="Georgia"/>
          <w:sz w:val="23"/>
        </w:rPr>
        <w:t>You did not pull that out without feeling it.</w:t>
      </w:r>
    </w:p>
    <w:p>
      <w:pPr>
        <w:spacing w:after="80"/>
      </w:pPr>
      <w:r>
        <w:rPr>
          <w:rFonts w:ascii="Georgia" w:hAnsi="Georgia"/>
          <w:sz w:val="23"/>
        </w:rPr>
        <w:t>Coach Law whistled them back.</w:t>
      </w:r>
    </w:p>
    <w:p>
      <w:pPr>
        <w:spacing w:after="80"/>
      </w:pPr>
      <w:r>
        <w:rPr>
          <w:rFonts w:ascii="Georgia" w:hAnsi="Georgia"/>
          <w:sz w:val="23"/>
        </w:rPr>
        <w:t>No time to sit in it.</w:t>
      </w:r>
    </w:p>
    <w:p>
      <w:pPr>
        <w:spacing w:after="80"/>
      </w:pPr>
      <w:r>
        <w:rPr>
          <w:rFonts w:ascii="Georgia" w:hAnsi="Georgia"/>
          <w:sz w:val="23"/>
        </w:rPr>
        <w:t>Good.</w:t>
      </w:r>
    </w:p>
    <w:p>
      <w:pPr>
        <w:spacing w:after="80"/>
      </w:pPr>
      <w:r>
        <w:rPr>
          <w:rFonts w:ascii="Georgia" w:hAnsi="Georgia"/>
          <w:sz w:val="23"/>
        </w:rPr>
        <w:t>The defense got the next chunk of field time, and Noah was grateful for it.</w:t>
      </w:r>
    </w:p>
    <w:p>
      <w:pPr>
        <w:spacing w:after="80"/>
      </w:pPr>
      <w:r>
        <w:rPr>
          <w:rFonts w:ascii="Georgia" w:hAnsi="Georgia"/>
          <w:sz w:val="23"/>
        </w:rPr>
        <w:t>Watching the defense helped him think because it reminded him the title game did not rest on Rico alone, or him alone, or one mystery thread. It rested on a whole team doing hard boring things right.</w:t>
      </w:r>
    </w:p>
    <w:p>
      <w:pPr>
        <w:spacing w:after="80"/>
      </w:pPr>
      <w:r>
        <w:rPr>
          <w:rFonts w:ascii="Georgia" w:hAnsi="Georgia"/>
          <w:sz w:val="23"/>
        </w:rPr>
        <w:t>Coach Law set up the Northgate bracket section with Bell as the featured problem.</w:t>
      </w:r>
    </w:p>
    <w:p>
      <w:pPr>
        <w:spacing w:after="80"/>
      </w:pPr>
      <w:r>
        <w:rPr>
          <w:rFonts w:ascii="Georgia" w:hAnsi="Georgia"/>
          <w:sz w:val="23"/>
        </w:rPr>
        <w:t>“Bell wants two things,” he said. “Free inside access and panic. Don’t give him either.”</w:t>
      </w:r>
    </w:p>
    <w:p>
      <w:pPr>
        <w:spacing w:after="80"/>
      </w:pPr>
      <w:r>
        <w:rPr>
          <w:rFonts w:ascii="Georgia" w:hAnsi="Georgia"/>
          <w:sz w:val="23"/>
        </w:rPr>
        <w:t>Jalen took first rep at inside-low in the cone bracket. Owen was top-out.</w:t>
      </w:r>
    </w:p>
    <w:p>
      <w:pPr>
        <w:spacing w:after="80"/>
      </w:pPr>
      <w:r>
        <w:rPr>
          <w:rFonts w:ascii="Georgia" w:hAnsi="Georgia"/>
          <w:sz w:val="23"/>
        </w:rPr>
        <w:t>Bell look: reduced split, hard outside stem, slant-corner option.</w:t>
      </w:r>
    </w:p>
    <w:p>
      <w:pPr>
        <w:spacing w:after="80"/>
      </w:pPr>
      <w:r>
        <w:rPr>
          <w:rFonts w:ascii="Georgia" w:hAnsi="Georgia"/>
          <w:sz w:val="23"/>
        </w:rPr>
        <w:t>At the snap, Jalen sat inside leverage and forced the route to declare. Owen stayed over the top long enough to kill the corner window.</w:t>
      </w:r>
    </w:p>
    <w:p>
      <w:pPr>
        <w:spacing w:after="80"/>
      </w:pPr>
      <w:r>
        <w:rPr>
          <w:rFonts w:ascii="Georgia" w:hAnsi="Georgia"/>
          <w:sz w:val="23"/>
        </w:rPr>
        <w:t>No throw.</w:t>
      </w:r>
    </w:p>
    <w:p>
      <w:pPr>
        <w:spacing w:after="80"/>
      </w:pPr>
      <w:r>
        <w:rPr>
          <w:rFonts w:ascii="Georgia" w:hAnsi="Georgia"/>
          <w:sz w:val="23"/>
        </w:rPr>
        <w:t>Coach Law nodded. “Again.”</w:t>
      </w:r>
    </w:p>
    <w:p>
      <w:pPr>
        <w:spacing w:after="80"/>
      </w:pPr>
      <w:r>
        <w:rPr>
          <w:rFonts w:ascii="Georgia" w:hAnsi="Georgia"/>
          <w:sz w:val="23"/>
        </w:rPr>
        <w:t>Second rep: stack release.</w:t>
      </w:r>
    </w:p>
    <w:p>
      <w:pPr>
        <w:spacing w:after="80"/>
      </w:pPr>
      <w:r>
        <w:rPr>
          <w:rFonts w:ascii="Georgia" w:hAnsi="Georgia"/>
          <w:sz w:val="23"/>
        </w:rPr>
        <w:t>This was Bell’s favorite cheat-code look because youth defenses often lost all their nerve when two receivers released from the same line.</w:t>
      </w:r>
    </w:p>
    <w:p>
      <w:pPr>
        <w:spacing w:after="80"/>
      </w:pPr>
      <w:r>
        <w:rPr>
          <w:rFonts w:ascii="Georgia" w:hAnsi="Georgia"/>
          <w:sz w:val="23"/>
        </w:rPr>
        <w:t>Not today.</w:t>
      </w:r>
    </w:p>
    <w:p>
      <w:pPr>
        <w:spacing w:after="80"/>
      </w:pPr>
      <w:r>
        <w:rPr>
          <w:rFonts w:ascii="Georgia" w:hAnsi="Georgia"/>
          <w:sz w:val="23"/>
        </w:rPr>
        <w:t>“Banjo it!” Owen shouted.</w:t>
      </w:r>
    </w:p>
    <w:p>
      <w:pPr>
        <w:spacing w:after="80"/>
      </w:pPr>
      <w:r>
        <w:rPr>
          <w:rFonts w:ascii="Georgia" w:hAnsi="Georgia"/>
          <w:sz w:val="23"/>
        </w:rPr>
        <w:t>Jalen took first out.</w:t>
        <w:br/>
        <w:t>Devin took first under.</w:t>
        <w:br/>
        <w:t>Switch clean.</w:t>
        <w:br/>
        <w:t>No panic.</w:t>
      </w:r>
    </w:p>
    <w:p>
      <w:pPr>
        <w:spacing w:after="80"/>
      </w:pPr>
      <w:r>
        <w:rPr>
          <w:rFonts w:ascii="Georgia" w:hAnsi="Georgia"/>
          <w:sz w:val="23"/>
        </w:rPr>
        <w:t>The route died before it really lived.</w:t>
      </w:r>
    </w:p>
    <w:p>
      <w:pPr>
        <w:spacing w:after="80"/>
      </w:pPr>
      <w:r>
        <w:rPr>
          <w:rFonts w:ascii="Georgia" w:hAnsi="Georgia"/>
          <w:sz w:val="23"/>
        </w:rPr>
        <w:t>That was championship football too.</w:t>
      </w:r>
    </w:p>
    <w:p>
      <w:pPr>
        <w:spacing w:after="80"/>
      </w:pPr>
      <w:r>
        <w:rPr>
          <w:rFonts w:ascii="Georgia" w:hAnsi="Georgia"/>
          <w:sz w:val="23"/>
        </w:rPr>
        <w:t>Not splash.</w:t>
        <w:br/>
        <w:t>Not chaos.</w:t>
        <w:br/>
        <w:t>Not being surprised by the thing you already knew the opponent wanted.</w:t>
      </w:r>
    </w:p>
    <w:p>
      <w:pPr>
        <w:spacing w:after="80"/>
      </w:pPr>
      <w:r>
        <w:rPr>
          <w:rFonts w:ascii="Georgia" w:hAnsi="Georgia"/>
          <w:sz w:val="23"/>
        </w:rPr>
        <w:t>Coach Law then moved them into quarterback containment.</w:t>
      </w:r>
    </w:p>
    <w:p>
      <w:pPr>
        <w:spacing w:after="80"/>
      </w:pPr>
      <w:r>
        <w:rPr>
          <w:rFonts w:ascii="Georgia" w:hAnsi="Georgia"/>
          <w:sz w:val="23"/>
        </w:rPr>
        <w:t>“Mercer is left-handed. That matters. Right-side pressure shortens him. Left-side pressure gives him vision. Don’t blitz like he’s everybody else.”</w:t>
      </w:r>
    </w:p>
    <w:p>
      <w:pPr>
        <w:spacing w:after="80"/>
      </w:pPr>
      <w:r>
        <w:rPr>
          <w:rFonts w:ascii="Georgia" w:hAnsi="Georgia"/>
          <w:sz w:val="23"/>
        </w:rPr>
        <w:t>Jalen nodded hard. “Contain from his throwing hand, flush opposite, make him reset late.”</w:t>
      </w:r>
    </w:p>
    <w:p>
      <w:pPr>
        <w:spacing w:after="80"/>
      </w:pPr>
      <w:r>
        <w:rPr>
          <w:rFonts w:ascii="Georgia" w:hAnsi="Georgia"/>
          <w:sz w:val="23"/>
        </w:rPr>
        <w:t>Coach Law pointed. “Exactly. You do not sack title-game quarterbacks by running faster than them. You sack them by making them throw from the wrong picture.”</w:t>
      </w:r>
    </w:p>
    <w:p>
      <w:pPr>
        <w:spacing w:after="80"/>
      </w:pPr>
      <w:r>
        <w:rPr>
          <w:rFonts w:ascii="Georgia" w:hAnsi="Georgia"/>
          <w:sz w:val="23"/>
        </w:rPr>
        <w:t>Noah loved that line.</w:t>
      </w:r>
    </w:p>
    <w:p>
      <w:pPr>
        <w:spacing w:after="80"/>
      </w:pPr>
      <w:r>
        <w:rPr>
          <w:rFonts w:ascii="Georgia" w:hAnsi="Georgia"/>
          <w:sz w:val="23"/>
        </w:rPr>
        <w:t>Football-first. Always.</w:t>
      </w:r>
    </w:p>
    <w:p>
      <w:pPr>
        <w:spacing w:after="80"/>
      </w:pPr>
      <w:r>
        <w:rPr>
          <w:rFonts w:ascii="Georgia" w:hAnsi="Georgia"/>
          <w:sz w:val="23"/>
        </w:rPr>
        <w:t>They repped pressure lanes after that. Jalen off the edge. Owen buzzing the throw-now window. Rico rotating from underneath help into flag pursuit. Micah taking a scout rep at quarterback and freelancing too much until Jalen shouted, “Stop inventing disrespect,” and even Coach Law nearly smiled.</w:t>
      </w:r>
    </w:p>
    <w:p>
      <w:pPr>
        <w:spacing w:after="80"/>
      </w:pPr>
      <w:r>
        <w:rPr>
          <w:rFonts w:ascii="Georgia" w:hAnsi="Georgia"/>
          <w:sz w:val="23"/>
        </w:rPr>
        <w:t>The defense looked real.</w:t>
      </w:r>
    </w:p>
    <w:p>
      <w:pPr>
        <w:spacing w:after="80"/>
      </w:pPr>
      <w:r>
        <w:rPr>
          <w:rFonts w:ascii="Georgia" w:hAnsi="Georgia"/>
          <w:sz w:val="23"/>
        </w:rPr>
        <w:t>That mattered because title games did not usually become pretty track meets if one team had a real defense and the other did not.</w:t>
      </w:r>
    </w:p>
    <w:p>
      <w:pPr>
        <w:spacing w:after="80"/>
      </w:pPr>
      <w:r>
        <w:rPr>
          <w:rFonts w:ascii="Georgia" w:hAnsi="Georgia"/>
          <w:sz w:val="23"/>
        </w:rPr>
        <w:t>They closed with a live situational period.</w:t>
      </w:r>
    </w:p>
    <w:p>
      <w:pPr>
        <w:spacing w:after="80"/>
      </w:pPr>
      <w:r>
        <w:rPr>
          <w:rFonts w:ascii="Georgia" w:hAnsi="Georgia"/>
          <w:sz w:val="23"/>
        </w:rPr>
        <w:t>Coach Law put the ball on the minus twenty-five.</w:t>
      </w:r>
    </w:p>
    <w:p>
      <w:pPr>
        <w:spacing w:after="80"/>
      </w:pPr>
      <w:r>
        <w:rPr>
          <w:rFonts w:ascii="Georgia" w:hAnsi="Georgia"/>
          <w:sz w:val="23"/>
        </w:rPr>
        <w:t>“Final sequence,” he said. “Down four. One timeout. Thirty-eight seconds. Need six.”</w:t>
      </w:r>
    </w:p>
    <w:p>
      <w:pPr>
        <w:spacing w:after="80"/>
      </w:pPr>
      <w:r>
        <w:rPr>
          <w:rFonts w:ascii="Georgia" w:hAnsi="Georgia"/>
          <w:sz w:val="23"/>
        </w:rPr>
        <w:t>No music.</w:t>
        <w:br/>
        <w:t>No chatter.</w:t>
        <w:br/>
        <w:t>No extra speeches.</w:t>
      </w:r>
    </w:p>
    <w:p>
      <w:pPr>
        <w:spacing w:after="80"/>
      </w:pPr>
      <w:r>
        <w:rPr>
          <w:rFonts w:ascii="Georgia" w:hAnsi="Georgia"/>
          <w:sz w:val="23"/>
        </w:rPr>
        <w:t>This was the closest thing to tomorrow they could touch without stepping into it.</w:t>
      </w:r>
    </w:p>
    <w:p>
      <w:pPr>
        <w:spacing w:after="80"/>
      </w:pPr>
      <w:r>
        <w:rPr>
          <w:rFonts w:ascii="Georgia" w:hAnsi="Georgia"/>
          <w:sz w:val="23"/>
        </w:rPr>
        <w:t>Noah stepped into the huddle and felt all the noise inside him settle into something narrower.</w:t>
      </w:r>
    </w:p>
    <w:p>
      <w:pPr>
        <w:spacing w:after="80"/>
      </w:pPr>
      <w:r>
        <w:rPr>
          <w:rFonts w:ascii="Georgia" w:hAnsi="Georgia"/>
          <w:sz w:val="23"/>
        </w:rPr>
        <w:t>Not calm.</w:t>
      </w:r>
    </w:p>
    <w:p>
      <w:pPr>
        <w:spacing w:after="80"/>
      </w:pPr>
      <w:r>
        <w:rPr>
          <w:rFonts w:ascii="Georgia" w:hAnsi="Georgia"/>
          <w:sz w:val="23"/>
        </w:rPr>
        <w:t>Useful.</w:t>
      </w:r>
    </w:p>
    <w:p>
      <w:pPr>
        <w:spacing w:after="80"/>
      </w:pPr>
      <w:r>
        <w:rPr>
          <w:rFonts w:ascii="Georgia" w:hAnsi="Georgia"/>
          <w:sz w:val="23"/>
        </w:rPr>
        <w:t>“Trips Open Left. Spacing. Boundary smart. Get out if you can.”</w:t>
      </w:r>
    </w:p>
    <w:p>
      <w:pPr>
        <w:spacing w:after="80"/>
      </w:pPr>
      <w:r>
        <w:rPr>
          <w:rFonts w:ascii="Georgia" w:hAnsi="Georgia"/>
          <w:sz w:val="23"/>
        </w:rPr>
        <w:t>Break.</w:t>
      </w:r>
    </w:p>
    <w:p>
      <w:pPr>
        <w:spacing w:after="80"/>
      </w:pPr>
      <w:r>
        <w:rPr>
          <w:rFonts w:ascii="Georgia" w:hAnsi="Georgia"/>
          <w:sz w:val="23"/>
        </w:rPr>
        <w:t>Snap.</w:t>
      </w:r>
    </w:p>
    <w:p>
      <w:pPr>
        <w:spacing w:after="80"/>
      </w:pPr>
      <w:r>
        <w:rPr>
          <w:rFonts w:ascii="Georgia" w:hAnsi="Georgia"/>
          <w:sz w:val="23"/>
        </w:rPr>
        <w:t>Rico settled outside and took the first completion for six before stepping out.</w:t>
      </w:r>
    </w:p>
    <w:p>
      <w:pPr>
        <w:spacing w:after="80"/>
      </w:pPr>
      <w:r>
        <w:rPr>
          <w:rFonts w:ascii="Georgia" w:hAnsi="Georgia"/>
          <w:sz w:val="23"/>
        </w:rPr>
        <w:t>Clock stopped.</w:t>
      </w:r>
    </w:p>
    <w:p>
      <w:pPr>
        <w:spacing w:after="80"/>
      </w:pPr>
      <w:r>
        <w:rPr>
          <w:rFonts w:ascii="Georgia" w:hAnsi="Georgia"/>
          <w:sz w:val="23"/>
        </w:rPr>
        <w:t>Noah clapped them back.</w:t>
      </w:r>
    </w:p>
    <w:p>
      <w:pPr>
        <w:spacing w:after="80"/>
      </w:pPr>
      <w:r>
        <w:rPr>
          <w:rFonts w:ascii="Georgia" w:hAnsi="Georgia"/>
          <w:sz w:val="23"/>
        </w:rPr>
        <w:t>“Texas. One.”</w:t>
      </w:r>
    </w:p>
    <w:p>
      <w:pPr>
        <w:spacing w:after="80"/>
      </w:pPr>
      <w:r>
        <w:rPr>
          <w:rFonts w:ascii="Georgia" w:hAnsi="Georgia"/>
          <w:sz w:val="23"/>
        </w:rPr>
        <w:t>Micah won inside. Gain of nine. Timeout.</w:t>
      </w:r>
    </w:p>
    <w:p>
      <w:pPr>
        <w:spacing w:after="80"/>
      </w:pPr>
      <w:r>
        <w:rPr>
          <w:rFonts w:ascii="Georgia" w:hAnsi="Georgia"/>
          <w:sz w:val="23"/>
        </w:rPr>
        <w:t>Now the ball was near midfield.</w:t>
      </w:r>
    </w:p>
    <w:p>
      <w:pPr>
        <w:spacing w:after="80"/>
      </w:pPr>
      <w:r>
        <w:rPr>
          <w:rFonts w:ascii="Georgia" w:hAnsi="Georgia"/>
          <w:sz w:val="23"/>
        </w:rPr>
        <w:t>Coach Law said nothing from the sideline.</w:t>
      </w:r>
    </w:p>
    <w:p>
      <w:pPr>
        <w:spacing w:after="80"/>
      </w:pPr>
      <w:r>
        <w:rPr>
          <w:rFonts w:ascii="Georgia" w:hAnsi="Georgia"/>
          <w:sz w:val="23"/>
        </w:rPr>
        <w:t>Nothing.</w:t>
      </w:r>
    </w:p>
    <w:p>
      <w:pPr>
        <w:spacing w:after="80"/>
      </w:pPr>
      <w:r>
        <w:rPr>
          <w:rFonts w:ascii="Georgia" w:hAnsi="Georgia"/>
          <w:sz w:val="23"/>
        </w:rPr>
        <w:t>That was trust.</w:t>
      </w:r>
    </w:p>
    <w:p>
      <w:pPr>
        <w:spacing w:after="80"/>
      </w:pPr>
      <w:r>
        <w:rPr>
          <w:rFonts w:ascii="Georgia" w:hAnsi="Georgia"/>
          <w:sz w:val="23"/>
        </w:rPr>
        <w:t>Noah looked over the defense. Owen was cheating stack-side. Jalen sat wide as pressure. Devin, on defense this rep, showed middle leverage too early.</w:t>
      </w:r>
    </w:p>
    <w:p>
      <w:pPr>
        <w:spacing w:after="80"/>
      </w:pPr>
      <w:r>
        <w:rPr>
          <w:rFonts w:ascii="Georgia" w:hAnsi="Georgia"/>
          <w:sz w:val="23"/>
        </w:rPr>
        <w:t>He saw it.</w:t>
      </w:r>
    </w:p>
    <w:p>
      <w:pPr>
        <w:spacing w:after="80"/>
      </w:pPr>
      <w:r>
        <w:rPr>
          <w:rFonts w:ascii="Georgia" w:hAnsi="Georgia"/>
          <w:sz w:val="23"/>
        </w:rPr>
        <w:t>“Kill. Flood weak.”</w:t>
      </w:r>
    </w:p>
    <w:p>
      <w:pPr>
        <w:spacing w:after="80"/>
      </w:pPr>
      <w:r>
        <w:rPr>
          <w:rFonts w:ascii="Georgia" w:hAnsi="Georgia"/>
          <w:sz w:val="23"/>
        </w:rPr>
        <w:t>Snap.</w:t>
      </w:r>
    </w:p>
    <w:p>
      <w:pPr>
        <w:spacing w:after="80"/>
      </w:pPr>
      <w:r>
        <w:rPr>
          <w:rFonts w:ascii="Georgia" w:hAnsi="Georgia"/>
          <w:sz w:val="23"/>
        </w:rPr>
        <w:t>Rico widened flat.</w:t>
        <w:br/>
        <w:t>Owen ran the sail.</w:t>
        <w:br/>
        <w:t>Micah cleared.</w:t>
      </w:r>
    </w:p>
    <w:p>
      <w:pPr>
        <w:spacing w:after="80"/>
      </w:pPr>
      <w:r>
        <w:rPr>
          <w:rFonts w:ascii="Georgia" w:hAnsi="Georgia"/>
          <w:sz w:val="23"/>
        </w:rPr>
        <w:t>Noah hit Owen near the sideline for fourteen and got out of bounds.</w:t>
      </w:r>
    </w:p>
    <w:p>
      <w:pPr>
        <w:spacing w:after="80"/>
      </w:pPr>
      <w:r>
        <w:rPr>
          <w:rFonts w:ascii="Georgia" w:hAnsi="Georgia"/>
          <w:sz w:val="23"/>
        </w:rPr>
        <w:t>Twenty-one seconds.</w:t>
      </w:r>
    </w:p>
    <w:p>
      <w:pPr>
        <w:spacing w:after="80"/>
      </w:pPr>
      <w:r>
        <w:rPr>
          <w:rFonts w:ascii="Georgia" w:hAnsi="Georgia"/>
          <w:sz w:val="23"/>
        </w:rPr>
        <w:t>Ball in plus territory.</w:t>
      </w:r>
    </w:p>
    <w:p>
      <w:pPr>
        <w:spacing w:after="80"/>
      </w:pPr>
      <w:r>
        <w:rPr>
          <w:rFonts w:ascii="Georgia" w:hAnsi="Georgia"/>
          <w:sz w:val="23"/>
        </w:rPr>
        <w:t>The offense came back in.</w:t>
      </w:r>
    </w:p>
    <w:p>
      <w:pPr>
        <w:spacing w:after="80"/>
      </w:pPr>
      <w:r>
        <w:rPr>
          <w:rFonts w:ascii="Georgia" w:hAnsi="Georgia"/>
          <w:sz w:val="23"/>
        </w:rPr>
        <w:t>Noah looked at them.</w:t>
      </w:r>
    </w:p>
    <w:p>
      <w:pPr>
        <w:spacing w:after="80"/>
      </w:pPr>
      <w:r>
        <w:rPr>
          <w:rFonts w:ascii="Georgia" w:hAnsi="Georgia"/>
          <w:sz w:val="23"/>
        </w:rPr>
        <w:t>This was it.</w:t>
      </w:r>
    </w:p>
    <w:p>
      <w:pPr>
        <w:spacing w:after="80"/>
      </w:pPr>
      <w:r>
        <w:rPr>
          <w:rFonts w:ascii="Georgia" w:hAnsi="Georgia"/>
          <w:sz w:val="23"/>
        </w:rPr>
        <w:t>The rep where leaders chased headlines or chose the right answer.</w:t>
      </w:r>
    </w:p>
    <w:p>
      <w:pPr>
        <w:spacing w:after="80"/>
      </w:pPr>
      <w:r>
        <w:rPr>
          <w:rFonts w:ascii="Georgia" w:hAnsi="Georgia"/>
          <w:sz w:val="23"/>
        </w:rPr>
        <w:t>He called it.</w:t>
      </w:r>
    </w:p>
    <w:p>
      <w:pPr>
        <w:spacing w:after="80"/>
      </w:pPr>
      <w:r>
        <w:rPr>
          <w:rFonts w:ascii="Georgia" w:hAnsi="Georgia"/>
          <w:sz w:val="23"/>
        </w:rPr>
        <w:t>“Bunch right. Midnight two.”</w:t>
      </w:r>
    </w:p>
    <w:p>
      <w:pPr>
        <w:spacing w:after="80"/>
      </w:pPr>
      <w:r>
        <w:rPr>
          <w:rFonts w:ascii="Georgia" w:hAnsi="Georgia"/>
          <w:sz w:val="23"/>
        </w:rPr>
        <w:t>Devin’s eyes lifted just slightly.</w:t>
      </w:r>
    </w:p>
    <w:p>
      <w:pPr>
        <w:spacing w:after="80"/>
      </w:pPr>
      <w:r>
        <w:rPr>
          <w:rFonts w:ascii="Georgia" w:hAnsi="Georgia"/>
          <w:sz w:val="23"/>
        </w:rPr>
        <w:t>Rico heard it.</w:t>
      </w:r>
    </w:p>
    <w:p>
      <w:pPr>
        <w:spacing w:after="80"/>
      </w:pPr>
      <w:r>
        <w:rPr>
          <w:rFonts w:ascii="Georgia" w:hAnsi="Georgia"/>
          <w:sz w:val="23"/>
        </w:rPr>
        <w:t>So did everybody else.</w:t>
      </w:r>
    </w:p>
    <w:p>
      <w:pPr>
        <w:spacing w:after="80"/>
      </w:pPr>
      <w:r>
        <w:rPr>
          <w:rFonts w:ascii="Georgia" w:hAnsi="Georgia"/>
          <w:sz w:val="23"/>
        </w:rPr>
        <w:t>They broke.</w:t>
      </w:r>
    </w:p>
    <w:p>
      <w:pPr>
        <w:spacing w:after="80"/>
      </w:pPr>
      <w:r>
        <w:rPr>
          <w:rFonts w:ascii="Georgia" w:hAnsi="Georgia"/>
          <w:sz w:val="23"/>
        </w:rPr>
        <w:t>The defense aligned.</w:t>
      </w:r>
    </w:p>
    <w:p>
      <w:pPr>
        <w:spacing w:after="80"/>
      </w:pPr>
      <w:r>
        <w:rPr>
          <w:rFonts w:ascii="Georgia" w:hAnsi="Georgia"/>
          <w:sz w:val="23"/>
        </w:rPr>
        <w:t>Pressure threatening.</w:t>
      </w:r>
    </w:p>
    <w:p>
      <w:pPr>
        <w:spacing w:after="80"/>
      </w:pPr>
      <w:r>
        <w:rPr>
          <w:rFonts w:ascii="Georgia" w:hAnsi="Georgia"/>
          <w:sz w:val="23"/>
        </w:rPr>
        <w:t>Safety inside.</w:t>
      </w:r>
    </w:p>
    <w:p>
      <w:pPr>
        <w:spacing w:after="80"/>
      </w:pPr>
      <w:r>
        <w:rPr>
          <w:rFonts w:ascii="Georgia" w:hAnsi="Georgia"/>
          <w:sz w:val="23"/>
        </w:rPr>
        <w:t>Flat defender low.</w:t>
      </w:r>
    </w:p>
    <w:p>
      <w:pPr>
        <w:spacing w:after="80"/>
      </w:pPr>
      <w:r>
        <w:rPr>
          <w:rFonts w:ascii="Georgia" w:hAnsi="Georgia"/>
          <w:sz w:val="23"/>
        </w:rPr>
        <w:t>The exact picture from yesterday’s wrong-route rep.</w:t>
      </w:r>
    </w:p>
    <w:p>
      <w:pPr>
        <w:spacing w:after="80"/>
      </w:pPr>
      <w:r>
        <w:rPr>
          <w:rFonts w:ascii="Georgia" w:hAnsi="Georgia"/>
          <w:sz w:val="23"/>
        </w:rPr>
        <w:t>Noah felt the whole team know it.</w:t>
      </w:r>
    </w:p>
    <w:p>
      <w:pPr>
        <w:spacing w:after="80"/>
      </w:pPr>
      <w:r>
        <w:rPr>
          <w:rFonts w:ascii="Georgia" w:hAnsi="Georgia"/>
          <w:sz w:val="23"/>
        </w:rPr>
        <w:t>This was not just football now.</w:t>
        <w:br/>
        <w:t>This was trust under replay.</w:t>
      </w:r>
    </w:p>
    <w:p>
      <w:pPr>
        <w:spacing w:after="80"/>
      </w:pPr>
      <w:r>
        <w:rPr>
          <w:rFonts w:ascii="Georgia" w:hAnsi="Georgia"/>
          <w:sz w:val="23"/>
        </w:rPr>
        <w:t>Snap.</w:t>
      </w:r>
    </w:p>
    <w:p>
      <w:pPr>
        <w:spacing w:after="80"/>
      </w:pPr>
      <w:r>
        <w:rPr>
          <w:rFonts w:ascii="Georgia" w:hAnsi="Georgia"/>
          <w:sz w:val="23"/>
        </w:rPr>
        <w:t>Rico crossed low.</w:t>
      </w:r>
    </w:p>
    <w:p>
      <w:pPr>
        <w:spacing w:after="80"/>
      </w:pPr>
      <w:r>
        <w:rPr>
          <w:rFonts w:ascii="Georgia" w:hAnsi="Georgia"/>
          <w:sz w:val="23"/>
        </w:rPr>
        <w:t>Hard.</w:t>
        <w:br/>
        <w:t>Clean.</w:t>
        <w:br/>
        <w:t>On time.</w:t>
      </w:r>
    </w:p>
    <w:p>
      <w:pPr>
        <w:spacing w:after="80"/>
      </w:pPr>
      <w:r>
        <w:rPr>
          <w:rFonts w:ascii="Georgia" w:hAnsi="Georgia"/>
          <w:sz w:val="23"/>
        </w:rPr>
        <w:t>Micah flashed under and pivoted out.</w:t>
        <w:br/>
        <w:t>Devin delayed.</w:t>
        <w:br/>
        <w:t>Owen leaked.</w:t>
      </w:r>
    </w:p>
    <w:p>
      <w:pPr>
        <w:spacing w:after="80"/>
      </w:pPr>
      <w:r>
        <w:rPr>
          <w:rFonts w:ascii="Georgia" w:hAnsi="Georgia"/>
          <w:sz w:val="23"/>
        </w:rPr>
        <w:t>The pressure came free late.</w:t>
      </w:r>
    </w:p>
    <w:p>
      <w:pPr>
        <w:spacing w:after="80"/>
      </w:pPr>
      <w:r>
        <w:rPr>
          <w:rFonts w:ascii="Georgia" w:hAnsi="Georgia"/>
          <w:sz w:val="23"/>
        </w:rPr>
        <w:t>Noah had the same choice as before.</w:t>
      </w:r>
    </w:p>
    <w:p>
      <w:pPr>
        <w:spacing w:after="80"/>
      </w:pPr>
      <w:r>
        <w:rPr>
          <w:rFonts w:ascii="Georgia" w:hAnsi="Georgia"/>
          <w:sz w:val="23"/>
        </w:rPr>
        <w:t>He could hit Owen on the back line.</w:t>
        <w:br/>
        <w:t>He could take Devin hot.</w:t>
        <w:br/>
        <w:t>He could try to force Micah into a tight window because the old sting of the wrong rep still lived in his chest and some part of him wanted to prove something loud.</w:t>
      </w:r>
    </w:p>
    <w:p>
      <w:pPr>
        <w:spacing w:after="80"/>
      </w:pPr>
      <w:r>
        <w:rPr>
          <w:rFonts w:ascii="Georgia" w:hAnsi="Georgia"/>
          <w:sz w:val="23"/>
        </w:rPr>
        <w:t>Instead he did the hardest thing.</w:t>
      </w:r>
    </w:p>
    <w:p>
      <w:pPr>
        <w:spacing w:after="80"/>
      </w:pPr>
      <w:r>
        <w:rPr>
          <w:rFonts w:ascii="Georgia" w:hAnsi="Georgia"/>
          <w:sz w:val="23"/>
        </w:rPr>
        <w:t>He trusted the concept.</w:t>
      </w:r>
    </w:p>
    <w:p>
      <w:pPr>
        <w:spacing w:after="80"/>
      </w:pPr>
      <w:r>
        <w:rPr>
          <w:rFonts w:ascii="Georgia" w:hAnsi="Georgia"/>
          <w:sz w:val="23"/>
        </w:rPr>
        <w:t>He hit Owen.</w:t>
      </w:r>
    </w:p>
    <w:p>
      <w:pPr>
        <w:spacing w:after="80"/>
      </w:pPr>
      <w:r>
        <w:rPr>
          <w:rFonts w:ascii="Georgia" w:hAnsi="Georgia"/>
          <w:sz w:val="23"/>
        </w:rPr>
        <w:t>Touchdown.</w:t>
      </w:r>
    </w:p>
    <w:p>
      <w:pPr>
        <w:spacing w:after="80"/>
      </w:pPr>
      <w:r>
        <w:rPr>
          <w:rFonts w:ascii="Georgia" w:hAnsi="Georgia"/>
          <w:sz w:val="23"/>
        </w:rPr>
        <w:t>The offense exploded.</w:t>
      </w:r>
    </w:p>
    <w:p>
      <w:pPr>
        <w:spacing w:after="80"/>
      </w:pPr>
      <w:r>
        <w:rPr>
          <w:rFonts w:ascii="Georgia" w:hAnsi="Georgia"/>
          <w:sz w:val="23"/>
        </w:rPr>
        <w:t>This time Noah did too.</w:t>
      </w:r>
    </w:p>
    <w:p>
      <w:pPr>
        <w:spacing w:after="80"/>
      </w:pPr>
      <w:r>
        <w:rPr>
          <w:rFonts w:ascii="Georgia" w:hAnsi="Georgia"/>
          <w:sz w:val="23"/>
        </w:rPr>
        <w:t>Not with a scream. Just one hard fist and a shout that came up from somewhere deep because the rep had not just worked.</w:t>
      </w:r>
    </w:p>
    <w:p>
      <w:pPr>
        <w:spacing w:after="80"/>
      </w:pPr>
      <w:r>
        <w:rPr>
          <w:rFonts w:ascii="Georgia" w:hAnsi="Georgia"/>
          <w:sz w:val="23"/>
        </w:rPr>
        <w:t>It had held.</w:t>
      </w:r>
    </w:p>
    <w:p>
      <w:pPr>
        <w:spacing w:after="80"/>
      </w:pPr>
      <w:r>
        <w:rPr>
          <w:rFonts w:ascii="Georgia" w:hAnsi="Georgia"/>
          <w:sz w:val="23"/>
        </w:rPr>
        <w:t>Coach Law blew the sequence dead and gathered them in one final time.</w:t>
      </w:r>
    </w:p>
    <w:p>
      <w:pPr>
        <w:spacing w:after="80"/>
      </w:pPr>
      <w:r>
        <w:rPr>
          <w:rFonts w:ascii="Georgia" w:hAnsi="Georgia"/>
          <w:sz w:val="23"/>
        </w:rPr>
        <w:t>“That,” he said, looking at the whole team but somehow also directly at Noah, “is what it looks like when trust costs something and you choose it anyway.”</w:t>
      </w:r>
    </w:p>
    <w:p>
      <w:pPr>
        <w:spacing w:after="80"/>
      </w:pPr>
      <w:r>
        <w:rPr>
          <w:rFonts w:ascii="Georgia" w:hAnsi="Georgia"/>
          <w:sz w:val="23"/>
        </w:rPr>
        <w:t>The huddle stayed still.</w:t>
      </w:r>
    </w:p>
    <w:p>
      <w:pPr>
        <w:spacing w:after="80"/>
      </w:pPr>
      <w:r>
        <w:rPr>
          <w:rFonts w:ascii="Georgia" w:hAnsi="Georgia"/>
          <w:sz w:val="23"/>
        </w:rPr>
        <w:t>No one joked.</w:t>
      </w:r>
    </w:p>
    <w:p>
      <w:pPr>
        <w:spacing w:after="80"/>
      </w:pPr>
      <w:r>
        <w:rPr>
          <w:rFonts w:ascii="Georgia" w:hAnsi="Georgia"/>
          <w:sz w:val="23"/>
        </w:rPr>
        <w:t>No one moved.</w:t>
      </w:r>
    </w:p>
    <w:p>
      <w:pPr>
        <w:spacing w:after="80"/>
      </w:pPr>
      <w:r>
        <w:rPr>
          <w:rFonts w:ascii="Georgia" w:hAnsi="Georgia"/>
          <w:sz w:val="23"/>
        </w:rPr>
        <w:t>Then Coach Law said, “Done. Legs off. Minds on tomorrow.”</w:t>
      </w:r>
    </w:p>
    <w:p>
      <w:pPr>
        <w:spacing w:after="80"/>
      </w:pPr>
      <w:r>
        <w:rPr>
          <w:rFonts w:ascii="Georgia" w:hAnsi="Georgia"/>
          <w:sz w:val="23"/>
        </w:rPr>
        <w:t>The team broke.</w:t>
      </w:r>
    </w:p>
    <w:p>
      <w:pPr>
        <w:spacing w:after="80"/>
      </w:pPr>
      <w:r>
        <w:rPr>
          <w:rFonts w:ascii="Georgia" w:hAnsi="Georgia"/>
          <w:sz w:val="23"/>
        </w:rPr>
        <w:t>As kids drifted toward bags and parents, Noah stayed by the numbers for a second, breathing in the cold air, replaying the touchdown one more time.</w:t>
      </w:r>
    </w:p>
    <w:p>
      <w:pPr>
        <w:spacing w:after="80"/>
      </w:pPr>
      <w:r>
        <w:rPr>
          <w:rFonts w:ascii="Georgia" w:hAnsi="Georgia"/>
          <w:sz w:val="23"/>
        </w:rPr>
        <w:t>Rico came up beside him.</w:t>
      </w:r>
    </w:p>
    <w:p>
      <w:pPr>
        <w:spacing w:after="80"/>
      </w:pPr>
      <w:r>
        <w:rPr>
          <w:rFonts w:ascii="Georgia" w:hAnsi="Georgia"/>
          <w:sz w:val="23"/>
        </w:rPr>
        <w:t>No bounce.</w:t>
        <w:br/>
        <w:t>No joke.</w:t>
        <w:br/>
        <w:t>No easy anything.</w:t>
      </w:r>
    </w:p>
    <w:p>
      <w:pPr>
        <w:spacing w:after="80"/>
      </w:pPr>
      <w:r>
        <w:rPr>
          <w:rFonts w:ascii="Georgia" w:hAnsi="Georgia"/>
          <w:sz w:val="23"/>
        </w:rPr>
        <w:t>“You didn’t have to throw that,” Rico said.</w:t>
      </w:r>
    </w:p>
    <w:p>
      <w:pPr>
        <w:spacing w:after="80"/>
      </w:pPr>
      <w:r>
        <w:rPr>
          <w:rFonts w:ascii="Georgia" w:hAnsi="Georgia"/>
          <w:sz w:val="23"/>
        </w:rPr>
        <w:t>Noah kept his eyes on the field. “Yeah, I did.”</w:t>
      </w:r>
    </w:p>
    <w:p>
      <w:pPr>
        <w:spacing w:after="80"/>
      </w:pPr>
      <w:r>
        <w:rPr>
          <w:rFonts w:ascii="Georgia" w:hAnsi="Georgia"/>
          <w:sz w:val="23"/>
        </w:rPr>
        <w:t>Rico nodded once. “Fair.”</w:t>
      </w:r>
    </w:p>
    <w:p>
      <w:pPr>
        <w:spacing w:after="80"/>
      </w:pPr>
      <w:r>
        <w:rPr>
          <w:rFonts w:ascii="Georgia" w:hAnsi="Georgia"/>
          <w:sz w:val="23"/>
        </w:rPr>
        <w:t>That could have been the end of it.</w:t>
      </w:r>
    </w:p>
    <w:p>
      <w:pPr>
        <w:spacing w:after="80"/>
      </w:pPr>
      <w:r>
        <w:rPr>
          <w:rFonts w:ascii="Georgia" w:hAnsi="Georgia"/>
          <w:sz w:val="23"/>
        </w:rPr>
        <w:t>Then Rico added, “There’s one thing I didn’t tell Coach.”</w:t>
      </w:r>
    </w:p>
    <w:p>
      <w:pPr>
        <w:spacing w:after="80"/>
      </w:pPr>
      <w:r>
        <w:rPr>
          <w:rFonts w:ascii="Georgia" w:hAnsi="Georgia"/>
          <w:sz w:val="23"/>
        </w:rPr>
        <w:t>Noah turned.</w:t>
      </w:r>
    </w:p>
    <w:p>
      <w:pPr>
        <w:spacing w:after="80"/>
      </w:pPr>
      <w:r>
        <w:rPr>
          <w:rFonts w:ascii="Georgia" w:hAnsi="Georgia"/>
          <w:sz w:val="23"/>
        </w:rPr>
        <w:t>Rico looked toward the far sideline, not at him.</w:t>
      </w:r>
    </w:p>
    <w:p>
      <w:pPr>
        <w:spacing w:after="80"/>
      </w:pPr>
      <w:r>
        <w:rPr>
          <w:rFonts w:ascii="Georgia" w:hAnsi="Georgia"/>
          <w:sz w:val="23"/>
        </w:rPr>
        <w:t>“That night in the parking lot,” Rico said, “I wasn’t scared because of the hoodie.”</w:t>
      </w:r>
    </w:p>
    <w:p>
      <w:pPr>
        <w:spacing w:after="80"/>
      </w:pPr>
      <w:r>
        <w:rPr>
          <w:rFonts w:ascii="Georgia" w:hAnsi="Georgia"/>
          <w:sz w:val="23"/>
        </w:rPr>
        <w:t>Noah’s stomach tightened.</w:t>
      </w:r>
    </w:p>
    <w:p>
      <w:pPr>
        <w:spacing w:after="80"/>
      </w:pPr>
      <w:r>
        <w:rPr>
          <w:rFonts w:ascii="Georgia" w:hAnsi="Georgia"/>
          <w:sz w:val="23"/>
        </w:rPr>
        <w:t>Rico finally looked at him.</w:t>
      </w:r>
    </w:p>
    <w:p>
      <w:pPr>
        <w:spacing w:after="80"/>
      </w:pPr>
      <w:r>
        <w:rPr>
          <w:rFonts w:ascii="Georgia" w:hAnsi="Georgia"/>
          <w:sz w:val="23"/>
        </w:rPr>
        <w:t>“I was scared,” he said, “because I recognized the car.”</w:t>
        <w:br/>
      </w:r>
    </w:p>
    <w:p>
      <w:r>
        <w:br w:type="page"/>
      </w:r>
    </w:p>
    <w:p>
      <w:pPr>
        <w:spacing w:after="40"/>
        <w:jc w:val="center"/>
      </w:pPr>
      <w:r>
        <w:rPr>
          <w:rFonts w:ascii="Georgia" w:hAnsi="Georgia"/>
          <w:b/>
          <w:i w:val="0"/>
          <w:sz w:val="28"/>
        </w:rPr>
        <w:t>Chapter 18</w:t>
      </w:r>
    </w:p>
    <w:p>
      <w:pPr>
        <w:spacing w:after="200"/>
        <w:jc w:val="center"/>
      </w:pPr>
      <w:r>
        <w:rPr>
          <w:rFonts w:ascii="Georgia" w:hAnsi="Georgia"/>
          <w:b w:val="0"/>
          <w:i/>
          <w:sz w:val="24"/>
        </w:rPr>
        <w:t>Back to the Huddle</w:t>
      </w:r>
    </w:p>
    <w:p>
      <w:pPr>
        <w:spacing w:after="80"/>
      </w:pPr>
      <w:r>
        <w:rPr>
          <w:rFonts w:ascii="Georgia" w:hAnsi="Georgia"/>
          <w:sz w:val="23"/>
        </w:rPr>
        <w:t>“I was scared,” Rico said, “because I recognized the car.”</w:t>
      </w:r>
    </w:p>
    <w:p>
      <w:pPr>
        <w:spacing w:after="80"/>
      </w:pPr>
      <w:r>
        <w:rPr>
          <w:rFonts w:ascii="Georgia" w:hAnsi="Georgia"/>
          <w:sz w:val="23"/>
        </w:rPr>
        <w:t>Noah stared at him.</w:t>
      </w:r>
    </w:p>
    <w:p>
      <w:pPr>
        <w:spacing w:after="80"/>
      </w:pPr>
      <w:r>
        <w:rPr>
          <w:rFonts w:ascii="Georgia" w:hAnsi="Georgia"/>
          <w:sz w:val="23"/>
        </w:rPr>
        <w:t>The field around them had started to empty for real now. Bags zipped. Parents calling. Jalen yelling one last thing from the lot that nobody needed. Coach Law by the bench stacking cones with the kind of controlled pace that meant he was still thinking three steps ahead.</w:t>
      </w:r>
    </w:p>
    <w:p>
      <w:pPr>
        <w:spacing w:after="80"/>
      </w:pPr>
      <w:r>
        <w:rPr>
          <w:rFonts w:ascii="Georgia" w:hAnsi="Georgia"/>
          <w:sz w:val="23"/>
        </w:rPr>
        <w:t>Noah kept his voice low. “From where?”</w:t>
      </w:r>
    </w:p>
    <w:p>
      <w:pPr>
        <w:spacing w:after="80"/>
      </w:pPr>
      <w:r>
        <w:rPr>
          <w:rFonts w:ascii="Georgia" w:hAnsi="Georgia"/>
          <w:sz w:val="23"/>
        </w:rPr>
        <w:t>Rico looked toward the far fence first, like the answer might be standing there waiting to hear itself spoken out loud.</w:t>
      </w:r>
    </w:p>
    <w:p>
      <w:pPr>
        <w:spacing w:after="80"/>
      </w:pPr>
      <w:r>
        <w:rPr>
          <w:rFonts w:ascii="Georgia" w:hAnsi="Georgia"/>
          <w:sz w:val="23"/>
        </w:rPr>
        <w:t>“From the summer tournament,” he said. “The same one where I met Zay’s cousin.”</w:t>
      </w:r>
    </w:p>
    <w:p>
      <w:pPr>
        <w:spacing w:after="80"/>
      </w:pPr>
      <w:r>
        <w:rPr>
          <w:rFonts w:ascii="Georgia" w:hAnsi="Georgia"/>
          <w:sz w:val="23"/>
        </w:rPr>
        <w:t>Noah’s chest tightened.</w:t>
      </w:r>
    </w:p>
    <w:p>
      <w:pPr>
        <w:spacing w:after="80"/>
      </w:pPr>
      <w:r>
        <w:rPr>
          <w:rFonts w:ascii="Georgia" w:hAnsi="Georgia"/>
          <w:sz w:val="23"/>
        </w:rPr>
        <w:t>Rico kept going. “That car was there then. Same sedan. Same dent near the back light. Same stupid silver sticker in the rear window.”</w:t>
      </w:r>
    </w:p>
    <w:p>
      <w:pPr>
        <w:spacing w:after="80"/>
      </w:pPr>
      <w:r>
        <w:rPr>
          <w:rFonts w:ascii="Georgia" w:hAnsi="Georgia"/>
          <w:sz w:val="23"/>
        </w:rPr>
        <w:t>Noah thought back to the service drive behind the rec center. He had been running too hard to notice dents or stickers. Rico had not.</w:t>
      </w:r>
    </w:p>
    <w:p>
      <w:pPr>
        <w:spacing w:after="80"/>
      </w:pPr>
      <w:r>
        <w:rPr>
          <w:rFonts w:ascii="Georgia" w:hAnsi="Georgia"/>
          <w:sz w:val="23"/>
        </w:rPr>
        <w:t>Or maybe Rico had because he had seen it before and his brain had locked onto it automatically.</w:t>
      </w:r>
    </w:p>
    <w:p>
      <w:pPr>
        <w:spacing w:after="80"/>
      </w:pPr>
      <w:r>
        <w:rPr>
          <w:rFonts w:ascii="Georgia" w:hAnsi="Georgia"/>
          <w:sz w:val="23"/>
        </w:rPr>
        <w:t>“Why didn’t you tell Coach?” Noah asked.</w:t>
      </w:r>
    </w:p>
    <w:p>
      <w:pPr>
        <w:spacing w:after="80"/>
      </w:pPr>
      <w:r>
        <w:rPr>
          <w:rFonts w:ascii="Georgia" w:hAnsi="Georgia"/>
          <w:sz w:val="23"/>
        </w:rPr>
        <w:t>Rico laughed once with no humor. “You want the real answer?”</w:t>
      </w:r>
    </w:p>
    <w:p>
      <w:pPr>
        <w:spacing w:after="80"/>
      </w:pPr>
      <w:r>
        <w:rPr>
          <w:rFonts w:ascii="Georgia" w:hAnsi="Georgia"/>
          <w:sz w:val="23"/>
        </w:rPr>
        <w:t>“Yes.”</w:t>
      </w:r>
    </w:p>
    <w:p>
      <w:pPr>
        <w:spacing w:after="80"/>
      </w:pPr>
      <w:r>
        <w:rPr>
          <w:rFonts w:ascii="Georgia" w:hAnsi="Georgia"/>
          <w:sz w:val="23"/>
        </w:rPr>
        <w:t>“Because every time I started to tell the truth, there was another part behind it that made me look worse.”</w:t>
      </w:r>
    </w:p>
    <w:p>
      <w:pPr>
        <w:spacing w:after="80"/>
      </w:pPr>
      <w:r>
        <w:rPr>
          <w:rFonts w:ascii="Georgia" w:hAnsi="Georgia"/>
          <w:sz w:val="23"/>
        </w:rPr>
        <w:t>That landed.</w:t>
      </w:r>
    </w:p>
    <w:p>
      <w:pPr>
        <w:spacing w:after="80"/>
      </w:pPr>
      <w:r>
        <w:rPr>
          <w:rFonts w:ascii="Georgia" w:hAnsi="Georgia"/>
          <w:sz w:val="23"/>
        </w:rPr>
        <w:t>Because it sounded weak.</w:t>
      </w:r>
    </w:p>
    <w:p>
      <w:pPr>
        <w:spacing w:after="80"/>
      </w:pPr>
      <w:r>
        <w:rPr>
          <w:rFonts w:ascii="Georgia" w:hAnsi="Georgia"/>
          <w:sz w:val="23"/>
        </w:rPr>
        <w:t>And because it also sounded exactly like the kind of weak truth kids told themselves right up until everything got expensive.</w:t>
      </w:r>
    </w:p>
    <w:p>
      <w:pPr>
        <w:spacing w:after="80"/>
      </w:pPr>
      <w:r>
        <w:rPr>
          <w:rFonts w:ascii="Georgia" w:hAnsi="Georgia"/>
          <w:sz w:val="23"/>
        </w:rPr>
        <w:t>Noah looked back toward Coach Law.</w:t>
      </w:r>
    </w:p>
    <w:p>
      <w:pPr>
        <w:spacing w:after="80"/>
      </w:pPr>
      <w:r>
        <w:rPr>
          <w:rFonts w:ascii="Georgia" w:hAnsi="Georgia"/>
          <w:sz w:val="23"/>
        </w:rPr>
        <w:t>His dad was still at the bench, but he had the body language Noah recognized now. Aware of them even while pretending to be busy. Giving Noah a choice.</w:t>
      </w:r>
    </w:p>
    <w:p>
      <w:pPr>
        <w:spacing w:after="80"/>
      </w:pPr>
      <w:r>
        <w:rPr>
          <w:rFonts w:ascii="Georgia" w:hAnsi="Georgia"/>
          <w:sz w:val="23"/>
        </w:rPr>
        <w:t>Quarterback choice.</w:t>
      </w:r>
    </w:p>
    <w:p>
      <w:pPr>
        <w:spacing w:after="80"/>
      </w:pPr>
      <w:r>
        <w:rPr>
          <w:rFonts w:ascii="Georgia" w:hAnsi="Georgia"/>
          <w:sz w:val="23"/>
        </w:rPr>
        <w:t>Leader choice.</w:t>
      </w:r>
    </w:p>
    <w:p>
      <w:pPr>
        <w:spacing w:after="80"/>
      </w:pPr>
      <w:r>
        <w:rPr>
          <w:rFonts w:ascii="Georgia" w:hAnsi="Georgia"/>
          <w:sz w:val="23"/>
        </w:rPr>
        <w:t>Noah exhaled through his nose. “Then you tell him now.”</w:t>
      </w:r>
    </w:p>
    <w:p>
      <w:pPr>
        <w:spacing w:after="80"/>
      </w:pPr>
      <w:r>
        <w:rPr>
          <w:rFonts w:ascii="Georgia" w:hAnsi="Georgia"/>
          <w:sz w:val="23"/>
        </w:rPr>
        <w:t>Rico nodded once.</w:t>
      </w:r>
    </w:p>
    <w:p>
      <w:pPr>
        <w:spacing w:after="80"/>
      </w:pPr>
      <w:r>
        <w:rPr>
          <w:rFonts w:ascii="Georgia" w:hAnsi="Georgia"/>
          <w:sz w:val="23"/>
        </w:rPr>
        <w:t>This time there was no argument in him.</w:t>
      </w:r>
    </w:p>
    <w:p>
      <w:pPr>
        <w:spacing w:after="80"/>
      </w:pPr>
      <w:r>
        <w:rPr>
          <w:rFonts w:ascii="Georgia" w:hAnsi="Georgia"/>
          <w:sz w:val="23"/>
        </w:rPr>
        <w:t>No deflection either.</w:t>
      </w:r>
    </w:p>
    <w:p>
      <w:pPr>
        <w:spacing w:after="80"/>
      </w:pPr>
      <w:r>
        <w:rPr>
          <w:rFonts w:ascii="Georgia" w:hAnsi="Georgia"/>
          <w:sz w:val="23"/>
        </w:rPr>
        <w:t>They walked together toward the bench.</w:t>
      </w:r>
    </w:p>
    <w:p>
      <w:pPr>
        <w:spacing w:after="80"/>
      </w:pPr>
      <w:r>
        <w:rPr>
          <w:rFonts w:ascii="Georgia" w:hAnsi="Georgia"/>
          <w:sz w:val="23"/>
        </w:rPr>
        <w:t>Coach Law looked up the second they got close enough.</w:t>
      </w:r>
    </w:p>
    <w:p>
      <w:pPr>
        <w:spacing w:after="80"/>
      </w:pPr>
      <w:r>
        <w:rPr>
          <w:rFonts w:ascii="Georgia" w:hAnsi="Georgia"/>
          <w:sz w:val="23"/>
        </w:rPr>
        <w:t>“What?”</w:t>
      </w:r>
    </w:p>
    <w:p>
      <w:pPr>
        <w:spacing w:after="80"/>
      </w:pPr>
      <w:r>
        <w:rPr>
          <w:rFonts w:ascii="Georgia" w:hAnsi="Georgia"/>
          <w:sz w:val="23"/>
        </w:rPr>
        <w:t>Rico answered first. “The sedan.”</w:t>
      </w:r>
    </w:p>
    <w:p>
      <w:pPr>
        <w:spacing w:after="80"/>
      </w:pPr>
      <w:r>
        <w:rPr>
          <w:rFonts w:ascii="Georgia" w:hAnsi="Georgia"/>
          <w:sz w:val="23"/>
        </w:rPr>
        <w:t>Coach Law went still.</w:t>
      </w:r>
    </w:p>
    <w:p>
      <w:pPr>
        <w:spacing w:after="80"/>
      </w:pPr>
      <w:r>
        <w:rPr>
          <w:rFonts w:ascii="Georgia" w:hAnsi="Georgia"/>
          <w:sz w:val="23"/>
        </w:rPr>
        <w:t>“I’d seen it before,” Rico said. “At the summer tournament. Same one. Same car.”</w:t>
      </w:r>
    </w:p>
    <w:p>
      <w:pPr>
        <w:spacing w:after="80"/>
      </w:pPr>
      <w:r>
        <w:rPr>
          <w:rFonts w:ascii="Georgia" w:hAnsi="Georgia"/>
          <w:sz w:val="23"/>
        </w:rPr>
        <w:t>His dad straightened slowly. “Where?”</w:t>
      </w:r>
    </w:p>
    <w:p>
      <w:pPr>
        <w:spacing w:after="80"/>
      </w:pPr>
      <w:r>
        <w:rPr>
          <w:rFonts w:ascii="Georgia" w:hAnsi="Georgia"/>
          <w:sz w:val="23"/>
        </w:rPr>
        <w:t>Rico pointed vaguely beyond the lot. “Back row. Near the fence line at Grand Valley East. Zay’s cousin was talking to me by the food trucks. The car was there almost the whole day.”</w:t>
      </w:r>
    </w:p>
    <w:p>
      <w:pPr>
        <w:spacing w:after="80"/>
      </w:pPr>
      <w:r>
        <w:rPr>
          <w:rFonts w:ascii="Georgia" w:hAnsi="Georgia"/>
          <w:sz w:val="23"/>
        </w:rPr>
        <w:t>Coach Law’s expression flattened in a way Noah had started to understand meant he was putting something together live and did not like the shape of it.</w:t>
      </w:r>
    </w:p>
    <w:p>
      <w:pPr>
        <w:spacing w:after="80"/>
      </w:pPr>
      <w:r>
        <w:rPr>
          <w:rFonts w:ascii="Georgia" w:hAnsi="Georgia"/>
          <w:sz w:val="23"/>
        </w:rPr>
        <w:t>“You’re sure?”</w:t>
      </w:r>
    </w:p>
    <w:p>
      <w:pPr>
        <w:spacing w:after="80"/>
      </w:pPr>
      <w:r>
        <w:rPr>
          <w:rFonts w:ascii="Georgia" w:hAnsi="Georgia"/>
          <w:sz w:val="23"/>
        </w:rPr>
        <w:t>Rico nodded. “Yeah.”</w:t>
      </w:r>
    </w:p>
    <w:p>
      <w:pPr>
        <w:spacing w:after="80"/>
      </w:pPr>
      <w:r>
        <w:rPr>
          <w:rFonts w:ascii="Georgia" w:hAnsi="Georgia"/>
          <w:sz w:val="23"/>
        </w:rPr>
        <w:t>Coach Law looked at Noah. “Tell the rest to hold.”</w:t>
      </w:r>
    </w:p>
    <w:p>
      <w:pPr>
        <w:spacing w:after="80"/>
      </w:pPr>
      <w:r>
        <w:rPr>
          <w:rFonts w:ascii="Georgia" w:hAnsi="Georgia"/>
          <w:sz w:val="23"/>
        </w:rPr>
        <w:t>Noah turned and shouted toward the parking lot, “Nobody leave yet!”</w:t>
      </w:r>
    </w:p>
    <w:p>
      <w:pPr>
        <w:spacing w:after="80"/>
      </w:pPr>
      <w:r>
        <w:rPr>
          <w:rFonts w:ascii="Georgia" w:hAnsi="Georgia"/>
          <w:sz w:val="23"/>
        </w:rPr>
        <w:t>Jalen’s voice came back instantly. “That’s insane timing!”</w:t>
      </w:r>
    </w:p>
    <w:p>
      <w:pPr>
        <w:spacing w:after="80"/>
      </w:pPr>
      <w:r>
        <w:rPr>
          <w:rFonts w:ascii="Georgia" w:hAnsi="Georgia"/>
          <w:sz w:val="23"/>
        </w:rPr>
        <w:t>“Hold!” Noah shouted again.</w:t>
      </w:r>
    </w:p>
    <w:p>
      <w:pPr>
        <w:spacing w:after="80"/>
      </w:pPr>
      <w:r>
        <w:rPr>
          <w:rFonts w:ascii="Georgia" w:hAnsi="Georgia"/>
          <w:sz w:val="23"/>
        </w:rPr>
        <w:t>This time they did.</w:t>
      </w:r>
    </w:p>
    <w:p>
      <w:pPr>
        <w:spacing w:after="80"/>
      </w:pPr>
      <w:r>
        <w:rPr>
          <w:rFonts w:ascii="Georgia" w:hAnsi="Georgia"/>
          <w:sz w:val="23"/>
        </w:rPr>
        <w:t>The team drifted back in clumps—Jalen irritated, Owen curious, Devin already reading the room, Micah looking like he wanted the next thing to be football and knew it probably would not be. Vee was already close enough that the order hardly mattered.</w:t>
      </w:r>
    </w:p>
    <w:p>
      <w:pPr>
        <w:spacing w:after="80"/>
      </w:pPr>
      <w:r>
        <w:rPr>
          <w:rFonts w:ascii="Georgia" w:hAnsi="Georgia"/>
          <w:sz w:val="23"/>
        </w:rPr>
        <w:t>Coach Law waited until everyone was near the bench.</w:t>
      </w:r>
    </w:p>
    <w:p>
      <w:pPr>
        <w:spacing w:after="80"/>
      </w:pPr>
      <w:r>
        <w:rPr>
          <w:rFonts w:ascii="Georgia" w:hAnsi="Georgia"/>
          <w:sz w:val="23"/>
        </w:rPr>
        <w:t>Then he said, “Plans changed.”</w:t>
      </w:r>
    </w:p>
    <w:p>
      <w:pPr>
        <w:spacing w:after="80"/>
      </w:pPr>
      <w:r>
        <w:rPr>
          <w:rFonts w:ascii="Georgia" w:hAnsi="Georgia"/>
          <w:sz w:val="23"/>
        </w:rPr>
        <w:t>That got them.</w:t>
      </w:r>
    </w:p>
    <w:p>
      <w:pPr>
        <w:spacing w:after="80"/>
      </w:pPr>
      <w:r>
        <w:rPr>
          <w:rFonts w:ascii="Georgia" w:hAnsi="Georgia"/>
          <w:sz w:val="23"/>
        </w:rPr>
        <w:t>Jalen folded his arms. “You say that like the plan was ever stable.”</w:t>
      </w:r>
    </w:p>
    <w:p>
      <w:pPr>
        <w:spacing w:after="80"/>
      </w:pPr>
      <w:r>
        <w:rPr>
          <w:rFonts w:ascii="Georgia" w:hAnsi="Georgia"/>
          <w:sz w:val="23"/>
        </w:rPr>
        <w:t>Coach Law ignored him. “We’re going back to the field.”</w:t>
      </w:r>
    </w:p>
    <w:p>
      <w:pPr>
        <w:spacing w:after="80"/>
      </w:pPr>
      <w:r>
        <w:rPr>
          <w:rFonts w:ascii="Georgia" w:hAnsi="Georgia"/>
          <w:sz w:val="23"/>
        </w:rPr>
        <w:t>No one argued with that.</w:t>
      </w:r>
    </w:p>
    <w:p>
      <w:pPr>
        <w:spacing w:after="80"/>
      </w:pPr>
      <w:r>
        <w:rPr>
          <w:rFonts w:ascii="Georgia" w:hAnsi="Georgia"/>
          <w:sz w:val="23"/>
        </w:rPr>
        <w:t>Because football always gave them a place to stand.</w:t>
      </w:r>
    </w:p>
    <w:p>
      <w:pPr>
        <w:spacing w:after="80"/>
      </w:pPr>
      <w:r>
        <w:rPr>
          <w:rFonts w:ascii="Georgia" w:hAnsi="Georgia"/>
          <w:sz w:val="23"/>
        </w:rPr>
        <w:t>The lights were already on by the time they jogged back onto the turf.</w:t>
      </w:r>
    </w:p>
    <w:p>
      <w:pPr>
        <w:spacing w:after="80"/>
      </w:pPr>
      <w:r>
        <w:rPr>
          <w:rFonts w:ascii="Georgia" w:hAnsi="Georgia"/>
          <w:sz w:val="23"/>
        </w:rPr>
        <w:t>The sun had dropped lower, and the field had shifted into that cold late-afternoon glow where the numbers looked brighter and the shadows longer. It felt less like practice now and more like the edge of something.</w:t>
      </w:r>
    </w:p>
    <w:p>
      <w:pPr>
        <w:spacing w:after="80"/>
      </w:pPr>
      <w:r>
        <w:rPr>
          <w:rFonts w:ascii="Georgia" w:hAnsi="Georgia"/>
          <w:sz w:val="23"/>
        </w:rPr>
        <w:t>Coach Law put the ball on the right hash at the fifteen.</w:t>
      </w:r>
    </w:p>
    <w:p>
      <w:pPr>
        <w:spacing w:after="80"/>
      </w:pPr>
      <w:r>
        <w:rPr>
          <w:rFonts w:ascii="Georgia" w:hAnsi="Georgia"/>
          <w:sz w:val="23"/>
        </w:rPr>
        <w:t>“Helmets on.”</w:t>
      </w:r>
    </w:p>
    <w:p>
      <w:pPr>
        <w:spacing w:after="80"/>
      </w:pPr>
      <w:r>
        <w:rPr>
          <w:rFonts w:ascii="Georgia" w:hAnsi="Georgia"/>
          <w:sz w:val="23"/>
        </w:rPr>
        <w:t>That was enough to change the air completely.</w:t>
      </w:r>
    </w:p>
    <w:p>
      <w:pPr>
        <w:spacing w:after="80"/>
      </w:pPr>
      <w:r>
        <w:rPr>
          <w:rFonts w:ascii="Georgia" w:hAnsi="Georgia"/>
          <w:sz w:val="23"/>
        </w:rPr>
        <w:t>No title-game walkthrough should have been going this long. Legs were supposed to be off now. Minds were supposed to be clean.</w:t>
      </w:r>
    </w:p>
    <w:p>
      <w:pPr>
        <w:spacing w:after="80"/>
      </w:pPr>
      <w:r>
        <w:rPr>
          <w:rFonts w:ascii="Georgia" w:hAnsi="Georgia"/>
          <w:sz w:val="23"/>
        </w:rPr>
        <w:t>But Coach Law had decided something mattered more than rest.</w:t>
      </w:r>
    </w:p>
    <w:p>
      <w:pPr>
        <w:spacing w:after="80"/>
      </w:pPr>
      <w:r>
        <w:rPr>
          <w:rFonts w:ascii="Georgia" w:hAnsi="Georgia"/>
          <w:sz w:val="23"/>
        </w:rPr>
        <w:t>Noah noticed the team notice that too.</w:t>
      </w:r>
    </w:p>
    <w:p>
      <w:pPr>
        <w:spacing w:after="80"/>
      </w:pPr>
      <w:r>
        <w:rPr>
          <w:rFonts w:ascii="Georgia" w:hAnsi="Georgia"/>
          <w:sz w:val="23"/>
        </w:rPr>
        <w:t>Coach Law brought them in tight.</w:t>
      </w:r>
    </w:p>
    <w:p>
      <w:pPr>
        <w:spacing w:after="80"/>
      </w:pPr>
      <w:r>
        <w:rPr>
          <w:rFonts w:ascii="Georgia" w:hAnsi="Georgia"/>
          <w:sz w:val="23"/>
        </w:rPr>
        <w:t>“Here’s what we know,” he said. “The people around Northgate expect us to be one team.”</w:t>
      </w:r>
    </w:p>
    <w:p>
      <w:pPr>
        <w:spacing w:after="80"/>
      </w:pPr>
      <w:r>
        <w:rPr>
          <w:rFonts w:ascii="Georgia" w:hAnsi="Georgia"/>
          <w:sz w:val="23"/>
        </w:rPr>
        <w:t>No one spoke.</w:t>
      </w:r>
    </w:p>
    <w:p>
      <w:pPr>
        <w:spacing w:after="80"/>
      </w:pPr>
      <w:r>
        <w:rPr>
          <w:rFonts w:ascii="Georgia" w:hAnsi="Georgia"/>
          <w:sz w:val="23"/>
        </w:rPr>
        <w:t>“We are going to become three teams.”</w:t>
      </w:r>
    </w:p>
    <w:p>
      <w:pPr>
        <w:spacing w:after="80"/>
      </w:pPr>
      <w:r>
        <w:rPr>
          <w:rFonts w:ascii="Georgia" w:hAnsi="Georgia"/>
          <w:sz w:val="23"/>
        </w:rPr>
        <w:t>Owen’s eyes narrowed.</w:t>
      </w:r>
    </w:p>
    <w:p>
      <w:pPr>
        <w:spacing w:after="80"/>
      </w:pPr>
      <w:r>
        <w:rPr>
          <w:rFonts w:ascii="Georgia" w:hAnsi="Georgia"/>
          <w:sz w:val="23"/>
        </w:rPr>
        <w:t>Now they were in his language.</w:t>
      </w:r>
    </w:p>
    <w:p>
      <w:pPr>
        <w:spacing w:after="80"/>
      </w:pPr>
      <w:r>
        <w:rPr>
          <w:rFonts w:ascii="Georgia" w:hAnsi="Georgia"/>
          <w:sz w:val="23"/>
        </w:rPr>
        <w:t>Coach Law took the marker to the portable board and drew three columns.</w:t>
      </w:r>
    </w:p>
    <w:p>
      <w:pPr>
        <w:spacing w:after="80"/>
      </w:pPr>
      <w:r>
        <w:rPr>
          <w:rFonts w:ascii="Georgia" w:hAnsi="Georgia"/>
          <w:sz w:val="23"/>
        </w:rPr>
        <w:t xml:space="preserve">EARLY  </w:t>
        <w:br/>
        <w:t xml:space="preserve">HEAVY  </w:t>
        <w:br/>
        <w:t>CLOSE</w:t>
      </w:r>
    </w:p>
    <w:p>
      <w:pPr>
        <w:spacing w:after="80"/>
      </w:pPr>
      <w:r>
        <w:rPr>
          <w:rFonts w:ascii="Georgia" w:hAnsi="Georgia"/>
          <w:sz w:val="23"/>
        </w:rPr>
        <w:t>He tapped the first. “Early is what they expect to see. Familiar looks. Familiar spacing. Familiar family names. We show them enough truth to make them settle.”</w:t>
      </w:r>
    </w:p>
    <w:p>
      <w:pPr>
        <w:spacing w:after="80"/>
      </w:pPr>
      <w:r>
        <w:rPr>
          <w:rFonts w:ascii="Georgia" w:hAnsi="Georgia"/>
          <w:sz w:val="23"/>
        </w:rPr>
        <w:t>Tap to the second. “Heavy is our counter. Bigger bunches. Condensed splits. Motion pressure. We make them communicate under traffic.”</w:t>
      </w:r>
    </w:p>
    <w:p>
      <w:pPr>
        <w:spacing w:after="80"/>
      </w:pPr>
      <w:r>
        <w:rPr>
          <w:rFonts w:ascii="Georgia" w:hAnsi="Georgia"/>
          <w:sz w:val="23"/>
        </w:rPr>
        <w:t>Tap to the third. “Close is title-game red zone. The game inside the game. Nothing from the old binder survives there unless I say it survives.”</w:t>
      </w:r>
    </w:p>
    <w:p>
      <w:pPr>
        <w:spacing w:after="80"/>
      </w:pPr>
      <w:r>
        <w:rPr>
          <w:rFonts w:ascii="Georgia" w:hAnsi="Georgia"/>
          <w:sz w:val="23"/>
        </w:rPr>
        <w:t>Now the whole huddle leaned in.</w:t>
      </w:r>
    </w:p>
    <w:p>
      <w:pPr>
        <w:spacing w:after="80"/>
      </w:pPr>
      <w:r>
        <w:rPr>
          <w:rFonts w:ascii="Georgia" w:hAnsi="Georgia"/>
          <w:sz w:val="23"/>
        </w:rPr>
        <w:t>Because this was not panic.</w:t>
      </w:r>
    </w:p>
    <w:p>
      <w:pPr>
        <w:spacing w:after="80"/>
      </w:pPr>
      <w:r>
        <w:rPr>
          <w:rFonts w:ascii="Georgia" w:hAnsi="Georgia"/>
          <w:sz w:val="23"/>
        </w:rPr>
        <w:t>This was game-planning.</w:t>
      </w:r>
    </w:p>
    <w:p>
      <w:pPr>
        <w:spacing w:after="80"/>
      </w:pPr>
      <w:r>
        <w:rPr>
          <w:rFonts w:ascii="Georgia" w:hAnsi="Georgia"/>
          <w:sz w:val="23"/>
        </w:rPr>
        <w:t>Football-first game-planning.</w:t>
      </w:r>
    </w:p>
    <w:p>
      <w:pPr>
        <w:spacing w:after="80"/>
      </w:pPr>
      <w:r>
        <w:rPr>
          <w:rFonts w:ascii="Georgia" w:hAnsi="Georgia"/>
          <w:sz w:val="23"/>
        </w:rPr>
        <w:t>And everybody on that field knew it.</w:t>
      </w:r>
    </w:p>
    <w:p>
      <w:pPr>
        <w:spacing w:after="80"/>
      </w:pPr>
      <w:r>
        <w:rPr>
          <w:rFonts w:ascii="Georgia" w:hAnsi="Georgia"/>
          <w:sz w:val="23"/>
        </w:rPr>
        <w:t>Coach Law pointed at Noah. “You are carrying the switch.”</w:t>
      </w:r>
    </w:p>
    <w:p>
      <w:pPr>
        <w:spacing w:after="80"/>
      </w:pPr>
      <w:r>
        <w:rPr>
          <w:rFonts w:ascii="Georgia" w:hAnsi="Georgia"/>
          <w:sz w:val="23"/>
        </w:rPr>
        <w:t>Noah nodded once.</w:t>
      </w:r>
    </w:p>
    <w:p>
      <w:pPr>
        <w:spacing w:after="80"/>
      </w:pPr>
      <w:r>
        <w:rPr>
          <w:rFonts w:ascii="Georgia" w:hAnsi="Georgia"/>
          <w:sz w:val="23"/>
        </w:rPr>
        <w:t>No explanation needed.</w:t>
      </w:r>
    </w:p>
    <w:p>
      <w:pPr>
        <w:spacing w:after="80"/>
      </w:pPr>
      <w:r>
        <w:rPr>
          <w:rFonts w:ascii="Georgia" w:hAnsi="Georgia"/>
          <w:sz w:val="23"/>
        </w:rPr>
        <w:t>He would decide when Early became Heavy and when Heavy became Close.</w:t>
      </w:r>
    </w:p>
    <w:p>
      <w:pPr>
        <w:spacing w:after="80"/>
      </w:pPr>
      <w:r>
        <w:rPr>
          <w:rFonts w:ascii="Georgia" w:hAnsi="Georgia"/>
          <w:sz w:val="23"/>
        </w:rPr>
        <w:t>Quarterback ownership.</w:t>
      </w:r>
    </w:p>
    <w:p>
      <w:pPr>
        <w:spacing w:after="80"/>
      </w:pPr>
      <w:r>
        <w:rPr>
          <w:rFonts w:ascii="Georgia" w:hAnsi="Georgia"/>
          <w:sz w:val="23"/>
        </w:rPr>
        <w:t>Real quarterback ownership.</w:t>
      </w:r>
    </w:p>
    <w:p>
      <w:pPr>
        <w:spacing w:after="80"/>
      </w:pPr>
      <w:r>
        <w:rPr>
          <w:rFonts w:ascii="Georgia" w:hAnsi="Georgia"/>
          <w:sz w:val="23"/>
        </w:rPr>
        <w:t>Coach Law looked at the rest of the team. “That means every one of you has to know what your landmark becomes when the family changes. Same picture, different answer. If you drift, freelance, or guess, we die.”</w:t>
      </w:r>
    </w:p>
    <w:p>
      <w:pPr>
        <w:spacing w:after="80"/>
      </w:pPr>
      <w:r>
        <w:rPr>
          <w:rFonts w:ascii="Georgia" w:hAnsi="Georgia"/>
          <w:sz w:val="23"/>
        </w:rPr>
        <w:t>Jalen pointed at Rico. “That feels directed.”</w:t>
      </w:r>
    </w:p>
    <w:p>
      <w:pPr>
        <w:spacing w:after="80"/>
      </w:pPr>
      <w:r>
        <w:rPr>
          <w:rFonts w:ascii="Georgia" w:hAnsi="Georgia"/>
          <w:sz w:val="23"/>
        </w:rPr>
        <w:t>“It is directed at everyone,” Coach Law said. “Especially anyone who thinks talent survives confusion.”</w:t>
      </w:r>
    </w:p>
    <w:p>
      <w:pPr>
        <w:spacing w:after="80"/>
      </w:pPr>
      <w:r>
        <w:rPr>
          <w:rFonts w:ascii="Georgia" w:hAnsi="Georgia"/>
          <w:sz w:val="23"/>
        </w:rPr>
        <w:t>That shut down the next joke before it got born.</w:t>
      </w:r>
    </w:p>
    <w:p>
      <w:pPr>
        <w:spacing w:after="80"/>
      </w:pPr>
      <w:r>
        <w:rPr>
          <w:rFonts w:ascii="Georgia" w:hAnsi="Georgia"/>
          <w:sz w:val="23"/>
        </w:rPr>
        <w:t>Coach Law turned them loose.</w:t>
      </w:r>
    </w:p>
    <w:p>
      <w:pPr>
        <w:spacing w:after="80"/>
      </w:pPr>
      <w:r>
        <w:rPr>
          <w:rFonts w:ascii="Georgia" w:hAnsi="Georgia"/>
          <w:sz w:val="23"/>
        </w:rPr>
        <w:t>“Early period. Five reps.”</w:t>
      </w:r>
    </w:p>
    <w:p>
      <w:pPr>
        <w:spacing w:after="80"/>
      </w:pPr>
      <w:r>
        <w:rPr>
          <w:rFonts w:ascii="Georgia" w:hAnsi="Georgia"/>
          <w:sz w:val="23"/>
        </w:rPr>
        <w:t>The football got beautiful again almost immediately.</w:t>
      </w:r>
    </w:p>
    <w:p>
      <w:pPr>
        <w:spacing w:after="80"/>
      </w:pPr>
      <w:r>
        <w:rPr>
          <w:rFonts w:ascii="Georgia" w:hAnsi="Georgia"/>
          <w:sz w:val="23"/>
        </w:rPr>
        <w:t>Not flashy.</w:t>
      </w:r>
    </w:p>
    <w:p>
      <w:pPr>
        <w:spacing w:after="80"/>
      </w:pPr>
      <w:r>
        <w:rPr>
          <w:rFonts w:ascii="Georgia" w:hAnsi="Georgia"/>
          <w:sz w:val="23"/>
        </w:rPr>
        <w:t>Sharp.</w:t>
      </w:r>
    </w:p>
    <w:p>
      <w:pPr>
        <w:spacing w:after="80"/>
      </w:pPr>
      <w:r>
        <w:rPr>
          <w:rFonts w:ascii="Georgia" w:hAnsi="Georgia"/>
          <w:sz w:val="23"/>
        </w:rPr>
        <w:t>Early started in Trips Open left.</w:t>
      </w:r>
    </w:p>
    <w:p>
      <w:pPr>
        <w:spacing w:after="80"/>
      </w:pPr>
      <w:r>
        <w:rPr>
          <w:rFonts w:ascii="Georgia" w:hAnsi="Georgia"/>
          <w:sz w:val="23"/>
        </w:rPr>
        <w:t>Base stick family.</w:t>
      </w:r>
    </w:p>
    <w:p>
      <w:pPr>
        <w:spacing w:after="80"/>
      </w:pPr>
      <w:r>
        <w:rPr>
          <w:rFonts w:ascii="Georgia" w:hAnsi="Georgia"/>
          <w:sz w:val="23"/>
        </w:rPr>
        <w:t>The kind of thing Northgate had absolutely seen before and would absolutely expect Noah to use early to settle into the game.</w:t>
      </w:r>
    </w:p>
    <w:p>
      <w:pPr>
        <w:spacing w:after="80"/>
      </w:pPr>
      <w:r>
        <w:rPr>
          <w:rFonts w:ascii="Georgia" w:hAnsi="Georgia"/>
          <w:sz w:val="23"/>
        </w:rPr>
        <w:t>Snap.</w:t>
      </w:r>
    </w:p>
    <w:p>
      <w:pPr>
        <w:spacing w:after="80"/>
      </w:pPr>
      <w:r>
        <w:rPr>
          <w:rFonts w:ascii="Georgia" w:hAnsi="Georgia"/>
          <w:sz w:val="23"/>
        </w:rPr>
        <w:t xml:space="preserve">Micah stalked.  </w:t>
        <w:br/>
        <w:t xml:space="preserve">Rico sat.  </w:t>
        <w:br/>
        <w:t xml:space="preserve">Owen widened.  </w:t>
        <w:br/>
        <w:t>Ball out.</w:t>
      </w:r>
    </w:p>
    <w:p>
      <w:pPr>
        <w:spacing w:after="80"/>
      </w:pPr>
      <w:r>
        <w:rPr>
          <w:rFonts w:ascii="Georgia" w:hAnsi="Georgia"/>
          <w:sz w:val="23"/>
        </w:rPr>
        <w:t>Six yards.</w:t>
      </w:r>
    </w:p>
    <w:p>
      <w:pPr>
        <w:spacing w:after="80"/>
      </w:pPr>
      <w:r>
        <w:rPr>
          <w:rFonts w:ascii="Georgia" w:hAnsi="Georgia"/>
          <w:sz w:val="23"/>
        </w:rPr>
        <w:t>Again.</w:t>
      </w:r>
    </w:p>
    <w:p>
      <w:pPr>
        <w:spacing w:after="80"/>
      </w:pPr>
      <w:r>
        <w:rPr>
          <w:rFonts w:ascii="Georgia" w:hAnsi="Georgia"/>
          <w:sz w:val="23"/>
        </w:rPr>
        <w:t>Same look.</w:t>
      </w:r>
    </w:p>
    <w:p>
      <w:pPr>
        <w:spacing w:after="80"/>
      </w:pPr>
      <w:r>
        <w:rPr>
          <w:rFonts w:ascii="Georgia" w:hAnsi="Georgia"/>
          <w:sz w:val="23"/>
        </w:rPr>
        <w:t>This time Noah checked from stick to spacing based on how the apex widened.</w:t>
      </w:r>
    </w:p>
    <w:p>
      <w:pPr>
        <w:spacing w:after="80"/>
      </w:pPr>
      <w:r>
        <w:rPr>
          <w:rFonts w:ascii="Georgia" w:hAnsi="Georgia"/>
          <w:sz w:val="23"/>
        </w:rPr>
        <w:t>Rico settled outside. Owen sat inside. Devin leaked late backside.</w:t>
      </w:r>
    </w:p>
    <w:p>
      <w:pPr>
        <w:spacing w:after="80"/>
      </w:pPr>
      <w:r>
        <w:rPr>
          <w:rFonts w:ascii="Georgia" w:hAnsi="Georgia"/>
          <w:sz w:val="23"/>
        </w:rPr>
        <w:t>Simple.</w:t>
      </w:r>
    </w:p>
    <w:p>
      <w:pPr>
        <w:spacing w:after="80"/>
      </w:pPr>
      <w:r>
        <w:rPr>
          <w:rFonts w:ascii="Georgia" w:hAnsi="Georgia"/>
          <w:sz w:val="23"/>
        </w:rPr>
        <w:t>Move-the-chains football.</w:t>
      </w:r>
    </w:p>
    <w:p>
      <w:pPr>
        <w:spacing w:after="80"/>
      </w:pPr>
      <w:r>
        <w:rPr>
          <w:rFonts w:ascii="Georgia" w:hAnsi="Georgia"/>
          <w:sz w:val="23"/>
        </w:rPr>
        <w:t>Coach Law clapped once. “Again. Make them think this is the whole song.”</w:t>
      </w:r>
    </w:p>
    <w:p>
      <w:pPr>
        <w:spacing w:after="80"/>
      </w:pPr>
      <w:r>
        <w:rPr>
          <w:rFonts w:ascii="Georgia" w:hAnsi="Georgia"/>
          <w:sz w:val="23"/>
        </w:rPr>
        <w:t>Third rep, he brought in motion.</w:t>
      </w:r>
    </w:p>
    <w:p>
      <w:pPr>
        <w:spacing w:after="80"/>
      </w:pPr>
      <w:r>
        <w:rPr>
          <w:rFonts w:ascii="Georgia" w:hAnsi="Georgia"/>
          <w:sz w:val="23"/>
        </w:rPr>
        <w:t>Jet bluff with Micah crossing the formation but not taking the handoff look too deep. The point was not the fake. The point was the eye pull.</w:t>
      </w:r>
    </w:p>
    <w:p>
      <w:pPr>
        <w:spacing w:after="80"/>
      </w:pPr>
      <w:r>
        <w:rPr>
          <w:rFonts w:ascii="Georgia" w:hAnsi="Georgia"/>
          <w:sz w:val="23"/>
        </w:rPr>
        <w:t>Noah rode the fake just enough, reset, and hit Rico on the snag underneath.</w:t>
      </w:r>
    </w:p>
    <w:p>
      <w:pPr>
        <w:spacing w:after="80"/>
      </w:pPr>
      <w:r>
        <w:rPr>
          <w:rFonts w:ascii="Georgia" w:hAnsi="Georgia"/>
          <w:sz w:val="23"/>
        </w:rPr>
        <w:t>Jalen, on scout defense, slapped both hands on his helmet. “That’s boring football.”</w:t>
      </w:r>
    </w:p>
    <w:p>
      <w:pPr>
        <w:spacing w:after="80"/>
      </w:pPr>
      <w:r>
        <w:rPr>
          <w:rFonts w:ascii="Georgia" w:hAnsi="Georgia"/>
          <w:sz w:val="23"/>
        </w:rPr>
        <w:t>Coach Law pointed at him. “Boring football wins youth championships because impatient kids can’t stop biting.”</w:t>
      </w:r>
    </w:p>
    <w:p>
      <w:pPr>
        <w:spacing w:after="80"/>
      </w:pPr>
      <w:r>
        <w:rPr>
          <w:rFonts w:ascii="Georgia" w:hAnsi="Georgia"/>
          <w:sz w:val="23"/>
        </w:rPr>
        <w:t>Rico grinned. “Write that on a banner.”</w:t>
      </w:r>
    </w:p>
    <w:p>
      <w:pPr>
        <w:spacing w:after="80"/>
      </w:pPr>
      <w:r>
        <w:rPr>
          <w:rFonts w:ascii="Georgia" w:hAnsi="Georgia"/>
          <w:sz w:val="23"/>
        </w:rPr>
        <w:t>Then Heavy came in.</w:t>
      </w:r>
    </w:p>
    <w:p>
      <w:pPr>
        <w:spacing w:after="80"/>
      </w:pPr>
      <w:r>
        <w:rPr>
          <w:rFonts w:ascii="Georgia" w:hAnsi="Georgia"/>
          <w:sz w:val="23"/>
        </w:rPr>
        <w:t>Now the field changed.</w:t>
      </w:r>
    </w:p>
    <w:p>
      <w:pPr>
        <w:spacing w:after="80"/>
      </w:pPr>
      <w:r>
        <w:rPr>
          <w:rFonts w:ascii="Georgia" w:hAnsi="Georgia"/>
          <w:sz w:val="23"/>
        </w:rPr>
        <w:t xml:space="preserve">Tighter splits.  </w:t>
        <w:br/>
        <w:t xml:space="preserve">More bunch.  </w:t>
        <w:br/>
        <w:t xml:space="preserve">More stack.  </w:t>
        <w:br/>
        <w:t xml:space="preserve">More traffic.  </w:t>
        <w:br/>
        <w:t>More chance for defensive busts if one kid’s mouth got lazy.</w:t>
      </w:r>
    </w:p>
    <w:p>
      <w:pPr>
        <w:spacing w:after="80"/>
      </w:pPr>
      <w:r>
        <w:rPr>
          <w:rFonts w:ascii="Georgia" w:hAnsi="Georgia"/>
          <w:sz w:val="23"/>
        </w:rPr>
        <w:t>Coach Law put the ball on the left hash at the twelve.</w:t>
      </w:r>
    </w:p>
    <w:p>
      <w:pPr>
        <w:spacing w:after="80"/>
      </w:pPr>
      <w:r>
        <w:rPr>
          <w:rFonts w:ascii="Georgia" w:hAnsi="Georgia"/>
          <w:sz w:val="23"/>
        </w:rPr>
        <w:t>“Bunch nasty right. Heavy one.”</w:t>
      </w:r>
    </w:p>
    <w:p>
      <w:pPr>
        <w:spacing w:after="80"/>
      </w:pPr>
      <w:r>
        <w:rPr>
          <w:rFonts w:ascii="Georgia" w:hAnsi="Georgia"/>
          <w:sz w:val="23"/>
        </w:rPr>
        <w:t>Noah stepped into the huddle. “Heavy one. Same body, different break.”</w:t>
      </w:r>
    </w:p>
    <w:p>
      <w:pPr>
        <w:spacing w:after="80"/>
      </w:pPr>
      <w:r>
        <w:rPr>
          <w:rFonts w:ascii="Georgia" w:hAnsi="Georgia"/>
          <w:sz w:val="23"/>
        </w:rPr>
        <w:t>That was all he said.</w:t>
      </w:r>
    </w:p>
    <w:p>
      <w:pPr>
        <w:spacing w:after="80"/>
      </w:pPr>
      <w:r>
        <w:rPr>
          <w:rFonts w:ascii="Georgia" w:hAnsi="Georgia"/>
          <w:sz w:val="23"/>
        </w:rPr>
        <w:t>The offense lined up.</w:t>
      </w:r>
    </w:p>
    <w:p>
      <w:pPr>
        <w:spacing w:after="80"/>
      </w:pPr>
      <w:r>
        <w:rPr>
          <w:rFonts w:ascii="Georgia" w:hAnsi="Georgia"/>
          <w:sz w:val="23"/>
        </w:rPr>
        <w:t>Northgate look simulated by Owen and Jalen again—inside help cheating, pressure threat wide, flat defender wanting to drive short.</w:t>
      </w:r>
    </w:p>
    <w:p>
      <w:pPr>
        <w:spacing w:after="80"/>
      </w:pPr>
      <w:r>
        <w:rPr>
          <w:rFonts w:ascii="Georgia" w:hAnsi="Georgia"/>
          <w:sz w:val="23"/>
        </w:rPr>
        <w:t>Snap.</w:t>
      </w:r>
    </w:p>
    <w:p>
      <w:pPr>
        <w:spacing w:after="80"/>
      </w:pPr>
      <w:r>
        <w:rPr>
          <w:rFonts w:ascii="Georgia" w:hAnsi="Georgia"/>
          <w:sz w:val="23"/>
        </w:rPr>
        <w:t>Rico did not pivot this time. He widened flat under the bunch traffic. Micah climbed the corner with a delayed stem. Devin snapped then leaked through the middle void.</w:t>
      </w:r>
    </w:p>
    <w:p>
      <w:pPr>
        <w:spacing w:after="80"/>
      </w:pPr>
      <w:r>
        <w:rPr>
          <w:rFonts w:ascii="Georgia" w:hAnsi="Georgia"/>
          <w:sz w:val="23"/>
        </w:rPr>
        <w:t>The defense passed it off late.</w:t>
      </w:r>
    </w:p>
    <w:p>
      <w:pPr>
        <w:spacing w:after="80"/>
      </w:pPr>
      <w:r>
        <w:rPr>
          <w:rFonts w:ascii="Georgia" w:hAnsi="Georgia"/>
          <w:sz w:val="23"/>
        </w:rPr>
        <w:t>Noah hit Micah at the back pylon.</w:t>
      </w:r>
    </w:p>
    <w:p>
      <w:pPr>
        <w:spacing w:after="80"/>
      </w:pPr>
      <w:r>
        <w:rPr>
          <w:rFonts w:ascii="Georgia" w:hAnsi="Georgia"/>
          <w:sz w:val="23"/>
        </w:rPr>
        <w:t>Touchdown.</w:t>
      </w:r>
    </w:p>
    <w:p>
      <w:pPr>
        <w:spacing w:after="80"/>
      </w:pPr>
      <w:r>
        <w:rPr>
          <w:rFonts w:ascii="Georgia" w:hAnsi="Georgia"/>
          <w:sz w:val="23"/>
        </w:rPr>
        <w:t>The rep was mean in the best football way—same pre-snap picture as old film, completely different stress once the routes lived.</w:t>
      </w:r>
    </w:p>
    <w:p>
      <w:pPr>
        <w:spacing w:after="80"/>
      </w:pPr>
      <w:r>
        <w:rPr>
          <w:rFonts w:ascii="Georgia" w:hAnsi="Georgia"/>
          <w:sz w:val="23"/>
        </w:rPr>
        <w:t>Coach Law nodded. “Again.”</w:t>
      </w:r>
    </w:p>
    <w:p>
      <w:pPr>
        <w:spacing w:after="80"/>
      </w:pPr>
      <w:r>
        <w:rPr>
          <w:rFonts w:ascii="Georgia" w:hAnsi="Georgia"/>
          <w:sz w:val="23"/>
        </w:rPr>
        <w:t>Second Heavy rep came from Doubles Stack.</w:t>
      </w:r>
    </w:p>
    <w:p>
      <w:pPr>
        <w:spacing w:after="80"/>
      </w:pPr>
      <w:r>
        <w:rPr>
          <w:rFonts w:ascii="Georgia" w:hAnsi="Georgia"/>
          <w:sz w:val="23"/>
        </w:rPr>
        <w:t>South hash. Ball on the ten.</w:t>
      </w:r>
    </w:p>
    <w:p>
      <w:pPr>
        <w:spacing w:after="80"/>
      </w:pPr>
      <w:r>
        <w:rPr>
          <w:rFonts w:ascii="Georgia" w:hAnsi="Georgia"/>
          <w:sz w:val="23"/>
        </w:rPr>
        <w:t>The concept was switch release into rail-screen—something Northgate would not expect from that spacing because old Prime 8 had used stack to create vertical shots, not horizontal stress.</w:t>
      </w:r>
    </w:p>
    <w:p>
      <w:pPr>
        <w:spacing w:after="80"/>
      </w:pPr>
      <w:r>
        <w:rPr>
          <w:rFonts w:ascii="Georgia" w:hAnsi="Georgia"/>
          <w:sz w:val="23"/>
        </w:rPr>
        <w:t>Noah clapped.</w:t>
      </w:r>
    </w:p>
    <w:p>
      <w:pPr>
        <w:spacing w:after="80"/>
      </w:pPr>
      <w:r>
        <w:rPr>
          <w:rFonts w:ascii="Georgia" w:hAnsi="Georgia"/>
          <w:sz w:val="23"/>
        </w:rPr>
        <w:t>Rico outside released vertical for two hard steps, then throttled as the natural shield. Micah slipped underneath behind him to the rail. Devin and Owen widened the alley with two quick body positions that were not legal picks but were very legal youth-football geometry.</w:t>
      </w:r>
    </w:p>
    <w:p>
      <w:pPr>
        <w:spacing w:after="80"/>
      </w:pPr>
      <w:r>
        <w:rPr>
          <w:rFonts w:ascii="Georgia" w:hAnsi="Georgia"/>
          <w:sz w:val="23"/>
        </w:rPr>
        <w:t>Noah floated it out.</w:t>
      </w:r>
    </w:p>
    <w:p>
      <w:pPr>
        <w:spacing w:after="80"/>
      </w:pPr>
      <w:r>
        <w:rPr>
          <w:rFonts w:ascii="Georgia" w:hAnsi="Georgia"/>
          <w:sz w:val="23"/>
        </w:rPr>
        <w:t>Micah caught, cut, scored.</w:t>
      </w:r>
    </w:p>
    <w:p>
      <w:pPr>
        <w:spacing w:after="80"/>
      </w:pPr>
      <w:r>
        <w:rPr>
          <w:rFonts w:ascii="Georgia" w:hAnsi="Georgia"/>
          <w:sz w:val="23"/>
        </w:rPr>
        <w:t>Jalen pointed at the offense. “That should count as cheating if I say it loud enough.”</w:t>
      </w:r>
    </w:p>
    <w:p>
      <w:pPr>
        <w:spacing w:after="80"/>
      </w:pPr>
      <w:r>
        <w:rPr>
          <w:rFonts w:ascii="Georgia" w:hAnsi="Georgia"/>
          <w:sz w:val="23"/>
        </w:rPr>
        <w:t>Owen replied, “It never has before.”</w:t>
      </w:r>
    </w:p>
    <w:p>
      <w:pPr>
        <w:spacing w:after="80"/>
      </w:pPr>
      <w:r>
        <w:rPr>
          <w:rFonts w:ascii="Georgia" w:hAnsi="Georgia"/>
          <w:sz w:val="23"/>
        </w:rPr>
        <w:t>The group laughed.</w:t>
      </w:r>
    </w:p>
    <w:p>
      <w:pPr>
        <w:spacing w:after="80"/>
      </w:pPr>
      <w:r>
        <w:rPr>
          <w:rFonts w:ascii="Georgia" w:hAnsi="Georgia"/>
          <w:sz w:val="23"/>
        </w:rPr>
        <w:t>That mattered too.</w:t>
      </w:r>
    </w:p>
    <w:p>
      <w:pPr>
        <w:spacing w:after="80"/>
      </w:pPr>
      <w:r>
        <w:rPr>
          <w:rFonts w:ascii="Georgia" w:hAnsi="Georgia"/>
          <w:sz w:val="23"/>
        </w:rPr>
        <w:t>The football breathing inside the tension.</w:t>
      </w:r>
    </w:p>
    <w:p>
      <w:pPr>
        <w:spacing w:after="80"/>
      </w:pPr>
      <w:r>
        <w:rPr>
          <w:rFonts w:ascii="Georgia" w:hAnsi="Georgia"/>
          <w:sz w:val="23"/>
        </w:rPr>
        <w:t>Coach Law let them ride that for one more rep, then moved the ball inside the five.</w:t>
      </w:r>
    </w:p>
    <w:p>
      <w:pPr>
        <w:spacing w:after="80"/>
      </w:pPr>
      <w:r>
        <w:rPr>
          <w:rFonts w:ascii="Georgia" w:hAnsi="Georgia"/>
          <w:sz w:val="23"/>
        </w:rPr>
        <w:t>“Close,” he said.</w:t>
      </w:r>
    </w:p>
    <w:p>
      <w:pPr>
        <w:spacing w:after="80"/>
      </w:pPr>
      <w:r>
        <w:rPr>
          <w:rFonts w:ascii="Georgia" w:hAnsi="Georgia"/>
          <w:sz w:val="23"/>
        </w:rPr>
        <w:t>Now the huddle tightened without him asking.</w:t>
      </w:r>
    </w:p>
    <w:p>
      <w:pPr>
        <w:spacing w:after="80"/>
      </w:pPr>
      <w:r>
        <w:rPr>
          <w:rFonts w:ascii="Georgia" w:hAnsi="Georgia"/>
          <w:sz w:val="23"/>
        </w:rPr>
        <w:t>Title-game zone.</w:t>
      </w:r>
    </w:p>
    <w:p>
      <w:pPr>
        <w:spacing w:after="80"/>
      </w:pPr>
      <w:r>
        <w:rPr>
          <w:rFonts w:ascii="Georgia" w:hAnsi="Georgia"/>
          <w:sz w:val="23"/>
        </w:rPr>
        <w:t>The condensed world.</w:t>
      </w:r>
    </w:p>
    <w:p>
      <w:pPr>
        <w:spacing w:after="80"/>
      </w:pPr>
      <w:r>
        <w:rPr>
          <w:rFonts w:ascii="Georgia" w:hAnsi="Georgia"/>
          <w:sz w:val="23"/>
        </w:rPr>
        <w:t>Where every window lied and every defender was close enough to hear the quarterback breathe.</w:t>
      </w:r>
    </w:p>
    <w:p>
      <w:pPr>
        <w:spacing w:after="80"/>
      </w:pPr>
      <w:r>
        <w:rPr>
          <w:rFonts w:ascii="Georgia" w:hAnsi="Georgia"/>
          <w:sz w:val="23"/>
        </w:rPr>
        <w:t>Coach Law drew only one line on the board.</w:t>
      </w:r>
    </w:p>
    <w:p>
      <w:pPr>
        <w:spacing w:after="80"/>
      </w:pPr>
      <w:r>
        <w:rPr>
          <w:rFonts w:ascii="Georgia" w:hAnsi="Georgia"/>
          <w:sz w:val="23"/>
        </w:rPr>
        <w:t>No names.</w:t>
      </w:r>
    </w:p>
    <w:p>
      <w:pPr>
        <w:spacing w:after="80"/>
      </w:pPr>
      <w:r>
        <w:rPr>
          <w:rFonts w:ascii="Georgia" w:hAnsi="Georgia"/>
          <w:sz w:val="23"/>
        </w:rPr>
        <w:t>Just landmarks.</w:t>
      </w:r>
    </w:p>
    <w:p>
      <w:pPr>
        <w:spacing w:after="80"/>
      </w:pPr>
      <w:r>
        <w:rPr>
          <w:rFonts w:ascii="Georgia" w:hAnsi="Georgia"/>
          <w:sz w:val="23"/>
        </w:rPr>
        <w:t>That told Noah everything.</w:t>
      </w:r>
    </w:p>
    <w:p>
      <w:pPr>
        <w:spacing w:after="80"/>
      </w:pPr>
      <w:r>
        <w:rPr>
          <w:rFonts w:ascii="Georgia" w:hAnsi="Georgia"/>
          <w:sz w:val="23"/>
        </w:rPr>
        <w:t>Close would belong to the huddle, not the sideline.</w:t>
      </w:r>
    </w:p>
    <w:p>
      <w:pPr>
        <w:spacing w:after="80"/>
      </w:pPr>
      <w:r>
        <w:rPr>
          <w:rFonts w:ascii="Georgia" w:hAnsi="Georgia"/>
          <w:sz w:val="23"/>
        </w:rPr>
        <w:t>He called the first one quietly.</w:t>
      </w:r>
    </w:p>
    <w:p>
      <w:pPr>
        <w:spacing w:after="80"/>
      </w:pPr>
      <w:r>
        <w:rPr>
          <w:rFonts w:ascii="Georgia" w:hAnsi="Georgia"/>
          <w:sz w:val="23"/>
        </w:rPr>
        <w:t>“Close one. Trust the clear.”</w:t>
      </w:r>
    </w:p>
    <w:p>
      <w:pPr>
        <w:spacing w:after="80"/>
      </w:pPr>
      <w:r>
        <w:rPr>
          <w:rFonts w:ascii="Georgia" w:hAnsi="Georgia"/>
          <w:sz w:val="23"/>
        </w:rPr>
        <w:t>The bunch aligned to the right. Devin at point. Rico inside. Micah outside.</w:t>
      </w:r>
    </w:p>
    <w:p>
      <w:pPr>
        <w:spacing w:after="80"/>
      </w:pPr>
      <w:r>
        <w:rPr>
          <w:rFonts w:ascii="Georgia" w:hAnsi="Georgia"/>
          <w:sz w:val="23"/>
        </w:rPr>
        <w:t>Defense loaded the front.</w:t>
      </w:r>
    </w:p>
    <w:p>
      <w:pPr>
        <w:spacing w:after="80"/>
      </w:pPr>
      <w:r>
        <w:rPr>
          <w:rFonts w:ascii="Georgia" w:hAnsi="Georgia"/>
          <w:sz w:val="23"/>
        </w:rPr>
        <w:t>Noah saw Jalen creeping edge pressure and Owen trying to hide top help.</w:t>
      </w:r>
    </w:p>
    <w:p>
      <w:pPr>
        <w:spacing w:after="80"/>
      </w:pPr>
      <w:r>
        <w:rPr>
          <w:rFonts w:ascii="Georgia" w:hAnsi="Georgia"/>
          <w:sz w:val="23"/>
        </w:rPr>
        <w:t>Snap.</w:t>
      </w:r>
    </w:p>
    <w:p>
      <w:pPr>
        <w:spacing w:after="80"/>
      </w:pPr>
      <w:r>
        <w:rPr>
          <w:rFonts w:ascii="Georgia" w:hAnsi="Georgia"/>
          <w:sz w:val="23"/>
        </w:rPr>
        <w:t xml:space="preserve">Rico crossed low hard.  </w:t>
        <w:br/>
        <w:t xml:space="preserve">Devin jabbed outside and sealed.  </w:t>
        <w:br/>
        <w:t>Micah stepped under one beat then snapped back to the front pylon.</w:t>
      </w:r>
    </w:p>
    <w:p>
      <w:pPr>
        <w:spacing w:after="80"/>
      </w:pPr>
      <w:r>
        <w:rPr>
          <w:rFonts w:ascii="Georgia" w:hAnsi="Georgia"/>
          <w:sz w:val="23"/>
        </w:rPr>
        <w:t>Touchdown.</w:t>
      </w:r>
    </w:p>
    <w:p>
      <w:pPr>
        <w:spacing w:after="80"/>
      </w:pPr>
      <w:r>
        <w:rPr>
          <w:rFonts w:ascii="Georgia" w:hAnsi="Georgia"/>
          <w:sz w:val="23"/>
        </w:rPr>
        <w:t>It was almost too quick.</w:t>
      </w:r>
    </w:p>
    <w:p>
      <w:pPr>
        <w:spacing w:after="80"/>
      </w:pPr>
      <w:r>
        <w:rPr>
          <w:rFonts w:ascii="Georgia" w:hAnsi="Georgia"/>
          <w:sz w:val="23"/>
        </w:rPr>
        <w:t>That was what Coach Law wanted.</w:t>
      </w:r>
    </w:p>
    <w:p>
      <w:pPr>
        <w:spacing w:after="80"/>
      </w:pPr>
      <w:r>
        <w:rPr>
          <w:rFonts w:ascii="Georgia" w:hAnsi="Georgia"/>
          <w:sz w:val="23"/>
        </w:rPr>
        <w:t>Close football should feel like a locked room opening from the inside.</w:t>
      </w:r>
    </w:p>
    <w:p>
      <w:pPr>
        <w:spacing w:after="80"/>
      </w:pPr>
      <w:r>
        <w:rPr>
          <w:rFonts w:ascii="Georgia" w:hAnsi="Georgia"/>
          <w:sz w:val="23"/>
        </w:rPr>
        <w:t>He put the ball down again.</w:t>
      </w:r>
    </w:p>
    <w:p>
      <w:pPr>
        <w:spacing w:after="80"/>
      </w:pPr>
      <w:r>
        <w:rPr>
          <w:rFonts w:ascii="Georgia" w:hAnsi="Georgia"/>
          <w:sz w:val="23"/>
        </w:rPr>
        <w:t>“Again. Last one. Pressure look.”</w:t>
      </w:r>
    </w:p>
    <w:p>
      <w:pPr>
        <w:spacing w:after="80"/>
      </w:pPr>
      <w:r>
        <w:rPr>
          <w:rFonts w:ascii="Georgia" w:hAnsi="Georgia"/>
          <w:sz w:val="23"/>
        </w:rPr>
        <w:t>Now the defense sold all-out rush.</w:t>
      </w:r>
    </w:p>
    <w:p>
      <w:pPr>
        <w:spacing w:after="80"/>
      </w:pPr>
      <w:r>
        <w:rPr>
          <w:rFonts w:ascii="Georgia" w:hAnsi="Georgia"/>
          <w:sz w:val="23"/>
        </w:rPr>
        <w:t>Exactly the picture Northgate would likely use late if they thought they knew what Prime 8 loved at the goal line.</w:t>
      </w:r>
    </w:p>
    <w:p>
      <w:pPr>
        <w:spacing w:after="80"/>
      </w:pPr>
      <w:r>
        <w:rPr>
          <w:rFonts w:ascii="Georgia" w:hAnsi="Georgia"/>
          <w:sz w:val="23"/>
        </w:rPr>
        <w:t>Noah looked over it.</w:t>
      </w:r>
    </w:p>
    <w:p>
      <w:pPr>
        <w:spacing w:after="80"/>
      </w:pPr>
      <w:r>
        <w:rPr>
          <w:rFonts w:ascii="Georgia" w:hAnsi="Georgia"/>
          <w:sz w:val="23"/>
        </w:rPr>
        <w:t>Then killed the first call with one word.</w:t>
      </w:r>
    </w:p>
    <w:p>
      <w:pPr>
        <w:spacing w:after="80"/>
      </w:pPr>
      <w:r>
        <w:rPr>
          <w:rFonts w:ascii="Georgia" w:hAnsi="Georgia"/>
          <w:sz w:val="23"/>
        </w:rPr>
        <w:t>“Shadow.”</w:t>
      </w:r>
    </w:p>
    <w:p>
      <w:pPr>
        <w:spacing w:after="80"/>
      </w:pPr>
      <w:r>
        <w:rPr>
          <w:rFonts w:ascii="Georgia" w:hAnsi="Georgia"/>
          <w:sz w:val="23"/>
        </w:rPr>
        <w:t>The offense shifted mentally, not physically.</w:t>
      </w:r>
    </w:p>
    <w:p>
      <w:pPr>
        <w:spacing w:after="80"/>
      </w:pPr>
      <w:r>
        <w:rPr>
          <w:rFonts w:ascii="Georgia" w:hAnsi="Georgia"/>
          <w:sz w:val="23"/>
        </w:rPr>
        <w:t>That was the trick.</w:t>
      </w:r>
    </w:p>
    <w:p>
      <w:pPr>
        <w:spacing w:after="80"/>
      </w:pPr>
      <w:r>
        <w:rPr>
          <w:rFonts w:ascii="Georgia" w:hAnsi="Georgia"/>
          <w:sz w:val="23"/>
        </w:rPr>
        <w:t>Same look.</w:t>
      </w:r>
    </w:p>
    <w:p>
      <w:pPr>
        <w:spacing w:after="80"/>
      </w:pPr>
      <w:r>
        <w:rPr>
          <w:rFonts w:ascii="Georgia" w:hAnsi="Georgia"/>
          <w:sz w:val="23"/>
        </w:rPr>
        <w:t>Different truth.</w:t>
      </w:r>
    </w:p>
    <w:p>
      <w:pPr>
        <w:spacing w:after="80"/>
      </w:pPr>
      <w:r>
        <w:rPr>
          <w:rFonts w:ascii="Georgia" w:hAnsi="Georgia"/>
          <w:sz w:val="23"/>
        </w:rPr>
        <w:t xml:space="preserve">This time Rico widened.  </w:t>
        <w:br/>
        <w:t xml:space="preserve">Micah crossed high.  </w:t>
        <w:br/>
        <w:t>Devin delayed and sat just behind the wash.</w:t>
      </w:r>
    </w:p>
    <w:p>
      <w:pPr>
        <w:spacing w:after="80"/>
      </w:pPr>
      <w:r>
        <w:rPr>
          <w:rFonts w:ascii="Georgia" w:hAnsi="Georgia"/>
          <w:sz w:val="23"/>
        </w:rPr>
        <w:t>Jalen screamed free off the edge.</w:t>
      </w:r>
    </w:p>
    <w:p>
      <w:pPr>
        <w:spacing w:after="80"/>
      </w:pPr>
      <w:r>
        <w:rPr>
          <w:rFonts w:ascii="Georgia" w:hAnsi="Georgia"/>
          <w:sz w:val="23"/>
        </w:rPr>
        <w:t>Noah replaced the pressure instantly.</w:t>
      </w:r>
    </w:p>
    <w:p>
      <w:pPr>
        <w:spacing w:after="80"/>
      </w:pPr>
      <w:r>
        <w:rPr>
          <w:rFonts w:ascii="Georgia" w:hAnsi="Georgia"/>
          <w:sz w:val="23"/>
        </w:rPr>
        <w:t>Devin caught it on the goal line and fell across.</w:t>
      </w:r>
    </w:p>
    <w:p>
      <w:pPr>
        <w:spacing w:after="80"/>
      </w:pPr>
      <w:r>
        <w:rPr>
          <w:rFonts w:ascii="Georgia" w:hAnsi="Georgia"/>
          <w:sz w:val="23"/>
        </w:rPr>
        <w:t>Touchdown.</w:t>
      </w:r>
    </w:p>
    <w:p>
      <w:pPr>
        <w:spacing w:after="80"/>
      </w:pPr>
      <w:r>
        <w:rPr>
          <w:rFonts w:ascii="Georgia" w:hAnsi="Georgia"/>
          <w:sz w:val="23"/>
        </w:rPr>
        <w:t>Coach Law killed the period.</w:t>
      </w:r>
    </w:p>
    <w:p>
      <w:pPr>
        <w:spacing w:after="80"/>
      </w:pPr>
      <w:r>
        <w:rPr>
          <w:rFonts w:ascii="Georgia" w:hAnsi="Georgia"/>
          <w:sz w:val="23"/>
        </w:rPr>
        <w:t>No speeches.</w:t>
      </w:r>
    </w:p>
    <w:p>
      <w:pPr>
        <w:spacing w:after="80"/>
      </w:pPr>
      <w:r>
        <w:rPr>
          <w:rFonts w:ascii="Georgia" w:hAnsi="Georgia"/>
          <w:sz w:val="23"/>
        </w:rPr>
        <w:t>No big show.</w:t>
      </w:r>
    </w:p>
    <w:p>
      <w:pPr>
        <w:spacing w:after="80"/>
      </w:pPr>
      <w:r>
        <w:rPr>
          <w:rFonts w:ascii="Georgia" w:hAnsi="Georgia"/>
          <w:sz w:val="23"/>
        </w:rPr>
        <w:t>Just one line.</w:t>
      </w:r>
    </w:p>
    <w:p>
      <w:pPr>
        <w:spacing w:after="80"/>
      </w:pPr>
      <w:r>
        <w:rPr>
          <w:rFonts w:ascii="Georgia" w:hAnsi="Georgia"/>
          <w:sz w:val="23"/>
        </w:rPr>
        <w:t>“That,” he said, “is enough to beat what they know.”</w:t>
      </w:r>
    </w:p>
    <w:p>
      <w:pPr>
        <w:spacing w:after="80"/>
      </w:pPr>
      <w:r>
        <w:rPr>
          <w:rFonts w:ascii="Georgia" w:hAnsi="Georgia"/>
          <w:sz w:val="23"/>
        </w:rPr>
        <w:t>Noah felt that line settle deep.</w:t>
      </w:r>
    </w:p>
    <w:p>
      <w:pPr>
        <w:spacing w:after="80"/>
      </w:pPr>
      <w:r>
        <w:rPr>
          <w:rFonts w:ascii="Georgia" w:hAnsi="Georgia"/>
          <w:sz w:val="23"/>
        </w:rPr>
        <w:t>Enough.</w:t>
      </w:r>
    </w:p>
    <w:p>
      <w:pPr>
        <w:spacing w:after="80"/>
      </w:pPr>
      <w:r>
        <w:rPr>
          <w:rFonts w:ascii="Georgia" w:hAnsi="Georgia"/>
          <w:sz w:val="23"/>
        </w:rPr>
        <w:t>Not everything.</w:t>
      </w:r>
    </w:p>
    <w:p>
      <w:pPr>
        <w:spacing w:after="80"/>
      </w:pPr>
      <w:r>
        <w:rPr>
          <w:rFonts w:ascii="Georgia" w:hAnsi="Georgia"/>
          <w:sz w:val="23"/>
        </w:rPr>
        <w:t>Enough.</w:t>
      </w:r>
    </w:p>
    <w:p>
      <w:pPr>
        <w:spacing w:after="80"/>
      </w:pPr>
      <w:r>
        <w:rPr>
          <w:rFonts w:ascii="Georgia" w:hAnsi="Georgia"/>
          <w:sz w:val="23"/>
        </w:rPr>
        <w:t>They moved into a live drive after that because Coach Law did not trust title-game prep to stay in fragments. The game still had to breathe as a sequence.</w:t>
      </w:r>
    </w:p>
    <w:p>
      <w:pPr>
        <w:spacing w:after="80"/>
      </w:pPr>
      <w:r>
        <w:rPr>
          <w:rFonts w:ascii="Georgia" w:hAnsi="Georgia"/>
          <w:sz w:val="23"/>
        </w:rPr>
        <w:t>Ball on the minus thirty.</w:t>
      </w:r>
    </w:p>
    <w:p>
      <w:pPr>
        <w:spacing w:after="80"/>
      </w:pPr>
      <w:r>
        <w:rPr>
          <w:rFonts w:ascii="Georgia" w:hAnsi="Georgia"/>
          <w:sz w:val="23"/>
        </w:rPr>
        <w:t>Need a score in six.</w:t>
      </w:r>
    </w:p>
    <w:p>
      <w:pPr>
        <w:spacing w:after="80"/>
      </w:pPr>
      <w:r>
        <w:rPr>
          <w:rFonts w:ascii="Georgia" w:hAnsi="Georgia"/>
          <w:sz w:val="23"/>
        </w:rPr>
        <w:t>No huddle once the first first down was earned.</w:t>
      </w:r>
    </w:p>
    <w:p>
      <w:pPr>
        <w:spacing w:after="80"/>
      </w:pPr>
      <w:r>
        <w:rPr>
          <w:rFonts w:ascii="Georgia" w:hAnsi="Georgia"/>
          <w:sz w:val="23"/>
        </w:rPr>
        <w:t>Northgate scout look across from them.</w:t>
      </w:r>
    </w:p>
    <w:p>
      <w:pPr>
        <w:spacing w:after="80"/>
      </w:pPr>
      <w:r>
        <w:rPr>
          <w:rFonts w:ascii="Georgia" w:hAnsi="Georgia"/>
          <w:sz w:val="23"/>
        </w:rPr>
        <w:t>Noah owned the script.</w:t>
      </w:r>
    </w:p>
    <w:p>
      <w:pPr>
        <w:spacing w:after="80"/>
      </w:pPr>
      <w:r>
        <w:rPr>
          <w:rFonts w:ascii="Georgia" w:hAnsi="Georgia"/>
          <w:sz w:val="23"/>
        </w:rPr>
        <w:t>That part mattered as much as any route.</w:t>
      </w:r>
    </w:p>
    <w:p>
      <w:pPr>
        <w:spacing w:after="80"/>
      </w:pPr>
      <w:r>
        <w:rPr>
          <w:rFonts w:ascii="Georgia" w:hAnsi="Georgia"/>
          <w:sz w:val="23"/>
        </w:rPr>
        <w:t>First play, Early spacing. Five yards.</w:t>
      </w:r>
    </w:p>
    <w:p>
      <w:pPr>
        <w:spacing w:after="80"/>
      </w:pPr>
      <w:r>
        <w:rPr>
          <w:rFonts w:ascii="Georgia" w:hAnsi="Georgia"/>
          <w:sz w:val="23"/>
        </w:rPr>
        <w:t>Second, Early Texas. Micah angle route. Nine.</w:t>
      </w:r>
    </w:p>
    <w:p>
      <w:pPr>
        <w:spacing w:after="80"/>
      </w:pPr>
      <w:r>
        <w:rPr>
          <w:rFonts w:ascii="Georgia" w:hAnsi="Georgia"/>
          <w:sz w:val="23"/>
        </w:rPr>
        <w:t>First down.</w:t>
      </w:r>
    </w:p>
    <w:p>
      <w:pPr>
        <w:spacing w:after="80"/>
      </w:pPr>
      <w:r>
        <w:rPr>
          <w:rFonts w:ascii="Georgia" w:hAnsi="Georgia"/>
          <w:sz w:val="23"/>
        </w:rPr>
        <w:t>Clap to the line.</w:t>
      </w:r>
    </w:p>
    <w:p>
      <w:pPr>
        <w:spacing w:after="80"/>
      </w:pPr>
      <w:r>
        <w:rPr>
          <w:rFonts w:ascii="Georgia" w:hAnsi="Georgia"/>
          <w:sz w:val="23"/>
        </w:rPr>
        <w:t>Kill from Early into Heavy based on over-tilted stack help.</w:t>
      </w:r>
    </w:p>
    <w:p>
      <w:pPr>
        <w:spacing w:after="80"/>
      </w:pPr>
      <w:r>
        <w:rPr>
          <w:rFonts w:ascii="Georgia" w:hAnsi="Georgia"/>
          <w:sz w:val="23"/>
        </w:rPr>
        <w:t xml:space="preserve">Rico flat.  </w:t>
        <w:br/>
        <w:t xml:space="preserve">Owen sail.  </w:t>
        <w:br/>
        <w:t xml:space="preserve">Ball to Owen near the boundary.  </w:t>
        <w:br/>
        <w:t>Get out.</w:t>
      </w:r>
    </w:p>
    <w:p>
      <w:pPr>
        <w:spacing w:after="80"/>
      </w:pPr>
      <w:r>
        <w:rPr>
          <w:rFonts w:ascii="Georgia" w:hAnsi="Georgia"/>
          <w:sz w:val="23"/>
        </w:rPr>
        <w:t>Now midfield.</w:t>
      </w:r>
    </w:p>
    <w:p>
      <w:pPr>
        <w:spacing w:after="80"/>
      </w:pPr>
      <w:r>
        <w:rPr>
          <w:rFonts w:ascii="Georgia" w:hAnsi="Georgia"/>
          <w:sz w:val="23"/>
        </w:rPr>
        <w:t>Defense late rotating.</w:t>
      </w:r>
    </w:p>
    <w:p>
      <w:pPr>
        <w:spacing w:after="80"/>
      </w:pPr>
      <w:r>
        <w:rPr>
          <w:rFonts w:ascii="Georgia" w:hAnsi="Georgia"/>
          <w:sz w:val="23"/>
        </w:rPr>
        <w:t>Perfect.</w:t>
      </w:r>
    </w:p>
    <w:p>
      <w:pPr>
        <w:spacing w:after="80"/>
      </w:pPr>
      <w:r>
        <w:rPr>
          <w:rFonts w:ascii="Georgia" w:hAnsi="Georgia"/>
          <w:sz w:val="23"/>
        </w:rPr>
        <w:t>Noah stayed in Heavy and ran bunch rail to punish the late communication.</w:t>
      </w:r>
    </w:p>
    <w:p>
      <w:pPr>
        <w:spacing w:after="80"/>
      </w:pPr>
      <w:r>
        <w:rPr>
          <w:rFonts w:ascii="Georgia" w:hAnsi="Georgia"/>
          <w:sz w:val="23"/>
        </w:rPr>
        <w:t>Micah caught and turned upfield before Jalen could fold back over the top.</w:t>
      </w:r>
    </w:p>
    <w:p>
      <w:pPr>
        <w:spacing w:after="80"/>
      </w:pPr>
      <w:r>
        <w:rPr>
          <w:rFonts w:ascii="Georgia" w:hAnsi="Georgia"/>
          <w:sz w:val="23"/>
        </w:rPr>
        <w:t>Gain of twelve.</w:t>
      </w:r>
    </w:p>
    <w:p>
      <w:pPr>
        <w:spacing w:after="80"/>
      </w:pPr>
      <w:r>
        <w:rPr>
          <w:rFonts w:ascii="Georgia" w:hAnsi="Georgia"/>
          <w:sz w:val="23"/>
        </w:rPr>
        <w:t>Move the ball again.</w:t>
      </w:r>
    </w:p>
    <w:p>
      <w:pPr>
        <w:spacing w:after="80"/>
      </w:pPr>
      <w:r>
        <w:rPr>
          <w:rFonts w:ascii="Georgia" w:hAnsi="Georgia"/>
          <w:sz w:val="23"/>
        </w:rPr>
        <w:t>The offense looked dangerous in the way good youth teams did when the quarterback started seeing the structure faster than the defense could talk.</w:t>
      </w:r>
    </w:p>
    <w:p>
      <w:pPr>
        <w:spacing w:after="80"/>
      </w:pPr>
      <w:r>
        <w:rPr>
          <w:rFonts w:ascii="Georgia" w:hAnsi="Georgia"/>
          <w:sz w:val="23"/>
        </w:rPr>
        <w:t>Coach Law said nothing from the sideline.</w:t>
      </w:r>
    </w:p>
    <w:p>
      <w:pPr>
        <w:spacing w:after="80"/>
      </w:pPr>
      <w:r>
        <w:rPr>
          <w:rFonts w:ascii="Georgia" w:hAnsi="Georgia"/>
          <w:sz w:val="23"/>
        </w:rPr>
        <w:t>Nothing.</w:t>
      </w:r>
    </w:p>
    <w:p>
      <w:pPr>
        <w:spacing w:after="80"/>
      </w:pPr>
      <w:r>
        <w:rPr>
          <w:rFonts w:ascii="Georgia" w:hAnsi="Georgia"/>
          <w:sz w:val="23"/>
        </w:rPr>
        <w:t>That was trust again.</w:t>
      </w:r>
    </w:p>
    <w:p>
      <w:pPr>
        <w:spacing w:after="80"/>
      </w:pPr>
      <w:r>
        <w:rPr>
          <w:rFonts w:ascii="Georgia" w:hAnsi="Georgia"/>
          <w:sz w:val="23"/>
        </w:rPr>
        <w:t>Noah took them into Close at the fringe.</w:t>
      </w:r>
    </w:p>
    <w:p>
      <w:pPr>
        <w:spacing w:after="80"/>
      </w:pPr>
      <w:r>
        <w:rPr>
          <w:rFonts w:ascii="Georgia" w:hAnsi="Georgia"/>
          <w:sz w:val="23"/>
        </w:rPr>
        <w:t>Ball on the eight.</w:t>
      </w:r>
    </w:p>
    <w:p>
      <w:pPr>
        <w:spacing w:after="80"/>
      </w:pPr>
      <w:r>
        <w:rPr>
          <w:rFonts w:ascii="Georgia" w:hAnsi="Georgia"/>
          <w:sz w:val="23"/>
        </w:rPr>
        <w:t>Need one.</w:t>
      </w:r>
    </w:p>
    <w:p>
      <w:pPr>
        <w:spacing w:after="80"/>
      </w:pPr>
      <w:r>
        <w:rPr>
          <w:rFonts w:ascii="Georgia" w:hAnsi="Georgia"/>
          <w:sz w:val="23"/>
        </w:rPr>
        <w:t>This was where old Noah would have wanted to score on something loud. Something he could remember later. Something that felt like a quarterback stamp.</w:t>
      </w:r>
    </w:p>
    <w:p>
      <w:pPr>
        <w:spacing w:after="80"/>
      </w:pPr>
      <w:r>
        <w:rPr>
          <w:rFonts w:ascii="Georgia" w:hAnsi="Georgia"/>
          <w:sz w:val="23"/>
        </w:rPr>
        <w:t>Instead he thought like Coach Law.</w:t>
      </w:r>
    </w:p>
    <w:p>
      <w:pPr>
        <w:spacing w:after="80"/>
      </w:pPr>
      <w:r>
        <w:rPr>
          <w:rFonts w:ascii="Georgia" w:hAnsi="Georgia"/>
          <w:sz w:val="23"/>
        </w:rPr>
        <w:t xml:space="preserve">What are they expecting?  </w:t>
        <w:br/>
        <w:t xml:space="preserve">What are they leaning to?  </w:t>
        <w:br/>
        <w:t>What survives pressure?</w:t>
      </w:r>
    </w:p>
    <w:p>
      <w:pPr>
        <w:spacing w:after="80"/>
      </w:pPr>
      <w:r>
        <w:rPr>
          <w:rFonts w:ascii="Georgia" w:hAnsi="Georgia"/>
          <w:sz w:val="23"/>
        </w:rPr>
        <w:t>He called it.</w:t>
      </w:r>
    </w:p>
    <w:p>
      <w:pPr>
        <w:spacing w:after="80"/>
      </w:pPr>
      <w:r>
        <w:rPr>
          <w:rFonts w:ascii="Georgia" w:hAnsi="Georgia"/>
          <w:sz w:val="23"/>
        </w:rPr>
        <w:t>“Close shadow. On one.”</w:t>
      </w:r>
    </w:p>
    <w:p>
      <w:pPr>
        <w:spacing w:after="80"/>
      </w:pPr>
      <w:r>
        <w:rPr>
          <w:rFonts w:ascii="Georgia" w:hAnsi="Georgia"/>
          <w:sz w:val="23"/>
        </w:rPr>
        <w:t>The huddle broke.</w:t>
      </w:r>
    </w:p>
    <w:p>
      <w:pPr>
        <w:spacing w:after="80"/>
      </w:pPr>
      <w:r>
        <w:rPr>
          <w:rFonts w:ascii="Georgia" w:hAnsi="Georgia"/>
          <w:sz w:val="23"/>
        </w:rPr>
        <w:t>The defense spread.</w:t>
      </w:r>
    </w:p>
    <w:p>
      <w:pPr>
        <w:spacing w:after="80"/>
      </w:pPr>
      <w:r>
        <w:rPr>
          <w:rFonts w:ascii="Georgia" w:hAnsi="Georgia"/>
          <w:sz w:val="23"/>
        </w:rPr>
        <w:t xml:space="preserve">Pressure threatening off the right edge.  </w:t>
        <w:br/>
        <w:t xml:space="preserve">Flat defender low.  </w:t>
        <w:br/>
        <w:t>Safety inside.</w:t>
      </w:r>
    </w:p>
    <w:p>
      <w:pPr>
        <w:spacing w:after="80"/>
      </w:pPr>
      <w:r>
        <w:rPr>
          <w:rFonts w:ascii="Georgia" w:hAnsi="Georgia"/>
          <w:sz w:val="23"/>
        </w:rPr>
        <w:t>The exact shape of a defense trying to beat old information.</w:t>
      </w:r>
    </w:p>
    <w:p>
      <w:pPr>
        <w:spacing w:after="80"/>
      </w:pPr>
      <w:r>
        <w:rPr>
          <w:rFonts w:ascii="Georgia" w:hAnsi="Georgia"/>
          <w:sz w:val="23"/>
        </w:rPr>
        <w:t>Snap.</w:t>
      </w:r>
    </w:p>
    <w:p>
      <w:pPr>
        <w:spacing w:after="80"/>
      </w:pPr>
      <w:r>
        <w:rPr>
          <w:rFonts w:ascii="Georgia" w:hAnsi="Georgia"/>
          <w:sz w:val="23"/>
        </w:rPr>
        <w:t xml:space="preserve">Rico widened.  </w:t>
        <w:br/>
        <w:t xml:space="preserve">Micah crossed high.  </w:t>
        <w:br/>
        <w:t>Devin delayed.</w:t>
      </w:r>
    </w:p>
    <w:p>
      <w:pPr>
        <w:spacing w:after="80"/>
      </w:pPr>
      <w:r>
        <w:rPr>
          <w:rFonts w:ascii="Georgia" w:hAnsi="Georgia"/>
          <w:sz w:val="23"/>
        </w:rPr>
        <w:t>Noah hit Devin for six.</w:t>
      </w:r>
    </w:p>
    <w:p>
      <w:pPr>
        <w:spacing w:after="80"/>
      </w:pPr>
      <w:r>
        <w:rPr>
          <w:rFonts w:ascii="Georgia" w:hAnsi="Georgia"/>
          <w:sz w:val="23"/>
        </w:rPr>
        <w:t>Touchdown.</w:t>
      </w:r>
    </w:p>
    <w:p>
      <w:pPr>
        <w:spacing w:after="80"/>
      </w:pPr>
      <w:r>
        <w:rPr>
          <w:rFonts w:ascii="Georgia" w:hAnsi="Georgia"/>
          <w:sz w:val="23"/>
        </w:rPr>
        <w:t>Again.</w:t>
      </w:r>
    </w:p>
    <w:p>
      <w:pPr>
        <w:spacing w:after="80"/>
      </w:pPr>
      <w:r>
        <w:rPr>
          <w:rFonts w:ascii="Georgia" w:hAnsi="Georgia"/>
          <w:sz w:val="23"/>
        </w:rPr>
        <w:t xml:space="preserve">Not loud.  </w:t>
        <w:br/>
        <w:t>Right.</w:t>
      </w:r>
    </w:p>
    <w:p>
      <w:pPr>
        <w:spacing w:after="80"/>
      </w:pPr>
      <w:r>
        <w:rPr>
          <w:rFonts w:ascii="Georgia" w:hAnsi="Georgia"/>
          <w:sz w:val="23"/>
        </w:rPr>
        <w:t>The offense did not explode this time.</w:t>
      </w:r>
    </w:p>
    <w:p>
      <w:pPr>
        <w:spacing w:after="80"/>
      </w:pPr>
      <w:r>
        <w:rPr>
          <w:rFonts w:ascii="Georgia" w:hAnsi="Georgia"/>
          <w:sz w:val="23"/>
        </w:rPr>
        <w:t>They did something better.</w:t>
      </w:r>
    </w:p>
    <w:p>
      <w:pPr>
        <w:spacing w:after="80"/>
      </w:pPr>
      <w:r>
        <w:rPr>
          <w:rFonts w:ascii="Georgia" w:hAnsi="Georgia"/>
          <w:sz w:val="23"/>
        </w:rPr>
        <w:t>They looked at each other like they knew.</w:t>
      </w:r>
    </w:p>
    <w:p>
      <w:pPr>
        <w:spacing w:after="80"/>
      </w:pPr>
      <w:r>
        <w:rPr>
          <w:rFonts w:ascii="Georgia" w:hAnsi="Georgia"/>
          <w:sz w:val="23"/>
        </w:rPr>
        <w:t>Coach Law whistled them in.</w:t>
      </w:r>
    </w:p>
    <w:p>
      <w:pPr>
        <w:spacing w:after="80"/>
      </w:pPr>
      <w:r>
        <w:rPr>
          <w:rFonts w:ascii="Georgia" w:hAnsi="Georgia"/>
          <w:sz w:val="23"/>
        </w:rPr>
        <w:t>The field was cold enough now that breath showed when people talked, and the scoreboard beyond them glowed empty and patient in the dusk.</w:t>
      </w:r>
    </w:p>
    <w:p>
      <w:pPr>
        <w:spacing w:after="80"/>
      </w:pPr>
      <w:r>
        <w:rPr>
          <w:rFonts w:ascii="Georgia" w:hAnsi="Georgia"/>
          <w:sz w:val="23"/>
        </w:rPr>
        <w:t>“Last teaching point,” Coach Law said.</w:t>
      </w:r>
    </w:p>
    <w:p>
      <w:pPr>
        <w:spacing w:after="80"/>
      </w:pPr>
      <w:r>
        <w:rPr>
          <w:rFonts w:ascii="Georgia" w:hAnsi="Georgia"/>
          <w:sz w:val="23"/>
        </w:rPr>
        <w:t>Everyone waited.</w:t>
      </w:r>
    </w:p>
    <w:p>
      <w:pPr>
        <w:spacing w:after="80"/>
      </w:pPr>
      <w:r>
        <w:rPr>
          <w:rFonts w:ascii="Georgia" w:hAnsi="Georgia"/>
          <w:sz w:val="23"/>
        </w:rPr>
        <w:t>“When people think they know you,” he said, “they stop respecting your discipline. That is where you win.”</w:t>
      </w:r>
    </w:p>
    <w:p>
      <w:pPr>
        <w:spacing w:after="80"/>
      </w:pPr>
      <w:r>
        <w:rPr>
          <w:rFonts w:ascii="Georgia" w:hAnsi="Georgia"/>
          <w:sz w:val="23"/>
        </w:rPr>
        <w:t>Noah looked at him.</w:t>
      </w:r>
    </w:p>
    <w:p>
      <w:pPr>
        <w:spacing w:after="80"/>
      </w:pPr>
      <w:r>
        <w:rPr>
          <w:rFonts w:ascii="Georgia" w:hAnsi="Georgia"/>
          <w:sz w:val="23"/>
        </w:rPr>
        <w:t>His dad’s eyes settled on the whole group, but Noah felt the line personally too. Pride without ego. Trust without naivety. Discipline under pressure.</w:t>
      </w:r>
    </w:p>
    <w:p>
      <w:pPr>
        <w:spacing w:after="80"/>
      </w:pPr>
      <w:r>
        <w:rPr>
          <w:rFonts w:ascii="Georgia" w:hAnsi="Georgia"/>
          <w:sz w:val="23"/>
        </w:rPr>
        <w:t>The whole book was sitting there inside that one lesson.</w:t>
      </w:r>
    </w:p>
    <w:p>
      <w:pPr>
        <w:spacing w:after="80"/>
      </w:pPr>
      <w:r>
        <w:rPr>
          <w:rFonts w:ascii="Georgia" w:hAnsi="Georgia"/>
          <w:sz w:val="23"/>
        </w:rPr>
        <w:t>Jalen raised a hand.</w:t>
      </w:r>
    </w:p>
    <w:p>
      <w:pPr>
        <w:spacing w:after="80"/>
      </w:pPr>
      <w:r>
        <w:rPr>
          <w:rFonts w:ascii="Georgia" w:hAnsi="Georgia"/>
          <w:sz w:val="23"/>
        </w:rPr>
        <w:t>Coach Law looked at him like he regretted inviting questions into existence.</w:t>
      </w:r>
    </w:p>
    <w:p>
      <w:pPr>
        <w:spacing w:after="80"/>
      </w:pPr>
      <w:r>
        <w:rPr>
          <w:rFonts w:ascii="Georgia" w:hAnsi="Georgia"/>
          <w:sz w:val="23"/>
        </w:rPr>
        <w:t>“So,” Jalen said, “do we hate Northgate normal, or like… extra?”</w:t>
      </w:r>
    </w:p>
    <w:p>
      <w:pPr>
        <w:spacing w:after="80"/>
      </w:pPr>
      <w:r>
        <w:rPr>
          <w:rFonts w:ascii="Georgia" w:hAnsi="Georgia"/>
          <w:sz w:val="23"/>
        </w:rPr>
        <w:t>That actually got a laugh out of half the team.</w:t>
      </w:r>
    </w:p>
    <w:p>
      <w:pPr>
        <w:spacing w:after="80"/>
      </w:pPr>
      <w:r>
        <w:rPr>
          <w:rFonts w:ascii="Georgia" w:hAnsi="Georgia"/>
          <w:sz w:val="23"/>
        </w:rPr>
        <w:t>Coach Law said, “Play clean enough that hate isn’t required.”</w:t>
      </w:r>
    </w:p>
    <w:p>
      <w:pPr>
        <w:spacing w:after="80"/>
      </w:pPr>
      <w:r>
        <w:rPr>
          <w:rFonts w:ascii="Georgia" w:hAnsi="Georgia"/>
          <w:sz w:val="23"/>
        </w:rPr>
        <w:t>Rico muttered, “That feels anti-fun.”</w:t>
      </w:r>
    </w:p>
    <w:p>
      <w:pPr>
        <w:spacing w:after="80"/>
      </w:pPr>
      <w:r>
        <w:rPr>
          <w:rFonts w:ascii="Georgia" w:hAnsi="Georgia"/>
          <w:sz w:val="23"/>
        </w:rPr>
        <w:t>“No,” Owen said. “It feels anti-dumb.”</w:t>
      </w:r>
    </w:p>
    <w:p>
      <w:pPr>
        <w:spacing w:after="80"/>
      </w:pPr>
      <w:r>
        <w:rPr>
          <w:rFonts w:ascii="Georgia" w:hAnsi="Georgia"/>
          <w:sz w:val="23"/>
        </w:rPr>
        <w:t>The team finally loosened.</w:t>
      </w:r>
    </w:p>
    <w:p>
      <w:pPr>
        <w:spacing w:after="80"/>
      </w:pPr>
      <w:r>
        <w:rPr>
          <w:rFonts w:ascii="Georgia" w:hAnsi="Georgia"/>
          <w:sz w:val="23"/>
        </w:rPr>
        <w:t>For the first time all day, it felt like the title game lived in the right place again—on the field, not just in the mystery.</w:t>
      </w:r>
    </w:p>
    <w:p>
      <w:pPr>
        <w:spacing w:after="80"/>
      </w:pPr>
      <w:r>
        <w:rPr>
          <w:rFonts w:ascii="Georgia" w:hAnsi="Georgia"/>
          <w:sz w:val="23"/>
        </w:rPr>
        <w:t>That mattered.</w:t>
      </w:r>
    </w:p>
    <w:p>
      <w:pPr>
        <w:spacing w:after="80"/>
      </w:pPr>
      <w:r>
        <w:rPr>
          <w:rFonts w:ascii="Georgia" w:hAnsi="Georgia"/>
          <w:sz w:val="23"/>
        </w:rPr>
        <w:t>Because tomorrow would ask them to prove which part of the story this really was.</w:t>
      </w:r>
    </w:p>
    <w:p>
      <w:pPr>
        <w:spacing w:after="80"/>
      </w:pPr>
      <w:r>
        <w:rPr>
          <w:rFonts w:ascii="Georgia" w:hAnsi="Georgia"/>
          <w:sz w:val="23"/>
        </w:rPr>
        <w:t xml:space="preserve">Football story.  </w:t>
        <w:br/>
        <w:t xml:space="preserve">Mystery story.  </w:t>
        <w:br/>
        <w:t>Or both at once.</w:t>
      </w:r>
    </w:p>
    <w:p>
      <w:pPr>
        <w:spacing w:after="80"/>
      </w:pPr>
      <w:r>
        <w:rPr>
          <w:rFonts w:ascii="Georgia" w:hAnsi="Georgia"/>
          <w:sz w:val="23"/>
        </w:rPr>
        <w:t>As they started to break, Coach Law motioned for Noah to stay.</w:t>
      </w:r>
    </w:p>
    <w:p>
      <w:pPr>
        <w:spacing w:after="80"/>
      </w:pPr>
      <w:r>
        <w:rPr>
          <w:rFonts w:ascii="Georgia" w:hAnsi="Georgia"/>
          <w:sz w:val="23"/>
        </w:rPr>
        <w:t>Everyone else drifted off—Jalen loud again, Micah racing a smaller kid to the cone and winning without mercy, Devin collecting stray footballs, Owen correcting the angle of the marker board on pure principle. Rico hesitated once, then kept walking.</w:t>
      </w:r>
    </w:p>
    <w:p>
      <w:pPr>
        <w:spacing w:after="80"/>
      </w:pPr>
      <w:r>
        <w:rPr>
          <w:rFonts w:ascii="Georgia" w:hAnsi="Georgia"/>
          <w:sz w:val="23"/>
        </w:rPr>
        <w:t>Noah stayed by the numbers.</w:t>
      </w:r>
    </w:p>
    <w:p>
      <w:pPr>
        <w:spacing w:after="80"/>
      </w:pPr>
      <w:r>
        <w:rPr>
          <w:rFonts w:ascii="Georgia" w:hAnsi="Georgia"/>
          <w:sz w:val="23"/>
        </w:rPr>
        <w:t>Coach Law stood beside him looking out over the field.</w:t>
      </w:r>
    </w:p>
    <w:p>
      <w:pPr>
        <w:spacing w:after="80"/>
      </w:pPr>
      <w:r>
        <w:rPr>
          <w:rFonts w:ascii="Georgia" w:hAnsi="Georgia"/>
          <w:sz w:val="23"/>
        </w:rPr>
        <w:t>For a while he said nothing.</w:t>
      </w:r>
    </w:p>
    <w:p>
      <w:pPr>
        <w:spacing w:after="80"/>
      </w:pPr>
      <w:r>
        <w:rPr>
          <w:rFonts w:ascii="Georgia" w:hAnsi="Georgia"/>
          <w:sz w:val="23"/>
        </w:rPr>
        <w:t>Then: “You’re ready.”</w:t>
      </w:r>
    </w:p>
    <w:p>
      <w:pPr>
        <w:spacing w:after="80"/>
      </w:pPr>
      <w:r>
        <w:rPr>
          <w:rFonts w:ascii="Georgia" w:hAnsi="Georgia"/>
          <w:sz w:val="23"/>
        </w:rPr>
        <w:t>Noah frowned slightly. “For what?”</w:t>
      </w:r>
    </w:p>
    <w:p>
      <w:pPr>
        <w:spacing w:after="80"/>
      </w:pPr>
      <w:r>
        <w:rPr>
          <w:rFonts w:ascii="Georgia" w:hAnsi="Georgia"/>
          <w:sz w:val="23"/>
        </w:rPr>
        <w:t>“For the game.” His dad kept his eyes ahead. “For owning it.”</w:t>
      </w:r>
    </w:p>
    <w:p>
      <w:pPr>
        <w:spacing w:after="80"/>
      </w:pPr>
      <w:r>
        <w:rPr>
          <w:rFonts w:ascii="Georgia" w:hAnsi="Georgia"/>
          <w:sz w:val="23"/>
        </w:rPr>
        <w:t>That should have felt good.</w:t>
      </w:r>
    </w:p>
    <w:p>
      <w:pPr>
        <w:spacing w:after="80"/>
      </w:pPr>
      <w:r>
        <w:rPr>
          <w:rFonts w:ascii="Georgia" w:hAnsi="Georgia"/>
          <w:sz w:val="23"/>
        </w:rPr>
        <w:t>It did.</w:t>
      </w:r>
    </w:p>
    <w:p>
      <w:pPr>
        <w:spacing w:after="80"/>
      </w:pPr>
      <w:r>
        <w:rPr>
          <w:rFonts w:ascii="Georgia" w:hAnsi="Georgia"/>
          <w:sz w:val="23"/>
        </w:rPr>
        <w:t>And also heavier than good.</w:t>
      </w:r>
    </w:p>
    <w:p>
      <w:pPr>
        <w:spacing w:after="80"/>
      </w:pPr>
      <w:r>
        <w:rPr>
          <w:rFonts w:ascii="Georgia" w:hAnsi="Georgia"/>
          <w:sz w:val="23"/>
        </w:rPr>
        <w:t>Noah glanced toward the sideline. “Doesn’t really feel like that.”</w:t>
      </w:r>
    </w:p>
    <w:p>
      <w:pPr>
        <w:spacing w:after="80"/>
      </w:pPr>
      <w:r>
        <w:rPr>
          <w:rFonts w:ascii="Georgia" w:hAnsi="Georgia"/>
          <w:sz w:val="23"/>
        </w:rPr>
        <w:t>“That’s because ready and comfortable aren’t the same thing.”</w:t>
      </w:r>
    </w:p>
    <w:p>
      <w:pPr>
        <w:spacing w:after="80"/>
      </w:pPr>
      <w:r>
        <w:rPr>
          <w:rFonts w:ascii="Georgia" w:hAnsi="Georgia"/>
          <w:sz w:val="23"/>
        </w:rPr>
        <w:t>Noah almost smiled.</w:t>
      </w:r>
    </w:p>
    <w:p>
      <w:pPr>
        <w:spacing w:after="80"/>
      </w:pPr>
      <w:r>
        <w:rPr>
          <w:rFonts w:ascii="Georgia" w:hAnsi="Georgia"/>
          <w:sz w:val="23"/>
        </w:rPr>
        <w:t>His dad finally looked at him.</w:t>
      </w:r>
    </w:p>
    <w:p>
      <w:pPr>
        <w:spacing w:after="80"/>
      </w:pPr>
      <w:r>
        <w:rPr>
          <w:rFonts w:ascii="Georgia" w:hAnsi="Georgia"/>
          <w:sz w:val="23"/>
        </w:rPr>
        <w:t>“One more question,” Coach Law said. “Tomorrow, if the game gets tight and you have to choose between the throw that proves something and the throw that wins something, which one are you taking?”</w:t>
      </w:r>
    </w:p>
    <w:p>
      <w:pPr>
        <w:spacing w:after="80"/>
      </w:pPr>
      <w:r>
        <w:rPr>
          <w:rFonts w:ascii="Georgia" w:hAnsi="Georgia"/>
          <w:sz w:val="23"/>
        </w:rPr>
        <w:t>Noah did not answer right away.</w:t>
      </w:r>
    </w:p>
    <w:p>
      <w:pPr>
        <w:spacing w:after="80"/>
      </w:pPr>
      <w:r>
        <w:rPr>
          <w:rFonts w:ascii="Georgia" w:hAnsi="Georgia"/>
          <w:sz w:val="23"/>
        </w:rPr>
        <w:t>Because a month ago he knew exactly what the wrong answer would have been.</w:t>
      </w:r>
    </w:p>
    <w:p>
      <w:pPr>
        <w:spacing w:after="80"/>
      </w:pPr>
      <w:r>
        <w:rPr>
          <w:rFonts w:ascii="Georgia" w:hAnsi="Georgia"/>
          <w:sz w:val="23"/>
        </w:rPr>
        <w:t>Now he knew something else.</w:t>
      </w:r>
    </w:p>
    <w:p>
      <w:pPr>
        <w:spacing w:after="80"/>
      </w:pPr>
      <w:r>
        <w:rPr>
          <w:rFonts w:ascii="Georgia" w:hAnsi="Georgia"/>
          <w:sz w:val="23"/>
        </w:rPr>
        <w:t>“The one that wins.”</w:t>
      </w:r>
    </w:p>
    <w:p>
      <w:pPr>
        <w:spacing w:after="80"/>
      </w:pPr>
      <w:r>
        <w:rPr>
          <w:rFonts w:ascii="Georgia" w:hAnsi="Georgia"/>
          <w:sz w:val="23"/>
        </w:rPr>
        <w:t>Coach Law nodded once.</w:t>
      </w:r>
    </w:p>
    <w:p>
      <w:pPr>
        <w:spacing w:after="80"/>
      </w:pPr>
      <w:r>
        <w:rPr>
          <w:rFonts w:ascii="Georgia" w:hAnsi="Georgia"/>
          <w:sz w:val="23"/>
        </w:rPr>
        <w:t>“Good.”</w:t>
      </w:r>
    </w:p>
    <w:p>
      <w:pPr>
        <w:spacing w:after="80"/>
      </w:pPr>
      <w:r>
        <w:rPr>
          <w:rFonts w:ascii="Georgia" w:hAnsi="Georgia"/>
          <w:sz w:val="23"/>
        </w:rPr>
        <w:t>That should have been the end of it.</w:t>
      </w:r>
    </w:p>
    <w:p>
      <w:pPr>
        <w:spacing w:after="80"/>
      </w:pPr>
      <w:r>
        <w:rPr>
          <w:rFonts w:ascii="Georgia" w:hAnsi="Georgia"/>
          <w:sz w:val="23"/>
        </w:rPr>
        <w:t>Instead Noah said, “Do you trust Rico to play?”</w:t>
      </w:r>
    </w:p>
    <w:p>
      <w:pPr>
        <w:spacing w:after="80"/>
      </w:pPr>
      <w:r>
        <w:rPr>
          <w:rFonts w:ascii="Georgia" w:hAnsi="Georgia"/>
          <w:sz w:val="23"/>
        </w:rPr>
        <w:t>His dad’s expression gave nothing away for a second.</w:t>
      </w:r>
    </w:p>
    <w:p>
      <w:pPr>
        <w:spacing w:after="80"/>
      </w:pPr>
      <w:r>
        <w:rPr>
          <w:rFonts w:ascii="Georgia" w:hAnsi="Georgia"/>
          <w:sz w:val="23"/>
        </w:rPr>
        <w:t>Then he said, “No.”</w:t>
      </w:r>
    </w:p>
    <w:p>
      <w:pPr>
        <w:spacing w:after="80"/>
      </w:pPr>
      <w:r>
        <w:rPr>
          <w:rFonts w:ascii="Georgia" w:hAnsi="Georgia"/>
          <w:sz w:val="23"/>
        </w:rPr>
        <w:t>Noah blinked.</w:t>
      </w:r>
    </w:p>
    <w:p>
      <w:pPr>
        <w:spacing w:after="80"/>
      </w:pPr>
      <w:r>
        <w:rPr>
          <w:rFonts w:ascii="Georgia" w:hAnsi="Georgia"/>
          <w:sz w:val="23"/>
        </w:rPr>
        <w:t>Coach Law kept going. “I trust the team to know what to do if trust gets tested.”</w:t>
      </w:r>
    </w:p>
    <w:p>
      <w:pPr>
        <w:spacing w:after="80"/>
      </w:pPr>
      <w:r>
        <w:rPr>
          <w:rFonts w:ascii="Georgia" w:hAnsi="Georgia"/>
          <w:sz w:val="23"/>
        </w:rPr>
        <w:t>That landed differently.</w:t>
      </w:r>
    </w:p>
    <w:p>
      <w:pPr>
        <w:spacing w:after="80"/>
      </w:pPr>
      <w:r>
        <w:rPr>
          <w:rFonts w:ascii="Georgia" w:hAnsi="Georgia"/>
          <w:sz w:val="23"/>
        </w:rPr>
        <w:t>Stronger.</w:t>
      </w:r>
    </w:p>
    <w:p>
      <w:pPr>
        <w:spacing w:after="80"/>
      </w:pPr>
      <w:r>
        <w:rPr>
          <w:rFonts w:ascii="Georgia" w:hAnsi="Georgia"/>
          <w:sz w:val="23"/>
        </w:rPr>
        <w:t>More honest.</w:t>
      </w:r>
    </w:p>
    <w:p>
      <w:pPr>
        <w:spacing w:after="80"/>
      </w:pPr>
      <w:r>
        <w:rPr>
          <w:rFonts w:ascii="Georgia" w:hAnsi="Georgia"/>
          <w:sz w:val="23"/>
        </w:rPr>
        <w:t>Noah looked back toward the sideline where Rico was zipping his bag.</w:t>
      </w:r>
    </w:p>
    <w:p>
      <w:pPr>
        <w:spacing w:after="80"/>
      </w:pPr>
      <w:r>
        <w:rPr>
          <w:rFonts w:ascii="Georgia" w:hAnsi="Georgia"/>
          <w:sz w:val="23"/>
        </w:rPr>
        <w:t>And for the first time, he understood what his dad had been teaching all along without saying it straight:</w:t>
      </w:r>
    </w:p>
    <w:p>
      <w:pPr>
        <w:spacing w:after="80"/>
      </w:pPr>
      <w:r>
        <w:rPr>
          <w:rFonts w:ascii="Georgia" w:hAnsi="Georgia"/>
          <w:sz w:val="23"/>
        </w:rPr>
        <w:t>Trust was never pretending risk was gone.</w:t>
      </w:r>
    </w:p>
    <w:p>
      <w:pPr>
        <w:spacing w:after="80"/>
      </w:pPr>
      <w:r>
        <w:rPr>
          <w:rFonts w:ascii="Georgia" w:hAnsi="Georgia"/>
          <w:sz w:val="23"/>
        </w:rPr>
        <w:t>Trust was knowing what you would do when risk showed up.</w:t>
      </w:r>
    </w:p>
    <w:p>
      <w:pPr>
        <w:spacing w:after="80"/>
      </w:pPr>
      <w:r>
        <w:rPr>
          <w:rFonts w:ascii="Georgia" w:hAnsi="Georgia"/>
          <w:sz w:val="23"/>
        </w:rPr>
        <w:t>The wind moved across the field. The lights hummed. Somewhere behind the rec center a car door slammed.</w:t>
      </w:r>
    </w:p>
    <w:p>
      <w:pPr>
        <w:spacing w:after="80"/>
      </w:pPr>
      <w:r>
        <w:rPr>
          <w:rFonts w:ascii="Georgia" w:hAnsi="Georgia"/>
          <w:sz w:val="23"/>
        </w:rPr>
        <w:t>Noah and Coach Law both turned at the same time.</w:t>
      </w:r>
    </w:p>
    <w:p>
      <w:pPr>
        <w:spacing w:after="80"/>
      </w:pPr>
      <w:r>
        <w:rPr>
          <w:rFonts w:ascii="Georgia" w:hAnsi="Georgia"/>
          <w:sz w:val="23"/>
        </w:rPr>
        <w:t>Near the far gate, just outside the rope line, someone had stopped long enough to watch the field.</w:t>
      </w:r>
    </w:p>
    <w:p>
      <w:pPr>
        <w:spacing w:after="80"/>
      </w:pPr>
      <w:r>
        <w:rPr>
          <w:rFonts w:ascii="Georgia" w:hAnsi="Georgia"/>
          <w:sz w:val="23"/>
        </w:rPr>
        <w:t xml:space="preserve">Not gray hoodie.  </w:t>
        <w:br/>
        <w:t>Not Northgate colors.</w:t>
      </w:r>
    </w:p>
    <w:p>
      <w:pPr>
        <w:spacing w:after="80"/>
      </w:pPr>
      <w:r>
        <w:rPr>
          <w:rFonts w:ascii="Georgia" w:hAnsi="Georgia"/>
          <w:sz w:val="23"/>
        </w:rPr>
        <w:t>Just a tall figure in a dark coat with one hand in a pocket.</w:t>
      </w:r>
    </w:p>
    <w:p>
      <w:pPr>
        <w:spacing w:after="80"/>
      </w:pPr>
      <w:r>
        <w:rPr>
          <w:rFonts w:ascii="Georgia" w:hAnsi="Georgia"/>
          <w:sz w:val="23"/>
        </w:rPr>
        <w:t>The figure lifted a phone, pointed it toward the field like they were taking one last picture, and then walked away before Noah could get a clear look at the face.</w:t>
      </w:r>
    </w:p>
    <w:p>
      <w:pPr>
        <w:spacing w:after="80"/>
      </w:pPr>
      <w:r>
        <w:rPr>
          <w:rFonts w:ascii="Georgia" w:hAnsi="Georgia"/>
          <w:sz w:val="23"/>
        </w:rPr>
        <w:t>Coach Law said nothing.</w:t>
      </w:r>
    </w:p>
    <w:p>
      <w:pPr>
        <w:spacing w:after="80"/>
      </w:pPr>
      <w:r>
        <w:rPr>
          <w:rFonts w:ascii="Georgia" w:hAnsi="Georgia"/>
          <w:sz w:val="23"/>
        </w:rPr>
        <w:t>Noah did not either.</w:t>
      </w:r>
    </w:p>
    <w:p>
      <w:pPr>
        <w:spacing w:after="80"/>
      </w:pPr>
      <w:r>
        <w:rPr>
          <w:rFonts w:ascii="Georgia" w:hAnsi="Georgia"/>
          <w:sz w:val="23"/>
        </w:rPr>
        <w:t>Because both of them already knew.</w:t>
      </w:r>
    </w:p>
    <w:p>
      <w:pPr>
        <w:spacing w:after="80"/>
      </w:pPr>
      <w:r>
        <w:rPr>
          <w:rFonts w:ascii="Georgia" w:hAnsi="Georgia"/>
          <w:sz w:val="23"/>
        </w:rPr>
        <w:t>Tomorrow was not just a title game anymore.</w:t>
      </w:r>
    </w:p>
    <w:p>
      <w:pPr>
        <w:spacing w:after="80"/>
      </w:pPr>
      <w:r>
        <w:rPr>
          <w:rFonts w:ascii="Georgia" w:hAnsi="Georgia"/>
          <w:sz w:val="23"/>
        </w:rPr>
        <w:t>It was a trap.</w:t>
      </w:r>
    </w:p>
    <w:p>
      <w:pPr>
        <w:spacing w:after="80"/>
      </w:pPr>
      <w:r>
        <w:rPr>
          <w:rFonts w:ascii="Georgia" w:hAnsi="Georgia"/>
          <w:sz w:val="23"/>
        </w:rPr>
        <w:t>And Prime 8 was walking into it on purpose.</w:t>
      </w:r>
    </w:p>
    <w:p>
      <w:r>
        <w:br w:type="page"/>
      </w:r>
    </w:p>
    <w:p>
      <w:pPr>
        <w:spacing w:after="40"/>
        <w:jc w:val="center"/>
      </w:pPr>
      <w:r>
        <w:rPr>
          <w:rFonts w:ascii="Georgia" w:hAnsi="Georgia"/>
          <w:b/>
          <w:i w:val="0"/>
          <w:sz w:val="28"/>
        </w:rPr>
        <w:t>Chapter 19</w:t>
      </w:r>
    </w:p>
    <w:p>
      <w:pPr>
        <w:spacing w:after="200"/>
        <w:jc w:val="center"/>
      </w:pPr>
      <w:r>
        <w:rPr>
          <w:rFonts w:ascii="Georgia" w:hAnsi="Georgia"/>
          <w:b w:val="0"/>
          <w:i/>
          <w:sz w:val="24"/>
        </w:rPr>
        <w:t>The Big Game</w:t>
      </w:r>
    </w:p>
    <w:p>
      <w:pPr>
        <w:spacing w:after="80"/>
      </w:pPr>
      <w:r>
        <w:rPr>
          <w:rFonts w:ascii="Georgia" w:hAnsi="Georgia"/>
          <w:sz w:val="23"/>
        </w:rPr>
        <w:t>Championship games always looked smaller on arrival.</w:t>
      </w:r>
    </w:p>
    <w:p>
      <w:pPr>
        <w:spacing w:after="80"/>
      </w:pPr>
      <w:r>
        <w:rPr>
          <w:rFonts w:ascii="Georgia" w:hAnsi="Georgia"/>
          <w:sz w:val="23"/>
        </w:rPr>
        <w:t>That was the first thing Noah noticed.</w:t>
      </w:r>
    </w:p>
    <w:p>
      <w:pPr>
        <w:spacing w:after="80"/>
      </w:pPr>
      <w:r>
        <w:rPr>
          <w:rFonts w:ascii="Georgia" w:hAnsi="Georgia"/>
          <w:sz w:val="23"/>
        </w:rPr>
        <w:t>All week the game had lived in his head like something huge—lights, noise, Northgate, mystery, revenge, pressure. But when Prime 8 pulled into the lot Saturday morning, it was still just a field. White lines. Cold air. A scoreboard with zeros. Parents carrying chairs. Kids with gloves tucked under armpits and helmets dangling from one hand.</w:t>
      </w:r>
    </w:p>
    <w:p>
      <w:pPr>
        <w:spacing w:after="80"/>
      </w:pPr>
      <w:r>
        <w:rPr>
          <w:rFonts w:ascii="Georgia" w:hAnsi="Georgia"/>
          <w:sz w:val="23"/>
        </w:rPr>
        <w:t>Football always did that.</w:t>
      </w:r>
    </w:p>
    <w:p>
      <w:pPr>
        <w:spacing w:after="80"/>
      </w:pPr>
      <w:r>
        <w:rPr>
          <w:rFonts w:ascii="Georgia" w:hAnsi="Georgia"/>
          <w:sz w:val="23"/>
        </w:rPr>
        <w:t>It shrank the story down to grass and timing.</w:t>
      </w:r>
    </w:p>
    <w:p>
      <w:pPr>
        <w:spacing w:after="80"/>
      </w:pPr>
      <w:r>
        <w:rPr>
          <w:rFonts w:ascii="Georgia" w:hAnsi="Georgia"/>
          <w:sz w:val="23"/>
        </w:rPr>
        <w:t>Then it made you prove the rest.</w:t>
      </w:r>
    </w:p>
    <w:p>
      <w:pPr>
        <w:spacing w:after="80"/>
      </w:pPr>
      <w:r>
        <w:rPr>
          <w:rFonts w:ascii="Georgia" w:hAnsi="Georgia"/>
          <w:sz w:val="23"/>
        </w:rPr>
        <w:t>Coach Law made them get out of the cars and walk the sideline together before they even dropped their bags.</w:t>
      </w:r>
    </w:p>
    <w:p>
      <w:pPr>
        <w:spacing w:after="80"/>
      </w:pPr>
      <w:r>
        <w:rPr>
          <w:rFonts w:ascii="Georgia" w:hAnsi="Georgia"/>
          <w:sz w:val="23"/>
        </w:rPr>
        <w:t xml:space="preserve">No loose warmups first.  </w:t>
        <w:br/>
        <w:t xml:space="preserve">No wandering.  </w:t>
        <w:br/>
        <w:t>No standing around watching Northgate.</w:t>
      </w:r>
    </w:p>
    <w:p>
      <w:pPr>
        <w:spacing w:after="80"/>
      </w:pPr>
      <w:r>
        <w:rPr>
          <w:rFonts w:ascii="Georgia" w:hAnsi="Georgia"/>
          <w:sz w:val="23"/>
        </w:rPr>
        <w:t>Just a team walk from one pylon to the other.</w:t>
      </w:r>
    </w:p>
    <w:p>
      <w:pPr>
        <w:spacing w:after="80"/>
      </w:pPr>
      <w:r>
        <w:rPr>
          <w:rFonts w:ascii="Georgia" w:hAnsi="Georgia"/>
          <w:sz w:val="23"/>
        </w:rPr>
        <w:t>“Eyes here,” he said quietly as they crossed the near end zone. “Not over there. Not in the stands. Not in your head. This field is the only place where any of this gets answered.”</w:t>
      </w:r>
    </w:p>
    <w:p>
      <w:pPr>
        <w:spacing w:after="80"/>
      </w:pPr>
      <w:r>
        <w:rPr>
          <w:rFonts w:ascii="Georgia" w:hAnsi="Georgia"/>
          <w:sz w:val="23"/>
        </w:rPr>
        <w:t>Noah felt that line settle him more than he expected.</w:t>
      </w:r>
    </w:p>
    <w:p>
      <w:pPr>
        <w:spacing w:after="80"/>
      </w:pPr>
      <w:r>
        <w:rPr>
          <w:rFonts w:ascii="Georgia" w:hAnsi="Georgia"/>
          <w:sz w:val="23"/>
        </w:rPr>
        <w:t>Northgate was already on the far side in black and silver, going through their pregame routine. Zay Mercer, left-handed and loose, was spinning warmup balls with that same half-relaxed, half-arrogant rhythm Noah remembered from Week 1. Bell Mann was gliding through route stems at about seventy percent speed, which was somehow more irritating than going full speed. Their coaches looked busy without looking frantic.</w:t>
      </w:r>
    </w:p>
    <w:p>
      <w:pPr>
        <w:spacing w:after="80"/>
      </w:pPr>
      <w:r>
        <w:rPr>
          <w:rFonts w:ascii="Georgia" w:hAnsi="Georgia"/>
          <w:sz w:val="23"/>
        </w:rPr>
        <w:t>Coach Law stopped Prime 8 at the far pylon and turned them back toward midfield.</w:t>
      </w:r>
    </w:p>
    <w:p>
      <w:pPr>
        <w:spacing w:after="80"/>
      </w:pPr>
      <w:r>
        <w:rPr>
          <w:rFonts w:ascii="Georgia" w:hAnsi="Georgia"/>
          <w:sz w:val="23"/>
        </w:rPr>
        <w:t>“This is the biggest game of the season,” he said. “That changes nothing about what wins.”</w:t>
      </w:r>
    </w:p>
    <w:p>
      <w:pPr>
        <w:spacing w:after="80"/>
      </w:pPr>
      <w:r>
        <w:rPr>
          <w:rFonts w:ascii="Georgia" w:hAnsi="Georgia"/>
          <w:sz w:val="23"/>
        </w:rPr>
        <w:t>Jalen muttered, “Execution speech. Drink.”</w:t>
      </w:r>
    </w:p>
    <w:p>
      <w:pPr>
        <w:spacing w:after="80"/>
      </w:pPr>
      <w:r>
        <w:rPr>
          <w:rFonts w:ascii="Georgia" w:hAnsi="Georgia"/>
          <w:sz w:val="23"/>
        </w:rPr>
        <w:t>Owen elbowed him.</w:t>
      </w:r>
    </w:p>
    <w:p>
      <w:pPr>
        <w:spacing w:after="80"/>
      </w:pPr>
      <w:r>
        <w:rPr>
          <w:rFonts w:ascii="Georgia" w:hAnsi="Georgia"/>
          <w:sz w:val="23"/>
        </w:rPr>
        <w:t>Coach Law kept going. “Discipline wins. Communication wins. Details win. The team that chases the scoreboard first usually loses to the team that chases the rep in front of them.”</w:t>
      </w:r>
    </w:p>
    <w:p>
      <w:pPr>
        <w:spacing w:after="80"/>
      </w:pPr>
      <w:r>
        <w:rPr>
          <w:rFonts w:ascii="Georgia" w:hAnsi="Georgia"/>
          <w:sz w:val="23"/>
        </w:rPr>
        <w:t>His eyes found Noah, then moved on. Not a special moment. Not a dad moment. A quarterback moment.</w:t>
      </w:r>
    </w:p>
    <w:p>
      <w:pPr>
        <w:spacing w:after="80"/>
      </w:pPr>
      <w:r>
        <w:rPr>
          <w:rFonts w:ascii="Georgia" w:hAnsi="Georgia"/>
          <w:sz w:val="23"/>
        </w:rPr>
        <w:t>That mattered.</w:t>
      </w:r>
    </w:p>
    <w:p>
      <w:pPr>
        <w:spacing w:after="80"/>
      </w:pPr>
      <w:r>
        <w:rPr>
          <w:rFonts w:ascii="Georgia" w:hAnsi="Georgia"/>
          <w:sz w:val="23"/>
        </w:rPr>
        <w:t>They walked back the length of the field and broke into position work.</w:t>
      </w:r>
    </w:p>
    <w:p>
      <w:pPr>
        <w:spacing w:after="80"/>
      </w:pPr>
      <w:r>
        <w:rPr>
          <w:rFonts w:ascii="Georgia" w:hAnsi="Georgia"/>
          <w:sz w:val="23"/>
        </w:rPr>
        <w:t>Warmups were sharp.</w:t>
      </w:r>
    </w:p>
    <w:p>
      <w:pPr>
        <w:spacing w:after="80"/>
      </w:pPr>
      <w:r>
        <w:rPr>
          <w:rFonts w:ascii="Georgia" w:hAnsi="Georgia"/>
          <w:sz w:val="23"/>
        </w:rPr>
        <w:t xml:space="preserve">Not loud.  </w:t>
        <w:br/>
        <w:t>Sharp.</w:t>
      </w:r>
    </w:p>
    <w:p>
      <w:pPr>
        <w:spacing w:after="80"/>
      </w:pPr>
      <w:r>
        <w:rPr>
          <w:rFonts w:ascii="Georgia" w:hAnsi="Georgia"/>
          <w:sz w:val="23"/>
        </w:rPr>
        <w:t>Devin and Noah opened with exchange work, and Noah loved that Coach Law had kept that as part of the routine no matter how big the game got. Center-quarterback exchange was trust made physical. Hands set. Snap point. Laces. Rhythm. If that was clean, the offense could breathe.</w:t>
      </w:r>
    </w:p>
    <w:p>
      <w:pPr>
        <w:spacing w:after="80"/>
      </w:pPr>
      <w:r>
        <w:rPr>
          <w:rFonts w:ascii="Georgia" w:hAnsi="Georgia"/>
          <w:sz w:val="23"/>
        </w:rPr>
        <w:t>Devin snapped twelve straight perfect balls.</w:t>
      </w:r>
    </w:p>
    <w:p>
      <w:pPr>
        <w:spacing w:after="80"/>
      </w:pPr>
      <w:r>
        <w:rPr>
          <w:rFonts w:ascii="Georgia" w:hAnsi="Georgia"/>
          <w:sz w:val="23"/>
        </w:rPr>
        <w:t>Noah took them under center, then from gun, then on half-rolls. Plant. Reset. Ball out.</w:t>
      </w:r>
    </w:p>
    <w:p>
      <w:pPr>
        <w:spacing w:after="80"/>
      </w:pPr>
      <w:r>
        <w:rPr>
          <w:rFonts w:ascii="Georgia" w:hAnsi="Georgia"/>
          <w:sz w:val="23"/>
        </w:rPr>
        <w:t>“Your feet are good,” Devin said after the tenth one.</w:t>
      </w:r>
    </w:p>
    <w:p>
      <w:pPr>
        <w:spacing w:after="80"/>
      </w:pPr>
      <w:r>
        <w:rPr>
          <w:rFonts w:ascii="Georgia" w:hAnsi="Georgia"/>
          <w:sz w:val="23"/>
        </w:rPr>
        <w:t>“That a compliment?”</w:t>
      </w:r>
    </w:p>
    <w:p>
      <w:pPr>
        <w:spacing w:after="80"/>
      </w:pPr>
      <w:r>
        <w:rPr>
          <w:rFonts w:ascii="Georgia" w:hAnsi="Georgia"/>
          <w:sz w:val="23"/>
        </w:rPr>
        <w:t>“It’s just a fact. Don’t ruin it.”</w:t>
      </w:r>
    </w:p>
    <w:p>
      <w:pPr>
        <w:spacing w:after="80"/>
      </w:pPr>
      <w:r>
        <w:rPr>
          <w:rFonts w:ascii="Georgia" w:hAnsi="Georgia"/>
          <w:sz w:val="23"/>
        </w:rPr>
        <w:t>Across the field, Rico and Micah were running route stems with Coach Law. The title-game route tree. The grown-up stuff inside youth football. Press the leverage. Threaten grass. Win the defender’s feet before you win the route.</w:t>
      </w:r>
    </w:p>
    <w:p>
      <w:pPr>
        <w:spacing w:after="80"/>
      </w:pPr>
      <w:r>
        <w:rPr>
          <w:rFonts w:ascii="Georgia" w:hAnsi="Georgia"/>
          <w:sz w:val="23"/>
        </w:rPr>
        <w:t>“Bell’s corners are going to squat anything lazy!” Coach Law shouted. “If your first three steps don’t lie, the route is already dead!”</w:t>
      </w:r>
    </w:p>
    <w:p>
      <w:pPr>
        <w:spacing w:after="80"/>
      </w:pPr>
      <w:r>
        <w:rPr>
          <w:rFonts w:ascii="Georgia" w:hAnsi="Georgia"/>
          <w:sz w:val="23"/>
        </w:rPr>
        <w:t>Rico stemmed a speed out, got too flat too early, and Coach Law whistled him dead before the break.</w:t>
      </w:r>
    </w:p>
    <w:p>
      <w:pPr>
        <w:spacing w:after="80"/>
      </w:pPr>
      <w:r>
        <w:rPr>
          <w:rFonts w:ascii="Georgia" w:hAnsi="Georgia"/>
          <w:sz w:val="23"/>
        </w:rPr>
        <w:t>“No! That’s a route for scared people. Threaten vertical first!”</w:t>
      </w:r>
    </w:p>
    <w:p>
      <w:pPr>
        <w:spacing w:after="80"/>
      </w:pPr>
      <w:r>
        <w:rPr>
          <w:rFonts w:ascii="Georgia" w:hAnsi="Georgia"/>
          <w:sz w:val="23"/>
        </w:rPr>
        <w:t>Rico jogged back without arguing.</w:t>
      </w:r>
    </w:p>
    <w:p>
      <w:pPr>
        <w:spacing w:after="80"/>
      </w:pPr>
      <w:r>
        <w:rPr>
          <w:rFonts w:ascii="Georgia" w:hAnsi="Georgia"/>
          <w:sz w:val="23"/>
        </w:rPr>
        <w:t>Noah noticed that too.</w:t>
      </w:r>
    </w:p>
    <w:p>
      <w:pPr>
        <w:spacing w:after="80"/>
      </w:pPr>
      <w:r>
        <w:rPr>
          <w:rFonts w:ascii="Georgia" w:hAnsi="Georgia"/>
          <w:sz w:val="23"/>
        </w:rPr>
        <w:t>Micah went next on the same route and hit it perfectly—three hard steps, shoulders square, violent stick outside, catch point on the sideline.</w:t>
      </w:r>
    </w:p>
    <w:p>
      <w:pPr>
        <w:spacing w:after="80"/>
      </w:pPr>
      <w:r>
        <w:rPr>
          <w:rFonts w:ascii="Georgia" w:hAnsi="Georgia"/>
          <w:sz w:val="23"/>
        </w:rPr>
        <w:t>Coach Law nodded. “Again.”</w:t>
      </w:r>
    </w:p>
    <w:p>
      <w:pPr>
        <w:spacing w:after="80"/>
      </w:pPr>
      <w:r>
        <w:rPr>
          <w:rFonts w:ascii="Georgia" w:hAnsi="Georgia"/>
          <w:sz w:val="23"/>
        </w:rPr>
        <w:t>That was one difference Noah had learned to live with over the season: Micah was naturally explosive. Rico was naturally smooth. Devin was naturally steady. Jalen was naturally loud. Vee naturally noticed things nobody else saw. Owen naturally organized chaos. Noah’s job was not to become all of them.</w:t>
      </w:r>
    </w:p>
    <w:p>
      <w:pPr>
        <w:spacing w:after="80"/>
      </w:pPr>
      <w:r>
        <w:rPr>
          <w:rFonts w:ascii="Georgia" w:hAnsi="Georgia"/>
          <w:sz w:val="23"/>
        </w:rPr>
        <w:t>It was to make them work together.</w:t>
      </w:r>
    </w:p>
    <w:p>
      <w:pPr>
        <w:spacing w:after="80"/>
      </w:pPr>
      <w:r>
        <w:rPr>
          <w:rFonts w:ascii="Georgia" w:hAnsi="Georgia"/>
          <w:sz w:val="23"/>
        </w:rPr>
        <w:t>The defense warmed up under Owen and Coach Law next.</w:t>
      </w:r>
    </w:p>
    <w:p>
      <w:pPr>
        <w:spacing w:after="80"/>
      </w:pPr>
      <w:r>
        <w:rPr>
          <w:rFonts w:ascii="Georgia" w:hAnsi="Georgia"/>
          <w:sz w:val="23"/>
        </w:rPr>
        <w:t xml:space="preserve">Cone bracket on Bell.  </w:t>
        <w:br/>
        <w:t xml:space="preserve">Banjo bunch.  </w:t>
        <w:br/>
        <w:t xml:space="preserve">Force everything back across the lefty quarterback’s body.  </w:t>
        <w:br/>
        <w:t>Rush lanes from his throwing hand.</w:t>
      </w:r>
    </w:p>
    <w:p>
      <w:pPr>
        <w:spacing w:after="80"/>
      </w:pPr>
      <w:r>
        <w:rPr>
          <w:rFonts w:ascii="Georgia" w:hAnsi="Georgia"/>
          <w:sz w:val="23"/>
        </w:rPr>
        <w:t>Jalen loved every second of it.</w:t>
      </w:r>
    </w:p>
    <w:p>
      <w:pPr>
        <w:spacing w:after="80"/>
      </w:pPr>
      <w:r>
        <w:rPr>
          <w:rFonts w:ascii="Georgia" w:hAnsi="Georgia"/>
          <w:sz w:val="23"/>
        </w:rPr>
        <w:t>“Mercer is not rolling left and throwing comfortable,” he barked. “If he wants that side, make him earn it through trash.”</w:t>
      </w:r>
    </w:p>
    <w:p>
      <w:pPr>
        <w:spacing w:after="80"/>
      </w:pPr>
      <w:r>
        <w:rPr>
          <w:rFonts w:ascii="Georgia" w:hAnsi="Georgia"/>
          <w:sz w:val="23"/>
        </w:rPr>
        <w:t>Coach Law nodded. “Exactly. Pressure picture first, sack second. If he sees clean grass, you already lost.”</w:t>
      </w:r>
    </w:p>
    <w:p>
      <w:pPr>
        <w:spacing w:after="80"/>
      </w:pPr>
      <w:r>
        <w:rPr>
          <w:rFonts w:ascii="Georgia" w:hAnsi="Georgia"/>
          <w:sz w:val="23"/>
        </w:rPr>
        <w:t>Northgate looked good in their warmup too.</w:t>
      </w:r>
    </w:p>
    <w:p>
      <w:pPr>
        <w:spacing w:after="80"/>
      </w:pPr>
      <w:r>
        <w:rPr>
          <w:rFonts w:ascii="Georgia" w:hAnsi="Georgia"/>
          <w:sz w:val="23"/>
        </w:rPr>
        <w:t>That annoyed Noah.</w:t>
      </w:r>
    </w:p>
    <w:p>
      <w:pPr>
        <w:spacing w:after="80"/>
      </w:pPr>
      <w:r>
        <w:rPr>
          <w:rFonts w:ascii="Georgia" w:hAnsi="Georgia"/>
          <w:sz w:val="23"/>
        </w:rPr>
        <w:t>He would have preferred visible nerves, sloppy drops, bad lines, receivers letting balls hit their chest. Instead Zay and Bell looked exactly like title-game players should look.</w:t>
      </w:r>
    </w:p>
    <w:p>
      <w:pPr>
        <w:spacing w:after="80"/>
      </w:pPr>
      <w:r>
        <w:rPr>
          <w:rFonts w:ascii="Georgia" w:hAnsi="Georgia"/>
          <w:sz w:val="23"/>
        </w:rPr>
        <w:t xml:space="preserve">Disciplined.  </w:t>
        <w:br/>
        <w:t xml:space="preserve">Ready.  </w:t>
        <w:br/>
        <w:t>A little too sure of themselves.</w:t>
      </w:r>
    </w:p>
    <w:p>
      <w:pPr>
        <w:spacing w:after="80"/>
      </w:pPr>
      <w:r>
        <w:rPr>
          <w:rFonts w:ascii="Georgia" w:hAnsi="Georgia"/>
          <w:sz w:val="23"/>
        </w:rPr>
        <w:t>Noah reminded himself that too sure of themselves was useful.</w:t>
      </w:r>
    </w:p>
    <w:p>
      <w:pPr>
        <w:spacing w:after="80"/>
      </w:pPr>
      <w:r>
        <w:rPr>
          <w:rFonts w:ascii="Georgia" w:hAnsi="Georgia"/>
          <w:sz w:val="23"/>
        </w:rPr>
        <w:t>Prime 8 had built the week around that.</w:t>
      </w:r>
    </w:p>
    <w:p>
      <w:pPr>
        <w:spacing w:after="80"/>
      </w:pPr>
      <w:r>
        <w:rPr>
          <w:rFonts w:ascii="Georgia" w:hAnsi="Georgia"/>
          <w:sz w:val="23"/>
        </w:rPr>
        <w:t>The stands filled gradually.</w:t>
      </w:r>
    </w:p>
    <w:p>
      <w:pPr>
        <w:spacing w:after="80"/>
      </w:pPr>
      <w:r>
        <w:rPr>
          <w:rFonts w:ascii="Georgia" w:hAnsi="Georgia"/>
          <w:sz w:val="23"/>
        </w:rPr>
        <w:t>Parents, siblings, cousins, rec-league kids in oversized hoodies, local coaches standing with arms folded near the fence pretending they were only there casually. The championship always drew a better crowd than the regular season because everybody wanted to say they had seen it.</w:t>
      </w:r>
    </w:p>
    <w:p>
      <w:pPr>
        <w:spacing w:after="80"/>
      </w:pPr>
      <w:r>
        <w:rPr>
          <w:rFonts w:ascii="Georgia" w:hAnsi="Georgia"/>
          <w:sz w:val="23"/>
        </w:rPr>
        <w:t xml:space="preserve">Noah did not look for gray hoodies.  </w:t>
        <w:br/>
        <w:t xml:space="preserve">Did not scan every lot light.  </w:t>
        <w:br/>
        <w:t>Did not check the far fence every thirty seconds.</w:t>
      </w:r>
    </w:p>
    <w:p>
      <w:pPr>
        <w:spacing w:after="80"/>
      </w:pPr>
      <w:r>
        <w:rPr>
          <w:rFonts w:ascii="Georgia" w:hAnsi="Georgia"/>
          <w:sz w:val="23"/>
        </w:rPr>
        <w:t>At least, not much.</w:t>
      </w:r>
    </w:p>
    <w:p>
      <w:pPr>
        <w:spacing w:after="80"/>
      </w:pPr>
      <w:r>
        <w:rPr>
          <w:rFonts w:ascii="Georgia" w:hAnsi="Georgia"/>
          <w:sz w:val="23"/>
        </w:rPr>
        <w:t>Coach Law brought them in for the final pregame huddle at the thirty.</w:t>
      </w:r>
    </w:p>
    <w:p>
      <w:pPr>
        <w:spacing w:after="80"/>
      </w:pPr>
      <w:r>
        <w:rPr>
          <w:rFonts w:ascii="Georgia" w:hAnsi="Georgia"/>
          <w:sz w:val="23"/>
        </w:rPr>
        <w:t xml:space="preserve">Helmets on.  </w:t>
        <w:br/>
        <w:t xml:space="preserve">Chins up.  </w:t>
        <w:br/>
        <w:t>Cold breath hanging in front of facemasks.</w:t>
      </w:r>
    </w:p>
    <w:p>
      <w:pPr>
        <w:spacing w:after="80"/>
      </w:pPr>
      <w:r>
        <w:rPr>
          <w:rFonts w:ascii="Georgia" w:hAnsi="Georgia"/>
          <w:sz w:val="23"/>
        </w:rPr>
        <w:t>“This game belongs to the team that stays itself the longest,” he said. “Northgate thinks they know us. Good. Let them think.”</w:t>
      </w:r>
    </w:p>
    <w:p>
      <w:pPr>
        <w:spacing w:after="80"/>
      </w:pPr>
      <w:r>
        <w:rPr>
          <w:rFonts w:ascii="Georgia" w:hAnsi="Georgia"/>
          <w:sz w:val="23"/>
        </w:rPr>
        <w:t>He looked around the circle.</w:t>
      </w:r>
    </w:p>
    <w:p>
      <w:pPr>
        <w:spacing w:after="80"/>
      </w:pPr>
      <w:r>
        <w:rPr>
          <w:rFonts w:ascii="Georgia" w:hAnsi="Georgia"/>
          <w:sz w:val="23"/>
        </w:rPr>
        <w:t>“Early.”</w:t>
      </w:r>
    </w:p>
    <w:p>
      <w:pPr>
        <w:spacing w:after="80"/>
      </w:pPr>
      <w:r>
        <w:rPr>
          <w:rFonts w:ascii="Georgia" w:hAnsi="Georgia"/>
          <w:sz w:val="23"/>
        </w:rPr>
        <w:t>The team answered: “Settle.”</w:t>
      </w:r>
    </w:p>
    <w:p>
      <w:pPr>
        <w:spacing w:after="80"/>
      </w:pPr>
      <w:r>
        <w:rPr>
          <w:rFonts w:ascii="Georgia" w:hAnsi="Georgia"/>
          <w:sz w:val="23"/>
        </w:rPr>
        <w:t>“Heavy.”</w:t>
      </w:r>
    </w:p>
    <w:p>
      <w:pPr>
        <w:spacing w:after="80"/>
      </w:pPr>
      <w:r>
        <w:rPr>
          <w:rFonts w:ascii="Georgia" w:hAnsi="Georgia"/>
          <w:sz w:val="23"/>
        </w:rPr>
        <w:t>“Punish.”</w:t>
      </w:r>
    </w:p>
    <w:p>
      <w:pPr>
        <w:spacing w:after="80"/>
      </w:pPr>
      <w:r>
        <w:rPr>
          <w:rFonts w:ascii="Georgia" w:hAnsi="Georgia"/>
          <w:sz w:val="23"/>
        </w:rPr>
        <w:t>“Close.”</w:t>
      </w:r>
    </w:p>
    <w:p>
      <w:pPr>
        <w:spacing w:after="80"/>
      </w:pPr>
      <w:r>
        <w:rPr>
          <w:rFonts w:ascii="Georgia" w:hAnsi="Georgia"/>
          <w:sz w:val="23"/>
        </w:rPr>
        <w:t>“Finish.”</w:t>
      </w:r>
    </w:p>
    <w:p>
      <w:pPr>
        <w:spacing w:after="80"/>
      </w:pPr>
      <w:r>
        <w:rPr>
          <w:rFonts w:ascii="Georgia" w:hAnsi="Georgia"/>
          <w:sz w:val="23"/>
        </w:rPr>
        <w:t>It sounded corny if you explained it later.</w:t>
      </w:r>
    </w:p>
    <w:p>
      <w:pPr>
        <w:spacing w:after="80"/>
      </w:pPr>
      <w:r>
        <w:rPr>
          <w:rFonts w:ascii="Georgia" w:hAnsi="Georgia"/>
          <w:sz w:val="23"/>
        </w:rPr>
        <w:t>On the field, it sounded like language.</w:t>
      </w:r>
    </w:p>
    <w:p>
      <w:pPr>
        <w:spacing w:after="80"/>
      </w:pPr>
      <w:r>
        <w:rPr>
          <w:rFonts w:ascii="Georgia" w:hAnsi="Georgia"/>
          <w:sz w:val="23"/>
        </w:rPr>
        <w:t>Coach Law pointed at Noah. “Own the trigger.”</w:t>
      </w:r>
    </w:p>
    <w:p>
      <w:pPr>
        <w:spacing w:after="80"/>
      </w:pPr>
      <w:r>
        <w:rPr>
          <w:rFonts w:ascii="Georgia" w:hAnsi="Georgia"/>
          <w:sz w:val="23"/>
        </w:rPr>
        <w:t>Then at the whole team. “Protect the huddle.”</w:t>
      </w:r>
    </w:p>
    <w:p>
      <w:pPr>
        <w:spacing w:after="80"/>
      </w:pPr>
      <w:r>
        <w:rPr>
          <w:rFonts w:ascii="Georgia" w:hAnsi="Georgia"/>
          <w:sz w:val="23"/>
        </w:rPr>
        <w:t>That was it.</w:t>
      </w:r>
    </w:p>
    <w:p>
      <w:pPr>
        <w:spacing w:after="80"/>
      </w:pPr>
      <w:r>
        <w:rPr>
          <w:rFonts w:ascii="Georgia" w:hAnsi="Georgia"/>
          <w:sz w:val="23"/>
        </w:rPr>
        <w:t xml:space="preserve">No grand speech.  </w:t>
        <w:br/>
        <w:t xml:space="preserve">No movie lines.  </w:t>
        <w:br/>
        <w:t>No fake emotion.</w:t>
      </w:r>
    </w:p>
    <w:p>
      <w:pPr>
        <w:spacing w:after="80"/>
      </w:pPr>
      <w:r>
        <w:rPr>
          <w:rFonts w:ascii="Georgia" w:hAnsi="Georgia"/>
          <w:sz w:val="23"/>
        </w:rPr>
        <w:t>Championship football.</w:t>
      </w:r>
    </w:p>
    <w:p>
      <w:pPr>
        <w:spacing w:after="80"/>
      </w:pPr>
      <w:r>
        <w:rPr>
          <w:rFonts w:ascii="Georgia" w:hAnsi="Georgia"/>
          <w:sz w:val="23"/>
        </w:rPr>
        <w:t>They ran out.</w:t>
      </w:r>
    </w:p>
    <w:p>
      <w:pPr>
        <w:spacing w:after="80"/>
      </w:pPr>
      <w:r>
        <w:rPr>
          <w:rFonts w:ascii="Georgia" w:hAnsi="Georgia"/>
          <w:sz w:val="23"/>
        </w:rPr>
        <w:t>Northgate won the toss and deferred.</w:t>
      </w:r>
    </w:p>
    <w:p>
      <w:pPr>
        <w:spacing w:after="80"/>
      </w:pPr>
      <w:r>
        <w:rPr>
          <w:rFonts w:ascii="Georgia" w:hAnsi="Georgia"/>
          <w:sz w:val="23"/>
        </w:rPr>
        <w:t>Prime 8 got the ball first.</w:t>
      </w:r>
    </w:p>
    <w:p>
      <w:pPr>
        <w:spacing w:after="80"/>
      </w:pPr>
      <w:r>
        <w:rPr>
          <w:rFonts w:ascii="Georgia" w:hAnsi="Georgia"/>
          <w:sz w:val="23"/>
        </w:rPr>
        <w:t>Noah actually liked that.</w:t>
      </w:r>
    </w:p>
    <w:p>
      <w:pPr>
        <w:spacing w:after="80"/>
      </w:pPr>
      <w:r>
        <w:rPr>
          <w:rFonts w:ascii="Georgia" w:hAnsi="Georgia"/>
          <w:sz w:val="23"/>
        </w:rPr>
        <w:t>Better to answer the question with the offense than spend four minutes standing still with adrenaline climbing your throat.</w:t>
      </w:r>
    </w:p>
    <w:p>
      <w:pPr>
        <w:spacing w:after="80"/>
      </w:pPr>
      <w:r>
        <w:rPr>
          <w:rFonts w:ascii="Georgia" w:hAnsi="Georgia"/>
          <w:sz w:val="23"/>
        </w:rPr>
        <w:t>He jogged into the huddle at the minus thirty-five with the cold air feeling almost too clear.</w:t>
      </w:r>
    </w:p>
    <w:p>
      <w:pPr>
        <w:spacing w:after="80"/>
      </w:pPr>
      <w:r>
        <w:rPr>
          <w:rFonts w:ascii="Georgia" w:hAnsi="Georgia"/>
          <w:sz w:val="23"/>
        </w:rPr>
        <w:t>Northgate’s defense came out exactly like Coach Law expected.</w:t>
      </w:r>
    </w:p>
    <w:p>
      <w:pPr>
        <w:spacing w:after="80"/>
      </w:pPr>
      <w:r>
        <w:rPr>
          <w:rFonts w:ascii="Georgia" w:hAnsi="Georgia"/>
          <w:sz w:val="23"/>
        </w:rPr>
        <w:t xml:space="preserve">A little eager.  </w:t>
        <w:br/>
        <w:t xml:space="preserve">A little tilted.  </w:t>
        <w:br/>
        <w:t>Showing they knew enough to be dangerous.</w:t>
      </w:r>
    </w:p>
    <w:p>
      <w:pPr>
        <w:spacing w:after="80"/>
      </w:pPr>
      <w:r>
        <w:rPr>
          <w:rFonts w:ascii="Georgia" w:hAnsi="Georgia"/>
          <w:sz w:val="23"/>
        </w:rPr>
        <w:t>Noah smiled inside the facemask.</w:t>
      </w:r>
    </w:p>
    <w:p>
      <w:pPr>
        <w:spacing w:after="80"/>
      </w:pPr>
      <w:r>
        <w:rPr>
          <w:rFonts w:ascii="Georgia" w:hAnsi="Georgia"/>
          <w:sz w:val="23"/>
        </w:rPr>
        <w:t>Good.</w:t>
      </w:r>
    </w:p>
    <w:p>
      <w:pPr>
        <w:spacing w:after="80"/>
      </w:pPr>
      <w:r>
        <w:rPr>
          <w:rFonts w:ascii="Georgia" w:hAnsi="Georgia"/>
          <w:sz w:val="23"/>
        </w:rPr>
        <w:t>“Early,” he said in the huddle. “Trips right. Stick. On one.”</w:t>
      </w:r>
    </w:p>
    <w:p>
      <w:pPr>
        <w:spacing w:after="80"/>
      </w:pPr>
      <w:r>
        <w:rPr>
          <w:rFonts w:ascii="Georgia" w:hAnsi="Georgia"/>
          <w:sz w:val="23"/>
        </w:rPr>
        <w:t>Break.</w:t>
      </w:r>
    </w:p>
    <w:p>
      <w:pPr>
        <w:spacing w:after="80"/>
      </w:pPr>
      <w:r>
        <w:rPr>
          <w:rFonts w:ascii="Georgia" w:hAnsi="Georgia"/>
          <w:sz w:val="23"/>
        </w:rPr>
        <w:t>The defense aligned in a 2–1 shell with the apex widened and Bell—playing both ways because championships made kids do that—cheating his corner leverage low enough to jump anything lazy.</w:t>
      </w:r>
    </w:p>
    <w:p>
      <w:pPr>
        <w:spacing w:after="80"/>
      </w:pPr>
      <w:r>
        <w:rPr>
          <w:rFonts w:ascii="Georgia" w:hAnsi="Georgia"/>
          <w:sz w:val="23"/>
        </w:rPr>
        <w:t>Snap.</w:t>
      </w:r>
    </w:p>
    <w:p>
      <w:pPr>
        <w:spacing w:after="80"/>
      </w:pPr>
      <w:r>
        <w:rPr>
          <w:rFonts w:ascii="Georgia" w:hAnsi="Georgia"/>
          <w:sz w:val="23"/>
        </w:rPr>
        <w:t xml:space="preserve">Rico settled on the stick.  </w:t>
        <w:br/>
        <w:t xml:space="preserve">Owen widened the flat.  </w:t>
        <w:br/>
        <w:t>Micah got into his stalk.</w:t>
      </w:r>
    </w:p>
    <w:p>
      <w:pPr>
        <w:spacing w:after="80"/>
      </w:pPr>
      <w:r>
        <w:rPr>
          <w:rFonts w:ascii="Georgia" w:hAnsi="Georgia"/>
          <w:sz w:val="23"/>
        </w:rPr>
        <w:t>Ball out.</w:t>
      </w:r>
    </w:p>
    <w:p>
      <w:pPr>
        <w:spacing w:after="80"/>
      </w:pPr>
      <w:r>
        <w:rPr>
          <w:rFonts w:ascii="Georgia" w:hAnsi="Georgia"/>
          <w:sz w:val="23"/>
        </w:rPr>
        <w:t>Six yards.</w:t>
      </w:r>
    </w:p>
    <w:p>
      <w:pPr>
        <w:spacing w:after="80"/>
      </w:pPr>
      <w:r>
        <w:rPr>
          <w:rFonts w:ascii="Georgia" w:hAnsi="Georgia"/>
          <w:sz w:val="23"/>
        </w:rPr>
        <w:t>Easy.</w:t>
      </w:r>
    </w:p>
    <w:p>
      <w:pPr>
        <w:spacing w:after="80"/>
      </w:pPr>
      <w:r>
        <w:rPr>
          <w:rFonts w:ascii="Georgia" w:hAnsi="Georgia"/>
          <w:sz w:val="23"/>
        </w:rPr>
        <w:t>Noah got back on the ball fast.</w:t>
      </w:r>
    </w:p>
    <w:p>
      <w:pPr>
        <w:spacing w:after="80"/>
      </w:pPr>
      <w:r>
        <w:rPr>
          <w:rFonts w:ascii="Georgia" w:hAnsi="Georgia"/>
          <w:sz w:val="23"/>
        </w:rPr>
        <w:t>“Early. Spacing.”</w:t>
      </w:r>
    </w:p>
    <w:p>
      <w:pPr>
        <w:spacing w:after="80"/>
      </w:pPr>
      <w:r>
        <w:rPr>
          <w:rFonts w:ascii="Georgia" w:hAnsi="Georgia"/>
          <w:sz w:val="23"/>
        </w:rPr>
        <w:t>Same shell.</w:t>
      </w:r>
    </w:p>
    <w:p>
      <w:pPr>
        <w:spacing w:after="80"/>
      </w:pPr>
      <w:r>
        <w:rPr>
          <w:rFonts w:ascii="Georgia" w:hAnsi="Georgia"/>
          <w:sz w:val="23"/>
        </w:rPr>
        <w:t>Same pre-snap picture.</w:t>
      </w:r>
    </w:p>
    <w:p>
      <w:pPr>
        <w:spacing w:after="80"/>
      </w:pPr>
      <w:r>
        <w:rPr>
          <w:rFonts w:ascii="Georgia" w:hAnsi="Georgia"/>
          <w:sz w:val="23"/>
        </w:rPr>
        <w:t>Different truth.</w:t>
      </w:r>
    </w:p>
    <w:p>
      <w:pPr>
        <w:spacing w:after="80"/>
      </w:pPr>
      <w:r>
        <w:rPr>
          <w:rFonts w:ascii="Georgia" w:hAnsi="Georgia"/>
          <w:sz w:val="23"/>
        </w:rPr>
        <w:t>This time Rico settled outside, Owen sat inside, Devin leaked late.</w:t>
      </w:r>
    </w:p>
    <w:p>
      <w:pPr>
        <w:spacing w:after="80"/>
      </w:pPr>
      <w:r>
        <w:rPr>
          <w:rFonts w:ascii="Georgia" w:hAnsi="Georgia"/>
          <w:sz w:val="23"/>
        </w:rPr>
        <w:t>The apex widened with the old flat idea for half a beat too long.</w:t>
      </w:r>
    </w:p>
    <w:p>
      <w:pPr>
        <w:spacing w:after="80"/>
      </w:pPr>
      <w:r>
        <w:rPr>
          <w:rFonts w:ascii="Georgia" w:hAnsi="Georgia"/>
          <w:sz w:val="23"/>
        </w:rPr>
        <w:t>Ball to Rico.</w:t>
      </w:r>
    </w:p>
    <w:p>
      <w:pPr>
        <w:spacing w:after="80"/>
      </w:pPr>
      <w:r>
        <w:rPr>
          <w:rFonts w:ascii="Georgia" w:hAnsi="Georgia"/>
          <w:sz w:val="23"/>
        </w:rPr>
        <w:t>Seven more.</w:t>
      </w:r>
    </w:p>
    <w:p>
      <w:pPr>
        <w:spacing w:after="80"/>
      </w:pPr>
      <w:r>
        <w:rPr>
          <w:rFonts w:ascii="Georgia" w:hAnsi="Georgia"/>
          <w:sz w:val="23"/>
        </w:rPr>
        <w:t>First down.</w:t>
      </w:r>
    </w:p>
    <w:p>
      <w:pPr>
        <w:spacing w:after="80"/>
      </w:pPr>
      <w:r>
        <w:rPr>
          <w:rFonts w:ascii="Georgia" w:hAnsi="Georgia"/>
          <w:sz w:val="23"/>
        </w:rPr>
        <w:t>Jalen, yelling from the sideline, cupped his hands around his mouth. “Boring them to death! Respectfully!”</w:t>
      </w:r>
    </w:p>
    <w:p>
      <w:pPr>
        <w:spacing w:after="80"/>
      </w:pPr>
      <w:r>
        <w:rPr>
          <w:rFonts w:ascii="Georgia" w:hAnsi="Georgia"/>
          <w:sz w:val="23"/>
        </w:rPr>
        <w:t>Northgate shifted into tighter pressure looks after that. Their rusher widened. The safety cheated stack-side. Bell started trying to undercut glance windows from the boundary.</w:t>
      </w:r>
    </w:p>
    <w:p>
      <w:pPr>
        <w:spacing w:after="80"/>
      </w:pPr>
      <w:r>
        <w:rPr>
          <w:rFonts w:ascii="Georgia" w:hAnsi="Georgia"/>
          <w:sz w:val="23"/>
        </w:rPr>
        <w:t>Noah let them.</w:t>
      </w:r>
    </w:p>
    <w:p>
      <w:pPr>
        <w:spacing w:after="80"/>
      </w:pPr>
      <w:r>
        <w:rPr>
          <w:rFonts w:ascii="Georgia" w:hAnsi="Georgia"/>
          <w:sz w:val="23"/>
        </w:rPr>
        <w:t>That was part of it too.</w:t>
      </w:r>
    </w:p>
    <w:p>
      <w:pPr>
        <w:spacing w:after="80"/>
      </w:pPr>
      <w:r>
        <w:rPr>
          <w:rFonts w:ascii="Georgia" w:hAnsi="Georgia"/>
          <w:sz w:val="23"/>
        </w:rPr>
        <w:t>Early was for planting ideas.</w:t>
      </w:r>
    </w:p>
    <w:p>
      <w:pPr>
        <w:spacing w:after="80"/>
      </w:pPr>
      <w:r>
        <w:rPr>
          <w:rFonts w:ascii="Georgia" w:hAnsi="Georgia"/>
          <w:sz w:val="23"/>
        </w:rPr>
        <w:t>He hit Devin on a check release, then Micah on Texas when the linebacker overran the swing, then took a checkdown instead of forcing a wheel shot because the safety stayed home. That was maybe the most important play of the drive.</w:t>
      </w:r>
    </w:p>
    <w:p>
      <w:pPr>
        <w:spacing w:after="80"/>
      </w:pPr>
      <w:r>
        <w:rPr>
          <w:rFonts w:ascii="Georgia" w:hAnsi="Georgia"/>
          <w:sz w:val="23"/>
        </w:rPr>
        <w:t>In old weeks, Noah might have chased the wheel just because it existed in possibility.</w:t>
      </w:r>
    </w:p>
    <w:p>
      <w:pPr>
        <w:spacing w:after="80"/>
      </w:pPr>
      <w:r>
        <w:rPr>
          <w:rFonts w:ascii="Georgia" w:hAnsi="Georgia"/>
          <w:sz w:val="23"/>
        </w:rPr>
        <w:t>Today he took the back.</w:t>
      </w:r>
    </w:p>
    <w:p>
      <w:pPr>
        <w:spacing w:after="80"/>
      </w:pPr>
      <w:r>
        <w:rPr>
          <w:rFonts w:ascii="Georgia" w:hAnsi="Georgia"/>
          <w:sz w:val="23"/>
        </w:rPr>
        <w:t>Third-and-two.</w:t>
      </w:r>
    </w:p>
    <w:p>
      <w:pPr>
        <w:spacing w:after="80"/>
      </w:pPr>
      <w:r>
        <w:rPr>
          <w:rFonts w:ascii="Georgia" w:hAnsi="Georgia"/>
          <w:sz w:val="23"/>
        </w:rPr>
        <w:t>Midfield.</w:t>
      </w:r>
    </w:p>
    <w:p>
      <w:pPr>
        <w:spacing w:after="80"/>
      </w:pPr>
      <w:r>
        <w:rPr>
          <w:rFonts w:ascii="Georgia" w:hAnsi="Georgia"/>
          <w:sz w:val="23"/>
        </w:rPr>
        <w:t>Coach Law gave him nothing from the sideline but eye contact.</w:t>
      </w:r>
    </w:p>
    <w:p>
      <w:pPr>
        <w:spacing w:after="80"/>
      </w:pPr>
      <w:r>
        <w:rPr>
          <w:rFonts w:ascii="Georgia" w:hAnsi="Georgia"/>
          <w:sz w:val="23"/>
        </w:rPr>
        <w:t>Noah owned the shift.</w:t>
      </w:r>
    </w:p>
    <w:p>
      <w:pPr>
        <w:spacing w:after="80"/>
      </w:pPr>
      <w:r>
        <w:rPr>
          <w:rFonts w:ascii="Georgia" w:hAnsi="Georgia"/>
          <w:sz w:val="23"/>
        </w:rPr>
        <w:t>“Glass.”</w:t>
      </w:r>
    </w:p>
    <w:p>
      <w:pPr>
        <w:spacing w:after="80"/>
      </w:pPr>
      <w:r>
        <w:rPr>
          <w:rFonts w:ascii="Georgia" w:hAnsi="Georgia"/>
          <w:sz w:val="23"/>
        </w:rPr>
        <w:t>Mirror.</w:t>
      </w:r>
    </w:p>
    <w:p>
      <w:pPr>
        <w:spacing w:after="80"/>
      </w:pPr>
      <w:r>
        <w:rPr>
          <w:rFonts w:ascii="Georgia" w:hAnsi="Georgia"/>
          <w:sz w:val="23"/>
        </w:rPr>
        <w:t xml:space="preserve">Trips looked like Trips.  </w:t>
        <w:br/>
        <w:t>Routes did not behave like old Trips.</w:t>
      </w:r>
    </w:p>
    <w:p>
      <w:pPr>
        <w:spacing w:after="80"/>
      </w:pPr>
      <w:r>
        <w:rPr>
          <w:rFonts w:ascii="Georgia" w:hAnsi="Georgia"/>
          <w:sz w:val="23"/>
        </w:rPr>
        <w:t>At the snap, Rico widened instead of sitting. Micah flashed the glance. Owen sat late into the vacated void.</w:t>
      </w:r>
    </w:p>
    <w:p>
      <w:pPr>
        <w:spacing w:after="80"/>
      </w:pPr>
      <w:r>
        <w:rPr>
          <w:rFonts w:ascii="Georgia" w:hAnsi="Georgia"/>
          <w:sz w:val="23"/>
        </w:rPr>
        <w:t>Northgate jumped stick.</w:t>
      </w:r>
    </w:p>
    <w:p>
      <w:pPr>
        <w:spacing w:after="80"/>
      </w:pPr>
      <w:r>
        <w:rPr>
          <w:rFonts w:ascii="Georgia" w:hAnsi="Georgia"/>
          <w:sz w:val="23"/>
        </w:rPr>
        <w:t>Noah hit Micah.</w:t>
      </w:r>
    </w:p>
    <w:p>
      <w:pPr>
        <w:spacing w:after="80"/>
      </w:pPr>
      <w:r>
        <w:rPr>
          <w:rFonts w:ascii="Georgia" w:hAnsi="Georgia"/>
          <w:sz w:val="23"/>
        </w:rPr>
        <w:t>Gain of fifteen.</w:t>
      </w:r>
    </w:p>
    <w:p>
      <w:pPr>
        <w:spacing w:after="80"/>
      </w:pPr>
      <w:r>
        <w:rPr>
          <w:rFonts w:ascii="Georgia" w:hAnsi="Georgia"/>
          <w:sz w:val="23"/>
        </w:rPr>
        <w:t>The first real sound from the Prime 8 sideline rose up.</w:t>
      </w:r>
    </w:p>
    <w:p>
      <w:pPr>
        <w:spacing w:after="80"/>
      </w:pPr>
      <w:r>
        <w:rPr>
          <w:rFonts w:ascii="Georgia" w:hAnsi="Georgia"/>
          <w:sz w:val="23"/>
        </w:rPr>
        <w:t xml:space="preserve">Not celebration exactly.  </w:t>
        <w:br/>
        <w:t>Recognition.</w:t>
      </w:r>
    </w:p>
    <w:p>
      <w:pPr>
        <w:spacing w:after="80"/>
      </w:pPr>
      <w:r>
        <w:rPr>
          <w:rFonts w:ascii="Georgia" w:hAnsi="Georgia"/>
          <w:sz w:val="23"/>
        </w:rPr>
        <w:t xml:space="preserve">Northgate knew something old.  </w:t>
        <w:br/>
        <w:t>Prime 8 was already in something new.</w:t>
      </w:r>
    </w:p>
    <w:p>
      <w:pPr>
        <w:spacing w:after="80"/>
      </w:pPr>
      <w:r>
        <w:rPr>
          <w:rFonts w:ascii="Georgia" w:hAnsi="Georgia"/>
          <w:sz w:val="23"/>
        </w:rPr>
        <w:t>By the time the drive hit the fringe, Noah could feel Northgate searching. Pointing. Talking. Bell looking to the sideline. Zay standing at the far numbers watching harder than a quarterback should have had to watch the other team’s offense.</w:t>
      </w:r>
    </w:p>
    <w:p>
      <w:pPr>
        <w:spacing w:after="80"/>
      </w:pPr>
      <w:r>
        <w:rPr>
          <w:rFonts w:ascii="Georgia" w:hAnsi="Georgia"/>
          <w:sz w:val="23"/>
        </w:rPr>
        <w:t>Good.</w:t>
      </w:r>
    </w:p>
    <w:p>
      <w:pPr>
        <w:spacing w:after="80"/>
      </w:pPr>
      <w:r>
        <w:rPr>
          <w:rFonts w:ascii="Georgia" w:hAnsi="Georgia"/>
          <w:sz w:val="23"/>
        </w:rPr>
        <w:t>The ball got to the twelve.</w:t>
      </w:r>
    </w:p>
    <w:p>
      <w:pPr>
        <w:spacing w:after="80"/>
      </w:pPr>
      <w:r>
        <w:rPr>
          <w:rFonts w:ascii="Georgia" w:hAnsi="Georgia"/>
          <w:sz w:val="23"/>
        </w:rPr>
        <w:t>Coach Law tapped his wrist once from the sideline.</w:t>
      </w:r>
    </w:p>
    <w:p>
      <w:pPr>
        <w:spacing w:after="80"/>
      </w:pPr>
      <w:r>
        <w:rPr>
          <w:rFonts w:ascii="Georgia" w:hAnsi="Georgia"/>
          <w:sz w:val="23"/>
        </w:rPr>
        <w:t>Not a call.</w:t>
      </w:r>
    </w:p>
    <w:p>
      <w:pPr>
        <w:spacing w:after="80"/>
      </w:pPr>
      <w:r>
        <w:rPr>
          <w:rFonts w:ascii="Georgia" w:hAnsi="Georgia"/>
          <w:sz w:val="23"/>
        </w:rPr>
        <w:t>A reminder.</w:t>
      </w:r>
    </w:p>
    <w:p>
      <w:pPr>
        <w:spacing w:after="80"/>
      </w:pPr>
      <w:r>
        <w:rPr>
          <w:rFonts w:ascii="Georgia" w:hAnsi="Georgia"/>
          <w:sz w:val="23"/>
        </w:rPr>
        <w:t>Close.</w:t>
      </w:r>
    </w:p>
    <w:p>
      <w:pPr>
        <w:spacing w:after="80"/>
      </w:pPr>
      <w:r>
        <w:rPr>
          <w:rFonts w:ascii="Georgia" w:hAnsi="Georgia"/>
          <w:sz w:val="23"/>
        </w:rPr>
        <w:t>Noah stepped into the huddle.</w:t>
      </w:r>
    </w:p>
    <w:p>
      <w:pPr>
        <w:spacing w:after="80"/>
      </w:pPr>
      <w:r>
        <w:rPr>
          <w:rFonts w:ascii="Georgia" w:hAnsi="Georgia"/>
          <w:sz w:val="23"/>
        </w:rPr>
        <w:t>“Close one.”</w:t>
      </w:r>
    </w:p>
    <w:p>
      <w:pPr>
        <w:spacing w:after="80"/>
      </w:pPr>
      <w:r>
        <w:rPr>
          <w:rFonts w:ascii="Georgia" w:hAnsi="Georgia"/>
          <w:sz w:val="23"/>
        </w:rPr>
        <w:t>The bunch aligned right.</w:t>
      </w:r>
    </w:p>
    <w:p>
      <w:pPr>
        <w:spacing w:after="80"/>
      </w:pPr>
      <w:r>
        <w:rPr>
          <w:rFonts w:ascii="Georgia" w:hAnsi="Georgia"/>
          <w:sz w:val="23"/>
        </w:rPr>
        <w:t>Northgate spread zero help and threatened edge pressure from the bunch side. Exactly the kind of title-game call they would have used if they trusted old film too much.</w:t>
      </w:r>
    </w:p>
    <w:p>
      <w:pPr>
        <w:spacing w:after="80"/>
      </w:pPr>
      <w:r>
        <w:rPr>
          <w:rFonts w:ascii="Georgia" w:hAnsi="Georgia"/>
          <w:sz w:val="23"/>
        </w:rPr>
        <w:t>Snap.</w:t>
      </w:r>
    </w:p>
    <w:p>
      <w:pPr>
        <w:spacing w:after="80"/>
      </w:pPr>
      <w:r>
        <w:rPr>
          <w:rFonts w:ascii="Georgia" w:hAnsi="Georgia"/>
          <w:sz w:val="23"/>
        </w:rPr>
        <w:t xml:space="preserve">Rico crossed low.  </w:t>
        <w:br/>
        <w:t xml:space="preserve">Micah jabbed under and snapped back to the front pylon.  </w:t>
        <w:br/>
        <w:t>Devin sealed just enough wash.</w:t>
      </w:r>
    </w:p>
    <w:p>
      <w:pPr>
        <w:spacing w:after="80"/>
      </w:pPr>
      <w:r>
        <w:rPr>
          <w:rFonts w:ascii="Georgia" w:hAnsi="Georgia"/>
          <w:sz w:val="23"/>
        </w:rPr>
        <w:t>Ball out.</w:t>
      </w:r>
    </w:p>
    <w:p>
      <w:pPr>
        <w:spacing w:after="80"/>
      </w:pPr>
      <w:r>
        <w:rPr>
          <w:rFonts w:ascii="Georgia" w:hAnsi="Georgia"/>
          <w:sz w:val="23"/>
        </w:rPr>
        <w:t>Touchdown.</w:t>
      </w:r>
    </w:p>
    <w:p>
      <w:pPr>
        <w:spacing w:after="80"/>
      </w:pPr>
      <w:r>
        <w:rPr>
          <w:rFonts w:ascii="Georgia" w:hAnsi="Georgia"/>
          <w:sz w:val="23"/>
        </w:rPr>
        <w:t>Prime 8 sideline exploded.</w:t>
      </w:r>
    </w:p>
    <w:p>
      <w:pPr>
        <w:spacing w:after="80"/>
      </w:pPr>
      <w:r>
        <w:rPr>
          <w:rFonts w:ascii="Georgia" w:hAnsi="Georgia"/>
          <w:sz w:val="23"/>
        </w:rPr>
        <w:t>Micah kept the ball tucked and jogged it back like he had been there before, but his grin said different.</w:t>
      </w:r>
    </w:p>
    <w:p>
      <w:pPr>
        <w:spacing w:after="80"/>
      </w:pPr>
      <w:r>
        <w:rPr>
          <w:rFonts w:ascii="Georgia" w:hAnsi="Georgia"/>
          <w:sz w:val="23"/>
        </w:rPr>
        <w:t>7–0.</w:t>
      </w:r>
    </w:p>
    <w:p>
      <w:pPr>
        <w:spacing w:after="80"/>
      </w:pPr>
      <w:r>
        <w:rPr>
          <w:rFonts w:ascii="Georgia" w:hAnsi="Georgia"/>
          <w:sz w:val="23"/>
        </w:rPr>
        <w:t>Noah trotted off feeling the first real surge of the day.</w:t>
      </w:r>
    </w:p>
    <w:p>
      <w:pPr>
        <w:spacing w:after="80"/>
      </w:pPr>
      <w:r>
        <w:rPr>
          <w:rFonts w:ascii="Georgia" w:hAnsi="Georgia"/>
          <w:sz w:val="23"/>
        </w:rPr>
        <w:t xml:space="preserve">Not relief.  </w:t>
        <w:br/>
        <w:t>Control.</w:t>
      </w:r>
    </w:p>
    <w:p>
      <w:pPr>
        <w:spacing w:after="80"/>
      </w:pPr>
      <w:r>
        <w:rPr>
          <w:rFonts w:ascii="Georgia" w:hAnsi="Georgia"/>
          <w:sz w:val="23"/>
        </w:rPr>
        <w:t>Northgate answered like champions.</w:t>
      </w:r>
    </w:p>
    <w:p>
      <w:pPr>
        <w:spacing w:after="80"/>
      </w:pPr>
      <w:r>
        <w:rPr>
          <w:rFonts w:ascii="Georgia" w:hAnsi="Georgia"/>
          <w:sz w:val="23"/>
        </w:rPr>
        <w:t>That was the problem with good teams. They did not collapse just because your first script worked.</w:t>
      </w:r>
    </w:p>
    <w:p>
      <w:pPr>
        <w:spacing w:after="80"/>
      </w:pPr>
      <w:r>
        <w:rPr>
          <w:rFonts w:ascii="Georgia" w:hAnsi="Georgia"/>
          <w:sz w:val="23"/>
        </w:rPr>
        <w:t>Zay opened with a short-game series designed to calm everything down—speed out, flare, quick under, orbit fake into a simple hitch. Nothing heroic. Exactly what smart quarterbacks did after giving up an opening score.</w:t>
      </w:r>
    </w:p>
    <w:p>
      <w:pPr>
        <w:spacing w:after="80"/>
      </w:pPr>
      <w:r>
        <w:rPr>
          <w:rFonts w:ascii="Georgia" w:hAnsi="Georgia"/>
          <w:sz w:val="23"/>
        </w:rPr>
        <w:t>Coach Law noticed immediately.</w:t>
      </w:r>
    </w:p>
    <w:p>
      <w:pPr>
        <w:spacing w:after="80"/>
      </w:pPr>
      <w:r>
        <w:rPr>
          <w:rFonts w:ascii="Georgia" w:hAnsi="Georgia"/>
          <w:sz w:val="23"/>
        </w:rPr>
        <w:t>“Settle drive,” he muttered on the sideline.</w:t>
      </w:r>
    </w:p>
    <w:p>
      <w:pPr>
        <w:spacing w:after="80"/>
      </w:pPr>
      <w:r>
        <w:rPr>
          <w:rFonts w:ascii="Georgia" w:hAnsi="Georgia"/>
          <w:sz w:val="23"/>
        </w:rPr>
        <w:t>Owen heard him. “Means shot coming.”</w:t>
      </w:r>
    </w:p>
    <w:p>
      <w:pPr>
        <w:spacing w:after="80"/>
      </w:pPr>
      <w:r>
        <w:rPr>
          <w:rFonts w:ascii="Georgia" w:hAnsi="Georgia"/>
          <w:sz w:val="23"/>
        </w:rPr>
        <w:t>He was right.</w:t>
      </w:r>
    </w:p>
    <w:p>
      <w:pPr>
        <w:spacing w:after="80"/>
      </w:pPr>
      <w:r>
        <w:rPr>
          <w:rFonts w:ascii="Georgia" w:hAnsi="Georgia"/>
          <w:sz w:val="23"/>
        </w:rPr>
        <w:t>Third snap of the second series, Bell aligned in reduced split to the boundary. Jalen and Owen got the cone bracket call in late but just in time.</w:t>
      </w:r>
    </w:p>
    <w:p>
      <w:pPr>
        <w:spacing w:after="80"/>
      </w:pPr>
      <w:r>
        <w:rPr>
          <w:rFonts w:ascii="Georgia" w:hAnsi="Georgia"/>
          <w:sz w:val="23"/>
        </w:rPr>
        <w:t>Bell stemmed slant-corner.</w:t>
      </w:r>
    </w:p>
    <w:p>
      <w:pPr>
        <w:spacing w:after="80"/>
      </w:pPr>
      <w:r>
        <w:rPr>
          <w:rFonts w:ascii="Georgia" w:hAnsi="Georgia"/>
          <w:sz w:val="23"/>
        </w:rPr>
        <w:t xml:space="preserve">Jalen sat inside.  </w:t>
        <w:br/>
        <w:t>Owen stayed top-out.</w:t>
      </w:r>
    </w:p>
    <w:p>
      <w:pPr>
        <w:spacing w:after="80"/>
      </w:pPr>
      <w:r>
        <w:rPr>
          <w:rFonts w:ascii="Georgia" w:hAnsi="Georgia"/>
          <w:sz w:val="23"/>
        </w:rPr>
        <w:t>Zay came off it.</w:t>
      </w:r>
    </w:p>
    <w:p>
      <w:pPr>
        <w:spacing w:after="80"/>
      </w:pPr>
      <w:r>
        <w:rPr>
          <w:rFonts w:ascii="Georgia" w:hAnsi="Georgia"/>
          <w:sz w:val="23"/>
        </w:rPr>
        <w:t>Good defense.</w:t>
      </w:r>
    </w:p>
    <w:p>
      <w:pPr>
        <w:spacing w:after="80"/>
      </w:pPr>
      <w:r>
        <w:rPr>
          <w:rFonts w:ascii="Georgia" w:hAnsi="Georgia"/>
          <w:sz w:val="23"/>
        </w:rPr>
        <w:t>He found the backside over route instead for ten.</w:t>
      </w:r>
    </w:p>
    <w:p>
      <w:pPr>
        <w:spacing w:after="80"/>
      </w:pPr>
      <w:r>
        <w:rPr>
          <w:rFonts w:ascii="Georgia" w:hAnsi="Georgia"/>
          <w:sz w:val="23"/>
        </w:rPr>
        <w:t>First down.</w:t>
      </w:r>
    </w:p>
    <w:p>
      <w:pPr>
        <w:spacing w:after="80"/>
      </w:pPr>
      <w:r>
        <w:rPr>
          <w:rFonts w:ascii="Georgia" w:hAnsi="Georgia"/>
          <w:sz w:val="23"/>
        </w:rPr>
        <w:t>Northgate moved into the red zone with the kind of efficient ugliness good youth offenses loved—nothing flashy, everything stressful. Bell short motion into bunch. Flat route underneath. Zay holding weak safety with his left-handed eyes. Prime 8’s defense talked and sorted and forced them to work.</w:t>
      </w:r>
    </w:p>
    <w:p>
      <w:pPr>
        <w:spacing w:after="80"/>
      </w:pPr>
      <w:r>
        <w:rPr>
          <w:rFonts w:ascii="Georgia" w:hAnsi="Georgia"/>
          <w:sz w:val="23"/>
        </w:rPr>
        <w:t>Ball on the five.</w:t>
      </w:r>
    </w:p>
    <w:p>
      <w:pPr>
        <w:spacing w:after="80"/>
      </w:pPr>
      <w:r>
        <w:rPr>
          <w:rFonts w:ascii="Georgia" w:hAnsi="Georgia"/>
          <w:sz w:val="23"/>
        </w:rPr>
        <w:t>Third down.</w:t>
      </w:r>
    </w:p>
    <w:p>
      <w:pPr>
        <w:spacing w:after="80"/>
      </w:pPr>
      <w:r>
        <w:rPr>
          <w:rFonts w:ascii="Georgia" w:hAnsi="Georgia"/>
          <w:sz w:val="23"/>
        </w:rPr>
        <w:t>Northgate came out in stack left with Bell behind the point man.</w:t>
      </w:r>
    </w:p>
    <w:p>
      <w:pPr>
        <w:spacing w:after="80"/>
      </w:pPr>
      <w:r>
        <w:rPr>
          <w:rFonts w:ascii="Georgia" w:hAnsi="Georgia"/>
          <w:sz w:val="23"/>
        </w:rPr>
        <w:t>Owen’s voice cut through everything.</w:t>
      </w:r>
    </w:p>
    <w:p>
      <w:pPr>
        <w:spacing w:after="80"/>
      </w:pPr>
      <w:r>
        <w:rPr>
          <w:rFonts w:ascii="Georgia" w:hAnsi="Georgia"/>
          <w:sz w:val="23"/>
        </w:rPr>
        <w:t>“Banjo if he goes out! Lock if he stems under!”</w:t>
      </w:r>
    </w:p>
    <w:p>
      <w:pPr>
        <w:spacing w:after="80"/>
      </w:pPr>
      <w:r>
        <w:rPr>
          <w:rFonts w:ascii="Georgia" w:hAnsi="Georgia"/>
          <w:sz w:val="23"/>
        </w:rPr>
        <w:t>Snap.</w:t>
      </w:r>
    </w:p>
    <w:p>
      <w:pPr>
        <w:spacing w:after="80"/>
      </w:pPr>
      <w:r>
        <w:rPr>
          <w:rFonts w:ascii="Georgia" w:hAnsi="Georgia"/>
          <w:sz w:val="23"/>
        </w:rPr>
        <w:t xml:space="preserve">Bell jabbed outside and wheeled vertical.  </w:t>
        <w:br/>
        <w:t xml:space="preserve">The point man pivoted under.  </w:t>
        <w:br/>
        <w:t>The backside receiver leaked late.</w:t>
      </w:r>
    </w:p>
    <w:p>
      <w:pPr>
        <w:spacing w:after="80"/>
      </w:pPr>
      <w:r>
        <w:rPr>
          <w:rFonts w:ascii="Georgia" w:hAnsi="Georgia"/>
          <w:sz w:val="23"/>
        </w:rPr>
        <w:t>For half a second, the route picture was messy enough to test discipline.</w:t>
      </w:r>
    </w:p>
    <w:p>
      <w:pPr>
        <w:spacing w:after="80"/>
      </w:pPr>
      <w:r>
        <w:rPr>
          <w:rFonts w:ascii="Georgia" w:hAnsi="Georgia"/>
          <w:sz w:val="23"/>
        </w:rPr>
        <w:t xml:space="preserve">Jalen stayed with the under.  </w:t>
        <w:br/>
        <w:t xml:space="preserve">Owen carried Bell high.  </w:t>
        <w:br/>
        <w:t>Devin walled the late leak.</w:t>
      </w:r>
    </w:p>
    <w:p>
      <w:pPr>
        <w:spacing w:after="80"/>
      </w:pPr>
      <w:r>
        <w:rPr>
          <w:rFonts w:ascii="Georgia" w:hAnsi="Georgia"/>
          <w:sz w:val="23"/>
        </w:rPr>
        <w:t>Nowhere clean.</w:t>
      </w:r>
    </w:p>
    <w:p>
      <w:pPr>
        <w:spacing w:after="80"/>
      </w:pPr>
      <w:r>
        <w:rPr>
          <w:rFonts w:ascii="Georgia" w:hAnsi="Georgia"/>
          <w:sz w:val="23"/>
        </w:rPr>
        <w:t>Zay pulled it down and tried to spin for the pylon.</w:t>
      </w:r>
    </w:p>
    <w:p>
      <w:pPr>
        <w:spacing w:after="80"/>
      </w:pPr>
      <w:r>
        <w:rPr>
          <w:rFonts w:ascii="Georgia" w:hAnsi="Georgia"/>
          <w:sz w:val="23"/>
        </w:rPr>
        <w:t>Rico came from the backside and yanked the flag at the two.</w:t>
      </w:r>
    </w:p>
    <w:p>
      <w:pPr>
        <w:spacing w:after="80"/>
      </w:pPr>
      <w:r>
        <w:rPr>
          <w:rFonts w:ascii="Georgia" w:hAnsi="Georgia"/>
          <w:sz w:val="23"/>
        </w:rPr>
        <w:t>That got the whole defense jumping.</w:t>
      </w:r>
    </w:p>
    <w:p>
      <w:pPr>
        <w:spacing w:after="80"/>
      </w:pPr>
      <w:r>
        <w:rPr>
          <w:rFonts w:ascii="Georgia" w:hAnsi="Georgia"/>
          <w:sz w:val="23"/>
        </w:rPr>
        <w:t>Fourth down.</w:t>
      </w:r>
    </w:p>
    <w:p>
      <w:pPr>
        <w:spacing w:after="80"/>
      </w:pPr>
      <w:r>
        <w:rPr>
          <w:rFonts w:ascii="Georgia" w:hAnsi="Georgia"/>
          <w:sz w:val="23"/>
        </w:rPr>
        <w:t>Northgate went fast.</w:t>
      </w:r>
    </w:p>
    <w:p>
      <w:pPr>
        <w:spacing w:after="80"/>
      </w:pPr>
      <w:r>
        <w:rPr>
          <w:rFonts w:ascii="Georgia" w:hAnsi="Georgia"/>
          <w:sz w:val="23"/>
        </w:rPr>
        <w:t xml:space="preserve">No huddle.  </w:t>
        <w:br/>
        <w:t xml:space="preserve">No substitutions.  </w:t>
        <w:br/>
        <w:t>No time to think beyond what they already knew.</w:t>
      </w:r>
    </w:p>
    <w:p>
      <w:pPr>
        <w:spacing w:after="80"/>
      </w:pPr>
      <w:r>
        <w:rPr>
          <w:rFonts w:ascii="Georgia" w:hAnsi="Georgia"/>
          <w:sz w:val="23"/>
        </w:rPr>
        <w:t>Zay called from the line.</w:t>
      </w:r>
    </w:p>
    <w:p>
      <w:pPr>
        <w:spacing w:after="80"/>
      </w:pPr>
      <w:r>
        <w:rPr>
          <w:rFonts w:ascii="Georgia" w:hAnsi="Georgia"/>
          <w:sz w:val="23"/>
        </w:rPr>
        <w:t>Noah stood on the sideline with both fists pressed against his pads, watching.</w:t>
      </w:r>
    </w:p>
    <w:p>
      <w:pPr>
        <w:spacing w:after="80"/>
      </w:pPr>
      <w:r>
        <w:rPr>
          <w:rFonts w:ascii="Georgia" w:hAnsi="Georgia"/>
          <w:sz w:val="23"/>
        </w:rPr>
        <w:t xml:space="preserve">Ball on the two.  </w:t>
        <w:br/>
        <w:t xml:space="preserve">Bunch tight.  </w:t>
        <w:br/>
        <w:t>Pressure look from Prime 8.</w:t>
      </w:r>
    </w:p>
    <w:p>
      <w:pPr>
        <w:spacing w:after="80"/>
      </w:pPr>
      <w:r>
        <w:rPr>
          <w:rFonts w:ascii="Georgia" w:hAnsi="Georgia"/>
          <w:sz w:val="23"/>
        </w:rPr>
        <w:t>Snap.</w:t>
      </w:r>
    </w:p>
    <w:p>
      <w:pPr>
        <w:spacing w:after="80"/>
      </w:pPr>
      <w:r>
        <w:rPr>
          <w:rFonts w:ascii="Georgia" w:hAnsi="Georgia"/>
          <w:sz w:val="23"/>
        </w:rPr>
        <w:t xml:space="preserve">Bell crossed low.  </w:t>
        <w:br/>
        <w:t xml:space="preserve">Point man widened.  </w:t>
        <w:br/>
        <w:t>Backside kid delayed.</w:t>
      </w:r>
    </w:p>
    <w:p>
      <w:pPr>
        <w:spacing w:after="80"/>
      </w:pPr>
      <w:r>
        <w:rPr>
          <w:rFonts w:ascii="Georgia" w:hAnsi="Georgia"/>
          <w:sz w:val="23"/>
        </w:rPr>
        <w:t>Classic rub-to-flat championship nonsense.</w:t>
      </w:r>
    </w:p>
    <w:p>
      <w:pPr>
        <w:spacing w:after="80"/>
      </w:pPr>
      <w:r>
        <w:rPr>
          <w:rFonts w:ascii="Georgia" w:hAnsi="Georgia"/>
          <w:sz w:val="23"/>
        </w:rPr>
        <w:t>Zay wanted the quick answer.</w:t>
      </w:r>
    </w:p>
    <w:p>
      <w:pPr>
        <w:spacing w:after="80"/>
      </w:pPr>
      <w:r>
        <w:rPr>
          <w:rFonts w:ascii="Georgia" w:hAnsi="Georgia"/>
          <w:sz w:val="23"/>
        </w:rPr>
        <w:t>Jalen blew through the edge clean and got his hand up right into the throwing lane.</w:t>
      </w:r>
    </w:p>
    <w:p>
      <w:pPr>
        <w:spacing w:after="80"/>
      </w:pPr>
      <w:r>
        <w:rPr>
          <w:rFonts w:ascii="Georgia" w:hAnsi="Georgia"/>
          <w:sz w:val="23"/>
        </w:rPr>
        <w:t>Ball tipped.</w:t>
      </w:r>
    </w:p>
    <w:p>
      <w:pPr>
        <w:spacing w:after="80"/>
      </w:pPr>
      <w:r>
        <w:rPr>
          <w:rFonts w:ascii="Georgia" w:hAnsi="Georgia"/>
          <w:sz w:val="23"/>
        </w:rPr>
        <w:t>Incomplete.</w:t>
      </w:r>
    </w:p>
    <w:p>
      <w:pPr>
        <w:spacing w:after="80"/>
      </w:pPr>
      <w:r>
        <w:rPr>
          <w:rFonts w:ascii="Georgia" w:hAnsi="Georgia"/>
          <w:sz w:val="23"/>
        </w:rPr>
        <w:t>Turnover on downs.</w:t>
      </w:r>
    </w:p>
    <w:p>
      <w:pPr>
        <w:spacing w:after="80"/>
      </w:pPr>
      <w:r>
        <w:rPr>
          <w:rFonts w:ascii="Georgia" w:hAnsi="Georgia"/>
          <w:sz w:val="23"/>
        </w:rPr>
        <w:t>The field exploded.</w:t>
      </w:r>
    </w:p>
    <w:p>
      <w:pPr>
        <w:spacing w:after="80"/>
      </w:pPr>
      <w:r>
        <w:rPr>
          <w:rFonts w:ascii="Georgia" w:hAnsi="Georgia"/>
          <w:sz w:val="23"/>
        </w:rPr>
        <w:t>Coach Law pointed at Jalen without smiling, which was basically the highest form of respect he offered in-game.</w:t>
      </w:r>
    </w:p>
    <w:p>
      <w:pPr>
        <w:spacing w:after="80"/>
      </w:pPr>
      <w:r>
        <w:rPr>
          <w:rFonts w:ascii="Georgia" w:hAnsi="Georgia"/>
          <w:sz w:val="23"/>
        </w:rPr>
        <w:t>“Contain from the hand side,” Owen said running off. “Told you.”</w:t>
      </w:r>
    </w:p>
    <w:p>
      <w:pPr>
        <w:spacing w:after="80"/>
      </w:pPr>
      <w:r>
        <w:rPr>
          <w:rFonts w:ascii="Georgia" w:hAnsi="Georgia"/>
          <w:sz w:val="23"/>
        </w:rPr>
        <w:t>Jalen yelled back, “I know what I just did!”</w:t>
      </w:r>
    </w:p>
    <w:p>
      <w:pPr>
        <w:spacing w:after="80"/>
      </w:pPr>
      <w:r>
        <w:rPr>
          <w:rFonts w:ascii="Georgia" w:hAnsi="Georgia"/>
          <w:sz w:val="23"/>
        </w:rPr>
        <w:t>Noah loved all of it.</w:t>
      </w:r>
    </w:p>
    <w:p>
      <w:pPr>
        <w:spacing w:after="80"/>
      </w:pPr>
      <w:r>
        <w:rPr>
          <w:rFonts w:ascii="Georgia" w:hAnsi="Georgia"/>
          <w:sz w:val="23"/>
        </w:rPr>
        <w:t>Because it meant the defense had survived the first real title-game punch.</w:t>
      </w:r>
    </w:p>
    <w:p>
      <w:pPr>
        <w:spacing w:after="80"/>
      </w:pPr>
      <w:r>
        <w:rPr>
          <w:rFonts w:ascii="Georgia" w:hAnsi="Georgia"/>
          <w:sz w:val="23"/>
        </w:rPr>
        <w:t>Prime 8’s second drive started ugly.</w:t>
      </w:r>
    </w:p>
    <w:p>
      <w:pPr>
        <w:spacing w:after="80"/>
      </w:pPr>
      <w:r>
        <w:rPr>
          <w:rFonts w:ascii="Georgia" w:hAnsi="Georgia"/>
          <w:sz w:val="23"/>
        </w:rPr>
        <w:t>First play, Noah was late on a flood throw to Owen and Bell nearly picked it.</w:t>
      </w:r>
    </w:p>
    <w:p>
      <w:pPr>
        <w:spacing w:after="80"/>
      </w:pPr>
      <w:r>
        <w:rPr>
          <w:rFonts w:ascii="Georgia" w:hAnsi="Georgia"/>
          <w:sz w:val="23"/>
        </w:rPr>
        <w:t>Second play, Northgate finally adjusted to the Texas family and sat on Micah underneath.</w:t>
      </w:r>
    </w:p>
    <w:p>
      <w:pPr>
        <w:spacing w:after="80"/>
      </w:pPr>
      <w:r>
        <w:rPr>
          <w:rFonts w:ascii="Georgia" w:hAnsi="Georgia"/>
          <w:sz w:val="23"/>
        </w:rPr>
        <w:t>Third-and-eight.</w:t>
      </w:r>
    </w:p>
    <w:p>
      <w:pPr>
        <w:spacing w:after="80"/>
      </w:pPr>
      <w:r>
        <w:rPr>
          <w:rFonts w:ascii="Georgia" w:hAnsi="Georgia"/>
          <w:sz w:val="23"/>
        </w:rPr>
        <w:t>First real bad-down situation of the game.</w:t>
      </w:r>
    </w:p>
    <w:p>
      <w:pPr>
        <w:spacing w:after="80"/>
      </w:pPr>
      <w:r>
        <w:rPr>
          <w:rFonts w:ascii="Georgia" w:hAnsi="Georgia"/>
          <w:sz w:val="23"/>
        </w:rPr>
        <w:t>Noah got to the huddle and saw it in everybody’s face—the little question mark title games created after the first few easy answers were gone.</w:t>
      </w:r>
    </w:p>
    <w:p>
      <w:pPr>
        <w:spacing w:after="80"/>
      </w:pPr>
      <w:r>
        <w:rPr>
          <w:rFonts w:ascii="Georgia" w:hAnsi="Georgia"/>
          <w:sz w:val="23"/>
        </w:rPr>
        <w:t>Good.</w:t>
      </w:r>
    </w:p>
    <w:p>
      <w:pPr>
        <w:spacing w:after="80"/>
      </w:pPr>
      <w:r>
        <w:rPr>
          <w:rFonts w:ascii="Georgia" w:hAnsi="Georgia"/>
          <w:sz w:val="23"/>
        </w:rPr>
        <w:t>This was the real stuff now.</w:t>
      </w:r>
    </w:p>
    <w:p>
      <w:pPr>
        <w:spacing w:after="80"/>
      </w:pPr>
      <w:r>
        <w:rPr>
          <w:rFonts w:ascii="Georgia" w:hAnsi="Georgia"/>
          <w:sz w:val="23"/>
        </w:rPr>
        <w:t>“Heavy,” he said. “Bunch nasty left. On one.”</w:t>
      </w:r>
    </w:p>
    <w:p>
      <w:pPr>
        <w:spacing w:after="80"/>
      </w:pPr>
      <w:r>
        <w:rPr>
          <w:rFonts w:ascii="Georgia" w:hAnsi="Georgia"/>
          <w:sz w:val="23"/>
        </w:rPr>
        <w:t>Break.</w:t>
      </w:r>
    </w:p>
    <w:p>
      <w:pPr>
        <w:spacing w:after="80"/>
      </w:pPr>
      <w:r>
        <w:rPr>
          <w:rFonts w:ascii="Georgia" w:hAnsi="Georgia"/>
          <w:sz w:val="23"/>
        </w:rPr>
        <w:t>Northgate showed pressure with the weak safety cheating stack-side and Bell sitting low as the boundary corner.</w:t>
      </w:r>
    </w:p>
    <w:p>
      <w:pPr>
        <w:spacing w:after="80"/>
      </w:pPr>
      <w:r>
        <w:rPr>
          <w:rFonts w:ascii="Georgia" w:hAnsi="Georgia"/>
          <w:sz w:val="23"/>
        </w:rPr>
        <w:t>Exactly the picture Coach Law had warned him about.</w:t>
      </w:r>
    </w:p>
    <w:p>
      <w:pPr>
        <w:spacing w:after="80"/>
      </w:pPr>
      <w:r>
        <w:rPr>
          <w:rFonts w:ascii="Georgia" w:hAnsi="Georgia"/>
          <w:sz w:val="23"/>
        </w:rPr>
        <w:t>Snap.</w:t>
      </w:r>
    </w:p>
    <w:p>
      <w:pPr>
        <w:spacing w:after="80"/>
      </w:pPr>
      <w:r>
        <w:rPr>
          <w:rFonts w:ascii="Georgia" w:hAnsi="Georgia"/>
          <w:sz w:val="23"/>
        </w:rPr>
        <w:t xml:space="preserve">Rico widened flat.  </w:t>
        <w:br/>
        <w:t xml:space="preserve">Micah climbed the corner.  </w:t>
        <w:br/>
        <w:t>Devin delayed middle.</w:t>
      </w:r>
    </w:p>
    <w:p>
      <w:pPr>
        <w:spacing w:after="80"/>
      </w:pPr>
      <w:r>
        <w:rPr>
          <w:rFonts w:ascii="Georgia" w:hAnsi="Georgia"/>
          <w:sz w:val="23"/>
        </w:rPr>
        <w:t xml:space="preserve">The flat defender jumped Rico.  </w:t>
        <w:br/>
        <w:t>The safety over-leaned to the corner.</w:t>
      </w:r>
    </w:p>
    <w:p>
      <w:pPr>
        <w:spacing w:after="80"/>
      </w:pPr>
      <w:r>
        <w:rPr>
          <w:rFonts w:ascii="Georgia" w:hAnsi="Georgia"/>
          <w:sz w:val="23"/>
        </w:rPr>
        <w:t>Noah came off both and hit Devin late right over the ball.</w:t>
      </w:r>
    </w:p>
    <w:p>
      <w:pPr>
        <w:spacing w:after="80"/>
      </w:pPr>
      <w:r>
        <w:rPr>
          <w:rFonts w:ascii="Georgia" w:hAnsi="Georgia"/>
          <w:sz w:val="23"/>
        </w:rPr>
        <w:t>First down.</w:t>
      </w:r>
    </w:p>
    <w:p>
      <w:pPr>
        <w:spacing w:after="80"/>
      </w:pPr>
      <w:r>
        <w:rPr>
          <w:rFonts w:ascii="Georgia" w:hAnsi="Georgia"/>
          <w:sz w:val="23"/>
        </w:rPr>
        <w:t xml:space="preserve">That was championship football too.  </w:t>
        <w:br/>
        <w:t xml:space="preserve">Not throwing the best-looking answer.  </w:t>
        <w:br/>
        <w:t>Throwing the living one.</w:t>
      </w:r>
    </w:p>
    <w:p>
      <w:pPr>
        <w:spacing w:after="80"/>
      </w:pPr>
      <w:r>
        <w:rPr>
          <w:rFonts w:ascii="Georgia" w:hAnsi="Georgia"/>
          <w:sz w:val="23"/>
        </w:rPr>
        <w:t>Prime 8 moved from there—screen to Rico, QB draw after the rusher widened too far, one nasty bunch pivot where Rico won so cleanly that Bell slapped his own thigh in frustration.</w:t>
      </w:r>
    </w:p>
    <w:p>
      <w:pPr>
        <w:spacing w:after="80"/>
      </w:pPr>
      <w:r>
        <w:rPr>
          <w:rFonts w:ascii="Georgia" w:hAnsi="Georgia"/>
          <w:sz w:val="23"/>
        </w:rPr>
        <w:t>But Northgate bowed in the red zone and held.</w:t>
      </w:r>
    </w:p>
    <w:p>
      <w:pPr>
        <w:spacing w:after="80"/>
      </w:pPr>
      <w:r>
        <w:rPr>
          <w:rFonts w:ascii="Georgia" w:hAnsi="Georgia"/>
          <w:sz w:val="23"/>
        </w:rPr>
        <w:t>Field games like this always had those moments where two good teams touched each other’s best ideas and neither one fully broke.</w:t>
      </w:r>
    </w:p>
    <w:p>
      <w:pPr>
        <w:spacing w:after="80"/>
      </w:pPr>
      <w:r>
        <w:rPr>
          <w:rFonts w:ascii="Georgia" w:hAnsi="Georgia"/>
          <w:sz w:val="23"/>
        </w:rPr>
        <w:t>Halftime came with Prime 8 still up 7–0.</w:t>
      </w:r>
    </w:p>
    <w:p>
      <w:pPr>
        <w:spacing w:after="80"/>
      </w:pPr>
      <w:r>
        <w:rPr>
          <w:rFonts w:ascii="Georgia" w:hAnsi="Georgia"/>
          <w:sz w:val="23"/>
        </w:rPr>
        <w:t>Halftime was short and honest.</w:t>
      </w:r>
    </w:p>
    <w:p>
      <w:pPr>
        <w:spacing w:after="80"/>
      </w:pPr>
      <w:r>
        <w:rPr>
          <w:rFonts w:ascii="Georgia" w:hAnsi="Georgia"/>
          <w:sz w:val="23"/>
        </w:rPr>
        <w:t>Coach Law knelt in front of them at the back line.</w:t>
      </w:r>
    </w:p>
    <w:p>
      <w:pPr>
        <w:spacing w:after="80"/>
      </w:pPr>
      <w:r>
        <w:rPr>
          <w:rFonts w:ascii="Georgia" w:hAnsi="Georgia"/>
          <w:sz w:val="23"/>
        </w:rPr>
        <w:t>“They’ve adjusted to Early faster than South Creek did,” he said. “Good. That was always the point.”</w:t>
      </w:r>
    </w:p>
    <w:p>
      <w:pPr>
        <w:spacing w:after="80"/>
      </w:pPr>
      <w:r>
        <w:rPr>
          <w:rFonts w:ascii="Georgia" w:hAnsi="Georgia"/>
          <w:sz w:val="23"/>
        </w:rPr>
        <w:t>He drew three quick pictures on the board:</w:t>
        <w:br/>
        <w:t>- Bell squatting boundary</w:t>
        <w:br/>
        <w:t>- weak safety tilting stack</w:t>
        <w:br/>
        <w:t>- edge pressure from the bunch side</w:t>
      </w:r>
    </w:p>
    <w:p>
      <w:pPr>
        <w:spacing w:after="80"/>
      </w:pPr>
      <w:r>
        <w:rPr>
          <w:rFonts w:ascii="Georgia" w:hAnsi="Georgia"/>
          <w:sz w:val="23"/>
        </w:rPr>
        <w:t>“They are trying to force the old answers out of us. Don’t help them.”</w:t>
      </w:r>
    </w:p>
    <w:p>
      <w:pPr>
        <w:spacing w:after="80"/>
      </w:pPr>
      <w:r>
        <w:rPr>
          <w:rFonts w:ascii="Georgia" w:hAnsi="Georgia"/>
          <w:sz w:val="23"/>
        </w:rPr>
        <w:t>He looked right at Noah.</w:t>
      </w:r>
    </w:p>
    <w:p>
      <w:pPr>
        <w:spacing w:after="80"/>
      </w:pPr>
      <w:r>
        <w:rPr>
          <w:rFonts w:ascii="Georgia" w:hAnsi="Georgia"/>
          <w:sz w:val="23"/>
        </w:rPr>
        <w:t>“Own the middle. Use Devin. Use the backs. Make them choose wrong before you go hunting explosives.”</w:t>
      </w:r>
    </w:p>
    <w:p>
      <w:pPr>
        <w:spacing w:after="80"/>
      </w:pPr>
      <w:r>
        <w:rPr>
          <w:rFonts w:ascii="Georgia" w:hAnsi="Georgia"/>
          <w:sz w:val="23"/>
        </w:rPr>
        <w:t>Noah nodded.</w:t>
      </w:r>
    </w:p>
    <w:p>
      <w:pPr>
        <w:spacing w:after="80"/>
      </w:pPr>
      <w:r>
        <w:rPr>
          <w:rFonts w:ascii="Georgia" w:hAnsi="Georgia"/>
          <w:sz w:val="23"/>
        </w:rPr>
        <w:t>That was right.</w:t>
      </w:r>
    </w:p>
    <w:p>
      <w:pPr>
        <w:spacing w:after="80"/>
      </w:pPr>
      <w:r>
        <w:rPr>
          <w:rFonts w:ascii="Georgia" w:hAnsi="Georgia"/>
          <w:sz w:val="23"/>
        </w:rPr>
        <w:t>He had started to feel the lure of the big one too much near the end of the half. The title-game version of ego. Not loud. Efficiently dangerous.</w:t>
      </w:r>
    </w:p>
    <w:p>
      <w:pPr>
        <w:spacing w:after="80"/>
      </w:pPr>
      <w:r>
        <w:rPr>
          <w:rFonts w:ascii="Georgia" w:hAnsi="Georgia"/>
          <w:sz w:val="23"/>
        </w:rPr>
        <w:t>Coach Law then turned to the defense.</w:t>
      </w:r>
    </w:p>
    <w:p>
      <w:pPr>
        <w:spacing w:after="80"/>
      </w:pPr>
      <w:r>
        <w:rPr>
          <w:rFonts w:ascii="Georgia" w:hAnsi="Georgia"/>
          <w:sz w:val="23"/>
        </w:rPr>
        <w:t>“Bell is frustrated. Good. Keep him that way. Mercer is more patient than he looks. Don’t let one stop make you sloppy on the next snap.”</w:t>
      </w:r>
    </w:p>
    <w:p>
      <w:pPr>
        <w:spacing w:after="80"/>
      </w:pPr>
      <w:r>
        <w:rPr>
          <w:rFonts w:ascii="Georgia" w:hAnsi="Georgia"/>
          <w:sz w:val="23"/>
        </w:rPr>
        <w:t>Jalen nodded hard. Owen already had the coverage adjustments rewritten in the margin of his notebook.</w:t>
      </w:r>
    </w:p>
    <w:p>
      <w:pPr>
        <w:spacing w:after="80"/>
      </w:pPr>
      <w:r>
        <w:rPr>
          <w:rFonts w:ascii="Georgia" w:hAnsi="Georgia"/>
          <w:sz w:val="23"/>
        </w:rPr>
        <w:t>Then Coach Law capped the marker and looked at the whole team.</w:t>
      </w:r>
    </w:p>
    <w:p>
      <w:pPr>
        <w:spacing w:after="80"/>
      </w:pPr>
      <w:r>
        <w:rPr>
          <w:rFonts w:ascii="Georgia" w:hAnsi="Georgia"/>
          <w:sz w:val="23"/>
        </w:rPr>
        <w:t>“No one outside this huddle has earned one more second in your heads. Take the field.”</w:t>
      </w:r>
    </w:p>
    <w:p>
      <w:pPr>
        <w:spacing w:after="80"/>
      </w:pPr>
      <w:r>
        <w:rPr>
          <w:rFonts w:ascii="Georgia" w:hAnsi="Georgia"/>
          <w:sz w:val="23"/>
        </w:rPr>
        <w:t>That mattered.</w:t>
      </w:r>
    </w:p>
    <w:p>
      <w:pPr>
        <w:spacing w:after="80"/>
      </w:pPr>
      <w:r>
        <w:rPr>
          <w:rFonts w:ascii="Georgia" w:hAnsi="Georgia"/>
          <w:sz w:val="23"/>
        </w:rPr>
        <w:t>The mystery would get its pages later.</w:t>
      </w:r>
    </w:p>
    <w:p>
      <w:pPr>
        <w:spacing w:after="80"/>
      </w:pPr>
      <w:r>
        <w:rPr>
          <w:rFonts w:ascii="Georgia" w:hAnsi="Georgia"/>
          <w:sz w:val="23"/>
        </w:rPr>
        <w:t>Right now, there was a title game to win.</w:t>
      </w:r>
    </w:p>
    <w:p>
      <w:pPr>
        <w:spacing w:after="80"/>
      </w:pPr>
      <w:r>
        <w:rPr>
          <w:rFonts w:ascii="Georgia" w:hAnsi="Georgia"/>
          <w:sz w:val="23"/>
        </w:rPr>
        <w:t>Northgate scored first in the second half.</w:t>
      </w:r>
    </w:p>
    <w:p>
      <w:pPr>
        <w:spacing w:after="80"/>
      </w:pPr>
      <w:r>
        <w:rPr>
          <w:rFonts w:ascii="Georgia" w:hAnsi="Georgia"/>
          <w:sz w:val="23"/>
        </w:rPr>
        <w:t>A real drive this time. Not tricked-up. Just composed.</w:t>
      </w:r>
    </w:p>
    <w:p>
      <w:pPr>
        <w:spacing w:after="80"/>
      </w:pPr>
      <w:r>
        <w:rPr>
          <w:rFonts w:ascii="Georgia" w:hAnsi="Georgia"/>
          <w:sz w:val="23"/>
        </w:rPr>
        <w:t>Bell finally won one over route when the backside help got held too long by play-action eye candy. Zay then hit a left-handed field out that had to come with perfect timing and came with perfect timing. Then they punched in a shovel-under motion look from the three that made Jalen furious at himself for over-pursuing.</w:t>
      </w:r>
    </w:p>
    <w:p>
      <w:pPr>
        <w:spacing w:after="80"/>
      </w:pPr>
      <w:r>
        <w:rPr>
          <w:rFonts w:ascii="Georgia" w:hAnsi="Georgia"/>
          <w:sz w:val="23"/>
        </w:rPr>
        <w:t>7–7.</w:t>
      </w:r>
    </w:p>
    <w:p>
      <w:pPr>
        <w:spacing w:after="80"/>
      </w:pPr>
      <w:r>
        <w:rPr>
          <w:rFonts w:ascii="Georgia" w:hAnsi="Georgia"/>
          <w:sz w:val="23"/>
        </w:rPr>
        <w:t>The crowd got louder.</w:t>
      </w:r>
    </w:p>
    <w:p>
      <w:pPr>
        <w:spacing w:after="80"/>
      </w:pPr>
      <w:r>
        <w:rPr>
          <w:rFonts w:ascii="Georgia" w:hAnsi="Georgia"/>
          <w:sz w:val="23"/>
        </w:rPr>
        <w:t>The scoreboard got more honest.</w:t>
      </w:r>
    </w:p>
    <w:p>
      <w:pPr>
        <w:spacing w:after="80"/>
      </w:pPr>
      <w:r>
        <w:rPr>
          <w:rFonts w:ascii="Georgia" w:hAnsi="Georgia"/>
          <w:sz w:val="23"/>
        </w:rPr>
        <w:t>Prime 8 needed an answer.</w:t>
      </w:r>
    </w:p>
    <w:p>
      <w:pPr>
        <w:spacing w:after="80"/>
      </w:pPr>
      <w:r>
        <w:rPr>
          <w:rFonts w:ascii="Georgia" w:hAnsi="Georgia"/>
          <w:sz w:val="23"/>
        </w:rPr>
        <w:t>Noah jogged out for the next drive feeling exactly how title games wanted quarterbacks to feel:</w:t>
      </w:r>
    </w:p>
    <w:p>
      <w:pPr>
        <w:spacing w:after="80"/>
      </w:pPr>
      <w:r>
        <w:rPr>
          <w:rFonts w:ascii="Georgia" w:hAnsi="Georgia"/>
          <w:sz w:val="23"/>
        </w:rPr>
        <w:t xml:space="preserve">Everything mattered.  </w:t>
        <w:br/>
        <w:t>Nothing could be forced.</w:t>
      </w:r>
    </w:p>
    <w:p>
      <w:pPr>
        <w:spacing w:after="80"/>
      </w:pPr>
      <w:r>
        <w:rPr>
          <w:rFonts w:ascii="Georgia" w:hAnsi="Georgia"/>
          <w:sz w:val="23"/>
        </w:rPr>
        <w:t xml:space="preserve">First play, he took six on spacing.  </w:t>
        <w:br/>
        <w:t xml:space="preserve">Second, he took five on an angle route to Micah.  </w:t>
        <w:br/>
        <w:t>Third, he hit Rico on the quick flat because Northgate widened too hard under bunch.</w:t>
      </w:r>
    </w:p>
    <w:p>
      <w:pPr>
        <w:spacing w:after="80"/>
      </w:pPr>
      <w:r>
        <w:rPr>
          <w:rFonts w:ascii="Georgia" w:hAnsi="Georgia"/>
          <w:sz w:val="23"/>
        </w:rPr>
        <w:t>No explosives.</w:t>
      </w:r>
    </w:p>
    <w:p>
      <w:pPr>
        <w:spacing w:after="80"/>
      </w:pPr>
      <w:r>
        <w:rPr>
          <w:rFonts w:ascii="Georgia" w:hAnsi="Georgia"/>
          <w:sz w:val="23"/>
        </w:rPr>
        <w:t>No panic.</w:t>
      </w:r>
    </w:p>
    <w:p>
      <w:pPr>
        <w:spacing w:after="80"/>
      </w:pPr>
      <w:r>
        <w:rPr>
          <w:rFonts w:ascii="Georgia" w:hAnsi="Georgia"/>
          <w:sz w:val="23"/>
        </w:rPr>
        <w:t>Just ownership.</w:t>
      </w:r>
    </w:p>
    <w:p>
      <w:pPr>
        <w:spacing w:after="80"/>
      </w:pPr>
      <w:r>
        <w:rPr>
          <w:rFonts w:ascii="Georgia" w:hAnsi="Georgia"/>
          <w:sz w:val="23"/>
        </w:rPr>
        <w:t>That was enough to drag Northgate back into the boring middle where good teams got impatient.</w:t>
      </w:r>
    </w:p>
    <w:p>
      <w:pPr>
        <w:spacing w:after="80"/>
      </w:pPr>
      <w:r>
        <w:rPr>
          <w:rFonts w:ascii="Georgia" w:hAnsi="Georgia"/>
          <w:sz w:val="23"/>
        </w:rPr>
        <w:t>Then, right when Bell started cheating low again and the weak safety tilted stack-side too aggressively, Noah saw it.</w:t>
      </w:r>
    </w:p>
    <w:p>
      <w:pPr>
        <w:spacing w:after="80"/>
      </w:pPr>
      <w:r>
        <w:rPr>
          <w:rFonts w:ascii="Georgia" w:hAnsi="Georgia"/>
          <w:sz w:val="23"/>
        </w:rPr>
        <w:t>The shot.</w:t>
      </w:r>
    </w:p>
    <w:p>
      <w:pPr>
        <w:spacing w:after="80"/>
      </w:pPr>
      <w:r>
        <w:rPr>
          <w:rFonts w:ascii="Georgia" w:hAnsi="Georgia"/>
          <w:sz w:val="23"/>
        </w:rPr>
        <w:t xml:space="preserve">Not because he wanted it.  </w:t>
        <w:br/>
        <w:t>Because they gave it back.</w:t>
      </w:r>
    </w:p>
    <w:p>
      <w:pPr>
        <w:spacing w:after="80"/>
      </w:pPr>
      <w:r>
        <w:rPr>
          <w:rFonts w:ascii="Georgia" w:hAnsi="Georgia"/>
          <w:sz w:val="23"/>
        </w:rPr>
        <w:t>He clapped them into Heavy from a Base look, same picture Northgate had seen earlier, and let the route family lie.</w:t>
      </w:r>
    </w:p>
    <w:p>
      <w:pPr>
        <w:spacing w:after="80"/>
      </w:pPr>
      <w:r>
        <w:rPr>
          <w:rFonts w:ascii="Georgia" w:hAnsi="Georgia"/>
          <w:sz w:val="23"/>
        </w:rPr>
        <w:t>At the snap, Rico released flat exactly like before. Bell’s side safety widened with the old memory. Micah stemmed corner for three steps, then snapped inside on the slot seam bend Coach Law had saved all week for this exact overreaction.</w:t>
      </w:r>
    </w:p>
    <w:p>
      <w:pPr>
        <w:spacing w:after="80"/>
      </w:pPr>
      <w:r>
        <w:rPr>
          <w:rFonts w:ascii="Georgia" w:hAnsi="Georgia"/>
          <w:sz w:val="23"/>
        </w:rPr>
        <w:t>Noah let it go before Micah turned.</w:t>
      </w:r>
    </w:p>
    <w:p>
      <w:pPr>
        <w:spacing w:after="80"/>
      </w:pPr>
      <w:r>
        <w:rPr>
          <w:rFonts w:ascii="Georgia" w:hAnsi="Georgia"/>
          <w:sz w:val="23"/>
        </w:rPr>
        <w:t>The ball split the high-low help and dropped into his hands at the ten.</w:t>
      </w:r>
    </w:p>
    <w:p>
      <w:pPr>
        <w:spacing w:after="80"/>
      </w:pPr>
      <w:r>
        <w:rPr>
          <w:rFonts w:ascii="Georgia" w:hAnsi="Georgia"/>
          <w:sz w:val="23"/>
        </w:rPr>
        <w:t>Micah took two long strides and crossed.</w:t>
      </w:r>
    </w:p>
    <w:p>
      <w:pPr>
        <w:spacing w:after="80"/>
      </w:pPr>
      <w:r>
        <w:rPr>
          <w:rFonts w:ascii="Georgia" w:hAnsi="Georgia"/>
          <w:sz w:val="23"/>
        </w:rPr>
        <w:t>Touchdown.</w:t>
      </w:r>
    </w:p>
    <w:p>
      <w:pPr>
        <w:spacing w:after="80"/>
      </w:pPr>
      <w:r>
        <w:rPr>
          <w:rFonts w:ascii="Georgia" w:hAnsi="Georgia"/>
          <w:sz w:val="23"/>
        </w:rPr>
        <w:t>Prime 8 sideline detonated.</w:t>
      </w:r>
    </w:p>
    <w:p>
      <w:pPr>
        <w:spacing w:after="80"/>
      </w:pPr>
      <w:r>
        <w:rPr>
          <w:rFonts w:ascii="Georgia" w:hAnsi="Georgia"/>
          <w:sz w:val="23"/>
        </w:rPr>
        <w:t>14–7.</w:t>
      </w:r>
    </w:p>
    <w:p>
      <w:pPr>
        <w:spacing w:after="80"/>
      </w:pPr>
      <w:r>
        <w:rPr>
          <w:rFonts w:ascii="Georgia" w:hAnsi="Georgia"/>
          <w:sz w:val="23"/>
        </w:rPr>
        <w:t>That was the prettiest offensive throw Noah had made all year.</w:t>
      </w:r>
    </w:p>
    <w:p>
      <w:pPr>
        <w:spacing w:after="80"/>
      </w:pPr>
      <w:r>
        <w:rPr>
          <w:rFonts w:ascii="Georgia" w:hAnsi="Georgia"/>
          <w:sz w:val="23"/>
        </w:rPr>
        <w:t>Because it was earned by all the ugly disciplined throws before it.</w:t>
      </w:r>
    </w:p>
    <w:p>
      <w:pPr>
        <w:spacing w:after="80"/>
      </w:pPr>
      <w:r>
        <w:rPr>
          <w:rFonts w:ascii="Georgia" w:hAnsi="Georgia"/>
          <w:sz w:val="23"/>
        </w:rPr>
        <w:t>Coach Law did not celebrate. He just nodded once to himself and started talking to the defense.</w:t>
      </w:r>
    </w:p>
    <w:p>
      <w:pPr>
        <w:spacing w:after="80"/>
      </w:pPr>
      <w:r>
        <w:rPr>
          <w:rFonts w:ascii="Georgia" w:hAnsi="Georgia"/>
          <w:sz w:val="23"/>
        </w:rPr>
        <w:t>That was also championship football.</w:t>
      </w:r>
    </w:p>
    <w:p>
      <w:pPr>
        <w:spacing w:after="80"/>
      </w:pPr>
      <w:r>
        <w:rPr>
          <w:rFonts w:ascii="Georgia" w:hAnsi="Georgia"/>
          <w:sz w:val="23"/>
        </w:rPr>
        <w:t>Northgate would not die.</w:t>
      </w:r>
    </w:p>
    <w:p>
      <w:pPr>
        <w:spacing w:after="80"/>
      </w:pPr>
      <w:r>
        <w:rPr>
          <w:rFonts w:ascii="Georgia" w:hAnsi="Georgia"/>
          <w:sz w:val="23"/>
        </w:rPr>
        <w:t>Of course they wouldn’t.</w:t>
      </w:r>
    </w:p>
    <w:p>
      <w:pPr>
        <w:spacing w:after="80"/>
      </w:pPr>
      <w:r>
        <w:rPr>
          <w:rFonts w:ascii="Georgia" w:hAnsi="Georgia"/>
          <w:sz w:val="23"/>
        </w:rPr>
        <w:t>Bell took over the next drive. Quick under. Boundary comeback. One brutal little option route from reduced split where he made the cone bracket guess wrong for the first time all day.</w:t>
      </w:r>
    </w:p>
    <w:p>
      <w:pPr>
        <w:spacing w:after="80"/>
      </w:pPr>
      <w:r>
        <w:rPr>
          <w:rFonts w:ascii="Georgia" w:hAnsi="Georgia"/>
          <w:sz w:val="23"/>
        </w:rPr>
        <w:t>They reached the red zone and faced third-and-goal from the six.</w:t>
      </w:r>
    </w:p>
    <w:p>
      <w:pPr>
        <w:spacing w:after="80"/>
      </w:pPr>
      <w:r>
        <w:rPr>
          <w:rFonts w:ascii="Georgia" w:hAnsi="Georgia"/>
          <w:sz w:val="23"/>
        </w:rPr>
        <w:t xml:space="preserve">Zay went bunch right.  </w:t>
        <w:br/>
        <w:t xml:space="preserve">Bell at point.  </w:t>
        <w:br/>
        <w:t>Everyone in the building knew where the pressure lived.</w:t>
      </w:r>
    </w:p>
    <w:p>
      <w:pPr>
        <w:spacing w:after="80"/>
      </w:pPr>
      <w:r>
        <w:rPr>
          <w:rFonts w:ascii="Georgia" w:hAnsi="Georgia"/>
          <w:sz w:val="23"/>
        </w:rPr>
        <w:t>Owen screamed the banjo call.</w:t>
      </w:r>
    </w:p>
    <w:p>
      <w:pPr>
        <w:spacing w:after="80"/>
      </w:pPr>
      <w:r>
        <w:rPr>
          <w:rFonts w:ascii="Georgia" w:hAnsi="Georgia"/>
          <w:sz w:val="23"/>
        </w:rPr>
        <w:t>Snap.</w:t>
      </w:r>
    </w:p>
    <w:p>
      <w:pPr>
        <w:spacing w:after="80"/>
      </w:pPr>
      <w:r>
        <w:rPr>
          <w:rFonts w:ascii="Georgia" w:hAnsi="Georgia"/>
          <w:sz w:val="23"/>
        </w:rPr>
        <w:t xml:space="preserve">Bell crossed low.  </w:t>
        <w:br/>
        <w:t xml:space="preserve">The flat widened.  </w:t>
        <w:br/>
        <w:t>The back leaked late.</w:t>
      </w:r>
    </w:p>
    <w:p>
      <w:pPr>
        <w:spacing w:after="80"/>
      </w:pPr>
      <w:r>
        <w:rPr>
          <w:rFonts w:ascii="Georgia" w:hAnsi="Georgia"/>
          <w:sz w:val="23"/>
        </w:rPr>
        <w:t>Jalen passed the first crosser and then peeled back exactly on time to pick up the leak route at the goal line.</w:t>
      </w:r>
    </w:p>
    <w:p>
      <w:pPr>
        <w:spacing w:after="80"/>
      </w:pPr>
      <w:r>
        <w:rPr>
          <w:rFonts w:ascii="Georgia" w:hAnsi="Georgia"/>
          <w:sz w:val="23"/>
        </w:rPr>
        <w:t>Zay had nowhere.</w:t>
      </w:r>
    </w:p>
    <w:p>
      <w:pPr>
        <w:spacing w:after="80"/>
      </w:pPr>
      <w:r>
        <w:rPr>
          <w:rFonts w:ascii="Georgia" w:hAnsi="Georgia"/>
          <w:sz w:val="23"/>
        </w:rPr>
        <w:t>He held it one beat too long.</w:t>
      </w:r>
    </w:p>
    <w:p>
      <w:pPr>
        <w:spacing w:after="80"/>
      </w:pPr>
      <w:r>
        <w:rPr>
          <w:rFonts w:ascii="Georgia" w:hAnsi="Georgia"/>
          <w:sz w:val="23"/>
        </w:rPr>
        <w:t>Rico ripped the flag from behind.</w:t>
      </w:r>
    </w:p>
    <w:p>
      <w:pPr>
        <w:spacing w:after="80"/>
      </w:pPr>
      <w:r>
        <w:rPr>
          <w:rFonts w:ascii="Georgia" w:hAnsi="Georgia"/>
          <w:sz w:val="23"/>
        </w:rPr>
        <w:t>Fourth down.</w:t>
      </w:r>
    </w:p>
    <w:p>
      <w:pPr>
        <w:spacing w:after="80"/>
      </w:pPr>
      <w:r>
        <w:rPr>
          <w:rFonts w:ascii="Georgia" w:hAnsi="Georgia"/>
          <w:sz w:val="23"/>
        </w:rPr>
        <w:t>Northgate ran their title-game answer—a little fake bunch pick into a backside sit behind all the noise.</w:t>
      </w:r>
    </w:p>
    <w:p>
      <w:pPr>
        <w:spacing w:after="80"/>
      </w:pPr>
      <w:r>
        <w:rPr>
          <w:rFonts w:ascii="Georgia" w:hAnsi="Georgia"/>
          <w:sz w:val="23"/>
        </w:rPr>
        <w:t xml:space="preserve">Coach Law had seen it on film.  </w:t>
        <w:br/>
        <w:t xml:space="preserve">Owen had seen it twice.  </w:t>
        <w:br/>
        <w:t>Devin trusted both of them.</w:t>
      </w:r>
    </w:p>
    <w:p>
      <w:pPr>
        <w:spacing w:after="80"/>
      </w:pPr>
      <w:r>
        <w:rPr>
          <w:rFonts w:ascii="Georgia" w:hAnsi="Georgia"/>
          <w:sz w:val="23"/>
        </w:rPr>
        <w:t>They called it before the snap.</w:t>
      </w:r>
    </w:p>
    <w:p>
      <w:pPr>
        <w:spacing w:after="80"/>
      </w:pPr>
      <w:r>
        <w:rPr>
          <w:rFonts w:ascii="Georgia" w:hAnsi="Georgia"/>
          <w:sz w:val="23"/>
        </w:rPr>
        <w:t>The backside sit came open for one step.</w:t>
      </w:r>
    </w:p>
    <w:p>
      <w:pPr>
        <w:spacing w:after="80"/>
      </w:pPr>
      <w:r>
        <w:rPr>
          <w:rFonts w:ascii="Georgia" w:hAnsi="Georgia"/>
          <w:sz w:val="23"/>
        </w:rPr>
        <w:t>Then Devin arrived and yanked the flag exactly as the catch was made.</w:t>
      </w:r>
    </w:p>
    <w:p>
      <w:pPr>
        <w:spacing w:after="80"/>
      </w:pPr>
      <w:r>
        <w:rPr>
          <w:rFonts w:ascii="Georgia" w:hAnsi="Georgia"/>
          <w:sz w:val="23"/>
        </w:rPr>
        <w:t>Short.</w:t>
      </w:r>
    </w:p>
    <w:p>
      <w:pPr>
        <w:spacing w:after="80"/>
      </w:pPr>
      <w:r>
        <w:rPr>
          <w:rFonts w:ascii="Georgia" w:hAnsi="Georgia"/>
          <w:sz w:val="23"/>
        </w:rPr>
        <w:t>Turnover on downs.</w:t>
      </w:r>
    </w:p>
    <w:p>
      <w:pPr>
        <w:spacing w:after="80"/>
      </w:pPr>
      <w:r>
        <w:rPr>
          <w:rFonts w:ascii="Georgia" w:hAnsi="Georgia"/>
          <w:sz w:val="23"/>
        </w:rPr>
        <w:t>The sideline went insane again.</w:t>
      </w:r>
    </w:p>
    <w:p>
      <w:pPr>
        <w:spacing w:after="80"/>
      </w:pPr>
      <w:r>
        <w:rPr>
          <w:rFonts w:ascii="Georgia" w:hAnsi="Georgia"/>
          <w:sz w:val="23"/>
        </w:rPr>
        <w:t>Prime 8 had bent and held twice now. In title games, that was usually the whole story.</w:t>
      </w:r>
    </w:p>
    <w:p>
      <w:pPr>
        <w:spacing w:after="80"/>
      </w:pPr>
      <w:r>
        <w:rPr>
          <w:rFonts w:ascii="Georgia" w:hAnsi="Georgia"/>
          <w:sz w:val="23"/>
        </w:rPr>
        <w:t>Except there was still a quarter left.</w:t>
      </w:r>
    </w:p>
    <w:p>
      <w:pPr>
        <w:spacing w:after="80"/>
      </w:pPr>
      <w:r>
        <w:rPr>
          <w:rFonts w:ascii="Georgia" w:hAnsi="Georgia"/>
          <w:sz w:val="23"/>
        </w:rPr>
        <w:t>The fourth quarter belonged to tension.</w:t>
      </w:r>
    </w:p>
    <w:p>
      <w:pPr>
        <w:spacing w:after="80"/>
      </w:pPr>
      <w:r>
        <w:rPr>
          <w:rFonts w:ascii="Georgia" w:hAnsi="Georgia"/>
          <w:sz w:val="23"/>
        </w:rPr>
        <w:t>Northgate got one safety on a bad exchange after Prime 8 started backed up at its own three. 14–9.</w:t>
      </w:r>
    </w:p>
    <w:p>
      <w:pPr>
        <w:spacing w:after="80"/>
      </w:pPr>
      <w:r>
        <w:rPr>
          <w:rFonts w:ascii="Georgia" w:hAnsi="Georgia"/>
          <w:sz w:val="23"/>
        </w:rPr>
        <w:t>Then a long kickoff-equivalent field swing put Northgate near midfield after the safety possession.</w:t>
      </w:r>
    </w:p>
    <w:p>
      <w:pPr>
        <w:spacing w:after="80"/>
      </w:pPr>
      <w:r>
        <w:rPr>
          <w:rFonts w:ascii="Georgia" w:hAnsi="Georgia"/>
          <w:sz w:val="23"/>
        </w:rPr>
        <w:t>Now everything tightened.</w:t>
      </w:r>
    </w:p>
    <w:p>
      <w:pPr>
        <w:spacing w:after="80"/>
      </w:pPr>
      <w:r>
        <w:rPr>
          <w:rFonts w:ascii="Georgia" w:hAnsi="Georgia"/>
          <w:sz w:val="23"/>
        </w:rPr>
        <w:t xml:space="preserve">The crowd stood more.  </w:t>
        <w:br/>
        <w:t xml:space="preserve">The whistles felt louder.  </w:t>
        <w:br/>
        <w:t>Every completion had three extra voices attached to it from the sideline.</w:t>
      </w:r>
    </w:p>
    <w:p>
      <w:pPr>
        <w:spacing w:after="80"/>
      </w:pPr>
      <w:r>
        <w:rPr>
          <w:rFonts w:ascii="Georgia" w:hAnsi="Georgia"/>
          <w:sz w:val="23"/>
        </w:rPr>
        <w:t>Northgate moved to the Prime 8 twenty-two and faced second-and-six.</w:t>
      </w:r>
    </w:p>
    <w:p>
      <w:pPr>
        <w:spacing w:after="80"/>
      </w:pPr>
      <w:r>
        <w:rPr>
          <w:rFonts w:ascii="Georgia" w:hAnsi="Georgia"/>
          <w:sz w:val="23"/>
        </w:rPr>
        <w:t xml:space="preserve">Bell aligned wide to the boundary.  </w:t>
        <w:br/>
        <w:t xml:space="preserve">Rico matched him on defense.  </w:t>
        <w:br/>
        <w:t>Just for that rep.</w:t>
      </w:r>
    </w:p>
    <w:p>
      <w:pPr>
        <w:spacing w:after="80"/>
      </w:pPr>
      <w:r>
        <w:rPr>
          <w:rFonts w:ascii="Georgia" w:hAnsi="Georgia"/>
          <w:sz w:val="23"/>
        </w:rPr>
        <w:t>Noah noticed immediately.</w:t>
      </w:r>
    </w:p>
    <w:p>
      <w:pPr>
        <w:spacing w:after="80"/>
      </w:pPr>
      <w:r>
        <w:rPr>
          <w:rFonts w:ascii="Georgia" w:hAnsi="Georgia"/>
          <w:sz w:val="23"/>
        </w:rPr>
        <w:t>So did Zay.</w:t>
      </w:r>
    </w:p>
    <w:p>
      <w:pPr>
        <w:spacing w:after="80"/>
      </w:pPr>
      <w:r>
        <w:rPr>
          <w:rFonts w:ascii="Georgia" w:hAnsi="Georgia"/>
          <w:sz w:val="23"/>
        </w:rPr>
        <w:t xml:space="preserve">Bell sold vertical, then snapped into the comeback.  </w:t>
        <w:br/>
        <w:t xml:space="preserve">Classic.  </w:t>
        <w:br/>
        <w:t>Perfect lefty timing throw if the DB opened too fast.</w:t>
      </w:r>
    </w:p>
    <w:p>
      <w:pPr>
        <w:spacing w:after="80"/>
      </w:pPr>
      <w:r>
        <w:rPr>
          <w:rFonts w:ascii="Georgia" w:hAnsi="Georgia"/>
          <w:sz w:val="23"/>
        </w:rPr>
        <w:t xml:space="preserve">Rico stayed square.  </w:t>
        <w:br/>
        <w:t xml:space="preserve">Stayed patient.  </w:t>
        <w:br/>
        <w:t>Drove through the hands.</w:t>
      </w:r>
    </w:p>
    <w:p>
      <w:pPr>
        <w:spacing w:after="80"/>
      </w:pPr>
      <w:r>
        <w:rPr>
          <w:rFonts w:ascii="Georgia" w:hAnsi="Georgia"/>
          <w:sz w:val="23"/>
        </w:rPr>
        <w:t>Incomplete.</w:t>
      </w:r>
    </w:p>
    <w:p>
      <w:pPr>
        <w:spacing w:after="80"/>
      </w:pPr>
      <w:r>
        <w:rPr>
          <w:rFonts w:ascii="Georgia" w:hAnsi="Georgia"/>
          <w:sz w:val="23"/>
        </w:rPr>
        <w:t>Noah heard his own breath come out.</w:t>
      </w:r>
    </w:p>
    <w:p>
      <w:pPr>
        <w:spacing w:after="80"/>
      </w:pPr>
      <w:r>
        <w:rPr>
          <w:rFonts w:ascii="Georgia" w:hAnsi="Georgia"/>
          <w:sz w:val="23"/>
        </w:rPr>
        <w:t>Third-and-six.</w:t>
      </w:r>
    </w:p>
    <w:p>
      <w:pPr>
        <w:spacing w:after="80"/>
      </w:pPr>
      <w:r>
        <w:rPr>
          <w:rFonts w:ascii="Georgia" w:hAnsi="Georgia"/>
          <w:sz w:val="23"/>
        </w:rPr>
        <w:t xml:space="preserve">Northgate came back with bunch.  </w:t>
        <w:br/>
        <w:t xml:space="preserve">Mercer lefty.  </w:t>
        <w:br/>
        <w:t>Bell hidden inside it.</w:t>
      </w:r>
    </w:p>
    <w:p>
      <w:pPr>
        <w:spacing w:after="80"/>
      </w:pPr>
      <w:r>
        <w:rPr>
          <w:rFonts w:ascii="Georgia" w:hAnsi="Georgia"/>
          <w:sz w:val="23"/>
        </w:rPr>
        <w:t xml:space="preserve">Owen got the banjo check late.  </w:t>
        <w:br/>
        <w:t xml:space="preserve">Jalen screamed pressure.  </w:t>
        <w:br/>
        <w:t xml:space="preserve">Prime 8 passed it off.  </w:t>
        <w:br/>
        <w:t>Mercer had one tiny seam to the back-line over.</w:t>
      </w:r>
    </w:p>
    <w:p>
      <w:pPr>
        <w:spacing w:after="80"/>
      </w:pPr>
      <w:r>
        <w:rPr>
          <w:rFonts w:ascii="Georgia" w:hAnsi="Georgia"/>
          <w:sz w:val="23"/>
        </w:rPr>
        <w:t>He missed it high.</w:t>
      </w:r>
    </w:p>
    <w:p>
      <w:pPr>
        <w:spacing w:after="80"/>
      </w:pPr>
      <w:r>
        <w:rPr>
          <w:rFonts w:ascii="Georgia" w:hAnsi="Georgia"/>
          <w:sz w:val="23"/>
        </w:rPr>
        <w:t>Fourth-and-six.</w:t>
      </w:r>
    </w:p>
    <w:p>
      <w:pPr>
        <w:spacing w:after="80"/>
      </w:pPr>
      <w:r>
        <w:rPr>
          <w:rFonts w:ascii="Georgia" w:hAnsi="Georgia"/>
          <w:sz w:val="23"/>
        </w:rPr>
        <w:t>This was the game.</w:t>
      </w:r>
    </w:p>
    <w:p>
      <w:pPr>
        <w:spacing w:after="80"/>
      </w:pPr>
      <w:r>
        <w:rPr>
          <w:rFonts w:ascii="Georgia" w:hAnsi="Georgia"/>
          <w:sz w:val="23"/>
        </w:rPr>
        <w:t>Everybody knew it.</w:t>
      </w:r>
    </w:p>
    <w:p>
      <w:pPr>
        <w:spacing w:after="80"/>
      </w:pPr>
      <w:r>
        <w:rPr>
          <w:rFonts w:ascii="Georgia" w:hAnsi="Georgia"/>
          <w:sz w:val="23"/>
        </w:rPr>
        <w:t>Northgate took their timeout.</w:t>
      </w:r>
    </w:p>
    <w:p>
      <w:pPr>
        <w:spacing w:after="80"/>
      </w:pPr>
      <w:r>
        <w:rPr>
          <w:rFonts w:ascii="Georgia" w:hAnsi="Georgia"/>
          <w:sz w:val="23"/>
        </w:rPr>
        <w:t>Prime 8 huddled.</w:t>
      </w:r>
    </w:p>
    <w:p>
      <w:pPr>
        <w:spacing w:after="80"/>
      </w:pPr>
      <w:r>
        <w:rPr>
          <w:rFonts w:ascii="Georgia" w:hAnsi="Georgia"/>
          <w:sz w:val="23"/>
        </w:rPr>
        <w:t>Coach Law stepped into the middle and did not overtalk it.</w:t>
      </w:r>
    </w:p>
    <w:p>
      <w:pPr>
        <w:spacing w:after="80"/>
      </w:pPr>
      <w:r>
        <w:rPr>
          <w:rFonts w:ascii="Georgia" w:hAnsi="Georgia"/>
          <w:sz w:val="23"/>
        </w:rPr>
        <w:t>“Bell wants the over. Mercer wants the left throw on rhythm. Pressure from his hand side. Make him pat it once.”</w:t>
      </w:r>
    </w:p>
    <w:p>
      <w:pPr>
        <w:spacing w:after="80"/>
      </w:pPr>
      <w:r>
        <w:rPr>
          <w:rFonts w:ascii="Georgia" w:hAnsi="Georgia"/>
          <w:sz w:val="23"/>
        </w:rPr>
        <w:t>That was the whole coaching point.</w:t>
      </w:r>
    </w:p>
    <w:p>
      <w:pPr>
        <w:spacing w:after="80"/>
      </w:pPr>
      <w:r>
        <w:rPr>
          <w:rFonts w:ascii="Georgia" w:hAnsi="Georgia"/>
          <w:sz w:val="23"/>
        </w:rPr>
        <w:t xml:space="preserve">Not a speech.  </w:t>
        <w:br/>
        <w:t>A picture.</w:t>
      </w:r>
    </w:p>
    <w:p>
      <w:pPr>
        <w:spacing w:after="80"/>
      </w:pPr>
      <w:r>
        <w:rPr>
          <w:rFonts w:ascii="Georgia" w:hAnsi="Georgia"/>
          <w:sz w:val="23"/>
        </w:rPr>
        <w:t>They broke.</w:t>
      </w:r>
    </w:p>
    <w:p>
      <w:pPr>
        <w:spacing w:after="80"/>
      </w:pPr>
      <w:r>
        <w:rPr>
          <w:rFonts w:ascii="Georgia" w:hAnsi="Georgia"/>
          <w:sz w:val="23"/>
        </w:rPr>
        <w:t>Northgate aligned doubles with Bell reduced boundary and the back offset weak.</w:t>
      </w:r>
    </w:p>
    <w:p>
      <w:pPr>
        <w:spacing w:after="80"/>
      </w:pPr>
      <w:r>
        <w:rPr>
          <w:rFonts w:ascii="Georgia" w:hAnsi="Georgia"/>
          <w:sz w:val="23"/>
        </w:rPr>
        <w:t>Noah felt it before the snap.</w:t>
      </w:r>
    </w:p>
    <w:p>
      <w:pPr>
        <w:spacing w:after="80"/>
      </w:pPr>
      <w:r>
        <w:rPr>
          <w:rFonts w:ascii="Georgia" w:hAnsi="Georgia"/>
          <w:sz w:val="23"/>
        </w:rPr>
        <w:t xml:space="preserve">This was not for Bell first.  </w:t>
        <w:br/>
        <w:t>This was Bell as bait.</w:t>
      </w:r>
    </w:p>
    <w:p>
      <w:pPr>
        <w:spacing w:after="80"/>
      </w:pPr>
      <w:r>
        <w:rPr>
          <w:rFonts w:ascii="Georgia" w:hAnsi="Georgia"/>
          <w:sz w:val="23"/>
        </w:rPr>
        <w:t>Mercer wanted the backside over behind the pressure.</w:t>
      </w:r>
    </w:p>
    <w:p>
      <w:pPr>
        <w:spacing w:after="80"/>
      </w:pPr>
      <w:r>
        <w:rPr>
          <w:rFonts w:ascii="Georgia" w:hAnsi="Georgia"/>
          <w:sz w:val="23"/>
        </w:rPr>
        <w:t>Snap.</w:t>
      </w:r>
    </w:p>
    <w:p>
      <w:pPr>
        <w:spacing w:after="80"/>
      </w:pPr>
      <w:r>
        <w:rPr>
          <w:rFonts w:ascii="Georgia" w:hAnsi="Georgia"/>
          <w:sz w:val="23"/>
        </w:rPr>
        <w:t xml:space="preserve">Jalen came from the right, Mercer’s throwing side.  </w:t>
        <w:br/>
        <w:t xml:space="preserve">Not free.  </w:t>
        <w:br/>
        <w:t>Fast enough.</w:t>
      </w:r>
    </w:p>
    <w:p>
      <w:pPr>
        <w:spacing w:after="80"/>
      </w:pPr>
      <w:r>
        <w:rPr>
          <w:rFonts w:ascii="Georgia" w:hAnsi="Georgia"/>
          <w:sz w:val="23"/>
        </w:rPr>
        <w:t>Mercer patted.</w:t>
      </w:r>
    </w:p>
    <w:p>
      <w:pPr>
        <w:spacing w:after="80"/>
      </w:pPr>
      <w:r>
        <w:rPr>
          <w:rFonts w:ascii="Georgia" w:hAnsi="Georgia"/>
          <w:sz w:val="23"/>
        </w:rPr>
        <w:t>That was all he needed to be late.</w:t>
      </w:r>
    </w:p>
    <w:p>
      <w:pPr>
        <w:spacing w:after="80"/>
      </w:pPr>
      <w:r>
        <w:rPr>
          <w:rFonts w:ascii="Georgia" w:hAnsi="Georgia"/>
          <w:sz w:val="23"/>
        </w:rPr>
        <w:t xml:space="preserve">The backside over cleared half-open.  </w:t>
        <w:br/>
        <w:t xml:space="preserve">Rico undercut from the hook window.  </w:t>
        <w:br/>
        <w:t>Ball in the air.</w:t>
      </w:r>
    </w:p>
    <w:p>
      <w:pPr>
        <w:spacing w:after="80"/>
      </w:pPr>
      <w:r>
        <w:rPr>
          <w:rFonts w:ascii="Georgia" w:hAnsi="Georgia"/>
          <w:sz w:val="23"/>
        </w:rPr>
        <w:t>For one horrifying second Noah thought Rico might tip it up into somebody else’s hands, the exact kind of championship nonsense stories got built around.</w:t>
      </w:r>
    </w:p>
    <w:p>
      <w:pPr>
        <w:spacing w:after="80"/>
      </w:pPr>
      <w:r>
        <w:rPr>
          <w:rFonts w:ascii="Georgia" w:hAnsi="Georgia"/>
          <w:sz w:val="23"/>
        </w:rPr>
        <w:t>Instead Rico caught it clean.</w:t>
      </w:r>
    </w:p>
    <w:p>
      <w:pPr>
        <w:spacing w:after="80"/>
      </w:pPr>
      <w:r>
        <w:rPr>
          <w:rFonts w:ascii="Georgia" w:hAnsi="Georgia"/>
          <w:sz w:val="23"/>
        </w:rPr>
        <w:t>Interception.</w:t>
      </w:r>
    </w:p>
    <w:p>
      <w:pPr>
        <w:spacing w:after="80"/>
      </w:pPr>
      <w:r>
        <w:rPr>
          <w:rFonts w:ascii="Georgia" w:hAnsi="Georgia"/>
          <w:sz w:val="23"/>
        </w:rPr>
        <w:t>The whole field broke.</w:t>
      </w:r>
    </w:p>
    <w:p>
      <w:pPr>
        <w:spacing w:after="80"/>
      </w:pPr>
      <w:r>
        <w:rPr>
          <w:rFonts w:ascii="Georgia" w:hAnsi="Georgia"/>
          <w:sz w:val="23"/>
        </w:rPr>
        <w:t>Prime 8 sideline stormed the numbers. Jalen nearly tackled Rico in celebration before remembering what sport they were playing. Owen shouted something about hook leverage that nobody would ever fully hear. Micah ran the width of the field just to be in the pile.</w:t>
      </w:r>
    </w:p>
    <w:p>
      <w:pPr>
        <w:spacing w:after="80"/>
      </w:pPr>
      <w:r>
        <w:rPr>
          <w:rFonts w:ascii="Georgia" w:hAnsi="Georgia"/>
          <w:sz w:val="23"/>
        </w:rPr>
        <w:t>Noah got there last and saw Rico at the center of it, ball clutched against his chest, eyes wide like he had not fully caught up to what he had just done.</w:t>
      </w:r>
    </w:p>
    <w:p>
      <w:pPr>
        <w:spacing w:after="80"/>
      </w:pPr>
      <w:r>
        <w:rPr>
          <w:rFonts w:ascii="Georgia" w:hAnsi="Georgia"/>
          <w:sz w:val="23"/>
        </w:rPr>
        <w:t>That mattered too.</w:t>
      </w:r>
    </w:p>
    <w:p>
      <w:pPr>
        <w:spacing w:after="80"/>
      </w:pPr>
      <w:r>
        <w:rPr>
          <w:rFonts w:ascii="Georgia" w:hAnsi="Georgia"/>
          <w:sz w:val="23"/>
        </w:rPr>
        <w:t>Because redemption in sports was never clean.</w:t>
      </w:r>
    </w:p>
    <w:p>
      <w:pPr>
        <w:spacing w:after="80"/>
      </w:pPr>
      <w:r>
        <w:rPr>
          <w:rFonts w:ascii="Georgia" w:hAnsi="Georgia"/>
          <w:sz w:val="23"/>
        </w:rPr>
        <w:t>Sometimes it just looked like the next rep finally being right.</w:t>
      </w:r>
    </w:p>
    <w:p>
      <w:pPr>
        <w:spacing w:after="80"/>
      </w:pPr>
      <w:r>
        <w:rPr>
          <w:rFonts w:ascii="Georgia" w:hAnsi="Georgia"/>
          <w:sz w:val="23"/>
        </w:rPr>
        <w:t>Coach Law pulled them out of the chaos immediately.</w:t>
      </w:r>
    </w:p>
    <w:p>
      <w:pPr>
        <w:spacing w:after="80"/>
      </w:pPr>
      <w:r>
        <w:rPr>
          <w:rFonts w:ascii="Georgia" w:hAnsi="Georgia"/>
          <w:sz w:val="23"/>
        </w:rPr>
        <w:t>“Still need a drive!” he barked. “This game is not over because you found a ball.”</w:t>
      </w:r>
    </w:p>
    <w:p>
      <w:pPr>
        <w:spacing w:after="80"/>
      </w:pPr>
      <w:r>
        <w:rPr>
          <w:rFonts w:ascii="Georgia" w:hAnsi="Georgia"/>
          <w:sz w:val="23"/>
        </w:rPr>
        <w:t>He was right.</w:t>
      </w:r>
    </w:p>
    <w:p>
      <w:pPr>
        <w:spacing w:after="80"/>
      </w:pPr>
      <w:r>
        <w:rPr>
          <w:rFonts w:ascii="Georgia" w:hAnsi="Georgia"/>
          <w:sz w:val="23"/>
        </w:rPr>
        <w:t>They took over with 3:12 left.</w:t>
      </w:r>
    </w:p>
    <w:p>
      <w:pPr>
        <w:spacing w:after="80"/>
      </w:pPr>
      <w:r>
        <w:rPr>
          <w:rFonts w:ascii="Georgia" w:hAnsi="Georgia"/>
          <w:sz w:val="23"/>
        </w:rPr>
        <w:t>Up five.</w:t>
      </w:r>
    </w:p>
    <w:p>
      <w:pPr>
        <w:spacing w:after="80"/>
      </w:pPr>
      <w:r>
        <w:rPr>
          <w:rFonts w:ascii="Georgia" w:hAnsi="Georgia"/>
          <w:sz w:val="23"/>
        </w:rPr>
        <w:t xml:space="preserve">One first down would not end it.  </w:t>
        <w:br/>
        <w:t>Two probably would.</w:t>
      </w:r>
    </w:p>
    <w:p>
      <w:pPr>
        <w:spacing w:after="80"/>
      </w:pPr>
      <w:r>
        <w:rPr>
          <w:rFonts w:ascii="Georgia" w:hAnsi="Georgia"/>
          <w:sz w:val="23"/>
        </w:rPr>
        <w:t>This was where the whole book lived.</w:t>
      </w:r>
    </w:p>
    <w:p>
      <w:pPr>
        <w:spacing w:after="80"/>
      </w:pPr>
      <w:r>
        <w:rPr>
          <w:rFonts w:ascii="Georgia" w:hAnsi="Georgia"/>
          <w:sz w:val="23"/>
        </w:rPr>
        <w:t xml:space="preserve">Pride.  </w:t>
        <w:br/>
        <w:t xml:space="preserve">Trust.  </w:t>
        <w:br/>
        <w:t xml:space="preserve">Discipline.  </w:t>
        <w:br/>
        <w:t xml:space="preserve">Ego.  </w:t>
        <w:br/>
        <w:t>Team.</w:t>
      </w:r>
    </w:p>
    <w:p>
      <w:pPr>
        <w:spacing w:after="80"/>
      </w:pPr>
      <w:r>
        <w:rPr>
          <w:rFonts w:ascii="Georgia" w:hAnsi="Georgia"/>
          <w:sz w:val="23"/>
        </w:rPr>
        <w:t>Noah got into the huddle and looked at every face.</w:t>
      </w:r>
    </w:p>
    <w:p>
      <w:pPr>
        <w:spacing w:after="80"/>
      </w:pPr>
      <w:r>
        <w:rPr>
          <w:rFonts w:ascii="Georgia" w:hAnsi="Georgia"/>
          <w:sz w:val="23"/>
        </w:rPr>
        <w:t>Rico included.</w:t>
      </w:r>
    </w:p>
    <w:p>
      <w:pPr>
        <w:spacing w:after="80"/>
      </w:pPr>
      <w:r>
        <w:rPr>
          <w:rFonts w:ascii="Georgia" w:hAnsi="Georgia"/>
          <w:sz w:val="23"/>
        </w:rPr>
        <w:t>“Win it clean,” he said.</w:t>
      </w:r>
    </w:p>
    <w:p>
      <w:pPr>
        <w:spacing w:after="80"/>
      </w:pPr>
      <w:r>
        <w:rPr>
          <w:rFonts w:ascii="Georgia" w:hAnsi="Georgia"/>
          <w:sz w:val="23"/>
        </w:rPr>
        <w:t>That was all.</w:t>
      </w:r>
    </w:p>
    <w:p>
      <w:pPr>
        <w:spacing w:after="80"/>
      </w:pPr>
      <w:r>
        <w:rPr>
          <w:rFonts w:ascii="Georgia" w:hAnsi="Georgia"/>
          <w:sz w:val="23"/>
        </w:rPr>
        <w:t xml:space="preserve">First play, Base spacing. Five yards.  </w:t>
        <w:br/>
        <w:t xml:space="preserve">Second, quick out to Devin on the movement fake. Four more.  </w:t>
        <w:br/>
        <w:t>Third-and-one.</w:t>
      </w:r>
    </w:p>
    <w:p>
      <w:pPr>
        <w:spacing w:after="80"/>
      </w:pPr>
      <w:r>
        <w:rPr>
          <w:rFonts w:ascii="Georgia" w:hAnsi="Georgia"/>
          <w:sz w:val="23"/>
        </w:rPr>
        <w:t>Northgate called timeout.</w:t>
      </w:r>
    </w:p>
    <w:p>
      <w:pPr>
        <w:spacing w:after="80"/>
      </w:pPr>
      <w:r>
        <w:rPr>
          <w:rFonts w:ascii="Georgia" w:hAnsi="Georgia"/>
          <w:sz w:val="23"/>
        </w:rPr>
        <w:t>The whole stadium held its breath.</w:t>
      </w:r>
    </w:p>
    <w:p>
      <w:pPr>
        <w:spacing w:after="80"/>
      </w:pPr>
      <w:r>
        <w:rPr>
          <w:rFonts w:ascii="Georgia" w:hAnsi="Georgia"/>
          <w:sz w:val="23"/>
        </w:rPr>
        <w:t>One yard.</w:t>
      </w:r>
    </w:p>
    <w:p>
      <w:pPr>
        <w:spacing w:after="80"/>
      </w:pPr>
      <w:r>
        <w:rPr>
          <w:rFonts w:ascii="Georgia" w:hAnsi="Georgia"/>
          <w:sz w:val="23"/>
        </w:rPr>
        <w:t>One title.</w:t>
      </w:r>
    </w:p>
    <w:p>
      <w:pPr>
        <w:spacing w:after="80"/>
      </w:pPr>
      <w:r>
        <w:rPr>
          <w:rFonts w:ascii="Georgia" w:hAnsi="Georgia"/>
          <w:sz w:val="23"/>
        </w:rPr>
        <w:t>Maybe.</w:t>
      </w:r>
    </w:p>
    <w:p>
      <w:pPr>
        <w:spacing w:after="80"/>
      </w:pPr>
      <w:r>
        <w:rPr>
          <w:rFonts w:ascii="Georgia" w:hAnsi="Georgia"/>
          <w:sz w:val="23"/>
        </w:rPr>
        <w:t>Coach Law looked at Noah on the sideline and said, “What wins?”</w:t>
      </w:r>
    </w:p>
    <w:p>
      <w:pPr>
        <w:spacing w:after="80"/>
      </w:pPr>
      <w:r>
        <w:rPr>
          <w:rFonts w:ascii="Georgia" w:hAnsi="Georgia"/>
          <w:sz w:val="23"/>
        </w:rPr>
        <w:t>Noah answered immediately.</w:t>
      </w:r>
    </w:p>
    <w:p>
      <w:pPr>
        <w:spacing w:after="80"/>
      </w:pPr>
      <w:r>
        <w:rPr>
          <w:rFonts w:ascii="Georgia" w:hAnsi="Georgia"/>
          <w:sz w:val="23"/>
        </w:rPr>
        <w:t>“First down.”</w:t>
      </w:r>
    </w:p>
    <w:p>
      <w:pPr>
        <w:spacing w:after="80"/>
      </w:pPr>
      <w:r>
        <w:rPr>
          <w:rFonts w:ascii="Georgia" w:hAnsi="Georgia"/>
          <w:sz w:val="23"/>
        </w:rPr>
        <w:t>His dad nodded once.</w:t>
      </w:r>
    </w:p>
    <w:p>
      <w:pPr>
        <w:spacing w:after="80"/>
      </w:pPr>
      <w:r>
        <w:rPr>
          <w:rFonts w:ascii="Georgia" w:hAnsi="Georgia"/>
          <w:sz w:val="23"/>
        </w:rPr>
        <w:t>Noah jogged back in smiling despite himself.</w:t>
      </w:r>
    </w:p>
    <w:p>
      <w:pPr>
        <w:spacing w:after="80"/>
      </w:pPr>
      <w:r>
        <w:rPr>
          <w:rFonts w:ascii="Georgia" w:hAnsi="Georgia"/>
          <w:sz w:val="23"/>
        </w:rPr>
        <w:t>Because that was the whole thing.</w:t>
      </w:r>
    </w:p>
    <w:p>
      <w:pPr>
        <w:spacing w:after="80"/>
      </w:pPr>
      <w:r>
        <w:rPr>
          <w:rFonts w:ascii="Georgia" w:hAnsi="Georgia"/>
          <w:sz w:val="23"/>
        </w:rPr>
        <w:t xml:space="preserve">Not the highlight.  </w:t>
        <w:br/>
        <w:t>The win.</w:t>
      </w:r>
    </w:p>
    <w:p>
      <w:pPr>
        <w:spacing w:after="80"/>
      </w:pPr>
      <w:r>
        <w:rPr>
          <w:rFonts w:ascii="Georgia" w:hAnsi="Georgia"/>
          <w:sz w:val="23"/>
        </w:rPr>
        <w:t>He called the play in the huddle.</w:t>
      </w:r>
    </w:p>
    <w:p>
      <w:pPr>
        <w:spacing w:after="80"/>
      </w:pPr>
      <w:r>
        <w:rPr>
          <w:rFonts w:ascii="Georgia" w:hAnsi="Georgia"/>
          <w:sz w:val="23"/>
        </w:rPr>
        <w:t>“Heavy. Twins nasty. Texas bluff draw.”</w:t>
      </w:r>
    </w:p>
    <w:p>
      <w:pPr>
        <w:spacing w:after="80"/>
      </w:pPr>
      <w:r>
        <w:rPr>
          <w:rFonts w:ascii="Georgia" w:hAnsi="Georgia"/>
          <w:sz w:val="23"/>
        </w:rPr>
        <w:t xml:space="preserve">Rico blinked once, then smiled.  </w:t>
        <w:br/>
        <w:t>He saw it.</w:t>
      </w:r>
    </w:p>
    <w:p>
      <w:pPr>
        <w:spacing w:after="80"/>
      </w:pPr>
      <w:r>
        <w:rPr>
          <w:rFonts w:ascii="Georgia" w:hAnsi="Georgia"/>
          <w:sz w:val="23"/>
        </w:rPr>
        <w:t>So did Devin.</w:t>
      </w:r>
    </w:p>
    <w:p>
      <w:pPr>
        <w:spacing w:after="80"/>
      </w:pPr>
      <w:r>
        <w:rPr>
          <w:rFonts w:ascii="Georgia" w:hAnsi="Georgia"/>
          <w:sz w:val="23"/>
        </w:rPr>
        <w:t>The alignment screamed quick angle route to Micah because they had hit it earlier. The linebacker would widen. The rusher would expand to the back. The middle would soften one step.</w:t>
      </w:r>
    </w:p>
    <w:p>
      <w:pPr>
        <w:spacing w:after="80"/>
      </w:pPr>
      <w:r>
        <w:rPr>
          <w:rFonts w:ascii="Georgia" w:hAnsi="Georgia"/>
          <w:sz w:val="23"/>
        </w:rPr>
        <w:t>All Noah had to do was not flinch.</w:t>
      </w:r>
    </w:p>
    <w:p>
      <w:pPr>
        <w:spacing w:after="80"/>
      </w:pPr>
      <w:r>
        <w:rPr>
          <w:rFonts w:ascii="Georgia" w:hAnsi="Georgia"/>
          <w:sz w:val="23"/>
        </w:rPr>
        <w:t>Snap.</w:t>
      </w:r>
    </w:p>
    <w:p>
      <w:pPr>
        <w:spacing w:after="80"/>
      </w:pPr>
      <w:r>
        <w:rPr>
          <w:rFonts w:ascii="Georgia" w:hAnsi="Georgia"/>
          <w:sz w:val="23"/>
        </w:rPr>
        <w:t xml:space="preserve">Micah swung.  </w:t>
        <w:br/>
        <w:t xml:space="preserve">The linebacker widened.  </w:t>
        <w:br/>
        <w:t xml:space="preserve">The edge expanded.  </w:t>
        <w:br/>
        <w:t>Noah tucked and knifed through the A-gap.</w:t>
      </w:r>
    </w:p>
    <w:p>
      <w:pPr>
        <w:spacing w:after="80"/>
      </w:pPr>
      <w:r>
        <w:rPr>
          <w:rFonts w:ascii="Georgia" w:hAnsi="Georgia"/>
          <w:sz w:val="23"/>
        </w:rPr>
        <w:t xml:space="preserve">One yard.  </w:t>
        <w:br/>
        <w:t xml:space="preserve">Then two.  </w:t>
        <w:br/>
        <w:t>Then three.</w:t>
      </w:r>
    </w:p>
    <w:p>
      <w:pPr>
        <w:spacing w:after="80"/>
      </w:pPr>
      <w:r>
        <w:rPr>
          <w:rFonts w:ascii="Georgia" w:hAnsi="Georgia"/>
          <w:sz w:val="23"/>
        </w:rPr>
        <w:t>First down.</w:t>
      </w:r>
    </w:p>
    <w:p>
      <w:pPr>
        <w:spacing w:after="80"/>
      </w:pPr>
      <w:r>
        <w:rPr>
          <w:rFonts w:ascii="Georgia" w:hAnsi="Georgia"/>
          <w:sz w:val="23"/>
        </w:rPr>
        <w:t>The sideline erupted.</w:t>
      </w:r>
    </w:p>
    <w:p>
      <w:pPr>
        <w:spacing w:after="80"/>
      </w:pPr>
      <w:r>
        <w:rPr>
          <w:rFonts w:ascii="Georgia" w:hAnsi="Georgia"/>
          <w:sz w:val="23"/>
        </w:rPr>
        <w:t>Northgate’s shoulders dropped in one visible wave.</w:t>
      </w:r>
    </w:p>
    <w:p>
      <w:pPr>
        <w:spacing w:after="80"/>
      </w:pPr>
      <w:r>
        <w:rPr>
          <w:rFonts w:ascii="Georgia" w:hAnsi="Georgia"/>
          <w:sz w:val="23"/>
        </w:rPr>
        <w:t>That was it.</w:t>
      </w:r>
    </w:p>
    <w:p>
      <w:pPr>
        <w:spacing w:after="80"/>
      </w:pPr>
      <w:r>
        <w:rPr>
          <w:rFonts w:ascii="Georgia" w:hAnsi="Georgia"/>
          <w:sz w:val="23"/>
        </w:rPr>
        <w:t>One kneel-equivalent clock bleed later and the scoreboard did the rest.</w:t>
      </w:r>
    </w:p>
    <w:p>
      <w:pPr>
        <w:spacing w:after="80"/>
      </w:pPr>
      <w:r>
        <w:rPr>
          <w:rFonts w:ascii="Georgia" w:hAnsi="Georgia"/>
          <w:sz w:val="23"/>
        </w:rPr>
        <w:t xml:space="preserve">Prime 8 14.  </w:t>
        <w:br/>
        <w:t>Northgate 9.</w:t>
      </w:r>
    </w:p>
    <w:p>
      <w:pPr>
        <w:spacing w:after="80"/>
      </w:pPr>
      <w:r>
        <w:rPr>
          <w:rFonts w:ascii="Georgia" w:hAnsi="Georgia"/>
          <w:sz w:val="23"/>
        </w:rPr>
        <w:t>Champions.</w:t>
      </w:r>
    </w:p>
    <w:p>
      <w:pPr>
        <w:spacing w:after="80"/>
      </w:pPr>
      <w:r>
        <w:rPr>
          <w:rFonts w:ascii="Georgia" w:hAnsi="Georgia"/>
          <w:sz w:val="23"/>
        </w:rPr>
        <w:t>For one second after the whistle, Noah did not move.</w:t>
      </w:r>
    </w:p>
    <w:p>
      <w:pPr>
        <w:spacing w:after="80"/>
      </w:pPr>
      <w:r>
        <w:rPr>
          <w:rFonts w:ascii="Georgia" w:hAnsi="Georgia"/>
          <w:sz w:val="23"/>
        </w:rPr>
        <w:t>He just stood there at midfield with cold air in his lungs and the sound of everybody else arriving before his own body did.</w:t>
      </w:r>
    </w:p>
    <w:p>
      <w:pPr>
        <w:spacing w:after="80"/>
      </w:pPr>
      <w:r>
        <w:rPr>
          <w:rFonts w:ascii="Georgia" w:hAnsi="Georgia"/>
          <w:sz w:val="23"/>
        </w:rPr>
        <w:t>Then the pile hit him.</w:t>
      </w:r>
    </w:p>
    <w:p>
      <w:pPr>
        <w:spacing w:after="80"/>
      </w:pPr>
      <w:r>
        <w:rPr>
          <w:rFonts w:ascii="Georgia" w:hAnsi="Georgia"/>
          <w:sz w:val="23"/>
        </w:rPr>
        <w:t xml:space="preserve">Jalen from one side.  </w:t>
        <w:br/>
        <w:t xml:space="preserve">Micah from the other.  </w:t>
        <w:br/>
        <w:t xml:space="preserve">Rico somewhere in the middle yelling something completely unusable.  </w:t>
        <w:br/>
        <w:t xml:space="preserve">Devin laughing.  </w:t>
        <w:br/>
        <w:t>Owen, somehow in the celebration while still trying to correct who had lined up where on the last snap.</w:t>
      </w:r>
    </w:p>
    <w:p>
      <w:pPr>
        <w:spacing w:after="80"/>
      </w:pPr>
      <w:r>
        <w:rPr>
          <w:rFonts w:ascii="Georgia" w:hAnsi="Georgia"/>
          <w:sz w:val="23"/>
        </w:rPr>
        <w:t>Coach Law stayed back one extra breath.</w:t>
      </w:r>
    </w:p>
    <w:p>
      <w:pPr>
        <w:spacing w:after="80"/>
      </w:pPr>
      <w:r>
        <w:rPr>
          <w:rFonts w:ascii="Georgia" w:hAnsi="Georgia"/>
          <w:sz w:val="23"/>
        </w:rPr>
        <w:t>Just one.</w:t>
      </w:r>
    </w:p>
    <w:p>
      <w:pPr>
        <w:spacing w:after="80"/>
      </w:pPr>
      <w:r>
        <w:rPr>
          <w:rFonts w:ascii="Georgia" w:hAnsi="Georgia"/>
          <w:sz w:val="23"/>
        </w:rPr>
        <w:t>Then he walked onto the field too.</w:t>
      </w:r>
    </w:p>
    <w:p>
      <w:pPr>
        <w:spacing w:after="80"/>
      </w:pPr>
      <w:r>
        <w:rPr>
          <w:rFonts w:ascii="Georgia" w:hAnsi="Georgia"/>
          <w:sz w:val="23"/>
        </w:rPr>
        <w:t>Noah saw him through all the bodies and knew exactly what that extra breath had been.</w:t>
      </w:r>
    </w:p>
    <w:p>
      <w:pPr>
        <w:spacing w:after="80"/>
      </w:pPr>
      <w:r>
        <w:rPr>
          <w:rFonts w:ascii="Georgia" w:hAnsi="Georgia"/>
          <w:sz w:val="23"/>
        </w:rPr>
        <w:t xml:space="preserve">Coach first.  </w:t>
        <w:br/>
        <w:t xml:space="preserve">Dad second.  </w:t>
        <w:br/>
        <w:t xml:space="preserve">Not because he loved it that way.  </w:t>
        <w:br/>
        <w:t>Because that was how he had learned to survive it.</w:t>
      </w:r>
    </w:p>
    <w:p>
      <w:pPr>
        <w:spacing w:after="80"/>
      </w:pPr>
      <w:r>
        <w:rPr>
          <w:rFonts w:ascii="Georgia" w:hAnsi="Georgia"/>
          <w:sz w:val="23"/>
        </w:rPr>
        <w:t>The team finally broke enough for Noah to breathe.</w:t>
      </w:r>
    </w:p>
    <w:p>
      <w:pPr>
        <w:spacing w:after="80"/>
      </w:pPr>
      <w:r>
        <w:rPr>
          <w:rFonts w:ascii="Georgia" w:hAnsi="Georgia"/>
          <w:sz w:val="23"/>
        </w:rPr>
        <w:t>He turned and found his dad near the numbers.</w:t>
      </w:r>
    </w:p>
    <w:p>
      <w:pPr>
        <w:spacing w:after="80"/>
      </w:pPr>
      <w:r>
        <w:rPr>
          <w:rFonts w:ascii="Georgia" w:hAnsi="Georgia"/>
          <w:sz w:val="23"/>
        </w:rPr>
        <w:t>They did not say anything right away.</w:t>
      </w:r>
    </w:p>
    <w:p>
      <w:pPr>
        <w:spacing w:after="80"/>
      </w:pPr>
      <w:r>
        <w:rPr>
          <w:rFonts w:ascii="Georgia" w:hAnsi="Georgia"/>
          <w:sz w:val="23"/>
        </w:rPr>
        <w:t>There was too much noise for the first words to matter anyway.</w:t>
      </w:r>
    </w:p>
    <w:p>
      <w:pPr>
        <w:spacing w:after="80"/>
      </w:pPr>
      <w:r>
        <w:rPr>
          <w:rFonts w:ascii="Georgia" w:hAnsi="Georgia"/>
          <w:sz w:val="23"/>
        </w:rPr>
        <w:t>Coach Law put one hand on the back of Noah’s helmet and squeezed once.</w:t>
      </w:r>
    </w:p>
    <w:p>
      <w:pPr>
        <w:spacing w:after="80"/>
      </w:pPr>
      <w:r>
        <w:rPr>
          <w:rFonts w:ascii="Georgia" w:hAnsi="Georgia"/>
          <w:sz w:val="23"/>
        </w:rPr>
        <w:t>That was all.</w:t>
      </w:r>
    </w:p>
    <w:p>
      <w:pPr>
        <w:spacing w:after="80"/>
      </w:pPr>
      <w:r>
        <w:rPr>
          <w:rFonts w:ascii="Georgia" w:hAnsi="Georgia"/>
          <w:sz w:val="23"/>
        </w:rPr>
        <w:t>But Noah understood it.</w:t>
      </w:r>
    </w:p>
    <w:p>
      <w:pPr>
        <w:spacing w:after="80"/>
      </w:pPr>
      <w:r>
        <w:rPr>
          <w:rFonts w:ascii="Georgia" w:hAnsi="Georgia"/>
          <w:sz w:val="23"/>
        </w:rPr>
        <w:t>The rest of the world blurred again after that—trophy, pictures, parents, too many voices, Vee getting dragged into team photos she pretended not to want, Micah arguing that his touchdown was the play of the game, Jalen insisting the interception should count for “moral touchdowns,” Owen saying that was not a stat.</w:t>
      </w:r>
    </w:p>
    <w:p>
      <w:pPr>
        <w:spacing w:after="80"/>
      </w:pPr>
      <w:r>
        <w:rPr>
          <w:rFonts w:ascii="Georgia" w:hAnsi="Georgia"/>
          <w:sz w:val="23"/>
        </w:rPr>
        <w:t>And then, just as the field started to feel like celebration instead of battle, Noah looked past the fence toward the lot.</w:t>
      </w:r>
    </w:p>
    <w:p>
      <w:pPr>
        <w:spacing w:after="80"/>
      </w:pPr>
      <w:r>
        <w:rPr>
          <w:rFonts w:ascii="Georgia" w:hAnsi="Georgia"/>
          <w:sz w:val="23"/>
        </w:rPr>
        <w:t>The dark sedan was there.</w:t>
      </w:r>
    </w:p>
    <w:p>
      <w:pPr>
        <w:spacing w:after="80"/>
      </w:pPr>
      <w:r>
        <w:rPr>
          <w:rFonts w:ascii="Georgia" w:hAnsi="Georgia"/>
          <w:sz w:val="23"/>
        </w:rPr>
        <w:t>Not moving.</w:t>
      </w:r>
    </w:p>
    <w:p>
      <w:pPr>
        <w:spacing w:after="80"/>
      </w:pPr>
      <w:r>
        <w:rPr>
          <w:rFonts w:ascii="Georgia" w:hAnsi="Georgia"/>
          <w:sz w:val="23"/>
        </w:rPr>
        <w:t>Just parked beyond the far light.</w:t>
      </w:r>
    </w:p>
    <w:p>
      <w:pPr>
        <w:spacing w:after="80"/>
      </w:pPr>
      <w:r>
        <w:rPr>
          <w:rFonts w:ascii="Georgia" w:hAnsi="Georgia"/>
          <w:sz w:val="23"/>
        </w:rPr>
        <w:t xml:space="preserve">No gray hoodie this time.  </w:t>
        <w:br/>
        <w:t xml:space="preserve">No signal.  </w:t>
        <w:br/>
        <w:t>No note.</w:t>
      </w:r>
    </w:p>
    <w:p>
      <w:pPr>
        <w:spacing w:after="80"/>
      </w:pPr>
      <w:r>
        <w:rPr>
          <w:rFonts w:ascii="Georgia" w:hAnsi="Georgia"/>
          <w:sz w:val="23"/>
        </w:rPr>
        <w:t>Just the car.</w:t>
      </w:r>
    </w:p>
    <w:p>
      <w:pPr>
        <w:spacing w:after="80"/>
      </w:pPr>
      <w:r>
        <w:rPr>
          <w:rFonts w:ascii="Georgia" w:hAnsi="Georgia"/>
          <w:sz w:val="23"/>
        </w:rPr>
        <w:t>Watching the champions celebrate.</w:t>
      </w:r>
    </w:p>
    <w:p>
      <w:r>
        <w:br w:type="page"/>
      </w:r>
    </w:p>
    <w:p>
      <w:pPr>
        <w:spacing w:after="40"/>
        <w:jc w:val="center"/>
      </w:pPr>
      <w:r>
        <w:rPr>
          <w:rFonts w:ascii="Georgia" w:hAnsi="Georgia"/>
          <w:b/>
          <w:i w:val="0"/>
          <w:sz w:val="28"/>
        </w:rPr>
        <w:t>Chapter 20</w:t>
      </w:r>
    </w:p>
    <w:p>
      <w:pPr>
        <w:spacing w:after="200"/>
        <w:jc w:val="center"/>
      </w:pPr>
      <w:r>
        <w:rPr>
          <w:rFonts w:ascii="Georgia" w:hAnsi="Georgia"/>
          <w:b w:val="0"/>
          <w:i/>
          <w:sz w:val="24"/>
        </w:rPr>
        <w:t>Earned Pride</w:t>
      </w:r>
    </w:p>
    <w:p>
      <w:pPr>
        <w:spacing w:after="80"/>
      </w:pPr>
      <w:r>
        <w:rPr>
          <w:rFonts w:ascii="Georgia" w:hAnsi="Georgia"/>
          <w:sz w:val="23"/>
        </w:rPr>
        <w:t>Championship fields looked strange once the game was over.</w:t>
      </w:r>
    </w:p>
    <w:p>
      <w:pPr>
        <w:spacing w:after="80"/>
      </w:pPr>
      <w:r>
        <w:rPr>
          <w:rFonts w:ascii="Georgia" w:hAnsi="Georgia"/>
          <w:sz w:val="23"/>
        </w:rPr>
        <w:t>That was the first thing Noah noticed after the noise finally started to thin out.</w:t>
      </w:r>
    </w:p>
    <w:p>
      <w:pPr>
        <w:spacing w:after="80"/>
      </w:pPr>
      <w:r>
        <w:rPr>
          <w:rFonts w:ascii="Georgia" w:hAnsi="Georgia"/>
          <w:sz w:val="23"/>
        </w:rPr>
        <w:t>An hour earlier, every blade of grass had felt alive. Every yard line mattered. Every hash looked like a decision waiting to happen. Now the field was just a field again—chewed-up turf in the middle, empty water bottles near the bench, kids drifting toward cars with medals around their necks and championship sweat drying cold under their shoulder pads.</w:t>
      </w:r>
    </w:p>
    <w:p>
      <w:pPr>
        <w:spacing w:after="80"/>
      </w:pPr>
      <w:r>
        <w:rPr>
          <w:rFonts w:ascii="Georgia" w:hAnsi="Georgia"/>
          <w:sz w:val="23"/>
        </w:rPr>
        <w:t>Prime 8’s trophy sat on the scorer’s table under the lights.</w:t>
      </w:r>
    </w:p>
    <w:p>
      <w:pPr>
        <w:spacing w:after="80"/>
      </w:pPr>
      <w:r>
        <w:rPr>
          <w:rFonts w:ascii="Georgia" w:hAnsi="Georgia"/>
          <w:sz w:val="23"/>
        </w:rPr>
        <w:t xml:space="preserve">Too still.  </w:t>
        <w:br/>
        <w:t xml:space="preserve">Too quiet.  </w:t>
        <w:br/>
        <w:t>Too small for what it had taken to get there.</w:t>
      </w:r>
    </w:p>
    <w:p>
      <w:pPr>
        <w:spacing w:after="80"/>
      </w:pPr>
      <w:r>
        <w:rPr>
          <w:rFonts w:ascii="Georgia" w:hAnsi="Georgia"/>
          <w:sz w:val="23"/>
        </w:rPr>
        <w:t>Noah stood near the numbers with his helmet in one hand and his other hand hooked through the loose end of his flag belt. He had already done the pictures. Already held the trophy. Already half-listened while Jalen explained to three different adults that the game was won the exact moment he forced Mercer to pat the ball on fourth down.</w:t>
      </w:r>
    </w:p>
    <w:p>
      <w:pPr>
        <w:spacing w:after="80"/>
      </w:pPr>
      <w:r>
        <w:rPr>
          <w:rFonts w:ascii="Georgia" w:hAnsi="Georgia"/>
          <w:sz w:val="23"/>
        </w:rPr>
        <w:t>The adrenaline had burned off enough now that the rest of the feeling had room to arrive.</w:t>
      </w:r>
    </w:p>
    <w:p>
      <w:pPr>
        <w:spacing w:after="80"/>
      </w:pPr>
      <w:r>
        <w:rPr>
          <w:rFonts w:ascii="Georgia" w:hAnsi="Georgia"/>
          <w:sz w:val="23"/>
        </w:rPr>
        <w:t xml:space="preserve">Not just joy.  </w:t>
        <w:br/>
        <w:t xml:space="preserve">Not just relief.  </w:t>
        <w:br/>
        <w:t>Something steadier than both.</w:t>
      </w:r>
    </w:p>
    <w:p>
      <w:pPr>
        <w:spacing w:after="80"/>
      </w:pPr>
      <w:r>
        <w:rPr>
          <w:rFonts w:ascii="Georgia" w:hAnsi="Georgia"/>
          <w:sz w:val="23"/>
        </w:rPr>
        <w:t>Coach Law found him there.</w:t>
      </w:r>
    </w:p>
    <w:p>
      <w:pPr>
        <w:spacing w:after="80"/>
      </w:pPr>
      <w:r>
        <w:rPr>
          <w:rFonts w:ascii="Georgia" w:hAnsi="Georgia"/>
          <w:sz w:val="23"/>
        </w:rPr>
        <w:t>Of course he did.</w:t>
      </w:r>
    </w:p>
    <w:p>
      <w:pPr>
        <w:spacing w:after="80"/>
      </w:pPr>
      <w:r>
        <w:rPr>
          <w:rFonts w:ascii="Georgia" w:hAnsi="Georgia"/>
          <w:sz w:val="23"/>
        </w:rPr>
        <w:t>His dad still had the clipboard under one arm because apparently even after winning a championship, he could not fully stop being a coach long enough to just be a human.</w:t>
      </w:r>
    </w:p>
    <w:p>
      <w:pPr>
        <w:spacing w:after="80"/>
      </w:pPr>
      <w:r>
        <w:rPr>
          <w:rFonts w:ascii="Georgia" w:hAnsi="Georgia"/>
          <w:sz w:val="23"/>
        </w:rPr>
        <w:t>For a second neither of them said anything.</w:t>
      </w:r>
    </w:p>
    <w:p>
      <w:pPr>
        <w:spacing w:after="80"/>
      </w:pPr>
      <w:r>
        <w:rPr>
          <w:rFonts w:ascii="Georgia" w:hAnsi="Georgia"/>
          <w:sz w:val="23"/>
        </w:rPr>
        <w:t>They looked out at the field together.</w:t>
      </w:r>
    </w:p>
    <w:p>
      <w:pPr>
        <w:spacing w:after="80"/>
      </w:pPr>
      <w:r>
        <w:rPr>
          <w:rFonts w:ascii="Georgia" w:hAnsi="Georgia"/>
          <w:sz w:val="23"/>
        </w:rPr>
        <w:t xml:space="preserve">At Devin helping the equipment manager stack footballs into the mesh bag even though nobody had asked him to.  </w:t>
        <w:br/>
        <w:t xml:space="preserve">At Owen standing with his medal crooked, explaining some coverage detail to a younger kid who clearly had no idea what he was saying but still looked impressed.  </w:t>
        <w:br/>
        <w:t xml:space="preserve">At Micah racing two smaller boys from the far pylon to the numbers and winning by a lot while pretending it had been close.  </w:t>
        <w:br/>
        <w:t xml:space="preserve">At Rico laughing at something Jalen said and then going quiet again immediately after, like joy still surprised him when it reached him too fast.  </w:t>
        <w:br/>
        <w:t>At Vee near the rope line, football in one hand, watching everything with that same sharp look she had worn all season.</w:t>
      </w:r>
    </w:p>
    <w:p>
      <w:pPr>
        <w:spacing w:after="80"/>
      </w:pPr>
      <w:r>
        <w:rPr>
          <w:rFonts w:ascii="Georgia" w:hAnsi="Georgia"/>
          <w:sz w:val="23"/>
        </w:rPr>
        <w:t>Coach Law finally spoke.</w:t>
      </w:r>
    </w:p>
    <w:p>
      <w:pPr>
        <w:spacing w:after="80"/>
      </w:pPr>
      <w:r>
        <w:rPr>
          <w:rFonts w:ascii="Georgia" w:hAnsi="Georgia"/>
          <w:sz w:val="23"/>
        </w:rPr>
        <w:t>“You all right?”</w:t>
      </w:r>
    </w:p>
    <w:p>
      <w:pPr>
        <w:spacing w:after="80"/>
      </w:pPr>
      <w:r>
        <w:rPr>
          <w:rFonts w:ascii="Georgia" w:hAnsi="Georgia"/>
          <w:sz w:val="23"/>
        </w:rPr>
        <w:t>Noah let out one short laugh. “We just won a title.”</w:t>
      </w:r>
    </w:p>
    <w:p>
      <w:pPr>
        <w:spacing w:after="80"/>
      </w:pPr>
      <w:r>
        <w:rPr>
          <w:rFonts w:ascii="Georgia" w:hAnsi="Georgia"/>
          <w:sz w:val="23"/>
        </w:rPr>
        <w:t>“That wasn’t my question.”</w:t>
      </w:r>
    </w:p>
    <w:p>
      <w:pPr>
        <w:spacing w:after="80"/>
      </w:pPr>
      <w:r>
        <w:rPr>
          <w:rFonts w:ascii="Georgia" w:hAnsi="Georgia"/>
          <w:sz w:val="23"/>
        </w:rPr>
        <w:t>Noah looked down at the turf, then back up. “Yeah.”</w:t>
      </w:r>
    </w:p>
    <w:p>
      <w:pPr>
        <w:spacing w:after="80"/>
      </w:pPr>
      <w:r>
        <w:rPr>
          <w:rFonts w:ascii="Georgia" w:hAnsi="Georgia"/>
          <w:sz w:val="23"/>
        </w:rPr>
        <w:t>It was true.</w:t>
      </w:r>
    </w:p>
    <w:p>
      <w:pPr>
        <w:spacing w:after="80"/>
      </w:pPr>
      <w:r>
        <w:rPr>
          <w:rFonts w:ascii="Georgia" w:hAnsi="Georgia"/>
          <w:sz w:val="23"/>
        </w:rPr>
        <w:t>He was all right.</w:t>
      </w:r>
    </w:p>
    <w:p>
      <w:pPr>
        <w:spacing w:after="80"/>
      </w:pPr>
      <w:r>
        <w:rPr>
          <w:rFonts w:ascii="Georgia" w:hAnsi="Georgia"/>
          <w:sz w:val="23"/>
        </w:rPr>
        <w:t>More than all right, actually.</w:t>
      </w:r>
    </w:p>
    <w:p>
      <w:pPr>
        <w:spacing w:after="80"/>
      </w:pPr>
      <w:r>
        <w:rPr>
          <w:rFonts w:ascii="Georgia" w:hAnsi="Georgia"/>
          <w:sz w:val="23"/>
        </w:rPr>
        <w:t>Not because everything was fixed. Not because the season had become neat.</w:t>
      </w:r>
    </w:p>
    <w:p>
      <w:pPr>
        <w:spacing w:after="80"/>
      </w:pPr>
      <w:r>
        <w:rPr>
          <w:rFonts w:ascii="Georgia" w:hAnsi="Georgia"/>
          <w:sz w:val="23"/>
        </w:rPr>
        <w:t>Because it had not.</w:t>
      </w:r>
    </w:p>
    <w:p>
      <w:pPr>
        <w:spacing w:after="80"/>
      </w:pPr>
      <w:r>
        <w:rPr>
          <w:rFonts w:ascii="Georgia" w:hAnsi="Georgia"/>
          <w:sz w:val="23"/>
        </w:rPr>
        <w:t xml:space="preserve">Rico had betrayed them and helped them.  </w:t>
        <w:br/>
        <w:t xml:space="preserve">His dad had protected him and frustrated him.  </w:t>
        <w:br/>
        <w:t xml:space="preserve">Northgate had known too much.  </w:t>
        <w:br/>
        <w:t>Prime 8 had still found a way to become itself again anyway.</w:t>
      </w:r>
    </w:p>
    <w:p>
      <w:pPr>
        <w:spacing w:after="80"/>
      </w:pPr>
      <w:r>
        <w:rPr>
          <w:rFonts w:ascii="Georgia" w:hAnsi="Georgia"/>
          <w:sz w:val="23"/>
        </w:rPr>
        <w:t>That mattered.</w:t>
      </w:r>
    </w:p>
    <w:p>
      <w:pPr>
        <w:spacing w:after="80"/>
      </w:pPr>
      <w:r>
        <w:rPr>
          <w:rFonts w:ascii="Georgia" w:hAnsi="Georgia"/>
          <w:sz w:val="23"/>
        </w:rPr>
        <w:t>Coach Law shifted the clipboard to his other arm. “You know what your best play was?”</w:t>
      </w:r>
    </w:p>
    <w:p>
      <w:pPr>
        <w:spacing w:after="80"/>
      </w:pPr>
      <w:r>
        <w:rPr>
          <w:rFonts w:ascii="Georgia" w:hAnsi="Georgia"/>
          <w:sz w:val="23"/>
        </w:rPr>
        <w:t>Noah smiled a little. “The seam to Micah.”</w:t>
      </w:r>
    </w:p>
    <w:p>
      <w:pPr>
        <w:spacing w:after="80"/>
      </w:pPr>
      <w:r>
        <w:rPr>
          <w:rFonts w:ascii="Georgia" w:hAnsi="Georgia"/>
          <w:sz w:val="23"/>
        </w:rPr>
        <w:t>His dad looked at him.</w:t>
      </w:r>
    </w:p>
    <w:p>
      <w:pPr>
        <w:spacing w:after="80"/>
      </w:pPr>
      <w:r>
        <w:rPr>
          <w:rFonts w:ascii="Georgia" w:hAnsi="Georgia"/>
          <w:sz w:val="23"/>
        </w:rPr>
        <w:t>Noah smiled a little less. “The draw on third-and-one.”</w:t>
      </w:r>
    </w:p>
    <w:p>
      <w:pPr>
        <w:spacing w:after="80"/>
      </w:pPr>
      <w:r>
        <w:rPr>
          <w:rFonts w:ascii="Georgia" w:hAnsi="Georgia"/>
          <w:sz w:val="23"/>
        </w:rPr>
        <w:t>Coach Law still looked at him.</w:t>
      </w:r>
    </w:p>
    <w:p>
      <w:pPr>
        <w:spacing w:after="80"/>
      </w:pPr>
      <w:r>
        <w:rPr>
          <w:rFonts w:ascii="Georgia" w:hAnsi="Georgia"/>
          <w:sz w:val="23"/>
        </w:rPr>
        <w:t>Noah thought about it.</w:t>
      </w:r>
    </w:p>
    <w:p>
      <w:pPr>
        <w:spacing w:after="80"/>
      </w:pPr>
      <w:r>
        <w:rPr>
          <w:rFonts w:ascii="Georgia" w:hAnsi="Georgia"/>
          <w:sz w:val="23"/>
        </w:rPr>
        <w:t xml:space="preserve">About the throws he had made.  </w:t>
        <w:br/>
        <w:t xml:space="preserve">The checks he had owned.  </w:t>
        <w:br/>
        <w:t xml:space="preserve">The touchdown to Owen.  </w:t>
        <w:br/>
        <w:t>The one time he had wanted the louder answer and taken the right one anyway.</w:t>
      </w:r>
    </w:p>
    <w:p>
      <w:pPr>
        <w:spacing w:after="80"/>
      </w:pPr>
      <w:r>
        <w:rPr>
          <w:rFonts w:ascii="Georgia" w:hAnsi="Georgia"/>
          <w:sz w:val="23"/>
        </w:rPr>
        <w:t>Then he said, “The throw to Devin in the title-game red zone.”</w:t>
      </w:r>
    </w:p>
    <w:p>
      <w:pPr>
        <w:spacing w:after="80"/>
      </w:pPr>
      <w:r>
        <w:rPr>
          <w:rFonts w:ascii="Georgia" w:hAnsi="Georgia"/>
          <w:sz w:val="23"/>
        </w:rPr>
        <w:t>Coach Law nodded once. “Why?”</w:t>
      </w:r>
    </w:p>
    <w:p>
      <w:pPr>
        <w:spacing w:after="80"/>
      </w:pPr>
      <w:r>
        <w:rPr>
          <w:rFonts w:ascii="Georgia" w:hAnsi="Georgia"/>
          <w:sz w:val="23"/>
        </w:rPr>
        <w:t>“Because it wasn’t the flashiest.”</w:t>
      </w:r>
    </w:p>
    <w:p>
      <w:pPr>
        <w:spacing w:after="80"/>
      </w:pPr>
      <w:r>
        <w:rPr>
          <w:rFonts w:ascii="Georgia" w:hAnsi="Georgia"/>
          <w:sz w:val="23"/>
        </w:rPr>
        <w:t>“Keep going.”</w:t>
      </w:r>
    </w:p>
    <w:p>
      <w:pPr>
        <w:spacing w:after="80"/>
      </w:pPr>
      <w:r>
        <w:rPr>
          <w:rFonts w:ascii="Georgia" w:hAnsi="Georgia"/>
          <w:sz w:val="23"/>
        </w:rPr>
        <w:t>Noah rolled the helmet strap between his fingers. “Because I knew where the loud answer was. And I knew it would look better if it worked. But it wasn’t the cleanest answer.”</w:t>
      </w:r>
    </w:p>
    <w:p>
      <w:pPr>
        <w:spacing w:after="80"/>
      </w:pPr>
      <w:r>
        <w:rPr>
          <w:rFonts w:ascii="Georgia" w:hAnsi="Georgia"/>
          <w:sz w:val="23"/>
        </w:rPr>
        <w:t>His dad’s face did not change much, but Noah had learned to read the little changes better now.</w:t>
      </w:r>
    </w:p>
    <w:p>
      <w:pPr>
        <w:spacing w:after="80"/>
      </w:pPr>
      <w:r>
        <w:rPr>
          <w:rFonts w:ascii="Georgia" w:hAnsi="Georgia"/>
          <w:sz w:val="23"/>
        </w:rPr>
        <w:t xml:space="preserve">Approval.  </w:t>
        <w:br/>
        <w:t xml:space="preserve">Not the big kind.  </w:t>
        <w:br/>
        <w:t>The real kind.</w:t>
      </w:r>
    </w:p>
    <w:p>
      <w:pPr>
        <w:spacing w:after="80"/>
      </w:pPr>
      <w:r>
        <w:rPr>
          <w:rFonts w:ascii="Georgia" w:hAnsi="Georgia"/>
          <w:sz w:val="23"/>
        </w:rPr>
        <w:t>“That,” Coach Law said, “is earned pride.”</w:t>
      </w:r>
    </w:p>
    <w:p>
      <w:pPr>
        <w:spacing w:after="80"/>
      </w:pPr>
      <w:r>
        <w:rPr>
          <w:rFonts w:ascii="Georgia" w:hAnsi="Georgia"/>
          <w:sz w:val="23"/>
        </w:rPr>
        <w:t>The line sat there between them.</w:t>
      </w:r>
    </w:p>
    <w:p>
      <w:pPr>
        <w:spacing w:after="80"/>
      </w:pPr>
      <w:r>
        <w:rPr>
          <w:rFonts w:ascii="Georgia" w:hAnsi="Georgia"/>
          <w:sz w:val="23"/>
        </w:rPr>
        <w:t>Noah looked out at the field again.</w:t>
      </w:r>
    </w:p>
    <w:p>
      <w:pPr>
        <w:spacing w:after="80"/>
      </w:pPr>
      <w:r>
        <w:rPr>
          <w:rFonts w:ascii="Georgia" w:hAnsi="Georgia"/>
          <w:sz w:val="23"/>
        </w:rPr>
        <w:t>All season he had thought pride was about proving things. Proving he was the guy. Proving he was more than Coach Law’s son. Proving he could lead, throw, handle pressure, hold a team together, survive Micah’s arrival, survive the mystery, survive everybody looking at him every time something tilted.</w:t>
      </w:r>
    </w:p>
    <w:p>
      <w:pPr>
        <w:spacing w:after="80"/>
      </w:pPr>
      <w:r>
        <w:rPr>
          <w:rFonts w:ascii="Georgia" w:hAnsi="Georgia"/>
          <w:sz w:val="23"/>
        </w:rPr>
        <w:t>And some of that had mattered.</w:t>
      </w:r>
    </w:p>
    <w:p>
      <w:pPr>
        <w:spacing w:after="80"/>
      </w:pPr>
      <w:r>
        <w:rPr>
          <w:rFonts w:ascii="Georgia" w:hAnsi="Georgia"/>
          <w:sz w:val="23"/>
        </w:rPr>
        <w:t>But not as much as he thought.</w:t>
      </w:r>
    </w:p>
    <w:p>
      <w:pPr>
        <w:spacing w:after="80"/>
      </w:pPr>
      <w:r>
        <w:rPr>
          <w:rFonts w:ascii="Georgia" w:hAnsi="Georgia"/>
          <w:sz w:val="23"/>
        </w:rPr>
        <w:t>The season had taught him something uglier and better:</w:t>
      </w:r>
    </w:p>
    <w:p>
      <w:pPr>
        <w:spacing w:after="80"/>
      </w:pPr>
      <w:r>
        <w:rPr>
          <w:rFonts w:ascii="Georgia" w:hAnsi="Georgia"/>
          <w:sz w:val="23"/>
        </w:rPr>
        <w:t xml:space="preserve">Pride was not forcing the game to say your name.  </w:t>
        <w:br/>
        <w:t>Pride was being disciplined enough to do the right thing even when the louder thing was right there.</w:t>
      </w:r>
    </w:p>
    <w:p>
      <w:pPr>
        <w:spacing w:after="80"/>
      </w:pPr>
      <w:r>
        <w:rPr>
          <w:rFonts w:ascii="Georgia" w:hAnsi="Georgia"/>
          <w:sz w:val="23"/>
        </w:rPr>
        <w:t>He looked at his dad. “You could’ve just said that in like September.”</w:t>
      </w:r>
    </w:p>
    <w:p>
      <w:pPr>
        <w:spacing w:after="80"/>
      </w:pPr>
      <w:r>
        <w:rPr>
          <w:rFonts w:ascii="Georgia" w:hAnsi="Georgia"/>
          <w:sz w:val="23"/>
        </w:rPr>
        <w:t>Coach Law almost smiled. “You wouldn’t have heard it in September.”</w:t>
      </w:r>
    </w:p>
    <w:p>
      <w:pPr>
        <w:spacing w:after="80"/>
      </w:pPr>
      <w:r>
        <w:rPr>
          <w:rFonts w:ascii="Georgia" w:hAnsi="Georgia"/>
          <w:sz w:val="23"/>
        </w:rPr>
        <w:t>That was also true.</w:t>
      </w:r>
    </w:p>
    <w:p>
      <w:pPr>
        <w:spacing w:after="80"/>
      </w:pPr>
      <w:r>
        <w:rPr>
          <w:rFonts w:ascii="Georgia" w:hAnsi="Georgia"/>
          <w:sz w:val="23"/>
        </w:rPr>
        <w:t>Noah hated when the true answers were inconvenient.</w:t>
      </w:r>
    </w:p>
    <w:p>
      <w:pPr>
        <w:spacing w:after="80"/>
      </w:pPr>
      <w:r>
        <w:rPr>
          <w:rFonts w:ascii="Georgia" w:hAnsi="Georgia"/>
          <w:sz w:val="23"/>
        </w:rPr>
        <w:t>They stood there another second, then Coach Law said, “One more thing.”</w:t>
      </w:r>
    </w:p>
    <w:p>
      <w:pPr>
        <w:spacing w:after="80"/>
      </w:pPr>
      <w:r>
        <w:rPr>
          <w:rFonts w:ascii="Georgia" w:hAnsi="Georgia"/>
          <w:sz w:val="23"/>
        </w:rPr>
        <w:t>Noah looked over.</w:t>
      </w:r>
    </w:p>
    <w:p>
      <w:pPr>
        <w:spacing w:after="80"/>
      </w:pPr>
      <w:r>
        <w:rPr>
          <w:rFonts w:ascii="Georgia" w:hAnsi="Georgia"/>
          <w:sz w:val="23"/>
        </w:rPr>
        <w:t>His dad’s eyes moved toward Rico, then back. “What you did with him after the game mattered.”</w:t>
      </w:r>
    </w:p>
    <w:p>
      <w:pPr>
        <w:spacing w:after="80"/>
      </w:pPr>
      <w:r>
        <w:rPr>
          <w:rFonts w:ascii="Georgia" w:hAnsi="Georgia"/>
          <w:sz w:val="23"/>
        </w:rPr>
        <w:t>Noah frowned. “You mean not punching him?”</w:t>
      </w:r>
    </w:p>
    <w:p>
      <w:pPr>
        <w:spacing w:after="80"/>
      </w:pPr>
      <w:r>
        <w:rPr>
          <w:rFonts w:ascii="Georgia" w:hAnsi="Georgia"/>
          <w:sz w:val="23"/>
        </w:rPr>
        <w:t>“I mean letting him stay in the huddle after he gave you every reason not to.”</w:t>
      </w:r>
    </w:p>
    <w:p>
      <w:pPr>
        <w:spacing w:after="80"/>
      </w:pPr>
      <w:r>
        <w:rPr>
          <w:rFonts w:ascii="Georgia" w:hAnsi="Georgia"/>
          <w:sz w:val="23"/>
        </w:rPr>
        <w:t>Noah let out a breath through his nose. “I still don’t know if that was right.”</w:t>
      </w:r>
    </w:p>
    <w:p>
      <w:pPr>
        <w:spacing w:after="80"/>
      </w:pPr>
      <w:r>
        <w:rPr>
          <w:rFonts w:ascii="Georgia" w:hAnsi="Georgia"/>
          <w:sz w:val="23"/>
        </w:rPr>
        <w:t>Coach Law nodded once. “That’s because leadership is rarely as clean as people like to talk about it.”</w:t>
      </w:r>
    </w:p>
    <w:p>
      <w:pPr>
        <w:spacing w:after="80"/>
      </w:pPr>
      <w:r>
        <w:rPr>
          <w:rFonts w:ascii="Georgia" w:hAnsi="Georgia"/>
          <w:sz w:val="23"/>
        </w:rPr>
        <w:t>That line felt like it would follow Noah a long time.</w:t>
      </w:r>
    </w:p>
    <w:p>
      <w:pPr>
        <w:spacing w:after="80"/>
      </w:pPr>
      <w:r>
        <w:rPr>
          <w:rFonts w:ascii="Georgia" w:hAnsi="Georgia"/>
          <w:sz w:val="23"/>
        </w:rPr>
        <w:t>He looked back toward Rico.</w:t>
      </w:r>
    </w:p>
    <w:p>
      <w:pPr>
        <w:spacing w:after="80"/>
      </w:pPr>
      <w:r>
        <w:rPr>
          <w:rFonts w:ascii="Georgia" w:hAnsi="Georgia"/>
          <w:sz w:val="23"/>
        </w:rPr>
        <w:t>Rico was standing alone now near the bench, medal hanging crooked, hands shoved in his hoodie pockets. The laughter had moved away from him again, leaving him in that weird space where you were with your team and also not fully with your team because of what had happened.</w:t>
      </w:r>
    </w:p>
    <w:p>
      <w:pPr>
        <w:spacing w:after="80"/>
      </w:pPr>
      <w:r>
        <w:rPr>
          <w:rFonts w:ascii="Georgia" w:hAnsi="Georgia"/>
          <w:sz w:val="23"/>
        </w:rPr>
        <w:t xml:space="preserve">Noah knew that feeling from the other side.  </w:t>
        <w:br/>
        <w:t xml:space="preserve">Not the same.  </w:t>
        <w:br/>
        <w:t>Close enough.</w:t>
      </w:r>
    </w:p>
    <w:p>
      <w:pPr>
        <w:spacing w:after="80"/>
      </w:pPr>
      <w:r>
        <w:rPr>
          <w:rFonts w:ascii="Georgia" w:hAnsi="Georgia"/>
          <w:sz w:val="23"/>
        </w:rPr>
        <w:t>Coach Law squeezed the back of Noah’s shoulder once and walked off toward the scorer’s table before Noah could say anything else.</w:t>
      </w:r>
    </w:p>
    <w:p>
      <w:pPr>
        <w:spacing w:after="80"/>
      </w:pPr>
      <w:r>
        <w:rPr>
          <w:rFonts w:ascii="Georgia" w:hAnsi="Georgia"/>
          <w:sz w:val="23"/>
        </w:rPr>
        <w:t>That was his dad too.</w:t>
      </w:r>
    </w:p>
    <w:p>
      <w:pPr>
        <w:spacing w:after="80"/>
      </w:pPr>
      <w:r>
        <w:rPr>
          <w:rFonts w:ascii="Georgia" w:hAnsi="Georgia"/>
          <w:sz w:val="23"/>
        </w:rPr>
        <w:t xml:space="preserve">Arrive.  </w:t>
        <w:br/>
        <w:t xml:space="preserve">Say the thing.  </w:t>
        <w:br/>
        <w:t>Leave before it gets sentimental enough to cause permanent damage.</w:t>
      </w:r>
    </w:p>
    <w:p>
      <w:pPr>
        <w:spacing w:after="80"/>
      </w:pPr>
      <w:r>
        <w:rPr>
          <w:rFonts w:ascii="Georgia" w:hAnsi="Georgia"/>
          <w:sz w:val="23"/>
        </w:rPr>
        <w:t>Noah shook his head and headed toward the bench.</w:t>
      </w:r>
    </w:p>
    <w:p>
      <w:pPr>
        <w:spacing w:after="80"/>
      </w:pPr>
      <w:r>
        <w:rPr>
          <w:rFonts w:ascii="Georgia" w:hAnsi="Georgia"/>
          <w:sz w:val="23"/>
        </w:rPr>
        <w:t>Rico saw him coming and straightened immediately.</w:t>
      </w:r>
    </w:p>
    <w:p>
      <w:pPr>
        <w:spacing w:after="80"/>
      </w:pPr>
      <w:r>
        <w:rPr>
          <w:rFonts w:ascii="Georgia" w:hAnsi="Georgia"/>
          <w:sz w:val="23"/>
        </w:rPr>
        <w:t xml:space="preserve">Not defensive.  </w:t>
        <w:br/>
        <w:t>Not relaxed either.</w:t>
      </w:r>
    </w:p>
    <w:p>
      <w:pPr>
        <w:spacing w:after="80"/>
      </w:pPr>
      <w:r>
        <w:rPr>
          <w:rFonts w:ascii="Georgia" w:hAnsi="Georgia"/>
          <w:sz w:val="23"/>
        </w:rPr>
        <w:t>Just ready for whatever came next.</w:t>
      </w:r>
    </w:p>
    <w:p>
      <w:pPr>
        <w:spacing w:after="80"/>
      </w:pPr>
      <w:r>
        <w:rPr>
          <w:rFonts w:ascii="Georgia" w:hAnsi="Georgia"/>
          <w:sz w:val="23"/>
        </w:rPr>
        <w:t>“You here to take my medal?” Rico asked.</w:t>
      </w:r>
    </w:p>
    <w:p>
      <w:pPr>
        <w:spacing w:after="80"/>
      </w:pPr>
      <w:r>
        <w:rPr>
          <w:rFonts w:ascii="Georgia" w:hAnsi="Georgia"/>
          <w:sz w:val="23"/>
        </w:rPr>
        <w:t>Noah stopped in front of him. “That joke’s not good enough for this moment.”</w:t>
      </w:r>
    </w:p>
    <w:p>
      <w:pPr>
        <w:spacing w:after="80"/>
      </w:pPr>
      <w:r>
        <w:rPr>
          <w:rFonts w:ascii="Georgia" w:hAnsi="Georgia"/>
          <w:sz w:val="23"/>
        </w:rPr>
        <w:t>Rico nodded. “Fair.”</w:t>
      </w:r>
    </w:p>
    <w:p>
      <w:pPr>
        <w:spacing w:after="80"/>
      </w:pPr>
      <w:r>
        <w:rPr>
          <w:rFonts w:ascii="Georgia" w:hAnsi="Georgia"/>
          <w:sz w:val="23"/>
        </w:rPr>
        <w:t>For a second they just stood there.</w:t>
      </w:r>
    </w:p>
    <w:p>
      <w:pPr>
        <w:spacing w:after="80"/>
      </w:pPr>
      <w:r>
        <w:rPr>
          <w:rFonts w:ascii="Georgia" w:hAnsi="Georgia"/>
          <w:sz w:val="23"/>
        </w:rPr>
        <w:t>The whole season sitting in the space between them.</w:t>
      </w:r>
    </w:p>
    <w:p>
      <w:pPr>
        <w:spacing w:after="80"/>
      </w:pPr>
      <w:r>
        <w:rPr>
          <w:rFonts w:ascii="Georgia" w:hAnsi="Georgia"/>
          <w:sz w:val="23"/>
        </w:rPr>
        <w:t>Then Noah said, “That pick saved the game.”</w:t>
      </w:r>
    </w:p>
    <w:p>
      <w:pPr>
        <w:spacing w:after="80"/>
      </w:pPr>
      <w:r>
        <w:rPr>
          <w:rFonts w:ascii="Georgia" w:hAnsi="Georgia"/>
          <w:sz w:val="23"/>
        </w:rPr>
        <w:t>Rico blinked once. “Yeah.”</w:t>
      </w:r>
    </w:p>
    <w:p>
      <w:pPr>
        <w:spacing w:after="80"/>
      </w:pPr>
      <w:r>
        <w:rPr>
          <w:rFonts w:ascii="Georgia" w:hAnsi="Georgia"/>
          <w:sz w:val="23"/>
        </w:rPr>
        <w:t>“Doesn’t erase everything.”</w:t>
      </w:r>
    </w:p>
    <w:p>
      <w:pPr>
        <w:spacing w:after="80"/>
      </w:pPr>
      <w:r>
        <w:rPr>
          <w:rFonts w:ascii="Georgia" w:hAnsi="Georgia"/>
          <w:sz w:val="23"/>
        </w:rPr>
        <w:t>“I know.”</w:t>
      </w:r>
    </w:p>
    <w:p>
      <w:pPr>
        <w:spacing w:after="80"/>
      </w:pPr>
      <w:r>
        <w:rPr>
          <w:rFonts w:ascii="Georgia" w:hAnsi="Georgia"/>
          <w:sz w:val="23"/>
        </w:rPr>
        <w:t>“It also happened.”</w:t>
      </w:r>
    </w:p>
    <w:p>
      <w:pPr>
        <w:spacing w:after="80"/>
      </w:pPr>
      <w:r>
        <w:rPr>
          <w:rFonts w:ascii="Georgia" w:hAnsi="Georgia"/>
          <w:sz w:val="23"/>
        </w:rPr>
        <w:t>Rico looked down. “I know that too.”</w:t>
      </w:r>
    </w:p>
    <w:p>
      <w:pPr>
        <w:spacing w:after="80"/>
      </w:pPr>
      <w:r>
        <w:rPr>
          <w:rFonts w:ascii="Georgia" w:hAnsi="Georgia"/>
          <w:sz w:val="23"/>
        </w:rPr>
        <w:t>Noah crossed his arms. “You’re going to hate this answer.”</w:t>
      </w:r>
    </w:p>
    <w:p>
      <w:pPr>
        <w:spacing w:after="80"/>
      </w:pPr>
      <w:r>
        <w:rPr>
          <w:rFonts w:ascii="Georgia" w:hAnsi="Georgia"/>
          <w:sz w:val="23"/>
        </w:rPr>
        <w:t>“Probably.”</w:t>
      </w:r>
    </w:p>
    <w:p>
      <w:pPr>
        <w:spacing w:after="80"/>
      </w:pPr>
      <w:r>
        <w:rPr>
          <w:rFonts w:ascii="Georgia" w:hAnsi="Georgia"/>
          <w:sz w:val="23"/>
        </w:rPr>
        <w:t>“You still have stuff to rebuild.”</w:t>
      </w:r>
    </w:p>
    <w:p>
      <w:pPr>
        <w:spacing w:after="80"/>
      </w:pPr>
      <w:r>
        <w:rPr>
          <w:rFonts w:ascii="Georgia" w:hAnsi="Georgia"/>
          <w:sz w:val="23"/>
        </w:rPr>
        <w:t>Rico let out a breath that almost sounded like a laugh. “That’s a coach answer.”</w:t>
      </w:r>
    </w:p>
    <w:p>
      <w:pPr>
        <w:spacing w:after="80"/>
      </w:pPr>
      <w:r>
        <w:rPr>
          <w:rFonts w:ascii="Georgia" w:hAnsi="Georgia"/>
          <w:sz w:val="23"/>
        </w:rPr>
        <w:t>“No.” Noah shook his head once. “That’s a quarterback answer.”</w:t>
      </w:r>
    </w:p>
    <w:p>
      <w:pPr>
        <w:spacing w:after="80"/>
      </w:pPr>
      <w:r>
        <w:rPr>
          <w:rFonts w:ascii="Georgia" w:hAnsi="Georgia"/>
          <w:sz w:val="23"/>
        </w:rPr>
        <w:t>That hit Rico harder than Noah expected. He could see it in the way Rico’s face changed—not big, just enough.</w:t>
      </w:r>
    </w:p>
    <w:p>
      <w:pPr>
        <w:spacing w:after="80"/>
      </w:pPr>
      <w:r>
        <w:rPr>
          <w:rFonts w:ascii="Georgia" w:hAnsi="Georgia"/>
          <w:sz w:val="23"/>
        </w:rPr>
        <w:t>Noah kept going. “I’m not acting like you didn’t break trust. You did. And if this happens again, you’re done with me. Completely.”</w:t>
      </w:r>
    </w:p>
    <w:p>
      <w:pPr>
        <w:spacing w:after="80"/>
      </w:pPr>
      <w:r>
        <w:rPr>
          <w:rFonts w:ascii="Georgia" w:hAnsi="Georgia"/>
          <w:sz w:val="23"/>
        </w:rPr>
        <w:t>Rico nodded once. “That’s fair.”</w:t>
      </w:r>
    </w:p>
    <w:p>
      <w:pPr>
        <w:spacing w:after="80"/>
      </w:pPr>
      <w:r>
        <w:rPr>
          <w:rFonts w:ascii="Georgia" w:hAnsi="Georgia"/>
          <w:sz w:val="23"/>
        </w:rPr>
        <w:t>“But if you mean what you said about fixing it…” Noah looked him straight in the eye. “Then start there. No shortcuts. No trying to be cool about it. No half-truths because they make you look better.”</w:t>
      </w:r>
    </w:p>
    <w:p>
      <w:pPr>
        <w:spacing w:after="80"/>
      </w:pPr>
      <w:r>
        <w:rPr>
          <w:rFonts w:ascii="Georgia" w:hAnsi="Georgia"/>
          <w:sz w:val="23"/>
        </w:rPr>
        <w:t>Rico swallowed. “Okay.”</w:t>
      </w:r>
    </w:p>
    <w:p>
      <w:pPr>
        <w:spacing w:after="80"/>
      </w:pPr>
      <w:r>
        <w:rPr>
          <w:rFonts w:ascii="Georgia" w:hAnsi="Georgia"/>
          <w:sz w:val="23"/>
        </w:rPr>
        <w:t>Noah pointed once at the medal hanging on his chest. “You earned part of that today.”</w:t>
      </w:r>
    </w:p>
    <w:p>
      <w:pPr>
        <w:spacing w:after="80"/>
      </w:pPr>
      <w:r>
        <w:rPr>
          <w:rFonts w:ascii="Georgia" w:hAnsi="Georgia"/>
          <w:sz w:val="23"/>
        </w:rPr>
        <w:t>Rico’s face went still.</w:t>
      </w:r>
    </w:p>
    <w:p>
      <w:pPr>
        <w:spacing w:after="80"/>
      </w:pPr>
      <w:r>
        <w:rPr>
          <w:rFonts w:ascii="Georgia" w:hAnsi="Georgia"/>
          <w:sz w:val="23"/>
        </w:rPr>
        <w:t>Noah let the line sit.</w:t>
      </w:r>
    </w:p>
    <w:p>
      <w:pPr>
        <w:spacing w:after="80"/>
      </w:pPr>
      <w:r>
        <w:rPr>
          <w:rFonts w:ascii="Georgia" w:hAnsi="Georgia"/>
          <w:sz w:val="23"/>
        </w:rPr>
        <w:t>Then added, “Don’t make me regret saying it.”</w:t>
      </w:r>
    </w:p>
    <w:p>
      <w:pPr>
        <w:spacing w:after="80"/>
      </w:pPr>
      <w:r>
        <w:rPr>
          <w:rFonts w:ascii="Georgia" w:hAnsi="Georgia"/>
          <w:sz w:val="23"/>
        </w:rPr>
        <w:t>This time Rico did laugh. Quiet. Real.</w:t>
      </w:r>
    </w:p>
    <w:p>
      <w:pPr>
        <w:spacing w:after="80"/>
      </w:pPr>
      <w:r>
        <w:rPr>
          <w:rFonts w:ascii="Georgia" w:hAnsi="Georgia"/>
          <w:sz w:val="23"/>
        </w:rPr>
        <w:t>“Fair again.”</w:t>
      </w:r>
    </w:p>
    <w:p>
      <w:pPr>
        <w:spacing w:after="80"/>
      </w:pPr>
      <w:r>
        <w:rPr>
          <w:rFonts w:ascii="Georgia" w:hAnsi="Georgia"/>
          <w:sz w:val="23"/>
        </w:rPr>
        <w:t>That was enough for now.</w:t>
      </w:r>
    </w:p>
    <w:p>
      <w:pPr>
        <w:spacing w:after="80"/>
      </w:pPr>
      <w:r>
        <w:rPr>
          <w:rFonts w:ascii="Georgia" w:hAnsi="Georgia"/>
          <w:sz w:val="23"/>
        </w:rPr>
        <w:t xml:space="preserve">Not friendship repaired.  </w:t>
        <w:br/>
        <w:t xml:space="preserve">Not team healed forever.  </w:t>
        <w:br/>
        <w:t>Enough.</w:t>
      </w:r>
    </w:p>
    <w:p>
      <w:pPr>
        <w:spacing w:after="80"/>
      </w:pPr>
      <w:r>
        <w:rPr>
          <w:rFonts w:ascii="Georgia" w:hAnsi="Georgia"/>
          <w:sz w:val="23"/>
        </w:rPr>
        <w:t>Noah turned away before it got heavier than it needed to.</w:t>
      </w:r>
    </w:p>
    <w:p>
      <w:pPr>
        <w:spacing w:after="80"/>
      </w:pPr>
      <w:r>
        <w:rPr>
          <w:rFonts w:ascii="Georgia" w:hAnsi="Georgia"/>
          <w:sz w:val="23"/>
        </w:rPr>
        <w:t>The trophy ceremony had technically ended fifteen minutes earlier, but apparently nobody had told Jalen.</w:t>
      </w:r>
    </w:p>
    <w:p>
      <w:pPr>
        <w:spacing w:after="80"/>
      </w:pPr>
      <w:r>
        <w:rPr>
          <w:rFonts w:ascii="Georgia" w:hAnsi="Georgia"/>
          <w:sz w:val="23"/>
        </w:rPr>
        <w:t>“Everybody needs to know,” he said loudly, standing on the bottom bleacher like he had been asked to address the city, “that my pressure created at least forty percent of this title.”</w:t>
      </w:r>
    </w:p>
    <w:p>
      <w:pPr>
        <w:spacing w:after="80"/>
      </w:pPr>
      <w:r>
        <w:rPr>
          <w:rFonts w:ascii="Georgia" w:hAnsi="Georgia"/>
          <w:sz w:val="23"/>
        </w:rPr>
        <w:t>“Negative six percent,” Owen said.</w:t>
      </w:r>
    </w:p>
    <w:p>
      <w:pPr>
        <w:spacing w:after="80"/>
      </w:pPr>
      <w:r>
        <w:rPr>
          <w:rFonts w:ascii="Georgia" w:hAnsi="Georgia"/>
          <w:sz w:val="23"/>
        </w:rPr>
        <w:t>“Jealous.”</w:t>
      </w:r>
    </w:p>
    <w:p>
      <w:pPr>
        <w:spacing w:after="80"/>
      </w:pPr>
      <w:r>
        <w:rPr>
          <w:rFonts w:ascii="Georgia" w:hAnsi="Georgia"/>
          <w:sz w:val="23"/>
        </w:rPr>
        <w:t>Devin, carrying two extra water jugs to the truck because of course he was, shook his head. “Can we not rewrite math in public?”</w:t>
      </w:r>
    </w:p>
    <w:p>
      <w:pPr>
        <w:spacing w:after="80"/>
      </w:pPr>
      <w:r>
        <w:rPr>
          <w:rFonts w:ascii="Georgia" w:hAnsi="Georgia"/>
          <w:sz w:val="23"/>
        </w:rPr>
        <w:t>Micah grinned and hopped onto the lowest bleacher beside Jalen. “I had two touchdowns.”</w:t>
      </w:r>
    </w:p>
    <w:p>
      <w:pPr>
        <w:spacing w:after="80"/>
      </w:pPr>
      <w:r>
        <w:rPr>
          <w:rFonts w:ascii="Georgia" w:hAnsi="Georgia"/>
          <w:sz w:val="23"/>
        </w:rPr>
        <w:t>Jalen pointed at him. “Off my emotional energy.”</w:t>
      </w:r>
    </w:p>
    <w:p>
      <w:pPr>
        <w:spacing w:after="80"/>
      </w:pPr>
      <w:r>
        <w:rPr>
          <w:rFonts w:ascii="Georgia" w:hAnsi="Georgia"/>
          <w:sz w:val="23"/>
        </w:rPr>
        <w:t>“That’s not how football works,” Owen said.</w:t>
      </w:r>
    </w:p>
    <w:p>
      <w:pPr>
        <w:spacing w:after="80"/>
      </w:pPr>
      <w:r>
        <w:rPr>
          <w:rFonts w:ascii="Georgia" w:hAnsi="Georgia"/>
          <w:sz w:val="23"/>
        </w:rPr>
        <w:t>“That’s not how emotions work,” Devin added.</w:t>
      </w:r>
    </w:p>
    <w:p>
      <w:pPr>
        <w:spacing w:after="80"/>
      </w:pPr>
      <w:r>
        <w:rPr>
          <w:rFonts w:ascii="Georgia" w:hAnsi="Georgia"/>
          <w:sz w:val="23"/>
        </w:rPr>
        <w:t>Vee stood at the rope line watching the whole thing with her football tucked under one arm.</w:t>
      </w:r>
    </w:p>
    <w:p>
      <w:pPr>
        <w:spacing w:after="80"/>
      </w:pPr>
      <w:r>
        <w:rPr>
          <w:rFonts w:ascii="Georgia" w:hAnsi="Georgia"/>
          <w:sz w:val="23"/>
        </w:rPr>
        <w:t>Noah noticed she was smiling now.</w:t>
      </w:r>
    </w:p>
    <w:p>
      <w:pPr>
        <w:spacing w:after="80"/>
      </w:pPr>
      <w:r>
        <w:rPr>
          <w:rFonts w:ascii="Georgia" w:hAnsi="Georgia"/>
          <w:sz w:val="23"/>
        </w:rPr>
        <w:t>Not the sharp little half-smile she used when she had spotted something before everybody else.</w:t>
      </w:r>
    </w:p>
    <w:p>
      <w:pPr>
        <w:spacing w:after="80"/>
      </w:pPr>
      <w:r>
        <w:rPr>
          <w:rFonts w:ascii="Georgia" w:hAnsi="Georgia"/>
          <w:sz w:val="23"/>
        </w:rPr>
        <w:t>A real one.</w:t>
      </w:r>
    </w:p>
    <w:p>
      <w:pPr>
        <w:spacing w:after="80"/>
      </w:pPr>
      <w:r>
        <w:rPr>
          <w:rFonts w:ascii="Georgia" w:hAnsi="Georgia"/>
          <w:sz w:val="23"/>
        </w:rPr>
        <w:t>Coach Law walked back over from the scorer’s table with one of the rec-league board members beside him. Mr. Carlton. Older guy, glasses, always serious until kids started talking football for real, then suddenly twice as animated.</w:t>
      </w:r>
    </w:p>
    <w:p>
      <w:pPr>
        <w:spacing w:after="80"/>
      </w:pPr>
      <w:r>
        <w:rPr>
          <w:rFonts w:ascii="Georgia" w:hAnsi="Georgia"/>
          <w:sz w:val="23"/>
        </w:rPr>
        <w:t>“Hold up,” Coach Law called.</w:t>
      </w:r>
    </w:p>
    <w:p>
      <w:pPr>
        <w:spacing w:after="80"/>
      </w:pPr>
      <w:r>
        <w:rPr>
          <w:rFonts w:ascii="Georgia" w:hAnsi="Georgia"/>
          <w:sz w:val="23"/>
        </w:rPr>
        <w:t>That got everyone’s attention faster than a whistle.</w:t>
      </w:r>
    </w:p>
    <w:p>
      <w:pPr>
        <w:spacing w:after="80"/>
      </w:pPr>
      <w:r>
        <w:rPr>
          <w:rFonts w:ascii="Georgia" w:hAnsi="Georgia"/>
          <w:sz w:val="23"/>
        </w:rPr>
        <w:t>Even Jalen climbed down from the bleacher.</w:t>
      </w:r>
    </w:p>
    <w:p>
      <w:pPr>
        <w:spacing w:after="80"/>
      </w:pPr>
      <w:r>
        <w:rPr>
          <w:rFonts w:ascii="Georgia" w:hAnsi="Georgia"/>
          <w:sz w:val="23"/>
        </w:rPr>
        <w:t>Mr. Carlton looked around the group and rubbed his hands together like he was warming them up for the announcement.</w:t>
      </w:r>
    </w:p>
    <w:p>
      <w:pPr>
        <w:spacing w:after="80"/>
      </w:pPr>
      <w:r>
        <w:rPr>
          <w:rFonts w:ascii="Georgia" w:hAnsi="Georgia"/>
          <w:sz w:val="23"/>
        </w:rPr>
        <w:t>“Well,” he said, “after watching this season—and after hearing from about six different people who apparently weren’t planning to let me leave tonight without an answer—we’ve decided to move forward.”</w:t>
      </w:r>
    </w:p>
    <w:p>
      <w:pPr>
        <w:spacing w:after="80"/>
      </w:pPr>
      <w:r>
        <w:rPr>
          <w:rFonts w:ascii="Georgia" w:hAnsi="Georgia"/>
          <w:sz w:val="23"/>
        </w:rPr>
        <w:t>Noah looked around.</w:t>
      </w:r>
    </w:p>
    <w:p>
      <w:pPr>
        <w:spacing w:after="80"/>
      </w:pPr>
      <w:r>
        <w:rPr>
          <w:rFonts w:ascii="Georgia" w:hAnsi="Georgia"/>
          <w:sz w:val="23"/>
        </w:rPr>
        <w:t>Everybody else was looking too.</w:t>
      </w:r>
    </w:p>
    <w:p>
      <w:pPr>
        <w:spacing w:after="80"/>
      </w:pPr>
      <w:r>
        <w:rPr>
          <w:rFonts w:ascii="Georgia" w:hAnsi="Georgia"/>
          <w:sz w:val="23"/>
        </w:rPr>
        <w:t>Move forward with what?</w:t>
      </w:r>
    </w:p>
    <w:p>
      <w:pPr>
        <w:spacing w:after="80"/>
      </w:pPr>
      <w:r>
        <w:rPr>
          <w:rFonts w:ascii="Georgia" w:hAnsi="Georgia"/>
          <w:sz w:val="23"/>
        </w:rPr>
        <w:t>Then Mr. Carlton looked straight at Vee.</w:t>
      </w:r>
    </w:p>
    <w:p>
      <w:pPr>
        <w:spacing w:after="80"/>
      </w:pPr>
      <w:r>
        <w:rPr>
          <w:rFonts w:ascii="Georgia" w:hAnsi="Georgia"/>
          <w:sz w:val="23"/>
        </w:rPr>
        <w:t>And Noah understood before the words came.</w:t>
      </w:r>
    </w:p>
    <w:p>
      <w:pPr>
        <w:spacing w:after="80"/>
      </w:pPr>
      <w:r>
        <w:rPr>
          <w:rFonts w:ascii="Georgia" w:hAnsi="Georgia"/>
          <w:sz w:val="23"/>
        </w:rPr>
        <w:t>“We’re starting a girls flag team.”</w:t>
      </w:r>
    </w:p>
    <w:p>
      <w:pPr>
        <w:spacing w:after="80"/>
      </w:pPr>
      <w:r>
        <w:rPr>
          <w:rFonts w:ascii="Georgia" w:hAnsi="Georgia"/>
          <w:sz w:val="23"/>
        </w:rPr>
        <w:t>For half a second Vee did not move at all.</w:t>
      </w:r>
    </w:p>
    <w:p>
      <w:pPr>
        <w:spacing w:after="80"/>
      </w:pPr>
      <w:r>
        <w:rPr>
          <w:rFonts w:ascii="Georgia" w:hAnsi="Georgia"/>
          <w:sz w:val="23"/>
        </w:rPr>
        <w:t>Like her body had not fully agreed with what her ears heard.</w:t>
      </w:r>
    </w:p>
    <w:p>
      <w:pPr>
        <w:spacing w:after="80"/>
      </w:pPr>
      <w:r>
        <w:rPr>
          <w:rFonts w:ascii="Georgia" w:hAnsi="Georgia"/>
          <w:sz w:val="23"/>
        </w:rPr>
        <w:t>Jalen shouted first, obviously. “There it is!”</w:t>
      </w:r>
    </w:p>
    <w:p>
      <w:pPr>
        <w:spacing w:after="80"/>
      </w:pPr>
      <w:r>
        <w:rPr>
          <w:rFonts w:ascii="Georgia" w:hAnsi="Georgia"/>
          <w:sz w:val="23"/>
        </w:rPr>
        <w:t>Micah threw both hands in the air. “Told you!”</w:t>
      </w:r>
    </w:p>
    <w:p>
      <w:pPr>
        <w:spacing w:after="80"/>
      </w:pPr>
      <w:r>
        <w:rPr>
          <w:rFonts w:ascii="Georgia" w:hAnsi="Georgia"/>
          <w:sz w:val="23"/>
        </w:rPr>
        <w:t>Owen nodded once like this had been inevitable if people were paying attention. Devin smiled the way he always smiled when the right thing happened without needing a parade attached to it.</w:t>
      </w:r>
    </w:p>
    <w:p>
      <w:pPr>
        <w:spacing w:after="80"/>
      </w:pPr>
      <w:r>
        <w:rPr>
          <w:rFonts w:ascii="Georgia" w:hAnsi="Georgia"/>
          <w:sz w:val="23"/>
        </w:rPr>
        <w:t>Coach Law glanced at Vee. “Spring training group first. Full team after that if turnout holds.”</w:t>
      </w:r>
    </w:p>
    <w:p>
      <w:pPr>
        <w:spacing w:after="80"/>
      </w:pPr>
      <w:r>
        <w:rPr>
          <w:rFonts w:ascii="Georgia" w:hAnsi="Georgia"/>
          <w:sz w:val="23"/>
        </w:rPr>
        <w:t>Mr. Carlton added, “And if it doesn’t hold, we’ll make it hold.”</w:t>
      </w:r>
    </w:p>
    <w:p>
      <w:pPr>
        <w:spacing w:after="80"/>
      </w:pPr>
      <w:r>
        <w:rPr>
          <w:rFonts w:ascii="Georgia" w:hAnsi="Georgia"/>
          <w:sz w:val="23"/>
        </w:rPr>
        <w:t>That got a laugh.</w:t>
      </w:r>
    </w:p>
    <w:p>
      <w:pPr>
        <w:spacing w:after="80"/>
      </w:pPr>
      <w:r>
        <w:rPr>
          <w:rFonts w:ascii="Georgia" w:hAnsi="Georgia"/>
          <w:sz w:val="23"/>
        </w:rPr>
        <w:t>Vee still had not really said anything.</w:t>
      </w:r>
    </w:p>
    <w:p>
      <w:pPr>
        <w:spacing w:after="80"/>
      </w:pPr>
      <w:r>
        <w:rPr>
          <w:rFonts w:ascii="Georgia" w:hAnsi="Georgia"/>
          <w:sz w:val="23"/>
        </w:rPr>
        <w:t>Noah walked over toward the rope line.</w:t>
      </w:r>
    </w:p>
    <w:p>
      <w:pPr>
        <w:spacing w:after="80"/>
      </w:pPr>
      <w:r>
        <w:rPr>
          <w:rFonts w:ascii="Georgia" w:hAnsi="Georgia"/>
          <w:sz w:val="23"/>
        </w:rPr>
        <w:t>“You okay?” he asked.</w:t>
      </w:r>
    </w:p>
    <w:p>
      <w:pPr>
        <w:spacing w:after="80"/>
      </w:pPr>
      <w:r>
        <w:rPr>
          <w:rFonts w:ascii="Georgia" w:hAnsi="Georgia"/>
          <w:sz w:val="23"/>
        </w:rPr>
        <w:t>She looked at him finally.</w:t>
      </w:r>
    </w:p>
    <w:p>
      <w:pPr>
        <w:spacing w:after="80"/>
      </w:pPr>
      <w:r>
        <w:rPr>
          <w:rFonts w:ascii="Georgia" w:hAnsi="Georgia"/>
          <w:sz w:val="23"/>
        </w:rPr>
        <w:t>And for one of the only times all season, she looked like she did not have a sharp answer ready.</w:t>
      </w:r>
    </w:p>
    <w:p>
      <w:pPr>
        <w:spacing w:after="80"/>
      </w:pPr>
      <w:r>
        <w:rPr>
          <w:rFonts w:ascii="Georgia" w:hAnsi="Georgia"/>
          <w:sz w:val="23"/>
        </w:rPr>
        <w:t>“I thought I’d have something cooler to say.”</w:t>
      </w:r>
    </w:p>
    <w:p>
      <w:pPr>
        <w:spacing w:after="80"/>
      </w:pPr>
      <w:r>
        <w:rPr>
          <w:rFonts w:ascii="Georgia" w:hAnsi="Georgia"/>
          <w:sz w:val="23"/>
        </w:rPr>
        <w:t>Noah grinned. “That’s rare.”</w:t>
      </w:r>
    </w:p>
    <w:p>
      <w:pPr>
        <w:spacing w:after="80"/>
      </w:pPr>
      <w:r>
        <w:rPr>
          <w:rFonts w:ascii="Georgia" w:hAnsi="Georgia"/>
          <w:sz w:val="23"/>
        </w:rPr>
        <w:t>She nodded once. “Very.”</w:t>
      </w:r>
    </w:p>
    <w:p>
      <w:pPr>
        <w:spacing w:after="80"/>
      </w:pPr>
      <w:r>
        <w:rPr>
          <w:rFonts w:ascii="Georgia" w:hAnsi="Georgia"/>
          <w:sz w:val="23"/>
        </w:rPr>
        <w:t>Then she looked back at Coach Law and Mr. Carlton and the team and the field that was finally almost empty.</w:t>
      </w:r>
    </w:p>
    <w:p>
      <w:pPr>
        <w:spacing w:after="80"/>
      </w:pPr>
      <w:r>
        <w:rPr>
          <w:rFonts w:ascii="Georgia" w:hAnsi="Georgia"/>
          <w:sz w:val="23"/>
        </w:rPr>
        <w:t>“I just got tired of being the quarterback standing outside the rope.”</w:t>
      </w:r>
    </w:p>
    <w:p>
      <w:pPr>
        <w:spacing w:after="80"/>
      </w:pPr>
      <w:r>
        <w:rPr>
          <w:rFonts w:ascii="Georgia" w:hAnsi="Georgia"/>
          <w:sz w:val="23"/>
        </w:rPr>
        <w:t>That line sat right in Noah’s chest.</w:t>
      </w:r>
    </w:p>
    <w:p>
      <w:pPr>
        <w:spacing w:after="80"/>
      </w:pPr>
      <w:r>
        <w:rPr>
          <w:rFonts w:ascii="Georgia" w:hAnsi="Georgia"/>
          <w:sz w:val="23"/>
        </w:rPr>
        <w:t xml:space="preserve">Because it was true.  </w:t>
        <w:br/>
        <w:t xml:space="preserve">Because he had seen it all year.  </w:t>
        <w:br/>
        <w:t>Because now it was changing.</w:t>
      </w:r>
    </w:p>
    <w:p>
      <w:pPr>
        <w:spacing w:after="80"/>
      </w:pPr>
      <w:r>
        <w:rPr>
          <w:rFonts w:ascii="Georgia" w:hAnsi="Georgia"/>
          <w:sz w:val="23"/>
        </w:rPr>
        <w:t>He nodded toward the football under her arm. “Guess that problem’s over.”</w:t>
      </w:r>
    </w:p>
    <w:p>
      <w:pPr>
        <w:spacing w:after="80"/>
      </w:pPr>
      <w:r>
        <w:rPr>
          <w:rFonts w:ascii="Georgia" w:hAnsi="Georgia"/>
          <w:sz w:val="23"/>
        </w:rPr>
        <w:t>Vee looked down at the ball, then back up. “Not over.”</w:t>
      </w:r>
    </w:p>
    <w:p>
      <w:pPr>
        <w:spacing w:after="80"/>
      </w:pPr>
      <w:r>
        <w:rPr>
          <w:rFonts w:ascii="Georgia" w:hAnsi="Georgia"/>
          <w:sz w:val="23"/>
        </w:rPr>
        <w:t>“What then?”</w:t>
      </w:r>
    </w:p>
    <w:p>
      <w:pPr>
        <w:spacing w:after="80"/>
      </w:pPr>
      <w:r>
        <w:rPr>
          <w:rFonts w:ascii="Georgia" w:hAnsi="Georgia"/>
          <w:sz w:val="23"/>
        </w:rPr>
        <w:t>She smiled.</w:t>
      </w:r>
    </w:p>
    <w:p>
      <w:pPr>
        <w:spacing w:after="80"/>
      </w:pPr>
      <w:r>
        <w:rPr>
          <w:rFonts w:ascii="Georgia" w:hAnsi="Georgia"/>
          <w:sz w:val="23"/>
        </w:rPr>
        <w:t>“Now it starts.”</w:t>
      </w:r>
    </w:p>
    <w:p>
      <w:pPr>
        <w:spacing w:after="80"/>
      </w:pPr>
      <w:r>
        <w:rPr>
          <w:rFonts w:ascii="Georgia" w:hAnsi="Georgia"/>
          <w:sz w:val="23"/>
        </w:rPr>
        <w:t>That was perfect.</w:t>
      </w:r>
    </w:p>
    <w:p>
      <w:pPr>
        <w:spacing w:after="80"/>
      </w:pPr>
      <w:r>
        <w:rPr>
          <w:rFonts w:ascii="Georgia" w:hAnsi="Georgia"/>
          <w:sz w:val="23"/>
        </w:rPr>
        <w:t xml:space="preserve">Not because it was dramatic.  </w:t>
        <w:br/>
        <w:t>Because it sounded exactly like her.</w:t>
      </w:r>
    </w:p>
    <w:p>
      <w:pPr>
        <w:spacing w:after="80"/>
      </w:pPr>
      <w:r>
        <w:rPr>
          <w:rFonts w:ascii="Georgia" w:hAnsi="Georgia"/>
          <w:sz w:val="23"/>
        </w:rPr>
        <w:t>Behind them, Jalen was already trying to volunteer as a defensive coach for the girls team until three people shouted no at once. Micah claimed he should be allowed to scrimmage them “just to keep it competitive,” which got him shoved lightly in the shoulder by both Devin and Vee. Owen was already explaining route families to a younger girl near the fence like she had personally asked for a graduate seminar.</w:t>
      </w:r>
    </w:p>
    <w:p>
      <w:pPr>
        <w:spacing w:after="80"/>
      </w:pPr>
      <w:r>
        <w:rPr>
          <w:rFonts w:ascii="Georgia" w:hAnsi="Georgia"/>
          <w:sz w:val="23"/>
        </w:rPr>
        <w:t>The future had started moving before the field even fully emptied.</w:t>
      </w:r>
    </w:p>
    <w:p>
      <w:pPr>
        <w:spacing w:after="80"/>
      </w:pPr>
      <w:r>
        <w:rPr>
          <w:rFonts w:ascii="Georgia" w:hAnsi="Georgia"/>
          <w:sz w:val="23"/>
        </w:rPr>
        <w:t>Later, after most people had gone and the parking lot had thinned and the night had finally started to settle over the complex, Noah stood one last time near midfield.</w:t>
      </w:r>
    </w:p>
    <w:p>
      <w:pPr>
        <w:spacing w:after="80"/>
      </w:pPr>
      <w:r>
        <w:rPr>
          <w:rFonts w:ascii="Georgia" w:hAnsi="Georgia"/>
          <w:sz w:val="23"/>
        </w:rPr>
        <w:t xml:space="preserve">No helmet now.  </w:t>
        <w:br/>
        <w:t xml:space="preserve">No clipboard.  </w:t>
        <w:br/>
        <w:t>No noise beyond the last few car doors and fading voices.</w:t>
      </w:r>
    </w:p>
    <w:p>
      <w:pPr>
        <w:spacing w:after="80"/>
      </w:pPr>
      <w:r>
        <w:rPr>
          <w:rFonts w:ascii="Georgia" w:hAnsi="Georgia"/>
          <w:sz w:val="23"/>
        </w:rPr>
        <w:t>Just the field.</w:t>
      </w:r>
    </w:p>
    <w:p>
      <w:pPr>
        <w:spacing w:after="80"/>
      </w:pPr>
      <w:r>
        <w:rPr>
          <w:rFonts w:ascii="Georgia" w:hAnsi="Georgia"/>
          <w:sz w:val="23"/>
        </w:rPr>
        <w:t>He looked from one end zone to the other.</w:t>
      </w:r>
    </w:p>
    <w:p>
      <w:pPr>
        <w:spacing w:after="80"/>
      </w:pPr>
      <w:r>
        <w:rPr>
          <w:rFonts w:ascii="Georgia" w:hAnsi="Georgia"/>
          <w:sz w:val="23"/>
        </w:rPr>
        <w:t xml:space="preserve">At the places where this season had lived:  </w:t>
        <w:br/>
        <w:t xml:space="preserve">the first surprise practice  </w:t>
        <w:br/>
        <w:t xml:space="preserve">the wrong-route rep  </w:t>
        <w:br/>
        <w:t xml:space="preserve">the title-game touchdowns  </w:t>
        <w:br/>
        <w:t xml:space="preserve">the stop on downs  </w:t>
        <w:br/>
        <w:t xml:space="preserve">the interception  </w:t>
        <w:br/>
        <w:t xml:space="preserve">the final draw for the first down  </w:t>
        <w:br/>
        <w:t xml:space="preserve">the huddle getting broken  </w:t>
        <w:br/>
        <w:t>the huddle getting rebuilt</w:t>
      </w:r>
    </w:p>
    <w:p>
      <w:pPr>
        <w:spacing w:after="80"/>
      </w:pPr>
      <w:r>
        <w:rPr>
          <w:rFonts w:ascii="Georgia" w:hAnsi="Georgia"/>
          <w:sz w:val="23"/>
        </w:rPr>
        <w:t>It all felt closer and farther away at the same time.</w:t>
      </w:r>
    </w:p>
    <w:p>
      <w:pPr>
        <w:spacing w:after="80"/>
      </w:pPr>
      <w:r>
        <w:rPr>
          <w:rFonts w:ascii="Georgia" w:hAnsi="Georgia"/>
          <w:sz w:val="23"/>
        </w:rPr>
        <w:t>Footsteps came up beside him.</w:t>
      </w:r>
    </w:p>
    <w:p>
      <w:pPr>
        <w:spacing w:after="80"/>
      </w:pPr>
      <w:r>
        <w:rPr>
          <w:rFonts w:ascii="Georgia" w:hAnsi="Georgia"/>
          <w:sz w:val="23"/>
        </w:rPr>
        <w:t>Vee.</w:t>
      </w:r>
    </w:p>
    <w:p>
      <w:pPr>
        <w:spacing w:after="80"/>
      </w:pPr>
      <w:r>
        <w:rPr>
          <w:rFonts w:ascii="Georgia" w:hAnsi="Georgia"/>
          <w:sz w:val="23"/>
        </w:rPr>
        <w:t>Of course.</w:t>
      </w:r>
    </w:p>
    <w:p>
      <w:pPr>
        <w:spacing w:after="80"/>
      </w:pPr>
      <w:r>
        <w:rPr>
          <w:rFonts w:ascii="Georgia" w:hAnsi="Georgia"/>
          <w:sz w:val="23"/>
        </w:rPr>
        <w:t>“You do a lot of standing around dramatically for a quarterback,” she said.</w:t>
      </w:r>
    </w:p>
    <w:p>
      <w:pPr>
        <w:spacing w:after="80"/>
      </w:pPr>
      <w:r>
        <w:rPr>
          <w:rFonts w:ascii="Georgia" w:hAnsi="Georgia"/>
          <w:sz w:val="23"/>
        </w:rPr>
        <w:t>Noah smiled without looking over. “You do a lot of appearing out of nowhere for a future quarterback.”</w:t>
      </w:r>
    </w:p>
    <w:p>
      <w:pPr>
        <w:spacing w:after="80"/>
      </w:pPr>
      <w:r>
        <w:rPr>
          <w:rFonts w:ascii="Georgia" w:hAnsi="Georgia"/>
          <w:sz w:val="23"/>
        </w:rPr>
        <w:t>“Fair.”</w:t>
      </w:r>
    </w:p>
    <w:p>
      <w:pPr>
        <w:spacing w:after="80"/>
      </w:pPr>
      <w:r>
        <w:rPr>
          <w:rFonts w:ascii="Georgia" w:hAnsi="Georgia"/>
          <w:sz w:val="23"/>
        </w:rPr>
        <w:t>They stood there together for a second.</w:t>
      </w:r>
    </w:p>
    <w:p>
      <w:pPr>
        <w:spacing w:after="80"/>
      </w:pPr>
      <w:r>
        <w:rPr>
          <w:rFonts w:ascii="Georgia" w:hAnsi="Georgia"/>
          <w:sz w:val="23"/>
        </w:rPr>
        <w:t>Then Vee said, “You know Bell’s not their only weapon next year.”</w:t>
      </w:r>
    </w:p>
    <w:p>
      <w:pPr>
        <w:spacing w:after="80"/>
      </w:pPr>
      <w:r>
        <w:rPr>
          <w:rFonts w:ascii="Georgia" w:hAnsi="Georgia"/>
          <w:sz w:val="23"/>
        </w:rPr>
        <w:t>Noah looked at her. “You thinking about next year already?”</w:t>
      </w:r>
    </w:p>
    <w:p>
      <w:pPr>
        <w:spacing w:after="80"/>
      </w:pPr>
      <w:r>
        <w:rPr>
          <w:rFonts w:ascii="Georgia" w:hAnsi="Georgia"/>
          <w:sz w:val="23"/>
        </w:rPr>
        <w:t>“I’m thinking about all the boys who are about to act shocked when a girls team actually throws the ball.”</w:t>
      </w:r>
    </w:p>
    <w:p>
      <w:pPr>
        <w:spacing w:after="80"/>
      </w:pPr>
      <w:r>
        <w:rPr>
          <w:rFonts w:ascii="Georgia" w:hAnsi="Georgia"/>
          <w:sz w:val="23"/>
        </w:rPr>
        <w:t>That made him laugh.</w:t>
      </w:r>
    </w:p>
    <w:p>
      <w:pPr>
        <w:spacing w:after="80"/>
      </w:pPr>
      <w:r>
        <w:rPr>
          <w:rFonts w:ascii="Georgia" w:hAnsi="Georgia"/>
          <w:sz w:val="23"/>
        </w:rPr>
        <w:t xml:space="preserve">Good.  </w:t>
        <w:br/>
        <w:t xml:space="preserve">Easy.  </w:t>
        <w:br/>
        <w:t>Done.</w:t>
      </w:r>
    </w:p>
    <w:p>
      <w:pPr>
        <w:spacing w:after="80"/>
      </w:pPr>
      <w:r>
        <w:rPr>
          <w:rFonts w:ascii="Georgia" w:hAnsi="Georgia"/>
          <w:sz w:val="23"/>
        </w:rPr>
        <w:t>She bounced the football once and caught it. “Also, if you write down any of Coach Law’s good stuff, you should probably save it.”</w:t>
      </w:r>
    </w:p>
    <w:p>
      <w:pPr>
        <w:spacing w:after="80"/>
      </w:pPr>
      <w:r>
        <w:rPr>
          <w:rFonts w:ascii="Georgia" w:hAnsi="Georgia"/>
          <w:sz w:val="23"/>
        </w:rPr>
        <w:t>Noah frowned. “Why?”</w:t>
      </w:r>
    </w:p>
    <w:p>
      <w:pPr>
        <w:spacing w:after="80"/>
      </w:pPr>
      <w:r>
        <w:rPr>
          <w:rFonts w:ascii="Georgia" w:hAnsi="Georgia"/>
          <w:sz w:val="23"/>
        </w:rPr>
        <w:t>She looked out across the field and said it like it was obvious.</w:t>
      </w:r>
    </w:p>
    <w:p>
      <w:pPr>
        <w:spacing w:after="80"/>
      </w:pPr>
      <w:r>
        <w:rPr>
          <w:rFonts w:ascii="Georgia" w:hAnsi="Georgia"/>
          <w:sz w:val="23"/>
        </w:rPr>
        <w:t>“Because somebody’s going to need a quarterback handbook.”</w:t>
      </w:r>
    </w:p>
    <w:p>
      <w:pPr>
        <w:spacing w:after="80"/>
      </w:pPr>
      <w:r>
        <w:rPr>
          <w:rFonts w:ascii="Georgia" w:hAnsi="Georgia"/>
          <w:sz w:val="23"/>
        </w:rPr>
        <w:t>Then she turned and jogged toward the lot, football under one arm, already moving like she belonged to the next story.</w:t>
      </w:r>
    </w:p>
    <w:p>
      <w:pPr>
        <w:spacing w:after="80"/>
      </w:pPr>
      <w:r>
        <w:rPr>
          <w:rFonts w:ascii="Georgia" w:hAnsi="Georgia"/>
          <w:sz w:val="23"/>
        </w:rPr>
        <w:t>Noah watched her go.</w:t>
      </w:r>
    </w:p>
    <w:p>
      <w:pPr>
        <w:spacing w:after="80"/>
      </w:pPr>
      <w:r>
        <w:rPr>
          <w:rFonts w:ascii="Georgia" w:hAnsi="Georgia"/>
          <w:sz w:val="23"/>
        </w:rPr>
        <w:t>Then he looked back at the field one last time.</w:t>
      </w:r>
    </w:p>
    <w:p>
      <w:pPr>
        <w:spacing w:after="80"/>
      </w:pPr>
      <w:r>
        <w:rPr>
          <w:rFonts w:ascii="Georgia" w:hAnsi="Georgia"/>
          <w:sz w:val="23"/>
        </w:rPr>
        <w:t xml:space="preserve">They had won the title.  </w:t>
        <w:br/>
        <w:t xml:space="preserve">They had not let the mystery own the season.  </w:t>
        <w:br/>
        <w:t>They had not let betrayal become the loudest thing in the story.</w:t>
      </w:r>
    </w:p>
    <w:p>
      <w:pPr>
        <w:spacing w:after="80"/>
      </w:pPr>
      <w:r>
        <w:rPr>
          <w:rFonts w:ascii="Georgia" w:hAnsi="Georgia"/>
          <w:sz w:val="23"/>
        </w:rPr>
        <w:t>That mattered.</w:t>
      </w:r>
    </w:p>
    <w:p>
      <w:pPr>
        <w:spacing w:after="80"/>
      </w:pPr>
      <w:r>
        <w:rPr>
          <w:rFonts w:ascii="Georgia" w:hAnsi="Georgia"/>
          <w:sz w:val="23"/>
        </w:rPr>
        <w:t>And maybe that was the real win.</w:t>
      </w:r>
    </w:p>
    <w:p>
      <w:pPr>
        <w:spacing w:after="80"/>
      </w:pPr>
      <w:r>
        <w:rPr>
          <w:rFonts w:ascii="Georgia" w:hAnsi="Georgia"/>
          <w:sz w:val="23"/>
        </w:rPr>
        <w:t xml:space="preserve">Not the trophy.  </w:t>
        <w:br/>
        <w:t xml:space="preserve">Not the pictures.  </w:t>
        <w:br/>
        <w:t>Not the scoreboard.</w:t>
      </w:r>
    </w:p>
    <w:p>
      <w:pPr>
        <w:spacing w:after="80"/>
      </w:pPr>
      <w:r>
        <w:rPr>
          <w:rFonts w:ascii="Georgia" w:hAnsi="Georgia"/>
          <w:sz w:val="23"/>
        </w:rPr>
        <w:t>The fact that after everything, Prime 8 still got to be the team that decided what their story meant.</w:t>
      </w:r>
    </w:p>
    <w:p>
      <w:pPr>
        <w:spacing w:after="80"/>
      </w:pPr>
      <w:r>
        <w:rPr>
          <w:rFonts w:ascii="Georgia" w:hAnsi="Georgia"/>
          <w:sz w:val="23"/>
        </w:rPr>
        <w:t>Noah turned toward the parking lot.</w:t>
      </w:r>
    </w:p>
    <w:p>
      <w:pPr>
        <w:spacing w:after="80"/>
      </w:pPr>
      <w:r>
        <w:rPr>
          <w:rFonts w:ascii="Georgia" w:hAnsi="Georgia"/>
          <w:sz w:val="23"/>
        </w:rPr>
        <w:t>The dark sedan was gone.</w:t>
      </w:r>
    </w:p>
    <w:p>
      <w:pPr>
        <w:spacing w:after="80"/>
      </w:pPr>
      <w:r>
        <w:rPr>
          <w:rFonts w:ascii="Georgia" w:hAnsi="Georgia"/>
          <w:sz w:val="23"/>
        </w:rPr>
        <w:t xml:space="preserve">The gray hoodie was gone.  </w:t>
        <w:br/>
        <w:t xml:space="preserve">The notes.  </w:t>
        <w:br/>
        <w:t xml:space="preserve">The stolen language.  </w:t>
        <w:br/>
        <w:t xml:space="preserve">The wrong guesses.  </w:t>
        <w:br/>
        <w:t>All of it, for now, pushed to the edge where the next season would have to deal with what remained.</w:t>
      </w:r>
    </w:p>
    <w:p>
      <w:pPr>
        <w:spacing w:after="80"/>
      </w:pPr>
      <w:r>
        <w:rPr>
          <w:rFonts w:ascii="Georgia" w:hAnsi="Georgia"/>
          <w:sz w:val="23"/>
        </w:rPr>
        <w:t>Tonight belonged to something else.</w:t>
      </w:r>
    </w:p>
    <w:p>
      <w:pPr>
        <w:spacing w:after="80"/>
      </w:pPr>
      <w:r>
        <w:rPr>
          <w:rFonts w:ascii="Georgia" w:hAnsi="Georgia"/>
          <w:sz w:val="23"/>
        </w:rPr>
        <w:t xml:space="preserve">Tonight belonged to the work.  </w:t>
        <w:br/>
        <w:t xml:space="preserve">To the huddle.  </w:t>
        <w:br/>
        <w:t xml:space="preserve">To the team.  </w:t>
        <w:br/>
        <w:t xml:space="preserve">To the right answer chosen over the loud one.  </w:t>
        <w:br/>
        <w:t>To a quarterback who had finally learned the difference.</w:t>
      </w:r>
    </w:p>
    <w:p>
      <w:pPr>
        <w:spacing w:after="80"/>
      </w:pPr>
      <w:r>
        <w:rPr>
          <w:rFonts w:ascii="Georgia" w:hAnsi="Georgia"/>
          <w:sz w:val="23"/>
        </w:rPr>
        <w:t>Noah realized that pride didn’t come from applause. It came from earned self-respect.</w:t>
      </w:r>
    </w:p>
    <w:p>
      <w:r>
        <w:br w:type="page"/>
      </w:r>
    </w:p>
    <w:p>
      <w:pPr>
        <w:spacing w:after="240"/>
        <w:jc w:val="center"/>
      </w:pPr>
      <w:r>
        <w:rPr>
          <w:rFonts w:ascii="Georgia" w:hAnsi="Georgia"/>
          <w:b/>
          <w:i w:val="0"/>
          <w:color w:val="1F3A5F"/>
          <w:sz w:val="30"/>
        </w:rPr>
        <w:t>About the P.R.I.M.A.T.E.S. Values</w:t>
      </w:r>
    </w:p>
    <w:p>
      <w:pPr>
        <w:spacing w:after="80"/>
      </w:pPr>
      <w:r>
        <w:rPr>
          <w:rFonts w:ascii="Georgia" w:hAnsi="Georgia"/>
          <w:b w:val="0"/>
          <w:i w:val="0"/>
          <w:sz w:val="23"/>
        </w:rPr>
        <w:t>The PRIMATES stories are built on eight core values:</w:t>
      </w:r>
    </w:p>
    <w:tbl>
      <w:tblPr>
        <w:tblStyle w:val="TableGrid"/>
        <w:tblW w:type="auto" w:w="0"/>
        <w:jc w:val="center"/>
        <w:tblLook w:firstColumn="1" w:firstRow="1" w:lastColumn="0" w:lastRow="0" w:noHBand="0" w:noVBand="1" w:val="04A0"/>
      </w:tblPr>
      <w:tblGrid>
        <w:gridCol w:w="4752"/>
        <w:gridCol w:w="4752"/>
      </w:tblGrid>
      <w:tr>
        <w:tc>
          <w:tcPr>
            <w:tcW w:type="dxa" w:w="4752"/>
            <w:vAlign w:val="center"/>
          </w:tcPr>
          <w:p>
            <w:pPr>
              <w:spacing w:after="0"/>
            </w:pPr>
            <w:r>
              <w:rPr>
                <w:rFonts w:ascii="Georgia" w:hAnsi="Georgia"/>
                <w:b/>
                <w:color w:val="1F3A5F"/>
                <w:sz w:val="23"/>
              </w:rPr>
              <w:t xml:space="preserve">P — </w:t>
            </w:r>
            <w:r>
              <w:rPr>
                <w:rFonts w:ascii="Georgia" w:hAnsi="Georgia"/>
                <w:sz w:val="23"/>
              </w:rPr>
              <w:t>Pride</w:t>
            </w:r>
          </w:p>
        </w:tc>
        <w:tc>
          <w:tcPr>
            <w:tcW w:type="dxa" w:w="4752"/>
            <w:vAlign w:val="center"/>
          </w:tcPr>
          <w:p>
            <w:pPr>
              <w:spacing w:after="0"/>
            </w:pPr>
            <w:r>
              <w:rPr>
                <w:rFonts w:ascii="Georgia" w:hAnsi="Georgia"/>
                <w:b/>
                <w:color w:val="1F3A5F"/>
                <w:sz w:val="23"/>
              </w:rPr>
              <w:t xml:space="preserve">R — </w:t>
            </w:r>
            <w:r>
              <w:rPr>
                <w:rFonts w:ascii="Georgia" w:hAnsi="Georgia"/>
                <w:sz w:val="23"/>
              </w:rPr>
              <w:t>Respect</w:t>
            </w:r>
          </w:p>
        </w:tc>
      </w:tr>
      <w:tr>
        <w:tc>
          <w:tcPr>
            <w:tcW w:type="dxa" w:w="4752"/>
            <w:vAlign w:val="center"/>
          </w:tcPr>
          <w:p>
            <w:pPr>
              <w:spacing w:after="0"/>
            </w:pPr>
            <w:r>
              <w:rPr>
                <w:rFonts w:ascii="Georgia" w:hAnsi="Georgia"/>
                <w:b/>
                <w:color w:val="1F3A5F"/>
                <w:sz w:val="23"/>
              </w:rPr>
              <w:t xml:space="preserve">I — </w:t>
            </w:r>
            <w:r>
              <w:rPr>
                <w:rFonts w:ascii="Georgia" w:hAnsi="Georgia"/>
                <w:sz w:val="23"/>
              </w:rPr>
              <w:t>Integrity</w:t>
            </w:r>
          </w:p>
        </w:tc>
        <w:tc>
          <w:tcPr>
            <w:tcW w:type="dxa" w:w="4752"/>
            <w:vAlign w:val="center"/>
          </w:tcPr>
          <w:p>
            <w:pPr>
              <w:spacing w:after="0"/>
            </w:pPr>
            <w:r>
              <w:rPr>
                <w:rFonts w:ascii="Georgia" w:hAnsi="Georgia"/>
                <w:b/>
                <w:color w:val="1F3A5F"/>
                <w:sz w:val="23"/>
              </w:rPr>
              <w:t xml:space="preserve">M — </w:t>
            </w:r>
            <w:r>
              <w:rPr>
                <w:rFonts w:ascii="Georgia" w:hAnsi="Georgia"/>
                <w:sz w:val="23"/>
              </w:rPr>
              <w:t>Motivation</w:t>
            </w:r>
          </w:p>
        </w:tc>
      </w:tr>
      <w:tr>
        <w:tc>
          <w:tcPr>
            <w:tcW w:type="dxa" w:w="4752"/>
            <w:vAlign w:val="center"/>
          </w:tcPr>
          <w:p>
            <w:pPr>
              <w:spacing w:after="0"/>
            </w:pPr>
            <w:r>
              <w:rPr>
                <w:rFonts w:ascii="Georgia" w:hAnsi="Georgia"/>
                <w:b/>
                <w:color w:val="1F3A5F"/>
                <w:sz w:val="23"/>
              </w:rPr>
              <w:t xml:space="preserve">A — </w:t>
            </w:r>
            <w:r>
              <w:rPr>
                <w:rFonts w:ascii="Georgia" w:hAnsi="Georgia"/>
                <w:sz w:val="23"/>
              </w:rPr>
              <w:t>Attitude</w:t>
            </w:r>
          </w:p>
        </w:tc>
        <w:tc>
          <w:tcPr>
            <w:tcW w:type="dxa" w:w="4752"/>
            <w:vAlign w:val="center"/>
          </w:tcPr>
          <w:p>
            <w:pPr>
              <w:spacing w:after="0"/>
            </w:pPr>
            <w:r>
              <w:rPr>
                <w:rFonts w:ascii="Georgia" w:hAnsi="Georgia"/>
                <w:b/>
                <w:color w:val="1F3A5F"/>
                <w:sz w:val="23"/>
              </w:rPr>
              <w:t xml:space="preserve">T — </w:t>
            </w:r>
            <w:r>
              <w:rPr>
                <w:rFonts w:ascii="Georgia" w:hAnsi="Georgia"/>
                <w:sz w:val="23"/>
              </w:rPr>
              <w:t>Trust</w:t>
            </w:r>
          </w:p>
        </w:tc>
      </w:tr>
      <w:tr>
        <w:tc>
          <w:tcPr>
            <w:tcW w:type="dxa" w:w="4752"/>
            <w:vAlign w:val="center"/>
          </w:tcPr>
          <w:p>
            <w:pPr>
              <w:spacing w:after="0"/>
            </w:pPr>
            <w:r>
              <w:rPr>
                <w:rFonts w:ascii="Georgia" w:hAnsi="Georgia"/>
                <w:b/>
                <w:color w:val="1F3A5F"/>
                <w:sz w:val="23"/>
              </w:rPr>
              <w:t xml:space="preserve">E — </w:t>
            </w:r>
            <w:r>
              <w:rPr>
                <w:rFonts w:ascii="Georgia" w:hAnsi="Georgia"/>
                <w:sz w:val="23"/>
              </w:rPr>
              <w:t>Effort</w:t>
            </w:r>
          </w:p>
        </w:tc>
        <w:tc>
          <w:tcPr>
            <w:tcW w:type="dxa" w:w="4752"/>
            <w:vAlign w:val="center"/>
          </w:tcPr>
          <w:p>
            <w:pPr>
              <w:spacing w:after="0"/>
            </w:pPr>
            <w:r>
              <w:rPr>
                <w:rFonts w:ascii="Georgia" w:hAnsi="Georgia"/>
                <w:b/>
                <w:color w:val="1F3A5F"/>
                <w:sz w:val="23"/>
              </w:rPr>
              <w:t xml:space="preserve">S — </w:t>
            </w:r>
            <w:r>
              <w:rPr>
                <w:rFonts w:ascii="Georgia" w:hAnsi="Georgia"/>
                <w:sz w:val="23"/>
              </w:rPr>
              <w:t>Sacrifice</w:t>
            </w:r>
          </w:p>
        </w:tc>
      </w:tr>
    </w:tbl>
    <w:p>
      <w:pPr>
        <w:spacing w:after="80"/>
      </w:pPr>
      <w:r>
        <w:rPr>
          <w:rFonts w:ascii="Georgia" w:hAnsi="Georgia"/>
          <w:b w:val="0"/>
          <w:i w:val="0"/>
          <w:sz w:val="23"/>
        </w:rPr>
      </w:r>
    </w:p>
    <w:p>
      <w:pPr>
        <w:spacing w:after="80"/>
      </w:pPr>
      <w:r>
        <w:rPr>
          <w:rFonts w:ascii="Georgia" w:hAnsi="Georgia"/>
          <w:b w:val="0"/>
          <w:i w:val="0"/>
          <w:sz w:val="23"/>
        </w:rPr>
        <w:t>In Earned Pride, Noah Lawson learns that pride is not about applause, ego, or being the loudest name in the game. Real pride comes from discipline, trust, and making the right choice when the harder choice is standing right in front of you.</w:t>
      </w:r>
    </w:p>
    <w:p>
      <w:r>
        <w:br w:type="page"/>
      </w:r>
    </w:p>
    <w:p>
      <w:pPr>
        <w:spacing w:after="240"/>
        <w:jc w:val="center"/>
      </w:pPr>
      <w:r>
        <w:rPr>
          <w:rFonts w:ascii="Georgia" w:hAnsi="Georgia"/>
          <w:b/>
          <w:i w:val="0"/>
          <w:color w:val="1F3A5F"/>
          <w:sz w:val="30"/>
        </w:rPr>
        <w:t>Coming Next from Eightletics</w:t>
      </w:r>
    </w:p>
    <w:p>
      <w:pPr>
        <w:spacing w:after="40"/>
        <w:jc w:val="center"/>
      </w:pPr>
      <w:r>
        <w:rPr>
          <w:rFonts w:ascii="Georgia" w:hAnsi="Georgia"/>
          <w:b w:val="0"/>
          <w:i w:val="0"/>
          <w:color w:val="444444"/>
          <w:sz w:val="24"/>
        </w:rPr>
        <w:t>PRIMATES Flag Football • Book 2</w:t>
      </w:r>
    </w:p>
    <w:p>
      <w:pPr>
        <w:spacing w:after="40"/>
        <w:jc w:val="center"/>
      </w:pPr>
      <w:r>
        <w:rPr>
          <w:rFonts w:ascii="Georgia" w:hAnsi="Georgia"/>
          <w:b/>
          <w:i w:val="0"/>
          <w:color w:val="1F3A5F"/>
          <w:sz w:val="36"/>
        </w:rPr>
        <w:t>Earned Respect</w:t>
      </w:r>
    </w:p>
    <w:p>
      <w:pPr>
        <w:spacing w:after="200"/>
        <w:jc w:val="center"/>
      </w:pPr>
      <w:r>
        <w:rPr>
          <w:rFonts w:ascii="Georgia" w:hAnsi="Georgia"/>
          <w:b w:val="0"/>
          <w:i/>
          <w:color w:val="7A5C00"/>
          <w:sz w:val="22"/>
        </w:rPr>
        <w:t>An Eightletics Story</w:t>
      </w:r>
    </w:p>
    <w:p>
      <w:pPr>
        <w:spacing w:after="80"/>
      </w:pPr>
      <w:r>
        <w:rPr>
          <w:rFonts w:ascii="Georgia" w:hAnsi="Georgia"/>
          <w:b w:val="0"/>
          <w:i w:val="0"/>
          <w:sz w:val="23"/>
        </w:rPr>
        <w:t>A championship changes everything.</w:t>
      </w:r>
    </w:p>
    <w:p>
      <w:pPr>
        <w:spacing w:after="80"/>
      </w:pPr>
      <w:r>
        <w:rPr>
          <w:rFonts w:ascii="Georgia" w:hAnsi="Georgia"/>
          <w:b w:val="0"/>
          <w:i w:val="0"/>
          <w:sz w:val="23"/>
        </w:rPr>
        <w:t>Now Prime 8 has to prove that winning one season is not the same as earning respect in the next one.</w:t>
      </w:r>
    </w:p>
    <w:p>
      <w:pPr>
        <w:spacing w:after="80"/>
      </w:pPr>
      <w:r>
        <w:rPr>
          <w:rFonts w:ascii="Georgia" w:hAnsi="Georgia"/>
          <w:b w:val="0"/>
          <w:i w:val="0"/>
          <w:sz w:val="23"/>
        </w:rPr>
        <w:t>The huddle is changing.</w:t>
        <w:br/>
        <w:t>Leadership is getting harder.</w:t>
        <w:br/>
        <w:t>And this time, talent alone will not be enough.</w:t>
      </w:r>
    </w:p>
    <w:p>
      <w:r>
        <w:br w:type="page"/>
      </w:r>
    </w:p>
    <w:p>
      <w:pPr>
        <w:spacing w:after="240"/>
        <w:jc w:val="center"/>
      </w:pPr>
      <w:r>
        <w:rPr>
          <w:rFonts w:ascii="Georgia" w:hAnsi="Georgia"/>
          <w:b/>
          <w:i w:val="0"/>
          <w:color w:val="1F3A5F"/>
          <w:sz w:val="30"/>
        </w:rPr>
        <w:t>Coming Soon from Eightletics</w:t>
      </w:r>
    </w:p>
    <w:p>
      <w:pPr>
        <w:spacing w:after="40"/>
        <w:jc w:val="center"/>
      </w:pPr>
      <w:r>
        <w:rPr>
          <w:rFonts w:ascii="Georgia" w:hAnsi="Georgia"/>
          <w:b w:val="0"/>
          <w:i w:val="0"/>
          <w:color w:val="444444"/>
          <w:sz w:val="24"/>
        </w:rPr>
        <w:t>PRIMATES Girls Flag Football • Book 1</w:t>
      </w:r>
    </w:p>
    <w:p>
      <w:pPr>
        <w:spacing w:after="40"/>
        <w:jc w:val="center"/>
      </w:pPr>
      <w:r>
        <w:rPr>
          <w:rFonts w:ascii="Georgia" w:hAnsi="Georgia"/>
          <w:b/>
          <w:i w:val="0"/>
          <w:color w:val="1F3A5F"/>
          <w:sz w:val="36"/>
        </w:rPr>
        <w:t>Respect</w:t>
      </w:r>
    </w:p>
    <w:p>
      <w:pPr>
        <w:spacing w:after="200"/>
        <w:jc w:val="center"/>
      </w:pPr>
      <w:r>
        <w:rPr>
          <w:rFonts w:ascii="Georgia" w:hAnsi="Georgia"/>
          <w:b w:val="0"/>
          <w:i/>
          <w:color w:val="7A5C00"/>
          <w:sz w:val="22"/>
        </w:rPr>
        <w:t>An Eightletics Story</w:t>
      </w:r>
    </w:p>
    <w:p>
      <w:pPr>
        <w:spacing w:after="80"/>
      </w:pPr>
      <w:r>
        <w:rPr>
          <w:rFonts w:ascii="Georgia" w:hAnsi="Georgia"/>
          <w:b w:val="0"/>
          <w:i w:val="0"/>
          <w:sz w:val="23"/>
        </w:rPr>
        <w:t>Vee Carter has spent long enough standing outside the rope line.</w:t>
      </w:r>
    </w:p>
    <w:p>
      <w:pPr>
        <w:spacing w:after="80"/>
      </w:pPr>
      <w:r>
        <w:rPr>
          <w:rFonts w:ascii="Georgia" w:hAnsi="Georgia"/>
          <w:b w:val="0"/>
          <w:i w:val="0"/>
          <w:sz w:val="23"/>
        </w:rPr>
        <w:t>Now it’s her turn.</w:t>
      </w:r>
    </w:p>
    <w:p>
      <w:pPr>
        <w:spacing w:after="80"/>
      </w:pPr>
      <w:r>
        <w:rPr>
          <w:rFonts w:ascii="Georgia" w:hAnsi="Georgia"/>
          <w:b w:val="0"/>
          <w:i w:val="0"/>
          <w:sz w:val="23"/>
        </w:rPr>
        <w:t>A girls team is forming, and Vee is about to learn that wanting respect and earning it are not always the same thing.</w:t>
      </w:r>
    </w:p>
    <w:p>
      <w:r>
        <w:br w:type="page"/>
      </w:r>
    </w:p>
    <w:p>
      <w:pPr>
        <w:spacing w:after="240"/>
        <w:jc w:val="center"/>
      </w:pPr>
      <w:r>
        <w:rPr>
          <w:rFonts w:ascii="Georgia" w:hAnsi="Georgia"/>
          <w:b/>
          <w:i w:val="0"/>
          <w:color w:val="1F3A5F"/>
          <w:sz w:val="30"/>
        </w:rPr>
        <w:t>Preview of Book 2</w:t>
      </w:r>
    </w:p>
    <w:p>
      <w:pPr>
        <w:spacing w:after="80"/>
      </w:pPr>
      <w:r>
        <w:rPr>
          <w:rFonts w:ascii="Georgia" w:hAnsi="Georgia"/>
          <w:b w:val="0"/>
          <w:i w:val="0"/>
          <w:sz w:val="23"/>
        </w:rPr>
        <w:t>Preview excerpt placeholder</w:t>
      </w:r>
    </w:p>
    <w:p>
      <w:pPr>
        <w:spacing w:after="80"/>
      </w:pPr>
      <w:r>
        <w:rPr>
          <w:rFonts w:ascii="Georgia" w:hAnsi="Georgia"/>
          <w:b w:val="0"/>
          <w:i w:val="0"/>
          <w:sz w:val="23"/>
        </w:rPr>
        <w:t>This section is reserved for a preview of PRIMATES Flag Football • Book 2: Earned Respect.</w:t>
      </w:r>
    </w:p>
    <w:p>
      <w:r>
        <w:br w:type="page"/>
      </w:r>
    </w:p>
    <w:p>
      <w:pPr>
        <w:spacing w:after="240"/>
        <w:jc w:val="center"/>
      </w:pPr>
      <w:r>
        <w:rPr>
          <w:rFonts w:ascii="Georgia" w:hAnsi="Georgia"/>
          <w:b/>
          <w:i w:val="0"/>
          <w:color w:val="1F3A5F"/>
          <w:sz w:val="30"/>
        </w:rPr>
        <w:t>About the Author</w:t>
      </w:r>
    </w:p>
    <w:p>
      <w:pPr>
        <w:spacing w:after="80"/>
      </w:pPr>
      <w:r>
        <w:rPr>
          <w:rFonts w:ascii="Georgia" w:hAnsi="Georgia"/>
          <w:b w:val="0"/>
          <w:i w:val="0"/>
          <w:sz w:val="23"/>
        </w:rPr>
        <w:t>Scott Mackey writes sports stories about leadership, character, and the moments that shape teams from the inside out. Through the Eightletics story world, he explores how values like pride, respect, trust, and sacrifice come alive through competition, friendship, and growth.</w:t>
      </w:r>
    </w:p>
    <w:sectPr w:rsidR="00FC693F" w:rsidRPr="0006063C" w:rsidSect="00034616">
      <w:pgSz w:w="12240" w:h="15840"/>
      <w:pgMar w:top="1224" w:right="1368" w:bottom="1224" w:left="136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80" w:line="276" w:lineRule="auto"/>
    </w:pPr>
    <w:rPr>
      <w:rFonts w:ascii="Georgia" w:hAnsi="Georgia"/>
      <w:sz w:val="23"/>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