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IM Fell English" w:hAnsi="IM Fell English"/>
          <w:b/>
          <w:color w:val="0D0D0D"/>
          <w:sz w:val="64"/>
        </w:rPr>
        <w:t>MAGNOLIA DYNASTY: An All My Young’uns in the Mississippi Delta Series</w:t>
      </w:r>
    </w:p>
    <w:p>
      <w:pPr>
        <w:jc w:val="center"/>
      </w:pPr>
      <w:r>
        <w:rPr>
          <w:rFonts w:ascii="IM Fell English" w:hAnsi="IM Fell English"/>
          <w:color w:val="141414"/>
          <w:sz w:val="28"/>
        </w:rPr>
        <w:t xml:space="preserve">Keanu Chadwick Vaughn </w:t>
      </w:r>
    </w:p>
    <w:p>
      <w:r>
        <w:br w:type="page"/>
      </w:r>
    </w:p>
    <w:p>
      <w:pPr>
        <w:pStyle w:val="Heading1"/>
        <w:jc w:val="center"/>
      </w:pPr>
      <w:r>
        <w:rPr>
          <w:rFonts w:ascii="IM Fell English" w:hAnsi="IM Fell English"/>
          <w:color w:val="0D0D0D"/>
        </w:rPr>
        <w:t>MAGNOLIA DYNASTY:An All My Young’uns in the Mississippi Delta Series</w:t>
      </w:r>
    </w:p>
    <w:p>
      <w:r>
        <w:rPr>
          <w:rFonts w:ascii="IM Fell English" w:hAnsi="IM Fell English"/>
          <w:b/>
          <w:color w:val="141414"/>
          <w:sz w:val="24"/>
        </w:rPr>
        <w:t>Written by:</w:t>
      </w:r>
    </w:p>
    <w:p>
      <w:r>
        <w:rPr>
          <w:rFonts w:ascii="IM Fell English" w:hAnsi="IM Fell English"/>
          <w:color w:val="141414"/>
          <w:sz w:val="24"/>
        </w:rPr>
        <w:t>* * *</w:t>
      </w:r>
    </w:p>
    <w:p>
      <w:r>
        <w:rPr>
          <w:rFonts w:ascii="IM Fell English" w:hAnsi="IM Fell English"/>
          <w:b/>
          <w:color w:val="141414"/>
          <w:sz w:val="24"/>
        </w:rPr>
        <w:t>CHAPTER ONE: HOMECOMING</w:t>
      </w:r>
    </w:p>
    <w:p>
      <w:r>
        <w:rPr>
          <w:rFonts w:ascii="IM Fell English" w:hAnsi="IM Fell English"/>
          <w:b/>
          <w:color w:val="141414"/>
          <w:sz w:val="24"/>
        </w:rPr>
        <w:t>PART ONE: THE BLOOD FEUD (A History)</w:t>
      </w:r>
    </w:p>
    <w:p>
      <w:r>
        <w:rPr>
          <w:rFonts w:ascii="IM Fell English" w:hAnsi="IM Fell English"/>
          <w:color w:val="141414"/>
          <w:sz w:val="24"/>
        </w:rPr>
        <w:t>The Mississippi Delta has always been a place where secrets ferment like sweet tea left too long in the summer sun—where resentments simmer beneath genteel smiles and old money curdles into something venomous and dark. Howler County, Mississippi, remains an open wound on the land, where the ancient Cartwright-Beaumont feud—steeped in betrayal and desire—rages on, its origins lost to time.</w:t>
      </w:r>
    </w:p>
    <w:p>
      <w:r>
        <w:rPr>
          <w:rFonts w:ascii="IM Fell English" w:hAnsi="IM Fell English"/>
          <w:color w:val="141414"/>
          <w:sz w:val="24"/>
        </w:rPr>
        <w:t>They say it started in 1952, though the truth is far messier than dates and documented grievances. Senator Augustus Cartwright Sr.—a man whose ambitions were matched only by his appetites—had his eye on Catherine Beaumont, the raven-haired debutante who was promised to Judge Thaddeus Beaumont Jr. in what was meant to be a wedding that would unite two of the most prominent families in the Delta. But Augustus, with his silver tongue and his dangerous charm, had other ideas. He seduced Catherine the night before her wedding in the boathouse at Magnolia Gardens, and when the judge discovered them there—tangled in expensive linens and lies—something in him broke.</w:t>
      </w:r>
    </w:p>
    <w:p>
      <w:r>
        <w:rPr>
          <w:rFonts w:ascii="IM Fell English" w:hAnsi="IM Fell English"/>
          <w:color w:val="141414"/>
          <w:sz w:val="24"/>
        </w:rPr>
        <w:t>Catherine chose Augustus. She left Thaddeus at the altar, married the Cartwright heir, and became the matriarch of a dynasty built on stolen desire. But Judge Beaumont never forgot. He spent the next forty years ensuring that the Cartwright'ssssss paid for every happiness Catherine found in Augustus's arms. Land deals mysteriously dissolved. Political campaigns conveniently derailed. Business ventures that should have flourished withered under Beaumont influence like flowers denied sunlight.</w:t>
      </w:r>
    </w:p>
    <w:p>
      <w:r>
        <w:rPr>
          <w:rFonts w:ascii="IM Fell English" w:hAnsi="IM Fell English"/>
          <w:color w:val="141414"/>
          <w:sz w:val="24"/>
        </w:rPr>
        <w:t>By the time both men were dead—Augustus in 1989, Thaddeus in 1994—their sons had inherited not only their fortunes but their hate.</w:t>
      </w:r>
    </w:p>
    <w:p>
      <w:r>
        <w:rPr>
          <w:rFonts w:ascii="IM Fell English" w:hAnsi="IM Fell English"/>
          <w:color w:val="141414"/>
          <w:sz w:val="24"/>
        </w:rPr>
        <w:t>Now, in the spring of 2026, Howler County still reverberates with the consequences of that ancient wrong. The Cartwright's control shipping, real estate, and agricultural enterprises. TheBeaumont'ss control politics, law, and the levers of municipal power. The town itself is divided like a body split down the middle: the north side belongs to the Cartwrights; the south side belongs to the Beaumonts. The courthouse, in the center, is a no-man's-land where their lawyers wage quiet wars.</w:t>
      </w:r>
    </w:p>
    <w:p>
      <w:r>
        <w:rPr>
          <w:rFonts w:ascii="IM Fell English" w:hAnsi="IM Fell English"/>
          <w:color w:val="141414"/>
          <w:sz w:val="24"/>
        </w:rPr>
        <w:t>But there is nothing quiet about what is about to happen.</w:t>
      </w:r>
    </w:p>
    <w:p>
      <w:r>
        <w:rPr>
          <w:rFonts w:ascii="IM Fell English" w:hAnsi="IM Fell English"/>
          <w:color w:val="141414"/>
          <w:sz w:val="24"/>
        </w:rPr>
        <w:t>* * *</w:t>
      </w:r>
    </w:p>
    <w:p>
      <w:r>
        <w:rPr>
          <w:rFonts w:ascii="IM Fell English" w:hAnsi="IM Fell English"/>
          <w:b/>
          <w:color w:val="141414"/>
          <w:sz w:val="24"/>
        </w:rPr>
        <w:t>PART TWO: RETURN</w:t>
      </w:r>
    </w:p>
    <w:p>
      <w:r>
        <w:rPr>
          <w:rFonts w:ascii="IM Fell English" w:hAnsi="IM Fell English"/>
          <w:color w:val="141414"/>
          <w:sz w:val="24"/>
        </w:rPr>
        <w:t>Earl's Authentic Soul Food &amp; Chinese Kitchen sits on the border between both worlds, which is perhaps why it has survived when similar establishments have failed. It is owned by Earl Hutchins, a man in his seventies who learned to cook soul food from his grandmother in Clarksdale and Chinese food from a woman named Lin Wei whom he met in 1968 and whom he has loved, wholly and without apology, for fifty-eight years. The restaurant is a sanctuary: a place where the divisions that fracture the town above ground seem not to matter quite so much.</w:t>
      </w:r>
    </w:p>
    <w:p>
      <w:r>
        <w:rPr>
          <w:rFonts w:ascii="IM Fell English" w:hAnsi="IM Fell English"/>
          <w:color w:val="141414"/>
          <w:sz w:val="24"/>
        </w:rPr>
        <w:t>It is Tuesday, the lunch rush, and Maxine Eloise Carter—twenty-three years old, with pinkish-blonde locs that she's had for exactly three months and painted stiletto nails the color of baby blue sky—weaves through the lunch crowd with the grace of someone who has danced her way through life and has no intention of stopping now.</w:t>
      </w:r>
    </w:p>
    <w:p>
      <w:r>
        <w:rPr>
          <w:rFonts w:ascii="IM Fell English" w:hAnsi="IM Fell English"/>
          <w:color w:val="141414"/>
          <w:sz w:val="24"/>
        </w:rPr>
        <w:t>Maxine has the kind of beauty that makes people stop mid-conversation. She has Cosima Niehaus's intellectual mischief, that quality of seeming like she understands a joke that no one has quite told yet. Her eyes are sharp, observant, missing nothing—the eyes of someone who has learned early that safety comes from knowing everything about the people around you. She's wearing vintage Chanel reading glasses and a dress that might have been scandalous thirty years ago and is still somehow scandalous now. She is a transgender woman, a lesbian, and she has learned to move through the world as if she has every right to be here. She does have every right.</w:t>
      </w:r>
    </w:p>
    <w:p>
      <w:r>
        <w:rPr>
          <w:rFonts w:ascii="IM Fell English" w:hAnsi="IM Fell English"/>
          <w:color w:val="141414"/>
          <w:sz w:val="24"/>
        </w:rPr>
        <w:t>Behind her, through the kitchen window, you can hear the hiss and sizzle of skillets, the percussion of knives against cutting boards, the low murmur of the kitchen staff—a symphony that has been playing, unchanged, for nearly fifty years.</w:t>
      </w:r>
    </w:p>
    <w:p>
      <w:r>
        <w:rPr>
          <w:rFonts w:ascii="IM Fell English" w:hAnsi="IM Fell English"/>
          <w:color w:val="141414"/>
          <w:sz w:val="24"/>
        </w:rPr>
        <w:t>"Mister Cecil," Maxine says, her voice carrying the musical lilt of someone raised in Milwaukee but educated by every city she's ever driven through, "one order of orange chicken with extra fortune cookies, coming right up. And three egg rolls—spring rolls for you, yes? I remember. You like them the way Lin Wei makes them, not the way her daughter tries to make them."</w:t>
      </w:r>
    </w:p>
    <w:p>
      <w:r>
        <w:rPr>
          <w:rFonts w:ascii="IM Fell English" w:hAnsi="IM Fell English"/>
          <w:color w:val="141414"/>
          <w:sz w:val="24"/>
        </w:rPr>
        <w:t>Cecil Waters looks up from his phone—an old man's gesture of gratitude for being remembered—and he smiles. It is not quite a happy smile. It is the smile of a man carrying weight so heavy that he has learned to distribute it equally across his shoulders so that no single muscle bears the full burden of it.</w:t>
      </w:r>
    </w:p>
    <w:p>
      <w:r>
        <w:rPr>
          <w:rFonts w:ascii="IM Fell English" w:hAnsi="IM Fell English"/>
          <w:color w:val="141414"/>
          <w:sz w:val="24"/>
        </w:rPr>
        <w:t>Cecil Waters is fifty-six years old. He is 6'3", built like the boxer he was for a brief, brilliant period of his youth, before the movement called him and he answered. His face is weathered in the way faces are weathered by time and principle and disappointment. He looks like Idris Elba's grandfather and Forest Whitaker's father—that particular combination of charisma and sorrow that comes from having been young during the Civil Rights era and from having remained a revolutionary long after the revolution officially ended.</w:t>
      </w:r>
    </w:p>
    <w:p>
      <w:r>
        <w:rPr>
          <w:rFonts w:ascii="IM Fell English" w:hAnsi="IM Fell English"/>
          <w:color w:val="141414"/>
          <w:sz w:val="24"/>
        </w:rPr>
        <w:t>He was a Black Panther in the 1970s, though most of Howler County doesn't know that. He was arrested in 1974 for his involvement in activities that the government classified as "seditious" and which he classified as "trying to keep my people alive." He did seven years at Mississippi State Penitentiary, where he learned discipline the way some people learn prayer. When he was released, in 1981, the world had moved on without him, and he had to learn to move within the world that remained.</w:t>
      </w:r>
    </w:p>
    <w:p>
      <w:r>
        <w:rPr>
          <w:rFonts w:ascii="IM Fell English" w:hAnsi="IM Fell English"/>
          <w:color w:val="141414"/>
          <w:sz w:val="24"/>
        </w:rPr>
        <w:t>He joined the Army in 1983—not as a patriotic gesture but as a practical one. The military had structure, honor, clarity. It asked him to obey orders, and he had learned to obey. He was good at it. He was good at everything they asked him to do. He served for twelve years, honorably, and left in 1995 with a pension that was modest and skills that were unquestionable.</w:t>
      </w:r>
    </w:p>
    <w:p>
      <w:r>
        <w:rPr>
          <w:rFonts w:ascii="IM Fell English" w:hAnsi="IM Fell English"/>
          <w:color w:val="141414"/>
          <w:sz w:val="24"/>
        </w:rPr>
        <w:t>He came to work for the Cartwright family in 1996, as a driver, a fixer, a man who could handle the practical problems that money sometimes creates. Over the last thirty years, he has become something much closer to family than employee. He knows all their secrets. He has cleaned up many of them.</w:t>
      </w:r>
    </w:p>
    <w:p>
      <w:r>
        <w:rPr>
          <w:rFonts w:ascii="IM Fell English" w:hAnsi="IM Fell English"/>
          <w:color w:val="141414"/>
          <w:sz w:val="24"/>
        </w:rPr>
        <w:t>What no one knows, not quite yet, is that Cecil is dying too.</w:t>
      </w:r>
    </w:p>
    <w:p>
      <w:r>
        <w:rPr>
          <w:rFonts w:ascii="IM Fell English" w:hAnsi="IM Fell English"/>
          <w:color w:val="141414"/>
          <w:sz w:val="24"/>
        </w:rPr>
        <w:t>His wife, Magdalene, lies in a room on the third floor of their small house on Maple Street. She is forty-two years old, though cancer makes her look both much older and somehow ageless, as if the disease is erasing her from time itself. Magdalene was also in the movement, also Black Panther, also someone who believed that the world could be remade by will and fury and love. She was also arrested, also served time, also believed that survival itself was a form of resistance.</w:t>
      </w:r>
    </w:p>
    <w:p>
      <w:r>
        <w:rPr>
          <w:rFonts w:ascii="IM Fell English" w:hAnsi="IM Fell English"/>
          <w:color w:val="141414"/>
          <w:sz w:val="24"/>
        </w:rPr>
        <w:t>Twelve weeks ago, they discovered that she had pancreatic cancer. Eight weeks ago, they discovered it was stage four. Six weeks ago, they decided together that she would not do chemotherapy, would not poison her body in the name of time she did not believe they would get to spend together.</w:t>
      </w:r>
    </w:p>
    <w:p>
      <w:r>
        <w:rPr>
          <w:rFonts w:ascii="IM Fell English" w:hAnsi="IM Fell English"/>
          <w:color w:val="141414"/>
          <w:sz w:val="24"/>
        </w:rPr>
        <w:t>Cecil drives to the home hospice nurse at 7 a.m. and drives away from it at 6 p.m., and in the hours between, he works as if work is prayer, as if the act of being useful might somehow convince the universe that Magdalene's usefulness is not yet finished.</w:t>
      </w:r>
    </w:p>
    <w:p>
      <w:r>
        <w:rPr>
          <w:rFonts w:ascii="IM Fell English" w:hAnsi="IM Fell English"/>
          <w:color w:val="141414"/>
          <w:sz w:val="24"/>
        </w:rPr>
        <w:t>"Thank you, Maxine," he says, and he means it not just for the attention to his order but for everything: for treating him as if he is a man worthy of being remembered, for not pitying him, for maintaining the small rituals of dignity that make existence bearable.</w:t>
      </w:r>
    </w:p>
    <w:p>
      <w:r>
        <w:rPr>
          <w:rFonts w:ascii="IM Fell English" w:hAnsi="IM Fell English"/>
          <w:color w:val="141414"/>
          <w:sz w:val="24"/>
        </w:rPr>
        <w:t>Outside, in the parking lot, the afternoon sun beats down like a fist. The asphalt throws heat upward in shimmering waves. A sleek black Cadillac Escalade sits with its windows tinted dark, and from within it, two figures stir to consciousness as Cecil opens the passenger-side door.</w:t>
      </w:r>
    </w:p>
    <w:p>
      <w:r>
        <w:rPr>
          <w:rFonts w:ascii="IM Fell English" w:hAnsi="IM Fell English"/>
          <w:color w:val="141414"/>
          <w:sz w:val="24"/>
        </w:rPr>
        <w:t>Leona Anna-Mae Beaumont—just as of forty-eight hours ago Leona Anna-Mae Cartwright—stretches her long legs and opens her eyes. She is twenty-six years old, and she is the kind of beautiful that stops traffic. She has box braids, magnificent and intricate, in honey gold, that she commissioned in Chicago two weeks before her wedding. She has skin the color of warm caramel, a body that moves like it was choreographed by God, and a tattoo on her left hip that reads "sovereignty" in script so fine it looks like calligraphy.</w:t>
      </w:r>
    </w:p>
    <w:p>
      <w:r>
        <w:rPr>
          <w:rFonts w:ascii="IM Fell English" w:hAnsi="IM Fell English"/>
          <w:color w:val="141414"/>
          <w:sz w:val="24"/>
        </w:rPr>
        <w:t>She looks like Beyoncé's cousin and Meghan Markle's secret daughter, which is to say she looks like someone who was born knowing her own power.</w:t>
      </w:r>
    </w:p>
    <w:p>
      <w:r>
        <w:rPr>
          <w:rFonts w:ascii="IM Fell English" w:hAnsi="IM Fell English"/>
          <w:color w:val="141414"/>
          <w:sz w:val="24"/>
        </w:rPr>
        <w:t>She wears a cream-colored linen dress that cost more than some people's monthly salary, but it is rumpled now with sleep and travel. Her face bears the particular exhaustion of someone who has just driven 1,200 miles in a car with someone she just married, which is to say it bears the exhaustion of an entire emotional economy condensed into sixty-four hours.</w:t>
      </w:r>
    </w:p>
    <w:p>
      <w:r>
        <w:rPr>
          <w:rFonts w:ascii="IM Fell English" w:hAnsi="IM Fell English"/>
          <w:color w:val="141414"/>
          <w:sz w:val="24"/>
        </w:rPr>
        <w:t>Beside her, stirring to wakefulness with the particular grace of someone who was born into wealth and has never had to hurry, is Beauregard Ulysses Cartwright Jr.—called "Beau" by everyone who knows him, which is to say almost everyone worth knowing.</w:t>
      </w:r>
    </w:p>
    <w:p>
      <w:r>
        <w:rPr>
          <w:rFonts w:ascii="IM Fell English" w:hAnsi="IM Fell English"/>
          <w:color w:val="141414"/>
          <w:sz w:val="24"/>
        </w:rPr>
        <w:t>Beau is thirty-one years old, educated at Vanderbilt and Yale, groomed his entire life to take over the Cartwright enterprises. He is beautiful the way Southern men of breeding are beautiful—like something that has been polished and buffed and presented for general admiration. He has light skin, hazel eyes, and the kind of casual confidence that comes from never being told that he doesn't belong anywhere.</w:t>
      </w:r>
    </w:p>
    <w:p>
      <w:r>
        <w:rPr>
          <w:rFonts w:ascii="IM Fell English" w:hAnsi="IM Fell English"/>
          <w:color w:val="141414"/>
          <w:sz w:val="24"/>
        </w:rPr>
        <w:t>And he has married Leona Anna-Mae Beaumont, which is to say that he has done the one thing his family considers an unforgivable betrayal.</w:t>
      </w:r>
    </w:p>
    <w:p>
      <w:r>
        <w:rPr>
          <w:rFonts w:ascii="IM Fell English" w:hAnsi="IM Fell English"/>
          <w:color w:val="141414"/>
          <w:sz w:val="24"/>
        </w:rPr>
        <w:t>"Good morning, Miss Leona," Cecil says, because he is a man who maintains formality, because formality is armor, because he has learned that what you call people matters. "Mr. Beau. Your father expects you at the house by two o'clock."</w:t>
      </w:r>
    </w:p>
    <w:p>
      <w:r>
        <w:rPr>
          <w:rFonts w:ascii="IM Fell English" w:hAnsi="IM Fell English"/>
          <w:color w:val="141414"/>
          <w:sz w:val="24"/>
        </w:rPr>
        <w:t>Leona takes the orange chicken from him, and their fingers brush for just a moment. There is no electricity between them. There is recognition, perhaps, of two people carrying secrets, though Cecil's secrets and Leona's secrets are arranged in entirely different configurations.</w:t>
      </w:r>
    </w:p>
    <w:p>
      <w:r>
        <w:rPr>
          <w:rFonts w:ascii="IM Fell English" w:hAnsi="IM Fell English"/>
          <w:color w:val="141414"/>
          <w:sz w:val="24"/>
        </w:rPr>
        <w:t>"How is Magdalene?" Leona asks quietly.</w:t>
      </w:r>
    </w:p>
    <w:p>
      <w:r>
        <w:rPr>
          <w:rFonts w:ascii="IM Fell English" w:hAnsi="IM Fell English"/>
          <w:color w:val="141414"/>
          <w:sz w:val="24"/>
        </w:rPr>
        <w:t>This is what marks her as different, already, from the kind of woman who would normally marry into the Cartwright family. She knows Cecil's wife's name. She has asked about her. She has, on more than one occasion, sent flowers and food and the kind of practical help that comes from someone who understands that dignity matters most when you are most vulnerable.</w:t>
      </w:r>
    </w:p>
    <w:p>
      <w:r>
        <w:rPr>
          <w:rFonts w:ascii="IM Fell English" w:hAnsi="IM Fell English"/>
          <w:color w:val="141414"/>
          <w:sz w:val="24"/>
        </w:rPr>
        <w:t>"She's resting," Cecil says. "The nurse says she's having a good day."</w:t>
      </w:r>
    </w:p>
    <w:p>
      <w:r>
        <w:rPr>
          <w:rFonts w:ascii="IM Fell English" w:hAnsi="IM Fell English"/>
          <w:color w:val="141414"/>
          <w:sz w:val="24"/>
        </w:rPr>
        <w:t>It is not true, exactly, but it is the kind of lie that people agree to tell each other, the kind that serves a purpose. Magdalene is not having a good day. She is in pain, though the morphine helps, and she is afraid, though she will never admit it, and she has told Cecil seventeen times this morning that she is sorry for leaving him with this, this watching of her disappearance.</w:t>
      </w:r>
    </w:p>
    <w:p>
      <w:r>
        <w:rPr>
          <w:rFonts w:ascii="IM Fell English" w:hAnsi="IM Fell English"/>
          <w:color w:val="141414"/>
          <w:sz w:val="24"/>
        </w:rPr>
        <w:t>Beau is already eating the egg roll before Cecil has even finished speaking. He eats like a man who has never been denied anything, which is accurate.</w:t>
      </w:r>
    </w:p>
    <w:p>
      <w:r>
        <w:rPr>
          <w:rFonts w:ascii="IM Fell English" w:hAnsi="IM Fell English"/>
          <w:color w:val="141414"/>
          <w:sz w:val="24"/>
        </w:rPr>
        <w:t>"God, I'm starving," Beau says. "Cecil, we should go straight to the house after this. My father sounded strange on the phone. Stranger than usual."</w:t>
      </w:r>
    </w:p>
    <w:p>
      <w:r>
        <w:rPr>
          <w:rFonts w:ascii="IM Fell English" w:hAnsi="IM Fell English"/>
          <w:color w:val="141414"/>
          <w:sz w:val="24"/>
        </w:rPr>
        <w:t>This is, of course, because Beauregard Cartwright Sr. has just discovered that his youngest son—his favorite son, the one groomed from birth to merge the Cartwright enterprises into an unstoppable force—has married the daughter of Judge Thaddeus Beaumont III, a man whom Augustus considered worse than the devil because at least the devil is honest about his ambitions.</w:t>
      </w:r>
    </w:p>
    <w:p>
      <w:r>
        <w:rPr>
          <w:rFonts w:ascii="IM Fell English" w:hAnsi="IM Fell English"/>
          <w:color w:val="141414"/>
          <w:sz w:val="24"/>
        </w:rPr>
        <w:t>"There is no 'straight to the house,'" Leona says, and her voice carries a note of something that might be defiance or might be resignation, it's hard to tell with people who have learned early not to show their damage. "We need to go to my parents' house first. I promised my mother."</w:t>
      </w:r>
    </w:p>
    <w:p>
      <w:r>
        <w:rPr>
          <w:rFonts w:ascii="IM Fell English" w:hAnsi="IM Fell English"/>
          <w:color w:val="141414"/>
          <w:sz w:val="24"/>
        </w:rPr>
        <w:t>"Your mother," Beau says, and he does not quite sound angry, but he sounds the way water sounds when it's beginning to boil, "has probably already heard from every busybody in the county that I exist. She doesn't need a personal introduction."</w:t>
      </w:r>
    </w:p>
    <w:p>
      <w:r>
        <w:rPr>
          <w:rFonts w:ascii="IM Fell English" w:hAnsi="IM Fell English"/>
          <w:color w:val="141414"/>
          <w:sz w:val="24"/>
        </w:rPr>
        <w:t>"She needs to know that you're real. That this is real."</w:t>
      </w:r>
    </w:p>
    <w:p>
      <w:r>
        <w:rPr>
          <w:rFonts w:ascii="IM Fell English" w:hAnsi="IM Fell English"/>
          <w:color w:val="141414"/>
          <w:sz w:val="24"/>
        </w:rPr>
        <w:t>What Leona means, but cannot say in front of Cecil, is that she needs her mother to see her as married, as finally beyond the reach of her father's planning. She has spent her entire life being groomed for a certain kind of marriage—strategic, profitable, within the carefully arranged borders of acceptable society. She met Beauregard at a strip club in Milwaukee, Wisconsin, where she was working as a dancer and he was there to slum, as rich boys do, tasting a life he would never actually have to live.</w:t>
      </w:r>
    </w:p>
    <w:p>
      <w:r>
        <w:rPr>
          <w:rFonts w:ascii="IM Fell English" w:hAnsi="IM Fell English"/>
          <w:color w:val="141414"/>
          <w:sz w:val="24"/>
        </w:rPr>
        <w:t>But something shifted between them in the darkness of that club, in the space between bodies and music and the strange honesty that only strangers can offer each other. He came back the next night, and the night after that. He started buying her dances and then started just talking to her, and then one night he took her hand and led her away from all of it.</w:t>
      </w:r>
    </w:p>
    <w:p>
      <w:r>
        <w:rPr>
          <w:rFonts w:ascii="IM Fell English" w:hAnsi="IM Fell English"/>
          <w:color w:val="141414"/>
          <w:sz w:val="24"/>
        </w:rPr>
        <w:t>They drove to Galena, Illinois, on a whim, and got married in a ceremony that neither of their families knows about, by a minister who asked no questions. Now they are driving back to a world that will not accept them, armed with nothing but the marriage certificate in Leona's purse and the kind of love that either destroys you or hardens you into someone unrecognizable.</w:t>
      </w:r>
    </w:p>
    <w:p>
      <w:r>
        <w:rPr>
          <w:rFonts w:ascii="IM Fell English" w:hAnsi="IM Fell English"/>
          <w:color w:val="141414"/>
          <w:sz w:val="24"/>
        </w:rPr>
        <w:t>Cecil understands this, or understands enough of it, because he has lived long enough to know that most of the things people are willing to die for are also the things that can kill them.</w:t>
      </w:r>
    </w:p>
    <w:p>
      <w:r>
        <w:rPr>
          <w:rFonts w:ascii="IM Fell English" w:hAnsi="IM Fell English"/>
          <w:color w:val="141414"/>
          <w:sz w:val="24"/>
        </w:rPr>
        <w:t>"I'll take you to your parents' house first," he says. "Then to the Cartwright place. Give yourselves a couple hours."</w:t>
      </w:r>
    </w:p>
    <w:p>
      <w:r>
        <w:rPr>
          <w:rFonts w:ascii="IM Fell English" w:hAnsi="IM Fell English"/>
          <w:color w:val="141414"/>
          <w:sz w:val="24"/>
        </w:rPr>
        <w:t>"My father will be furious," Beau says.</w:t>
      </w:r>
    </w:p>
    <w:p>
      <w:r>
        <w:rPr>
          <w:rFonts w:ascii="IM Fell English" w:hAnsi="IM Fell English"/>
          <w:color w:val="141414"/>
          <w:sz w:val="24"/>
        </w:rPr>
        <w:t>"Yes," Cecil agrees, "he probably will be."</w:t>
      </w:r>
    </w:p>
    <w:p>
      <w:r>
        <w:rPr>
          <w:rFonts w:ascii="IM Fell English" w:hAnsi="IM Fell English"/>
          <w:color w:val="141414"/>
          <w:sz w:val="24"/>
        </w:rPr>
        <w:t>* * *</w:t>
      </w:r>
    </w:p>
    <w:p>
      <w:r>
        <w:rPr>
          <w:rFonts w:ascii="IM Fell English" w:hAnsi="IM Fell English"/>
          <w:b/>
          <w:color w:val="141414"/>
          <w:sz w:val="24"/>
        </w:rPr>
        <w:t>PART THREE: THE HOUSE OF BEAUMONT</w:t>
      </w:r>
    </w:p>
    <w:p>
      <w:r>
        <w:rPr>
          <w:rFonts w:ascii="IM Fell English" w:hAnsi="IM Fell English"/>
          <w:color w:val="141414"/>
          <w:sz w:val="24"/>
        </w:rPr>
        <w:t>The Beaumont house sits on the south side of Howler, a Greek Revival mansion that was built in 1887 by Judge Thaddeus Beaumont I, designed to assert the family's place in the hierarchy of things, to announce to anyone who approached that this was a house of law, of order, of consequence.</w:t>
      </w:r>
    </w:p>
    <w:p>
      <w:r>
        <w:rPr>
          <w:rFonts w:ascii="IM Fell English" w:hAnsi="IM Fell English"/>
          <w:color w:val="141414"/>
          <w:sz w:val="24"/>
        </w:rPr>
        <w:t>It is still that, though decay has a way of making any house look like a monument to something lost.</w:t>
      </w:r>
    </w:p>
    <w:p>
      <w:r>
        <w:rPr>
          <w:rFonts w:ascii="IM Fell English" w:hAnsi="IM Fell English"/>
          <w:color w:val="141414"/>
          <w:sz w:val="24"/>
        </w:rPr>
        <w:t>The drive from Earl's to the Beaumont house takes exactly fifteen minutes, and in those fifteen minutes, a great deal of electrical current passes between Beau and Leona, though they speak very little. Cecil pretends to be focused on the road and succeeds, mostly, in maintaining the fiction that he is not acutely aware of every breath both of them take.</w:t>
      </w:r>
    </w:p>
    <w:p>
      <w:r>
        <w:rPr>
          <w:rFonts w:ascii="IM Fell English" w:hAnsi="IM Fell English"/>
          <w:color w:val="141414"/>
          <w:sz w:val="24"/>
        </w:rPr>
        <w:t>When they arrive, Judge Beaumont III is standing on the wide front porch, his arms crossed over his chest like he's holding himself together by force of will.</w:t>
      </w:r>
    </w:p>
    <w:p>
      <w:r>
        <w:rPr>
          <w:rFonts w:ascii="IM Fell English" w:hAnsi="IM Fell English"/>
          <w:color w:val="141414"/>
          <w:sz w:val="24"/>
        </w:rPr>
        <w:t>Judge Thaddeus Beaumont III is sixty-one years old. He has his father's high cheekbones and his grandfather's dangerous intelligence. He looks, in short, like a man who reads every law book and remembers every verdict and carries grudges the way some people carry their wallets. He does not look like a man who is about to lose his only daughter to the enemy, but that is precisely what he is looking at.</w:t>
      </w:r>
    </w:p>
    <w:p>
      <w:r>
        <w:rPr>
          <w:rFonts w:ascii="IM Fell English" w:hAnsi="IM Fell English"/>
          <w:color w:val="141414"/>
          <w:sz w:val="24"/>
        </w:rPr>
        <w:t>"Leona," he says, and her name in his mouth sounds like a verdict.</w:t>
      </w:r>
    </w:p>
    <w:p>
      <w:r>
        <w:rPr>
          <w:rFonts w:ascii="IM Fell English" w:hAnsi="IM Fell English"/>
          <w:color w:val="141414"/>
          <w:sz w:val="24"/>
        </w:rPr>
        <w:t>Leona steps out of the car, and she does it the way she does everything: as if she has carefully considered the available options and chosen this one. She walks toward him with her head high, and her father flinches as if she has struck him.</w:t>
      </w:r>
    </w:p>
    <w:p>
      <w:r>
        <w:rPr>
          <w:rFonts w:ascii="IM Fell English" w:hAnsi="IM Fell English"/>
          <w:color w:val="141414"/>
          <w:sz w:val="24"/>
        </w:rPr>
        <w:t>"Daddy," she says.</w:t>
      </w:r>
    </w:p>
    <w:p>
      <w:r>
        <w:rPr>
          <w:rFonts w:ascii="IM Fell English" w:hAnsi="IM Fell English"/>
          <w:color w:val="141414"/>
          <w:sz w:val="24"/>
        </w:rPr>
        <w:t>"Get inside," he says. "Both of you."</w:t>
      </w:r>
    </w:p>
    <w:p>
      <w:r>
        <w:rPr>
          <w:rFonts w:ascii="IM Fell English" w:hAnsi="IM Fell English"/>
          <w:color w:val="141414"/>
          <w:sz w:val="24"/>
        </w:rPr>
        <w:t>The interior of the house is cool and dark, the way old houses are in the Delta, the way they learned to be in order to survive the heat. The walls are the color of old money, and the furniture is the kind that no one sits on, the kind that exists to announce that the people who own it have no need for comfort.</w:t>
      </w:r>
    </w:p>
    <w:p>
      <w:r>
        <w:rPr>
          <w:rFonts w:ascii="IM Fell English" w:hAnsi="IM Fell English"/>
          <w:color w:val="141414"/>
          <w:sz w:val="24"/>
        </w:rPr>
        <w:t>Leona's mother, Phyllis Beaumont, is standing in the parlor with her hands clasped in front of her like she is a supplicant before some unknown god. She is fifty-eight years old, and she has spent her entire marriage pretending not to notice that her husband finds other women more interesting than her. She is an expert in the art of performance, in the maintenance of appearances, in the kind of silence that fills entire rooms.</w:t>
      </w:r>
    </w:p>
    <w:p>
      <w:r>
        <w:rPr>
          <w:rFonts w:ascii="IM Fell English" w:hAnsi="IM Fell English"/>
          <w:color w:val="141414"/>
          <w:sz w:val="24"/>
        </w:rPr>
        <w:t>When she sees Leona, her face crumples, and then immediately reorganizes itself.</w:t>
      </w:r>
    </w:p>
    <w:p>
      <w:r>
        <w:rPr>
          <w:rFonts w:ascii="IM Fell English" w:hAnsi="IM Fell English"/>
          <w:color w:val="141414"/>
          <w:sz w:val="24"/>
        </w:rPr>
        <w:t>"You married him," Phyllis says. It is not a question.</w:t>
      </w:r>
    </w:p>
    <w:p>
      <w:r>
        <w:rPr>
          <w:rFonts w:ascii="IM Fell English" w:hAnsi="IM Fell English"/>
          <w:color w:val="141414"/>
          <w:sz w:val="24"/>
        </w:rPr>
        <w:t>"Yes," Leona says.</w:t>
      </w:r>
    </w:p>
    <w:p>
      <w:r>
        <w:rPr>
          <w:rFonts w:ascii="IM Fell English" w:hAnsi="IM Fell English"/>
          <w:color w:val="141414"/>
          <w:sz w:val="24"/>
        </w:rPr>
        <w:t>"A Cartwright," Judge Beaumont says, as if the word tastes like poison.</w:t>
      </w:r>
    </w:p>
    <w:p>
      <w:r>
        <w:rPr>
          <w:rFonts w:ascii="IM Fell English" w:hAnsi="IM Fell English"/>
          <w:color w:val="141414"/>
          <w:sz w:val="24"/>
        </w:rPr>
        <w:t>"His name is Beauregard," Leona says quietly. "He's standing right here."</w:t>
      </w:r>
    </w:p>
    <w:p>
      <w:r>
        <w:rPr>
          <w:rFonts w:ascii="IM Fell English" w:hAnsi="IM Fell English"/>
          <w:color w:val="141414"/>
          <w:sz w:val="24"/>
        </w:rPr>
        <w:t>Beau has remained in the doorway, which seems like the smartest place for him. He nods politely, which is the exact wrong thing to do.</w:t>
      </w:r>
    </w:p>
    <w:p>
      <w:r>
        <w:rPr>
          <w:rFonts w:ascii="IM Fell English" w:hAnsi="IM Fell English"/>
          <w:color w:val="141414"/>
          <w:sz w:val="24"/>
        </w:rPr>
        <w:t>"I don't care if his name is Jesus Christ returned to earth," the Judge says. "You have embarrassed this family. You have betrayed the interests of your family. You have married the son of a man who has done everything in his power to destroy us."</w:t>
      </w:r>
    </w:p>
    <w:p>
      <w:r>
        <w:rPr>
          <w:rFonts w:ascii="IM Fell English" w:hAnsi="IM Fell English"/>
          <w:color w:val="141414"/>
          <w:sz w:val="24"/>
        </w:rPr>
        <w:t>"Augustus is dead," Leona says.</w:t>
      </w:r>
    </w:p>
    <w:p>
      <w:r>
        <w:rPr>
          <w:rFonts w:ascii="IM Fell English" w:hAnsi="IM Fell English"/>
          <w:color w:val="141414"/>
          <w:sz w:val="24"/>
        </w:rPr>
        <w:t>"Yes, and apparently all his sins are now inherited by his sons."</w:t>
      </w:r>
    </w:p>
    <w:p>
      <w:r>
        <w:rPr>
          <w:rFonts w:ascii="IM Fell English" w:hAnsi="IM Fell English"/>
          <w:color w:val="141414"/>
          <w:sz w:val="24"/>
        </w:rPr>
        <w:t>"That's not how sin works," Leona says.</w:t>
      </w:r>
    </w:p>
    <w:p>
      <w:r>
        <w:rPr>
          <w:rFonts w:ascii="IM Fell English" w:hAnsi="IM Fell English"/>
          <w:color w:val="141414"/>
          <w:sz w:val="24"/>
        </w:rPr>
        <w:t>And in saying this, Leona has revealed the thing that will echo throughout the entire season of their return: she does not believe in inherited sin, does not believe in blood feuds, does not believe that the mistakes of one generation should be the architecture of the next. She believes in autonomy, in the possibility of remaking the world according to her own design.</w:t>
      </w:r>
    </w:p>
    <w:p>
      <w:r>
        <w:rPr>
          <w:rFonts w:ascii="IM Fell English" w:hAnsi="IM Fell English"/>
          <w:color w:val="141414"/>
          <w:sz w:val="24"/>
        </w:rPr>
        <w:t>She is either the bravest person in the room or the most naive. Possibly both.</w:t>
      </w:r>
    </w:p>
    <w:p>
      <w:r>
        <w:rPr>
          <w:rFonts w:ascii="IM Fell English" w:hAnsi="IM Fell English"/>
          <w:color w:val="141414"/>
          <w:sz w:val="24"/>
        </w:rPr>
        <w:t>* * *</w:t>
      </w:r>
    </w:p>
    <w:p>
      <w:r>
        <w:rPr>
          <w:rFonts w:ascii="IM Fell English" w:hAnsi="IM Fell English"/>
          <w:b/>
          <w:color w:val="141414"/>
          <w:sz w:val="24"/>
        </w:rPr>
        <w:t>PART FOUR: THE WEIGHT OF NAMES</w:t>
      </w:r>
    </w:p>
    <w:p>
      <w:r>
        <w:rPr>
          <w:rFonts w:ascii="IM Fell English" w:hAnsi="IM Fell English"/>
          <w:color w:val="141414"/>
          <w:sz w:val="24"/>
        </w:rPr>
        <w:t>By the time Cecil drives Beau back to the Cartwright house, the sun is beginning its slow descent, painting the Delta in shades of gold and amber and something that looks like old blood.</w:t>
      </w:r>
    </w:p>
    <w:p>
      <w:r>
        <w:rPr>
          <w:rFonts w:ascii="IM Fell English" w:hAnsi="IM Fell English"/>
          <w:color w:val="141414"/>
          <w:sz w:val="24"/>
        </w:rPr>
        <w:t>The Cartwright estate is larger than the Beaumont house, more aggressively modern, more confident in its assertion of dominance. It sits on the north side of Howler like a declaration of war: three stories of white-painted brick, with wings that spread out from the main structure like tentacles.</w:t>
      </w:r>
    </w:p>
    <w:p>
      <w:r>
        <w:rPr>
          <w:rFonts w:ascii="IM Fell English" w:hAnsi="IM Fell English"/>
          <w:color w:val="141414"/>
          <w:sz w:val="24"/>
        </w:rPr>
        <w:t>Beauregard Cartwright Sr. is sixty-four years old. He inherited the family business from his father Augustus but did not inherit his father's weakness for beautiful women or his tendency toward romantic complications. Augustus spent his fortune on pleasure; Beauregard Sr. has spent his on power. He has increased the Cartwright wealth by four hundred percent. He has political influence in three states. He has, through careful maneuvering and careful marriages, ensured that the Cartwrights have every advantage the Delta can confer.</w:t>
      </w:r>
    </w:p>
    <w:p>
      <w:r>
        <w:rPr>
          <w:rFonts w:ascii="IM Fell English" w:hAnsi="IM Fell English"/>
          <w:color w:val="141414"/>
          <w:sz w:val="24"/>
        </w:rPr>
        <w:t>And now his youngest son has thrown all of that away on a Beaumont.</w:t>
      </w:r>
    </w:p>
    <w:p>
      <w:r>
        <w:rPr>
          <w:rFonts w:ascii="IM Fell English" w:hAnsi="IM Fell English"/>
          <w:color w:val="141414"/>
          <w:sz w:val="24"/>
        </w:rPr>
        <w:t>He is waiting in his office on the second floor, a room designed to intimidate, with walls lined with leather-bound books that no one reads and a desk that is large enough to land a small airplane on.</w:t>
      </w:r>
    </w:p>
    <w:p>
      <w:r>
        <w:rPr>
          <w:rFonts w:ascii="IM Fell English" w:hAnsi="IM Fell English"/>
          <w:color w:val="141414"/>
          <w:sz w:val="24"/>
        </w:rPr>
        <w:t>"Sit," he says to Beau, as if Beau is a dog that has misbehaved.</w:t>
      </w:r>
    </w:p>
    <w:p>
      <w:r>
        <w:rPr>
          <w:rFonts w:ascii="IM Fell English" w:hAnsi="IM Fell English"/>
          <w:color w:val="141414"/>
          <w:sz w:val="24"/>
        </w:rPr>
        <w:t>Beau sits.</w:t>
      </w:r>
    </w:p>
    <w:p>
      <w:r>
        <w:rPr>
          <w:rFonts w:ascii="IM Fell English" w:hAnsi="IM Fell English"/>
          <w:color w:val="141414"/>
          <w:sz w:val="24"/>
        </w:rPr>
        <w:t>"Tell me," Beauregard Sr. says slowly, "that this is not true. Tell me that you did not marry Leona Beaumont."</w:t>
      </w:r>
    </w:p>
    <w:p>
      <w:r>
        <w:rPr>
          <w:rFonts w:ascii="IM Fell English" w:hAnsi="IM Fell English"/>
          <w:color w:val="141414"/>
          <w:sz w:val="24"/>
        </w:rPr>
        <w:t>"I married Leona Beaumont," Beau says, and he sounds calm, which is the most infuriating tone he could possibly use. "Actually, I married Leona Cartwright. That's her name now."</w:t>
      </w:r>
    </w:p>
    <w:p>
      <w:r>
        <w:rPr>
          <w:rFonts w:ascii="IM Fell English" w:hAnsi="IM Fell English"/>
          <w:color w:val="141414"/>
          <w:sz w:val="24"/>
        </w:rPr>
        <w:t>"Don't you dare correct me in my own house. Don't you—" Beauregard Sr. stops himself, takes a breath. When he speaks again, his voice is very quiet, which is worse. "Do you have any idea what you've done? Do you understand the position you've put this family in?"</w:t>
      </w:r>
    </w:p>
    <w:p>
      <w:r>
        <w:rPr>
          <w:rFonts w:ascii="IM Fell English" w:hAnsi="IM Fell English"/>
          <w:color w:val="141414"/>
          <w:sz w:val="24"/>
        </w:rPr>
        <w:t>"I married someone I love," Beau says.</w:t>
      </w:r>
    </w:p>
    <w:p>
      <w:r>
        <w:rPr>
          <w:rFonts w:ascii="IM Fell English" w:hAnsi="IM Fell English"/>
          <w:color w:val="141414"/>
          <w:sz w:val="24"/>
        </w:rPr>
        <w:t>"Love," his father says, as if tasting a word in a language he's only recently learned. "Love is a luxury that people in our position cannot afford. Love is what the poor do, what they comfort themselves with when they have nothing else. Love is what weak men do."</w:t>
      </w:r>
    </w:p>
    <w:p>
      <w:r>
        <w:rPr>
          <w:rFonts w:ascii="IM Fell English" w:hAnsi="IM Fell English"/>
          <w:color w:val="141414"/>
          <w:sz w:val="24"/>
        </w:rPr>
        <w:t>"Then I guess I'm weak," Beau says.</w:t>
      </w:r>
    </w:p>
    <w:p>
      <w:r>
        <w:rPr>
          <w:rFonts w:ascii="IM Fell English" w:hAnsi="IM Fell English"/>
          <w:color w:val="141414"/>
          <w:sz w:val="24"/>
        </w:rPr>
        <w:t>At this, Beauregard Sr. does something that surprises them both. He laughs. It is not a happy laugh. It sounds like a machine that has been rusted for too long suddenly coming to life.</w:t>
      </w:r>
    </w:p>
    <w:p>
      <w:r>
        <w:rPr>
          <w:rFonts w:ascii="IM Fell English" w:hAnsi="IM Fell English"/>
          <w:color w:val="141414"/>
          <w:sz w:val="24"/>
        </w:rPr>
        <w:t>"You're worse than weak," he says. "You're stupid. And stupid is something our family cannot fix."</w:t>
      </w:r>
    </w:p>
    <w:p>
      <w:r>
        <w:rPr>
          <w:rFonts w:ascii="IM Fell English" w:hAnsi="IM Fell English"/>
          <w:color w:val="141414"/>
          <w:sz w:val="24"/>
        </w:rPr>
        <w:t>Outside, Cecil waits in the kitchen, drinking sweet tea that Mrs. Patterson, the cook, has made, and listening to the particular quality of silence that descends on a house where something irreversible has happened.</w:t>
      </w:r>
    </w:p>
    <w:p>
      <w:r>
        <w:rPr>
          <w:rFonts w:ascii="IM Fell English" w:hAnsi="IM Fell English"/>
          <w:color w:val="141414"/>
          <w:sz w:val="24"/>
        </w:rPr>
        <w:t>He thinks about Magdalene, lying in the hospice bed, and about the injustice of this: that Beauregard gets to sit in that office and receive his father's rage, that he gets to fight back, that he gets to have his marriage questioned. Magdalene doesn't get to do any of these things. Her only question is whether she wants morphine at 2 p.m. or at 3 p.m.</w:t>
      </w:r>
    </w:p>
    <w:p>
      <w:r>
        <w:rPr>
          <w:rFonts w:ascii="IM Fell English" w:hAnsi="IM Fell English"/>
          <w:color w:val="141414"/>
          <w:sz w:val="24"/>
        </w:rPr>
        <w:t>And yet, Cecil understands something that Beau does not yet understand: that rage is a kind of attention, a kind of love even, when you strip away its disguise. What Beauregard Sr. is feeling right now is not just anger at his son's betrayal; it is fear. It is the fear that his youngest son, his favorite, the one who was supposed to consolidate everything the Cartwrights had built, has instead chosen to dismantle it, has chosen love over legacy, has chosen autonomy over dynasty.</w:t>
      </w:r>
    </w:p>
    <w:p>
      <w:r>
        <w:rPr>
          <w:rFonts w:ascii="IM Fell English" w:hAnsi="IM Fell English"/>
          <w:color w:val="141414"/>
          <w:sz w:val="24"/>
        </w:rPr>
        <w:t>It is a fear that will define everything that comes next.</w:t>
      </w:r>
    </w:p>
    <w:p>
      <w:r>
        <w:rPr>
          <w:rFonts w:ascii="IM Fell English" w:hAnsi="IM Fell English"/>
          <w:color w:val="141414"/>
          <w:sz w:val="24"/>
        </w:rPr>
        <w:t>* * *</w:t>
      </w:r>
    </w:p>
    <w:p>
      <w:r>
        <w:rPr>
          <w:rFonts w:ascii="IM Fell English" w:hAnsi="IM Fell English"/>
          <w:i/>
          <w:color w:val="141414"/>
          <w:sz w:val="24"/>
        </w:rPr>
        <w:t>To be continued...</w:t>
      </w:r>
    </w:p>
    <w:p>
      <w:r>
        <w:rPr>
          <w:rFonts w:ascii="IM Fell English" w:hAnsi="IM Fell English"/>
          <w:color w:val="141414"/>
          <w:sz w:val="24"/>
        </w:rPr>
        <w:t>* * *</w:t>
      </w:r>
    </w:p>
    <w:p>
      <w:r>
        <w:rPr>
          <w:rFonts w:ascii="IM Fell English" w:hAnsi="IM Fell English"/>
          <w:b/>
          <w:color w:val="141414"/>
          <w:sz w:val="24"/>
        </w:rPr>
        <w:t>SERIES BIBLE: MAGNOLIA DYNASTY</w:t>
      </w:r>
    </w:p>
    <w:p>
      <w:r>
        <w:rPr>
          <w:rFonts w:ascii="IM Fell English" w:hAnsi="IM Fell English"/>
          <w:color w:val="141414"/>
          <w:sz w:val="24"/>
        </w:rPr>
        <w:t>**Setting:** Howler County, Mississippi; Charleston, South Carolina; The Brenham/Hempstead, Texas region (Season 2). Present day, 2026.</w:t>
      </w:r>
    </w:p>
    <w:p>
      <w:r>
        <w:rPr>
          <w:rFonts w:ascii="IM Fell English" w:hAnsi="IM Fell English"/>
          <w:color w:val="141414"/>
          <w:sz w:val="24"/>
        </w:rPr>
        <w:t>**Central Conflict:** The blood feud between the Cartwright and Beaumont families, complicated by the marriage of Beauregard Cartwright Jr. and Leona Anna-Mae Beaumont—a union that threatens the delicate power balance that has governed the Delta for generations.</w:t>
      </w:r>
    </w:p>
    <w:p>
      <w:r>
        <w:rPr>
          <w:rFonts w:ascii="IM Fell English" w:hAnsi="IM Fell English"/>
          <w:color w:val="141414"/>
          <w:sz w:val="24"/>
        </w:rPr>
        <w:t>**Tone &amp; Aesthetic:** Southern Gothic soap opera. Combines the moral complexity and social commentary of Harper Lee; the steamy intensity and family dysfunction of Tennessee Williams; the intricate plotting and melodrama of Agnes Nixon; the lyrical Southern sensibility and emphasis on atmosphere of Eudora Welty. Season dynamics mirror *Dallas*/*Dynasty* (corporate intrigue, power plays, competitive dynasties) with the emotional depth of *Greenleaf* (exploration of faith, family, and hypocrisy) and the intersectional racial complexity of *Queen Sugar*.</w:t>
      </w:r>
    </w:p>
    <w:p>
      <w:r>
        <w:rPr>
          <w:rFonts w:ascii="IM Fell English" w:hAnsi="IM Fell English"/>
          <w:color w:val="141414"/>
          <w:sz w:val="24"/>
        </w:rPr>
        <w:t>**Key Themes:**</w:t>
      </w:r>
    </w:p>
    <w:p>
      <w:r>
        <w:rPr>
          <w:rFonts w:ascii="IM Fell English" w:hAnsi="IM Fell English"/>
          <w:color w:val="141414"/>
          <w:sz w:val="24"/>
        </w:rPr>
        <w:t>**Main Characters:**</w:t>
      </w:r>
    </w:p>
    <w:p>
      <w:r>
        <w:rPr>
          <w:rFonts w:ascii="IM Fell English" w:hAnsi="IM Fell English"/>
          <w:color w:val="141414"/>
          <w:sz w:val="24"/>
        </w:rPr>
        <w:t>1. **Leona Anna-Mae Cartwright** (née Beaumont) - 26. The female protagonist. Raised in wealth but working as a dancer to escape her father's control. Married Beauregard in secret. Fierce, intelligent, beautiful. Looks like Beyoncé meets Megan Markle. Box braids, hip tattoo reading "sovereignty."</w:t>
      </w:r>
    </w:p>
    <w:p>
      <w:r>
        <w:rPr>
          <w:rFonts w:ascii="IM Fell English" w:hAnsi="IM Fell English"/>
          <w:color w:val="141414"/>
          <w:sz w:val="24"/>
        </w:rPr>
        <w:t>2. **Beauregard Ulysses Cartwright Jr.** - 31. The younger Cartwright son, groomed for dynasty but in love with the wrong woman. Soft in ways his family interprets as weakness but which is actually principled conviction.</w:t>
      </w:r>
    </w:p>
    <w:p>
      <w:r>
        <w:rPr>
          <w:rFonts w:ascii="IM Fell English" w:hAnsi="IM Fell English"/>
          <w:color w:val="141414"/>
          <w:sz w:val="24"/>
        </w:rPr>
        <w:t>3. **Beauregard Cartwright Sr.** - 64. The ruthless patriarch. Sees the marriage as a personal and family betrayal.</w:t>
      </w:r>
    </w:p>
    <w:p>
      <w:r>
        <w:rPr>
          <w:rFonts w:ascii="IM Fell English" w:hAnsi="IM Fell English"/>
          <w:color w:val="141414"/>
          <w:sz w:val="24"/>
        </w:rPr>
        <w:t>4. **Judge Thaddeus Beaumont III** - 61. Leona's father. Guardian of the grudge against the Cartwrights. Wants his daughter to weaponize herself for family gain.</w:t>
      </w:r>
    </w:p>
    <w:p>
      <w:r>
        <w:rPr>
          <w:rFonts w:ascii="IM Fell English" w:hAnsi="IM Fell English"/>
          <w:color w:val="141414"/>
          <w:sz w:val="24"/>
        </w:rPr>
        <w:t>5. **Cecil Waters** - 56. Former Black Panther and Army veteran. Now majordomo/fixer for the Cartwright family. Married to Magdalene, who is dying of cancer. Carries enormous moral weight. Complex relationship with both families.</w:t>
      </w:r>
    </w:p>
    <w:p>
      <w:r>
        <w:rPr>
          <w:rFonts w:ascii="IM Fell English" w:hAnsi="IM Fell English"/>
          <w:color w:val="141414"/>
          <w:sz w:val="24"/>
        </w:rPr>
        <w:t>6. **Magdalene Waters** - 42. Cecil's wife. Also a former Black Panther. Dying of pancreatic cancer. Her illness becomes the emotional center of Season 1.</w:t>
      </w:r>
    </w:p>
    <w:p>
      <w:r>
        <w:rPr>
          <w:rFonts w:ascii="IM Fell English" w:hAnsi="IM Fell English"/>
          <w:color w:val="141414"/>
          <w:sz w:val="24"/>
        </w:rPr>
        <w:t>7. **Maxine Eloise Carter** - 23. Transgender lesbian waitress at Earl's Authentic Soul Food &amp; Chinese Kitchen. Observant, intelligent, fiercely loyal. Looks like Cosima Niehaus meets Nikki Kuhnhasen.</w:t>
      </w:r>
    </w:p>
    <w:p>
      <w:r>
        <w:rPr>
          <w:rFonts w:ascii="IM Fell English" w:hAnsi="IM Fell English"/>
          <w:color w:val="141414"/>
          <w:sz w:val="24"/>
        </w:rPr>
        <w:t>8. **Earl Hutchins** - 70s. Owner of Earl's. A man of integrity in a corrupt world. Refuge figure.</w:t>
      </w:r>
    </w:p>
    <w:p>
      <w:r>
        <w:rPr>
          <w:rFonts w:ascii="IM Fell English" w:hAnsi="IM Fell English"/>
          <w:color w:val="141414"/>
          <w:sz w:val="24"/>
        </w:rPr>
        <w:t>* * *</w:t>
      </w:r>
    </w:p>
    <w:p>
      <w:r>
        <w:rPr>
          <w:rFonts w:ascii="IM Fell English" w:hAnsi="IM Fell English"/>
          <w:i/>
          <w:color w:val="141414"/>
          <w:sz w:val="24"/>
        </w:rPr>
        <w:t>This is just the beginning. Everything is about to change.</w:t>
      </w:r>
    </w:p>
    <w:p>
      <w:r>
        <w:rPr>
          <w:rFonts w:ascii="IM Fell English" w:hAnsi="IM Fell English"/>
          <w:b/>
          <w:color w:val="141414"/>
          <w:sz w:val="24"/>
        </w:rPr>
        <w:t>A Book Series in the Tradition of Southern Gothic Television Drama</w:t>
      </w:r>
    </w:p>
    <w:p>
      <w:r>
        <w:rPr>
          <w:rFonts w:ascii="IM Fell English" w:hAnsi="IM Fell English"/>
          <w:color w:val="141414"/>
          <w:sz w:val="24"/>
        </w:rPr>
        <w:t>* * *</w:t>
      </w:r>
    </w:p>
    <w:p>
      <w:r>
        <w:rPr>
          <w:rFonts w:ascii="IM Fell English" w:hAnsi="IM Fell English"/>
          <w:b/>
          <w:color w:val="141414"/>
          <w:sz w:val="24"/>
        </w:rPr>
        <w:t>CHAPTER TWO: COLLATERAL DAMAGE</w:t>
      </w:r>
    </w:p>
    <w:p>
      <w:r>
        <w:rPr>
          <w:rFonts w:ascii="IM Fell English" w:hAnsi="IM Fell English"/>
          <w:b/>
          <w:color w:val="141414"/>
          <w:sz w:val="24"/>
        </w:rPr>
        <w:t>PART ONE: THE RECKONING</w:t>
      </w:r>
    </w:p>
    <w:p>
      <w:r>
        <w:rPr>
          <w:rFonts w:ascii="IM Fell English" w:hAnsi="IM Fell English"/>
          <w:color w:val="141414"/>
          <w:sz w:val="24"/>
        </w:rPr>
        <w:t>The morning after Beauregard Jr. and Leona's arrival spreads through Howler County like smoke—invisible at first, then suddenly everywhere, choking the air, making eyes water. By 9 a.m., the news has reached the courthouse through Judge Beaumont III's administrative assistant (who overheard the judge's phone call to his brother). By 10 a.m., it has reached the Cartwright Building through the receptionist's sister (who works at the post office). By noon, it is being discussed in the fellowship hall of both the Church of God in Christ and the First Presbyterian Church, which is how you know it is now official.</w:t>
      </w:r>
    </w:p>
    <w:p>
      <w:r>
        <w:rPr>
          <w:rFonts w:ascii="IM Fell English" w:hAnsi="IM Fell English"/>
          <w:color w:val="141414"/>
          <w:sz w:val="24"/>
        </w:rPr>
        <w:t>Beauregard Cartwright Sr. does not go to the office that day. Instead, he summons his eldest son, Alexander, to the house.</w:t>
      </w:r>
    </w:p>
    <w:p>
      <w:r>
        <w:rPr>
          <w:rFonts w:ascii="IM Fell English" w:hAnsi="IM Fell English"/>
          <w:color w:val="141414"/>
          <w:sz w:val="24"/>
        </w:rPr>
        <w:t>Alexander Beauregard Cartwright III—called "Alex" by people who know him and "Mr. Cartwright" by people who work for him—is thirty-eight years old and has spent his entire adult life in the shadow of his younger brother. Alex is the responsible one, the one who actually works twelve-hour days in the Cartwright Building, managing shipping operations and agricultural investments. Alex went to Harvard Business School and came back to Mississippi believing that what the Delta needed was modernization, professionalization, and strategic partnerships.</w:t>
      </w:r>
    </w:p>
    <w:p>
      <w:r>
        <w:rPr>
          <w:rFonts w:ascii="IM Fell English" w:hAnsi="IM Fell English"/>
          <w:color w:val="141414"/>
          <w:sz w:val="24"/>
        </w:rPr>
        <w:t>Alex is also, in his father's estimation, boring.</w:t>
      </w:r>
    </w:p>
    <w:p>
      <w:r>
        <w:rPr>
          <w:rFonts w:ascii="IM Fell English" w:hAnsi="IM Fell English"/>
          <w:color w:val="141414"/>
          <w:sz w:val="24"/>
        </w:rPr>
        <w:t>Beauregard Sr. has always preferred Beau—the charming one, the one who was supposed to consolidate power, the one who was supposed to marry a Beaumont or a Memphis society debutante or literally anyone but the woman he apparently married in secret in Illinois.</w:t>
      </w:r>
    </w:p>
    <w:p>
      <w:r>
        <w:rPr>
          <w:rFonts w:ascii="IM Fell English" w:hAnsi="IM Fell English"/>
          <w:color w:val="141414"/>
          <w:sz w:val="24"/>
        </w:rPr>
        <w:t>"Sit down," Beauregard Sr. says when Alex arrives at two in the afternoon. They are in the office again, the one designed to intimidate.</w:t>
      </w:r>
    </w:p>
    <w:p>
      <w:r>
        <w:rPr>
          <w:rFonts w:ascii="IM Fell English" w:hAnsi="IM Fell English"/>
          <w:color w:val="141414"/>
          <w:sz w:val="24"/>
        </w:rPr>
        <w:t>"I want you to tell me," Beauregard Sr. continues, "that you at least have the competence to hold this family together while your brother is busy destroying it."</w:t>
      </w:r>
    </w:p>
    <w:p>
      <w:r>
        <w:rPr>
          <w:rFonts w:ascii="IM Fell English" w:hAnsi="IM Fell English"/>
          <w:color w:val="141414"/>
          <w:sz w:val="24"/>
        </w:rPr>
        <w:t>"I don't know what you mean, sir," Alex says, because this is what Alex does—he asks clarifying questions, he approaches problems systematically, he does not assume he understands the emotional subtext.</w:t>
      </w:r>
    </w:p>
    <w:p>
      <w:r>
        <w:rPr>
          <w:rFonts w:ascii="IM Fell English" w:hAnsi="IM Fell English"/>
          <w:color w:val="141414"/>
          <w:sz w:val="24"/>
        </w:rPr>
        <w:t>This is infuriating.</w:t>
      </w:r>
    </w:p>
    <w:p>
      <w:r>
        <w:rPr>
          <w:rFonts w:ascii="IM Fell English" w:hAnsi="IM Fell English"/>
          <w:color w:val="141414"/>
          <w:sz w:val="24"/>
        </w:rPr>
        <w:t>"Your brother married a Beaumont," Beauregard Sr. says flatly. "Not just any Beaumont. Leona Beaumont. Judge Beaumont's daughter. Do you understand what this means for our position?"</w:t>
      </w:r>
    </w:p>
    <w:p>
      <w:r>
        <w:rPr>
          <w:rFonts w:ascii="IM Fell English" w:hAnsi="IM Fell English"/>
          <w:color w:val="141414"/>
          <w:sz w:val="24"/>
        </w:rPr>
        <w:t>"I understand that it's... complicated," Alex says carefully. "But from a business standpoint—"</w:t>
      </w:r>
    </w:p>
    <w:p>
      <w:r>
        <w:rPr>
          <w:rFonts w:ascii="IM Fell English" w:hAnsi="IM Fell English"/>
          <w:color w:val="141414"/>
          <w:sz w:val="24"/>
        </w:rPr>
        <w:t>"Don't talk to me about business," Beauregard Sr. snaps. "This has nothing to do with business. This has to do with principle. This has to do with the fact that the Beaumonts have been trying to destroy us for seventy years, and Beau has apparently decided to help them."</w:t>
      </w:r>
    </w:p>
    <w:p>
      <w:r>
        <w:rPr>
          <w:rFonts w:ascii="IM Fell English" w:hAnsi="IM Fell English"/>
          <w:color w:val="141414"/>
          <w:sz w:val="24"/>
        </w:rPr>
        <w:t>What Alex does not say is that he has read the company reports from the last three years and that the Cartwright enterprises are actually stronger than they have ever been, that the feud with the Beaumonts is mostly ceremonial at this point, that his father's rage is not actually proportional to the threat. What he does not say is that from an objective standpoint, it might not be a bad thing to make an alliance with the Beaumont family by marriage, that it might actually be smart.</w:t>
      </w:r>
    </w:p>
    <w:p>
      <w:r>
        <w:rPr>
          <w:rFonts w:ascii="IM Fell English" w:hAnsi="IM Fell English"/>
          <w:color w:val="141414"/>
          <w:sz w:val="24"/>
        </w:rPr>
        <w:t>Instead, he says: "What would you like me to do?"</w:t>
      </w:r>
    </w:p>
    <w:p>
      <w:r>
        <w:rPr>
          <w:rFonts w:ascii="IM Fell English" w:hAnsi="IM Fell English"/>
          <w:color w:val="141414"/>
          <w:sz w:val="24"/>
        </w:rPr>
        <w:t>"I want you to manage the business side of this disaster," Beauregard Sr. says. "Make sure that no one takes this as an opportunity to move against us. Contact the shipping partnership with New Orleans—make sure they understand our commitment to them remains absolute. Do the same with the Memphis banking interests. I want this family to demonstrate that we are unified and unshakeable."</w:t>
      </w:r>
    </w:p>
    <w:p>
      <w:r>
        <w:rPr>
          <w:rFonts w:ascii="IM Fell English" w:hAnsi="IM Fell English"/>
          <w:color w:val="141414"/>
          <w:sz w:val="24"/>
        </w:rPr>
        <w:t>"And Beau?" Alex asks.</w:t>
      </w:r>
    </w:p>
    <w:p>
      <w:r>
        <w:rPr>
          <w:rFonts w:ascii="IM Fell English" w:hAnsi="IM Fell English"/>
          <w:color w:val="141414"/>
          <w:sz w:val="24"/>
        </w:rPr>
        <w:t>"Beau has made his choice," Beauregard Sr. says. "Right now, I don't know if I'm more angry at him or at the fact that I raised a son stupid enough to think love matters more than legacy."</w:t>
      </w:r>
    </w:p>
    <w:p>
      <w:r>
        <w:rPr>
          <w:rFonts w:ascii="IM Fell English" w:hAnsi="IM Fell English"/>
          <w:color w:val="141414"/>
          <w:sz w:val="24"/>
        </w:rPr>
        <w:t>* * *</w:t>
      </w:r>
    </w:p>
    <w:p>
      <w:r>
        <w:rPr>
          <w:rFonts w:ascii="IM Fell English" w:hAnsi="IM Fell English"/>
          <w:b/>
          <w:color w:val="141414"/>
          <w:sz w:val="24"/>
        </w:rPr>
        <w:t>PART TWO: MAGDALENE'S VIGIL</w:t>
      </w:r>
    </w:p>
    <w:p>
      <w:r>
        <w:rPr>
          <w:rFonts w:ascii="IM Fell English" w:hAnsi="IM Fell English"/>
          <w:color w:val="141414"/>
          <w:sz w:val="24"/>
        </w:rPr>
        <w:t>In a small house on Maple Street, in a room that looks out onto an overgrown garden where nothing has been planted in three years, Magdalene Waters lies on a hospital bed that Cecil rented from a supply company in Greenville.</w:t>
      </w:r>
    </w:p>
    <w:p>
      <w:r>
        <w:rPr>
          <w:rFonts w:ascii="IM Fell English" w:hAnsi="IM Fell English"/>
          <w:color w:val="141414"/>
          <w:sz w:val="24"/>
        </w:rPr>
        <w:t>She is fifty-two pounds now. The cancer has eaten away everything that was not essential: muscle, fat, bone density. What remains is something close to essential—a consciousness that still burns bright, eyes that still see everything, a voice that still carries authority even when it barely carries sound.</w:t>
      </w:r>
    </w:p>
    <w:p>
      <w:r>
        <w:rPr>
          <w:rFonts w:ascii="IM Fell English" w:hAnsi="IM Fell English"/>
          <w:color w:val="141414"/>
          <w:sz w:val="24"/>
        </w:rPr>
        <w:t>"Did you eat?" she asks Cecil, who is sitting in the chair beside her bed where he sits every evening after work.</w:t>
      </w:r>
    </w:p>
    <w:p>
      <w:r>
        <w:rPr>
          <w:rFonts w:ascii="IM Fell English" w:hAnsi="IM Fell English"/>
          <w:color w:val="141414"/>
          <w:sz w:val="24"/>
        </w:rPr>
        <w:t>"Yes," he says. It is a lie. He has not eaten since yesterday morning.</w:t>
      </w:r>
    </w:p>
    <w:p>
      <w:r>
        <w:rPr>
          <w:rFonts w:ascii="IM Fell English" w:hAnsi="IM Fell English"/>
          <w:color w:val="141414"/>
          <w:sz w:val="24"/>
        </w:rPr>
        <w:t>"Don't lie to your dying wife," Magdalene says, but she says it gently, almost as if she is comforting him for the act of lying rather than reprimanding him for it.</w:t>
      </w:r>
    </w:p>
    <w:p>
      <w:r>
        <w:rPr>
          <w:rFonts w:ascii="IM Fell English" w:hAnsi="IM Fell English"/>
          <w:color w:val="141414"/>
          <w:sz w:val="24"/>
        </w:rPr>
        <w:t>Cecil gets up and goes to the kitchen, which is four steps away. He opens the refrigerator and stands there, looking at the food that various church ladies have brought: casseroles, fried chicken, collard greens. The food sits in its containers like judgment.</w:t>
      </w:r>
    </w:p>
    <w:p>
      <w:r>
        <w:rPr>
          <w:rFonts w:ascii="IM Fell English" w:hAnsi="IM Fell English"/>
          <w:color w:val="141414"/>
          <w:sz w:val="24"/>
        </w:rPr>
        <w:t>He takes out a small container of potato salad and eats it standing at the sink with a fork, not because it tastes good but because it is something to do with his hands, something to do with his mouth besides speak or scream or beg whatever power governs the universe to reverse what it has decided.</w:t>
      </w:r>
    </w:p>
    <w:p>
      <w:r>
        <w:rPr>
          <w:rFonts w:ascii="IM Fell English" w:hAnsi="IM Fell English"/>
          <w:color w:val="141414"/>
          <w:sz w:val="24"/>
        </w:rPr>
        <w:t>He returns to the bedroom.</w:t>
      </w:r>
    </w:p>
    <w:p>
      <w:r>
        <w:rPr>
          <w:rFonts w:ascii="IM Fell English" w:hAnsi="IM Fell English"/>
          <w:color w:val="141414"/>
          <w:sz w:val="24"/>
        </w:rPr>
        <w:t>"The Cartwright boy came back," Magdalene says, because she knows all the gossip—Mrs. Patterson calls with updates, people visit, and from her bed she has constructed a complete picture of the world beyond her walls. "Married the wrong girl."</w:t>
      </w:r>
    </w:p>
    <w:p>
      <w:r>
        <w:rPr>
          <w:rFonts w:ascii="IM Fell English" w:hAnsi="IM Fell English"/>
          <w:color w:val="141414"/>
          <w:sz w:val="24"/>
        </w:rPr>
        <w:t>"That's one way to describe it," Cecil says.</w:t>
      </w:r>
    </w:p>
    <w:p>
      <w:r>
        <w:rPr>
          <w:rFonts w:ascii="IM Fell English" w:hAnsi="IM Fell English"/>
          <w:color w:val="141414"/>
          <w:sz w:val="24"/>
        </w:rPr>
        <w:t>"The judge's daughter though. Smart man. Marry into power."</w:t>
      </w:r>
    </w:p>
    <w:p>
      <w:r>
        <w:rPr>
          <w:rFonts w:ascii="IM Fell English" w:hAnsi="IM Fell English"/>
          <w:color w:val="141414"/>
          <w:sz w:val="24"/>
        </w:rPr>
        <w:t>"He married her because he loves her," Cecil says.</w:t>
      </w:r>
    </w:p>
    <w:p>
      <w:r>
        <w:rPr>
          <w:rFonts w:ascii="IM Fell English" w:hAnsi="IM Fell English"/>
          <w:color w:val="141414"/>
          <w:sz w:val="24"/>
        </w:rPr>
        <w:t>Magdalene closes her eyes, which Cecil recognizes as the gesture she makes when she is disappointed in him. "Love is what we tell ourselves when we don't want to admit we're making a calculated move. The boy married her because some part of him understood that love is the only weapon that works against power."</w:t>
      </w:r>
    </w:p>
    <w:p>
      <w:r>
        <w:rPr>
          <w:rFonts w:ascii="IM Fell English" w:hAnsi="IM Fell English"/>
          <w:color w:val="141414"/>
          <w:sz w:val="24"/>
        </w:rPr>
        <w:t>Cecil considers this. Magdalene was always the more political one, even in the movement. She understood the architecture of oppression the way some people understand mathematics. She understood that individual actions had collective consequences, that the personal was always already political, that love itself could be a form of resistance.</w:t>
      </w:r>
    </w:p>
    <w:p>
      <w:r>
        <w:rPr>
          <w:rFonts w:ascii="IM Fell English" w:hAnsi="IM Fell English"/>
          <w:color w:val="141414"/>
          <w:sz w:val="24"/>
        </w:rPr>
        <w:t>"How are you feeling?" he asks.</w:t>
      </w:r>
    </w:p>
    <w:p>
      <w:r>
        <w:rPr>
          <w:rFonts w:ascii="IM Fell English" w:hAnsi="IM Fell English"/>
          <w:color w:val="141414"/>
          <w:sz w:val="24"/>
        </w:rPr>
        <w:t>"Like I'm being slowly eaten from the inside by an organism that evolved specifically to defeat the human immune system," she says. "But other than that, I'm fine."</w:t>
      </w:r>
    </w:p>
    <w:p>
      <w:r>
        <w:rPr>
          <w:rFonts w:ascii="IM Fell English" w:hAnsi="IM Fell English"/>
          <w:color w:val="141414"/>
          <w:sz w:val="24"/>
        </w:rPr>
        <w:t>He laughs because he is supposed to laugh. They have developed a language of dark humor that makes everything bearable.</w:t>
      </w:r>
    </w:p>
    <w:p>
      <w:r>
        <w:rPr>
          <w:rFonts w:ascii="IM Fell English" w:hAnsi="IM Fell English"/>
          <w:color w:val="141414"/>
          <w:sz w:val="24"/>
        </w:rPr>
        <w:t>"I need you to promise me something," Magdalene says.</w:t>
      </w:r>
    </w:p>
    <w:p>
      <w:r>
        <w:rPr>
          <w:rFonts w:ascii="IM Fell English" w:hAnsi="IM Fell English"/>
          <w:color w:val="141414"/>
          <w:sz w:val="24"/>
        </w:rPr>
        <w:t>"I promise," he says, before she has even asked it.</w:t>
      </w:r>
    </w:p>
    <w:p>
      <w:r>
        <w:rPr>
          <w:rFonts w:ascii="IM Fell English" w:hAnsi="IM Fell English"/>
          <w:color w:val="141414"/>
          <w:sz w:val="24"/>
        </w:rPr>
        <w:t>"That's not how this works," she says. "You have to hear the thing before you promise."</w:t>
      </w:r>
    </w:p>
    <w:p>
      <w:r>
        <w:rPr>
          <w:rFonts w:ascii="IM Fell English" w:hAnsi="IM Fell English"/>
          <w:color w:val="141414"/>
          <w:sz w:val="24"/>
        </w:rPr>
        <w:t>"I promise," he says again. "Whatever it is."</w:t>
      </w:r>
    </w:p>
    <w:p>
      <w:r>
        <w:rPr>
          <w:rFonts w:ascii="IM Fell English" w:hAnsi="IM Fell English"/>
          <w:color w:val="141414"/>
          <w:sz w:val="24"/>
        </w:rPr>
        <w:t>Magdalene reaches over to the nightstand and picks up a small wooden box. She has been keeping it there for a week, waiting for the right moment, which is to say waiting for a moment that will never exist because no moment is right for this.</w:t>
      </w:r>
    </w:p>
    <w:p>
      <w:r>
        <w:rPr>
          <w:rFonts w:ascii="IM Fell English" w:hAnsi="IM Fell English"/>
          <w:color w:val="141414"/>
          <w:sz w:val="24"/>
        </w:rPr>
        <w:t>"When I'm gone," she says, "I want you to live. I want you to actually live, not just survive. I want you to eat every meal. I want you to take a vacation. I want you to—" she stops, coughs, waits for it to pass. "I want you to consider the possibility that you might be happy again."</w:t>
      </w:r>
    </w:p>
    <w:p>
      <w:r>
        <w:rPr>
          <w:rFonts w:ascii="IM Fell English" w:hAnsi="IM Fell English"/>
          <w:color w:val="141414"/>
          <w:sz w:val="24"/>
        </w:rPr>
        <w:t>Cecil cannot speak. The thing that usually lives in his chest—the thing that he has trained to be still and quiet and functional—begins to move.</w:t>
      </w:r>
    </w:p>
    <w:p>
      <w:r>
        <w:rPr>
          <w:rFonts w:ascii="IM Fell English" w:hAnsi="IM Fell English"/>
          <w:color w:val="141414"/>
          <w:sz w:val="24"/>
        </w:rPr>
        <w:t>"I can't promise that," he says.</w:t>
      </w:r>
    </w:p>
    <w:p>
      <w:r>
        <w:rPr>
          <w:rFonts w:ascii="IM Fell English" w:hAnsi="IM Fell English"/>
          <w:color w:val="141414"/>
          <w:sz w:val="24"/>
        </w:rPr>
        <w:t>"Yes, you can. You can promise it to me. You can promise that you won't spend the rest of your life in a room on Maple Street, mourning someone who has already let go."</w:t>
      </w:r>
    </w:p>
    <w:p>
      <w:r>
        <w:rPr>
          <w:rFonts w:ascii="IM Fell English" w:hAnsi="IM Fell English"/>
          <w:color w:val="141414"/>
          <w:sz w:val="24"/>
        </w:rPr>
        <w:t>What she does not say, but what Cecil understands, is that she has already let go. The cancer took it from her months ago—the illusion that she had agency, that she could fight this, that there was any scenario in which she walked out of this house under her own power. She has accepted what is coming the way soldiers accept the possibility of death in wartime: as a fact that has already happened, that she is simply watching unfold in real time.</w:t>
      </w:r>
    </w:p>
    <w:p>
      <w:r>
        <w:rPr>
          <w:rFonts w:ascii="IM Fell English" w:hAnsi="IM Fell English"/>
          <w:color w:val="141414"/>
          <w:sz w:val="24"/>
        </w:rPr>
        <w:t>"I promise," Cecil says, because he loves her, and because sometimes the only thing you can give someone who is dying is the fiction of their leaving with your permission.</w:t>
      </w:r>
    </w:p>
    <w:p>
      <w:r>
        <w:rPr>
          <w:rFonts w:ascii="IM Fell English" w:hAnsi="IM Fell English"/>
          <w:color w:val="141414"/>
          <w:sz w:val="24"/>
        </w:rPr>
        <w:t>* * *</w:t>
      </w:r>
    </w:p>
    <w:p>
      <w:r>
        <w:rPr>
          <w:rFonts w:ascii="IM Fell English" w:hAnsi="IM Fell English"/>
          <w:b/>
          <w:color w:val="141414"/>
          <w:sz w:val="24"/>
        </w:rPr>
        <w:t>PART THREE: LEONA'S WAR</w:t>
      </w:r>
    </w:p>
    <w:p>
      <w:r>
        <w:rPr>
          <w:rFonts w:ascii="IM Fell English" w:hAnsi="IM Fell English"/>
          <w:color w:val="141414"/>
          <w:sz w:val="24"/>
        </w:rPr>
        <w:t>The Cartwright house is now, technically, Leona's house. She has the marriage certificate, the jewelry that arrived yesterday from a jeweler in Jackson, and the strange ghost-status of a new bride in a family that treats marriage like a military invasion that must be resisted with every available weapon.</w:t>
      </w:r>
    </w:p>
    <w:p>
      <w:r>
        <w:rPr>
          <w:rFonts w:ascii="IM Fell English" w:hAnsi="IM Fell English"/>
          <w:color w:val="141414"/>
          <w:sz w:val="24"/>
        </w:rPr>
        <w:t>She does not sleep well that first night. The guestroom they have given her (guest room! tTheygave her the guestrooms house!) is too cold, too formal, too much like a hotel room designed for people you are trying to discourage from staying.</w:t>
      </w:r>
    </w:p>
    <w:p>
      <w:r>
        <w:rPr>
          <w:rFonts w:ascii="IM Fell English" w:hAnsi="IM Fell English"/>
          <w:color w:val="141414"/>
          <w:sz w:val="24"/>
        </w:rPr>
        <w:t xml:space="preserve">At 2 a.m., she gets out of bed and walks through the halls. </w:t>
        <w:br/>
        <w:br/>
        <w:t>The labyrinth-like house: its sprawling halls twist and turn into themselves, merging, and diverging in a confusing maze. It's like walking through an endless corridor, each step leading to another identical-looking hallway leading to yet another - all decorated with exquisite furniture and art from different eras. It's like being lost in the thickening fog of a fallen autumn day, the walls closing in around you, the only sound your own footsteps echoing eerily as if following an all-too-familiar pattern. It's like opening the door to a forgotten room and being met with the dusty scent of pages left untouched for decades, their contents hidden by faded leather bindings. It's like sitting in an enormous sitting room, its high ceilings stretching above you like an ancient cathedral housing secrets best left undiscovered; here, hushed whispers are exchanged between well-dressed guests.</w:t>
        <w:br/>
        <w:br/>
        <w:t>The wealth of the Cartwrights is visible in every detail - from the exquisite wood carvings on the fireplaces to the intricate moldings on the ceilings. But their taste is also reflected in the unnecessary expanse of this monstrosity they call home. This labyrinth of opulence was not born from practicality or function, but from vanity and status symbolism.</w:t>
      </w:r>
    </w:p>
    <w:p>
      <w:r>
        <w:rPr>
          <w:rFonts w:ascii="IM Fell English" w:hAnsi="IM Fell English"/>
          <w:color w:val="141414"/>
          <w:sz w:val="24"/>
        </w:rPr>
        <w:t>She finds a library and lets herself inside. The room is enormous, the walls lined with books that probably cost more collectively than some people's cars. She runs her fingers along the spines, reading titles: *Beloved*, *Their Eyes Were Watching God*, *Go Tell It on the Mountain*, *The Collected Works of Zora Neal Hurston*.</w:t>
      </w:r>
    </w:p>
    <w:p>
      <w:r>
        <w:rPr>
          <w:rFonts w:ascii="IM Fell English" w:hAnsi="IM Fell English"/>
          <w:color w:val="141414"/>
          <w:sz w:val="24"/>
        </w:rPr>
        <w:t>She pulls down *Their Eyes Were Watching God* and sits in a leather armchair and reads until the sun comes up.</w:t>
      </w:r>
    </w:p>
    <w:p>
      <w:r>
        <w:rPr>
          <w:rFonts w:ascii="IM Fell English" w:hAnsi="IM Fell English"/>
          <w:color w:val="141414"/>
          <w:sz w:val="24"/>
        </w:rPr>
        <w:t>At 6 a.m., Mrs. Patterson finds her there and does not say anything except: "Coffee's ready in the kitchen if you want it."</w:t>
      </w:r>
    </w:p>
    <w:p>
      <w:r>
        <w:rPr>
          <w:rFonts w:ascii="IM Fell English" w:hAnsi="IM Fell English"/>
          <w:color w:val="141414"/>
          <w:sz w:val="24"/>
        </w:rPr>
        <w:t>Leona has learned, from her years of dancing in clubs, that women like Mrs. Patterson are the actual power in any house. They know everything. They see everything. They decide whether you are worthy of respect based on small gestures—the way you say good morning, whether you say thank you, whether you assume that work service makes someone invisible.</w:t>
      </w:r>
    </w:p>
    <w:p>
      <w:r>
        <w:rPr>
          <w:rFonts w:ascii="IM Fell English" w:hAnsi="IM Fell English"/>
          <w:color w:val="141414"/>
          <w:sz w:val="24"/>
        </w:rPr>
        <w:t>She follows Mrs. Patterson to the kitchen, which is warm and smells like butter and coffee and something like salvation.</w:t>
      </w:r>
    </w:p>
    <w:p>
      <w:r>
        <w:rPr>
          <w:rFonts w:ascii="IM Fell English" w:hAnsi="IM Fell English"/>
          <w:color w:val="141414"/>
          <w:sz w:val="24"/>
        </w:rPr>
        <w:t>"How do you take it?" Mrs. Patterson asks.</w:t>
      </w:r>
    </w:p>
    <w:p>
      <w:r>
        <w:rPr>
          <w:rFonts w:ascii="IM Fell English" w:hAnsi="IM Fell English"/>
          <w:color w:val="141414"/>
          <w:sz w:val="24"/>
        </w:rPr>
        <w:t>"However you're making it is fine," Leona says.</w:t>
      </w:r>
    </w:p>
    <w:p>
      <w:r>
        <w:rPr>
          <w:rFonts w:ascii="IM Fell English" w:hAnsi="IM Fell English"/>
          <w:color w:val="141414"/>
          <w:sz w:val="24"/>
        </w:rPr>
        <w:t>Mrs. Patterson is about sixty, dark-skinned, with the kind of posture that suggests a life spent holding other people up. She sets a mug of black coffee in front of Leona, and Leona drinks it and feels the warmth spread through her chest.</w:t>
      </w:r>
    </w:p>
    <w:p>
      <w:r>
        <w:rPr>
          <w:rFonts w:ascii="IM Fell English" w:hAnsi="IM Fell English"/>
          <w:color w:val="141414"/>
          <w:sz w:val="24"/>
        </w:rPr>
        <w:t>"It's not going to be easy," Mrs. Patterson says. It is not a question.</w:t>
      </w:r>
    </w:p>
    <w:p>
      <w:r>
        <w:rPr>
          <w:rFonts w:ascii="IM Fell English" w:hAnsi="IM Fell English"/>
          <w:color w:val="141414"/>
          <w:sz w:val="24"/>
        </w:rPr>
        <w:t>"No," Leona agrees.</w:t>
      </w:r>
    </w:p>
    <w:p>
      <w:r>
        <w:rPr>
          <w:rFonts w:ascii="IM Fell English" w:hAnsi="IM Fell English"/>
          <w:color w:val="141414"/>
          <w:sz w:val="24"/>
        </w:rPr>
        <w:t>"The judge's daughter, though. That was brave. Or stupid."</w:t>
      </w:r>
    </w:p>
    <w:p>
      <w:r>
        <w:rPr>
          <w:rFonts w:ascii="IM Fell English" w:hAnsi="IM Fell English"/>
          <w:color w:val="141414"/>
          <w:sz w:val="24"/>
        </w:rPr>
        <w:t>"Maybe both."</w:t>
      </w:r>
    </w:p>
    <w:p>
      <w:r>
        <w:rPr>
          <w:rFonts w:ascii="IM Fell English" w:hAnsi="IM Fell English"/>
          <w:color w:val="141414"/>
          <w:sz w:val="24"/>
        </w:rPr>
        <w:t>Mrs. Patterson smiles. It is not a warm smile, exactly, but it is something like acknowledgment. "Mr. Beauregard—the young one—he's a good man. Not like his father. Not like his grandfather either. He's got a soft place in him. A person like you, you might be able to protect that."</w:t>
      </w:r>
    </w:p>
    <w:p>
      <w:r>
        <w:rPr>
          <w:rFonts w:ascii="IM Fell English" w:hAnsi="IM Fell English"/>
          <w:color w:val="141414"/>
          <w:sz w:val="24"/>
        </w:rPr>
        <w:t>What Mrs. Patterson means, and what Leona understands perfectly, is that kindness in a house full of power-hungry people makes you vulnerable. That love is a liability. That Leona's job, now, is not to soften her husband but to harden him, to make him impenetrable to his father's judgment.</w:t>
      </w:r>
    </w:p>
    <w:p>
      <w:r>
        <w:rPr>
          <w:rFonts w:ascii="IM Fell English" w:hAnsi="IM Fell English"/>
          <w:color w:val="141414"/>
          <w:sz w:val="24"/>
        </w:rPr>
        <w:t>It is not what she signed up for, but it is what marriage to power means.</w:t>
      </w:r>
    </w:p>
    <w:p>
      <w:r>
        <w:rPr>
          <w:rFonts w:ascii="IM Fell English" w:hAnsi="IM Fell English"/>
          <w:color w:val="141414"/>
          <w:sz w:val="24"/>
        </w:rPr>
        <w:t>* * *</w:t>
      </w:r>
    </w:p>
    <w:p>
      <w:r>
        <w:rPr>
          <w:rFonts w:ascii="IM Fell English" w:hAnsi="IM Fell English"/>
          <w:b/>
          <w:color w:val="141414"/>
          <w:sz w:val="24"/>
        </w:rPr>
        <w:t>PART FOUR: THE COURTHOUSE</w:t>
      </w:r>
    </w:p>
    <w:p>
      <w:r>
        <w:rPr>
          <w:rFonts w:ascii="IM Fell English" w:hAnsi="IM Fell English"/>
          <w:color w:val="141414"/>
          <w:sz w:val="24"/>
        </w:rPr>
        <w:t>Judge Thaddeus Beaumont III sits at his bench on Friday morning and thinks about the daughter who has betrayed him. He is wearing his robes, which makes him feel powerful, which is important because inside he feels powerless, as if Leona's marriage has been an act of violence perpetrated against him.</w:t>
      </w:r>
    </w:p>
    <w:p>
      <w:r>
        <w:rPr>
          <w:rFonts w:ascii="IM Fell English" w:hAnsi="IM Fell English"/>
          <w:color w:val="141414"/>
          <w:sz w:val="24"/>
        </w:rPr>
        <w:t>The case before him is a property dispute, nothing that requires his full attention. He listens to the lawyers argue about setbacks and easements and property rights while his mind is elsewhere: in Milwaukee, in a strip club, watching his daughter dance for strangers while his son-in-law watches her.</w:t>
      </w:r>
    </w:p>
    <w:p>
      <w:r>
        <w:rPr>
          <w:rFonts w:ascii="IM Fell English" w:hAnsi="IM Fell English"/>
          <w:color w:val="141414"/>
          <w:sz w:val="24"/>
        </w:rPr>
        <w:t>This is the thing that truly enrages him—not the marriage itself but the fact that Leona had agency, that she made a choice that did not include his permission, that she spent years being groomed for a certain kind of marriage and then rejected that grooming entirely.</w:t>
      </w:r>
    </w:p>
    <w:p>
      <w:r>
        <w:rPr>
          <w:rFonts w:ascii="IM Fell English" w:hAnsi="IM Fell English"/>
          <w:color w:val="141414"/>
          <w:sz w:val="24"/>
        </w:rPr>
        <w:t>His brother, Marcus—who serves as a city councilman—calls him at lunch.</w:t>
      </w:r>
    </w:p>
    <w:p>
      <w:r>
        <w:rPr>
          <w:rFonts w:ascii="IM Fell English" w:hAnsi="IM Fell English"/>
          <w:color w:val="141414"/>
          <w:sz w:val="24"/>
        </w:rPr>
        <w:t>"People are talking," Marcus says.</w:t>
      </w:r>
    </w:p>
    <w:p>
      <w:r>
        <w:rPr>
          <w:rFonts w:ascii="IM Fell English" w:hAnsi="IM Fell English"/>
          <w:color w:val="141414"/>
          <w:sz w:val="24"/>
        </w:rPr>
        <w:t>"Let them talk," Judge Beaumont says.</w:t>
      </w:r>
    </w:p>
    <w:p>
      <w:r>
        <w:rPr>
          <w:rFonts w:ascii="IM Fell English" w:hAnsi="IM Fell English"/>
          <w:color w:val="141414"/>
          <w:sz w:val="24"/>
        </w:rPr>
        <w:t>"They're saying that we're soft. That we let a Cartwright marry into this family without consequence."</w:t>
      </w:r>
    </w:p>
    <w:p>
      <w:r>
        <w:rPr>
          <w:rFonts w:ascii="IM Fell English" w:hAnsi="IM Fell English"/>
          <w:color w:val="141414"/>
          <w:sz w:val="24"/>
        </w:rPr>
        <w:t>"We did let it happen," Judge Beaumont says. "My daughter chose it."</w:t>
      </w:r>
    </w:p>
    <w:p>
      <w:r>
        <w:rPr>
          <w:rFonts w:ascii="IM Fell English" w:hAnsi="IM Fell English"/>
          <w:color w:val="141414"/>
          <w:sz w:val="24"/>
        </w:rPr>
        <w:t>"Then we unchoose it," Marcus says. "We make it clear that there is a cost."</w:t>
      </w:r>
    </w:p>
    <w:p>
      <w:r>
        <w:rPr>
          <w:rFonts w:ascii="IM Fell English" w:hAnsi="IM Fell English"/>
          <w:color w:val="141414"/>
          <w:sz w:val="24"/>
        </w:rPr>
        <w:t>The suggestion hangs between them like a physical object. Judge Beaumont understands what his brother is proposing: that they weaponize their position, that they use the levers of power available to them—the courts, the business connections, the network of relationships that the Beaumonts have spent seventy years building—against the Cartwrights.</w:t>
      </w:r>
    </w:p>
    <w:p>
      <w:r>
        <w:rPr>
          <w:rFonts w:ascii="IM Fell English" w:hAnsi="IM Fell English"/>
          <w:color w:val="141414"/>
          <w:sz w:val="24"/>
        </w:rPr>
        <w:t>"No," Judge Beaumont says.</w:t>
      </w:r>
    </w:p>
    <w:p>
      <w:r>
        <w:rPr>
          <w:rFonts w:ascii="IM Fell English" w:hAnsi="IM Fell English"/>
          <w:color w:val="141414"/>
          <w:sz w:val="24"/>
        </w:rPr>
        <w:t>"No?" Marcus sounds shocked.</w:t>
      </w:r>
    </w:p>
    <w:p>
      <w:r>
        <w:rPr>
          <w:rFonts w:ascii="IM Fell English" w:hAnsi="IM Fell English"/>
          <w:color w:val="141414"/>
          <w:sz w:val="24"/>
        </w:rPr>
        <w:t>"She's still my daughter. If we come at her husband, we're coming at her."</w:t>
      </w:r>
    </w:p>
    <w:p>
      <w:r>
        <w:rPr>
          <w:rFonts w:ascii="IM Fell English" w:hAnsi="IM Fell English"/>
          <w:color w:val="141414"/>
          <w:sz w:val="24"/>
        </w:rPr>
        <w:t>"She made her choice."</w:t>
      </w:r>
    </w:p>
    <w:p>
      <w:r>
        <w:rPr>
          <w:rFonts w:ascii="IM Fell English" w:hAnsi="IM Fell English"/>
          <w:color w:val="141414"/>
          <w:sz w:val="24"/>
        </w:rPr>
        <w:t>"Yes," Judge Beaumont says. "She did. And now I'm making mine."</w:t>
      </w:r>
    </w:p>
    <w:p>
      <w:r>
        <w:rPr>
          <w:rFonts w:ascii="IM Fell English" w:hAnsi="IM Fell English"/>
          <w:color w:val="141414"/>
          <w:sz w:val="24"/>
        </w:rPr>
        <w:t>When he hangs up, he returns to the property dispute, and he listens with full attention, because this is what he can control: the small jurisdictional matters that come before him, the way he interprets the law, the way he makes decisions that affect people's lives and property and futures.</w:t>
      </w:r>
    </w:p>
    <w:p>
      <w:r>
        <w:rPr>
          <w:rFonts w:ascii="IM Fell English" w:hAnsi="IM Fell English"/>
          <w:color w:val="141414"/>
          <w:sz w:val="24"/>
        </w:rPr>
        <w:t>It is the only power he has that Leona cannot escape.</w:t>
      </w:r>
    </w:p>
    <w:p>
      <w:r>
        <w:rPr>
          <w:rFonts w:ascii="IM Fell English" w:hAnsi="IM Fell English"/>
          <w:color w:val="141414"/>
          <w:sz w:val="24"/>
        </w:rPr>
        <w:t>* * *</w:t>
      </w:r>
    </w:p>
    <w:p>
      <w:r>
        <w:rPr>
          <w:rFonts w:ascii="IM Fell English" w:hAnsi="IM Fell English"/>
          <w:b/>
          <w:color w:val="141414"/>
          <w:sz w:val="24"/>
        </w:rPr>
        <w:t>CHAPTER THREE: THE GATHERING STORM</w:t>
      </w:r>
    </w:p>
    <w:p>
      <w:r>
        <w:rPr>
          <w:rFonts w:ascii="IM Fell English" w:hAnsi="IM Fell English"/>
          <w:b/>
          <w:color w:val="141414"/>
          <w:sz w:val="24"/>
        </w:rPr>
        <w:t>PART ONE: THE CARTWRIGHT BOARD MEETING</w:t>
      </w:r>
    </w:p>
    <w:p>
      <w:r>
        <w:rPr>
          <w:rFonts w:ascii="IM Fell English" w:hAnsi="IM Fell English"/>
          <w:color w:val="141414"/>
          <w:sz w:val="24"/>
        </w:rPr>
        <w:t>The Cartwright Building is downtown, on Main Street, a seven-story glass and steel structure that looks absolutely out of place in Mississippi. It was built in 1987 by Beauregard Sr., designed to announce that the Cartwrights were not bound by the aesthetic limitations of the Delta, that they were modern, forward-thinking, nationally ambitious.</w:t>
      </w:r>
    </w:p>
    <w:p>
      <w:r>
        <w:rPr>
          <w:rFonts w:ascii="IM Fell English" w:hAnsi="IM Fell English"/>
          <w:color w:val="141414"/>
          <w:sz w:val="24"/>
        </w:rPr>
        <w:t>On Monday morning, Beauregard Sr. calls an emergency board meeting. The board consists of seven people: Beauregard Sr. (CEO and majority shareholder), Alexander Cartwright III (COO), Patricia Cartwright (the boys' mother, who sits on the board as a legacy position), three outside board members who represent investment firms and banking interests, and James Whitmore, the general counsel.</w:t>
      </w:r>
    </w:p>
    <w:p>
      <w:r>
        <w:rPr>
          <w:rFonts w:ascii="IM Fell English" w:hAnsi="IM Fell English"/>
          <w:color w:val="141414"/>
          <w:sz w:val="24"/>
        </w:rPr>
        <w:t>"We need to address the elephant in the room," Beauregard Sr. says, once everyone is seated around the conference table. "My youngest son has married Leona Beaumont without the knowledge or consent of this family."</w:t>
      </w:r>
    </w:p>
    <w:p>
      <w:r>
        <w:rPr>
          <w:rFonts w:ascii="IM Fell English" w:hAnsi="IM Fell English"/>
          <w:color w:val="141414"/>
          <w:sz w:val="24"/>
        </w:rPr>
        <w:t>"Respectfully," one of the outside board members—a woman named Catherine Li who represents a major Memphis investment firm—says, "what Beau does in his personal life shouldn't affect the company's operations or shareholder value."</w:t>
      </w:r>
    </w:p>
    <w:p>
      <w:r>
        <w:rPr>
          <w:rFonts w:ascii="IM Fell English" w:hAnsi="IM Fell English"/>
          <w:color w:val="141414"/>
          <w:sz w:val="24"/>
        </w:rPr>
        <w:t>"It affects everything," Beauregard Sr. says.</w:t>
      </w:r>
    </w:p>
    <w:p>
      <w:r>
        <w:rPr>
          <w:rFonts w:ascii="IM Fell English" w:hAnsi="IM Fell English"/>
          <w:color w:val="141414"/>
          <w:sz w:val="24"/>
        </w:rPr>
        <w:t>"How?" Catherine presses. "The Beaumonts control municipal politics, but that's actually been increasingly irrelevant to our core business. We operate in multiple states. We have diversified revenue streams. A marriage, however controversial, doesn't change our fundamental competitive position."</w:t>
      </w:r>
    </w:p>
    <w:p>
      <w:r>
        <w:rPr>
          <w:rFonts w:ascii="IM Fell English" w:hAnsi="IM Fell English"/>
          <w:color w:val="141414"/>
          <w:sz w:val="24"/>
        </w:rPr>
        <w:t>This is the problem with modern capitalism, Beauregard Sr. thinks. The board members don't understand that business is personal, that power is about respect, that the Cartwrights have dominated the Delta for generations because people feared them and respected them and understood that crossing them had consequences.</w:t>
      </w:r>
    </w:p>
    <w:p>
      <w:r>
        <w:rPr>
          <w:rFonts w:ascii="IM Fell English" w:hAnsi="IM Fell English"/>
          <w:color w:val="141414"/>
          <w:sz w:val="24"/>
        </w:rPr>
        <w:t>"The Beaumonts will see this as an opportunity," Beauregard Sr. says. "They will use my son's marriage to extract concessions, to weaken our position, to—"</w:t>
      </w:r>
    </w:p>
    <w:p>
      <w:r>
        <w:rPr>
          <w:rFonts w:ascii="IM Fell English" w:hAnsi="IM Fell English"/>
          <w:color w:val="141414"/>
          <w:sz w:val="24"/>
        </w:rPr>
        <w:t>"Or," Alexander interrupts—a rare thing, an act of professional courage—"the Beaumonts will see this marriage as a reason to stop actively working against us. Judge Beaumont has spent his entire career making decisions that subtly disadvantage our business interests. That changes if his daughter is married to Beau."</w:t>
      </w:r>
    </w:p>
    <w:p>
      <w:r>
        <w:rPr>
          <w:rFonts w:ascii="IM Fell English" w:hAnsi="IM Fell English"/>
          <w:color w:val="141414"/>
          <w:sz w:val="24"/>
        </w:rPr>
        <w:t>Everyone stares at Alexander. It is the first time anyone has suggested that the marriage might actually be advantageous.</w:t>
      </w:r>
    </w:p>
    <w:p>
      <w:r>
        <w:rPr>
          <w:rFonts w:ascii="IM Fell English" w:hAnsi="IM Fell English"/>
          <w:color w:val="141414"/>
          <w:sz w:val="24"/>
        </w:rPr>
        <w:t>"We might be able to move the new port facilities through," Alexander continues, "if we position them in a way that respects the historical preservation concerns that Beaumont has always raised. We could potentially settle the water-rights dispute that's been in the courts for three years. We could—"</w:t>
      </w:r>
    </w:p>
    <w:p>
      <w:r>
        <w:rPr>
          <w:rFonts w:ascii="IM Fell English" w:hAnsi="IM Fell English"/>
          <w:color w:val="141414"/>
          <w:sz w:val="24"/>
        </w:rPr>
        <w:t>"My son is not a business asset," Beauregard Sr. snaps.</w:t>
      </w:r>
    </w:p>
    <w:p>
      <w:r>
        <w:rPr>
          <w:rFonts w:ascii="IM Fell English" w:hAnsi="IM Fell English"/>
          <w:color w:val="141414"/>
          <w:sz w:val="24"/>
        </w:rPr>
        <w:t>"No," Patricia Cartwright says softly—the first thing she has said all morning. "But your company is. And if your son's marriage helps the company, then you should at least consider it before you send him away with nothing."</w:t>
      </w:r>
    </w:p>
    <w:p>
      <w:r>
        <w:rPr>
          <w:rFonts w:ascii="IM Fell English" w:hAnsi="IM Fell English"/>
          <w:color w:val="141414"/>
          <w:sz w:val="24"/>
        </w:rPr>
        <w:t>Beauregard Sr. looks at his wife as if seeing her for the first time. Patricia has been ornamental for so long that he forgot she had a brain, much less opinions about how to use the company's strategic position.</w:t>
      </w:r>
    </w:p>
    <w:p>
      <w:r>
        <w:rPr>
          <w:rFonts w:ascii="IM Fell English" w:hAnsi="IM Fell English"/>
          <w:color w:val="141414"/>
          <w:sz w:val="24"/>
        </w:rPr>
        <w:t>"We'll table this discussion," Beauregard Sr. says. "For now, I want to ensure our banking relationships remain solid. I want to monitor any unusual legal activity from the Beaumont side. And I want daily reports on anything related to this... situation."</w:t>
      </w:r>
    </w:p>
    <w:p>
      <w:r>
        <w:rPr>
          <w:rFonts w:ascii="IM Fell English" w:hAnsi="IM Fell English"/>
          <w:color w:val="141414"/>
          <w:sz w:val="24"/>
        </w:rPr>
        <w:t>* * *</w:t>
      </w:r>
    </w:p>
    <w:p>
      <w:r>
        <w:rPr>
          <w:rFonts w:ascii="IM Fell English" w:hAnsi="IM Fell English"/>
          <w:b/>
          <w:color w:val="141414"/>
          <w:sz w:val="24"/>
        </w:rPr>
        <w:t>PART TWO: MAXINE'S KNOWLEDGE</w:t>
      </w:r>
    </w:p>
    <w:p>
      <w:r>
        <w:rPr>
          <w:rFonts w:ascii="IM Fell English" w:hAnsi="IM Fell English"/>
          <w:color w:val="141414"/>
          <w:sz w:val="24"/>
        </w:rPr>
        <w:t>Maxine Eloise Carter has worked at Earl's for three years, ever since she came out and got fired from her previous job at a boutique hotel downtown. Earl didn't ask questions. He saw a young person who needed work and a safe space, and he provided both.</w:t>
      </w:r>
    </w:p>
    <w:p>
      <w:r>
        <w:rPr>
          <w:rFonts w:ascii="IM Fell English" w:hAnsi="IM Fell English"/>
          <w:color w:val="141414"/>
          <w:sz w:val="24"/>
        </w:rPr>
        <w:t>Now, at twenty-three, Maxine has become the eyes and ears of Earl's Authentic Soul Food &amp; Chinese Kitchen. People talk to her in ways they don't talk to each other. She brings them food, brings them coffee, brings them the small dignity of attention while they're eating. And they open up.</w:t>
      </w:r>
    </w:p>
    <w:p>
      <w:r>
        <w:rPr>
          <w:rFonts w:ascii="IM Fell English" w:hAnsi="IM Fell English"/>
          <w:color w:val="141414"/>
          <w:sz w:val="24"/>
        </w:rPr>
        <w:t>On Tuesday, Judge Beaumont comes in for lunch, which is unusual. Judge Beaumont usually eats in his chambers or at the country club. But today he comes to Earl's and sits in a booth in the corner, and he orders po'boys and sweet tea, and he looks miserable.</w:t>
      </w:r>
    </w:p>
    <w:p>
      <w:r>
        <w:rPr>
          <w:rFonts w:ascii="IM Fell English" w:hAnsi="IM Fell English"/>
          <w:color w:val="141414"/>
          <w:sz w:val="24"/>
        </w:rPr>
        <w:t>Maxine brings him his food and notices that his hands are shaking slightly.</w:t>
      </w:r>
    </w:p>
    <w:p>
      <w:r>
        <w:rPr>
          <w:rFonts w:ascii="IM Fell English" w:hAnsi="IM Fell English"/>
          <w:color w:val="141414"/>
          <w:sz w:val="24"/>
        </w:rPr>
        <w:t>"Rough day?" she asks, in the way that she has learned to ask questions that give people permission to answer or not answer.</w:t>
      </w:r>
    </w:p>
    <w:p>
      <w:r>
        <w:rPr>
          <w:rFonts w:ascii="IM Fell English" w:hAnsi="IM Fell English"/>
          <w:color w:val="141414"/>
          <w:sz w:val="24"/>
        </w:rPr>
        <w:t>"My daughter married the wrong man," the judge says.</w:t>
      </w:r>
    </w:p>
    <w:p>
      <w:r>
        <w:rPr>
          <w:rFonts w:ascii="IM Fell English" w:hAnsi="IM Fell English"/>
          <w:color w:val="141414"/>
          <w:sz w:val="24"/>
        </w:rPr>
        <w:t>"I heard," Maxine says, because of course she heard. "Beauregard Cartwright."</w:t>
      </w:r>
    </w:p>
    <w:p>
      <w:r>
        <w:rPr>
          <w:rFonts w:ascii="IM Fell English" w:hAnsi="IM Fell English"/>
          <w:color w:val="141414"/>
          <w:sz w:val="24"/>
        </w:rPr>
        <w:t>"Yes."</w:t>
      </w:r>
    </w:p>
    <w:p>
      <w:r>
        <w:rPr>
          <w:rFonts w:ascii="IM Fell English" w:hAnsi="IM Fell English"/>
          <w:color w:val="141414"/>
          <w:sz w:val="24"/>
        </w:rPr>
        <w:t>"He seems like a decent person," Maxine offers.</w:t>
      </w:r>
    </w:p>
    <w:p>
      <w:r>
        <w:rPr>
          <w:rFonts w:ascii="IM Fell English" w:hAnsi="IM Fell English"/>
          <w:color w:val="141414"/>
          <w:sz w:val="24"/>
        </w:rPr>
        <w:t>"That's not the point," the judge says. "The point is that she made a choice without consulting me, without considering what it means for this family, what it costs us."</w:t>
      </w:r>
    </w:p>
    <w:p>
      <w:r>
        <w:rPr>
          <w:rFonts w:ascii="IM Fell English" w:hAnsi="IM Fell English"/>
          <w:color w:val="141414"/>
          <w:sz w:val="24"/>
        </w:rPr>
        <w:t>Maxine considers this while she refills his tea. She is thinking about her own mother, who has not spoken to her since Maxine came out, since she started her transition, since she decided that being authentic was more important than being acceptable.</w:t>
      </w:r>
    </w:p>
    <w:p>
      <w:r>
        <w:rPr>
          <w:rFonts w:ascii="IM Fell English" w:hAnsi="IM Fell English"/>
          <w:color w:val="141414"/>
          <w:sz w:val="24"/>
        </w:rPr>
        <w:t>"Maybe," Maxine says carefully, "she had to make that choice without you. Maybe asking permission was never going to work because you were never going to give it."</w:t>
      </w:r>
    </w:p>
    <w:p>
      <w:r>
        <w:rPr>
          <w:rFonts w:ascii="IM Fell English" w:hAnsi="IM Fell English"/>
          <w:color w:val="141414"/>
          <w:sz w:val="24"/>
        </w:rPr>
        <w:t>The judge looks up at her, and his face transforms into something almost human, something almost vulnerable.</w:t>
      </w:r>
    </w:p>
    <w:p>
      <w:r>
        <w:rPr>
          <w:rFonts w:ascii="IM Fell English" w:hAnsi="IM Fell English"/>
          <w:color w:val="141414"/>
          <w:sz w:val="24"/>
        </w:rPr>
        <w:t>"How did you get so wise?" he asks.</w:t>
      </w:r>
    </w:p>
    <w:p>
      <w:r>
        <w:rPr>
          <w:rFonts w:ascii="IM Fell English" w:hAnsi="IM Fell English"/>
          <w:color w:val="141414"/>
          <w:sz w:val="24"/>
        </w:rPr>
        <w:t>"By being rejected," Maxine says simply. "By learning that sometimes the people who love you most are the ones who need to release you the hardest."</w:t>
      </w:r>
    </w:p>
    <w:p>
      <w:r>
        <w:rPr>
          <w:rFonts w:ascii="IM Fell English" w:hAnsi="IM Fell English"/>
          <w:color w:val="141414"/>
          <w:sz w:val="24"/>
        </w:rPr>
        <w:t>* * *</w:t>
      </w:r>
    </w:p>
    <w:p>
      <w:r>
        <w:rPr>
          <w:rFonts w:ascii="IM Fell English" w:hAnsi="IM Fell English"/>
          <w:b/>
          <w:color w:val="141414"/>
          <w:sz w:val="24"/>
        </w:rPr>
        <w:t>PART THREE: BEAUREGARD JR.'S REBELLION</w:t>
      </w:r>
    </w:p>
    <w:p>
      <w:r>
        <w:rPr>
          <w:rFonts w:ascii="IM Fell English" w:hAnsi="IM Fell English"/>
          <w:color w:val="141414"/>
          <w:sz w:val="24"/>
        </w:rPr>
        <w:t>Beauregard Jr. does not go to the board meeting, but he hears about it from his father, who comes home that afternoon looking like a man who has been to war.</w:t>
      </w:r>
    </w:p>
    <w:p>
      <w:r>
        <w:rPr>
          <w:rFonts w:ascii="IM Fell English" w:hAnsi="IM Fell English"/>
          <w:color w:val="141414"/>
          <w:sz w:val="24"/>
        </w:rPr>
        <w:t>"Your mother thinks I should accept this marriage," Beauregard Sr. says by way of greeting.</w:t>
      </w:r>
    </w:p>
    <w:p>
      <w:r>
        <w:rPr>
          <w:rFonts w:ascii="IM Fell English" w:hAnsi="IM Fell English"/>
          <w:color w:val="141414"/>
          <w:sz w:val="24"/>
        </w:rPr>
        <w:t>"Mom's right," Beau says.</w:t>
      </w:r>
    </w:p>
    <w:p>
      <w:r>
        <w:rPr>
          <w:rFonts w:ascii="IM Fell English" w:hAnsi="IM Fell English"/>
          <w:color w:val="141414"/>
          <w:sz w:val="24"/>
        </w:rPr>
        <w:t>"Don't be flip with me."</w:t>
      </w:r>
    </w:p>
    <w:p>
      <w:r>
        <w:rPr>
          <w:rFonts w:ascii="IM Fell English" w:hAnsi="IM Fell English"/>
          <w:color w:val="141414"/>
          <w:sz w:val="24"/>
        </w:rPr>
        <w:t>"I'm not being flip. I'm being honest. You're treating this like I've betrayed the company when really I've just fallen in love with someone. Those aren't the same thing."</w:t>
      </w:r>
    </w:p>
    <w:p>
      <w:r>
        <w:rPr>
          <w:rFonts w:ascii="IM Fell English" w:hAnsi="IM Fell English"/>
          <w:color w:val="141414"/>
          <w:sz w:val="24"/>
        </w:rPr>
        <w:t>"They're exactly the same thing," Beauregard Sr. says. "In our position, they're always the same thing."</w:t>
      </w:r>
    </w:p>
    <w:p>
      <w:r>
        <w:rPr>
          <w:rFonts w:ascii="IM Fell English" w:hAnsi="IM Fell English"/>
          <w:color w:val="141414"/>
          <w:sz w:val="24"/>
        </w:rPr>
        <w:t>"That's a prison," Beau says. "That's a life sentence where you get to live in a beautiful house and wear expensive clothes but you don't actually get to decide anything about who you are or what you want."</w:t>
      </w:r>
    </w:p>
    <w:p>
      <w:r>
        <w:rPr>
          <w:rFonts w:ascii="IM Fell English" w:hAnsi="IM Fell English"/>
          <w:color w:val="141414"/>
          <w:sz w:val="24"/>
        </w:rPr>
        <w:t>"Yes," Beauregard Sr. says. "That's exactly what it is. And it's the price of power. You want power or you want love. You don't get both."</w:t>
      </w:r>
    </w:p>
    <w:p>
      <w:r>
        <w:rPr>
          <w:rFonts w:ascii="IM Fell English" w:hAnsi="IM Fell English"/>
          <w:color w:val="141414"/>
          <w:sz w:val="24"/>
        </w:rPr>
        <w:t>"I don't believe that," Beau says.</w:t>
      </w:r>
    </w:p>
    <w:p>
      <w:r>
        <w:rPr>
          <w:rFonts w:ascii="IM Fell English" w:hAnsi="IM Fell English"/>
          <w:color w:val="141414"/>
          <w:sz w:val="24"/>
        </w:rPr>
        <w:t>"Then you're a fool," Beauregard Sr. says. "And I raised you better than that."</w:t>
      </w:r>
    </w:p>
    <w:p>
      <w:r>
        <w:rPr>
          <w:rFonts w:ascii="IM Fell English" w:hAnsi="IM Fell English"/>
          <w:color w:val="141414"/>
          <w:sz w:val="24"/>
        </w:rPr>
        <w:t>He leaves the room, and Beau stands alone in the office where he has spent his entire life being groomed for a future he no longer wants.</w:t>
      </w:r>
    </w:p>
    <w:p>
      <w:r>
        <w:rPr>
          <w:rFonts w:ascii="IM Fell English" w:hAnsi="IM Fell English"/>
          <w:color w:val="141414"/>
          <w:sz w:val="24"/>
        </w:rPr>
        <w:t>* * *</w:t>
      </w:r>
    </w:p>
    <w:p>
      <w:r>
        <w:rPr>
          <w:rFonts w:ascii="IM Fell English" w:hAnsi="IM Fell English"/>
          <w:b/>
          <w:color w:val="141414"/>
          <w:sz w:val="24"/>
        </w:rPr>
        <w:t>PART FOUR: THE GATHERING STORM</w:t>
      </w:r>
    </w:p>
    <w:p>
      <w:r>
        <w:rPr>
          <w:rFonts w:ascii="IM Fell English" w:hAnsi="IM Fell English"/>
          <w:color w:val="141414"/>
          <w:sz w:val="24"/>
        </w:rPr>
        <w:t>By the end of the week, Howler County has divided itself into territories and alliances. The north side—Cartwright territory—is in a state of cold civil war between Beauregard Sr. (who is attempting to punish Beau by excluding him from the office) and Patricia and Alexander (who are quietly beginning to see the advantages of the marriage).</w:t>
      </w:r>
    </w:p>
    <w:p>
      <w:r>
        <w:rPr>
          <w:rFonts w:ascii="IM Fell English" w:hAnsi="IM Fell English"/>
          <w:color w:val="141414"/>
          <w:sz w:val="24"/>
        </w:rPr>
        <w:t>The south side—Beaumont territory—is similarly fractured, with Judge Beaumont torn between his anger at his daughter and his understanding that rage is a luxury he may not be able to afford if the Cartwrights decide to weaponize their resources against him.</w:t>
      </w:r>
    </w:p>
    <w:p>
      <w:r>
        <w:rPr>
          <w:rFonts w:ascii="IM Fell English" w:hAnsi="IM Fell English"/>
          <w:color w:val="141414"/>
          <w:sz w:val="24"/>
        </w:rPr>
        <w:t>And in the center, Leona and Beauregard Jr. are beginning to understand what they have actually done: they have not ended the feud, they have transformed it. They have made it personal in a way it has never been personal before.</w:t>
      </w:r>
    </w:p>
    <w:p>
      <w:r>
        <w:rPr>
          <w:rFonts w:ascii="IM Fell English" w:hAnsi="IM Fell English"/>
          <w:color w:val="141414"/>
          <w:sz w:val="24"/>
        </w:rPr>
        <w:t>On Saturday night, Leona stands in front of the bathroom mirror in the Cartwright house and removes her braids. It takes two hours. Her hands hurt by the end. When her hair is finally loose, it falls in waves down her back, and she looks like a different person—softer, more vulnerable, more like the girl who danced in a strip club in Milwaukee and fell in love with a man who was slumming.</w:t>
      </w:r>
    </w:p>
    <w:p>
      <w:r>
        <w:rPr>
          <w:rFonts w:ascii="IM Fell English" w:hAnsi="IM Fell English"/>
          <w:color w:val="141414"/>
          <w:sz w:val="24"/>
        </w:rPr>
        <w:t>She goes to find Beauregard, and they sit together in the library—the same library where she read *Their Eyes Were Watching God* the night she arrived—and they hold each other without speaking because there is nothing to say that hasn't already been said in the act of choosing each other.</w:t>
      </w:r>
    </w:p>
    <w:p>
      <w:r>
        <w:rPr>
          <w:rFonts w:ascii="IM Fell English" w:hAnsi="IM Fell English"/>
          <w:color w:val="141414"/>
          <w:sz w:val="24"/>
        </w:rPr>
        <w:t>"I'm sorry," Beau says finally.</w:t>
      </w:r>
    </w:p>
    <w:p>
      <w:r>
        <w:rPr>
          <w:rFonts w:ascii="IM Fell English" w:hAnsi="IM Fell English"/>
          <w:color w:val="141414"/>
          <w:sz w:val="24"/>
        </w:rPr>
        <w:t>"For what?"</w:t>
      </w:r>
    </w:p>
    <w:p>
      <w:r>
        <w:rPr>
          <w:rFonts w:ascii="IM Fell English" w:hAnsi="IM Fell English"/>
          <w:color w:val="141414"/>
          <w:sz w:val="24"/>
        </w:rPr>
        <w:t>"For the war. For the fact that marrying you means fighting my father. For the fact that loving you is a betrayal of everything I was supposed to be."</w:t>
      </w:r>
    </w:p>
    <w:p>
      <w:r>
        <w:rPr>
          <w:rFonts w:ascii="IM Fell English" w:hAnsi="IM Fell English"/>
          <w:color w:val="141414"/>
          <w:sz w:val="24"/>
        </w:rPr>
        <w:t>"I'm not sorry," Leona says. "I'm not sorry about any of it."</w:t>
      </w:r>
    </w:p>
    <w:p>
      <w:r>
        <w:rPr>
          <w:rFonts w:ascii="IM Fell English" w:hAnsi="IM Fell English"/>
          <w:color w:val="141414"/>
          <w:sz w:val="24"/>
        </w:rPr>
        <w:t>Outside, the Delta night is warm and full of stars, and somewhere in the distance, a mockingbird is singing, as if it is still spring, as if the world is still a place where beautiful things can happen.</w:t>
      </w:r>
    </w:p>
    <w:p>
      <w:r>
        <w:rPr>
          <w:rFonts w:ascii="IM Fell English" w:hAnsi="IM Fell English"/>
          <w:color w:val="141414"/>
          <w:sz w:val="24"/>
        </w:rPr>
        <w:t>* * *</w:t>
      </w:r>
    </w:p>
    <w:p>
      <w:r>
        <w:rPr>
          <w:rFonts w:ascii="IM Fell English" w:hAnsi="IM Fell English"/>
          <w:b/>
          <w:color w:val="141414"/>
          <w:sz w:val="24"/>
        </w:rPr>
        <w:t>CHAPTER FOUR: THE RECKONING</w:t>
      </w:r>
    </w:p>
    <w:p>
      <w:r>
        <w:rPr>
          <w:rFonts w:ascii="IM Fell English" w:hAnsi="IM Fell English"/>
          <w:b/>
          <w:color w:val="141414"/>
          <w:sz w:val="24"/>
        </w:rPr>
        <w:t>PART ONE: THE CONFESSION</w:t>
      </w:r>
    </w:p>
    <w:p>
      <w:r>
        <w:rPr>
          <w:rFonts w:ascii="IM Fell English" w:hAnsi="IM Fell English"/>
          <w:color w:val="141414"/>
          <w:sz w:val="24"/>
        </w:rPr>
        <w:t>Cecil brings Magdalene her medication at 6 p.m. on Sunday. The morphine is increasing—they're up to a dose that would have seemed unthinkable six weeks ago, that would have meant coma or death, but that now just seems like the price of pain management.</w:t>
      </w:r>
    </w:p>
    <w:p>
      <w:r>
        <w:rPr>
          <w:rFonts w:ascii="IM Fell English" w:hAnsi="IM Fell English"/>
          <w:color w:val="141414"/>
          <w:sz w:val="24"/>
        </w:rPr>
        <w:t>"There's a woman," Magdalene says as he adjusts the IV. "You need to know."</w:t>
      </w:r>
    </w:p>
    <w:p>
      <w:r>
        <w:rPr>
          <w:rFonts w:ascii="IM Fell English" w:hAnsi="IM Fell English"/>
          <w:color w:val="141414"/>
          <w:sz w:val="24"/>
        </w:rPr>
        <w:t>Cecil freezes.</w:t>
      </w:r>
    </w:p>
    <w:p>
      <w:r>
        <w:rPr>
          <w:rFonts w:ascii="IM Fell English" w:hAnsi="IM Fell English"/>
          <w:color w:val="141414"/>
          <w:sz w:val="24"/>
        </w:rPr>
        <w:t>"Not—" Magdalene coughs, waits. "Not like that. God, Cecil. Not an affair. I'm not accusing you of infidelity. I'm telling you there's a person. A specific woman. Someone I want you to remember after I'm gone."</w:t>
      </w:r>
    </w:p>
    <w:p>
      <w:r>
        <w:rPr>
          <w:rFonts w:ascii="IM Fell English" w:hAnsi="IM Fell English"/>
          <w:color w:val="141414"/>
          <w:sz w:val="24"/>
        </w:rPr>
        <w:t>"Magdalene—"</w:t>
      </w:r>
    </w:p>
    <w:p>
      <w:r>
        <w:rPr>
          <w:rFonts w:ascii="IM Fell English" w:hAnsi="IM Fell English"/>
          <w:color w:val="141414"/>
          <w:sz w:val="24"/>
        </w:rPr>
        <w:t>"Her name is Rachel. She was in the movement with us. She was at the house in 1974 when the FBI raided. She testified that you weren't involved in planning, that you were just present, that you didn't deserve the sentence you got."</w:t>
      </w:r>
    </w:p>
    <w:p>
      <w:r>
        <w:rPr>
          <w:rFonts w:ascii="IM Fell English" w:hAnsi="IM Fell English"/>
          <w:color w:val="141414"/>
          <w:sz w:val="24"/>
        </w:rPr>
        <w:t>Cecil remembers Rachel. He remembers her testimony, remembers the way she looked at him from the witness stand, remembers feeling like someone had reached into his chest and remade his heart.</w:t>
      </w:r>
    </w:p>
    <w:p>
      <w:r>
        <w:rPr>
          <w:rFonts w:ascii="IM Fell English" w:hAnsi="IM Fell English"/>
          <w:color w:val="141414"/>
          <w:sz w:val="24"/>
        </w:rPr>
        <w:t>"She was married then," Magdalene continues. "She has a daughter now, lives in Memphis, teaches high school history. She's been divorced for five years. She never had any children with her husband but she's always wanted to—"</w:t>
      </w:r>
    </w:p>
    <w:p>
      <w:r>
        <w:rPr>
          <w:rFonts w:ascii="IM Fell English" w:hAnsi="IM Fell English"/>
          <w:color w:val="141414"/>
          <w:sz w:val="24"/>
        </w:rPr>
        <w:t>"Stop," Cecil says.</w:t>
      </w:r>
    </w:p>
    <w:p>
      <w:r>
        <w:rPr>
          <w:rFonts w:ascii="IM Fell English" w:hAnsi="IM Fell English"/>
          <w:color w:val="141414"/>
          <w:sz w:val="24"/>
        </w:rPr>
        <w:t>"I'm not stopping. I'm not stopping because you're going to need someone. You're going to need—"</w:t>
      </w:r>
    </w:p>
    <w:p>
      <w:r>
        <w:rPr>
          <w:rFonts w:ascii="IM Fell English" w:hAnsi="IM Fell English"/>
          <w:color w:val="141414"/>
          <w:sz w:val="24"/>
        </w:rPr>
        <w:t>"I'm going to need my wife," Cecil says. "I'm going to need you."</w:t>
      </w:r>
    </w:p>
    <w:p>
      <w:r>
        <w:rPr>
          <w:rFonts w:ascii="IM Fell English" w:hAnsi="IM Fell English"/>
          <w:color w:val="141414"/>
          <w:sz w:val="24"/>
        </w:rPr>
        <w:t>"I know," Magdalene says. "But after that, you're going to need to not be alone."</w:t>
      </w:r>
    </w:p>
    <w:p>
      <w:r>
        <w:rPr>
          <w:rFonts w:ascii="IM Fell English" w:hAnsi="IM Fell English"/>
          <w:color w:val="141414"/>
          <w:sz w:val="24"/>
        </w:rPr>
        <w:t>He holds her hand while she sleeps, and he does not call Rachel, and he does not let himself imagine a future where he is not in this room, waiting for someone to die.</w:t>
      </w:r>
    </w:p>
    <w:p>
      <w:r>
        <w:rPr>
          <w:rFonts w:ascii="IM Fell English" w:hAnsi="IM Fell English"/>
          <w:color w:val="141414"/>
          <w:sz w:val="24"/>
        </w:rPr>
        <w:t>* * *</w:t>
      </w:r>
    </w:p>
    <w:p>
      <w:r>
        <w:rPr>
          <w:rFonts w:ascii="IM Fell English" w:hAnsi="IM Fell English"/>
          <w:b/>
          <w:color w:val="141414"/>
          <w:sz w:val="24"/>
        </w:rPr>
        <w:t>PART TWO: THE RECKONING BEGINS</w:t>
      </w:r>
    </w:p>
    <w:p>
      <w:r>
        <w:rPr>
          <w:rFonts w:ascii="IM Fell English" w:hAnsi="IM Fell English"/>
          <w:color w:val="141414"/>
          <w:sz w:val="24"/>
        </w:rPr>
        <w:t>At the Beaumont house, Judge Beaumont receives a certified letter from Beauregard Sr.'s lawyers. It is a proposal—carefully worded, professionally presented—to settle the water-rights dispute that has been in litigation for three years. The terms are more than fair. They are, in fact, so generous that they almost seem like an apology.</w:t>
      </w:r>
    </w:p>
    <w:p>
      <w:r>
        <w:rPr>
          <w:rFonts w:ascii="IM Fell English" w:hAnsi="IM Fell English"/>
          <w:color w:val="141414"/>
          <w:sz w:val="24"/>
        </w:rPr>
        <w:t>Judge Beaumont reads the letter three times, trying to understand what it means. Is it Beauregard Sr. trying to make peace? Is it Alexander trying to negotiate on his father's behalf? Is it a trap, some kind of business maneuver designed to lower his guard?</w:t>
      </w:r>
    </w:p>
    <w:p>
      <w:r>
        <w:rPr>
          <w:rFonts w:ascii="IM Fell English" w:hAnsi="IM Fell English"/>
          <w:color w:val="141414"/>
          <w:sz w:val="24"/>
        </w:rPr>
        <w:t>He calls Marcus.</w:t>
      </w:r>
    </w:p>
    <w:p>
      <w:r>
        <w:rPr>
          <w:rFonts w:ascii="IM Fell English" w:hAnsi="IM Fell English"/>
          <w:color w:val="141414"/>
          <w:sz w:val="24"/>
        </w:rPr>
        <w:t>"It's a handoff," Marcus says immediately. "Beauregard Sr. is trying to show you that he's willing to work with us now. It's a peace offering."</w:t>
      </w:r>
    </w:p>
    <w:p>
      <w:r>
        <w:rPr>
          <w:rFonts w:ascii="IM Fell English" w:hAnsi="IM Fell English"/>
          <w:color w:val="141414"/>
          <w:sz w:val="24"/>
        </w:rPr>
        <w:t>"For what?" Judge Beaumont asks.</w:t>
      </w:r>
    </w:p>
    <w:p>
      <w:r>
        <w:rPr>
          <w:rFonts w:ascii="IM Fell English" w:hAnsi="IM Fell English"/>
          <w:color w:val="141414"/>
          <w:sz w:val="24"/>
        </w:rPr>
        <w:t>"For marrying his son. For not trying to destroy them now that he's related to us."</w:t>
      </w:r>
    </w:p>
    <w:p>
      <w:r>
        <w:rPr>
          <w:rFonts w:ascii="IM Fell English" w:hAnsi="IM Fell English"/>
          <w:color w:val="141414"/>
          <w:sz w:val="24"/>
        </w:rPr>
        <w:t>Judge Beaumont hangs up without responding. He returns to his chambers and sits at his desk, and he makes a decision that will echo through the entire season.</w:t>
      </w:r>
    </w:p>
    <w:p>
      <w:r>
        <w:rPr>
          <w:rFonts w:ascii="IM Fell English" w:hAnsi="IM Fell English"/>
          <w:color w:val="141414"/>
          <w:sz w:val="24"/>
        </w:rPr>
        <w:t>He signs the settlement agreement.</w:t>
      </w:r>
    </w:p>
    <w:p>
      <w:r>
        <w:rPr>
          <w:rFonts w:ascii="IM Fell English" w:hAnsi="IM Fell English"/>
          <w:color w:val="141414"/>
          <w:sz w:val="24"/>
        </w:rPr>
        <w:t>* * *</w:t>
      </w:r>
    </w:p>
    <w:p>
      <w:r>
        <w:rPr>
          <w:rFonts w:ascii="IM Fell English" w:hAnsi="IM Fell English"/>
          <w:b/>
          <w:color w:val="141414"/>
          <w:sz w:val="24"/>
        </w:rPr>
        <w:t>PART THREE: THE GATHERING AT EARL'S</w:t>
      </w:r>
    </w:p>
    <w:p>
      <w:r>
        <w:rPr>
          <w:rFonts w:ascii="IM Fell English" w:hAnsi="IM Fell English"/>
          <w:color w:val="141414"/>
          <w:sz w:val="24"/>
        </w:rPr>
        <w:t>On Tuesday, an unusual group assembles at Earl's Authentic Soul Food &amp; Chinese Kitchen at lunch time.</w:t>
      </w:r>
    </w:p>
    <w:p>
      <w:r>
        <w:rPr>
          <w:rFonts w:ascii="IM Fell English" w:hAnsi="IM Fell English"/>
          <w:color w:val="141414"/>
          <w:sz w:val="24"/>
        </w:rPr>
        <w:t>Cecil comes, as he always does.</w:t>
      </w:r>
    </w:p>
    <w:p>
      <w:r>
        <w:rPr>
          <w:rFonts w:ascii="IM Fell English" w:hAnsi="IM Fell English"/>
          <w:color w:val="141414"/>
          <w:sz w:val="24"/>
        </w:rPr>
        <w:t>Beauregard Jr. and Leona arrive together, in the middle of the lunch rush, which means everyone can see them: Beau with his hand on the small of Leona's back, Leona walking with her head high, the two of them occupying the space they have carved out with their marriage.</w:t>
      </w:r>
    </w:p>
    <w:p>
      <w:r>
        <w:rPr>
          <w:rFonts w:ascii="IM Fell English" w:hAnsi="IM Fell English"/>
          <w:color w:val="141414"/>
          <w:sz w:val="24"/>
        </w:rPr>
        <w:t>Judge Beaumont comes an hour later, alone, and sits in a booth that allows him to observe the room without being obviously observed.</w:t>
      </w:r>
    </w:p>
    <w:p>
      <w:r>
        <w:rPr>
          <w:rFonts w:ascii="IM Fell English" w:hAnsi="IM Fell English"/>
          <w:color w:val="141414"/>
          <w:sz w:val="24"/>
        </w:rPr>
        <w:t>And Maxine moves through it all, bringing food, refilling water glasses, bearing witness to the small moment that is about to change everything.</w:t>
      </w:r>
    </w:p>
    <w:p>
      <w:r>
        <w:rPr>
          <w:rFonts w:ascii="IM Fell English" w:hAnsi="IM Fell English"/>
          <w:color w:val="141414"/>
          <w:sz w:val="24"/>
        </w:rPr>
        <w:t>"Beau," Cecil says when he approaches their table. "Your father called me this morning. He wants to see you."</w:t>
      </w:r>
    </w:p>
    <w:p>
      <w:r>
        <w:rPr>
          <w:rFonts w:ascii="IM Fell English" w:hAnsi="IM Fell English"/>
          <w:color w:val="141414"/>
          <w:sz w:val="24"/>
        </w:rPr>
        <w:t>"Why?" Beau asks, not with anger but with the careful neutrality of someone approaching danger.</w:t>
      </w:r>
    </w:p>
    <w:p>
      <w:r>
        <w:rPr>
          <w:rFonts w:ascii="IM Fell English" w:hAnsi="IM Fell English"/>
          <w:color w:val="141414"/>
          <w:sz w:val="24"/>
        </w:rPr>
        <w:t>"I don't know," Cecil says. "But he sounded different. Less angry. More like... I don't know. Like a man who's made peace with something he can't change."</w:t>
      </w:r>
    </w:p>
    <w:p>
      <w:r>
        <w:rPr>
          <w:rFonts w:ascii="IM Fell English" w:hAnsi="IM Fell English"/>
          <w:color w:val="141414"/>
          <w:sz w:val="24"/>
        </w:rPr>
        <w:t>Leona squeezes Beau's hand. It is a small gesture, almost invisible, but Cecil sees it and understands everything it means: I'm here. You're not alone.</w:t>
      </w:r>
    </w:p>
    <w:p>
      <w:r>
        <w:rPr>
          <w:rFonts w:ascii="IM Fell English" w:hAnsi="IM Fell English"/>
          <w:color w:val="141414"/>
          <w:sz w:val="24"/>
        </w:rPr>
        <w:t>"Will you come?" Cecil asks.</w:t>
      </w:r>
    </w:p>
    <w:p>
      <w:r>
        <w:rPr>
          <w:rFonts w:ascii="IM Fell English" w:hAnsi="IM Fell English"/>
          <w:color w:val="141414"/>
          <w:sz w:val="24"/>
        </w:rPr>
        <w:t>"Yes," Beau says. "But Leona comes too."</w:t>
      </w:r>
    </w:p>
    <w:p>
      <w:r>
        <w:rPr>
          <w:rFonts w:ascii="IM Fell English" w:hAnsi="IM Fell English"/>
          <w:color w:val="141414"/>
          <w:sz w:val="24"/>
        </w:rPr>
        <w:t>"He may not agree to that."</w:t>
      </w:r>
    </w:p>
    <w:p>
      <w:r>
        <w:rPr>
          <w:rFonts w:ascii="IM Fell English" w:hAnsi="IM Fell English"/>
          <w:color w:val="141414"/>
          <w:sz w:val="24"/>
        </w:rPr>
        <w:t>"Then we have nothing to discuss," Beau says.</w:t>
      </w:r>
    </w:p>
    <w:p>
      <w:r>
        <w:rPr>
          <w:rFonts w:ascii="IM Fell English" w:hAnsi="IM Fell English"/>
          <w:color w:val="141414"/>
          <w:sz w:val="24"/>
        </w:rPr>
        <w:t>Cecil nods, understanding that his youngest—that's what he's begun to think of Beau as, his youngest—has grown up, has become a man willing to stand by his choices even when they cost him everything.</w:t>
      </w:r>
    </w:p>
    <w:p>
      <w:r>
        <w:rPr>
          <w:rFonts w:ascii="IM Fell English" w:hAnsi="IM Fell English"/>
          <w:color w:val="141414"/>
          <w:sz w:val="24"/>
        </w:rPr>
        <w:t>* * *</w:t>
      </w:r>
    </w:p>
    <w:p>
      <w:r>
        <w:rPr>
          <w:rFonts w:ascii="IM Fell English" w:hAnsi="IM Fell English"/>
          <w:b/>
          <w:color w:val="141414"/>
          <w:sz w:val="24"/>
        </w:rPr>
        <w:t>PART FOUR: THE CARTWRIGHT HOUSE</w:t>
      </w:r>
    </w:p>
    <w:p>
      <w:r>
        <w:rPr>
          <w:rFonts w:ascii="IM Fell English" w:hAnsi="IM Fell English"/>
          <w:color w:val="141414"/>
          <w:sz w:val="24"/>
        </w:rPr>
        <w:t>The meeting takes place in the library, the same library where Leona discovered that the Cartwrights kept Black authors on their shelves, where she has begun to understand that people are more complicated than their families.</w:t>
      </w:r>
    </w:p>
    <w:p>
      <w:r>
        <w:rPr>
          <w:rFonts w:ascii="IM Fell English" w:hAnsi="IM Fell English"/>
          <w:color w:val="141414"/>
          <w:sz w:val="24"/>
        </w:rPr>
        <w:t>Beauregard Sr. is waiting. He looks smaller than he did a week ago, or perhaps he's simply revealed himself to be smaller than his power suggested.</w:t>
      </w:r>
    </w:p>
    <w:p>
      <w:r>
        <w:rPr>
          <w:rFonts w:ascii="IM Fell English" w:hAnsi="IM Fell English"/>
          <w:color w:val="141414"/>
          <w:sz w:val="24"/>
        </w:rPr>
        <w:t>"Leona," he says, acknowledging her with a nod that is almost gracious. "Welcome to the house. Formally."</w:t>
      </w:r>
    </w:p>
    <w:p>
      <w:r>
        <w:rPr>
          <w:rFonts w:ascii="IM Fell English" w:hAnsi="IM Fell English"/>
          <w:color w:val="141414"/>
          <w:sz w:val="24"/>
        </w:rPr>
        <w:t>Leona takes a seat and does not say anything. She has learned that silence is often a weapon.</w:t>
      </w:r>
    </w:p>
    <w:p>
      <w:r>
        <w:rPr>
          <w:rFonts w:ascii="IM Fell English" w:hAnsi="IM Fell English"/>
          <w:color w:val="141414"/>
          <w:sz w:val="24"/>
        </w:rPr>
        <w:t>"I've been thinking about what your mother said," Beauregard Sr. continues, addressing Patricia, who sits beside him. "About the possibility that this marriage might not be a disaster."</w:t>
      </w:r>
    </w:p>
    <w:p>
      <w:r>
        <w:rPr>
          <w:rFonts w:ascii="IM Fell English" w:hAnsi="IM Fell English"/>
          <w:color w:val="141414"/>
          <w:sz w:val="24"/>
        </w:rPr>
        <w:t>He stops, as if the words are difficult to speak.</w:t>
      </w:r>
    </w:p>
    <w:p>
      <w:r>
        <w:rPr>
          <w:rFonts w:ascii="IM Fell English" w:hAnsi="IM Fell English"/>
          <w:color w:val="141414"/>
          <w:sz w:val="24"/>
        </w:rPr>
        <w:t>"I've spent my life at war," he says. "At war with the Beaumonts, at war with the world, at war with the idea that the world might change, that power might not be the only thing that matters. I've spent my life teaching you—" he looks at Beau, "—that love is weakness. That dynasty requires sacrifice. That you don't get to be happy if you want to be powerful."</w:t>
      </w:r>
    </w:p>
    <w:p>
      <w:r>
        <w:rPr>
          <w:rFonts w:ascii="IM Fell English" w:hAnsi="IM Fell English"/>
          <w:color w:val="141414"/>
          <w:sz w:val="24"/>
        </w:rPr>
        <w:t>Beau is absolutely still, listening.</w:t>
      </w:r>
    </w:p>
    <w:p>
      <w:r>
        <w:rPr>
          <w:rFonts w:ascii="IM Fell English" w:hAnsi="IM Fell English"/>
          <w:color w:val="141414"/>
          <w:sz w:val="24"/>
        </w:rPr>
        <w:t>"I was wrong," Beauregard Sr. says.</w:t>
      </w:r>
    </w:p>
    <w:p>
      <w:r>
        <w:rPr>
          <w:rFonts w:ascii="IM Fell English" w:hAnsi="IM Fell English"/>
          <w:color w:val="141414"/>
          <w:sz w:val="24"/>
        </w:rPr>
        <w:t>The words seem to cost him something enormous, as if he has been practicing them and they still don't come easily.</w:t>
      </w:r>
    </w:p>
    <w:p>
      <w:r>
        <w:rPr>
          <w:rFonts w:ascii="IM Fell English" w:hAnsi="IM Fell English"/>
          <w:color w:val="141414"/>
          <w:sz w:val="24"/>
        </w:rPr>
        <w:t>"I don't know if I'm capable of being happy," he continues. "I don't know if it's possible for me to be anything other than what I've been. But I don't want that for you. I don't want you to spend your life the way I've spent mine, which is to say I don't want you to spend it alone."</w:t>
      </w:r>
    </w:p>
    <w:p>
      <w:r>
        <w:rPr>
          <w:rFonts w:ascii="IM Fell English" w:hAnsi="IM Fell English"/>
          <w:color w:val="141414"/>
          <w:sz w:val="24"/>
        </w:rPr>
        <w:t>He looks at Leona directly. "You married my son knowing it would cause problems. Knowing his family would reject you. That takes courage. Or stupidity. Possibly both. But it takes something that I gave up a long time ago, which is the willingness to choose love over power."</w:t>
      </w:r>
    </w:p>
    <w:p>
      <w:r>
        <w:rPr>
          <w:rFonts w:ascii="IM Fell English" w:hAnsi="IM Fell English"/>
          <w:color w:val="141414"/>
          <w:sz w:val="24"/>
        </w:rPr>
        <w:t>"I choose both," Leona says quietly.</w:t>
      </w:r>
    </w:p>
    <w:p>
      <w:r>
        <w:rPr>
          <w:rFonts w:ascii="IM Fell English" w:hAnsi="IM Fell English"/>
          <w:color w:val="141414"/>
          <w:sz w:val="24"/>
        </w:rPr>
        <w:t>"Then you're a better woman than I am a man," Beauregard Sr. says.</w:t>
      </w:r>
    </w:p>
    <w:p>
      <w:r>
        <w:rPr>
          <w:rFonts w:ascii="IM Fell English" w:hAnsi="IM Fell English"/>
          <w:color w:val="141414"/>
          <w:sz w:val="24"/>
        </w:rPr>
        <w:t>* * *</w:t>
      </w:r>
    </w:p>
    <w:p>
      <w:r>
        <w:rPr>
          <w:rFonts w:ascii="IM Fell English" w:hAnsi="IM Fell English"/>
          <w:b/>
          <w:color w:val="141414"/>
          <w:sz w:val="24"/>
        </w:rPr>
        <w:t>PART FIVE: HOSPICE CARE</w:t>
      </w:r>
    </w:p>
    <w:p>
      <w:r>
        <w:rPr>
          <w:rFonts w:ascii="IM Fell English" w:hAnsi="IM Fell English"/>
          <w:color w:val="141414"/>
          <w:sz w:val="24"/>
        </w:rPr>
        <w:t>In the hospice room, on Maple Street, Cecil tells Magdalene what happened at the Cartwright house.</w:t>
      </w:r>
    </w:p>
    <w:p>
      <w:r>
        <w:rPr>
          <w:rFonts w:ascii="IM Fell English" w:hAnsi="IM Fell English"/>
          <w:color w:val="141414"/>
          <w:sz w:val="24"/>
        </w:rPr>
        <w:t>"He surrendered," Cecil says.</w:t>
      </w:r>
    </w:p>
    <w:p>
      <w:r>
        <w:rPr>
          <w:rFonts w:ascii="IM Fell English" w:hAnsi="IM Fell English"/>
          <w:color w:val="141414"/>
          <w:sz w:val="24"/>
        </w:rPr>
        <w:t>"No," Magdalene says. "He evolved. There's a difference."</w:t>
      </w:r>
    </w:p>
    <w:p>
      <w:r>
        <w:rPr>
          <w:rFonts w:ascii="IM Fell English" w:hAnsi="IM Fell English"/>
          <w:color w:val="141414"/>
          <w:sz w:val="24"/>
        </w:rPr>
        <w:t>Cecil sits in the chair beside her bed, and he thinks about the conversation he had with her weeks ago, about the promise he made to live after she is gone.</w:t>
      </w:r>
    </w:p>
    <w:p>
      <w:r>
        <w:rPr>
          <w:rFonts w:ascii="IM Fell English" w:hAnsi="IM Fell English"/>
          <w:color w:val="141414"/>
          <w:sz w:val="24"/>
        </w:rPr>
        <w:t>"I got a call today," Cecil says. "From Rachel. She's coming to visit. Next month, when—"</w:t>
      </w:r>
    </w:p>
    <w:p>
      <w:r>
        <w:rPr>
          <w:rFonts w:ascii="IM Fell English" w:hAnsi="IM Fell English"/>
          <w:color w:val="141414"/>
          <w:sz w:val="24"/>
        </w:rPr>
        <w:t>He can't finish the sentence.</w:t>
      </w:r>
    </w:p>
    <w:p>
      <w:r>
        <w:rPr>
          <w:rFonts w:ascii="IM Fell English" w:hAnsi="IM Fell English"/>
          <w:color w:val="141414"/>
          <w:sz w:val="24"/>
        </w:rPr>
        <w:t>"When I'm gone," Magdalene finishes for him. "That's good. That's exactly right."</w:t>
      </w:r>
    </w:p>
    <w:p>
      <w:r>
        <w:rPr>
          <w:rFonts w:ascii="IM Fell English" w:hAnsi="IM Fell English"/>
          <w:color w:val="141414"/>
          <w:sz w:val="24"/>
        </w:rPr>
        <w:t>Outside, the Delta night is warm and full of possibility, and somewhere in the distance, a mockingbird is singing its complicated song, singing the song of a world that is more beautiful and more terrible than anyone imagined.</w:t>
      </w:r>
    </w:p>
    <w:p>
      <w:r>
        <w:rPr>
          <w:rFonts w:ascii="IM Fell English" w:hAnsi="IM Fell English"/>
          <w:color w:val="141414"/>
          <w:sz w:val="24"/>
        </w:rPr>
        <w:t>* * *</w:t>
      </w:r>
    </w:p>
    <w:p>
      <w:r>
        <w:rPr>
          <w:rFonts w:ascii="IM Fell English" w:hAnsi="IM Fell English"/>
          <w:i/>
          <w:color w:val="141414"/>
          <w:sz w:val="24"/>
        </w:rPr>
        <w:t>To be continued in Chapter Five: Convergence</w:t>
      </w:r>
    </w:p>
    <w:p>
      <w:r>
        <w:rPr>
          <w:rFonts w:ascii="IM Fell English" w:hAnsi="IM Fell English"/>
          <w:color w:val="141414"/>
          <w:sz w:val="24"/>
        </w:rPr>
        <w:t>* * *</w:t>
      </w:r>
    </w:p>
    <w:p>
      <w:r>
        <w:rPr>
          <w:rFonts w:ascii="IM Fell English" w:hAnsi="IM Fell English"/>
          <w:b/>
          <w:color w:val="141414"/>
          <w:sz w:val="24"/>
        </w:rPr>
        <w:t>CHAPTER FIVE:</w:t>
      </w:r>
    </w:p>
    <w:p>
      <w:r>
        <w:rPr>
          <w:rFonts w:ascii="IM Fell English" w:hAnsi="IM Fell English"/>
          <w:color w:val="141414"/>
          <w:sz w:val="24"/>
        </w:rPr>
        <w:t>Tiffani Chanel Anderson walked into the room like Marilyn Monroe, not only did she have an Kardashian like body but platinum blonde hair and diamond hoop earrings as she made it inside Earl’s to escape the rain. As she shakes off the excess rain water she is approached by Maxine who is holding an menu in her hands.</w:t>
      </w:r>
    </w:p>
    <w:p>
      <w:r>
        <w:rPr>
          <w:rFonts w:ascii="IM Fell English" w:hAnsi="IM Fell English"/>
          <w:color w:val="141414"/>
          <w:sz w:val="24"/>
        </w:rPr>
        <w:t>”Hello, and welcome to Earl’s. Would you like an table?” Asked Maxine.</w:t>
      </w:r>
    </w:p>
    <w:p>
      <w:r>
        <w:rPr>
          <w:rFonts w:ascii="IM Fell English" w:hAnsi="IM Fell English"/>
          <w:color w:val="141414"/>
          <w:sz w:val="24"/>
        </w:rPr>
        <w:t>The sight of an petite woman with pinkish blonde dreadlocks and rainbow colored stiletto nails.</w:t>
      </w:r>
    </w:p>
    <w:p>
      <w:r>
        <w:rPr>
          <w:rFonts w:ascii="IM Fell English" w:hAnsi="IM Fell English"/>
          <w:color w:val="141414"/>
          <w:sz w:val="24"/>
        </w:rPr>
        <w:t>”Yes madam, I would love an table.” Tiffani replied.</w:t>
      </w:r>
    </w:p>
    <w:p>
      <w:r>
        <w:rPr>
          <w:rFonts w:ascii="IM Fell English" w:hAnsi="IM Fell English"/>
          <w:color w:val="141414"/>
          <w:sz w:val="24"/>
        </w:rPr>
        <w:t>Maxine guided Tiffani to the solo table and offered her an glass of sweet tea with lemon.</w:t>
      </w:r>
    </w:p>
    <w:p>
      <w:r>
        <w:rPr>
          <w:rFonts w:ascii="IM Fell English" w:hAnsi="IM Fell English"/>
          <w:color w:val="141414"/>
          <w:sz w:val="24"/>
        </w:rPr>
        <w:t>”Wanna try our special of the week, its our collard green egg rolls?”</w:t>
      </w:r>
    </w:p>
    <w:p>
      <w:r>
        <w:rPr>
          <w:rFonts w:ascii="IM Fell English" w:hAnsi="IM Fell English"/>
          <w:color w:val="141414"/>
          <w:sz w:val="24"/>
        </w:rPr>
        <w:t>“Sure and I want to get some of your famous orange chicken I’ve been hearing about.”</w:t>
      </w:r>
    </w:p>
    <w:p>
      <w:r>
        <w:rPr>
          <w:rFonts w:ascii="IM Fell English" w:hAnsi="IM Fell English"/>
          <w:color w:val="141414"/>
          <w:sz w:val="24"/>
        </w:rPr>
        <w:t>Maxine jots down Tiffiani’s order and walks off.</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68" w:lineRule="auto"/>
    </w:pPr>
    <w:rPr>
      <w:rFonts w:ascii="IM Fell English" w:hAnsi="IM Fell English"/>
      <w:color w:val="141414"/>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IM Fell English" w:hAnsi="IM Fell English"/>
      <w:b/>
      <w:bCs/>
      <w:color w:val="0D0D0D"/>
      <w:sz w:val="5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IM Fell English" w:hAnsi="IM Fell English"/>
      <w:b/>
      <w:bCs/>
      <w:color w:val="0D0D0D"/>
      <w:sz w:val="3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IM Fell English" w:hAnsi="IM Fell English"/>
      <w:b/>
      <w:bCs/>
      <w:color w:val="0D0D0D"/>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