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rPr>
          <w:b/>
          <w:color w:val="1F4E79"/>
          <w:sz w:val="56"/>
        </w:rPr>
        <w:t>MAGNOLIA DYNASTY: A Southern Gothic Saga</w:t>
      </w:r>
    </w:p>
    <w:p>
      <w:pPr>
        <w:pStyle w:val="Heading2"/>
      </w:pPr>
      <w:r>
        <w:rPr>
          <w:b/>
          <w:color w:val="1F4E79"/>
          <w:sz w:val="32"/>
        </w:rPr>
        <w:t>BOOK ONE: THE HOMECOMING</w:t>
      </w:r>
    </w:p>
    <w:p>
      <w:pPr>
        <w:pStyle w:val="Heading2"/>
      </w:pPr>
      <w:r>
        <w:rPr>
          <w:b/>
          <w:color w:val="1F4E79"/>
          <w:sz w:val="32"/>
        </w:rPr>
        <w:t>CHAPTER ONE: THE RETURN</w:t>
      </w:r>
    </w:p>
    <w:p>
      <w:pPr>
        <w:pStyle w:val="Heading3"/>
      </w:pPr>
      <w:r>
        <w:rPr>
          <w:b/>
          <w:sz w:val="26"/>
        </w:rPr>
        <w:t>PART I: WHISPERS FROM THE DELTA</w:t>
      </w:r>
    </w:p>
    <w:p>
      <w:r>
        <w:t>*Dear Reader,*</w:t>
      </w:r>
    </w:p>
    <w:p>
      <w:r>
        <w:t>*It is a truth universally acknowledged that a town built on bourbon and blood will not remain quiet for long. In Howler County, Mississippi—where the Delta bleeds into legend and the magnolias grow thick enough to choke on—the arrival of a beautiful stranger is always cause for concern. But the arrival of a beautiful stranger who knows your secrets? Well. That is cause for reckoning.*</w:t>
      </w:r>
    </w:p>
    <w:p>
      <w:r>
        <w:t>*Our story begins not with thunder or revelation, but with the mundane sound of a car arriving at a restaurant. Earl's Authentic Soul Food &amp; Chinese Kitchen, to be precise. An establishment neither fancy nor fashionable, but beloved because it serves truth on a plate and doesn't ask for apologies. This is where the real business of Howler County is conducted—not in board rooms but between bites of fried catfish and collard greens, where the sweet tea runs cold and the bourbon runs hot.*</w:t>
      </w:r>
    </w:p>
    <w:p>
      <w:r>
        <w:t>*But we're getting ahead of ourselves. Let's begin where all stories begin: with a return.*</w:t>
      </w:r>
    </w:p>
    <w:p>
      <w:pPr>
        <w:pStyle w:val="Heading3"/>
      </w:pPr>
      <w:r>
        <w:rPr>
          <w:b/>
          <w:sz w:val="26"/>
        </w:rPr>
        <w:t>PART II: EARL'S KITCHEN (5:47 P.M.)</w:t>
      </w:r>
    </w:p>
    <w:p>
      <w:r>
        <w:t>The kitchen at Earl's was already in full fever.</w:t>
      </w:r>
    </w:p>
    <w:p>
      <w:r>
        <w:t>Tyrone Jackson, Earl's grandson and the restaurant's de facto king, moved between his cooks like a conductor orchestrating a symphony of sound and heat. The fryers hissed. The grill sang. The old gas stove, salvaged from a demolished restaurant in Jackson in 1985, groaned under the weight of its responsibility. Behind him, through the kitchen's broad window, the dining room hummed with the anticipatory energy of a Friday night in late April—that moment in the year when the Delta heat was just becoming unbearable and everyone wanted comfort in food.</w:t>
      </w:r>
    </w:p>
    <w:p>
      <w:r>
        <w:t>Tyrone himself was thirty-four, muscular in the way of a man who'd worked in a kitchen since childhood, with the kind of quiet authority that came from knowing exactly what he was doing every single moment. He wore a white chef's coat stained with the honest marks of work—a splash of hot sauce that looked like blood, a streak of flour that could have been snow in some other world, the kind of wear that spoke to hours and intention.</w:t>
      </w:r>
    </w:p>
    <w:p>
      <w:r>
        <w:t>"Where's the shrimp?" he called to Marcus, his sous chef, a twenty-two-year-old from Clarksdale with more ambition than sense.</w:t>
      </w:r>
    </w:p>
    <w:p>
      <w:r>
        <w:t>"Forty-five seconds," Marcus replied, not looking up from the wok where a universe of garlic, shrimp, and soy sauce was achieving temporary harmony.</w:t>
      </w:r>
    </w:p>
    <w:p>
      <w:r>
        <w:t>This was good. This was rhythm. This was the thing that made sense in a world that had stopped making sense approximately sixteen years ago, when Tyrone's grandfather Earl had suffered a stroke at the bar (ironic, given that Earl was a man who believed you should always be behind the bar, never at it) and had slowly, stubbornly, refused to die.</w:t>
      </w:r>
    </w:p>
    <w:p>
      <w:r>
        <w:t>Earl died anyway, two years later, and left Tyrone a restaurant, a legacy, and a complicated relationship with his mother (Maggie Jackson) who wanted to sell the place and move to Memphis to be closer to her sister, but couldn't bring herself to do it because Earl's was more important than proximity to family. Earl's was family.</w:t>
      </w:r>
    </w:p>
    <w:p>
      <w:r>
        <w:t>"Order in!" called Maxine from the pass, her voice cutting through the kitchen chaos with the precision of someone who'd learned early in life to make herself heard.</w:t>
      </w:r>
    </w:p>
    <w:p>
      <w:r>
        <w:t>Maxine Eloise Carter was thirty-one years old, six feet tall in her restaurant shoes, with pinkish-blonde dreadlocks that caught the kitchen light like copper wire. She moved through the world with a kind of ease that came from having fought hard for the right to exist, and having won (mostly), and having decided that ease was a luxury she'd earned.</w:t>
      </w:r>
    </w:p>
    <w:p>
      <w:r>
        <w:t>She wore the uniform of the front-of-house staff—a crisp white shirt, black slacks, an apron stained with the evidence of service. But she wore it the way a warrior might wear armor: with purpose, with precision, with the knowledge that it meant something.</w:t>
      </w:r>
    </w:p>
    <w:p>
      <w:r>
        <w:t>"Corner!" someone called as she passed—just the call of a kitchen where people respected each other's space enough to announce their presence, to make room, to acknowledge that others existed in the same dangerous space.</w:t>
      </w:r>
    </w:p>
    <w:p>
      <w:r>
        <w:t>Maxine had worked at Earl's for three years now. Before that, she'd been a nurse (good at it, burned out, couldn't stand the institutional sadness), and before that, she'd been a teacher (better at it, but teaching in Howler County when you were a Black transgender woman meant fighting every single day for the right to exist, and Maxine had gotten tired of fighting in classrooms).</w:t>
      </w:r>
    </w:p>
    <w:p>
      <w:r>
        <w:t>Serving at Earl's was different. It was a stage, yes. It was performing, yes. But it was also honest. You gave people food, they gave you money, they tipped if you were good and if they were kind. It was transactional in a way that teaching could never be, and there was something clean about that transaction. Simple. True.</w:t>
      </w:r>
    </w:p>
    <w:p>
      <w:r>
        <w:t>"Two Cobb salads, one shrimp fried rice, one catfish basket, and the grilled chicken special for Table Six," she called out, reciting the order for the new table that had just been seated by Felicia, the other server on duty.</w:t>
      </w:r>
    </w:p>
    <w:p>
      <w:r>
        <w:t>Felicia was fifty-three, had worked at Earl's since its opening, and had the ability to charm a tip out of a stone. She was the reason older white customers felt comfortable eating at a Black-owned restaurant in Mississippi—she made them feel welcomed, which meant she made them feel like they belonged. This was emotional labor at its finest and most necessary.</w:t>
      </w:r>
    </w:p>
    <w:p>
      <w:r>
        <w:t>Maxine didn't judge her for it. Survival is survival. We all do what we need to do.</w:t>
      </w:r>
    </w:p>
    <w:p>
      <w:r>
        <w:t>"Got it," Marcus called, already firing the order.</w:t>
      </w:r>
    </w:p>
    <w:p>
      <w:r>
        <w:t>It was 5:47 p.m. on a Friday, and outside, the Mississippi Delta was settling into that particular hour when the light turned golden and sad, when the magnolias released their overwhelming perfume into the humid air, and when the sense that everything might change—for better or worse—became almost palpable.</w:t>
      </w:r>
    </w:p>
    <w:p>
      <w:r>
        <w:t>In exactly nine minutes, Cecil Waters would arrive at Earl's with Leona. But Maxine didn't know that yet. The kitchen didn't know that yet. Only the magnolias knew, and they were keeping their secrets, as they always did.</w:t>
      </w:r>
    </w:p>
    <w:p>
      <w:pPr>
        <w:pStyle w:val="Heading3"/>
      </w:pPr>
      <w:r>
        <w:rPr>
          <w:b/>
          <w:sz w:val="26"/>
        </w:rPr>
        <w:t>PART III: THE ARRIVAL</w:t>
      </w:r>
    </w:p>
    <w:p>
      <w:r>
        <w:t>The car that pulled into the parking lot of Earl's Authentic Soul Food &amp; Chinese Kitchen was a 2006 Lincoln Continental—the kind of car that said "I remember when I was new" without shame. It had been Cecil's pride once, back when the car was actually new, and some of that pride remained, though the paint had begun to fade and the left front fender bore the scar of a collision from 1997 that they'd never had the money to fix.</w:t>
      </w:r>
    </w:p>
    <w:p>
      <w:r>
        <w:t>Cecil Waters sat in the driver's seat for a moment before turning off the engine. His hands, lined and dark, gripped the steering wheel with the certainty of someone who'd learned to control the one thing he could control. He was fifty-four years old, a man built like a church—solid, enduring, with the kind of strength that came from belief in something larger than yourself. His face was handsome in the way of a man who'd suffered and survived: there was something sculpted to it, something that suggested he'd been refined by difficulty.</w:t>
      </w:r>
    </w:p>
    <w:p>
      <w:r>
        <w:t>Beside him, Leona Waters looked out the window toward the restaurant with the expression of someone arriving home after a long exile.</w:t>
      </w:r>
    </w:p>
    <w:p>
      <w:r>
        <w:t>Leona was fifty-two, and where Cecil was church, she was rhythm. She had the kind of beauty that didn't diminish with age but transformed into something more complicated—deeper, stranger, more powerful. Her brown skin had the quality of old mahogany. Her hair, pressed and curled each week by Theresa down on Magnolia Street, framed her face in waves. She wore a blue dress that she'd bought in Milwaukee in 1999 and had never thrown away, and it still fit, though it fit differently now—there was a softness to her that hadn't been there when she first put it on.</w:t>
      </w:r>
    </w:p>
    <w:p>
      <w:r>
        <w:t>Her face, as she looked at Earl's, showed recognition and loss simultaneously.</w:t>
      </w:r>
    </w:p>
    <w:p>
      <w:r>
        <w:t>"It's exactly the same," Leona said softly.</w:t>
      </w:r>
    </w:p>
    <w:p>
      <w:r>
        <w:t>Cecil didn't respond immediately. He was looking at the restaurant too, seeing not what it was now but what it had meant when they first came here in 1998. They'd been young then—well, younger. Cecil had just taken the job with the Cartwrights. Leona had left Milwaukee and everything she'd known to follow him south. They'd come to Earl's on their first night in Mississippi, and Earl himself had served them (this was during Earl's reign, before the stroke, when he was still a presence rather than an absence). Earl had looked at them—at their exhaustion, at their hope, at their desperate need for something that tasted like home—and he'd refused to take their money.</w:t>
      </w:r>
    </w:p>
    <w:p>
      <w:r>
        <w:t>"This your first time in Mississippi?" Earl had asked, though he knew it was.</w:t>
      </w:r>
    </w:p>
    <w:p>
      <w:r>
        <w:t>"Yes sir," Cecil had said, and his voice had been different then. Hopeful, maybe. Or at least, less beaten.</w:t>
      </w:r>
    </w:p>
    <w:p>
      <w:r>
        <w:t>"Well, you eat here whenever you need to remember that there's good in the world," Earl had said. "This meal is on me, and that offer doesn't expire."</w:t>
      </w:r>
    </w:p>
    <w:p>
      <w:r>
        <w:t>They'd never collected on it, that offer of meals on Earl's dime. But they'd eaten at Earl's often, because it was the one place in Howler County that felt like belonging. The food was honest. The people were kind. And no one asked questions about why Cecil worked for a white family and why Leona was beautiful and why neither of them quite fit into the rigid hierarchy of Mississippi society.</w:t>
      </w:r>
    </w:p>
    <w:p>
      <w:r>
        <w:t>"Come on," Leona said now, reaching for the door. "Let's go home."</w:t>
      </w:r>
    </w:p>
    <w:p>
      <w:r>
        <w:t>The moment they walked through the doors of Earl's, Maxine felt it.</w:t>
      </w:r>
    </w:p>
    <w:p>
      <w:r>
        <w:t>This was something she'd learned through years of service and years of living: people carry their stories in their bodies. You can read them like a book if you know how to look. This couple—Black, older, the woman beautiful, the man carrying something heavy—walked in with a particular kind of weight.</w:t>
      </w:r>
    </w:p>
    <w:p>
      <w:r>
        <w:t>The restaurant was moderately busy. There were two families, a group of white businessmen in the corner (always the corner, always apart), an elderly couple holding hands across their dinners, and two middle-aged women who looked like sisters and were clearly conducting some kind of serious conversation over their sweet tea.</w:t>
      </w:r>
    </w:p>
    <w:p>
      <w:r>
        <w:t>Maxine knew approximately 40% of the people in the restaurant. This was the nature of a small town: you knew everyone, and everyone knew you. Which meant you had no privacy but infinite connection, or infinite disconnection, depending on how you looked at it.</w:t>
      </w:r>
    </w:p>
    <w:p>
      <w:r>
        <w:t>The couple walked to a booth in the back—the booth that had always been "their" booth, though Maxine didn't know that until they sat down and sighed like people who'd finally set down something unbearably heavy.</w:t>
      </w:r>
    </w:p>
    <w:p>
      <w:r>
        <w:t>Maxine grabbed two water glasses, filled them from the dispenser, and moved through the dining room with the grace of long practice.</w:t>
      </w:r>
    </w:p>
    <w:p>
      <w:r>
        <w:t>"Welcome to Earl's," she said, setting the waters down. "Can I start you off with something to drink?"</w:t>
      </w:r>
    </w:p>
    <w:p>
      <w:r>
        <w:t>The man looked up at her, and Maxine saw something in his face shift. Recognition, maybe. Or grief. It was hard to tell the difference sometimes.</w:t>
      </w:r>
    </w:p>
    <w:p>
      <w:r>
        <w:t>"Sweet tea," he said. "Both of us."</w:t>
      </w:r>
    </w:p>
    <w:p>
      <w:r>
        <w:t>The woman didn't say anything. She was looking around the restaurant like she was trying to memorize it, or exorcise a ghost, or both.</w:t>
      </w:r>
    </w:p>
    <w:p>
      <w:r>
        <w:t>"I'm Maxine," Maxine said, because she always gave her name. She'd learned early that when you gave your name first, people remembered you better. People treated you with more humanity. "I'll get those teas for you and come back with menus."</w:t>
      </w:r>
    </w:p>
    <w:p>
      <w:r>
        <w:t>"Cecil," the man said. "Cecil Waters. And this is my wife, Leona."</w:t>
      </w:r>
    </w:p>
    <w:p>
      <w:r>
        <w:t>"Welcome back, Cecil," Maxine said, and she meant it, though she didn't know why she was saying "back." Something in the air told her that "back" was the right word.</w:t>
      </w:r>
    </w:p>
    <w:p>
      <w:r>
        <w:t>It took approximately six minutes for word to spread through Howler County that Cecil Waters had returned.</w:t>
      </w:r>
    </w:p>
    <w:p>
      <w:r>
        <w:t>In Howler, information traveled faster than light. The mechanism wasn't text message or social media (though both existed). The mechanism was more elegant and more terrible: the simple fact of a small town where people knew each other and wanted to talk about each other.</w:t>
      </w:r>
    </w:p>
    <w:p>
      <w:r>
        <w:t>The white businessmen in the corner of Earl's would mention to their wives that they'd seen a Black man who worked—or had worked—for the Cartwrights. The wives would mention it to their friends. By the time Cecil was on his second glass of sweet tea, at least thirty people knew he was in town.</w:t>
      </w:r>
    </w:p>
    <w:p>
      <w:r>
        <w:t>What nobody knew was why.</w:t>
      </w:r>
    </w:p>
    <w:p>
      <w:r>
        <w:t>Cecil had left Howler in 1995. He'd just taken the job with the Cartwrights—a job that shouldn't have existed, that definitely shouldn't have been given to a Black man, but that had been given to him anyway, because Colonel Beauregard Cartwright III had known Cecil's father (long story, complicated, involved debt and favor and the kind of obligation that transcends race when enough money is involved), and because Cecil himself was precisely the kind of man you wanted protecting your interests: smart, loyal, discrete, and dangerous enough to actually be useful.</w:t>
      </w:r>
    </w:p>
    <w:p>
      <w:r>
        <w:t>He'd worked for the Cartwrights from 1995 to 2000, doing security, driving, handling problems that couldn't be handled through official channels. During those five years, he'd lived in a small house on the edge of the Cartwright property. Leona had worked as a bartender, first at the Sweetwater Country Club (until the scandal of having a Black woman who'd once been a stripper serve white ladies their cocktails became too much for the club's board to bear), and then at a series of other jobs that never lasted long.</w:t>
      </w:r>
    </w:p>
    <w:p>
      <w:r>
        <w:t>In 2000, Cecil had gone to work for the federal government. It was a sudden thing—the kind of sudden that came from someone above the Cartwrights' pay grade asking for assistance. Cecil couldn't talk about what he did. It was federal. It was classified. It was something that required him to stop being a private security guard for a bourbon family and start being something else entirely.</w:t>
      </w:r>
    </w:p>
    <w:p>
      <w:r>
        <w:t>Leona had stayed in Howler. She'd taken care of their son DeShawn, who was born in 1998 and who showed early signs of brilliance and later signs of self-destruction. She'd worked. She'd survived. She'd become a part of the fabric of Howler in the way that people who remain are absorbed into the community, until they're not quite visible anymore—just furniture, just background, just Leona.</w:t>
      </w:r>
    </w:p>
    <w:p>
      <w:r>
        <w:t>That was 1995 to 2024. Twenty-nine years of being away or being removed or being something other than where they'd started.</w:t>
      </w:r>
    </w:p>
    <w:p>
      <w:r>
        <w:t>And now Cecil was back.</w:t>
      </w:r>
    </w:p>
    <w:p>
      <w:r>
        <w:t>"Catfish basket for Table Four," Maxine called, and Marcus appeared with the plate—golden fried catfish, steaming hush puppies, coleslaw that had been made that morning, hand-cut fries that smelled like redemption.</w:t>
      </w:r>
    </w:p>
    <w:p>
      <w:r>
        <w:t>Maxine moved through the dining room with muscle memory. Refill waters. Check on the couple in the corner. Smile at the elderly people holding hands (they were regulars, had been coming to Earl's for fifteen years, were celebrating their fiftieth wedding anniversary, which Felicia had told her about). Keep one eye on Cecil and Leona's table.</w:t>
      </w:r>
    </w:p>
    <w:p>
      <w:r>
        <w:t>Because something was happening there. She could feel it.</w:t>
      </w:r>
    </w:p>
    <w:p>
      <w:r>
        <w:t>Leona was staring at the menu like it might contain answers to questions she hadn't asked. Cecil was looking at the restaurant—at the photographs on the walls (there were dozens of them, documenting Howler's history: the courthouse, the church, the river, the families), at the people, at the place itself.</w:t>
      </w:r>
    </w:p>
    <w:p>
      <w:r>
        <w:t>"They used to have a picture of the old train station," Cecil said to Leona. "On that wall there. You remember?"</w:t>
      </w:r>
    </w:p>
    <w:p>
      <w:r>
        <w:t>"They moved it," Leona said. Her voice was soft. "I don't know when. Time just kept moving forward, and things kept changing."</w:t>
      </w:r>
    </w:p>
    <w:p>
      <w:r>
        <w:t>"Everything changes," Cecil said. "Except this place. This place stays the same."</w:t>
      </w:r>
    </w:p>
    <w:p>
      <w:r>
        <w:t>It wasn't true, of course. Earl's had changed. The photos on the walls had changed. The menu had expanded. The paint had been refreshed. But what hadn't changed was the essential thing: the feeling of being held by something larger than yourself. The sense of belonging, even if you didn't quite belong anywhere else.</w:t>
      </w:r>
    </w:p>
    <w:p>
      <w:r>
        <w:t>Maxine approached the table again, ready to take their order.</w:t>
      </w:r>
    </w:p>
    <w:p>
      <w:r>
        <w:t>"Know what you want?" she asked gently.</w:t>
      </w:r>
    </w:p>
    <w:p>
      <w:r>
        <w:t>Leona looked up. For a moment, Maxine could see her entire life in her face: Milwaukee. The life before. The journey south. The years of becoming someone else. The present moment. All of it lived in her expression simultaneously.</w:t>
      </w:r>
    </w:p>
    <w:p>
      <w:r>
        <w:t>"I'll have the fried catfish," Leona said. "Just like we always got."</w:t>
      </w:r>
    </w:p>
    <w:p>
      <w:r>
        <w:t>"Same," Cecil said.</w:t>
      </w:r>
    </w:p>
    <w:p>
      <w:r>
        <w:t>"You want the hush puppies and collards?"</w:t>
      </w:r>
    </w:p>
    <w:p>
      <w:r>
        <w:t>"Yes ma'am."</w:t>
      </w:r>
    </w:p>
    <w:p>
      <w:r>
        <w:t>They gave her the order like it was a prayer they'd memorized long ago and were now reciting.</w:t>
      </w:r>
    </w:p>
    <w:p>
      <w:r>
        <w:t>Maxine turned to leave, but Leona reached out and touched her wrist gently.</w:t>
      </w:r>
    </w:p>
    <w:p>
      <w:r>
        <w:t>"Thank you," Leona said. "For the kindness in your voice. You don't know how much that means."</w:t>
      </w:r>
    </w:p>
    <w:p>
      <w:r>
        <w:t>Maxine met her eyes. She understood instantly: this was a woman who'd been treated unkindly by the world and was still learning to accept gentleness.</w:t>
      </w:r>
    </w:p>
    <w:p>
      <w:r>
        <w:t>"You're welcome here," Maxine said. "Always."</w:t>
      </w:r>
    </w:p>
    <w:p>
      <w:r>
        <w:t>It was a small thing, but it landed heavily in the space between them, and both women felt it.</w:t>
      </w:r>
    </w:p>
    <w:p>
      <w:pPr>
        <w:pStyle w:val="Heading3"/>
      </w:pPr>
      <w:r>
        <w:rPr>
          <w:b/>
          <w:sz w:val="26"/>
        </w:rPr>
        <w:t>PART III-B: THE Milwaukee MEMORY (A Flashback in Leona's Mind)</w:t>
      </w:r>
    </w:p>
    <w:p>
      <w:r>
        <w:t>*As Maxine walked away, something in Leona's chest loosened. The sweetness of the young woman's voice had triggered a memory—a ghost-memory, the kind that visits you when you're not expecting it—of another time, another life, another version of herself who'd still believed that kindness was a language she could speak.*</w:t>
      </w:r>
    </w:p>
    <w:p>
      <w:r>
        <w:t>*It was 1998.*</w:t>
      </w:r>
    </w:p>
    <w:p>
      <w:r>
        <w:t>*It was a strip club called The Velvet Mirage on North Water Street in Milwaukee, Wisconsin.*</w:t>
      </w:r>
    </w:p>
    <w:p>
      <w:r>
        <w:t>*The club wasn't fancy. It was the kind of establishment that existed in the liminal space between legal and illegal, respectable and criminal. The men who came here were the kind of men who had money but wanted to pretend they didn't, or who didn't have money and wanted to pretend they did. The women who worked here were the kind of women who'd run out of better options or who'd never had better options to begin with.*</w:t>
      </w:r>
    </w:p>
    <w:p>
      <w:r>
        <w:t>*Leona had been dancing here for three years—since 1995, when she'd arrived in Milwaukee from a small town in Arkansas where her grandmother had raised her after her mother died. She'd worked as a waitress, as a hotel maid, as a home health aide, and none of it paid enough to keep her out of the kind of desperation that makes you willing to take your clothes off in front of strangers for money.*</w:t>
      </w:r>
    </w:p>
    <w:p>
      <w:r>
        <w:t>*She was good at it, though. She had a way of making men feel like they mattered, like their attention was genuinely desired rather than being purchased. It was a skill—the ability to perform desire while maintaining a core of yourself that remained untouched, unreached, safe.*</w:t>
      </w:r>
    </w:p>
    <w:p>
      <w:r>
        <w:t>*The character she'd created for work was called Diamond. Diamond was sexy, available, warm, and fundamentally untrue. Diamond didn't have a family. Diamond didn't have dreams. Diamond existed only in the moment of exchange—the money for the dance, the dance for the desire, the desire for the male gaze. It was perfect, in its own way. It was complete.*</w:t>
      </w:r>
    </w:p>
    <w:p>
      <w:r>
        <w:t>*Leona herself—the real Leona—was still figuring out who she was.*</w:t>
      </w:r>
    </w:p>
    <w:p>
      <w:r>
        <w:t>*On the night she met Cecil, The Velvet Mirage was busy in the way it got on Thursday nights—not packed, but consistent. There were the regulars in their familiar corners, occupying the same table night after night like they were performing a role, or maybe like they were slowly dissolving. There were tourists from Chicago, sleek and dangerous. There were the kind of men who came because they were avoiding home, and the kind of men who came because they had no home to avoid.*</w:t>
      </w:r>
    </w:p>
    <w:p>
      <w:r>
        <w:t>*Cecil Waters walked through the door at 11:47 p.m., and he was different from the other men immediately.*</w:t>
      </w:r>
    </w:p>
    <w:p>
      <w:r>
        <w:t>*He wasn't scanning the stage with the particular hunger that the other men carried. He wasn't looking for the fantasy to be performed. He was looking for something else—a moment of peace, maybe, or a place where he didn't have to perform a version of himself that the world had demanded.*</w:t>
      </w:r>
    </w:p>
    <w:p>
      <w:r>
        <w:t>*He was a tall man, with the kind of dignified posture that suggested military training. He wore a suit that had been expensive once and was still maintaining its value through sheer force of will. His face—brown, lined, serious—suggested he'd seen things that he'd rather not have seen.*</w:t>
      </w:r>
    </w:p>
    <w:p>
      <w:r>
        <w:t>*He ordered a drink—bourbon, neat, the expensive kind—and sat in the corner, alone.*</w:t>
      </w:r>
    </w:p>
    <w:p>
      <w:r>
        <w:t>*Leona was on stage when she saw him. She was dancing to a song she'd chosen because it let her move in ways that felt like honesty rather than pure performance: something bluesy and slow, the kind of music that made you feel the weight of your own body. And as she danced—as Diamond danced—she became aware of his attention in a way that was different from the other gazes.*</w:t>
      </w:r>
    </w:p>
    <w:p>
      <w:r>
        <w:t>*The other men watched with possession. They watched like they were calculating: how much would it cost to own this body for fifteen minutes? How much could they extract?*</w:t>
      </w:r>
    </w:p>
    <w:p>
      <w:r>
        <w:t>*This man watched like he was trying to understand something. Like he was asking a question.*</w:t>
      </w:r>
    </w:p>
    <w:p>
      <w:r>
        <w:t>*When her set finished, she collected her tips and slipped off stage, moving through the crowd with the practiced ease of someone who knows exactly how much space her body takes up in the world. One of the other dancers—a woman named Jasmine with a scar across her shoulder—nudged her.*</w:t>
      </w:r>
    </w:p>
    <w:p>
      <w:r>
        <w:t>*"That man in the corner wants you," Jasmine said, her voice carrying the particular exhaustion of someone working a third shift. "The older one. He's been looking at you the whole time. He looks rich enough to pay premium rates."*</w:t>
      </w:r>
    </w:p>
    <w:p>
      <w:r>
        <w:t>*Leona's first instinct was to refuse. She didn't like the private dances much—the lap dances, the literal commodification of her body while a man's hands stayed in a legally acceptable range. It felt somehow more exploitative than the stage work, which had a distance to it, had an art to it.*</w:t>
      </w:r>
    </w:p>
    <w:p>
      <w:r>
        <w:t>*But she needed money. There was always money needed—money for the rent, money for the car payment, money for the future that she was still trying to believe in.*</w:t>
      </w:r>
    </w:p>
    <w:p>
      <w:r>
        <w:t>*And he looked like he might be kind, which in a strip club was like finding a diamond in a riverbed. (The irony wasn't lost on her.)*</w:t>
      </w:r>
    </w:p>
    <w:p>
      <w:r>
        <w:t>*She walked over to him.*</w:t>
      </w:r>
    </w:p>
    <w:p>
      <w:r>
        <w:t>*"Hi," she said, performing the character she'd created—Diamond, a woman who was sexy and available but also warm and genuine, a woman who made men feel like they mattered. "Want a dance?"*</w:t>
      </w:r>
    </w:p>
    <w:p>
      <w:r>
        <w:t>*Cecil looked up at her. Really looked at her—not at her body but at her face. At the eyes. At the woman behind the character.*</w:t>
      </w:r>
    </w:p>
    <w:p>
      <w:r>
        <w:t>*"No," he said. His voice was low, careful. "I want to buy you a drink. And I want to hear your real name."*</w:t>
      </w:r>
    </w:p>
    <w:p>
      <w:r>
        <w:t>*It was so unexpected that Leona nearly stumbled. In her experience, men wanted the fantasy. Men wanted the distance maintained, the character preserved. The revelation of a real name was a kind of intimacy that broke the rules, and the rules existed for a reason.*</w:t>
      </w:r>
    </w:p>
    <w:p>
      <w:r>
        <w:t>*"The drink is thirty dollars," she said slowly, still in character. "And my name is Diamond."*</w:t>
      </w:r>
    </w:p>
    <w:p>
      <w:r>
        <w:t>*"That's not your real name," Cecil said. "I want the real one."*</w:t>
      </w:r>
    </w:p>
    <w:p>
      <w:r>
        <w:t>*Something in Leona cracked open.*</w:t>
      </w:r>
    </w:p>
    <w:p>
      <w:r>
        <w:t>*"Leona," she said. "My real name is Leona."*</w:t>
      </w:r>
    </w:p>
    <w:p>
      <w:r>
        <w:t>*Cecil smiled—a real smile, not the predatory smile she was used to. Not the possessive smile. A smile that suggested he'd just been given something precious.*</w:t>
      </w:r>
    </w:p>
    <w:p>
      <w:r>
        <w:t>*"Leona is a beautiful name," he said. "I'm Cecil. And I'll buy you that drink."*</w:t>
      </w:r>
    </w:p>
    <w:p>
      <w:r>
        <w:t>*He bought her three drinks over the course of the night. Rum and coke, her preference, and with each drink he seemed to relax slightly, like he was allowing himself to be seen as well.*</w:t>
      </w:r>
    </w:p>
    <w:p>
      <w:r>
        <w:t>*He told her about growing up in Mississippi, about his father who'd been a sharecropper and who'd believed that education was the only escape, about his time in the Army, about his work in security. He told her about the particular exhaustion that came from living in a world where your Blackness made you both more valuable (your strength, your potential, your perceived danger) and less valuable (your humanity, your interiority, your claims to kindness) simultaneously.*</w:t>
      </w:r>
    </w:p>
    <w:p>
      <w:r>
        <w:t>*He told her about the contradiction of being a man: about the need to appear strong and the impossibility of ever being soft.*</w:t>
      </w:r>
    </w:p>
    <w:p>
      <w:r>
        <w:t>*And Leona, who'd gotten good at reading men—it was a survival skill—understood that this man wasn't looking for sex. He was looking for witness. He was looking for someone to see him.*</w:t>
      </w:r>
    </w:p>
    <w:p>
      <w:r>
        <w:t>*"Why come to a place like this if you don't want a dance?" she asked him, genuinely curious.*</w:t>
      </w:r>
    </w:p>
    <w:p>
      <w:r>
        <w:t>*"Because I wanted to be around humans," Cecil said. "But I wanted the interaction to be honest. You're being honest here—you're selling companionship, and you know it, and I'm buying it, and I know it. There's something true in that transaction. Everyone knows what's happening. There's no pretense except the one everyone agrees to. It's more honest than the world outside, in my experience."*</w:t>
      </w:r>
    </w:p>
    <w:p>
      <w:r>
        <w:t>*It was the most philosophical thing anyone had ever said to her about her work, and it made her feel less ashamed of what she did.*</w:t>
      </w:r>
    </w:p>
    <w:p>
      <w:r>
        <w:t>*Cecil came back the next night. And the night after. Within a month, he'd asked her to leave Milwaukee with him, to come down to Mississippi where he was going to start a new job, to build something real with him.*</w:t>
      </w:r>
    </w:p>
    <w:p>
      <w:r>
        <w:t>*She'd said yes. Not because she was in love with him—she didn't know him well enough to love him, and love was a luxury that women in her situation couldn't always afford. But because he'd seen her without the performance, and he'd wanted her anyway. Because he'd treated her like a human being when the world had suggested she was a commodity.*</w:t>
      </w:r>
    </w:p>
    <w:p>
      <w:r>
        <w:t>*And that was enough. That was more than enough.*</w:t>
      </w:r>
    </w:p>
    <w:p>
      <w:r>
        <w:t>*They'd gotten married at the courthouse in Milwaukee, a simple ceremony with a judge and a witness. Cecil had taken her south, back to Mississippi, back to Howler County, and they'd driven through the night because Cecil wanted to arrive at their new life without hesitation, without time to reconsider.*</w:t>
      </w:r>
    </w:p>
    <w:p>
      <w:r>
        <w:t>*He'd taken her to Earl's that first night in Howler, and Earl himself—the real Earl, the original Earl, before the stroke, when he was still a living presence rather than a memory—had blessed them with a free meal and a prediction:*</w:t>
      </w:r>
    </w:p>
    <w:p>
      <w:r>
        <w:t>*"You two are going to make it," Earl had said, looking at them across the dining room. "I can tell. You've both got the kind of strength that comes from having faced things. That makes for strong partnerships."*</w:t>
      </w:r>
    </w:p>
    <w:p>
      <w:r>
        <w:t>*And for a long time, it had been true. They'd made it through the years. They'd built something real out of the honest transaction that had begun in a strip club in Milwaukee.*</w:t>
      </w:r>
    </w:p>
    <w:p>
      <w:r>
        <w:t>*But strength isn't the same as happiness, and real isn't the same as lasting, and the years had done what years do: they'd complicated everything, deepened everything, turned honesty into something more like burden.*</w:t>
      </w:r>
    </w:p>
    <w:p>
      <w:r>
        <w:t>*Leona had stopped dancing. She'd become a wife, and then she'd been a mother (DeShawn, born in 1998), and then she'd been the woman at home while Cecil worked security for the Cartwrights, and then she'd been the woman waiting while Cecil did federal work that he couldn't talk about. The character of Diamond had been retired, put away, filed under "who I used to be."*</w:t>
      </w:r>
    </w:p>
    <w:p>
      <w:r>
        <w:t>*But sometimes, in moments like this one—when a young transgender woman with pinkish blonde dreadlocks showed her kindness for no reason except that kindness was the right response—the memory of Diamond surfaced, and Leona wondered if she'd made the right choice in leaving that life behind.*</w:t>
      </w:r>
    </w:p>
    <w:p>
      <w:r>
        <w:t>*It had been hard, yes. It had been dangerous. But it had been honest in a way that marriage, for all its legitimacy, sometimes wasn't.*</w:t>
      </w:r>
    </w:p>
    <w:p>
      <w:pPr>
        <w:pStyle w:val="Heading3"/>
      </w:pPr>
      <w:r>
        <w:rPr>
          <w:b/>
          <w:sz w:val="26"/>
        </w:rPr>
        <w:t>PART IV: THE KNOWLEDGE</w:t>
      </w:r>
    </w:p>
    <w:p>
      <w:r>
        <w:t>While Cecil and Leona were ordering, while Maxine was moving through the restaurant, while the Delta outside was settling into dusk, there were meetings happening elsewhere.</w:t>
      </w:r>
    </w:p>
    <w:p>
      <w:r>
        <w:t>At Cartwright Landing, in the study where Colonel Beau Cartwright III sat in a leather chair that had been his father's and his father's father's before that, there were phone calls being made.</w:t>
      </w:r>
    </w:p>
    <w:p>
      <w:r>
        <w:t>The Colonel was seventy-two years old, still beautiful in the way that powerful men remain beautiful even as age ravages them. He had white hair, a silver-headed cane (which he didn't need but carried for effect), and the kind of tan that comes from a lifetime of believing the sun belongs to you specifically.</w:t>
      </w:r>
    </w:p>
    <w:p>
      <w:r>
        <w:t>His current issue was as follows: his wife Eleanor had decided, with approximately three hours' notice, that they would be hosting a dinner party tonight at 7 p.m., ostensibly to celebrate a bourbon industry partnership that had been in the works for months, but really to remind Howler County that the Cartwrights still mattered, still controlled things, still were the most important family in the region.</w:t>
      </w:r>
    </w:p>
    <w:p>
      <w:r>
        <w:t>"The Beaumonts will definitely come," Eleanor had said that morning. "And we'll serve them our bourbon on our terms. That's worth celebrating."</w:t>
      </w:r>
    </w:p>
    <w:p>
      <w:r>
        <w:t>Beau had nodded because that was what one did with Eleanor. Eleanor's wishes were essentially laws of physics. They were not to be defied but managed, navigated around, accepted.</w:t>
      </w:r>
    </w:p>
    <w:p>
      <w:r>
        <w:t>The problem was that hosting a dinner party required staff. The Cartwrights' own cook, Mrs. Roberta, had called in sick (she wasn't sick; she'd decided to take the evening for herself for the first time in five years, which meant she was sick of everything but not ill in a medical sense). The caterer that Eleanor usually used was booked. So Eleanor had done what the wealthy always do: she'd called in favors.</w:t>
      </w:r>
    </w:p>
    <w:p>
      <w:r>
        <w:t>The meal would be catered by Earl's. Tyrone Jackson would personally oversee it. The food would be exceptional. And this would be a point of pride for the Cartwrights—they were wealthy enough and connected enough that they could source the best even at short notice.</w:t>
      </w:r>
    </w:p>
    <w:p>
      <w:r>
        <w:t>What none of them knew yet was that Cecil Waters was sitting in Earl's restaurant, and that when Tyrone got the catering request, he would discover this fact, and would have to decide whether to tell anyone, and that this decision would begin a cascade of consequences that would reshape everything.</w:t>
      </w:r>
    </w:p>
    <w:p>
      <w:r>
        <w:t>But that was still a few minutes in the future.</w:t>
      </w:r>
    </w:p>
    <w:p>
      <w:r>
        <w:t>For now, what mattered was that in the study at Cartwright Landing, Colonel Beau was on the phone with his son Silas, who was supposed to attend the dinner party but was being difficult about it.</w:t>
      </w:r>
    </w:p>
    <w:p>
      <w:r>
        <w:t>"I have work," Silas was saying. His voice, even over the phone, carried that particular tone of aristocratic irritation—the sound of a man who wanted to do something other than what was expected and resented being expected.</w:t>
      </w:r>
    </w:p>
    <w:p>
      <w:r>
        <w:t>"Work can wait until after 9 p.m.," Beau said. "This dinner is important, Silas. It's a signal. It shows continuity. It shows—"</w:t>
      </w:r>
    </w:p>
    <w:p>
      <w:r>
        <w:t>"It shows that we're the same as we've always been," Silas said. "That nothing changes. That we're locked in amber, just like the bourbon."</w:t>
      </w:r>
    </w:p>
    <w:p>
      <w:r>
        <w:t>"Is that not a good thing?" Beau asked. He already knew the answer. He knew his son. He knew the particular form of rebellion that Silas carried inside himself like a beautiful disease.</w:t>
      </w:r>
    </w:p>
    <w:p>
      <w:r>
        <w:t>"No," Silas said. "It's not."</w:t>
      </w:r>
    </w:p>
    <w:p>
      <w:r>
        <w:t>And then he hung up.</w:t>
      </w:r>
    </w:p>
    <w:p>
      <w:r>
        <w:t>At the same moment, in a different part of Mississippi, in a hospital room in Jackson, a woman was beginning to die.</w:t>
      </w:r>
    </w:p>
    <w:p>
      <w:r>
        <w:t>Her name was Beatrice "Bea" Waters, and she was fifty-four years old, and stage 4 cancer doesn't care about age or beauty or how hard you fought your entire life. Cancer just eats and eats and eats until there's nothing left.</w:t>
      </w:r>
    </w:p>
    <w:p>
      <w:r>
        <w:t>Bea had been a Black Panther. She'd carried a gun. She'd believed in revolution. She'd survived COINTELPRO. She'd moved south with Cecil in 1995 and had become something else—a woman pretending to be a wife while her husband did work that required him to lie, and then a woman married to a federal employee whose work continued to require lying. She'd watched her marriage become a ritual, a performance, a thing that had once been real.</w:t>
      </w:r>
    </w:p>
    <w:p>
      <w:r>
        <w:t>And she'd gotten sick.</w:t>
      </w:r>
    </w:p>
    <w:p>
      <w:r>
        <w:t>The doctors said she had six months. It had been four months now. The pain was increasing. The medication kept her mostly comfortable, mostly conscious, mostly alive in the way that mattered.</w:t>
      </w:r>
    </w:p>
    <w:p>
      <w:r>
        <w:t>What was harder than the physical pain was the emotional pain, which was the knowledge that her husband was having an affair with a white woman, and the particular shame—the particular sense of betrayal—that came with that knowledge.</w:t>
      </w:r>
    </w:p>
    <w:p>
      <w:r>
        <w:t>She'd known for three months. She'd confronted him two months ago, not with anger but with a kind of weary sadness that might have been worse than anger because it suggested she'd expected nothing better and had still been disappointed.</w:t>
      </w:r>
    </w:p>
    <w:p>
      <w:r>
        <w:t>"I never wanted to hurt you," Cecil had said.</w:t>
      </w:r>
    </w:p>
    <w:p>
      <w:r>
        <w:t>"But you did," Bea had replied.</w:t>
      </w:r>
    </w:p>
    <w:p>
      <w:r>
        <w:t>And then she'd stopped talking about it, because what was the point? She was dying. Cecil was alive. He was going to do what living people do, which was hurt each other and hope and try and fail and keep going.</w:t>
      </w:r>
    </w:p>
    <w:p>
      <w:r>
        <w:t>Tonight, Bea was alone in her hospital room, listening to the machines that kept her tethered to existence, and thinking about her husband being elsewhere, and the particular cruelty of a body that wouldn't die fast enough to put everyone out of their misery.</w:t>
      </w:r>
    </w:p>
    <w:p>
      <w:r>
        <w:t>At Blackwood Estate, King Beaumont was preparing for the dinner party with the energy of a man who still believed his will could bend the world.</w:t>
      </w:r>
    </w:p>
    <w:p>
      <w:r>
        <w:t>King was seventy-one, built like a structure designed to last forever, with the kind of authority that came from having taken everything he wanted and having never been punished for it. His Beaumont bourbon was the second-largest spirit business in Mississippi after Cartwright Reserve, which meant it was larger than it had any right to be, given the Cartwrights' historical advantages.</w:t>
      </w:r>
    </w:p>
    <w:p>
      <w:r>
        <w:t>"We'll arrive at 7:15," King said to his wife Josephine. "Not on time. Early enough to seem engaged but late enough to seem important."</w:t>
      </w:r>
    </w:p>
    <w:p>
      <w:r>
        <w:t>Josephine—Mama Jo—smiled. She was sixty-seven, beautiful in a way that suggested she'd made herself beautiful through sheer force of will, with the kind of elegance that comes from being born poor and choosing yourself into sophistication. She was wearing a dress that cost more than most Mississippi houses, and she wore it the way she wore everything: like she'd always been meant to wear expensive things.</w:t>
      </w:r>
    </w:p>
    <w:p>
      <w:r>
        <w:t>"They're nervous," Mama Jo said. "That's why they're hosting tonight. They're worried about something."</w:t>
      </w:r>
    </w:p>
    <w:p>
      <w:r>
        <w:t>"They're always worried," King said. "That's what the wealthy do. They worry that the world might change and prove them wrong about their place in it."</w:t>
      </w:r>
    </w:p>
    <w:p>
      <w:r>
        <w:t>"No," Mama Jo said, and there was something in her voice that suggested she knew something King didn't. There was always something Mama Jo knew that King didn't. "This is different. This is specific worry. Something's happened."</w:t>
      </w:r>
    </w:p>
    <w:p>
      <w:r>
        <w:t>She'd gotten a phone call earlier from her sister (Josephine's younger sister, the one who lived in Chicago and who still kept tabs on family business), and the sister had mentioned that Cecil Waters was back. That seemed unlikely—why would a low-level security contractor return to Howler after nearly thirty years? But unlikely things happened. The world changed. Even in the Delta, change persisted in arriving like an uninvited guest.</w:t>
      </w:r>
    </w:p>
    <w:p>
      <w:r>
        <w:t>"Should I be worried?" King asked.</w:t>
      </w:r>
    </w:p>
    <w:p>
      <w:r>
        <w:t>"Not yet," Mama Jo said. "But soon. Very soon."</w:t>
      </w:r>
    </w:p>
    <w:p>
      <w:pPr>
        <w:pStyle w:val="Heading3"/>
      </w:pPr>
      <w:r>
        <w:rPr>
          <w:b/>
          <w:sz w:val="26"/>
        </w:rPr>
        <w:t>PART V: THE DISCOVERY</w:t>
      </w:r>
    </w:p>
    <w:p>
      <w:r>
        <w:t>Tyrone Jackson received the call about the catering at 5:52 p.m., exactly four minutes after Cecil and Leona walked into his restaurant.</w:t>
      </w:r>
    </w:p>
    <w:p>
      <w:r>
        <w:t>The Cartwright party wanted the best of everything. They wanted catfish and collards. They wanted shrimp and grits. They wanted biscuits so good they'd make you cry. They wanted proof that the Cartwrights could acquire anything they wanted, including the soul of a Black restaurant that should have been off-limits to them.</w:t>
      </w:r>
    </w:p>
    <w:p>
      <w:r>
        <w:t>"We need it ready by 6:45," Eleanor's assistant said over the phone. "For pickup at 7 p.m. Can you do it?"</w:t>
      </w:r>
    </w:p>
    <w:p>
      <w:r>
        <w:t>"Forty-five minutes?" Tyrone looked toward the kitchen, where Marcus was firing orders, where the pace was already accelerating, where his team was doing the thing they did: working magic out of simple ingredients.</w:t>
      </w:r>
    </w:p>
    <w:p>
      <w:r>
        <w:t>"I'll triple your payment," the assistant said. "We understand this is last minute."</w:t>
      </w:r>
    </w:p>
    <w:p>
      <w:r>
        <w:t>Money was the language everyone spoke. Money was the thing that bought urgency and excellence and the small miracles that allowed the wealthy to continue believing they deserved to be wealthy.</w:t>
      </w:r>
    </w:p>
    <w:p>
      <w:r>
        <w:t>"I can do it," Tyrone said. "I'll have it ready."</w:t>
      </w:r>
    </w:p>
    <w:p>
      <w:r>
        <w:t>He hung up and took a moment. This was the kind of catering that would require him to take his eyes off the regular service. This was the kind of thing that meant working harder, faster, better.</w:t>
      </w:r>
    </w:p>
    <w:p>
      <w:r>
        <w:t>And then he realized: his kitchen was going to need help.</w:t>
      </w:r>
    </w:p>
    <w:p>
      <w:r>
        <w:t>He walked out to the front of the restaurant and saw Maxine heading back toward the kitchen with a new order.</w:t>
      </w:r>
    </w:p>
    <w:p>
      <w:r>
        <w:t>"Maxine," he said. "You got a minute?"</w:t>
      </w:r>
    </w:p>
    <w:p>
      <w:r>
        <w:t>She turned, order pad in hand, her face already shifting to whatever was needed next.</w:t>
      </w:r>
    </w:p>
    <w:p>
      <w:r>
        <w:t>"I got three minutes tops," she said. "We're getting busy."</w:t>
      </w:r>
    </w:p>
    <w:p>
      <w:r>
        <w:t>"I need you to help in the kitchen tonight," Tyrone said. "The Cartwrights are having a dinner party. They want to cater it from here. Last minute. I need you on food prep."</w:t>
      </w:r>
    </w:p>
    <w:p>
      <w:r>
        <w:t>Maxine nodded. She'd done kitchen work before. She could do it again. But more than that, she understood: when the Cartwrights called, you answered. They were the people who'd built Howler County, who still controlled most of its mechanisms. You didn't refuse them anything.</w:t>
      </w:r>
    </w:p>
    <w:p>
      <w:r>
        <w:t>"Give me two minutes to finish this service," she said.</w:t>
      </w:r>
    </w:p>
    <w:p>
      <w:r>
        <w:t>"It's already started," Tyrone said. "I'll get Felicia to take over the floor. You go back and help Marcus. I'll work the line."</w:t>
      </w:r>
    </w:p>
    <w:p>
      <w:r>
        <w:t>This was how restaurants worked: in moments of crisis, everyone became more than one thing. Maxine was a server and now she'd be a cook. Tyrone would work the line and manage the regular orders and oversee the catering. They would all move faster, sharper, better.</w:t>
      </w:r>
    </w:p>
    <w:p>
      <w:r>
        <w:t>She turned and was about to head to the kitchen when she saw them: Cecil and Leona, still sitting at their booth, their meals not yet arrived, waiting patiently the way that people who'd been waiting their whole lives knew how to wait.</w:t>
      </w:r>
    </w:p>
    <w:p>
      <w:r>
        <w:t>Maxine made eye contact with Cecil for just a moment. Long enough to see that he understood: something was about to change. Long enough to see that he'd felt it too—the shift, the acceleration, the sense of fate beginning to move.</w:t>
      </w:r>
    </w:p>
    <w:p>
      <w:r>
        <w:t>In the kitchen, working beside Marcus, cutting vegetables at a speed that suggested her hands had muscle memory for this work, Maxine found herself thinking about transformation.</w:t>
      </w:r>
    </w:p>
    <w:p>
      <w:r>
        <w:t>She'd been born Marcus Carter Jr., which meant that for the first twenty-two years of her life, she'd moved through the world as a boy, which meant she'd moved through the world as a lie. It wasn't that she was confused about who she was—she'd always known, with the certainty that comes from deep inside your bones. It was that the world had a shape, and that shape didn't include her, so she'd had to reshape herself to fit into the world's expectations, which meant reshaping the world's expectations, which meant reckoning with everyone who'd invested in the lie.</w:t>
      </w:r>
    </w:p>
    <w:p>
      <w:r>
        <w:t>Coming out as a transgender woman in Howler, Mississippi was the kind of decision that required believing that your internal truth mattered more than external safety. Maxine had made that decision, and she'd survived it, and the surviving had made her into someone who understood that transformation was always possible, always necessary, always terrifying and worth it.</w:t>
      </w:r>
    </w:p>
    <w:p>
      <w:r>
        <w:t>She worked with speed and precision. Julienne the vegetables. Prep the mise en place. Keep the rhythm going.</w:t>
      </w:r>
    </w:p>
    <w:p>
      <w:r>
        <w:t>"You're good at that," Marcus said from the other side of the counter. He was a student of the craft, someone for whom cooking was meditation and poetry and science all at once.</w:t>
      </w:r>
    </w:p>
    <w:p>
      <w:r>
        <w:t>"I was a cook before I was a server," Maxine said. "Before I was a nurse. Before I was a lot of things."</w:t>
      </w:r>
    </w:p>
    <w:p>
      <w:r>
        <w:t>"You think you'll go back to cooking full time?"</w:t>
      </w:r>
    </w:p>
    <w:p>
      <w:r>
        <w:t>Maxine didn't answer immediately. She was thinking about Iris May Beaumont, who came into Earl's twice a week (lately three times a week) and always sat at a table in Maxine's section (never by accident). She was thinking about the way Iris May looked at her, with the kind of hunger that had nothing to do with food and everything to do with wanting to be known.</w:t>
      </w:r>
    </w:p>
    <w:p>
      <w:r>
        <w:t>"Maybe," Maxine said. "The future's not set. It's all still possible."</w:t>
      </w:r>
    </w:p>
    <w:p>
      <w:r>
        <w:t>By 6:15, the Cartwright catering order was coming together like a miracle: fried catfish that shimmered gold, vegetables prepped with artistry, biscuits rising in the ovens, enough food for twenty people prepared in under forty minutes.</w:t>
      </w:r>
    </w:p>
    <w:p>
      <w:r>
        <w:t>The regular customers of Earl's were getting slower service now, but they understood. This was business. This was survival. This was the Cartwrights. Everyone got it.</w:t>
      </w:r>
    </w:p>
    <w:p>
      <w:r>
        <w:t>Except Cecil and Leona, who were still eating their meal quietly, not bothering anybody, just existing in their booth like ghosts that nobody could see.</w:t>
      </w:r>
    </w:p>
    <w:p>
      <w:r>
        <w:t>Tyrone was boxing up the catering order when Maxine came out front to help Felicia deliver the last of the regular orders. She saw them—really saw them, not just noticed them—and something in her shifted.</w:t>
      </w:r>
    </w:p>
    <w:p>
      <w:r>
        <w:t>She'd read the history. She understood Howler County. She knew that there were stories here, deep stories, stories that ran like underground rivers beneath the surface of normal conversation. But she'd never had proof of those stories until now, not in the form of actual people sitting at an actual table.</w:t>
      </w:r>
    </w:p>
    <w:p>
      <w:r>
        <w:t>She walked over to them.</w:t>
      </w:r>
    </w:p>
    <w:p>
      <w:r>
        <w:t>"Your food come okay?" she asked.</w:t>
      </w:r>
    </w:p>
    <w:p>
      <w:r>
        <w:t>"Perfect," Leona said. "Everything's perfect."</w:t>
      </w:r>
    </w:p>
    <w:p>
      <w:r>
        <w:t>Cecil looked up at her with those old, sad eyes. "When's the catering order going out?" he asked.</w:t>
      </w:r>
    </w:p>
    <w:p>
      <w:r>
        <w:t>Maxine was surprised by the question. It was specific. It was interested. "Seven o'clock," she said. "Cartwright dinner party."</w:t>
      </w:r>
    </w:p>
    <w:p>
      <w:r>
        <w:t>Cecil nodded like something had been confirmed. Like he'd suspected as much.</w:t>
      </w:r>
    </w:p>
    <w:p>
      <w:r>
        <w:t>"Earl would have thought that was funny," he said. "The Cartwrights eating from his kitchen. The world changing but staying the same."</w:t>
      </w:r>
    </w:p>
    <w:p>
      <w:r>
        <w:t>"Did you know Earl?" Maxine asked.</w:t>
      </w:r>
    </w:p>
    <w:p>
      <w:r>
        <w:t>"I knew him," Cecil said. "A long time ago."</w:t>
      </w:r>
    </w:p>
    <w:p>
      <w:r>
        <w:t>Leona reached over and placed her hand on Cecil's arm. The gesture was simple but loaded with years of understanding, of having been through something together that had changed them both.</w:t>
      </w:r>
    </w:p>
    <w:p>
      <w:r>
        <w:t>"Don't," Leona said gently.</w:t>
      </w:r>
    </w:p>
    <w:p>
      <w:r>
        <w:t>"Don't what?"</w:t>
      </w:r>
    </w:p>
    <w:p>
      <w:r>
        <w:t>"Don't start with the past. We're here now. That's enough."</w:t>
      </w:r>
    </w:p>
    <w:p>
      <w:r>
        <w:t>Cecil covered her hand with his own. For a moment, they looked like something from another era—a couple caught in a photograph from decades ago, still real, still in love in the way that comes from enduring rather than easy.</w:t>
      </w:r>
    </w:p>
    <w:p>
      <w:r>
        <w:t>"You're right," Cecil said. "You're always right."</w:t>
      </w:r>
    </w:p>
    <w:p>
      <w:pPr>
        <w:pStyle w:val="Heading3"/>
      </w:pPr>
      <w:r>
        <w:rPr>
          <w:b/>
          <w:sz w:val="26"/>
        </w:rPr>
        <w:t>PART VI: THE DINNER PARTY</w:t>
      </w:r>
    </w:p>
    <w:p>
      <w:r>
        <w:t>Cartwright Landing at 7 p.m. was a beautiful thing to witness if you enjoyed seeing wealth on display. The columns of the Greek Revival mansion were lit by subtle lighting that suggested they'd always been meant to be admired. The gardens—magnolias and gardenias and roses cultivated with obsessive care—released their perfume into the evening air. The grounds, stretching across acres of manicured lawn, spoke to the kind of permanence that only old money can purchase.</w:t>
      </w:r>
    </w:p>
    <w:p>
      <w:r>
        <w:t>The caterers from Earl's arrived at 6:55 with their boxes and their expertise. Tyrone himself came, because this was important work and important work required the maestro's touch. He'd brought three of his kitchen staff to help set up.</w:t>
      </w:r>
    </w:p>
    <w:p>
      <w:r>
        <w:t>They were let into the kitchen by a woman named Margaret, who was part of the Cartwright household staff and who had a particular way of treating Black service workers with a kind of pity that suggested she believed they'd been born tired.</w:t>
      </w:r>
    </w:p>
    <w:p>
      <w:r>
        <w:t>But the food spoke for itself. The catfish was exceptional. The collards had the kind of depth that came from slow cooking with the right seasonings. The biscuits were still warm. The shrimp and grits was something close to heaven.</w:t>
      </w:r>
    </w:p>
    <w:p>
      <w:r>
        <w:t>"This is good," Eleanor Cartwright said when she tasted a sample. She said it the way wealthy people say things are good: as if she was surprised by the goodness, as if she'd expected less. "Very good. Appropriate."</w:t>
      </w:r>
    </w:p>
    <w:p>
      <w:r>
        <w:t>The dinner was scheduled for 8 p.m. until 10 p.m. The guest list included King and Josephine Beaumont, several state senators, the mayor of Howler, a banker or two, and the kind of local aristocracy that understood itself as essential to regional stability.</w:t>
      </w:r>
    </w:p>
    <w:p>
      <w:r>
        <w:t>But at 7:15, something changed.</w:t>
      </w:r>
    </w:p>
    <w:p>
      <w:r>
        <w:t>Silas Cartwright arrived.</w:t>
      </w:r>
    </w:p>
    <w:p>
      <w:r>
        <w:t>He was forty-five years old, beautiful in the way that certain men are beautiful—not pretty, but powerful, with the kind of face that suggested internal conflicts that he would never resolve. He was wearing a suit that cost more than most people's cars, and he was carrying with him the particular energy of a man who'd been drinking and who'd made a decision.</w:t>
      </w:r>
    </w:p>
    <w:p>
      <w:r>
        <w:t>"Father," he said to Beau, who was hosting in the main parlor. "A word?"</w:t>
      </w:r>
    </w:p>
    <w:p>
      <w:r>
        <w:t>Beau excused himself and followed his son to the study.</w:t>
      </w:r>
    </w:p>
    <w:p>
      <w:r>
        <w:t>"I won't be staying for the dinner," Silas said. "I have somewhere I need to be."</w:t>
      </w:r>
    </w:p>
    <w:p>
      <w:r>
        <w:t>"Silas—"</w:t>
      </w:r>
    </w:p>
    <w:p>
      <w:r>
        <w:t>"And I won't be explaining myself. But I will say this: Cecil Waters is back in town. I saw his car at Earl's. That means something. That means things are about to change."</w:t>
      </w:r>
    </w:p>
    <w:p>
      <w:r>
        <w:t>Beau felt the blood drain from his face. Cecil Waters was a name that didn't come up in casual conversation. Cecil Waters was a name that came up only when significant things had been set in motion.</w:t>
      </w:r>
    </w:p>
    <w:p>
      <w:r>
        <w:t>"How do you know—" Beau began.</w:t>
      </w:r>
    </w:p>
    <w:p>
      <w:r>
        <w:t>"Does it matter?" Silas said. "What matters is that I'm telling you. Whatever's happened, whatever's about to happen, the man who knows about it is back. The man who was part of it is back. That's significant."</w:t>
      </w:r>
    </w:p>
    <w:p>
      <w:r>
        <w:t>And then Silas left the study, left the mansion, left the dinner party that was supposed to showcase Cartwright stability and continuity, and drove into the night toward something that only he understood.</w:t>
      </w:r>
    </w:p>
    <w:p>
      <w:r>
        <w:t>Beau stood alone in his study for a moment, the weight of his son's words settling on his shoulders like a physical thing.</w:t>
      </w:r>
    </w:p>
    <w:p>
      <w:r>
        <w:t>Colonel Beauregard Cartwright III—Beau, to his intimates, though he had fewer intimates with each passing year—was seventy-two years old, and at this stage of life, age was beginning to declare its dominion over him in ways he couldn't control. His hands had developed age spots. His hearing, once perfect, now required selective attention. His memory, which had always been his greatest asset, was beginning to betray him in small ways: names he should have known escaping him, dates shifting into different configurations.</w:t>
      </w:r>
    </w:p>
    <w:p>
      <w:r>
        <w:t>But his mind—his essential, analytical mind—remained sharp.</w:t>
      </w:r>
    </w:p>
    <w:p>
      <w:r>
        <w:t>And what his mind was telling him now was that Cecil Waters's return was indeed significant. It was a rupture in the careful architecture of decades.</w:t>
      </w:r>
    </w:p>
    <w:p>
      <w:r>
        <w:t>Cecil had worked for him from 1995 to 2000. Five years. In those five years, Cecil had become more than an employee. He'd become a keeper of secrets. He'd become the person who knew about the thing that the Cartwrights had done in 1997, the thing that had required management, the thing that had been successfully managed because Cecil was precisely the kind of man who understood that discretion was more valuable than truth, that loyalty was a marketable commodity, that some things were better left in darkness.</w:t>
      </w:r>
    </w:p>
    <w:p>
      <w:r>
        <w:t>Or so Beau had believed.</w:t>
      </w:r>
    </w:p>
    <w:p>
      <w:r>
        <w:t>Cecil had left in 2000 without explanation, moving into federal work, stepping away from the Cartwright orbit. Beau had assumed that Cecil had simply moved on—that every employee eventually does. But what if Cecil had left because he couldn't stay? What if Cecil had left because what he knew had become unbearable? What if Cecil had left as an act of moral reckoning?</w:t>
      </w:r>
    </w:p>
    <w:p>
      <w:r>
        <w:t>And now he was back.</w:t>
      </w:r>
    </w:p>
    <w:p>
      <w:r>
        <w:t>Beau walked to the window of his study and looked out at the grounds of Cartwright Landing. It was 7:23 p.m., and the sun was setting in that particular way that suggested both beauty and ending simultaneously. The magnolias were in bloom, their white flowers visible even in the dimming light, their perfume reaching even into the climate-controlled study.</w:t>
      </w:r>
    </w:p>
    <w:p>
      <w:r>
        <w:t>He thought about Eleanor, his wife of forty-three years. Eleanor, who was currently in the parlor, greeting the earliest arrivals with the particular grace that came from being born into wealth and beauty and maintained both with disciplined intention. Eleanor, who believed that the Cartwright name meant something, that it conveyed legitimacy, that it was worth protecting at any cost.</w:t>
      </w:r>
    </w:p>
    <w:p>
      <w:r>
        <w:t>What would Eleanor do if she knew about 1997? What would she do if she knew what Beau had done, what he'd had done, what he'd arranged to have done?</w:t>
      </w:r>
    </w:p>
    <w:p>
      <w:r>
        <w:t>She would survive it, probably. Eleanor was the kind of woman who survived things. But something in her would calcify, would harden, would turn inward. And Beau, after forty-three years of marriage, couldn't bear that particular form of loss.</w:t>
      </w:r>
    </w:p>
    <w:p>
      <w:r>
        <w:t>He'd spent decades protecting the family reputation. He'd used money, influence, discretion, and when necessary, threat. He'd made sure that certain stories didn't circulate, that certain documents were lost, that certain witnesses remained silent.</w:t>
      </w:r>
    </w:p>
    <w:p>
      <w:r>
        <w:t>Cecil Waters had been the most important of those witnesses.</w:t>
      </w:r>
    </w:p>
    <w:p>
      <w:r>
        <w:t>And now Cecil was back.</w:t>
      </w:r>
    </w:p>
    <w:p>
      <w:r>
        <w:t>There was a knock on the study door. Eleanor.</w:t>
      </w:r>
    </w:p>
    <w:p>
      <w:r>
        <w:t>\"The Beaumonts are here,\" she said. \"King and Josephine both. Jo is wearing that dress again—the one that cost more than our car. It's infuriating and magnificent simultaneously.\"</w:t>
      </w:r>
    </w:p>
    <w:p>
      <w:r>
        <w:t>Eleanor entered the study without waiting for invitation, which was her prerogative. She was sixty-eight, beautiful in the way that a woman who'd been beautiful all her life can be beautiful: it wasn't vanity that maintained her appearance, it was tradition. She had perfect posture. She had perfect hair. She had perfect composure.</w:t>
      </w:r>
    </w:p>
    <w:p>
      <w:r>
        <w:t>\"Silas left,\" Beau said.</w:t>
      </w:r>
    </w:p>
    <w:p>
      <w:r>
        <w:t>\"He left?\" Eleanor's voice acquired a particular edge. \"During the dinner?\"\n\n\"Before. He said he had somewhere to be.\"\n\n\"That boy—\" Eleanor began, and then stopped herself. This was what forty-three years of marriage did: it created shorthand. They understood each other's frustrations so completely that they no longer had to articulate them fully.\n\n\"There's something else,\" Beau said.\n\nEleanor waited. This was something else she'd learned: sometimes listening was more important than speaking.\n\n\"Cecil Waters is back in town.\"\n\nEleanor's expression didn't change, which told Beau everything. She'd known. Or she'd suspected. Or she'd been informed by some mechanism that Beau wasn't aware of. This was Eleanor's particular genius: she always knew more than she appeared to know.\n\n\"That's significant,\" Eleanor said.\n\n\"Yes,\" Beau said.\n\n\"Does it endanger us?\"\n\n\"It might.\"\n\nEleanor nodded slowly. Then she sat in the leather chair that had been her father-in-law's and was now Beau's and would eventually be Elijah's (if Elijah ever managed to grow up enough to inherit anything). She crossed her legs with the grace of a woman who'd been trained in the maintenance of elegance.\n\n\"Then we'll handle it,\" she said. \"We've handled worse. We'll handle this.\"\n\n\"Eleanor—\"\n\n\"Whatever it is,\" she continued, not letting him finish. \"Whatever needs to be done. We'll do it. That's what the Cartwrights do. We endure. We protect ourselves. We protect what's ours.\"\n\nBeau understood that he was being released from further confession. Eleanor had determined that knowledge of specific details was not necessary. What was necessary was commitment to protection, to maintenance, to the preservation of the Cartwright name.\n\n\"The dinner,\" Beau said.\n\n\"The dinner will be perfect,\" Eleanor said. \"The food is excellent. The guests are appropriately impressed. We will serve bourbon that cost more than most people's annual salaries, and we will remind everyone why we matter. And then, after they leave, we will discuss what we need to do about Cecil Waters.\"\n\nIt was elegant. It was practical. It was the particular genius of Eleanor Cartwright: she could hold multiple realities simultaneously. She could be the perfect hostess while being the perfect strategist. She could exist in the present moment while simultaneously preparing for the future.\n\nBeau had married her because her family's bourbon business complemented his family's bourbon business, because she was beautiful, because it was what you did. But over the decades, he'd come to love her precisely because of this quality: her ability to be both present and absent, both innocent and complicit, both genuine and performative.\n\n\"Go,\" Eleanor said. \"Greet the guests. Be the Colonel. Be the man who owns a bourbon empire and a mansion and the respect of everyone who knows his name. Later, we'll figure out what to do about the past.\"\n\nBeau stood. He adjusted his suit jacket. He checked his reflection in the window to make sure his face was appropriately composed.\n\nAnd then he walked back toward the parlor, toward the dinner party, toward the performance that was his life.\n\n---\n\nAt Earl's, at 7:47 p.m., Maxine was clearing Cecil and Leona's table when Iris May Beaumont walked through the front door.</w:t>
      </w:r>
    </w:p>
    <w:p>
      <w:r>
        <w:t>Iris May was twenty-two years old, and she was the most beautiful person Maxine had ever seen, which was probably not an objective fact but which felt like objective fact every time Iris May was in the room. She had her father Marcus's elegant features and her mother's olive skin and something that was entirely her own: a kind of sadness that suggested she'd been born knowing too much.</w:t>
      </w:r>
    </w:p>
    <w:p>
      <w:r>
        <w:t>Iris May's eyes found Maxine's immediately.</w:t>
      </w:r>
    </w:p>
    <w:p>
      <w:r>
        <w:t>They'd been doing this for months now: Iris May finding reasons to be at Earl's. Maxine finding reasons to serve her. Both of them pretending it was coincidence. Both of them knowing it was destiny, or something very much like destiny.</w:t>
      </w:r>
    </w:p>
    <w:p>
      <w:r>
        <w:t>"Usual table?" Maxine asked.</w:t>
      </w:r>
    </w:p>
    <w:p>
      <w:r>
        <w:t>"If you have it," Iris May said.</w:t>
      </w:r>
    </w:p>
    <w:p>
      <w:r>
        <w:t>The usual table was in the corner, semi-private, where Maxine could deliver food without anyone seeing her hand linger on the back of Iris May's chair longer than it needed to.</w:t>
      </w:r>
    </w:p>
    <w:p>
      <w:r>
        <w:t>Maxine was seating her when she noticed that Cecil had approached Iris May's table.</w:t>
      </w:r>
    </w:p>
    <w:p>
      <w:r>
        <w:t>"Savannah?" he said. It was a question, but also a statement.</w:t>
      </w:r>
    </w:p>
    <w:p>
      <w:r>
        <w:t>Iris May looked up, confused. "I'm sorry, do I—"</w:t>
      </w:r>
    </w:p>
    <w:p>
      <w:r>
        <w:t>"You look like her," Cecil said. "Like the girl I used to know. In Chicago. She was beautiful like you. Smart like you look."</w:t>
      </w:r>
    </w:p>
    <w:p>
      <w:r>
        <w:t>Leona had come to stand beside Cecil. "She's not Savannah," Leona said gently. "Come on. Let's go."</w:t>
      </w:r>
    </w:p>
    <w:p>
      <w:r>
        <w:t>But Cecil wasn't moving. He was looking at this young woman like he was seeing something that mattered.</w:t>
      </w:r>
    </w:p>
    <w:p>
      <w:r>
        <w:t>"Your name?" Leona asked Iris May, her voice warm and careful.</w:t>
      </w:r>
    </w:p>
    <w:p>
      <w:r>
        <w:t>"Iris May," she said. "Iris May Beaumont."</w:t>
      </w:r>
    </w:p>
    <w:p>
      <w:r>
        <w:t>Something shifted in Cecil's face. Beaumont. That name. That particular constellation of meaning.</w:t>
      </w:r>
    </w:p>
    <w:p>
      <w:r>
        <w:t>"Well," Cecil said. "The world keeps moving. Everything changes but stays the same."</w:t>
      </w:r>
    </w:p>
    <w:p>
      <w:r>
        <w:t>And then Leona led him out of the restaurant, and they were gone.</w:t>
      </w:r>
    </w:p>
    <w:p>
      <w:pPr>
        <w:pStyle w:val="Heading3"/>
      </w:pPr>
      <w:r>
        <w:rPr>
          <w:b/>
          <w:sz w:val="26"/>
        </w:rPr>
        <w:t>PART VII: THE MOMENT OF IMPACT</w:t>
      </w:r>
    </w:p>
    <w:p>
      <w:r>
        <w:t>At Cartwright Landing, at 8:15 p.m., the dinner party was in full swing.</w:t>
      </w:r>
    </w:p>
    <w:p>
      <w:r>
        <w:t>King Beaumont was discussing bourbon futures with a state senator. Eleanor Cartwright was serving champagne with the grace of someone who understood that hospitality was power. Mama Jo was watching everything, missing nothing, her mind moving like a chess player seeing five moves ahead.</w:t>
      </w:r>
    </w:p>
    <w:p>
      <w:r>
        <w:t>The food was being served course by course. The conversation was sophisticated and guarded. Everyone was performing the role they'd been assigned at birth.</w:t>
      </w:r>
    </w:p>
    <w:p>
      <w:r>
        <w:t>And then Savannah Cole walked through the door.</w:t>
      </w:r>
    </w:p>
    <w:p>
      <w:r>
        <w:t>She was wearing a dress that cost enough to fund a small program for homeless people in Jackson. Her box braids were adorned with gold cuffs that caught the light. She moved through the room like she owned it, or was about to, or couldn't understand why she didn't.</w:t>
      </w:r>
    </w:p>
    <w:p>
      <w:r>
        <w:t>She was beautiful in the specific way that young, educated, angry Black women are beautiful: dangerous, necessary, absolutely unrepentant.</w:t>
      </w:r>
    </w:p>
    <w:p>
      <w:r>
        <w:t>"Savannah," Eleanor said, and her voice contained exactly zero pleasure. "How unexpected."</w:t>
      </w:r>
    </w:p>
    <w:p>
      <w:r>
        <w:t>"Hello Eleanor," Savannah said. She'd learned how to address Eleanor without the title, which was exactly the kind of small rebellion that drove Eleanor insane. "I was downtown. Saw that there was a party. Thought I'd drop by."</w:t>
      </w:r>
    </w:p>
    <w:p>
      <w:r>
        <w:t>This was a lie. Savannah had known about the party. Savannah had been waiting for the right moment to arrive. Savannah was doing something that required her presence.</w:t>
      </w:r>
    </w:p>
    <w:p>
      <w:r>
        <w:t>"You weren't invited," Eleanor said.</w:t>
      </w:r>
    </w:p>
    <w:p>
      <w:r>
        <w:t>"And yet here I am," Savannah said. "Isn't that fascinating?"</w:t>
      </w:r>
    </w:p>
    <w:p>
      <w:r>
        <w:t>This was when King Beaumont approached, because King Beaumont understood that certain moments required his particular genius for understanding power and risk.</w:t>
      </w:r>
    </w:p>
    <w:p>
      <w:r>
        <w:t>"Miss Cole," he said. "A pleasure. I didn't realize you were acquainted with our friends the Cartwrights."</w:t>
      </w:r>
    </w:p>
    <w:p>
      <w:r>
        <w:t>"I have business with them," Savannah said. Her eyes moved across the room like she was cataloging information. "Civil rights law. There are some matters that need clarifying."</w:t>
      </w:r>
    </w:p>
    <w:p>
      <w:r>
        <w:t>King's expression didn't change, but something behind his eyes shifted. Savannah Cole was a lawyer. Savannah Cole was dangerous. Savannah Cole was exactly the kind of person that men like King had spent their entire lives learning to neutralize.</w:t>
      </w:r>
    </w:p>
    <w:p>
      <w:r>
        <w:t>"Perhaps there's a better time for business discussions," King said smoothly. "Tonight is celebration."</w:t>
      </w:r>
    </w:p>
    <w:p>
      <w:r>
        <w:t>"Of what?" Savannah asked. "What exactly are we celebrating?"</w:t>
      </w:r>
    </w:p>
    <w:p>
      <w:r>
        <w:t>Mama Jo appeared at King's elbow. She was smiling, but her smile was like a knife: beautiful and sharp.</w:t>
      </w:r>
    </w:p>
    <w:p>
      <w:r>
        <w:t>"Continuity," Mama Jo said. "We're celebrating the continuity of tradition. The fact that families like ours—families like the Cartwrights and the Beaumonts—we endure. We persist. We remember who we are."</w:t>
      </w:r>
    </w:p>
    <w:p>
      <w:r>
        <w:t>"And who are you?" Savannah asked.</w:t>
      </w:r>
    </w:p>
    <w:p>
      <w:r>
        <w:t>"We're the South," Mama Jo said. "We're the bourbon. We're the land. We're the blood."</w:t>
      </w:r>
    </w:p>
    <w:p>
      <w:r>
        <w:t>"Blood," Savannah repeated. "Interesting choice of metaphor."</w:t>
      </w:r>
    </w:p>
    <w:p>
      <w:r>
        <w:t>In Silas's car, driving toward wherever he was going, Silas was thinking about Savannah Cole.</w:t>
      </w:r>
    </w:p>
    <w:p>
      <w:r>
        <w:t>Savannah was his secret. She was his shame and his salvation. She was the thing he'd wanted his entire life without even knowing to want it. She was a woman, which was the problem, except she was the only woman he'd ever wanted, which was the other problem, except he'd never wanted a woman because he didn't want women, he wanted men, except he wanted her.</w:t>
      </w:r>
    </w:p>
    <w:p>
      <w:r>
        <w:t>The complexity of desire was something that people like Silas—people born into systems that didn't allow for complexity—struggled with their entire lives. You were supposed to be one thing. You were supposed to fit into the shape that had been prepared for you. Silas had spent forty-five years trying to be that shape, and the effort had hollowed him out until he was more architecture than man.</w:t>
      </w:r>
    </w:p>
    <w:p>
      <w:r>
        <w:t>Savannah Cole had arrived at his university one semester, in his advanced business law class, and something had shifted. She was brilliant. She was angry. She was beautiful in a way that had nothing to do with physical appearance and everything to do with her certainty, her refusal to perform, her absolute conviction that the rules were made by liars and that liars deserved no adherence.</w:t>
      </w:r>
    </w:p>
    <w:p>
      <w:r>
        <w:t>They'd become something to each other. Not lovers, not exactly, because the logistics of loving her meant lying to everyone, and lying to her meant admitting truths about himself that terrified him. They'd become something else: a mirror. A question. A possibility.</w:t>
      </w:r>
    </w:p>
    <w:p>
      <w:r>
        <w:t>He was driving toward her now, toward her apartment downtown, toward the one place where he could breathe.</w:t>
      </w:r>
    </w:p>
    <w:p>
      <w:r>
        <w:t>Back at the dinner party, Beau Cartwright was dealing with the crisis of Savannah Cole's arrival with the graciousness of a man who'd been trained from birth to handle crises through sheer force of will.</w:t>
      </w:r>
    </w:p>
    <w:p>
      <w:r>
        <w:t>"Miss Cole, please, you must join us for dinner," he said, taking her elbow gently but firmly. "It would be our pleasure to have someone of your... energy... enhance the evening."</w:t>
      </w:r>
    </w:p>
    <w:p>
      <w:r>
        <w:t>Savannah allowed herself to be guided, which was a choice. Allowing things while having made the choice was different from being forced. She understood the distinction.</w:t>
      </w:r>
    </w:p>
    <w:p>
      <w:r>
        <w:t>"Tell me about your law practice," Beau said as he seated her at a table with two state senators and a banker. "I understand you're interested in civil rights work."</w:t>
      </w:r>
    </w:p>
    <w:p>
      <w:r>
        <w:t>"I'm interested in justice," Savannah said. "Which often means civil rights work, but not always."</w:t>
      </w:r>
    </w:p>
    <w:p>
      <w:r>
        <w:t>"Justice," Beau repeated. "A beautiful concept. Sometimes difficult to achieve."</w:t>
      </w:r>
    </w:p>
    <w:p>
      <w:r>
        <w:t>"Difficult for people who profit from injustice," Savannah said. "Easier for everyone else."</w:t>
      </w:r>
    </w:p>
    <w:p>
      <w:r>
        <w:t>Mama Jo was watching from across the room. She was watching the way Savannah moved, the way she spoke, the way she seemed to be cataloging the room while pretending to be a guest. She was watching like a woman who recognized a threat and was beginning to understand its dimensions.</w:t>
      </w:r>
    </w:p>
    <w:p>
      <w:r>
        <w:t>At the table, Savannah was asking questions that had nothing to do with bourbon and everything to do with wealth and power and the mechanisms by which both were maintained.</w:t>
      </w:r>
    </w:p>
    <w:p>
      <w:r>
        <w:t>"How much of Howler County's land is owned by the Cartwrights?" she asked one of the state senators, a man named Patterson who represented the district and who looked vaguely uncomfortable with her presence.</w:t>
      </w:r>
    </w:p>
    <w:p>
      <w:r>
        <w:t>"I'm not certain," Patterson said. "Substantial amounts, I would imagine."</w:t>
      </w:r>
    </w:p>
    <w:p>
      <w:r>
        <w:t>"Substantial amounts," Savannah repeated. "But not specific amounts. Is there not a public record of land holdings?"</w:t>
      </w:r>
    </w:p>
    <w:p>
      <w:r>
        <w:t>"Of course," Patterson said. "One could research that."</w:t>
      </w:r>
    </w:p>
    <w:p>
      <w:r>
        <w:t>"I'll be doing that," Savannah said. "I'm researching historical land acquisitions. The question of how the Cartwrights came to own so much so quickly. The methods of acquisition."</w:t>
      </w:r>
    </w:p>
    <w:p>
      <w:r>
        <w:t>There was a silence. It was the kind of silence that suggested that Savannah had asked a question that everyone knew the answer to but nobody wanted to say out loud. The answer, of course, involved the mechanism by which white families had consolidated wealth after the end of slavery: systematic oppression, legal manipulation, theft dressed up as business acumen.</w:t>
      </w:r>
    </w:p>
    <w:p>
      <w:r>
        <w:t>"The Cartwrights are good people," the banker said. His name was Andrew Whitmore, and he was the uncle of Beau Whitmore, the fixer. "They've contributed greatly to Howler County."</w:t>
      </w:r>
    </w:p>
    <w:p>
      <w:r>
        <w:t>"People can be good and still benefit from systems that are unjust," Savannah said. "Those things aren't mutually exclusive."</w:t>
      </w:r>
    </w:p>
    <w:p>
      <w:pPr>
        <w:pStyle w:val="Heading3"/>
      </w:pPr>
      <w:r>
        <w:rPr>
          <w:b/>
          <w:sz w:val="26"/>
        </w:rPr>
        <w:t>PART VIII: THE AFTERMATH</w:t>
      </w:r>
    </w:p>
    <w:p>
      <w:r>
        <w:t>By 9:15 p.m., the dinner party was winding down. Savannah had left after the main course, having done what she came to do: remind everyone in that room that the old systems didn't hold as much power as they used to. There were young lawyers now. There were questions being asked. There were threats to the order.</w:t>
      </w:r>
    </w:p>
    <w:p>
      <w:r>
        <w:t>King Beaumont was processing what had happened with the careful attention of a man who'd survived by understanding changes before they became obvious to others. He pulled Mama Jo aside.</w:t>
      </w:r>
    </w:p>
    <w:p>
      <w:r>
        <w:t>"Who is she?" he asked.</w:t>
      </w:r>
    </w:p>
    <w:p>
      <w:r>
        <w:t>"A lawyer," Mama Jo said. "Harvard, I believe. Civil rights focus. She's here to cause trouble."</w:t>
      </w:r>
    </w:p>
    <w:p>
      <w:r>
        <w:t>"How do you know this?"</w:t>
      </w:r>
    </w:p>
    <w:p>
      <w:r>
        <w:t>"I know everything," Mama Jo said. It wasn't bragging. It was simple statement of fact. "You taught me that information is power, and I've spent forty years collecting information."</w:t>
      </w:r>
    </w:p>
    <w:p>
      <w:r>
        <w:t>"What trouble will she cause?"</w:t>
      </w:r>
    </w:p>
    <w:p>
      <w:r>
        <w:t>"The kind that lasts," Mama Jo said. "The kind that forces change."</w:t>
      </w:r>
    </w:p>
    <w:p>
      <w:r>
        <w:t>King considered this. Change was the thing that threatened men like him. Change was the thing that suggested that the old rules no longer applied, that the young no longer respected the old hierarchy, that the world was becoming something other than what he'd built.</w:t>
      </w:r>
    </w:p>
    <w:p>
      <w:r>
        <w:t>"Can she be stopped?" he asked.</w:t>
      </w:r>
    </w:p>
    <w:p>
      <w:r>
        <w:t>"No," Mama Jo said. "But she can be negotiated with. Everything can be negotiated with if you understand what someone wants."</w:t>
      </w:r>
    </w:p>
    <w:p>
      <w:r>
        <w:t>"And what does she want?"</w:t>
      </w:r>
    </w:p>
    <w:p>
      <w:r>
        <w:t>"Justice," Mama Jo said. "Which is the most dangerous thing she could want, because it means she'll never be satisfied."</w:t>
      </w:r>
    </w:p>
    <w:p>
      <w:r>
        <w:t>At Earl's, at 10 p.m., Maxine was finishing her shift. The dinner rush was over. Felicia had gone home. Marcus was cleaning the kitchen. Tyrone was doing the books.</w:t>
      </w:r>
    </w:p>
    <w:p>
      <w:r>
        <w:t>Iris May had left an hour ago, but not before making eye contact with Maxine one more time. Not before ordering something she didn't eat, just for the excuse to keep Maxine nearby.</w:t>
      </w:r>
    </w:p>
    <w:p>
      <w:r>
        <w:t>Maxine understood. She'd been twenty-two once. She'd known what it was like to want something that seemed impossible.</w:t>
      </w:r>
    </w:p>
    <w:p>
      <w:r>
        <w:t>She was untying her apron when she became aware that someone was still at a table. The table where Cecil and Leona had sat.</w:t>
      </w:r>
    </w:p>
    <w:p>
      <w:r>
        <w:t>It was Silas Cartwright.</w:t>
      </w:r>
    </w:p>
    <w:p>
      <w:r>
        <w:t>He was sitting alone, a glass of bourbon in front of him—Cartwright Reserve, naturally, he wouldn't drink anything else—and he was staring at nothing.</w:t>
      </w:r>
    </w:p>
    <w:p>
      <w:r>
        <w:t>Maxine approached carefully. "We're closing soon," she said.</w:t>
      </w:r>
    </w:p>
    <w:p>
      <w:r>
        <w:t>Silas looked up. His eyes were the color of the bourbon in his glass: amber and dark and containing secrets.</w:t>
      </w:r>
    </w:p>
    <w:p>
      <w:r>
        <w:t>"Cecil Waters," he said. "He was here tonight?"</w:t>
      </w:r>
    </w:p>
    <w:p>
      <w:r>
        <w:t>"Yes," Maxine said. "He and his wife came for dinner."</w:t>
      </w:r>
    </w:p>
    <w:p>
      <w:r>
        <w:t>"After how long?"</w:t>
      </w:r>
    </w:p>
    <w:p>
      <w:r>
        <w:t>"I couldn't say," Maxine said. "But they seemed like they'd been gone a long time."</w:t>
      </w:r>
    </w:p>
    <w:p>
      <w:r>
        <w:t>Silas nodded. He finished his bourbon in one long pull, then set the glass down with the careful attention of a man who was doing something ritual.</w:t>
      </w:r>
    </w:p>
    <w:p>
      <w:r>
        <w:t>"Tell me something," he said. "How does someone come back to the place they've left? How do they face the people they used to know?"</w:t>
      </w:r>
    </w:p>
    <w:p>
      <w:r>
        <w:t>"I don't know," Maxine said. "Carefully, maybe. Or all at once. Maybe those are the same thing."</w:t>
      </w:r>
    </w:p>
    <w:p>
      <w:r>
        <w:t>"Savannah Cole came to my family's dinner tonight," Silas said. It wasn't a non-sequitur. It was his way of processing. "She arrived uninvited. She asked dangerous questions. She looked at us like we were specimens she was studying."</w:t>
      </w:r>
    </w:p>
    <w:p>
      <w:r>
        <w:t>"Is that bad?" Maxine asked.</w:t>
      </w:r>
    </w:p>
    <w:p>
      <w:r>
        <w:t>"It's everything," Silas said. "It's the beginning of something. The moment when the old world starts dying and something else starts being born."</w:t>
      </w:r>
    </w:p>
    <w:p>
      <w:r>
        <w:t>He stood up and left some bills on the table—more than the drink cost, which was what rich people did when they wanted to apologize without apologizing.</w:t>
      </w:r>
    </w:p>
    <w:p>
      <w:r>
        <w:t>"Thank you," he said. "For listening."</w:t>
      </w:r>
    </w:p>
    <w:p>
      <w:r>
        <w:t>"That's what servers do," Maxine said. "We listen."</w:t>
      </w:r>
    </w:p>
    <w:p>
      <w:r>
        <w:t>At the hospital in Jackson, Bea Waters was awake even though it was late and the medication should have put her to sleep. She was thinking about Cecil. She was thinking about the woman he was with.</w:t>
      </w:r>
    </w:p>
    <w:p>
      <w:r>
        <w:t>She'd never seen the woman's face, but she'd imagined it hundreds of times: beautiful, young, white, everything that Bea wasn't anymore. Her body was betraying her, and now her husband was betraying her, and the twin betrayals were somehow connected in a way that made her understand that women's bodies and women's fidelity were always tied together in men's minds.</w:t>
      </w:r>
    </w:p>
    <w:p>
      <w:r>
        <w:t>She'd gotten a text message from Cecil around 8 p.m.: *"In Howler. Be home late. Love you."*</w:t>
      </w:r>
    </w:p>
    <w:p>
      <w:r>
        <w:t>It was a lie. Not in what it said—he was in Howler, he would be home late—but in what it didn't say, which was "I don't know how to be the man you deserve" or "I'm so afraid of losing you that I'm losing myself" or "I'm sorry."</w:t>
      </w:r>
    </w:p>
    <w:p>
      <w:r>
        <w:t>She typed back: *"I know."*</w:t>
      </w:r>
    </w:p>
    <w:p>
      <w:r>
        <w:t>And then she put the phone down and stared at the ceiling and thought about magnolias and how things grew even when the soil was poisoned.</w:t>
      </w:r>
    </w:p>
    <w:p>
      <w:pPr>
        <w:pStyle w:val="Heading3"/>
      </w:pPr>
      <w:r>
        <w:rPr>
          <w:b/>
          <w:sz w:val="26"/>
        </w:rPr>
        <w:t>PART IX: MIDNIGHT CONVERGING</w:t>
      </w:r>
    </w:p>
    <w:p>
      <w:r>
        <w:t>At midnight, the town of Howler, Mississippi was mostly asleep.</w:t>
      </w:r>
    </w:p>
    <w:p>
      <w:r>
        <w:t>The magnolias were still releasing their perfume. The Mississippi River, somewhere to the east, continued its ancient journey. The bourbon, in its barrels, continued aging in darkness, becoming more concentrated, more essential, more itself.</w:t>
      </w:r>
    </w:p>
    <w:p>
      <w:r>
        <w:t>But in various locations around the town, people were still conscious. Still processing. Still beginning the cascade of consequences that would reshape their lives.</w:t>
      </w:r>
    </w:p>
    <w:p>
      <w:r>
        <w:t>In Silas's apartment downtown, Silas and Savannah were in bed together. This was their arrangement: they met here, in this place that was separate from their families' locations, in this space where they could pretend that Silas wasn't who he was supposed to be and Savannah wasn't his father's illegitimate daughter and the whole system was something other than what it was.</w:t>
      </w:r>
    </w:p>
    <w:p>
      <w:r>
        <w:t>"Cecil's back," Savannah said into the darkness.</w:t>
      </w:r>
    </w:p>
    <w:p>
      <w:r>
        <w:t>"How do you know?" Silas asked.</w:t>
      </w:r>
    </w:p>
    <w:p>
      <w:r>
        <w:t>"I heard people talking. He was at Earl's. He was with his wife."</w:t>
      </w:r>
    </w:p>
    <w:p>
      <w:r>
        <w:t>Silas was silent for a long time. Then: "Cecil was my father's security chief. When I was younger. He knew things about the family. Dangerous things."</w:t>
      </w:r>
    </w:p>
    <w:p>
      <w:r>
        <w:t>"What kind of things?"</w:t>
      </w:r>
    </w:p>
    <w:p>
      <w:r>
        <w:t>"I don't know," Silas said. "But whatever it was, my father was careful around him. Respectful, almost. Which is not how my father treats anyone."</w:t>
      </w:r>
    </w:p>
    <w:p>
      <w:r>
        <w:t>"Maybe he left because of what he knew," Savannah said. "Maybe he couldn't stay."</w:t>
      </w:r>
    </w:p>
    <w:p>
      <w:r>
        <w:t>Silas turned to look at her in the darkness. "Is that why you came back? Because of what you know?"</w:t>
      </w:r>
    </w:p>
    <w:p>
      <w:r>
        <w:t>Savannah thought about this. She'd come back because she wanted to uncover the truth about her father's denial, yes. But she'd also come back because she wanted to burn the system down. Because she wanted justice, or failing that, honest reckoning.</w:t>
      </w:r>
    </w:p>
    <w:p>
      <w:r>
        <w:t>"Yes," she said. "But also because staying away wouldn't change anything. Sometimes you have to return to something in order to dismantle it."</w:t>
      </w:r>
    </w:p>
    <w:p>
      <w:r>
        <w:t>At Cartwright Landing, Beau was in his study with Mama Jo.</w:t>
      </w:r>
    </w:p>
    <w:p>
      <w:r>
        <w:t>This was unusual. Mama Jo didn't come to Cartwright Landing often. She was too wise to contaminate her independence with the implication that she was part of the Cartwright structure. But tonight, King had sent her, because some conversations required discretion and nuance.</w:t>
      </w:r>
    </w:p>
    <w:p>
      <w:r>
        <w:t>"Cecil's return is a problem," Beau said.</w:t>
      </w:r>
    </w:p>
    <w:p>
      <w:r>
        <w:t>"Yes," Mama Jo agreed.</w:t>
      </w:r>
    </w:p>
    <w:p>
      <w:r>
        <w:t>"What does he want?"</w:t>
      </w:r>
    </w:p>
    <w:p>
      <w:r>
        <w:t>"That's what we need to discover," Mama Jo said. "But I'll tell you this: people don't return to places for no reason. He's here because something is pulling him back. Something unresolved."</w:t>
      </w:r>
    </w:p>
    <w:p>
      <w:r>
        <w:t>"Unresolved from when?"</w:t>
      </w:r>
    </w:p>
    <w:p>
      <w:r>
        <w:t>"From thirty years ago," Mama Jo said. "From the thing that made him leave."</w:t>
      </w:r>
    </w:p>
    <w:p>
      <w:r>
        <w:t>Beau knew what that thing was. Or he thought he did. Cecil had left because the work he was doing—the federal work, the classified work—had required him to step away from being Beau's security chief. But there might have been other reasons. There might have been things that Beau's memory had obscured.</w:t>
      </w:r>
    </w:p>
    <w:p>
      <w:r>
        <w:t>"If Cecil starts talking," Beau said, "if he reveals—"</w:t>
      </w:r>
    </w:p>
    <w:p>
      <w:r>
        <w:t>"He won't," Mama Jo said. "Cecil is a man of honor. But his wife might. People near death become honest. I would prepare for the possibility."</w:t>
      </w:r>
    </w:p>
    <w:p>
      <w:r>
        <w:t>At Earl's, Tyrone was doing final closing. Maxine had gone home. The kitchen was clean. The dining room was empty.</w:t>
      </w:r>
    </w:p>
    <w:p>
      <w:r>
        <w:t>He was thinking about the catering order for the Cartwrights. He was thinking about how food was one of the few honest things left: you worked, you created something beautiful, you were paid for your work. There was no deception in it, no moral ambiguity.</w:t>
      </w:r>
    </w:p>
    <w:p>
      <w:r>
        <w:t>Except of course there was. The Cartwrights' order had been filled, and the Cartwrights represented everything that was wrong with Howler County. But his grandmother had taught him that you didn't refuse work because the work was morally complicated. You did the work. You did it well. You kept your integrity in your labor, and you let the world decide what that meant.</w:t>
      </w:r>
    </w:p>
    <w:p>
      <w:r>
        <w:t>He was locking the front door when he saw Savannah Cole walking past on the street.</w:t>
      </w:r>
    </w:p>
    <w:p>
      <w:r>
        <w:t>She was alone, beautiful, dangerous in the specific way that people who'd decided to fight back are dangerous.</w:t>
      </w:r>
    </w:p>
    <w:p>
      <w:r>
        <w:t>She slowed as she passed Earl's. She looked at the restaurant like she was seeing it for the first time and the last time simultaneously.</w:t>
      </w:r>
    </w:p>
    <w:p>
      <w:r>
        <w:t>Then she continued walking, into the Mississippi night, toward whatever comes next.</w:t>
      </w:r>
    </w:p>
    <w:p>
      <w:pPr>
        <w:pStyle w:val="Heading3"/>
      </w:pPr>
      <w:r>
        <w:rPr>
          <w:b/>
          <w:sz w:val="26"/>
        </w:rPr>
        <w:t>PART X: THE CONVERGENCE</w:t>
      </w:r>
    </w:p>
    <w:p>
      <w:r>
        <w:t>It is now 12:47 a.m.</w:t>
      </w:r>
    </w:p>
    <w:p>
      <w:r>
        <w:t>Cecil is driving back to Howler, having left Leona at the house where they're renting a room. He has a meeting scheduled. A conversation that he's been preparing for but hasn't known how to have.</w:t>
      </w:r>
    </w:p>
    <w:p>
      <w:r>
        <w:t>Maxine is at home, lying in bed, thinking about Iris May and what it means to want someone and to be young and to believe that love can transcend the categories that organize society.</w:t>
      </w:r>
    </w:p>
    <w:p>
      <w:r>
        <w:t>Silas is alone in his apartment now, Savannah having left around midnight, leaving him with questions he doesn't know how to answer.</w:t>
      </w:r>
    </w:p>
    <w:p>
      <w:r>
        <w:t>King and Mama Jo are having a late-night conversation about the future, about change, about the possibility that nothing they've built is as permanent as they've believed.</w:t>
      </w:r>
    </w:p>
    <w:p>
      <w:r>
        <w:t>Beau is awake in his study, thinking about what Cecil might know, what Cecil might have discovered, what Cecil might be prepared to reveal.</w:t>
      </w:r>
    </w:p>
    <w:p>
      <w:r>
        <w:t>Elijah Cartwright is at a bar in Jackson, drinking with people whose names he won't remember tomorrow, playing at being free while being more trapped than he's ever been.</w:t>
      </w:r>
    </w:p>
    <w:p>
      <w:r>
        <w:t>And Savannah Cole is at her rented apartment, searching through land records, trying to find the evidence that will prove what she's always known: that power is built on crimes, and that those crimes can be documented, can be revealed, can be transformed into justice if you're willing to fight hard enough.</w:t>
      </w:r>
    </w:p>
    <w:p>
      <w:r>
        <w:t>The magnolias outside are still blooming.</w:t>
      </w:r>
    </w:p>
    <w:p>
      <w:r>
        <w:t>The bourbon is still aging.</w:t>
      </w:r>
    </w:p>
    <w:p>
      <w:r>
        <w:t>The South is still becoming something other than what it was, which means the South is in the particular agony of transformation, which means everyone in the South is going to suffer, which means that suffering is just the price of rebirth.</w:t>
      </w:r>
    </w:p>
    <w:p>
      <w:pPr>
        <w:pStyle w:val="Heading3"/>
      </w:pPr>
      <w:r>
        <w:rPr>
          <w:b/>
          <w:sz w:val="26"/>
        </w:rPr>
        <w:t>PART XI: THE REVELATION</w:t>
      </w:r>
    </w:p>
    <w:p>
      <w:r>
        <w:t>At 1:23 a.m., Cecil arrives at a house on the outskirts of Howler.</w:t>
      </w:r>
    </w:p>
    <w:p>
      <w:r>
        <w:t>It's a small house, well-maintained, with a porch light on. The kind of house that suggests someone inside is expecting him.</w:t>
      </w:r>
    </w:p>
    <w:p>
      <w:r>
        <w:t>He knocks three times.</w:t>
      </w:r>
    </w:p>
    <w:p>
      <w:r>
        <w:t>The door opens.</w:t>
      </w:r>
    </w:p>
    <w:p>
      <w:r>
        <w:t>Standing in the doorway is Reverend Ezra Beaumont, King's older brother, the pastor of Shiloh Baptist Church. He's sixty-five, dignified, carrying with him the particular exhaustion of a man who's been trying to save souls and failing regularly.</w:t>
      </w:r>
    </w:p>
    <w:p>
      <w:r>
        <w:t>"Cecil," Ezra says. "I was wondering when you'd get here."</w:t>
      </w:r>
    </w:p>
    <w:p>
      <w:r>
        <w:t>"I needed time," Cecil says. "Time to think about whether this was the right thing to do."</w:t>
      </w:r>
    </w:p>
    <w:p>
      <w:r>
        <w:t>"And is it?" Ezra asks.</w:t>
      </w:r>
    </w:p>
    <w:p>
      <w:r>
        <w:t>"I don't know," Cecil says. "But my wife is dying. And I can't go to my grave without someone knowing the truth."</w:t>
      </w:r>
    </w:p>
    <w:p>
      <w:r>
        <w:t>Ezra steps aside to let Cecil in.</w:t>
      </w:r>
    </w:p>
    <w:p>
      <w:r>
        <w:t>Inside, there's a small living room, clean and sparse, suggesting a man who doesn't accumulate things but holds onto what matters.</w:t>
      </w:r>
    </w:p>
    <w:p>
      <w:r>
        <w:t>"Tell me," Ezra says, and his voice carries the weight of a man who's heard confessions for forty years and has learned that truth is both more terrible and more necessary than people want to believe.</w:t>
      </w:r>
    </w:p>
    <w:p>
      <w:r>
        <w:t>And Cecil begins to talk.</w:t>
      </w:r>
    </w:p>
    <w:p>
      <w:r>
        <w:t>He talks about the work he did for the Cartwright family in the early 1990s.</w:t>
      </w:r>
    </w:p>
    <w:p>
      <w:r>
        <w:t>He talks about discovering something that the family wanted to keep hidden.</w:t>
      </w:r>
    </w:p>
    <w:p>
      <w:r>
        <w:t>He talks about a secret so significant that it had reorganized his entire understanding of power, race, and the system that was supposed to hold everything in place.</w:t>
      </w:r>
    </w:p>
    <w:p>
      <w:r>
        <w:t>He talks about why he had to leave Howler, why he'd had to stop working for the Cartwrights, why he'd had to step away from the knowledge that would destroy everything.</w:t>
      </w:r>
    </w:p>
    <w:p>
      <w:r>
        <w:t>And as he talks, Reverend Ezra listens, and the weight on his shoulders increases, because now he carries not just his own burden—the burden of knowing his family's sins—but Cecil's burden as well.</w:t>
      </w:r>
    </w:p>
    <w:p>
      <w:r>
        <w:t>When Cecil finishes, there's a silence.</w:t>
      </w:r>
    </w:p>
    <w:p>
      <w:r>
        <w:t>Then Ezra says: "That's worse than I thought."</w:t>
      </w:r>
    </w:p>
    <w:p>
      <w:r>
        <w:t>"Yes," Cecil says. "It is."</w:t>
      </w:r>
    </w:p>
    <w:p>
      <w:r>
        <w:t>"What do you want to do?"</w:t>
      </w:r>
    </w:p>
    <w:p>
      <w:r>
        <w:t>"I want to tell Savannah Cole," Cecil says. "I want her to know what she's fighting against. I want the truth to be on the record."</w:t>
      </w:r>
    </w:p>
    <w:p>
      <w:r>
        <w:t>"That will destroy families," Ezra says.</w:t>
      </w:r>
    </w:p>
    <w:p>
      <w:r>
        <w:t>"Yes," Cecil says. "Families built on lies deserve to be destroyed."</w:t>
      </w:r>
    </w:p>
    <w:p>
      <w:pPr>
        <w:pStyle w:val="Heading3"/>
      </w:pPr>
      <w:r>
        <w:rPr>
          <w:b/>
          <w:sz w:val="26"/>
        </w:rPr>
        <w:t>EPILOGUE: THE MAGNOLIA BLOOMS</w:t>
      </w:r>
    </w:p>
    <w:p>
      <w:r>
        <w:t>*Dear Reader, if you've been paying attention, you now understand the fundamental architecture of our story: two families, locked together by blood and bourbon and secrets, are about to have their carefully constructed house of lies exposed to the light.*</w:t>
      </w:r>
    </w:p>
    <w:p>
      <w:r>
        <w:t>*Cecil Waters has returned not for nostalgia but for reckoning. Savannah Cole has arrived not for reconciliation but for justice. The magnolias will continue to bloom, beautiful and poison-scented, as the South tears itself apart and tries to rebuild something truer.*</w:t>
      </w:r>
    </w:p>
    <w:p>
      <w:r>
        <w:t>*What comes next will be costly. It will be bloody in the metaphorical sense and possibly the literal sense. It will involve betrayals that reshape families and revelations that transform lives.*</w:t>
      </w:r>
    </w:p>
    <w:p>
      <w:r>
        <w:t>*But it will also be honest.*</w:t>
      </w:r>
    </w:p>
    <w:p>
      <w:r>
        <w:t>*And in a place where bourbon flows like blood, honesty is the most dangerous currency of all.*</w:t>
      </w:r>
    </w:p>
    <w:p>
      <w:r>
        <w:t>*Yours in anticipation of chaos,*</w:t>
      </w:r>
    </w:p>
    <w:p>
      <w:r>
        <w:t>*The Witness to Howler County*</w:t>
      </w:r>
    </w:p>
    <w:p>
      <w:pPr>
        <w:pStyle w:val="Heading2"/>
      </w:pPr>
      <w:r>
        <w:rPr>
          <w:b/>
          <w:color w:val="1F4E79"/>
          <w:sz w:val="32"/>
        </w:rPr>
        <w:t>END OF CHAPTER ONE</w:t>
      </w:r>
    </w:p>
    <w:p>
      <w:r>
        <w:t>**Word Count: Approximately 28,000 words**</w:t>
      </w:r>
    </w:p>
    <w:p>
      <w:pPr>
        <w:pStyle w:val="Heading2"/>
      </w:pPr>
      <w:r>
        <w:rPr>
          <w:b/>
          <w:color w:val="1F4E79"/>
          <w:sz w:val="32"/>
        </w:rPr>
        <w:t>CHAPTER ONE SUMMARY</w:t>
      </w:r>
    </w:p>
    <w:p>
      <w:r>
        <w:t>**Opening:** Cecil and Leona return to Howler, Mississippi after nearly 30 years absence, arriving at Earl's Authentic Soul Food &amp; Chinese Kitchen.</w:t>
      </w:r>
    </w:p>
    <w:p>
      <w:r>
        <w:t>**Key Events:**</w:t>
      </w:r>
    </w:p>
    <w:p>
      <w:r>
        <w:t>1. Introduction of the setting and the narrator (Lady Whistledown-style commentary)</w:t>
      </w:r>
    </w:p>
    <w:p>
      <w:r>
        <w:t>2. Cecil and Leona's arrival and the sense of homecoming mixed with exile</w:t>
      </w:r>
    </w:p>
    <w:p>
      <w:r>
        <w:t>3. **Extended Flashback:** The story of how Leona met Cecil at The Velvet Mirage (a strip club) in Milwaukee, Wisconsin in 1998 - showing their first encounter, his treatment of her as a human being rather than a commodity, and their decision to marry and move to Mississippi</w:t>
      </w:r>
    </w:p>
    <w:p>
      <w:r>
        <w:t>4. Maxine Eloise Carter's character introduction and her connection to Iris May Beaumont</w:t>
      </w:r>
    </w:p>
    <w:p>
      <w:r>
        <w:t>5. **Expanded Beau Cartwright scenes:** Colonel Beauregard Cartwright III receives news from Silas that Cecil Waters is back in town, triggering his awareness of a past secret. Extended scene with Eleanor establishing the strength of their partnership and their commitment to protecting family secrets</w:t>
      </w:r>
    </w:p>
    <w:p>
      <w:r>
        <w:t>6. The Cartwright dinner party setup and preparation with catering from Earl's</w:t>
      </w:r>
    </w:p>
    <w:p>
      <w:r>
        <w:t>7. Silas Cartwright's departure before the dinner party to meet Savannah Cole</w:t>
      </w:r>
    </w:p>
    <w:p>
      <w:r>
        <w:t>8. Savannah Cole's connection to Iris May Beaumont at Earl's restaurant</w:t>
      </w:r>
    </w:p>
    <w:p>
      <w:r>
        <w:t>9. The introduction of Mama Jo (Josephine Beaumont) as a woman who knows more than she reveals</w:t>
      </w:r>
    </w:p>
    <w:p>
      <w:r>
        <w:t>10. Cecil's late-night meeting with Reverend Ezra, where he reveals he has come to bear witness and potentially expose family secrets</w:t>
      </w:r>
    </w:p>
    <w:p>
      <w:r>
        <w:t>11. The implicit stakes: the system is about to be challenged, relationships are about to be tested, and nothing will be the same</w:t>
      </w:r>
    </w:p>
    <w:p>
      <w:r>
        <w:t>**Thematic Elements:**</w:t>
      </w:r>
    </w:p>
    <w:p>
      <w:pPr>
        <w:pStyle w:val="ListBullet"/>
      </w:pPr>
      <w:r>
        <w:t>Return and transformation</w:t>
      </w:r>
    </w:p>
    <w:p>
      <w:pPr>
        <w:pStyle w:val="ListBullet"/>
      </w:pPr>
      <w:r>
        <w:t>The past that won't stay buried</w:t>
      </w:r>
    </w:p>
    <w:p>
      <w:pPr>
        <w:pStyle w:val="ListBullet"/>
      </w:pPr>
      <w:r>
        <w:t>Power operating through secrecy</w:t>
      </w:r>
    </w:p>
    <w:p>
      <w:pPr>
        <w:pStyle w:val="ListBullet"/>
      </w:pPr>
      <w:r>
        <w:t>Justice as a disruptive force</w:t>
      </w:r>
    </w:p>
    <w:p>
      <w:pPr>
        <w:pStyle w:val="ListBullet"/>
      </w:pPr>
      <w:r>
        <w:t>The role of witnesses and truth-telling</w:t>
      </w:r>
    </w:p>
    <w:p>
      <w:pPr>
        <w:pStyle w:val="ListBullet"/>
      </w:pPr>
      <w:r>
        <w:t>Forbidden connections (Silas/Savannah, Maxine/Iris May)</w:t>
      </w:r>
    </w:p>
    <w:p>
      <w:pPr>
        <w:pStyle w:val="ListBullet"/>
      </w:pPr>
      <w:r>
        <w:t>The weight of complicity</w:t>
      </w:r>
    </w:p>
    <w:p>
      <w:r>
        <w:t>**Cliffhanger for Chapter Two:** Cecil is preparing to reveal something significant to Savannah Cole. The Cartwright and Beaumont families sense change coming but don't yet understand its dimensions. Colonel Beau Cartwright III faces a reckoning with his past as Cecil Waters's return threatens to expose secrets from 1997 that have been carefully buried for decades. The fever pitch is rising.</w:t>
      </w:r>
    </w:p>
    <w:p>
      <w:pPr>
        <w:pStyle w:val="Heading2"/>
      </w:pPr>
      <w:r>
        <w:rPr>
          <w:b/>
          <w:color w:val="1F4E79"/>
          <w:sz w:val="32"/>
        </w:rPr>
        <w:t>ADDITIONS IN REVISED VERSION</w:t>
      </w:r>
    </w:p>
    <w:p>
      <w:r>
        <w:t>**New Sections Added:**</w:t>
      </w:r>
    </w:p>
    <w:p>
      <w:r>
        <w:t>1. **Part III-B: The Milwaukee Memory** - An extensive flashback showing how Leona met Cecil at The Velvet Mirage strip club in Milwaukee in 1998, establishing their relationship as beginning with honest transaction and genuine human connection. Shows Leona's work as a dancer (under the stage name Diamond), Cecil's respect for her humanity, and their decision to marry and move south. Approximately 3,500 words.</w:t>
      </w:r>
    </w:p>
    <w:p>
      <w:r>
        <w:t>2. **Expanded Beau Cartwright Scenes** - Additional depth to Colonel Beauregard Cartwright III's character, including:</w:t>
      </w:r>
    </w:p>
    <w:p>
      <w:r>
        <w:t>- His internal reaction to Silas's news about Cecil Waters</w:t>
      </w:r>
    </w:p>
    <w:p>
      <w:r>
        <w:t>- A substantial scene in his study where he contemplates the threat Cecil represents</w:t>
      </w:r>
    </w:p>
    <w:p>
      <w:r>
        <w:t>- An extended interaction with Eleanor showing their marriage dynamic and shared commitment to protecting family secrets</w:t>
      </w:r>
    </w:p>
    <w:p>
      <w:r>
        <w:t>- Establishment of the 1997 event as a significant secret that both know about and want to protect</w:t>
      </w:r>
    </w:p>
    <w:p>
      <w:r>
        <w:t>- Approximately 2,000 words.</w:t>
      </w:r>
    </w:p>
    <w:p>
      <w:r>
        <w:t>3. **Maxine and Leona Connection** - A brief interaction where Leona thanks Maxine for her kindness, establishing the emotional resonance between these characters and serving as the trigger for Leona's Milwaukee memory.</w:t>
      </w:r>
    </w:p>
    <w:p>
      <w:r>
        <w:t>These additions deepen the narrative by:</w:t>
      </w:r>
    </w:p>
    <w:p>
      <w:pPr>
        <w:pStyle w:val="ListBullet"/>
      </w:pPr>
      <w:r>
        <w:t>Showing how Cecil and Leona's relationship began, making their current predicament more emotionally complex</w:t>
      </w:r>
    </w:p>
    <w:p>
      <w:pPr>
        <w:pStyle w:val="ListBullet"/>
      </w:pPr>
      <w:r>
        <w:t>Establishing Beau as a fully realized character with agency, intelligence, and his own conflicts</w:t>
      </w:r>
    </w:p>
    <w:p>
      <w:pPr>
        <w:pStyle w:val="ListBullet"/>
      </w:pPr>
      <w:r>
        <w:t>Creating stronger thematic connections between characters (Leona's past as a dancer, her experience of being seen as human, paralleling Maxine's experience as a transgender woman learning to be seen)</w:t>
      </w:r>
    </w:p>
    <w:p>
      <w:pPr>
        <w:pStyle w:val="ListBullet"/>
      </w:pPr>
      <w:r>
        <w:t>Adding approximately 8,000 words to the original chapter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