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8B4513"/>
          <w:sz w:val="56"/>
        </w:rPr>
        <w:t>BOURBON DYNASTY</w:t>
      </w:r>
    </w:p>
    <w:p>
      <w:pPr>
        <w:jc w:val="center"/>
      </w:pPr>
      <w:r>
        <w:rPr>
          <w:i/>
          <w:sz w:val="32"/>
        </w:rPr>
        <w:t>The Howler County Saga</w:t>
        <w:br/>
        <w:br/>
        <w:t>Chapters 1-5</w:t>
      </w:r>
    </w:p>
    <w:p/>
    <w:p/>
    <w:p/>
    <w:p>
      <w:pPr>
        <w:pStyle w:val="Heading1"/>
      </w:pPr>
      <w:r>
        <w:t>CHAPTER ONE: HOMECOMING</w:t>
      </w:r>
    </w:p>
    <w:p>
      <w:r>
        <w:t>**HOWLER'S TRUTH SAYS:** In Howler County, we believe that ghosts are just unfinished business wearing a face. Lord knows, Leona Cartwright is carrying enough ghosts to populate a cemetery. And she's bringing them all home.</w:t>
        <w:br/>
        <w:br/>
        <w:t>---</w:t>
        <w:br/>
        <w:br/>
        <w:t>The Tennessee highway stretched behind them like a scar, and Cecil Waters gripped the steering wheel of the Cadillac Escalade as if it might fly apart at any moment. Six days from Milwaukee. Six days of driving through the American belly, watching the landscape shift from industrial gray to something greener, older, more alive. Beside him, Leona Cartwright hadn't spoken in two hundred miles.</w:t>
        <w:br/>
        <w:br/>
        <w:t>She sat in the passenger seat with her phone dark, her hands folded in her lap—a posture of preternatural stillness that fooled no one who knew how to read such things. Cecil had been reading the body language of the powerful for forty-seven years. He knew what silence meant. Silence meant she was terrified.</w:t>
        <w:br/>
        <w:br/>
        <w:t>"We're ten minutes out," he said, not because she'd asked, but because the silence had become a living thing that needed to be broken.</w:t>
        <w:br/>
        <w:br/>
        <w:t>Leona turned her head slowly, as if moving required negotiating with her own body. The morning light caught the gold cuffs threaded through her box braids—she'd done them fresh in Chicago, said it was for the drive, but Cecil knew better. She was armoring herself.</w:t>
        <w:br/>
        <w:br/>
        <w:t>"Daddy still alive?" she asked.</w:t>
        <w:br/>
        <w:br/>
        <w:t>"Last I heard. Though your mother's been saying he'd drop dead any day now for about five years."</w:t>
        <w:br/>
        <w:br/>
        <w:t>A ghost of something that might have been a smile touched Leona's lips. "Mama's been saying that since I was nine."</w:t>
        <w:br/>
        <w:br/>
        <w:t>She adjusted her position, and Cecil caught the faint glint of the phoenix tattoo on her hip, barely visible above the waistline of her expensive jeans. A bird rising from ashes. He'd seen the tattoo in Milwaukee, in the apartment she'd shared with Darius, and he'd understood then what he was being asked to understand now: that Leona Cartwright was not the same woman who'd left Howler County ten years ago. That woman had burned. This one was something risen and dangerous and desperately tired.</w:t>
        <w:br/>
        <w:br/>
        <w:t>The Escalade wound through the hills toward Howler City proper, and Cecil felt the weight of homecoming settle on him like a coat made of lead. These roads knew him. These hills had watched him become whatever he'd become—Black Panther, soldier, driver, confidant, sinner. The bourbon-sweet air came through the AC vents, and he knew Leona smelled it too. Their bodies remembered what their minds might have tried to forget.</w:t>
        <w:br/>
        <w:br/>
        <w:t>"Cecil," she said, and there was something in her voice that wasn't quite request and wasn't quite order. "I need to go to Earl's first. Before the house."</w:t>
        <w:br/>
        <w:br/>
        <w:t>He understood. Earl's was neutral ground. Earl's was where you went to take off the mask before facing the people who'd known you with the mask on.</w:t>
        <w:br/>
        <w:br/>
        <w:t>---</w:t>
        <w:br/>
        <w:br/>
        <w:t>Earl's Authentic Soul Food &amp; Chinese Kitchen sat on the corner of Magnolia and Fifth, in the sweet spot where Howler County's Black neighborhoods bled into the more integrated downtown. From the outside, it looked like two businesses having an affair: the soul food signage on the left side of the window, the Chinese characters on the right. Inside, it was a seamless blend of catfish and lo mein, fried chicken and egg rolls, collard greens and jasmine rice. Forty years ago, Earline Lynch had married a Chinese man named Thomas Chen and decided that regional cuisines were just different expressions of the same impulse: to feed people you loved and make them feel like home.</w:t>
        <w:br/>
        <w:br/>
        <w:t>It was 11:47 a.m. on a Tuesday, and Earl's was doing modest business—a few construction workers at the counter, an elderly couple sharing a plate of baked chicken, a trio of what looked like college girls on fall break.</w:t>
        <w:br/>
        <w:br/>
        <w:t>Earline herself stood behind the counter, her dark skin creased with the kind of smile that came from knowing exactly who'd just walked through the door before they fully crossed the threshold. She was seventy-one years old and wore her graying hair in a crown of braids pinned up with kente cloth pins. She had the look of a woman who'd seen it all and had zero patience for anyone's bullshit.</w:t>
        <w:br/>
        <w:br/>
        <w:t>Her eyes landed on Leona, and something flickered across her face—recognition, concern, and the particular satisfaction of being right about something she'd never said out loud.</w:t>
        <w:br/>
        <w:br/>
        <w:t>"Well," Earline said, loud enough for the whole restaurant to hear but not quite loud enough to be calling attention. "Look what the cat dragged back from Milwaukee."</w:t>
        <w:br/>
        <w:br/>
        <w:t>Leona walked to the counter like she was approaching a judge instead of a woman who'd fed her countless meals. "Ms. Earline."</w:t>
        <w:br/>
        <w:br/>
        <w:t>"Sit," Earline commanded, pointing to a booth by the window. "You look like you're about to fall over, and we don't have the insurance for you collapsing in my restaurant. Cecil, get her some sweet tea. The real stuff, not that sugar-water nonsense. And you're having lunch."</w:t>
        <w:br/>
        <w:br/>
        <w:t>This wasn't a negotiation.</w:t>
        <w:br/>
        <w:br/>
        <w:t>Ten minutes later, they were ensconced in the corner booth—the same one where Leona had sat during her senior year, supposedly studying for her SATs but actually writing letters to Beau Beaumont that she'd never send. The booth had a view of the street and of the interior of the restaurant simultaneously. It was a position of strategic advantage, which was probably why Earline had assigned it.</w:t>
        <w:br/>
        <w:br/>
        <w:t>Maxine Eloise Carter appeared with the sweetness of a prayer and the efficiency of a cathedral—two glasses of sweet tea, condensation already beading on the glasses, and a kind of attention that made you feel like the only person in the world who mattered.</w:t>
        <w:br/>
        <w:br/>
        <w:t>She had pinkish-blonde dreadlocks threaded through with copper wire, brown skin, and eyes that had learned their kindness through difficulty. When she smiled at Leona, it wasn't the patronizing smile of someone recognizing a returning prodigal. It was just human—warm, genuine, and utterly without judgment.</w:t>
        <w:br/>
        <w:br/>
        <w:t>"I haven't seen you in years," Maxine said. "But I'll make your Daddy's order if you want. Grilled salmon, collard greens, cornbread, no salt?"</w:t>
        <w:br/>
        <w:br/>
        <w:t>Leona's eyes filmed. "Yes. Actually, can you add the fried chicken too?"</w:t>
        <w:br/>
        <w:br/>
        <w:t>"Coming right up, baby."</w:t>
        <w:br/>
        <w:br/>
        <w:t>Maxine glided away, and Cecil watched Leona watch her go. There was something about Maxine that made you believe people could change, could become themselves, could be loved for it. It was dangerous in a place like Howler County, where most people were still trying to fit into shapes that never quite fit right.</w:t>
        <w:br/>
        <w:br/>
        <w:t>"She transitioned about six years ago," Cecil offered quietly. "Everybody gave her hell for about two minutes, then her biscuits proved more powerful than anybody's opinion."</w:t>
        <w:br/>
        <w:br/>
        <w:t>Leona managed a real smile—the first one Cecil had seen since they'd left Milwaukee. "That tracks."</w:t>
        <w:br/>
        <w:br/>
        <w:t>The tea was cold and perfect, cutting through the bourbon-heavy air like grace. They sat in silence, and Cecil let Leona have it. Part of his job—had been his job for decades—was knowing when to talk and when to let other people sit with their own thoughts.</w:t>
        <w:br/>
        <w:br/>
        <w:t>After ten minutes, Leona spoke: "Is he in the city?"</w:t>
        <w:br/>
        <w:br/>
        <w:t>Cecil didn't ask who. "Beau's been running the Beaumont operation pretty much full-time for three years. His daddy had a stroke. That was two years ago."</w:t>
        <w:br/>
        <w:br/>
        <w:t>"Harry had a stroke."</w:t>
        <w:br/>
        <w:br/>
        <w:t>"Massive. Partial recovery, but he's not himself anymore."</w:t>
        <w:br/>
        <w:br/>
        <w:t>She closed her eyes. "Did he ask about me?"</w:t>
        <w:br/>
        <w:br/>
        <w:t>"Not to me. But Cecil, people talk. Everybody knows you've been in Milwaukee. Everybody knows it's been ten years. Everybody's been wondering when you'd come back."</w:t>
        <w:br/>
        <w:br/>
        <w:t>When Leona opened her eyes, they were dry, but something fragile had crystallized in her expression. "I'm not coming back, Cecil. I'm coming home. That's not the same thing."</w:t>
        <w:br/>
        <w:br/>
        <w:t>---</w:t>
        <w:br/>
        <w:br/>
        <w:t>**HOWLER'S TRUTH KNOWS:** The difference between coming back and coming home is the difference between an ending and a beginning. Leona Cartwright is about to learn that some endings are just slow-motion beginnings, and some homecomings are actually a kind of arson.</w:t>
        <w:br/>
        <w:br/>
        <w:t>---</w:t>
        <w:br/>
        <w:br/>
        <w:t>The Cartwright Estate occupied four hundred acres of prime bourbon country, bordered by limestone springs and ancient forests that had watched centuries of American ambition flourish and corrode. The mansion sat at the top of a rise—antebellum, classical, the kind of architecture that had been built on the backs of people who had no choice.</w:t>
        <w:br/>
        <w:br/>
        <w:t>Cecil pulled the Escalade up the drive at 1:43 p.m., and Leona's breathing changed. He could hear it—the slight acceleration, the shallowness, the way a body prepares for impact.</w:t>
        <w:br/>
        <w:br/>
        <w:t>The house looked smaller than she remembered and larger. The gardens had been redesigned—her mother's doing, probably—with more native plants, fewer pretentious French topiaries. The fountain was gone. There was a ramp on the eastern side of the portico, which meant her father's mobility had been compromised more than Cecil's casual reports had suggested.</w:t>
        <w:br/>
        <w:br/>
        <w:t>"Come on," Cecil said gently. "Let's get you out of the car."</w:t>
        <w:br/>
        <w:br/>
        <w:t>The front door opened before they'd fully mounted the steps, and there was James Cartwright III—her father—in a wheelchair, propelled by a young Black woman in scrubs who had the look of someone who'd worked in medical care long enough to be unimpressed by wealth and unafraid of powerful people.</w:t>
        <w:br/>
        <w:br/>
        <w:t>"Well," James said, his voice still sharp, still commanding, even if his body had betrayed him. "You finally showed your face."</w:t>
        <w:br/>
        <w:br/>
        <w:t>Leona walked to him and bent, kissing the top of his head, and Cecil saw her hands trembling. "Hello, Daddy."</w:t>
        <w:br/>
        <w:br/>
        <w:t>"You look like hell," he said. "But also like you've had some sense knocked into you, so I suppose it evens out."</w:t>
        <w:br/>
        <w:br/>
        <w:t>He pulled her into an embrace that lasted long enough to be genuine, and when he released her, Leona's eyes were wet.</w:t>
        <w:br/>
        <w:br/>
        <w:t>"Come on, girl. Let's get inside before the neighbors see you looking like something the cat dragged in and then kicked for being too much trouble."</w:t>
        <w:br/>
        <w:br/>
        <w:t>The irony of this statement—given that Earline had said nearly the same thing—wasn't lost on Leona or on Cecil, who followed them into the cool interior of the house that had made and broken her.</w:t>
        <w:br/>
        <w:br/>
        <w:t>---</w:t>
        <w:br/>
        <w:br/>
        <w:t>That evening, after her father had retreated to his rooms, after her mother had finished her initial interrogation about Milwaukee and the life choices that had led Leona to earn money by taking off her clothes in front of strangers, after Leona had bathed and changed into clothes more befitting a Cartwright heiress than a Milwaukee exotic dancer, there was a knock on her bedroom door.</w:t>
        <w:br/>
        <w:br/>
        <w:t>She opened it to find her mother, Eleanor, dressed in silk pajamas and carrying a crystal glass of bourbon. Eleanor Howell Cartwright had aged like a woman who'd spent her life fighting gravity and winning. She was seventy-two, looked sixty, and had the kind of bone structure that suggested good breeding and serious cosmetic surgery in roughly equal measures.</w:t>
        <w:br/>
        <w:br/>
        <w:t>"You can't stay in this house without addressing certain realities," Eleanor said without preamble. "Your father has decided to let you remain because, apparently, after thirty years of marriage, I finally had the leverage to insist. But there are conditions."</w:t>
        <w:br/>
        <w:br/>
        <w:t>"I haven't agreed to stay."</w:t>
        <w:br/>
        <w:br/>
        <w:t>"You're here. You came home. That's agreement enough." Eleanor set the bourbon on Leona's dresser. "Drink this. You look like you need it."</w:t>
        <w:br/>
        <w:br/>
        <w:t>Leona didn't particularly like bourbon anymore. It reminded her too much of her childhood—the way it had smelled on her father's breath, the way it had stained the family legacy like blood. But she took the glass anyway.</w:t>
        <w:br/>
        <w:br/>
        <w:t>"The Beaumonts are expecting you at the Harvest Gala on Saturday," Eleanor continued. "It's a public appearance. Everyone who matters will be there. You'll go, you'll smile, you'll let them all see that you haven't permanently damaged the Cartwright name."</w:t>
        <w:br/>
        <w:br/>
        <w:t>"And if I don't want to?"</w:t>
        <w:br/>
        <w:br/>
        <w:t>"Then you can go back to Milwaukee and dancing in whatever kind of establishment would have you. But if you stay, you follow the rules. And the first rule is: you're cordial to the Beaumonts. You were friends with that boy—"</w:t>
        <w:br/>
        <w:br/>
        <w:t>"Don't," Leona said quietly.</w:t>
        <w:br/>
        <w:br/>
        <w:t>"—and whatever happened between you was a juvenile infatuation. You're adults now. Time for everyone to move forward."</w:t>
        <w:br/>
        <w:br/>
        <w:t>Eleanor turned to leave, and Leona's voice stopped her: "Did Daddy ask about Darius?"</w:t>
        <w:br/>
        <w:br/>
        <w:t>Eleanor's back stiffened. "Should he have?"</w:t>
        <w:br/>
        <w:br/>
        <w:t>"He died, Mother. Two months ago. Suicide."</w:t>
        <w:br/>
        <w:br/>
        <w:t>The silence that followed was the kind that gets created when people realize they've been unprepared for honesty. Eleanor turned back slowly, and for the first time, something like maternal softness crossed her face.</w:t>
        <w:br/>
        <w:br/>
        <w:t>"I'm sorry, baby," she said. And then, because she was who she was: "That must have been very inconvenient for you."</w:t>
        <w:br/>
        <w:br/>
        <w:t>---</w:t>
        <w:br/>
        <w:br/>
        <w:t>**HOWLER'S TRUTH WHISPERS:** In Howler County, we understand that family is sometimes a prison dressed up as a home. And some prisons are so beautiful, we don't realize we're locked in until it's too late. Leona Cartwright has forgotten how beautiful her cage was. She's about to be reminded. And she's about to find out whether a caged bird can still fly.</w:t>
      </w:r>
    </w:p>
    <w:p>
      <w:r>
        <w:br w:type="page"/>
      </w:r>
    </w:p>
    <w:p>
      <w:pPr>
        <w:pStyle w:val="Heading1"/>
      </w:pPr>
      <w:r>
        <w:t>CHAPTER TWO: THE BOURBON BUSINESS</w:t>
      </w:r>
    </w:p>
    <w:p>
      <w:r>
        <w:t>**HOWLER'S TRUTH SAYS:** They say that bourbon is liquid time, and in Howler County, time is the most expensive commodity of all. The Cartwrights and Beaumonts have spent decades hoarding it, aging it, turning it into something that tastes like power and smells like future. But time, like bourbon, has a way of running out.</w:t>
        <w:br/>
        <w:br/>
        <w:t>---</w:t>
        <w:br/>
        <w:br/>
        <w:t>The Beaumont offices occupied the top floor of the Howler County Commerce Building—all glass, steel, and aggressive modernism. The aesthetic was "we're not your father's bourbon company," which was exactly what Harry Beaumont's lawyers had wanted to communicate when they'd designed the space in 1998.</w:t>
        <w:br/>
        <w:br/>
        <w:t>Beau sat at the glass desk—the one positioned to catch the light like it was a stage—and stared at the market projections his CFO had just presented. They were bad. Not catastrophic, but a clear downward trend over the past eighteen months. Something had shifted in the market, and he couldn't quite identify what.</w:t>
        <w:br/>
        <w:br/>
        <w:t>His executive assistant buzzed: "Your father's nurse is here. He's asking for you."</w:t>
        <w:br/>
        <w:br/>
        <w:t>Beau's jaw tightened. "I'm in the middle of something."</w:t>
        <w:br/>
        <w:br/>
        <w:t>"He says it's important."</w:t>
        <w:br/>
        <w:br/>
        <w:t>It was always important. Or rather, nothing was important to Harry Beaumont anymore. His stroke had left him with a certain philosophical clarity about what mattered and what didn't, and he wielded that clarity like a weapon.</w:t>
        <w:br/>
        <w:br/>
        <w:t>Beau made his way down to his father's private apartments on the second floor—a sprawling suite that had once been used for board meetings but was now Harry's kingdom. The old man sat in a leather recliner, positioned to overlook the whole county. Therapy had recovered most of his faculties, but his right side still dragged slightly, and his voice had that post-stroke thickness that made every word sound like an accusation.</w:t>
        <w:br/>
        <w:br/>
        <w:t>"The Cartwrights are trying something," Harry said without greeting. "Isaiah Cross found evidence of market manipulation. They're trying to buy up small distributors, corner the independent retailers."</w:t>
        <w:br/>
        <w:br/>
        <w:t>Isaiah Cross was James Cartwright II's illegitimate son—a fact that had emerged about seven years ago and had scandalized everyone for approximately two weeks before being absorbed into the general baseline of scandal that was Howler County. He was smart. Dangerously smart. And he worked for the Cartwright family now, which meant he was their weapon.</w:t>
        <w:br/>
        <w:br/>
        <w:t>"We're doing the same thing," Beau said. "This is business."</w:t>
        <w:br/>
        <w:br/>
        <w:t>"This is war," Harry corrected. "There's a difference. In business, you can retreat. In war, you either win or you die. And I'm not interested in seeing this family die over bourbon."</w:t>
        <w:br/>
        <w:br/>
        <w:t>"Bourbon is all we have."</w:t>
        <w:br/>
        <w:br/>
        <w:t>"Then we deserve to lose it."</w:t>
        <w:br/>
        <w:br/>
        <w:t>The statement hung in the air like something toxic. Beau had heard variations of this sentiment from his father with increasing frequency. It was philosophy, or possibly dementia, or possibly something worse: honest recognition of the cost of their ambition.</w:t>
        <w:br/>
        <w:br/>
        <w:t>"The girl came back," Harry said, shifting his body with visible effort. "Leona Cartwright. She's in town."</w:t>
        <w:br/>
        <w:br/>
        <w:t>Beau's careful arrangement of things—the meticulous structure he'd built to keep himself vertical and functional—shifted slightly. "I heard."</w:t>
        <w:br/>
        <w:br/>
        <w:t>"Did you? From whom?"</w:t>
        <w:br/>
        <w:br/>
        <w:t>"People talk."</w:t>
        <w:br/>
        <w:br/>
        <w:t>"Yes. People talk. They're saying she danced professionally. That she married some man who killed himself. That she came back to Howler County with money and secrets." Harry turned to look directly at his son. "Tell me the money isn't going to be a problem."</w:t>
        <w:br/>
        <w:br/>
        <w:t>"It won't be."</w:t>
        <w:br/>
        <w:br/>
        <w:t>"Because if the Cartwrights are bankrolling some new venture—"</w:t>
        <w:br/>
        <w:br/>
        <w:t>"They're not," Beau said, with more certainty than he felt. "She's home for family reasons."</w:t>
        <w:br/>
        <w:br/>
        <w:t>Harry's laugh was a bark, sharp and clear. "Boy, there are no family reasons. There are only territory reasons and love reasons, and love reasons are the ones that destroy empires. Don't be stupid."</w:t>
        <w:br/>
        <w:br/>
        <w:t>---</w:t>
        <w:br/>
        <w:br/>
        <w:t>The Harvest Gala was held at the Howler County Country Club, a bastion of old money and older grudges. It happened every October, a charity benefit ostensibly for local education but functionally a stage for power displays and alliance-making. Everyone who mattered was there. Everyone who thought they mattered was there. And everyone who actually had power showed up pretending they didn't.</w:t>
        <w:br/>
        <w:br/>
        <w:t>Leona descended the staircase at the Cartwright mansion at 7:15 p.m., having timed her arrival to be fashionably late but not late enough to be rude. She wore a dress designed by a young Black designer from Atlanta—a masterpiece of deep purple silk that caught the light like water. Her braids were swept into an elaborate crown, and her makeup was flawless: the kind of beautiful that made you believe in evolution.</w:t>
        <w:br/>
        <w:br/>
        <w:t>Her father whistled, which meant he approved. Her mother made a small sound that might have been satisfaction or might have been resignation. Cecil, who was driving them, adjusted his mirror and kept his face deliberately neutral.</w:t>
        <w:br/>
        <w:br/>
        <w:t>"You look beautiful, Princess," her father said, using the name he'd called her since childhood, back when the world still seemed full of possibility.</w:t>
        <w:br/>
        <w:br/>
        <w:t>"Thank you, Daddy."</w:t>
        <w:br/>
        <w:br/>
        <w:t>The Country Club glittered like something out of a magazine spread. The ballroom had been decorated with what Leona recognized as genuine period roses—the ones that cost actual money—and the tables displayed the kind of floral arrangements that suggested someone had hired a designer from New York. Bourbon flowed. Champagne flowed. The orchestra played standards, and the air was thick with perfume, ambition, and the particular sexual electricity that comes from proximity to power.</w:t>
        <w:br/>
        <w:br/>
        <w:t>Leona made her entrance on her father's arm, and she felt the shift in the room's attention like a physical thing. Eyes found her. Whispers started. The careful social machinery of Howler County's upper class began its calculations: Was she here to reconcile? Was she a threat? Could she be managed?</w:t>
        <w:br/>
        <w:br/>
        <w:t>She accepted a champagne flute she didn't intend to drink and began the intricate dance of acknowledgment—small smiles, tiny nods, the kind of physical language that communicated I acknowledge your existence but reserve the right to ignore you completely if the situation demands.</w:t>
        <w:br/>
        <w:br/>
        <w:t>And then she saw Beau.</w:t>
        <w:br/>
        <w:br/>
        <w:t>He was talking to a state senator, but his eyes found hers across the crowd with the precision of a heat-seeking missile. He was thirty-four now, and the boy she'd known at seventeen had been refined into something far more dangerous: a man who'd learned how to use his charm like a tool, who understood the precise weight and angle required to accomplish what he wanted.</w:t>
        <w:br/>
        <w:br/>
        <w:t>When he excused himself from the senator, Leona's body betrayed her by accelerating its heart rate.</w:t>
        <w:br/>
        <w:br/>
        <w:t>"Leona," he said, arriving at her side with the casual confidence of someone used to getting what he wanted. "It's been a long time."</w:t>
        <w:br/>
        <w:br/>
        <w:t>"Beaumont." She'd decided to keep her response formal.</w:t>
        <w:br/>
        <w:br/>
        <w:t>"That's hurtful. Surely you can call me Beau."</w:t>
        <w:br/>
        <w:br/>
        <w:t>"I could. I chose not to."</w:t>
        <w:br/>
        <w:br/>
        <w:t>He smiled, and it was devastating. He still had that quality—the ability to make a woman feel like she was the only interesting thing in any room. "Dance with me."</w:t>
        <w:br/>
        <w:br/>
        <w:t>"I don't think—"</w:t>
        <w:br/>
        <w:br/>
        <w:t>"Not because we have anything to negotiate. Just because the orchestra's playing something beautiful, and you're here, and I've been imagining talking to you for so long that I need to see if my imagination was right."</w:t>
        <w:br/>
        <w:br/>
        <w:t>It was manipulative. It was calculated. It was probably a tremendous mistake.</w:t>
        <w:br/>
        <w:br/>
        <w:t>She took his hand anyway.</w:t>
        <w:br/>
        <w:br/>
        <w:t>The dance floor was crowded enough to provide privacy. Beau held her with the kind of formality that was almost more intimate than closeness would have been.</w:t>
        <w:br/>
        <w:br/>
        <w:t>"I heard about your husband," he said quietly. "I'm sorry."</w:t>
        <w:br/>
        <w:br/>
        <w:t>"How did you—" She stopped. Of course he knew. Everyone knew. "Thank you."</w:t>
        <w:br/>
        <w:br/>
        <w:t>"Did you love him?"</w:t>
        <w:br/>
        <w:br/>
        <w:t>"That's not a question you get to ask."</w:t>
        <w:br/>
        <w:br/>
        <w:t>"No. But I'm asking anyway."</w:t>
        <w:br/>
        <w:br/>
        <w:t>She considered lying, but something about being in his proximity again made dishonesty seem exhausting. "I thought I did. Turns out I was wrong."</w:t>
        <w:br/>
        <w:br/>
        <w:t>"Are you staying?"</w:t>
        <w:br/>
        <w:br/>
        <w:t>"I don't know."</w:t>
        <w:br/>
        <w:br/>
        <w:t>"Your father looks like he's dying."</w:t>
        <w:br/>
        <w:br/>
        <w:t>"Yes."</w:t>
        <w:br/>
        <w:br/>
        <w:t>"So you'll probably stay until he does, and then you'll decide whether the money is enough to keep you here or whether it's just another thing that's never been enough."</w:t>
        <w:br/>
        <w:br/>
        <w:t>Leona pulled back enough to look at him directly. "Is that insight or malice?"</w:t>
        <w:br/>
        <w:br/>
        <w:t>"It's recognition. You're not the girl who left Howler County. You're not the woman who went to Milwaukee. You're something new. And I don't know if I like you anymore."</w:t>
        <w:br/>
        <w:br/>
        <w:t>"Good."</w:t>
        <w:br/>
        <w:br/>
        <w:t>"That's not good. It's actually terrible. Because I definitely still want you, and wanting something you don't like is a kind of torture." He pulled her closer. "The Cartwright-Beaumont thing is heating up. Your father knows it. My father definitely knows it. There's going to be a reckoning. And you're going to have to choose which family you belong to—the one that raised you or the one you actually want."</w:t>
        <w:br/>
        <w:br/>
        <w:t>"That's not a real choice."</w:t>
        <w:br/>
        <w:br/>
        <w:t>"No," he agreed. "But it's the only one they'll give you."</w:t>
        <w:br/>
        <w:br/>
        <w:t>The song ended. He released her. She returned to her table, and neither of them looked back.</w:t>
        <w:br/>
        <w:br/>
        <w:t>---</w:t>
        <w:br/>
        <w:br/>
        <w:t>**HOWLER'S TRUTH KNOWS:** Beau Beaumont is wrong about one thing. Leona Cartwright already knows which family she belongs to. She's just terrified to admit it. And by the time this night is over, her terror is going to look like prophecy. Because in Howler County, the sins of the father always come home. And Leona Cartwright is about to discover that she's the house those sins have chosen to inhabit.</w:t>
      </w:r>
    </w:p>
    <w:p>
      <w:r>
        <w:br w:type="page"/>
      </w:r>
    </w:p>
    <w:p>
      <w:pPr>
        <w:pStyle w:val="Heading1"/>
      </w:pPr>
      <w:r>
        <w:t>CHAPTERS 3-5: COMING SOON</w:t>
      </w:r>
    </w:p>
    <w:p>
      <w:r>
        <w:t>The full manuscript will continue with:</w:t>
        <w:br/>
        <w:br/>
        <w:t>**CHAPTER 3: MEMORY &amp; DESIRE**</w:t>
        <w:br/>
        <w:t>The historical secrets emerge. Isaiah Cartwright confronts his father's legacy. Dorothy Cartwright has her final lucid moment. Cecil's affair with Eden Beaumont is discovered.</w:t>
        <w:br/>
        <w:br/>
        <w:t>**CHAPTER 4: THE BOURBON WARS**</w:t>
        <w:br/>
        <w:t>Market manipulation reaches fever pitch. Isaiah and Beau form an unexpected alliance. Margot Beaumont files a devastating court brief. The family structures begin to crack.</w:t>
        <w:br/>
        <w:br/>
        <w:t>**CHAPTER 5: THE RECKONING &amp; RUPTURE**</w:t>
        <w:br/>
        <w:t>The climax of the first season. Harry's final gambit. Cecil makes his impossible choice. Dorothy's death sets everything in motion. The nature of love and loyalty is exposed.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