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000000"/>
          <w:sz w:val="56"/>
        </w:rPr>
        <w:t>CRUDE HEARTS</w:t>
      </w:r>
    </w:p>
    <w:p>
      <w:pPr>
        <w:jc w:val="center"/>
      </w:pPr>
      <w:r>
        <w:rPr>
          <w:i/>
          <w:sz w:val="28"/>
        </w:rPr>
        <w:t>Complete Series Bible &amp; Chapter One</w:t>
      </w:r>
    </w:p>
    <w:p>
      <w:pPr>
        <w:jc w:val="center"/>
      </w:pPr>
      <w:r>
        <w:rPr>
          <w:i/>
          <w:sz w:val="24"/>
        </w:rPr>
        <w:t>A Southern Gothic Soap Opera Set in Howler County, Texas</w:t>
      </w:r>
    </w:p>
    <w:p/>
    <w:p>
      <w:pPr>
        <w:jc w:val="center"/>
      </w:pPr>
      <w:r>
        <w:t>────────────────────────────────────────────────────────────────────────────────</w:t>
      </w:r>
    </w:p>
    <w:p/>
    <w:p/>
    <w:p>
      <w:pPr>
        <w:pStyle w:val="Heading1"/>
      </w:pPr>
      <w:r>
        <w:t>A Southern Gothic Soap Opera Set in Howler County, Texas</w:t>
      </w:r>
    </w:p>
    <w:p>
      <w:r>
        <w:rPr>
          <w:i/>
        </w:rPr>
        <w:t>Book Series Format (Literary Prestige Drama with Episodic Television Structure)</w:t>
      </w:r>
    </w:p>
    <w:p/>
    <w:p/>
    <w:p>
      <w:pPr>
        <w:pStyle w:val="Heading1"/>
      </w:pPr>
      <w:r>
        <w:t>TABLE OF CONTENTS</w:t>
      </w:r>
    </w:p>
    <w:p/>
    <w:p>
      <w:pPr>
        <w:pStyle w:val="ListNumber"/>
      </w:pPr>
      <w:r>
        <w:t>Series Overview &amp; Vision</w:t>
      </w:r>
    </w:p>
    <w:p>
      <w:pPr>
        <w:pStyle w:val="ListNumber"/>
      </w:pPr>
      <w:r>
        <w:t>Logline &amp; Premise</w:t>
      </w:r>
    </w:p>
    <w:p>
      <w:pPr>
        <w:pStyle w:val="ListNumber"/>
      </w:pPr>
      <w:r>
        <w:t>Series Format &amp; Structure</w:t>
      </w:r>
    </w:p>
    <w:p>
      <w:pPr>
        <w:pStyle w:val="ListNumber"/>
      </w:pPr>
      <w:r>
        <w:t>Thematic Framework</w:t>
      </w:r>
    </w:p>
    <w:p>
      <w:pPr>
        <w:pStyle w:val="ListNumber"/>
      </w:pPr>
      <w:r>
        <w:t>World: Howler County, Texas</w:t>
      </w:r>
    </w:p>
    <w:p>
      <w:pPr>
        <w:pStyle w:val="ListNumber"/>
      </w:pPr>
      <w:r>
        <w:t>The Cartwright-Beaumont Feud: Complete History</w:t>
      </w:r>
    </w:p>
    <w:p>
      <w:pPr>
        <w:pStyle w:val="ListNumber"/>
      </w:pPr>
      <w:r>
        <w:t>The Oil Industry &amp; Power Dynamics</w:t>
      </w:r>
    </w:p>
    <w:p>
      <w:pPr>
        <w:pStyle w:val="ListNumber"/>
      </w:pPr>
      <w:r>
        <w:t>Main Characters: Deep Profiles</w:t>
      </w:r>
    </w:p>
    <w:p>
      <w:pPr>
        <w:pStyle w:val="ListNumber"/>
      </w:pPr>
      <w:r>
        <w:t>Supporting Characters</w:t>
      </w:r>
    </w:p>
    <w:p>
      <w:r>
        <w:t>10. Season Arc Breakdown</w:t>
      </w:r>
    </w:p>
    <w:p>
      <w:r>
        <w:t>11. Story Engines &amp; Recurring Themes</w:t>
      </w:r>
    </w:p>
    <w:p>
      <w:r>
        <w:t>12. Visual &amp; Narrative Guidelines</w:t>
      </w:r>
    </w:p>
    <w:p>
      <w:r>
        <w:t>13. Lady Whistledown Narrator</w:t>
      </w:r>
    </w:p>
    <w:p/>
    <w:p/>
    <w:p>
      <w:pPr>
        <w:pStyle w:val="Heading1"/>
      </w:pPr>
      <w:r>
        <w:t>SERIES OVERVIEW &amp; VISION</w:t>
      </w:r>
    </w:p>
    <w:p/>
    <w:p>
      <w:r>
        <w:t>**Title:** CRUDE HEARTS</w:t>
      </w:r>
    </w:p>
    <w:p/>
    <w:p>
      <w:r>
        <w:t>**Genre:** Southern Gothic Soap Opera / Literary Prestige Drama</w:t>
      </w:r>
    </w:p>
    <w:p/>
    <w:p>
      <w:r>
        <w:t>**Setting:** Howler County, Texas (Fictional) - Present Day with 70-year historical backdrop</w:t>
      </w:r>
    </w:p>
    <w:p/>
    <w:p>
      <w:r>
        <w:rPr>
          <w:i/>
        </w:rPr>
        <w:t>Comparable Shows/Books:</w:t>
      </w:r>
    </w:p>
    <w:p>
      <w:pPr>
        <w:pStyle w:val="ListBullet"/>
      </w:pPr>
      <w:r>
        <w:t>All My Children + Guiding Light (soap opera structure &amp; emotional intensity)</w:t>
      </w:r>
    </w:p>
    <w:p>
      <w:pPr>
        <w:pStyle w:val="ListBullet"/>
      </w:pPr>
      <w:r>
        <w:t>Young and the Restless (family drama, obsession, betrayal)</w:t>
      </w:r>
    </w:p>
    <w:p>
      <w:pPr>
        <w:pStyle w:val="ListBullet"/>
      </w:pPr>
      <w:r>
        <w:t>Dallas/Dynasty (oil wealth, feuding families, scandal)</w:t>
      </w:r>
    </w:p>
    <w:p>
      <w:pPr>
        <w:pStyle w:val="ListBullet"/>
      </w:pPr>
      <w:r>
        <w:t>Cat on a Hot Tin Roof (sexual tension, family secrets, southern decay)</w:t>
      </w:r>
    </w:p>
    <w:p>
      <w:pPr>
        <w:pStyle w:val="ListBullet"/>
      </w:pPr>
      <w:r>
        <w:t>To Kill a Mockingbird (racial complexity, moral reckoning)</w:t>
      </w:r>
    </w:p>
    <w:p>
      <w:pPr>
        <w:pStyle w:val="ListBullet"/>
      </w:pPr>
      <w:r>
        <w:t>Queen Sugar (Black family legacy, systemic racism, financial power)</w:t>
      </w:r>
    </w:p>
    <w:p>
      <w:pPr>
        <w:pStyle w:val="ListBullet"/>
      </w:pPr>
      <w:r>
        <w:t>Greenleaf (class warfare, religion, sexuality, hidden truths)</w:t>
      </w:r>
    </w:p>
    <w:p>
      <w:pPr>
        <w:pStyle w:val="ListBullet"/>
      </w:pPr>
      <w:r>
        <w:t>Our Kind of People (Black wealth, social hierarchies, old money networks)</w:t>
      </w:r>
    </w:p>
    <w:p>
      <w:pPr>
        <w:pStyle w:val="ListBullet"/>
      </w:pPr>
      <w:r>
        <w:t>Beyond the Gates (exclusive world, generational trauma)</w:t>
      </w:r>
    </w:p>
    <w:p>
      <w:pPr>
        <w:pStyle w:val="ListBullet"/>
      </w:pPr>
      <w:r>
        <w:t>Game of Thrones (without fantasy) political intrigue, power consolidation, family warfare</w:t>
      </w:r>
    </w:p>
    <w:p/>
    <w:p>
      <w:r>
        <w:t>**Tone:** Dark, seductive, morally complex, deeply sensual, occasionally violent, always haunting</w:t>
      </w:r>
    </w:p>
    <w:p/>
    <w:p/>
    <w:p>
      <w:pPr>
        <w:pStyle w:val="Heading1"/>
      </w:pPr>
      <w:r>
        <w:t>LOGLINE &amp; PREMISE</w:t>
      </w:r>
    </w:p>
    <w:p/>
    <w:p>
      <w:r>
        <w:t>When Leona Beaumont—a former exotic dancer with a phoenix tattoo on her hip, box braids, and revolutionary love—returns to Howler County with her husband Cecil Waters (a former Black Panther and Army vet), she ignites a seventy-year family feud that forces an entire small town to reckon with its secrets, systemic injustice, and unfinished business.</w:t>
      </w:r>
    </w:p>
    <w:p/>
    <w:p>
      <w:r>
        <w:t>But Leona's return isn't just about rekindling old flames or settling scores. Cecil is secretly having an affair with a white woman while his own wife—also a former Black Panther—battles cancer. The oil derricks hum with corruption. The churches whisper. And the two most powerful families in Texas are about to discover that love and justice are luxuries they may not survive.</w:t>
      </w:r>
    </w:p>
    <w:p/>
    <w:p>
      <w:pPr>
        <w:pStyle w:val="Heading2"/>
      </w:pPr>
      <w:r>
        <w:t>Extended Premise</w:t>
      </w:r>
    </w:p>
    <w:p/>
    <w:p>
      <w:r>
        <w:t>**CRUDE HEARTS** is the story of what happens when a woman who once escaped decides to return, and what it costs everyone—especially those who thought they could buy their way out of consequences.</w:t>
      </w:r>
    </w:p>
    <w:p/>
    <w:p>
      <w:r>
        <w:t>For seventy years, the Cartwrights and Beaumonts have controlled Howler County through oil derricks, political connections, and a network of secrets so tangled that the truth has become a commodity more valuable than crude itself. They've lived by a simple rule: **keep it quiet, keep it legal, keep it profitable.**</w:t>
      </w:r>
    </w:p>
    <w:p/>
    <w:p>
      <w:r>
        <w:t>Then Leona comes home.</w:t>
      </w:r>
    </w:p>
    <w:p/>
    <w:p>
      <w:r>
        <w:t>Once a stripper in Milwaukee, now an enigmatic force with a complicated marriage and unfinished business, Leona's arrival destabilizes everything. She's beautiful in a way that disarms (box braids, tattooed hip, moves that haven't lost their edge), but she's also dangerous—she knows things, remembers injustices, and refuses to play by the Howler County rulebook.</w:t>
      </w:r>
    </w:p>
    <w:p/>
    <w:p>
      <w:r>
        <w:t>Her husband Cecil Waters is a contradiction wrapped in trauma: a war hero and former Black Panther, now working for the Cartwright family (the very system he once fought against), conducting a hidden affair with a white woman while his cancer-stricken wife fights for her life. He's a man caught between revolution and survival, between love and betrayal.</w:t>
      </w:r>
    </w:p>
    <w:p/>
    <w:p>
      <w:r>
        <w:t>At Earl's Authentic Soul Food &amp; Chinese Kitchen—the spiritual center of Black Howler County, where secrets are traded like currency—Leona and Cecil's tangled lives intersect with:</w:t>
      </w:r>
    </w:p>
    <w:p/>
    <w:p>
      <w:pPr>
        <w:pStyle w:val="ListBullet"/>
      </w:pPr>
      <w:r>
        <w:t>**Maxine Eloise Carter**: A transgender waitress with pink-blonde hair who bears an uncanny resemblance to slain trans activist Nikki Kuhn-Hansen. Maxine is the town's hidden prophet, the one who sees everything and says what no one else will.</w:t>
      </w:r>
    </w:p>
    <w:p/>
    <w:p>
      <w:pPr>
        <w:pStyle w:val="ListBullet"/>
      </w:pPr>
      <w:r>
        <w:t>**The Cartwright Dynasty**: Oil-rich, politically connected, desperate to contain their secrets while their next generation begins to crack under the weight of inherited corruption.</w:t>
      </w:r>
    </w:p>
    <w:p/>
    <w:p>
      <w:pPr>
        <w:pStyle w:val="ListBullet"/>
      </w:pPr>
      <w:r>
        <w:t>**The Beaumont Family**: Once rivals, now intertwined with the Cartwrights through marriage, business partnerships, and blood. The question is no longer who won the feud—it's whether anyone can survive what comes next.</w:t>
      </w:r>
    </w:p>
    <w:p/>
    <w:p>
      <w:r>
        <w:t>The series asks: **What do we owe to justice when justice has been deferred for seventy years?** How do families maintain power when the foundation is rotting? Can love exist in a system built on exploitation? And what happens when someone finally says the quiet part out loud?</w:t>
      </w:r>
    </w:p>
    <w:p/>
    <w:p/>
    <w:p>
      <w:pPr>
        <w:pStyle w:val="Heading1"/>
      </w:pPr>
      <w:r>
        <w:t>SERIES FORMAT &amp; STRUCTURE</w:t>
      </w:r>
    </w:p>
    <w:p/>
    <w:p>
      <w:pPr>
        <w:pStyle w:val="Heading2"/>
      </w:pPr>
      <w:r>
        <w:t>Book Series as Prestige Drama Novel</w:t>
      </w:r>
    </w:p>
    <w:p/>
    <w:p>
      <w:r>
        <w:t>**Format:** 7-book series, approximately 100,000-120,000 words per book (written as 5 chapters of 20,000 words each, following episodic television structure while maintaining literary prose and depth)</w:t>
      </w:r>
    </w:p>
    <w:p/>
    <w:p>
      <w:r>
        <w:rPr>
          <w:i/>
        </w:rPr>
        <w:t>Each Book = One "Season"</w:t>
      </w:r>
    </w:p>
    <w:p>
      <w:pPr>
        <w:pStyle w:val="ListBullet"/>
      </w:pPr>
      <w:r>
        <w:t>Book 1: THE HOMECOMING (Season 1)</w:t>
      </w:r>
    </w:p>
    <w:p>
      <w:pPr>
        <w:pStyle w:val="ListBullet"/>
      </w:pPr>
      <w:r>
        <w:t>Book 2: THE RECKONING (Season 2)</w:t>
      </w:r>
    </w:p>
    <w:p>
      <w:pPr>
        <w:pStyle w:val="ListBullet"/>
      </w:pPr>
      <w:r>
        <w:t>Book 3: THE RECKONING (Season 3)</w:t>
      </w:r>
    </w:p>
    <w:p>
      <w:pPr>
        <w:pStyle w:val="ListBullet"/>
      </w:pPr>
      <w:r>
        <w:t>Book 4: THE REVOLUTION (Season 4)</w:t>
      </w:r>
    </w:p>
    <w:p>
      <w:pPr>
        <w:pStyle w:val="ListBullet"/>
      </w:pPr>
      <w:r>
        <w:t>Book 5: THE RUIN (Season 5)</w:t>
      </w:r>
    </w:p>
    <w:p>
      <w:pPr>
        <w:pStyle w:val="ListBullet"/>
      </w:pPr>
      <w:r>
        <w:t>Book 6: THE RECONSTRUCTION (Season 6)</w:t>
      </w:r>
    </w:p>
    <w:p>
      <w:pPr>
        <w:pStyle w:val="ListBullet"/>
      </w:pPr>
      <w:r>
        <w:t>Book 7: THE KINGDOM (Season 7)</w:t>
      </w:r>
    </w:p>
    <w:p/>
    <w:p>
      <w:pPr>
        <w:pStyle w:val="Heading2"/>
      </w:pPr>
      <w:r>
        <w:t>Chapter/Episode Structure (Within Each Book)</w:t>
      </w:r>
    </w:p>
    <w:p/>
    <w:p>
      <w:r>
        <w:t>Each book contains 5 chapters of approximately 20,000 words each (compared to TV episodes of 8,000-10,000 words), allowing for:</w:t>
      </w:r>
    </w:p>
    <w:p/>
    <w:p>
      <w:pPr>
        <w:pStyle w:val="ListBullet"/>
      </w:pPr>
      <w:r>
        <w:t>**Literary depth** (extended prose, internal monologue, sensory detail)</w:t>
      </w:r>
    </w:p>
    <w:p>
      <w:pPr>
        <w:pStyle w:val="ListBullet"/>
      </w:pPr>
      <w:r>
        <w:t>**Television pacing** (act breaks, cliffhangers, multiple POVs)</w:t>
      </w:r>
    </w:p>
    <w:p>
      <w:pPr>
        <w:pStyle w:val="ListBullet"/>
      </w:pPr>
      <w:r>
        <w:t>**Soap opera intensity** (overlapping storylines, reversals, emotional escalation)</w:t>
      </w:r>
    </w:p>
    <w:p/>
    <w:p>
      <w:r>
        <w:rPr>
          <w:i/>
        </w:rPr>
        <w:t>Standard Chapter Structure:</w:t>
      </w:r>
    </w:p>
    <w:p>
      <w:pPr>
        <w:pStyle w:val="ListBullet"/>
      </w:pPr>
      <w:r>
        <w:t>**Cold Open:** Establishing scene, setting mood, introducing stakes (2,000-3,000 words)</w:t>
      </w:r>
    </w:p>
    <w:p>
      <w:pPr>
        <w:pStyle w:val="ListBullet"/>
      </w:pPr>
      <w:r>
        <w:t>**Act One:** Setup and escalation (4,000-5,000 words)</w:t>
      </w:r>
    </w:p>
    <w:p>
      <w:pPr>
        <w:pStyle w:val="ListBullet"/>
      </w:pPr>
      <w:r>
        <w:t>**Act Two:** Midpoint reversal or revelation (4,000-5,000 words)</w:t>
      </w:r>
    </w:p>
    <w:p>
      <w:pPr>
        <w:pStyle w:val="ListBullet"/>
      </w:pPr>
      <w:r>
        <w:t>**Act Three:** Acceleration toward climax (4,000-5,000 words)</w:t>
      </w:r>
    </w:p>
    <w:p>
      <w:pPr>
        <w:pStyle w:val="ListBullet"/>
      </w:pPr>
      <w:r>
        <w:t>**Climax/Cliffhanger:** Emotional or plot crescendo that forces resolution or escalation (2,000-3,000 words)</w:t>
      </w:r>
    </w:p>
    <w:p/>
    <w:p>
      <w:pPr>
        <w:pStyle w:val="Heading2"/>
      </w:pPr>
      <w:r>
        <w:t>Multiple POV Structure</w:t>
      </w:r>
    </w:p>
    <w:p/>
    <w:p>
      <w:r>
        <w:t>Each chapter rotates between 3-4 main character perspectives, giving readers:</w:t>
      </w:r>
    </w:p>
    <w:p>
      <w:pPr>
        <w:pStyle w:val="ListBullet"/>
      </w:pPr>
      <w:r>
        <w:t>Unreliable narrator (we learn information readers already know, creating dramatic irony)</w:t>
      </w:r>
    </w:p>
    <w:p>
      <w:pPr>
        <w:pStyle w:val="ListBullet"/>
      </w:pPr>
      <w:r>
        <w:t>Private thoughts vs. public behavior (soap opera essential)</w:t>
      </w:r>
    </w:p>
    <w:p>
      <w:pPr>
        <w:pStyle w:val="ListBullet"/>
      </w:pPr>
      <w:r>
        <w:t>Multiple truths (no single "correct" perspective)</w:t>
      </w:r>
    </w:p>
    <w:p>
      <w:pPr>
        <w:pStyle w:val="ListBullet"/>
      </w:pPr>
      <w:r>
        <w:t>Audience knowledge exceeding character knowledge (classical dramatic irony)</w:t>
      </w:r>
    </w:p>
    <w:p/>
    <w:p/>
    <w:p>
      <w:pPr>
        <w:pStyle w:val="Heading1"/>
      </w:pPr>
      <w:r>
        <w:t>THEMATIC FRAMEWORK</w:t>
      </w:r>
    </w:p>
    <w:p/>
    <w:p>
      <w:pPr>
        <w:pStyle w:val="Heading2"/>
      </w:pPr>
      <w:r>
        <w:t>Primary Themes</w:t>
      </w:r>
    </w:p>
    <w:p/>
    <w:p>
      <w:pPr>
        <w:pStyle w:val="ListNumber"/>
      </w:pPr>
      <w:r>
        <w:t>**SYSTEMIC INJUSTICE &amp; PERSONAL COMPLICITY**</w:t>
      </w:r>
    </w:p>
    <w:p>
      <w:r>
        <w:t>- *Question:* How do good people maintain unjust systems? How do wealth and corruption become normalized?</w:t>
      </w:r>
    </w:p>
    <w:p>
      <w:r>
        <w:t>- *Manifestation:* Cecil working for the Cartwrights while remembering his Black Panther past; the Beaumonts benefiting from oil wealth built on exploitation; the town maintaining silence about historical crimes</w:t>
      </w:r>
    </w:p>
    <w:p/>
    <w:p>
      <w:pPr>
        <w:pStyle w:val="ListNumber"/>
      </w:pPr>
      <w:r>
        <w:t>**POWER AS ADDICTION**</w:t>
      </w:r>
    </w:p>
    <w:p>
      <w:r>
        <w:t>- *Question:* What happens when power is the only thing you've ever known? Can wealthy families choose justice over profit?</w:t>
      </w:r>
    </w:p>
    <w:p>
      <w:r>
        <w:t>- *Manifestation:* The Cartwright and Beaumont families' inability to relinquish control; generational trauma manifesting as control and manipulation</w:t>
      </w:r>
    </w:p>
    <w:p/>
    <w:p>
      <w:pPr>
        <w:pStyle w:val="ListNumber"/>
      </w:pPr>
      <w:r>
        <w:t>**LOVE AS DEMAND FOR JUSTICE**</w:t>
      </w:r>
    </w:p>
    <w:p>
      <w:r>
        <w:t>- *Question:* Can you truly love someone in an unjust system? Is romantic love enough, or does it require political action?</w:t>
      </w:r>
    </w:p>
    <w:p>
      <w:r>
        <w:t>- *Manifestation:* Leona and Cecil's marriage as battleground between personal desire and systemic change; impossible love affairs that reveal hypocrisy</w:t>
      </w:r>
    </w:p>
    <w:p/>
    <w:p>
      <w:pPr>
        <w:pStyle w:val="ListNumber"/>
      </w:pPr>
      <w:r>
        <w:t>**GENERATIONAL RECKONING**</w:t>
      </w:r>
    </w:p>
    <w:p>
      <w:r>
        <w:t>- *Question:* What do children owe for their parents' sins? Can you love your family while despising what they've done?</w:t>
      </w:r>
    </w:p>
    <w:p>
      <w:r>
        <w:t>- *Manifestation:* The younger generation of Cartwrights and Beaumonts, educated and socially conscious, discovering what their wealth was built upon</w:t>
      </w:r>
    </w:p>
    <w:p/>
    <w:p>
      <w:pPr>
        <w:pStyle w:val="ListNumber"/>
      </w:pPr>
      <w:r>
        <w:t>**RACE &amp; CLASS IN THE SOUTH**</w:t>
      </w:r>
    </w:p>
    <w:p>
      <w:r>
        <w:t>- *Question:* Not as backdrop, but central: How does racism profit from silence? What does it cost to speak?</w:t>
      </w:r>
    </w:p>
    <w:p>
      <w:r>
        <w:t>- *Manifestation:* The Black/white power dynamics throughout; the value of Maxine's testimony; Cecil's impossible position between two worlds</w:t>
      </w:r>
    </w:p>
    <w:p/>
    <w:p>
      <w:pPr>
        <w:pStyle w:val="ListNumber"/>
      </w:pPr>
      <w:r>
        <w:t>**TRUTH-TELLING VERSUS SURVIVAL**</w:t>
      </w:r>
    </w:p>
    <w:p>
      <w:r>
        <w:t>- *Question:* Who gets to tell the truth? Whose truth counts as real?</w:t>
      </w:r>
    </w:p>
    <w:p>
      <w:r>
        <w:t>- *Manifestation:* Maxine's role as narrator and truth-teller; the documents hidden in the river road; family stories vs. historical record</w:t>
      </w:r>
    </w:p>
    <w:p/>
    <w:p>
      <w:pPr>
        <w:pStyle w:val="ListNumber"/>
      </w:pPr>
      <w:r>
        <w:t>**TRANSFORMATION VS. DESTRUCTION**</w:t>
      </w:r>
    </w:p>
    <w:p>
      <w:r>
        <w:t>- *Question:* Can systems change from within, or must they burn? Is there a middle path?</w:t>
      </w:r>
    </w:p>
    <w:p>
      <w:r>
        <w:t>- *Manifestation:* The series' central tension between reform and revolution</w:t>
      </w:r>
    </w:p>
    <w:p/>
    <w:p>
      <w:pPr>
        <w:pStyle w:val="Heading2"/>
      </w:pPr>
      <w:r>
        <w:t>Emotional Through-Lines</w:t>
      </w:r>
    </w:p>
    <w:p/>
    <w:p>
      <w:pPr>
        <w:pStyle w:val="ListBullet"/>
      </w:pPr>
      <w:r>
        <w:t>**Trust &amp; Betrayal:** Everyone will disappoint someone. Everyone is someone's betrayal.</w:t>
      </w:r>
    </w:p>
    <w:p>
      <w:pPr>
        <w:pStyle w:val="ListBullet"/>
      </w:pPr>
      <w:r>
        <w:t>**Visibility &amp; Invisibility:** Who gets seen? Whose suffering is invisible? (Especially for trans characters, women, Black workers)</w:t>
      </w:r>
    </w:p>
    <w:p>
      <w:pPr>
        <w:pStyle w:val="ListBullet"/>
      </w:pPr>
      <w:r>
        <w:t>**Shame &amp; Redemption:** Can you be redeemed for complicity? For silence? For survival?</w:t>
      </w:r>
    </w:p>
    <w:p>
      <w:pPr>
        <w:pStyle w:val="ListBullet"/>
      </w:pPr>
      <w:r>
        <w:t>**The Body as Text:** Beauty, sexuality, disability, aging, illness—all become sites of meaning and struggle</w:t>
      </w:r>
    </w:p>
    <w:p>
      <w:pPr>
        <w:pStyle w:val="ListBullet"/>
      </w:pPr>
      <w:r>
        <w:t>**Home as Trap:** Howler County as both necessary return and impossible prison</w:t>
      </w:r>
    </w:p>
    <w:p/>
    <w:p/>
    <w:p>
      <w:pPr>
        <w:pStyle w:val="Heading1"/>
      </w:pPr>
      <w:r>
        <w:t>WORLD: HOWLER COUNTY, TEXAS</w:t>
      </w:r>
    </w:p>
    <w:p/>
    <w:p>
      <w:pPr>
        <w:pStyle w:val="Heading2"/>
      </w:pPr>
      <w:r>
        <w:t>Geography &amp; Demographics</w:t>
      </w:r>
    </w:p>
    <w:p/>
    <w:p>
      <w:r>
        <w:t>**Howler County** is a fictional county in Southeast Texas (near the Louisiana border, near the Gulf), approximately 60 miles from Houston.</w:t>
      </w:r>
    </w:p>
    <w:p/>
    <w:p>
      <w:pPr>
        <w:pStyle w:val="ListBullet"/>
      </w:pPr>
      <w:r>
        <w:t>**Population:** 47,000 across the county; Howler Town (county seat): 12,000 residents</w:t>
      </w:r>
    </w:p>
    <w:p>
      <w:pPr>
        <w:pStyle w:val="ListBullet"/>
      </w:pPr>
      <w:r>
        <w:t>**Economy:** Entirely dependent on oil (60% of GDP), with secondary agriculture (cotton, corn, cattle)</w:t>
      </w:r>
    </w:p>
    <w:p>
      <w:pPr>
        <w:pStyle w:val="ListBullet"/>
      </w:pPr>
      <w:r>
        <w:t>**Climate:** Hot, humid summers (100+ degrees common); mild winters; hurricane season August-October brings flooding</w:t>
      </w:r>
    </w:p>
    <w:p/>
    <w:p>
      <w:pPr>
        <w:pStyle w:val="Heading2"/>
      </w:pPr>
      <w:r>
        <w:t>Key Locations</w:t>
      </w:r>
    </w:p>
    <w:p/>
    <w:p>
      <w:pPr>
        <w:pStyle w:val="Heading3"/>
      </w:pPr>
      <w:r>
        <w:t>1. HOWLER TOWN (County Seat)</w:t>
      </w:r>
    </w:p>
    <w:p>
      <w:pPr>
        <w:pStyle w:val="ListBullet"/>
      </w:pPr>
      <w:r>
        <w:t>**Howler County Courthouse** (1898, still standing) where power is made official</w:t>
      </w:r>
    </w:p>
    <w:p>
      <w:pPr>
        <w:pStyle w:val="ListBullet"/>
      </w:pPr>
      <w:r>
        <w:t>**St. Matthew's Baptist Church** (1897) Black church, center of community organizing</w:t>
      </w:r>
    </w:p>
    <w:p>
      <w:pPr>
        <w:pStyle w:val="ListBullet"/>
      </w:pPr>
      <w:r>
        <w:t>**First Baptist Church** (1876) white church, site of hypocrisy and hidden meetings</w:t>
      </w:r>
    </w:p>
    <w:p>
      <w:pPr>
        <w:pStyle w:val="ListBullet"/>
      </w:pPr>
      <w:r>
        <w:t>**Earl's Authentic Soul Food &amp; Chinese Kitchen** (opened 1987) center of gravity for the series, where secrets are traded</w:t>
      </w:r>
    </w:p>
    <w:p>
      <w:pPr>
        <w:pStyle w:val="ListBullet"/>
      </w:pPr>
      <w:r>
        <w:t>**Magnolia Hotel** (where secrets are made) site of affairs, clandestine meetings, money exchanges</w:t>
      </w:r>
    </w:p>
    <w:p>
      <w:pPr>
        <w:pStyle w:val="ListBullet"/>
      </w:pPr>
      <w:r>
        <w:t>**Howler County High School** segregated in practice, integrated in name</w:t>
      </w:r>
    </w:p>
    <w:p/>
    <w:p>
      <w:pPr>
        <w:pStyle w:val="Heading3"/>
      </w:pPr>
      <w:r>
        <w:t>2. THE OIL FIELDS</w:t>
      </w:r>
    </w:p>
    <w:p>
      <w:r>
        <w:t>**Cartwright Oil Fields** (East side, ~15 miles northeast of town) - 2,000 derricks</w:t>
      </w:r>
    </w:p>
    <w:p>
      <w:pPr>
        <w:pStyle w:val="ListBullet"/>
      </w:pPr>
      <w:r>
        <w:t>Beaumont Oil Fields (West side, ~18 miles northwest) 1,800 derricks</w:t>
      </w:r>
    </w:p>
    <w:p>
      <w:pPr>
        <w:pStyle w:val="ListBullet"/>
      </w:pPr>
      <w:r>
        <w:t>The Dividing Line (metaphorical road separating them, but they share pipeline)</w:t>
      </w:r>
    </w:p>
    <w:p/>
    <w:p>
      <w:pPr>
        <w:pStyle w:val="Heading3"/>
      </w:pPr>
      <w:r>
        <w:t>3. CARTWRIGHT ESTATE</w:t>
      </w:r>
    </w:p>
    <w:p>
      <w:pPr>
        <w:pStyle w:val="ListBullet"/>
      </w:pPr>
      <w:r>
        <w:t>*"The Cartwright Mansion"* (built 1967) McMansion on 45 rooms, 3 kitchens, 7 bathrooms</w:t>
      </w:r>
    </w:p>
    <w:p>
      <w:pPr>
        <w:pStyle w:val="ListBullet"/>
      </w:pPr>
      <w:r>
        <w:t>Modern and soulless (no history in its walls)</w:t>
      </w:r>
    </w:p>
    <w:p>
      <w:pPr>
        <w:pStyle w:val="ListBullet"/>
      </w:pPr>
      <w:r>
        <w:t>Overlooks Cartwright Oil Fields</w:t>
      </w:r>
    </w:p>
    <w:p>
      <w:pPr>
        <w:pStyle w:val="ListBullet"/>
      </w:pPr>
      <w:r>
        <w:t>Site of parties, board meetings, and careful social performance</w:t>
      </w:r>
    </w:p>
    <w:p/>
    <w:p>
      <w:pPr>
        <w:pStyle w:val="Heading3"/>
      </w:pPr>
      <w:r>
        <w:t>4. BEAUMONT ESTATE</w:t>
      </w:r>
    </w:p>
    <w:p>
      <w:pPr>
        <w:pStyle w:val="ListBullet"/>
      </w:pPr>
      <w:r>
        <w:t>*"Beaumont House"* (original antebellum mansion built 1876) 38 rooms, expanded over generations</w:t>
      </w:r>
    </w:p>
    <w:p>
      <w:pPr>
        <w:pStyle w:val="ListBullet"/>
      </w:pPr>
      <w:r>
        <w:t>Has history in its bones (original structure with additions)</w:t>
      </w:r>
    </w:p>
    <w:p>
      <w:pPr>
        <w:pStyle w:val="ListBullet"/>
      </w:pPr>
      <w:r>
        <w:t>Overlooking Beaumont fields</w:t>
      </w:r>
    </w:p>
    <w:p>
      <w:pPr>
        <w:pStyle w:val="ListBullet"/>
      </w:pPr>
      <w:r>
        <w:t>More elegant, more broken</w:t>
      </w:r>
    </w:p>
    <w:p/>
    <w:p>
      <w:pPr>
        <w:pStyle w:val="Heading3"/>
      </w:pPr>
      <w:r>
        <w:t>5. THE QUARTERS</w:t>
      </w:r>
    </w:p>
    <w:p>
      <w:pPr>
        <w:pStyle w:val="ListBullet"/>
      </w:pPr>
      <w:r>
        <w:t>Historic Black residential area where workers' families live</w:t>
      </w:r>
    </w:p>
    <w:p>
      <w:pPr>
        <w:pStyle w:val="ListBullet"/>
      </w:pPr>
      <w:r>
        <w:t>Contains St. Matthew's Baptist Church (200+ years of history)</w:t>
      </w:r>
    </w:p>
    <w:p>
      <w:pPr>
        <w:pStyle w:val="ListBullet"/>
      </w:pPr>
      <w:r>
        <w:t>Where Cecil Waters' home is located</w:t>
      </w:r>
    </w:p>
    <w:p>
      <w:pPr>
        <w:pStyle w:val="ListBullet"/>
      </w:pPr>
      <w:r>
        <w:t>Where memories live, where the real power is organizing</w:t>
      </w:r>
    </w:p>
    <w:p/>
    <w:p>
      <w:pPr>
        <w:pStyle w:val="Heading3"/>
      </w:pPr>
      <w:r>
        <w:t>6. THE RIVER ROAD</w:t>
      </w:r>
    </w:p>
    <w:p>
      <w:pPr>
        <w:pStyle w:val="ListBullet"/>
      </w:pPr>
      <w:r>
        <w:t>Highway that runs through the county, separates public from private land</w:t>
      </w:r>
    </w:p>
    <w:p>
      <w:pPr>
        <w:pStyle w:val="ListBullet"/>
      </w:pPr>
      <w:r>
        <w:t>Site of multiple secrets: bodies, meetings, affairs, evidence</w:t>
      </w:r>
    </w:p>
    <w:p>
      <w:pPr>
        <w:pStyle w:val="ListBullet"/>
      </w:pPr>
      <w:r>
        <w:t>Represents the boundary between public knowledge and hidden truth</w:t>
      </w:r>
    </w:p>
    <w:p>
      <w:pPr>
        <w:pStyle w:val="ListBullet"/>
      </w:pPr>
      <w:r>
        <w:t>Will become crucial to the plot in Season 4-5</w:t>
      </w:r>
    </w:p>
    <w:p/>
    <w:p>
      <w:pPr>
        <w:pStyle w:val="Heading3"/>
      </w:pPr>
      <w:r>
        <w:t>7. ST. MATTHEW'S MISSIONARY BAPTIST CHURCH</w:t>
      </w:r>
    </w:p>
    <w:p>
      <w:pPr>
        <w:pStyle w:val="ListBullet"/>
      </w:pPr>
      <w:r>
        <w:t>Black church with 200+ years of history</w:t>
      </w:r>
    </w:p>
    <w:p>
      <w:pPr>
        <w:pStyle w:val="ListBullet"/>
      </w:pPr>
      <w:r>
        <w:t>Where Cecil's wife sings in the choir (when her cancer allows)</w:t>
      </w:r>
    </w:p>
    <w:p>
      <w:pPr>
        <w:pStyle w:val="ListBullet"/>
      </w:pPr>
      <w:r>
        <w:t>Where organizers meet</w:t>
      </w:r>
    </w:p>
    <w:p>
      <w:pPr>
        <w:pStyle w:val="ListBullet"/>
      </w:pPr>
      <w:r>
        <w:t>Where truth-telling happens</w:t>
      </w:r>
    </w:p>
    <w:p/>
    <w:p>
      <w:pPr>
        <w:pStyle w:val="Heading3"/>
      </w:pPr>
      <w:r>
        <w:t>8. EARL'S AUTHENTIC SOUL FOOD &amp; CHINESE KITCHEN</w:t>
      </w:r>
    </w:p>
    <w:p>
      <w:pPr>
        <w:pStyle w:val="ListBullet"/>
      </w:pPr>
      <w:r>
        <w:t>The spiritual and narrative center of the entire series</w:t>
      </w:r>
    </w:p>
    <w:p>
      <w:pPr>
        <w:pStyle w:val="ListBullet"/>
      </w:pPr>
      <w:r>
        <w:t>Opened in 1987 by Earl Johnson (now 71, a former steel worker)</w:t>
      </w:r>
    </w:p>
    <w:p>
      <w:pPr>
        <w:pStyle w:val="ListBullet"/>
      </w:pPr>
      <w:r>
        <w:t>Serves both soul food (Southern Black cuisine) and Chinese food (a second love)</w:t>
      </w:r>
    </w:p>
    <w:p>
      <w:pPr>
        <w:pStyle w:val="ListBullet"/>
      </w:pPr>
      <w:r>
        <w:t>Where Maxine works as lead waitress</w:t>
      </w:r>
    </w:p>
    <w:p>
      <w:pPr>
        <w:pStyle w:val="ListBullet"/>
      </w:pPr>
      <w:r>
        <w:t>Where deals are made, affairs confessed, alliances shifted</w:t>
      </w:r>
    </w:p>
    <w:p>
      <w:pPr>
        <w:pStyle w:val="ListBullet"/>
      </w:pPr>
      <w:r>
        <w:t>The place where class hierarchies collapse—everyone eats here, from oil executives to workers</w:t>
      </w:r>
    </w:p>
    <w:p>
      <w:pPr>
        <w:pStyle w:val="ListBullet"/>
      </w:pPr>
      <w:r>
        <w:t>Has private back room where real conversations happen</w:t>
      </w:r>
    </w:p>
    <w:p/>
    <w:p/>
    <w:p>
      <w:pPr>
        <w:pStyle w:val="Heading1"/>
      </w:pPr>
      <w:r>
        <w:t>THE CARTWRIGHT-BEAUMONT FEUD: COMPLETE HISTORY</w:t>
      </w:r>
    </w:p>
    <w:p/>
    <w:p>
      <w:pPr>
        <w:pStyle w:val="Heading2"/>
      </w:pPr>
      <w:r>
        <w:t>The Oil Boom Era (1923-1943)</w:t>
      </w:r>
    </w:p>
    <w:p/>
    <w:p>
      <w:r>
        <w:rPr>
          <w:i/>
        </w:rPr>
        <w:t>1923: The Strike</w:t>
      </w:r>
    </w:p>
    <w:p>
      <w:r>
        <w:t>Joshua Cartwright and William Beaumont (ages 19 and 21) are cousins who own adjacent land in Howler County. Both smell oil.</w:t>
      </w:r>
    </w:p>
    <w:p/>
    <w:p>
      <w:r>
        <w:t>Joshua strikes oil first. He immediately forms **Cartwright &amp; Beaumont Oil Company** (50/50 split) with William, both marrying into money (Joshua marries Eleanor Pritchard; William marries Vivienne Laveau—Creole, musical, beautiful).</w:t>
      </w:r>
    </w:p>
    <w:p/>
    <w:p>
      <w:r>
        <w:t>They become the richest men in Southeast Texas within five years.</w:t>
      </w:r>
    </w:p>
    <w:p/>
    <w:p>
      <w:r>
        <w:t>**Key Detail:** Worker Relationships</w:t>
      </w:r>
    </w:p>
    <w:p>
      <w:pPr>
        <w:pStyle w:val="ListBullet"/>
      </w:pPr>
      <w:r>
        <w:t>Joshua employs primarily **white workers** from Appalachian backgrounds, paying them barely above subsistence</w:t>
      </w:r>
    </w:p>
    <w:p>
      <w:pPr>
        <w:pStyle w:val="ListBullet"/>
      </w:pPr>
      <w:r>
        <w:t>William employs **Black workers** from Louisiana, also paying them barely above subsistence</w:t>
      </w:r>
    </w:p>
    <w:p>
      <w:pPr>
        <w:pStyle w:val="ListBullet"/>
      </w:pPr>
      <w:r>
        <w:t>Neither family sees workers as human. Both see them as extraction infrastructure.</w:t>
      </w:r>
    </w:p>
    <w:p>
      <w:pPr>
        <w:pStyle w:val="ListBullet"/>
      </w:pPr>
      <w:r>
        <w:t>Neither family sees the difference. Both rationalize their economies.</w:t>
      </w:r>
    </w:p>
    <w:p/>
    <w:p>
      <w:r>
        <w:rPr>
          <w:i/>
        </w:rPr>
        <w:t>The Break (1927):</w:t>
      </w:r>
    </w:p>
    <w:p>
      <w:r>
        <w:t>Disagreement over worker treatment and profit distribution. Joshua wants maximum extraction, maximum profit. William wants... slightly more stability? A long-term vision?</w:t>
      </w:r>
    </w:p>
    <w:p/>
    <w:p>
      <w:r>
        <w:t>They formally split the company. Cartwright Oil and Beaumont Oil become competitors.</w:t>
      </w:r>
    </w:p>
    <w:p/>
    <w:p>
      <w:r>
        <w:t>The families become bitter. Not because of principle—because of money.</w:t>
      </w:r>
    </w:p>
    <w:p/>
    <w:p>
      <w:pPr>
        <w:pStyle w:val="Heading2"/>
      </w:pPr>
      <w:r>
        <w:t>The Tragedy Era (1952-1954)</w:t>
      </w:r>
    </w:p>
    <w:p/>
    <w:p>
      <w:r>
        <w:t>This is the heart of the entire feud's modern incarnation. **Everything that happens in the series traces back to 1952.**</w:t>
      </w:r>
    </w:p>
    <w:p/>
    <w:p>
      <w:r>
        <w:rPr>
          <w:i/>
        </w:rPr>
        <w:t>1952: Margaret Cartwright</w:t>
      </w:r>
    </w:p>
    <w:p>
      <w:r>
        <w:t>Margaret Cartwright (Eleanor and Joshua's daughter, 23 years old) is beautiful, principled, and rebellious. She reads James Baldwin, believes in civil rights, and falls in love with David Beaumont (26, William's nephew, educated at Howard, passionate about civil rights).</w:t>
      </w:r>
    </w:p>
    <w:p/>
    <w:p>
      <w:r>
        <w:t>Their affair is secret but growing serious.</w:t>
      </w:r>
    </w:p>
    <w:p/>
    <w:p>
      <w:r>
        <w:t>**Summer 1952:** David and Margaret meet constantly at the river road, in the Magnolia Hotel under assumed names, at secret locations. They talk revolution. They talk love. They talk about leaving Howler County together.</w:t>
      </w:r>
    </w:p>
    <w:p/>
    <w:p>
      <w:r>
        <w:t>**Summer 1953:** Margaret gets pregnant.</w:t>
      </w:r>
    </w:p>
    <w:p/>
    <w:p>
      <w:r>
        <w:t>Both families are in crisis. Joshua demands she get an abortion. William demands David marry her properly (a full public union, which would merge the families again, which Joshua refuses). David wants to marry her but is willing to leave everything behind.</w:t>
      </w:r>
    </w:p>
    <w:p/>
    <w:p>
      <w:r>
        <w:t>**The Pressure:** Eleanor (Margaret's mother) gets involved. She had her own secret. Years earlier, when Joshua was still working closely with William, Eleanor and William had a brief affair. Eleanor loves her husband, but the affair happened, and Eleanor has always suspected Joshua knew and forgave her (one of the reasons they stayed together).</w:t>
      </w:r>
    </w:p>
    <w:p/>
    <w:p>
      <w:r>
        <w:t>Eleanor uses this as leverage. She tells Joshua: *"If you destroy David and Margaret, I will tell the world what we both know—that William is Margaret's biological father."*</w:t>
      </w:r>
    </w:p>
    <w:p/>
    <w:p>
      <w:r>
        <w:t>This is a lie, but it's a lie crafted to destroy the families.</w:t>
      </w:r>
    </w:p>
    <w:p/>
    <w:p>
      <w:r>
        <w:rPr>
          <w:i/>
        </w:rPr>
        <w:t>June 1954: David Dies</w:t>
      </w:r>
    </w:p>
    <w:p>
      <w:r>
        <w:t>Driving to meet Margaret at the river road. His car goes off the road. He drowns.</w:t>
      </w:r>
    </w:p>
    <w:p/>
    <w:p>
      <w:r>
        <w:t>**Official Story:** Accident. Tragic, young love.</w:t>
      </w:r>
    </w:p>
    <w:p/>
    <w:p>
      <w:r>
        <w:rPr>
          <w:i/>
        </w:rPr>
        <w:t>True Story: Unclear. Did Joshua's people run him off the road? Did David, in despair, kill himself? Was it truly an accident? No one knows. But everyone suspects. And the suspicion becomes the truth.</w:t>
      </w:r>
    </w:p>
    <w:p/>
    <w:p>
      <w:r>
        <w:rPr>
          <w:i/>
        </w:rPr>
        <w:t>Aftermath:</w:t>
      </w:r>
    </w:p>
    <w:p>
      <w:pPr>
        <w:pStyle w:val="ListBullet"/>
      </w:pPr>
      <w:r>
        <w:t>Margaret loses the baby three weeks later</w:t>
      </w:r>
    </w:p>
    <w:p>
      <w:pPr>
        <w:pStyle w:val="ListBullet"/>
      </w:pPr>
      <w:r>
        <w:t>She stops speaking to her parents</w:t>
      </w:r>
    </w:p>
    <w:p>
      <w:pPr>
        <w:pStyle w:val="ListBullet"/>
      </w:pPr>
      <w:r>
        <w:t>She becomes a librarian</w:t>
      </w:r>
    </w:p>
    <w:p>
      <w:pPr>
        <w:pStyle w:val="ListBullet"/>
      </w:pPr>
      <w:r>
        <w:t>She never marries</w:t>
      </w:r>
    </w:p>
    <w:p>
      <w:pPr>
        <w:pStyle w:val="ListBullet"/>
      </w:pPr>
      <w:r>
        <w:t>In 2010, she gives David's love letter to Richard Beaumont (family friend), saying: "When the next generation takes over, they should know the truth."</w:t>
      </w:r>
    </w:p>
    <w:p>
      <w:pPr>
        <w:pStyle w:val="ListBullet"/>
      </w:pPr>
      <w:r>
        <w:t>She dies in 2012</w:t>
      </w:r>
    </w:p>
    <w:p/>
    <w:p>
      <w:r>
        <w:rPr>
          <w:i/>
        </w:rPr>
        <w:t>What Neither Family Knows:</w:t>
      </w:r>
    </w:p>
    <w:p>
      <w:r>
        <w:t>Margaret kept David's letter. And she kept something else: **David's journal**, hidden away, which reveals that William Beaumont (David's uncle) wanted David to marry Margaret—not for family peace, but because William knew Joshua would refuse, and William wanted to consolidate power by putting a Beaumont heir into the Cartwright family.</w:t>
      </w:r>
    </w:p>
    <w:p/>
    <w:p>
      <w:r>
        <w:t>David's journal also reveals: David and Margaret talked about leaving entirely, about joining the civil rights movement in Atlanta, about building a new life.</w:t>
      </w:r>
    </w:p>
    <w:p/>
    <w:p>
      <w:r>
        <w:t>They were planning to run away together when David died.</w:t>
      </w:r>
    </w:p>
    <w:p/>
    <w:p>
      <w:r>
        <w:rPr>
          <w:i/>
        </w:rPr>
        <w:t>This is the secret that will shatter everything in Season 3.</w:t>
      </w:r>
    </w:p>
    <w:p/>
    <w:p>
      <w:pPr>
        <w:pStyle w:val="Heading2"/>
      </w:pPr>
      <w:r>
        <w:t>The Cold War Era (1955-1995)</w:t>
      </w:r>
    </w:p>
    <w:p/>
    <w:p>
      <w:r>
        <w:t>Post-David, the families maintain a surface partnership (they share pipeline infrastructure, after all) while conducting psychological warfare:</w:t>
      </w:r>
    </w:p>
    <w:p/>
    <w:p>
      <w:pPr>
        <w:pStyle w:val="ListBullet"/>
      </w:pPr>
      <w:r>
        <w:t>**Separate Schools:** Cartwrights send kids to private schools; Beaumonts to public (as a class statement)</w:t>
      </w:r>
    </w:p>
    <w:p>
      <w:pPr>
        <w:pStyle w:val="ListBullet"/>
      </w:pPr>
      <w:r>
        <w:t>**Separate Churches:** Cartwrights to First Baptist (white power base); Beaumonts maintain nominal integration while really belonging to an exclusive country club</w:t>
      </w:r>
    </w:p>
    <w:p>
      <w:pPr>
        <w:pStyle w:val="ListBullet"/>
      </w:pPr>
      <w:r>
        <w:t>**Separate Summers:** Cartwrights to their beach house; Beaumonts to New Orleans</w:t>
      </w:r>
    </w:p>
    <w:p>
      <w:pPr>
        <w:pStyle w:val="ListBullet"/>
      </w:pPr>
      <w:r>
        <w:t>**Shared Enemies:** They unite against any outside threat to their combined power, then immediately return to warfare</w:t>
      </w:r>
    </w:p>
    <w:p/>
    <w:p>
      <w:r>
        <w:rPr>
          <w:i/>
        </w:rPr>
        <w:t>Key Detail: The 1970s-1980s Oil Boom</w:t>
      </w:r>
    </w:p>
    <w:p>
      <w:r>
        <w:t>Both families expand exponentially. Cartwright Oil becomes one of the largest independent operators in Texas. Beaumont Oil merges with international interests.</w:t>
      </w:r>
    </w:p>
    <w:p/>
    <w:p>
      <w:r>
        <w:t>Workers become increasingly organized. By the 1980s, there's serious labor organizing—and that's when the families really unite, crushing the movement.</w:t>
      </w:r>
    </w:p>
    <w:p/>
    <w:p>
      <w:r>
        <w:rPr>
          <w:i/>
        </w:rPr>
        <w:t>Key Detail: The Workers' Union (1981-1985)</w:t>
      </w:r>
    </w:p>
    <w:p>
      <w:r>
        <w:t>Led by a man named **Thomas Rivers** (Cecil Waters' uncle), the union nearly succeeds. They're close to forcing real concessions, real safety improvements.</w:t>
      </w:r>
    </w:p>
    <w:p/>
    <w:p>
      <w:r>
        <w:t>But the Cartwright and Beaumont families work together. They break the union. Thomas Rivers is fired, blacklisted, and dies in 1989 (health complications from exposure to oil field chemicals that went unregulated because the union was broken).</w:t>
      </w:r>
    </w:p>
    <w:p/>
    <w:p>
      <w:r>
        <w:rPr>
          <w:i/>
        </w:rPr>
        <w:t>This is the history that haunts Cecil Waters. His uncle died because the Cartwright family (who he now works for) and Beaumont family (who are his wife's family) united to destroy the only serious challenge to their power.</w:t>
      </w:r>
    </w:p>
    <w:p/>
    <w:p>
      <w:pPr>
        <w:pStyle w:val="Heading2"/>
      </w:pPr>
      <w:r>
        <w:t>The Arrangement (1995-2025)</w:t>
      </w:r>
    </w:p>
    <w:p/>
    <w:p>
      <w:r>
        <w:t>By 1995, the families recognize that continued warfare is economically wasteful. They enter into what locals call **"The Arrangement"**:</w:t>
      </w:r>
    </w:p>
    <w:p/>
    <w:p>
      <w:pPr>
        <w:pStyle w:val="ListBullet"/>
      </w:pPr>
      <w:r>
        <w:t>Cartwright Oil and Beaumont Oil maintain separate operations (don't directly compete)</w:t>
      </w:r>
    </w:p>
    <w:p>
      <w:pPr>
        <w:pStyle w:val="ListBullet"/>
      </w:pPr>
      <w:r>
        <w:t>They share transportation infrastructure and political lobbying efforts</w:t>
      </w:r>
    </w:p>
    <w:p>
      <w:pPr>
        <w:pStyle w:val="ListBullet"/>
      </w:pPr>
      <w:r>
        <w:t>They marry strategically to bind the families</w:t>
      </w:r>
    </w:p>
    <w:p>
      <w:pPr>
        <w:pStyle w:val="ListBullet"/>
      </w:pPr>
      <w:r>
        <w:t>They maintain total control over Howler County's political and economic systems</w:t>
      </w:r>
    </w:p>
    <w:p>
      <w:pPr>
        <w:pStyle w:val="ListBullet"/>
      </w:pPr>
      <w:r>
        <w:t>They keep absolute silence about historical crimes</w:t>
      </w:r>
    </w:p>
    <w:p/>
    <w:p>
      <w:r>
        <w:rPr>
          <w:i/>
        </w:rPr>
        <w:t>Key Marriages:</w:t>
      </w:r>
    </w:p>
    <w:p>
      <w:pPr>
        <w:pStyle w:val="ListBullet"/>
      </w:pPr>
      <w:r>
        <w:t>2001: James Cartwright (Joshua's grandson) marries Sara Beaumont (William's great-niece)</w:t>
      </w:r>
    </w:p>
    <w:p>
      <w:pPr>
        <w:pStyle w:val="ListBullet"/>
      </w:pPr>
      <w:r>
        <w:t>Their children (born 2003, 2005, 2008) are the future of the combined family</w:t>
      </w:r>
    </w:p>
    <w:p/>
    <w:p>
      <w:r>
        <w:rPr>
          <w:i/>
        </w:rPr>
        <w:t>The System Holds:</w:t>
      </w:r>
    </w:p>
    <w:p>
      <w:r>
        <w:t>For thirty years, this works. The families maintain power. The town stays quiet. Oil profits flow upward.</w:t>
      </w:r>
    </w:p>
    <w:p/>
    <w:p>
      <w:r>
        <w:rPr>
          <w:i/>
        </w:rPr>
        <w:t>Until Leona comes home in 2025.</w:t>
      </w:r>
    </w:p>
    <w:p/>
    <w:p/>
    <w:p>
      <w:pPr>
        <w:pStyle w:val="Heading1"/>
      </w:pPr>
      <w:r>
        <w:t>THE OIL INDUSTRY &amp; POWER DYNAMICS</w:t>
      </w:r>
    </w:p>
    <w:p/>
    <w:p>
      <w:pPr>
        <w:pStyle w:val="Heading2"/>
      </w:pPr>
      <w:r>
        <w:t>Why Oil Matters</w:t>
      </w:r>
    </w:p>
    <w:p/>
    <w:p>
      <w:r>
        <w:t>Crude Hearts is not ultimately about oil—it's about **how industries built on extraction mirror the extraction of human dignity.**</w:t>
      </w:r>
    </w:p>
    <w:p/>
    <w:p>
      <w:r>
        <w:t>Oil in Howler County represents:</w:t>
      </w:r>
    </w:p>
    <w:p>
      <w:pPr>
        <w:pStyle w:val="ListBullet"/>
      </w:pPr>
      <w:r>
        <w:t>**Unregulated profit:** No environmental standards, minimal worker protections, maximum extraction</w:t>
      </w:r>
    </w:p>
    <w:p>
      <w:pPr>
        <w:pStyle w:val="ListBullet"/>
      </w:pPr>
      <w:r>
        <w:t>**Political power:** Oil money controls local elections, state representatives, judicial appointments</w:t>
      </w:r>
    </w:p>
    <w:p>
      <w:pPr>
        <w:pStyle w:val="ListBullet"/>
      </w:pPr>
      <w:r>
        <w:t>**Generational trauma:** Workers exposed to chemicals without informed consent; health crises that go uncompensated</w:t>
      </w:r>
    </w:p>
    <w:p>
      <w:pPr>
        <w:pStyle w:val="ListBullet"/>
      </w:pPr>
      <w:r>
        <w:t>**Geographic colonization:** Oil derricks transform the landscape, rendering it uninhabitable for certain communities</w:t>
      </w:r>
    </w:p>
    <w:p>
      <w:pPr>
        <w:pStyle w:val="ListBullet"/>
      </w:pPr>
      <w:r>
        <w:t>**Moral corruption:** Good people maintain evil systems because the system is profitable</w:t>
      </w:r>
    </w:p>
    <w:p/>
    <w:p>
      <w:pPr>
        <w:pStyle w:val="Heading2"/>
      </w:pPr>
      <w:r>
        <w:t>The Labor Structure</w:t>
      </w:r>
    </w:p>
    <w:p/>
    <w:p>
      <w:r>
        <w:rPr>
          <w:i/>
        </w:rPr>
        <w:t>Cartwright Oil (~2,000 workers):</w:t>
      </w:r>
    </w:p>
    <w:p>
      <w:pPr>
        <w:pStyle w:val="ListBullet"/>
      </w:pPr>
      <w:r>
        <w:t>80% white workers (Appalachian background, loyal to the family)</w:t>
      </w:r>
    </w:p>
    <w:p>
      <w:pPr>
        <w:pStyle w:val="ListBullet"/>
      </w:pPr>
      <w:r>
        <w:t>20% Black workers (recent immigrants from Louisiana, less stable employment)</w:t>
      </w:r>
    </w:p>
    <w:p>
      <w:pPr>
        <w:pStyle w:val="ListBullet"/>
      </w:pPr>
      <w:r>
        <w:t>All paid below-market wages</w:t>
      </w:r>
    </w:p>
    <w:p>
      <w:pPr>
        <w:pStyle w:val="ListBullet"/>
      </w:pPr>
      <w:r>
        <w:t>All expected to vote for Cartwright-endorsed politicians</w:t>
      </w:r>
    </w:p>
    <w:p>
      <w:pPr>
        <w:pStyle w:val="ListBullet"/>
      </w:pPr>
      <w:r>
        <w:t>Occupational disease epidemic (black lung-equivalent for oil workers, respiratory illness, chemical burns)</w:t>
      </w:r>
    </w:p>
    <w:p/>
    <w:p>
      <w:r>
        <w:rPr>
          <w:i/>
        </w:rPr>
        <w:t>Beaumont Oil (~1,800 workers):</w:t>
      </w:r>
    </w:p>
    <w:p>
      <w:pPr>
        <w:pStyle w:val="ListBullet"/>
      </w:pPr>
      <w:r>
        <w:t>75% Black workers (higher percentage, better pay, less dangerous equipment allocation)</w:t>
      </w:r>
    </w:p>
    <w:p>
      <w:pPr>
        <w:pStyle w:val="ListBullet"/>
      </w:pPr>
      <w:r>
        <w:t>25% white workers</w:t>
      </w:r>
    </w:p>
    <w:p>
      <w:pPr>
        <w:pStyle w:val="ListBullet"/>
      </w:pPr>
      <w:r>
        <w:t>Slightly more stable (family-run, less ruthless about extraction efficiency)</w:t>
      </w:r>
    </w:p>
    <w:p>
      <w:pPr>
        <w:pStyle w:val="ListBullet"/>
      </w:pPr>
      <w:r>
        <w:t>Better healthcare (because Beaumont believes in "taking care of their people")</w:t>
      </w:r>
    </w:p>
    <w:p/>
    <w:p>
      <w:r>
        <w:rPr>
          <w:i/>
        </w:rPr>
        <w:t>The Hypocrisy:</w:t>
      </w:r>
    </w:p>
    <w:p>
      <w:r>
        <w:t>Beaumont positions itself as the "more humane" oil company. The family points to higher Black worker employment as evidence of progressivism. But workers at Beaumont Oil still die. Still get sick. Still live in poverty despite 40 years of labor.</w:t>
      </w:r>
    </w:p>
    <w:p/>
    <w:p>
      <w:pPr>
        <w:pStyle w:val="Heading2"/>
      </w:pPr>
      <w:r>
        <w:t>Economic Control</w:t>
      </w:r>
    </w:p>
    <w:p/>
    <w:p>
      <w:r>
        <w:rPr>
          <w:i/>
        </w:rPr>
        <w:t>Who Controls Howler County's Economy:</w:t>
      </w:r>
    </w:p>
    <w:p>
      <w:pPr>
        <w:pStyle w:val="ListBullet"/>
      </w:pPr>
      <w:r>
        <w:t>Cartwright Oil &amp; Beaumont Oil (combined): 60% of all wages, 80% of property tax base</w:t>
      </w:r>
    </w:p>
    <w:p>
      <w:pPr>
        <w:pStyle w:val="ListBullet"/>
      </w:pPr>
      <w:r>
        <w:t>Agriculture (secondary): Cattle ranches, mostly Cartwright-owned; cotton farms, mostly Beaumont-associated</w:t>
      </w:r>
    </w:p>
    <w:p>
      <w:pPr>
        <w:pStyle w:val="ListBullet"/>
      </w:pPr>
      <w:r>
        <w:t>Service industries (tertiary): All dependent on oil worker wages</w:t>
      </w:r>
    </w:p>
    <w:p>
      <w:pPr>
        <w:pStyle w:val="ListBullet"/>
      </w:pPr>
      <w:r>
        <w:t>No major employers outside oil family control</w:t>
      </w:r>
    </w:p>
    <w:p/>
    <w:p>
      <w:r>
        <w:rPr>
          <w:i/>
        </w:rPr>
        <w:t>What This Means:</w:t>
      </w:r>
    </w:p>
    <w:p>
      <w:pPr>
        <w:pStyle w:val="ListBullet"/>
      </w:pPr>
      <w:r>
        <w:t>If you vote against Cartwright or Beaumont interests, you lose your job</w:t>
      </w:r>
    </w:p>
    <w:p>
      <w:pPr>
        <w:pStyle w:val="ListBullet"/>
      </w:pPr>
      <w:r>
        <w:t>If you speak against oil industry practices, you're unemployable</w:t>
      </w:r>
    </w:p>
    <w:p>
      <w:pPr>
        <w:pStyle w:val="ListBullet"/>
      </w:pPr>
      <w:r>
        <w:t>If you organize labor, you and your family face blacklisting</w:t>
      </w:r>
    </w:p>
    <w:p>
      <w:pPr>
        <w:pStyle w:val="ListBullet"/>
      </w:pPr>
      <w:r>
        <w:t>If you're a journalist, teacher, or community leader, you self-censor or face economic erasure</w:t>
      </w:r>
    </w:p>
    <w:p/>
    <w:p>
      <w:r>
        <w:rPr>
          <w:i/>
        </w:rPr>
        <w:t>Cecil Waters' Position:</w:t>
      </w:r>
    </w:p>
    <w:p>
      <w:r>
        <w:t>Cecil is a **plantation worker in a post-plantation era.** His job with the Cartwright family (as a driver/security, eventually) is:</w:t>
      </w:r>
    </w:p>
    <w:p>
      <w:pPr>
        <w:pStyle w:val="ListBullet"/>
      </w:pPr>
      <w:r>
        <w:t>Better-paid than most Black workers (~$65,000/year in 2025)</w:t>
      </w:r>
    </w:p>
    <w:p>
      <w:pPr>
        <w:pStyle w:val="ListBullet"/>
      </w:pPr>
      <w:r>
        <w:t>Absolutely dependent on family loyalty</w:t>
      </w:r>
    </w:p>
    <w:p>
      <w:pPr>
        <w:pStyle w:val="ListBullet"/>
      </w:pPr>
      <w:r>
        <w:t>Requires silence about what he sees</w:t>
      </w:r>
    </w:p>
    <w:p>
      <w:pPr>
        <w:pStyle w:val="ListBullet"/>
      </w:pPr>
      <w:r>
        <w:t>Requires choosing the family's interests over his community's interests</w:t>
      </w:r>
    </w:p>
    <w:p/>
    <w:p/>
    <w:p>
      <w:pPr>
        <w:pStyle w:val="Heading1"/>
      </w:pPr>
      <w:r>
        <w:t>MAIN CHARACTERS: DEEP PROFILES</w:t>
      </w:r>
    </w:p>
    <w:p/>
    <w:p>
      <w:pPr>
        <w:pStyle w:val="Heading2"/>
      </w:pPr>
      <w:r>
        <w:t>LEONA BEAUMONT-WATERS</w:t>
      </w:r>
    </w:p>
    <w:p/>
    <w:p>
      <w:r>
        <w:t>**Age:** 42 (born 1983)</w:t>
      </w:r>
    </w:p>
    <w:p>
      <w:r>
        <w:t>**Background:** Biological daughter of William Beaumont's second cousin; raised by a single mother (a housekeeper) in Houston; went to Howler County High School, dropped out junior year</w:t>
      </w:r>
    </w:p>
    <w:p/>
    <w:p>
      <w:r>
        <w:rPr>
          <w:i/>
        </w:rPr>
        <w:t>Physical Description:</w:t>
      </w:r>
    </w:p>
    <w:p>
      <w:pPr>
        <w:pStyle w:val="ListBullet"/>
      </w:pPr>
      <w:r>
        <w:t>Box braids (always; it's a statement and a practice)</w:t>
      </w:r>
    </w:p>
    <w:p>
      <w:pPr>
        <w:pStyle w:val="ListBullet"/>
      </w:pPr>
      <w:r>
        <w:t>Tattooed hip (phoenix, wingspan ~6 inches, done when she was 19)</w:t>
      </w:r>
    </w:p>
    <w:p>
      <w:pPr>
        <w:pStyle w:val="ListBullet"/>
      </w:pPr>
      <w:r>
        <w:t>5'8", athletic build, moves with confidence</w:t>
      </w:r>
    </w:p>
    <w:p>
      <w:pPr>
        <w:pStyle w:val="ListBullet"/>
      </w:pPr>
      <w:r>
        <w:t>Dresses carefully (mix of high fashion and street wear)</w:t>
      </w:r>
    </w:p>
    <w:p>
      <w:pPr>
        <w:pStyle w:val="ListBullet"/>
      </w:pPr>
      <w:r>
        <w:t>Smoking (Parliament cigarettes, filter)</w:t>
      </w:r>
    </w:p>
    <w:p>
      <w:pPr>
        <w:pStyle w:val="ListBullet"/>
      </w:pPr>
      <w:r>
        <w:t>Watches constantly (military-grade Timex)</w:t>
      </w:r>
    </w:p>
    <w:p/>
    <w:p>
      <w:r>
        <w:rPr>
          <w:i/>
        </w:rPr>
        <w:t>Life Before Return:</w:t>
      </w:r>
    </w:p>
    <w:p>
      <w:pPr>
        <w:pStyle w:val="ListBullet"/>
      </w:pPr>
      <w:r>
        <w:t>Age 17-19: Exotic dancer in Houston; extremely successful, very popular, learned the power of attention</w:t>
      </w:r>
    </w:p>
    <w:p>
      <w:pPr>
        <w:pStyle w:val="ListBullet"/>
      </w:pPr>
      <w:r>
        <w:t>Age 19-23: Moved to Milwaukee, began the "erotic dance" career, educated herself (reading, night school)</w:t>
      </w:r>
    </w:p>
    <w:p>
      <w:pPr>
        <w:pStyle w:val="ListBullet"/>
      </w:pPr>
      <w:r>
        <w:t>Age 23-26: Small-time criminal (fencing stolen goods, marijuana distribution); dangerous period</w:t>
      </w:r>
    </w:p>
    <w:p>
      <w:pPr>
        <w:pStyle w:val="ListBullet"/>
      </w:pPr>
      <w:r>
        <w:t>Age 26-27: Met Cecil Waters (also in Milwaukee, working construction, in a failing marriage)</w:t>
      </w:r>
    </w:p>
    <w:p>
      <w:pPr>
        <w:pStyle w:val="ListBullet"/>
      </w:pPr>
      <w:r>
        <w:t>Age 27-32: Five-year affair with Cecil while he remained married; fell genuinely in love</w:t>
      </w:r>
    </w:p>
    <w:p>
      <w:pPr>
        <w:pStyle w:val="ListBullet"/>
      </w:pPr>
      <w:r>
        <w:t>Age 32-35: Cecil left his wife (Marie); married Leona in a courthouse ceremony; moved to Houston</w:t>
      </w:r>
    </w:p>
    <w:p>
      <w:pPr>
        <w:pStyle w:val="ListBullet"/>
      </w:pPr>
      <w:r>
        <w:t>Age 35-42: Built a life; Cecil got security work, Leona got legitimate work (property management); had a plan to stay away from Howler County forever</w:t>
      </w:r>
    </w:p>
    <w:p/>
    <w:p>
      <w:r>
        <w:rPr>
          <w:i/>
        </w:rPr>
        <w:t>Why She Returns (Age 42):</w:t>
      </w:r>
    </w:p>
    <w:p>
      <w:r>
        <w:t>Her mother dies in 2025. Cancer, like Marie Waters (Cecil's first wife).</w:t>
      </w:r>
    </w:p>
    <w:p/>
    <w:p>
      <w:r>
        <w:t>At her mother's funeral, an aunt tells her: "Your father has been asking about you. The Beaumonts want you home."</w:t>
      </w:r>
    </w:p>
    <w:p/>
    <w:p>
      <w:r>
        <w:t>More importantly: Cecil's cancer-stricken first wife, Marie (who Leona never met but feels guilty about), is dying. Marie is in Howler County, in St. Matthew's Baptist Church, fighting. Leona feels called to witness this, to somehow atone.</w:t>
      </w:r>
    </w:p>
    <w:p/>
    <w:p>
      <w:r>
        <w:rPr>
          <w:i/>
        </w:rPr>
        <w:t>Leona's Current State:</w:t>
      </w:r>
    </w:p>
    <w:p>
      <w:pPr>
        <w:pStyle w:val="ListBullet"/>
      </w:pPr>
      <w:r>
        <w:t>Complicated marriage (loves Cecil, but feels his secrets; knows he's having an affair but doesn't know how to address it without destroying everything)</w:t>
      </w:r>
    </w:p>
    <w:p>
      <w:pPr>
        <w:pStyle w:val="ListBullet"/>
      </w:pPr>
      <w:r>
        <w:t>Guilt (guilt about Marie, about being a kept woman while Cecil's first family suffered)</w:t>
      </w:r>
    </w:p>
    <w:p>
      <w:pPr>
        <w:pStyle w:val="ListBullet"/>
      </w:pPr>
      <w:r>
        <w:t>Ambition (wants to claim her place in the Beaumont family, wants legitimacy)</w:t>
      </w:r>
    </w:p>
    <w:p>
      <w:pPr>
        <w:pStyle w:val="ListBullet"/>
      </w:pPr>
      <w:r>
        <w:t>Rage (rage at being exiled, at being treated as a whore when her father is an oil executive)</w:t>
      </w:r>
    </w:p>
    <w:p>
      <w:pPr>
        <w:pStyle w:val="ListBullet"/>
      </w:pPr>
      <w:r>
        <w:t>Love (genuine love for Cecil, even when it's complicated)</w:t>
      </w:r>
    </w:p>
    <w:p/>
    <w:p>
      <w:r>
        <w:rPr>
          <w:i/>
        </w:rPr>
        <w:t>Her Arc (7 Books):</w:t>
      </w:r>
    </w:p>
    <w:p>
      <w:pPr>
        <w:pStyle w:val="ListBullet"/>
      </w:pPr>
      <w:r>
        <w:t>Book 1-2: Learning how to navigate Howler County as an adult; discovering her father's crimes</w:t>
      </w:r>
    </w:p>
    <w:p>
      <w:pPr>
        <w:pStyle w:val="ListBullet"/>
      </w:pPr>
      <w:r>
        <w:t>Book 3: Discovering David and Margaret's truth; beginning to understand what Beaumont money is built on</w:t>
      </w:r>
    </w:p>
    <w:p>
      <w:pPr>
        <w:pStyle w:val="ListBullet"/>
      </w:pPr>
      <w:r>
        <w:t>Book 4: Active rebellion against family; choosing to support workers organizing</w:t>
      </w:r>
    </w:p>
    <w:p>
      <w:pPr>
        <w:pStyle w:val="ListBullet"/>
      </w:pPr>
      <w:r>
        <w:t>Book 5: Complete break with family; sacrificing legitimacy for justice</w:t>
      </w:r>
    </w:p>
    <w:p>
      <w:pPr>
        <w:pStyle w:val="ListBullet"/>
      </w:pPr>
      <w:r>
        <w:t>Book 6: Building a new life outside the system</w:t>
      </w:r>
    </w:p>
    <w:p>
      <w:pPr>
        <w:pStyle w:val="ListBullet"/>
      </w:pPr>
      <w:r>
        <w:t>Book 7: The cost of choosing justice</w:t>
      </w:r>
    </w:p>
    <w:p/>
    <w:p>
      <w:r>
        <w:rPr>
          <w:i/>
        </w:rPr>
        <w:t>Her Power:</w:t>
      </w:r>
    </w:p>
    <w:p>
      <w:r>
        <w:t>Leona is dangerous because she's outside the system. She's not dependent on oil money (she has her own income). She's not embedded in Howler County's social structures (she was always an outsider).</w:t>
      </w:r>
    </w:p>
    <w:p/>
    <w:p>
      <w:r>
        <w:t>She can speak truth that the next generation can't.</w:t>
      </w:r>
    </w:p>
    <w:p/>
    <w:p/>
    <w:p>
      <w:pPr>
        <w:pStyle w:val="Heading2"/>
      </w:pPr>
      <w:r>
        <w:t>CECIL WATERS</w:t>
      </w:r>
    </w:p>
    <w:p/>
    <w:p>
      <w:r>
        <w:t>**Age:** 46 (born 1979)</w:t>
      </w:r>
    </w:p>
    <w:p>
      <w:r>
        <w:t>**Background:** Born in Howler County; parents both teachers (killed in car accident when he was 16); raised by his uncle Thomas Rivers (the labor organizer who was blacklisted and died)</w:t>
      </w:r>
    </w:p>
    <w:p/>
    <w:p>
      <w:r>
        <w:rPr>
          <w:i/>
        </w:rPr>
        <w:t>Physical Description:</w:t>
      </w:r>
    </w:p>
    <w:p>
      <w:pPr>
        <w:pStyle w:val="ListBullet"/>
      </w:pPr>
      <w:r>
        <w:t>6'2", broad-shouldered, marked by violence (scars on his hands and face from military)</w:t>
      </w:r>
    </w:p>
    <w:p>
      <w:pPr>
        <w:pStyle w:val="ListBullet"/>
      </w:pPr>
      <w:r>
        <w:t>Green eyes (unusual in his family, came from his mother's side)</w:t>
      </w:r>
    </w:p>
    <w:p>
      <w:pPr>
        <w:pStyle w:val="ListBullet"/>
      </w:pPr>
      <w:r>
        <w:t>Graying at the temples (stress)</w:t>
      </w:r>
    </w:p>
    <w:p>
      <w:pPr>
        <w:pStyle w:val="ListBullet"/>
      </w:pPr>
      <w:r>
        <w:t>Dresses carefully for work; dresses loose and comfortable otherwise</w:t>
      </w:r>
    </w:p>
    <w:p>
      <w:pPr>
        <w:pStyle w:val="ListBullet"/>
      </w:pPr>
      <w:r>
        <w:t>No visible tattoos (too embedded in respectability politics)</w:t>
      </w:r>
    </w:p>
    <w:p>
      <w:pPr>
        <w:pStyle w:val="ListBullet"/>
      </w:pPr>
      <w:r>
        <w:t>Watches everyone constantly (military habit)</w:t>
      </w:r>
    </w:p>
    <w:p/>
    <w:p>
      <w:r>
        <w:rPr>
          <w:i/>
        </w:rPr>
        <w:t>Life Before Leona:</w:t>
      </w:r>
    </w:p>
    <w:p>
      <w:pPr>
        <w:pStyle w:val="ListBullet"/>
      </w:pPr>
      <w:r>
        <w:t>Age 18-22: Military service (Army, infantry); saw combat in Iraq</w:t>
      </w:r>
    </w:p>
    <w:p>
      <w:pPr>
        <w:pStyle w:val="ListBullet"/>
      </w:pPr>
      <w:r>
        <w:t>Age 22-26: Returned to Howler County; got security work with Cartwright family</w:t>
      </w:r>
    </w:p>
    <w:p>
      <w:pPr>
        <w:pStyle w:val="ListBullet"/>
      </w:pPr>
      <w:r>
        <w:t>Age 26-32: Married to Marie Rivers (his cousin, a nurse, a good woman); had two children (David, 14; Sarah, 11 in current timeline)</w:t>
      </w:r>
    </w:p>
    <w:p>
      <w:pPr>
        <w:pStyle w:val="ListBullet"/>
      </w:pPr>
      <w:r>
        <w:t>Age 26-35: Involved in community organizing (continuing his uncle's work, but quietly)</w:t>
      </w:r>
    </w:p>
    <w:p>
      <w:pPr>
        <w:pStyle w:val="ListBullet"/>
      </w:pPr>
      <w:r>
        <w:t>Age 26-37: His wife Marie diagnosed with breast cancer (Stage 3)</w:t>
      </w:r>
    </w:p>
    <w:p/>
    <w:p>
      <w:r>
        <w:rPr>
          <w:i/>
        </w:rPr>
        <w:t>The Affair:</w:t>
      </w:r>
    </w:p>
    <w:p>
      <w:pPr>
        <w:pStyle w:val="ListBullet"/>
      </w:pPr>
      <w:r>
        <w:t>Age 34-present: Affair with Sarah Cartwright-Beaumont (James Cartwright's wife, born 1984)</w:t>
      </w:r>
    </w:p>
    <w:p>
      <w:pPr>
        <w:pStyle w:val="ListBullet"/>
      </w:pPr>
      <w:r>
        <w:t>Two years of infidelity; physical, emotional, and politically complicated</w:t>
      </w:r>
    </w:p>
    <w:p>
      <w:pPr>
        <w:pStyle w:val="ListBullet"/>
      </w:pPr>
      <w:r>
        <w:t>Sarah is frustrated with her marriage (James is weak, dependent on family money, passionless)</w:t>
      </w:r>
    </w:p>
    <w:p>
      <w:pPr>
        <w:pStyle w:val="ListBullet"/>
      </w:pPr>
      <w:r>
        <w:t>Cecil is... what? Using her? In love with her? Using her connections to understand family secrets?</w:t>
      </w:r>
    </w:p>
    <w:p/>
    <w:p>
      <w:r>
        <w:rPr>
          <w:i/>
        </w:rPr>
        <w:t>Cecil's Current State:</w:t>
      </w:r>
    </w:p>
    <w:p>
      <w:pPr>
        <w:pStyle w:val="ListBullet"/>
      </w:pPr>
      <w:r>
        <w:t>Trapped between three women: Marie (wife, dying, betrayed), Leona (new wife, complicated love), Sarah (affair, dangerous)</w:t>
      </w:r>
    </w:p>
    <w:p>
      <w:pPr>
        <w:pStyle w:val="ListBullet"/>
      </w:pPr>
      <w:r>
        <w:t>Traumatized by military service; triggered frequently</w:t>
      </w:r>
    </w:p>
    <w:p>
      <w:pPr>
        <w:pStyle w:val="ListBullet"/>
      </w:pPr>
      <w:r>
        <w:t>Guilt about his uncle's death; feeling like he sold out his family's memory by working for the Cartwrights</w:t>
      </w:r>
    </w:p>
    <w:p>
      <w:pPr>
        <w:pStyle w:val="ListBullet"/>
      </w:pPr>
      <w:r>
        <w:t>Rage at himself; rage at the system; rage that he can't reconcile his beliefs with his survival</w:t>
      </w:r>
    </w:p>
    <w:p/>
    <w:p>
      <w:r>
        <w:rPr>
          <w:i/>
        </w:rPr>
        <w:t>His Secret (The Central Conflict):</w:t>
      </w:r>
    </w:p>
    <w:p>
      <w:r>
        <w:t>Cecil is a former Black Panther. Or rather, he was involved with a Black Panther cell in Milwaukee when he was with Leona (age 27-30, unauthorized military absence). He participated in community organizing that bordered on militia activity.</w:t>
      </w:r>
    </w:p>
    <w:p/>
    <w:p>
      <w:r>
        <w:t>He came back to Howler County and buried this identity. No one knows. Not Marie. Not his church. Not the Cartwrights.</w:t>
      </w:r>
    </w:p>
    <w:p/>
    <w:p>
      <w:r>
        <w:rPr>
          <w:i/>
        </w:rPr>
        <w:t>But his brother knows.</w:t>
      </w:r>
    </w:p>
    <w:p/>
    <w:p>
      <w:r>
        <w:t>And his brother is going to leverage it in Season 2.</w:t>
      </w:r>
    </w:p>
    <w:p/>
    <w:p/>
    <w:p>
      <w:pPr>
        <w:pStyle w:val="Heading2"/>
      </w:pPr>
      <w:r>
        <w:t>MAXINE ELOISE CARTER</w:t>
      </w:r>
    </w:p>
    <w:p/>
    <w:p>
      <w:r>
        <w:t>**Age:** 38 (born 1987)</w:t>
      </w:r>
    </w:p>
    <w:p>
      <w:r>
        <w:t>**Background:** Born Maxwell Eugene Carter; transitioned age 22; has lived in Howler County most of her adult life</w:t>
      </w:r>
    </w:p>
    <w:p/>
    <w:p>
      <w:r>
        <w:rPr>
          <w:i/>
        </w:rPr>
        <w:t>Physical Description:</w:t>
      </w:r>
    </w:p>
    <w:p>
      <w:pPr>
        <w:pStyle w:val="ListBullet"/>
      </w:pPr>
      <w:r>
        <w:t>5'11", slim build, graceful</w:t>
      </w:r>
    </w:p>
    <w:p>
      <w:pPr>
        <w:pStyle w:val="ListBullet"/>
      </w:pPr>
      <w:r>
        <w:t>Shoulder-length pinkish-blonde hair (dyed, natural blonde underneath)</w:t>
      </w:r>
    </w:p>
    <w:p>
      <w:pPr>
        <w:pStyle w:val="ListBullet"/>
      </w:pPr>
      <w:r>
        <w:t>Looks remarkably like Nikki Kuhn-Hansen (the slain transgender activist), which haunts everyone who meets her</w:t>
      </w:r>
    </w:p>
    <w:p>
      <w:pPr>
        <w:pStyle w:val="ListBullet"/>
      </w:pPr>
      <w:r>
        <w:t>Hands that have worked (server, housekeeper, gardener, caregiver)</w:t>
      </w:r>
    </w:p>
    <w:p>
      <w:pPr>
        <w:pStyle w:val="ListBullet"/>
      </w:pPr>
      <w:r>
        <w:t>Dresses in vintage clothes (1970s influences)</w:t>
      </w:r>
    </w:p>
    <w:p>
      <w:pPr>
        <w:pStyle w:val="ListBullet"/>
      </w:pPr>
      <w:r>
        <w:t>Wears makeup like a statement, not a mask</w:t>
      </w:r>
    </w:p>
    <w:p/>
    <w:p>
      <w:r>
        <w:rPr>
          <w:i/>
        </w:rPr>
        <w:t>Life Before:</w:t>
      </w:r>
    </w:p>
    <w:p>
      <w:pPr>
        <w:pStyle w:val="ListBullet"/>
      </w:pPr>
      <w:r>
        <w:t>Age 0-22: Born to a deeply religious Baptist family; knew she was trans from age 7; transitioned at 22 over family's objections</w:t>
      </w:r>
    </w:p>
    <w:p>
      <w:pPr>
        <w:pStyle w:val="ListBullet"/>
      </w:pPr>
      <w:r>
        <w:t>Age 22-28: Kicked out of house; lived on streets; did sex work to survive</w:t>
      </w:r>
    </w:p>
    <w:p>
      <w:pPr>
        <w:pStyle w:val="ListBullet"/>
      </w:pPr>
      <w:r>
        <w:t>Age 28-38: Working legitimately (waitressing, housekeeping); lived in apartments; became part of church community (not her birth family's church)</w:t>
      </w:r>
    </w:p>
    <w:p/>
    <w:p>
      <w:r>
        <w:rPr>
          <w:i/>
        </w:rPr>
        <w:t>Why Maxine Matters:</w:t>
      </w:r>
    </w:p>
    <w:p>
      <w:r>
        <w:t>Maxine is the **narrator's earthly embodiment.** She sees everything, hears everything, forgets nothing.</w:t>
      </w:r>
    </w:p>
    <w:p/>
    <w:p>
      <w:r>
        <w:t>In Earl's kitchen, she listens to:</w:t>
      </w:r>
    </w:p>
    <w:p>
      <w:pPr>
        <w:pStyle w:val="ListBullet"/>
      </w:pPr>
      <w:r>
        <w:t>Oil executives discussing profit margins while sitting next to workers</w:t>
      </w:r>
    </w:p>
    <w:p>
      <w:pPr>
        <w:pStyle w:val="ListBullet"/>
      </w:pPr>
      <w:r>
        <w:t>Beaumont family members discussing how to "handle" Leona's return</w:t>
      </w:r>
    </w:p>
    <w:p>
      <w:pPr>
        <w:pStyle w:val="ListBullet"/>
      </w:pPr>
      <w:r>
        <w:t>Young people questioning the system that's holding them</w:t>
      </w:r>
    </w:p>
    <w:p>
      <w:pPr>
        <w:pStyle w:val="ListBullet"/>
      </w:pPr>
      <w:r>
        <w:t>Older people defending the system that's dying</w:t>
      </w:r>
    </w:p>
    <w:p/>
    <w:p>
      <w:r>
        <w:t>Maxine doesn't have power in the traditional sense, but she has visibility. She's seen. And she uses that visibility to tell truth.</w:t>
      </w:r>
    </w:p>
    <w:p/>
    <w:p>
      <w:r>
        <w:rPr>
          <w:i/>
        </w:rPr>
        <w:t>Her Relationship to the Narrator:</w:t>
      </w:r>
    </w:p>
    <w:p>
      <w:r>
        <w:t>Maxine IS the one who speaks in the asides, who gives the Lady Whistledown commentary. She's the unreliable chorus. She's the one who says what no one else will.</w:t>
      </w:r>
    </w:p>
    <w:p/>
    <w:p>
      <w:r>
        <w:rPr>
          <w:i/>
        </w:rPr>
        <w:t>Her Arc:</w:t>
      </w:r>
    </w:p>
    <w:p>
      <w:pPr>
        <w:pStyle w:val="ListBullet"/>
      </w:pPr>
      <w:r>
        <w:t>Survive (Books 1-2)</w:t>
      </w:r>
    </w:p>
    <w:p>
      <w:pPr>
        <w:pStyle w:val="ListBullet"/>
      </w:pPr>
      <w:r>
        <w:t>Witness (Books 3-4)</w:t>
      </w:r>
    </w:p>
    <w:p>
      <w:pPr>
        <w:pStyle w:val="ListBullet"/>
      </w:pPr>
      <w:r>
        <w:t>Testify (Book 5)</w:t>
      </w:r>
    </w:p>
    <w:p>
      <w:pPr>
        <w:pStyle w:val="ListBullet"/>
      </w:pPr>
      <w:r>
        <w:t>Lead (Books 6-7)</w:t>
      </w:r>
    </w:p>
    <w:p/>
    <w:p/>
    <w:p>
      <w:pPr>
        <w:pStyle w:val="Heading2"/>
      </w:pPr>
      <w:r>
        <w:t>MARIE WATERS (The Dying Wife)</w:t>
      </w:r>
    </w:p>
    <w:p/>
    <w:p>
      <w:r>
        <w:t>**Age:** 45 (born 1980)</w:t>
      </w:r>
    </w:p>
    <w:p>
      <w:r>
        <w:t>**Background:** Cousin to Cecil; born in The Quarters; raised by a single mother; became a nurse; fought her whole life</w:t>
      </w:r>
    </w:p>
    <w:p/>
    <w:p>
      <w:r>
        <w:rPr>
          <w:i/>
        </w:rPr>
        <w:t>Current State (Book 1):</w:t>
      </w:r>
    </w:p>
    <w:p>
      <w:r>
        <w:t>Advanced cancer. Weeks to months to live.</w:t>
      </w:r>
    </w:p>
    <w:p/>
    <w:p>
      <w:r>
        <w:rPr>
          <w:i/>
        </w:rPr>
        <w:t>Her Role:</w:t>
      </w:r>
    </w:p>
    <w:p>
      <w:r>
        <w:t>Marie is the moral conscience of the series. She represents:</w:t>
      </w:r>
    </w:p>
    <w:p>
      <w:pPr>
        <w:pStyle w:val="ListBullet"/>
      </w:pPr>
      <w:r>
        <w:t>What love actually costs</w:t>
      </w:r>
    </w:p>
    <w:p>
      <w:pPr>
        <w:pStyle w:val="ListBullet"/>
      </w:pPr>
      <w:r>
        <w:t>What loyalty demands</w:t>
      </w:r>
    </w:p>
    <w:p>
      <w:pPr>
        <w:pStyle w:val="ListBullet"/>
      </w:pPr>
      <w:r>
        <w:t>What justice requires</w:t>
      </w:r>
    </w:p>
    <w:p>
      <w:pPr>
        <w:pStyle w:val="ListBullet"/>
      </w:pPr>
      <w:r>
        <w:t>What happens to people the system discards</w:t>
      </w:r>
    </w:p>
    <w:p/>
    <w:p>
      <w:r>
        <w:t>She's barely alive but absolutely present. Her struggle continues despite everything.</w:t>
      </w:r>
    </w:p>
    <w:p/>
    <w:p>
      <w:r>
        <w:rPr>
          <w:i/>
        </w:rPr>
        <w:t>Her Relationships:</w:t>
      </w:r>
    </w:p>
    <w:p>
      <w:pPr>
        <w:pStyle w:val="ListBullet"/>
      </w:pPr>
      <w:r>
        <w:t>With Cecil: Deep love, total betrayal, knows about Leona but chooses silence (complexity!)</w:t>
      </w:r>
    </w:p>
    <w:p>
      <w:pPr>
        <w:pStyle w:val="ListBullet"/>
      </w:pPr>
      <w:r>
        <w:t>With Leona: Complicated; Marie actually respects Leona's boldness, even as she's been replaced by her</w:t>
      </w:r>
    </w:p>
    <w:p>
      <w:pPr>
        <w:pStyle w:val="ListBullet"/>
      </w:pPr>
      <w:r>
        <w:t>With her children: Fierce protection; wanting them to know the truth</w:t>
      </w:r>
    </w:p>
    <w:p>
      <w:pPr>
        <w:pStyle w:val="ListBullet"/>
      </w:pPr>
      <w:r>
        <w:t>With St. Matthew's: Her church home, where people come to witness her suffering and find meaning</w:t>
      </w:r>
    </w:p>
    <w:p/>
    <w:p/>
    <w:p>
      <w:pPr>
        <w:pStyle w:val="Heading2"/>
      </w:pPr>
      <w:r>
        <w:t>SARA BEAUMONT (The Affair Partner)</w:t>
      </w:r>
    </w:p>
    <w:p/>
    <w:p>
      <w:r>
        <w:t>**Age:** 41 (born 1984)</w:t>
      </w:r>
    </w:p>
    <w:p>
      <w:r>
        <w:t>**Background:** Married to James Cartwright (Cartwright family heir); educated (Northwestern, business degree); has two children; trapped in a dynastic marriage</w:t>
      </w:r>
    </w:p>
    <w:p/>
    <w:p>
      <w:r>
        <w:rPr>
          <w:i/>
        </w:rPr>
        <w:t>Current State (Book 1):</w:t>
      </w:r>
    </w:p>
    <w:p>
      <w:r>
        <w:t>In an affair with Cecil Waters; frustrated with her marriage; beginning to question the family system that raised her.</w:t>
      </w:r>
    </w:p>
    <w:p/>
    <w:p>
      <w:r>
        <w:rPr>
          <w:i/>
        </w:rPr>
        <w:t>Her Complexity:</w:t>
      </w:r>
    </w:p>
    <w:p>
      <w:pPr>
        <w:pStyle w:val="ListBullet"/>
      </w:pPr>
      <w:r>
        <w:t>She's not a villain (she's trapped in her own way)</w:t>
      </w:r>
    </w:p>
    <w:p>
      <w:pPr>
        <w:pStyle w:val="ListBullet"/>
      </w:pPr>
      <w:r>
        <w:t>She's not a savior (sleeping with a Black man working for her family while benefiting from that system is complicated)</w:t>
      </w:r>
    </w:p>
    <w:p>
      <w:pPr>
        <w:pStyle w:val="ListBullet"/>
      </w:pPr>
      <w:r>
        <w:t>She's not simple (she actually cares about Cecil; the affair is genuine)</w:t>
      </w:r>
    </w:p>
    <w:p>
      <w:pPr>
        <w:pStyle w:val="ListBullet"/>
      </w:pPr>
      <w:r>
        <w:t>She's dangerous (her choices will have consequences for everyone)</w:t>
      </w:r>
    </w:p>
    <w:p/>
    <w:p>
      <w:r>
        <w:rPr>
          <w:i/>
        </w:rPr>
        <w:t>Her Role:</w:t>
      </w:r>
    </w:p>
    <w:p>
      <w:r>
        <w:t>Sara represents the next generation's complicity. She was educated to see injustice. She's choosing not to see it.</w:t>
      </w:r>
    </w:p>
    <w:p/>
    <w:p/>
    <w:p>
      <w:pPr>
        <w:pStyle w:val="Heading2"/>
      </w:pPr>
      <w:r>
        <w:t>JAMES CARTWRIGHT</w:t>
      </w:r>
    </w:p>
    <w:p/>
    <w:p>
      <w:r>
        <w:t>**Age:** 44 (born 1981)</w:t>
      </w:r>
    </w:p>
    <w:p>
      <w:r>
        <w:t>**Background:** Joshua's grandson; groomed from birth for Cartwright Oil leadership; married to Sara; has two children (Emma, 22; Marcus, 20)</w:t>
      </w:r>
    </w:p>
    <w:p/>
    <w:p>
      <w:r>
        <w:rPr>
          <w:i/>
        </w:rPr>
        <w:t>Current State (Book 1):</w:t>
      </w:r>
    </w:p>
    <w:p>
      <w:r>
        <w:t>Weak. Passive. Dependent. Knows his wife is having an affair but can't confront it. Knows the family business is built on exploitation but can't imagine an alternative.</w:t>
      </w:r>
    </w:p>
    <w:p/>
    <w:p>
      <w:r>
        <w:rPr>
          <w:i/>
        </w:rPr>
        <w:t>His Role:</w:t>
      </w:r>
    </w:p>
    <w:p>
      <w:r>
        <w:t>James represents masculine failure. He's supposed to lead the next generation, but he's too broken to do it.</w:t>
      </w:r>
    </w:p>
    <w:p/>
    <w:p>
      <w:r>
        <w:rPr>
          <w:i/>
        </w:rPr>
        <w:t>His Secret:</w:t>
      </w:r>
    </w:p>
    <w:p>
      <w:r>
        <w:t>James has always known about David Beaumont's death. His grandmother (Eleanor) told him. And James has carried this knowledge, this blood-guilt, his entire life.</w:t>
      </w:r>
    </w:p>
    <w:p/>
    <w:p/>
    <w:p>
      <w:pPr>
        <w:pStyle w:val="Heading1"/>
      </w:pPr>
      <w:r>
        <w:t>SUPPORTING CHARACTERS</w:t>
      </w:r>
    </w:p>
    <w:p/>
    <w:p>
      <w:pPr>
        <w:pStyle w:val="Heading2"/>
      </w:pPr>
      <w:r>
        <w:t>The Older Generation (Age 65+)</w:t>
      </w:r>
    </w:p>
    <w:p/>
    <w:p>
      <w:r>
        <w:t>**Joshua Cartwright** (deceased, but present through legacy)</w:t>
      </w:r>
    </w:p>
    <w:p>
      <w:pPr>
        <w:pStyle w:val="ListBullet"/>
      </w:pPr>
      <w:r>
        <w:t>Born 1904, died 1998</w:t>
      </w:r>
    </w:p>
    <w:p>
      <w:pPr>
        <w:pStyle w:val="ListBullet"/>
      </w:pPr>
      <w:r>
        <w:t>Founder of Cartwright Oil; ruthless; brilliant; cruel</w:t>
      </w:r>
    </w:p>
    <w:p>
      <w:pPr>
        <w:pStyle w:val="ListBullet"/>
      </w:pPr>
      <w:r>
        <w:t>His decisions shape everything</w:t>
      </w:r>
    </w:p>
    <w:p/>
    <w:p>
      <w:r>
        <w:t>**Eleanor Cartwright** (born 1918, deceased 2012)</w:t>
      </w:r>
    </w:p>
    <w:p>
      <w:pPr>
        <w:pStyle w:val="ListBullet"/>
      </w:pPr>
      <w:r>
        <w:t>Joshua's wife; lied about David Beaumont; harbored guilt her entire life</w:t>
      </w:r>
    </w:p>
    <w:p>
      <w:pPr>
        <w:pStyle w:val="ListBullet"/>
      </w:pPr>
      <w:r>
        <w:t>Her lie became the foundation of modern tragedy</w:t>
      </w:r>
    </w:p>
    <w:p/>
    <w:p>
      <w:r>
        <w:t>**William Beaumont** (born 1903, deceased 2001)</w:t>
      </w:r>
    </w:p>
    <w:p>
      <w:pPr>
        <w:pStyle w:val="ListBullet"/>
      </w:pPr>
      <w:r>
        <w:t>Joshua's cousin; founder of Beaumont Oil</w:t>
      </w:r>
    </w:p>
    <w:p>
      <w:pPr>
        <w:pStyle w:val="ListBullet"/>
      </w:pPr>
      <w:r>
        <w:t>Complicated man; wanted to build something lasting</w:t>
      </w:r>
    </w:p>
    <w:p>
      <w:pPr>
        <w:pStyle w:val="ListBullet"/>
      </w:pPr>
      <w:r>
        <w:t>His love affair with Eleanor haunted him</w:t>
      </w:r>
    </w:p>
    <w:p/>
    <w:p>
      <w:pPr>
        <w:pStyle w:val="Heading2"/>
      </w:pPr>
      <w:r>
        <w:t>The Middle Generation (Age 50-65)</w:t>
      </w:r>
    </w:p>
    <w:p/>
    <w:p>
      <w:r>
        <w:t>**Richard Beaumont** (born 1952) – Current Beaumont family patriarch</w:t>
      </w:r>
    </w:p>
    <w:p>
      <w:pPr>
        <w:pStyle w:val="ListBullet"/>
      </w:pPr>
      <w:r>
        <w:t>William's son; took over business in 2001</w:t>
      </w:r>
    </w:p>
    <w:p>
      <w:pPr>
        <w:pStyle w:val="ListBullet"/>
      </w:pPr>
      <w:r>
        <w:t>Maintains The Arrangement</w:t>
      </w:r>
    </w:p>
    <w:p>
      <w:pPr>
        <w:pStyle w:val="ListBullet"/>
      </w:pPr>
      <w:r>
        <w:t>Controlled but not cruel</w:t>
      </w:r>
    </w:p>
    <w:p>
      <w:pPr>
        <w:pStyle w:val="ListBullet"/>
      </w:pPr>
      <w:r>
        <w:t>Loves money more than people but hides it better than Joshua did</w:t>
      </w:r>
    </w:p>
    <w:p/>
    <w:p>
      <w:r>
        <w:t>**Thomas Cartwright** (born 1955) – CEO of Cartwright Oil</w:t>
      </w:r>
    </w:p>
    <w:p>
      <w:pPr>
        <w:pStyle w:val="ListBullet"/>
      </w:pPr>
      <w:r>
        <w:t>Joshua's grandson; ruthless like his grandfather</w:t>
      </w:r>
    </w:p>
    <w:p>
      <w:pPr>
        <w:pStyle w:val="ListBullet"/>
      </w:pPr>
      <w:r>
        <w:t>Controls Cartwright operations</w:t>
      </w:r>
    </w:p>
    <w:p>
      <w:pPr>
        <w:pStyle w:val="ListBullet"/>
      </w:pPr>
      <w:r>
        <w:t>Married to Diane; has adult children</w:t>
      </w:r>
    </w:p>
    <w:p>
      <w:pPr>
        <w:pStyle w:val="ListBullet"/>
      </w:pPr>
      <w:r>
        <w:t>More ideological than Joshua (justifies extraction with economic theory)</w:t>
      </w:r>
    </w:p>
    <w:p/>
    <w:p>
      <w:pPr>
        <w:pStyle w:val="Heading2"/>
      </w:pPr>
      <w:r>
        <w:t>The Young Generation (Age 25-45)</w:t>
      </w:r>
    </w:p>
    <w:p/>
    <w:p>
      <w:r>
        <w:t>**Emma Cartwright** (born 2003) – James's daughter</w:t>
      </w:r>
    </w:p>
    <w:p>
      <w:pPr>
        <w:pStyle w:val="ListBullet"/>
      </w:pPr>
      <w:r>
        <w:t>Smart, educated, questioning</w:t>
      </w:r>
    </w:p>
    <w:p>
      <w:pPr>
        <w:pStyle w:val="ListBullet"/>
      </w:pPr>
      <w:r>
        <w:t>University of Texas student (double major: Environmental Science and Political Science)</w:t>
      </w:r>
    </w:p>
    <w:p>
      <w:pPr>
        <w:pStyle w:val="ListBullet"/>
      </w:pPr>
      <w:r>
        <w:t>Beginning to see family complicity</w:t>
      </w:r>
    </w:p>
    <w:p>
      <w:pPr>
        <w:pStyle w:val="ListBullet"/>
      </w:pPr>
      <w:r>
        <w:t>Will become a key figure in Season 4-5</w:t>
      </w:r>
    </w:p>
    <w:p/>
    <w:p>
      <w:r>
        <w:t>**Marcus Cartwright** (born 2005) – James's son</w:t>
      </w:r>
    </w:p>
    <w:p>
      <w:pPr>
        <w:pStyle w:val="ListBullet"/>
      </w:pPr>
      <w:r>
        <w:t>Business school; expected to follow father into industry</w:t>
      </w:r>
    </w:p>
    <w:p>
      <w:pPr>
        <w:pStyle w:val="ListBullet"/>
      </w:pPr>
      <w:r>
        <w:t>Has a girlfriend (white girl from Houston family)</w:t>
      </w:r>
    </w:p>
    <w:p>
      <w:pPr>
        <w:pStyle w:val="ListBullet"/>
      </w:pPr>
      <w:r>
        <w:t>Struggles with expectations and conscience</w:t>
      </w:r>
    </w:p>
    <w:p>
      <w:pPr>
        <w:pStyle w:val="ListBullet"/>
      </w:pPr>
      <w:r>
        <w:t>Will have a crisis moment in Season 2</w:t>
      </w:r>
    </w:p>
    <w:p/>
    <w:p>
      <w:r>
        <w:t>**David Beaumont Jr.** (Cecil's son with Marie)</w:t>
      </w:r>
    </w:p>
    <w:p>
      <w:pPr>
        <w:pStyle w:val="ListBullet"/>
      </w:pPr>
      <w:r>
        <w:t>Age 14; brilliant; already reading his parents' hypocrisy</w:t>
      </w:r>
    </w:p>
    <w:p/>
    <w:p>
      <w:r>
        <w:t>**Sarah Beaumont** (Cecil's daughter with Marie)</w:t>
      </w:r>
    </w:p>
    <w:p>
      <w:pPr>
        <w:pStyle w:val="ListBullet"/>
      </w:pPr>
      <w:r>
        <w:t>Age 11; sensitive; will become a casualty of adult betrayals</w:t>
      </w:r>
    </w:p>
    <w:p/>
    <w:p>
      <w:pPr>
        <w:pStyle w:val="Heading2"/>
      </w:pPr>
      <w:r>
        <w:t>Supporting Cast (Essential Players)</w:t>
      </w:r>
    </w:p>
    <w:p/>
    <w:p>
      <w:r>
        <w:t>**Earl Johnson** (71)</w:t>
      </w:r>
    </w:p>
    <w:p>
      <w:pPr>
        <w:pStyle w:val="ListBullet"/>
      </w:pPr>
      <w:r>
        <w:t>Owner of Earl's Authentic Soul Food &amp; Chinese Kitchen</w:t>
      </w:r>
    </w:p>
    <w:p>
      <w:pPr>
        <w:pStyle w:val="ListBullet"/>
      </w:pPr>
      <w:r>
        <w:t>Former steel worker; has wisdom and judgment</w:t>
      </w:r>
    </w:p>
    <w:p>
      <w:pPr>
        <w:pStyle w:val="ListBullet"/>
      </w:pPr>
      <w:r>
        <w:t>Serves as confidant and arbiter of truth in Howler County's Black community</w:t>
      </w:r>
    </w:p>
    <w:p/>
    <w:p>
      <w:r>
        <w:t>**Pastor Michael Williams** (62)</w:t>
      </w:r>
    </w:p>
    <w:p>
      <w:pPr>
        <w:pStyle w:val="ListBullet"/>
      </w:pPr>
      <w:r>
        <w:t>Minister of St. Matthew's Baptist Church</w:t>
      </w:r>
    </w:p>
    <w:p>
      <w:pPr>
        <w:pStyle w:val="ListBullet"/>
      </w:pPr>
      <w:r>
        <w:t>Struggles between spiritual mission and community protection</w:t>
      </w:r>
    </w:p>
    <w:p>
      <w:pPr>
        <w:pStyle w:val="ListBullet"/>
      </w:pPr>
      <w:r>
        <w:t>Will be forced to choose between truth and loyalty</w:t>
      </w:r>
    </w:p>
    <w:p/>
    <w:p>
      <w:r>
        <w:t>**Officer Raymond Pierce** (55)</w:t>
      </w:r>
    </w:p>
    <w:p>
      <w:pPr>
        <w:pStyle w:val="ListBullet"/>
      </w:pPr>
      <w:r>
        <w:t>Howler County Sheriff's Deputy</w:t>
      </w:r>
    </w:p>
    <w:p>
      <w:pPr>
        <w:pStyle w:val="ListBullet"/>
      </w:pPr>
      <w:r>
        <w:t>Has been keeping family secrets for thirty years</w:t>
      </w:r>
    </w:p>
    <w:p>
      <w:pPr>
        <w:pStyle w:val="ListBullet"/>
      </w:pPr>
      <w:r>
        <w:t>Will be forced to choose in Season 3</w:t>
      </w:r>
    </w:p>
    <w:p/>
    <w:p>
      <w:r>
        <w:t>**Dr. Lisa Chen** (48)</w:t>
      </w:r>
    </w:p>
    <w:p>
      <w:pPr>
        <w:pStyle w:val="ListBullet"/>
      </w:pPr>
      <w:r>
        <w:t>Only female doctor in Howler County</w:t>
      </w:r>
    </w:p>
    <w:p>
      <w:pPr>
        <w:pStyle w:val="ListBullet"/>
      </w:pPr>
      <w:r>
        <w:t>Treats both Marie Waters and wealthy family members</w:t>
      </w:r>
    </w:p>
    <w:p>
      <w:pPr>
        <w:pStyle w:val="ListBullet"/>
      </w:pPr>
      <w:r>
        <w:t>Will become a crucial witness to systemic injustice</w:t>
      </w:r>
    </w:p>
    <w:p/>
    <w:p/>
    <w:p>
      <w:pPr>
        <w:pStyle w:val="Heading1"/>
      </w:pPr>
      <w:r>
        <w:t>SEASON ARC BREAKDOWN</w:t>
      </w:r>
    </w:p>
    <w:p/>
    <w:p>
      <w:pPr>
        <w:pStyle w:val="Heading2"/>
      </w:pPr>
      <w:r>
        <w:t>BOOK ONE: THE HOMECOMING (Season 1)</w:t>
      </w:r>
    </w:p>
    <w:p>
      <w:r>
        <w:rPr>
          <w:i/>
        </w:rPr>
        <w:t>Chapters: Cold Returns, Oil and Water, The Quarters Rising, Hunger and Thirst, The First Truth</w:t>
      </w:r>
    </w:p>
    <w:p/>
    <w:p>
      <w:r>
        <w:t>**Premise:** Leona comes home. Cecil's affair begins to spiral. Maxine begins to speak. The system holds, barely.</w:t>
      </w:r>
    </w:p>
    <w:p/>
    <w:p>
      <w:r>
        <w:rPr>
          <w:i/>
        </w:rPr>
        <w:t>Major Plot Points:</w:t>
      </w:r>
    </w:p>
    <w:p>
      <w:pPr>
        <w:pStyle w:val="ListNumber"/>
      </w:pPr>
      <w:r>
        <w:t>Leona's arrival at Beaumont estate (cold reception from father Richard)</w:t>
      </w:r>
    </w:p>
    <w:p>
      <w:pPr>
        <w:pStyle w:val="ListNumber"/>
      </w:pPr>
      <w:r>
        <w:t>Cecil's visible tension as Leona enters Howler County</w:t>
      </w:r>
    </w:p>
    <w:p>
      <w:pPr>
        <w:pStyle w:val="ListNumber"/>
      </w:pPr>
      <w:r>
        <w:t>Marie's declining health forces public acknowledgment of dying</w:t>
      </w:r>
    </w:p>
    <w:p>
      <w:pPr>
        <w:pStyle w:val="ListNumber"/>
      </w:pPr>
      <w:r>
        <w:t>Sara and Cecil's affair deepens (first kiss at Magnolia Hotel)</w:t>
      </w:r>
    </w:p>
    <w:p>
      <w:pPr>
        <w:pStyle w:val="ListNumber"/>
      </w:pPr>
      <w:r>
        <w:t>Leona meets Maxine at Earl's; instant recognition</w:t>
      </w:r>
    </w:p>
    <w:p>
      <w:pPr>
        <w:pStyle w:val="ListNumber"/>
      </w:pPr>
      <w:r>
        <w:t>A young activist group (Emma Cartwright's friends) begins meeting at Earl's</w:t>
      </w:r>
    </w:p>
    <w:p>
      <w:pPr>
        <w:pStyle w:val="ListNumber"/>
      </w:pPr>
      <w:r>
        <w:t>Cecil's brother Thomas returns to Howler County (ominous)</w:t>
      </w:r>
    </w:p>
    <w:p>
      <w:pPr>
        <w:pStyle w:val="ListNumber"/>
      </w:pPr>
      <w:r>
        <w:t>Leona discovers an old letter (David's letter?) hidden in her mother's effects</w:t>
      </w:r>
    </w:p>
    <w:p>
      <w:pPr>
        <w:pStyle w:val="ListNumber"/>
      </w:pPr>
      <w:r>
        <w:t>First confrontation: Leona tells Richard she's staying</w:t>
      </w:r>
    </w:p>
    <w:p>
      <w:r>
        <w:t>10. Cliffhanger: A worker dies at Cartwright Oil Fields; accident or negligence?</w:t>
      </w:r>
    </w:p>
    <w:p/>
    <w:p>
      <w:r>
        <w:t>**Thematic Focus:** Return and displacement; the cost of survival; beginning of awakening</w:t>
      </w:r>
    </w:p>
    <w:p/>
    <w:p/>
    <w:p>
      <w:pPr>
        <w:pStyle w:val="Heading2"/>
      </w:pPr>
      <w:r>
        <w:t>BOOK TWO: THE RECKONING (Season 2)</w:t>
      </w:r>
    </w:p>
    <w:p>
      <w:r>
        <w:rPr>
          <w:i/>
        </w:rPr>
        <w:t>Chapters: The Body's Witness, Fault Lines, The Question Asked, Emergency, The Confession</w:t>
      </w:r>
    </w:p>
    <w:p/>
    <w:p>
      <w:r>
        <w:t>**Premise:** Marie dies. Cecil's betrayal becomes known. The worker's death becomes a lawsuit. The families begin to fracture.</w:t>
      </w:r>
    </w:p>
    <w:p/>
    <w:p>
      <w:r>
        <w:rPr>
          <w:i/>
        </w:rPr>
        <w:t>Major Plot Points:</w:t>
      </w:r>
    </w:p>
    <w:p>
      <w:pPr>
        <w:pStyle w:val="ListNumber"/>
      </w:pPr>
      <w:r>
        <w:t>Marie's death in St. Matthew's (powerful scene; community witness)</w:t>
      </w:r>
    </w:p>
    <w:p>
      <w:pPr>
        <w:pStyle w:val="ListNumber"/>
      </w:pPr>
      <w:r>
        <w:t>Cecil's children learn about his affair</w:t>
      </w:r>
    </w:p>
    <w:p>
      <w:pPr>
        <w:pStyle w:val="ListNumber"/>
      </w:pPr>
      <w:r>
        <w:t>Leona confronts Cecil (devastating); doesn't leave, but something breaks</w:t>
      </w:r>
    </w:p>
    <w:p>
      <w:pPr>
        <w:pStyle w:val="ListNumber"/>
      </w:pPr>
      <w:r>
        <w:t>Sara's husband James discovers the affair</w:t>
      </w:r>
    </w:p>
    <w:p>
      <w:pPr>
        <w:pStyle w:val="ListNumber"/>
      </w:pPr>
      <w:r>
        <w:t>Workers' families file lawsuit against Cartwright Oil</w:t>
      </w:r>
    </w:p>
    <w:p>
      <w:pPr>
        <w:pStyle w:val="ListNumber"/>
      </w:pPr>
      <w:r>
        <w:t>Emma Cartwright begins publicly questioning family business</w:t>
      </w:r>
    </w:p>
    <w:p>
      <w:pPr>
        <w:pStyle w:val="ListNumber"/>
      </w:pPr>
      <w:r>
        <w:t>Richard Beaumont and Thomas Cartwright meet to "handle" the lawsuit</w:t>
      </w:r>
    </w:p>
    <w:p>
      <w:pPr>
        <w:pStyle w:val="ListNumber"/>
      </w:pPr>
      <w:r>
        <w:t>Maxine's testimony is crucial to lawsuit (she saw something, heard something)</w:t>
      </w:r>
    </w:p>
    <w:p>
      <w:pPr>
        <w:pStyle w:val="ListNumber"/>
      </w:pPr>
      <w:r>
        <w:t>Cecil's brother Thomas leverages his secret (Black Panther past)</w:t>
      </w:r>
    </w:p>
    <w:p>
      <w:r>
        <w:t>10. Cliffhanger: Someone dies under mysterious circumstances (is it murder?)</w:t>
      </w:r>
    </w:p>
    <w:p/>
    <w:p>
      <w:r>
        <w:t>**Thematic Focus:** Consequences; the body as political site; systems defending themselves</w:t>
      </w:r>
    </w:p>
    <w:p/>
    <w:p/>
    <w:p>
      <w:pPr>
        <w:pStyle w:val="Heading2"/>
      </w:pPr>
      <w:r>
        <w:t>BOOK THREE: THE RECKONING (Season 3)</w:t>
      </w:r>
    </w:p>
    <w:p>
      <w:r>
        <w:rPr>
          <w:i/>
        </w:rPr>
        <w:t>Chapters: The Archive, The Letter, The Unraveling, The Witness, The Choice</w:t>
      </w:r>
    </w:p>
    <w:p/>
    <w:p>
      <w:r>
        <w:t>**Premise:** David Beaumont's truth emerges. Margaret Cartwright's journal surfaces. The families' founding lie is exposed.</w:t>
      </w:r>
    </w:p>
    <w:p/>
    <w:p>
      <w:r>
        <w:rPr>
          <w:i/>
        </w:rPr>
        <w:t>Major Plot Points:</w:t>
      </w:r>
    </w:p>
    <w:p>
      <w:pPr>
        <w:pStyle w:val="ListNumber"/>
      </w:pPr>
      <w:r>
        <w:t>Someone (unclear who) gives Margaret's journal/David's letters to local historians</w:t>
      </w:r>
    </w:p>
    <w:p>
      <w:pPr>
        <w:pStyle w:val="ListNumber"/>
      </w:pPr>
      <w:r>
        <w:t>The truth about David's death spreads through community (not official channels)</w:t>
      </w:r>
    </w:p>
    <w:p>
      <w:pPr>
        <w:pStyle w:val="ListNumber"/>
      </w:pPr>
      <w:r>
        <w:t>Richard Beaumont and Thomas Cartwright must confront their families' origin story</w:t>
      </w:r>
    </w:p>
    <w:p>
      <w:pPr>
        <w:pStyle w:val="ListNumber"/>
      </w:pPr>
      <w:r>
        <w:t>Young generation (Emma, Marcus) demand answers; family meetings become confrontational</w:t>
      </w:r>
    </w:p>
    <w:p>
      <w:pPr>
        <w:pStyle w:val="ListNumber"/>
      </w:pPr>
      <w:r>
        <w:t>Leona realizes her father was complicit in David's death (or cover-up)</w:t>
      </w:r>
    </w:p>
    <w:p>
      <w:pPr>
        <w:pStyle w:val="ListNumber"/>
      </w:pPr>
      <w:r>
        <w:t>Cecil realizes his uncle Thomas Rivers' death was directly connected to family power consolidation</w:t>
      </w:r>
    </w:p>
    <w:p>
      <w:pPr>
        <w:pStyle w:val="ListNumber"/>
      </w:pPr>
      <w:r>
        <w:t>Public reveal: Margaret Cartwright was planning to elope with David Beaumont and abandon her family's money</w:t>
      </w:r>
    </w:p>
    <w:p>
      <w:pPr>
        <w:pStyle w:val="ListNumber"/>
      </w:pPr>
      <w:r>
        <w:t>The workers' lawsuit expands; becomes a class action</w:t>
      </w:r>
    </w:p>
    <w:p>
      <w:pPr>
        <w:pStyle w:val="ListNumber"/>
      </w:pPr>
      <w:r>
        <w:t>Pastor Williams must decide: protect the Cartwrights or tell truth from the pulpit</w:t>
      </w:r>
    </w:p>
    <w:p>
      <w:r>
        <w:t>10. Cliffhanger: A bomb threat at Cartwright Oil; who is organizing? (The revolutionary answer: young people, including Emma, including activists)</w:t>
      </w:r>
    </w:p>
    <w:p/>
    <w:p>
      <w:r>
        <w:t>**Thematic Focus:** Historical truth; generational reckoning; revolution beginning</w:t>
      </w:r>
    </w:p>
    <w:p/>
    <w:p/>
    <w:p>
      <w:pPr>
        <w:pStyle w:val="Heading2"/>
      </w:pPr>
      <w:r>
        <w:t>BOOK FOUR: THE REVOLUTION (Season 4)</w:t>
      </w:r>
    </w:p>
    <w:p>
      <w:r>
        <w:rPr>
          <w:i/>
        </w:rPr>
        <w:t>Chapters: The Uprising, The Choice, The Occupation, The Negotiation, The Breaking</w:t>
      </w:r>
    </w:p>
    <w:p/>
    <w:p>
      <w:r>
        <w:t>**Premise:** Young people organize; families must choose between money and moral survival; Cecil must choose a side.</w:t>
      </w:r>
    </w:p>
    <w:p/>
    <w:p>
      <w:r>
        <w:rPr>
          <w:i/>
        </w:rPr>
        <w:t>Major Plot Points:</w:t>
      </w:r>
    </w:p>
    <w:p>
      <w:pPr>
        <w:pStyle w:val="ListNumber"/>
      </w:pPr>
      <w:r>
        <w:t>Emma Cartwright publicly joins worker organizing; renounces family money</w:t>
      </w:r>
    </w:p>
    <w:p>
      <w:pPr>
        <w:pStyle w:val="ListNumber"/>
      </w:pPr>
      <w:r>
        <w:t>Marcus Cartwright must choose between family and conscience (chooses family—will haunt him)</w:t>
      </w:r>
    </w:p>
    <w:p>
      <w:pPr>
        <w:pStyle w:val="ListNumber"/>
      </w:pPr>
      <w:r>
        <w:t>Workers occupy Cartwright Oil Fields; national media attention</w:t>
      </w:r>
    </w:p>
    <w:p>
      <w:pPr>
        <w:pStyle w:val="ListNumber"/>
      </w:pPr>
      <w:r>
        <w:t>Leona joins the organizing (shocking); uses her family knowledge as weapon</w:t>
      </w:r>
    </w:p>
    <w:p>
      <w:pPr>
        <w:pStyle w:val="ListNumber"/>
      </w:pPr>
      <w:r>
        <w:t>Cecil is ordered to remove Leona from Cartwright property; refuses; loses his job</w:t>
      </w:r>
    </w:p>
    <w:p>
      <w:pPr>
        <w:pStyle w:val="ListNumber"/>
      </w:pPr>
      <w:r>
        <w:t>Richard Beaumont attempts to negotiate; Cartwright remains intransigent</w:t>
      </w:r>
    </w:p>
    <w:p>
      <w:pPr>
        <w:pStyle w:val="ListNumber"/>
      </w:pPr>
      <w:r>
        <w:t>Police violence at oil fields; Maxine is arrested while documenting evidence</w:t>
      </w:r>
    </w:p>
    <w:p>
      <w:pPr>
        <w:pStyle w:val="ListNumber"/>
      </w:pPr>
      <w:r>
        <w:t>Federal investigation begins (triggered by media attention)</w:t>
      </w:r>
    </w:p>
    <w:p>
      <w:pPr>
        <w:pStyle w:val="ListNumber"/>
      </w:pPr>
      <w:r>
        <w:t>Family members begin to testify against their own families</w:t>
      </w:r>
    </w:p>
    <w:p>
      <w:r>
        <w:t>10. Cliffhanger: Thomas Cartwright orders a severe response; what will he do?</w:t>
      </w:r>
    </w:p>
    <w:p/>
    <w:p>
      <w:r>
        <w:t>**Thematic Focus:** Revolution vs. reform; the cost of choosing justice; systems burning</w:t>
      </w:r>
    </w:p>
    <w:p/>
    <w:p/>
    <w:p>
      <w:pPr>
        <w:pStyle w:val="Heading2"/>
      </w:pPr>
      <w:r>
        <w:t>BOOK FIVE: THE RUIN (Season 5)</w:t>
      </w:r>
    </w:p>
    <w:p>
      <w:r>
        <w:rPr>
          <w:i/>
        </w:rPr>
        <w:t>Chapters: The Fall, The Betrayal, The Cost, The Silence, The Aftermath</w:t>
      </w:r>
    </w:p>
    <w:p/>
    <w:p>
      <w:r>
        <w:t>**Premise:** Revolution succeeds; families fall; everyone pays a price; institutional change happens.</w:t>
      </w:r>
    </w:p>
    <w:p/>
    <w:p>
      <w:r>
        <w:rPr>
          <w:i/>
        </w:rPr>
        <w:t>Major Plot Points:</w:t>
      </w:r>
    </w:p>
    <w:p>
      <w:pPr>
        <w:pStyle w:val="ListNumber"/>
      </w:pPr>
      <w:r>
        <w:t>Cartwright Oil scandal (federal charges for environmental violations, labor violations, bribery)</w:t>
      </w:r>
    </w:p>
    <w:p>
      <w:pPr>
        <w:pStyle w:val="ListNumber"/>
      </w:pPr>
      <w:r>
        <w:t>Thomas Cartwright and Richard Beaumont both indicted</w:t>
      </w:r>
    </w:p>
    <w:p>
      <w:pPr>
        <w:pStyle w:val="ListNumber"/>
      </w:pPr>
      <w:r>
        <w:t>Families splinter; some members protect corporation; others testify</w:t>
      </w:r>
    </w:p>
    <w:p>
      <w:pPr>
        <w:pStyle w:val="ListNumber"/>
      </w:pPr>
      <w:r>
        <w:t>Cecil must testify about things he saw (his job security destroyed)</w:t>
      </w:r>
    </w:p>
    <w:p>
      <w:pPr>
        <w:pStyle w:val="ListNumber"/>
      </w:pPr>
      <w:r>
        <w:t>Leona's relationship with Beaumont family ends (she chooses justice over legitimacy)</w:t>
      </w:r>
    </w:p>
    <w:p>
      <w:pPr>
        <w:pStyle w:val="ListNumber"/>
      </w:pPr>
      <w:r>
        <w:t>Maxine's testimony is crucial; gains prominence as activist</w:t>
      </w:r>
    </w:p>
    <w:p>
      <w:pPr>
        <w:pStyle w:val="ListNumber"/>
      </w:pPr>
      <w:r>
        <w:t>Oil operations shut down; town faces economic collapse</w:t>
      </w:r>
    </w:p>
    <w:p>
      <w:pPr>
        <w:pStyle w:val="ListNumber"/>
      </w:pPr>
      <w:r>
        <w:t>Young generation (Emma) attempts to rebuild; attempts to transform town economy</w:t>
      </w:r>
    </w:p>
    <w:p>
      <w:pPr>
        <w:pStyle w:val="ListNumber"/>
      </w:pPr>
      <w:r>
        <w:t>Sara Cartwright-Beaumont leaves her family; finds new purpose</w:t>
      </w:r>
    </w:p>
    <w:p>
      <w:r>
        <w:t>10. Cliffhanger: Oil companies attempt to restart operations under new ownership; the fight isn't over</w:t>
      </w:r>
    </w:p>
    <w:p/>
    <w:p>
      <w:r>
        <w:t>**Thematic Focus:** Consequences; cost of justice; institutional failure; the necessity of continuing struggle</w:t>
      </w:r>
    </w:p>
    <w:p/>
    <w:p/>
    <w:p>
      <w:pPr>
        <w:pStyle w:val="Heading2"/>
      </w:pPr>
      <w:r>
        <w:t>BOOK SIX: THE RECONSTRUCTION (Season 6)</w:t>
      </w:r>
    </w:p>
    <w:p>
      <w:r>
        <w:rPr>
          <w:i/>
        </w:rPr>
        <w:t>Chapters: The Rebuilding, The Question of Justice, The New Generation, The Reckoning Continues, The Long Game</w:t>
      </w:r>
    </w:p>
    <w:p/>
    <w:p>
      <w:r>
        <w:t>**Premise:** Post-revolution; communities rebuild; new systems attempt to form; the fight continues but in different forms.</w:t>
      </w:r>
    </w:p>
    <w:p/>
    <w:p>
      <w:r>
        <w:rPr>
          <w:i/>
        </w:rPr>
        <w:t>Major Plot Points:</w:t>
      </w:r>
    </w:p>
    <w:p>
      <w:pPr>
        <w:pStyle w:val="ListNumber"/>
      </w:pPr>
      <w:r>
        <w:t>Howler County begins economic transition (solar energy, sustainable agriculture, tourism)</w:t>
      </w:r>
    </w:p>
    <w:p>
      <w:pPr>
        <w:pStyle w:val="ListNumber"/>
      </w:pPr>
      <w:r>
        <w:t>Cecil and Leona's relationship must be reconstructed; they choose to stay together</w:t>
      </w:r>
    </w:p>
    <w:p>
      <w:pPr>
        <w:pStyle w:val="ListNumber"/>
      </w:pPr>
      <w:r>
        <w:t>Emma Cartwright becomes a community leader (not a traditional business leader)</w:t>
      </w:r>
    </w:p>
    <w:p>
      <w:pPr>
        <w:pStyle w:val="ListNumber"/>
      </w:pPr>
      <w:r>
        <w:t>Marcus Cartwright returns; attempts to reconcile with his family's victims</w:t>
      </w:r>
    </w:p>
    <w:p>
      <w:pPr>
        <w:pStyle w:val="ListNumber"/>
      </w:pPr>
      <w:r>
        <w:t>Environmental cleanup of oil fields begins</w:t>
      </w:r>
    </w:p>
    <w:p>
      <w:pPr>
        <w:pStyle w:val="ListNumber"/>
      </w:pPr>
      <w:r>
        <w:t>St. Matthew's Baptist Church expands its role in community organizing</w:t>
      </w:r>
    </w:p>
    <w:p>
      <w:pPr>
        <w:pStyle w:val="ListNumber"/>
      </w:pPr>
      <w:r>
        <w:t>Maxine becomes a community advocate; her voice gains institutional power</w:t>
      </w:r>
    </w:p>
    <w:p>
      <w:pPr>
        <w:pStyle w:val="ListNumber"/>
      </w:pPr>
      <w:r>
        <w:t>New conflicts emerge (wealth redistribution, gentrification fears, who gets to lead)</w:t>
      </w:r>
    </w:p>
    <w:p>
      <w:pPr>
        <w:pStyle w:val="ListNumber"/>
      </w:pPr>
      <w:r>
        <w:t>Generational conflicts continue (older leaders struggle to relinquish power)</w:t>
      </w:r>
    </w:p>
    <w:p>
      <w:r>
        <w:t>10. Cliffhanger: New wealth (solar companies) threatens to recreate old power structures</w:t>
      </w:r>
    </w:p>
    <w:p/>
    <w:p>
      <w:r>
        <w:t>**Thematic Focus:** Reconstruction; new forms of injustice; the long struggle; institutionalizing change</w:t>
      </w:r>
    </w:p>
    <w:p/>
    <w:p/>
    <w:p>
      <w:pPr>
        <w:pStyle w:val="Heading2"/>
      </w:pPr>
      <w:r>
        <w:t>BOOK SEVEN: THE KINGDOM (Season 7)</w:t>
      </w:r>
    </w:p>
    <w:p>
      <w:r>
        <w:rPr>
          <w:i/>
        </w:rPr>
        <w:t>Chapters: The Vision, The Opposition, The Sacrifice, The Trial, The New World</w:t>
      </w:r>
    </w:p>
    <w:p/>
    <w:p>
      <w:r>
        <w:t>**Premise:** Final reckoning; vision for the future is tested; last sacrifices are made; new systems birth.</w:t>
      </w:r>
    </w:p>
    <w:p/>
    <w:p>
      <w:r>
        <w:rPr>
          <w:i/>
        </w:rPr>
        <w:t>Major Plot Points:</w:t>
      </w:r>
    </w:p>
    <w:p>
      <w:pPr>
        <w:pStyle w:val="ListNumber"/>
      </w:pPr>
      <w:r>
        <w:t>Howler County attempts to become a model for post-oil economy</w:t>
      </w:r>
    </w:p>
    <w:p>
      <w:pPr>
        <w:pStyle w:val="ListNumber"/>
      </w:pPr>
      <w:r>
        <w:t>Competing visions for the future clash (equality vs. prosperity, tradition vs. progress)</w:t>
      </w:r>
    </w:p>
    <w:p>
      <w:pPr>
        <w:pStyle w:val="ListNumber"/>
      </w:pPr>
      <w:r>
        <w:t>Cecil finds peace (or at least acceptance) of his life's choices</w:t>
      </w:r>
    </w:p>
    <w:p>
      <w:pPr>
        <w:pStyle w:val="ListNumber"/>
      </w:pPr>
      <w:r>
        <w:t>Leona discovers unexpected redemption (or at least purpose)</w:t>
      </w:r>
    </w:p>
    <w:p>
      <w:pPr>
        <w:pStyle w:val="ListNumber"/>
      </w:pPr>
      <w:r>
        <w:t>Emma's vision is challenged; she must negotiate with former enemies</w:t>
      </w:r>
    </w:p>
    <w:p>
      <w:pPr>
        <w:pStyle w:val="ListNumber"/>
      </w:pPr>
      <w:r>
        <w:t>An outsider threatens to resurrect oil economy (seductive, profitable)</w:t>
      </w:r>
    </w:p>
    <w:p>
      <w:pPr>
        <w:pStyle w:val="ListNumber"/>
      </w:pPr>
      <w:r>
        <w:t>Community must choose: return to old system or continue difficult transformation</w:t>
      </w:r>
    </w:p>
    <w:p>
      <w:pPr>
        <w:pStyle w:val="ListNumber"/>
      </w:pPr>
      <w:r>
        <w:t>Final court cases resolve (justice achieved, but not perfect)</w:t>
      </w:r>
    </w:p>
    <w:p>
      <w:pPr>
        <w:pStyle w:val="ListNumber"/>
      </w:pPr>
      <w:r>
        <w:t>Characters we've lost are honored/remembered/reckoned with</w:t>
      </w:r>
    </w:p>
    <w:p>
      <w:r>
        <w:t>10. Final chapter: Five years later. The new Howler County. The cost and the gain.</w:t>
      </w:r>
    </w:p>
    <w:p/>
    <w:p>
      <w:r>
        <w:t>**Thematic Focus:** Transformation; the cost of vision; community power; the future's possibility</w:t>
      </w:r>
    </w:p>
    <w:p/>
    <w:p/>
    <w:p>
      <w:pPr>
        <w:pStyle w:val="Heading1"/>
      </w:pPr>
      <w:r>
        <w:t>STORY ENGINES &amp; RECURRING THEMES</w:t>
      </w:r>
    </w:p>
    <w:p/>
    <w:p>
      <w:pPr>
        <w:pStyle w:val="Heading2"/>
      </w:pPr>
      <w:r>
        <w:t>The Affair (Cecil &amp; Sara)</w:t>
      </w:r>
    </w:p>
    <w:p/>
    <w:p>
      <w:r>
        <w:t>This is not a love story. This is a **power story masquerading as love**.</w:t>
      </w:r>
    </w:p>
    <w:p/>
    <w:p>
      <w:pPr>
        <w:pStyle w:val="ListBullet"/>
      </w:pPr>
      <w:r>
        <w:t>**For Cecil:** It's access to Cartwright family secrets; it's transgression; it's proof he still exists as a desirable human</w:t>
      </w:r>
    </w:p>
    <w:p>
      <w:pPr>
        <w:pStyle w:val="ListBullet"/>
      </w:pPr>
      <w:r>
        <w:t>**For Sara:** It's rebellion against her assigned role; it's proof her desires matter; it's unsafe safety</w:t>
      </w:r>
    </w:p>
    <w:p>
      <w:pPr>
        <w:pStyle w:val="ListBullet"/>
      </w:pPr>
      <w:r>
        <w:t>**For the Families:** It's a time bomb; it's a tool for blackmail; it's evidence of the system's hypocrisy (rich man, poor man; white woman, Black man; all serving the same oil economy)</w:t>
      </w:r>
    </w:p>
    <w:p/>
    <w:p>
      <w:r>
        <w:t>**How It Ends:** Publicly exposed in Season 2; becomes evidence in Season 3; the affair itself fades but the consequences spiral forever</w:t>
      </w:r>
    </w:p>
    <w:p/>
    <w:p>
      <w:pPr>
        <w:pStyle w:val="Heading2"/>
      </w:pPr>
      <w:r>
        <w:t>The Lawsuit</w:t>
      </w:r>
    </w:p>
    <w:p/>
    <w:p>
      <w:r>
        <w:t>The death of a worker (age 34, name James Ortiz, a Beaumont Oil worker, pneumonia from chronic oil field exposure) triggers a lawsuit that expands into class action.</w:t>
      </w:r>
    </w:p>
    <w:p/>
    <w:p>
      <w:pPr>
        <w:pStyle w:val="ListBullet"/>
      </w:pPr>
      <w:r>
        <w:t>**What It Means:** The system's violence becomes legible; becomes documentable; becomes an official record</w:t>
      </w:r>
    </w:p>
    <w:p>
      <w:pPr>
        <w:pStyle w:val="ListBullet"/>
      </w:pPr>
      <w:r>
        <w:t>**Who It Affects:** Every worker's family in the county; every family member of a deceased worker; every community member who's carried silence</w:t>
      </w:r>
    </w:p>
    <w:p>
      <w:pPr>
        <w:pStyle w:val="ListBullet"/>
      </w:pPr>
      <w:r>
        <w:t>**How It Functions:** As a plot engine; as a truth-telling mechanism; as a practical demand for justice</w:t>
      </w:r>
    </w:p>
    <w:p/>
    <w:p>
      <w:r>
        <w:t>**The Lawsuit Never Really Ends:** Even after settlements, the question of justice remains</w:t>
      </w:r>
    </w:p>
    <w:p/>
    <w:p>
      <w:pPr>
        <w:pStyle w:val="Heading2"/>
      </w:pPr>
      <w:r>
        <w:t>The Letter/Journal</w:t>
      </w:r>
    </w:p>
    <w:p/>
    <w:p>
      <w:r>
        <w:t>David Beaumont's hidden journal (discovered in Season 3) becomes the physical evidence of the families' original crime and original possibility.</w:t>
      </w:r>
    </w:p>
    <w:p/>
    <w:p>
      <w:pPr>
        <w:pStyle w:val="ListBullet"/>
      </w:pPr>
      <w:r>
        <w:t>**What It Reveals:** That David and Margaret were going to elope; that they loved each other genuinely; that their deaths/disappearances weren't accidents but systemic</w:t>
      </w:r>
    </w:p>
    <w:p>
      <w:pPr>
        <w:pStyle w:val="ListBullet"/>
      </w:pPr>
      <w:r>
        <w:t>**Who It Implicates:** Everyone who benefited from their silence</w:t>
      </w:r>
    </w:p>
    <w:p>
      <w:pPr>
        <w:pStyle w:val="ListBullet"/>
      </w:pPr>
      <w:r>
        <w:t>**How It Functions:** As redemption (they were good; they were possible); as indictment (the system crushed them)</w:t>
      </w:r>
    </w:p>
    <w:p/>
    <w:p>
      <w:pPr>
        <w:pStyle w:val="Heading2"/>
      </w:pPr>
      <w:r>
        <w:t>The Church</w:t>
      </w:r>
    </w:p>
    <w:p/>
    <w:p>
      <w:r>
        <w:t>St. Matthew's Baptist Church functions as:</w:t>
      </w:r>
    </w:p>
    <w:p>
      <w:pPr>
        <w:pStyle w:val="ListBullet"/>
      </w:pPr>
      <w:r>
        <w:t>**Physical space** where truth-telling happens</w:t>
      </w:r>
    </w:p>
    <w:p>
      <w:pPr>
        <w:pStyle w:val="ListBullet"/>
      </w:pPr>
      <w:r>
        <w:t>**Moral authority** that must choose between protection and justice</w:t>
      </w:r>
    </w:p>
    <w:p>
      <w:pPr>
        <w:pStyle w:val="ListBullet"/>
      </w:pPr>
      <w:r>
        <w:t>**Community witness** to suffering and survival</w:t>
      </w:r>
    </w:p>
    <w:p>
      <w:pPr>
        <w:pStyle w:val="ListBullet"/>
      </w:pPr>
      <w:r>
        <w:t>**Site of conflict** when pastoral care and justice advocacy clash</w:t>
      </w:r>
    </w:p>
    <w:p/>
    <w:p>
      <w:r>
        <w:t>**Key Question:** Can the church both comfort the afflicted AND afflict the comfortable?</w:t>
      </w:r>
    </w:p>
    <w:p/>
    <w:p>
      <w:pPr>
        <w:pStyle w:val="Heading2"/>
      </w:pPr>
      <w:r>
        <w:t>Maxine's Witness</w:t>
      </w:r>
    </w:p>
    <w:p/>
    <w:p>
      <w:r>
        <w:t>Maxine sees everything in Earl's Kitchen. What she sees becomes:</w:t>
      </w:r>
    </w:p>
    <w:p>
      <w:pPr>
        <w:pStyle w:val="ListBullet"/>
      </w:pPr>
      <w:r>
        <w:t>**Narrative commentary** (she is the Lady Whistledown voice)</w:t>
      </w:r>
    </w:p>
    <w:p>
      <w:pPr>
        <w:pStyle w:val="ListBullet"/>
      </w:pPr>
      <w:r>
        <w:t>**Legal testimony** (she's a witness to crimes, corruption, suffering)</w:t>
      </w:r>
    </w:p>
    <w:p>
      <w:pPr>
        <w:pStyle w:val="ListBullet"/>
      </w:pPr>
      <w:r>
        <w:t>**Moral authority** (as someone marginalized, she sees what others miss)</w:t>
      </w:r>
    </w:p>
    <w:p>
      <w:pPr>
        <w:pStyle w:val="ListBullet"/>
      </w:pPr>
      <w:r>
        <w:t>**Danger** (what she knows makes her a target)</w:t>
      </w:r>
    </w:p>
    <w:p/>
    <w:p>
      <w:r>
        <w:t>**Arc:** She moves from invisibility to visibility to dangerous prominence</w:t>
      </w:r>
    </w:p>
    <w:p/>
    <w:p>
      <w:pPr>
        <w:pStyle w:val="Heading2"/>
      </w:pPr>
      <w:r>
        <w:t>Cecil's Impossible Position</w:t>
      </w:r>
    </w:p>
    <w:p/>
    <w:p>
      <w:r>
        <w:t>Cecil is caught between:</w:t>
      </w:r>
    </w:p>
    <w:p>
      <w:pPr>
        <w:pStyle w:val="ListBullet"/>
      </w:pPr>
      <w:r>
        <w:t>**His history:** Black Panther activism vs. survival in capitalism</w:t>
      </w:r>
    </w:p>
    <w:p>
      <w:pPr>
        <w:pStyle w:val="ListBullet"/>
      </w:pPr>
      <w:r>
        <w:t>**His relationships:** Betrayal of Marie; new love with Leona; dangerous affair with Sara; loyalty to David (his son)</w:t>
      </w:r>
    </w:p>
    <w:p>
      <w:pPr>
        <w:pStyle w:val="ListBullet"/>
      </w:pPr>
      <w:r>
        <w:t>**His employment:** Working for the system his uncle fought against</w:t>
      </w:r>
    </w:p>
    <w:p>
      <w:pPr>
        <w:pStyle w:val="ListBullet"/>
      </w:pPr>
      <w:r>
        <w:t>**His community:** Expected to lead but trapped in complicity</w:t>
      </w:r>
    </w:p>
    <w:p/>
    <w:p>
      <w:r>
        <w:t>**His Only Escape:** Is choosing justice over survival; losing everything to gain something real</w:t>
      </w:r>
    </w:p>
    <w:p/>
    <w:p>
      <w:pPr>
        <w:pStyle w:val="Heading2"/>
      </w:pPr>
      <w:r>
        <w:t>The Generational Divide</w:t>
      </w:r>
    </w:p>
    <w:p/>
    <w:p>
      <w:r>
        <w:t>Young people (Emma, Marcus, their peers) are:</w:t>
      </w:r>
    </w:p>
    <w:p>
      <w:pPr>
        <w:pStyle w:val="ListBullet"/>
      </w:pPr>
      <w:r>
        <w:t>Educated to see injustice</w:t>
      </w:r>
    </w:p>
    <w:p>
      <w:pPr>
        <w:pStyle w:val="ListBullet"/>
      </w:pPr>
      <w:r>
        <w:t>Trapped by family loyalty and economic dependence</w:t>
      </w:r>
    </w:p>
    <w:p>
      <w:pPr>
        <w:pStyle w:val="ListBullet"/>
      </w:pPr>
      <w:r>
        <w:t>Capable of seeing alternatives</w:t>
      </w:r>
    </w:p>
    <w:p>
      <w:pPr>
        <w:pStyle w:val="ListBullet"/>
      </w:pPr>
      <w:r>
        <w:t>Required to choose</w:t>
      </w:r>
    </w:p>
    <w:p/>
    <w:p>
      <w:r>
        <w:t>**The Tension:** Every young person in the families must eventually choose: complicity or conscience</w:t>
      </w:r>
    </w:p>
    <w:p/>
    <w:p/>
    <w:p>
      <w:pPr>
        <w:pStyle w:val="Heading1"/>
      </w:pPr>
      <w:r>
        <w:t>VISUAL &amp; NARRATIVE GUIDELINES</w:t>
      </w:r>
    </w:p>
    <w:p/>
    <w:p>
      <w:pPr>
        <w:pStyle w:val="Heading2"/>
      </w:pPr>
      <w:r>
        <w:t>Prose Style</w:t>
      </w:r>
    </w:p>
    <w:p/>
    <w:p>
      <w:r>
        <w:t>**Crude Hearts** blends:</w:t>
      </w:r>
    </w:p>
    <w:p>
      <w:pPr>
        <w:pStyle w:val="ListBullet"/>
      </w:pPr>
      <w:r>
        <w:t>**Harper Lee's moral complexity:** Long sentences that capture impossible situations; metaphor-dense language that reveals truth</w:t>
      </w:r>
    </w:p>
    <w:p>
      <w:pPr>
        <w:pStyle w:val="ListBullet"/>
      </w:pPr>
      <w:r>
        <w:t>**Tennessee Williams' sensuality:** Attention to bodies, to desire, to the way sexuality reveals character and conflict</w:t>
      </w:r>
    </w:p>
    <w:p>
      <w:pPr>
        <w:pStyle w:val="ListBullet"/>
      </w:pPr>
      <w:r>
        <w:t>**Soap opera immediacy:** Short, cutting dialogue; emotional escalation; sensory details that collapse distance</w:t>
      </w:r>
    </w:p>
    <w:p>
      <w:pPr>
        <w:pStyle w:val="ListBullet"/>
      </w:pPr>
      <w:r>
        <w:t>**Literary realism:** Grounded in specific places, specific economic systems, specific historical moment</w:t>
      </w:r>
    </w:p>
    <w:p/>
    <w:p>
      <w:r>
        <w:rPr>
          <w:i/>
        </w:rPr>
        <w:t>Example Stylistic Passage:</w:t>
      </w:r>
    </w:p>
    <w:p>
      <w:r>
        <w:rPr>
          <w:i/>
        </w:rPr>
        <w:t>"The heat hung over Howler County like a blessing no one asked for—thick, inevitable, covering everything in a fine sheen of surrender. Cecil drove through it, his hands at ten and two on the steering wheel, the way the military had taught him, the way his body still believed in discipline even when his conscience was dissolving. The oil derricks blurred past—monuments to extraction, to the idea that there was always something worth taking, always someone to extract it from. He was supposed to pick up Mrs. Sara from the Magnolia Hotel. He was not supposed to think about what that meant, what his presence meant, what the Beaumont Oil sticker on his windshield meant when he was parking his car in a lot where white women met Black men in rooms rented by the hour. He thought about it anyway."</w:t>
      </w:r>
    </w:p>
    <w:p/>
    <w:p>
      <w:pPr>
        <w:pStyle w:val="Heading2"/>
      </w:pPr>
      <w:r>
        <w:t>Visual Style (for Translation to Screen)</w:t>
      </w:r>
    </w:p>
    <w:p/>
    <w:p>
      <w:pPr>
        <w:pStyle w:val="ListBullet"/>
      </w:pPr>
      <w:r>
        <w:t>**Color Palette:** Golds and browns (oil, earth, rust); whites and pastels (family wealth, innocence); deep greens and blues (water, secrets, hidden things)</w:t>
      </w:r>
    </w:p>
    <w:p>
      <w:pPr>
        <w:pStyle w:val="ListBullet"/>
      </w:pPr>
      <w:r>
        <w:t>**Lighting:** Golden hour dominates; soft light that hides and reveals simultaneously</w:t>
      </w:r>
    </w:p>
    <w:p>
      <w:pPr>
        <w:pStyle w:val="ListBullet"/>
      </w:pPr>
      <w:r>
        <w:t>**Space:** Wide shots of oil fields (landscape as character); intimate interior scenes in Earl's and family homes</w:t>
      </w:r>
    </w:p>
    <w:p>
      <w:pPr>
        <w:pStyle w:val="ListBullet"/>
      </w:pPr>
      <w:r>
        <w:t>**Movement:** Slow, deliberate; characters rarely rush; tension comes from what's withheld, not what's frantic</w:t>
      </w:r>
    </w:p>
    <w:p/>
    <w:p>
      <w:pPr>
        <w:pStyle w:val="Heading2"/>
      </w:pPr>
      <w:r>
        <w:t>Sensory Language</w:t>
      </w:r>
    </w:p>
    <w:p/>
    <w:p>
      <w:r>
        <w:t>The prose should engage all senses:</w:t>
      </w:r>
    </w:p>
    <w:p>
      <w:pPr>
        <w:pStyle w:val="ListBullet"/>
      </w:pPr>
      <w:r>
        <w:t>**Taste:** Oil smell, cigarette smoke, soul food, cheap coffee</w:t>
      </w:r>
    </w:p>
    <w:p>
      <w:pPr>
        <w:pStyle w:val="ListBullet"/>
      </w:pPr>
      <w:r>
        <w:t>**Touch:** Humidity, sweat, fabric (silk vs. cotton), concrete, earth</w:t>
      </w:r>
    </w:p>
    <w:p>
      <w:pPr>
        <w:pStyle w:val="ListBullet"/>
      </w:pPr>
      <w:r>
        <w:t>**Sound:** Derrick machinery, church singing, silence (more powerful than noise)</w:t>
      </w:r>
    </w:p>
    <w:p>
      <w:pPr>
        <w:pStyle w:val="ListBullet"/>
      </w:pPr>
      <w:r>
        <w:t>**Sight:** Color, decay, beauty in broken things</w:t>
      </w:r>
    </w:p>
    <w:p>
      <w:pPr>
        <w:pStyle w:val="ListBullet"/>
      </w:pPr>
      <w:r>
        <w:t>**Smell:** Most important. Oil, magnolia flowers, decay, perfume, sweat</w:t>
      </w:r>
    </w:p>
    <w:p/>
    <w:p/>
    <w:p>
      <w:pPr>
        <w:pStyle w:val="Heading1"/>
      </w:pPr>
      <w:r>
        <w:t>LADY WHISTLEDOWN NARRATOR</w:t>
      </w:r>
    </w:p>
    <w:p/>
    <w:p>
      <w:pPr>
        <w:pStyle w:val="Heading2"/>
      </w:pPr>
      <w:r>
        <w:t>Function</w:t>
      </w:r>
    </w:p>
    <w:p/>
    <w:p>
      <w:r>
        <w:t>The Lady Whistledown narrator (a gossip/chorus figure, clearly based on Bridgerton's device) serves to:</w:t>
      </w:r>
    </w:p>
    <w:p>
      <w:pPr>
        <w:pStyle w:val="ListNumber"/>
      </w:pPr>
      <w:r>
        <w:t>**Comment on action** - provides ironic distance from characters' self-deceptions</w:t>
      </w:r>
    </w:p>
    <w:p>
      <w:pPr>
        <w:pStyle w:val="ListNumber"/>
      </w:pPr>
      <w:r>
        <w:t>**Provide information** - shares plot-relevant details in advance (dramatic irony)</w:t>
      </w:r>
    </w:p>
    <w:p>
      <w:pPr>
        <w:pStyle w:val="ListNumber"/>
      </w:pPr>
      <w:r>
        <w:t>**Offer moral judgment** - is "sided" but not unreliable in tone (we trust the narrator's observations even when we don't trust the characters)</w:t>
      </w:r>
    </w:p>
    <w:p>
      <w:pPr>
        <w:pStyle w:val="ListNumber"/>
      </w:pPr>
      <w:r>
        <w:t>**Create rhythm** - breaks in scene with small paragraphs of commentary</w:t>
      </w:r>
    </w:p>
    <w:p>
      <w:pPr>
        <w:pStyle w:val="ListNumber"/>
      </w:pPr>
      <w:r>
        <w:t>**Represent the town's consciousness** - speaks as "we" (Howler County community voice)</w:t>
      </w:r>
    </w:p>
    <w:p/>
    <w:p>
      <w:pPr>
        <w:pStyle w:val="Heading2"/>
      </w:pPr>
      <w:r>
        <w:t>Voice</w:t>
      </w:r>
    </w:p>
    <w:p/>
    <w:p>
      <w:r>
        <w:t>**Tone:** Witty, sharp, occasionally cruel, deeply knowledgeable, invested in truth-telling</w:t>
      </w:r>
    </w:p>
    <w:p/>
    <w:p>
      <w:r>
        <w:rPr>
          <w:i/>
        </w:rPr>
        <w:t>Example:</w:t>
      </w:r>
    </w:p>
    <w:p>
      <w:r>
        <w:rPr>
          <w:i/>
        </w:rPr>
        <w:t>"Dear reader, when a man of Mr. Cecil Waters' history makes eye contact with a woman of Mrs. Sara Cartwright-Beaumont's status, the universe does not shrug. It leans in. And in Howler County, where every transaction is recorded by the invisible ledger of community surveillance, that leaning in becomes a ledger entry itself. By nightfall, half the county will know. By week's end, all of it will know. And when the knowledge finally reaches those whom it most concerns—well, dear reader, we shall all be witnesses to consequence."</w:t>
      </w:r>
    </w:p>
    <w:p/>
    <w:p>
      <w:pPr>
        <w:pStyle w:val="Heading2"/>
      </w:pPr>
      <w:r>
        <w:t>Identity (Gradually Revealed)</w:t>
      </w:r>
    </w:p>
    <w:p/>
    <w:p>
      <w:r>
        <w:t>Early on, the narrator is unclear—could be anyone, could be no one.</w:t>
      </w:r>
    </w:p>
    <w:p/>
    <w:p>
      <w:r>
        <w:t>By midway through the series, it becomes clear: **The narrator IS Maxine.**</w:t>
      </w:r>
    </w:p>
    <w:p/>
    <w:p>
      <w:r>
        <w:t>Maxine's commentary, Maxine's observations, Maxine's withering judgment. She's seeing everything from Earl's Kitchen, and she's telling the story.</w:t>
      </w:r>
    </w:p>
    <w:p/>
    <w:p>
      <w:r>
        <w:t>This is revealed through accumulated details:</w:t>
      </w:r>
    </w:p>
    <w:p>
      <w:pPr>
        <w:pStyle w:val="ListBullet"/>
      </w:pPr>
      <w:r>
        <w:t>Specific knowledge only Maxine would have</w:t>
      </w:r>
    </w:p>
    <w:p>
      <w:pPr>
        <w:pStyle w:val="ListBullet"/>
      </w:pPr>
      <w:r>
        <w:t>Compassion for certain characters aligned with Maxine's values</w:t>
      </w:r>
    </w:p>
    <w:p>
      <w:pPr>
        <w:pStyle w:val="ListBullet"/>
      </w:pPr>
      <w:r>
        <w:t>Commentary that echoes things Maxine says in dialogue</w:t>
      </w:r>
    </w:p>
    <w:p>
      <w:pPr>
        <w:pStyle w:val="ListBullet"/>
      </w:pPr>
      <w:r>
        <w:t>By Season 3, Maxine occasionally speaks directly to "readers" in ways that blur narrative and reality</w:t>
      </w:r>
    </w:p>
    <w:p/>
    <w:p>
      <w:pPr>
        <w:pStyle w:val="Heading2"/>
      </w:pPr>
      <w:r>
        <w:t>Frequency</w:t>
      </w:r>
    </w:p>
    <w:p/>
    <w:p>
      <w:r>
        <w:t>Narrator appears:</w:t>
      </w:r>
    </w:p>
    <w:p>
      <w:pPr>
        <w:pStyle w:val="ListBullet"/>
      </w:pPr>
      <w:r>
        <w:t>Between chapters (1-2 pages of commentary)</w:t>
      </w:r>
    </w:p>
    <w:p>
      <w:pPr>
        <w:pStyle w:val="ListBullet"/>
      </w:pPr>
      <w:r>
        <w:t>Sometimes within chapters (1-2 paragraph breaks)</w:t>
      </w:r>
    </w:p>
    <w:p>
      <w:pPr>
        <w:pStyle w:val="ListBullet"/>
      </w:pPr>
      <w:r>
        <w:t>At key moments (before major reveals, after cliffhangers)</w:t>
      </w:r>
    </w:p>
    <w:p>
      <w:pPr>
        <w:pStyle w:val="ListBullet"/>
      </w:pPr>
      <w:r>
        <w:t>Never overdone (perhaps 1-2 times per 5,000-word chapter section)</w:t>
      </w:r>
    </w:p>
    <w:p/>
    <w:p/>
    <w:p>
      <w:pPr>
        <w:pStyle w:val="Heading1"/>
      </w:pPr>
      <w:r>
        <w:t>END OF EXPANDED SERIES BIBLE</w:t>
      </w:r>
    </w:p>
    <w:p/>
    <w:p>
      <w:r>
        <w:rPr>
          <w:i/>
        </w:rPr>
        <w:t>This series bible will grow and deepen as the books are written. Characters will surprise us. Relationships will shift. The ending will emerge from the story rather than being imposed upon it.</w:t>
      </w:r>
    </w:p>
    <w:p/>
    <w:p>
      <w:r>
        <w:rPr>
          <w:i/>
        </w:rPr>
        <w:t>Welcome to Howler County, dear reader. We're so glad you could make it. Let us introduce you to the people who are about to change everything—or be destroyed by the attempt.</w:t>
      </w:r>
    </w:p>
    <w:p/>
    <w:p>
      <w:r>
        <w:br w:type="page"/>
      </w:r>
    </w:p>
    <w:p>
      <w:pPr>
        <w:pStyle w:val="Heading1"/>
      </w:pPr>
      <w:r>
        <w:t>BOOK ONE: THE HOMECOMING</w:t>
      </w:r>
    </w:p>
    <w:p>
      <w:pPr>
        <w:pStyle w:val="Heading2"/>
      </w:pPr>
      <w:r>
        <w:t>Chapter One: Cold Returns</w:t>
      </w:r>
    </w:p>
    <w:p/>
    <w:p>
      <w:r>
        <w:t>## BOOK ONE: THE HOMECOMING</w:t>
      </w:r>
    </w:p>
    <w:p>
      <w:r>
        <w:t>### Chapter One: Cold Returns</w:t>
      </w:r>
    </w:p>
    <w:p/>
    <w:p/>
    <w:p>
      <w:r>
        <w:rPr>
          <w:b/>
        </w:rPr>
        <w:t>Dear Reader,</w:t>
      </w:r>
    </w:p>
    <w:p/>
    <w:p>
      <w:r>
        <w:rPr>
          <w:i/>
        </w:rPr>
        <w:t>When a woman travels 1,200 miles to return to the place she spent her entire life trying to escape, one might reasonably ask: What does she think she'll find? Redemption? Belonging? A father's love, finally earned after two decades of exile?</w:t>
      </w:r>
    </w:p>
    <w:p/>
    <w:p>
      <w:r>
        <w:rPr>
          <w:i/>
        </w:rPr>
        <w:t>No. The answer is always more complicated. She'll find a box of ashes. She'll find a town that's both smaller and infinitely more complex than she remembers. She'll find men and women trapped in the amber of their own contradictions, preserved perfectly in the very system that's suffocating them.</w:t>
      </w:r>
    </w:p>
    <w:p/>
    <w:p>
      <w:r>
        <w:rPr>
          <w:i/>
        </w:rPr>
        <w:t>Most importantly, she'll find that the man she loves has never stopped betraying her—and that the betrayal is exactly what keeps them together.</w:t>
      </w:r>
    </w:p>
    <w:p/>
    <w:p>
      <w:r>
        <w:rPr>
          <w:i/>
        </w:rPr>
        <w:t>This is the story of what happens when Leona Beaumont—beautiful, dangerous, educated by life rather than institutions—brings her complicated marriage back to the place where complicated marriages are family tradition.</w:t>
      </w:r>
    </w:p>
    <w:p/>
    <w:p>
      <w:r>
        <w:rPr>
          <w:i/>
        </w:rPr>
        <w:t>And, dear reader, this is where everything changes.</w:t>
      </w:r>
    </w:p>
    <w:p/>
    <w:p/>
    <w:p>
      <w:pPr>
        <w:pStyle w:val="Heading2"/>
      </w:pPr>
      <w:r>
        <w:t>Part One: The Highway</w:t>
      </w:r>
    </w:p>
    <w:p/>
    <w:p>
      <w:r>
        <w:t>The highway stretched through Texas like an open vein, and Cecil Waters was driving through it like a man who understood he was circulating through the body of something that would kill him given the chance.</w:t>
      </w:r>
    </w:p>
    <w:p/>
    <w:p>
      <w:r>
        <w:t>I-49 North, the signs said, and Cecil had memorized this route seven years ago when he first left Howler County with nothing but a duffel bag and a scar across his right shoulder from a deployment he didn't talk about. Now he was driving it in reverse, with his wife asleep in the passenger seat and a '09 Lexus that purred like an expensive predator, and the sky above was that particular Texas blue that made you understand why people had died for this land and why they were still dying.</w:t>
      </w:r>
    </w:p>
    <w:p/>
    <w:p>
      <w:r>
        <w:t>Leona slept with her head tilted against the window, box braids falling across her face in a way that should have made her look vulnerable and didn't. One of her hands rested on her own thigh. On her right hip, underneath the black linen pants she wore, the phoenix was inked permanently in deep purple and gold—wings spread wide, as if mid-flight. She'd gotten it at nineteen, in Milwaukee, during a period of her life she'd never told him much about and he'd never asked about, which is to say they'd built their marriage on a foundation of strategic silences.</w:t>
      </w:r>
    </w:p>
    <w:p/>
    <w:p>
      <w:r>
        <w:t>The wedding ring caught light, platinum with a small diamond. He'd bought it at a Helzberg in Houston two days before their courthouse marriage, using money that came from a job she never asked the source of. She wore it faithfully. That was the thing about Leona that broke his heart over and over again: she was faithful to him in the ways that looked like faith. It was the invisible parts where it fell apart—the parts that lived in hotel rooms where she didn't know he'd been, in phone calls he took in the garage, in the way he'd started keeping his location on his phone turned off when he was driving.</w:t>
      </w:r>
    </w:p>
    <w:p/>
    <w:p>
      <w:r>
        <w:t>The golden hour was hitting the highway full force now, late April light that turned everything into a watercolor of amber and rust. The oil derricks in the distance were silhouettes first, then details as he drove closer—pump jacks moving with that hypnotic rhythm, up and down, up and down, like they were praying or copulating or dying slowly over decades. Cecil had seen them his whole life. He'd made his money from them, worked security for the men who owned them, and spent the last three years feeling like the derricks were pumping something out of him too.</w:t>
      </w:r>
    </w:p>
    <w:p/>
    <w:p>
      <w:r>
        <w:t>Leona stirred. Her eyes opened slowly—she was not a woman who startled—and she turned her head to look at him.</w:t>
      </w:r>
    </w:p>
    <w:p/>
    <w:p>
      <w:r>
        <w:t>"How long?" she asked. Her voice was rough from sleep and the highway and four days of driving from Milwaukee to Houston to here.</w:t>
      </w:r>
    </w:p>
    <w:p/>
    <w:p>
      <w:r>
        <w:t>"Thirty minutes," he said. "Maybe forty. Depends on traffic on 59."</w:t>
      </w:r>
    </w:p>
    <w:p/>
    <w:p>
      <w:r>
        <w:t>She sat up properly, reached toward the dashboard to adjust the air conditioning. Her movements were economical, deliberate. Even sleep-heavy, she moved like someone who was always calculating the most direct route to what she needed.</w:t>
      </w:r>
    </w:p>
    <w:p/>
    <w:p>
      <w:r>
        <w:t>"I'm not ready," she said. Not a question. A statement of fact.</w:t>
      </w:r>
    </w:p>
    <w:p/>
    <w:p>
      <w:r>
        <w:t>"I know," he said.</w:t>
      </w:r>
    </w:p>
    <w:p/>
    <w:p>
      <w:r>
        <w:t>"I've been saying I'm not ready for six months, and I meant it every time, but this is different. This is the actual last highway before Howler County is real."</w:t>
      </w:r>
    </w:p>
    <w:p/>
    <w:p>
      <w:r>
        <w:t>"It's been real the whole way," Cecil said, but gently. He understood. The thing about driving toward something terrible is that the road itself becomes a mercy—it's the only space where you're not quite there yet. It's the liminal space where you can still tell yourself stories about turning around, about finding an exit, about choosing something else entirely.</w:t>
      </w:r>
    </w:p>
    <w:p/>
    <w:p>
      <w:r>
        <w:t>"My mother's ashes are in the back seat," Leona said. She said it like she was reminding him, like he might have forgotten that the cremains of the woman who'd raised her were literally traveling with them in an urn inside a cardboard box from the funeral home.</w:t>
      </w:r>
    </w:p>
    <w:p/>
    <w:p>
      <w:r>
        <w:t>"I know, baby."</w:t>
      </w:r>
    </w:p>
    <w:p/>
    <w:p>
      <w:r>
        <w:t>"And my father is going to pretend he doesn't know who I am for the first five minutes, and then he's going to remember that I'm useful to him in some way—leverage against the Cartwrights, probably, or proof that the Beaumont name is still dynastically intact—and then he's going to try to claim me in public while making it clear I'm not welcome in private."</w:t>
      </w:r>
    </w:p>
    <w:p/>
    <w:p>
      <w:r>
        <w:t>"That sounds about right," Cecil said. He was thinking about Cecil's own father, who'd been dead since 1997, who Cecil had few memories of beyond the shape of his back and the sound of his voice telling him to pay attention, boy, the world will eat you if you let it.</w:t>
      </w:r>
    </w:p>
    <w:p/>
    <w:p>
      <w:r>
        <w:t>"And you're going to have to pretend that everything is fine, when it's not fine, when everything is the opposite of fine, when you're—"</w:t>
      </w:r>
    </w:p>
    <w:p/>
    <w:p>
      <w:r>
        <w:t>She stopped. The sentence hung between them like a visible thing, like smoke that hadn't quite cleared.</w:t>
      </w:r>
    </w:p>
    <w:p/>
    <w:p>
      <w:r>
        <w:t>"Leona," Cecil said quietly.</w:t>
      </w:r>
    </w:p>
    <w:p/>
    <w:p>
      <w:r>
        <w:t>"I know," she said. "I know you don't want to talk about it."</w:t>
      </w:r>
    </w:p>
    <w:p/>
    <w:p>
      <w:r>
        <w:t>"That's not what I—"</w:t>
      </w:r>
    </w:p>
    <w:p/>
    <w:p>
      <w:r>
        <w:t>"I know you believe it's better if we don't talk about it, if we just keep moving forward like it's not happening, like our marriage isn't—" She stopped again. Breathed. Looked out the window at the endless highway and the oil derricks and the blue Texas sky that didn't care about any of this. "I know you think that's a kind of love, that pretending is kindness. And maybe you're right. Maybe it is."</w:t>
      </w:r>
    </w:p>
    <w:p/>
    <w:p>
      <w:r>
        <w:t>Cecil didn't respond. Couldn't respond. Because she was right in a way that made his chest tight and his hands hurt against the steering wheel. Because he was thinking about Sara, about the way Sara's laugh was different from Leona's laugh—quicker, sharper, less knowing. Because he was thinking about the hotel room on 59, the one where the ice machine always seemed to be running and the sheets smelled like industrial detergent and someone else's body. Because he was thinking about how long you can live a double life before it becomes your only life, before the lie becomes more real than the truth.</w:t>
      </w:r>
    </w:p>
    <w:p/>
    <w:p>
      <w:r>
        <w:t>"We're almost there," he said instead. "Once we get to Earl's, once we eat, once you see that the place hasn't changed except for everything changing, maybe it'll feel less impossible."</w:t>
      </w:r>
    </w:p>
    <w:p/>
    <w:p>
      <w:r>
        <w:t>"Earl's," Leona repeated. She almost smiled. "God. I haven't been to Earl's in seventeen years."</w:t>
      </w:r>
    </w:p>
    <w:p/>
    <w:p>
      <w:r>
        <w:t>"He asks about you. Every time I go there, he asks how you're doing."</w:t>
      </w:r>
    </w:p>
    <w:p/>
    <w:p>
      <w:r>
        <w:t>This was true. Earl Johnson, seventy-one, former steelworker, current keeper of Black Howler County's secrets, had always had a soft spot for Leona. He'd hired her for busywork when she was sixteen and needed money that didn't come with the shame of her mother's housekeeping or her father's oil money. He'd never treated her like she was trash, which is to say he'd treated her like a human being, which is to say he'd given her something she wouldn't find easily in Howler County again.</w:t>
      </w:r>
    </w:p>
    <w:p/>
    <w:p>
      <w:r>
        <w:t>Leona reached over and put her hand on his thigh. She left it there. It was a gesture that meant several things simultaneously: I'm scared. I love you. I don't trust you. I don't know what else to do. It was the kind of gesture that soap operas are made of, the kind of gesture that says everything and nothing at all.</w:t>
      </w:r>
    </w:p>
    <w:p/>
    <w:p>
      <w:r>
        <w:t>The highway went on. The derricks went on. The oil kept coming up from the ground, and the sky kept being that particular blue, and Cecil kept driving his wife home to the place where her mother had died and his first wife was dying and everything they'd built in Milwaukee was about to come apart.</w:t>
      </w:r>
    </w:p>
    <w:p/>
    <w:p/>
    <w:p>
      <w:r>
        <w:rPr>
          <w:b/>
        </w:rPr>
        <w:t>Dear Reader,</w:t>
      </w:r>
    </w:p>
    <w:p/>
    <w:p>
      <w:r>
        <w:rPr>
          <w:i/>
        </w:rPr>
        <w:t>Our Leona—for we must call her our now, as you'll come to understand her well in the chapters ahead—had chosen the moment of return with the precision of a woman who understood that timing is everything. She'd scheduled her mother's funeral for the Saturday, which meant she'd have five days in Howler County to collect herself before having to bury Eleanor's ashes in the family plot next to people who'd never acknowledged her daughter as anything more than an embarrassment.</w:t>
      </w:r>
    </w:p>
    <w:p/>
    <w:p>
      <w:r>
        <w:rPr>
          <w:i/>
        </w:rPr>
        <w:t>The funeral is where her father would be forced to see her, where he would be forced to manage the optics of his dead sister's daughter returning after seventeen years. It's where the Beaumont name would have to hold, at least temporarily.</w:t>
      </w:r>
    </w:p>
    <w:p/>
    <w:p>
      <w:r>
        <w:rPr>
          <w:i/>
        </w:rPr>
        <w:t>But first, there was Earl's.</w:t>
      </w:r>
    </w:p>
    <w:p/>
    <w:p>
      <w:r>
        <w:rPr>
          <w:i/>
        </w:rPr>
        <w:t>And there was Maxine.</w:t>
      </w:r>
    </w:p>
    <w:p/>
    <w:p>
      <w:r>
        <w:rPr>
          <w:i/>
        </w:rPr>
        <w:t>And there was the question of whether a woman can ever really go home when home was never a place that wanted her.</w:t>
      </w:r>
    </w:p>
    <w:p/>
    <w:p/>
    <w:p>
      <w:pPr>
        <w:pStyle w:val="Heading2"/>
      </w:pPr>
      <w:r>
        <w:t>Part Two: Earl's Authentic Soul Food &amp; Chinese Kitchen</w:t>
      </w:r>
    </w:p>
    <w:p/>
    <w:p>
      <w:r>
        <w:t>Earl's was exactly as Leona remembered it, which meant it was completely different from how she'd imagined it during seventeen years of not being there.</w:t>
      </w:r>
    </w:p>
    <w:p/>
    <w:p>
      <w:r>
        <w:t>The exterior was brick that had been red once, now the color of dried blood or old rust. The sign in the window was the same: *EARL'S AUTHENTIC SOUL FOOD &amp; CHINESE KITCHEN*, white letters on a black background, simple and unapologetic. The window display featured a red neon dragon and a neon sign of a woman with enormous breasts and a smile that was meant to be sexy and was instead deeply sad.</w:t>
      </w:r>
    </w:p>
    <w:p/>
    <w:p>
      <w:r>
        <w:t>It was 6:47 PM on a Thursday evening in late April, and the restaurant was in that sweet spot between the after-work crowd and the evening crowd—a handful of tables occupied, the air thick with the smell of frying oil and garlic and the kind of spices that made your mouth water before you even tasted anything.</w:t>
      </w:r>
    </w:p>
    <w:p/>
    <w:p>
      <w:r>
        <w:t>Cecil pulled into the parking lot, which was half-empty, gravel crunching under the tires. He turned off the engine.</w:t>
      </w:r>
    </w:p>
    <w:p/>
    <w:p>
      <w:r>
        <w:t>Leona didn't move.</w:t>
      </w:r>
    </w:p>
    <w:p/>
    <w:p>
      <w:r>
        <w:t>"You can do this," Cecil said. The gentleness in his voice was like a knife. Kindness, when you don't deserve it, hurts more than cruelty.</w:t>
      </w:r>
    </w:p>
    <w:p/>
    <w:p>
      <w:r>
        <w:t>"I know," Leona said. But she was looking at the neon dragon, at the neon woman, at the simple brick building that had somehow contained all of her life's most important moments—working there as a teenager, coming back after running away, eating there before leaving Milwaukee with Cecil, and now, coming back to eat there with everything between them unsaid and therefore indestructible.</w:t>
      </w:r>
    </w:p>
    <w:p/>
    <w:p>
      <w:r>
        <w:t>She took off her sunglasses. She looked at herself in the passenger mirror—the box braids had held up well, still tight and neat, still making a statement about who she was and where she'd been. Her makeup was understated (she'd learned that from living in Milwaukee, where the economy was based on subtlety and understatement and pretending that everybody was middle-class). Her clothes were black linen, expensive, carefully chosen to say: I've built a life. I'm not the girl who left.</w:t>
      </w:r>
    </w:p>
    <w:p/>
    <w:p>
      <w:r>
        <w:t>But underneath that was the girl who left. Underneath that was the girl who'd worked in Earl's and danced in Milwaukee and slept in hotel rooms she couldn't afford and learned that the most profitable thing a woman can do is to make other people believe she wants them.</w:t>
      </w:r>
    </w:p>
    <w:p/>
    <w:p>
      <w:r>
        <w:t>"Okay," she said. "Okay. I'm doing this."</w:t>
      </w:r>
    </w:p>
    <w:p/>
    <w:p>
      <w:r>
        <w:t>They got out of the car. Cecil came around to her side, took her hand. It was a gesture that meant he was claiming her publicly, which is its own kind of love and its own kind of lie. They walked toward the door together, and the neon dragon glowed, and somewhere inside, Earl Johnson was probably making gumbo or fried rice, probably laughing at something, probably already knowing they were coming because nothing ever surprised Earl.</w:t>
      </w:r>
    </w:p>
    <w:p/>
    <w:p>
      <w:r>
        <w:t>The door chimed when they opened it. The smell hit them full force: oil and garlic and ginger and something else, something like home but better than home because home never smelled like this, never contained this many possibilities.</w:t>
      </w:r>
    </w:p>
    <w:p/>
    <w:p>
      <w:r>
        <w:t>And then Maxine turned around.</w:t>
      </w:r>
    </w:p>
    <w:p/>
    <w:p>
      <w:r>
        <w:t>She was carrying two plates of food—fried chicken and shrimp fried rice—and she was moving with that particular grace that people who've learned to move through the world invisible develop. She was tall, maybe six feet, and she was wearing the black pants and white shirt that Earl's uniform required, and her hair was pinkish-blonde, shoulder-length, and there was something about her face that made you think of someone famous and sad.</w:t>
      </w:r>
    </w:p>
    <w:p/>
    <w:p>
      <w:r>
        <w:t>She saw Cecil first, smiled in the way that servers smile (polite, efficient, professional), and then her eyes moved to Leona and something shifted. Her smile changed. Her whole posture changed. It was like she was seeing a ghost, or like she was seeing something she'd been waiting to see for a very long time.</w:t>
      </w:r>
    </w:p>
    <w:p/>
    <w:p>
      <w:r>
        <w:t>"Leona Beaumont," she said. Not a question. A statement. "Oh my God."</w:t>
      </w:r>
    </w:p>
    <w:p/>
    <w:p>
      <w:r>
        <w:t>And then Leona realized: she knew this person. Or had known her. Or had known of her. The memory was fuzzy, the way childhood memories are, but something about Maxine's face was connecting to something in her past.</w:t>
      </w:r>
    </w:p>
    <w:p/>
    <w:p>
      <w:r>
        <w:t>"Maxine?" Leona said slowly. "Maxwell Carter?"</w:t>
      </w:r>
    </w:p>
    <w:p/>
    <w:p>
      <w:r>
        <w:t>"Just Maxine now," she said. She put the plates down on the nearest table and came around the counter. She was moving toward them like she was approaching something holy or dangerous or both. "I transitioned in 2009. Changed my name legally in 2010. And then you left, so I kind of figured I'd never see you again, and here you are, and you look exactly like yourself but also completely different, which I'm sure everyone's going to say to you, so I'm just getting it out of the way."</w:t>
      </w:r>
    </w:p>
    <w:p/>
    <w:p>
      <w:r>
        <w:t>Leona felt tears start in her eyes, which was not how she'd expected this moment to go. Maxine had been in her life briefly, so briefly she'd almost forgotten—sophomore year of high school, Maxwell was a senior, they'd been in drama class together, and Maxwell had done this monologue from *A Streetcar Named Desire* that had made everyone silent, that had made Leona understand that beauty wasn't what television said it was, that power was something you could perform into existence.</w:t>
      </w:r>
    </w:p>
    <w:p/>
    <w:p>
      <w:r>
        <w:t>"You were in my high school," Leona said.</w:t>
      </w:r>
    </w:p>
    <w:p/>
    <w:p>
      <w:r>
        <w:t>"I was in your high school," Maxine agreed. "And you ignored me, which was fine, I was ignoring you back, we were both doing our thing. But then I followed your trajectory, the way you do with people you recognize as outsiders. I knew you left. I knew you went to Milwaukee. I knew you were dancing professionally, and then I knew you stopped, and then I lost track, but the city's small enough that stories travel."</w:t>
      </w:r>
    </w:p>
    <w:p/>
    <w:p>
      <w:r>
        <w:t>Earl appeared from the kitchen then, tall and graying and moving with the careful deliberation of a man whose joints have paid the price for decades of physical labor. He saw Leona and something lit up in his face, something like pride and something like grief.</w:t>
      </w:r>
    </w:p>
    <w:p/>
    <w:p>
      <w:r>
        <w:t>"Leona Washington," he said. He was using her mother's last name, which was how he'd always thought of her, which was how he showed love—by remembering who her mother was, and therefore who her daughter was.</w:t>
      </w:r>
    </w:p>
    <w:p/>
    <w:p>
      <w:r>
        <w:t>"Earl," she said. And then she was hugging him, and he smelled like the kitchen and the years and like someone who'd been good to her, which was rare enough in her life that she was crying now, actually crying, and Cecil had his hand on her lower back, and Maxine was watching them like she was documenting something important.</w:t>
      </w:r>
    </w:p>
    <w:p/>
    <w:p>
      <w:r>
        <w:t>"Come on," Earl said. "Sit down. Let me get you something to eat. You look like you've been driving for days."</w:t>
      </w:r>
    </w:p>
    <w:p/>
    <w:p>
      <w:r>
        <w:t>"Four days," Cecil said. "From Milwaukee."</w:t>
      </w:r>
    </w:p>
    <w:p/>
    <w:p>
      <w:r>
        <w:t>"Damn," Maxine said. "That's a long time to be stuck in a car with your thoughts. Or in a car with someone else's thoughts, which is maybe worse."</w:t>
      </w:r>
    </w:p>
    <w:p/>
    <w:p>
      <w:r>
        <w:t>She said it lightly, but Leona heard the subtext. Maxine had learned things in the years since high school, had learned to see patterns, had learned that marriage was its own kind of performance and that not everyone was performing the same scene.</w:t>
      </w:r>
    </w:p>
    <w:p/>
    <w:p>
      <w:r>
        <w:t>Earl led them to a booth in the back—private, away from the few other customers, which is how Earl treated people he cared about. He always gave them space. He always made them feel like their suffering was discrete, contained, manageable, even when it wasn't any of those things.</w:t>
      </w:r>
    </w:p>
    <w:p/>
    <w:p>
      <w:r>
        <w:t>Maxine came over with water glasses and a menu, though she probably knew they wouldn't need it. Leona had always ordered the same thing: fried chicken and mac and cheese. Cecil was ordering the shrimp fried rice and something called Earl's Special, which was a secret and always appeared if you knew Earl well enough.</w:t>
      </w:r>
    </w:p>
    <w:p/>
    <w:p>
      <w:r>
        <w:t>"So you're back," Maxine said. Not a question. She was testing the statement, seeing if it was true, seeing if Leona would confirm it.</w:t>
      </w:r>
    </w:p>
    <w:p/>
    <w:p>
      <w:r>
        <w:t>"Just for a few weeks," Leona said. "My mother's funeral is on Saturday. After that, I need to figure out what comes next."</w:t>
      </w:r>
    </w:p>
    <w:p/>
    <w:p>
      <w:r>
        <w:t>"Your mother passed," Earl said. Not a question. He'd known Eleanor, had liked her in the way you like people who are trapped in their own circumstances and trying to be kind despite the trap. "I was sorry to hear that."</w:t>
      </w:r>
    </w:p>
    <w:p/>
    <w:p>
      <w:r>
        <w:t>"She had cancer," Leona said. "I found out three weeks ago. She didn't want me to come back. She thought it was better if I stayed away, if I lived my own life, if I didn't get pulled back into Beaumont family politics. But then she died, and there was an inheritance thing, and a request that her ashes be buried in Howler County, and suddenly here I am."</w:t>
      </w:r>
    </w:p>
    <w:p/>
    <w:p>
      <w:r>
        <w:t>"With your husband," Earl said. He was looking at Cecil, and there was something in his expression that Cecil recognized as judgment held in abeyance, as a question being asked silently.</w:t>
      </w:r>
    </w:p>
    <w:p/>
    <w:p>
      <w:r>
        <w:t>"My wife," Leona said, correcting him gently. "Twelve years married. We've been together fifteen."</w:t>
      </w:r>
    </w:p>
    <w:p/>
    <w:p>
      <w:r>
        <w:t>The correction landed carefully. Earl nodded, processed this new information, and then moved through it without stopping. He was the kind of man who could accommodate complexity, which was why Black Howler County came to Earl's when they needed to make things real, when they needed to talk about things that couldn't be said anywhere else.</w:t>
      </w:r>
    </w:p>
    <w:p/>
    <w:p>
      <w:r>
        <w:t>"Good," he said. "That's good. Some people drive 1,200 miles with their person and it's hell. Some people, it brings them closer. Which is it for you two?"</w:t>
      </w:r>
    </w:p>
    <w:p/>
    <w:p>
      <w:r>
        <w:t>It was a question that hung in the space between them. Leona and Cecil looked at each other. Leona's hand found Cecil's under the table.</w:t>
      </w:r>
    </w:p>
    <w:p/>
    <w:p>
      <w:r>
        <w:t>"We're working on it," Cecil said. "Every day we work on it."</w:t>
      </w:r>
    </w:p>
    <w:p/>
    <w:p>
      <w:r>
        <w:t>"That's the most honest answer anyone's ever given me," Maxine said. She was still standing there, not quite ready to leave, not quite ready to let them settle. "Most people would say something about how strong their love is or how marriage is hard or some Netflix special version of it. But 'we're working on it' is good. That's real."</w:t>
      </w:r>
    </w:p>
    <w:p/>
    <w:p>
      <w:r>
        <w:t>She finally walked away, and Earl went back to the kitchen, and Leona and Cecil sat across from each other in the booth at Earl's Authentic Soul Food &amp; Chinese Kitchen, and the weight of seventeen years and four days of driving and all the things they'd never said began to settle over them like humidity.</w:t>
      </w:r>
    </w:p>
    <w:p/>
    <w:p/>
    <w:p>
      <w:r>
        <w:rPr>
          <w:b/>
        </w:rPr>
        <w:t>Dear Reader,</w:t>
      </w:r>
    </w:p>
    <w:p/>
    <w:p>
      <w:r>
        <w:rPr>
          <w:i/>
        </w:rPr>
        <w:t>It is perhaps important at this moment to understand what Leona Beaumont does not yet know. Though she will discover it—partially, confusingly, devastatingly—in the weeks to come.</w:t>
      </w:r>
    </w:p>
    <w:p/>
    <w:p>
      <w:r>
        <w:rPr>
          <w:i/>
        </w:rPr>
        <w:t>Her husband Cecil, who is holding her hand under the table with the grip of a man trying not to drown, has been having an affair with Sara Cartwright-Beaumont for exactly two years. Two years, three months, and fourteen days, to be precise. They have been to the Magnolia Hotel in Howler Town forty-seven times. They have called each other on the phone 346 times. They have sent exactly zero text messages, because Cecil is not stupid enough to write things down.</w:t>
      </w:r>
    </w:p>
    <w:p/>
    <w:p>
      <w:r>
        <w:rPr>
          <w:i/>
        </w:rPr>
        <w:t>Sara Cartwright-Beaumont is forty-one years old. She is married to James Cartwright, a man who Cecil sees every day at the oil fields, a man who Cecil has shaken hands with every morning for fifteen years, a man whose wife Cecil has been inside of dozens of times in a hotel room that rents by the hour.</w:t>
      </w:r>
    </w:p>
    <w:p/>
    <w:p>
      <w:r>
        <w:rPr>
          <w:i/>
        </w:rPr>
        <w:t>The affair began because Sara was unhappy. She is still unhappy. The affair will not fix her unhappiness. Affairs never fix unhappiness. They just rearrange it, like furniture in a small room—you can move the couch, but the room is still small.</w:t>
      </w:r>
    </w:p>
    <w:p/>
    <w:p>
      <w:r>
        <w:rPr>
          <w:i/>
        </w:rPr>
        <w:t>But Cecil loves Sara, or thinks he does, or has convinced himself he does. And Sara loves Cecil, or has convinced herself she does. And love, dear reader, is the most convenient excuse for betrayal that has ever been invented.</w:t>
      </w:r>
    </w:p>
    <w:p/>
    <w:p>
      <w:r>
        <w:rPr>
          <w:i/>
        </w:rPr>
        <w:t>This is what will eventually break them.</w:t>
      </w:r>
    </w:p>
    <w:p/>
    <w:p>
      <w:r>
        <w:rPr>
          <w:i/>
        </w:rPr>
        <w:t>But not yet. Not today. Today, Cecil is eating fried rice and trying to be present with his wife, trying to hold the two versions of himself in the same body, trying to make it work even though it's already broken and he knows it's broken and nobody is surprised except him.</w:t>
      </w:r>
    </w:p>
    <w:p/>
    <w:p/>
    <w:p>
      <w:pPr>
        <w:pStyle w:val="Heading2"/>
      </w:pPr>
      <w:r>
        <w:t>Part Three: The Family Calls</w:t>
      </w:r>
    </w:p>
    <w:p/>
    <w:p>
      <w:r>
        <w:t>Leona's phone rang at 7:32 PM, just as she was finishing her chicken. The number was Beaumont Oil's main line.</w:t>
      </w:r>
    </w:p>
    <w:p/>
    <w:p>
      <w:r>
        <w:t>She looked at it for three rings before answering.</w:t>
      </w:r>
    </w:p>
    <w:p/>
    <w:p>
      <w:r>
        <w:t>"Leona," the voice said. Her father. Richard Beaumont, age sixty-eight, second wife (Patricia), three adult children from his first marriage and two from his second, net worth approximately $340 million, emotional maturity approximately six years old.</w:t>
      </w:r>
    </w:p>
    <w:p/>
    <w:p>
      <w:r>
        <w:t>"Hello, Dad," she said. She said it like she was testing the word out, like it was foreign on her tongue.</w:t>
      </w:r>
    </w:p>
    <w:p/>
    <w:p>
      <w:r>
        <w:t>"I heard you were coming back to town. Why didn't you call me? Why did I have to hear it from the Cartwright family?"</w:t>
      </w:r>
    </w:p>
    <w:p/>
    <w:p>
      <w:r>
        <w:t>"How would the Cartwright family know? I just got here."</w:t>
      </w:r>
    </w:p>
    <w:p/>
    <w:p>
      <w:r>
        <w:t>"Your husband works for them. He's been asking around about a place for the two of you to stay while you're here. James told Marcus, Marcus told his mother, and somehow it got to me. You know how it is."</w:t>
      </w:r>
    </w:p>
    <w:p/>
    <w:p>
      <w:r>
        <w:t>She did know how it was. In Howler County, privacy was a luxury that no one could afford. Everything was public. Everything was performance. Everything was documentation for future use as leverage or proof of shame.</w:t>
      </w:r>
    </w:p>
    <w:p/>
    <w:p>
      <w:r>
        <w:t>"I'm staying at the Magnolia Hotel," Leona said. "Just for a few weeks, until after Mom's funeral. Then we're going back to Milwaukee."</w:t>
      </w:r>
    </w:p>
    <w:p/>
    <w:p>
      <w:r>
        <w:t>"That's ridiculous. You can't stay at a hotel. Stay at the house. We have plenty of room. Patricia would love to meet you properly."</w:t>
      </w:r>
    </w:p>
    <w:p/>
    <w:p>
      <w:r>
        <w:t>Patricia. The second wife. The one who'd replaced Leona's mother, who'd been introduced into the family when Leona was already gone, who'd become the new center of the family orbit, the new recipient of the Beaumont resources and the Beaumont affection, the new proof that Richard could move on, that he could forget Eleanor, that he could replace her.</w:t>
      </w:r>
    </w:p>
    <w:p/>
    <w:p>
      <w:r>
        <w:t>"I don't think that's a good idea," Leona said.</w:t>
      </w:r>
    </w:p>
    <w:p/>
    <w:p>
      <w:r>
        <w:t>"Why not? You're my daughter. The funeral is for your mother. You should be with family."</w:t>
      </w:r>
    </w:p>
    <w:p/>
    <w:p>
      <w:r>
        <w:t>Leona looked across the table at Cecil, who was watching her with an expression that could have meant anything. He'd been present at the dissolution of her relationship with her father. He'd been present during the seventeen years of silence. He knew that her father loved her in the way that powerful men love their leverage, in the way that rich men love proof that their bloodline continues.</w:t>
      </w:r>
    </w:p>
    <w:p/>
    <w:p>
      <w:r>
        <w:t>"I'm with family," she said. "My husband is here. That's my family."</w:t>
      </w:r>
    </w:p>
    <w:p/>
    <w:p>
      <w:r>
        <w:t>There was a silence on the line. In that silence, Leona could hear her father understanding, for the first time, that she was not coming back. Not really. Not the way he'd perhaps been imagining. She wasn't coming back to reconcile. She wasn't coming back to ask for forgiveness. She wasn't coming back to take her place in the family structure.</w:t>
      </w:r>
    </w:p>
    <w:p/>
    <w:p>
      <w:r>
        <w:t>She was coming back to bury her mother and then she was leaving again.</w:t>
      </w:r>
    </w:p>
    <w:p/>
    <w:p>
      <w:r>
        <w:t>"Fine," he said finally. "But I expect you at the house the day after the funeral. There's the will to be read, and there are matters regarding your mother's estate that need to be discussed. And you'll want to understand what you've inherited."</w:t>
      </w:r>
    </w:p>
    <w:p/>
    <w:p>
      <w:r>
        <w:t>He said inherited the way that other men said lottery. Like it was something that would change her, something that would make her finally understand what was important.</w:t>
      </w:r>
    </w:p>
    <w:p/>
    <w:p>
      <w:r>
        <w:t>"I'll be there," Leona said. "The day after the funeral."</w:t>
      </w:r>
    </w:p>
    <w:p/>
    <w:p>
      <w:r>
        <w:t>She hung up before he could say anything else, before he could lay another obligation on her, before he could make her understand once again that love in the Beaumont family was transactional, that belonging required performance, that she would never quite measure up to whatever his version of her was supposed to be.</w:t>
      </w:r>
    </w:p>
    <w:p/>
    <w:p>
      <w:r>
        <w:t>Across the table, Cecil was eating his rice and not looking at her.</w:t>
      </w:r>
    </w:p>
    <w:p/>
    <w:p>
      <w:r>
        <w:t>"That was your father," he said. Not a question.</w:t>
      </w:r>
    </w:p>
    <w:p/>
    <w:p>
      <w:r>
        <w:t>"Yes."</w:t>
      </w:r>
    </w:p>
    <w:p/>
    <w:p>
      <w:r>
        <w:t>"What did he want?"</w:t>
      </w:r>
    </w:p>
    <w:p/>
    <w:p>
      <w:r>
        <w:t>"To establish that I'm still his property," Leona said. "To make sure I understood that my inheritance is conditional on family loyalty. The usual."</w:t>
      </w:r>
    </w:p>
    <w:p/>
    <w:p>
      <w:r>
        <w:t>Cecil set down his fork. He looked at her directly now, and there was something in his eyes that looked like grief.</w:t>
      </w:r>
    </w:p>
    <w:p/>
    <w:p>
      <w:r>
        <w:t>"You don't have to go back to Milwaukee," he said. "If you want to stay. If you want to sort things out with your family. If you want—"</w:t>
      </w:r>
    </w:p>
    <w:p/>
    <w:p>
      <w:r>
        <w:t>"I want to get out of here as soon as possible," Leona said. "My mother is dead. That's what needed to happen for me to come back. Now she's dead, and there's nothing else keeping me here except obligation and blood, and neither of those things are enough anymore."</w:t>
      </w:r>
    </w:p>
    <w:p/>
    <w:p>
      <w:r>
        <w:t>She was lying, and they both knew she was lying. She'd been lying about a lot of things for a lot of years, and the lie was becoming its own kind of truth, the way that lies eventually do.</w:t>
      </w:r>
    </w:p>
    <w:p/>
    <w:p>
      <w:r>
        <w:t>Cecil's phone buzzed. He looked at it, and something shifted in his face. His jaw tightened. His shoulders tensed.</w:t>
      </w:r>
    </w:p>
    <w:p/>
    <w:p>
      <w:r>
        <w:t>"Work thing," he said without looking at what the message said.</w:t>
      </w:r>
    </w:p>
    <w:p/>
    <w:p>
      <w:r>
        <w:t>"Sure," Leona said. She was looking at him, this man she'd chosen to build a life with, this man who was sitting across from her and simultaneously very far away, this man who was betraying her in a hotel room on 59, this man who she loved and hated and couldn't leave because leaving would mean admitting that the whole thing had been a mistake, that seventeen years of marriage was built on foundations made of sand.</w:t>
      </w:r>
    </w:p>
    <w:p/>
    <w:p>
      <w:r>
        <w:t>Maxine came by with their check. She put it down gently, like she was trying not to interrupt something important, and maybe she could see it. Maybe she could see the ways that marriages crack, the ways that love dies slowly, the ways that two people can sit across from each other and be completely alone.</w:t>
      </w:r>
    </w:p>
    <w:p/>
    <w:p>
      <w:r>
        <w:t>"On the house," Maxine said. "Earl says welcome home."</w:t>
      </w:r>
    </w:p>
    <w:p/>
    <w:p>
      <w:r>
        <w:t>"Tell him I said thank you," Leona said. "Tell him I'll come back. Before I leave for good, I'll come back and spend time."</w:t>
      </w:r>
    </w:p>
    <w:p/>
    <w:p>
      <w:r>
        <w:t>"I think he knows," Maxine said. "Earl knows a lot of things about people. He knows when they're about to leave. He knows when they're about to arrive. He knows what's true and what's pretend. You should talk to him. Really talk to him, I mean. Not just small talk, but the real conversation about what you're doing back here and what you're supposed to figure out."</w:t>
      </w:r>
    </w:p>
    <w:p/>
    <w:p>
      <w:r>
        <w:t>"Is that what he tells everyone?" Cecil asked. There was an edge to his voice. Protective, maybe. Or territorial. Or scared.</w:t>
      </w:r>
    </w:p>
    <w:p/>
    <w:p>
      <w:r>
        <w:t>"He tells people what they need to hear," Maxine said. "Which is sometimes what they want to hear and sometimes what they absolutely don't. But he tells it true. That's his gift. He makes truth safe enough to say out loud."</w:t>
      </w:r>
    </w:p>
    <w:p/>
    <w:p>
      <w:r>
        <w:t>She walked away before they could respond, and Leona and Cecil sat in the booth at Earl's Authentic Soul Food &amp; Chinese Kitchen, and the weight of everything unsaid grew heavier.</w:t>
      </w:r>
    </w:p>
    <w:p/>
    <w:p/>
    <w:p>
      <w:r>
        <w:rPr>
          <w:b/>
        </w:rPr>
        <w:t>Dear Reader,</w:t>
      </w:r>
    </w:p>
    <w:p/>
    <w:p>
      <w:r>
        <w:rPr>
          <w:i/>
        </w:rPr>
        <w:t>At this precise moment, we must leave our Leona and her complicated Cecil and travel briefly to the Cartwright Estate, where James Cartwright is staring at his wife Sara across the dinner table and understanding, with the dull certainty of a man who has known for a very long time and has chosen not to acknowledge it, that his marriage is built on lies.</w:t>
      </w:r>
    </w:p>
    <w:p/>
    <w:p>
      <w:r>
        <w:rPr>
          <w:i/>
        </w:rPr>
        <w:t>Sara is wearing a blue dress. It is a dress that her mother bought her three years ago. It is expensive. It is beautiful. It is the dress of a woman who is trying very hard to appear like someone is taking care of her.</w:t>
      </w:r>
    </w:p>
    <w:p/>
    <w:p>
      <w:r>
        <w:rPr>
          <w:i/>
        </w:rPr>
        <w:t>James is not taking care of her.</w:t>
      </w:r>
    </w:p>
    <w:p/>
    <w:p>
      <w:r>
        <w:rPr>
          <w:i/>
        </w:rPr>
        <w:t>But someone is. And James knows it. He has always known it. He has simply chosen to maintain the fiction that if he doesn't acknowledge it, it doesn't exist, which is the same method that his grandfather Joshua used when dealing with the fact that the family's wealth was built on extraction and exploitation and the death of people who couldn't afford to ask questions about safety.</w:t>
      </w:r>
    </w:p>
    <w:p/>
    <w:p>
      <w:r>
        <w:rPr>
          <w:i/>
        </w:rPr>
        <w:t>The Cartwright family is very good at pretending.</w:t>
      </w:r>
    </w:p>
    <w:p/>
    <w:p>
      <w:r>
        <w:rPr>
          <w:i/>
        </w:rPr>
        <w:t>But pretending has a cost. And the cost is being paid, right now, in the form of Sara's infidelity, in the form of Cecil Waters' divided heart, in the form of James Cartwright's quiet suicide by incompetence.</w:t>
      </w:r>
    </w:p>
    <w:p/>
    <w:p>
      <w:r>
        <w:rPr>
          <w:i/>
        </w:rPr>
        <w:t>The oil derricks continue to pump. The sky continues to be blue. And in the town of Howler, Texas, everything is about to change in ways that nobody has prepared for and nobody can prevent.</w:t>
      </w:r>
    </w:p>
    <w:p/>
    <w:p/>
    <w:p>
      <w:pPr>
        <w:pStyle w:val="Heading2"/>
      </w:pPr>
      <w:r>
        <w:t>Part Four: The Magnolia Hotel</w:t>
      </w:r>
    </w:p>
    <w:p/>
    <w:p>
      <w:r>
        <w:t>The Magnolia Hotel was built in 1956 and had been hosting secrets ever since. Forty-two rooms, small red neon sign, parking lot in the back where people who didn't want to be seen could park their cars. It was the kind of place that didn't ask questions, that didn't care about your marital status or your reasons for renting a room at 8:47 PM on a Thursday night.</w:t>
      </w:r>
    </w:p>
    <w:p/>
    <w:p>
      <w:r>
        <w:t>The receptionist was a woman named Diamond, who was forty-six, who'd worked there for fifteen years, who knew everything and forgot everything and charged you only for the room.</w:t>
      </w:r>
    </w:p>
    <w:p/>
    <w:p>
      <w:r>
        <w:t>"Two nights," Cecil told her, and she handed him a key without asking for a credit card or an ID, because in Howler County, people had arrangements that had been made so long ago that they'd become their own kind of law.</w:t>
      </w:r>
    </w:p>
    <w:p/>
    <w:p>
      <w:r>
        <w:t>The room was on the second floor, corner room, overlooking the parking lot and the highway beyond. It was clean, functional, decorated in the way that hotel rooms are decorated—neutral colors, art prints from somewhere generic, a television that probably worked most of the time.</w:t>
      </w:r>
    </w:p>
    <w:p/>
    <w:p>
      <w:r>
        <w:t>Leona stood at the window and looked out at the highway and the oil derricks beyond it, visible in the darkness only by the navigation lights that marked them, red lights blinking against the black sky.</w:t>
      </w:r>
    </w:p>
    <w:p/>
    <w:p>
      <w:r>
        <w:t>"I'm sorry," Cecil said behind her.</w:t>
      </w:r>
    </w:p>
    <w:p/>
    <w:p>
      <w:r>
        <w:t>"For what?" she asked, not turning around.</w:t>
      </w:r>
    </w:p>
    <w:p/>
    <w:p>
      <w:r>
        <w:t>"For all of it. For everything. For driving you here instead of letting you process what you needed to process. For not talking about what we need to talk about. For not being the person you thought I was."</w:t>
      </w:r>
    </w:p>
    <w:p/>
    <w:p>
      <w:r>
        <w:t>Leona turned to face him. He was standing in the middle of the room, his hands empty, looking like a man who'd been accused of a crime he couldn't deny.</w:t>
      </w:r>
    </w:p>
    <w:p/>
    <w:p>
      <w:r>
        <w:t>"What crime are you confessing to, exactly?" she asked.</w:t>
      </w:r>
    </w:p>
    <w:p/>
    <w:p>
      <w:r>
        <w:t>"All of them," he said. "Pick one. I'm guilty of all of them."</w:t>
      </w:r>
    </w:p>
    <w:p/>
    <w:p>
      <w:r>
        <w:t>She walked toward him. She reached up and touched his face. She'd married this man because he was beautiful and broken, because he was strong in ways that mattered, because he wanted to help people and couldn't because he was trapped in the same system that everyone else was trapped in. She'd married him because she understood him, or thought she did, or wanted to.</w:t>
      </w:r>
    </w:p>
    <w:p/>
    <w:p>
      <w:r>
        <w:t>But understanding and knowing are not the same thing, and Leona was beginning to understand the difference.</w:t>
      </w:r>
    </w:p>
    <w:p/>
    <w:p>
      <w:r>
        <w:t>"There's someone else," she said. Not a question.</w:t>
      </w:r>
    </w:p>
    <w:p/>
    <w:p>
      <w:r>
        <w:t>Cecil's face did something complicated. It shifted. It crumbled. It reformed. He was deciding, in that moment, whether to lie or to tell the truth, and the decision he made would shape everything that came after.</w:t>
      </w:r>
    </w:p>
    <w:p/>
    <w:p>
      <w:r>
        <w:t>"Yes," he said.</w:t>
      </w:r>
    </w:p>
    <w:p/>
    <w:p>
      <w:r>
        <w:t>And there it was. The confirmation. The thing that had been unspoken was now spoken, and it was infinitely more real because it was audible, because it existed in the world, because it had been said by the person responsible for it.</w:t>
      </w:r>
    </w:p>
    <w:p/>
    <w:p>
      <w:r>
        <w:t>Leona sat down on the edge of the bed. She didn't cry. She didn't rage. She sat there and understood that her marriage was dead, had been dead for a very long time, and she'd been traveling across the country trying to revive a corpse.</w:t>
      </w:r>
    </w:p>
    <w:p/>
    <w:p>
      <w:r>
        <w:t>"How long?" she asked.</w:t>
      </w:r>
    </w:p>
    <w:p/>
    <w:p>
      <w:r>
        <w:t>"Two years," he said. "More or less. Give or take."</w:t>
      </w:r>
    </w:p>
    <w:p/>
    <w:p>
      <w:r>
        <w:t>"Who?"</w:t>
      </w:r>
    </w:p>
    <w:p/>
    <w:p>
      <w:r>
        <w:t>He was quiet for a long time. Then: "Someone you don't know. Someone who's here. Someone I can't stay away from."</w:t>
      </w:r>
    </w:p>
    <w:p/>
    <w:p>
      <w:r>
        <w:t>"And yet you married me," Leona said.</w:t>
      </w:r>
    </w:p>
    <w:p/>
    <w:p>
      <w:r>
        <w:t>"I married you because I love you," Cecil said. "And I've been cheating on you because I can't seem to help myself. Those two things can both be true."</w:t>
      </w:r>
    </w:p>
    <w:p/>
    <w:p>
      <w:r>
        <w:t>"No," Leona said. "No, they can't. Not really. If you loved me, you wouldn't want someone else. If you wanted someone else, you're not in love with me. One of those things is a lie."</w:t>
      </w:r>
    </w:p>
    <w:p/>
    <w:p>
      <w:r>
        <w:t>"Or love is more complicated than you think," Cecil said. "Or people are more broken than you think. Or Howler County does something to you, makes you complicit in your own destruction, makes you want things you shouldn't want because it's the only way to feel alive."</w:t>
      </w:r>
    </w:p>
    <w:p/>
    <w:p>
      <w:r>
        <w:t>Leona laughed. She didn't mean to laugh, but it came out, a sharp, brittle sound that broke against the walls of the hotel room.</w:t>
      </w:r>
    </w:p>
    <w:p/>
    <w:p>
      <w:r>
        <w:t>"So it's the town's fault," she said. "The town that forced you to drive to a hotel and get into a bed with someone else. The town that made you lie to me seventeen years in a row. The town that—"</w:t>
      </w:r>
    </w:p>
    <w:p/>
    <w:p>
      <w:r>
        <w:t>"I don't expect you to forgive me," Cecil said. "I'm not asking for forgiveness. I'm just trying to explain why I'm the way I am, why I can't seem to be faithful even when I want to be, why I seem to be constitutionally incapable of being the person that someone loves and deserves."</w:t>
      </w:r>
    </w:p>
    <w:p/>
    <w:p>
      <w:r>
        <w:t>Leona stood up. She walked to the window. She looked out at the highway and the derricks.</w:t>
      </w:r>
    </w:p>
    <w:p/>
    <w:p>
      <w:r>
        <w:t>"My mother died because I wasn't here," she said. "She was sick for a year, and she didn't tell me because she didn't want me to feel obligated to come back. I was in Milwaukee, building a life with you, thinking we had something real, something that mattered, something that was worth the sacrifice of everything else. And the whole time, you were cheating on me with someone—I assume someone from around here? Someone connected to one of the families?"</w:t>
      </w:r>
    </w:p>
    <w:p/>
    <w:p>
      <w:r>
        <w:t>"Yes," he said quietly.</w:t>
      </w:r>
    </w:p>
    <w:p/>
    <w:p>
      <w:r>
        <w:t>"Someone from the families that we both spent our entire lives trying to escape," Leona said. "You're doing exactly what your uncle fought against. You're reinforcing the system. You're making yourself complicit in your own subjugation."</w:t>
      </w:r>
    </w:p>
    <w:p/>
    <w:p>
      <w:r>
        <w:t>"I know," Cecil said.</w:t>
      </w:r>
    </w:p>
    <w:p/>
    <w:p>
      <w:r>
        <w:t>"And you're doing it anyway."</w:t>
      </w:r>
    </w:p>
    <w:p/>
    <w:p>
      <w:r>
        <w:t>"Yes."</w:t>
      </w:r>
    </w:p>
    <w:p/>
    <w:p>
      <w:r>
        <w:t>Leona turned back to face him. She looked at this man who she'd thought was different, who she'd thought had broken free, who she'd thought understood power and resistance and the way that systems worked.</w:t>
      </w:r>
    </w:p>
    <w:p/>
    <w:p>
      <w:r>
        <w:t>"I don't know how to forgive you," she said. "I don't know if I want to. But I also don't know how to leave. So I think what's going to happen is that I'm going to bury my mother on Saturday, and then I'm going to figure out what I'm doing here in Howler County, and whatever happens next is going to happen because I decide it, not because I stay married out of inertia."</w:t>
      </w:r>
    </w:p>
    <w:p/>
    <w:p>
      <w:r>
        <w:t>"That's fair," Cecil said.</w:t>
      </w:r>
    </w:p>
    <w:p/>
    <w:p>
      <w:r>
        <w:t>"Is it fair?" Leona asked. "How would you know what's fair? You're the one who lied. I'm the one who gets to decide what's fair now."</w:t>
      </w:r>
    </w:p>
    <w:p/>
    <w:p>
      <w:r>
        <w:t>She picked up the key and walked out of the hotel room. She walked down the stairs and out into the parking lot where her mother's ashes were still in the back seat of the car. She got in the car and drove toward the Beaumont Estate, where she hadn't been in seventeen years, where her father was waiting, where she would have to play a daughter and be a mourner and pretend that the world made sense.</w:t>
      </w:r>
    </w:p>
    <w:p/>
    <w:p>
      <w:r>
        <w:t>The highway stretched out before her in the darkness. The oil derricks blinked their navigation lights. And somewhere in the town of Howler, Texas, people were sleeping with the belief that everything was manageable, everything was containable, everything was going to stay the same because it always had and always would.</w:t>
      </w:r>
    </w:p>
    <w:p/>
    <w:p>
      <w:r>
        <w:t>But Leona Beaumont had come back.</w:t>
      </w:r>
    </w:p>
    <w:p/>
    <w:p>
      <w:r>
        <w:t>And nothing was going to be the same again.</w:t>
      </w:r>
    </w:p>
    <w:p/>
    <w:p/>
    <w:p>
      <w:r>
        <w:rPr>
          <w:b/>
        </w:rPr>
        <w:t>Dear Reader,</w:t>
      </w:r>
    </w:p>
    <w:p/>
    <w:p>
      <w:r>
        <w:rPr>
          <w:i/>
        </w:rPr>
        <w:t>This is where the story truly begins. Not with Cecil and Leona, though they are important. Not with the history of the families, though that history is foundational. But with the moment when a woman decides that she is no longer going to pretend, that she is no longer going to accept the role that's been written for her, that she is no longer going to be silent.</w:t>
      </w:r>
    </w:p>
    <w:p/>
    <w:p>
      <w:r>
        <w:rPr>
          <w:i/>
        </w:rPr>
        <w:t>Leona Beaumont drove toward the Beaumont Estate on a dark Thursday night in late April, with her mother's ashes in the back seat, with her marriage in ruins, with seventeen years of exile behind her and an unknown future ahead.</w:t>
      </w:r>
    </w:p>
    <w:p/>
    <w:p>
      <w:r>
        <w:rPr>
          <w:i/>
        </w:rPr>
        <w:t>She did not know that she was about to become the catalyst for everything that was coming. She did not know that her presence would force every other person in Howler County to make a choice about who they were and what they believed in.</w:t>
      </w:r>
    </w:p>
    <w:p/>
    <w:p>
      <w:r>
        <w:rPr>
          <w:i/>
        </w:rPr>
        <w:t>She did not know that she would be the one who would finally say the things that no one else had the courage to say.</w:t>
      </w:r>
    </w:p>
    <w:p/>
    <w:p>
      <w:r>
        <w:rPr>
          <w:i/>
        </w:rPr>
        <w:t>But she was. And the course was set. And by the time anyone understood what was happening, it was too late to stop it.</w:t>
      </w:r>
    </w:p>
    <w:p/>
    <w:p>
      <w:r>
        <w:rPr>
          <w:i/>
        </w:rPr>
        <w:t>This is the story of what happened when she came home.</w:t>
      </w:r>
    </w:p>
    <w:p/>
    <w:p>
      <w:r>
        <w:rPr>
          <w:i/>
        </w:rPr>
        <w:t>And, dear reader, it is only just beginning.</w:t>
      </w:r>
    </w:p>
    <w:p/>
    <w:p/>
    <w:p>
      <w:pPr>
        <w:pStyle w:val="Heading2"/>
      </w:pPr>
      <w:r>
        <w:t>Part Five: The Estate</w:t>
      </w:r>
    </w:p>
    <w:p/>
    <w:p>
      <w:r>
        <w:t>The Beaumont Estate sat on forty-five acres of carefully landscaped grounds, the house built in 1876 (original structure) and expanded in 1954, 1987, and 2003. It was made of white stone, four stories tall at the highest point, with columns that were meant to evoke the antebellum south while being just recent enough to be legally defensible as not-racist.</w:t>
      </w:r>
    </w:p>
    <w:p/>
    <w:p>
      <w:r>
        <w:t>Richard Beaumont was waiting on the porch when Leona arrived. He was wearing pants and a shirt, loosely coupled, the clothes of a man who'd expected to be comfortable at home but had somehow failed at that too.</w:t>
      </w:r>
    </w:p>
    <w:p/>
    <w:p>
      <w:r>
        <w:t>He looked at his daughter—really looked at her—and something in his face crumbled and reformed in equal measure.</w:t>
      </w:r>
    </w:p>
    <w:p/>
    <w:p>
      <w:r>
        <w:t>"You look like your mother," he said.</w:t>
      </w:r>
    </w:p>
    <w:p/>
    <w:p>
      <w:r>
        <w:t>"I know," Leona said. She was holding the box from the funeral home, the one that contained her mother's cremains, the one that was heavier than it should have been given its contents.</w:t>
      </w:r>
    </w:p>
    <w:p/>
    <w:p>
      <w:r>
        <w:t>"Come inside. Patricia's asleep, but I can make coffee or get you something to eat. You must be exhausted."</w:t>
      </w:r>
    </w:p>
    <w:p/>
    <w:p>
      <w:r>
        <w:t>Leona walked past him into the house. The interior was different from how she remembered it. The walls were painted a soft gray instead of white. The furniture was different—more contemporary, more designed. The whole house had been redecorated in a way that said: I am moving on. I am building a new life. I am making this house mine instead of hers.</w:t>
      </w:r>
    </w:p>
    <w:p/>
    <w:p>
      <w:r>
        <w:t>Which meant he was making it not Leona's mother's house, which meant he was erasing Eleanor, which meant he was erasing the woman who'd given him a daughter and then spent her life trying to protect that daughter from him.</w:t>
      </w:r>
    </w:p>
    <w:p/>
    <w:p>
      <w:r>
        <w:t>"I'm going to put her ashes in the family plot tomorrow," Leona said. "Is that arrangement still—can we still do that?"</w:t>
      </w:r>
    </w:p>
    <w:p/>
    <w:p>
      <w:r>
        <w:t>"Of course," Richard said. "The plot is in St. Matthew's, under the big oak tree. We can arrange the burial for Friday morning, and then the funeral service is Saturday at eleven."</w:t>
      </w:r>
    </w:p>
    <w:p/>
    <w:p>
      <w:r>
        <w:t>Leona nodded. She was standing in the living room of the Beaumont Estate, holding a box of human remains, and trying to understand how she'd gotten here.</w:t>
      </w:r>
    </w:p>
    <w:p/>
    <w:p>
      <w:r>
        <w:t>"I'm staying at the Magnolia," she said. "Cecil and I. Just for a few weeks."</w:t>
      </w:r>
    </w:p>
    <w:p/>
    <w:p>
      <w:r>
        <w:t>"You could stay here," Richard said. "We have plenty of room."</w:t>
      </w:r>
    </w:p>
    <w:p/>
    <w:p>
      <w:r>
        <w:t>"I don't think that's appropriate," Leona said.</w:t>
      </w:r>
    </w:p>
    <w:p/>
    <w:p>
      <w:r>
        <w:t>Richard was quiet for a moment. Then: "Is something wrong? Between you and your husband?"</w:t>
      </w:r>
    </w:p>
    <w:p/>
    <w:p>
      <w:r>
        <w:t>"No," Leona said. Then: "Yes. I don't know. It's complicated."</w:t>
      </w:r>
    </w:p>
    <w:p/>
    <w:p>
      <w:r>
        <w:t>"Marriage usually is," Richard said. He said it with the confidence of a man who'd been married three times, which is to say he said it with the confidence of someone who had no idea what he was talking about.</w:t>
      </w:r>
    </w:p>
    <w:p/>
    <w:p>
      <w:r>
        <w:t>Leona walked through the house. She went to the kitchen, which had been completely remodeled, all stainless steel and granite and the kind of appliances that people bought when they wanted everyone to know they could afford nice things. She opened the refrigerator and found it stocked with the food of someone who had people coming to visit, or someone who wanted to appear like they had people coming to visit.</w:t>
      </w:r>
    </w:p>
    <w:p/>
    <w:p>
      <w:r>
        <w:t>She closed the door.</w:t>
      </w:r>
    </w:p>
    <w:p/>
    <w:p>
      <w:r>
        <w:t>"Where's the study?" she asked.</w:t>
      </w:r>
    </w:p>
    <w:p/>
    <w:p>
      <w:r>
        <w:t>"Upstairs, third door on the left. Why?"</w:t>
      </w:r>
    </w:p>
    <w:p/>
    <w:p>
      <w:r>
        <w:t>"I need to find my mother's documents. Her will. Her medical records. Everything related to her death and her property. If I'm going to manage her estate, I need to understand what that entails."</w:t>
      </w:r>
    </w:p>
    <w:p/>
    <w:p>
      <w:r>
        <w:t>Richard pulled out a drawer. He handed her a folder, thick with papers.</w:t>
      </w:r>
    </w:p>
    <w:p/>
    <w:p>
      <w:r>
        <w:t>"It's all here," he said. "I've been managing most of it since she died. The house is paid off. The money is in a trust, all in your name. She left you everything, Leona. More than you probably realize. She was much wealthier than I think you knew."</w:t>
      </w:r>
    </w:p>
    <w:p/>
    <w:p>
      <w:r>
        <w:t>Leona took the folder. It was heavy. It contained her mother's life translated into documents and figures and legal language. It contained her mother's death made into something manageable, something that could be read and processed and understood.</w:t>
      </w:r>
    </w:p>
    <w:p/>
    <w:p>
      <w:r>
        <w:t>"Why didn't she tell me?" Leona asked. "Why didn't she tell me that she was sick?"</w:t>
      </w:r>
    </w:p>
    <w:p/>
    <w:p>
      <w:r>
        <w:t>"Because she loved you," Richard said. "She didn't want you to come back out of obligation. She wanted you to build your life. She wanted you to be free in a way that she never was."</w:t>
      </w:r>
    </w:p>
    <w:p/>
    <w:p>
      <w:r>
        <w:t>Leona looked at her father. He had aged in seventeen years. His face was lined. His hair was gray. He looked like a man who'd spent his life making bad decisions and trying to manage the consequences of them.</w:t>
      </w:r>
    </w:p>
    <w:p/>
    <w:p>
      <w:r>
        <w:t>"I need to go," she said. "I'll be back tomorrow to arrange the burial."</w:t>
      </w:r>
    </w:p>
    <w:p/>
    <w:p>
      <w:r>
        <w:t>"Leona—" he started.</w:t>
      </w:r>
    </w:p>
    <w:p/>
    <w:p>
      <w:r>
        <w:t>"I can't be here," she said. "I can't be in this house. I can't be around you. Not right now. I just... I need to process that my mother is dead, that my marriage is in pieces, that I've been away for seventeen years and everything has changed, and none of it is what I thought it was."</w:t>
      </w:r>
    </w:p>
    <w:p/>
    <w:p>
      <w:r>
        <w:t>She walked out before he could respond. She got back in the car. She drove toward the Magnolia Hotel. She drove slowly, so slowly that she only made it to Earl's by the time she understood that she didn't have anywhere else to go.</w:t>
      </w:r>
    </w:p>
    <w:p/>
    <w:p>
      <w:r>
        <w:t>Earl's was closed. But there was a light on in the back. And when Leona knocked on the door, it opened immediately, like Earl had been expecting her, like he'd been waiting for her to show up and need what only he could give her.</w:t>
      </w:r>
    </w:p>
    <w:p/>
    <w:p>
      <w:r>
        <w:t>"Come on in," he said. "I made some coffee. I got a feeling you'd be back tonight."</w:t>
      </w:r>
    </w:p>
    <w:p/>
    <w:p/>
    <w:p>
      <w:r>
        <w:rPr>
          <w:i/>
        </w:rPr>
        <w:t>END OF CHAPTER ONE</w:t>
      </w:r>
    </w:p>
    <w:p/>
    <w:p/>
    <w:p>
      <w:r>
        <w:rPr>
          <w:i/>
        </w:rPr>
        <w:t>Word Count: Approximately 20,000 words</w:t>
      </w:r>
    </w:p>
    <w:p/>
    <w:p/>
    <w:p>
      <w:r>
        <w:rPr>
          <w:i/>
        </w:rPr>
        <w:t>Coming Soon: Chapter Two - "Oil and Water"</w:t>
      </w:r>
    </w:p>
    <w:p/>
    <w:p>
      <w:r>
        <w:rPr>
          <w:i/>
        </w:rPr>
        <w:t>In which Cecil tries to navigate the impossible terrain between two women; in which Leona discovers documents that suggest her mother's death may not have been simple; in which Maxine begins to reveal what she knows; and in which the first cracks in the family system begin to show.</w:t>
      </w:r>
    </w:p>
    <w:p/>
    <w:p/>
    <w:p>
      <w:r>
        <w:rPr>
          <w:i/>
        </w:rPr>
        <w:t>DEAR READER,</w:t>
      </w:r>
    </w:p>
    <w:p/>
    <w:p>
      <w:r>
        <w:rPr>
          <w:i/>
        </w:rPr>
        <w:t>You have now entered the world of Crude Hearts. You have met the people who are about to change everything. You have witnessed the first moments of Leona's return, the first fallings-apart of her marriage, the first hints of the complexity that is about to unfold.</w:t>
      </w:r>
    </w:p>
    <w:p/>
    <w:p>
      <w:r>
        <w:rPr>
          <w:i/>
        </w:rPr>
        <w:t>In the chapters ahead, you will discover what it means to live in a system built on extraction and exploitation. You will learn what people are willing to sacrifice for love, for loyalty, for the appearance of respectability.</w:t>
      </w:r>
    </w:p>
    <w:p/>
    <w:p>
      <w:r>
        <w:rPr>
          <w:i/>
        </w:rPr>
        <w:t>You will witness truth being told in ways that cannot be taken back.</w:t>
      </w:r>
    </w:p>
    <w:p/>
    <w:p>
      <w:r>
        <w:rPr>
          <w:i/>
        </w:rPr>
        <w:t>And you will understand, finally, what it costs to choose justice over comfort, what it means to be complicit, and what happens when someone decides they are no longer willing to pretend.</w:t>
      </w:r>
    </w:p>
    <w:p/>
    <w:p>
      <w:r>
        <w:rPr>
          <w:i/>
        </w:rPr>
        <w:t>The story continues. The derricks continue to pump. The town continues to keep its secrets.</w:t>
      </w:r>
    </w:p>
    <w:p/>
    <w:p>
      <w:r>
        <w:rPr>
          <w:i/>
        </w:rPr>
        <w:t>But Leona Beaumont is awake now.</w:t>
      </w:r>
    </w:p>
    <w:p/>
    <w:p>
      <w:r>
        <w:rPr>
          <w:i/>
        </w:rPr>
        <w:t>And secrets, once someone is awake to them, are very hard to keep.</w:t>
      </w:r>
    </w:p>
    <w:p/>
    <w:p>
      <w:r>
        <w:rPr>
          <w:i/>
        </w:rPr>
        <w:t>We shall see what she does with what she learns.</w:t>
      </w:r>
    </w:p>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