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8"/>
        </w:rPr>
        <w:t>CRUDE AMBITIONS: An All My Young'uns in Howler County</w:t>
      </w:r>
    </w:p>
    <w:p>
      <w:pPr>
        <w:jc w:val="center"/>
      </w:pPr>
      <w:r>
        <w:rPr>
          <w:b/>
          <w:sz w:val="32"/>
        </w:rPr>
        <w:t>Expanded First Five Chapters</w:t>
      </w:r>
    </w:p>
    <w:p/>
    <w:p>
      <w:r>
        <w:br w:type="page"/>
      </w:r>
    </w:p>
    <w:p/>
    <w:p>
      <w:pPr>
        <w:jc w:val="center"/>
      </w:pPr>
      <w:r>
        <w:rPr>
          <w:b/>
          <w:sz w:val="32"/>
        </w:rPr>
        <w:t>CHAPTER ONE: THE RETURN</w:t>
      </w:r>
    </w:p>
    <w:p/>
    <w:p>
      <w:pPr>
        <w:spacing w:line="360" w:lineRule="auto" w:after="120"/>
      </w:pPr>
      <w:r>
        <w:t>The breakfast crowd at Earl's Authentic Soul Food and Chinese Kitchen had that particular Saturday morning energy—desperate, hungry, slightly unwashed. It was the kind of place where contradictions didn't just exist; they *thrived*. Mrs. Ida Mae Chen, who'd married into her position as proprietor, stood behind the register watching the buffet line with the detachment of a woman who'd seen everything and forgiven almost nothing.</w:t>
      </w:r>
    </w:p>
    <w:p/>
    <w:p>
      <w:pPr>
        <w:spacing w:line="360" w:lineRule="auto" w:after="120"/>
      </w:pPr>
      <w:r>
        <w:t>Maxine Eloise Carter moved through the swinging doors with the practiced grace of someone who understood that looking expensive was half the battle, even when you were making $3.25 an hour plus tips. The pinkish-blonde dreadlocks caught the light from the grease-stained kitchen—diamond hoops at her ears swung in rhythm with her walk—and her stiletto nails, painted baby blue that Saturday, clicked against the laminate flooring like some kind of warning system.</w:t>
      </w:r>
    </w:p>
    <w:p/>
    <w:p>
      <w:pPr>
        <w:spacing w:line="360" w:lineRule="auto" w:after="120"/>
      </w:pPr>
      <w:r>
        <w:t>She was twenty-four years old and already tired in a way that suggested she might be tired for the rest of her life.</w:t>
      </w:r>
    </w:p>
    <w:p/>
    <w:p>
      <w:pPr>
        <w:spacing w:line="360" w:lineRule="auto" w:after="120"/>
      </w:pPr>
      <w:r>
        <w:t>"Order for Cartwright," she called out, her voice carrying that particular register of someone who'd learned to make themselves heard in loud spaces. She held the brown paper bag at arm's length; it bled grease stains like a confession. "Two orders orange chicken, Singapore noodles, three egg rolls. Fortune cookies?"</w:t>
      </w:r>
    </w:p>
    <w:p/>
    <w:p>
      <w:pPr>
        <w:spacing w:line="360" w:lineRule="auto" w:after="120"/>
      </w:pPr>
      <w:r>
        <w:t>The man who looked up from his seat had the kind of face that made you understand centuries of American history just by looking at it. He was somewhere in his mid-sixties, with close-cropped gray hair and eyes that had seen the Vietnam War, the Black Panther movement, and apparently lived to regret certain choices. His name was Cecil Waters, and he carried himself like a man who'd been royalty once, even if nobody except him remembered when.</w:t>
      </w:r>
    </w:p>
    <w:p/>
    <w:p>
      <w:pPr>
        <w:spacing w:line="360" w:lineRule="auto" w:after="120"/>
      </w:pPr>
      <w:r>
        <w:t>"No cookies, sweetheart," Cecil said, and his voice had that texture—like gravel wrapped in something softer. "Just the food. And yeah, that'll be all."</w:t>
      </w:r>
    </w:p>
    <w:p/>
    <w:p>
      <w:pPr>
        <w:spacing w:line="360" w:lineRule="auto" w:after="120"/>
      </w:pPr>
      <w:r>
        <w:t>He pulled out a money clip that looked like it had been through hell and back, paid her from an inside pocket, added a generous tip with the kind of deliberation that suggested he'd been taught once, decades ago, that this was how a man conducted himself. He touched the brim of an imaginary hat—the actual hat was in his lap—and walked out.</w:t>
      </w:r>
    </w:p>
    <w:p/>
    <w:p>
      <w:pPr>
        <w:spacing w:line="360" w:lineRule="auto" w:after="120"/>
      </w:pPr>
      <w:r>
        <w:t>Maxine watched him go, already knowing who he was because in a town like Howler County, you didn't work in a place like this without understanding the genealogies of power.</w:t>
      </w:r>
    </w:p>
    <w:p/>
    <w:p>
      <w:pPr>
        <w:spacing w:line="360" w:lineRule="auto" w:after="120"/>
      </w:pPr>
      <w:r>
        <w:t>Cecil Waters was the majordomo of the Cartwright empire.</w:t>
      </w:r>
    </w:p>
    <w:p/>
    <w:p>
      <w:r>
        <w:br w:type="page"/>
      </w:r>
    </w:p>
    <w:p/>
    <w:p>
      <w:pPr>
        <w:spacing w:line="360" w:lineRule="auto" w:after="120"/>
      </w:pPr>
      <w:r>
        <w:t>Outside, the Texas morning was trying to decide whether to be pleasant or harsh. It settled, eventually, on chilly—the kind of cold that required a light jacket but suggested worse was coming. Cecil moved toward the black SUV with the motor already running, pushing through that last bit of distance with the urgency of a man who'd learned long ago that time was not infinite.</w:t>
      </w:r>
    </w:p>
    <w:p/>
    <w:p>
      <w:pPr>
        <w:spacing w:line="360" w:lineRule="auto" w:after="120"/>
      </w:pPr>
      <w:r>
        <w:t>Beauregard Ulysses Cartwright was asleep in the backseat, his body arranged in that particular position people take when they've given up trying to look dignified. Beside him, Leona Anna-Mae Cartwright—recent upgrade from Calhoun, and the entire reason Cecil had driven all night—was curled against the window, her breath fogging the glass.</w:t>
      </w:r>
    </w:p>
    <w:p/>
    <w:p>
      <w:pPr>
        <w:spacing w:line="360" w:lineRule="auto" w:after="120"/>
      </w:pPr>
      <w:r>
        <w:t>"Hey, lovebirds," Cecil called, sliding into the driver's seat. "Wake up. I've got food."</w:t>
      </w:r>
    </w:p>
    <w:p/>
    <w:p>
      <w:pPr>
        <w:spacing w:line="360" w:lineRule="auto" w:after="120"/>
      </w:pPr>
      <w:r>
        <w:t>He unwrapped the brown paper bag with the ceremony of someone opening a sacred text.</w:t>
      </w:r>
    </w:p>
    <w:p/>
    <w:p>
      <w:pPr>
        <w:spacing w:line="360" w:lineRule="auto" w:after="120"/>
      </w:pPr>
      <w:r>
        <w:t>Leona stirred first. She had that kind of beauty—the kind that didn't just exist, but *happened*. She was Duchess Meghan Markle by way of Beyoncé, with box braids and a hip-tattoo that traveled around her like a personal topography. The scar on her forehead—thin, barely visible, but there—was the kind of thing that added something to a face instead of taking it away.</w:t>
      </w:r>
    </w:p>
    <w:p/>
    <w:p>
      <w:pPr>
        <w:spacing w:line="360" w:lineRule="auto" w:after="120"/>
      </w:pPr>
      <w:r>
        <w:t>"Earl's," she breathed, and there was something in her voice that suggested she was pricing the moment in her mind, calculating whether it was real. "I know it's been years. I've dreamed about that orange chicken."</w:t>
      </w:r>
    </w:p>
    <w:p/>
    <w:p>
      <w:pPr>
        <w:spacing w:line="360" w:lineRule="auto" w:after="120"/>
      </w:pPr>
      <w:r>
        <w:t>Beau woke the way beautiful people do—all at once, no in-between, as if consciousness was a switch and not a door. He was blond in that particular way that suggested his family had been breeding themselves carefully for generations, and he had the kind of bone structure that would look handsome right up until the moment he became the villain in his own story. Which would come sooner than he expected.</w:t>
      </w:r>
    </w:p>
    <w:p/>
    <w:p>
      <w:pPr>
        <w:spacing w:line="360" w:lineRule="auto" w:after="120"/>
      </w:pPr>
      <w:r>
        <w:t>"Now eat up, folks," Cecil said, handing out the boxes with the precision of a man who'd learned to care for people by feeding them. "We're almost there."</w:t>
      </w:r>
    </w:p>
    <w:p/>
    <w:p>
      <w:pPr>
        <w:spacing w:line="360" w:lineRule="auto" w:after="120"/>
      </w:pPr>
      <w:r>
        <w:t>Leona took her orange chicken and Singapore noodles like they were a sacrament. Beau got his orange chicken with collard greens on the side—his mother's influence, Cecil knew, or perhaps just memory. Cecil took an egg roll for himself and bit into it with his eyes on the road ahead.</w:t>
      </w:r>
    </w:p>
    <w:p/>
    <w:p>
      <w:pPr>
        <w:spacing w:line="360" w:lineRule="auto" w:after="120"/>
      </w:pPr>
      <w:r>
        <w:t>The three of them sat in that truck like figures in a domestic painting nobody was paying attention to. But Cecil was paying attention. Cecil was always paying attention.</w:t>
      </w:r>
    </w:p>
    <w:p/>
    <w:p>
      <w:pPr>
        <w:spacing w:line="360" w:lineRule="auto" w:after="120"/>
      </w:pPr>
      <w:r>
        <w:t>He'd been sent to Chicago to retrieve this boy and bring back his new bride. He'd been expecting perhaps to find Beau with some Chicago girl—a girl with ambitions, maybe, or with a trust fund. He had *not* been expecting to find him married to Leona Calhoun.</w:t>
      </w:r>
    </w:p>
    <w:p/>
    <w:p>
      <w:pPr>
        <w:spacing w:line="360" w:lineRule="auto" w:after="120"/>
      </w:pPr>
      <w:r>
        <w:t>The Calhoun family.</w:t>
      </w:r>
    </w:p>
    <w:p/>
    <w:p>
      <w:pPr>
        <w:spacing w:line="360" w:lineRule="auto" w:after="120"/>
      </w:pPr>
      <w:r>
        <w:t>The *enemy*.</w:t>
      </w:r>
    </w:p>
    <w:p/>
    <w:p>
      <w:r>
        <w:br w:type="page"/>
      </w:r>
    </w:p>
    <w:p/>
    <w:p>
      <w:pPr>
        <w:spacing w:line="360" w:lineRule="auto" w:after="120"/>
      </w:pPr>
      <w:r>
        <w:t>The road back to Howler County was the kind of road that forced you to think about how you'd gotten here, and whether you'd get there. Beau and Leona ate in companionable silence for a while—the kind of silence that suggested a newly formed alliance against the world, that particular exhaustion that comes right after you've done something huge and irreversible.</w:t>
      </w:r>
    </w:p>
    <w:p/>
    <w:p>
      <w:pPr>
        <w:spacing w:line="360" w:lineRule="auto" w:after="120"/>
      </w:pPr>
      <w:r>
        <w:t>"Tell me about your mama," Leona said, finally. "Not the story I've heard. The truth."</w:t>
      </w:r>
    </w:p>
    <w:p/>
    <w:p>
      <w:pPr>
        <w:spacing w:line="360" w:lineRule="auto" w:after="120"/>
      </w:pPr>
      <w:r>
        <w:t>Beau looked at her. This was the thing about Leona—she asked for true stories instead of letting you hide behind the official ones.</w:t>
      </w:r>
    </w:p>
    <w:p/>
    <w:p>
      <w:pPr>
        <w:spacing w:line="360" w:lineRule="auto" w:after="120"/>
      </w:pPr>
      <w:r>
        <w:t>"She's sick," he said, which was a way of not saying what he meant. "She's been sick. My father's been sick too, in a different way. The oil business is sick—the whole thing is rotting from the inside out and everyone pretends not to smell it."</w:t>
      </w:r>
    </w:p>
    <w:p/>
    <w:p>
      <w:pPr>
        <w:spacing w:line="360" w:lineRule="auto" w:after="120"/>
      </w:pPr>
      <w:r>
        <w:t>"Your father," Leona said carefully, "is he going to lose his mind when he finds out about me?"</w:t>
      </w:r>
    </w:p>
    <w:p/>
    <w:p>
      <w:pPr>
        <w:spacing w:line="360" w:lineRule="auto" w:after="120"/>
      </w:pPr>
      <w:r>
        <w:t>"Probably," Beau said. "Maybe. He'll get angry first. Then he'll see the strategic advantage."</w:t>
      </w:r>
    </w:p>
    <w:p/>
    <w:p>
      <w:pPr>
        <w:spacing w:line="360" w:lineRule="auto" w:after="120"/>
      </w:pPr>
      <w:r>
        <w:t>Leona laughed—a short, sharp sound. "I'm a strategic advantage?"</w:t>
      </w:r>
    </w:p>
    <w:p/>
    <w:p>
      <w:pPr>
        <w:spacing w:line="360" w:lineRule="auto" w:after="120"/>
      </w:pPr>
      <w:r>
        <w:t>"Of course you are," Beau said. "You're a Calhoun. Marrying you doesn't end the feud. It *transforms* it."</w:t>
      </w:r>
    </w:p>
    <w:p/>
    <w:p>
      <w:pPr>
        <w:spacing w:line="360" w:lineRule="auto" w:after="120"/>
      </w:pPr>
      <w:r>
        <w:t>They didn't talk about what it might mean for her—marrying into a family that had spent a quarter century hating her family. They didn't talk about her mother, or her grandmother, or what it meant that she'd been dancing in a Chicago strip club under a stage name. They didn't talk about Maxine, whom Cecil knew nothing about, though he suspected there was something there worth knowing.</w:t>
      </w:r>
    </w:p>
    <w:p/>
    <w:p>
      <w:pPr>
        <w:spacing w:line="360" w:lineRule="auto" w:after="120"/>
      </w:pPr>
      <w:r>
        <w:t>Instead, they ate the orange chicken and watched the landscape gradually shift from urban to rural, from the kind of place where you could disappear into a million people to the kind of place where everyone knew exactly who you were and who you should have been.</w:t>
      </w:r>
    </w:p>
    <w:p/>
    <w:p>
      <w:r>
        <w:br w:type="page"/>
      </w:r>
    </w:p>
    <w:p/>
    <w:p>
      <w:pPr>
        <w:spacing w:line="360" w:lineRule="auto" w:after="120"/>
      </w:pPr>
      <w:r>
        <w:t>Back in Howler County—in a country club situated in the tasteful part of town, far from Earl's, far from the people who actually worked—Vivienne Cartwright sat in a wicker chair on her screened porch, though everyone called it a *verandah* to make it sound more important. She had a glass of something pale and expensive beside her, and she was reading a letter that made her entire face rigid.</w:t>
      </w:r>
    </w:p>
    <w:p/>
    <w:p>
      <w:pPr>
        <w:spacing w:line="360" w:lineRule="auto" w:after="120"/>
      </w:pPr>
      <w:r>
        <w:t>Vivienne was fifty-seven years old and looked forty-three, which suggested she had either discovered the secret of immortality or had purchased it at considerable cost. Her hair was blonde in a way that nature had never intended, her face was tight in a way that suggested discipline (or injections—the two had become hard to distinguish), and her eyes had that particular glaze of someone who'd medicated their unhappiness so successfully that they'd forgotten what it felt like to actually feel anything.</w:t>
      </w:r>
    </w:p>
    <w:p/>
    <w:p>
      <w:pPr>
        <w:spacing w:line="360" w:lineRule="auto" w:after="120"/>
      </w:pPr>
      <w:r>
        <w:t>The letter was from a lawyer in Chicago.</w:t>
      </w:r>
    </w:p>
    <w:p/>
    <w:p>
      <w:pPr>
        <w:spacing w:line="360" w:lineRule="auto" w:after="120"/>
      </w:pPr>
      <w:r>
        <w:t>Her son had gotten married.</w:t>
      </w:r>
    </w:p>
    <w:p/>
    <w:p>
      <w:pPr>
        <w:spacing w:line="360" w:lineRule="auto" w:after="120"/>
      </w:pPr>
      <w:r>
        <w:t>To a Calhoun.</w:t>
      </w:r>
    </w:p>
    <w:p/>
    <w:p>
      <w:pPr>
        <w:spacing w:line="360" w:lineRule="auto" w:after="120"/>
      </w:pPr>
      <w:r>
        <w:t>Vivienne's hand, which had been steady for forty years of tasteful decisions and strategic marriages, began to shake. She set down the letter. She picked up the martini. She didn't drink it. She was saving it for when she could drink it without crying.</w:t>
      </w:r>
    </w:p>
    <w:p/>
    <w:p>
      <w:r>
        <w:br w:type="page"/>
      </w:r>
    </w:p>
    <w:p/>
    <w:p>
      <w:pPr>
        <w:spacing w:line="360" w:lineRule="auto" w:after="120"/>
      </w:pPr>
      <w:r>
        <w:t>In the city proper—in one of those areas that developers were trying to revitalize and residents were trying to keep exactly as it was—Maxine Eloise Carter stood in her apartment and looked at a video on her phone.</w:t>
      </w:r>
    </w:p>
    <w:p/>
    <w:p>
      <w:pPr>
        <w:spacing w:line="360" w:lineRule="auto" w:after="120"/>
      </w:pPr>
      <w:r>
        <w:t>It was her and Leona at Milwaukee Pridefest. Both of them wearing matching t-shirts that said "My Girlfriend." Both of them young, which was four years ago, before Leona had gone back to Chicago chasing something Maxine couldn't give her. Before things got complicated in the way that they do when one person is ready to be out and the other person is still calculating the cost.</w:t>
      </w:r>
    </w:p>
    <w:p/>
    <w:p>
      <w:pPr>
        <w:spacing w:line="360" w:lineRule="auto" w:after="120"/>
      </w:pPr>
      <w:r>
        <w:t>Leona had left a note: *I'm not brave like you. I need to find out what brave looks like first.*</w:t>
      </w:r>
    </w:p>
    <w:p/>
    <w:p>
      <w:pPr>
        <w:spacing w:line="360" w:lineRule="auto" w:after="120"/>
      </w:pPr>
      <w:r>
        <w:t>Maxine had deleted the note about three hundred times, which is to say she'd never deleted it.</w:t>
      </w:r>
    </w:p>
    <w:p/>
    <w:p>
      <w:pPr>
        <w:spacing w:line="360" w:lineRule="auto" w:after="120"/>
      </w:pPr>
      <w:r>
        <w:t>She looked at her phone. She could call. She could send a text: *Hey, how's life?* Something casual. Something that pretended she hadn't traced Leona's location every six months through mutual friends. Something that pretended she didn't already know that Leona had gotten married.</w:t>
      </w:r>
    </w:p>
    <w:p/>
    <w:p>
      <w:pPr>
        <w:spacing w:line="360" w:lineRule="auto" w:after="120"/>
      </w:pPr>
      <w:r>
        <w:t>She didn't call.</w:t>
      </w:r>
    </w:p>
    <w:p/>
    <w:p>
      <w:pPr>
        <w:spacing w:line="360" w:lineRule="auto" w:after="120"/>
      </w:pPr>
      <w:r>
        <w:t>Instead, she took a shower and got ready for her evening shift at the restaurant, and she tried to remember how to be the kind of person who could see an ex-girlfriend and not die a little bit inside.</w:t>
      </w:r>
    </w:p>
    <w:p/>
    <w:p>
      <w:pPr>
        <w:spacing w:line="360" w:lineRule="auto" w:after="120"/>
      </w:pPr>
      <w:r>
        <w:t>It was not a skill she was confident she possessed.</w:t>
      </w:r>
    </w:p>
    <w:p/>
    <w:p>
      <w:r>
        <w:br w:type="page"/>
      </w:r>
    </w:p>
    <w:p/>
    <w:p>
      <w:pPr>
        <w:jc w:val="center"/>
      </w:pPr>
      <w:r>
        <w:rPr>
          <w:b/>
          <w:sz w:val="32"/>
        </w:rPr>
        <w:t>CHAPTER TWO: THE CARTWRIGHT ESTATE</w:t>
      </w:r>
    </w:p>
    <w:p/>
    <w:p>
      <w:pPr>
        <w:spacing w:line="360" w:lineRule="auto" w:after="120"/>
      </w:pPr>
      <w:r>
        <w:t>The Cartwright Estate sat like a wound on the landscape—a hundred and forty-seven acres of carefully manicured grass that never quite looked natural, surrounded by a fence so elegant you almost didn't notice it was a fence at all. The main house was an obscene colonial revival, all white columns and black shutters, the kind of architecture that made you understand slavery just by looking at it, the way the rooms inside were probably arranged, the way the light fell.</w:t>
      </w:r>
    </w:p>
    <w:p/>
    <w:p>
      <w:pPr>
        <w:spacing w:line="360" w:lineRule="auto" w:after="120"/>
      </w:pPr>
      <w:r>
        <w:t>Cecil drove the SUV up the circular driveway, past the fountains that nobody used anymore but which were maintained anyway because stopping the fountains would be admitting defeat. He pulled to the front entrance, where a man was already waiting.</w:t>
      </w:r>
    </w:p>
    <w:p/>
    <w:p>
      <w:pPr>
        <w:spacing w:line="360" w:lineRule="auto" w:after="120"/>
      </w:pPr>
      <w:r>
        <w:t>This was Dallas Cartwright, aged sixty-three, and he looked like what money looked like when it developed features. He had Beau's bone structure but older, sharper, the way that beauty becomes predatory when it's old enough. He wore a suit that cost more than most people's cars, and his expression suggested he'd already lost and won several important battles before breakfast.</w:t>
      </w:r>
    </w:p>
    <w:p/>
    <w:p>
      <w:pPr>
        <w:spacing w:line="360" w:lineRule="auto" w:after="120"/>
      </w:pPr>
      <w:r>
        <w:t>"Welcome home, son," Dallas said, and there was something in his voice that suggested this was not a greeting but a threat.</w:t>
      </w:r>
    </w:p>
    <w:p/>
    <w:p>
      <w:pPr>
        <w:spacing w:line="360" w:lineRule="auto" w:after="120"/>
      </w:pPr>
      <w:r>
        <w:t>Beau got out of the car, and Cecil watched the moment where his employer took in his son's marriage. It was there in the widening of his pupils, the slight tension in his jaw—the moment of calculation.</w:t>
      </w:r>
    </w:p>
    <w:p/>
    <w:p>
      <w:pPr>
        <w:spacing w:line="360" w:lineRule="auto" w:after="120"/>
      </w:pPr>
      <w:r>
        <w:t>"Father," Beau said, and his voice had that register of a man trying to sound more confident than he felt. "I'd like to introduce—"</w:t>
      </w:r>
    </w:p>
    <w:p/>
    <w:p>
      <w:pPr>
        <w:spacing w:line="360" w:lineRule="auto" w:after="120"/>
      </w:pPr>
      <w:r>
        <w:t>"I know who she is," Dallas said, and he was already looking at Leona with an expression of such intense appraisal that she seemed to become smaller just under the weight of it. "Miss Anna-Mae Calhoun. Or I suppose that's Mrs. Cartwright now, isn't it?"</w:t>
      </w:r>
    </w:p>
    <w:p/>
    <w:p>
      <w:pPr>
        <w:spacing w:line="360" w:lineRule="auto" w:after="120"/>
      </w:pPr>
      <w:r>
        <w:t>"Leona," Leona said, and Cecil heard something in her voice—not strength exactly, but refusal. "Just Leona. The Calhoun part is complicated now."</w:t>
      </w:r>
    </w:p>
    <w:p/>
    <w:p>
      <w:pPr>
        <w:spacing w:line="360" w:lineRule="auto" w:after="120"/>
      </w:pPr>
      <w:r>
        <w:t>Dallas smiled. It was not a warm smile. "Complicated. Yes, I imagine so. The Calhouns have always understood complication." He turned to Cecil. "Your mother is resting. The doctors say the new treatment is working, but she's tired. She'll want to see you, Beau. And perhaps Miss—perhaps Leona would like to rest as well after her journey."</w:t>
      </w:r>
    </w:p>
    <w:p/>
    <w:p>
      <w:pPr>
        <w:spacing w:line="360" w:lineRule="auto" w:after="120"/>
      </w:pPr>
      <w:r>
        <w:t>It was the kind of hospitality that felt exactly like a threat.</w:t>
      </w:r>
    </w:p>
    <w:p/>
    <w:p>
      <w:r>
        <w:br w:type="page"/>
      </w:r>
    </w:p>
    <w:p/>
    <w:p>
      <w:pPr>
        <w:spacing w:line="360" w:lineRule="auto" w:after="120"/>
      </w:pPr>
      <w:r>
        <w:t>The inside of the house was what you expected a hundred-year-old fortune to look like: all dark woods and oil paintings, the kind of rooms that were designed to make you feel small. Beau led Leona through the corridors with a kind of grim determination, passing doors and ancestors and the particular smell of money that had been aging for so long it had started to smell like something else—something closer to rot.</w:t>
      </w:r>
    </w:p>
    <w:p/>
    <w:p>
      <w:pPr>
        <w:spacing w:line="360" w:lineRule="auto" w:after="120"/>
      </w:pPr>
      <w:r>
        <w:t>His mother's room was on the second floor, in a wing that got good light. Vivienne was sitting in that wicker chair, the same one she'd been sitting in when she read the letter, though it had been moved to this room—her bedroom—and relocated to a position where she could look out at the gardens she'd spent decades arranging.</w:t>
      </w:r>
    </w:p>
    <w:p/>
    <w:p>
      <w:pPr>
        <w:spacing w:line="360" w:lineRule="auto" w:after="120"/>
      </w:pPr>
      <w:r>
        <w:t>"Beauregard," she said, and there was something in her voice that suggested she'd practiced this moment a thousand times. "I received word."</w:t>
      </w:r>
    </w:p>
    <w:p/>
    <w:p>
      <w:pPr>
        <w:spacing w:line="360" w:lineRule="auto" w:after="120"/>
      </w:pPr>
      <w:r>
        <w:t>"Mother," Beau said, and he crossed the room to embrace her, and Cecil, who had followed them up the stairs, could see the way Vivienne's body didn't quite relax into it. "How are you feeling?"</w:t>
      </w:r>
    </w:p>
    <w:p/>
    <w:p>
      <w:pPr>
        <w:spacing w:line="360" w:lineRule="auto" w:after="120"/>
      </w:pPr>
      <w:r>
        <w:t>"Well enough," Vivienne said, which meant she was dying but too proud to discuss it. She looked at Leona with an expression of such perfect civility that it was clearly homicidal. "And this is?"</w:t>
      </w:r>
    </w:p>
    <w:p/>
    <w:p>
      <w:pPr>
        <w:spacing w:line="360" w:lineRule="auto" w:after="120"/>
      </w:pPr>
      <w:r>
        <w:t>"Leona," Beau said. "My wife. I wanted you to meet her. I wanted you to understand—"</w:t>
      </w:r>
    </w:p>
    <w:p/>
    <w:p>
      <w:pPr>
        <w:spacing w:line="360" w:lineRule="auto" w:after="120"/>
      </w:pPr>
      <w:r>
        <w:t>"I understand perfectly," Vivienne said. She didn't rise to greet Leona. This was a particular kind of insult—the kind that was perfectly polite and therefore impossible to object to. "Please, do sit down. You must be exhausted after your journey."</w:t>
      </w:r>
    </w:p>
    <w:p/>
    <w:p>
      <w:pPr>
        <w:spacing w:line="360" w:lineRule="auto" w:after="120"/>
      </w:pPr>
      <w:r>
        <w:t>Leona sat, and Cecil excused himself because he knew when to disappear, the way he'd learned to disappear forty years ago.</w:t>
      </w:r>
    </w:p>
    <w:p/>
    <w:p>
      <w:r>
        <w:br w:type="page"/>
      </w:r>
    </w:p>
    <w:p/>
    <w:p>
      <w:pPr>
        <w:spacing w:line="360" w:lineRule="auto" w:after="120"/>
      </w:pPr>
      <w:r>
        <w:t>In another wing of the house, in a library that nobody actually used for reading, Dallas Cartwright poured himself a drink and made a phone call.</w:t>
      </w:r>
    </w:p>
    <w:p/>
    <w:p>
      <w:pPr>
        <w:spacing w:line="360" w:lineRule="auto" w:after="120"/>
      </w:pPr>
      <w:r>
        <w:t>"It's done," he said to whoever was on the other end. "He brought her home. Yes, the Calhoun girl. No, I don't know what he's thinking." He paused. "Neither do I, frankly. But this is interesting. This changes the game."</w:t>
      </w:r>
    </w:p>
    <w:p/>
    <w:p>
      <w:pPr>
        <w:spacing w:line="360" w:lineRule="auto" w:after="120"/>
      </w:pPr>
      <w:r>
        <w:t>He listened for a moment, then: "I'll talk to him. In the meantime, I want everything. Bank records, business dealings, anything that connects the Calhoun family to what's been happening with the refinery. If this is some kind of corporate espionage—"</w:t>
      </w:r>
    </w:p>
    <w:p/>
    <w:p>
      <w:pPr>
        <w:spacing w:line="360" w:lineRule="auto" w:after="120"/>
      </w:pPr>
      <w:r>
        <w:t>Another pause.</w:t>
      </w:r>
    </w:p>
    <w:p/>
    <w:p>
      <w:pPr>
        <w:spacing w:line="360" w:lineRule="auto" w:after="120"/>
      </w:pPr>
      <w:r>
        <w:t>"—then I want to know about it before she does."</w:t>
      </w:r>
    </w:p>
    <w:p/>
    <w:p>
      <w:pPr>
        <w:spacing w:line="360" w:lineRule="auto" w:after="120"/>
      </w:pPr>
      <w:r>
        <w:t>He hung up and sat with his drink, and Cecil, passing in the hallway on the way back down from the second floor, could see through the crack in the door that Dallas was smiling. Not a nice smile, but the kind of smile that suggested he'd just been handed the exact thing he'd been looking for.</w:t>
      </w:r>
    </w:p>
    <w:p/>
    <w:p>
      <w:r>
        <w:br w:type="page"/>
      </w:r>
    </w:p>
    <w:p/>
    <w:p>
      <w:pPr>
        <w:spacing w:line="360" w:lineRule="auto" w:after="120"/>
      </w:pPr>
      <w:r>
        <w:t>Meanwhile, in the upstairs hallway, Beau was showing Leona to the room that had been prepared for her—a guest room, notably, not his room, which was the kind of architectural statement his mother had made with tremendous subtlety. It was decorated in shades of cream and pale blue, with the kind of furnishings that suggested nobody had actually sat on any of them in about thirty years.</w:t>
      </w:r>
    </w:p>
    <w:p/>
    <w:p>
      <w:pPr>
        <w:spacing w:line="360" w:lineRule="auto" w:after="120"/>
      </w:pPr>
      <w:r>
        <w:t>"Your mother hates me," Leona said, and it wasn't a question.</w:t>
      </w:r>
    </w:p>
    <w:p/>
    <w:p>
      <w:pPr>
        <w:spacing w:line="360" w:lineRule="auto" w:after="120"/>
      </w:pPr>
      <w:r>
        <w:t>"My mother doesn't know you yet," Beau said, which was a much longer way of saying yes.</w:t>
      </w:r>
    </w:p>
    <w:p/>
    <w:p>
      <w:pPr>
        <w:spacing w:line="360" w:lineRule="auto" w:after="120"/>
      </w:pPr>
      <w:r>
        <w:t>"Your father is planning something," Leona said. "I don't know what, but there's something happening. The way he looked at me—"</w:t>
      </w:r>
    </w:p>
    <w:p/>
    <w:p>
      <w:pPr>
        <w:spacing w:line="360" w:lineRule="auto" w:after="120"/>
      </w:pPr>
      <w:r>
        <w:t>"That's just how he looks at people," Beau said, but even he didn't sound convinced.</w:t>
      </w:r>
    </w:p>
    <w:p/>
    <w:p>
      <w:pPr>
        <w:spacing w:line="360" w:lineRule="auto" w:after="120"/>
      </w:pPr>
      <w:r>
        <w:t>Leona walked to the window. From here, you could see the gardens, and beyond the gardens, the oil fields in the distance. The wells pumped day and night, pulling up something black and sticky from deep in the earth, and it had made the Cartwright family rich in a way that nothing else could.</w:t>
      </w:r>
    </w:p>
    <w:p/>
    <w:p>
      <w:pPr>
        <w:spacing w:line="360" w:lineRule="auto" w:after="120"/>
      </w:pPr>
      <w:r>
        <w:t>"Beau," she said, and her voice had that quality of someone asking a question they needed the answer to, even if the answer would hurt. "Why did you marry me? Really?"</w:t>
      </w:r>
    </w:p>
    <w:p/>
    <w:p>
      <w:pPr>
        <w:spacing w:line="360" w:lineRule="auto" w:after="120"/>
      </w:pPr>
      <w:r>
        <w:t>"Because I made a promise to you when you were seven years old," Beau said. "Because I saw you dancing in that club in Chicago and recognized you, and I remembered that I'd meant what I said."</w:t>
      </w:r>
    </w:p>
    <w:p/>
    <w:p>
      <w:pPr>
        <w:spacing w:line="360" w:lineRule="auto" w:after="120"/>
      </w:pPr>
      <w:r>
        <w:t>"That's not an answer," Leona said. "That's a story. Stories are how people lie."</w:t>
      </w:r>
    </w:p>
    <w:p/>
    <w:p>
      <w:pPr>
        <w:spacing w:line="360" w:lineRule="auto" w:after="120"/>
      </w:pPr>
      <w:r>
        <w:t>Beau came to the window and stood beside her. "I married you because I wanted to. Because you were the most beautiful thing I'd ever seen, and because I knew my father would hate it, and because..." He paused. "Because for the first time in my life, I wanted something that I wanted, not something that had been decided for me before I was even born."</w:t>
      </w:r>
    </w:p>
    <w:p/>
    <w:p>
      <w:pPr>
        <w:spacing w:line="360" w:lineRule="auto" w:after="120"/>
      </w:pPr>
      <w:r>
        <w:t>Leona didn't respond to this. She was looking out at the fields, and Cecil, climbing the back stairs with a tray of something for Beau's mother, could see the expression on her face through the window. She looked like someone who'd made a terrible mistake and was only just now beginning to understand the scope of it.</w:t>
      </w:r>
    </w:p>
    <w:p/>
    <w:p>
      <w:r>
        <w:br w:type="page"/>
      </w:r>
    </w:p>
    <w:p/>
    <w:p>
      <w:pPr>
        <w:spacing w:line="360" w:lineRule="auto" w:after="120"/>
      </w:pPr>
      <w:r>
        <w:t>That night, down in the kitchen, Cecil made sandwiches for the family—roast beef for Dallas, something lighter for Vivienne, and he left a tray outside Beau's room because Leona never appeared for dinner, which was exactly the kind of power move that would make the Cartwright family either love her or destroy her. There would be no in-between.</w:t>
      </w:r>
    </w:p>
    <w:p/>
    <w:p>
      <w:pPr>
        <w:spacing w:line="360" w:lineRule="auto" w:after="120"/>
      </w:pPr>
      <w:r>
        <w:t>Mrs. Eve Waters called while Cecil was organizing his thoughts into something resembling sleep. She was his wife of forty years, and she was fighting cancer the way she fought everything—with a kind of quiet fury that made you understand why he'd married her.</w:t>
      </w:r>
    </w:p>
    <w:p/>
    <w:p>
      <w:pPr>
        <w:spacing w:line="360" w:lineRule="auto" w:after="120"/>
      </w:pPr>
      <w:r>
        <w:t>"How is it?" she asked.</w:t>
      </w:r>
    </w:p>
    <w:p/>
    <w:p>
      <w:pPr>
        <w:spacing w:line="360" w:lineRule="auto" w:after="120"/>
      </w:pPr>
      <w:r>
        <w:t>"Bad," Cecil said. "Very bad. The boy's married a Calhoun."</w:t>
      </w:r>
    </w:p>
    <w:p/>
    <w:p>
      <w:pPr>
        <w:spacing w:line="360" w:lineRule="auto" w:after="120"/>
      </w:pPr>
      <w:r>
        <w:t>There was silence on the other end that suggested his wife was absorbing this information and filing it under *The Kind of Thing That Ends in Violence*.</w:t>
      </w:r>
    </w:p>
    <w:p/>
    <w:p>
      <w:pPr>
        <w:spacing w:line="360" w:lineRule="auto" w:after="120"/>
      </w:pPr>
      <w:r>
        <w:t>"Then it's going to get worse before it gets better," Eve said finally. "You be careful. You be smart."</w:t>
      </w:r>
    </w:p>
    <w:p/>
    <w:p>
      <w:pPr>
        <w:spacing w:line="360" w:lineRule="auto" w:after="120"/>
      </w:pPr>
      <w:r>
        <w:t>"I'm always smart," Cecil said.</w:t>
      </w:r>
    </w:p>
    <w:p/>
    <w:p>
      <w:pPr>
        <w:spacing w:line="360" w:lineRule="auto" w:after="120"/>
      </w:pPr>
      <w:r>
        <w:t>"That's not what I'm worried about," his wife said, and she hung up.</w:t>
      </w:r>
    </w:p>
    <w:p/>
    <w:p>
      <w:r>
        <w:br w:type="page"/>
      </w:r>
    </w:p>
    <w:p/>
    <w:p>
      <w:pPr>
        <w:jc w:val="center"/>
      </w:pPr>
      <w:r>
        <w:rPr>
          <w:b/>
          <w:sz w:val="32"/>
        </w:rPr>
        <w:t>CHAPTER THREE: THE GIRL WITH THE SCAR</w:t>
      </w:r>
    </w:p>
    <w:p/>
    <w:p>
      <w:pPr>
        <w:spacing w:line="360" w:lineRule="auto" w:after="120"/>
      </w:pPr>
      <w:r>
        <w:t>In a small house on the Black side of Howler County—the side that didn't pretend not to be watching what happened in the white houses—Nellie Mae Calhoun sat in a rocking chair and looked at a photograph of her granddaughter.</w:t>
      </w:r>
    </w:p>
    <w:p/>
    <w:p>
      <w:pPr>
        <w:spacing w:line="360" w:lineRule="auto" w:after="120"/>
      </w:pPr>
      <w:r>
        <w:t>Nellie Mae was eighty-three years old and had spent her entire life in the knowledge that the world was arranged in such a way that it would try to kill her and everyone like her, and she'd developed a kind of philosophical calm about this fact. She'd been a nurse in the segregated hospital. She'd put a stitch in Beauregard Cartwright's grandmother's head when the old woman had fallen off a horse, and she'd never been paid. She'd raised her granddaughter on grit and prayer and the kind of love that makes you dangerous.</w:t>
      </w:r>
    </w:p>
    <w:p/>
    <w:p>
      <w:pPr>
        <w:spacing w:line="360" w:lineRule="auto" w:after="120"/>
      </w:pPr>
      <w:r>
        <w:t>When she heard that Leona had married Beau Cartwright, she didn't cry, but she did pour herself a drink, which was unusual.</w:t>
      </w:r>
    </w:p>
    <w:p/>
    <w:p>
      <w:pPr>
        <w:spacing w:line="360" w:lineRule="auto" w:after="120"/>
      </w:pPr>
      <w:r>
        <w:t>"You foolish child," she whispered at the photograph. "You beautiful, foolish child."</w:t>
      </w:r>
    </w:p>
    <w:p/>
    <w:p>
      <w:pPr>
        <w:spacing w:line="360" w:lineRule="auto" w:after="120"/>
      </w:pPr>
      <w:r>
        <w:t>Her daughter—Leona's mother—had left Texas when Leona was ten. She'd left to find work, to find opportunity, to find something that Texas couldn't give her. She'd found it in Chicago, in a string of bad relationships and intermittent phone calls. She'd sent money sometimes. She'd apologized sometimes. She'd never come home.</w:t>
      </w:r>
    </w:p>
    <w:p/>
    <w:p>
      <w:pPr>
        <w:spacing w:line="360" w:lineRule="auto" w:after="120"/>
      </w:pPr>
      <w:r>
        <w:t>Nellie Mae had raised Leona, and she'd taught her how to be strong, and she'd never taught her how to be careful with that strength—how to hide it, how to let other people feel like they had power, how to survive in a world that didn't like women who knew who they were.</w:t>
      </w:r>
    </w:p>
    <w:p/>
    <w:p>
      <w:pPr>
        <w:spacing w:line="360" w:lineRule="auto" w:after="120"/>
      </w:pPr>
      <w:r>
        <w:t>The scar on Leona's forehead had been from that day at seven years old, when she'd fallen off the monkey bars at school. Nellie Mae had patched her up herself, before the ambulance even came. Even then, you could see what Leona was going to be—someone who fell hard and got back up without crying.</w:t>
      </w:r>
    </w:p>
    <w:p/>
    <w:p>
      <w:pPr>
        <w:spacing w:line="360" w:lineRule="auto" w:after="120"/>
      </w:pPr>
      <w:r>
        <w:t>Beauregard had cried, actually, when he saw the blood. He'd run to Nellie Mae screaming that Leona was dying. He'd offered to marry her in some desperate, seven-year-old way that had made Nellie Mae laugh so hard she'd forgotten how tired she was.</w:t>
      </w:r>
    </w:p>
    <w:p/>
    <w:p>
      <w:pPr>
        <w:spacing w:line="360" w:lineRule="auto" w:after="120"/>
      </w:pPr>
      <w:r>
        <w:t>"One day I'm gonna marry Leona Calhoun," he'd said, chocolate all over his mouth.</w:t>
      </w:r>
    </w:p>
    <w:p/>
    <w:p>
      <w:pPr>
        <w:spacing w:line="360" w:lineRule="auto" w:after="120"/>
      </w:pPr>
      <w:r>
        <w:t>Nellie Mae had laughed then because the idea of a Cartwright marrying a Calhoun was approximately as likely as the sun deciding to rise in the west. But here they were.</w:t>
      </w:r>
    </w:p>
    <w:p/>
    <w:p>
      <w:pPr>
        <w:spacing w:line="360" w:lineRule="auto" w:after="120"/>
      </w:pPr>
      <w:r>
        <w:t>She called Leona's number and got no answer. Of course she did. Of course her granddaughter had married into the Cartwright house and was probably learning right now what she'd gotten herself into.</w:t>
      </w:r>
    </w:p>
    <w:p/>
    <w:p>
      <w:r>
        <w:br w:type="page"/>
      </w:r>
    </w:p>
    <w:p/>
    <w:p>
      <w:pPr>
        <w:spacing w:line="360" w:lineRule="auto" w:after="120"/>
      </w:pPr>
      <w:r>
        <w:t>The next morning, Leona woke in a four-poster bed that was so large and so carefully maintained that it felt like sleeping in a museum exhibit. She woke alone, because Beau had left before dawn to deal with something Dallas needed dealing with, which was how her marriage had started.</w:t>
      </w:r>
    </w:p>
    <w:p/>
    <w:p>
      <w:pPr>
        <w:spacing w:line="360" w:lineRule="auto" w:after="120"/>
      </w:pPr>
      <w:r>
        <w:t>She made her way downstairs to the dining room, where Vivienne was already seated at the table, drinking coffee from a china cup so delicate it looked like it might break if you looked at it too hard. Dallas was at the head of the table, reading the *Wall Street Journal* as if the events of the world could be parsed and understood and turned to advantage.</w:t>
      </w:r>
    </w:p>
    <w:p/>
    <w:p>
      <w:pPr>
        <w:spacing w:line="360" w:lineRule="auto" w:after="120"/>
      </w:pPr>
      <w:r>
        <w:t>"Good morning," Leona said, and she said it like a person who'd decided to go to war.</w:t>
      </w:r>
    </w:p>
    <w:p/>
    <w:p>
      <w:pPr>
        <w:spacing w:line="360" w:lineRule="auto" w:after="120"/>
      </w:pPr>
      <w:r>
        <w:t>"Miss Leona," Dallas said, not looking up from his paper. "Did you sleep well?"</w:t>
      </w:r>
    </w:p>
    <w:p/>
    <w:p>
      <w:pPr>
        <w:spacing w:line="360" w:lineRule="auto" w:after="120"/>
      </w:pPr>
      <w:r>
        <w:t>"Vivienne," Leona said, addressing Beau's mother directly. "I understand you've been dealing with some health concerns. I wanted you to know that I come from a family of people who know something about nursing. My grandmother was a registered nurse. If there's anything I can do—"</w:t>
      </w:r>
    </w:p>
    <w:p/>
    <w:p>
      <w:pPr>
        <w:spacing w:line="360" w:lineRule="auto" w:after="120"/>
      </w:pPr>
      <w:r>
        <w:t>Vivienne set down her coffee cup with the kind of careful precision that suggested she was holding back something violent.</w:t>
      </w:r>
    </w:p>
    <w:p/>
    <w:p>
      <w:pPr>
        <w:spacing w:line="360" w:lineRule="auto" w:after="120"/>
      </w:pPr>
      <w:r>
        <w:t>"I have excellent doctors," she said. "But thank you for the offer. It's very... thoughtful."</w:t>
      </w:r>
    </w:p>
    <w:p/>
    <w:p>
      <w:pPr>
        <w:spacing w:line="360" w:lineRule="auto" w:after="120"/>
      </w:pPr>
      <w:r>
        <w:t>There was a way that she said "thoughtful" that suggested she meant something entirely different. It suggested she meant *common* or *presumptuous* or *obviously you're trying to infiltrate our family through the traditional methods of feminine concern*.</w:t>
      </w:r>
    </w:p>
    <w:p/>
    <w:p>
      <w:pPr>
        <w:spacing w:line="360" w:lineRule="auto" w:after="120"/>
      </w:pPr>
      <w:r>
        <w:t>Dallas folded his newspaper and looked at Leona for the first time, really looked at her, the way he might have looked at a particularly interesting stock option.</w:t>
      </w:r>
    </w:p>
    <w:p/>
    <w:p>
      <w:pPr>
        <w:spacing w:line="360" w:lineRule="auto" w:after="120"/>
      </w:pPr>
      <w:r>
        <w:t>"My wife is very concerned about propriety," Dallas said. "She was raised in a particular tradition, and while she's willing to be flexible in her thinking, she does have certain expectations. For instance, she expected her son to marry someone from a particular background. Someone with certain social connections."</w:t>
      </w:r>
    </w:p>
    <w:p/>
    <w:p>
      <w:pPr>
        <w:spacing w:line="360" w:lineRule="auto" w:after="120"/>
      </w:pPr>
      <w:r>
        <w:t>"I have connections," Leona said, and there was something dangerous in her voice now, something that suggested she'd been waiting her whole life to use. "I have the kind of connections that can be used or discarded depending on what's useful. I think you'll find that very valuable."</w:t>
      </w:r>
    </w:p>
    <w:p/>
    <w:p>
      <w:pPr>
        <w:spacing w:line="360" w:lineRule="auto" w:after="120"/>
      </w:pPr>
      <w:r>
        <w:t>Dallas smiled. He actually smiled. "Yes," he said. "I think I will."</w:t>
      </w:r>
    </w:p>
    <w:p/>
    <w:p>
      <w:r>
        <w:br w:type="page"/>
      </w:r>
    </w:p>
    <w:p/>
    <w:p>
      <w:pPr>
        <w:spacing w:line="360" w:lineRule="auto" w:after="120"/>
      </w:pPr>
      <w:r>
        <w:t>Later, Leona found herself in the library with Cecil, who was cataloguing some old business documents that nobody had paid attention to in approximately forty years.</w:t>
      </w:r>
    </w:p>
    <w:p/>
    <w:p>
      <w:pPr>
        <w:spacing w:line="360" w:lineRule="auto" w:after="120"/>
      </w:pPr>
      <w:r>
        <w:t>"He's planning something," she said.</w:t>
      </w:r>
    </w:p>
    <w:p/>
    <w:p>
      <w:pPr>
        <w:spacing w:line="360" w:lineRule="auto" w:after="120"/>
      </w:pPr>
      <w:r>
        <w:t>"Of course he is," Cecil said. He didn't look up from his work. "That's what Dallas Cartwright does. He plans. He manipulates. He wins."</w:t>
      </w:r>
    </w:p>
    <w:p/>
    <w:p>
      <w:pPr>
        <w:spacing w:line="360" w:lineRule="auto" w:after="120"/>
      </w:pPr>
      <w:r>
        <w:t>"But not always," Leona said. "There are people in this town who hate him. There are people who remember when the Calhoun family was wealthy too, before everything changed."</w:t>
      </w:r>
    </w:p>
    <w:p/>
    <w:p>
      <w:pPr>
        <w:spacing w:line="360" w:lineRule="auto" w:after="120"/>
      </w:pPr>
      <w:r>
        <w:t>Cecil did look up then. He looked at her carefully, the way he might have looked at someone holding a lit match near something flammable.</w:t>
      </w:r>
    </w:p>
    <w:p/>
    <w:p>
      <w:pPr>
        <w:spacing w:line="360" w:lineRule="auto" w:after="120"/>
      </w:pPr>
      <w:r>
        <w:t>"You need to be very careful what you say to me," he said finally. "And you need to be very careful who you say it to."</w:t>
      </w:r>
    </w:p>
    <w:p/>
    <w:p>
      <w:pPr>
        <w:spacing w:line="360" w:lineRule="auto" w:after="120"/>
      </w:pPr>
      <w:r>
        <w:t>"Why?" Leona asked. "Aren't you on my side?"</w:t>
      </w:r>
    </w:p>
    <w:p/>
    <w:p>
      <w:pPr>
        <w:spacing w:line="360" w:lineRule="auto" w:after="120"/>
      </w:pPr>
      <w:r>
        <w:t>"I'm on the side of survival," Cecil said. "Which side that is depends on the day."</w:t>
      </w:r>
    </w:p>
    <w:p/>
    <w:p>
      <w:pPr>
        <w:spacing w:line="360" w:lineRule="auto" w:after="120"/>
      </w:pPr>
      <w:r>
        <w:t>He went back to his documents, and Leona left the library. She walked through the house, past the oil paintings of dead Cartwrights, past the rooms where money had been made and decisions had been unmade, and she found her way to the kitchen, where she called her grandmother.</w:t>
      </w:r>
    </w:p>
    <w:p/>
    <w:p>
      <w:pPr>
        <w:spacing w:line="360" w:lineRule="auto" w:after="120"/>
      </w:pPr>
      <w:r>
        <w:t>"Don't call here," Nellie Mae said before Leona could even say hello. "They'll trace it. They'll listen."</w:t>
      </w:r>
    </w:p>
    <w:p/>
    <w:p>
      <w:pPr>
        <w:spacing w:line="360" w:lineRule="auto" w:after="120"/>
      </w:pPr>
      <w:r>
        <w:t>"I'm married, Grandma," Leona said, and her voice broke just slightly.</w:t>
      </w:r>
    </w:p>
    <w:p/>
    <w:p>
      <w:pPr>
        <w:spacing w:line="360" w:lineRule="auto" w:after="120"/>
      </w:pPr>
      <w:r>
        <w:t>"I know, baby," her grandmother said. "I know. But listen to me. You listen and you listen good. That family is like cancer—they look normal on the outside, but inside they're eating everything alive. You get yourself out of there or you become like them. You understand?"</w:t>
      </w:r>
    </w:p>
    <w:p/>
    <w:p>
      <w:pPr>
        <w:spacing w:line="360" w:lineRule="auto" w:after="120"/>
      </w:pPr>
      <w:r>
        <w:t>"I can't get out," Leona said. "I'm married. He's my husband."</w:t>
      </w:r>
    </w:p>
    <w:p/>
    <w:p>
      <w:pPr>
        <w:spacing w:line="360" w:lineRule="auto" w:after="120"/>
      </w:pPr>
      <w:r>
        <w:t>"Then you become someone they can't control," Nellie Mae said. "You become dangerous. You understand? Not to him—never to him. But to them. To their business, their money, their plans. You make yourself useful in a way that matters."</w:t>
      </w:r>
    </w:p>
    <w:p/>
    <w:p>
      <w:pPr>
        <w:spacing w:line="360" w:lineRule="auto" w:after="120"/>
      </w:pPr>
      <w:r>
        <w:t>"That's a terrible idea," Leona said.</w:t>
      </w:r>
    </w:p>
    <w:p/>
    <w:p>
      <w:pPr>
        <w:spacing w:line="360" w:lineRule="auto" w:after="120"/>
      </w:pPr>
      <w:r>
        <w:t>"It's the only idea," her grandmother said. "And baby? The other girl—the one from the restaurant—she's looking for you."</w:t>
      </w:r>
    </w:p>
    <w:p/>
    <w:p>
      <w:pPr>
        <w:spacing w:line="360" w:lineRule="auto" w:after="120"/>
      </w:pPr>
      <w:r>
        <w:t>Leona hung up without answering.</w:t>
      </w:r>
    </w:p>
    <w:p/>
    <w:p>
      <w:r>
        <w:br w:type="page"/>
      </w:r>
    </w:p>
    <w:p/>
    <w:p>
      <w:pPr>
        <w:spacing w:line="360" w:lineRule="auto" w:after="120"/>
      </w:pPr>
      <w:r>
        <w:t>That evening, Maxine worked her shift at Earl's, and she didn't see Leona, which meant Leona was either avoiding her or had learned to time her visits in the one way that would ensure they didn't collide. By the end of her shift, Maxine had convinced herself that Leona didn't even know she was in Howler County.</w:t>
      </w:r>
    </w:p>
    <w:p/>
    <w:p>
      <w:pPr>
        <w:spacing w:line="360" w:lineRule="auto" w:after="120"/>
      </w:pPr>
      <w:r>
        <w:t>It was a comforting lie, and she held it close to her chest like a secret.</w:t>
      </w:r>
    </w:p>
    <w:p/>
    <w:p>
      <w:r>
        <w:br w:type="page"/>
      </w:r>
    </w:p>
    <w:p/>
    <w:p>
      <w:pPr>
        <w:jc w:val="center"/>
      </w:pPr>
      <w:r>
        <w:rPr>
          <w:b/>
          <w:sz w:val="32"/>
        </w:rPr>
        <w:t>CHAPTER FOUR: BLOOD SECRETS</w:t>
      </w:r>
    </w:p>
    <w:p/>
    <w:p>
      <w:pPr>
        <w:spacing w:line="360" w:lineRule="auto" w:after="120"/>
      </w:pPr>
      <w:r>
        <w:t>Three weeks into her marriage, Leona had learned the layout of the Cartwright Estate the way someone learns a maze—by walking it over and over until the walls become familiar but never stop being confusing.</w:t>
      </w:r>
    </w:p>
    <w:p/>
    <w:p>
      <w:pPr>
        <w:spacing w:line="360" w:lineRule="auto" w:after="120"/>
      </w:pPr>
      <w:r>
        <w:t>She'd learned that Vivienne took her medications at 7 AM and 7 PM, which was why she always went to the garden between those times. She'd learned that Dallas had office hours on Tuesday and Thursday, and that Cecil was the only person who had unrestricted access to those office records. She'd learned that Beau's childhood room still had the same pennant from his prep school days hanging on the wall, which suggested he hadn't changed much since then.</w:t>
      </w:r>
    </w:p>
    <w:p/>
    <w:p>
      <w:pPr>
        <w:spacing w:line="360" w:lineRule="auto" w:after="120"/>
      </w:pPr>
      <w:r>
        <w:t>She'd learned that nobody in the house actually talked about anything that mattered.</w:t>
      </w:r>
    </w:p>
    <w:p/>
    <w:p>
      <w:pPr>
        <w:spacing w:line="360" w:lineRule="auto" w:after="120"/>
      </w:pPr>
      <w:r>
        <w:t>One evening, she found herself in the kitchen after everyone else had gone to bed, making the kind of tea that her grandmother had taught her to make—lemon, honey, and a kind of strategic thinking that was supposed to make you sleep but actually just kept you awake thinking about different things.</w:t>
      </w:r>
    </w:p>
    <w:p/>
    <w:p>
      <w:pPr>
        <w:spacing w:line="360" w:lineRule="auto" w:after="120"/>
      </w:pPr>
      <w:r>
        <w:t>Cecil found her there at 2 AM, looking like a man who'd learned long ago that sleep was a luxury.</w:t>
      </w:r>
    </w:p>
    <w:p/>
    <w:p>
      <w:pPr>
        <w:spacing w:line="360" w:lineRule="auto" w:after="120"/>
      </w:pPr>
      <w:r>
        <w:t>"Can't sleep?" he asked.</w:t>
      </w:r>
    </w:p>
    <w:p/>
    <w:p>
      <w:pPr>
        <w:spacing w:line="360" w:lineRule="auto" w:after="120"/>
      </w:pPr>
      <w:r>
        <w:t>"Too much thinking," Leona said.</w:t>
      </w:r>
    </w:p>
    <w:p/>
    <w:p>
      <w:pPr>
        <w:spacing w:line="360" w:lineRule="auto" w:after="120"/>
      </w:pPr>
      <w:r>
        <w:t>Cecil nodded. He pulled up a chair and sat, and there was something in the gesture that suggested he'd decided something about her—that she was worth the time, worth the conversation.</w:t>
      </w:r>
    </w:p>
    <w:p/>
    <w:p>
      <w:pPr>
        <w:spacing w:line="360" w:lineRule="auto" w:after="120"/>
      </w:pPr>
      <w:r>
        <w:t>"Your husband," he said finally, "doesn't understand what he's married into."</w:t>
      </w:r>
    </w:p>
    <w:p/>
    <w:p>
      <w:pPr>
        <w:spacing w:line="360" w:lineRule="auto" w:after="120"/>
      </w:pPr>
      <w:r>
        <w:t>"No," Leona said. "Neither do I."</w:t>
      </w:r>
    </w:p>
    <w:p/>
    <w:p>
      <w:pPr>
        <w:spacing w:line="360" w:lineRule="auto" w:after="120"/>
      </w:pPr>
      <w:r>
        <w:t>"His father is involved in something," Cecil said. "I'm not entirely clear what, but it's something beyond the regular oil business. It's something that involves money in a way that the regular oil business doesn't involve money. It's something that would be very illegal if anyone found out about it."</w:t>
      </w:r>
    </w:p>
    <w:p/>
    <w:p>
      <w:pPr>
        <w:spacing w:line="360" w:lineRule="auto" w:after="120"/>
      </w:pPr>
      <w:r>
        <w:t>"Are you telling me this?" Leona asked. "Or warning me?"</w:t>
      </w:r>
    </w:p>
    <w:p/>
    <w:p>
      <w:pPr>
        <w:spacing w:line="360" w:lineRule="auto" w:after="120"/>
      </w:pPr>
      <w:r>
        <w:t>"Both," Cecil said. "I'm telling you because you deserve to know. I'm warning you because your family has enemies, and Dallas Cartwright is the kind of man who can weaponize that information into something that destroys you."</w:t>
      </w:r>
    </w:p>
    <w:p/>
    <w:p>
      <w:pPr>
        <w:spacing w:line="360" w:lineRule="auto" w:after="120"/>
      </w:pPr>
      <w:r>
        <w:t>"Why would he marry his son to me if he thought I was a liability?" Leona asked.</w:t>
      </w:r>
    </w:p>
    <w:p/>
    <w:p>
      <w:pPr>
        <w:spacing w:line="360" w:lineRule="auto" w:after="120"/>
      </w:pPr>
      <w:r>
        <w:t>"Because he thinks you're not," Cecil said. "He thinks you're scared enough of losing your husband that you'll keep quiet about anything. He thinks you'll become an asset instead of a threat."</w:t>
      </w:r>
    </w:p>
    <w:p/>
    <w:p>
      <w:pPr>
        <w:spacing w:line="360" w:lineRule="auto" w:after="120"/>
      </w:pPr>
      <w:r>
        <w:t>"And if I don't?" Leona asked.</w:t>
      </w:r>
    </w:p>
    <w:p/>
    <w:p>
      <w:pPr>
        <w:spacing w:line="360" w:lineRule="auto" w:after="120"/>
      </w:pPr>
      <w:r>
        <w:t>Cecil looked at her, and there was something in his expression that suggested he was calculating the cost of the answer. "Then this gets very dark, very fast," he said finally.</w:t>
      </w:r>
    </w:p>
    <w:p/>
    <w:p>
      <w:r>
        <w:br w:type="page"/>
      </w:r>
    </w:p>
    <w:p/>
    <w:p>
      <w:pPr>
        <w:spacing w:line="360" w:lineRule="auto" w:after="120"/>
      </w:pPr>
      <w:r>
        <w:t>The next day, Leona told Beau she wanted to see her grandmother. Beau, who was still in that phase where he couldn't deny her anything, arranged it.</w:t>
      </w:r>
    </w:p>
    <w:p/>
    <w:p>
      <w:pPr>
        <w:spacing w:line="360" w:lineRule="auto" w:after="120"/>
      </w:pPr>
      <w:r>
        <w:t>They drove out to the side of town where Nellie Mae's house sat like a period at the end of a sentence—small, immaculate, completely without apology. Leona's grandmother was sitting on the porch, and she looked at Beau with an expression of such pure calculation that he suddenly understood, for the first time, what it must feel like to be on the other side of his father's assessment.</w:t>
      </w:r>
    </w:p>
    <w:p/>
    <w:p>
      <w:pPr>
        <w:spacing w:line="360" w:lineRule="auto" w:after="120"/>
      </w:pPr>
      <w:r>
        <w:t>"You're still the same boy," Nellie Mae said. "Still chocolate all over your face."</w:t>
      </w:r>
    </w:p>
    <w:p/>
    <w:p>
      <w:pPr>
        <w:spacing w:line="360" w:lineRule="auto" w:after="120"/>
      </w:pPr>
      <w:r>
        <w:t>"Miss Nellie Mae," Beau said, and there was something in his voice that suggested he was remembering what it felt like to be seven years old and completely powerless.</w:t>
      </w:r>
    </w:p>
    <w:p/>
    <w:p>
      <w:pPr>
        <w:spacing w:line="360" w:lineRule="auto" w:after="120"/>
      </w:pPr>
      <w:r>
        <w:t>Nellie Mae stood and hugged Leona, and Cecil, who had driven them and waited in the car, watched through the windshield as the old woman whispered something into Leona's ear that made her granddaughter's entire body go rigid.</w:t>
      </w:r>
    </w:p>
    <w:p/>
    <w:p>
      <w:pPr>
        <w:spacing w:line="360" w:lineRule="auto" w:after="120"/>
      </w:pPr>
      <w:r>
        <w:t>When they got back in the car, Leona didn't say anything. She didn't say anything for the entire drive home. She didn't say anything through dinner, or through the evening, or when Beau tried to talk to her before sleep.</w:t>
      </w:r>
    </w:p>
    <w:p/>
    <w:p>
      <w:pPr>
        <w:spacing w:line="360" w:lineRule="auto" w:after="120"/>
      </w:pPr>
      <w:r>
        <w:t>"What did your grandmother tell you?" he asked finally.</w:t>
      </w:r>
    </w:p>
    <w:p/>
    <w:p>
      <w:pPr>
        <w:spacing w:line="360" w:lineRule="auto" w:after="120"/>
      </w:pPr>
      <w:r>
        <w:t>"That your father killed someone," Leona said, and the words came out flat, as if she was reading them from a script. "That your father and someone else killed a man over a business deal, and that my grandfather knew about it, and that's why there's been a feud for twenty-five years."</w:t>
      </w:r>
    </w:p>
    <w:p/>
    <w:p>
      <w:pPr>
        <w:spacing w:line="360" w:lineRule="auto" w:after="120"/>
      </w:pPr>
      <w:r>
        <w:t>"No," Beau said immediately. "No, that's not—"</w:t>
      </w:r>
    </w:p>
    <w:p/>
    <w:p>
      <w:pPr>
        <w:spacing w:line="360" w:lineRule="auto" w:after="120"/>
      </w:pPr>
      <w:r>
        <w:t>"Is it true?" Leona asked.</w:t>
      </w:r>
    </w:p>
    <w:p/>
    <w:p>
      <w:pPr>
        <w:spacing w:line="360" w:lineRule="auto" w:after="120"/>
      </w:pPr>
      <w:r>
        <w:t>Beau didn't answer. Which was an answer.</w:t>
      </w:r>
    </w:p>
    <w:p/>
    <w:p>
      <w:r>
        <w:br w:type="page"/>
      </w:r>
    </w:p>
    <w:p/>
    <w:p>
      <w:pPr>
        <w:spacing w:line="360" w:lineRule="auto" w:after="120"/>
      </w:pPr>
      <w:r>
        <w:t>Dallas found out about the visit to Nellie Mae's house before they even made it home. One of his people had been watching, or perhaps Cecil had called him, or perhaps there were mechanisms in place that Leona didn't yet understand for transmitting information directly from the Cartwright Estate into Dallas's consciousness.</w:t>
      </w:r>
    </w:p>
    <w:p/>
    <w:p>
      <w:pPr>
        <w:spacing w:line="360" w:lineRule="auto" w:after="120"/>
      </w:pPr>
      <w:r>
        <w:t>He called Beau into his office the next morning.</w:t>
      </w:r>
    </w:p>
    <w:p/>
    <w:p>
      <w:pPr>
        <w:spacing w:line="360" w:lineRule="auto" w:after="120"/>
      </w:pPr>
      <w:r>
        <w:t>"Your wife has been to see the Calhoun woman," Dallas said.</w:t>
      </w:r>
    </w:p>
    <w:p/>
    <w:p>
      <w:pPr>
        <w:spacing w:line="360" w:lineRule="auto" w:after="120"/>
      </w:pPr>
      <w:r>
        <w:t>"My wife's grandmother," Beau corrected.</w:t>
      </w:r>
    </w:p>
    <w:p/>
    <w:p>
      <w:pPr>
        <w:spacing w:line="360" w:lineRule="auto" w:after="120"/>
      </w:pPr>
      <w:r>
        <w:t>"There are no innocents in this family," Dallas said. "There are only people who know things and people who don't know things yet. Your wife now knows things. Things that could be very damaging if they became public."</w:t>
      </w:r>
    </w:p>
    <w:p/>
    <w:p>
      <w:pPr>
        <w:spacing w:line="360" w:lineRule="auto" w:after="120"/>
      </w:pPr>
      <w:r>
        <w:t>"Father," Beau said, and his voice had that edge of someone whose entire world had just rearranged itself into something unrecognizable. "Tell me the truth."</w:t>
      </w:r>
    </w:p>
    <w:p/>
    <w:p>
      <w:pPr>
        <w:spacing w:line="360" w:lineRule="auto" w:after="120"/>
      </w:pPr>
      <w:r>
        <w:t>Dallas stood up and walked to the window. Outside, the fields stretched out, and the oil wells pumped, and everything was exactly as it had been for the last twenty-five years.</w:t>
      </w:r>
    </w:p>
    <w:p/>
    <w:p>
      <w:pPr>
        <w:spacing w:line="360" w:lineRule="auto" w:after="120"/>
      </w:pPr>
      <w:r>
        <w:t>"The truth," Dallas said, "is that this business has made us rich, and rich people do things that poor people can't afford to do. Your grandfather and Leona's grandfather had a disagreement about how to handle certain... complications with one of our operations. The disagreement became serious. It became final."</w:t>
      </w:r>
    </w:p>
    <w:p/>
    <w:p>
      <w:pPr>
        <w:spacing w:line="360" w:lineRule="auto" w:after="120"/>
      </w:pPr>
      <w:r>
        <w:t>"You killed him," Beau said.</w:t>
      </w:r>
    </w:p>
    <w:p/>
    <w:p>
      <w:pPr>
        <w:spacing w:line="360" w:lineRule="auto" w:after="120"/>
      </w:pPr>
      <w:r>
        <w:t>"Your grandfather killed him," Dallas corrected. "I merely inherited the consequences of his decision."</w:t>
      </w:r>
    </w:p>
    <w:p/>
    <w:p>
      <w:pPr>
        <w:spacing w:line="360" w:lineRule="auto" w:after="120"/>
      </w:pPr>
      <w:r>
        <w:t>Beau left the office without saying anything else. He found Leona in the garden, where she was cutting flowers with an intensity that suggested she was imagining them as something else.</w:t>
      </w:r>
    </w:p>
    <w:p/>
    <w:p>
      <w:pPr>
        <w:spacing w:line="360" w:lineRule="auto" w:after="120"/>
      </w:pPr>
      <w:r>
        <w:t>"We have to leave," he said.</w:t>
      </w:r>
    </w:p>
    <w:p/>
    <w:p>
      <w:pPr>
        <w:spacing w:line="360" w:lineRule="auto" w:after="120"/>
      </w:pPr>
      <w:r>
        <w:t>"We can't leave," Leona said. She didn't stop cutting. "Your mother will die in this house, and your father will live here forever, and I've married into a family that commits murder and calls it business."</w:t>
      </w:r>
    </w:p>
    <w:p/>
    <w:p>
      <w:pPr>
        <w:spacing w:line="360" w:lineRule="auto" w:after="120"/>
      </w:pPr>
      <w:r>
        <w:t>"Then we burn it down," Beau said. "We burn it all down."</w:t>
      </w:r>
    </w:p>
    <w:p/>
    <w:p>
      <w:pPr>
        <w:spacing w:line="360" w:lineRule="auto" w:after="120"/>
      </w:pPr>
      <w:r>
        <w:t>Leona finally looked at him. "Do you understand," she asked, "what that would mean?"</w:t>
      </w:r>
    </w:p>
    <w:p/>
    <w:p>
      <w:pPr>
        <w:spacing w:line="360" w:lineRule="auto" w:after="120"/>
      </w:pPr>
      <w:r>
        <w:t>"No," Beau said. "But I'm beginning to."</w:t>
      </w:r>
    </w:p>
    <w:p/>
    <w:p>
      <w:r>
        <w:br w:type="page"/>
      </w:r>
    </w:p>
    <w:p/>
    <w:p>
      <w:pPr>
        <w:jc w:val="center"/>
      </w:pPr>
      <w:r>
        <w:rPr>
          <w:b/>
          <w:sz w:val="32"/>
        </w:rPr>
        <w:t>CHAPTER FIVE: THE ARRANGEMENT</w:t>
      </w:r>
    </w:p>
    <w:p/>
    <w:p>
      <w:pPr>
        <w:spacing w:line="360" w:lineRule="auto" w:after="120"/>
      </w:pPr>
      <w:r>
        <w:t>Maxine had worked at Earl's for three years, and in three years, she'd learned how to become invisible to the people who were trying not to see her. She'd learned how to move through the restaurant like she was water, how to materialize with a drink and then vanish before you even noticed she'd been there.</w:t>
      </w:r>
    </w:p>
    <w:p/>
    <w:p>
      <w:pPr>
        <w:spacing w:line="360" w:lineRule="auto" w:after="120"/>
      </w:pPr>
      <w:r>
        <w:t>This was a survival skill. This was also, increasingly, a tragedy.</w:t>
      </w:r>
    </w:p>
    <w:p/>
    <w:p>
      <w:pPr>
        <w:spacing w:line="360" w:lineRule="auto" w:after="120"/>
      </w:pPr>
      <w:r>
        <w:t>She saw Leona for the first time on a Tuesday afternoon. Leona was sitting at a corner booth with Vivienne Cartwright, and they were engaged in the kind of conversation that two women have when one of them is trying to kill the other with kindness while the other is trying to survive it.</w:t>
      </w:r>
    </w:p>
    <w:p/>
    <w:p>
      <w:pPr>
        <w:spacing w:line="360" w:lineRule="auto" w:after="120"/>
      </w:pPr>
      <w:r>
        <w:t>Maxine didn't go over. She didn't acknowledge the booth. She refilled the water glasses two tables over and watched Leona out of the corner of her eye, the way you watch something that might disappear if you look at it directly.</w:t>
      </w:r>
    </w:p>
    <w:p/>
    <w:p>
      <w:pPr>
        <w:spacing w:line="360" w:lineRule="auto" w:after="120"/>
      </w:pPr>
      <w:r>
        <w:t>Leona looked older. Not older in age, but older in the way that wisdom looks when it's been forced on you too fast. She was dressed in clothes that cost more than Maxine made in a month. Her ring finger held a diamond that could have sustained a family for a year.</w:t>
      </w:r>
    </w:p>
    <w:p/>
    <w:p>
      <w:pPr>
        <w:spacing w:line="360" w:lineRule="auto" w:after="120"/>
      </w:pPr>
      <w:r>
        <w:t>When Leona finally glanced up and saw Maxine, something flashed across her face—recognition, guilt, longing—before it settled into the kind of blank expression that comes from knowing you can never go back.</w:t>
      </w:r>
    </w:p>
    <w:p/>
    <w:p>
      <w:pPr>
        <w:spacing w:line="360" w:lineRule="auto" w:after="120"/>
      </w:pPr>
      <w:r>
        <w:t>After they left, Maxine found an envelope under the napkin.</w:t>
      </w:r>
    </w:p>
    <w:p/>
    <w:p>
      <w:pPr>
        <w:spacing w:line="360" w:lineRule="auto" w:after="120"/>
      </w:pPr>
      <w:r>
        <w:t>Inside was a phone number.</w:t>
      </w:r>
    </w:p>
    <w:p/>
    <w:p>
      <w:r>
        <w:br w:type="page"/>
      </w:r>
    </w:p>
    <w:p/>
    <w:p>
      <w:pPr>
        <w:spacing w:line="360" w:lineRule="auto" w:after="120"/>
      </w:pPr>
      <w:r>
        <w:t>That night, after her shift, Maxine called the number.</w:t>
      </w:r>
    </w:p>
    <w:p/>
    <w:p>
      <w:pPr>
        <w:spacing w:line="360" w:lineRule="auto" w:after="120"/>
      </w:pPr>
      <w:r>
        <w:t>"I was waiting for you to do this," Leona said, and there was something in her voice that suggested she'd been preparing this sentence for weeks.</w:t>
      </w:r>
    </w:p>
    <w:p/>
    <w:p>
      <w:pPr>
        <w:spacing w:line="360" w:lineRule="auto" w:after="120"/>
      </w:pPr>
      <w:r>
        <w:t>"I saw you in the restaurant," Maxine said.</w:t>
      </w:r>
    </w:p>
    <w:p/>
    <w:p>
      <w:pPr>
        <w:spacing w:line="360" w:lineRule="auto" w:after="120"/>
      </w:pPr>
      <w:r>
        <w:t>"I know," Leona said. "I wanted you to see me. I needed you to see me, and then I needed you to not approach me, and I knew that you would understand that, because you've always understood me better than I understand myself."</w:t>
      </w:r>
    </w:p>
    <w:p/>
    <w:p>
      <w:pPr>
        <w:spacing w:line="360" w:lineRule="auto" w:after="120"/>
      </w:pPr>
      <w:r>
        <w:t>"Why are you calling me?" Maxine asked.</w:t>
      </w:r>
    </w:p>
    <w:p/>
    <w:p>
      <w:pPr>
        <w:spacing w:line="360" w:lineRule="auto" w:after="120"/>
      </w:pPr>
      <w:r>
        <w:t>"Because I need help," Leona said. "I married into a family that is involved in something illegal, and I have access to information that could destroy them, and I need someone I can trust to help me figure out what to do with that information."</w:t>
      </w:r>
    </w:p>
    <w:p/>
    <w:p>
      <w:pPr>
        <w:spacing w:line="360" w:lineRule="auto" w:after="120"/>
      </w:pPr>
      <w:r>
        <w:t>"I'm not a criminal," Maxine said.</w:t>
      </w:r>
    </w:p>
    <w:p/>
    <w:p>
      <w:pPr>
        <w:spacing w:line="360" w:lineRule="auto" w:after="120"/>
      </w:pPr>
      <w:r>
        <w:t>"Neither am I," Leona said. "But I'm married to one, and I'm living in a house with people who've committed worse. I need to figure out how to destroy them without destroying Beau."</w:t>
      </w:r>
    </w:p>
    <w:p/>
    <w:p>
      <w:pPr>
        <w:spacing w:line="360" w:lineRule="auto" w:after="120"/>
      </w:pPr>
      <w:r>
        <w:t>"Why would you want to protect him?" Maxine asked.</w:t>
      </w:r>
    </w:p>
    <w:p/>
    <w:p>
      <w:pPr>
        <w:spacing w:line="360" w:lineRule="auto" w:after="120"/>
      </w:pPr>
      <w:r>
        <w:t>"Because he's trying to protect me," Leona said. "And because I promised my grandmother that I would make myself dangerous in a way that matters. And because I love him, even though that's a terrible idea."</w:t>
      </w:r>
    </w:p>
    <w:p/>
    <w:p>
      <w:pPr>
        <w:spacing w:line="360" w:lineRule="auto" w:after="120"/>
      </w:pPr>
      <w:r>
        <w:t>There was silence on the phone. Outside Maxine's apartment window, Howler County spread out like a secret, like a wound, like something that was slowly dying and nobody wanted to admit it.</w:t>
      </w:r>
    </w:p>
    <w:p/>
    <w:p>
      <w:pPr>
        <w:spacing w:line="360" w:lineRule="auto" w:after="120"/>
      </w:pPr>
      <w:r>
        <w:t>"Okay," Maxine said finally. "Tell me what you need."</w:t>
      </w:r>
    </w:p>
    <w:p/>
    <w:p>
      <w:r>
        <w:br w:type="page"/>
      </w:r>
    </w:p>
    <w:p/>
    <w:p>
      <w:pPr>
        <w:spacing w:line="360" w:lineRule="auto" w:after="120"/>
      </w:pPr>
      <w:r>
        <w:t>Over the next two weeks, a plan formed. It was not a good plan. It was not even a particularly smart plan. But it was a plan, which was more than they'd had before.</w:t>
      </w:r>
    </w:p>
    <w:p/>
    <w:p>
      <w:pPr>
        <w:spacing w:line="360" w:lineRule="auto" w:after="120"/>
      </w:pPr>
      <w:r>
        <w:t>Leona would have access to Dallas's office through Beau. Cecil had already suggested that certain documents would "accidentally" be left where she could find them. Maxine would take photographs. They would organize the information and figure out who to give it to in a way that would protect everyone but Dallas.</w:t>
      </w:r>
    </w:p>
    <w:p/>
    <w:p>
      <w:pPr>
        <w:spacing w:line="360" w:lineRule="auto" w:after="120"/>
      </w:pPr>
      <w:r>
        <w:t>It was the kind of plan that only works in television shows and novels. It was the kind of plan that requires everyone involved to have no sense of self-preservation and a lot of faith that the universe is just.</w:t>
      </w:r>
    </w:p>
    <w:p/>
    <w:p>
      <w:pPr>
        <w:spacing w:line="360" w:lineRule="auto" w:after="120"/>
      </w:pPr>
      <w:r>
        <w:t>But Leona and Maxine had always been the kinds of people who believed in the universe being just, or at least, they'd been forced to become that kind of people through a series of hard circumstances.</w:t>
      </w:r>
    </w:p>
    <w:p/>
    <w:p>
      <w:r>
        <w:br w:type="page"/>
      </w:r>
    </w:p>
    <w:p/>
    <w:p>
      <w:pPr>
        <w:spacing w:line="360" w:lineRule="auto" w:after="120"/>
      </w:pPr>
      <w:r>
        <w:t>One evening, Cecil found Leona in the library again.</w:t>
      </w:r>
    </w:p>
    <w:p/>
    <w:p>
      <w:pPr>
        <w:spacing w:line="360" w:lineRule="auto" w:after="120"/>
      </w:pPr>
      <w:r>
        <w:t>"I know what you're planning," he said.</w:t>
      </w:r>
    </w:p>
    <w:p/>
    <w:p>
      <w:pPr>
        <w:spacing w:line="360" w:lineRule="auto" w:after="120"/>
      </w:pPr>
      <w:r>
        <w:t>Leona looked up from the documents she wasn't supposed to be looking at. "And?"</w:t>
      </w:r>
    </w:p>
    <w:p/>
    <w:p>
      <w:pPr>
        <w:spacing w:line="360" w:lineRule="auto" w:after="120"/>
      </w:pPr>
      <w:r>
        <w:t>"And I'm going to help you," Cecil said. "Because I've worked for this family for forty years, and I'm tired, and because your grandmother was right about what Dallas did, and because sometimes the only way to survive is to burn everything down and start again."</w:t>
      </w:r>
    </w:p>
    <w:p/>
    <w:p>
      <w:pPr>
        <w:spacing w:line="360" w:lineRule="auto" w:after="120"/>
      </w:pPr>
      <w:r>
        <w:t>"What about your wife?" Leona asked.</w:t>
      </w:r>
    </w:p>
    <w:p/>
    <w:p>
      <w:pPr>
        <w:spacing w:line="360" w:lineRule="auto" w:after="120"/>
      </w:pPr>
      <w:r>
        <w:t>"My wife," Cecil said, "said to do what I think is right. And I think this is right."</w:t>
      </w:r>
    </w:p>
    <w:p/>
    <w:p>
      <w:r>
        <w:br w:type="page"/>
      </w:r>
    </w:p>
    <w:p/>
    <w:p>
      <w:pPr>
        <w:spacing w:line="360" w:lineRule="auto" w:after="120"/>
      </w:pPr>
      <w:r>
        <w:t>Two weeks later, the evidence was compiled. It was substantial. It was enough to get Dallas arrested, enough to unravel the entire Cartwright oil empire, enough to destroy everything that Beau had ever known.</w:t>
      </w:r>
    </w:p>
    <w:p/>
    <w:p>
      <w:pPr>
        <w:spacing w:line="360" w:lineRule="auto" w:after="120"/>
      </w:pPr>
      <w:r>
        <w:t>The night before Leona was planning to give it to the state attorney general's office, she found Beau in the garden at midnight, and she told him everything.</w:t>
      </w:r>
    </w:p>
    <w:p/>
    <w:p>
      <w:pPr>
        <w:spacing w:line="360" w:lineRule="auto" w:after="120"/>
      </w:pPr>
      <w:r>
        <w:t>"I can't let you do this," Beau said.</w:t>
      </w:r>
    </w:p>
    <w:p/>
    <w:p>
      <w:pPr>
        <w:spacing w:line="360" w:lineRule="auto" w:after="120"/>
      </w:pPr>
      <w:r>
        <w:t>"You have to," Leona said. "Because if you stop me, I'll have married the wrong person, and I can't survive that. I can't be the kind of woman who finds out her husband's family is corrupt and then just... accepts it. I have to be the kind of woman who burns them down."</w:t>
      </w:r>
    </w:p>
    <w:p/>
    <w:p>
      <w:pPr>
        <w:spacing w:line="360" w:lineRule="auto" w:after="120"/>
      </w:pPr>
      <w:r>
        <w:t>"Even if it kills my mother?" Beau asked.</w:t>
      </w:r>
    </w:p>
    <w:p/>
    <w:p>
      <w:pPr>
        <w:spacing w:line="360" w:lineRule="auto" w:after="120"/>
      </w:pPr>
      <w:r>
        <w:t>"Your mother is already dying," Leona said, which was cruel but true. "And your father deserves to fall. And you—you deserve to be free of them."</w:t>
      </w:r>
    </w:p>
    <w:p/>
    <w:p>
      <w:pPr>
        <w:spacing w:line="360" w:lineRule="auto" w:after="120"/>
      </w:pPr>
      <w:r>
        <w:t>Beau looked at his wife—this woman he'd married because he'd made a promise at seven years old, this woman he'd married because he wanted something that was his own, this woman he'd married because she was beautiful and dangerous and alive in a way that his entire family had forgotten how to be.</w:t>
      </w:r>
    </w:p>
    <w:p/>
    <w:p>
      <w:pPr>
        <w:spacing w:line="360" w:lineRule="auto" w:after="120"/>
      </w:pPr>
      <w:r>
        <w:t>"I'm leaving," he said finally. "I'm not going to stop you, but I'm also not going to be here when it happens."</w:t>
      </w:r>
    </w:p>
    <w:p/>
    <w:p>
      <w:pPr>
        <w:spacing w:line="360" w:lineRule="auto" w:after="120"/>
      </w:pPr>
      <w:r>
        <w:t>"I know," Leona said. "I'll meet you somewhere."</w:t>
      </w:r>
    </w:p>
    <w:p/>
    <w:p>
      <w:pPr>
        <w:spacing w:line="360" w:lineRule="auto" w:after="120"/>
      </w:pPr>
      <w:r>
        <w:t>"Chicago," Beau said. "Come to Chicago when it's over. We'll start again."</w:t>
      </w:r>
    </w:p>
    <w:p/>
    <w:p>
      <w:pPr>
        <w:spacing w:line="360" w:lineRule="auto" w:after="120"/>
      </w:pPr>
      <w:r>
        <w:t>He held her, and Cecil watched them from the window of the library, and wondered if the boy had any idea what his wife was actually capable of, or if he'd only just now begun to understand.</w:t>
      </w:r>
    </w:p>
    <w:p/>
    <w:p>
      <w:r>
        <w:br w:type="page"/>
      </w:r>
    </w:p>
    <w:p/>
    <w:p>
      <w:pPr>
        <w:spacing w:line="360" w:lineRule="auto" w:after="120"/>
      </w:pPr>
      <w:r>
        <w:t>The next morning, Leona walked into the state attorney general's office with a folder containing three decades worth of felonies.</w:t>
      </w:r>
    </w:p>
    <w:p/>
    <w:p>
      <w:pPr>
        <w:spacing w:line="360" w:lineRule="auto" w:after="120"/>
      </w:pPr>
      <w:r>
        <w:t>By noon, Dallas Cartwright was being arrested at his office.</w:t>
      </w:r>
    </w:p>
    <w:p/>
    <w:p>
      <w:pPr>
        <w:spacing w:line="360" w:lineRule="auto" w:after="120"/>
      </w:pPr>
      <w:r>
        <w:t>By evening, the news had reached every corner of Howler County—the Cartwright empire was falling, the oil wells would be seized, the legacy was ending.</w:t>
      </w:r>
    </w:p>
    <w:p/>
    <w:p>
      <w:pPr>
        <w:spacing w:line="360" w:lineRule="auto" w:after="120"/>
      </w:pPr>
      <w:r>
        <w:t>In her hospital bed, Vivienne received the news and asked Cecil to help her write a letter to her son. He never found out what it said. He never found out if she forgave him or condemned him or just tried to explain.</w:t>
      </w:r>
    </w:p>
    <w:p/>
    <w:p>
      <w:pPr>
        <w:spacing w:line="360" w:lineRule="auto" w:after="120"/>
      </w:pPr>
      <w:r>
        <w:t>She died six days later, with Dallas in a holding cell and Beau in Chicago and Leona standing in the garden of the Cartwright Estate, watching the house that was now a crime scene, and understanding, finally, what her grandmother had meant.</w:t>
      </w:r>
    </w:p>
    <w:p/>
    <w:p>
      <w:pPr>
        <w:spacing w:line="360" w:lineRule="auto" w:after="120"/>
      </w:pPr>
      <w:r>
        <w:t>Maxine, pulling up to the estate three hours later with documents for the DA's office, found Leona sitting on the front steps like a girl who'd burned down the world and was still trying to find out if that made her a hero or a villain.</w:t>
      </w:r>
    </w:p>
    <w:p/>
    <w:p>
      <w:pPr>
        <w:spacing w:line="360" w:lineRule="auto" w:after="120"/>
      </w:pPr>
      <w:r>
        <w:t>"It's done," Leona said.</w:t>
      </w:r>
    </w:p>
    <w:p/>
    <w:p>
      <w:pPr>
        <w:spacing w:line="360" w:lineRule="auto" w:after="120"/>
      </w:pPr>
      <w:r>
        <w:t>"Are you okay?" Maxine asked.</w:t>
      </w:r>
    </w:p>
    <w:p/>
    <w:p>
      <w:pPr>
        <w:spacing w:line="360" w:lineRule="auto" w:after="120"/>
      </w:pPr>
      <w:r>
        <w:t>"No," Leona said. "But I will be."</w:t>
      </w:r>
    </w:p>
    <w:p/>
    <w:p>
      <w:pPr>
        <w:spacing w:line="360" w:lineRule="auto" w:after="120"/>
      </w:pPr>
      <w:r>
        <w:t>They sat together on those steps until the sun came up, and they didn't talk about the past or the future, but about the present moment, which is the only one that's ever real anyway.</w:t>
      </w:r>
    </w:p>
    <w:p/>
    <w:p>
      <w:r>
        <w:br w:type="page"/>
      </w:r>
    </w:p>
    <w:p/>
    <w:p>
      <w:pPr>
        <w:spacing w:line="360" w:lineRule="auto" w:after="120"/>
      </w:pPr>
      <w:r>
        <w:t>**END OF CHAPTER FIVE**</w:t>
      </w:r>
    </w:p>
    <w:p/>
    <w:p>
      <w:r>
        <w:br w:type="page"/>
      </w:r>
    </w:p>
    <w:p/>
    <w:p>
      <w:pPr>
        <w:jc w:val="center"/>
      </w:pPr>
      <w:r>
        <w:rPr>
          <w:b/>
          <w:sz w:val="48"/>
        </w:rPr>
        <w:t>TO BE CONTINUED...</w:t>
      </w:r>
    </w:p>
    <w:p/>
    <w:p>
      <w:pPr>
        <w:spacing w:line="360" w:lineRule="auto" w:after="120"/>
      </w:pPr>
      <w:r>
        <w:t>*In the next chapters: The fallout, the trial, Beau's crisis of conscience, Vivienne's secret letters, Nellie Mae's reckoning, and the slow careful work of becoming someone new while everyone watches you change and decides whether you're a hero or a cautionary tale.*</w:t>
      </w:r>
    </w:p>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