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E0544" w14:textId="77777777" w:rsidR="005C4BB0" w:rsidRDefault="004F1FE1">
      <w:pPr>
        <w:spacing w:before="1440" w:after="240"/>
        <w:jc w:val="center"/>
      </w:pPr>
      <w:r>
        <w:rPr>
          <w:b/>
          <w:sz w:val="48"/>
        </w:rPr>
        <w:t>GONE UNDER</w:t>
      </w:r>
    </w:p>
    <w:p w14:paraId="0D1CDF38" w14:textId="77777777" w:rsidR="005C4BB0" w:rsidRDefault="004F1FE1">
      <w:pPr>
        <w:spacing w:after="160"/>
        <w:jc w:val="center"/>
      </w:pPr>
      <w:r>
        <w:rPr>
          <w:sz w:val="28"/>
        </w:rPr>
        <w:t>Book One of The Fracture Trilogy</w:t>
      </w:r>
    </w:p>
    <w:p w14:paraId="27AC0ED5" w14:textId="77777777" w:rsidR="005C4BB0" w:rsidRDefault="004F1FE1">
      <w:pPr>
        <w:jc w:val="center"/>
      </w:pPr>
      <w:r>
        <w:rPr>
          <w:sz w:val="28"/>
        </w:rPr>
        <w:t>P.D. Grove</w:t>
      </w:r>
    </w:p>
    <w:p w14:paraId="0EC1D0A8" w14:textId="77777777" w:rsidR="005C4BB0" w:rsidRDefault="004F1FE1">
      <w:r>
        <w:br w:type="page"/>
      </w:r>
    </w:p>
    <w:p w14:paraId="3C6E7740" w14:textId="77777777" w:rsidR="005C4BB0" w:rsidRDefault="004F1FE1">
      <w:pPr>
        <w:spacing w:before="960" w:after="160"/>
        <w:jc w:val="center"/>
      </w:pPr>
      <w:r>
        <w:rPr>
          <w:b/>
          <w:sz w:val="36"/>
        </w:rPr>
        <w:lastRenderedPageBreak/>
        <w:t>GONE UNDER</w:t>
      </w:r>
    </w:p>
    <w:p w14:paraId="74E1B142" w14:textId="77777777" w:rsidR="005C4BB0" w:rsidRDefault="004F1FE1">
      <w:pPr>
        <w:spacing w:after="480"/>
        <w:jc w:val="center"/>
      </w:pPr>
      <w:r>
        <w:t>Book One of The Fracture Trilogy</w:t>
      </w:r>
    </w:p>
    <w:p w14:paraId="115A171B" w14:textId="77777777" w:rsidR="005C4BB0" w:rsidRDefault="004F1FE1">
      <w:pPr>
        <w:spacing w:after="480"/>
        <w:jc w:val="center"/>
      </w:pPr>
      <w:r>
        <w:t>───────  ◆  ───────</w:t>
      </w:r>
    </w:p>
    <w:p w14:paraId="48353077" w14:textId="77777777" w:rsidR="005C4BB0" w:rsidRDefault="004F1FE1">
      <w:pPr>
        <w:spacing w:after="80"/>
        <w:jc w:val="center"/>
      </w:pPr>
      <w:r>
        <w:rPr>
          <w:sz w:val="20"/>
        </w:rPr>
        <w:t>Copyright © 2026 by P.D. Grove</w:t>
      </w:r>
    </w:p>
    <w:p w14:paraId="3B910DE9" w14:textId="77777777" w:rsidR="005C4BB0" w:rsidRDefault="004F1FE1">
      <w:pPr>
        <w:spacing w:after="80"/>
        <w:jc w:val="center"/>
      </w:pPr>
      <w:r>
        <w:rPr>
          <w:sz w:val="20"/>
        </w:rPr>
        <w:t>All rights reserved.</w:t>
      </w:r>
    </w:p>
    <w:p w14:paraId="46CF84D4" w14:textId="77777777" w:rsidR="005C4BB0" w:rsidRDefault="005C4BB0">
      <w:pPr>
        <w:spacing w:after="80"/>
        <w:jc w:val="center"/>
      </w:pPr>
    </w:p>
    <w:p w14:paraId="2227830C" w14:textId="77777777" w:rsidR="005C4BB0" w:rsidRDefault="004F1FE1">
      <w:pPr>
        <w:spacing w:after="80"/>
        <w:jc w:val="center"/>
      </w:pPr>
      <w:r>
        <w:rPr>
          <w:sz w:val="20"/>
        </w:rPr>
        <w:t>No part of this publication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p>
    <w:p w14:paraId="60DB2884" w14:textId="77777777" w:rsidR="005C4BB0" w:rsidRDefault="005C4BB0">
      <w:pPr>
        <w:spacing w:after="80"/>
        <w:jc w:val="center"/>
      </w:pPr>
    </w:p>
    <w:p w14:paraId="52AE42E4" w14:textId="77777777" w:rsidR="005C4BB0" w:rsidRDefault="004F1FE1">
      <w:pPr>
        <w:spacing w:after="80"/>
        <w:jc w:val="center"/>
      </w:pPr>
      <w:r>
        <w:rPr>
          <w:sz w:val="20"/>
        </w:rPr>
        <w:t>This is a work of fiction. Names, characters, places, and incidents either are the product of the author's imagination or are used fictitiously. Any resemblance to actual persons, living or dead, events, or locales is entirely coincidental.</w:t>
      </w:r>
    </w:p>
    <w:p w14:paraId="02491719" w14:textId="77777777" w:rsidR="005C4BB0" w:rsidRDefault="005C4BB0">
      <w:pPr>
        <w:spacing w:after="80"/>
        <w:jc w:val="center"/>
      </w:pPr>
    </w:p>
    <w:p w14:paraId="4907CDA2" w14:textId="77777777" w:rsidR="005C4BB0" w:rsidRDefault="004F1FE1">
      <w:pPr>
        <w:spacing w:after="80"/>
        <w:jc w:val="center"/>
      </w:pPr>
      <w:r>
        <w:rPr>
          <w:sz w:val="20"/>
        </w:rPr>
        <w:t>First Edition</w:t>
      </w:r>
    </w:p>
    <w:p w14:paraId="4B68987E" w14:textId="77777777" w:rsidR="005C4BB0" w:rsidRDefault="004F1FE1">
      <w:pPr>
        <w:spacing w:after="80"/>
        <w:jc w:val="center"/>
      </w:pPr>
      <w:r>
        <w:rPr>
          <w:sz w:val="20"/>
        </w:rPr>
        <w:t>Published independently via Kindle Direct Publishing</w:t>
      </w:r>
    </w:p>
    <w:p w14:paraId="06AF060C" w14:textId="77777777" w:rsidR="005C4BB0" w:rsidRDefault="004F1FE1">
      <w:r>
        <w:br w:type="page"/>
      </w:r>
    </w:p>
    <w:p w14:paraId="0387BFE6" w14:textId="77777777" w:rsidR="005C4BB0" w:rsidRDefault="004F1FE1">
      <w:pPr>
        <w:spacing w:before="1920" w:after="240"/>
        <w:jc w:val="center"/>
      </w:pPr>
      <w:r>
        <w:rPr>
          <w:i/>
        </w:rPr>
        <w:lastRenderedPageBreak/>
        <w:t>For those who hold on when the ground gives way.</w:t>
      </w:r>
    </w:p>
    <w:p w14:paraId="09D97D40" w14:textId="77777777" w:rsidR="005C4BB0" w:rsidRDefault="004F1FE1">
      <w:r>
        <w:br w:type="page"/>
      </w:r>
    </w:p>
    <w:p w14:paraId="77A6B78B" w14:textId="77777777" w:rsidR="005C4BB0" w:rsidRDefault="004F1FE1">
      <w:pPr>
        <w:spacing w:before="480" w:after="480"/>
        <w:jc w:val="center"/>
      </w:pPr>
      <w:r>
        <w:rPr>
          <w:b/>
          <w:sz w:val="28"/>
        </w:rPr>
        <w:lastRenderedPageBreak/>
        <w:t>CONTENTS</w:t>
      </w:r>
    </w:p>
    <w:p w14:paraId="51DC51A5" w14:textId="77777777" w:rsidR="005C4BB0" w:rsidRDefault="004F1FE1">
      <w:pPr>
        <w:spacing w:after="120"/>
        <w:jc w:val="center"/>
      </w:pPr>
      <w:r>
        <w:rPr>
          <w:sz w:val="22"/>
        </w:rPr>
        <w:t>Chapter 1: The Ground in Denver</w:t>
      </w:r>
    </w:p>
    <w:p w14:paraId="0C35146A" w14:textId="77777777" w:rsidR="005C4BB0" w:rsidRDefault="004F1FE1">
      <w:pPr>
        <w:spacing w:after="120"/>
        <w:jc w:val="center"/>
      </w:pPr>
      <w:r>
        <w:rPr>
          <w:sz w:val="22"/>
        </w:rPr>
        <w:t>Chapter 2: Westbound</w:t>
      </w:r>
    </w:p>
    <w:p w14:paraId="6B5CE871" w14:textId="77777777" w:rsidR="005C4BB0" w:rsidRDefault="004F1FE1">
      <w:pPr>
        <w:spacing w:after="120"/>
        <w:jc w:val="center"/>
      </w:pPr>
      <w:r>
        <w:rPr>
          <w:sz w:val="22"/>
        </w:rPr>
        <w:t>Chapter 3: The Deer</w:t>
      </w:r>
    </w:p>
    <w:p w14:paraId="664E3142" w14:textId="77777777" w:rsidR="005C4BB0" w:rsidRDefault="004F1FE1">
      <w:pPr>
        <w:spacing w:after="120"/>
        <w:jc w:val="center"/>
      </w:pPr>
      <w:r>
        <w:rPr>
          <w:sz w:val="22"/>
        </w:rPr>
        <w:t>Chapter 4: The Break</w:t>
      </w:r>
    </w:p>
    <w:p w14:paraId="60C494B4" w14:textId="77777777" w:rsidR="005C4BB0" w:rsidRDefault="004F1FE1">
      <w:pPr>
        <w:spacing w:after="120"/>
        <w:jc w:val="center"/>
      </w:pPr>
      <w:r>
        <w:rPr>
          <w:sz w:val="22"/>
        </w:rPr>
        <w:t>Chapter 5: What People Become</w:t>
      </w:r>
    </w:p>
    <w:p w14:paraId="7089B486" w14:textId="77777777" w:rsidR="005C4BB0" w:rsidRDefault="004F1FE1">
      <w:pPr>
        <w:spacing w:after="120"/>
        <w:jc w:val="center"/>
      </w:pPr>
      <w:r>
        <w:rPr>
          <w:sz w:val="22"/>
        </w:rPr>
        <w:t>Chapter 6: Night Rules</w:t>
      </w:r>
    </w:p>
    <w:p w14:paraId="6DDF7189" w14:textId="77777777" w:rsidR="005C4BB0" w:rsidRDefault="004F1FE1">
      <w:pPr>
        <w:spacing w:after="120"/>
        <w:jc w:val="center"/>
      </w:pPr>
      <w:r>
        <w:rPr>
          <w:sz w:val="22"/>
        </w:rPr>
        <w:t>Chapter 7: Wolves</w:t>
      </w:r>
    </w:p>
    <w:p w14:paraId="30139486" w14:textId="77777777" w:rsidR="005C4BB0" w:rsidRDefault="004F1FE1">
      <w:pPr>
        <w:spacing w:after="120"/>
        <w:jc w:val="center"/>
      </w:pPr>
      <w:r>
        <w:rPr>
          <w:sz w:val="22"/>
        </w:rPr>
        <w:t>Chapter 8: The Useful Lie</w:t>
      </w:r>
    </w:p>
    <w:p w14:paraId="7A35A6FA" w14:textId="77777777" w:rsidR="005C4BB0" w:rsidRDefault="004F1FE1">
      <w:pPr>
        <w:spacing w:after="120"/>
        <w:jc w:val="center"/>
      </w:pPr>
      <w:r>
        <w:rPr>
          <w:sz w:val="22"/>
        </w:rPr>
        <w:t>Chapter 9: The Farmhouse</w:t>
      </w:r>
    </w:p>
    <w:p w14:paraId="7753BDE7" w14:textId="77777777" w:rsidR="005C4BB0" w:rsidRDefault="004F1FE1">
      <w:pPr>
        <w:spacing w:after="120"/>
        <w:jc w:val="center"/>
      </w:pPr>
      <w:r>
        <w:rPr>
          <w:sz w:val="22"/>
        </w:rPr>
        <w:t>Chapter 10: Morning Fire</w:t>
      </w:r>
    </w:p>
    <w:p w14:paraId="62A93523" w14:textId="77777777" w:rsidR="005C4BB0" w:rsidRDefault="004F1FE1">
      <w:pPr>
        <w:spacing w:after="120"/>
        <w:jc w:val="center"/>
      </w:pPr>
      <w:r>
        <w:rPr>
          <w:sz w:val="22"/>
        </w:rPr>
        <w:t>Chapter 11: White Horizon</w:t>
      </w:r>
    </w:p>
    <w:p w14:paraId="1068610D" w14:textId="77777777" w:rsidR="005C4BB0" w:rsidRDefault="004F1FE1">
      <w:pPr>
        <w:spacing w:after="120"/>
        <w:jc w:val="center"/>
      </w:pPr>
      <w:r>
        <w:rPr>
          <w:sz w:val="22"/>
        </w:rPr>
        <w:t>Chapter 12: No Sun</w:t>
      </w:r>
    </w:p>
    <w:p w14:paraId="0F5FE154" w14:textId="77777777" w:rsidR="005C4BB0" w:rsidRDefault="004F1FE1">
      <w:pPr>
        <w:spacing w:after="120"/>
        <w:jc w:val="center"/>
      </w:pPr>
      <w:r>
        <w:rPr>
          <w:sz w:val="22"/>
        </w:rPr>
        <w:t>Chapter 13: Last Lessons</w:t>
      </w:r>
    </w:p>
    <w:p w14:paraId="6C54106E" w14:textId="77777777" w:rsidR="005C4BB0" w:rsidRDefault="004F1FE1">
      <w:pPr>
        <w:spacing w:after="120"/>
        <w:jc w:val="center"/>
      </w:pPr>
      <w:r>
        <w:rPr>
          <w:sz w:val="22"/>
        </w:rPr>
        <w:t>Chapter 14: The Weight of Four</w:t>
      </w:r>
    </w:p>
    <w:p w14:paraId="70073FA6" w14:textId="77777777" w:rsidR="005C4BB0" w:rsidRDefault="004F1FE1">
      <w:pPr>
        <w:spacing w:after="120"/>
        <w:jc w:val="center"/>
      </w:pPr>
      <w:r>
        <w:rPr>
          <w:sz w:val="22"/>
        </w:rPr>
        <w:t>Chapter 15: Don't Let Go</w:t>
      </w:r>
    </w:p>
    <w:p w14:paraId="6121AE86" w14:textId="77777777" w:rsidR="005C4BB0" w:rsidRDefault="004F1FE1">
      <w:pPr>
        <w:spacing w:after="120"/>
        <w:jc w:val="center"/>
      </w:pPr>
      <w:r>
        <w:rPr>
          <w:sz w:val="22"/>
        </w:rPr>
        <w:t>Epilogue: Names</w:t>
      </w:r>
    </w:p>
    <w:p w14:paraId="6431482F" w14:textId="77777777" w:rsidR="005C4BB0" w:rsidRDefault="004F1FE1">
      <w:pPr>
        <w:spacing w:after="120"/>
        <w:jc w:val="center"/>
      </w:pPr>
      <w:r>
        <w:rPr>
          <w:sz w:val="22"/>
        </w:rPr>
        <w:t>Acknowledgments</w:t>
      </w:r>
    </w:p>
    <w:p w14:paraId="51AB166E" w14:textId="77777777" w:rsidR="005C4BB0" w:rsidRDefault="004F1FE1">
      <w:pPr>
        <w:spacing w:after="120"/>
        <w:jc w:val="center"/>
      </w:pPr>
      <w:r>
        <w:rPr>
          <w:sz w:val="22"/>
        </w:rPr>
        <w:t>About the Author</w:t>
      </w:r>
    </w:p>
    <w:p w14:paraId="2B884E42" w14:textId="77777777" w:rsidR="005C4BB0" w:rsidRDefault="004F1FE1">
      <w:r>
        <w:br w:type="page"/>
      </w:r>
    </w:p>
    <w:p w14:paraId="272EFAB7" w14:textId="77777777" w:rsidR="005C4BB0" w:rsidRDefault="004F1FE1">
      <w:pPr>
        <w:spacing w:before="960" w:after="480"/>
        <w:jc w:val="center"/>
      </w:pPr>
      <w:r>
        <w:rPr>
          <w:b/>
          <w:sz w:val="28"/>
        </w:rPr>
        <w:lastRenderedPageBreak/>
        <w:t>CHAPTER 1</w:t>
      </w:r>
      <w:r>
        <w:rPr>
          <w:b/>
          <w:sz w:val="28"/>
        </w:rPr>
        <w:br/>
      </w:r>
      <w:r w:rsidRPr="00913954">
        <w:rPr>
          <w:bCs/>
          <w:i/>
          <w:iCs/>
          <w:sz w:val="26"/>
          <w:szCs w:val="26"/>
        </w:rPr>
        <w:t>The Ground in Denver</w:t>
      </w:r>
    </w:p>
    <w:p w14:paraId="505515EC" w14:textId="77777777" w:rsidR="005C4BB0" w:rsidRDefault="005C4BB0"/>
    <w:p w14:paraId="6B36D799" w14:textId="77777777" w:rsidR="005C4BB0" w:rsidRDefault="004F1FE1">
      <w:pPr>
        <w:spacing w:after="120"/>
      </w:pPr>
      <w:r>
        <w:t>The cemetery sat on a rise above Denver where the wind never seemed to stop.</w:t>
      </w:r>
    </w:p>
    <w:p w14:paraId="31F9F2C2" w14:textId="77777777" w:rsidR="005C4BB0" w:rsidRDefault="004F1FE1">
      <w:pPr>
        <w:spacing w:after="120"/>
      </w:pPr>
      <w:r>
        <w:t>It moved through the rows of headstones with a low whisper, bending dry grass and tugging at coats as if the dead still had something to say.</w:t>
      </w:r>
    </w:p>
    <w:p w14:paraId="5CE2BEC9" w14:textId="77777777" w:rsidR="005C4BB0" w:rsidRDefault="004F1FE1">
      <w:pPr>
        <w:spacing w:after="120"/>
      </w:pPr>
      <w:r>
        <w:t>Marcus Cole stood beside his father’s grave and felt none of it.</w:t>
      </w:r>
    </w:p>
    <w:p w14:paraId="01BE1BB6" w14:textId="77777777" w:rsidR="005C4BB0" w:rsidRDefault="004F1FE1">
      <w:pPr>
        <w:spacing w:after="120"/>
      </w:pPr>
      <w:r>
        <w:t>He felt only the weight in his chest.</w:t>
      </w:r>
    </w:p>
    <w:p w14:paraId="7539BDCD" w14:textId="77777777" w:rsidR="005C4BB0" w:rsidRDefault="004F1FE1">
      <w:pPr>
        <w:spacing w:after="120"/>
      </w:pPr>
      <w:r>
        <w:t>The fresh earth was dark against the pale spring ground. A folded American flag lay across Diane’s hands. The pastor had finished ten minutes ago. Everyone else had drifted back toward their cars.</w:t>
      </w:r>
    </w:p>
    <w:p w14:paraId="43335384" w14:textId="77777777" w:rsidR="005C4BB0" w:rsidRDefault="004F1FE1">
      <w:pPr>
        <w:spacing w:after="120"/>
      </w:pPr>
      <w:r>
        <w:t>Only family remained.</w:t>
      </w:r>
    </w:p>
    <w:p w14:paraId="2317CB0B" w14:textId="77777777" w:rsidR="005C4BB0" w:rsidRDefault="004F1FE1">
      <w:pPr>
        <w:spacing w:after="120"/>
      </w:pPr>
      <w:r>
        <w:t>Raymond Cole.</w:t>
      </w:r>
    </w:p>
    <w:p w14:paraId="62D52189" w14:textId="77777777" w:rsidR="005C4BB0" w:rsidRDefault="004F1FE1">
      <w:pPr>
        <w:spacing w:after="120"/>
      </w:pPr>
      <w:r>
        <w:t>1941–2024.</w:t>
      </w:r>
    </w:p>
    <w:p w14:paraId="25747BFB" w14:textId="77777777" w:rsidR="005C4BB0" w:rsidRDefault="004F1FE1">
      <w:pPr>
        <w:spacing w:after="120"/>
      </w:pPr>
      <w:r>
        <w:t>He Never Quit.</w:t>
      </w:r>
    </w:p>
    <w:p w14:paraId="00C525A7" w14:textId="77777777" w:rsidR="005C4BB0" w:rsidRDefault="004F1FE1">
      <w:pPr>
        <w:spacing w:after="120"/>
      </w:pPr>
      <w:r>
        <w:t>That sounded like his father. Even in death he’d found a way to make it an instruction.</w:t>
      </w:r>
    </w:p>
    <w:p w14:paraId="26422680" w14:textId="77777777" w:rsidR="005C4BB0" w:rsidRDefault="004F1FE1">
      <w:pPr>
        <w:spacing w:after="120"/>
      </w:pPr>
      <w:r>
        <w:t xml:space="preserve">Diane stood beside Marcus, silent, eyes swollen from crying in private where no one could see. Reese lingered several feet away, </w:t>
      </w:r>
      <w:proofErr w:type="gramStart"/>
      <w:r>
        <w:t>hood</w:t>
      </w:r>
      <w:proofErr w:type="gramEnd"/>
      <w:r>
        <w:t xml:space="preserve"> up, pretending to text while watching everyone at once. Dylan clung to Marcus’s coat with both hands.</w:t>
      </w:r>
    </w:p>
    <w:p w14:paraId="52CBC422" w14:textId="77777777" w:rsidR="005C4BB0" w:rsidRDefault="004F1FE1">
      <w:pPr>
        <w:spacing w:after="120"/>
      </w:pPr>
      <w:r>
        <w:t>Leon Harper, Marcus’s uncle, silver-bearded and built like he’d never lost an argument, stared at the grave like he expected Raymond to start one.</w:t>
      </w:r>
    </w:p>
    <w:p w14:paraId="6E302434" w14:textId="77777777" w:rsidR="005C4BB0" w:rsidRDefault="004F1FE1">
      <w:pPr>
        <w:spacing w:after="120"/>
      </w:pPr>
      <w:r>
        <w:t>“He’d hate the flowers,” Leon said finally.</w:t>
      </w:r>
    </w:p>
    <w:p w14:paraId="47E9CAF0" w14:textId="77777777" w:rsidR="005C4BB0" w:rsidRDefault="004F1FE1">
      <w:pPr>
        <w:spacing w:after="120"/>
      </w:pPr>
      <w:r>
        <w:t>Diane gave a tired laugh.</w:t>
      </w:r>
    </w:p>
    <w:p w14:paraId="6F1B3054" w14:textId="77777777" w:rsidR="005C4BB0" w:rsidRDefault="004F1FE1">
      <w:pPr>
        <w:spacing w:after="120"/>
      </w:pPr>
      <w:r>
        <w:t>“He absolutely would.”</w:t>
      </w:r>
    </w:p>
    <w:p w14:paraId="0119E9E0" w14:textId="77777777" w:rsidR="005C4BB0" w:rsidRDefault="004F1FE1">
      <w:pPr>
        <w:spacing w:after="120"/>
      </w:pPr>
      <w:r>
        <w:t>“He’d say they cost too much.”</w:t>
      </w:r>
    </w:p>
    <w:p w14:paraId="5A2DE474" w14:textId="77777777" w:rsidR="005C4BB0" w:rsidRDefault="004F1FE1">
      <w:pPr>
        <w:spacing w:after="120"/>
      </w:pPr>
      <w:r>
        <w:t>“That too.”</w:t>
      </w:r>
    </w:p>
    <w:p w14:paraId="2DA22B2E" w14:textId="77777777" w:rsidR="005C4BB0" w:rsidRDefault="004F1FE1">
      <w:pPr>
        <w:spacing w:after="120"/>
      </w:pPr>
      <w:r>
        <w:t>The laugh died quickly.</w:t>
      </w:r>
    </w:p>
    <w:p w14:paraId="415F5E60" w14:textId="77777777" w:rsidR="005C4BB0" w:rsidRDefault="004F1FE1">
      <w:pPr>
        <w:spacing w:after="120"/>
      </w:pPr>
      <w:r>
        <w:t>Marcus crouched and touched the wet soil. Cold. Real. Final.</w:t>
      </w:r>
    </w:p>
    <w:p w14:paraId="02B45A7A" w14:textId="77777777" w:rsidR="005C4BB0" w:rsidRDefault="004F1FE1">
      <w:pPr>
        <w:spacing w:after="120"/>
      </w:pPr>
      <w:r>
        <w:t>He had missed his father’s last phone call by seventeen minutes.</w:t>
      </w:r>
    </w:p>
    <w:p w14:paraId="5BFFA660" w14:textId="77777777" w:rsidR="005C4BB0" w:rsidRDefault="004F1FE1">
      <w:pPr>
        <w:spacing w:after="120"/>
      </w:pPr>
      <w:r>
        <w:t>The voicemail still sat unheard on his phone.</w:t>
      </w:r>
    </w:p>
    <w:p w14:paraId="799EA995" w14:textId="77777777" w:rsidR="005C4BB0" w:rsidRDefault="004F1FE1">
      <w:pPr>
        <w:spacing w:after="120"/>
      </w:pPr>
      <w:r>
        <w:lastRenderedPageBreak/>
        <w:t>He hadn’t been able to press play.</w:t>
      </w:r>
    </w:p>
    <w:p w14:paraId="56DCC1DF" w14:textId="77777777" w:rsidR="005C4BB0" w:rsidRDefault="004F1FE1">
      <w:pPr>
        <w:spacing w:after="120"/>
      </w:pPr>
      <w:r>
        <w:t>“You ready?” Diane asked softly.</w:t>
      </w:r>
    </w:p>
    <w:p w14:paraId="6E0674E1" w14:textId="77777777" w:rsidR="005C4BB0" w:rsidRDefault="004F1FE1">
      <w:pPr>
        <w:spacing w:after="120"/>
      </w:pPr>
      <w:r>
        <w:t>No.</w:t>
      </w:r>
    </w:p>
    <w:p w14:paraId="08BED906" w14:textId="77777777" w:rsidR="005C4BB0" w:rsidRDefault="004F1FE1">
      <w:pPr>
        <w:spacing w:after="120"/>
      </w:pPr>
      <w:r>
        <w:t>Marcus stood. “Yeah.”</w:t>
      </w:r>
    </w:p>
    <w:p w14:paraId="1C986345" w14:textId="77777777" w:rsidR="005C4BB0" w:rsidRDefault="004F1FE1">
      <w:pPr>
        <w:spacing w:after="120"/>
      </w:pPr>
      <w:r>
        <w:t>But before turning away, he placed two fingers on the headstone.</w:t>
      </w:r>
    </w:p>
    <w:p w14:paraId="1D25085D" w14:textId="77777777" w:rsidR="005C4BB0" w:rsidRDefault="004F1FE1">
      <w:pPr>
        <w:spacing w:after="120"/>
      </w:pPr>
      <w:r>
        <w:t>Goodbye, Dad.</w:t>
      </w:r>
    </w:p>
    <w:p w14:paraId="30BE9767" w14:textId="77777777" w:rsidR="005C4BB0" w:rsidRDefault="004F1FE1">
      <w:pPr>
        <w:spacing w:after="120"/>
      </w:pPr>
      <w:r>
        <w:t>The wind answered with a long hollow moan through the cemetery trees.</w:t>
      </w:r>
    </w:p>
    <w:p w14:paraId="1AC30610" w14:textId="77777777" w:rsidR="005C4BB0" w:rsidRDefault="004F1FE1">
      <w:r>
        <w:br w:type="page"/>
      </w:r>
    </w:p>
    <w:p w14:paraId="46CC5DC4" w14:textId="77777777" w:rsidR="005C4BB0" w:rsidRDefault="004F1FE1">
      <w:pPr>
        <w:spacing w:before="960" w:after="480"/>
        <w:jc w:val="center"/>
      </w:pPr>
      <w:r>
        <w:rPr>
          <w:b/>
          <w:sz w:val="28"/>
        </w:rPr>
        <w:lastRenderedPageBreak/>
        <w:t>CHAPTER 2</w:t>
      </w:r>
      <w:r>
        <w:rPr>
          <w:b/>
          <w:sz w:val="28"/>
        </w:rPr>
        <w:br/>
      </w:r>
      <w:r w:rsidRPr="00913954">
        <w:rPr>
          <w:bCs/>
          <w:i/>
          <w:iCs/>
          <w:sz w:val="26"/>
          <w:szCs w:val="26"/>
        </w:rPr>
        <w:t>Westbound</w:t>
      </w:r>
    </w:p>
    <w:p w14:paraId="29360CC2" w14:textId="77777777" w:rsidR="005C4BB0" w:rsidRDefault="005C4BB0"/>
    <w:p w14:paraId="19943F2D" w14:textId="77777777" w:rsidR="005C4BB0" w:rsidRDefault="004F1FE1">
      <w:pPr>
        <w:spacing w:after="120"/>
      </w:pPr>
      <w:r>
        <w:t>The minivan smelled like coffee, black fabric, and grief.</w:t>
      </w:r>
    </w:p>
    <w:p w14:paraId="67486CE0" w14:textId="77777777" w:rsidR="005C4BB0" w:rsidRDefault="004F1FE1">
      <w:pPr>
        <w:spacing w:after="120"/>
      </w:pPr>
      <w:r>
        <w:t>Marcus drove east on I-70 while Denver shrank in the rearview mirror. Snow still clung to the distant Rockies, bright under a hard gray sky.</w:t>
      </w:r>
    </w:p>
    <w:p w14:paraId="6085AACF" w14:textId="77777777" w:rsidR="005C4BB0" w:rsidRDefault="004F1FE1">
      <w:pPr>
        <w:spacing w:after="120"/>
      </w:pPr>
      <w:r>
        <w:t>Diane sat beside him wrapped in a scarf though the heater ran warm.</w:t>
      </w:r>
    </w:p>
    <w:p w14:paraId="02F6B473" w14:textId="77777777" w:rsidR="005C4BB0" w:rsidRDefault="004F1FE1">
      <w:pPr>
        <w:spacing w:after="120"/>
      </w:pPr>
      <w:r>
        <w:t>Leon occupied the second row with a road atlas spread across his knees.</w:t>
      </w:r>
    </w:p>
    <w:p w14:paraId="4D754CCF" w14:textId="77777777" w:rsidR="005C4BB0" w:rsidRDefault="004F1FE1">
      <w:pPr>
        <w:spacing w:after="120"/>
      </w:pPr>
      <w:r>
        <w:t>“You know phones do maps now,” Reese said from the back seat.</w:t>
      </w:r>
    </w:p>
    <w:p w14:paraId="28108169" w14:textId="77777777" w:rsidR="005C4BB0" w:rsidRDefault="004F1FE1">
      <w:pPr>
        <w:spacing w:after="120"/>
      </w:pPr>
      <w:r>
        <w:t>“Phones also forget batteries die,” Leon replied.</w:t>
      </w:r>
    </w:p>
    <w:p w14:paraId="1C416C51" w14:textId="77777777" w:rsidR="005C4BB0" w:rsidRDefault="004F1FE1">
      <w:pPr>
        <w:spacing w:after="120"/>
      </w:pPr>
      <w:r>
        <w:t>She almost smiled.</w:t>
      </w:r>
    </w:p>
    <w:p w14:paraId="14E52ABB" w14:textId="77777777" w:rsidR="005C4BB0" w:rsidRDefault="004F1FE1">
      <w:pPr>
        <w:spacing w:after="120"/>
      </w:pPr>
      <w:r>
        <w:t>Dylan slept against a backpack, coloring book open on his lap, green crayon still in hand.</w:t>
      </w:r>
    </w:p>
    <w:p w14:paraId="36A51077" w14:textId="77777777" w:rsidR="005C4BB0" w:rsidRDefault="004F1FE1">
      <w:pPr>
        <w:spacing w:after="120"/>
      </w:pPr>
      <w:r>
        <w:t>For an hour no one said much.</w:t>
      </w:r>
    </w:p>
    <w:p w14:paraId="75757879" w14:textId="77777777" w:rsidR="005C4BB0" w:rsidRDefault="004F1FE1">
      <w:pPr>
        <w:spacing w:after="120"/>
      </w:pPr>
      <w:r>
        <w:t>Traffic moved normally. Tractor trailers rolled by. Radio stations talked about sports, weather, politics, all the usual nonsense that filled the world when the world still believed it would continue.</w:t>
      </w:r>
    </w:p>
    <w:p w14:paraId="369BB298" w14:textId="77777777" w:rsidR="005C4BB0" w:rsidRDefault="004F1FE1">
      <w:pPr>
        <w:spacing w:after="120"/>
      </w:pPr>
      <w:r>
        <w:t>Marcus gripped the wheel and watched the lane lines flick past.</w:t>
      </w:r>
    </w:p>
    <w:p w14:paraId="0E1F35C8" w14:textId="77777777" w:rsidR="005C4BB0" w:rsidRDefault="004F1FE1">
      <w:pPr>
        <w:spacing w:after="120"/>
      </w:pPr>
      <w:r>
        <w:t>His father had taught him to drive on roads like this.</w:t>
      </w:r>
    </w:p>
    <w:p w14:paraId="5E5EF4D9" w14:textId="77777777" w:rsidR="005C4BB0" w:rsidRDefault="004F1FE1">
      <w:pPr>
        <w:spacing w:after="120"/>
      </w:pPr>
      <w:r>
        <w:t>Keep distance. Watch mirrors. Assume everyone else is distracted.</w:t>
      </w:r>
    </w:p>
    <w:p w14:paraId="7BE415B3" w14:textId="77777777" w:rsidR="005C4BB0" w:rsidRDefault="004F1FE1">
      <w:pPr>
        <w:spacing w:after="120"/>
      </w:pPr>
      <w:r>
        <w:t>“How you holding up?” Leon asked quietly.</w:t>
      </w:r>
    </w:p>
    <w:p w14:paraId="7821714E" w14:textId="77777777" w:rsidR="005C4BB0" w:rsidRDefault="004F1FE1">
      <w:pPr>
        <w:spacing w:after="120"/>
      </w:pPr>
      <w:r>
        <w:t>Marcus kept his eyes ahead.</w:t>
      </w:r>
    </w:p>
    <w:p w14:paraId="3604B226" w14:textId="77777777" w:rsidR="005C4BB0" w:rsidRDefault="004F1FE1">
      <w:pPr>
        <w:spacing w:after="120"/>
      </w:pPr>
      <w:r>
        <w:t>“I’ll let you know when I stop moving.”</w:t>
      </w:r>
    </w:p>
    <w:p w14:paraId="6D333C89" w14:textId="77777777" w:rsidR="005C4BB0" w:rsidRDefault="004F1FE1">
      <w:pPr>
        <w:spacing w:after="120"/>
      </w:pPr>
      <w:r>
        <w:t>Leon nodded as if he understood perfectly.</w:t>
      </w:r>
    </w:p>
    <w:p w14:paraId="61A640B7" w14:textId="77777777" w:rsidR="005C4BB0" w:rsidRDefault="004F1FE1">
      <w:pPr>
        <w:spacing w:after="120"/>
      </w:pPr>
      <w:r>
        <w:t>Diane stared out the passenger window.</w:t>
      </w:r>
    </w:p>
    <w:p w14:paraId="420D8A84" w14:textId="77777777" w:rsidR="005C4BB0" w:rsidRDefault="004F1FE1">
      <w:pPr>
        <w:spacing w:after="120"/>
      </w:pPr>
      <w:r>
        <w:t>“You should listen to the voicemail.”</w:t>
      </w:r>
    </w:p>
    <w:p w14:paraId="1C87C239" w14:textId="77777777" w:rsidR="005C4BB0" w:rsidRDefault="004F1FE1">
      <w:pPr>
        <w:spacing w:after="120"/>
      </w:pPr>
      <w:r>
        <w:t>Marcus’s jaw tightened.</w:t>
      </w:r>
    </w:p>
    <w:p w14:paraId="1F32B723" w14:textId="77777777" w:rsidR="005C4BB0" w:rsidRDefault="004F1FE1">
      <w:pPr>
        <w:spacing w:after="120"/>
      </w:pPr>
      <w:r>
        <w:t>“Not yet.”</w:t>
      </w:r>
    </w:p>
    <w:p w14:paraId="77A8768E" w14:textId="77777777" w:rsidR="005C4BB0" w:rsidRDefault="004F1FE1">
      <w:pPr>
        <w:spacing w:after="120"/>
      </w:pPr>
      <w:r>
        <w:t>“What if it matters?”</w:t>
      </w:r>
    </w:p>
    <w:p w14:paraId="14D9124F" w14:textId="77777777" w:rsidR="005C4BB0" w:rsidRDefault="004F1FE1">
      <w:pPr>
        <w:spacing w:after="120"/>
      </w:pPr>
      <w:r>
        <w:t>“It mattered yesterday.”</w:t>
      </w:r>
    </w:p>
    <w:p w14:paraId="66A029C1" w14:textId="77777777" w:rsidR="005C4BB0" w:rsidRDefault="004F1FE1">
      <w:pPr>
        <w:spacing w:after="120"/>
      </w:pPr>
      <w:r>
        <w:lastRenderedPageBreak/>
        <w:t>Silence settled again.</w:t>
      </w:r>
    </w:p>
    <w:p w14:paraId="296EAEC6" w14:textId="77777777" w:rsidR="005C4BB0" w:rsidRDefault="004F1FE1">
      <w:pPr>
        <w:spacing w:after="120"/>
      </w:pPr>
      <w:r>
        <w:t>In the back seat, Reese looked away. She and Marcus had perfected that skill during the last two years.</w:t>
      </w:r>
    </w:p>
    <w:p w14:paraId="1633BDB8" w14:textId="77777777" w:rsidR="005C4BB0" w:rsidRDefault="004F1FE1">
      <w:pPr>
        <w:spacing w:after="120"/>
      </w:pPr>
      <w:r>
        <w:t>The distance between them had no clear starting point. Work. Teenage years. Missed dinners. Sharp words left unresolved.</w:t>
      </w:r>
    </w:p>
    <w:p w14:paraId="5A0202E0" w14:textId="77777777" w:rsidR="005C4BB0" w:rsidRDefault="004F1FE1">
      <w:pPr>
        <w:spacing w:after="120"/>
      </w:pPr>
      <w:r>
        <w:t>Now there was a grave behind them and miles ahead.</w:t>
      </w:r>
    </w:p>
    <w:p w14:paraId="1A352CB6" w14:textId="77777777" w:rsidR="005C4BB0" w:rsidRDefault="004F1FE1">
      <w:pPr>
        <w:spacing w:after="120"/>
      </w:pPr>
      <w:r>
        <w:t>Marcus glanced in the mirror.</w:t>
      </w:r>
    </w:p>
    <w:p w14:paraId="0500F3B9" w14:textId="77777777" w:rsidR="005C4BB0" w:rsidRDefault="004F1FE1">
      <w:pPr>
        <w:spacing w:after="120"/>
      </w:pPr>
      <w:r>
        <w:t>Reese noticed and returned to her phone.</w:t>
      </w:r>
    </w:p>
    <w:p w14:paraId="1092BD21" w14:textId="77777777" w:rsidR="005C4BB0" w:rsidRDefault="004F1FE1">
      <w:pPr>
        <w:spacing w:after="120"/>
      </w:pPr>
      <w:r>
        <w:t>No signal bars.</w:t>
      </w:r>
    </w:p>
    <w:p w14:paraId="686E41F3" w14:textId="77777777" w:rsidR="005C4BB0" w:rsidRDefault="004F1FE1">
      <w:pPr>
        <w:spacing w:after="120"/>
      </w:pPr>
      <w:r>
        <w:t>She frowned.</w:t>
      </w:r>
    </w:p>
    <w:p w14:paraId="68E4F27F" w14:textId="77777777" w:rsidR="005C4BB0" w:rsidRDefault="004F1FE1">
      <w:pPr>
        <w:spacing w:after="120"/>
      </w:pPr>
      <w:r>
        <w:t>“That’s weird.”</w:t>
      </w:r>
    </w:p>
    <w:p w14:paraId="3237EF91" w14:textId="77777777" w:rsidR="005C4BB0" w:rsidRDefault="004F1FE1">
      <w:pPr>
        <w:spacing w:after="120"/>
      </w:pPr>
      <w:r>
        <w:t>“What?” Diane asked.</w:t>
      </w:r>
    </w:p>
    <w:p w14:paraId="26EE6A10" w14:textId="77777777" w:rsidR="005C4BB0" w:rsidRDefault="004F1FE1">
      <w:pPr>
        <w:spacing w:after="120"/>
      </w:pPr>
      <w:r>
        <w:t>“No service.”</w:t>
      </w:r>
    </w:p>
    <w:p w14:paraId="2367C03B" w14:textId="77777777" w:rsidR="005C4BB0" w:rsidRDefault="004F1FE1">
      <w:pPr>
        <w:spacing w:after="120"/>
      </w:pPr>
      <w:r>
        <w:t>Leon grunted. “We’re leaving the city.”</w:t>
      </w:r>
    </w:p>
    <w:p w14:paraId="5E4657CC" w14:textId="77777777" w:rsidR="005C4BB0" w:rsidRDefault="004F1FE1">
      <w:pPr>
        <w:spacing w:after="120"/>
      </w:pPr>
      <w:r>
        <w:t>Reese held up the screen.</w:t>
      </w:r>
    </w:p>
    <w:p w14:paraId="4BA30812" w14:textId="77777777" w:rsidR="005C4BB0" w:rsidRDefault="004F1FE1">
      <w:pPr>
        <w:spacing w:after="120"/>
      </w:pPr>
      <w:r>
        <w:t>“Not low service. None.”</w:t>
      </w:r>
    </w:p>
    <w:p w14:paraId="48798802" w14:textId="77777777" w:rsidR="005C4BB0" w:rsidRDefault="004F1FE1">
      <w:pPr>
        <w:spacing w:after="120"/>
      </w:pPr>
      <w:r>
        <w:t xml:space="preserve">Marcus looked back </w:t>
      </w:r>
      <w:proofErr w:type="gramStart"/>
      <w:r>
        <w:t>to</w:t>
      </w:r>
      <w:proofErr w:type="gramEnd"/>
      <w:r>
        <w:t xml:space="preserve"> the road.</w:t>
      </w:r>
    </w:p>
    <w:p w14:paraId="79639D06" w14:textId="77777777" w:rsidR="005C4BB0" w:rsidRDefault="004F1FE1">
      <w:pPr>
        <w:spacing w:after="120"/>
      </w:pPr>
      <w:r>
        <w:t>The asphalt ahead shimmered in the cold light.</w:t>
      </w:r>
    </w:p>
    <w:p w14:paraId="7D8BE962" w14:textId="77777777" w:rsidR="005C4BB0" w:rsidRDefault="004F1FE1">
      <w:pPr>
        <w:spacing w:after="120"/>
      </w:pPr>
      <w:r>
        <w:t>Then the van thumped hard over a ridge in the highway.</w:t>
      </w:r>
    </w:p>
    <w:p w14:paraId="7B855EB1" w14:textId="77777777" w:rsidR="005C4BB0" w:rsidRDefault="004F1FE1">
      <w:pPr>
        <w:spacing w:after="120"/>
      </w:pPr>
      <w:r>
        <w:t>Everyone jolted.</w:t>
      </w:r>
    </w:p>
    <w:p w14:paraId="468EA383" w14:textId="77777777" w:rsidR="005C4BB0" w:rsidRDefault="004F1FE1">
      <w:pPr>
        <w:spacing w:after="120"/>
      </w:pPr>
      <w:r>
        <w:t>“What was that?” Diane said.</w:t>
      </w:r>
    </w:p>
    <w:p w14:paraId="6923B221" w14:textId="77777777" w:rsidR="005C4BB0" w:rsidRDefault="004F1FE1">
      <w:pPr>
        <w:spacing w:after="120"/>
      </w:pPr>
      <w:r>
        <w:t>Marcus checked the mirror.</w:t>
      </w:r>
    </w:p>
    <w:p w14:paraId="19757827" w14:textId="77777777" w:rsidR="005C4BB0" w:rsidRDefault="004F1FE1">
      <w:pPr>
        <w:spacing w:after="120"/>
      </w:pPr>
      <w:r>
        <w:t>The pavement behind them looked slightly lifted where they had crossed it.</w:t>
      </w:r>
    </w:p>
    <w:p w14:paraId="4A8F33AE" w14:textId="77777777" w:rsidR="005C4BB0" w:rsidRDefault="004F1FE1">
      <w:pPr>
        <w:spacing w:after="120"/>
      </w:pPr>
      <w:r>
        <w:t>“Road damage,” he said.</w:t>
      </w:r>
    </w:p>
    <w:p w14:paraId="72BE66EF" w14:textId="77777777" w:rsidR="005C4BB0" w:rsidRDefault="004F1FE1">
      <w:pPr>
        <w:spacing w:after="120"/>
      </w:pPr>
      <w:r>
        <w:t xml:space="preserve">But it </w:t>
      </w:r>
      <w:proofErr w:type="gramStart"/>
      <w:r>
        <w:t>hadn’t looked</w:t>
      </w:r>
      <w:proofErr w:type="gramEnd"/>
      <w:r>
        <w:t xml:space="preserve"> like </w:t>
      </w:r>
      <w:proofErr w:type="gramStart"/>
      <w:r>
        <w:t>damage</w:t>
      </w:r>
      <w:proofErr w:type="gramEnd"/>
      <w:r>
        <w:t>.</w:t>
      </w:r>
    </w:p>
    <w:p w14:paraId="0D7FDF08" w14:textId="77777777" w:rsidR="005C4BB0" w:rsidRDefault="004F1FE1">
      <w:r>
        <w:br w:type="page"/>
      </w:r>
    </w:p>
    <w:p w14:paraId="7D9BE149" w14:textId="77777777" w:rsidR="005C4BB0" w:rsidRDefault="004F1FE1">
      <w:pPr>
        <w:spacing w:before="960" w:after="480"/>
        <w:jc w:val="center"/>
      </w:pPr>
      <w:r>
        <w:rPr>
          <w:b/>
          <w:sz w:val="28"/>
        </w:rPr>
        <w:lastRenderedPageBreak/>
        <w:t>CHAPTER 3</w:t>
      </w:r>
      <w:r>
        <w:rPr>
          <w:b/>
          <w:sz w:val="28"/>
        </w:rPr>
        <w:br/>
      </w:r>
      <w:r w:rsidRPr="00913954">
        <w:rPr>
          <w:bCs/>
          <w:i/>
          <w:iCs/>
          <w:sz w:val="26"/>
          <w:szCs w:val="26"/>
        </w:rPr>
        <w:t>The Deer</w:t>
      </w:r>
    </w:p>
    <w:p w14:paraId="601EB43D" w14:textId="77777777" w:rsidR="005C4BB0" w:rsidRDefault="005C4BB0"/>
    <w:p w14:paraId="14F578C8" w14:textId="77777777" w:rsidR="005C4BB0" w:rsidRDefault="004F1FE1">
      <w:pPr>
        <w:spacing w:after="120"/>
      </w:pPr>
      <w:r>
        <w:t>Colorado flattened into Kansas by degrees.</w:t>
      </w:r>
    </w:p>
    <w:p w14:paraId="2827445C" w14:textId="77777777" w:rsidR="005C4BB0" w:rsidRDefault="004F1FE1">
      <w:pPr>
        <w:spacing w:after="120"/>
      </w:pPr>
      <w:r>
        <w:t>Mountains vanished first. Then hills. Then excuses for hills.</w:t>
      </w:r>
    </w:p>
    <w:p w14:paraId="05763DA4" w14:textId="77777777" w:rsidR="005C4BB0" w:rsidRDefault="004F1FE1">
      <w:pPr>
        <w:spacing w:after="120"/>
      </w:pPr>
      <w:r>
        <w:t>The world opened wide into fields and sky.</w:t>
      </w:r>
    </w:p>
    <w:p w14:paraId="2427633E" w14:textId="77777777" w:rsidR="005C4BB0" w:rsidRDefault="004F1FE1">
      <w:pPr>
        <w:spacing w:after="120"/>
      </w:pPr>
      <w:r>
        <w:t>Dylan woke cheerful and hungry. Diane passed crackers back without turning around. Reese shared earbuds with him for exactly three songs before taking them back.</w:t>
      </w:r>
    </w:p>
    <w:p w14:paraId="161710E0" w14:textId="77777777" w:rsidR="005C4BB0" w:rsidRDefault="004F1FE1">
      <w:pPr>
        <w:spacing w:after="120"/>
      </w:pPr>
      <w:r>
        <w:t>Normal things.</w:t>
      </w:r>
    </w:p>
    <w:p w14:paraId="0DEF2291" w14:textId="77777777" w:rsidR="005C4BB0" w:rsidRDefault="004F1FE1">
      <w:pPr>
        <w:spacing w:after="120"/>
      </w:pPr>
      <w:r>
        <w:t>Small things.</w:t>
      </w:r>
    </w:p>
    <w:p w14:paraId="2A0DC934" w14:textId="77777777" w:rsidR="005C4BB0" w:rsidRDefault="004F1FE1">
      <w:pPr>
        <w:spacing w:after="120"/>
      </w:pPr>
      <w:r>
        <w:t>The kind people forget are luxury until they end.</w:t>
      </w:r>
    </w:p>
    <w:p w14:paraId="6DEC9007" w14:textId="77777777" w:rsidR="005C4BB0" w:rsidRDefault="004F1FE1">
      <w:pPr>
        <w:spacing w:after="120"/>
      </w:pPr>
      <w:r>
        <w:t>Marcus saw the deer before anyone else.</w:t>
      </w:r>
    </w:p>
    <w:p w14:paraId="275E48F7" w14:textId="77777777" w:rsidR="005C4BB0" w:rsidRDefault="004F1FE1">
      <w:pPr>
        <w:spacing w:after="120"/>
      </w:pPr>
      <w:r>
        <w:t>A line of cottonwoods bordered a creek north of the highway. Beneath them shadows moved fast.</w:t>
      </w:r>
    </w:p>
    <w:p w14:paraId="6721FF46" w14:textId="77777777" w:rsidR="005C4BB0" w:rsidRDefault="004F1FE1">
      <w:pPr>
        <w:spacing w:after="120"/>
      </w:pPr>
      <w:r>
        <w:t>Then the shadows burst into daylight.</w:t>
      </w:r>
    </w:p>
    <w:p w14:paraId="1E4B0E94" w14:textId="77777777" w:rsidR="005C4BB0" w:rsidRDefault="004F1FE1">
      <w:pPr>
        <w:spacing w:after="120"/>
      </w:pPr>
      <w:r>
        <w:t>Dozens of deer flooded from the trees.</w:t>
      </w:r>
    </w:p>
    <w:p w14:paraId="407AF7B1" w14:textId="77777777" w:rsidR="005C4BB0" w:rsidRDefault="004F1FE1">
      <w:pPr>
        <w:spacing w:after="120"/>
      </w:pPr>
      <w:r>
        <w:t>Not wandering.</w:t>
      </w:r>
    </w:p>
    <w:p w14:paraId="487D166B" w14:textId="77777777" w:rsidR="005C4BB0" w:rsidRDefault="004F1FE1">
      <w:pPr>
        <w:spacing w:after="120"/>
      </w:pPr>
      <w:r>
        <w:t>Running.</w:t>
      </w:r>
    </w:p>
    <w:p w14:paraId="01D1EDE7" w14:textId="77777777" w:rsidR="005C4BB0" w:rsidRDefault="004F1FE1">
      <w:pPr>
        <w:spacing w:after="120"/>
      </w:pPr>
      <w:r>
        <w:t>Full panic.</w:t>
      </w:r>
    </w:p>
    <w:p w14:paraId="6DA06106" w14:textId="77777777" w:rsidR="005C4BB0" w:rsidRDefault="004F1FE1">
      <w:pPr>
        <w:spacing w:after="120"/>
      </w:pPr>
      <w:r>
        <w:t>“Leon,” Marcus said.</w:t>
      </w:r>
    </w:p>
    <w:p w14:paraId="3CB72688" w14:textId="77777777" w:rsidR="005C4BB0" w:rsidRDefault="004F1FE1">
      <w:pPr>
        <w:spacing w:after="120"/>
      </w:pPr>
      <w:r>
        <w:t>“I see them.”</w:t>
      </w:r>
    </w:p>
    <w:p w14:paraId="594E09D8" w14:textId="77777777" w:rsidR="005C4BB0" w:rsidRDefault="004F1FE1">
      <w:pPr>
        <w:spacing w:after="120"/>
      </w:pPr>
      <w:r>
        <w:t>The first doe hit the median fence and cleared it. Another bounded into the westbound lanes. Horns blared. Brakes screamed.</w:t>
      </w:r>
    </w:p>
    <w:p w14:paraId="21DC8687" w14:textId="77777777" w:rsidR="005C4BB0" w:rsidRDefault="004F1FE1">
      <w:pPr>
        <w:spacing w:after="120"/>
      </w:pPr>
      <w:r>
        <w:t>Then the herd reached their side.</w:t>
      </w:r>
    </w:p>
    <w:p w14:paraId="2421A177" w14:textId="77777777" w:rsidR="005C4BB0" w:rsidRDefault="004F1FE1">
      <w:pPr>
        <w:spacing w:after="120"/>
      </w:pPr>
      <w:r>
        <w:t>Cars swerved violently.</w:t>
      </w:r>
    </w:p>
    <w:p w14:paraId="393C2374" w14:textId="77777777" w:rsidR="005C4BB0" w:rsidRDefault="004F1FE1">
      <w:pPr>
        <w:spacing w:after="120"/>
      </w:pPr>
      <w:r>
        <w:t>A pickup spun across two lanes and slammed the guardrail.</w:t>
      </w:r>
    </w:p>
    <w:p w14:paraId="5328EF15" w14:textId="77777777" w:rsidR="005C4BB0" w:rsidRDefault="004F1FE1">
      <w:pPr>
        <w:spacing w:after="120"/>
      </w:pPr>
      <w:r>
        <w:t>Marcus braked hard, hazard lights flashing.</w:t>
      </w:r>
    </w:p>
    <w:p w14:paraId="6468DF94" w14:textId="77777777" w:rsidR="005C4BB0" w:rsidRDefault="004F1FE1">
      <w:pPr>
        <w:spacing w:after="120"/>
      </w:pPr>
      <w:r>
        <w:t>Diane grabbed the dash.</w:t>
      </w:r>
    </w:p>
    <w:p w14:paraId="265620A3" w14:textId="77777777" w:rsidR="005C4BB0" w:rsidRDefault="004F1FE1">
      <w:pPr>
        <w:spacing w:after="120"/>
      </w:pPr>
      <w:r>
        <w:t>“Don’t hit one!”</w:t>
      </w:r>
    </w:p>
    <w:p w14:paraId="512EC7F5" w14:textId="77777777" w:rsidR="005C4BB0" w:rsidRDefault="004F1FE1">
      <w:pPr>
        <w:spacing w:after="120"/>
      </w:pPr>
      <w:r>
        <w:lastRenderedPageBreak/>
        <w:t>“I’m trying!”</w:t>
      </w:r>
    </w:p>
    <w:p w14:paraId="0AB9EB6E" w14:textId="77777777" w:rsidR="005C4BB0" w:rsidRDefault="004F1FE1">
      <w:pPr>
        <w:spacing w:after="120"/>
      </w:pPr>
      <w:r>
        <w:t>A buck launched across the hood of a sedan ahead, shattered the windshield, and disappeared in a tumble of legs and blood.</w:t>
      </w:r>
    </w:p>
    <w:p w14:paraId="1989A43E" w14:textId="77777777" w:rsidR="005C4BB0" w:rsidRDefault="004F1FE1">
      <w:pPr>
        <w:spacing w:after="120"/>
      </w:pPr>
      <w:r>
        <w:t>Dylan gasped.</w:t>
      </w:r>
    </w:p>
    <w:p w14:paraId="506EAABA" w14:textId="77777777" w:rsidR="005C4BB0" w:rsidRDefault="004F1FE1">
      <w:pPr>
        <w:spacing w:after="120"/>
      </w:pPr>
      <w:r>
        <w:t>Reese pulled him close.</w:t>
      </w:r>
    </w:p>
    <w:p w14:paraId="409870FF" w14:textId="77777777" w:rsidR="005C4BB0" w:rsidRDefault="004F1FE1">
      <w:pPr>
        <w:spacing w:after="120"/>
      </w:pPr>
      <w:r>
        <w:t>“Look at me, not that.”</w:t>
      </w:r>
    </w:p>
    <w:p w14:paraId="3333AECB" w14:textId="77777777" w:rsidR="005C4BB0" w:rsidRDefault="004F1FE1">
      <w:pPr>
        <w:spacing w:after="120"/>
      </w:pPr>
      <w:r>
        <w:t>But Marcus wasn’t watching the deer anymore.</w:t>
      </w:r>
    </w:p>
    <w:p w14:paraId="60C57883" w14:textId="77777777" w:rsidR="005C4BB0" w:rsidRDefault="004F1FE1">
      <w:pPr>
        <w:spacing w:after="120"/>
      </w:pPr>
      <w:r>
        <w:t>He was watching where they came from.</w:t>
      </w:r>
    </w:p>
    <w:p w14:paraId="12AD2078" w14:textId="77777777" w:rsidR="005C4BB0" w:rsidRDefault="004F1FE1">
      <w:pPr>
        <w:spacing w:after="120"/>
      </w:pPr>
      <w:r>
        <w:t>The field beyond the trees rippled.</w:t>
      </w:r>
    </w:p>
    <w:p w14:paraId="16C35E22" w14:textId="77777777" w:rsidR="005C4BB0" w:rsidRDefault="004F1FE1">
      <w:pPr>
        <w:spacing w:after="120"/>
      </w:pPr>
      <w:r>
        <w:t>At first it seemed like heat distortion. Then like wind.</w:t>
      </w:r>
    </w:p>
    <w:p w14:paraId="5FFEFD37" w14:textId="77777777" w:rsidR="005C4BB0" w:rsidRDefault="004F1FE1">
      <w:pPr>
        <w:spacing w:after="120"/>
      </w:pPr>
      <w:r>
        <w:t>Then like something pushing upward from beneath the soil.</w:t>
      </w:r>
    </w:p>
    <w:p w14:paraId="54451007" w14:textId="77777777" w:rsidR="005C4BB0" w:rsidRDefault="004F1FE1">
      <w:pPr>
        <w:spacing w:after="120"/>
      </w:pPr>
      <w:r>
        <w:t>A black line split the wheat in the distance, running north and south farther than he could see.</w:t>
      </w:r>
    </w:p>
    <w:p w14:paraId="7884CFB4" w14:textId="77777777" w:rsidR="005C4BB0" w:rsidRDefault="004F1FE1">
      <w:pPr>
        <w:spacing w:after="120"/>
      </w:pPr>
      <w:r>
        <w:t>The earth on either side sagged inward.</w:t>
      </w:r>
    </w:p>
    <w:p w14:paraId="1A213390" w14:textId="77777777" w:rsidR="005C4BB0" w:rsidRDefault="004F1FE1">
      <w:pPr>
        <w:spacing w:after="120"/>
      </w:pPr>
      <w:r>
        <w:t>Leon’s voice went low and tight.</w:t>
      </w:r>
    </w:p>
    <w:p w14:paraId="06C3E8DE" w14:textId="77777777" w:rsidR="005C4BB0" w:rsidRDefault="004F1FE1">
      <w:pPr>
        <w:spacing w:after="120"/>
      </w:pPr>
      <w:r>
        <w:t>“Drive.”</w:t>
      </w:r>
    </w:p>
    <w:p w14:paraId="24C9400D" w14:textId="77777777" w:rsidR="005C4BB0" w:rsidRDefault="004F1FE1">
      <w:pPr>
        <w:spacing w:after="120"/>
      </w:pPr>
      <w:r>
        <w:t>Marcus hit the gas.</w:t>
      </w:r>
    </w:p>
    <w:p w14:paraId="57AAFD6D" w14:textId="77777777" w:rsidR="005C4BB0" w:rsidRDefault="004F1FE1">
      <w:pPr>
        <w:spacing w:after="120"/>
      </w:pPr>
      <w:r>
        <w:t>Cars surged with him.</w:t>
      </w:r>
    </w:p>
    <w:p w14:paraId="55C91C1B" w14:textId="77777777" w:rsidR="005C4BB0" w:rsidRDefault="004F1FE1">
      <w:pPr>
        <w:spacing w:after="120"/>
      </w:pPr>
      <w:r>
        <w:t>Behind them the line widened.</w:t>
      </w:r>
    </w:p>
    <w:p w14:paraId="1F482C06" w14:textId="77777777" w:rsidR="005C4BB0" w:rsidRDefault="004F1FE1">
      <w:pPr>
        <w:spacing w:after="120"/>
      </w:pPr>
      <w:r>
        <w:t>Ahead, every driver on the interstate suddenly wanted to outrun something no one understood.</w:t>
      </w:r>
    </w:p>
    <w:p w14:paraId="2ECDB175" w14:textId="77777777" w:rsidR="005C4BB0" w:rsidRDefault="004F1FE1">
      <w:r>
        <w:br w:type="page"/>
      </w:r>
    </w:p>
    <w:p w14:paraId="241D8FBA" w14:textId="77777777" w:rsidR="005C4BB0" w:rsidRDefault="004F1FE1">
      <w:pPr>
        <w:spacing w:before="960" w:after="480"/>
        <w:jc w:val="center"/>
      </w:pPr>
      <w:r>
        <w:rPr>
          <w:b/>
          <w:sz w:val="28"/>
        </w:rPr>
        <w:lastRenderedPageBreak/>
        <w:t>CHAPTER 4</w:t>
      </w:r>
      <w:r>
        <w:rPr>
          <w:b/>
          <w:sz w:val="28"/>
        </w:rPr>
        <w:br/>
      </w:r>
      <w:r w:rsidRPr="00B31E3A">
        <w:rPr>
          <w:bCs/>
          <w:i/>
          <w:iCs/>
          <w:sz w:val="26"/>
          <w:szCs w:val="26"/>
        </w:rPr>
        <w:t>The Break</w:t>
      </w:r>
    </w:p>
    <w:p w14:paraId="1D1F8B38" w14:textId="77777777" w:rsidR="005C4BB0" w:rsidRDefault="005C4BB0"/>
    <w:p w14:paraId="5E2CA31B" w14:textId="77777777" w:rsidR="005C4BB0" w:rsidRDefault="004F1FE1">
      <w:pPr>
        <w:spacing w:after="120"/>
      </w:pPr>
      <w:r>
        <w:t>Panic travels faster than explanation.</w:t>
      </w:r>
    </w:p>
    <w:p w14:paraId="717A32C0" w14:textId="77777777" w:rsidR="005C4BB0" w:rsidRDefault="004F1FE1">
      <w:pPr>
        <w:spacing w:after="120"/>
      </w:pPr>
      <w:r>
        <w:t>Within minutes traffic became a living thing—erratic, aggressive, terrified.</w:t>
      </w:r>
    </w:p>
    <w:p w14:paraId="77F9D7D3" w14:textId="77777777" w:rsidR="005C4BB0" w:rsidRDefault="004F1FE1">
      <w:pPr>
        <w:spacing w:after="120"/>
      </w:pPr>
      <w:r>
        <w:t>Vehicles jammed the eastbound lanes. Horns blared nonstop. Someone had a child hanging halfway out a window crying. A motorcyclist split lanes at eighty miles an hour.</w:t>
      </w:r>
    </w:p>
    <w:p w14:paraId="46D99F08" w14:textId="77777777" w:rsidR="005C4BB0" w:rsidRDefault="004F1FE1">
      <w:pPr>
        <w:spacing w:after="120"/>
      </w:pPr>
      <w:r>
        <w:t>Emergency tones cut across every radio station.</w:t>
      </w:r>
    </w:p>
    <w:p w14:paraId="25B6C69B" w14:textId="77777777" w:rsidR="005C4BB0" w:rsidRDefault="004F1FE1">
      <w:pPr>
        <w:spacing w:after="120"/>
      </w:pPr>
      <w:r>
        <w:t>No message followed.</w:t>
      </w:r>
    </w:p>
    <w:p w14:paraId="6FEDF3D5" w14:textId="77777777" w:rsidR="005C4BB0" w:rsidRDefault="004F1FE1">
      <w:pPr>
        <w:spacing w:after="120"/>
      </w:pPr>
      <w:r>
        <w:t>Just the repeating alert.</w:t>
      </w:r>
    </w:p>
    <w:p w14:paraId="16B0362E" w14:textId="77777777" w:rsidR="005C4BB0" w:rsidRDefault="004F1FE1">
      <w:pPr>
        <w:spacing w:after="120"/>
      </w:pPr>
      <w:r>
        <w:t>Reese tried her phone again.</w:t>
      </w:r>
    </w:p>
    <w:p w14:paraId="011B49AC" w14:textId="77777777" w:rsidR="005C4BB0" w:rsidRDefault="004F1FE1">
      <w:pPr>
        <w:spacing w:after="120"/>
      </w:pPr>
      <w:r>
        <w:t>“Still nothing.”</w:t>
      </w:r>
    </w:p>
    <w:p w14:paraId="0EE5FF7D" w14:textId="77777777" w:rsidR="005C4BB0" w:rsidRDefault="004F1FE1">
      <w:pPr>
        <w:spacing w:after="120"/>
      </w:pPr>
      <w:r>
        <w:t>“Try 911,” Diane said.</w:t>
      </w:r>
    </w:p>
    <w:p w14:paraId="28871423" w14:textId="77777777" w:rsidR="005C4BB0" w:rsidRDefault="004F1FE1">
      <w:pPr>
        <w:spacing w:after="120"/>
      </w:pPr>
      <w:r>
        <w:t>“There’s no network.”</w:t>
      </w:r>
    </w:p>
    <w:p w14:paraId="611C4AC2" w14:textId="77777777" w:rsidR="005C4BB0" w:rsidRDefault="004F1FE1">
      <w:pPr>
        <w:spacing w:after="120"/>
      </w:pPr>
      <w:r>
        <w:t>Marcus hated the sound of helplessness in the van.</w:t>
      </w:r>
    </w:p>
    <w:p w14:paraId="156CD3FA" w14:textId="77777777" w:rsidR="005C4BB0" w:rsidRDefault="004F1FE1">
      <w:pPr>
        <w:spacing w:after="120"/>
      </w:pPr>
      <w:r>
        <w:t>Then the road lurched.</w:t>
      </w:r>
    </w:p>
    <w:p w14:paraId="0B0CD160" w14:textId="77777777" w:rsidR="005C4BB0" w:rsidRDefault="004F1FE1">
      <w:pPr>
        <w:spacing w:after="120"/>
      </w:pPr>
      <w:r>
        <w:t>The right side of the minivan dropped six inches.</w:t>
      </w:r>
    </w:p>
    <w:p w14:paraId="05C90228" w14:textId="77777777" w:rsidR="005C4BB0" w:rsidRDefault="004F1FE1">
      <w:pPr>
        <w:spacing w:after="120"/>
      </w:pPr>
      <w:r>
        <w:t>Diane screamed.</w:t>
      </w:r>
    </w:p>
    <w:p w14:paraId="0B646771" w14:textId="77777777" w:rsidR="005C4BB0" w:rsidRDefault="004F1FE1">
      <w:pPr>
        <w:spacing w:after="120"/>
      </w:pPr>
      <w:r>
        <w:t>Marcus fought the wheel and dragged them back to center as sparks burst from a trailer axle nearby.</w:t>
      </w:r>
    </w:p>
    <w:p w14:paraId="25E1024A" w14:textId="77777777" w:rsidR="005C4BB0" w:rsidRDefault="004F1FE1">
      <w:pPr>
        <w:spacing w:after="120"/>
      </w:pPr>
      <w:r>
        <w:t>Cars ahead fishtailed.</w:t>
      </w:r>
    </w:p>
    <w:p w14:paraId="4421991D" w14:textId="77777777" w:rsidR="005C4BB0" w:rsidRDefault="004F1FE1">
      <w:pPr>
        <w:spacing w:after="120"/>
      </w:pPr>
      <w:r>
        <w:t>Then everyone braked.</w:t>
      </w:r>
    </w:p>
    <w:p w14:paraId="57FBCB45" w14:textId="77777777" w:rsidR="005C4BB0" w:rsidRDefault="004F1FE1">
      <w:pPr>
        <w:spacing w:after="120"/>
      </w:pPr>
      <w:r>
        <w:t>Because the highway ended.</w:t>
      </w:r>
    </w:p>
    <w:p w14:paraId="71B1F8D2" w14:textId="77777777" w:rsidR="005C4BB0" w:rsidRDefault="004F1FE1">
      <w:pPr>
        <w:spacing w:after="120"/>
      </w:pPr>
      <w:r>
        <w:t>Not gradually.</w:t>
      </w:r>
    </w:p>
    <w:p w14:paraId="53A37990" w14:textId="77777777" w:rsidR="005C4BB0" w:rsidRDefault="004F1FE1">
      <w:pPr>
        <w:spacing w:after="120"/>
      </w:pPr>
      <w:r>
        <w:t>Not at an exit.</w:t>
      </w:r>
    </w:p>
    <w:p w14:paraId="417B6B18" w14:textId="77777777" w:rsidR="005C4BB0" w:rsidRDefault="004F1FE1">
      <w:pPr>
        <w:spacing w:after="120"/>
      </w:pPr>
      <w:r>
        <w:t>It simply stopped.</w:t>
      </w:r>
    </w:p>
    <w:p w14:paraId="36C85322" w14:textId="77777777" w:rsidR="005C4BB0" w:rsidRDefault="004F1FE1">
      <w:pPr>
        <w:spacing w:after="120"/>
      </w:pPr>
      <w:r>
        <w:t>Marcus brought the van to a halt behind a line of abandoned vehicles and got out before anyone could stop him.</w:t>
      </w:r>
    </w:p>
    <w:p w14:paraId="3E2A09E8" w14:textId="77777777" w:rsidR="005C4BB0" w:rsidRDefault="004F1FE1">
      <w:pPr>
        <w:spacing w:after="120"/>
      </w:pPr>
      <w:r>
        <w:t>Cold wind struck his face.</w:t>
      </w:r>
    </w:p>
    <w:p w14:paraId="6DCAD8DA" w14:textId="77777777" w:rsidR="005C4BB0" w:rsidRDefault="004F1FE1">
      <w:pPr>
        <w:spacing w:after="120"/>
      </w:pPr>
      <w:r>
        <w:lastRenderedPageBreak/>
        <w:t>People stood ahead in clusters near the torn edge of I-70, staring.</w:t>
      </w:r>
    </w:p>
    <w:p w14:paraId="19EE1FA7" w14:textId="77777777" w:rsidR="005C4BB0" w:rsidRDefault="004F1FE1">
      <w:pPr>
        <w:spacing w:after="120"/>
      </w:pPr>
      <w:r>
        <w:t>Marcus walked forward until he saw why.</w:t>
      </w:r>
    </w:p>
    <w:p w14:paraId="5F411844" w14:textId="77777777" w:rsidR="005C4BB0" w:rsidRDefault="004F1FE1">
      <w:pPr>
        <w:spacing w:after="120"/>
      </w:pPr>
      <w:r>
        <w:t>The interstate had been ripped apart like paper.</w:t>
      </w:r>
    </w:p>
    <w:p w14:paraId="5F4CD74C" w14:textId="77777777" w:rsidR="005C4BB0" w:rsidRDefault="004F1FE1">
      <w:pPr>
        <w:spacing w:after="120"/>
      </w:pPr>
      <w:r>
        <w:t>A jagged chasm cut across the land from horizon to horizon. Asphalt hung in broken slabs. Rebar twisted into the open air. Steam rose from depths too far down to judge.</w:t>
      </w:r>
    </w:p>
    <w:p w14:paraId="21EC5C59" w14:textId="77777777" w:rsidR="005C4BB0" w:rsidRDefault="004F1FE1">
      <w:pPr>
        <w:spacing w:after="120"/>
      </w:pPr>
      <w:r>
        <w:t>Across the gap, the rest of the highway continued fifty feet lower.</w:t>
      </w:r>
    </w:p>
    <w:p w14:paraId="039F7EBA" w14:textId="77777777" w:rsidR="005C4BB0" w:rsidRDefault="004F1FE1">
      <w:pPr>
        <w:spacing w:after="120"/>
      </w:pPr>
      <w:r>
        <w:t>And sinking.</w:t>
      </w:r>
    </w:p>
    <w:p w14:paraId="18CD687C" w14:textId="77777777" w:rsidR="005C4BB0" w:rsidRDefault="004F1FE1">
      <w:pPr>
        <w:spacing w:after="120"/>
      </w:pPr>
      <w:r>
        <w:t>The far wall groaned as another section sheared away and crashed into darkness.</w:t>
      </w:r>
    </w:p>
    <w:p w14:paraId="1B2E1865" w14:textId="77777777" w:rsidR="005C4BB0" w:rsidRDefault="004F1FE1">
      <w:pPr>
        <w:spacing w:after="120"/>
      </w:pPr>
      <w:r>
        <w:t>The sound came a moment later.</w:t>
      </w:r>
    </w:p>
    <w:p w14:paraId="526A88C6" w14:textId="77777777" w:rsidR="005C4BB0" w:rsidRDefault="004F1FE1">
      <w:pPr>
        <w:spacing w:after="120"/>
      </w:pPr>
      <w:r>
        <w:t>Deep.</w:t>
      </w:r>
    </w:p>
    <w:p w14:paraId="5C0DE29A" w14:textId="77777777" w:rsidR="005C4BB0" w:rsidRDefault="004F1FE1">
      <w:pPr>
        <w:spacing w:after="120"/>
      </w:pPr>
      <w:r>
        <w:t>Massive.</w:t>
      </w:r>
    </w:p>
    <w:p w14:paraId="1BBB2383" w14:textId="77777777" w:rsidR="005C4BB0" w:rsidRDefault="004F1FE1">
      <w:pPr>
        <w:spacing w:after="120"/>
      </w:pPr>
      <w:r>
        <w:t>Like the planet grinding its teeth.</w:t>
      </w:r>
    </w:p>
    <w:p w14:paraId="754E0BD6" w14:textId="77777777" w:rsidR="005C4BB0" w:rsidRDefault="004F1FE1">
      <w:pPr>
        <w:spacing w:after="120"/>
      </w:pPr>
      <w:r>
        <w:t>Leon stopped beside him.</w:t>
      </w:r>
    </w:p>
    <w:p w14:paraId="4E291A3C" w14:textId="77777777" w:rsidR="005C4BB0" w:rsidRDefault="004F1FE1">
      <w:pPr>
        <w:spacing w:after="120"/>
      </w:pPr>
      <w:r>
        <w:t>“This goes north and south forever.”</w:t>
      </w:r>
    </w:p>
    <w:p w14:paraId="19E055A1" w14:textId="77777777" w:rsidR="005C4BB0" w:rsidRDefault="004F1FE1">
      <w:pPr>
        <w:spacing w:after="120"/>
      </w:pPr>
      <w:r>
        <w:t>Marcus could barely breathe.</w:t>
      </w:r>
    </w:p>
    <w:p w14:paraId="4E41AF32" w14:textId="77777777" w:rsidR="005C4BB0" w:rsidRDefault="004F1FE1">
      <w:pPr>
        <w:spacing w:after="120"/>
      </w:pPr>
      <w:r>
        <w:t>“What is it?”</w:t>
      </w:r>
    </w:p>
    <w:p w14:paraId="48EAE35C" w14:textId="77777777" w:rsidR="005C4BB0" w:rsidRDefault="004F1FE1">
      <w:pPr>
        <w:spacing w:after="120"/>
      </w:pPr>
      <w:r>
        <w:t>Leon swallowed once.</w:t>
      </w:r>
    </w:p>
    <w:p w14:paraId="76212439" w14:textId="77777777" w:rsidR="005C4BB0" w:rsidRDefault="004F1FE1">
      <w:pPr>
        <w:spacing w:after="120"/>
      </w:pPr>
      <w:r>
        <w:t>“The country,” he said quietly. “Splitting in half.”</w:t>
      </w:r>
    </w:p>
    <w:p w14:paraId="70779CCF" w14:textId="77777777" w:rsidR="005C4BB0" w:rsidRDefault="004F1FE1">
      <w:pPr>
        <w:spacing w:after="120"/>
      </w:pPr>
      <w:r>
        <w:t>Diane reached them holding Dylan’s hand.</w:t>
      </w:r>
    </w:p>
    <w:p w14:paraId="37C7A603" w14:textId="77777777" w:rsidR="005C4BB0" w:rsidRDefault="004F1FE1">
      <w:pPr>
        <w:spacing w:after="120"/>
      </w:pPr>
      <w:r>
        <w:t>“How do we get across?”</w:t>
      </w:r>
    </w:p>
    <w:p w14:paraId="0138A1D4" w14:textId="77777777" w:rsidR="005C4BB0" w:rsidRDefault="004F1FE1">
      <w:pPr>
        <w:spacing w:after="120"/>
      </w:pPr>
      <w:r>
        <w:t>Marcus looked at the widening gap.</w:t>
      </w:r>
    </w:p>
    <w:p w14:paraId="74A4E23B" w14:textId="77777777" w:rsidR="005C4BB0" w:rsidRDefault="004F1FE1">
      <w:pPr>
        <w:spacing w:after="120"/>
      </w:pPr>
      <w:r>
        <w:t>Then at his family.</w:t>
      </w:r>
    </w:p>
    <w:p w14:paraId="7487F5AE" w14:textId="77777777" w:rsidR="005C4BB0" w:rsidRDefault="004F1FE1">
      <w:pPr>
        <w:spacing w:after="120"/>
      </w:pPr>
      <w:r>
        <w:t>“We don’t.”</w:t>
      </w:r>
    </w:p>
    <w:p w14:paraId="1EE91085" w14:textId="77777777" w:rsidR="005C4BB0" w:rsidRDefault="004F1FE1">
      <w:r>
        <w:br w:type="page"/>
      </w:r>
    </w:p>
    <w:p w14:paraId="6E2B7EFA" w14:textId="77777777" w:rsidR="005C4BB0" w:rsidRDefault="004F1FE1">
      <w:pPr>
        <w:spacing w:before="960" w:after="480"/>
        <w:jc w:val="center"/>
      </w:pPr>
      <w:r>
        <w:rPr>
          <w:b/>
          <w:sz w:val="28"/>
        </w:rPr>
        <w:lastRenderedPageBreak/>
        <w:t>CHAPTER 5</w:t>
      </w:r>
      <w:r>
        <w:rPr>
          <w:b/>
          <w:sz w:val="28"/>
        </w:rPr>
        <w:br/>
      </w:r>
      <w:r w:rsidRPr="00B31E3A">
        <w:rPr>
          <w:bCs/>
          <w:i/>
          <w:iCs/>
          <w:sz w:val="26"/>
          <w:szCs w:val="26"/>
        </w:rPr>
        <w:t>What People Become</w:t>
      </w:r>
    </w:p>
    <w:p w14:paraId="15B333A9" w14:textId="77777777" w:rsidR="005C4BB0" w:rsidRDefault="005C4BB0"/>
    <w:p w14:paraId="16D1912C" w14:textId="77777777" w:rsidR="005C4BB0" w:rsidRDefault="004F1FE1">
      <w:pPr>
        <w:spacing w:after="120"/>
      </w:pPr>
      <w:r>
        <w:t>By late afternoon the world had changed shape.</w:t>
      </w:r>
    </w:p>
    <w:p w14:paraId="00BAEFFF" w14:textId="77777777" w:rsidR="005C4BB0" w:rsidRDefault="004F1FE1">
      <w:pPr>
        <w:spacing w:after="120"/>
      </w:pPr>
      <w:r>
        <w:t>Hundreds of stranded travelers lined the highway shoulder. Some cried openly. Some argued about government rescue that clearly wasn’t coming. Some sat alone in stunned silence.</w:t>
      </w:r>
    </w:p>
    <w:p w14:paraId="1E95C728" w14:textId="77777777" w:rsidR="005C4BB0" w:rsidRDefault="004F1FE1">
      <w:pPr>
        <w:spacing w:after="120"/>
      </w:pPr>
      <w:r>
        <w:t>And some watched everyone else with hungry eyes.</w:t>
      </w:r>
    </w:p>
    <w:p w14:paraId="730601E0" w14:textId="77777777" w:rsidR="005C4BB0" w:rsidRDefault="004F1FE1">
      <w:pPr>
        <w:spacing w:after="120"/>
      </w:pPr>
      <w:r>
        <w:t>Marcus noticed them first.</w:t>
      </w:r>
    </w:p>
    <w:p w14:paraId="4882EA7E" w14:textId="77777777" w:rsidR="005C4BB0" w:rsidRDefault="004F1FE1">
      <w:pPr>
        <w:spacing w:after="120"/>
      </w:pPr>
      <w:r>
        <w:t>Men moving group to group pretending to help while measuring weakness.</w:t>
      </w:r>
    </w:p>
    <w:p w14:paraId="616ACC99" w14:textId="77777777" w:rsidR="005C4BB0" w:rsidRDefault="004F1FE1">
      <w:pPr>
        <w:spacing w:after="120"/>
      </w:pPr>
      <w:r>
        <w:t>A woman quietly stealing bottled water from an unlocked trunk.</w:t>
      </w:r>
    </w:p>
    <w:p w14:paraId="5937E7D7" w14:textId="77777777" w:rsidR="005C4BB0" w:rsidRDefault="004F1FE1">
      <w:pPr>
        <w:spacing w:after="120"/>
      </w:pPr>
      <w:r>
        <w:t>Two brothers fighting over gasoline with tire irons.</w:t>
      </w:r>
    </w:p>
    <w:p w14:paraId="50C61046" w14:textId="77777777" w:rsidR="005C4BB0" w:rsidRDefault="004F1FE1">
      <w:pPr>
        <w:spacing w:after="120"/>
      </w:pPr>
      <w:r>
        <w:t xml:space="preserve">Civilization </w:t>
      </w:r>
      <w:proofErr w:type="gramStart"/>
      <w:r>
        <w:t>had</w:t>
      </w:r>
      <w:proofErr w:type="gramEnd"/>
      <w:r>
        <w:t xml:space="preserve"> not vanished.</w:t>
      </w:r>
    </w:p>
    <w:p w14:paraId="596B4038" w14:textId="77777777" w:rsidR="005C4BB0" w:rsidRDefault="004F1FE1">
      <w:pPr>
        <w:spacing w:after="120"/>
      </w:pPr>
      <w:r>
        <w:t>It had thinned.</w:t>
      </w:r>
    </w:p>
    <w:p w14:paraId="028B88AD" w14:textId="77777777" w:rsidR="005C4BB0" w:rsidRDefault="004F1FE1">
      <w:pPr>
        <w:spacing w:after="120"/>
      </w:pPr>
      <w:r>
        <w:t>“We need supplies now,” Marcus said.</w:t>
      </w:r>
    </w:p>
    <w:p w14:paraId="3E0710A4" w14:textId="77777777" w:rsidR="005C4BB0" w:rsidRDefault="004F1FE1">
      <w:pPr>
        <w:spacing w:after="120"/>
      </w:pPr>
      <w:r>
        <w:t>Leon nodded. “And somewhere off the road by dark.”</w:t>
      </w:r>
    </w:p>
    <w:p w14:paraId="30163B79" w14:textId="77777777" w:rsidR="005C4BB0" w:rsidRDefault="004F1FE1">
      <w:pPr>
        <w:spacing w:after="120"/>
      </w:pPr>
      <w:r>
        <w:t>A convenience store stood half a mile back near the last exit.</w:t>
      </w:r>
    </w:p>
    <w:p w14:paraId="5FF45DE8" w14:textId="77777777" w:rsidR="005C4BB0" w:rsidRDefault="004F1FE1">
      <w:pPr>
        <w:spacing w:after="120"/>
      </w:pPr>
      <w:r>
        <w:t>So did fifty other desperate people.</w:t>
      </w:r>
    </w:p>
    <w:p w14:paraId="3CC37C07" w14:textId="77777777" w:rsidR="005C4BB0" w:rsidRDefault="004F1FE1">
      <w:pPr>
        <w:spacing w:after="120"/>
      </w:pPr>
      <w:r>
        <w:t>Inside, the air smelled of spilled soda and fear.</w:t>
      </w:r>
    </w:p>
    <w:p w14:paraId="3279DDDA" w14:textId="77777777" w:rsidR="005C4BB0" w:rsidRDefault="004F1FE1">
      <w:pPr>
        <w:spacing w:after="120"/>
      </w:pPr>
      <w:r>
        <w:t xml:space="preserve">Marcus moved fast but </w:t>
      </w:r>
      <w:proofErr w:type="gramStart"/>
      <w:r>
        <w:t>calm</w:t>
      </w:r>
      <w:proofErr w:type="gramEnd"/>
      <w:r>
        <w:t>.</w:t>
      </w:r>
    </w:p>
    <w:p w14:paraId="0840CEB6" w14:textId="77777777" w:rsidR="005C4BB0" w:rsidRDefault="004F1FE1">
      <w:pPr>
        <w:spacing w:after="120"/>
      </w:pPr>
      <w:r>
        <w:t>Water jugs.</w:t>
      </w:r>
    </w:p>
    <w:p w14:paraId="3946DFC7" w14:textId="77777777" w:rsidR="005C4BB0" w:rsidRDefault="004F1FE1">
      <w:pPr>
        <w:spacing w:after="120"/>
      </w:pPr>
      <w:r>
        <w:t>Peanut butter.</w:t>
      </w:r>
    </w:p>
    <w:p w14:paraId="6F03AFF4" w14:textId="77777777" w:rsidR="005C4BB0" w:rsidRDefault="004F1FE1">
      <w:pPr>
        <w:spacing w:after="120"/>
      </w:pPr>
      <w:r>
        <w:t>Crackers.</w:t>
      </w:r>
    </w:p>
    <w:p w14:paraId="7B821B99" w14:textId="77777777" w:rsidR="005C4BB0" w:rsidRDefault="004F1FE1">
      <w:pPr>
        <w:spacing w:after="120"/>
      </w:pPr>
      <w:r>
        <w:t>Batteries.</w:t>
      </w:r>
    </w:p>
    <w:p w14:paraId="4969B571" w14:textId="77777777" w:rsidR="005C4BB0" w:rsidRDefault="004F1FE1">
      <w:pPr>
        <w:spacing w:after="120"/>
      </w:pPr>
      <w:r>
        <w:t>First aid kit.</w:t>
      </w:r>
    </w:p>
    <w:p w14:paraId="77628970" w14:textId="77777777" w:rsidR="005C4BB0" w:rsidRDefault="004F1FE1">
      <w:pPr>
        <w:spacing w:after="120"/>
      </w:pPr>
      <w:r>
        <w:t>Diane gathered blankets and pain relievers.</w:t>
      </w:r>
    </w:p>
    <w:p w14:paraId="1A3F8247" w14:textId="77777777" w:rsidR="005C4BB0" w:rsidRDefault="004F1FE1">
      <w:pPr>
        <w:spacing w:after="120"/>
      </w:pPr>
      <w:r>
        <w:t>Reese returned with two paper maps and a box of pens.</w:t>
      </w:r>
    </w:p>
    <w:p w14:paraId="1175A98C" w14:textId="77777777" w:rsidR="005C4BB0" w:rsidRDefault="004F1FE1">
      <w:pPr>
        <w:spacing w:after="120"/>
      </w:pPr>
      <w:r>
        <w:t>Marcus looked at her.</w:t>
      </w:r>
    </w:p>
    <w:p w14:paraId="69F62BD6" w14:textId="77777777" w:rsidR="005C4BB0" w:rsidRDefault="004F1FE1">
      <w:pPr>
        <w:spacing w:after="120"/>
      </w:pPr>
      <w:r>
        <w:t>“Pens?”</w:t>
      </w:r>
    </w:p>
    <w:p w14:paraId="23FC91A0" w14:textId="77777777" w:rsidR="005C4BB0" w:rsidRDefault="004F1FE1">
      <w:pPr>
        <w:spacing w:after="120"/>
      </w:pPr>
      <w:r>
        <w:t>“If phones are dead, writing matters.”</w:t>
      </w:r>
    </w:p>
    <w:p w14:paraId="2B6B7BA5" w14:textId="77777777" w:rsidR="005C4BB0" w:rsidRDefault="004F1FE1">
      <w:pPr>
        <w:spacing w:after="120"/>
      </w:pPr>
      <w:r>
        <w:lastRenderedPageBreak/>
        <w:t>For the first time in months, He looked at her differently than he had in months.</w:t>
      </w:r>
    </w:p>
    <w:p w14:paraId="55733E95" w14:textId="77777777" w:rsidR="005C4BB0" w:rsidRDefault="004F1FE1">
      <w:pPr>
        <w:spacing w:after="120"/>
      </w:pPr>
      <w:r>
        <w:t>“Good thinking.”</w:t>
      </w:r>
    </w:p>
    <w:p w14:paraId="4134CB92" w14:textId="77777777" w:rsidR="005C4BB0" w:rsidRDefault="004F1FE1">
      <w:pPr>
        <w:spacing w:after="120"/>
      </w:pPr>
      <w:r>
        <w:t>She blinked, surprised by the praise.</w:t>
      </w:r>
    </w:p>
    <w:p w14:paraId="21727A08" w14:textId="77777777" w:rsidR="005C4BB0" w:rsidRDefault="004F1FE1">
      <w:pPr>
        <w:spacing w:after="120"/>
      </w:pPr>
      <w:r>
        <w:t>The owner, a middle-aged man named Prakash, watched them from behind the counter.</w:t>
      </w:r>
    </w:p>
    <w:p w14:paraId="3FC03E27" w14:textId="77777777" w:rsidR="005C4BB0" w:rsidRDefault="004F1FE1">
      <w:pPr>
        <w:spacing w:after="120"/>
      </w:pPr>
      <w:r>
        <w:t>“</w:t>
      </w:r>
      <w:proofErr w:type="gramStart"/>
      <w:r>
        <w:t>You</w:t>
      </w:r>
      <w:proofErr w:type="gramEnd"/>
      <w:r>
        <w:t xml:space="preserve"> military?” he asked Marcus.</w:t>
      </w:r>
    </w:p>
    <w:p w14:paraId="4D1D2F51" w14:textId="77777777" w:rsidR="005C4BB0" w:rsidRDefault="004F1FE1">
      <w:pPr>
        <w:spacing w:after="120"/>
      </w:pPr>
      <w:r>
        <w:t>“Former.”</w:t>
      </w:r>
    </w:p>
    <w:p w14:paraId="73AD0566" w14:textId="77777777" w:rsidR="005C4BB0" w:rsidRDefault="004F1FE1">
      <w:pPr>
        <w:spacing w:after="120"/>
      </w:pPr>
      <w:r>
        <w:t>“I can tell.”</w:t>
      </w:r>
    </w:p>
    <w:p w14:paraId="4FB50520" w14:textId="77777777" w:rsidR="005C4BB0" w:rsidRDefault="004F1FE1">
      <w:pPr>
        <w:spacing w:after="120"/>
      </w:pPr>
      <w:r>
        <w:t>Prakash slid an extra bag across the counter.</w:t>
      </w:r>
    </w:p>
    <w:p w14:paraId="6E928C31" w14:textId="77777777" w:rsidR="005C4BB0" w:rsidRDefault="004F1FE1">
      <w:pPr>
        <w:spacing w:after="120"/>
      </w:pPr>
      <w:r>
        <w:t>Matches. Flashlights. Canned food.</w:t>
      </w:r>
    </w:p>
    <w:p w14:paraId="07191F67" w14:textId="77777777" w:rsidR="005C4BB0" w:rsidRDefault="004F1FE1">
      <w:pPr>
        <w:spacing w:after="120"/>
      </w:pPr>
      <w:r>
        <w:t>Marcus reached for his wallet.</w:t>
      </w:r>
    </w:p>
    <w:p w14:paraId="69D65F99" w14:textId="77777777" w:rsidR="005C4BB0" w:rsidRDefault="004F1FE1">
      <w:pPr>
        <w:spacing w:after="120"/>
      </w:pPr>
      <w:r>
        <w:t>Prakash shook his head.</w:t>
      </w:r>
    </w:p>
    <w:p w14:paraId="601E5EBA" w14:textId="77777777" w:rsidR="005C4BB0" w:rsidRDefault="004F1FE1">
      <w:pPr>
        <w:spacing w:after="120"/>
      </w:pPr>
      <w:r>
        <w:t>“My wife drove east this morning to visit family.”</w:t>
      </w:r>
    </w:p>
    <w:p w14:paraId="0824DFDD" w14:textId="77777777" w:rsidR="005C4BB0" w:rsidRDefault="004F1FE1">
      <w:pPr>
        <w:spacing w:after="120"/>
      </w:pPr>
      <w:r>
        <w:t>He glanced toward the torn horizon.</w:t>
      </w:r>
    </w:p>
    <w:p w14:paraId="09ACD00B" w14:textId="77777777" w:rsidR="005C4BB0" w:rsidRDefault="004F1FE1">
      <w:pPr>
        <w:spacing w:after="120"/>
      </w:pPr>
      <w:r>
        <w:t>“What am I saving this for?”</w:t>
      </w:r>
    </w:p>
    <w:p w14:paraId="45B5F6A9" w14:textId="77777777" w:rsidR="005C4BB0" w:rsidRDefault="004F1FE1">
      <w:pPr>
        <w:spacing w:after="120"/>
      </w:pPr>
      <w:r>
        <w:t>Marcus took the bag slowly.</w:t>
      </w:r>
    </w:p>
    <w:p w14:paraId="70C481DD" w14:textId="77777777" w:rsidR="005C4BB0" w:rsidRDefault="004F1FE1">
      <w:pPr>
        <w:spacing w:after="120"/>
      </w:pPr>
      <w:r>
        <w:t>“I’m sorry.”</w:t>
      </w:r>
    </w:p>
    <w:p w14:paraId="3DB6FEA3" w14:textId="77777777" w:rsidR="005C4BB0" w:rsidRDefault="004F1FE1">
      <w:pPr>
        <w:spacing w:after="120"/>
      </w:pPr>
      <w:r>
        <w:t>Prakash nodded once, accepting grief from a stranger because there was nothing else left to accept.</w:t>
      </w:r>
    </w:p>
    <w:p w14:paraId="305376BA" w14:textId="77777777" w:rsidR="005C4BB0" w:rsidRDefault="004F1FE1">
      <w:pPr>
        <w:spacing w:after="120"/>
      </w:pPr>
      <w:r>
        <w:t>Outside, the light had begun to turn red.</w:t>
      </w:r>
    </w:p>
    <w:p w14:paraId="0CFE8A4D" w14:textId="77777777" w:rsidR="005C4BB0" w:rsidRDefault="004F1FE1">
      <w:pPr>
        <w:spacing w:after="120"/>
      </w:pPr>
      <w:r>
        <w:t>The sky over the divide glowed wrong, as if sunset had found a wound and was shining through it.</w:t>
      </w:r>
    </w:p>
    <w:p w14:paraId="1C0C5F73" w14:textId="77777777" w:rsidR="005C4BB0" w:rsidRDefault="004F1FE1">
      <w:pPr>
        <w:spacing w:after="120"/>
      </w:pPr>
      <w:r>
        <w:t>Leon scanned the road.</w:t>
      </w:r>
    </w:p>
    <w:p w14:paraId="21B69074" w14:textId="77777777" w:rsidR="005C4BB0" w:rsidRDefault="004F1FE1">
      <w:pPr>
        <w:spacing w:after="120"/>
      </w:pPr>
      <w:r>
        <w:t>“We move now.”</w:t>
      </w:r>
    </w:p>
    <w:p w14:paraId="73D0652A" w14:textId="77777777" w:rsidR="005C4BB0" w:rsidRDefault="004F1FE1">
      <w:pPr>
        <w:spacing w:after="120"/>
      </w:pPr>
      <w:r>
        <w:t>Marcus loaded the van.</w:t>
      </w:r>
    </w:p>
    <w:p w14:paraId="1CC5F0D9" w14:textId="77777777" w:rsidR="005C4BB0" w:rsidRDefault="004F1FE1">
      <w:pPr>
        <w:spacing w:after="120"/>
      </w:pPr>
      <w:r>
        <w:t>Dylan climbed in clutching crackers like treasure.</w:t>
      </w:r>
    </w:p>
    <w:p w14:paraId="70B58095" w14:textId="77777777" w:rsidR="005C4BB0" w:rsidRDefault="004F1FE1">
      <w:pPr>
        <w:spacing w:after="120"/>
      </w:pPr>
      <w:r>
        <w:t>Diane buckled him with trembling hands.</w:t>
      </w:r>
    </w:p>
    <w:p w14:paraId="7E12C677" w14:textId="77777777" w:rsidR="005C4BB0" w:rsidRDefault="004F1FE1">
      <w:pPr>
        <w:spacing w:after="120"/>
      </w:pPr>
      <w:r>
        <w:t>Reese slid into the back seat and met Marcus’s eyes in the mirror.</w:t>
      </w:r>
    </w:p>
    <w:p w14:paraId="3154CAA1" w14:textId="77777777" w:rsidR="005C4BB0" w:rsidRDefault="004F1FE1">
      <w:pPr>
        <w:spacing w:after="120"/>
      </w:pPr>
      <w:r>
        <w:t>“What happens tonight?” she asked.</w:t>
      </w:r>
    </w:p>
    <w:p w14:paraId="1CEE3EA8" w14:textId="77777777" w:rsidR="005C4BB0" w:rsidRDefault="004F1FE1">
      <w:pPr>
        <w:spacing w:after="120"/>
      </w:pPr>
      <w:r>
        <w:t>Marcus started the engine.</w:t>
      </w:r>
    </w:p>
    <w:p w14:paraId="7AE68766" w14:textId="77777777" w:rsidR="005C4BB0" w:rsidRDefault="004F1FE1">
      <w:pPr>
        <w:spacing w:after="120"/>
      </w:pPr>
      <w:r>
        <w:lastRenderedPageBreak/>
        <w:t>He looked at the stranded cars, the rising smoke, the men already circling like wolves.</w:t>
      </w:r>
    </w:p>
    <w:p w14:paraId="78E5421F" w14:textId="77777777" w:rsidR="005C4BB0" w:rsidRDefault="004F1FE1">
      <w:pPr>
        <w:spacing w:after="120"/>
      </w:pPr>
      <w:r>
        <w:t>“The part where you find out.”</w:t>
      </w:r>
    </w:p>
    <w:p w14:paraId="0E269906" w14:textId="77777777" w:rsidR="005C4BB0" w:rsidRDefault="004F1FE1">
      <w:r>
        <w:br w:type="page"/>
      </w:r>
    </w:p>
    <w:p w14:paraId="79C93519" w14:textId="77777777" w:rsidR="005C4BB0" w:rsidRDefault="004F1FE1">
      <w:pPr>
        <w:spacing w:before="960" w:after="480"/>
        <w:jc w:val="center"/>
      </w:pPr>
      <w:r>
        <w:rPr>
          <w:b/>
          <w:sz w:val="28"/>
        </w:rPr>
        <w:lastRenderedPageBreak/>
        <w:t>CHAPTER 6</w:t>
      </w:r>
      <w:r>
        <w:rPr>
          <w:b/>
          <w:sz w:val="28"/>
        </w:rPr>
        <w:br/>
      </w:r>
      <w:r w:rsidRPr="00B336DE">
        <w:rPr>
          <w:bCs/>
          <w:i/>
          <w:iCs/>
          <w:sz w:val="26"/>
          <w:szCs w:val="26"/>
        </w:rPr>
        <w:t>Night Rules</w:t>
      </w:r>
    </w:p>
    <w:p w14:paraId="3706E995" w14:textId="77777777" w:rsidR="005C4BB0" w:rsidRDefault="005C4BB0"/>
    <w:p w14:paraId="1F3BC961" w14:textId="77777777" w:rsidR="005C4BB0" w:rsidRDefault="004F1FE1">
      <w:pPr>
        <w:spacing w:after="120"/>
      </w:pPr>
      <w:r>
        <w:t>Marcus drove the minivan off the highway just before dark.</w:t>
      </w:r>
    </w:p>
    <w:p w14:paraId="53A95652" w14:textId="77777777" w:rsidR="005C4BB0" w:rsidRDefault="004F1FE1">
      <w:pPr>
        <w:spacing w:after="120"/>
      </w:pPr>
      <w:r>
        <w:t>He chose a shallow drainage gulley hidden by tall grass and the shadow of an overpass embankment. From the road, they would be difficult to see unless someone came looking.</w:t>
      </w:r>
    </w:p>
    <w:p w14:paraId="22615797" w14:textId="77777777" w:rsidR="005C4BB0" w:rsidRDefault="004F1FE1">
      <w:pPr>
        <w:spacing w:after="120"/>
      </w:pPr>
      <w:r>
        <w:t>That was the point.</w:t>
      </w:r>
    </w:p>
    <w:p w14:paraId="0B6A007E" w14:textId="77777777" w:rsidR="005C4BB0" w:rsidRDefault="004F1FE1">
      <w:pPr>
        <w:spacing w:after="120"/>
      </w:pPr>
      <w:r>
        <w:t>The sky above the divide burned crimson where no sunset should have reached.</w:t>
      </w:r>
    </w:p>
    <w:p w14:paraId="7CA1A3EF" w14:textId="77777777" w:rsidR="005C4BB0" w:rsidRDefault="004F1FE1">
      <w:pPr>
        <w:spacing w:after="120"/>
      </w:pPr>
      <w:r>
        <w:t>Leon killed the interior lights the moment the doors opened.</w:t>
      </w:r>
    </w:p>
    <w:p w14:paraId="601AF093" w14:textId="77777777" w:rsidR="005C4BB0" w:rsidRDefault="004F1FE1">
      <w:pPr>
        <w:spacing w:after="120"/>
      </w:pPr>
      <w:r>
        <w:t>“No white light after dark,” he said. “No voices above a whisper. No fires unless freezing.”</w:t>
      </w:r>
    </w:p>
    <w:p w14:paraId="048C0ED9" w14:textId="77777777" w:rsidR="005C4BB0" w:rsidRDefault="004F1FE1">
      <w:pPr>
        <w:spacing w:after="120"/>
      </w:pPr>
      <w:r>
        <w:t>Dylan looked up. “Are bad guys coming?”</w:t>
      </w:r>
    </w:p>
    <w:p w14:paraId="0C224D56" w14:textId="77777777" w:rsidR="005C4BB0" w:rsidRDefault="004F1FE1">
      <w:pPr>
        <w:spacing w:after="120"/>
      </w:pPr>
      <w:r>
        <w:t>Marcus knelt in front of him.</w:t>
      </w:r>
    </w:p>
    <w:p w14:paraId="1AFDA00E" w14:textId="77777777" w:rsidR="005C4BB0" w:rsidRDefault="004F1FE1">
      <w:pPr>
        <w:spacing w:after="120"/>
      </w:pPr>
      <w:r>
        <w:t>“Maybe scared people,” he said. “Sometimes scared people do bad things.”</w:t>
      </w:r>
    </w:p>
    <w:p w14:paraId="0EF1FB53" w14:textId="77777777" w:rsidR="005C4BB0" w:rsidRDefault="004F1FE1">
      <w:pPr>
        <w:spacing w:after="120"/>
      </w:pPr>
      <w:r>
        <w:t>“That’s not better.”</w:t>
      </w:r>
    </w:p>
    <w:p w14:paraId="74436881" w14:textId="77777777" w:rsidR="005C4BB0" w:rsidRDefault="004F1FE1">
      <w:pPr>
        <w:spacing w:after="120"/>
      </w:pPr>
      <w:r>
        <w:t>Despite everything, Marcus almost smiled.</w:t>
      </w:r>
    </w:p>
    <w:p w14:paraId="590D1665" w14:textId="77777777" w:rsidR="005C4BB0" w:rsidRDefault="004F1FE1">
      <w:pPr>
        <w:spacing w:after="120"/>
      </w:pPr>
      <w:r>
        <w:t>“No,” he said. “It isn’t.”</w:t>
      </w:r>
    </w:p>
    <w:p w14:paraId="66211281" w14:textId="77777777" w:rsidR="005C4BB0" w:rsidRDefault="004F1FE1">
      <w:pPr>
        <w:spacing w:after="120"/>
      </w:pPr>
      <w:r>
        <w:t>They ate crackers and peanut butter in silence.</w:t>
      </w:r>
    </w:p>
    <w:p w14:paraId="1DCFDBB2" w14:textId="77777777" w:rsidR="005C4BB0" w:rsidRDefault="004F1FE1">
      <w:pPr>
        <w:spacing w:after="120"/>
      </w:pPr>
      <w:r>
        <w:t>Diane rationed water without being asked.</w:t>
      </w:r>
    </w:p>
    <w:p w14:paraId="4A2C06AB" w14:textId="77777777" w:rsidR="005C4BB0" w:rsidRDefault="004F1FE1">
      <w:pPr>
        <w:spacing w:after="120"/>
      </w:pPr>
      <w:r>
        <w:t>Reese sat near the van tire writing in a small notebook.</w:t>
      </w:r>
    </w:p>
    <w:p w14:paraId="1608A125" w14:textId="77777777" w:rsidR="005C4BB0" w:rsidRDefault="004F1FE1">
      <w:pPr>
        <w:spacing w:after="120"/>
      </w:pPr>
      <w:r>
        <w:t>Marcus noticed the neat block letters.</w:t>
      </w:r>
    </w:p>
    <w:p w14:paraId="641AC5CE" w14:textId="77777777" w:rsidR="005C4BB0" w:rsidRDefault="004F1FE1">
      <w:pPr>
        <w:spacing w:after="120"/>
      </w:pPr>
      <w:r>
        <w:t>Grandpa Raymond Cole.</w:t>
      </w:r>
    </w:p>
    <w:p w14:paraId="722366F8" w14:textId="77777777" w:rsidR="005C4BB0" w:rsidRDefault="004F1FE1">
      <w:pPr>
        <w:spacing w:after="120"/>
      </w:pPr>
      <w:r>
        <w:t>Denver. Windy. Mom cried in the car.</w:t>
      </w:r>
    </w:p>
    <w:p w14:paraId="533230F4" w14:textId="77777777" w:rsidR="005C4BB0" w:rsidRDefault="004F1FE1">
      <w:pPr>
        <w:spacing w:after="120"/>
      </w:pPr>
      <w:r>
        <w:t>“What are you doing?” he asked quietly.</w:t>
      </w:r>
    </w:p>
    <w:p w14:paraId="478CDA08" w14:textId="77777777" w:rsidR="005C4BB0" w:rsidRDefault="004F1FE1">
      <w:pPr>
        <w:spacing w:after="120"/>
      </w:pPr>
      <w:r>
        <w:t>“Remembering.”</w:t>
      </w:r>
    </w:p>
    <w:p w14:paraId="01953323" w14:textId="77777777" w:rsidR="005C4BB0" w:rsidRDefault="004F1FE1">
      <w:pPr>
        <w:spacing w:after="120"/>
      </w:pPr>
      <w:r>
        <w:t xml:space="preserve">“For </w:t>
      </w:r>
      <w:proofErr w:type="gramStart"/>
      <w:r>
        <w:t>who</w:t>
      </w:r>
      <w:proofErr w:type="gramEnd"/>
      <w:r>
        <w:t>?”</w:t>
      </w:r>
    </w:p>
    <w:p w14:paraId="53D76B1A" w14:textId="77777777" w:rsidR="005C4BB0" w:rsidRDefault="004F1FE1">
      <w:pPr>
        <w:spacing w:after="120"/>
      </w:pPr>
      <w:r>
        <w:t>She looked toward the broken horizon.</w:t>
      </w:r>
    </w:p>
    <w:p w14:paraId="0A34B6CA" w14:textId="77777777" w:rsidR="005C4BB0" w:rsidRDefault="004F1FE1">
      <w:pPr>
        <w:spacing w:after="120"/>
      </w:pPr>
      <w:r>
        <w:t>“For whoever’s left.”</w:t>
      </w:r>
    </w:p>
    <w:p w14:paraId="2355295E" w14:textId="77777777" w:rsidR="005C4BB0" w:rsidRDefault="004F1FE1">
      <w:pPr>
        <w:spacing w:after="120"/>
      </w:pPr>
      <w:r>
        <w:t>The answer stayed with him.</w:t>
      </w:r>
    </w:p>
    <w:p w14:paraId="1520C7A7" w14:textId="77777777" w:rsidR="005C4BB0" w:rsidRDefault="004F1FE1">
      <w:pPr>
        <w:spacing w:after="120"/>
      </w:pPr>
      <w:r>
        <w:lastRenderedPageBreak/>
        <w:t>Night deepened. Highway noises changed.</w:t>
      </w:r>
    </w:p>
    <w:p w14:paraId="2598169B" w14:textId="77777777" w:rsidR="005C4BB0" w:rsidRDefault="004F1FE1">
      <w:pPr>
        <w:spacing w:after="120"/>
      </w:pPr>
      <w:r>
        <w:t>During the day it had been engines, horns</w:t>
      </w:r>
      <w:proofErr w:type="gramStart"/>
      <w:r>
        <w:t>, voices</w:t>
      </w:r>
      <w:proofErr w:type="gramEnd"/>
      <w:r>
        <w:t>.</w:t>
      </w:r>
    </w:p>
    <w:p w14:paraId="56A7EFFB" w14:textId="77777777" w:rsidR="005C4BB0" w:rsidRDefault="004F1FE1">
      <w:pPr>
        <w:spacing w:after="120"/>
      </w:pPr>
      <w:r>
        <w:t>Now it was shouting.</w:t>
      </w:r>
    </w:p>
    <w:p w14:paraId="03AE4874" w14:textId="77777777" w:rsidR="005C4BB0" w:rsidRDefault="004F1FE1">
      <w:pPr>
        <w:spacing w:after="120"/>
      </w:pPr>
      <w:r>
        <w:t>Glass breaking.</w:t>
      </w:r>
    </w:p>
    <w:p w14:paraId="501E3C91" w14:textId="77777777" w:rsidR="005C4BB0" w:rsidRDefault="004F1FE1">
      <w:pPr>
        <w:spacing w:after="120"/>
      </w:pPr>
      <w:r>
        <w:t>Someone screaming once, then not again.</w:t>
      </w:r>
    </w:p>
    <w:p w14:paraId="330669E2" w14:textId="77777777" w:rsidR="005C4BB0" w:rsidRDefault="004F1FE1">
      <w:pPr>
        <w:spacing w:after="120"/>
      </w:pPr>
      <w:r>
        <w:t>Leon stood watch beside the overpass column, a tire iron in one hand.</w:t>
      </w:r>
    </w:p>
    <w:p w14:paraId="1818C976" w14:textId="77777777" w:rsidR="005C4BB0" w:rsidRDefault="004F1FE1">
      <w:pPr>
        <w:spacing w:after="120"/>
      </w:pPr>
      <w:r>
        <w:t>Marcus joined him.</w:t>
      </w:r>
    </w:p>
    <w:p w14:paraId="09F57CDA" w14:textId="77777777" w:rsidR="005C4BB0" w:rsidRDefault="004F1FE1">
      <w:pPr>
        <w:spacing w:after="120"/>
      </w:pPr>
      <w:r>
        <w:t>“How many?” Marcus asked.</w:t>
      </w:r>
    </w:p>
    <w:p w14:paraId="29C36787" w14:textId="77777777" w:rsidR="005C4BB0" w:rsidRDefault="004F1FE1">
      <w:pPr>
        <w:spacing w:after="120"/>
      </w:pPr>
      <w:r>
        <w:t>“Enough.”</w:t>
      </w:r>
    </w:p>
    <w:p w14:paraId="48675F96" w14:textId="77777777" w:rsidR="005C4BB0" w:rsidRDefault="004F1FE1">
      <w:pPr>
        <w:spacing w:after="120"/>
      </w:pPr>
      <w:r>
        <w:t>“You always this cheerful?”</w:t>
      </w:r>
    </w:p>
    <w:p w14:paraId="40CAEA83" w14:textId="77777777" w:rsidR="005C4BB0" w:rsidRDefault="004F1FE1">
      <w:pPr>
        <w:spacing w:after="120"/>
      </w:pPr>
      <w:r>
        <w:t>“Only in disasters.”</w:t>
      </w:r>
    </w:p>
    <w:p w14:paraId="43938872" w14:textId="77777777" w:rsidR="005C4BB0" w:rsidRDefault="004F1FE1">
      <w:pPr>
        <w:spacing w:after="120"/>
      </w:pPr>
      <w:r>
        <w:t>They watched headlights move in jerks and arcs across the stranded traffic.</w:t>
      </w:r>
    </w:p>
    <w:p w14:paraId="0DE643A0" w14:textId="77777777" w:rsidR="005C4BB0" w:rsidRDefault="004F1FE1">
      <w:pPr>
        <w:spacing w:after="120"/>
      </w:pPr>
      <w:r>
        <w:t>No police.</w:t>
      </w:r>
    </w:p>
    <w:p w14:paraId="55BD0C2B" w14:textId="77777777" w:rsidR="005C4BB0" w:rsidRDefault="004F1FE1">
      <w:pPr>
        <w:spacing w:after="120"/>
      </w:pPr>
      <w:r>
        <w:t>No sirens.</w:t>
      </w:r>
    </w:p>
    <w:p w14:paraId="5088AC8E" w14:textId="77777777" w:rsidR="005C4BB0" w:rsidRDefault="004F1FE1">
      <w:pPr>
        <w:spacing w:after="120"/>
      </w:pPr>
      <w:r>
        <w:t>No helicopters.</w:t>
      </w:r>
    </w:p>
    <w:p w14:paraId="2650A2BF" w14:textId="77777777" w:rsidR="005C4BB0" w:rsidRDefault="004F1FE1">
      <w:pPr>
        <w:spacing w:after="120"/>
      </w:pPr>
      <w:r>
        <w:t>Nothing organized.</w:t>
      </w:r>
    </w:p>
    <w:p w14:paraId="7E804715" w14:textId="77777777" w:rsidR="005C4BB0" w:rsidRDefault="004F1FE1">
      <w:pPr>
        <w:spacing w:after="120"/>
      </w:pPr>
      <w:r>
        <w:t>Marcus felt it settle into his bones.</w:t>
      </w:r>
    </w:p>
    <w:p w14:paraId="1A33FEB2" w14:textId="77777777" w:rsidR="005C4BB0" w:rsidRDefault="004F1FE1">
      <w:pPr>
        <w:spacing w:after="120"/>
      </w:pPr>
      <w:r>
        <w:t>No one was coming.</w:t>
      </w:r>
    </w:p>
    <w:p w14:paraId="57BEB520" w14:textId="77777777" w:rsidR="005C4BB0" w:rsidRDefault="004F1FE1">
      <w:r>
        <w:br w:type="page"/>
      </w:r>
    </w:p>
    <w:p w14:paraId="4A376AE2" w14:textId="77777777" w:rsidR="005C4BB0" w:rsidRDefault="004F1FE1">
      <w:pPr>
        <w:spacing w:before="960" w:after="480"/>
        <w:jc w:val="center"/>
      </w:pPr>
      <w:r>
        <w:rPr>
          <w:b/>
          <w:sz w:val="28"/>
        </w:rPr>
        <w:lastRenderedPageBreak/>
        <w:t>CHAPTER 7</w:t>
      </w:r>
      <w:r>
        <w:rPr>
          <w:b/>
          <w:sz w:val="28"/>
        </w:rPr>
        <w:br/>
      </w:r>
      <w:r w:rsidRPr="00B336DE">
        <w:rPr>
          <w:bCs/>
          <w:i/>
          <w:iCs/>
          <w:sz w:val="26"/>
          <w:szCs w:val="26"/>
        </w:rPr>
        <w:t>Wolves</w:t>
      </w:r>
    </w:p>
    <w:p w14:paraId="4B0C4D46" w14:textId="77777777" w:rsidR="005C4BB0" w:rsidRDefault="005C4BB0"/>
    <w:p w14:paraId="31FD42DC" w14:textId="77777777" w:rsidR="005C4BB0" w:rsidRDefault="004F1FE1">
      <w:pPr>
        <w:spacing w:after="120"/>
      </w:pPr>
      <w:r>
        <w:t>The men appeared around midnight.</w:t>
      </w:r>
    </w:p>
    <w:p w14:paraId="5BFAAFE3" w14:textId="77777777" w:rsidR="005C4BB0" w:rsidRDefault="004F1FE1">
      <w:pPr>
        <w:spacing w:after="120"/>
      </w:pPr>
      <w:r>
        <w:t>Six of them.</w:t>
      </w:r>
    </w:p>
    <w:p w14:paraId="3B3A799F" w14:textId="77777777" w:rsidR="005C4BB0" w:rsidRDefault="004F1FE1">
      <w:pPr>
        <w:spacing w:after="120"/>
      </w:pPr>
      <w:r>
        <w:t>Moving with purpose between stalled vehicles, flashlights low, weapons improvised—pipe, crowbar, baseball bat, chain.</w:t>
      </w:r>
    </w:p>
    <w:p w14:paraId="4D58A0A7" w14:textId="77777777" w:rsidR="005C4BB0" w:rsidRDefault="004F1FE1">
      <w:pPr>
        <w:spacing w:after="120"/>
      </w:pPr>
      <w:r>
        <w:t>Not random looters.</w:t>
      </w:r>
    </w:p>
    <w:p w14:paraId="5C1802FA" w14:textId="77777777" w:rsidR="005C4BB0" w:rsidRDefault="004F1FE1">
      <w:pPr>
        <w:spacing w:after="120"/>
      </w:pPr>
      <w:r>
        <w:t>A crew.</w:t>
      </w:r>
    </w:p>
    <w:p w14:paraId="203728A2" w14:textId="77777777" w:rsidR="005C4BB0" w:rsidRDefault="004F1FE1">
      <w:pPr>
        <w:spacing w:after="120"/>
      </w:pPr>
      <w:r>
        <w:t>Their leader wore a leather jacket despite the cold. Thick neck. Calm stride. The kind of man who enjoyed fear because it made other people honest.</w:t>
      </w:r>
    </w:p>
    <w:p w14:paraId="7F1E9355" w14:textId="77777777" w:rsidR="005C4BB0" w:rsidRDefault="004F1FE1">
      <w:pPr>
        <w:spacing w:after="120"/>
      </w:pPr>
      <w:r>
        <w:t>He stopped beside an SUV thirty yards away.</w:t>
      </w:r>
    </w:p>
    <w:p w14:paraId="530724D4" w14:textId="77777777" w:rsidR="005C4BB0" w:rsidRDefault="004F1FE1">
      <w:pPr>
        <w:spacing w:after="120"/>
      </w:pPr>
      <w:proofErr w:type="gramStart"/>
      <w:r>
        <w:t>A family</w:t>
      </w:r>
      <w:proofErr w:type="gramEnd"/>
      <w:r>
        <w:t xml:space="preserve"> inside refused to unlock the doors.</w:t>
      </w:r>
    </w:p>
    <w:p w14:paraId="541CCA15" w14:textId="77777777" w:rsidR="005C4BB0" w:rsidRDefault="004F1FE1">
      <w:pPr>
        <w:spacing w:after="120"/>
      </w:pPr>
      <w:r>
        <w:t>The leader tapped the glass with a tire iron.</w:t>
      </w:r>
    </w:p>
    <w:p w14:paraId="6F816523" w14:textId="77777777" w:rsidR="005C4BB0" w:rsidRDefault="004F1FE1">
      <w:pPr>
        <w:spacing w:after="120"/>
      </w:pPr>
      <w:r>
        <w:t>Then smiled.</w:t>
      </w:r>
    </w:p>
    <w:p w14:paraId="5211E3EE" w14:textId="77777777" w:rsidR="005C4BB0" w:rsidRDefault="004F1FE1">
      <w:pPr>
        <w:spacing w:after="120"/>
      </w:pPr>
      <w:r>
        <w:t>Marcus could not hear the words, but he knew the rhythm of threat.</w:t>
      </w:r>
    </w:p>
    <w:p w14:paraId="1361F0D0" w14:textId="77777777" w:rsidR="005C4BB0" w:rsidRDefault="004F1FE1">
      <w:pPr>
        <w:spacing w:after="120"/>
      </w:pPr>
      <w:r>
        <w:t>The rear door opened.</w:t>
      </w:r>
    </w:p>
    <w:p w14:paraId="2F601CC0" w14:textId="77777777" w:rsidR="005C4BB0" w:rsidRDefault="004F1FE1">
      <w:pPr>
        <w:spacing w:after="120"/>
      </w:pPr>
      <w:r>
        <w:t>The men pulled supplies out first.</w:t>
      </w:r>
    </w:p>
    <w:p w14:paraId="153BCCA4" w14:textId="77777777" w:rsidR="005C4BB0" w:rsidRDefault="004F1FE1">
      <w:pPr>
        <w:spacing w:after="120"/>
      </w:pPr>
      <w:r>
        <w:t>Then a teenage boy.</w:t>
      </w:r>
    </w:p>
    <w:p w14:paraId="32266FB8" w14:textId="77777777" w:rsidR="005C4BB0" w:rsidRDefault="004F1FE1">
      <w:pPr>
        <w:spacing w:after="120"/>
      </w:pPr>
      <w:r>
        <w:t xml:space="preserve">His mother lunged after him and got thrown hard </w:t>
      </w:r>
      <w:proofErr w:type="gramStart"/>
      <w:r>
        <w:t>to</w:t>
      </w:r>
      <w:proofErr w:type="gramEnd"/>
      <w:r>
        <w:t xml:space="preserve"> the pavement.</w:t>
      </w:r>
    </w:p>
    <w:p w14:paraId="0798ABE8" w14:textId="77777777" w:rsidR="005C4BB0" w:rsidRDefault="004F1FE1">
      <w:pPr>
        <w:spacing w:after="120"/>
      </w:pPr>
      <w:r>
        <w:t>Marcus moved instinctively.</w:t>
      </w:r>
    </w:p>
    <w:p w14:paraId="07079064" w14:textId="77777777" w:rsidR="005C4BB0" w:rsidRDefault="004F1FE1">
      <w:pPr>
        <w:spacing w:after="120"/>
      </w:pPr>
      <w:r>
        <w:t>Leon caught his arm.</w:t>
      </w:r>
    </w:p>
    <w:p w14:paraId="483B0D24" w14:textId="77777777" w:rsidR="005C4BB0" w:rsidRDefault="004F1FE1">
      <w:pPr>
        <w:spacing w:after="120"/>
      </w:pPr>
      <w:r>
        <w:t>“No.”</w:t>
      </w:r>
    </w:p>
    <w:p w14:paraId="1C73FC7E" w14:textId="77777777" w:rsidR="005C4BB0" w:rsidRDefault="004F1FE1">
      <w:pPr>
        <w:spacing w:after="120"/>
      </w:pPr>
      <w:r>
        <w:t>“We can’t watch this.”</w:t>
      </w:r>
    </w:p>
    <w:p w14:paraId="28AA1C28" w14:textId="77777777" w:rsidR="005C4BB0" w:rsidRDefault="004F1FE1">
      <w:pPr>
        <w:spacing w:after="120"/>
      </w:pPr>
      <w:r>
        <w:t>“We can’t save everyone.”</w:t>
      </w:r>
    </w:p>
    <w:p w14:paraId="2106EEB8" w14:textId="77777777" w:rsidR="005C4BB0" w:rsidRDefault="004F1FE1">
      <w:pPr>
        <w:spacing w:after="120"/>
      </w:pPr>
      <w:r>
        <w:t>The sentence landed hard.</w:t>
      </w:r>
    </w:p>
    <w:p w14:paraId="2200C790" w14:textId="77777777" w:rsidR="005C4BB0" w:rsidRDefault="004F1FE1">
      <w:pPr>
        <w:spacing w:after="120"/>
      </w:pPr>
      <w:r>
        <w:t>Marcus stared at the family, at the father frozen in shock, at the boy shoved to his knees.</w:t>
      </w:r>
    </w:p>
    <w:p w14:paraId="12F49411" w14:textId="77777777" w:rsidR="005C4BB0" w:rsidRDefault="004F1FE1">
      <w:pPr>
        <w:spacing w:after="120"/>
      </w:pPr>
      <w:r>
        <w:t>The leader pointed east, laughed, then tossed the boy aside and walked on.</w:t>
      </w:r>
    </w:p>
    <w:p w14:paraId="4BE0FEDB" w14:textId="77777777" w:rsidR="005C4BB0" w:rsidRDefault="004F1FE1">
      <w:pPr>
        <w:spacing w:after="120"/>
      </w:pPr>
      <w:r>
        <w:t>They only wanted food.</w:t>
      </w:r>
    </w:p>
    <w:p w14:paraId="119DF79F" w14:textId="77777777" w:rsidR="005C4BB0" w:rsidRDefault="004F1FE1">
      <w:pPr>
        <w:spacing w:after="120"/>
      </w:pPr>
      <w:r>
        <w:lastRenderedPageBreak/>
        <w:t>This time.</w:t>
      </w:r>
    </w:p>
    <w:p w14:paraId="74313CFD" w14:textId="77777777" w:rsidR="005C4BB0" w:rsidRDefault="004F1FE1">
      <w:pPr>
        <w:spacing w:after="120"/>
      </w:pPr>
      <w:r>
        <w:t>The crew turned toward the overpass.</w:t>
      </w:r>
    </w:p>
    <w:p w14:paraId="1FFDB8E3" w14:textId="77777777" w:rsidR="005C4BB0" w:rsidRDefault="004F1FE1">
      <w:pPr>
        <w:spacing w:after="120"/>
      </w:pPr>
      <w:r>
        <w:t>Toward them.</w:t>
      </w:r>
    </w:p>
    <w:p w14:paraId="63AAA36C" w14:textId="77777777" w:rsidR="005C4BB0" w:rsidRDefault="004F1FE1">
      <w:pPr>
        <w:spacing w:after="120"/>
      </w:pPr>
      <w:r>
        <w:t>Leon leaned close.</w:t>
      </w:r>
    </w:p>
    <w:p w14:paraId="244C409A" w14:textId="77777777" w:rsidR="005C4BB0" w:rsidRDefault="004F1FE1">
      <w:pPr>
        <w:spacing w:after="120"/>
      </w:pPr>
      <w:r>
        <w:t>“Get Diane and the kids moving south through the gulley.”</w:t>
      </w:r>
    </w:p>
    <w:p w14:paraId="1C5709AC" w14:textId="77777777" w:rsidR="005C4BB0" w:rsidRDefault="004F1FE1">
      <w:pPr>
        <w:spacing w:after="120"/>
      </w:pPr>
      <w:r>
        <w:t>“You?”</w:t>
      </w:r>
    </w:p>
    <w:p w14:paraId="521AC807" w14:textId="77777777" w:rsidR="005C4BB0" w:rsidRDefault="004F1FE1">
      <w:pPr>
        <w:spacing w:after="120"/>
      </w:pPr>
      <w:r>
        <w:t>“I’ll redirect attention.”</w:t>
      </w:r>
    </w:p>
    <w:p w14:paraId="68788563" w14:textId="77777777" w:rsidR="005C4BB0" w:rsidRDefault="004F1FE1">
      <w:pPr>
        <w:spacing w:after="120"/>
      </w:pPr>
      <w:r>
        <w:t>Marcus shook his head.</w:t>
      </w:r>
    </w:p>
    <w:p w14:paraId="72A226CA" w14:textId="77777777" w:rsidR="005C4BB0" w:rsidRDefault="004F1FE1">
      <w:pPr>
        <w:spacing w:after="120"/>
      </w:pPr>
      <w:r>
        <w:t>“Too risky.”</w:t>
      </w:r>
    </w:p>
    <w:p w14:paraId="51B70EF0" w14:textId="77777777" w:rsidR="005C4BB0" w:rsidRDefault="004F1FE1">
      <w:pPr>
        <w:spacing w:after="120"/>
      </w:pPr>
      <w:r>
        <w:t>Leon’s eyes hardened.</w:t>
      </w:r>
    </w:p>
    <w:p w14:paraId="76C4FB41" w14:textId="77777777" w:rsidR="005C4BB0" w:rsidRDefault="004F1FE1">
      <w:pPr>
        <w:spacing w:after="120"/>
      </w:pPr>
      <w:r>
        <w:t>“Marcus. You’ve got two children and a wife. I’ve got arthritis and opinions. Move.”</w:t>
      </w:r>
    </w:p>
    <w:p w14:paraId="7DE7E64B" w14:textId="77777777" w:rsidR="005C4BB0" w:rsidRDefault="004F1FE1">
      <w:pPr>
        <w:spacing w:after="120"/>
      </w:pPr>
      <w:r>
        <w:t>Marcus hated that the math made sense.</w:t>
      </w:r>
    </w:p>
    <w:p w14:paraId="447ACAD9" w14:textId="77777777" w:rsidR="005C4BB0" w:rsidRDefault="004F1FE1">
      <w:pPr>
        <w:spacing w:after="120"/>
      </w:pPr>
      <w:r>
        <w:t>He slipped back to the van.</w:t>
      </w:r>
    </w:p>
    <w:p w14:paraId="35C4CD8F" w14:textId="77777777" w:rsidR="005C4BB0" w:rsidRDefault="004F1FE1">
      <w:pPr>
        <w:spacing w:after="120"/>
      </w:pPr>
      <w:r>
        <w:t>Diane woke instantly at his touch.</w:t>
      </w:r>
    </w:p>
    <w:p w14:paraId="5A0EC1E9" w14:textId="77777777" w:rsidR="005C4BB0" w:rsidRDefault="004F1FE1">
      <w:pPr>
        <w:spacing w:after="120"/>
      </w:pPr>
      <w:r>
        <w:t>“What?”</w:t>
      </w:r>
    </w:p>
    <w:p w14:paraId="0331F51E" w14:textId="77777777" w:rsidR="005C4BB0" w:rsidRDefault="004F1FE1">
      <w:pPr>
        <w:spacing w:after="120"/>
      </w:pPr>
      <w:r>
        <w:t>“Now. Quietly.”</w:t>
      </w:r>
    </w:p>
    <w:p w14:paraId="2E9541D6" w14:textId="77777777" w:rsidR="005C4BB0" w:rsidRDefault="004F1FE1">
      <w:pPr>
        <w:spacing w:after="120"/>
      </w:pPr>
      <w:r>
        <w:t>Reese was already awake.</w:t>
      </w:r>
    </w:p>
    <w:p w14:paraId="2F0B8297" w14:textId="77777777" w:rsidR="005C4BB0" w:rsidRDefault="004F1FE1">
      <w:pPr>
        <w:spacing w:after="120"/>
      </w:pPr>
      <w:r>
        <w:t>She had heard everything.</w:t>
      </w:r>
    </w:p>
    <w:p w14:paraId="679DAF26" w14:textId="77777777" w:rsidR="005C4BB0" w:rsidRDefault="004F1FE1">
      <w:r>
        <w:br w:type="page"/>
      </w:r>
    </w:p>
    <w:p w14:paraId="27552BE8" w14:textId="77777777" w:rsidR="005C4BB0" w:rsidRDefault="004F1FE1">
      <w:pPr>
        <w:spacing w:before="960" w:after="480"/>
        <w:jc w:val="center"/>
      </w:pPr>
      <w:r>
        <w:rPr>
          <w:b/>
          <w:sz w:val="28"/>
        </w:rPr>
        <w:lastRenderedPageBreak/>
        <w:t>CHAPTER 8</w:t>
      </w:r>
      <w:r>
        <w:rPr>
          <w:b/>
          <w:sz w:val="28"/>
        </w:rPr>
        <w:br/>
      </w:r>
      <w:r w:rsidRPr="00B336DE">
        <w:rPr>
          <w:bCs/>
          <w:i/>
          <w:iCs/>
          <w:sz w:val="26"/>
          <w:szCs w:val="26"/>
        </w:rPr>
        <w:t>The Useful Lie</w:t>
      </w:r>
    </w:p>
    <w:p w14:paraId="09823ABA" w14:textId="77777777" w:rsidR="005C4BB0" w:rsidRDefault="005C4BB0"/>
    <w:p w14:paraId="6413A412" w14:textId="77777777" w:rsidR="005C4BB0" w:rsidRDefault="004F1FE1">
      <w:pPr>
        <w:spacing w:after="120"/>
      </w:pPr>
      <w:r>
        <w:t>They moved bent low through waist-high grass.</w:t>
      </w:r>
    </w:p>
    <w:p w14:paraId="608A30B6" w14:textId="77777777" w:rsidR="005C4BB0" w:rsidRDefault="004F1FE1">
      <w:pPr>
        <w:spacing w:after="120"/>
      </w:pPr>
      <w:r>
        <w:t>Dylan rode on Marcus’s back, arms locked around his neck.</w:t>
      </w:r>
    </w:p>
    <w:p w14:paraId="307B9EB8" w14:textId="77777777" w:rsidR="005C4BB0" w:rsidRDefault="004F1FE1">
      <w:pPr>
        <w:spacing w:after="120"/>
      </w:pPr>
      <w:r>
        <w:t>Diane held Reese’s hand until Reese pulled free and moved on her own.</w:t>
      </w:r>
    </w:p>
    <w:p w14:paraId="1184C234" w14:textId="77777777" w:rsidR="005C4BB0" w:rsidRDefault="004F1FE1">
      <w:pPr>
        <w:spacing w:after="120"/>
      </w:pPr>
      <w:r>
        <w:t>No complaints. No panic.</w:t>
      </w:r>
    </w:p>
    <w:p w14:paraId="2D1AF1B3" w14:textId="77777777" w:rsidR="005C4BB0" w:rsidRDefault="004F1FE1">
      <w:pPr>
        <w:spacing w:after="120"/>
      </w:pPr>
      <w:r>
        <w:t>Good kids in a bad world.</w:t>
      </w:r>
    </w:p>
    <w:p w14:paraId="7DB72B54" w14:textId="77777777" w:rsidR="005C4BB0" w:rsidRDefault="004F1FE1">
      <w:pPr>
        <w:spacing w:after="120"/>
      </w:pPr>
      <w:r>
        <w:t>Behind them came the crash of shattering glass.</w:t>
      </w:r>
    </w:p>
    <w:p w14:paraId="77062468" w14:textId="77777777" w:rsidR="005C4BB0" w:rsidRDefault="004F1FE1">
      <w:pPr>
        <w:spacing w:after="120"/>
      </w:pPr>
      <w:r>
        <w:t>Then a car alarm erupted, shrill and endless.</w:t>
      </w:r>
    </w:p>
    <w:p w14:paraId="41AFA364" w14:textId="77777777" w:rsidR="005C4BB0" w:rsidRDefault="004F1FE1">
      <w:pPr>
        <w:spacing w:after="120"/>
      </w:pPr>
      <w:r>
        <w:t>Leon.</w:t>
      </w:r>
    </w:p>
    <w:p w14:paraId="0A1C05AE" w14:textId="77777777" w:rsidR="005C4BB0" w:rsidRDefault="004F1FE1">
      <w:pPr>
        <w:spacing w:after="120"/>
      </w:pPr>
      <w:r>
        <w:t>The crew shouted and ran toward the noise.</w:t>
      </w:r>
    </w:p>
    <w:p w14:paraId="70128939" w14:textId="77777777" w:rsidR="005C4BB0" w:rsidRDefault="004F1FE1">
      <w:pPr>
        <w:spacing w:after="120"/>
      </w:pPr>
      <w:r>
        <w:t>Marcus pushed the family faster through the drainage channel.</w:t>
      </w:r>
    </w:p>
    <w:p w14:paraId="12274593" w14:textId="77777777" w:rsidR="005C4BB0" w:rsidRDefault="004F1FE1">
      <w:pPr>
        <w:spacing w:after="120"/>
      </w:pPr>
      <w:r>
        <w:t>Mud sucked at shoes. Briars caught clothing.</w:t>
      </w:r>
    </w:p>
    <w:p w14:paraId="07A4C13E" w14:textId="77777777" w:rsidR="005C4BB0" w:rsidRDefault="004F1FE1">
      <w:pPr>
        <w:spacing w:after="120"/>
      </w:pPr>
      <w:r>
        <w:t>Diane stumbled once. Reese caught her before Marcus could turn.</w:t>
      </w:r>
    </w:p>
    <w:p w14:paraId="56961AC6" w14:textId="77777777" w:rsidR="005C4BB0" w:rsidRDefault="004F1FE1">
      <w:pPr>
        <w:spacing w:after="120"/>
      </w:pPr>
      <w:r>
        <w:t>“How far?” Reese whispered.</w:t>
      </w:r>
    </w:p>
    <w:p w14:paraId="578E010F" w14:textId="77777777" w:rsidR="005C4BB0" w:rsidRDefault="004F1FE1">
      <w:pPr>
        <w:spacing w:after="120"/>
      </w:pPr>
      <w:r>
        <w:t>“Until hidden.”</w:t>
      </w:r>
    </w:p>
    <w:p w14:paraId="7DCB8233" w14:textId="77777777" w:rsidR="005C4BB0" w:rsidRDefault="004F1FE1">
      <w:pPr>
        <w:spacing w:after="120"/>
      </w:pPr>
      <w:r>
        <w:t>“That’s not a distance.”</w:t>
      </w:r>
    </w:p>
    <w:p w14:paraId="034ED1FF" w14:textId="77777777" w:rsidR="005C4BB0" w:rsidRDefault="004F1FE1">
      <w:pPr>
        <w:spacing w:after="120"/>
      </w:pPr>
      <w:r>
        <w:t>“It is tonight.”</w:t>
      </w:r>
    </w:p>
    <w:p w14:paraId="01DAD3AB" w14:textId="77777777" w:rsidR="005C4BB0" w:rsidRDefault="004F1FE1">
      <w:pPr>
        <w:spacing w:after="120"/>
      </w:pPr>
      <w:r>
        <w:t>They reached a culvert beneath a farm access road and crouched in darkness, breathing hard.</w:t>
      </w:r>
    </w:p>
    <w:p w14:paraId="42F70B29" w14:textId="77777777" w:rsidR="005C4BB0" w:rsidRDefault="004F1FE1">
      <w:pPr>
        <w:spacing w:after="120"/>
      </w:pPr>
      <w:r>
        <w:t>Dylan trembled against Marcus’s shoulder.</w:t>
      </w:r>
    </w:p>
    <w:p w14:paraId="1A73EBAC" w14:textId="77777777" w:rsidR="005C4BB0" w:rsidRDefault="004F1FE1">
      <w:pPr>
        <w:spacing w:after="120"/>
      </w:pPr>
      <w:r>
        <w:t>“Are we hiding forever?”</w:t>
      </w:r>
    </w:p>
    <w:p w14:paraId="6C24F821" w14:textId="77777777" w:rsidR="005C4BB0" w:rsidRDefault="004F1FE1">
      <w:pPr>
        <w:spacing w:after="120"/>
      </w:pPr>
      <w:r>
        <w:t>“No.”</w:t>
      </w:r>
    </w:p>
    <w:p w14:paraId="614FF13D" w14:textId="77777777" w:rsidR="005C4BB0" w:rsidRDefault="004F1FE1">
      <w:pPr>
        <w:spacing w:after="120"/>
      </w:pPr>
      <w:r>
        <w:t>“How long then?”</w:t>
      </w:r>
    </w:p>
    <w:p w14:paraId="52E696B0" w14:textId="77777777" w:rsidR="005C4BB0" w:rsidRDefault="004F1FE1">
      <w:pPr>
        <w:spacing w:after="120"/>
      </w:pPr>
      <w:r>
        <w:t>Marcus looked into his son’s frightened eyes.</w:t>
      </w:r>
    </w:p>
    <w:p w14:paraId="732FBC7F" w14:textId="77777777" w:rsidR="005C4BB0" w:rsidRDefault="004F1FE1">
      <w:pPr>
        <w:spacing w:after="120"/>
      </w:pPr>
      <w:r>
        <w:t>“Until the smart moment.”</w:t>
      </w:r>
    </w:p>
    <w:p w14:paraId="095F36D2" w14:textId="77777777" w:rsidR="005C4BB0" w:rsidRDefault="004F1FE1">
      <w:pPr>
        <w:spacing w:after="120"/>
      </w:pPr>
      <w:r>
        <w:t>It was something Raymond Cole used to say.</w:t>
      </w:r>
    </w:p>
    <w:p w14:paraId="24C6D24F" w14:textId="77777777" w:rsidR="005C4BB0" w:rsidRDefault="004F1FE1">
      <w:pPr>
        <w:spacing w:after="120"/>
      </w:pPr>
      <w:r>
        <w:t>Wait for the smart moment.</w:t>
      </w:r>
    </w:p>
    <w:p w14:paraId="7A7EE721" w14:textId="77777777" w:rsidR="005C4BB0" w:rsidRDefault="004F1FE1">
      <w:pPr>
        <w:spacing w:after="120"/>
      </w:pPr>
      <w:r>
        <w:t>A shape entered the culvert.</w:t>
      </w:r>
    </w:p>
    <w:p w14:paraId="7175D34C" w14:textId="77777777" w:rsidR="005C4BB0" w:rsidRDefault="004F1FE1">
      <w:pPr>
        <w:spacing w:after="120"/>
      </w:pPr>
      <w:r>
        <w:lastRenderedPageBreak/>
        <w:t>Diane gasped softly.</w:t>
      </w:r>
    </w:p>
    <w:p w14:paraId="5038039E" w14:textId="77777777" w:rsidR="005C4BB0" w:rsidRDefault="004F1FE1">
      <w:pPr>
        <w:spacing w:after="120"/>
      </w:pPr>
      <w:r>
        <w:t>Then Leon’s whisper came.</w:t>
      </w:r>
    </w:p>
    <w:p w14:paraId="0FEFABBA" w14:textId="77777777" w:rsidR="005C4BB0" w:rsidRDefault="004F1FE1">
      <w:pPr>
        <w:spacing w:after="120"/>
      </w:pPr>
      <w:r>
        <w:t>“Friendly ghost.”</w:t>
      </w:r>
    </w:p>
    <w:p w14:paraId="789BC48D" w14:textId="77777777" w:rsidR="005C4BB0" w:rsidRDefault="004F1FE1">
      <w:pPr>
        <w:spacing w:after="120"/>
      </w:pPr>
      <w:r>
        <w:t>He crawled beside them, muddy and grinning.</w:t>
      </w:r>
    </w:p>
    <w:p w14:paraId="0AD04817" w14:textId="77777777" w:rsidR="005C4BB0" w:rsidRDefault="004F1FE1">
      <w:pPr>
        <w:spacing w:after="120"/>
      </w:pPr>
      <w:r>
        <w:t>“How?”</w:t>
      </w:r>
    </w:p>
    <w:p w14:paraId="736A5F5D" w14:textId="77777777" w:rsidR="005C4BB0" w:rsidRDefault="004F1FE1">
      <w:pPr>
        <w:spacing w:after="120"/>
      </w:pPr>
      <w:r>
        <w:t>Marcus asked.</w:t>
      </w:r>
    </w:p>
    <w:p w14:paraId="52D957CA" w14:textId="77777777" w:rsidR="005C4BB0" w:rsidRDefault="004F1FE1">
      <w:pPr>
        <w:spacing w:after="120"/>
      </w:pPr>
      <w:r>
        <w:t>“Tossed a flare through a truck window.”</w:t>
      </w:r>
    </w:p>
    <w:p w14:paraId="7709B486" w14:textId="77777777" w:rsidR="005C4BB0" w:rsidRDefault="004F1FE1">
      <w:pPr>
        <w:spacing w:after="120"/>
      </w:pPr>
      <w:r>
        <w:t>“You had a flare?”</w:t>
      </w:r>
    </w:p>
    <w:p w14:paraId="4A5F7835" w14:textId="77777777" w:rsidR="005C4BB0" w:rsidRDefault="004F1FE1">
      <w:pPr>
        <w:spacing w:after="120"/>
      </w:pPr>
      <w:r>
        <w:t>“No. But they didn’t know that.”</w:t>
      </w:r>
    </w:p>
    <w:p w14:paraId="4B936916" w14:textId="77777777" w:rsidR="005C4BB0" w:rsidRDefault="004F1FE1">
      <w:pPr>
        <w:spacing w:after="120"/>
      </w:pPr>
      <w:r>
        <w:t>Reese stared at him.</w:t>
      </w:r>
    </w:p>
    <w:p w14:paraId="7133570B" w14:textId="77777777" w:rsidR="005C4BB0" w:rsidRDefault="004F1FE1">
      <w:pPr>
        <w:spacing w:after="120"/>
      </w:pPr>
      <w:r>
        <w:t>“That was a lie.”</w:t>
      </w:r>
    </w:p>
    <w:p w14:paraId="599F29F8" w14:textId="77777777" w:rsidR="005C4BB0" w:rsidRDefault="004F1FE1">
      <w:pPr>
        <w:spacing w:after="120"/>
      </w:pPr>
      <w:r>
        <w:t>Leon shrugged.</w:t>
      </w:r>
    </w:p>
    <w:p w14:paraId="4A19FB5D" w14:textId="77777777" w:rsidR="005C4BB0" w:rsidRDefault="004F1FE1">
      <w:pPr>
        <w:spacing w:after="120"/>
      </w:pPr>
      <w:r>
        <w:t>“Lying’s older than farming. More useful too.”</w:t>
      </w:r>
    </w:p>
    <w:p w14:paraId="61CD0AAE" w14:textId="77777777" w:rsidR="005C4BB0" w:rsidRDefault="004F1FE1">
      <w:pPr>
        <w:spacing w:after="120"/>
      </w:pPr>
      <w:r>
        <w:t>For the first time all day, Reese laughed.</w:t>
      </w:r>
    </w:p>
    <w:p w14:paraId="121FA4A2" w14:textId="77777777" w:rsidR="005C4BB0" w:rsidRDefault="004F1FE1">
      <w:pPr>
        <w:spacing w:after="120"/>
      </w:pPr>
      <w:r>
        <w:t>It sounded fragile and priceless.</w:t>
      </w:r>
    </w:p>
    <w:p w14:paraId="62FB9226" w14:textId="77777777" w:rsidR="005C4BB0" w:rsidRDefault="004F1FE1">
      <w:r>
        <w:br w:type="page"/>
      </w:r>
    </w:p>
    <w:p w14:paraId="68229797" w14:textId="77777777" w:rsidR="005C4BB0" w:rsidRDefault="004F1FE1">
      <w:pPr>
        <w:spacing w:before="960" w:after="480"/>
        <w:jc w:val="center"/>
      </w:pPr>
      <w:r>
        <w:rPr>
          <w:b/>
          <w:sz w:val="28"/>
        </w:rPr>
        <w:lastRenderedPageBreak/>
        <w:t>CHAPTER 9</w:t>
      </w:r>
      <w:r>
        <w:rPr>
          <w:b/>
          <w:sz w:val="28"/>
        </w:rPr>
        <w:br/>
      </w:r>
      <w:r w:rsidRPr="00B336DE">
        <w:rPr>
          <w:bCs/>
          <w:i/>
          <w:iCs/>
          <w:sz w:val="26"/>
          <w:szCs w:val="26"/>
        </w:rPr>
        <w:t>The Farmhouse</w:t>
      </w:r>
    </w:p>
    <w:p w14:paraId="121E6941" w14:textId="77777777" w:rsidR="005C4BB0" w:rsidRDefault="005C4BB0"/>
    <w:p w14:paraId="33B89D95" w14:textId="77777777" w:rsidR="005C4BB0" w:rsidRDefault="004F1FE1">
      <w:pPr>
        <w:spacing w:after="120"/>
      </w:pPr>
      <w:r>
        <w:t>Near dawn they found the farmhouse.</w:t>
      </w:r>
    </w:p>
    <w:p w14:paraId="4C823518" w14:textId="77777777" w:rsidR="005C4BB0" w:rsidRDefault="004F1FE1">
      <w:pPr>
        <w:spacing w:after="120"/>
      </w:pPr>
      <w:r>
        <w:t>It stood alone a half mile from the interstate, wrapped in darkness and neglect. Two stories. Sagging porch. Barn collapsed inward years ago.</w:t>
      </w:r>
    </w:p>
    <w:p w14:paraId="3A3BBD00" w14:textId="77777777" w:rsidR="005C4BB0" w:rsidRDefault="004F1FE1">
      <w:pPr>
        <w:spacing w:after="120"/>
      </w:pPr>
      <w:r>
        <w:t>Empty, Marcus hoped.</w:t>
      </w:r>
    </w:p>
    <w:p w14:paraId="20CE7654" w14:textId="77777777" w:rsidR="005C4BB0" w:rsidRDefault="004F1FE1">
      <w:pPr>
        <w:spacing w:after="120"/>
      </w:pPr>
      <w:r>
        <w:t>He checked the house room by room with Leon.</w:t>
      </w:r>
    </w:p>
    <w:p w14:paraId="2B9E3960" w14:textId="77777777" w:rsidR="005C4BB0" w:rsidRDefault="004F1FE1">
      <w:pPr>
        <w:spacing w:after="120"/>
      </w:pPr>
      <w:r>
        <w:t>Kitchen coated in dust.</w:t>
      </w:r>
    </w:p>
    <w:p w14:paraId="700BEEF0" w14:textId="77777777" w:rsidR="005C4BB0" w:rsidRDefault="004F1FE1">
      <w:pPr>
        <w:spacing w:after="120"/>
      </w:pPr>
      <w:r>
        <w:t>Living room with faded floral couch.</w:t>
      </w:r>
    </w:p>
    <w:p w14:paraId="14DA6FF1" w14:textId="77777777" w:rsidR="005C4BB0" w:rsidRDefault="004F1FE1">
      <w:pPr>
        <w:spacing w:after="120"/>
      </w:pPr>
      <w:r>
        <w:t>Bedrooms stripped long ago.</w:t>
      </w:r>
    </w:p>
    <w:p w14:paraId="1B0522AE" w14:textId="77777777" w:rsidR="005C4BB0" w:rsidRDefault="004F1FE1">
      <w:pPr>
        <w:spacing w:after="120"/>
      </w:pPr>
      <w:r>
        <w:t>No bodies.</w:t>
      </w:r>
    </w:p>
    <w:p w14:paraId="2F10348B" w14:textId="77777777" w:rsidR="005C4BB0" w:rsidRDefault="004F1FE1">
      <w:pPr>
        <w:spacing w:after="120"/>
      </w:pPr>
      <w:r>
        <w:t>No fresh footprints.</w:t>
      </w:r>
    </w:p>
    <w:p w14:paraId="1BBC8F57" w14:textId="77777777" w:rsidR="005C4BB0" w:rsidRDefault="004F1FE1">
      <w:pPr>
        <w:spacing w:after="120"/>
      </w:pPr>
      <w:r>
        <w:t>No generator.</w:t>
      </w:r>
    </w:p>
    <w:p w14:paraId="2BD3C417" w14:textId="77777777" w:rsidR="005C4BB0" w:rsidRDefault="004F1FE1">
      <w:pPr>
        <w:spacing w:after="120"/>
      </w:pPr>
      <w:r>
        <w:t>But in the backyard stood an old storm-cellar hatch half hidden by weeds.</w:t>
      </w:r>
    </w:p>
    <w:p w14:paraId="761664C5" w14:textId="77777777" w:rsidR="005C4BB0" w:rsidRDefault="004F1FE1">
      <w:pPr>
        <w:spacing w:after="120"/>
      </w:pPr>
      <w:r>
        <w:t>Marcus opened it.</w:t>
      </w:r>
    </w:p>
    <w:p w14:paraId="5424BF2B" w14:textId="77777777" w:rsidR="005C4BB0" w:rsidRDefault="004F1FE1">
      <w:pPr>
        <w:spacing w:after="120"/>
      </w:pPr>
      <w:r>
        <w:t>Cool air rose from below.</w:t>
      </w:r>
    </w:p>
    <w:p w14:paraId="20C6BA27" w14:textId="77777777" w:rsidR="005C4BB0" w:rsidRDefault="004F1FE1">
      <w:pPr>
        <w:spacing w:after="120"/>
      </w:pPr>
      <w:r>
        <w:t>Inside were shelves of canning jars, rusted tools, blankets sealed in plastic bins, and most important—a hand pump connected to a narrow well pipe.</w:t>
      </w:r>
    </w:p>
    <w:p w14:paraId="02E0225E" w14:textId="77777777" w:rsidR="005C4BB0" w:rsidRDefault="004F1FE1">
      <w:pPr>
        <w:spacing w:after="120"/>
      </w:pPr>
      <w:r>
        <w:t>Leon tested it.</w:t>
      </w:r>
    </w:p>
    <w:p w14:paraId="6B932C77" w14:textId="77777777" w:rsidR="005C4BB0" w:rsidRDefault="004F1FE1">
      <w:pPr>
        <w:spacing w:after="120"/>
      </w:pPr>
      <w:r>
        <w:t>Water coughed, then flowed clear.</w:t>
      </w:r>
    </w:p>
    <w:p w14:paraId="081DB38B" w14:textId="77777777" w:rsidR="005C4BB0" w:rsidRDefault="004F1FE1">
      <w:pPr>
        <w:spacing w:after="120"/>
      </w:pPr>
      <w:r>
        <w:t>Diane nearly cried.</w:t>
      </w:r>
    </w:p>
    <w:p w14:paraId="767D8BAC" w14:textId="77777777" w:rsidR="005C4BB0" w:rsidRDefault="004F1FE1">
      <w:pPr>
        <w:spacing w:after="120"/>
      </w:pPr>
      <w:r>
        <w:t>They brought the children down first.</w:t>
      </w:r>
    </w:p>
    <w:p w14:paraId="49643DD2" w14:textId="77777777" w:rsidR="005C4BB0" w:rsidRDefault="004F1FE1">
      <w:pPr>
        <w:spacing w:after="120"/>
      </w:pPr>
      <w:r>
        <w:t>Dylan fell asleep on folded blankets before anyone finished speaking.</w:t>
      </w:r>
    </w:p>
    <w:p w14:paraId="25A47057" w14:textId="77777777" w:rsidR="005C4BB0" w:rsidRDefault="004F1FE1">
      <w:pPr>
        <w:spacing w:after="120"/>
      </w:pPr>
      <w:r>
        <w:t>Reese sat on an overturned crate and kept writing.</w:t>
      </w:r>
    </w:p>
    <w:p w14:paraId="30768549" w14:textId="77777777" w:rsidR="005C4BB0" w:rsidRDefault="004F1FE1">
      <w:pPr>
        <w:spacing w:after="120"/>
      </w:pPr>
      <w:r>
        <w:t>“What now?” Diane asked.</w:t>
      </w:r>
    </w:p>
    <w:p w14:paraId="4DE40687" w14:textId="77777777" w:rsidR="005C4BB0" w:rsidRDefault="004F1FE1">
      <w:pPr>
        <w:spacing w:after="120"/>
      </w:pPr>
      <w:r>
        <w:t>Marcus answered honestly.</w:t>
      </w:r>
    </w:p>
    <w:p w14:paraId="3FDB4E0C" w14:textId="77777777" w:rsidR="005C4BB0" w:rsidRDefault="004F1FE1">
      <w:pPr>
        <w:spacing w:after="120"/>
      </w:pPr>
      <w:r>
        <w:t>“We rest while we can.”</w:t>
      </w:r>
    </w:p>
    <w:p w14:paraId="5B4DF681" w14:textId="77777777" w:rsidR="005C4BB0" w:rsidRDefault="004F1FE1">
      <w:pPr>
        <w:spacing w:after="120"/>
      </w:pPr>
      <w:r>
        <w:t>She touched his face.</w:t>
      </w:r>
    </w:p>
    <w:p w14:paraId="58F68C07" w14:textId="77777777" w:rsidR="005C4BB0" w:rsidRDefault="004F1FE1">
      <w:pPr>
        <w:spacing w:after="120"/>
      </w:pPr>
      <w:r>
        <w:t>“You haven’t stopped moving since Denver.”</w:t>
      </w:r>
    </w:p>
    <w:p w14:paraId="0566C83B" w14:textId="77777777" w:rsidR="005C4BB0" w:rsidRDefault="004F1FE1">
      <w:pPr>
        <w:spacing w:after="120"/>
      </w:pPr>
      <w:r>
        <w:lastRenderedPageBreak/>
        <w:t>“If I stop, I think.”</w:t>
      </w:r>
    </w:p>
    <w:p w14:paraId="531C312F" w14:textId="77777777" w:rsidR="005C4BB0" w:rsidRDefault="004F1FE1">
      <w:pPr>
        <w:spacing w:after="120"/>
      </w:pPr>
      <w:r>
        <w:t>“Then think.”</w:t>
      </w:r>
    </w:p>
    <w:p w14:paraId="7B97C94A" w14:textId="77777777" w:rsidR="005C4BB0" w:rsidRDefault="004F1FE1">
      <w:pPr>
        <w:spacing w:after="120"/>
      </w:pPr>
      <w:r>
        <w:t>He almost said no.</w:t>
      </w:r>
    </w:p>
    <w:p w14:paraId="09120755" w14:textId="77777777" w:rsidR="005C4BB0" w:rsidRDefault="004F1FE1">
      <w:pPr>
        <w:spacing w:after="120"/>
      </w:pPr>
      <w:r>
        <w:t>Instead he sat beside her in the cellar lamplight while Leon took first watch.</w:t>
      </w:r>
    </w:p>
    <w:p w14:paraId="13B00DA4" w14:textId="77777777" w:rsidR="005C4BB0" w:rsidRDefault="004F1FE1">
      <w:pPr>
        <w:spacing w:after="120"/>
      </w:pPr>
      <w:r>
        <w:t>“I missed his last call,” Marcus said quietly.</w:t>
      </w:r>
    </w:p>
    <w:p w14:paraId="6408042C" w14:textId="77777777" w:rsidR="005C4BB0" w:rsidRDefault="004F1FE1">
      <w:pPr>
        <w:spacing w:after="120"/>
      </w:pPr>
      <w:r>
        <w:t>Diane knew who he meant.</w:t>
      </w:r>
    </w:p>
    <w:p w14:paraId="229503A6" w14:textId="77777777" w:rsidR="005C4BB0" w:rsidRDefault="004F1FE1">
      <w:pPr>
        <w:spacing w:after="120"/>
      </w:pPr>
      <w:r>
        <w:t>“He knew you loved him.”</w:t>
      </w:r>
    </w:p>
    <w:p w14:paraId="49B9ADDA" w14:textId="77777777" w:rsidR="005C4BB0" w:rsidRDefault="004F1FE1">
      <w:pPr>
        <w:spacing w:after="120"/>
      </w:pPr>
      <w:r>
        <w:t>“I should’ve answered.”</w:t>
      </w:r>
    </w:p>
    <w:p w14:paraId="734F6706" w14:textId="77777777" w:rsidR="005C4BB0" w:rsidRDefault="004F1FE1">
      <w:pPr>
        <w:spacing w:after="120"/>
      </w:pPr>
      <w:r>
        <w:t>“You can love people perfectly and still miss calls.”</w:t>
      </w:r>
    </w:p>
    <w:p w14:paraId="4830416C" w14:textId="77777777" w:rsidR="005C4BB0" w:rsidRDefault="004F1FE1">
      <w:pPr>
        <w:spacing w:after="120"/>
      </w:pPr>
      <w:r>
        <w:t>“That sounds made up.”</w:t>
      </w:r>
    </w:p>
    <w:p w14:paraId="7E4AA9F7" w14:textId="77777777" w:rsidR="005C4BB0" w:rsidRDefault="004F1FE1">
      <w:pPr>
        <w:spacing w:after="120"/>
      </w:pPr>
      <w:r>
        <w:t>Diane shrugged. “Maybe.”</w:t>
      </w:r>
    </w:p>
    <w:p w14:paraId="116771DA" w14:textId="77777777" w:rsidR="005C4BB0" w:rsidRDefault="004F1FE1">
      <w:pPr>
        <w:spacing w:after="120"/>
      </w:pPr>
      <w:r>
        <w:t>He bowed his head.</w:t>
      </w:r>
    </w:p>
    <w:p w14:paraId="48877B42" w14:textId="77777777" w:rsidR="005C4BB0" w:rsidRDefault="004F1FE1">
      <w:pPr>
        <w:spacing w:after="120"/>
      </w:pPr>
      <w:r>
        <w:t>For a moment, in the earth beneath a broken country, grief finally reached him.</w:t>
      </w:r>
    </w:p>
    <w:p w14:paraId="10905C42" w14:textId="77777777" w:rsidR="005C4BB0" w:rsidRDefault="004F1FE1">
      <w:r>
        <w:br w:type="page"/>
      </w:r>
    </w:p>
    <w:p w14:paraId="0D301C2F" w14:textId="77777777" w:rsidR="005C4BB0" w:rsidRPr="00B336DE" w:rsidRDefault="004F1FE1">
      <w:pPr>
        <w:spacing w:before="960" w:after="480"/>
        <w:jc w:val="center"/>
        <w:rPr>
          <w:bCs/>
          <w:i/>
          <w:iCs/>
          <w:sz w:val="26"/>
          <w:szCs w:val="26"/>
        </w:rPr>
      </w:pPr>
      <w:r>
        <w:rPr>
          <w:b/>
          <w:sz w:val="28"/>
        </w:rPr>
        <w:lastRenderedPageBreak/>
        <w:t>CHAPTER 10</w:t>
      </w:r>
      <w:r>
        <w:rPr>
          <w:b/>
          <w:sz w:val="28"/>
        </w:rPr>
        <w:br/>
      </w:r>
      <w:r w:rsidRPr="00B336DE">
        <w:rPr>
          <w:bCs/>
          <w:i/>
          <w:iCs/>
          <w:sz w:val="26"/>
          <w:szCs w:val="26"/>
        </w:rPr>
        <w:t>Morning Fire</w:t>
      </w:r>
    </w:p>
    <w:p w14:paraId="09B5E023" w14:textId="77777777" w:rsidR="005C4BB0" w:rsidRDefault="005C4BB0"/>
    <w:p w14:paraId="216466DF" w14:textId="77777777" w:rsidR="005C4BB0" w:rsidRDefault="004F1FE1">
      <w:pPr>
        <w:spacing w:after="120"/>
      </w:pPr>
      <w:r>
        <w:t>Marcus woke to heat on his face.</w:t>
      </w:r>
    </w:p>
    <w:p w14:paraId="23CB4FC8" w14:textId="77777777" w:rsidR="005C4BB0" w:rsidRDefault="004F1FE1">
      <w:pPr>
        <w:spacing w:after="120"/>
      </w:pPr>
      <w:r>
        <w:t>At first he thought someone had lit a fire too close.</w:t>
      </w:r>
    </w:p>
    <w:p w14:paraId="49C06C2B" w14:textId="77777777" w:rsidR="005C4BB0" w:rsidRDefault="004F1FE1">
      <w:pPr>
        <w:spacing w:after="120"/>
      </w:pPr>
      <w:r>
        <w:t>Then he saw daylight pouring through the cellar seams.</w:t>
      </w:r>
    </w:p>
    <w:p w14:paraId="76029685" w14:textId="77777777" w:rsidR="005C4BB0" w:rsidRDefault="004F1FE1">
      <w:pPr>
        <w:spacing w:after="120"/>
      </w:pPr>
      <w:r>
        <w:t>Too bright.</w:t>
      </w:r>
    </w:p>
    <w:p w14:paraId="5C55518B" w14:textId="77777777" w:rsidR="005C4BB0" w:rsidRDefault="004F1FE1">
      <w:pPr>
        <w:spacing w:after="120"/>
      </w:pPr>
      <w:r>
        <w:t>Everyone climbed the steps into morning.</w:t>
      </w:r>
    </w:p>
    <w:p w14:paraId="50262A9F" w14:textId="77777777" w:rsidR="005C4BB0" w:rsidRDefault="004F1FE1">
      <w:pPr>
        <w:spacing w:after="120"/>
      </w:pPr>
      <w:r>
        <w:t>The sky looked wrong.</w:t>
      </w:r>
    </w:p>
    <w:p w14:paraId="633DE988" w14:textId="77777777" w:rsidR="005C4BB0" w:rsidRDefault="004F1FE1">
      <w:pPr>
        <w:spacing w:after="120"/>
      </w:pPr>
      <w:r>
        <w:t>Not cloudy. Not clear.</w:t>
      </w:r>
    </w:p>
    <w:p w14:paraId="5934E317" w14:textId="77777777" w:rsidR="005C4BB0" w:rsidRDefault="004F1FE1">
      <w:pPr>
        <w:spacing w:after="120"/>
      </w:pPr>
      <w:r>
        <w:t>Bleached.</w:t>
      </w:r>
    </w:p>
    <w:p w14:paraId="5CF8DDA5" w14:textId="77777777" w:rsidR="005C4BB0" w:rsidRDefault="004F1FE1">
      <w:pPr>
        <w:spacing w:after="120"/>
      </w:pPr>
      <w:r>
        <w:t>The sun had barely risen, yet the light struck like noon through a magnifying glass.</w:t>
      </w:r>
    </w:p>
    <w:p w14:paraId="525BD92F" w14:textId="77777777" w:rsidR="005C4BB0" w:rsidRDefault="004F1FE1">
      <w:pPr>
        <w:spacing w:after="120"/>
      </w:pPr>
      <w:r>
        <w:t>Reese shielded her eyes.</w:t>
      </w:r>
    </w:p>
    <w:p w14:paraId="28A7BC8A" w14:textId="77777777" w:rsidR="005C4BB0" w:rsidRDefault="004F1FE1">
      <w:pPr>
        <w:spacing w:after="120"/>
      </w:pPr>
      <w:r>
        <w:t>“Why does it hurt?”</w:t>
      </w:r>
    </w:p>
    <w:p w14:paraId="45F8B327" w14:textId="77777777" w:rsidR="005C4BB0" w:rsidRDefault="004F1FE1">
      <w:pPr>
        <w:spacing w:after="120"/>
      </w:pPr>
      <w:r>
        <w:t>Leon stared upward only a second before looking away.</w:t>
      </w:r>
    </w:p>
    <w:p w14:paraId="70FDC1C5" w14:textId="77777777" w:rsidR="005C4BB0" w:rsidRDefault="004F1FE1">
      <w:pPr>
        <w:spacing w:after="120"/>
      </w:pPr>
      <w:r>
        <w:t>“Inside. Now.”</w:t>
      </w:r>
    </w:p>
    <w:p w14:paraId="51FFA444" w14:textId="77777777" w:rsidR="005C4BB0" w:rsidRDefault="004F1FE1">
      <w:pPr>
        <w:spacing w:after="120"/>
      </w:pPr>
      <w:r>
        <w:t>A man stumbled along the distant road clutching his forearms.</w:t>
      </w:r>
    </w:p>
    <w:p w14:paraId="574DAEBA" w14:textId="77777777" w:rsidR="005C4BB0" w:rsidRDefault="004F1FE1">
      <w:pPr>
        <w:spacing w:after="120"/>
      </w:pPr>
      <w:r>
        <w:t>His skin was bright red.</w:t>
      </w:r>
    </w:p>
    <w:p w14:paraId="5A34F03B" w14:textId="77777777" w:rsidR="005C4BB0" w:rsidRDefault="004F1FE1">
      <w:pPr>
        <w:spacing w:after="120"/>
      </w:pPr>
      <w:r>
        <w:t>Another woman screamed and dropped to her knees, hands over her shoulders.</w:t>
      </w:r>
    </w:p>
    <w:p w14:paraId="3BF0FF65" w14:textId="77777777" w:rsidR="005C4BB0" w:rsidRDefault="004F1FE1">
      <w:pPr>
        <w:spacing w:after="120"/>
      </w:pPr>
      <w:r>
        <w:t>Steam lifted from exposed flesh.</w:t>
      </w:r>
    </w:p>
    <w:p w14:paraId="2782981D" w14:textId="77777777" w:rsidR="005C4BB0" w:rsidRDefault="004F1FE1">
      <w:pPr>
        <w:spacing w:after="120"/>
      </w:pPr>
      <w:r>
        <w:t>Diane froze.</w:t>
      </w:r>
    </w:p>
    <w:p w14:paraId="581262E1" w14:textId="77777777" w:rsidR="005C4BB0" w:rsidRDefault="004F1FE1">
      <w:pPr>
        <w:spacing w:after="120"/>
      </w:pPr>
      <w:r>
        <w:t>“Oh my God.”</w:t>
      </w:r>
    </w:p>
    <w:p w14:paraId="5468437A" w14:textId="77777777" w:rsidR="005C4BB0" w:rsidRDefault="004F1FE1">
      <w:pPr>
        <w:spacing w:after="120"/>
      </w:pPr>
      <w:r>
        <w:t>Marcus snapped into motion.</w:t>
      </w:r>
    </w:p>
    <w:p w14:paraId="3EF1952F" w14:textId="77777777" w:rsidR="005C4BB0" w:rsidRDefault="004F1FE1">
      <w:pPr>
        <w:spacing w:after="120"/>
      </w:pPr>
      <w:r>
        <w:t>“Cover everything.”</w:t>
      </w:r>
    </w:p>
    <w:p w14:paraId="54F4FB33" w14:textId="77777777" w:rsidR="005C4BB0" w:rsidRDefault="004F1FE1">
      <w:pPr>
        <w:spacing w:after="120"/>
      </w:pPr>
      <w:r>
        <w:t>They ran inside.</w:t>
      </w:r>
    </w:p>
    <w:p w14:paraId="5555A62C" w14:textId="77777777" w:rsidR="005C4BB0" w:rsidRDefault="004F1FE1">
      <w:pPr>
        <w:spacing w:after="120"/>
      </w:pPr>
      <w:r>
        <w:t>Blankets over windows.</w:t>
      </w:r>
    </w:p>
    <w:p w14:paraId="51D4CD3C" w14:textId="77777777" w:rsidR="005C4BB0" w:rsidRDefault="004F1FE1">
      <w:pPr>
        <w:spacing w:after="120"/>
      </w:pPr>
      <w:r>
        <w:t>Long sleeves.</w:t>
      </w:r>
    </w:p>
    <w:p w14:paraId="6BD25C2C" w14:textId="77777777" w:rsidR="005C4BB0" w:rsidRDefault="004F1FE1">
      <w:pPr>
        <w:spacing w:after="120"/>
      </w:pPr>
      <w:r>
        <w:t>Coats.</w:t>
      </w:r>
    </w:p>
    <w:p w14:paraId="0026FAFA" w14:textId="77777777" w:rsidR="005C4BB0" w:rsidRDefault="004F1FE1">
      <w:pPr>
        <w:spacing w:after="120"/>
      </w:pPr>
      <w:r>
        <w:t>Towels around necks.</w:t>
      </w:r>
    </w:p>
    <w:p w14:paraId="7276E703" w14:textId="77777777" w:rsidR="005C4BB0" w:rsidRDefault="004F1FE1">
      <w:pPr>
        <w:spacing w:after="120"/>
      </w:pPr>
      <w:r>
        <w:lastRenderedPageBreak/>
        <w:t>Dylan wrapped in scarves until only his eyes showed.</w:t>
      </w:r>
    </w:p>
    <w:p w14:paraId="56896603" w14:textId="77777777" w:rsidR="005C4BB0" w:rsidRDefault="004F1FE1">
      <w:pPr>
        <w:spacing w:after="120"/>
      </w:pPr>
      <w:r>
        <w:t>The farmhouse turned dim and stifling.</w:t>
      </w:r>
    </w:p>
    <w:p w14:paraId="701B55FB" w14:textId="77777777" w:rsidR="005C4BB0" w:rsidRDefault="004F1FE1">
      <w:pPr>
        <w:spacing w:after="120"/>
      </w:pPr>
      <w:r>
        <w:t>Outside, screams multiplied.</w:t>
      </w:r>
    </w:p>
    <w:p w14:paraId="63BE76AB" w14:textId="77777777" w:rsidR="005C4BB0" w:rsidRDefault="004F1FE1">
      <w:pPr>
        <w:spacing w:after="120"/>
      </w:pPr>
      <w:r>
        <w:t>Then faded one by one.</w:t>
      </w:r>
    </w:p>
    <w:p w14:paraId="1CDB5AF6" w14:textId="77777777" w:rsidR="005C4BB0" w:rsidRDefault="004F1FE1">
      <w:pPr>
        <w:spacing w:after="120"/>
      </w:pPr>
      <w:r>
        <w:t>Reese stood at a crack in the boarded kitchen window, notebook forgotten in her hand.</w:t>
      </w:r>
    </w:p>
    <w:p w14:paraId="263D44DE" w14:textId="77777777" w:rsidR="005C4BB0" w:rsidRDefault="004F1FE1">
      <w:pPr>
        <w:spacing w:after="120"/>
      </w:pPr>
      <w:r>
        <w:t>Marcus moved her back gently.</w:t>
      </w:r>
    </w:p>
    <w:p w14:paraId="1787C6A7" w14:textId="77777777" w:rsidR="005C4BB0" w:rsidRDefault="004F1FE1">
      <w:pPr>
        <w:spacing w:after="120"/>
      </w:pPr>
      <w:r>
        <w:t>“Don’t.”</w:t>
      </w:r>
    </w:p>
    <w:p w14:paraId="4EDCAB84" w14:textId="77777777" w:rsidR="005C4BB0" w:rsidRDefault="004F1FE1">
      <w:pPr>
        <w:spacing w:after="120"/>
      </w:pPr>
      <w:r>
        <w:t>“What’s happening?”</w:t>
      </w:r>
    </w:p>
    <w:p w14:paraId="02ACBF4C" w14:textId="77777777" w:rsidR="005C4BB0" w:rsidRDefault="004F1FE1">
      <w:pPr>
        <w:spacing w:after="120"/>
      </w:pPr>
      <w:r>
        <w:t xml:space="preserve">He looked </w:t>
      </w:r>
      <w:proofErr w:type="gramStart"/>
      <w:r>
        <w:t>to</w:t>
      </w:r>
      <w:proofErr w:type="gramEnd"/>
      <w:r>
        <w:t xml:space="preserve"> Leon.</w:t>
      </w:r>
    </w:p>
    <w:p w14:paraId="38338001" w14:textId="77777777" w:rsidR="005C4BB0" w:rsidRDefault="004F1FE1">
      <w:pPr>
        <w:spacing w:after="120"/>
      </w:pPr>
      <w:r>
        <w:t>The older man’s face had gone pale beneath his beard.</w:t>
      </w:r>
    </w:p>
    <w:p w14:paraId="2AC28574" w14:textId="77777777" w:rsidR="005C4BB0" w:rsidRDefault="004F1FE1">
      <w:pPr>
        <w:spacing w:after="120"/>
      </w:pPr>
      <w:r>
        <w:t>“I don’t know,” Leon said. “But stars do strange things before they die.”</w:t>
      </w:r>
    </w:p>
    <w:p w14:paraId="03866A84" w14:textId="77777777" w:rsidR="005C4BB0" w:rsidRDefault="004F1FE1">
      <w:pPr>
        <w:spacing w:after="120"/>
      </w:pPr>
      <w:r>
        <w:t>Marcus shook his head.</w:t>
      </w:r>
    </w:p>
    <w:p w14:paraId="56B10658" w14:textId="77777777" w:rsidR="005C4BB0" w:rsidRDefault="004F1FE1">
      <w:pPr>
        <w:spacing w:after="120"/>
      </w:pPr>
      <w:r>
        <w:t>“That’s impossible.”</w:t>
      </w:r>
    </w:p>
    <w:p w14:paraId="604D473E" w14:textId="77777777" w:rsidR="005C4BB0" w:rsidRDefault="004F1FE1">
      <w:pPr>
        <w:spacing w:after="120"/>
      </w:pPr>
      <w:r>
        <w:t>Leon didn’t answer right away.</w:t>
      </w:r>
    </w:p>
    <w:p w14:paraId="0FB2F73C" w14:textId="77777777" w:rsidR="005C4BB0" w:rsidRDefault="004F1FE1">
      <w:pPr>
        <w:spacing w:after="120"/>
      </w:pPr>
      <w:r>
        <w:t>Then: “So was yesterday.”</w:t>
      </w:r>
    </w:p>
    <w:p w14:paraId="5FC366E0" w14:textId="77777777" w:rsidR="005C4BB0" w:rsidRDefault="004F1FE1">
      <w:pPr>
        <w:spacing w:after="120"/>
      </w:pPr>
      <w:r>
        <w:t>The room fell silent.</w:t>
      </w:r>
    </w:p>
    <w:p w14:paraId="664E9469" w14:textId="77777777" w:rsidR="005C4BB0" w:rsidRDefault="004F1FE1">
      <w:pPr>
        <w:spacing w:after="120"/>
      </w:pPr>
      <w:r>
        <w:t>Outside, sunlight burned across Kansas, white and merciless.</w:t>
      </w:r>
    </w:p>
    <w:p w14:paraId="6FA075B4" w14:textId="77777777" w:rsidR="005C4BB0" w:rsidRDefault="004F1FE1">
      <w:r>
        <w:br w:type="page"/>
      </w:r>
    </w:p>
    <w:p w14:paraId="79D07A5D" w14:textId="77777777" w:rsidR="005C4BB0" w:rsidRDefault="004F1FE1">
      <w:pPr>
        <w:spacing w:before="960" w:after="480"/>
        <w:jc w:val="center"/>
      </w:pPr>
      <w:r>
        <w:rPr>
          <w:b/>
          <w:sz w:val="28"/>
        </w:rPr>
        <w:lastRenderedPageBreak/>
        <w:t>CHAPTER 11</w:t>
      </w:r>
      <w:r>
        <w:rPr>
          <w:b/>
          <w:sz w:val="28"/>
        </w:rPr>
        <w:br/>
      </w:r>
      <w:r w:rsidRPr="00B336DE">
        <w:rPr>
          <w:bCs/>
          <w:i/>
          <w:iCs/>
          <w:sz w:val="26"/>
          <w:szCs w:val="26"/>
        </w:rPr>
        <w:t>White Horizon</w:t>
      </w:r>
    </w:p>
    <w:p w14:paraId="4DF34B47" w14:textId="77777777" w:rsidR="005C4BB0" w:rsidRDefault="005C4BB0"/>
    <w:p w14:paraId="099BC8A0" w14:textId="77777777" w:rsidR="005C4BB0" w:rsidRDefault="004F1FE1">
      <w:pPr>
        <w:spacing w:after="120"/>
      </w:pPr>
      <w:r>
        <w:t>By noon the farmhouse felt like an oven wrapped in darkness.</w:t>
      </w:r>
    </w:p>
    <w:p w14:paraId="386C4FD5" w14:textId="77777777" w:rsidR="005C4BB0" w:rsidRDefault="004F1FE1">
      <w:pPr>
        <w:spacing w:after="120"/>
      </w:pPr>
      <w:r>
        <w:t>Blankets covered every window. Towels were jammed beneath doors. The family sat in the narrow strips of shade that still remained, sweating in silence while outside the world cooked.</w:t>
      </w:r>
    </w:p>
    <w:p w14:paraId="2E3F7094" w14:textId="77777777" w:rsidR="005C4BB0" w:rsidRDefault="004F1FE1">
      <w:pPr>
        <w:spacing w:after="120"/>
      </w:pPr>
      <w:r>
        <w:t>Water became currency.</w:t>
      </w:r>
    </w:p>
    <w:p w14:paraId="52CE9B35" w14:textId="77777777" w:rsidR="005C4BB0" w:rsidRDefault="004F1FE1">
      <w:pPr>
        <w:spacing w:after="120"/>
      </w:pPr>
      <w:r>
        <w:t>Diane poured half cups only.</w:t>
      </w:r>
    </w:p>
    <w:p w14:paraId="5B2517FE" w14:textId="77777777" w:rsidR="005C4BB0" w:rsidRDefault="004F1FE1">
      <w:pPr>
        <w:spacing w:after="120"/>
      </w:pPr>
      <w:r>
        <w:t>“No more until evening,” she said.</w:t>
      </w:r>
    </w:p>
    <w:p w14:paraId="39166003" w14:textId="77777777" w:rsidR="005C4BB0" w:rsidRDefault="004F1FE1">
      <w:pPr>
        <w:spacing w:after="120"/>
      </w:pPr>
      <w:r>
        <w:t>Dylan accepted it without complaint. Fear had made him older overnight.</w:t>
      </w:r>
    </w:p>
    <w:p w14:paraId="2A6E2CC8" w14:textId="77777777" w:rsidR="005C4BB0" w:rsidRDefault="004F1FE1">
      <w:pPr>
        <w:spacing w:after="120"/>
      </w:pPr>
      <w:r>
        <w:t>Reese sat on the kitchen floor, notebook open.</w:t>
      </w:r>
    </w:p>
    <w:p w14:paraId="5FB8B864" w14:textId="77777777" w:rsidR="005C4BB0" w:rsidRDefault="004F1FE1">
      <w:pPr>
        <w:spacing w:after="120"/>
      </w:pPr>
      <w:r>
        <w:t>Names filled three pages already.</w:t>
      </w:r>
    </w:p>
    <w:p w14:paraId="4C86B5F6" w14:textId="77777777" w:rsidR="005C4BB0" w:rsidRDefault="004F1FE1">
      <w:pPr>
        <w:spacing w:after="120"/>
      </w:pPr>
      <w:r>
        <w:t>Grandpa Raymond.</w:t>
      </w:r>
    </w:p>
    <w:p w14:paraId="66FF6BD7" w14:textId="77777777" w:rsidR="005C4BB0" w:rsidRDefault="004F1FE1">
      <w:pPr>
        <w:spacing w:after="120"/>
      </w:pPr>
      <w:r>
        <w:t>Prakash.</w:t>
      </w:r>
    </w:p>
    <w:p w14:paraId="6FD91043" w14:textId="77777777" w:rsidR="005C4BB0" w:rsidRDefault="004F1FE1">
      <w:pPr>
        <w:spacing w:after="120"/>
      </w:pPr>
      <w:r>
        <w:t>Unknown woman on highway.</w:t>
      </w:r>
    </w:p>
    <w:p w14:paraId="7551CF86" w14:textId="77777777" w:rsidR="005C4BB0" w:rsidRDefault="004F1FE1">
      <w:pPr>
        <w:spacing w:after="120"/>
      </w:pPr>
      <w:r>
        <w:t>Boy in blue jacket.</w:t>
      </w:r>
    </w:p>
    <w:p w14:paraId="5E934B2D" w14:textId="77777777" w:rsidR="005C4BB0" w:rsidRDefault="004F1FE1">
      <w:pPr>
        <w:spacing w:after="120"/>
      </w:pPr>
      <w:r>
        <w:t>Marcus looked at the last one.</w:t>
      </w:r>
    </w:p>
    <w:p w14:paraId="53B7F528" w14:textId="77777777" w:rsidR="005C4BB0" w:rsidRDefault="004F1FE1">
      <w:pPr>
        <w:spacing w:after="120"/>
      </w:pPr>
      <w:r>
        <w:t>“You didn’t know him.”</w:t>
      </w:r>
    </w:p>
    <w:p w14:paraId="5344EA61" w14:textId="77777777" w:rsidR="005C4BB0" w:rsidRDefault="004F1FE1">
      <w:pPr>
        <w:spacing w:after="120"/>
      </w:pPr>
      <w:r>
        <w:t>“I saw him,” Reese said. “That counts.”</w:t>
      </w:r>
    </w:p>
    <w:p w14:paraId="15E065D4" w14:textId="77777777" w:rsidR="005C4BB0" w:rsidRDefault="004F1FE1">
      <w:pPr>
        <w:spacing w:after="120"/>
      </w:pPr>
      <w:r>
        <w:t xml:space="preserve">He had no answer </w:t>
      </w:r>
      <w:proofErr w:type="gramStart"/>
      <w:r>
        <w:t>for</w:t>
      </w:r>
      <w:proofErr w:type="gramEnd"/>
      <w:r>
        <w:t xml:space="preserve"> that.</w:t>
      </w:r>
    </w:p>
    <w:p w14:paraId="5CAF40A5" w14:textId="77777777" w:rsidR="005C4BB0" w:rsidRDefault="004F1FE1">
      <w:pPr>
        <w:spacing w:after="120"/>
      </w:pPr>
      <w:r>
        <w:t>A deep metallic crack rolled across the plains.</w:t>
      </w:r>
    </w:p>
    <w:p w14:paraId="4A4FD07C" w14:textId="77777777" w:rsidR="005C4BB0" w:rsidRDefault="004F1FE1">
      <w:pPr>
        <w:spacing w:after="120"/>
      </w:pPr>
      <w:r>
        <w:t>Everyone flinched.</w:t>
      </w:r>
    </w:p>
    <w:p w14:paraId="72FDF704" w14:textId="77777777" w:rsidR="005C4BB0" w:rsidRDefault="004F1FE1">
      <w:pPr>
        <w:spacing w:after="120"/>
      </w:pPr>
      <w:r>
        <w:t>Marcus moved to the boarded window and lifted one edge barely enough to see.</w:t>
      </w:r>
    </w:p>
    <w:p w14:paraId="13FA49B8" w14:textId="77777777" w:rsidR="005C4BB0" w:rsidRDefault="004F1FE1">
      <w:pPr>
        <w:spacing w:after="120"/>
      </w:pPr>
      <w:r>
        <w:t>The west was white.</w:t>
      </w:r>
    </w:p>
    <w:p w14:paraId="03EAD5AA" w14:textId="77777777" w:rsidR="005C4BB0" w:rsidRDefault="004F1FE1">
      <w:pPr>
        <w:spacing w:after="120"/>
      </w:pPr>
      <w:r>
        <w:t>Not cloud white.</w:t>
      </w:r>
    </w:p>
    <w:p w14:paraId="6313889D" w14:textId="77777777" w:rsidR="005C4BB0" w:rsidRDefault="004F1FE1">
      <w:pPr>
        <w:spacing w:after="120"/>
      </w:pPr>
      <w:r>
        <w:t>Not sunlight.</w:t>
      </w:r>
    </w:p>
    <w:p w14:paraId="7F6CCF2A" w14:textId="77777777" w:rsidR="005C4BB0" w:rsidRDefault="004F1FE1">
      <w:pPr>
        <w:spacing w:after="120"/>
      </w:pPr>
      <w:r>
        <w:t>A growing brilliance too bright for the eye to hold.</w:t>
      </w:r>
    </w:p>
    <w:p w14:paraId="0C548030" w14:textId="77777777" w:rsidR="005C4BB0" w:rsidRDefault="004F1FE1">
      <w:pPr>
        <w:spacing w:after="120"/>
      </w:pPr>
      <w:r>
        <w:t>It swallowed distance itself.</w:t>
      </w:r>
    </w:p>
    <w:p w14:paraId="20C663B7" w14:textId="77777777" w:rsidR="005C4BB0" w:rsidRDefault="004F1FE1">
      <w:pPr>
        <w:spacing w:after="120"/>
      </w:pPr>
      <w:r>
        <w:t>“Leon,” Marcus said quietly.</w:t>
      </w:r>
    </w:p>
    <w:p w14:paraId="75EC38BF" w14:textId="77777777" w:rsidR="005C4BB0" w:rsidRDefault="004F1FE1">
      <w:pPr>
        <w:spacing w:after="120"/>
      </w:pPr>
      <w:r>
        <w:lastRenderedPageBreak/>
        <w:t>Leon came beside him, looked once, and stepped back.</w:t>
      </w:r>
    </w:p>
    <w:p w14:paraId="0249EC5B" w14:textId="77777777" w:rsidR="005C4BB0" w:rsidRDefault="004F1FE1">
      <w:pPr>
        <w:spacing w:after="120"/>
      </w:pPr>
      <w:r>
        <w:t>“We go to the cellar. Now.”</w:t>
      </w:r>
    </w:p>
    <w:p w14:paraId="68FD0100" w14:textId="77777777" w:rsidR="005C4BB0" w:rsidRDefault="004F1FE1">
      <w:pPr>
        <w:spacing w:after="120"/>
      </w:pPr>
      <w:r>
        <w:t>No one argued.</w:t>
      </w:r>
    </w:p>
    <w:p w14:paraId="4D1C41B5" w14:textId="77777777" w:rsidR="005C4BB0" w:rsidRDefault="004F1FE1">
      <w:pPr>
        <w:spacing w:after="120"/>
      </w:pPr>
      <w:r>
        <w:t>They descended the narrow steps just as the first wave hit.</w:t>
      </w:r>
    </w:p>
    <w:p w14:paraId="50118C07" w14:textId="77777777" w:rsidR="005C4BB0" w:rsidRDefault="004F1FE1">
      <w:pPr>
        <w:spacing w:after="120"/>
      </w:pPr>
      <w:r>
        <w:t>The farmhouse shook so hard the shelves threw jars to the floor.</w:t>
      </w:r>
    </w:p>
    <w:p w14:paraId="4C35C920" w14:textId="77777777" w:rsidR="005C4BB0" w:rsidRDefault="004F1FE1">
      <w:pPr>
        <w:spacing w:after="120"/>
      </w:pPr>
      <w:r>
        <w:t>Glass exploded upstairs.</w:t>
      </w:r>
    </w:p>
    <w:p w14:paraId="4671AFA2" w14:textId="77777777" w:rsidR="005C4BB0" w:rsidRDefault="004F1FE1">
      <w:pPr>
        <w:spacing w:after="120"/>
      </w:pPr>
      <w:r>
        <w:t>A roar like the sky tearing open crashed over them. Heat punched through wood and earth. Dylan screamed. Diane pulled him under her body.</w:t>
      </w:r>
    </w:p>
    <w:p w14:paraId="126BBFFB" w14:textId="77777777" w:rsidR="005C4BB0" w:rsidRDefault="004F1FE1">
      <w:pPr>
        <w:spacing w:after="120"/>
      </w:pPr>
      <w:r>
        <w:t>Then as suddenly as it began—</w:t>
      </w:r>
    </w:p>
    <w:p w14:paraId="4AB0C9C3" w14:textId="77777777" w:rsidR="005C4BB0" w:rsidRDefault="004F1FE1">
      <w:pPr>
        <w:spacing w:after="120"/>
      </w:pPr>
      <w:r>
        <w:t>Silence.</w:t>
      </w:r>
    </w:p>
    <w:p w14:paraId="7B3925E9" w14:textId="77777777" w:rsidR="005C4BB0" w:rsidRDefault="004F1FE1">
      <w:pPr>
        <w:spacing w:after="120"/>
      </w:pPr>
      <w:r>
        <w:t>Not normal silence.</w:t>
      </w:r>
    </w:p>
    <w:p w14:paraId="5A70674F" w14:textId="77777777" w:rsidR="005C4BB0" w:rsidRDefault="004F1FE1">
      <w:pPr>
        <w:spacing w:after="120"/>
      </w:pPr>
      <w:r>
        <w:t>A dead, waiting silence.</w:t>
      </w:r>
    </w:p>
    <w:p w14:paraId="253831B8" w14:textId="77777777" w:rsidR="005C4BB0" w:rsidRDefault="004F1FE1">
      <w:r>
        <w:br w:type="page"/>
      </w:r>
    </w:p>
    <w:p w14:paraId="77D82885" w14:textId="77777777" w:rsidR="005C4BB0" w:rsidRDefault="004F1FE1">
      <w:pPr>
        <w:spacing w:before="960" w:after="480"/>
        <w:jc w:val="center"/>
      </w:pPr>
      <w:r>
        <w:rPr>
          <w:b/>
          <w:sz w:val="28"/>
        </w:rPr>
        <w:lastRenderedPageBreak/>
        <w:t>CHAPTER 12</w:t>
      </w:r>
      <w:r>
        <w:rPr>
          <w:b/>
          <w:sz w:val="28"/>
        </w:rPr>
        <w:br/>
      </w:r>
      <w:r w:rsidRPr="00B336DE">
        <w:rPr>
          <w:bCs/>
          <w:i/>
          <w:iCs/>
          <w:sz w:val="26"/>
          <w:szCs w:val="26"/>
        </w:rPr>
        <w:t>No Sun</w:t>
      </w:r>
    </w:p>
    <w:p w14:paraId="3A977DDD" w14:textId="77777777" w:rsidR="005C4BB0" w:rsidRDefault="005C4BB0"/>
    <w:p w14:paraId="60C45163" w14:textId="77777777" w:rsidR="005C4BB0" w:rsidRDefault="004F1FE1">
      <w:pPr>
        <w:spacing w:after="120"/>
      </w:pPr>
      <w:r>
        <w:t>They climbed out into blackness.</w:t>
      </w:r>
    </w:p>
    <w:p w14:paraId="66733574" w14:textId="77777777" w:rsidR="005C4BB0" w:rsidRDefault="004F1FE1">
      <w:pPr>
        <w:spacing w:after="120"/>
      </w:pPr>
      <w:r>
        <w:t>The sun was gone.</w:t>
      </w:r>
    </w:p>
    <w:p w14:paraId="6CD691F5" w14:textId="77777777" w:rsidR="005C4BB0" w:rsidRDefault="004F1FE1">
      <w:pPr>
        <w:spacing w:after="120"/>
      </w:pPr>
      <w:r>
        <w:t>No dusk. No clouds. No moonrise.</w:t>
      </w:r>
    </w:p>
    <w:p w14:paraId="7EAA56A4" w14:textId="77777777" w:rsidR="005C4BB0" w:rsidRDefault="004F1FE1">
      <w:pPr>
        <w:spacing w:after="120"/>
      </w:pPr>
      <w:r>
        <w:t>Just a ceiling of absolute dark stretching in every direction.</w:t>
      </w:r>
    </w:p>
    <w:p w14:paraId="67CACE7B" w14:textId="77777777" w:rsidR="005C4BB0" w:rsidRDefault="004F1FE1">
      <w:pPr>
        <w:spacing w:after="120"/>
      </w:pPr>
      <w:r>
        <w:t>Marcus stood frozen on the cellar steps while cold bit through his shirt.</w:t>
      </w:r>
    </w:p>
    <w:p w14:paraId="6A603D17" w14:textId="77777777" w:rsidR="005C4BB0" w:rsidRDefault="004F1FE1">
      <w:pPr>
        <w:spacing w:after="120"/>
      </w:pPr>
      <w:r>
        <w:t>His breath fogged instantly.</w:t>
      </w:r>
    </w:p>
    <w:p w14:paraId="09149797" w14:textId="77777777" w:rsidR="005C4BB0" w:rsidRDefault="004F1FE1">
      <w:pPr>
        <w:spacing w:after="120"/>
      </w:pPr>
      <w:r>
        <w:t>Minutes ago they had been burning alive.</w:t>
      </w:r>
    </w:p>
    <w:p w14:paraId="76083579" w14:textId="77777777" w:rsidR="005C4BB0" w:rsidRDefault="004F1FE1">
      <w:pPr>
        <w:spacing w:after="120"/>
      </w:pPr>
      <w:r>
        <w:t>Now frost crept across the porch rail.</w:t>
      </w:r>
    </w:p>
    <w:p w14:paraId="33F856F2" w14:textId="77777777" w:rsidR="005C4BB0" w:rsidRDefault="004F1FE1">
      <w:pPr>
        <w:spacing w:after="120"/>
      </w:pPr>
      <w:r>
        <w:t>Diane whispered, “This can’t be real.”</w:t>
      </w:r>
    </w:p>
    <w:p w14:paraId="592C62A5" w14:textId="77777777" w:rsidR="005C4BB0" w:rsidRDefault="004F1FE1">
      <w:pPr>
        <w:spacing w:after="120"/>
      </w:pPr>
      <w:r>
        <w:t>But the boards beneath their feet were icing over.</w:t>
      </w:r>
    </w:p>
    <w:p w14:paraId="16D140E4" w14:textId="77777777" w:rsidR="005C4BB0" w:rsidRDefault="004F1FE1">
      <w:pPr>
        <w:spacing w:after="120"/>
      </w:pPr>
      <w:r>
        <w:t>“Inside,” Leon snapped. “Move.”</w:t>
      </w:r>
    </w:p>
    <w:p w14:paraId="74B32259" w14:textId="77777777" w:rsidR="005C4BB0" w:rsidRDefault="004F1FE1">
      <w:pPr>
        <w:spacing w:after="120"/>
      </w:pPr>
      <w:r>
        <w:t>They tore through the farmhouse for anything flammable.</w:t>
      </w:r>
    </w:p>
    <w:p w14:paraId="1739A107" w14:textId="77777777" w:rsidR="005C4BB0" w:rsidRDefault="004F1FE1">
      <w:pPr>
        <w:spacing w:after="120"/>
      </w:pPr>
      <w:r>
        <w:t>Chair legs.</w:t>
      </w:r>
    </w:p>
    <w:p w14:paraId="18E34437" w14:textId="77777777" w:rsidR="005C4BB0" w:rsidRDefault="004F1FE1">
      <w:pPr>
        <w:spacing w:after="120"/>
      </w:pPr>
      <w:r>
        <w:t>Cabinet doors.</w:t>
      </w:r>
    </w:p>
    <w:p w14:paraId="61BCAE12" w14:textId="77777777" w:rsidR="005C4BB0" w:rsidRDefault="004F1FE1">
      <w:pPr>
        <w:spacing w:after="120"/>
      </w:pPr>
      <w:r>
        <w:t>Old magazines.</w:t>
      </w:r>
    </w:p>
    <w:p w14:paraId="1E6EDC4E" w14:textId="77777777" w:rsidR="005C4BB0" w:rsidRDefault="004F1FE1">
      <w:pPr>
        <w:spacing w:after="120"/>
      </w:pPr>
      <w:r>
        <w:t>Curtains.</w:t>
      </w:r>
    </w:p>
    <w:p w14:paraId="1E06682A" w14:textId="77777777" w:rsidR="005C4BB0" w:rsidRDefault="004F1FE1">
      <w:pPr>
        <w:spacing w:after="120"/>
      </w:pPr>
      <w:r>
        <w:t>Marcus built a fire in the stone fireplace while Leon fed it splintered wood.</w:t>
      </w:r>
    </w:p>
    <w:p w14:paraId="76D6E633" w14:textId="77777777" w:rsidR="005C4BB0" w:rsidRDefault="004F1FE1">
      <w:pPr>
        <w:spacing w:after="120"/>
      </w:pPr>
      <w:r>
        <w:t>Flames rose. Everyone crowded close.</w:t>
      </w:r>
    </w:p>
    <w:p w14:paraId="2D4A35A7" w14:textId="77777777" w:rsidR="005C4BB0" w:rsidRDefault="004F1FE1">
      <w:pPr>
        <w:spacing w:after="120"/>
      </w:pPr>
      <w:r>
        <w:t>Outside, shapes moved on the highway.</w:t>
      </w:r>
    </w:p>
    <w:p w14:paraId="12F91CB7" w14:textId="77777777" w:rsidR="005C4BB0" w:rsidRDefault="004F1FE1">
      <w:pPr>
        <w:spacing w:after="120"/>
      </w:pPr>
      <w:r>
        <w:t>People staggering in darkness.</w:t>
      </w:r>
    </w:p>
    <w:p w14:paraId="79CF522C" w14:textId="77777777" w:rsidR="005C4BB0" w:rsidRDefault="004F1FE1">
      <w:pPr>
        <w:spacing w:after="120"/>
      </w:pPr>
      <w:r>
        <w:t>Then slowing.</w:t>
      </w:r>
    </w:p>
    <w:p w14:paraId="21905CF2" w14:textId="77777777" w:rsidR="005C4BB0" w:rsidRDefault="004F1FE1">
      <w:pPr>
        <w:spacing w:after="120"/>
      </w:pPr>
      <w:r>
        <w:t>Then stopping.</w:t>
      </w:r>
    </w:p>
    <w:p w14:paraId="3A4A663D" w14:textId="77777777" w:rsidR="005C4BB0" w:rsidRDefault="004F1FE1">
      <w:pPr>
        <w:spacing w:after="120"/>
      </w:pPr>
      <w:r>
        <w:t>One man stood mid-step, rigid as stone.</w:t>
      </w:r>
    </w:p>
    <w:p w14:paraId="53410016" w14:textId="77777777" w:rsidR="005C4BB0" w:rsidRDefault="004F1FE1">
      <w:pPr>
        <w:spacing w:after="120"/>
      </w:pPr>
      <w:r>
        <w:t>Reese stared through a crack in the boards.</w:t>
      </w:r>
    </w:p>
    <w:p w14:paraId="7FAD223B" w14:textId="77777777" w:rsidR="005C4BB0" w:rsidRDefault="004F1FE1">
      <w:pPr>
        <w:spacing w:after="120"/>
      </w:pPr>
      <w:r>
        <w:t>“Dad…”</w:t>
      </w:r>
    </w:p>
    <w:p w14:paraId="30073442" w14:textId="77777777" w:rsidR="005C4BB0" w:rsidRDefault="004F1FE1">
      <w:pPr>
        <w:spacing w:after="120"/>
      </w:pPr>
      <w:r>
        <w:t>Marcus pulled her back.</w:t>
      </w:r>
    </w:p>
    <w:p w14:paraId="1F6CA783" w14:textId="77777777" w:rsidR="005C4BB0" w:rsidRDefault="004F1FE1">
      <w:pPr>
        <w:spacing w:after="120"/>
      </w:pPr>
      <w:r>
        <w:lastRenderedPageBreak/>
        <w:t>“Don’t watch.”</w:t>
      </w:r>
    </w:p>
    <w:p w14:paraId="266316C5" w14:textId="77777777" w:rsidR="005C4BB0" w:rsidRDefault="004F1FE1">
      <w:pPr>
        <w:spacing w:after="120"/>
      </w:pPr>
      <w:r>
        <w:t>The cold sharpened fast.</w:t>
      </w:r>
    </w:p>
    <w:p w14:paraId="426D56A9" w14:textId="77777777" w:rsidR="005C4BB0" w:rsidRDefault="004F1FE1">
      <w:pPr>
        <w:spacing w:after="120"/>
      </w:pPr>
      <w:r>
        <w:t>It invaded walls, lungs, thought.</w:t>
      </w:r>
    </w:p>
    <w:p w14:paraId="77A27C17" w14:textId="77777777" w:rsidR="005C4BB0" w:rsidRDefault="004F1FE1">
      <w:pPr>
        <w:spacing w:after="120"/>
      </w:pPr>
      <w:r>
        <w:t>Dylan pressed against Marcus.</w:t>
      </w:r>
    </w:p>
    <w:p w14:paraId="2F7F715F" w14:textId="77777777" w:rsidR="005C4BB0" w:rsidRDefault="004F1FE1">
      <w:pPr>
        <w:spacing w:after="120"/>
      </w:pPr>
      <w:r>
        <w:t>“Are we going to die?”</w:t>
      </w:r>
    </w:p>
    <w:p w14:paraId="472D1C75" w14:textId="77777777" w:rsidR="005C4BB0" w:rsidRDefault="004F1FE1">
      <w:pPr>
        <w:spacing w:after="120"/>
      </w:pPr>
      <w:r>
        <w:t>Marcus held him tighter.</w:t>
      </w:r>
    </w:p>
    <w:p w14:paraId="28A99144" w14:textId="77777777" w:rsidR="005C4BB0" w:rsidRDefault="004F1FE1">
      <w:pPr>
        <w:spacing w:after="120"/>
      </w:pPr>
      <w:r>
        <w:t>“Not tonight.”</w:t>
      </w:r>
    </w:p>
    <w:p w14:paraId="0C36B29A" w14:textId="77777777" w:rsidR="005C4BB0" w:rsidRDefault="004F1FE1">
      <w:pPr>
        <w:spacing w:after="120"/>
      </w:pPr>
      <w:r>
        <w:t>It might have been a lie.</w:t>
      </w:r>
    </w:p>
    <w:p w14:paraId="296E69B5" w14:textId="77777777" w:rsidR="005C4BB0" w:rsidRDefault="004F1FE1">
      <w:pPr>
        <w:spacing w:after="120"/>
      </w:pPr>
      <w:r>
        <w:t>It was also the only thing a father could say.</w:t>
      </w:r>
    </w:p>
    <w:p w14:paraId="0BD9FB3B" w14:textId="77777777" w:rsidR="005C4BB0" w:rsidRDefault="004F1FE1">
      <w:r>
        <w:br w:type="page"/>
      </w:r>
    </w:p>
    <w:p w14:paraId="4487BBEF" w14:textId="77777777" w:rsidR="005C4BB0" w:rsidRDefault="004F1FE1">
      <w:pPr>
        <w:spacing w:before="960" w:after="480"/>
        <w:jc w:val="center"/>
      </w:pPr>
      <w:r>
        <w:rPr>
          <w:b/>
          <w:sz w:val="28"/>
        </w:rPr>
        <w:lastRenderedPageBreak/>
        <w:t>CHAPTER 13</w:t>
      </w:r>
      <w:r>
        <w:rPr>
          <w:b/>
          <w:sz w:val="28"/>
        </w:rPr>
        <w:br/>
      </w:r>
      <w:r w:rsidRPr="00B336DE">
        <w:rPr>
          <w:bCs/>
          <w:i/>
          <w:iCs/>
          <w:sz w:val="26"/>
          <w:szCs w:val="26"/>
        </w:rPr>
        <w:t>Last Lessons</w:t>
      </w:r>
    </w:p>
    <w:p w14:paraId="26418DD4" w14:textId="77777777" w:rsidR="005C4BB0" w:rsidRDefault="005C4BB0"/>
    <w:p w14:paraId="3BEAB4DD" w14:textId="77777777" w:rsidR="005C4BB0" w:rsidRDefault="004F1FE1">
      <w:pPr>
        <w:spacing w:after="120"/>
      </w:pPr>
      <w:r>
        <w:t>The fire ate through the house one piece at a time.</w:t>
      </w:r>
    </w:p>
    <w:p w14:paraId="36295AA0" w14:textId="77777777" w:rsidR="005C4BB0" w:rsidRDefault="004F1FE1">
      <w:pPr>
        <w:spacing w:after="120"/>
      </w:pPr>
      <w:r>
        <w:t>Every board burned smaller than the cold.</w:t>
      </w:r>
    </w:p>
    <w:p w14:paraId="6B868BE2" w14:textId="77777777" w:rsidR="005C4BB0" w:rsidRDefault="004F1FE1">
      <w:pPr>
        <w:spacing w:after="120"/>
      </w:pPr>
      <w:r>
        <w:t>Leon sat wrapped in blankets near the hearth, hands extended to the heat. His beard glittered with frost where his breath settled.</w:t>
      </w:r>
    </w:p>
    <w:p w14:paraId="23B13C30" w14:textId="77777777" w:rsidR="005C4BB0" w:rsidRDefault="004F1FE1">
      <w:pPr>
        <w:spacing w:after="120"/>
      </w:pPr>
      <w:r>
        <w:t>Marcus knelt beside him.</w:t>
      </w:r>
    </w:p>
    <w:p w14:paraId="615EC43E" w14:textId="77777777" w:rsidR="005C4BB0" w:rsidRDefault="004F1FE1">
      <w:pPr>
        <w:spacing w:after="120"/>
      </w:pPr>
      <w:r>
        <w:t>“You need more layers.”</w:t>
      </w:r>
    </w:p>
    <w:p w14:paraId="0B9B7151" w14:textId="77777777" w:rsidR="005C4BB0" w:rsidRDefault="004F1FE1">
      <w:pPr>
        <w:spacing w:after="120"/>
      </w:pPr>
      <w:r>
        <w:t>“I need younger knees and whiskey,” Leon said.</w:t>
      </w:r>
    </w:p>
    <w:p w14:paraId="6556EE64" w14:textId="77777777" w:rsidR="005C4BB0" w:rsidRDefault="004F1FE1">
      <w:pPr>
        <w:spacing w:after="120"/>
      </w:pPr>
      <w:r>
        <w:t>Marcus almost laughed.</w:t>
      </w:r>
    </w:p>
    <w:p w14:paraId="5304547C" w14:textId="77777777" w:rsidR="005C4BB0" w:rsidRDefault="004F1FE1">
      <w:pPr>
        <w:spacing w:after="120"/>
      </w:pPr>
      <w:r>
        <w:t>Almost.</w:t>
      </w:r>
    </w:p>
    <w:p w14:paraId="6829F0F0" w14:textId="77777777" w:rsidR="005C4BB0" w:rsidRDefault="004F1FE1">
      <w:pPr>
        <w:spacing w:after="120"/>
      </w:pPr>
      <w:r>
        <w:t>Diane slept sitting upright with Dylan in her lap. Reese wrote by firelight until her pen failed from the cold.</w:t>
      </w:r>
    </w:p>
    <w:p w14:paraId="2C0D0380" w14:textId="77777777" w:rsidR="005C4BB0" w:rsidRDefault="004F1FE1">
      <w:pPr>
        <w:spacing w:after="120"/>
      </w:pPr>
      <w:r>
        <w:t>She tucked the notebook inside her coat.</w:t>
      </w:r>
    </w:p>
    <w:p w14:paraId="0A4C16F3" w14:textId="77777777" w:rsidR="005C4BB0" w:rsidRDefault="004F1FE1">
      <w:pPr>
        <w:spacing w:after="120"/>
      </w:pPr>
      <w:r>
        <w:t>Leon watched her.</w:t>
      </w:r>
    </w:p>
    <w:p w14:paraId="24192CC4" w14:textId="77777777" w:rsidR="005C4BB0" w:rsidRDefault="004F1FE1">
      <w:pPr>
        <w:spacing w:after="120"/>
      </w:pPr>
      <w:r>
        <w:t>“She’s got steel.”</w:t>
      </w:r>
    </w:p>
    <w:p w14:paraId="74D70F6D" w14:textId="77777777" w:rsidR="005C4BB0" w:rsidRDefault="004F1FE1">
      <w:pPr>
        <w:spacing w:after="120"/>
      </w:pPr>
      <w:r>
        <w:t>“She’s sixteen.”</w:t>
      </w:r>
    </w:p>
    <w:p w14:paraId="7977B996" w14:textId="77777777" w:rsidR="005C4BB0" w:rsidRDefault="004F1FE1">
      <w:pPr>
        <w:spacing w:after="120"/>
      </w:pPr>
      <w:r>
        <w:t>“Steel comes early sometimes.”</w:t>
      </w:r>
    </w:p>
    <w:p w14:paraId="0117AC67" w14:textId="77777777" w:rsidR="005C4BB0" w:rsidRDefault="004F1FE1">
      <w:pPr>
        <w:spacing w:after="120"/>
      </w:pPr>
      <w:r>
        <w:t>Marcus stared into the flames.</w:t>
      </w:r>
    </w:p>
    <w:p w14:paraId="043D971B" w14:textId="77777777" w:rsidR="005C4BB0" w:rsidRDefault="004F1FE1">
      <w:pPr>
        <w:spacing w:after="120"/>
      </w:pPr>
      <w:r>
        <w:t>“I should’ve been better with her.”</w:t>
      </w:r>
    </w:p>
    <w:p w14:paraId="49DA9650" w14:textId="77777777" w:rsidR="005C4BB0" w:rsidRDefault="004F1FE1">
      <w:pPr>
        <w:spacing w:after="120"/>
      </w:pPr>
      <w:r>
        <w:t>Leon grunted.</w:t>
      </w:r>
    </w:p>
    <w:p w14:paraId="61C5668A" w14:textId="77777777" w:rsidR="005C4BB0" w:rsidRDefault="004F1FE1">
      <w:pPr>
        <w:spacing w:after="120"/>
      </w:pPr>
      <w:r>
        <w:t>“Your father said the same. Word for word.”</w:t>
      </w:r>
    </w:p>
    <w:p w14:paraId="6CFBB72A" w14:textId="77777777" w:rsidR="005C4BB0" w:rsidRDefault="004F1FE1">
      <w:pPr>
        <w:spacing w:after="120"/>
      </w:pPr>
      <w:r>
        <w:t>Marcus looked up sharply.</w:t>
      </w:r>
    </w:p>
    <w:p w14:paraId="0FAEA9D7" w14:textId="77777777" w:rsidR="005C4BB0" w:rsidRDefault="004F1FE1">
      <w:pPr>
        <w:spacing w:after="120"/>
      </w:pPr>
      <w:r>
        <w:t>“The end of what?”</w:t>
      </w:r>
    </w:p>
    <w:p w14:paraId="3AB66004" w14:textId="77777777" w:rsidR="005C4BB0" w:rsidRDefault="004F1FE1">
      <w:pPr>
        <w:spacing w:after="120"/>
      </w:pPr>
      <w:r>
        <w:t>Leon gestured vaguely.</w:t>
      </w:r>
    </w:p>
    <w:p w14:paraId="018E5B2A" w14:textId="77777777" w:rsidR="005C4BB0" w:rsidRDefault="004F1FE1">
      <w:pPr>
        <w:spacing w:after="120"/>
      </w:pPr>
      <w:r>
        <w:t>“Something.”</w:t>
      </w:r>
    </w:p>
    <w:p w14:paraId="4D4C0857" w14:textId="77777777" w:rsidR="005C4BB0" w:rsidRDefault="004F1FE1">
      <w:pPr>
        <w:spacing w:after="120"/>
      </w:pPr>
      <w:r>
        <w:t>He coughed hard, recovered slowly.</w:t>
      </w:r>
    </w:p>
    <w:p w14:paraId="78E8C047" w14:textId="77777777" w:rsidR="005C4BB0" w:rsidRDefault="004F1FE1">
      <w:pPr>
        <w:spacing w:after="120"/>
      </w:pPr>
      <w:r>
        <w:t>“When your dad was nineteen, he carried me two miles through a mud field after I busted my ankle. Never mentioned it again.”</w:t>
      </w:r>
    </w:p>
    <w:p w14:paraId="142564D3" w14:textId="77777777" w:rsidR="005C4BB0" w:rsidRDefault="004F1FE1">
      <w:pPr>
        <w:spacing w:after="120"/>
      </w:pPr>
      <w:r>
        <w:lastRenderedPageBreak/>
        <w:t>“You told me that story.”</w:t>
      </w:r>
    </w:p>
    <w:p w14:paraId="79999E08" w14:textId="77777777" w:rsidR="005C4BB0" w:rsidRDefault="004F1FE1">
      <w:pPr>
        <w:spacing w:after="120"/>
      </w:pPr>
      <w:r>
        <w:t>“Then hear the part I left out.” Leon’s eyes found Marcus’s. “He was terrified the whole time.”</w:t>
      </w:r>
    </w:p>
    <w:p w14:paraId="15509FA1" w14:textId="77777777" w:rsidR="005C4BB0" w:rsidRDefault="004F1FE1">
      <w:pPr>
        <w:spacing w:after="120"/>
      </w:pPr>
      <w:r>
        <w:t>Marcus said nothing.</w:t>
      </w:r>
    </w:p>
    <w:p w14:paraId="5108ADBE" w14:textId="77777777" w:rsidR="005C4BB0" w:rsidRDefault="004F1FE1">
      <w:pPr>
        <w:spacing w:after="120"/>
      </w:pPr>
      <w:r>
        <w:t>“Your father was shaking the whole two miles,” Leon said. “Never said so.”</w:t>
      </w:r>
    </w:p>
    <w:p w14:paraId="54FE2C16" w14:textId="77777777" w:rsidR="005C4BB0" w:rsidRDefault="004F1FE1">
      <w:pPr>
        <w:spacing w:after="120"/>
      </w:pPr>
      <w:r>
        <w:t>The room fell quiet except for crackling wood.</w:t>
      </w:r>
    </w:p>
    <w:p w14:paraId="35EE2E92" w14:textId="77777777" w:rsidR="005C4BB0" w:rsidRDefault="004F1FE1">
      <w:pPr>
        <w:spacing w:after="120"/>
      </w:pPr>
      <w:r>
        <w:t>A little later Leon’s breathing softened.</w:t>
      </w:r>
    </w:p>
    <w:p w14:paraId="0D7D6412" w14:textId="77777777" w:rsidR="005C4BB0" w:rsidRDefault="004F1FE1">
      <w:pPr>
        <w:spacing w:after="120"/>
      </w:pPr>
      <w:r>
        <w:t>Then thinned.</w:t>
      </w:r>
    </w:p>
    <w:p w14:paraId="1E74AF87" w14:textId="77777777" w:rsidR="005C4BB0" w:rsidRDefault="004F1FE1">
      <w:pPr>
        <w:spacing w:after="120"/>
      </w:pPr>
      <w:r>
        <w:t>Then stopped.</w:t>
      </w:r>
    </w:p>
    <w:p w14:paraId="7D7E8F3A" w14:textId="77777777" w:rsidR="005C4BB0" w:rsidRDefault="004F1FE1">
      <w:pPr>
        <w:spacing w:after="120"/>
      </w:pPr>
      <w:r>
        <w:t>Marcus sat beside him for a long time before pulling the blanket higher around his uncle’s shoulders.</w:t>
      </w:r>
    </w:p>
    <w:p w14:paraId="7B49A551" w14:textId="77777777" w:rsidR="005C4BB0" w:rsidRDefault="004F1FE1">
      <w:r>
        <w:br w:type="page"/>
      </w:r>
    </w:p>
    <w:p w14:paraId="5358215D" w14:textId="77777777" w:rsidR="005C4BB0" w:rsidRDefault="004F1FE1">
      <w:pPr>
        <w:spacing w:before="960" w:after="480"/>
        <w:jc w:val="center"/>
      </w:pPr>
      <w:r>
        <w:rPr>
          <w:b/>
          <w:sz w:val="28"/>
        </w:rPr>
        <w:lastRenderedPageBreak/>
        <w:t>CHAPTER 14</w:t>
      </w:r>
      <w:r>
        <w:rPr>
          <w:b/>
          <w:sz w:val="28"/>
        </w:rPr>
        <w:br/>
      </w:r>
      <w:r w:rsidRPr="00B336DE">
        <w:rPr>
          <w:bCs/>
          <w:i/>
          <w:iCs/>
          <w:sz w:val="26"/>
          <w:szCs w:val="26"/>
        </w:rPr>
        <w:t>The Weight of Four</w:t>
      </w:r>
    </w:p>
    <w:p w14:paraId="7704E03F" w14:textId="77777777" w:rsidR="005C4BB0" w:rsidRDefault="005C4BB0"/>
    <w:p w14:paraId="111BCD92" w14:textId="77777777" w:rsidR="005C4BB0" w:rsidRDefault="004F1FE1">
      <w:pPr>
        <w:spacing w:after="120"/>
      </w:pPr>
      <w:r>
        <w:t>The fire died near dawn.</w:t>
      </w:r>
    </w:p>
    <w:p w14:paraId="72AA171A" w14:textId="77777777" w:rsidR="005C4BB0" w:rsidRDefault="004F1FE1">
      <w:pPr>
        <w:spacing w:after="120"/>
      </w:pPr>
      <w:r>
        <w:t>There was nothing left to feed it.</w:t>
      </w:r>
    </w:p>
    <w:p w14:paraId="02454213" w14:textId="77777777" w:rsidR="005C4BB0" w:rsidRDefault="004F1FE1">
      <w:pPr>
        <w:spacing w:after="120"/>
      </w:pPr>
      <w:r>
        <w:t>The room dimmed into blue-black cold.</w:t>
      </w:r>
    </w:p>
    <w:p w14:paraId="36048FAC" w14:textId="77777777" w:rsidR="005C4BB0" w:rsidRDefault="004F1FE1">
      <w:pPr>
        <w:spacing w:after="120"/>
      </w:pPr>
      <w:r>
        <w:t>Marcus gathered Diane, Reese, and Dylan against the wall where the stone held the last trace of warmth. Blankets layered over all four of them.</w:t>
      </w:r>
    </w:p>
    <w:p w14:paraId="680878E0" w14:textId="77777777" w:rsidR="005C4BB0" w:rsidRDefault="004F1FE1">
      <w:pPr>
        <w:spacing w:after="120"/>
      </w:pPr>
      <w:r>
        <w:t>Diane’s lips were pale.</w:t>
      </w:r>
    </w:p>
    <w:p w14:paraId="28120D7B" w14:textId="77777777" w:rsidR="005C4BB0" w:rsidRDefault="004F1FE1">
      <w:pPr>
        <w:spacing w:after="120"/>
      </w:pPr>
      <w:r>
        <w:t>“I’m sorry,” she whispered.</w:t>
      </w:r>
    </w:p>
    <w:p w14:paraId="579BF4EF" w14:textId="77777777" w:rsidR="005C4BB0" w:rsidRDefault="004F1FE1">
      <w:pPr>
        <w:spacing w:after="120"/>
      </w:pPr>
      <w:r>
        <w:t>“For what?”</w:t>
      </w:r>
    </w:p>
    <w:p w14:paraId="15105915" w14:textId="77777777" w:rsidR="005C4BB0" w:rsidRDefault="004F1FE1">
      <w:pPr>
        <w:spacing w:after="120"/>
      </w:pPr>
      <w:r>
        <w:t>“For every stupid fight. Every bill. Every ordinary thing I thought was a problem.”</w:t>
      </w:r>
    </w:p>
    <w:p w14:paraId="2F362F74" w14:textId="77777777" w:rsidR="005C4BB0" w:rsidRDefault="004F1FE1">
      <w:pPr>
        <w:spacing w:after="120"/>
      </w:pPr>
      <w:r>
        <w:t>He pressed his forehead to hers.</w:t>
      </w:r>
    </w:p>
    <w:p w14:paraId="4CC75127" w14:textId="77777777" w:rsidR="005C4BB0" w:rsidRDefault="004F1FE1">
      <w:pPr>
        <w:spacing w:after="120"/>
      </w:pPr>
      <w:r>
        <w:t>“Those were our life. They counted.”</w:t>
      </w:r>
    </w:p>
    <w:p w14:paraId="1581211C" w14:textId="77777777" w:rsidR="005C4BB0" w:rsidRDefault="004F1FE1">
      <w:pPr>
        <w:spacing w:after="120"/>
      </w:pPr>
      <w:r>
        <w:t>Reese tucked closer beside them.</w:t>
      </w:r>
    </w:p>
    <w:p w14:paraId="15DFDDC8" w14:textId="77777777" w:rsidR="005C4BB0" w:rsidRDefault="004F1FE1">
      <w:pPr>
        <w:spacing w:after="120"/>
      </w:pPr>
      <w:r>
        <w:t>“I was awful to you,” she said to Marcus.</w:t>
      </w:r>
    </w:p>
    <w:p w14:paraId="484BF462" w14:textId="77777777" w:rsidR="005C4BB0" w:rsidRDefault="004F1FE1">
      <w:pPr>
        <w:spacing w:after="120"/>
      </w:pPr>
      <w:r>
        <w:t>“You were sixteen.”</w:t>
      </w:r>
    </w:p>
    <w:p w14:paraId="24EB2C52" w14:textId="77777777" w:rsidR="005C4BB0" w:rsidRDefault="004F1FE1">
      <w:pPr>
        <w:spacing w:after="120"/>
      </w:pPr>
      <w:r>
        <w:t>“I said I hated you.”</w:t>
      </w:r>
    </w:p>
    <w:p w14:paraId="6D0FFBA9" w14:textId="77777777" w:rsidR="005C4BB0" w:rsidRDefault="004F1FE1">
      <w:pPr>
        <w:spacing w:after="120"/>
      </w:pPr>
      <w:r>
        <w:t>“You didn’t.”</w:t>
      </w:r>
    </w:p>
    <w:p w14:paraId="1936733D" w14:textId="77777777" w:rsidR="005C4BB0" w:rsidRDefault="004F1FE1">
      <w:pPr>
        <w:spacing w:after="120"/>
      </w:pPr>
      <w:r>
        <w:t>“I know.”</w:t>
      </w:r>
    </w:p>
    <w:p w14:paraId="58EFB3EA" w14:textId="77777777" w:rsidR="005C4BB0" w:rsidRDefault="004F1FE1">
      <w:pPr>
        <w:spacing w:after="120"/>
      </w:pPr>
      <w:r>
        <w:t>He kissed the top of her head.</w:t>
      </w:r>
    </w:p>
    <w:p w14:paraId="7ED60028" w14:textId="77777777" w:rsidR="005C4BB0" w:rsidRDefault="004F1FE1">
      <w:pPr>
        <w:spacing w:after="120"/>
      </w:pPr>
      <w:r>
        <w:t>“You made me earn forgiveness. Builds character.”</w:t>
      </w:r>
    </w:p>
    <w:p w14:paraId="72D0EACD" w14:textId="77777777" w:rsidR="005C4BB0" w:rsidRDefault="004F1FE1">
      <w:pPr>
        <w:spacing w:after="120"/>
      </w:pPr>
      <w:r>
        <w:t>She laughed once through tears.</w:t>
      </w:r>
    </w:p>
    <w:p w14:paraId="53CCA672" w14:textId="77777777" w:rsidR="005C4BB0" w:rsidRDefault="004F1FE1">
      <w:pPr>
        <w:spacing w:after="120"/>
      </w:pPr>
      <w:r>
        <w:t>Dylan’s voice came small beneath the blankets.</w:t>
      </w:r>
    </w:p>
    <w:p w14:paraId="6D1A3383" w14:textId="77777777" w:rsidR="005C4BB0" w:rsidRDefault="004F1FE1">
      <w:pPr>
        <w:spacing w:after="120"/>
      </w:pPr>
      <w:r>
        <w:t>“Is Grandpa warm?”</w:t>
      </w:r>
    </w:p>
    <w:p w14:paraId="2137091A" w14:textId="77777777" w:rsidR="005C4BB0" w:rsidRDefault="004F1FE1">
      <w:pPr>
        <w:spacing w:after="120"/>
      </w:pPr>
      <w:r>
        <w:t>Marcus swallowed.</w:t>
      </w:r>
    </w:p>
    <w:p w14:paraId="5764DC1F" w14:textId="77777777" w:rsidR="005C4BB0" w:rsidRDefault="004F1FE1">
      <w:pPr>
        <w:spacing w:after="120"/>
      </w:pPr>
      <w:r>
        <w:t>“Yeah, buddy.”</w:t>
      </w:r>
    </w:p>
    <w:p w14:paraId="535D7B82" w14:textId="77777777" w:rsidR="005C4BB0" w:rsidRDefault="004F1FE1">
      <w:pPr>
        <w:spacing w:after="120"/>
      </w:pPr>
      <w:r>
        <w:t>“Good.”</w:t>
      </w:r>
    </w:p>
    <w:p w14:paraId="445819CB" w14:textId="77777777" w:rsidR="005C4BB0" w:rsidRDefault="004F1FE1">
      <w:pPr>
        <w:spacing w:after="120"/>
      </w:pPr>
      <w:r>
        <w:t>Outside, the earth groaned.</w:t>
      </w:r>
    </w:p>
    <w:p w14:paraId="02E26C59" w14:textId="77777777" w:rsidR="005C4BB0" w:rsidRDefault="004F1FE1">
      <w:pPr>
        <w:spacing w:after="120"/>
      </w:pPr>
      <w:r>
        <w:t>The sound came from below, vast and slow, like mountains turning in sleep.</w:t>
      </w:r>
    </w:p>
    <w:p w14:paraId="43633F84" w14:textId="77777777" w:rsidR="005C4BB0" w:rsidRDefault="004F1FE1">
      <w:pPr>
        <w:spacing w:after="120"/>
      </w:pPr>
      <w:r>
        <w:lastRenderedPageBreak/>
        <w:t>Then the floor shivered.</w:t>
      </w:r>
    </w:p>
    <w:p w14:paraId="518872BC" w14:textId="77777777" w:rsidR="005C4BB0" w:rsidRDefault="004F1FE1">
      <w:pPr>
        <w:spacing w:after="120"/>
      </w:pPr>
      <w:r>
        <w:t>Marcus looked at the cracked ceiling.</w:t>
      </w:r>
    </w:p>
    <w:p w14:paraId="7AA68796" w14:textId="77777777" w:rsidR="005C4BB0" w:rsidRDefault="004F1FE1">
      <w:pPr>
        <w:spacing w:after="120"/>
      </w:pPr>
      <w:r>
        <w:t>“Hold on to each other.”</w:t>
      </w:r>
    </w:p>
    <w:p w14:paraId="61AC77E8" w14:textId="77777777" w:rsidR="005C4BB0" w:rsidRDefault="004F1FE1">
      <w:pPr>
        <w:spacing w:after="120"/>
      </w:pPr>
      <w:r>
        <w:t>They did.</w:t>
      </w:r>
    </w:p>
    <w:p w14:paraId="3080E735" w14:textId="77777777" w:rsidR="005C4BB0" w:rsidRDefault="004F1FE1">
      <w:r>
        <w:br w:type="page"/>
      </w:r>
    </w:p>
    <w:p w14:paraId="5C32B39E" w14:textId="77777777" w:rsidR="005C4BB0" w:rsidRDefault="004F1FE1">
      <w:pPr>
        <w:spacing w:before="960" w:after="480"/>
        <w:jc w:val="center"/>
      </w:pPr>
      <w:r>
        <w:rPr>
          <w:b/>
          <w:sz w:val="28"/>
        </w:rPr>
        <w:lastRenderedPageBreak/>
        <w:t>CHAPTER 15</w:t>
      </w:r>
      <w:r>
        <w:rPr>
          <w:b/>
          <w:sz w:val="28"/>
        </w:rPr>
        <w:br/>
      </w:r>
      <w:r w:rsidRPr="00B336DE">
        <w:rPr>
          <w:bCs/>
          <w:i/>
          <w:iCs/>
          <w:sz w:val="26"/>
          <w:szCs w:val="26"/>
        </w:rPr>
        <w:t>Don’t Let Go</w:t>
      </w:r>
    </w:p>
    <w:p w14:paraId="2021ACA9" w14:textId="77777777" w:rsidR="005C4BB0" w:rsidRDefault="005C4BB0"/>
    <w:p w14:paraId="46E99753" w14:textId="77777777" w:rsidR="005C4BB0" w:rsidRDefault="004F1FE1">
      <w:pPr>
        <w:spacing w:after="120"/>
      </w:pPr>
      <w:r>
        <w:t>The shaking became violence.</w:t>
      </w:r>
    </w:p>
    <w:p w14:paraId="0A5F3362" w14:textId="77777777" w:rsidR="005C4BB0" w:rsidRDefault="004F1FE1">
      <w:pPr>
        <w:spacing w:after="120"/>
      </w:pPr>
      <w:r>
        <w:t>Plaster rained from the ceiling. Plates burst in cupboards. The fireplace stones split with a gunshot crack.</w:t>
      </w:r>
    </w:p>
    <w:p w14:paraId="0142DD1E" w14:textId="77777777" w:rsidR="005C4BB0" w:rsidRDefault="004F1FE1">
      <w:pPr>
        <w:spacing w:after="120"/>
      </w:pPr>
      <w:r>
        <w:t>A seam opened across the wooden floor.</w:t>
      </w:r>
    </w:p>
    <w:p w14:paraId="7D29894F" w14:textId="77777777" w:rsidR="005C4BB0" w:rsidRDefault="004F1FE1">
      <w:pPr>
        <w:spacing w:after="120"/>
      </w:pPr>
      <w:r>
        <w:t>Then widened.</w:t>
      </w:r>
    </w:p>
    <w:p w14:paraId="3D858B7E" w14:textId="77777777" w:rsidR="005C4BB0" w:rsidRDefault="004F1FE1">
      <w:pPr>
        <w:spacing w:after="120"/>
      </w:pPr>
      <w:r>
        <w:t>Diane clutched Dylan. Reese locked onto Marcus’s arm.</w:t>
      </w:r>
    </w:p>
    <w:p w14:paraId="47454673" w14:textId="77777777" w:rsidR="005C4BB0" w:rsidRDefault="004F1FE1">
      <w:pPr>
        <w:spacing w:after="120"/>
      </w:pPr>
      <w:r>
        <w:t>The whole farmhouse tilted.</w:t>
      </w:r>
    </w:p>
    <w:p w14:paraId="47AC9646" w14:textId="77777777" w:rsidR="005C4BB0" w:rsidRDefault="004F1FE1">
      <w:pPr>
        <w:spacing w:after="120"/>
      </w:pPr>
      <w:r>
        <w:t>Somewhere outside, the land itself was collapsing inward.</w:t>
      </w:r>
    </w:p>
    <w:p w14:paraId="430DD5DE" w14:textId="77777777" w:rsidR="005C4BB0" w:rsidRDefault="004F1FE1">
      <w:pPr>
        <w:spacing w:after="120"/>
      </w:pPr>
      <w:r>
        <w:t>Marcus pulled them tighter until four bodies became one knot of desperate warmth and love.</w:t>
      </w:r>
    </w:p>
    <w:p w14:paraId="04D288B5" w14:textId="77777777" w:rsidR="005C4BB0" w:rsidRDefault="004F1FE1">
      <w:pPr>
        <w:spacing w:after="120"/>
      </w:pPr>
      <w:r>
        <w:t>“I love you,” he said.</w:t>
      </w:r>
    </w:p>
    <w:p w14:paraId="1BD3402D" w14:textId="77777777" w:rsidR="005C4BB0" w:rsidRDefault="004F1FE1">
      <w:pPr>
        <w:spacing w:after="120"/>
      </w:pPr>
      <w:r>
        <w:t>Diane kissed him hard.</w:t>
      </w:r>
    </w:p>
    <w:p w14:paraId="1251CF93" w14:textId="77777777" w:rsidR="005C4BB0" w:rsidRDefault="004F1FE1">
      <w:pPr>
        <w:spacing w:after="120"/>
      </w:pPr>
      <w:r>
        <w:t>“I know.”</w:t>
      </w:r>
    </w:p>
    <w:p w14:paraId="6794E9FB" w14:textId="77777777" w:rsidR="005C4BB0" w:rsidRDefault="004F1FE1">
      <w:pPr>
        <w:spacing w:after="120"/>
      </w:pPr>
      <w:r>
        <w:t>“Dad?” Reese said.</w:t>
      </w:r>
    </w:p>
    <w:p w14:paraId="56E12922" w14:textId="77777777" w:rsidR="005C4BB0" w:rsidRDefault="004F1FE1">
      <w:pPr>
        <w:spacing w:after="120"/>
      </w:pPr>
      <w:r>
        <w:t>“Right here.”</w:t>
      </w:r>
    </w:p>
    <w:p w14:paraId="16F3ED39" w14:textId="77777777" w:rsidR="005C4BB0" w:rsidRDefault="004F1FE1">
      <w:pPr>
        <w:spacing w:after="120"/>
      </w:pPr>
      <w:r>
        <w:t>Dylan buried his face in Marcus’s chest.</w:t>
      </w:r>
    </w:p>
    <w:p w14:paraId="26E05E74" w14:textId="77777777" w:rsidR="005C4BB0" w:rsidRDefault="004F1FE1">
      <w:pPr>
        <w:spacing w:after="120"/>
      </w:pPr>
      <w:r>
        <w:t>“Don’t let go.”</w:t>
      </w:r>
    </w:p>
    <w:p w14:paraId="08944B35" w14:textId="77777777" w:rsidR="005C4BB0" w:rsidRDefault="004F1FE1">
      <w:pPr>
        <w:spacing w:after="120"/>
      </w:pPr>
      <w:r>
        <w:t>Marcus closed his arms around all of them.</w:t>
      </w:r>
    </w:p>
    <w:p w14:paraId="3C15D32C" w14:textId="77777777" w:rsidR="005C4BB0" w:rsidRDefault="004F1FE1">
      <w:pPr>
        <w:spacing w:after="120"/>
      </w:pPr>
      <w:r>
        <w:t>“I’m not letting go.”</w:t>
      </w:r>
    </w:p>
    <w:p w14:paraId="2C530B30" w14:textId="77777777" w:rsidR="005C4BB0" w:rsidRDefault="004F1FE1">
      <w:pPr>
        <w:spacing w:after="120"/>
      </w:pPr>
      <w:r>
        <w:t>The floor vanished.</w:t>
      </w:r>
    </w:p>
    <w:p w14:paraId="08E0FFDD" w14:textId="77777777" w:rsidR="005C4BB0" w:rsidRDefault="004F1FE1">
      <w:r>
        <w:br w:type="page"/>
      </w:r>
    </w:p>
    <w:p w14:paraId="3AC48971" w14:textId="77777777" w:rsidR="005C4BB0" w:rsidRDefault="004F1FE1">
      <w:pPr>
        <w:spacing w:before="960" w:after="480"/>
        <w:jc w:val="center"/>
      </w:pPr>
      <w:r>
        <w:rPr>
          <w:b/>
          <w:sz w:val="28"/>
        </w:rPr>
        <w:lastRenderedPageBreak/>
        <w:t xml:space="preserve">EPILOGUE: </w:t>
      </w:r>
      <w:r w:rsidRPr="00F705ED">
        <w:rPr>
          <w:bCs/>
          <w:i/>
          <w:iCs/>
          <w:sz w:val="26"/>
          <w:szCs w:val="26"/>
        </w:rPr>
        <w:t>Names</w:t>
      </w:r>
    </w:p>
    <w:p w14:paraId="20D98AD2" w14:textId="77777777" w:rsidR="005C4BB0" w:rsidRDefault="005C4BB0"/>
    <w:p w14:paraId="54AF5ACD" w14:textId="77777777" w:rsidR="005C4BB0" w:rsidRDefault="004F1FE1">
      <w:pPr>
        <w:spacing w:after="120"/>
      </w:pPr>
      <w:r>
        <w:t>Cold.</w:t>
      </w:r>
    </w:p>
    <w:p w14:paraId="663B535F" w14:textId="77777777" w:rsidR="005C4BB0" w:rsidRDefault="004F1FE1">
      <w:pPr>
        <w:spacing w:after="120"/>
      </w:pPr>
      <w:r>
        <w:t>Then nothing.</w:t>
      </w:r>
    </w:p>
    <w:p w14:paraId="0CFA48BE" w14:textId="77777777" w:rsidR="005C4BB0" w:rsidRDefault="004F1FE1">
      <w:pPr>
        <w:spacing w:after="120"/>
      </w:pPr>
      <w:r>
        <w:t>Then a single point of light.</w:t>
      </w:r>
    </w:p>
    <w:p w14:paraId="78C563B5" w14:textId="77777777" w:rsidR="005C4BB0" w:rsidRDefault="004F1FE1">
      <w:pPr>
        <w:spacing w:after="120"/>
      </w:pPr>
      <w:r>
        <w:t>Reese woke on steel.</w:t>
      </w:r>
    </w:p>
    <w:p w14:paraId="478F09EB" w14:textId="77777777" w:rsidR="005C4BB0" w:rsidRDefault="004F1FE1">
      <w:pPr>
        <w:spacing w:after="120"/>
      </w:pPr>
      <w:r>
        <w:t xml:space="preserve">She gasped air so </w:t>
      </w:r>
      <w:proofErr w:type="gramStart"/>
      <w:r>
        <w:t>sharp</w:t>
      </w:r>
      <w:proofErr w:type="gramEnd"/>
      <w:r>
        <w:t xml:space="preserve"> it cut her lungs.</w:t>
      </w:r>
    </w:p>
    <w:p w14:paraId="557C5D41" w14:textId="77777777" w:rsidR="005C4BB0" w:rsidRDefault="004F1FE1">
      <w:pPr>
        <w:spacing w:after="120"/>
      </w:pPr>
      <w:r>
        <w:t>Above her, artificial lamps hummed in a ceiling of concrete and pipes. Frost smoked from vents along the walls. Rows of cots stretched into darkness.</w:t>
      </w:r>
    </w:p>
    <w:p w14:paraId="1F125B22" w14:textId="77777777" w:rsidR="005C4BB0" w:rsidRDefault="004F1FE1">
      <w:pPr>
        <w:spacing w:after="120"/>
      </w:pPr>
      <w:r>
        <w:t>Bodies lay on some.</w:t>
      </w:r>
    </w:p>
    <w:p w14:paraId="1E3EFCFF" w14:textId="77777777" w:rsidR="005C4BB0" w:rsidRDefault="004F1FE1">
      <w:pPr>
        <w:spacing w:after="120"/>
      </w:pPr>
      <w:r>
        <w:t>Others were empty.</w:t>
      </w:r>
    </w:p>
    <w:p w14:paraId="717C8DB6" w14:textId="77777777" w:rsidR="005C4BB0" w:rsidRDefault="004F1FE1">
      <w:pPr>
        <w:spacing w:after="120"/>
      </w:pPr>
      <w:r>
        <w:t>Machines clicked softly.</w:t>
      </w:r>
    </w:p>
    <w:p w14:paraId="52557F78" w14:textId="77777777" w:rsidR="005C4BB0" w:rsidRDefault="004F1FE1">
      <w:pPr>
        <w:spacing w:after="120"/>
      </w:pPr>
      <w:r>
        <w:t>She tried to move and pain tore through her ribs.</w:t>
      </w:r>
    </w:p>
    <w:p w14:paraId="3507FE47" w14:textId="77777777" w:rsidR="005C4BB0" w:rsidRDefault="004F1FE1">
      <w:pPr>
        <w:spacing w:after="120"/>
      </w:pPr>
      <w:r>
        <w:t>Memory returned in flashes.</w:t>
      </w:r>
    </w:p>
    <w:p w14:paraId="0EB2C1E9" w14:textId="77777777" w:rsidR="005C4BB0" w:rsidRDefault="004F1FE1">
      <w:pPr>
        <w:spacing w:after="120"/>
      </w:pPr>
      <w:r>
        <w:t>The farmhouse.</w:t>
      </w:r>
    </w:p>
    <w:p w14:paraId="7AC5D27F" w14:textId="77777777" w:rsidR="005C4BB0" w:rsidRDefault="004F1FE1">
      <w:pPr>
        <w:spacing w:after="120"/>
      </w:pPr>
      <w:r>
        <w:t>Her father’s arms.</w:t>
      </w:r>
    </w:p>
    <w:p w14:paraId="12293D96" w14:textId="77777777" w:rsidR="005C4BB0" w:rsidRDefault="004F1FE1">
      <w:pPr>
        <w:spacing w:after="120"/>
      </w:pPr>
      <w:r>
        <w:t>The falling.</w:t>
      </w:r>
    </w:p>
    <w:p w14:paraId="532C6940" w14:textId="77777777" w:rsidR="005C4BB0" w:rsidRDefault="004F1FE1">
      <w:pPr>
        <w:spacing w:after="120"/>
      </w:pPr>
      <w:r>
        <w:t>She sat up too fast and nearly fainted.</w:t>
      </w:r>
    </w:p>
    <w:p w14:paraId="69CE9A35" w14:textId="77777777" w:rsidR="005C4BB0" w:rsidRDefault="004F1FE1">
      <w:pPr>
        <w:spacing w:after="120"/>
      </w:pPr>
      <w:r>
        <w:t>A woman in a gray coat crossed the room toward her.</w:t>
      </w:r>
    </w:p>
    <w:p w14:paraId="35FEDAEA" w14:textId="77777777" w:rsidR="005C4BB0" w:rsidRDefault="004F1FE1">
      <w:pPr>
        <w:spacing w:after="120"/>
      </w:pPr>
      <w:r>
        <w:t>Middle-aged. Controlled. Watching everything.</w:t>
      </w:r>
    </w:p>
    <w:p w14:paraId="0D211FEC" w14:textId="77777777" w:rsidR="005C4BB0" w:rsidRDefault="004F1FE1">
      <w:pPr>
        <w:spacing w:after="120"/>
      </w:pPr>
      <w:r>
        <w:t>“You’re awake,” the woman said.</w:t>
      </w:r>
    </w:p>
    <w:p w14:paraId="4AD25D34" w14:textId="77777777" w:rsidR="005C4BB0" w:rsidRDefault="004F1FE1">
      <w:pPr>
        <w:spacing w:after="120"/>
      </w:pPr>
      <w:r>
        <w:t>Reese’s throat was raw.</w:t>
      </w:r>
    </w:p>
    <w:p w14:paraId="034E5DC6" w14:textId="77777777" w:rsidR="005C4BB0" w:rsidRDefault="004F1FE1">
      <w:pPr>
        <w:spacing w:after="120"/>
      </w:pPr>
      <w:r>
        <w:t>“Where’s my family?”</w:t>
      </w:r>
    </w:p>
    <w:p w14:paraId="70702C26" w14:textId="77777777" w:rsidR="005C4BB0" w:rsidRDefault="004F1FE1">
      <w:pPr>
        <w:spacing w:after="120"/>
      </w:pPr>
      <w:r>
        <w:t>The woman’s silence answered first.</w:t>
      </w:r>
    </w:p>
    <w:p w14:paraId="1A5AA8FE" w14:textId="77777777" w:rsidR="005C4BB0" w:rsidRDefault="004F1FE1">
      <w:pPr>
        <w:spacing w:after="120"/>
      </w:pPr>
      <w:r>
        <w:t>Then she said, “You were recovered alone.”</w:t>
      </w:r>
    </w:p>
    <w:p w14:paraId="2311D425" w14:textId="77777777" w:rsidR="005C4BB0" w:rsidRDefault="004F1FE1">
      <w:pPr>
        <w:spacing w:after="120"/>
      </w:pPr>
      <w:r>
        <w:t>Recovered.</w:t>
      </w:r>
    </w:p>
    <w:p w14:paraId="7E0447EF" w14:textId="77777777" w:rsidR="005C4BB0" w:rsidRDefault="004F1FE1">
      <w:pPr>
        <w:spacing w:after="120"/>
      </w:pPr>
      <w:r>
        <w:t>Like an object.</w:t>
      </w:r>
    </w:p>
    <w:p w14:paraId="05489A62" w14:textId="77777777" w:rsidR="005C4BB0" w:rsidRDefault="004F1FE1">
      <w:pPr>
        <w:spacing w:after="120"/>
      </w:pPr>
      <w:r>
        <w:t>Reese shook her head violently.</w:t>
      </w:r>
    </w:p>
    <w:p w14:paraId="4D574D22" w14:textId="77777777" w:rsidR="005C4BB0" w:rsidRDefault="004F1FE1">
      <w:pPr>
        <w:spacing w:after="120"/>
      </w:pPr>
      <w:r>
        <w:t>“No. No, they were with me.”</w:t>
      </w:r>
    </w:p>
    <w:p w14:paraId="2936FFA6" w14:textId="77777777" w:rsidR="005C4BB0" w:rsidRDefault="004F1FE1">
      <w:pPr>
        <w:spacing w:after="120"/>
      </w:pPr>
      <w:r>
        <w:lastRenderedPageBreak/>
        <w:t>“I’m sorry.”</w:t>
      </w:r>
    </w:p>
    <w:p w14:paraId="3DFA452B" w14:textId="77777777" w:rsidR="005C4BB0" w:rsidRDefault="004F1FE1">
      <w:pPr>
        <w:spacing w:after="120"/>
      </w:pPr>
      <w:r>
        <w:t>Reese slid off the cot and collapsed to her knees.</w:t>
      </w:r>
    </w:p>
    <w:p w14:paraId="453C4F7F" w14:textId="77777777" w:rsidR="005C4BB0" w:rsidRDefault="004F1FE1">
      <w:pPr>
        <w:spacing w:after="120"/>
      </w:pPr>
      <w:r>
        <w:t>No tears came at first.</w:t>
      </w:r>
    </w:p>
    <w:p w14:paraId="35C2A2EA" w14:textId="77777777" w:rsidR="005C4BB0" w:rsidRDefault="004F1FE1">
      <w:pPr>
        <w:spacing w:after="120"/>
      </w:pPr>
      <w:r>
        <w:t>Only sound.</w:t>
      </w:r>
    </w:p>
    <w:p w14:paraId="06F0B471" w14:textId="77777777" w:rsidR="005C4BB0" w:rsidRDefault="004F1FE1">
      <w:pPr>
        <w:spacing w:after="120"/>
      </w:pPr>
      <w:r>
        <w:t>Animal, broken sound.</w:t>
      </w:r>
    </w:p>
    <w:p w14:paraId="5B4706D3" w14:textId="77777777" w:rsidR="005C4BB0" w:rsidRDefault="004F1FE1">
      <w:pPr>
        <w:spacing w:after="120"/>
      </w:pPr>
      <w:r>
        <w:t>When she could breathe again, she felt something inside her coat.</w:t>
      </w:r>
    </w:p>
    <w:p w14:paraId="4EDDBA32" w14:textId="77777777" w:rsidR="005C4BB0" w:rsidRDefault="004F1FE1">
      <w:pPr>
        <w:spacing w:after="120"/>
      </w:pPr>
      <w:r>
        <w:t>The notebook.</w:t>
      </w:r>
    </w:p>
    <w:p w14:paraId="2B3CFF6F" w14:textId="77777777" w:rsidR="005C4BB0" w:rsidRDefault="004F1FE1">
      <w:pPr>
        <w:spacing w:after="120"/>
      </w:pPr>
      <w:r>
        <w:t>Crushed but intact.</w:t>
      </w:r>
    </w:p>
    <w:p w14:paraId="5E20150C" w14:textId="77777777" w:rsidR="005C4BB0" w:rsidRDefault="004F1FE1">
      <w:pPr>
        <w:spacing w:after="120"/>
      </w:pPr>
      <w:r>
        <w:t>She opened it with shaking hands.</w:t>
      </w:r>
    </w:p>
    <w:p w14:paraId="0FD45164" w14:textId="77777777" w:rsidR="005C4BB0" w:rsidRDefault="004F1FE1">
      <w:pPr>
        <w:spacing w:after="120"/>
      </w:pPr>
      <w:r>
        <w:t>Names.</w:t>
      </w:r>
    </w:p>
    <w:p w14:paraId="5F432F9C" w14:textId="77777777" w:rsidR="005C4BB0" w:rsidRDefault="004F1FE1">
      <w:pPr>
        <w:spacing w:after="120"/>
      </w:pPr>
      <w:r>
        <w:t>Grandpa Raymond.</w:t>
      </w:r>
    </w:p>
    <w:p w14:paraId="2F865C0C" w14:textId="77777777" w:rsidR="005C4BB0" w:rsidRDefault="004F1FE1">
      <w:pPr>
        <w:spacing w:after="120"/>
      </w:pPr>
      <w:r>
        <w:t>Prakash.</w:t>
      </w:r>
    </w:p>
    <w:p w14:paraId="5086132C" w14:textId="77777777" w:rsidR="005C4BB0" w:rsidRDefault="004F1FE1">
      <w:pPr>
        <w:spacing w:after="120"/>
      </w:pPr>
      <w:r>
        <w:t>Boy in blue jacket.</w:t>
      </w:r>
    </w:p>
    <w:p w14:paraId="429A5E85" w14:textId="77777777" w:rsidR="005C4BB0" w:rsidRDefault="004F1FE1">
      <w:pPr>
        <w:spacing w:after="120"/>
      </w:pPr>
      <w:r>
        <w:t>Blank pages remained.</w:t>
      </w:r>
    </w:p>
    <w:p w14:paraId="3728DE7F" w14:textId="77777777" w:rsidR="005C4BB0" w:rsidRDefault="004F1FE1">
      <w:pPr>
        <w:spacing w:after="120"/>
      </w:pPr>
      <w:r>
        <w:t>The woman crouched beside her.</w:t>
      </w:r>
    </w:p>
    <w:p w14:paraId="35EC813C" w14:textId="77777777" w:rsidR="005C4BB0" w:rsidRDefault="004F1FE1">
      <w:pPr>
        <w:spacing w:after="120"/>
      </w:pPr>
      <w:r>
        <w:t>“My name is Director Vale. You are in Shelter Twelve.”</w:t>
      </w:r>
    </w:p>
    <w:p w14:paraId="4D269F22" w14:textId="77777777" w:rsidR="005C4BB0" w:rsidRDefault="004F1FE1">
      <w:pPr>
        <w:spacing w:after="120"/>
      </w:pPr>
      <w:r>
        <w:t>Reese stared at the pages.</w:t>
      </w:r>
    </w:p>
    <w:p w14:paraId="5DB3A800" w14:textId="77777777" w:rsidR="005C4BB0" w:rsidRDefault="004F1FE1">
      <w:pPr>
        <w:spacing w:after="120"/>
      </w:pPr>
      <w:r>
        <w:t>“How many survived?”</w:t>
      </w:r>
    </w:p>
    <w:p w14:paraId="5041013C" w14:textId="77777777" w:rsidR="005C4BB0" w:rsidRDefault="004F1FE1">
      <w:pPr>
        <w:spacing w:after="120"/>
      </w:pPr>
      <w:r>
        <w:t>Vale’s face gave nothing away.</w:t>
      </w:r>
    </w:p>
    <w:p w14:paraId="68D93096" w14:textId="77777777" w:rsidR="005C4BB0" w:rsidRDefault="004F1FE1">
      <w:pPr>
        <w:spacing w:after="120"/>
      </w:pPr>
      <w:r>
        <w:t>“Enough.”</w:t>
      </w:r>
    </w:p>
    <w:p w14:paraId="6F29E9DE" w14:textId="77777777" w:rsidR="005C4BB0" w:rsidRDefault="004F1FE1">
      <w:pPr>
        <w:spacing w:after="120"/>
      </w:pPr>
      <w:r>
        <w:t>Reese closed the notebook.</w:t>
      </w:r>
    </w:p>
    <w:p w14:paraId="35FDE1C2" w14:textId="77777777" w:rsidR="005C4BB0" w:rsidRDefault="004F1FE1">
      <w:pPr>
        <w:spacing w:after="120"/>
      </w:pPr>
      <w:r>
        <w:t>“No,” she whispered.</w:t>
      </w:r>
    </w:p>
    <w:p w14:paraId="67CAAFE8" w14:textId="77777777" w:rsidR="005C4BB0" w:rsidRDefault="004F1FE1">
      <w:pPr>
        <w:spacing w:after="120"/>
      </w:pPr>
      <w:r>
        <w:t>Then she looked up, grief hardening into something sharper.</w:t>
      </w:r>
    </w:p>
    <w:p w14:paraId="1EECA152" w14:textId="3DEF3EBC" w:rsidR="00893B11" w:rsidRDefault="004F1FE1" w:rsidP="00893B11">
      <w:pPr>
        <w:spacing w:after="120"/>
      </w:pPr>
      <w:r>
        <w:t>“Enough to remember.”</w:t>
      </w:r>
    </w:p>
    <w:p w14:paraId="476DDA2E" w14:textId="77777777" w:rsidR="00893B11" w:rsidRDefault="00893B11"/>
    <w:p w14:paraId="32AEBA2D" w14:textId="77777777" w:rsidR="00893B11" w:rsidRDefault="00893B11"/>
    <w:p w14:paraId="6661B1DB" w14:textId="77777777" w:rsidR="00893B11" w:rsidRDefault="00893B11"/>
    <w:p w14:paraId="446DDA15" w14:textId="351C76B7" w:rsidR="00C66F86" w:rsidRDefault="00C66F86" w:rsidP="00C66F86">
      <w:pPr>
        <w:jc w:val="center"/>
        <w:rPr>
          <w:rFonts w:hint="eastAsia"/>
        </w:rPr>
      </w:pPr>
      <w:r>
        <w:rPr>
          <w:rFonts w:hint="eastAsia"/>
        </w:rPr>
        <w:t>―――――</w:t>
      </w:r>
      <w:r>
        <w:rPr>
          <w:rFonts w:hint="eastAsia"/>
        </w:rPr>
        <w:t xml:space="preserve">  </w:t>
      </w:r>
      <w:r>
        <w:rPr>
          <w:rFonts w:hint="eastAsia"/>
        </w:rPr>
        <w:t>◆</w:t>
      </w:r>
      <w:r>
        <w:rPr>
          <w:rFonts w:hint="eastAsia"/>
        </w:rPr>
        <w:t xml:space="preserve">  </w:t>
      </w:r>
      <w:r>
        <w:rPr>
          <w:rFonts w:hint="eastAsia"/>
        </w:rPr>
        <w:t>―――――</w:t>
      </w:r>
    </w:p>
    <w:p w14:paraId="455438D0" w14:textId="77777777" w:rsidR="00C66F86" w:rsidRDefault="00C66F86" w:rsidP="00C66F86">
      <w:pPr>
        <w:jc w:val="center"/>
      </w:pPr>
    </w:p>
    <w:p w14:paraId="4B144D97" w14:textId="77777777" w:rsidR="00C66F86" w:rsidRDefault="00C66F86" w:rsidP="00C66F86">
      <w:pPr>
        <w:jc w:val="center"/>
      </w:pPr>
      <w:r>
        <w:t>Enjoyed this book?</w:t>
      </w:r>
    </w:p>
    <w:p w14:paraId="545C2861" w14:textId="64F18560" w:rsidR="00893B11" w:rsidRDefault="00C66F86" w:rsidP="00C66F86">
      <w:pPr>
        <w:jc w:val="center"/>
      </w:pPr>
      <w:r>
        <w:t>A review — even one sentence — helps more than you know.</w:t>
      </w:r>
    </w:p>
    <w:p w14:paraId="356E9CCF" w14:textId="77777777" w:rsidR="00C66F86" w:rsidRDefault="004F1FE1" w:rsidP="00C66F86">
      <w:pPr>
        <w:spacing w:before="480" w:after="240"/>
        <w:jc w:val="center"/>
      </w:pPr>
      <w:r>
        <w:br w:type="page"/>
      </w:r>
      <w:r w:rsidR="00C66F86">
        <w:rPr>
          <w:b/>
          <w:sz w:val="26"/>
        </w:rPr>
        <w:lastRenderedPageBreak/>
        <w:t>ALSO IN THE FRACTURE TRILOGY</w:t>
      </w:r>
    </w:p>
    <w:p w14:paraId="6F82730F" w14:textId="77777777" w:rsidR="00C66F86" w:rsidRDefault="00C66F86" w:rsidP="00C66F86">
      <w:pPr>
        <w:spacing w:before="240" w:after="240"/>
        <w:jc w:val="center"/>
      </w:pPr>
      <w:r>
        <w:rPr>
          <w:sz w:val="22"/>
        </w:rPr>
        <w:t>――――― ◆ ―――――</w:t>
      </w:r>
    </w:p>
    <w:p w14:paraId="77296DA5" w14:textId="77777777" w:rsidR="00C66F86" w:rsidRDefault="00C66F86" w:rsidP="00C66F86">
      <w:pPr>
        <w:spacing w:after="40"/>
        <w:jc w:val="center"/>
      </w:pPr>
      <w:r>
        <w:rPr>
          <w:b/>
          <w:sz w:val="26"/>
        </w:rPr>
        <w:t>BLACK SKY</w:t>
      </w:r>
    </w:p>
    <w:p w14:paraId="0B60497B" w14:textId="77777777" w:rsidR="00C66F86" w:rsidRDefault="00C66F86" w:rsidP="00C66F86">
      <w:pPr>
        <w:spacing w:after="120"/>
        <w:jc w:val="center"/>
      </w:pPr>
      <w:r>
        <w:rPr>
          <w:i/>
          <w:sz w:val="22"/>
        </w:rPr>
        <w:t>Book Two of The Fracture Trilogy</w:t>
      </w:r>
    </w:p>
    <w:p w14:paraId="07EFB4F3" w14:textId="77777777" w:rsidR="00C66F86" w:rsidRDefault="00C66F86" w:rsidP="00C66F86">
      <w:pPr>
        <w:spacing w:after="240"/>
        <w:jc w:val="center"/>
        <w:rPr>
          <w:sz w:val="22"/>
        </w:rPr>
      </w:pPr>
      <w:r>
        <w:rPr>
          <w:sz w:val="22"/>
        </w:rPr>
        <w:t>Reese Cole woke in a shelter she didn't choose, run by a woman she doesn't trust, in a world that has gone dark above. Her family is missing. Shelter Twelve has sixteen levels — and the lowest one is off the map.</w:t>
      </w:r>
    </w:p>
    <w:p w14:paraId="34A25607" w14:textId="6F44E9EE" w:rsidR="006D7B7F" w:rsidRDefault="006D7B7F" w:rsidP="00C66F86">
      <w:pPr>
        <w:spacing w:after="240"/>
        <w:jc w:val="center"/>
        <w:rPr>
          <w:sz w:val="22"/>
        </w:rPr>
      </w:pPr>
      <w:r>
        <w:rPr>
          <w:sz w:val="22"/>
        </w:rPr>
        <w:t>Black Sky arrives on June 15, 2026</w:t>
      </w:r>
    </w:p>
    <w:p w14:paraId="11FD89C6" w14:textId="77777777" w:rsidR="00C66F86" w:rsidRDefault="00C66F86" w:rsidP="00C66F86">
      <w:pPr>
        <w:spacing w:after="240"/>
        <w:jc w:val="center"/>
      </w:pPr>
    </w:p>
    <w:p w14:paraId="469B2CF2" w14:textId="77777777" w:rsidR="00C66F86" w:rsidRDefault="00C66F86" w:rsidP="00C66F86">
      <w:pPr>
        <w:spacing w:after="40"/>
        <w:jc w:val="center"/>
      </w:pPr>
      <w:r>
        <w:rPr>
          <w:b/>
          <w:sz w:val="26"/>
        </w:rPr>
        <w:t>THE LAST NATION</w:t>
      </w:r>
    </w:p>
    <w:p w14:paraId="4A182CB6" w14:textId="77777777" w:rsidR="00C66F86" w:rsidRDefault="00C66F86" w:rsidP="00C66F86">
      <w:pPr>
        <w:spacing w:after="120"/>
        <w:jc w:val="center"/>
      </w:pPr>
      <w:r>
        <w:rPr>
          <w:i/>
          <w:sz w:val="22"/>
        </w:rPr>
        <w:t>Book Three of The Fracture Trilogy</w:t>
      </w:r>
    </w:p>
    <w:p w14:paraId="1C781211" w14:textId="77777777" w:rsidR="00C66F86" w:rsidRDefault="00C66F86" w:rsidP="00C66F86">
      <w:pPr>
        <w:spacing w:after="320"/>
        <w:jc w:val="center"/>
      </w:pPr>
      <w:r>
        <w:rPr>
          <w:sz w:val="22"/>
        </w:rPr>
        <w:t>The surface is fractured. Chancellor Rhys controls food, shelter, and survival. Marcus Cole controls nothing — except the trust of people desperate enough to follow someone who won't lie to them. The Fracture Trilogy ends here.</w:t>
      </w:r>
    </w:p>
    <w:p w14:paraId="754FE9A5" w14:textId="69FEDCF4" w:rsidR="00C66F86" w:rsidRDefault="006D7B7F">
      <w:r>
        <w:t xml:space="preserve">                                            The Last Nation </w:t>
      </w:r>
      <w:r w:rsidR="001401A7">
        <w:t xml:space="preserve">is coming </w:t>
      </w:r>
      <w:r w:rsidRPr="006D7B7F">
        <w:t>2026</w:t>
      </w:r>
    </w:p>
    <w:p w14:paraId="02AA45AE" w14:textId="77777777" w:rsidR="00C66F86" w:rsidRDefault="00C66F86"/>
    <w:p w14:paraId="7F00869A" w14:textId="77777777" w:rsidR="00C66F86" w:rsidRDefault="00C66F86"/>
    <w:p w14:paraId="678571A7" w14:textId="77777777" w:rsidR="00C66F86" w:rsidRDefault="00C66F86"/>
    <w:p w14:paraId="33FBF2E3" w14:textId="77777777" w:rsidR="00C66F86" w:rsidRDefault="00C66F86"/>
    <w:p w14:paraId="51B07CF2" w14:textId="77777777" w:rsidR="00C66F86" w:rsidRDefault="00C66F86"/>
    <w:p w14:paraId="3A38B99B" w14:textId="77777777" w:rsidR="00C66F86" w:rsidRDefault="00C66F86"/>
    <w:p w14:paraId="6C9AF2A2" w14:textId="77777777" w:rsidR="00C66F86" w:rsidRDefault="00C66F86"/>
    <w:p w14:paraId="38813751" w14:textId="77777777" w:rsidR="00C66F86" w:rsidRDefault="00C66F86"/>
    <w:p w14:paraId="7349CB93" w14:textId="77777777" w:rsidR="00C66F86" w:rsidRDefault="00C66F86"/>
    <w:p w14:paraId="789493D2" w14:textId="77777777" w:rsidR="00C66F86" w:rsidRDefault="00C66F86">
      <w:pPr>
        <w:spacing w:before="960" w:after="480"/>
        <w:jc w:val="center"/>
        <w:rPr>
          <w:b/>
          <w:sz w:val="28"/>
        </w:rPr>
      </w:pPr>
    </w:p>
    <w:p w14:paraId="1C9689EC" w14:textId="77777777" w:rsidR="00C66F86" w:rsidRDefault="00C66F86">
      <w:pPr>
        <w:spacing w:before="960" w:after="480"/>
        <w:jc w:val="center"/>
        <w:rPr>
          <w:b/>
          <w:sz w:val="28"/>
        </w:rPr>
      </w:pPr>
    </w:p>
    <w:p w14:paraId="2D686407" w14:textId="5635E126" w:rsidR="005C4BB0" w:rsidRDefault="004F1FE1">
      <w:pPr>
        <w:spacing w:before="960" w:after="480"/>
        <w:jc w:val="center"/>
      </w:pPr>
      <w:r>
        <w:rPr>
          <w:b/>
          <w:sz w:val="28"/>
        </w:rPr>
        <w:lastRenderedPageBreak/>
        <w:t>ACKNOWLEDGMENTS</w:t>
      </w:r>
    </w:p>
    <w:p w14:paraId="518730C2" w14:textId="77777777" w:rsidR="005C4BB0" w:rsidRDefault="004F1FE1">
      <w:pPr>
        <w:spacing w:after="120"/>
      </w:pPr>
      <w:r>
        <w:t>Thank you to my family for their support, patience, and belief in this story from the very beginning. To the friends who encouraged me to keep writing, and to every reader who gives this book a chance — your time and imagination mean everything.</w:t>
      </w:r>
    </w:p>
    <w:p w14:paraId="4A666EBF" w14:textId="77777777" w:rsidR="005C4BB0" w:rsidRDefault="004F1FE1">
      <w:r>
        <w:br w:type="page"/>
      </w:r>
    </w:p>
    <w:p w14:paraId="56B38148" w14:textId="77777777" w:rsidR="005C4BB0" w:rsidRDefault="004F1FE1">
      <w:pPr>
        <w:spacing w:before="960" w:after="480"/>
        <w:jc w:val="center"/>
      </w:pPr>
      <w:r>
        <w:rPr>
          <w:b/>
          <w:sz w:val="28"/>
        </w:rPr>
        <w:lastRenderedPageBreak/>
        <w:t>ABOUT THE AUTHOR</w:t>
      </w:r>
    </w:p>
    <w:p w14:paraId="3F739693" w14:textId="77777777" w:rsidR="005C4BB0" w:rsidRDefault="005C4BB0"/>
    <w:p w14:paraId="50646310" w14:textId="77777777" w:rsidR="005C4BB0" w:rsidRDefault="004F1FE1">
      <w:pPr>
        <w:spacing w:after="120"/>
      </w:pPr>
      <w:r>
        <w:t>P.D. Grove writes fast-paced dystopian thrillers about survival, sacrifice, and the fight for freedom. The Fracture Trilogy is the debut series, beginning with Gone Under.</w:t>
      </w:r>
    </w:p>
    <w:p w14:paraId="3639389A" w14:textId="77777777" w:rsidR="002D0708" w:rsidRDefault="007C4605">
      <w:pPr>
        <w:pageBreakBefore/>
        <w:spacing w:before="960" w:after="80"/>
        <w:jc w:val="center"/>
      </w:pPr>
      <w:r>
        <w:rPr>
          <w:i/>
          <w:sz w:val="22"/>
        </w:rPr>
        <w:lastRenderedPageBreak/>
        <w:t>A PREVIEW OF</w:t>
      </w:r>
    </w:p>
    <w:p w14:paraId="4C3D32FA" w14:textId="77777777" w:rsidR="002D0708" w:rsidRDefault="007C4605">
      <w:pPr>
        <w:spacing w:after="80"/>
        <w:jc w:val="center"/>
      </w:pPr>
      <w:r>
        <w:rPr>
          <w:b/>
          <w:sz w:val="36"/>
        </w:rPr>
        <w:t>BLACK SKY</w:t>
      </w:r>
    </w:p>
    <w:p w14:paraId="62D98226" w14:textId="77777777" w:rsidR="002D0708" w:rsidRDefault="007C4605">
      <w:pPr>
        <w:spacing w:after="120"/>
        <w:jc w:val="center"/>
      </w:pPr>
      <w:r>
        <w:rPr>
          <w:i/>
        </w:rPr>
        <w:t>Book Two of The Fracture Trilogy</w:t>
      </w:r>
    </w:p>
    <w:p w14:paraId="4D62EA22" w14:textId="77777777" w:rsidR="002D0708" w:rsidRDefault="007C4605">
      <w:pPr>
        <w:spacing w:after="480"/>
        <w:jc w:val="center"/>
      </w:pPr>
      <w:r>
        <w:rPr>
          <w:sz w:val="22"/>
        </w:rPr>
        <w:t>―――――  ◆  ―――――</w:t>
      </w:r>
    </w:p>
    <w:p w14:paraId="66BCFDA1" w14:textId="77777777" w:rsidR="002D0708" w:rsidRDefault="007C4605">
      <w:pPr>
        <w:spacing w:after="80"/>
        <w:jc w:val="center"/>
      </w:pPr>
      <w:r>
        <w:rPr>
          <w:b/>
          <w:sz w:val="28"/>
        </w:rPr>
        <w:t>CHAPTER 1</w:t>
      </w:r>
    </w:p>
    <w:p w14:paraId="7B5AFD2D" w14:textId="77777777" w:rsidR="002D0708" w:rsidRDefault="007C4605">
      <w:pPr>
        <w:spacing w:after="400"/>
        <w:jc w:val="center"/>
      </w:pPr>
      <w:r>
        <w:rPr>
          <w:i/>
          <w:sz w:val="26"/>
        </w:rPr>
        <w:t>The Girl Who Woke Below</w:t>
      </w:r>
    </w:p>
    <w:p w14:paraId="6CAF9291" w14:textId="77777777" w:rsidR="002D0708" w:rsidRDefault="007C4605">
      <w:pPr>
        <w:spacing w:after="120"/>
      </w:pPr>
      <w:r>
        <w:t>Reese Cole woke screaming. Hands grabbed her. A needle flashed in white light.</w:t>
      </w:r>
    </w:p>
    <w:p w14:paraId="2696C22F" w14:textId="77777777" w:rsidR="002D0708" w:rsidRDefault="007C4605">
      <w:pPr>
        <w:spacing w:after="120"/>
      </w:pPr>
      <w:r>
        <w:t>Then darkness rushed in again.</w:t>
      </w:r>
    </w:p>
    <w:p w14:paraId="00A44225" w14:textId="77777777" w:rsidR="002D0708" w:rsidRDefault="007C4605">
      <w:pPr>
        <w:spacing w:after="120"/>
      </w:pPr>
      <w:r>
        <w:t>When she woke the second time, the room was smaller.</w:t>
      </w:r>
    </w:p>
    <w:p w14:paraId="388A3A57" w14:textId="77777777" w:rsidR="002D0708" w:rsidRDefault="007C4605">
      <w:pPr>
        <w:spacing w:after="120"/>
      </w:pPr>
      <w:r>
        <w:t>Concrete walls. Steel bed. A single vent hummed overhead. No windows, no sky.</w:t>
      </w:r>
    </w:p>
    <w:p w14:paraId="29ECFE97" w14:textId="77777777" w:rsidR="002D0708" w:rsidRDefault="007C4605">
      <w:pPr>
        <w:spacing w:after="120"/>
      </w:pPr>
      <w:r>
        <w:t>Her throat felt scraped raw.</w:t>
      </w:r>
    </w:p>
    <w:p w14:paraId="03EFA3C7" w14:textId="77777777" w:rsidR="002D0708" w:rsidRDefault="007C4605">
      <w:pPr>
        <w:spacing w:after="120"/>
      </w:pPr>
      <w:r>
        <w:t>A woman in a gray uniform sat in a chair across from the bed, reading from a tablet.</w:t>
      </w:r>
    </w:p>
    <w:p w14:paraId="1B6AB042" w14:textId="77777777" w:rsidR="002D0708" w:rsidRDefault="007C4605">
      <w:pPr>
        <w:spacing w:after="120"/>
      </w:pPr>
      <w:r>
        <w:t>“You’re calmer now,” the woman said without looking up.</w:t>
      </w:r>
    </w:p>
    <w:p w14:paraId="66F898D5" w14:textId="77777777" w:rsidR="002D0708" w:rsidRDefault="007C4605">
      <w:pPr>
        <w:spacing w:after="120"/>
      </w:pPr>
      <w:r>
        <w:t>“I want my family.”</w:t>
      </w:r>
    </w:p>
    <w:p w14:paraId="6A0C20CE" w14:textId="77777777" w:rsidR="002D0708" w:rsidRDefault="007C4605">
      <w:pPr>
        <w:spacing w:after="120"/>
      </w:pPr>
      <w:r>
        <w:t>The woman set the tablet down.</w:t>
      </w:r>
    </w:p>
    <w:p w14:paraId="6E538195" w14:textId="77777777" w:rsidR="002D0708" w:rsidRDefault="007C4605">
      <w:pPr>
        <w:spacing w:after="120"/>
      </w:pPr>
      <w:r>
        <w:t>“My name is Director Vale.”</w:t>
      </w:r>
    </w:p>
    <w:p w14:paraId="149F2FE9" w14:textId="77777777" w:rsidR="002D0708" w:rsidRDefault="007C4605">
      <w:pPr>
        <w:spacing w:after="120"/>
      </w:pPr>
      <w:r>
        <w:t>“I didn’t ask.”</w:t>
      </w:r>
    </w:p>
    <w:p w14:paraId="39FDBE02" w14:textId="77777777" w:rsidR="002D0708" w:rsidRDefault="007C4605">
      <w:pPr>
        <w:spacing w:after="120"/>
      </w:pPr>
      <w:r>
        <w:t>“No,” Vale said. “You asked for something I cannot give.”</w:t>
      </w:r>
    </w:p>
    <w:p w14:paraId="566F2DB0" w14:textId="77777777" w:rsidR="002D0708" w:rsidRDefault="007C4605">
      <w:pPr>
        <w:spacing w:after="120"/>
      </w:pPr>
      <w:r>
        <w:t>Reese pushed herself upright despite the pain in her ribs.</w:t>
      </w:r>
    </w:p>
    <w:p w14:paraId="0238A669" w14:textId="77777777" w:rsidR="002D0708" w:rsidRDefault="007C4605">
      <w:pPr>
        <w:spacing w:after="120"/>
      </w:pPr>
      <w:r>
        <w:t>“What happened?”</w:t>
      </w:r>
    </w:p>
    <w:p w14:paraId="5254CC15" w14:textId="77777777" w:rsidR="002D0708" w:rsidRDefault="007C4605">
      <w:pPr>
        <w:spacing w:after="120"/>
      </w:pPr>
      <w:r>
        <w:t>“A structural collapse in western sector terrain. Recovery teams found you beneath debris.”</w:t>
      </w:r>
    </w:p>
    <w:p w14:paraId="1A26157B" w14:textId="77777777" w:rsidR="002D0708" w:rsidRDefault="007C4605">
      <w:pPr>
        <w:spacing w:after="120"/>
      </w:pPr>
      <w:r>
        <w:t>“My father was holding us.”</w:t>
      </w:r>
    </w:p>
    <w:p w14:paraId="4212BD9D" w14:textId="77777777" w:rsidR="002D0708" w:rsidRDefault="007C4605">
      <w:pPr>
        <w:spacing w:after="120"/>
      </w:pPr>
      <w:r>
        <w:t>Vale’s expression did not change.</w:t>
      </w:r>
    </w:p>
    <w:p w14:paraId="64011722" w14:textId="77777777" w:rsidR="002D0708" w:rsidRDefault="007C4605">
      <w:pPr>
        <w:spacing w:after="120"/>
      </w:pPr>
      <w:r>
        <w:t>“You were recovered alone.”</w:t>
      </w:r>
    </w:p>
    <w:p w14:paraId="18E17129" w14:textId="77777777" w:rsidR="002D0708" w:rsidRDefault="007C4605">
      <w:pPr>
        <w:spacing w:after="120"/>
      </w:pPr>
      <w:r>
        <w:t>Reese looked away before tears could come.</w:t>
      </w:r>
    </w:p>
    <w:p w14:paraId="1BBEE466" w14:textId="77777777" w:rsidR="002D0708" w:rsidRDefault="007C4605">
      <w:pPr>
        <w:spacing w:after="120"/>
      </w:pPr>
      <w:r>
        <w:t>“How long have I been here?”</w:t>
      </w:r>
    </w:p>
    <w:p w14:paraId="054CE0DE" w14:textId="77777777" w:rsidR="002D0708" w:rsidRDefault="007C4605">
      <w:pPr>
        <w:spacing w:after="120"/>
      </w:pPr>
      <w:r>
        <w:t>“Twelve days.”</w:t>
      </w:r>
    </w:p>
    <w:p w14:paraId="715B66E2" w14:textId="77777777" w:rsidR="002D0708" w:rsidRDefault="007C4605">
      <w:pPr>
        <w:spacing w:after="120"/>
      </w:pPr>
      <w:r>
        <w:lastRenderedPageBreak/>
        <w:t>“Twelve—”</w:t>
      </w:r>
    </w:p>
    <w:p w14:paraId="5A86DBD1" w14:textId="77777777" w:rsidR="002D0708" w:rsidRDefault="007C4605">
      <w:pPr>
        <w:spacing w:after="120"/>
      </w:pPr>
      <w:r>
        <w:t>Her voice cracked.</w:t>
      </w:r>
    </w:p>
    <w:p w14:paraId="02ABDA8A" w14:textId="77777777" w:rsidR="002D0708" w:rsidRDefault="007C4605">
      <w:pPr>
        <w:spacing w:after="120"/>
      </w:pPr>
      <w:r>
        <w:t>“Twelve days?”</w:t>
      </w:r>
    </w:p>
    <w:p w14:paraId="15EB8C0B" w14:textId="77777777" w:rsidR="002D0708" w:rsidRDefault="007C4605">
      <w:pPr>
        <w:spacing w:after="120"/>
      </w:pPr>
      <w:r>
        <w:t>“You were hypothermic. Internal injuries. Severe shock.”</w:t>
      </w:r>
    </w:p>
    <w:p w14:paraId="08684669" w14:textId="77777777" w:rsidR="002D0708" w:rsidRDefault="007C4605">
      <w:pPr>
        <w:spacing w:after="120"/>
      </w:pPr>
      <w:r>
        <w:t>Reese stared at the vent.</w:t>
      </w:r>
    </w:p>
    <w:p w14:paraId="2361EE68" w14:textId="77777777" w:rsidR="002D0708" w:rsidRDefault="007C4605">
      <w:pPr>
        <w:spacing w:after="120"/>
      </w:pPr>
      <w:r>
        <w:t>Twelve days. Marcus had promised not to let go.</w:t>
      </w:r>
    </w:p>
    <w:p w14:paraId="7F03D176" w14:textId="77777777" w:rsidR="002D0708" w:rsidRDefault="007C4605">
      <w:pPr>
        <w:spacing w:after="120"/>
      </w:pPr>
      <w:r>
        <w:t>“What is this place?”</w:t>
      </w:r>
    </w:p>
    <w:p w14:paraId="50879939" w14:textId="77777777" w:rsidR="002D0708" w:rsidRDefault="007C4605">
      <w:pPr>
        <w:spacing w:after="120"/>
      </w:pPr>
      <w:r>
        <w:t>Vale folded her hands.</w:t>
      </w:r>
    </w:p>
    <w:p w14:paraId="7D0DF532" w14:textId="77777777" w:rsidR="002D0708" w:rsidRDefault="007C4605">
      <w:pPr>
        <w:spacing w:after="120"/>
      </w:pPr>
      <w:r>
        <w:t>“Shelter Twelve.”</w:t>
      </w:r>
    </w:p>
    <w:p w14:paraId="1B848909" w14:textId="77777777" w:rsidR="002D0708" w:rsidRDefault="007C4605">
      <w:pPr>
        <w:spacing w:after="120"/>
      </w:pPr>
      <w:r>
        <w:t>“That means there are others.”</w:t>
      </w:r>
    </w:p>
    <w:p w14:paraId="4689DA23" w14:textId="77777777" w:rsidR="002D0708" w:rsidRDefault="007C4605">
      <w:pPr>
        <w:spacing w:after="120"/>
      </w:pPr>
      <w:r>
        <w:t>“Yes.”</w:t>
      </w:r>
    </w:p>
    <w:p w14:paraId="31824F93" w14:textId="77777777" w:rsidR="002D0708" w:rsidRDefault="007C4605">
      <w:pPr>
        <w:spacing w:after="120"/>
      </w:pPr>
      <w:r>
        <w:t>“How many people?”</w:t>
      </w:r>
    </w:p>
    <w:p w14:paraId="6F339297" w14:textId="77777777" w:rsidR="002D0708" w:rsidRDefault="007C4605">
      <w:pPr>
        <w:spacing w:after="120"/>
      </w:pPr>
      <w:r>
        <w:t>“Enough.”</w:t>
      </w:r>
    </w:p>
    <w:p w14:paraId="288BA30B" w14:textId="77777777" w:rsidR="002D0708" w:rsidRDefault="007C4605">
      <w:pPr>
        <w:spacing w:after="120"/>
      </w:pPr>
      <w:r>
        <w:t>Reese hated that answer immediately.</w:t>
      </w:r>
    </w:p>
    <w:p w14:paraId="0FFA9DF6" w14:textId="77777777" w:rsidR="002D0708" w:rsidRDefault="007C4605">
      <w:pPr>
        <w:spacing w:after="120"/>
      </w:pPr>
      <w:r>
        <w:t>She swung her legs off the bed.</w:t>
      </w:r>
    </w:p>
    <w:p w14:paraId="1C8AAC5A" w14:textId="77777777" w:rsidR="002D0708" w:rsidRDefault="007C4605">
      <w:pPr>
        <w:spacing w:after="120"/>
      </w:pPr>
      <w:r>
        <w:t>“I’m leaving.”</w:t>
      </w:r>
    </w:p>
    <w:p w14:paraId="0F02C533" w14:textId="77777777" w:rsidR="002D0708" w:rsidRDefault="007C4605">
      <w:pPr>
        <w:spacing w:after="120"/>
      </w:pPr>
      <w:r>
        <w:t>Vale almost smiled.</w:t>
      </w:r>
    </w:p>
    <w:p w14:paraId="67F3FB5F" w14:textId="77777777" w:rsidR="005B01C4" w:rsidRDefault="007C4605" w:rsidP="005B01C4">
      <w:pPr>
        <w:spacing w:after="120"/>
      </w:pPr>
      <w:r>
        <w:t>“No one leaves Shelter Twelve.”</w:t>
      </w:r>
    </w:p>
    <w:p w14:paraId="7EE32A8B" w14:textId="77777777" w:rsidR="005B01C4" w:rsidRDefault="005B01C4" w:rsidP="005B01C4">
      <w:pPr>
        <w:spacing w:after="120"/>
      </w:pPr>
    </w:p>
    <w:p w14:paraId="26845728" w14:textId="77777777" w:rsidR="005B01C4" w:rsidRDefault="005B01C4" w:rsidP="005B01C4">
      <w:pPr>
        <w:spacing w:after="120"/>
      </w:pPr>
    </w:p>
    <w:p w14:paraId="4DE51021" w14:textId="77777777" w:rsidR="007E3CCC" w:rsidRPr="007E3CCC" w:rsidRDefault="007E3CCC" w:rsidP="007E3CCC">
      <w:pPr>
        <w:jc w:val="center"/>
        <w:rPr>
          <w:sz w:val="22"/>
        </w:rPr>
      </w:pPr>
    </w:p>
    <w:sectPr w:rsidR="007E3CCC" w:rsidRPr="007E3CC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4290534">
    <w:abstractNumId w:val="8"/>
  </w:num>
  <w:num w:numId="2" w16cid:durableId="1510559425">
    <w:abstractNumId w:val="6"/>
  </w:num>
  <w:num w:numId="3" w16cid:durableId="654918701">
    <w:abstractNumId w:val="5"/>
  </w:num>
  <w:num w:numId="4" w16cid:durableId="2032949271">
    <w:abstractNumId w:val="4"/>
  </w:num>
  <w:num w:numId="5" w16cid:durableId="145050154">
    <w:abstractNumId w:val="7"/>
  </w:num>
  <w:num w:numId="6" w16cid:durableId="647516628">
    <w:abstractNumId w:val="3"/>
  </w:num>
  <w:num w:numId="7" w16cid:durableId="1922060963">
    <w:abstractNumId w:val="2"/>
  </w:num>
  <w:num w:numId="8" w16cid:durableId="1499468242">
    <w:abstractNumId w:val="1"/>
  </w:num>
  <w:num w:numId="9" w16cid:durableId="1401252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01A7"/>
    <w:rsid w:val="00143DEB"/>
    <w:rsid w:val="0015074B"/>
    <w:rsid w:val="0029639D"/>
    <w:rsid w:val="002B16B5"/>
    <w:rsid w:val="002D0708"/>
    <w:rsid w:val="00317812"/>
    <w:rsid w:val="00326F90"/>
    <w:rsid w:val="0044434E"/>
    <w:rsid w:val="004F1FE1"/>
    <w:rsid w:val="005B01C4"/>
    <w:rsid w:val="005C4BB0"/>
    <w:rsid w:val="00686FB9"/>
    <w:rsid w:val="006D7B7F"/>
    <w:rsid w:val="007E3CCC"/>
    <w:rsid w:val="00893B11"/>
    <w:rsid w:val="008E47A8"/>
    <w:rsid w:val="00913954"/>
    <w:rsid w:val="009257F7"/>
    <w:rsid w:val="009E0223"/>
    <w:rsid w:val="00A503EB"/>
    <w:rsid w:val="00A60EAC"/>
    <w:rsid w:val="00AA1D8D"/>
    <w:rsid w:val="00AB11B6"/>
    <w:rsid w:val="00B31E3A"/>
    <w:rsid w:val="00B336DE"/>
    <w:rsid w:val="00B47730"/>
    <w:rsid w:val="00B95A90"/>
    <w:rsid w:val="00BB1341"/>
    <w:rsid w:val="00BB370F"/>
    <w:rsid w:val="00BF24C7"/>
    <w:rsid w:val="00C66F86"/>
    <w:rsid w:val="00C9460B"/>
    <w:rsid w:val="00CB0664"/>
    <w:rsid w:val="00E00BAB"/>
    <w:rsid w:val="00E22E85"/>
    <w:rsid w:val="00EB6376"/>
    <w:rsid w:val="00F705E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EB287B"/>
  <w14:defaultImageDpi w14:val="300"/>
  <w15:docId w15:val="{5D3E8323-2E5A-4B7F-A5CC-FCBA4A4B7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Georgia" w:hAnsi="Georgia"/>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41</Pages>
  <Words>4659</Words>
  <Characters>23998</Characters>
  <Application>Microsoft Office Word</Application>
  <DocSecurity>0</DocSecurity>
  <Lines>923</Lines>
  <Paragraphs>895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Patrick Grove</cp:lastModifiedBy>
  <cp:revision>14</cp:revision>
  <dcterms:created xsi:type="dcterms:W3CDTF">2026-05-04T21:35:00Z</dcterms:created>
  <dcterms:modified xsi:type="dcterms:W3CDTF">2026-05-08T14:30:00Z</dcterms:modified>
  <cp:category/>
</cp:coreProperties>
</file>