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C55F7" w14:textId="5B59E6D3" w:rsidR="003D7A30" w:rsidRDefault="003D7A30">
      <w:pPr>
        <w:pStyle w:val="Body"/>
      </w:pPr>
    </w:p>
    <w:p w14:paraId="22F91AB9" w14:textId="77777777" w:rsidR="002F6DE2" w:rsidRDefault="002F6DE2">
      <w:pPr>
        <w:pStyle w:val="Body"/>
      </w:pPr>
    </w:p>
    <w:p w14:paraId="147AC637" w14:textId="77777777" w:rsidR="003D7A30" w:rsidRDefault="003D7A30">
      <w:pPr>
        <w:pStyle w:val="Body"/>
      </w:pPr>
    </w:p>
    <w:p w14:paraId="4512EB85" w14:textId="47ED5B4B" w:rsidR="003D7A30" w:rsidRPr="008C7D4D" w:rsidRDefault="002F6DE2">
      <w:pPr>
        <w:pStyle w:val="CoverTitle"/>
        <w:rPr>
          <w:rFonts w:ascii="Georgia" w:hAnsi="Georgia"/>
          <w:sz w:val="128"/>
          <w:szCs w:val="128"/>
        </w:rPr>
      </w:pPr>
      <w:r w:rsidRPr="008C7D4D">
        <w:rPr>
          <w:rFonts w:ascii="Georgia" w:hAnsi="Georgia"/>
          <w:sz w:val="128"/>
          <w:szCs w:val="128"/>
        </w:rPr>
        <w:t>FORGE</w:t>
      </w:r>
    </w:p>
    <w:p w14:paraId="01E2285C" w14:textId="77777777" w:rsidR="003D7A30" w:rsidRPr="001842B1" w:rsidRDefault="006C6BDA">
      <w:pPr>
        <w:pStyle w:val="CoverTitle"/>
        <w:rPr>
          <w:rFonts w:ascii="Georgia" w:hAnsi="Georgia"/>
          <w:i/>
          <w:iCs/>
          <w:sz w:val="44"/>
          <w:szCs w:val="20"/>
        </w:rPr>
      </w:pPr>
      <w:r w:rsidRPr="001842B1">
        <w:rPr>
          <w:rFonts w:ascii="Georgia" w:hAnsi="Georgia"/>
          <w:i/>
          <w:iCs/>
          <w:sz w:val="44"/>
          <w:szCs w:val="20"/>
        </w:rPr>
        <w:t>A Field Guide for Christian Young Men</w:t>
      </w:r>
    </w:p>
    <w:p w14:paraId="7DEEF92E" w14:textId="77777777" w:rsidR="009954A4" w:rsidRDefault="009954A4" w:rsidP="002F6DE2">
      <w:pPr>
        <w:pStyle w:val="CoverMeta"/>
        <w:jc w:val="left"/>
      </w:pPr>
    </w:p>
    <w:p w14:paraId="68EC59A0" w14:textId="741FAAF9" w:rsidR="003D7A30" w:rsidRPr="009954A4" w:rsidRDefault="006C6BDA">
      <w:pPr>
        <w:pStyle w:val="CoverMeta"/>
        <w:rPr>
          <w:sz w:val="36"/>
          <w:szCs w:val="40"/>
        </w:rPr>
      </w:pPr>
      <w:r w:rsidRPr="009954A4">
        <w:rPr>
          <w:sz w:val="36"/>
          <w:szCs w:val="40"/>
        </w:rPr>
        <w:t>Identity in Christ. Truth in the light. Strength for service.</w:t>
      </w:r>
    </w:p>
    <w:p w14:paraId="4E374C8E" w14:textId="380E49A0" w:rsidR="003D7A30" w:rsidRDefault="003D7A30">
      <w:pPr>
        <w:pStyle w:val="Body"/>
      </w:pPr>
    </w:p>
    <w:p w14:paraId="172B4D5A" w14:textId="4982FE87" w:rsidR="002F6DE2" w:rsidRDefault="002F6DE2">
      <w:pPr>
        <w:pStyle w:val="Body"/>
      </w:pPr>
    </w:p>
    <w:p w14:paraId="416B5A48" w14:textId="77777777" w:rsidR="002F6DE2" w:rsidRDefault="002F6DE2">
      <w:pPr>
        <w:pStyle w:val="Body"/>
      </w:pPr>
    </w:p>
    <w:p w14:paraId="5FBAA2E4" w14:textId="77777777" w:rsidR="002F6DE2" w:rsidRDefault="002F6DE2" w:rsidP="002F6DE2">
      <w:pPr>
        <w:pStyle w:val="CoverSubtitle"/>
      </w:pPr>
      <w:r>
        <w:t>Student Edition</w:t>
      </w:r>
    </w:p>
    <w:p w14:paraId="1607DB60" w14:textId="77777777" w:rsidR="002F6DE2" w:rsidRDefault="002F6DE2" w:rsidP="002F6DE2">
      <w:pPr>
        <w:pStyle w:val="CoverSubtitle"/>
      </w:pPr>
      <w:r>
        <w:t>For now, and for the road ahead</w:t>
      </w:r>
    </w:p>
    <w:p w14:paraId="3A80BFF9" w14:textId="587FBC70" w:rsidR="003D7A30" w:rsidRDefault="003D7A30">
      <w:pPr>
        <w:pStyle w:val="Body"/>
      </w:pPr>
    </w:p>
    <w:p w14:paraId="376D0B3A" w14:textId="6D54712E" w:rsidR="009954A4" w:rsidRDefault="009954A4">
      <w:pPr>
        <w:pStyle w:val="Body"/>
      </w:pPr>
    </w:p>
    <w:p w14:paraId="5B86EBFE" w14:textId="621859E5" w:rsidR="009954A4" w:rsidRDefault="009954A4">
      <w:pPr>
        <w:pStyle w:val="Body"/>
      </w:pPr>
    </w:p>
    <w:p w14:paraId="5B3D923D" w14:textId="6BB97BE5" w:rsidR="009954A4" w:rsidRDefault="009954A4">
      <w:pPr>
        <w:pStyle w:val="Body"/>
      </w:pPr>
    </w:p>
    <w:p w14:paraId="45D2DEAD" w14:textId="45B56EA3" w:rsidR="009954A4" w:rsidRDefault="009954A4">
      <w:pPr>
        <w:pStyle w:val="Body"/>
      </w:pPr>
    </w:p>
    <w:p w14:paraId="5C622A3F" w14:textId="77777777" w:rsidR="009954A4" w:rsidRDefault="009954A4">
      <w:pPr>
        <w:pStyle w:val="Body"/>
      </w:pPr>
    </w:p>
    <w:p w14:paraId="78518BDF" w14:textId="0FE76126" w:rsidR="003D7A30" w:rsidRDefault="003D7A30">
      <w:pPr>
        <w:pStyle w:val="Body"/>
      </w:pPr>
    </w:p>
    <w:p w14:paraId="3A86AAF9" w14:textId="77777777" w:rsidR="002F6DE2" w:rsidRDefault="002F6DE2">
      <w:pPr>
        <w:pStyle w:val="Body"/>
      </w:pPr>
    </w:p>
    <w:p w14:paraId="6B6FD0BC" w14:textId="77777777" w:rsidR="003D7A30" w:rsidRDefault="006C6BDA">
      <w:pPr>
        <w:pStyle w:val="CoverMeta"/>
      </w:pPr>
      <w:r>
        <w:t>Created by Mark Sward</w:t>
      </w:r>
    </w:p>
    <w:p w14:paraId="3BA7BDB3" w14:textId="77777777" w:rsidR="003D7A30" w:rsidRDefault="006C6BDA">
      <w:pPr>
        <w:pStyle w:val="CoverMeta"/>
      </w:pPr>
      <w:r>
        <w:t>Wisconsin Lutheran High School</w:t>
      </w:r>
    </w:p>
    <w:p w14:paraId="326F1D08" w14:textId="1A720050" w:rsidR="009954A4" w:rsidRDefault="006C6BDA" w:rsidP="009954A4">
      <w:pPr>
        <w:pStyle w:val="CoverMeta"/>
      </w:pPr>
      <w:r>
        <w:t>Spring 2026</w:t>
      </w:r>
    </w:p>
    <w:p w14:paraId="2282B9FB" w14:textId="77777777" w:rsidR="009954A4" w:rsidRDefault="009954A4" w:rsidP="009954A4">
      <w:pPr>
        <w:pStyle w:val="CoverMeta"/>
      </w:pPr>
    </w:p>
    <w:p w14:paraId="4D32B361" w14:textId="77777777" w:rsidR="00110C5E" w:rsidRDefault="00110C5E">
      <w:pPr>
        <w:pStyle w:val="ContentsHeading"/>
      </w:pPr>
    </w:p>
    <w:p w14:paraId="0C43573D" w14:textId="73434172" w:rsidR="003D7A30" w:rsidRDefault="006C6BDA">
      <w:pPr>
        <w:pStyle w:val="ContentsHeading"/>
      </w:pPr>
      <w:r>
        <w:lastRenderedPageBreak/>
        <w:t>Contents</w:t>
      </w:r>
    </w:p>
    <w:p w14:paraId="0E76794F" w14:textId="77777777" w:rsidR="003D7A30" w:rsidRDefault="006C6BDA">
      <w:pPr>
        <w:pStyle w:val="ContentsItem"/>
      </w:pPr>
      <w:r>
        <w:t>How to Use This Book</w:t>
      </w:r>
    </w:p>
    <w:p w14:paraId="72187D60" w14:textId="77777777" w:rsidR="003D7A30" w:rsidRDefault="006C6BDA">
      <w:pPr>
        <w:pStyle w:val="ContentsItem"/>
      </w:pPr>
      <w:r>
        <w:t>Use This Book with Another Man</w:t>
      </w:r>
    </w:p>
    <w:p w14:paraId="308EB620" w14:textId="77777777" w:rsidR="003D7A30" w:rsidRDefault="006C6BDA">
      <w:pPr>
        <w:pStyle w:val="ContentsItem"/>
      </w:pPr>
      <w:r>
        <w:t>When You Need This Book</w:t>
      </w:r>
    </w:p>
    <w:p w14:paraId="6DEDB2FA" w14:textId="77777777" w:rsidR="003D7A30" w:rsidRDefault="006C6BDA">
      <w:pPr>
        <w:pStyle w:val="ContentsItem"/>
      </w:pPr>
      <w:r>
        <w:t>When You Should Not Carry It Alone</w:t>
      </w:r>
    </w:p>
    <w:p w14:paraId="52F81A5A" w14:textId="77777777" w:rsidR="003D7A30" w:rsidRDefault="006C6BDA">
      <w:pPr>
        <w:pStyle w:val="ContentsItem"/>
      </w:pPr>
      <w:r>
        <w:t>Why This Guide Exists</w:t>
      </w:r>
    </w:p>
    <w:p w14:paraId="1317E084" w14:textId="77777777" w:rsidR="003D7A30" w:rsidRDefault="006C6BDA">
      <w:pPr>
        <w:pStyle w:val="ContentsPart"/>
      </w:pPr>
      <w:r>
        <w:t>Part I. Identity and Grace</w:t>
      </w:r>
    </w:p>
    <w:p w14:paraId="160CD80F" w14:textId="77777777" w:rsidR="003D7A30" w:rsidRDefault="006C6BDA">
      <w:pPr>
        <w:pStyle w:val="ContentsSubItem"/>
      </w:pPr>
      <w:r>
        <w:t>Chapter 1. You Are Not Here to Prove Anything</w:t>
      </w:r>
    </w:p>
    <w:p w14:paraId="05C98275" w14:textId="77777777" w:rsidR="003D7A30" w:rsidRDefault="006C6BDA">
      <w:pPr>
        <w:pStyle w:val="ContentsSubItem"/>
      </w:pPr>
      <w:r>
        <w:t>Chapter 2. The Rust and the Iron</w:t>
      </w:r>
    </w:p>
    <w:p w14:paraId="1E9E6F2A" w14:textId="77777777" w:rsidR="003D7A30" w:rsidRDefault="006C6BDA">
      <w:pPr>
        <w:pStyle w:val="ContentsSubItem"/>
      </w:pPr>
      <w:r>
        <w:t>Chapter 3. Sons, Not Performers</w:t>
      </w:r>
    </w:p>
    <w:p w14:paraId="3F1B5BA0" w14:textId="77777777" w:rsidR="003D7A30" w:rsidRDefault="006C6BDA">
      <w:pPr>
        <w:pStyle w:val="ContentsSubItem"/>
      </w:pPr>
      <w:r>
        <w:t>Chapter 4. Grace Before Growth</w:t>
      </w:r>
    </w:p>
    <w:p w14:paraId="1796D9E7" w14:textId="77777777" w:rsidR="003D7A30" w:rsidRDefault="006C6BDA">
      <w:pPr>
        <w:pStyle w:val="ContentsSubItem"/>
      </w:pPr>
      <w:r>
        <w:t>Chapter 5. Baptized Men Return Daily</w:t>
      </w:r>
    </w:p>
    <w:p w14:paraId="11321F0E" w14:textId="77777777" w:rsidR="003D7A30" w:rsidRDefault="006C6BDA">
      <w:pPr>
        <w:pStyle w:val="ContentsSubItem"/>
      </w:pPr>
      <w:r>
        <w:t>Chapter 6. The Checklist</w:t>
      </w:r>
    </w:p>
    <w:p w14:paraId="4ADE0F09" w14:textId="77777777" w:rsidR="003D7A30" w:rsidRDefault="006C6BDA">
      <w:pPr>
        <w:pStyle w:val="ContentsPart"/>
      </w:pPr>
      <w:r>
        <w:t>Part II. Truth in the Light</w:t>
      </w:r>
    </w:p>
    <w:p w14:paraId="43F3B9E4" w14:textId="77777777" w:rsidR="003D7A30" w:rsidRDefault="006C6BDA">
      <w:pPr>
        <w:pStyle w:val="ContentsSubItem"/>
      </w:pPr>
      <w:r>
        <w:t>Chapter 7. The Fractured Man</w:t>
      </w:r>
    </w:p>
    <w:p w14:paraId="782F2FB3" w14:textId="77777777" w:rsidR="003D7A30" w:rsidRDefault="006C6BDA">
      <w:pPr>
        <w:pStyle w:val="ContentsSubItem"/>
      </w:pPr>
      <w:r>
        <w:t>Chapter 8. Hidden Cracks</w:t>
      </w:r>
    </w:p>
    <w:p w14:paraId="4545D7FE" w14:textId="77777777" w:rsidR="003D7A30" w:rsidRDefault="006C6BDA">
      <w:pPr>
        <w:pStyle w:val="ContentsSubItem"/>
      </w:pPr>
      <w:r>
        <w:t>Chapter 9. The Drift</w:t>
      </w:r>
    </w:p>
    <w:p w14:paraId="237C0FC1" w14:textId="77777777" w:rsidR="003D7A30" w:rsidRDefault="006C6BDA">
      <w:pPr>
        <w:pStyle w:val="ContentsSubItem"/>
      </w:pPr>
      <w:r>
        <w:t>Chapter 10. The Accuser and the Advocate</w:t>
      </w:r>
    </w:p>
    <w:p w14:paraId="697528D7" w14:textId="77777777" w:rsidR="003D7A30" w:rsidRDefault="006C6BDA">
      <w:pPr>
        <w:pStyle w:val="ContentsSubItem"/>
      </w:pPr>
      <w:r>
        <w:t>Chapter 11. Brotherhood Is Not Just Being Around Guys</w:t>
      </w:r>
    </w:p>
    <w:p w14:paraId="4EACB61E" w14:textId="77777777" w:rsidR="003D7A30" w:rsidRDefault="006C6BDA">
      <w:pPr>
        <w:pStyle w:val="ContentsSubItem"/>
      </w:pPr>
      <w:r>
        <w:t>Chapter 12. The Brother-Confessor</w:t>
      </w:r>
    </w:p>
    <w:p w14:paraId="52D379F5" w14:textId="77777777" w:rsidR="003D7A30" w:rsidRDefault="006C6BDA">
      <w:pPr>
        <w:pStyle w:val="ContentsPart"/>
      </w:pPr>
      <w:r>
        <w:t>Part III. Building a Faithful Life</w:t>
      </w:r>
    </w:p>
    <w:p w14:paraId="15FA9CC6" w14:textId="77777777" w:rsidR="003D7A30" w:rsidRDefault="006C6BDA">
      <w:pPr>
        <w:pStyle w:val="ContentsSubItem"/>
      </w:pPr>
      <w:r>
        <w:t>Chapter 13. Installation, Not Performance</w:t>
      </w:r>
    </w:p>
    <w:p w14:paraId="4A5D1991" w14:textId="77777777" w:rsidR="003D7A30" w:rsidRDefault="006C6BDA">
      <w:pPr>
        <w:pStyle w:val="ContentsSubItem"/>
      </w:pPr>
      <w:r>
        <w:t>Chapter 14. Better Problems</w:t>
      </w:r>
    </w:p>
    <w:p w14:paraId="70AAAE02" w14:textId="77777777" w:rsidR="003D7A30" w:rsidRDefault="006C6BDA">
      <w:pPr>
        <w:pStyle w:val="ContentsSubItem"/>
      </w:pPr>
      <w:r>
        <w:t>Chapter 15. Your Strength Is for Someone Else</w:t>
      </w:r>
    </w:p>
    <w:p w14:paraId="5EE276DD" w14:textId="77777777" w:rsidR="003D7A30" w:rsidRDefault="006C6BDA">
      <w:pPr>
        <w:pStyle w:val="ContentsSubItem"/>
      </w:pPr>
      <w:r>
        <w:t>Chapter 16. Called Into Ordinary Places</w:t>
      </w:r>
    </w:p>
    <w:p w14:paraId="30F6EB1B" w14:textId="77777777" w:rsidR="003D7A30" w:rsidRDefault="006C6BDA">
      <w:pPr>
        <w:pStyle w:val="ContentsSubItem"/>
      </w:pPr>
      <w:r>
        <w:t>Chapter 17. Work, Responsibility, and Keeping Your Word</w:t>
      </w:r>
    </w:p>
    <w:p w14:paraId="0BA63717" w14:textId="77777777" w:rsidR="003D7A30" w:rsidRDefault="006C6BDA">
      <w:pPr>
        <w:pStyle w:val="ContentsSubItem"/>
      </w:pPr>
      <w:r>
        <w:t>Chapter 18. Women, Purity, and Honor</w:t>
      </w:r>
    </w:p>
    <w:p w14:paraId="029C1D63" w14:textId="77777777" w:rsidR="003D7A30" w:rsidRDefault="006C6BDA">
      <w:pPr>
        <w:pStyle w:val="ContentsSubItem"/>
      </w:pPr>
      <w:r>
        <w:t>Chapter 19. How to Make Decisions</w:t>
      </w:r>
    </w:p>
    <w:p w14:paraId="3A202300" w14:textId="77777777" w:rsidR="003D7A30" w:rsidRDefault="006C6BDA">
      <w:pPr>
        <w:pStyle w:val="ContentsSubItem"/>
      </w:pPr>
      <w:r>
        <w:t>Chapter 20. Find a Church and Stay There</w:t>
      </w:r>
    </w:p>
    <w:p w14:paraId="7DEB8E24" w14:textId="77777777" w:rsidR="003D7A30" w:rsidRDefault="006C6BDA">
      <w:pPr>
        <w:pStyle w:val="ContentsPart"/>
      </w:pPr>
      <w:r>
        <w:t>Part IV. The Long Road</w:t>
      </w:r>
    </w:p>
    <w:p w14:paraId="50B8F56F" w14:textId="77777777" w:rsidR="003D7A30" w:rsidRDefault="006C6BDA">
      <w:pPr>
        <w:pStyle w:val="ContentsSubItem"/>
      </w:pPr>
      <w:r>
        <w:t>Chapter 21. How to Suffer Without Quitting</w:t>
      </w:r>
    </w:p>
    <w:p w14:paraId="62AC94FD" w14:textId="77777777" w:rsidR="003D7A30" w:rsidRDefault="006C6BDA">
      <w:pPr>
        <w:pStyle w:val="ContentsSubItem"/>
      </w:pPr>
      <w:r>
        <w:t>Chapter 22. Ordinary Faithfulness</w:t>
      </w:r>
    </w:p>
    <w:p w14:paraId="11DC9CCF" w14:textId="77777777" w:rsidR="003D7A30" w:rsidRDefault="006C6BDA">
      <w:pPr>
        <w:pStyle w:val="ContentsSubItem"/>
      </w:pPr>
      <w:r>
        <w:t>Chapter 23. Finish Well</w:t>
      </w:r>
    </w:p>
    <w:p w14:paraId="57785E15" w14:textId="77777777" w:rsidR="003D7A30" w:rsidRDefault="006C6BDA">
      <w:pPr>
        <w:pStyle w:val="ContentsPart"/>
      </w:pPr>
      <w:r>
        <w:t>Appendix A. A Rule of Life for a Young Christian Man</w:t>
      </w:r>
    </w:p>
    <w:p w14:paraId="3FBE1DE7" w14:textId="77777777" w:rsidR="003D7A30" w:rsidRDefault="006C6BDA">
      <w:pPr>
        <w:pStyle w:val="ContentsSubItem"/>
      </w:pPr>
      <w:r>
        <w:t>Appendix B. Short Prayers for Real Life</w:t>
      </w:r>
    </w:p>
    <w:p w14:paraId="7B8DEB53" w14:textId="77777777" w:rsidR="003D7A30" w:rsidRDefault="006C6BDA">
      <w:pPr>
        <w:pStyle w:val="ContentsSubItem"/>
      </w:pPr>
      <w:r>
        <w:t>Appendix C. When God Gives You a Wife and Children</w:t>
      </w:r>
    </w:p>
    <w:p w14:paraId="0E89C924" w14:textId="6CA665B8" w:rsidR="003D7A30" w:rsidRDefault="006C6BDA">
      <w:pPr>
        <w:pStyle w:val="ContentsSubItem"/>
      </w:pPr>
      <w:r>
        <w:t>A Final Word</w:t>
      </w:r>
    </w:p>
    <w:p w14:paraId="46993A75" w14:textId="7F6462A8" w:rsidR="009954A4" w:rsidRDefault="009954A4">
      <w:pPr>
        <w:pStyle w:val="ContentsSubItem"/>
      </w:pPr>
    </w:p>
    <w:p w14:paraId="4929C429" w14:textId="5C768524" w:rsidR="009954A4" w:rsidRDefault="009954A4">
      <w:pPr>
        <w:pStyle w:val="ContentsSubItem"/>
      </w:pPr>
    </w:p>
    <w:p w14:paraId="49DE99A8" w14:textId="7BB9AB3A" w:rsidR="00EC000D" w:rsidRDefault="00EC000D">
      <w:pPr>
        <w:pStyle w:val="ContentsSubItem"/>
      </w:pPr>
    </w:p>
    <w:p w14:paraId="1CEAD12D" w14:textId="77675D9F" w:rsidR="00EC000D" w:rsidRDefault="00EC000D">
      <w:pPr>
        <w:pStyle w:val="ContentsSubItem"/>
      </w:pPr>
    </w:p>
    <w:p w14:paraId="537F9864" w14:textId="61062970" w:rsidR="00EC000D" w:rsidRDefault="00EC000D">
      <w:pPr>
        <w:pStyle w:val="ContentsSubItem"/>
      </w:pPr>
    </w:p>
    <w:p w14:paraId="5850243F" w14:textId="77777777" w:rsidR="00EC000D" w:rsidRDefault="00EC000D">
      <w:pPr>
        <w:pStyle w:val="ContentsSubItem"/>
      </w:pPr>
    </w:p>
    <w:p w14:paraId="56F61277" w14:textId="77777777" w:rsidR="003D7A30" w:rsidRDefault="006C6BDA">
      <w:pPr>
        <w:pStyle w:val="SectionTitle"/>
      </w:pPr>
      <w:r>
        <w:lastRenderedPageBreak/>
        <w:t>How to Use This Book</w:t>
      </w:r>
    </w:p>
    <w:p w14:paraId="392F3566"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A field guide only helps if you actually use it.</w:t>
      </w:r>
    </w:p>
    <w:p w14:paraId="63205F8C" w14:textId="77777777" w:rsidR="003D7A30" w:rsidRDefault="006C6BDA">
      <w:pPr>
        <w:pStyle w:val="Body"/>
      </w:pPr>
      <w:r>
        <w:t>This book is a field guide. That means it is not mainly meant to be admired. It is meant to be used.</w:t>
      </w:r>
    </w:p>
    <w:p w14:paraId="6BFE615D" w14:textId="77777777" w:rsidR="003D7A30" w:rsidRDefault="006C6BDA">
      <w:pPr>
        <w:pStyle w:val="Body"/>
      </w:pPr>
      <w:r>
        <w:t>Do not read it like a spectator. Read it like a man trying to live faithfully in the real world.</w:t>
      </w:r>
    </w:p>
    <w:p w14:paraId="18EA0F05" w14:textId="77777777" w:rsidR="003D7A30" w:rsidRDefault="006C6BDA">
      <w:pPr>
        <w:pStyle w:val="Body"/>
      </w:pPr>
      <w:r>
        <w:t>A good way to use this book is simple:</w:t>
      </w:r>
    </w:p>
    <w:p w14:paraId="664EEB63" w14:textId="77777777" w:rsidR="003D7A30" w:rsidRDefault="006C6BDA">
      <w:pPr>
        <w:pStyle w:val="Subhead"/>
      </w:pPr>
      <w:r>
        <w:t>1. Read one chapter at a time.</w:t>
      </w:r>
    </w:p>
    <w:p w14:paraId="7CA9141F" w14:textId="77777777" w:rsidR="003D7A30" w:rsidRDefault="006C6BDA">
      <w:pPr>
        <w:pStyle w:val="Body"/>
      </w:pPr>
      <w:r>
        <w:t>Do not rush. Read slowly enough to actually hear it. If a line hits you, underline it. Mark it. Come back to it later.</w:t>
      </w:r>
    </w:p>
    <w:p w14:paraId="7D75DD52" w14:textId="77777777" w:rsidR="003D7A30" w:rsidRDefault="006C6BDA">
      <w:pPr>
        <w:pStyle w:val="Subhead"/>
      </w:pPr>
      <w:r>
        <w:t>2. Pay attention to the "Remember this" line.</w:t>
      </w:r>
    </w:p>
    <w:p w14:paraId="2DB8A0EE" w14:textId="77777777" w:rsidR="003D7A30" w:rsidRDefault="006C6BDA">
      <w:pPr>
        <w:pStyle w:val="Body"/>
      </w:pPr>
      <w:r>
        <w:t>Each chapter begins with one sentence that gives you the spine of the chapter. Learn that line. If you forget the rest of the chapter, remember that line.</w:t>
      </w:r>
    </w:p>
    <w:p w14:paraId="1F0293F8" w14:textId="77777777" w:rsidR="003D7A30" w:rsidRDefault="006C6BDA">
      <w:pPr>
        <w:pStyle w:val="Subhead"/>
      </w:pPr>
      <w:r>
        <w:t>3. Do the Field Exercise honestly.</w:t>
      </w:r>
    </w:p>
    <w:p w14:paraId="40F34BD6" w14:textId="77777777" w:rsidR="003D7A30" w:rsidRDefault="006C6BDA">
      <w:pPr>
        <w:pStyle w:val="Body"/>
      </w:pPr>
      <w:r>
        <w:t>Do not skip it. This book starts helping when you answer honestly, not when you only nod at it.</w:t>
      </w:r>
    </w:p>
    <w:p w14:paraId="50B13A2A" w14:textId="77777777" w:rsidR="003D7A30" w:rsidRDefault="006C6BDA">
      <w:pPr>
        <w:pStyle w:val="Subhead"/>
      </w:pPr>
      <w:r>
        <w:t>4. Pray the prayer.</w:t>
      </w:r>
    </w:p>
    <w:p w14:paraId="3A114CE7" w14:textId="77777777" w:rsidR="003D7A30" w:rsidRDefault="006C6BDA">
      <w:pPr>
        <w:pStyle w:val="Body"/>
      </w:pPr>
      <w:r>
        <w:t>Use the written prayer if it helps, then add your own words. The goal is not to sound spiritual. The goal is to tell the truth before God.</w:t>
      </w:r>
    </w:p>
    <w:p w14:paraId="44C0061F" w14:textId="77777777" w:rsidR="003D7A30" w:rsidRDefault="006C6BDA">
      <w:pPr>
        <w:pStyle w:val="Subhead"/>
      </w:pPr>
      <w:r>
        <w:t>5. Come back to the chapters you need most.</w:t>
      </w:r>
    </w:p>
    <w:p w14:paraId="15B7A2B0" w14:textId="77777777" w:rsidR="003D7A30" w:rsidRDefault="006C6BDA">
      <w:pPr>
        <w:pStyle w:val="Body"/>
      </w:pPr>
      <w:r>
        <w:t>Some seasons will make you need Chapter 1, or Chapter 9, or Chapter 12, or Chapter 18, or Chapter 21. Use the book that way.</w:t>
      </w:r>
    </w:p>
    <w:p w14:paraId="40E90218" w14:textId="77777777" w:rsidR="003D7A30" w:rsidRDefault="006C6BDA">
      <w:pPr>
        <w:pStyle w:val="Subhead"/>
      </w:pPr>
      <w:r>
        <w:t>6. Talk about it with another man.</w:t>
      </w:r>
    </w:p>
    <w:p w14:paraId="4602297C" w14:textId="77777777" w:rsidR="003D7A30" w:rsidRDefault="006C6BDA">
      <w:pPr>
        <w:pStyle w:val="Body"/>
      </w:pPr>
      <w:r>
        <w:t>This book is not meant to replace brotherhood. A book can help you think. A brother can help you stay awake.</w:t>
      </w:r>
    </w:p>
    <w:p w14:paraId="5BFE60EC" w14:textId="77777777" w:rsidR="003D7A30" w:rsidRDefault="006C6BDA">
      <w:pPr>
        <w:pStyle w:val="Body"/>
      </w:pPr>
      <w:r>
        <w:t>This book is also not meant to replace parents, pastors, teachers, counselors, or trusted Christian adults. Some burdens need more than a book and more than a peer. Use this guide alongside the real people God has placed in your life, especially when something is too heavy, dangerous, or confusing to carry alone.</w:t>
      </w:r>
    </w:p>
    <w:p w14:paraId="48D926A2" w14:textId="77777777" w:rsidR="003D7A30" w:rsidRDefault="006C6BDA">
      <w:pPr>
        <w:pStyle w:val="Subhead"/>
      </w:pPr>
      <w:r>
        <w:t>7. Keep Appendix A and Appendix B close.</w:t>
      </w:r>
    </w:p>
    <w:p w14:paraId="4DABFA14" w14:textId="77777777" w:rsidR="003D7A30" w:rsidRDefault="006C6BDA">
      <w:pPr>
        <w:pStyle w:val="Body"/>
      </w:pPr>
      <w:r>
        <w:t>When you feel scattered, return to the Rule of Life. When you do not know what to pray, return to the Short Prayers.</w:t>
      </w:r>
    </w:p>
    <w:p w14:paraId="59A5BA50" w14:textId="77777777" w:rsidR="003D7A30" w:rsidRDefault="006C6BDA">
      <w:pPr>
        <w:pStyle w:val="Subhead"/>
      </w:pPr>
      <w:r>
        <w:t>8. Read it again later.</w:t>
      </w:r>
    </w:p>
    <w:p w14:paraId="45E9823A" w14:textId="77777777" w:rsidR="003D7A30" w:rsidRDefault="006C6BDA">
      <w:pPr>
        <w:pStyle w:val="Body"/>
      </w:pPr>
      <w:r>
        <w:t>A book like this will read differently at eighteen, twenty-two, twenty-eight, and forty. Come back to it.</w:t>
      </w:r>
    </w:p>
    <w:p w14:paraId="2A35CBE1" w14:textId="77777777" w:rsidR="003D7A30" w:rsidRDefault="006C6BDA">
      <w:pPr>
        <w:pStyle w:val="Subhead"/>
      </w:pPr>
      <w:r>
        <w:t>9. Do not use this book to perform.</w:t>
      </w:r>
    </w:p>
    <w:p w14:paraId="6CDB4449" w14:textId="1177A090" w:rsidR="003D7A30" w:rsidRDefault="006C6BDA">
      <w:pPr>
        <w:pStyle w:val="Body"/>
      </w:pPr>
      <w:r>
        <w:t>Do not turn it into one more way to look serious. Tell the truth. Use it humbly. Let it expose you where needed.</w:t>
      </w:r>
    </w:p>
    <w:p w14:paraId="35575D26" w14:textId="77777777" w:rsidR="000D490C" w:rsidRDefault="000D490C">
      <w:pPr>
        <w:pStyle w:val="Body"/>
      </w:pPr>
    </w:p>
    <w:p w14:paraId="32D7A4A6" w14:textId="77777777" w:rsidR="003D7A30" w:rsidRDefault="006C6BDA">
      <w:pPr>
        <w:pStyle w:val="Subhead"/>
      </w:pPr>
      <w:r>
        <w:lastRenderedPageBreak/>
        <w:t>10. Keep coming back to the center.</w:t>
      </w:r>
    </w:p>
    <w:p w14:paraId="15D43F29" w14:textId="77777777" w:rsidR="003D7A30" w:rsidRDefault="006C6BDA">
      <w:pPr>
        <w:pStyle w:val="Body"/>
      </w:pPr>
      <w:r>
        <w:t>The center of this book is not self-improvement. It is Christ. You belong to Christ, you live by grace, you grow in truth, you return when you drift, and by God’s mercy you finish well.</w:t>
      </w:r>
    </w:p>
    <w:p w14:paraId="0A87CCFB" w14:textId="00ED28F4" w:rsidR="003D7A30" w:rsidRDefault="006C6BDA">
      <w:pPr>
        <w:pStyle w:val="Body"/>
      </w:pPr>
      <w:r>
        <w:t>Read this slowly. Return to it often. Use it with another man if you can.</w:t>
      </w:r>
    </w:p>
    <w:p w14:paraId="2548B80A" w14:textId="77777777" w:rsidR="009954A4" w:rsidRDefault="009954A4">
      <w:pPr>
        <w:pStyle w:val="Body"/>
      </w:pPr>
    </w:p>
    <w:p w14:paraId="16CF7ECB" w14:textId="77777777" w:rsidR="003D7A30" w:rsidRDefault="006C6BDA">
      <w:pPr>
        <w:pStyle w:val="SectionTitle"/>
        <w:rPr>
          <w:bCs/>
          <w:szCs w:val="34"/>
        </w:rPr>
      </w:pPr>
      <w:r>
        <w:rPr>
          <w:bCs/>
          <w:szCs w:val="34"/>
        </w:rPr>
        <w:t>Use This Book with Another Man</w:t>
      </w:r>
    </w:p>
    <w:p w14:paraId="314001C5"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A field guide gets better when it is used in honest brotherhood.</w:t>
      </w:r>
    </w:p>
    <w:p w14:paraId="7F90BC1A" w14:textId="77777777" w:rsidR="003D7A30" w:rsidRDefault="006C6BDA">
      <w:pPr>
        <w:pStyle w:val="Body"/>
      </w:pPr>
      <w:r>
        <w:t>This book does not have to be used alone. In fact, many of its best chapters will land more deeply if you work through them with another Christian man — a friend, a mentor, a father, a pastor, or one trusted brother.</w:t>
      </w:r>
    </w:p>
    <w:p w14:paraId="6E8D33F8" w14:textId="77777777" w:rsidR="003D7A30" w:rsidRDefault="006C6BDA">
      <w:pPr>
        <w:pStyle w:val="Body"/>
      </w:pPr>
      <w:r>
        <w:t>A simple way to use it together is this:</w:t>
      </w:r>
    </w:p>
    <w:p w14:paraId="3A0F9B1E" w14:textId="77777777" w:rsidR="003D7A30" w:rsidRDefault="006C6BDA">
      <w:pPr>
        <w:pStyle w:val="Subhead"/>
      </w:pPr>
      <w:r>
        <w:t>1. Read one chapter a week.</w:t>
      </w:r>
    </w:p>
    <w:p w14:paraId="03BEA8A4" w14:textId="77777777" w:rsidR="003D7A30" w:rsidRDefault="006C6BDA">
      <w:pPr>
        <w:pStyle w:val="Body"/>
      </w:pPr>
      <w:r>
        <w:t>Do not rush. Let one chapter do its work before you move to the next one.</w:t>
      </w:r>
    </w:p>
    <w:p w14:paraId="44584DC8" w14:textId="77777777" w:rsidR="003D7A30" w:rsidRDefault="006C6BDA">
      <w:pPr>
        <w:pStyle w:val="Subhead"/>
      </w:pPr>
      <w:r>
        <w:t>2. Say the "Remember this" line out loud.</w:t>
      </w:r>
    </w:p>
    <w:p w14:paraId="0AACBFF6" w14:textId="77777777" w:rsidR="003D7A30" w:rsidRDefault="006C6BDA">
      <w:pPr>
        <w:pStyle w:val="Body"/>
      </w:pPr>
      <w:r>
        <w:t>That line gives you the spine of the chapter. Learn it, repeat it, and use it to start the conversation.</w:t>
      </w:r>
    </w:p>
    <w:p w14:paraId="204CECBA" w14:textId="77777777" w:rsidR="003D7A30" w:rsidRDefault="006C6BDA">
      <w:pPr>
        <w:pStyle w:val="Subhead"/>
      </w:pPr>
      <w:r>
        <w:t>3. Answer the Field Exercise honestly.</w:t>
      </w:r>
    </w:p>
    <w:p w14:paraId="4222636D" w14:textId="77777777" w:rsidR="003D7A30" w:rsidRDefault="006C6BDA">
      <w:pPr>
        <w:pStyle w:val="Body"/>
      </w:pPr>
      <w:r>
        <w:t>Do not try to sound impressive. Tell the truth. The point is not polished answers. The point is clarity.</w:t>
      </w:r>
    </w:p>
    <w:p w14:paraId="3C4D2DDB" w14:textId="77777777" w:rsidR="003D7A30" w:rsidRDefault="006C6BDA">
      <w:pPr>
        <w:pStyle w:val="Subhead"/>
      </w:pPr>
      <w:r>
        <w:t>4. Pray the prayer together.</w:t>
      </w:r>
    </w:p>
    <w:p w14:paraId="77E4FB8E" w14:textId="77777777" w:rsidR="003D7A30" w:rsidRDefault="006C6BDA">
      <w:pPr>
        <w:pStyle w:val="Body"/>
      </w:pPr>
      <w:r>
        <w:t>Use the written prayer if it helps. Then add your own words. Let the chapter turn into actual prayer.</w:t>
      </w:r>
    </w:p>
    <w:p w14:paraId="26935DFD" w14:textId="77777777" w:rsidR="003D7A30" w:rsidRDefault="006C6BDA">
      <w:pPr>
        <w:pStyle w:val="Subhead"/>
      </w:pPr>
      <w:r>
        <w:t>5. Follow up next week.</w:t>
      </w:r>
    </w:p>
    <w:p w14:paraId="7E897FDC" w14:textId="77777777" w:rsidR="003D7A30" w:rsidRDefault="006C6BDA">
      <w:pPr>
        <w:pStyle w:val="Body"/>
      </w:pPr>
      <w:r>
        <w:t>Ask what changed, where the chapter became real, and where more honesty is needed. Growth usually comes through steady return, not one big moment.</w:t>
      </w:r>
    </w:p>
    <w:p w14:paraId="375FCC75" w14:textId="77777777" w:rsidR="005C2BFA" w:rsidRDefault="006C6BDA" w:rsidP="005C2BFA">
      <w:pPr>
        <w:pStyle w:val="Body"/>
      </w:pPr>
      <w:r>
        <w:t>If you use this book with another man, do not turn it into a performance project. Use it to become more truthful, more rooted, and more awake under grace.</w:t>
      </w:r>
    </w:p>
    <w:p w14:paraId="5E57D517" w14:textId="77777777" w:rsidR="005C2BFA" w:rsidRDefault="005C2BFA" w:rsidP="005C2BFA">
      <w:pPr>
        <w:pStyle w:val="Body"/>
      </w:pPr>
    </w:p>
    <w:p w14:paraId="32709DF9" w14:textId="77777777" w:rsidR="005C2BFA" w:rsidRDefault="005C2BFA" w:rsidP="005C2BFA">
      <w:pPr>
        <w:pStyle w:val="Body"/>
      </w:pPr>
    </w:p>
    <w:p w14:paraId="4FADFE9C" w14:textId="77777777" w:rsidR="005C2BFA" w:rsidRDefault="005C2BFA" w:rsidP="005C2BFA">
      <w:pPr>
        <w:pStyle w:val="Body"/>
      </w:pPr>
    </w:p>
    <w:p w14:paraId="5D94F86F" w14:textId="77777777" w:rsidR="005C2BFA" w:rsidRDefault="005C2BFA" w:rsidP="005C2BFA">
      <w:pPr>
        <w:pStyle w:val="Body"/>
      </w:pPr>
    </w:p>
    <w:p w14:paraId="53E38E0C" w14:textId="77777777" w:rsidR="005C2BFA" w:rsidRDefault="005C2BFA" w:rsidP="005C2BFA">
      <w:pPr>
        <w:pStyle w:val="Body"/>
      </w:pPr>
    </w:p>
    <w:p w14:paraId="6D4BAE06" w14:textId="77777777" w:rsidR="005C2BFA" w:rsidRDefault="005C2BFA" w:rsidP="005C2BFA">
      <w:pPr>
        <w:pStyle w:val="Body"/>
      </w:pPr>
    </w:p>
    <w:p w14:paraId="7CC1204D" w14:textId="77777777" w:rsidR="005C2BFA" w:rsidRDefault="005C2BFA" w:rsidP="005C2BFA">
      <w:pPr>
        <w:pStyle w:val="Body"/>
      </w:pPr>
    </w:p>
    <w:p w14:paraId="05670B7C" w14:textId="77777777" w:rsidR="007A362C" w:rsidRDefault="007A362C" w:rsidP="005C2BFA">
      <w:pPr>
        <w:pStyle w:val="Body"/>
      </w:pPr>
    </w:p>
    <w:p w14:paraId="68AEAA94" w14:textId="5237C186" w:rsidR="003D7A30" w:rsidRPr="005C2BFA" w:rsidRDefault="006C6BDA" w:rsidP="005C2BFA">
      <w:pPr>
        <w:pStyle w:val="SectionTitle"/>
        <w:rPr>
          <w:bCs/>
          <w:szCs w:val="34"/>
        </w:rPr>
      </w:pPr>
      <w:r w:rsidRPr="005C2BFA">
        <w:rPr>
          <w:bCs/>
          <w:szCs w:val="34"/>
        </w:rPr>
        <w:lastRenderedPageBreak/>
        <w:t>When You Need This Book</w:t>
      </w:r>
    </w:p>
    <w:p w14:paraId="0FD2D84B" w14:textId="77777777" w:rsidR="003D7A30" w:rsidRDefault="006C6BDA">
      <w:pPr>
        <w:pStyle w:val="Takeaway"/>
        <w:shd w:val="clear" w:color="auto" w:fill="F2F2F2"/>
      </w:pPr>
      <w:r>
        <w:t>Remember this: A field guide should be easy to reach when the road gets hard.</w:t>
      </w:r>
    </w:p>
    <w:p w14:paraId="26C077A2" w14:textId="77777777" w:rsidR="003D7A30" w:rsidRDefault="006C6BDA">
      <w:pPr>
        <w:pStyle w:val="Body"/>
      </w:pPr>
      <w:r>
        <w:t>Use this page when you do not know where to begin. You do not need to read the whole book every time. Go to the chapter you need, tell the truth, pray the prayer, and take one faithful step.</w:t>
      </w:r>
    </w:p>
    <w:p w14:paraId="40BA5925" w14:textId="77777777" w:rsidR="003D7A30" w:rsidRDefault="006C6BDA">
      <w:pPr>
        <w:pStyle w:val="Body"/>
      </w:pPr>
      <w:r>
        <w:t>When you feel pressure to prove yourself: Chapters 1, 3, 4, and 5.</w:t>
      </w:r>
    </w:p>
    <w:p w14:paraId="47FAAB5F" w14:textId="77777777" w:rsidR="003D7A30" w:rsidRDefault="006C6BDA">
      <w:pPr>
        <w:pStyle w:val="Body"/>
      </w:pPr>
      <w:r>
        <w:t>When sin, shame, or old patterns are trying to rename you: Chapter 2 and Chapter 5.</w:t>
      </w:r>
    </w:p>
    <w:p w14:paraId="768D2790" w14:textId="77777777" w:rsidR="003D7A30" w:rsidRDefault="006C6BDA">
      <w:pPr>
        <w:pStyle w:val="Body"/>
      </w:pPr>
      <w:r>
        <w:t>When you feel trapped under a false checklist: Chapter 6.</w:t>
      </w:r>
    </w:p>
    <w:p w14:paraId="2033A72A" w14:textId="77777777" w:rsidR="003D7A30" w:rsidRDefault="006C6BDA">
      <w:pPr>
        <w:pStyle w:val="Body"/>
      </w:pPr>
      <w:r>
        <w:t>When your life feels divided or hidden: Chapters 7, 8, 10, and 12.</w:t>
      </w:r>
    </w:p>
    <w:p w14:paraId="78A0C6CD" w14:textId="77777777" w:rsidR="003D7A30" w:rsidRDefault="006C6BDA">
      <w:pPr>
        <w:pStyle w:val="Body"/>
      </w:pPr>
      <w:r>
        <w:t>When you are drifting: Chapter 9 and the prayer “When you are drifting” in Appendix B.</w:t>
      </w:r>
    </w:p>
    <w:p w14:paraId="4AF7B0CA" w14:textId="77777777" w:rsidR="003D7A30" w:rsidRDefault="006C6BDA">
      <w:pPr>
        <w:pStyle w:val="Body"/>
      </w:pPr>
      <w:r>
        <w:t>When accusation is telling you to hide: Chapter 10.</w:t>
      </w:r>
    </w:p>
    <w:p w14:paraId="1B461B37" w14:textId="77777777" w:rsidR="003D7A30" w:rsidRDefault="006C6BDA">
      <w:pPr>
        <w:pStyle w:val="Body"/>
      </w:pPr>
      <w:r>
        <w:t>When you need brotherhood or confession: Chapters 11 and 12.</w:t>
      </w:r>
    </w:p>
    <w:p w14:paraId="6B8EBAAF" w14:textId="77777777" w:rsidR="003D7A30" w:rsidRDefault="006C6BDA">
      <w:pPr>
        <w:pStyle w:val="Body"/>
      </w:pPr>
      <w:r>
        <w:t>When you need better habits: Chapter 13.</w:t>
      </w:r>
    </w:p>
    <w:p w14:paraId="5D9CC422" w14:textId="77777777" w:rsidR="003D7A30" w:rsidRDefault="006C6BDA">
      <w:pPr>
        <w:pStyle w:val="Body"/>
      </w:pPr>
      <w:r>
        <w:t>When you need to carry the right burdens: Chapter 14.</w:t>
      </w:r>
    </w:p>
    <w:p w14:paraId="621D303B" w14:textId="77777777" w:rsidR="003D7A30" w:rsidRDefault="006C6BDA">
      <w:pPr>
        <w:pStyle w:val="Body"/>
      </w:pPr>
      <w:r>
        <w:t>When you need to use strength rightly: Chapter 15.</w:t>
      </w:r>
    </w:p>
    <w:p w14:paraId="14D02625" w14:textId="77777777" w:rsidR="003D7A30" w:rsidRDefault="006C6BDA">
      <w:pPr>
        <w:pStyle w:val="Body"/>
      </w:pPr>
      <w:r>
        <w:t>When ordinary duties, school, work, family, or responsibility feel meaningless: Chapters 16 and 22.</w:t>
      </w:r>
    </w:p>
    <w:p w14:paraId="105423B3" w14:textId="77777777" w:rsidR="003D7A30" w:rsidRDefault="006C6BDA">
      <w:pPr>
        <w:pStyle w:val="Body"/>
      </w:pPr>
      <w:r>
        <w:t>When you need to keep your word: Chapter 17.</w:t>
      </w:r>
    </w:p>
    <w:p w14:paraId="06EA3DBB" w14:textId="77777777" w:rsidR="003D7A30" w:rsidRDefault="006C6BDA">
      <w:pPr>
        <w:pStyle w:val="Body"/>
      </w:pPr>
      <w:r>
        <w:t>When you are thinking about women, purity, dating, marriage, or fatherhood: Chapter 18 and Appendix C.</w:t>
      </w:r>
    </w:p>
    <w:p w14:paraId="634EEF25" w14:textId="77777777" w:rsidR="003D7A30" w:rsidRDefault="006C6BDA">
      <w:pPr>
        <w:pStyle w:val="Body"/>
      </w:pPr>
      <w:r>
        <w:t>When you need wisdom for a decision: Chapter 19.</w:t>
      </w:r>
    </w:p>
    <w:p w14:paraId="663951D4" w14:textId="77777777" w:rsidR="003D7A30" w:rsidRDefault="006C6BDA">
      <w:pPr>
        <w:pStyle w:val="Body"/>
      </w:pPr>
      <w:r>
        <w:t>When you are leaving home or need a church: Chapter 20.</w:t>
      </w:r>
    </w:p>
    <w:p w14:paraId="400527BA" w14:textId="77777777" w:rsidR="003D7A30" w:rsidRDefault="006C6BDA">
      <w:pPr>
        <w:pStyle w:val="Body"/>
      </w:pPr>
      <w:r>
        <w:t>When you are suffering or emotionally heavy: Chapter 21 and “When You Should Not Carry It Alone.”</w:t>
      </w:r>
    </w:p>
    <w:p w14:paraId="20D1F220" w14:textId="77777777" w:rsidR="003D7A30" w:rsidRDefault="006C6BDA">
      <w:pPr>
        <w:pStyle w:val="Body"/>
      </w:pPr>
      <w:r>
        <w:t>When ordinary life feels small: Chapter 22.</w:t>
      </w:r>
    </w:p>
    <w:p w14:paraId="31426A27" w14:textId="77777777" w:rsidR="003D7A30" w:rsidRDefault="006C6BDA">
      <w:pPr>
        <w:pStyle w:val="Body"/>
      </w:pPr>
      <w:r>
        <w:t>When you need to finish a season well: Chapter 23.</w:t>
      </w:r>
    </w:p>
    <w:p w14:paraId="5BEF1A4E" w14:textId="62573FEB" w:rsidR="003D7A30" w:rsidRDefault="006C6BDA">
      <w:pPr>
        <w:pStyle w:val="Body"/>
      </w:pPr>
      <w:r>
        <w:t>When you do not know what to pray: Appendix B.</w:t>
      </w:r>
    </w:p>
    <w:p w14:paraId="483C1135" w14:textId="436CFB3D" w:rsidR="009954A4" w:rsidRDefault="009954A4">
      <w:pPr>
        <w:pStyle w:val="Body"/>
      </w:pPr>
    </w:p>
    <w:p w14:paraId="46EF3CF5" w14:textId="63026F20" w:rsidR="009954A4" w:rsidRDefault="009954A4">
      <w:pPr>
        <w:pStyle w:val="Body"/>
      </w:pPr>
    </w:p>
    <w:p w14:paraId="6F6DFC95" w14:textId="697FD7CA" w:rsidR="009954A4" w:rsidRDefault="009954A4">
      <w:pPr>
        <w:pStyle w:val="Body"/>
      </w:pPr>
    </w:p>
    <w:p w14:paraId="68863D5E" w14:textId="37481EB6" w:rsidR="009954A4" w:rsidRDefault="009954A4">
      <w:pPr>
        <w:pStyle w:val="Body"/>
      </w:pPr>
    </w:p>
    <w:p w14:paraId="64CEFC37" w14:textId="73AEAA7C" w:rsidR="00227E90" w:rsidRDefault="00227E90">
      <w:pPr>
        <w:pStyle w:val="Body"/>
      </w:pPr>
    </w:p>
    <w:p w14:paraId="0ECF5574" w14:textId="430E071A" w:rsidR="00227E90" w:rsidRDefault="00227E90">
      <w:pPr>
        <w:pStyle w:val="Body"/>
      </w:pPr>
    </w:p>
    <w:p w14:paraId="5CF95429" w14:textId="77777777" w:rsidR="007A362C" w:rsidRDefault="007A362C">
      <w:pPr>
        <w:pStyle w:val="Body"/>
      </w:pPr>
    </w:p>
    <w:p w14:paraId="7ED10EC1" w14:textId="77777777" w:rsidR="003D7A30" w:rsidRDefault="006C6BDA">
      <w:pPr>
        <w:pStyle w:val="SectionTitle"/>
      </w:pPr>
      <w:r>
        <w:lastRenderedPageBreak/>
        <w:t>When You Should Not Carry It Alone</w:t>
      </w:r>
    </w:p>
    <w:p w14:paraId="352FFBF3" w14:textId="77777777" w:rsidR="003D7A30" w:rsidRDefault="006C6BDA">
      <w:pPr>
        <w:pStyle w:val="Takeaway"/>
        <w:shd w:val="clear" w:color="auto" w:fill="F2F2F2"/>
      </w:pPr>
      <w:r>
        <w:t>Remember this: Bringing help into the light is not weakness.</w:t>
      </w:r>
    </w:p>
    <w:p w14:paraId="0CE15A3E" w14:textId="77777777" w:rsidR="003D7A30" w:rsidRDefault="006C6BDA">
      <w:pPr>
        <w:pStyle w:val="Body"/>
      </w:pPr>
      <w:r>
        <w:t>This book can help you tell the truth, return to Christ, and take the next faithful step. But it is not meant to carry every burden by itself. Some things need another person in the room.</w:t>
      </w:r>
    </w:p>
    <w:p w14:paraId="3C4FC282" w14:textId="77777777" w:rsidR="003D7A30" w:rsidRDefault="006C6BDA">
      <w:pPr>
        <w:pStyle w:val="Body"/>
      </w:pPr>
      <w:r>
        <w:t>If you are being harmed, harming yourself, thinking about harming yourself or someone else, trapped in serious addiction, overwhelmed by despair, or carrying something that feels too heavy to name alone, do not keep it hidden. Tell a trusted adult immediately.</w:t>
      </w:r>
    </w:p>
    <w:p w14:paraId="5AE5C1BA" w14:textId="77777777" w:rsidR="003D7A30" w:rsidRDefault="006C6BDA">
      <w:pPr>
        <w:pStyle w:val="Body"/>
      </w:pPr>
      <w:r>
        <w:t>Talk to a parent, pastor, teacher, counselor, doctor, or another trusted Christian adult. If there is immediate danger, call 911, go to a trusted adult immediately, or get emergency help right away. Do not wait to feel brave first.</w:t>
      </w:r>
    </w:p>
    <w:p w14:paraId="3B45E7DE" w14:textId="77777777" w:rsidR="003D7A30" w:rsidRDefault="006C6BDA">
      <w:pPr>
        <w:pStyle w:val="Body"/>
      </w:pPr>
      <w:r>
        <w:t>If you are working through Chapter 12 and realize what you are carrying belongs in this category, stop and tell a trusted adult before moving forward. A brother-confessor can be a gift, but he is not a replacement for adult protection, pastoral care, medical help, or immediate safety.</w:t>
      </w:r>
    </w:p>
    <w:p w14:paraId="03DD0DB0" w14:textId="77777777" w:rsidR="003D7A30" w:rsidRDefault="006C6BDA">
      <w:pPr>
        <w:pStyle w:val="Body"/>
      </w:pPr>
      <w:r>
        <w:t>Seeking help is not a failure of faith. A Christian man does not have to pretend that body, mind, and soul are separate worlds. God made all of you, Christ redeemed all of you, and wise help is one way God cares for His people.</w:t>
      </w:r>
    </w:p>
    <w:p w14:paraId="5262CAD7" w14:textId="5B8D3160" w:rsidR="003D7A30" w:rsidRDefault="006C6BDA">
      <w:pPr>
        <w:pStyle w:val="Body"/>
      </w:pPr>
      <w:r>
        <w:t>The darkness wants you isolated. Christ calls things into the light. Let someone help you carry what should not be carried alone.</w:t>
      </w:r>
    </w:p>
    <w:p w14:paraId="52AC133B" w14:textId="2E6A92BB" w:rsidR="005C2BFA" w:rsidRDefault="005C2BFA">
      <w:pPr>
        <w:pStyle w:val="Body"/>
      </w:pPr>
    </w:p>
    <w:p w14:paraId="498BD0AC" w14:textId="13D12DEE" w:rsidR="005C2BFA" w:rsidRDefault="005C2BFA">
      <w:pPr>
        <w:pStyle w:val="Body"/>
      </w:pPr>
    </w:p>
    <w:p w14:paraId="5ADBB5F6" w14:textId="39E0888B" w:rsidR="005C2BFA" w:rsidRDefault="005C2BFA">
      <w:pPr>
        <w:pStyle w:val="Body"/>
      </w:pPr>
    </w:p>
    <w:p w14:paraId="75E2FEBB" w14:textId="20533BA7" w:rsidR="005C2BFA" w:rsidRDefault="005C2BFA">
      <w:pPr>
        <w:pStyle w:val="Body"/>
      </w:pPr>
    </w:p>
    <w:p w14:paraId="342448EA" w14:textId="6F0E0B47" w:rsidR="005C2BFA" w:rsidRDefault="005C2BFA">
      <w:pPr>
        <w:pStyle w:val="Body"/>
      </w:pPr>
    </w:p>
    <w:p w14:paraId="08D38D92" w14:textId="36EAC75F" w:rsidR="005C2BFA" w:rsidRDefault="005C2BFA">
      <w:pPr>
        <w:pStyle w:val="Body"/>
      </w:pPr>
    </w:p>
    <w:p w14:paraId="67EF5D3A" w14:textId="64D8727A" w:rsidR="005C2BFA" w:rsidRDefault="005C2BFA">
      <w:pPr>
        <w:pStyle w:val="Body"/>
      </w:pPr>
    </w:p>
    <w:p w14:paraId="5EACAE8D" w14:textId="21B13735" w:rsidR="005C2BFA" w:rsidRDefault="005C2BFA">
      <w:pPr>
        <w:pStyle w:val="Body"/>
      </w:pPr>
    </w:p>
    <w:p w14:paraId="269FB9E2" w14:textId="58AACD78" w:rsidR="005C2BFA" w:rsidRDefault="005C2BFA">
      <w:pPr>
        <w:pStyle w:val="Body"/>
      </w:pPr>
    </w:p>
    <w:p w14:paraId="2B99618B" w14:textId="363FC905" w:rsidR="005C2BFA" w:rsidRDefault="005C2BFA">
      <w:pPr>
        <w:pStyle w:val="Body"/>
      </w:pPr>
    </w:p>
    <w:p w14:paraId="480F8F25" w14:textId="17F35F7A" w:rsidR="005C2BFA" w:rsidRDefault="005C2BFA">
      <w:pPr>
        <w:pStyle w:val="Body"/>
      </w:pPr>
    </w:p>
    <w:p w14:paraId="6EA28769" w14:textId="6C31BAE8" w:rsidR="005C2BFA" w:rsidRDefault="005C2BFA">
      <w:pPr>
        <w:pStyle w:val="Body"/>
      </w:pPr>
    </w:p>
    <w:p w14:paraId="4ADC488C" w14:textId="7FD7FCD8" w:rsidR="005C2BFA" w:rsidRDefault="005C2BFA">
      <w:pPr>
        <w:pStyle w:val="Body"/>
      </w:pPr>
    </w:p>
    <w:p w14:paraId="1C0BF071" w14:textId="1113F034" w:rsidR="005C2BFA" w:rsidRDefault="005C2BFA">
      <w:pPr>
        <w:pStyle w:val="Body"/>
      </w:pPr>
    </w:p>
    <w:p w14:paraId="44F2A380" w14:textId="2B775093" w:rsidR="005C2BFA" w:rsidRDefault="005C2BFA">
      <w:pPr>
        <w:pStyle w:val="Body"/>
      </w:pPr>
    </w:p>
    <w:p w14:paraId="1B5AE089" w14:textId="5E7B9FA7" w:rsidR="005C2BFA" w:rsidRDefault="005C2BFA">
      <w:pPr>
        <w:pStyle w:val="Body"/>
      </w:pPr>
    </w:p>
    <w:p w14:paraId="448B486A" w14:textId="77777777" w:rsidR="00227E90" w:rsidRDefault="00227E90">
      <w:pPr>
        <w:pStyle w:val="Body"/>
      </w:pPr>
    </w:p>
    <w:p w14:paraId="4FE97569" w14:textId="77777777" w:rsidR="003D7A30" w:rsidRDefault="006C6BDA">
      <w:pPr>
        <w:pStyle w:val="SectionLabel"/>
      </w:pPr>
      <w:r>
        <w:lastRenderedPageBreak/>
        <w:t>Introduction</w:t>
      </w:r>
    </w:p>
    <w:p w14:paraId="4A4A2C90" w14:textId="77777777" w:rsidR="003D7A30" w:rsidRDefault="006C6BDA">
      <w:pPr>
        <w:pStyle w:val="SectionTitle"/>
      </w:pPr>
      <w:r>
        <w:t>Why This Guide Exists</w:t>
      </w:r>
    </w:p>
    <w:p w14:paraId="1A9C6DFA"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You are always being formed. The question is by what.</w:t>
      </w:r>
    </w:p>
    <w:p w14:paraId="7E33C53E" w14:textId="77777777" w:rsidR="003D7A30" w:rsidRDefault="006C6BDA">
      <w:pPr>
        <w:pStyle w:val="Body"/>
      </w:pPr>
      <w:r>
        <w:t>Picture a young man who looks fine from the outside. He gets decent grades. He laughs with his friends. He knows how to act normal in the hallway. He can say "I’m good" without thinking, keep a joke going at lunch, and move from class to class like everything is fine. Then at night, when the room is quiet, he reaches for his phone and scrolls because silence makes it harder to ignore what is going on inside. He knows the tabs he should close, the prayers he keeps putting off, and the truth he has not said out loud.</w:t>
      </w:r>
    </w:p>
    <w:p w14:paraId="2322C8EC" w14:textId="77777777" w:rsidR="003D7A30" w:rsidRDefault="006C6BDA">
      <w:pPr>
        <w:pStyle w:val="Body"/>
      </w:pPr>
      <w:r>
        <w:t>He feels pressure he cannot name, carries sins he has not confessed, and wonders if people would still respect him if they knew the truth. He wants to be stronger, but he is not sure what kind of strength actually lasts. This guide is for him.</w:t>
      </w:r>
    </w:p>
    <w:p w14:paraId="0882C0B5" w14:textId="77777777" w:rsidR="003D7A30" w:rsidRDefault="006C6BDA">
      <w:pPr>
        <w:pStyle w:val="Body"/>
      </w:pPr>
      <w:r>
        <w:t>Young men are always being formed. That is not a warning for later; it is a fact about right now.</w:t>
      </w:r>
    </w:p>
    <w:p w14:paraId="1B27915C" w14:textId="77777777" w:rsidR="003D7A30" w:rsidRDefault="006C6BDA">
      <w:pPr>
        <w:pStyle w:val="Body"/>
      </w:pPr>
      <w:r>
        <w:t>Every day, something is teaching you what matters, what kind of man to become, what to laugh at, what to chase, what to fear, and what to do with your body, your anger, your loneliness, and your future.</w:t>
      </w:r>
    </w:p>
    <w:p w14:paraId="58003356" w14:textId="77777777" w:rsidR="003D7A30" w:rsidRDefault="006C6BDA">
      <w:pPr>
        <w:pStyle w:val="Body"/>
      </w:pPr>
      <w:r>
        <w:t xml:space="preserve">Some of those voices are loud. Others are subtle. Many of them sound normal. But they are still forming you — screens, friends, ambition, shame, hidden habits, and the stories the world keeps </w:t>
      </w:r>
      <w:proofErr w:type="gramStart"/>
      <w:r>
        <w:t>telling</w:t>
      </w:r>
      <w:proofErr w:type="gramEnd"/>
      <w:r>
        <w:t xml:space="preserve"> about strength, success, sex, and identity.</w:t>
      </w:r>
    </w:p>
    <w:p w14:paraId="1ABE5DEF" w14:textId="77777777" w:rsidR="003D7A30" w:rsidRDefault="006C6BDA">
      <w:pPr>
        <w:pStyle w:val="Body"/>
      </w:pPr>
      <w:r>
        <w:t xml:space="preserve">Much of that formation is crooked. Some young men are taught to perform, others to hide, and others to drift. Many </w:t>
      </w:r>
      <w:proofErr w:type="gramStart"/>
      <w:r>
        <w:t>end</w:t>
      </w:r>
      <w:proofErr w:type="gramEnd"/>
      <w:r>
        <w:t xml:space="preserve"> up tired, distracted, and hungry for something real without knowing exactly what kind of man they are becoming.</w:t>
      </w:r>
    </w:p>
    <w:p w14:paraId="14265EB0" w14:textId="77777777" w:rsidR="003D7A30" w:rsidRDefault="006C6BDA">
      <w:pPr>
        <w:pStyle w:val="Body"/>
      </w:pPr>
      <w:r>
        <w:t>That is why this book exists. It is not a masculinity performance project or a self-help book with Bible verses added on.</w:t>
      </w:r>
    </w:p>
    <w:p w14:paraId="1F0B36A5" w14:textId="77777777" w:rsidR="003D7A30" w:rsidRDefault="006C6BDA">
      <w:pPr>
        <w:pStyle w:val="Body"/>
      </w:pPr>
      <w:r>
        <w:t>It is a field guide, which means it is meant to be used in real conditions — in confusion, temptation, fatigue, suffering, and the long ordinary stretches of life when a man has to decide how he will actually live before God.</w:t>
      </w:r>
    </w:p>
    <w:p w14:paraId="0C3C0DF8" w14:textId="77777777" w:rsidR="003D7A30" w:rsidRDefault="006C6BDA">
      <w:pPr>
        <w:pStyle w:val="Body"/>
      </w:pPr>
      <w:r>
        <w:t>This book is for the young man who wants to live as a Christian in a world that rewards performance and appetite. It is for the young man who wants to be honest about sin without drowning in shame, and for the young man who wants strength without turning that strength inward and making it selfish.</w:t>
      </w:r>
    </w:p>
    <w:p w14:paraId="76F09525" w14:textId="77777777" w:rsidR="003D7A30" w:rsidRDefault="006C6BDA">
      <w:pPr>
        <w:pStyle w:val="Body"/>
      </w:pPr>
      <w:r>
        <w:t>It is also for the young man who does not feel strong, does not feel impressive, and is not sure he fits anyone’s picture of manhood. Christian manhood is not a personality type. It is not measured by being loud, intense, outdoorsy, athletic, physically strong, married someday, or naturally assertive. Some of the strongest Christian men are quiet, gentle, artistic, physically weak, socially awkward, or carrying suffering nobody else sees. Christian manhood is faith active in love under Christ.</w:t>
      </w:r>
    </w:p>
    <w:p w14:paraId="0696932C" w14:textId="77777777" w:rsidR="003D7A30" w:rsidRDefault="006C6BDA">
      <w:pPr>
        <w:pStyle w:val="Body"/>
      </w:pPr>
      <w:r>
        <w:t>It is for the young man who wants something truer than performance and steadier than impulse.</w:t>
      </w:r>
    </w:p>
    <w:p w14:paraId="5998B3A8" w14:textId="77777777" w:rsidR="003D7A30" w:rsidRDefault="006C6BDA">
      <w:pPr>
        <w:pStyle w:val="Body"/>
      </w:pPr>
      <w:r>
        <w:t>At the center of the whole guide is a simple conviction: Christian manhood begins with identity in Christ, not with proving yourself. A young man is not called to build a self strong enough to survive judgment. He is called to belong to Christ, receive grace, tell the truth, and become useful in love.</w:t>
      </w:r>
    </w:p>
    <w:p w14:paraId="52312878" w14:textId="77777777" w:rsidR="003D7A30" w:rsidRDefault="006C6BDA">
      <w:pPr>
        <w:pStyle w:val="Body"/>
      </w:pPr>
      <w:r>
        <w:lastRenderedPageBreak/>
        <w:t>Once that order is clear, everything else starts to make sense. You can tell the truth about your sin because your identity is not hanging by a thread. You can repent without despair, build habits without becoming a performer, and grow stronger without becoming hard.</w:t>
      </w:r>
    </w:p>
    <w:p w14:paraId="42EA67C6" w14:textId="77777777" w:rsidR="003D7A30" w:rsidRDefault="006C6BDA">
      <w:pPr>
        <w:pStyle w:val="Body"/>
      </w:pPr>
      <w:r>
        <w:t>This book is written in the belief that grace comes before growth, that brotherhood matters, that what stays hidden grows, that small faithfulness beats intensity, and that a man’s strength is meant for someone else.</w:t>
      </w:r>
    </w:p>
    <w:p w14:paraId="359BEB26" w14:textId="1F2CC262" w:rsidR="003D7A30" w:rsidRDefault="006C6BDA">
      <w:pPr>
        <w:pStyle w:val="Body"/>
      </w:pPr>
      <w:r>
        <w:t xml:space="preserve">Its hope is simple: </w:t>
      </w:r>
      <w:proofErr w:type="gramStart"/>
      <w:r>
        <w:t>that young Christian men</w:t>
      </w:r>
      <w:proofErr w:type="gramEnd"/>
      <w:r>
        <w:t xml:space="preserve"> would become more truthful, more rooted, more steady, and more alive to the mercy of Christ. Not flashy. Not performative. Just faithful. That kind of life may not always look dramatic, but it is strong, and it is worth building.</w:t>
      </w:r>
    </w:p>
    <w:p w14:paraId="1329EA7E" w14:textId="4A15A2CA" w:rsidR="00110C5E" w:rsidRDefault="00110C5E">
      <w:pPr>
        <w:pStyle w:val="Body"/>
      </w:pPr>
    </w:p>
    <w:p w14:paraId="3B12F002" w14:textId="608E4149" w:rsidR="00110C5E" w:rsidRDefault="00110C5E">
      <w:pPr>
        <w:pStyle w:val="Body"/>
      </w:pPr>
    </w:p>
    <w:p w14:paraId="4C6B6F13" w14:textId="509118C6" w:rsidR="00110C5E" w:rsidRDefault="00110C5E">
      <w:pPr>
        <w:pStyle w:val="Body"/>
      </w:pPr>
    </w:p>
    <w:p w14:paraId="69703AD8" w14:textId="118E6549" w:rsidR="00110C5E" w:rsidRDefault="00110C5E">
      <w:pPr>
        <w:pStyle w:val="Body"/>
      </w:pPr>
    </w:p>
    <w:p w14:paraId="1ED05BD1" w14:textId="3A5F208A" w:rsidR="00110C5E" w:rsidRDefault="00110C5E">
      <w:pPr>
        <w:pStyle w:val="Body"/>
      </w:pPr>
    </w:p>
    <w:p w14:paraId="6E703023" w14:textId="60F39F08" w:rsidR="00110C5E" w:rsidRDefault="00110C5E">
      <w:pPr>
        <w:pStyle w:val="Body"/>
      </w:pPr>
    </w:p>
    <w:p w14:paraId="7D28DA88" w14:textId="23549170" w:rsidR="00110C5E" w:rsidRDefault="00110C5E">
      <w:pPr>
        <w:pStyle w:val="Body"/>
      </w:pPr>
    </w:p>
    <w:p w14:paraId="7E5C3D3E" w14:textId="33A65F45" w:rsidR="00110C5E" w:rsidRDefault="00110C5E">
      <w:pPr>
        <w:pStyle w:val="Body"/>
      </w:pPr>
    </w:p>
    <w:p w14:paraId="10A1BBB4" w14:textId="27AA8F81" w:rsidR="00110C5E" w:rsidRDefault="00110C5E">
      <w:pPr>
        <w:pStyle w:val="Body"/>
      </w:pPr>
    </w:p>
    <w:p w14:paraId="55501AA8" w14:textId="7D1B9437" w:rsidR="00110C5E" w:rsidRDefault="00110C5E">
      <w:pPr>
        <w:pStyle w:val="Body"/>
      </w:pPr>
    </w:p>
    <w:p w14:paraId="2612057B" w14:textId="1C691122" w:rsidR="00110C5E" w:rsidRDefault="00110C5E">
      <w:pPr>
        <w:pStyle w:val="Body"/>
      </w:pPr>
    </w:p>
    <w:p w14:paraId="05C309D7" w14:textId="265D3155" w:rsidR="00110C5E" w:rsidRDefault="00110C5E">
      <w:pPr>
        <w:pStyle w:val="Body"/>
      </w:pPr>
    </w:p>
    <w:p w14:paraId="603A5481" w14:textId="38C8D5C5" w:rsidR="00110C5E" w:rsidRDefault="00110C5E">
      <w:pPr>
        <w:pStyle w:val="Body"/>
      </w:pPr>
    </w:p>
    <w:p w14:paraId="0BBDB88B" w14:textId="085D5509" w:rsidR="00110C5E" w:rsidRDefault="00110C5E">
      <w:pPr>
        <w:pStyle w:val="Body"/>
      </w:pPr>
    </w:p>
    <w:p w14:paraId="7F93F802" w14:textId="6A9E5857" w:rsidR="00110C5E" w:rsidRDefault="00110C5E">
      <w:pPr>
        <w:pStyle w:val="Body"/>
      </w:pPr>
    </w:p>
    <w:p w14:paraId="57AFE5EF" w14:textId="1214E3FC" w:rsidR="00110C5E" w:rsidRDefault="00110C5E">
      <w:pPr>
        <w:pStyle w:val="Body"/>
      </w:pPr>
    </w:p>
    <w:p w14:paraId="467AEC13" w14:textId="74BF7136" w:rsidR="00110C5E" w:rsidRDefault="00110C5E">
      <w:pPr>
        <w:pStyle w:val="Body"/>
      </w:pPr>
    </w:p>
    <w:p w14:paraId="6F671C6D" w14:textId="61BA6C85" w:rsidR="00110C5E" w:rsidRDefault="00110C5E">
      <w:pPr>
        <w:pStyle w:val="Body"/>
      </w:pPr>
    </w:p>
    <w:p w14:paraId="47E20BF3" w14:textId="45F136C1" w:rsidR="00110C5E" w:rsidRDefault="00110C5E">
      <w:pPr>
        <w:pStyle w:val="Body"/>
      </w:pPr>
    </w:p>
    <w:p w14:paraId="51CE5CE9" w14:textId="74CF2577" w:rsidR="00110C5E" w:rsidRDefault="00110C5E">
      <w:pPr>
        <w:pStyle w:val="Body"/>
      </w:pPr>
    </w:p>
    <w:p w14:paraId="49DD49BB" w14:textId="77777777" w:rsidR="00110C5E" w:rsidRDefault="00110C5E">
      <w:pPr>
        <w:pStyle w:val="Body"/>
      </w:pPr>
    </w:p>
    <w:p w14:paraId="7AFA5520" w14:textId="70A09D17" w:rsidR="00110C5E" w:rsidRDefault="00110C5E">
      <w:pPr>
        <w:pStyle w:val="Body"/>
      </w:pPr>
    </w:p>
    <w:p w14:paraId="0400C63D" w14:textId="77777777" w:rsidR="00110C5E" w:rsidRDefault="00110C5E" w:rsidP="00110C5E">
      <w:pPr>
        <w:pStyle w:val="Subhead"/>
      </w:pPr>
      <w:r>
        <w:t>Scripture Note</w:t>
      </w:r>
    </w:p>
    <w:p w14:paraId="5CB76DEB" w14:textId="49625C61" w:rsidR="00110C5E" w:rsidRDefault="00110C5E">
      <w:pPr>
        <w:pStyle w:val="Body"/>
      </w:pPr>
      <w:r>
        <w:t>Unless otherwise noted, Scripture quotations are from The Holy Bible, English Standard Version (ESV), copyright © 2001 by Crossway, a publishing ministry of Good News Publishers. Used by permission. All rights reserved.</w:t>
      </w:r>
    </w:p>
    <w:p w14:paraId="3998F0F0" w14:textId="77777777" w:rsidR="003D7A30" w:rsidRDefault="006C6BDA">
      <w:pPr>
        <w:pStyle w:val="PartLabel"/>
        <w:pageBreakBefore/>
      </w:pPr>
      <w:r>
        <w:lastRenderedPageBreak/>
        <w:t>Part I</w:t>
      </w:r>
    </w:p>
    <w:p w14:paraId="3B6002C0" w14:textId="77777777" w:rsidR="003D7A30" w:rsidRDefault="006C6BDA">
      <w:pPr>
        <w:pStyle w:val="PartTitle"/>
      </w:pPr>
      <w:r>
        <w:t>Identity and Grace</w:t>
      </w:r>
    </w:p>
    <w:p w14:paraId="5DC105A7" w14:textId="77777777" w:rsidR="00AB2348" w:rsidRDefault="006C6BDA" w:rsidP="00AB2348">
      <w:pPr>
        <w:pStyle w:val="PartIntro"/>
      </w:pPr>
      <w:r>
        <w:t>This first part names the pressure many young men live under and then sets the order right. Identity is received in Christ, not earned through performance. Grace comes first. Baptism anchors that identity in what God has done, not in what a young man performs. Only then can truth, repentance, and growth become steady rather than anxious.</w:t>
      </w:r>
    </w:p>
    <w:p w14:paraId="248409DB" w14:textId="5FE48B4D" w:rsidR="003D7A30" w:rsidRDefault="006C6BDA" w:rsidP="00AB2348">
      <w:pPr>
        <w:pStyle w:val="PartIntro"/>
      </w:pPr>
      <w:r>
        <w:t>Chapter 1</w:t>
      </w:r>
    </w:p>
    <w:p w14:paraId="787AED66" w14:textId="77777777" w:rsidR="003D7A30" w:rsidRDefault="006C6BDA">
      <w:pPr>
        <w:pStyle w:val="SectionTitle"/>
      </w:pPr>
      <w:r>
        <w:t>You Are Not Here to Prove Anything</w:t>
      </w:r>
    </w:p>
    <w:p w14:paraId="1EF24FE7" w14:textId="77777777" w:rsidR="003D7A30" w:rsidRDefault="006C6BDA">
      <w:pPr>
        <w:pStyle w:val="GuideLine"/>
      </w:pPr>
      <w:r>
        <w:t>How performance pressure bends a man away from grace.</w:t>
      </w:r>
    </w:p>
    <w:p w14:paraId="50F00F7B"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Your worth is received in Christ, not proven by performance.</w:t>
      </w:r>
    </w:p>
    <w:p w14:paraId="248ED53A" w14:textId="77777777" w:rsidR="003D7A30" w:rsidRDefault="006C6BDA">
      <w:pPr>
        <w:pStyle w:val="Body"/>
      </w:pPr>
      <w:r>
        <w:t>Most young men are tired for a reason. I do not mean only physically tired, though that can be part of it. I mean the deeper kind of tired that comes from feeling measured all the time.</w:t>
      </w:r>
    </w:p>
    <w:p w14:paraId="1696C8FF" w14:textId="77777777" w:rsidR="003D7A30" w:rsidRDefault="006C6BDA">
      <w:pPr>
        <w:pStyle w:val="Body"/>
      </w:pPr>
      <w:r>
        <w:t>Measured by your grades, your body, your confidence, your talent, your discipline, your social ease, and whether anybody notices you at all. Some of that pressure comes from school and social media, some from other people, and some from your own pride and fear. Either way, it can make life feel like one long audition.</w:t>
      </w:r>
    </w:p>
    <w:p w14:paraId="31A99795" w14:textId="70C0AE75" w:rsidR="003D7A30" w:rsidRDefault="006C6BDA">
      <w:pPr>
        <w:pStyle w:val="Body"/>
      </w:pPr>
      <w:r>
        <w:t>So</w:t>
      </w:r>
      <w:r w:rsidR="005742EE">
        <w:t>,</w:t>
      </w:r>
      <w:r>
        <w:t xml:space="preserve"> the mind starts asking the same questions over and over: Am I enough? Do I matter? Am I behind already? What happens if I fail in front of them?</w:t>
      </w:r>
    </w:p>
    <w:p w14:paraId="52290AC4" w14:textId="77777777" w:rsidR="003D7A30" w:rsidRDefault="006C6BDA">
      <w:pPr>
        <w:pStyle w:val="Body"/>
      </w:pPr>
      <w:r>
        <w:t>A lot of young men answer that pressure in one of two ways. Some become performers. They manage impressions, look strong, and stay impressive. Others become hiders. They disappear into comfort, sarcasm, gaming, pornography, passivity, or endless scrolling.</w:t>
      </w:r>
    </w:p>
    <w:p w14:paraId="0B8EE0AA" w14:textId="77777777" w:rsidR="003D7A30" w:rsidRDefault="006C6BDA">
      <w:pPr>
        <w:pStyle w:val="Body"/>
      </w:pPr>
      <w:r>
        <w:t>On the surface those men look different. Underneath, they are often driven by the same fear:</w:t>
      </w:r>
    </w:p>
    <w:p w14:paraId="034D9CF9" w14:textId="33A7A5F4" w:rsidR="003D7A30" w:rsidRDefault="006C6BDA">
      <w:pPr>
        <w:pStyle w:val="LineStack"/>
        <w:rPr>
          <w:b/>
        </w:rPr>
      </w:pPr>
      <w:r>
        <w:rPr>
          <w:b/>
        </w:rPr>
        <w:t>I have to prove that I matter.</w:t>
      </w:r>
    </w:p>
    <w:p w14:paraId="41965B68" w14:textId="77777777" w:rsidR="00CF5088" w:rsidRDefault="00CF5088">
      <w:pPr>
        <w:pStyle w:val="LineStack"/>
      </w:pPr>
    </w:p>
    <w:p w14:paraId="538BAD4F" w14:textId="77777777" w:rsidR="003D7A30" w:rsidRDefault="006C6BDA">
      <w:pPr>
        <w:pStyle w:val="Body"/>
      </w:pPr>
      <w:r>
        <w:t>That fear reaches into almost everything — how you speak, how hard you work, how honest you are, how you respond to correction, and how badly you need to be seen winning. It can shape a whole life because you were never built to carry your own worth.</w:t>
      </w:r>
    </w:p>
    <w:p w14:paraId="30849A07" w14:textId="77777777" w:rsidR="003D7A30" w:rsidRDefault="006C6BDA">
      <w:pPr>
        <w:pStyle w:val="Body"/>
      </w:pPr>
      <w:r>
        <w:t>That is the first truth you need to hear:</w:t>
      </w:r>
    </w:p>
    <w:p w14:paraId="6A15BF5B" w14:textId="2AF1A409" w:rsidR="003D7A30" w:rsidRPr="00111846" w:rsidRDefault="006C6BDA">
      <w:pPr>
        <w:pStyle w:val="LineStack"/>
        <w:rPr>
          <w:b/>
          <w:bCs/>
        </w:rPr>
      </w:pPr>
      <w:r w:rsidRPr="00111846">
        <w:rPr>
          <w:b/>
          <w:bCs/>
        </w:rPr>
        <w:t>You are not here to prove anything.</w:t>
      </w:r>
    </w:p>
    <w:p w14:paraId="132EA58B" w14:textId="77777777" w:rsidR="005742EE" w:rsidRDefault="005742EE">
      <w:pPr>
        <w:pStyle w:val="LineStack"/>
      </w:pPr>
    </w:p>
    <w:p w14:paraId="5F5AE477" w14:textId="77777777" w:rsidR="003D7A30" w:rsidRDefault="006C6BDA">
      <w:pPr>
        <w:pStyle w:val="Body"/>
      </w:pPr>
      <w:r>
        <w:t>That does not mean effort is bad or discipline does not matter. It means your identity is not something you manufacture through performance.</w:t>
      </w:r>
    </w:p>
    <w:p w14:paraId="3CA9CCCD" w14:textId="77777777" w:rsidR="00CF5088" w:rsidRDefault="006C6BDA">
      <w:pPr>
        <w:pStyle w:val="Body"/>
      </w:pPr>
      <w:r>
        <w:t>A lot of men live as if their life is a courtroom and they are always on trial. Every day they are building a case for why they deserve to matter. Sometimes the case sounds worldly. Sometimes it sounds religious. Either way, it is still a case for self-justification.</w:t>
      </w:r>
    </w:p>
    <w:p w14:paraId="1CDC61CB" w14:textId="0FEAC590" w:rsidR="003D7A30" w:rsidRDefault="006C6BDA">
      <w:pPr>
        <w:pStyle w:val="Body"/>
      </w:pPr>
      <w:r>
        <w:lastRenderedPageBreak/>
        <w:t>But if you live that way, even good things begin to rot. Achievement becomes self-justification. Discipline turns into image management. Holiness becomes theater. A man may look solid for a while, but underneath he is still trying to save himself.</w:t>
      </w:r>
    </w:p>
    <w:p w14:paraId="4DA06776" w14:textId="77777777" w:rsidR="003D7A30" w:rsidRDefault="006C6BDA">
      <w:pPr>
        <w:pStyle w:val="Body"/>
      </w:pPr>
      <w:r>
        <w:t>Scripture gives a different starting point. In Christ, you do not begin as a man trying to earn a place at the table. You begin as a son.</w:t>
      </w:r>
    </w:p>
    <w:p w14:paraId="1DADF4FB" w14:textId="77777777" w:rsidR="003D7A30" w:rsidRDefault="006C6BDA">
      <w:pPr>
        <w:pStyle w:val="Body"/>
      </w:pPr>
      <w:r>
        <w:t>Romans 8 says, “You did not receive the spirit of slavery to fall back into fear, but you have received the Spirit of adoption as sons.”</w:t>
      </w:r>
    </w:p>
    <w:p w14:paraId="359C163A" w14:textId="77777777" w:rsidR="003D7A30" w:rsidRDefault="006C6BDA">
      <w:pPr>
        <w:pStyle w:val="Body"/>
      </w:pPr>
      <w:r>
        <w:t>That sentence names the pressure underneath so much performance: slavery, fear, and the feeling that your place is always at risk. But it also names what Christ gives: adoption, sonship, and a place you did not earn.</w:t>
      </w:r>
    </w:p>
    <w:p w14:paraId="400D8F21" w14:textId="77777777" w:rsidR="003D7A30" w:rsidRDefault="006C6BDA">
      <w:pPr>
        <w:pStyle w:val="Body"/>
      </w:pPr>
      <w:r>
        <w:t>That changes everything. The slave works in fear, but the son works from belonging. The slave wonders whether he has done enough; the son knows where he stands. The slave obeys to avoid rejection; the son obeys because he is already loved.</w:t>
      </w:r>
    </w:p>
    <w:p w14:paraId="6338B995" w14:textId="77777777" w:rsidR="003D7A30" w:rsidRDefault="006C6BDA">
      <w:pPr>
        <w:pStyle w:val="Body"/>
      </w:pPr>
      <w:r>
        <w:t>That does not make a man soft. It makes him grounded. A son can work hard without turning work into worship. He can repent without collapsing into despair, grow without pretending he has already arrived, and fail without becoming nothing.</w:t>
      </w:r>
    </w:p>
    <w:p w14:paraId="123465BE" w14:textId="77777777" w:rsidR="003D7A30" w:rsidRDefault="006C6BDA">
      <w:pPr>
        <w:pStyle w:val="Body"/>
      </w:pPr>
      <w:r>
        <w:t>That is why so many bad decisions are identity problems before they are behavior problems. A young man wants to prove he is tough, so he becomes reckless. He wants to prove he is wanted, so he compromises himself around girls. He wants to prove he is impressive, so he lies. He wants to prove he is spiritual, so he becomes fake.</w:t>
      </w:r>
    </w:p>
    <w:p w14:paraId="7F2FF0FA" w14:textId="77777777" w:rsidR="003D7A30" w:rsidRDefault="006C6BDA">
      <w:pPr>
        <w:pStyle w:val="Body"/>
      </w:pPr>
      <w:r>
        <w:t>When a man does not know who he is, he starts borrowing identities from the room he is in — athlete, clown, rebel, nice guy, church kid, the guy who does not care, or the quiet one who assumes he has nothing noticeable to offer. Those roles can feel like armor, but armor is not the same thing as being whole.</w:t>
      </w:r>
    </w:p>
    <w:p w14:paraId="6D3CA78B" w14:textId="77777777" w:rsidR="003D7A30" w:rsidRDefault="006C6BDA">
      <w:pPr>
        <w:pStyle w:val="Body"/>
      </w:pPr>
      <w:r>
        <w:t>The real question is not just, "What image am I building?" It is, "Who am I when the image falls apart?" If your worth depends on performance, failure will crush you. If it depends on approval, rejection will control you. If it depends on looking impressive, weakness will terrify you.</w:t>
      </w:r>
    </w:p>
    <w:p w14:paraId="4AF48219" w14:textId="77777777" w:rsidR="003D7A30" w:rsidRDefault="006C6BDA">
      <w:pPr>
        <w:pStyle w:val="Body"/>
      </w:pPr>
      <w:r>
        <w:t>But if your life begins in Christ, then you can tell the truth: I am not as strong as I pretend. I am not as pure as I should be. I need grace. I need help. I need Christ. That is where strength starts becoming real.</w:t>
      </w:r>
    </w:p>
    <w:p w14:paraId="212FC3A3" w14:textId="77777777" w:rsidR="003D7A30" w:rsidRDefault="006C6BDA">
      <w:pPr>
        <w:pStyle w:val="Body"/>
      </w:pPr>
      <w:r>
        <w:t>Jesus tells a parable in Luke 15 about a son who comes home ready to negotiate for a lower place. That is performance logic: when you fail, you try to rebuild your worth through apology and effort. But the father does not let him make his case. He runs to him, embraces him, restores him, and calls him son before he can prove anything.</w:t>
      </w:r>
    </w:p>
    <w:p w14:paraId="407113CA" w14:textId="77777777" w:rsidR="003D7A30" w:rsidRDefault="006C6BDA">
      <w:pPr>
        <w:pStyle w:val="Body"/>
      </w:pPr>
      <w:r>
        <w:t>That is reality for the Christian. God is not waiting for you to build a stronger résumé before He speaks grace. He speaks grace first, and mercy breaks the cycle of performance.</w:t>
      </w:r>
    </w:p>
    <w:p w14:paraId="4D11027A" w14:textId="77777777" w:rsidR="003D7A30" w:rsidRDefault="006C6BDA">
      <w:pPr>
        <w:pStyle w:val="Body"/>
      </w:pPr>
      <w:r>
        <w:t>A man who knows he is a son can stop curating, stop auditioning, and stop acting as though every moment is a referendum on his worth. He becomes free enough to ask better questions: not "How do I look?" but "Am I telling the truth?" Not "How do I prove I matter?" but "What has God actually called me to do?"</w:t>
      </w:r>
    </w:p>
    <w:p w14:paraId="2098D0D9" w14:textId="533077A4" w:rsidR="003D7A30" w:rsidRDefault="006C6BDA">
      <w:pPr>
        <w:pStyle w:val="Body"/>
      </w:pPr>
      <w:r>
        <w:lastRenderedPageBreak/>
        <w:t>Most of the problems in this book get worse when a man thinks he has to prove himself. That is why Christian manhood begins here: not proving, but belonging; not earning, but receiving; not performance, but sonship.</w:t>
      </w:r>
    </w:p>
    <w:p w14:paraId="056A9F81" w14:textId="6675D1EE" w:rsidR="005C2BFA" w:rsidRDefault="005C2BFA">
      <w:pPr>
        <w:pStyle w:val="Body"/>
      </w:pPr>
    </w:p>
    <w:p w14:paraId="2190D619"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4C723893" w14:textId="77777777" w:rsidR="003D7A30" w:rsidRDefault="006C6BDA">
      <w:pPr>
        <w:pStyle w:val="Body"/>
        <w:pBdr>
          <w:left w:val="single" w:sz="10" w:space="0" w:color="D0D0D0"/>
          <w:right w:val="single" w:sz="10" w:space="0" w:color="D0D0D0"/>
        </w:pBdr>
        <w:shd w:val="clear" w:color="auto" w:fill="F7F7F7"/>
        <w:spacing w:after="0"/>
        <w:ind w:left="173" w:right="115"/>
      </w:pPr>
      <w:r>
        <w:t>Make two columns:</w:t>
      </w:r>
    </w:p>
    <w:p w14:paraId="54F141C8" w14:textId="77777777" w:rsidR="003D7A30" w:rsidRDefault="006C6BDA">
      <w:pPr>
        <w:pStyle w:val="LineStack"/>
        <w:pBdr>
          <w:left w:val="single" w:sz="10" w:space="0" w:color="D0D0D0"/>
          <w:right w:val="single" w:sz="10" w:space="0" w:color="D0D0D0"/>
        </w:pBdr>
        <w:shd w:val="clear" w:color="auto" w:fill="F7F7F7"/>
        <w:spacing w:after="0"/>
        <w:ind w:left="173" w:right="115"/>
      </w:pPr>
      <w:r>
        <w:t>Where I feel measured</w:t>
      </w:r>
    </w:p>
    <w:p w14:paraId="46758274" w14:textId="77777777" w:rsidR="003D7A30" w:rsidRDefault="006C6BDA">
      <w:pPr>
        <w:pStyle w:val="LineStack"/>
        <w:pBdr>
          <w:left w:val="single" w:sz="10" w:space="0" w:color="D0D0D0"/>
          <w:right w:val="single" w:sz="10" w:space="0" w:color="D0D0D0"/>
        </w:pBdr>
        <w:shd w:val="clear" w:color="auto" w:fill="F7F7F7"/>
        <w:spacing w:after="0"/>
        <w:ind w:left="173" w:right="115"/>
      </w:pPr>
      <w:r>
        <w:t>What Christ says is true</w:t>
      </w:r>
    </w:p>
    <w:p w14:paraId="251A6C17" w14:textId="77777777" w:rsidR="003D7A30" w:rsidRDefault="006C6BDA">
      <w:pPr>
        <w:pStyle w:val="Body"/>
        <w:pBdr>
          <w:left w:val="single" w:sz="10" w:space="0" w:color="D0D0D0"/>
          <w:right w:val="single" w:sz="10" w:space="0" w:color="D0D0D0"/>
        </w:pBdr>
        <w:shd w:val="clear" w:color="auto" w:fill="F7F7F7"/>
        <w:spacing w:after="0"/>
        <w:ind w:left="173" w:right="115"/>
      </w:pPr>
      <w:r>
        <w:t>Under the first column, list three places where you most feel pressure to prove yourself.</w:t>
      </w:r>
    </w:p>
    <w:p w14:paraId="01B180EE" w14:textId="77777777" w:rsidR="003D7A30" w:rsidRDefault="006C6BDA">
      <w:pPr>
        <w:pStyle w:val="Body"/>
        <w:pBdr>
          <w:left w:val="single" w:sz="10" w:space="0" w:color="D0D0D0"/>
          <w:right w:val="single" w:sz="10" w:space="0" w:color="D0D0D0"/>
        </w:pBdr>
        <w:shd w:val="clear" w:color="auto" w:fill="F7F7F7"/>
        <w:spacing w:after="0"/>
        <w:ind w:left="173" w:right="115"/>
      </w:pPr>
      <w:r>
        <w:t>Under the second column, write one Gospel truth that answers each pressure.</w:t>
      </w:r>
    </w:p>
    <w:p w14:paraId="11ABE462"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Then write one sentence you need to remember this week: Because I belong to Christ, I do not need to prove ____________.</w:t>
      </w:r>
    </w:p>
    <w:p w14:paraId="0A6546BE"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6A57A7E9" w14:textId="77777777" w:rsidR="003D7A30" w:rsidRDefault="006C6BDA">
      <w:pPr>
        <w:pStyle w:val="Body"/>
        <w:keepNext/>
        <w:keepLines/>
        <w:pBdr>
          <w:left w:val="single" w:sz="10" w:space="0" w:color="D0D0D0"/>
          <w:right w:val="single" w:sz="10" w:space="0" w:color="D0D0D0"/>
        </w:pBdr>
        <w:shd w:val="clear" w:color="auto" w:fill="F7F7F7"/>
        <w:spacing w:after="0"/>
        <w:ind w:left="173" w:right="115"/>
      </w:pPr>
      <w:r>
        <w:t>Father, I confess how often I live like I am on trial. Teach me to live like a son. Free me from the fear of man, the hunger for approval, and the need to prove myself. Root me in Your grace so I can live honestly, work faithfully, and follow Christ with a steady heart. Amen.</w:t>
      </w:r>
    </w:p>
    <w:p w14:paraId="3FD17B06" w14:textId="77777777" w:rsidR="003D7A30" w:rsidRDefault="006C6BDA">
      <w:pPr>
        <w:pStyle w:val="Subhead"/>
        <w:spacing w:after="80"/>
        <w:rPr>
          <w:color w:val="546478"/>
        </w:rPr>
      </w:pPr>
      <w:r>
        <w:rPr>
          <w:color w:val="546478"/>
        </w:rPr>
        <w:t>Notes</w:t>
      </w:r>
    </w:p>
    <w:p w14:paraId="626965CD" w14:textId="77777777" w:rsidR="003D7A30" w:rsidRDefault="006C6BDA">
      <w:pPr>
        <w:pStyle w:val="SectionLabel"/>
        <w:keepLines/>
        <w:pageBreakBefore/>
      </w:pPr>
      <w:r>
        <w:lastRenderedPageBreak/>
        <w:t>Chapter 2</w:t>
      </w:r>
    </w:p>
    <w:p w14:paraId="00735466" w14:textId="77777777" w:rsidR="003D7A30" w:rsidRDefault="006C6BDA">
      <w:pPr>
        <w:pStyle w:val="SectionTitle"/>
      </w:pPr>
      <w:r>
        <w:t>The Rust and the Iron</w:t>
      </w:r>
    </w:p>
    <w:p w14:paraId="6379883F" w14:textId="77777777" w:rsidR="003D7A30" w:rsidRDefault="006C6BDA">
      <w:pPr>
        <w:pStyle w:val="GuideLine"/>
      </w:pPr>
      <w:r>
        <w:t>How to take sin seriously without mistaking it for your name.</w:t>
      </w:r>
    </w:p>
    <w:p w14:paraId="486CC5C2"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Rust is real, but it is not your name.</w:t>
      </w:r>
    </w:p>
    <w:p w14:paraId="0FEB85DC" w14:textId="77777777" w:rsidR="003D7A30" w:rsidRDefault="006C6BDA">
      <w:pPr>
        <w:pStyle w:val="Body"/>
      </w:pPr>
      <w:r>
        <w:t>There are two mistakes young men often make when they start seeing their sin clearly. One is minimizing it. The other is mistaking it for themselves.</w:t>
      </w:r>
    </w:p>
    <w:p w14:paraId="597B0F5A" w14:textId="77777777" w:rsidR="003D7A30" w:rsidRDefault="006C6BDA">
      <w:pPr>
        <w:pStyle w:val="Body"/>
      </w:pPr>
      <w:r>
        <w:t>One man says, "It is not that big of a deal." Another says, "This is just who I am." Both are wrong. Sin is a big deal. It corrodes, weakens, distorts, and does real damage. But it is not the deepest truth about a man who belongs to Christ.</w:t>
      </w:r>
    </w:p>
    <w:p w14:paraId="6108E601" w14:textId="77777777" w:rsidR="003D7A30" w:rsidRDefault="006C6BDA">
      <w:pPr>
        <w:pStyle w:val="Body"/>
      </w:pPr>
      <w:r>
        <w:t>Some young men barely take their sin seriously. They joke about it, excuse it, normalize it, and let it keep eating away at them. Others stare at their worst patterns for so long that they begin to call them identity.</w:t>
      </w:r>
    </w:p>
    <w:p w14:paraId="2D6CAD4D" w14:textId="77777777" w:rsidR="003D7A30" w:rsidRDefault="006C6BDA">
      <w:pPr>
        <w:pStyle w:val="Body"/>
      </w:pPr>
      <w:r>
        <w:t>They stop saying, "I am being corroded by this," and start saying, "This is me." That is a dangerous shift. A man struggles with lust and decides, "This is just the kind of guy I am." He lies, hides, and avoids hard things until he says, "I guess I am just weak." He drifts and loses heart until he concludes, "I am not built for more than this."</w:t>
      </w:r>
    </w:p>
    <w:p w14:paraId="3D411CE5" w14:textId="77777777" w:rsidR="003D7A30" w:rsidRDefault="006C6BDA">
      <w:pPr>
        <w:pStyle w:val="Body"/>
      </w:pPr>
      <w:r>
        <w:t>But a pattern is not the same thing as a person. A wound is not the same thing as a body. Rust is not the same thing as iron.</w:t>
      </w:r>
    </w:p>
    <w:p w14:paraId="05FE4055" w14:textId="77777777" w:rsidR="003D7A30" w:rsidRDefault="006C6BDA">
      <w:pPr>
        <w:pStyle w:val="Body"/>
      </w:pPr>
      <w:r>
        <w:t>That is the image you need here. Picture a piece of iron left out in the weather. Rain hits it. Mud gets on it. Time does its work. Slowly, corrosion spreads across the surface. At first the iron still looks solid enough; later the rust thickens until it begins to look as though the rust is all there is.</w:t>
      </w:r>
    </w:p>
    <w:p w14:paraId="05F6A6C5" w14:textId="77777777" w:rsidR="003D7A30" w:rsidRDefault="006C6BDA">
      <w:pPr>
        <w:pStyle w:val="Body"/>
      </w:pPr>
      <w:r>
        <w:t>And yet the iron is not gone. It is buried. That is what sin often does in a man’s life. Fear spreads over him like rust. So do vanity, lust, laziness, self-pity, and shame. Rust is never harmless. It eats, spreads, and weakens what was made to bear weight.</w:t>
      </w:r>
    </w:p>
    <w:p w14:paraId="62687548" w14:textId="77777777" w:rsidR="003D7A30" w:rsidRDefault="006C6BDA">
      <w:pPr>
        <w:pStyle w:val="Body"/>
      </w:pPr>
      <w:r>
        <w:t>That is why you should never make peace with it. But you should not confuse it with your deepest identity, either. For the Christian, the deepest truth is not what sin has done to you. The deepest truth is what Christ says about you.</w:t>
      </w:r>
    </w:p>
    <w:p w14:paraId="5C684151" w14:textId="77777777" w:rsidR="003D7A30" w:rsidRDefault="006C6BDA">
      <w:pPr>
        <w:pStyle w:val="Body"/>
      </w:pPr>
      <w:r>
        <w:t>Ephesians 2 says, “For we are his workmanship, created in Christ Jesus for good works.”</w:t>
      </w:r>
    </w:p>
    <w:p w14:paraId="269EAB6D" w14:textId="77777777" w:rsidR="003D7A30" w:rsidRDefault="006C6BDA">
      <w:pPr>
        <w:pStyle w:val="Body"/>
      </w:pPr>
      <w:r>
        <w:t>That is not thin language. Workmanship is a maker’s word. It means intention, craft, ownership, and claim. God does not look at a Christian man as spiritual scrap metal. He sees what He has made, what Christ has redeemed, and what His mercy is restoring.</w:t>
      </w:r>
    </w:p>
    <w:p w14:paraId="302336C3" w14:textId="77777777" w:rsidR="003D7A30" w:rsidRDefault="006C6BDA">
      <w:pPr>
        <w:pStyle w:val="Body"/>
      </w:pPr>
      <w:r>
        <w:t>You are not junk God reluctantly tolerates. You are His workmanship.</w:t>
      </w:r>
    </w:p>
    <w:p w14:paraId="51F8993A" w14:textId="77777777" w:rsidR="003D7A30" w:rsidRDefault="006C6BDA">
      <w:pPr>
        <w:pStyle w:val="Body"/>
      </w:pPr>
      <w:r>
        <w:t>That does not mean you are finished. Clearly you are not. It does mean that even when sin has covered much of what is strong and clear, God still knows what He has made. Sanctification is not God throwing you away and starting over with a better model; it is God reclaiming, restoring, purifying, and strengthening what belongs to Him.</w:t>
      </w:r>
    </w:p>
    <w:p w14:paraId="491B1D5D" w14:textId="77777777" w:rsidR="003D7A30" w:rsidRDefault="006C6BDA">
      <w:pPr>
        <w:pStyle w:val="Body"/>
      </w:pPr>
      <w:r>
        <w:t>This is where the image of fire helps. A refining fire does not feel gentle. It strips away and reveals what was hidden. But the purpose of the fire is not to destroy the iron. It is to burn away what is eating it.</w:t>
      </w:r>
    </w:p>
    <w:p w14:paraId="304243B7" w14:textId="77777777" w:rsidR="003D7A30" w:rsidRDefault="006C6BDA">
      <w:pPr>
        <w:pStyle w:val="Body"/>
      </w:pPr>
      <w:r>
        <w:lastRenderedPageBreak/>
        <w:t>That is often how God works in a man’s life. He exposes idols, confronts false loves, allows hidden weakness to become obvious, calls out excuses, and burns away pride. That rarely feels flattering. It usually feels painful. But rust left alone does not become beautiful. It becomes destruction.</w:t>
      </w:r>
    </w:p>
    <w:p w14:paraId="792C8F88" w14:textId="77777777" w:rsidR="003D7A30" w:rsidRDefault="006C6BDA">
      <w:pPr>
        <w:pStyle w:val="Body"/>
      </w:pPr>
      <w:proofErr w:type="gramStart"/>
      <w:r>
        <w:t>So</w:t>
      </w:r>
      <w:proofErr w:type="gramEnd"/>
      <w:r>
        <w:t xml:space="preserve"> the Christian life requires honesty. You cannot burn off rust you insist on calling harmless. You cannot heal what you keep excusing, and you cannot become strong while protecting what is weakening you.</w:t>
      </w:r>
    </w:p>
    <w:p w14:paraId="3D8B3C42" w14:textId="77777777" w:rsidR="003D7A30" w:rsidRDefault="006C6BDA">
      <w:pPr>
        <w:pStyle w:val="Body"/>
      </w:pPr>
      <w:r>
        <w:t>And yet honesty alone is not enough. A man can become brutally honest about his sin and still end up hopeless if he is honest without grace. That is where many serious young men go wrong. They finally see how bad things are, and then they stop there.</w:t>
      </w:r>
    </w:p>
    <w:p w14:paraId="21938087" w14:textId="77777777" w:rsidR="003D7A30" w:rsidRDefault="006C6BDA">
      <w:pPr>
        <w:pStyle w:val="Body"/>
      </w:pPr>
      <w:r>
        <w:t>The Christian does not stop with, "I am corroded." He goes on to say, "And Christ has claimed me. Christ has died for me. Christ is not finished with me." 2 Corinthians says, "If anyone is in Christ, he is a new creation."</w:t>
      </w:r>
    </w:p>
    <w:p w14:paraId="32B678A3" w14:textId="77777777" w:rsidR="003D7A30" w:rsidRDefault="006C6BDA">
      <w:pPr>
        <w:pStyle w:val="Body"/>
      </w:pPr>
      <w:r>
        <w:t xml:space="preserve">That changes how a man </w:t>
      </w:r>
      <w:proofErr w:type="gramStart"/>
      <w:r>
        <w:t>fights</w:t>
      </w:r>
      <w:proofErr w:type="gramEnd"/>
      <w:r>
        <w:t>. He does not shrug at corrosion, but he also does not collapse under it. He confesses it, brings it into the light, lets Christ burn away what is false, and keeps walking.</w:t>
      </w:r>
    </w:p>
    <w:p w14:paraId="1D3EC488" w14:textId="77777777" w:rsidR="003D7A30" w:rsidRDefault="006C6BDA">
      <w:pPr>
        <w:pStyle w:val="Body"/>
      </w:pPr>
      <w:r>
        <w:t>So let me put it plainly: your lust is not your name. Your fear is not your name. Your failures are not your name. Your secret shame is not your name. Christ names you more deeply than sin does.</w:t>
      </w:r>
    </w:p>
    <w:p w14:paraId="0C065B8B" w14:textId="77777777" w:rsidR="003D7A30" w:rsidRDefault="006C6BDA">
      <w:pPr>
        <w:pStyle w:val="Body"/>
      </w:pPr>
      <w:r>
        <w:t>That is why you can afford to be honest. The truth, however sharp it is, is no match for the mercy of God. And mercy does not leave a man as he is. Mercy begins remaking him.</w:t>
      </w:r>
    </w:p>
    <w:p w14:paraId="6AF29792"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77AD9F17" w14:textId="77777777" w:rsidR="003D7A30" w:rsidRDefault="006C6BDA">
      <w:pPr>
        <w:pStyle w:val="Body"/>
        <w:keepNext/>
        <w:keepLines/>
        <w:pBdr>
          <w:left w:val="single" w:sz="10" w:space="0" w:color="D0D0D0"/>
          <w:right w:val="single" w:sz="10" w:space="0" w:color="D0D0D0"/>
        </w:pBdr>
        <w:shd w:val="clear" w:color="auto" w:fill="F7F7F7"/>
        <w:spacing w:after="0"/>
        <w:ind w:left="173" w:right="115"/>
      </w:pPr>
      <w:r>
        <w:t>Take a sheet of paper and make two columns.</w:t>
      </w:r>
    </w:p>
    <w:p w14:paraId="5ABD3AA7" w14:textId="77777777" w:rsidR="003D7A30" w:rsidRDefault="006C6BDA">
      <w:pPr>
        <w:pStyle w:val="LineStack"/>
        <w:keepNext/>
        <w:keepLines/>
        <w:pBdr>
          <w:left w:val="single" w:sz="10" w:space="0" w:color="D0D0D0"/>
          <w:right w:val="single" w:sz="10" w:space="0" w:color="D0D0D0"/>
        </w:pBdr>
        <w:shd w:val="clear" w:color="auto" w:fill="F7F7F7"/>
        <w:spacing w:after="0"/>
        <w:ind w:left="173" w:right="115"/>
      </w:pPr>
      <w:r>
        <w:t>At the top of one, write: Rust</w:t>
      </w:r>
    </w:p>
    <w:p w14:paraId="287FF7E7" w14:textId="77777777" w:rsidR="003D7A30" w:rsidRDefault="006C6BDA">
      <w:pPr>
        <w:pStyle w:val="LineStack"/>
        <w:keepNext/>
        <w:keepLines/>
        <w:pBdr>
          <w:left w:val="single" w:sz="10" w:space="0" w:color="D0D0D0"/>
          <w:right w:val="single" w:sz="10" w:space="0" w:color="D0D0D0"/>
        </w:pBdr>
        <w:shd w:val="clear" w:color="auto" w:fill="F7F7F7"/>
        <w:spacing w:after="0"/>
        <w:ind w:left="173" w:right="115"/>
      </w:pPr>
      <w:r>
        <w:t>At the top of the other, write: Iron</w:t>
      </w:r>
    </w:p>
    <w:p w14:paraId="50562D96" w14:textId="77777777" w:rsidR="003D7A30" w:rsidRDefault="006C6BDA">
      <w:pPr>
        <w:pStyle w:val="Body"/>
        <w:keepNext/>
        <w:keepLines/>
        <w:pBdr>
          <w:left w:val="single" w:sz="10" w:space="0" w:color="D0D0D0"/>
          <w:right w:val="single" w:sz="10" w:space="0" w:color="D0D0D0"/>
        </w:pBdr>
        <w:shd w:val="clear" w:color="auto" w:fill="F7F7F7"/>
        <w:spacing w:after="0"/>
        <w:ind w:left="173" w:right="115"/>
      </w:pPr>
      <w:r>
        <w:t>Under Rust, list the patterns that are weakening you right now.</w:t>
      </w:r>
    </w:p>
    <w:p w14:paraId="151FB713" w14:textId="77777777" w:rsidR="003D7A30" w:rsidRDefault="006C6BDA">
      <w:pPr>
        <w:pStyle w:val="Body"/>
        <w:keepLines/>
        <w:pBdr>
          <w:left w:val="single" w:sz="10" w:space="0" w:color="D0D0D0"/>
          <w:right w:val="single" w:sz="10" w:space="0" w:color="D0D0D0"/>
        </w:pBdr>
        <w:shd w:val="clear" w:color="auto" w:fill="F7F7F7"/>
        <w:spacing w:after="0"/>
        <w:ind w:left="173" w:right="115"/>
      </w:pPr>
      <w:r>
        <w:t>Under Iron, write what God says is true in Christ: forgiven, claimed, son, workmanship, not abandoned, being renewed.</w:t>
      </w:r>
    </w:p>
    <w:p w14:paraId="7CBF16BC" w14:textId="77777777" w:rsidR="003D7A30" w:rsidRDefault="006C6BDA">
      <w:pPr>
        <w:pStyle w:val="Body"/>
        <w:keepLines/>
        <w:pBdr>
          <w:left w:val="single" w:sz="10" w:space="0" w:color="D0D0D0"/>
          <w:bottom w:val="single" w:sz="10" w:space="0" w:color="D0D0D0"/>
          <w:right w:val="single" w:sz="10" w:space="0" w:color="D0D0D0"/>
        </w:pBdr>
        <w:shd w:val="clear" w:color="auto" w:fill="F7F7F7"/>
        <w:spacing w:after="0"/>
        <w:ind w:left="173" w:right="115"/>
      </w:pPr>
      <w:r>
        <w:t>Circle one piece of rust that needs to be brought into the light this week.</w:t>
      </w:r>
    </w:p>
    <w:p w14:paraId="49D82B66"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0505C0B3"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show me where the rust is. Keep me from minimizing it, and keep me from mistaking it for my identity. Burn away what is false in me. Strengthen what belongs to You. Teach me to live in repentance and hope. Amen.</w:t>
      </w:r>
    </w:p>
    <w:p w14:paraId="48BE41EF" w14:textId="77777777" w:rsidR="003D7A30" w:rsidRDefault="006C6BDA">
      <w:pPr>
        <w:pStyle w:val="Subhead"/>
        <w:spacing w:after="80"/>
        <w:rPr>
          <w:color w:val="546478"/>
        </w:rPr>
      </w:pPr>
      <w:r>
        <w:rPr>
          <w:color w:val="546478"/>
        </w:rPr>
        <w:t>Notes</w:t>
      </w:r>
    </w:p>
    <w:p w14:paraId="45F43C6D" w14:textId="77777777" w:rsidR="003D7A30" w:rsidRDefault="006C6BDA">
      <w:pPr>
        <w:pStyle w:val="SectionLabel"/>
        <w:pageBreakBefore/>
      </w:pPr>
      <w:r>
        <w:lastRenderedPageBreak/>
        <w:t>Chapter 3</w:t>
      </w:r>
    </w:p>
    <w:p w14:paraId="45BEE9D4" w14:textId="77777777" w:rsidR="003D7A30" w:rsidRDefault="006C6BDA">
      <w:pPr>
        <w:pStyle w:val="SectionTitle"/>
      </w:pPr>
      <w:r>
        <w:t>Sons, Not Performers</w:t>
      </w:r>
    </w:p>
    <w:p w14:paraId="481D47C0" w14:textId="77777777" w:rsidR="003D7A30" w:rsidRDefault="006C6BDA">
      <w:pPr>
        <w:pStyle w:val="GuideLine"/>
      </w:pPr>
      <w:r>
        <w:t>Why fear-driven religion cannot produce secure obedience.</w:t>
      </w:r>
    </w:p>
    <w:p w14:paraId="26567382" w14:textId="77777777" w:rsidR="003D7A30" w:rsidRDefault="006C6BDA">
      <w:pPr>
        <w:pStyle w:val="Takeaway"/>
        <w:shd w:val="clear" w:color="auto" w:fill="F2F2F2"/>
      </w:pPr>
      <w:r>
        <w:t>Remember this: God does not train sons through fear like slaves.</w:t>
      </w:r>
    </w:p>
    <w:p w14:paraId="5D9A0523" w14:textId="77777777" w:rsidR="003D7A30" w:rsidRDefault="006C6BDA">
      <w:pPr>
        <w:pStyle w:val="Body"/>
      </w:pPr>
      <w:r>
        <w:t>There is a kind of religion that looks serious but is built on fear. It uses the right words and may even keep decent habits for a while, but underneath it is still driven by the same question that rules much of the world:</w:t>
      </w:r>
    </w:p>
    <w:p w14:paraId="78C3F16B" w14:textId="6FDA3E49" w:rsidR="003D7A30" w:rsidRDefault="006C6BDA">
      <w:pPr>
        <w:pStyle w:val="LineStack"/>
        <w:rPr>
          <w:b/>
          <w:bCs/>
        </w:rPr>
      </w:pPr>
      <w:r w:rsidRPr="00B2116A">
        <w:rPr>
          <w:b/>
          <w:bCs/>
        </w:rPr>
        <w:t>What do I need to do to be enough?</w:t>
      </w:r>
    </w:p>
    <w:p w14:paraId="22945E5F" w14:textId="77777777" w:rsidR="00B2116A" w:rsidRPr="00B2116A" w:rsidRDefault="00B2116A">
      <w:pPr>
        <w:pStyle w:val="LineStack"/>
        <w:rPr>
          <w:b/>
          <w:bCs/>
        </w:rPr>
      </w:pPr>
    </w:p>
    <w:p w14:paraId="101190AF" w14:textId="77777777" w:rsidR="003D7A30" w:rsidRDefault="006C6BDA">
      <w:pPr>
        <w:pStyle w:val="Body"/>
      </w:pPr>
      <w:r>
        <w:t>That question can hide in school, sports, dating, friendships, body image, future plans, and reputation. It can also hide in a man’s spiritual life.</w:t>
      </w:r>
    </w:p>
    <w:p w14:paraId="0CE831F7" w14:textId="77777777" w:rsidR="003D7A30" w:rsidRDefault="006C6BDA">
      <w:pPr>
        <w:pStyle w:val="Body"/>
      </w:pPr>
      <w:r>
        <w:t>He reads his Bible, but he is really checking whether he is falling behind. He prays, but partly because he wants God and partly because he is nervous not to. He serves, but secretly hopes it proves he is different from weaker men. He resists temptation, then immediately starts building a case for why he should feel secure again.</w:t>
      </w:r>
    </w:p>
    <w:p w14:paraId="42D18089" w14:textId="77777777" w:rsidR="003D7A30" w:rsidRDefault="006C6BDA">
      <w:pPr>
        <w:pStyle w:val="Body"/>
      </w:pPr>
      <w:r>
        <w:t>On the outside, some of those actions may still be good. Inwardly, though, the whole life is tilted in the wrong direction. That is the life of a performer.</w:t>
      </w:r>
    </w:p>
    <w:p w14:paraId="7A3CDD42" w14:textId="77777777" w:rsidR="003D7A30" w:rsidRDefault="006C6BDA">
      <w:pPr>
        <w:pStyle w:val="Body"/>
      </w:pPr>
      <w:r>
        <w:t>A performer may look disciplined, moral, and mature. His deepest posture before God is still anxious because he is still trying to establish himself. He is still asking, "Am I enough now?"</w:t>
      </w:r>
    </w:p>
    <w:p w14:paraId="0C0136D9" w14:textId="77777777" w:rsidR="003D7A30" w:rsidRDefault="006C6BDA">
      <w:pPr>
        <w:pStyle w:val="Body"/>
      </w:pPr>
      <w:r>
        <w:t>That is exhausting, and it is not Christianity. Christianity does not say, "Perform well enough and maybe God will adopt you." It says something much stranger and much stronger: in Christ, God adopts sinners into His family and teaches them to live from that belonging.</w:t>
      </w:r>
    </w:p>
    <w:p w14:paraId="25A1DEB4" w14:textId="77777777" w:rsidR="003D7A30" w:rsidRDefault="006C6BDA">
      <w:pPr>
        <w:pStyle w:val="Body"/>
      </w:pPr>
      <w:r>
        <w:t>Galatians 4 says it this way:</w:t>
      </w:r>
    </w:p>
    <w:p w14:paraId="4DE957E3" w14:textId="77777777" w:rsidR="003D7A30" w:rsidRDefault="006C6BDA">
      <w:pPr>
        <w:pStyle w:val="ScriptureAnchor"/>
        <w:shd w:val="clear" w:color="auto" w:fill="F2F2F2"/>
      </w:pPr>
      <w:r>
        <w:t>Scripture Anchor — Galatians 4:4–7</w:t>
      </w:r>
    </w:p>
    <w:p w14:paraId="0BDD77A9" w14:textId="77777777" w:rsidR="003D7A30" w:rsidRDefault="006C6BDA">
      <w:pPr>
        <w:pStyle w:val="ScriptureQuote"/>
      </w:pPr>
      <w:r>
        <w:t xml:space="preserve">But when the fullness of time had come, God sent forth his Son, born of woman, born under the law, to redeem those who were under the law, so that we might receive adoption as sons. And because you are sons, God has sent the Spirit of his Son into our hearts, crying, “Abba! Father!” </w:t>
      </w:r>
      <w:proofErr w:type="gramStart"/>
      <w:r>
        <w:t>So</w:t>
      </w:r>
      <w:proofErr w:type="gramEnd"/>
      <w:r>
        <w:t xml:space="preserve"> you are no longer a slave, but a son, and if a son, then an heir through God.</w:t>
      </w:r>
    </w:p>
    <w:p w14:paraId="49B4AA67" w14:textId="77777777" w:rsidR="00B2116A" w:rsidRDefault="006C6BDA">
      <w:pPr>
        <w:pStyle w:val="Body"/>
      </w:pPr>
      <w:r>
        <w:t xml:space="preserve">The New Testament calls this adoption. God does not merely forgive sinners from a distance. He brings them into His family. He gives them His name. He grants them an inheritance. He sends the Spirit of His Son into their hearts so that they cry, “Abba, Father.” That is not mere metaphor. That is what Christ purchased. </w:t>
      </w:r>
    </w:p>
    <w:p w14:paraId="4A4439DA" w14:textId="30F53310" w:rsidR="003D7A30" w:rsidRDefault="006C6BDA">
      <w:pPr>
        <w:pStyle w:val="Body"/>
      </w:pPr>
      <w:r>
        <w:t>You are not a forgiven outsider who gets to stand near the house. You are a son who belongs inside it.</w:t>
      </w:r>
    </w:p>
    <w:p w14:paraId="32AA6AD3" w14:textId="77777777" w:rsidR="00B2116A" w:rsidRPr="00B2116A" w:rsidRDefault="00B2116A" w:rsidP="00646A77">
      <w:pPr>
        <w:pStyle w:val="Body"/>
      </w:pPr>
      <w:r w:rsidRPr="00B2116A">
        <w:t>Pause there for a moment.</w:t>
      </w:r>
    </w:p>
    <w:p w14:paraId="4ED0F612" w14:textId="77777777" w:rsidR="00B2116A" w:rsidRPr="00B2116A" w:rsidRDefault="00B2116A" w:rsidP="00646A77">
      <w:pPr>
        <w:pStyle w:val="Body"/>
      </w:pPr>
      <w:r w:rsidRPr="00B2116A">
        <w:t>The God who adopts you is not small. He is not needy. He is not lonely. He did not bring you into His family because something was missing in Him.</w:t>
      </w:r>
    </w:p>
    <w:p w14:paraId="417CED13" w14:textId="77777777" w:rsidR="00B2116A" w:rsidRPr="00B2116A" w:rsidRDefault="00B2116A" w:rsidP="00646A77">
      <w:pPr>
        <w:pStyle w:val="Body"/>
      </w:pPr>
      <w:r w:rsidRPr="00B2116A">
        <w:lastRenderedPageBreak/>
        <w:t>He is the God who made all things. He speaks, and worlds exist. He holds your next breath in His hand. Angels worship before Him. No power threatens Him. No wisdom exceeds Him. No goodness stands above His.</w:t>
      </w:r>
    </w:p>
    <w:p w14:paraId="709FD840" w14:textId="77777777" w:rsidR="00B2116A" w:rsidRPr="00B2116A" w:rsidRDefault="00B2116A" w:rsidP="00646A77">
      <w:pPr>
        <w:pStyle w:val="Body"/>
      </w:pPr>
      <w:r w:rsidRPr="00B2116A">
        <w:t>And this God has not merely agreed to tolerate you.</w:t>
      </w:r>
    </w:p>
    <w:p w14:paraId="3F381419" w14:textId="77777777" w:rsidR="00B2116A" w:rsidRPr="00B2116A" w:rsidRDefault="00B2116A" w:rsidP="00646A77">
      <w:pPr>
        <w:pStyle w:val="Body"/>
      </w:pPr>
      <w:r w:rsidRPr="00B2116A">
        <w:t xml:space="preserve">In Christ, He has brought you </w:t>
      </w:r>
      <w:proofErr w:type="gramStart"/>
      <w:r w:rsidRPr="00B2116A">
        <w:t>near</w:t>
      </w:r>
      <w:proofErr w:type="gramEnd"/>
      <w:r w:rsidRPr="00B2116A">
        <w:t>.</w:t>
      </w:r>
    </w:p>
    <w:p w14:paraId="6567DEDE" w14:textId="77777777" w:rsidR="00B2116A" w:rsidRPr="00B2116A" w:rsidRDefault="00B2116A" w:rsidP="00646A77">
      <w:pPr>
        <w:pStyle w:val="Body"/>
      </w:pPr>
      <w:r w:rsidRPr="00B2116A">
        <w:t xml:space="preserve">He has given </w:t>
      </w:r>
      <w:proofErr w:type="gramStart"/>
      <w:r w:rsidRPr="00B2116A">
        <w:t>you</w:t>
      </w:r>
      <w:proofErr w:type="gramEnd"/>
      <w:r w:rsidRPr="00B2116A">
        <w:t xml:space="preserve"> His name. He has made you an heir. He has sent the Spirit of His Son into your heart so that you do not have to stand at a distance wondering whether you are allowed to speak. You cry, “Abba! Father!” because the Father Himself has made </w:t>
      </w:r>
      <w:proofErr w:type="gramStart"/>
      <w:r w:rsidRPr="00B2116A">
        <w:t>you</w:t>
      </w:r>
      <w:proofErr w:type="gramEnd"/>
      <w:r w:rsidRPr="00B2116A">
        <w:t xml:space="preserve"> His son.</w:t>
      </w:r>
    </w:p>
    <w:p w14:paraId="5CDDD80B" w14:textId="77777777" w:rsidR="00B2116A" w:rsidRPr="00B2116A" w:rsidRDefault="00B2116A" w:rsidP="00646A77">
      <w:pPr>
        <w:pStyle w:val="Body"/>
      </w:pPr>
      <w:r w:rsidRPr="00B2116A">
        <w:t>That is not a small kindness.</w:t>
      </w:r>
    </w:p>
    <w:p w14:paraId="45B5FF54" w14:textId="77777777" w:rsidR="00B2116A" w:rsidRPr="00B2116A" w:rsidRDefault="00B2116A" w:rsidP="00646A77">
      <w:pPr>
        <w:pStyle w:val="Body"/>
      </w:pPr>
      <w:r w:rsidRPr="00B2116A">
        <w:t>That is grace vast enough to spend a lifetime learning and still never reach the bottom of it.</w:t>
      </w:r>
    </w:p>
    <w:p w14:paraId="7211117B" w14:textId="77777777" w:rsidR="00B2116A" w:rsidRPr="00B2116A" w:rsidRDefault="00B2116A" w:rsidP="00646A77">
      <w:pPr>
        <w:pStyle w:val="Body"/>
      </w:pPr>
      <w:r w:rsidRPr="00B2116A">
        <w:t>You are not a spiritual guest staying on probation. You are not a servant waiting to see whether you will be kept. You are not a project God may abandon if progress comes too slowly.</w:t>
      </w:r>
    </w:p>
    <w:p w14:paraId="13D87EF7" w14:textId="77777777" w:rsidR="00B2116A" w:rsidRPr="00B2116A" w:rsidRDefault="00B2116A" w:rsidP="00646A77">
      <w:pPr>
        <w:pStyle w:val="Body"/>
      </w:pPr>
      <w:r w:rsidRPr="00B2116A">
        <w:t>In Christ, you are a son.</w:t>
      </w:r>
    </w:p>
    <w:p w14:paraId="738B9721" w14:textId="77777777" w:rsidR="00B2116A" w:rsidRPr="00B2116A" w:rsidRDefault="00B2116A" w:rsidP="00646A77">
      <w:pPr>
        <w:pStyle w:val="Body"/>
      </w:pPr>
      <w:r w:rsidRPr="00B2116A">
        <w:t>And the greatness of God does not make that less personal.</w:t>
      </w:r>
    </w:p>
    <w:p w14:paraId="4D31BF2E" w14:textId="77777777" w:rsidR="00B2116A" w:rsidRPr="00B2116A" w:rsidRDefault="00B2116A" w:rsidP="00646A77">
      <w:pPr>
        <w:pStyle w:val="Body"/>
      </w:pPr>
      <w:r w:rsidRPr="00B2116A">
        <w:t>It makes it more astonishing.</w:t>
      </w:r>
    </w:p>
    <w:p w14:paraId="08801AA9" w14:textId="77777777" w:rsidR="00B2116A" w:rsidRPr="00B2116A" w:rsidRDefault="00B2116A" w:rsidP="00646A77">
      <w:pPr>
        <w:pStyle w:val="Body"/>
      </w:pPr>
      <w:r w:rsidRPr="00B2116A">
        <w:t>That is why the order in Galatians matters so much. God acts first. God sends His Son. Christ redeems those under the law. The Father receives sinners as sons. Then the Spirit teaches sons to cry, “Abba! Father!”</w:t>
      </w:r>
    </w:p>
    <w:p w14:paraId="358B7BCB" w14:textId="77777777" w:rsidR="00B2116A" w:rsidRPr="00B2116A" w:rsidRDefault="00B2116A" w:rsidP="00646A77">
      <w:pPr>
        <w:pStyle w:val="Body"/>
      </w:pPr>
      <w:r w:rsidRPr="00B2116A">
        <w:t>Sonship is not the reward for spiritual performance. It is the gift Christ purchased and the Father gives.</w:t>
      </w:r>
    </w:p>
    <w:p w14:paraId="4318EFA4" w14:textId="77777777" w:rsidR="00B2116A" w:rsidRPr="00B2116A" w:rsidRDefault="00B2116A" w:rsidP="00646A77">
      <w:pPr>
        <w:pStyle w:val="Body"/>
      </w:pPr>
      <w:r w:rsidRPr="00B2116A">
        <w:t>Romans 8 teaches the same truth when it says, “You did not receive the spirit of slavery to fall back into fear, but you have received the Spirit of adoption as sons.” That verse draws a line between two ways of living. One runs on fear. The other runs on belonging.</w:t>
      </w:r>
    </w:p>
    <w:p w14:paraId="2EAE38B3" w14:textId="77777777" w:rsidR="00B2116A" w:rsidRPr="00B2116A" w:rsidRDefault="00B2116A" w:rsidP="00646A77">
      <w:pPr>
        <w:pStyle w:val="Body"/>
      </w:pPr>
      <w:r w:rsidRPr="00B2116A">
        <w:t xml:space="preserve">A slave works so he can earn a place. A son has been given a place and now lives from it. A slave obeys mainly to avoid punishment; a son obeys because he trusts the </w:t>
      </w:r>
      <w:proofErr w:type="gramStart"/>
      <w:r w:rsidRPr="00B2116A">
        <w:t>Father</w:t>
      </w:r>
      <w:proofErr w:type="gramEnd"/>
      <w:r w:rsidRPr="00B2116A">
        <w:t xml:space="preserve"> and belongs in the house.</w:t>
      </w:r>
    </w:p>
    <w:p w14:paraId="5978C35E" w14:textId="56DC0ADF" w:rsidR="00110784" w:rsidRPr="00646A77" w:rsidRDefault="00B2116A" w:rsidP="00646A77">
      <w:pPr>
        <w:pStyle w:val="Body"/>
      </w:pPr>
      <w:r w:rsidRPr="00B2116A">
        <w:t>That changes how a man reads his spiritual life. Without sonship, discipline becomes panic, repentance becomes groveling, and service becomes résumé-building. With sonship, discipline becomes training, repentance becomes returning home, and service becomes gratitude.</w:t>
      </w:r>
    </w:p>
    <w:p w14:paraId="6AB48525" w14:textId="6E80ACF9" w:rsidR="00B2116A" w:rsidRPr="00B2116A" w:rsidRDefault="00B2116A" w:rsidP="00646A77">
      <w:pPr>
        <w:pStyle w:val="Body"/>
      </w:pPr>
      <w:r w:rsidRPr="00B2116A">
        <w:t>A lot of men know grace in theory, but not in their bones. They still think like hired servants:</w:t>
      </w:r>
    </w:p>
    <w:p w14:paraId="2A64D0F5" w14:textId="77777777" w:rsidR="00B2116A" w:rsidRPr="00B2116A" w:rsidRDefault="00B2116A" w:rsidP="00646A77">
      <w:pPr>
        <w:pStyle w:val="Body"/>
      </w:pPr>
      <w:r w:rsidRPr="00B2116A">
        <w:t>I must keep my value high.</w:t>
      </w:r>
      <w:r w:rsidRPr="00B2116A">
        <w:br/>
        <w:t>I must make myself useful.</w:t>
      </w:r>
      <w:r w:rsidRPr="00B2116A">
        <w:br/>
        <w:t>I must avoid looking weak.</w:t>
      </w:r>
      <w:r w:rsidRPr="00B2116A">
        <w:br/>
        <w:t>I must recover quickly from failure.</w:t>
      </w:r>
      <w:r w:rsidRPr="00B2116A">
        <w:br/>
        <w:t>I must keep God pleased through my effort.</w:t>
      </w:r>
    </w:p>
    <w:p w14:paraId="78B10BC9" w14:textId="77777777" w:rsidR="00B2116A" w:rsidRPr="00B2116A" w:rsidRDefault="00B2116A" w:rsidP="00646A77">
      <w:pPr>
        <w:pStyle w:val="Body"/>
      </w:pPr>
      <w:r w:rsidRPr="00B2116A">
        <w:t>But the son says something very different:</w:t>
      </w:r>
    </w:p>
    <w:p w14:paraId="3B1E147B" w14:textId="77777777" w:rsidR="00B2116A" w:rsidRPr="00B2116A" w:rsidRDefault="00B2116A" w:rsidP="00646A77">
      <w:pPr>
        <w:pStyle w:val="Body"/>
      </w:pPr>
      <w:r w:rsidRPr="00B2116A">
        <w:t>I belong to my Father.</w:t>
      </w:r>
      <w:r w:rsidRPr="00B2116A">
        <w:br/>
        <w:t>I can tell the truth.</w:t>
      </w:r>
      <w:r w:rsidRPr="00B2116A">
        <w:br/>
        <w:t>I can be corrected without being destroyed.</w:t>
      </w:r>
      <w:r w:rsidRPr="00B2116A">
        <w:br/>
        <w:t>I can repent without bargaining.</w:t>
      </w:r>
      <w:r w:rsidRPr="00B2116A">
        <w:br/>
      </w:r>
      <w:r w:rsidRPr="00B2116A">
        <w:lastRenderedPageBreak/>
        <w:t>I can work hard without making work my god.</w:t>
      </w:r>
      <w:r w:rsidRPr="00B2116A">
        <w:br/>
        <w:t>I can rest because my place is not hanging on my latest performance.</w:t>
      </w:r>
    </w:p>
    <w:p w14:paraId="0C049345" w14:textId="77777777" w:rsidR="00B2116A" w:rsidRPr="00B2116A" w:rsidRDefault="00B2116A" w:rsidP="00646A77">
      <w:pPr>
        <w:pStyle w:val="Body"/>
      </w:pPr>
      <w:r w:rsidRPr="00B2116A">
        <w:t>That does not make a son lazy. It makes him secure enough to be honest. Sonship is not soft. It is solid. It makes a man harder to flatter and harder to crush, because his standing before God is not built on appearances.</w:t>
      </w:r>
    </w:p>
    <w:p w14:paraId="269276B7" w14:textId="77777777" w:rsidR="00B2116A" w:rsidRPr="00B2116A" w:rsidRDefault="00B2116A" w:rsidP="00646A77">
      <w:pPr>
        <w:pStyle w:val="Body"/>
      </w:pPr>
      <w:r w:rsidRPr="00B2116A">
        <w:t>It also changes how he sees other men. Performers are always comparing, which poisons brotherhood. A son does not need other men beneath him in order to feel secure. He can learn from them, confess to them, rejoice in their gifts, and let them see weakness.</w:t>
      </w:r>
    </w:p>
    <w:p w14:paraId="5BE10A3E" w14:textId="77777777" w:rsidR="00B2116A" w:rsidRPr="00B2116A" w:rsidRDefault="00B2116A" w:rsidP="00646A77">
      <w:pPr>
        <w:pStyle w:val="Body"/>
      </w:pPr>
      <w:r w:rsidRPr="00B2116A">
        <w:t>Jesus’ parable of the prodigal son shows this clearly. The younger son comes home ready to bargain for a lower place. The father runs to him, restores him, and names him as son. The older brother stands outside angry because he has been living as a performer the whole time.</w:t>
      </w:r>
    </w:p>
    <w:p w14:paraId="6352DC77" w14:textId="77777777" w:rsidR="00B2116A" w:rsidRPr="00B2116A" w:rsidRDefault="00B2116A" w:rsidP="00646A77">
      <w:pPr>
        <w:pStyle w:val="Body"/>
      </w:pPr>
      <w:r w:rsidRPr="00B2116A">
        <w:t>That is what performance produces in the end: either pride or resentment. Sonship breaks both. It humbles you, because you did not earn your place, and it steadies you, because your place is real.</w:t>
      </w:r>
    </w:p>
    <w:p w14:paraId="7CE0A94D" w14:textId="1731291E" w:rsidR="00B2116A" w:rsidRPr="00B2116A" w:rsidRDefault="00B2116A" w:rsidP="00646A77">
      <w:pPr>
        <w:pStyle w:val="Body"/>
      </w:pPr>
      <w:r w:rsidRPr="00B2116A">
        <w:t>So</w:t>
      </w:r>
      <w:r w:rsidRPr="00646A77">
        <w:t>,</w:t>
      </w:r>
      <w:r w:rsidRPr="00B2116A">
        <w:t xml:space="preserve"> ask yourself where you still live like a hired servant. Where do you still think you need to earn what Christ has already given? Where do you obey mainly out of fear? Where do you use discipline, theology, or morality as a costume instead of a response?</w:t>
      </w:r>
    </w:p>
    <w:p w14:paraId="51CBFAA3" w14:textId="77777777" w:rsidR="00B2116A" w:rsidRPr="00B2116A" w:rsidRDefault="00B2116A" w:rsidP="00646A77">
      <w:pPr>
        <w:pStyle w:val="Body"/>
      </w:pPr>
      <w:r w:rsidRPr="00B2116A">
        <w:t>In Christ, you are not a freelancer trying to convince God to keep you. You are not a servant trying to bargain your way into the house. You are a son.</w:t>
      </w:r>
    </w:p>
    <w:p w14:paraId="195B2F3C" w14:textId="77777777" w:rsidR="00B2116A" w:rsidRPr="00B2116A" w:rsidRDefault="00B2116A" w:rsidP="00646A77">
      <w:pPr>
        <w:pStyle w:val="Body"/>
      </w:pPr>
      <w:r w:rsidRPr="00B2116A">
        <w:t>That is not a small idea.</w:t>
      </w:r>
    </w:p>
    <w:p w14:paraId="5BE02E7E" w14:textId="08EBD12E" w:rsidR="00426808" w:rsidRPr="00646A77" w:rsidRDefault="00B2116A" w:rsidP="00646A77">
      <w:pPr>
        <w:pStyle w:val="Body"/>
      </w:pPr>
      <w:r w:rsidRPr="00B2116A">
        <w:t>That is the ground you stand on.</w:t>
      </w:r>
    </w:p>
    <w:p w14:paraId="4AB57AD7"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Field Exercise</w:t>
      </w:r>
    </w:p>
    <w:p w14:paraId="2F366CB6" w14:textId="77777777"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Do a short report-card audit.</w:t>
      </w:r>
    </w:p>
    <w:p w14:paraId="55F55D74" w14:textId="77777777"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Where do I treat God like a grader instead of a Father?</w:t>
      </w:r>
    </w:p>
    <w:p w14:paraId="410F1517" w14:textId="77777777"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Where do I obey mainly because I am afraid?</w:t>
      </w:r>
    </w:p>
    <w:p w14:paraId="7AA8E70C" w14:textId="77777777"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Where do I use spiritual seriousness to build an image?</w:t>
      </w:r>
    </w:p>
    <w:p w14:paraId="3CB4B371" w14:textId="77777777"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Then write one honest sentence beginning: Father, teach me to live as a son when ____________.</w:t>
      </w:r>
    </w:p>
    <w:p w14:paraId="7B54C818"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Prayer</w:t>
      </w:r>
    </w:p>
    <w:p w14:paraId="7E8D3CF2" w14:textId="77777777" w:rsidR="003D7A30" w:rsidRDefault="006C6BDA" w:rsidP="001842B1">
      <w:pPr>
        <w:pStyle w:val="Body"/>
        <w:keepLines/>
        <w:pBdr>
          <w:left w:val="single" w:sz="10" w:space="0" w:color="D0D0D0"/>
          <w:bottom w:val="single" w:sz="10" w:space="0" w:color="D0D0D0"/>
          <w:right w:val="single" w:sz="10" w:space="0" w:color="D0D0D0"/>
        </w:pBdr>
        <w:shd w:val="clear" w:color="auto" w:fill="F7F7F7"/>
        <w:ind w:left="173" w:right="115"/>
      </w:pPr>
      <w:r>
        <w:t>Father, forgive me for how often I live like a hired servant instead of a son. Forgive my fear, my pride, and my need to perform. Teach me to rest in Your grace, to repent without hiding, and to obey from belonging rather than anxiety. In Christ, make me steady. Amen.</w:t>
      </w:r>
    </w:p>
    <w:p w14:paraId="0B68166A" w14:textId="77777777" w:rsidR="003D7A30" w:rsidRDefault="006C6BDA">
      <w:pPr>
        <w:pStyle w:val="Subhead"/>
      </w:pPr>
      <w:r>
        <w:t>Notes</w:t>
      </w:r>
    </w:p>
    <w:p w14:paraId="333095C8" w14:textId="77777777" w:rsidR="003D7A30" w:rsidRDefault="006C6BDA">
      <w:pPr>
        <w:pStyle w:val="SectionLabel"/>
        <w:keepLines/>
        <w:pageBreakBefore/>
      </w:pPr>
      <w:r>
        <w:lastRenderedPageBreak/>
        <w:t>Chapter 4</w:t>
      </w:r>
    </w:p>
    <w:p w14:paraId="69EEF91D" w14:textId="77777777" w:rsidR="003D7A30" w:rsidRDefault="006C6BDA">
      <w:pPr>
        <w:pStyle w:val="SectionTitle"/>
      </w:pPr>
      <w:r>
        <w:t>Grace Before Growth</w:t>
      </w:r>
    </w:p>
    <w:p w14:paraId="0FD7B71D" w14:textId="77777777" w:rsidR="003D7A30" w:rsidRDefault="006C6BDA">
      <w:pPr>
        <w:pStyle w:val="GuideLine"/>
      </w:pPr>
      <w:r>
        <w:t>Why growth only becomes real when grace comes first.</w:t>
      </w:r>
    </w:p>
    <w:p w14:paraId="61988463"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Grace is the root; growth is the fruit.</w:t>
      </w:r>
    </w:p>
    <w:p w14:paraId="331BB44A" w14:textId="77777777" w:rsidR="003D7A30" w:rsidRDefault="006C6BDA">
      <w:pPr>
        <w:pStyle w:val="Body"/>
      </w:pPr>
      <w:r>
        <w:t>There is a right order to the Christian life, and when that order is reversed, even good things begin to rot.</w:t>
      </w:r>
    </w:p>
    <w:p w14:paraId="48E04B0E" w14:textId="77777777" w:rsidR="003D7A30" w:rsidRDefault="006C6BDA">
      <w:pPr>
        <w:pStyle w:val="Body"/>
      </w:pPr>
      <w:r>
        <w:t>Discipline becomes pride, repentance turns into panic, obedience becomes theater, Bible reading becomes scorekeeping, prayer becomes superstition, and growth itself becomes a quiet attempt to save yourself.</w:t>
      </w:r>
    </w:p>
    <w:p w14:paraId="5FAC3F8F" w14:textId="77777777" w:rsidR="003D7A30" w:rsidRDefault="006C6BDA">
      <w:pPr>
        <w:pStyle w:val="Body"/>
      </w:pPr>
      <w:r>
        <w:t>The order is simple: grace comes before growth. Not after you have shown effort, cleaned yourself up, or proven you are serious. Grace comes first.</w:t>
      </w:r>
    </w:p>
    <w:p w14:paraId="6E0F4B3B" w14:textId="77777777" w:rsidR="003D7A30" w:rsidRDefault="006C6BDA">
      <w:pPr>
        <w:pStyle w:val="Body"/>
      </w:pPr>
      <w:r>
        <w:t>A great many young men say they believe this, but the way they live shows otherwise. When they are doing well, they feel close to God. When they are failing, they pull away. When they have had a disciplined week, they feel presentable. When they neglect Scripture or fall into old sins, they feel as though they have been pushed outside.</w:t>
      </w:r>
    </w:p>
    <w:p w14:paraId="5BC6010E" w14:textId="77777777" w:rsidR="003D7A30" w:rsidRDefault="006C6BDA">
      <w:pPr>
        <w:pStyle w:val="Body"/>
      </w:pPr>
      <w:r>
        <w:t>That reveals something important: they still think grace rises and falls with performance.</w:t>
      </w:r>
    </w:p>
    <w:p w14:paraId="56236235" w14:textId="77777777" w:rsidR="003D7A30" w:rsidRDefault="006C6BDA">
      <w:pPr>
        <w:pStyle w:val="Body"/>
      </w:pPr>
      <w:r>
        <w:t>But listen to how Ephesians 2:4–10 speaks about the order of salvation:</w:t>
      </w:r>
    </w:p>
    <w:p w14:paraId="267B6937" w14:textId="77777777" w:rsidR="003D7A30" w:rsidRDefault="006C6BDA">
      <w:pPr>
        <w:pStyle w:val="ScriptureAnchor"/>
        <w:keepLines/>
        <w:shd w:val="clear" w:color="auto" w:fill="F2F2F2"/>
        <w:spacing w:before="120"/>
      </w:pPr>
      <w:r>
        <w:t>Scripture Anchor — Ephesians 2:4–10</w:t>
      </w:r>
    </w:p>
    <w:p w14:paraId="67803447" w14:textId="77777777" w:rsidR="003D7A30" w:rsidRDefault="006C6BDA">
      <w:pPr>
        <w:pStyle w:val="ScriptureQuote"/>
        <w:ind w:left="720"/>
      </w:pPr>
      <w:r>
        <w:t xml:space="preserve">But God, being rich in mercy, because of the great love with which he loved us, even when we were dead in our trespasses, made us alive together with Christ, by grace you have been saved, and raised us up with him and seated us with him in the heavenly places in Christ Jesus, so that in the coming ages he might show the immeasurable riches of his grace in kindness toward us in Christ Jesus. For by </w:t>
      </w:r>
      <w:proofErr w:type="gramStart"/>
      <w:r>
        <w:t>grace</w:t>
      </w:r>
      <w:proofErr w:type="gramEnd"/>
      <w:r>
        <w:t xml:space="preserve"> you have been saved through faith. And this is not your own doing; it is the gift of God, not a result of works, so that no one may boast. For we are his workmanship, created in Christ Jesus for good works, which God prepared beforehand, that we should walk in them.</w:t>
      </w:r>
    </w:p>
    <w:p w14:paraId="3C6264B4" w14:textId="77777777" w:rsidR="003D7A30" w:rsidRDefault="006C6BDA">
      <w:pPr>
        <w:pStyle w:val="Body"/>
      </w:pPr>
      <w:r>
        <w:t>Notice the order.</w:t>
      </w:r>
    </w:p>
    <w:p w14:paraId="25BE3039" w14:textId="77777777" w:rsidR="003D7A30" w:rsidRDefault="006C6BDA">
      <w:pPr>
        <w:pStyle w:val="Body"/>
      </w:pPr>
      <w:r>
        <w:t>God is rich in mercy before you are strong.</w:t>
      </w:r>
    </w:p>
    <w:p w14:paraId="0C4CC497" w14:textId="77777777" w:rsidR="003D7A30" w:rsidRDefault="006C6BDA">
      <w:pPr>
        <w:pStyle w:val="Body"/>
      </w:pPr>
      <w:r>
        <w:t>God makes sinners alive with Christ before they can make themselves presentable.</w:t>
      </w:r>
    </w:p>
    <w:p w14:paraId="781E8C13" w14:textId="77777777" w:rsidR="003D7A30" w:rsidRDefault="006C6BDA">
      <w:pPr>
        <w:pStyle w:val="Body"/>
      </w:pPr>
      <w:r>
        <w:t>Grace is gift before it becomes growth.</w:t>
      </w:r>
    </w:p>
    <w:p w14:paraId="46F0B016" w14:textId="77777777" w:rsidR="003D7A30" w:rsidRDefault="006C6BDA">
      <w:pPr>
        <w:pStyle w:val="Body"/>
      </w:pPr>
      <w:r>
        <w:t>And even the good works come after grace. They are not the ladder you climb to reach God. They are the path God prepares for the man He has already made alive in Christ.</w:t>
      </w:r>
    </w:p>
    <w:p w14:paraId="1AA00726" w14:textId="5102BB19" w:rsidR="003D7A30" w:rsidRDefault="006C6BDA">
      <w:pPr>
        <w:pStyle w:val="Body"/>
      </w:pPr>
      <w:r>
        <w:t>That does not make growth unimportant. It makes growth possible. Titus 2 says the grace of God has appeared, “training us.” Grace not only pardons; it also teaches. Growth happens inside grace, not outside it.</w:t>
      </w:r>
    </w:p>
    <w:p w14:paraId="70D08958" w14:textId="77777777" w:rsidR="00AB2348" w:rsidRDefault="00AB2348">
      <w:pPr>
        <w:pStyle w:val="Body"/>
      </w:pPr>
    </w:p>
    <w:p w14:paraId="083EF767" w14:textId="77777777" w:rsidR="003D7A30" w:rsidRDefault="006C6BDA">
      <w:pPr>
        <w:pStyle w:val="Body"/>
      </w:pPr>
      <w:r>
        <w:lastRenderedPageBreak/>
        <w:t>That means you can be honest without despair, fail without leaving the family, be corrected without becoming worthless, and pursue holiness seriously without turning into a legalist. A man rooted in grace can afford patience. He does not need to fake instant transformation. He can take small, real steps, admit weakness, and let growth be slow, honest, and durable.</w:t>
      </w:r>
    </w:p>
    <w:p w14:paraId="72A5DF8A" w14:textId="77777777" w:rsidR="003D7A30" w:rsidRDefault="006C6BDA">
      <w:pPr>
        <w:pStyle w:val="Body"/>
      </w:pPr>
      <w:r>
        <w:t>It also changes how he handles failure. A man who thinks growth earns grace will hide failure or hate himself for it. A man who knows grace comes first can fail differently. He can say, “That was sin. I will not excuse it. But I will also not run from Christ. I will confess it, receive mercy, and keep walking.”</w:t>
      </w:r>
    </w:p>
    <w:p w14:paraId="607DA904" w14:textId="77777777" w:rsidR="003D7A30" w:rsidRDefault="006C6BDA">
      <w:pPr>
        <w:pStyle w:val="Body"/>
      </w:pPr>
      <w:r>
        <w:t xml:space="preserve">Grace is not indulgence. It is not shrugging at sin or pretending none of </w:t>
      </w:r>
      <w:proofErr w:type="gramStart"/>
      <w:r>
        <w:t>this matters</w:t>
      </w:r>
      <w:proofErr w:type="gramEnd"/>
      <w:r>
        <w:t>. Grace teaches, disciplines, strengthens, kills what is false, and brings what is true to life — but it does all of that as grace.</w:t>
      </w:r>
    </w:p>
    <w:p w14:paraId="4FC9F045" w14:textId="77777777" w:rsidR="003D7A30" w:rsidRDefault="006C6BDA">
      <w:pPr>
        <w:pStyle w:val="Body"/>
      </w:pPr>
      <w:r>
        <w:t>Without this order, habits become one more way to save yourself. With this order, habits become a response to mercy.</w:t>
      </w:r>
    </w:p>
    <w:p w14:paraId="11135D89" w14:textId="77777777" w:rsidR="003D7A30" w:rsidRDefault="006C6BDA">
      <w:pPr>
        <w:pStyle w:val="Body"/>
      </w:pPr>
      <w:proofErr w:type="gramStart"/>
      <w:r>
        <w:t>So</w:t>
      </w:r>
      <w:proofErr w:type="gramEnd"/>
      <w:r>
        <w:t xml:space="preserve"> ask yourself where you have been trying to grow in a way that quietly denies grace. Where have you been treating growth as the foundation instead of the fruit?</w:t>
      </w:r>
    </w:p>
    <w:p w14:paraId="2EF81BC6" w14:textId="77777777" w:rsidR="003D7A30" w:rsidRDefault="006C6BDA">
      <w:pPr>
        <w:pStyle w:val="Body"/>
      </w:pPr>
      <w:r>
        <w:t>Grace first. Then growth.</w:t>
      </w:r>
    </w:p>
    <w:p w14:paraId="7F4E4DF2" w14:textId="77777777" w:rsidR="003D7A30" w:rsidRDefault="006C6BDA">
      <w:pPr>
        <w:pStyle w:val="Body"/>
      </w:pPr>
      <w:r>
        <w:t>Mercy first. Then obedience.</w:t>
      </w:r>
    </w:p>
    <w:p w14:paraId="7A114701" w14:textId="77777777" w:rsidR="003D7A30" w:rsidRDefault="006C6BDA">
      <w:pPr>
        <w:pStyle w:val="Body"/>
      </w:pPr>
      <w:r>
        <w:t>Belonging first. Then formation.</w:t>
      </w:r>
    </w:p>
    <w:p w14:paraId="03DDE894"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733028F0" w14:textId="77777777" w:rsidR="003D7A30" w:rsidRDefault="006C6BDA">
      <w:pPr>
        <w:pStyle w:val="Body"/>
        <w:pBdr>
          <w:left w:val="single" w:sz="10" w:space="0" w:color="D0D0D0"/>
          <w:right w:val="single" w:sz="10" w:space="0" w:color="D0D0D0"/>
        </w:pBdr>
        <w:shd w:val="clear" w:color="auto" w:fill="F7F7F7"/>
        <w:spacing w:after="0"/>
        <w:ind w:left="173" w:right="115"/>
      </w:pPr>
      <w:r>
        <w:t>Think of one recent failure.</w:t>
      </w:r>
    </w:p>
    <w:p w14:paraId="199F81B7" w14:textId="77777777" w:rsidR="003D7A30" w:rsidRDefault="006C6BDA">
      <w:pPr>
        <w:pStyle w:val="Body"/>
        <w:pBdr>
          <w:left w:val="single" w:sz="10" w:space="0" w:color="D0D0D0"/>
          <w:right w:val="single" w:sz="10" w:space="0" w:color="D0D0D0"/>
        </w:pBdr>
        <w:shd w:val="clear" w:color="auto" w:fill="F7F7F7"/>
        <w:spacing w:after="0"/>
        <w:ind w:left="173" w:right="115"/>
      </w:pPr>
      <w:r>
        <w:t>Write the first three things you normally do after failure: hide, excuse, panic, numb out, bargain, try harder, confess, return.</w:t>
      </w:r>
    </w:p>
    <w:p w14:paraId="17400D25" w14:textId="77777777" w:rsidR="003D7A30" w:rsidRDefault="006C6BDA">
      <w:pPr>
        <w:pStyle w:val="Body"/>
        <w:pBdr>
          <w:left w:val="single" w:sz="10" w:space="0" w:color="D0D0D0"/>
          <w:right w:val="single" w:sz="10" w:space="0" w:color="D0D0D0"/>
        </w:pBdr>
        <w:shd w:val="clear" w:color="auto" w:fill="F7F7F7"/>
        <w:spacing w:after="0"/>
        <w:ind w:left="173" w:right="115"/>
      </w:pPr>
      <w:r>
        <w:t>Now write a better order:</w:t>
      </w:r>
    </w:p>
    <w:p w14:paraId="0F44F8BF" w14:textId="77777777" w:rsidR="003D7A30" w:rsidRDefault="006C6BDA">
      <w:pPr>
        <w:pStyle w:val="LineStack"/>
        <w:pBdr>
          <w:left w:val="single" w:sz="10" w:space="0" w:color="D0D0D0"/>
          <w:right w:val="single" w:sz="10" w:space="0" w:color="D0D0D0"/>
        </w:pBdr>
        <w:shd w:val="clear" w:color="auto" w:fill="F7F7F7"/>
        <w:spacing w:after="0"/>
        <w:ind w:left="173" w:right="115"/>
      </w:pPr>
      <w:r>
        <w:t>1. Name the sin honestly.</w:t>
      </w:r>
    </w:p>
    <w:p w14:paraId="6407629E" w14:textId="77777777" w:rsidR="003D7A30" w:rsidRDefault="006C6BDA">
      <w:pPr>
        <w:pStyle w:val="LineStack"/>
        <w:pBdr>
          <w:left w:val="single" w:sz="10" w:space="0" w:color="D0D0D0"/>
          <w:right w:val="single" w:sz="10" w:space="0" w:color="D0D0D0"/>
        </w:pBdr>
        <w:shd w:val="clear" w:color="auto" w:fill="F7F7F7"/>
        <w:spacing w:after="0"/>
        <w:ind w:left="173" w:right="115"/>
      </w:pPr>
      <w:r>
        <w:t>2. Return to Christ first.</w:t>
      </w:r>
    </w:p>
    <w:p w14:paraId="0A5F4030" w14:textId="77777777" w:rsidR="003D7A30" w:rsidRDefault="006C6BDA">
      <w:pPr>
        <w:pStyle w:val="LineStack"/>
        <w:pBdr>
          <w:left w:val="single" w:sz="10" w:space="0" w:color="D0D0D0"/>
          <w:right w:val="single" w:sz="10" w:space="0" w:color="D0D0D0"/>
        </w:pBdr>
        <w:shd w:val="clear" w:color="auto" w:fill="F7F7F7"/>
        <w:spacing w:after="0"/>
        <w:ind w:left="173" w:right="115"/>
      </w:pPr>
      <w:r>
        <w:t>3. Take the next faithful step.</w:t>
      </w:r>
    </w:p>
    <w:p w14:paraId="032E1D6D" w14:textId="77777777" w:rsidR="003D7A30" w:rsidRDefault="006C6BDA">
      <w:pPr>
        <w:pStyle w:val="LineStack"/>
        <w:pBdr>
          <w:left w:val="single" w:sz="10" w:space="0" w:color="D0D0D0"/>
          <w:bottom w:val="single" w:sz="10" w:space="0" w:color="D0D0D0"/>
          <w:right w:val="single" w:sz="10" w:space="0" w:color="D0D0D0"/>
        </w:pBdr>
        <w:shd w:val="clear" w:color="auto" w:fill="F7F7F7"/>
        <w:spacing w:after="0"/>
        <w:ind w:left="173" w:right="115"/>
      </w:pPr>
      <w:r>
        <w:t>Finish this sentence: Because grace comes first, I can ____________.</w:t>
      </w:r>
    </w:p>
    <w:p w14:paraId="1B2B839D"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6F64ED89" w14:textId="77777777" w:rsidR="003D7A30" w:rsidRDefault="006C6BDA">
      <w:pPr>
        <w:pStyle w:val="Body"/>
        <w:keepNext/>
        <w:keepLines/>
        <w:pBdr>
          <w:left w:val="single" w:sz="10" w:space="0" w:color="D0D0D0"/>
          <w:right w:val="single" w:sz="10" w:space="0" w:color="D0D0D0"/>
        </w:pBdr>
        <w:shd w:val="clear" w:color="auto" w:fill="F7F7F7"/>
        <w:spacing w:after="0"/>
        <w:ind w:left="173" w:right="115"/>
      </w:pPr>
      <w:r>
        <w:t>Father, forgive me for how often I try to earn what You freely give. Root me more deeply in Christ. Teach me to grow from grace, not for grace. Make my obedience honest, my repentance quick, and my life steady in Your love. Amen.</w:t>
      </w:r>
    </w:p>
    <w:p w14:paraId="0DF986E6" w14:textId="77777777" w:rsidR="003D7A30" w:rsidRDefault="006C6BDA">
      <w:pPr>
        <w:pStyle w:val="Subhead"/>
        <w:spacing w:after="80"/>
        <w:rPr>
          <w:color w:val="546478"/>
        </w:rPr>
      </w:pPr>
      <w:r>
        <w:rPr>
          <w:color w:val="546478"/>
        </w:rPr>
        <w:t>Notes</w:t>
      </w:r>
    </w:p>
    <w:p w14:paraId="38B8EF36" w14:textId="77777777" w:rsidR="003D7A30" w:rsidRDefault="006C6BDA">
      <w:pPr>
        <w:pStyle w:val="SectionLabel"/>
        <w:keepLines/>
        <w:pageBreakBefore/>
      </w:pPr>
      <w:r>
        <w:lastRenderedPageBreak/>
        <w:t>Chapter 5</w:t>
      </w:r>
    </w:p>
    <w:p w14:paraId="29BDB34D" w14:textId="77777777" w:rsidR="003D7A30" w:rsidRDefault="006C6BDA">
      <w:pPr>
        <w:pStyle w:val="SectionTitle"/>
      </w:pPr>
      <w:r>
        <w:t>Baptized Men Return Daily</w:t>
      </w:r>
    </w:p>
    <w:p w14:paraId="6D944BCA" w14:textId="77777777" w:rsidR="003D7A30" w:rsidRDefault="006C6BDA">
      <w:pPr>
        <w:pStyle w:val="GuideLine"/>
      </w:pPr>
      <w:r>
        <w:t>How Baptism gives a man a daily identity to return to.</w:t>
      </w:r>
    </w:p>
    <w:p w14:paraId="6D2C74C6" w14:textId="77777777" w:rsidR="003D7A30" w:rsidRDefault="006C6BDA">
      <w:pPr>
        <w:pStyle w:val="Takeaway"/>
        <w:shd w:val="clear" w:color="auto" w:fill="F2F2F2"/>
      </w:pPr>
      <w:r>
        <w:t>Remember this: Your Baptism tells the truth about you when shame, sin, and performance try to rename you.</w:t>
      </w:r>
    </w:p>
    <w:p w14:paraId="5D88BB73" w14:textId="77777777" w:rsidR="003D7A30" w:rsidRDefault="006C6BDA">
      <w:pPr>
        <w:pStyle w:val="Body"/>
      </w:pPr>
      <w:r>
        <w:t>A Christian man needs more than a better self-image. He needs a word from God that stands outside his feelings, outside his failures, and outside the changing opinions of other people.</w:t>
      </w:r>
    </w:p>
    <w:p w14:paraId="618C1DCA" w14:textId="77777777" w:rsidR="003D7A30" w:rsidRDefault="006C6BDA">
      <w:pPr>
        <w:pStyle w:val="Body"/>
      </w:pPr>
      <w:r>
        <w:t>That is one reason Baptism matters so much.</w:t>
      </w:r>
    </w:p>
    <w:p w14:paraId="575FC79E" w14:textId="77777777" w:rsidR="003D7A30" w:rsidRDefault="006C6BDA">
      <w:pPr>
        <w:pStyle w:val="ScriptureAnchor"/>
        <w:keepLines/>
        <w:shd w:val="clear" w:color="auto" w:fill="F2F2F2"/>
        <w:spacing w:before="120"/>
      </w:pPr>
      <w:r>
        <w:t>Scripture Anchor — Romans 6:3–4</w:t>
      </w:r>
    </w:p>
    <w:p w14:paraId="1079CE32" w14:textId="77777777" w:rsidR="003D7A30" w:rsidRDefault="006C6BDA">
      <w:pPr>
        <w:pStyle w:val="ScriptureQuote"/>
      </w:pPr>
      <w:r>
        <w:t>Do you not know that all of us who have been baptized into Christ Jesus were baptized into his death? We were buried therefore with him by baptism into death, in order that, just as Christ was raised from the dead by the glory of the Father, we too might walk in newness of life.</w:t>
      </w:r>
    </w:p>
    <w:p w14:paraId="2BE806D1" w14:textId="77777777" w:rsidR="003D7A30" w:rsidRDefault="006C6BDA">
      <w:pPr>
        <w:pStyle w:val="Body"/>
      </w:pPr>
      <w:r>
        <w:t>Baptism gives a man more than a memory. It gives him a death and resurrection reality to return to.</w:t>
      </w:r>
    </w:p>
    <w:p w14:paraId="7F5A51AB" w14:textId="77777777" w:rsidR="003D7A30" w:rsidRDefault="006C6BDA">
      <w:pPr>
        <w:pStyle w:val="Body"/>
      </w:pPr>
      <w:r>
        <w:t xml:space="preserve">Baptism is not a religious decoration from your childhood. It is not a sentimental family moment that happened once and then faded into the past. Baptism is God putting His name on you, joining you to Christ, washing you, claiming you, and giving you </w:t>
      </w:r>
      <w:proofErr w:type="gramStart"/>
      <w:r>
        <w:t>an identity</w:t>
      </w:r>
      <w:proofErr w:type="gramEnd"/>
      <w:r>
        <w:t xml:space="preserve"> you did not earn.</w:t>
      </w:r>
    </w:p>
    <w:p w14:paraId="46FC13D8" w14:textId="77777777" w:rsidR="003D7A30" w:rsidRDefault="006C6BDA">
      <w:pPr>
        <w:pStyle w:val="Body"/>
      </w:pPr>
      <w:r>
        <w:t>That means your Baptism is not mainly about your promise to be serious. It is about God’s promise and action in Christ.</w:t>
      </w:r>
    </w:p>
    <w:p w14:paraId="4F920FB9" w14:textId="77777777" w:rsidR="003D7A30" w:rsidRDefault="006C6BDA">
      <w:pPr>
        <w:pStyle w:val="Body"/>
      </w:pPr>
      <w:r>
        <w:t>That matters because many young men keep trying to name themselves by whatever feels strongest in the moment. Failure says, “This is who you are.” Shame says, “This is who you are.” Lust, anger, laziness, pride, approval, success, and comparison all try to hand a man a name.</w:t>
      </w:r>
    </w:p>
    <w:p w14:paraId="31720646" w14:textId="5EF353F9" w:rsidR="003D7A30" w:rsidRDefault="006C6BDA">
      <w:pPr>
        <w:pStyle w:val="LineStack"/>
        <w:rPr>
          <w:b/>
        </w:rPr>
      </w:pPr>
      <w:r>
        <w:rPr>
          <w:b/>
        </w:rPr>
        <w:t>But Baptism speaks a deeper word: You belong to Christ.</w:t>
      </w:r>
    </w:p>
    <w:p w14:paraId="37E972B7" w14:textId="77777777" w:rsidR="00580CD1" w:rsidRDefault="00580CD1">
      <w:pPr>
        <w:pStyle w:val="LineStack"/>
        <w:rPr>
          <w:b/>
        </w:rPr>
      </w:pPr>
    </w:p>
    <w:p w14:paraId="7E676BA4" w14:textId="77777777" w:rsidR="003D7A30" w:rsidRDefault="006C6BDA">
      <w:pPr>
        <w:pStyle w:val="Body"/>
      </w:pPr>
      <w:r>
        <w:t>That does not mean your sin is imaginary. It means your sin does not get the final word. The old Adam in you still needs to be drowned. He does not improve through flattery. He has to be put to death through repentance.</w:t>
      </w:r>
    </w:p>
    <w:p w14:paraId="609965F7" w14:textId="77777777" w:rsidR="003D7A30" w:rsidRDefault="006C6BDA">
      <w:pPr>
        <w:pStyle w:val="Body"/>
      </w:pPr>
      <w:r>
        <w:t>But the Christian life does not end with drowning. It also rises. Daily repentance is not only admitting what is wrong. It is returning to what God has made true in Christ. The old man is drowned, and the new man rises to live before God in righteousness and purity.</w:t>
      </w:r>
    </w:p>
    <w:p w14:paraId="77E9AA71" w14:textId="77777777" w:rsidR="003D7A30" w:rsidRDefault="006C6BDA">
      <w:pPr>
        <w:pStyle w:val="Body"/>
      </w:pPr>
      <w:r>
        <w:t>That gives a young man a way to return when he has failed. He does not need to perform his way back into the family. He returns to Christ, confesses the truth, receives forgiveness, and remembers that God has already spoken a better word over him.</w:t>
      </w:r>
    </w:p>
    <w:p w14:paraId="5A3C989A" w14:textId="77777777" w:rsidR="003D7A30" w:rsidRDefault="006C6BDA">
      <w:pPr>
        <w:pStyle w:val="Body"/>
      </w:pPr>
      <w:r>
        <w:t>Baptism also protects growth from becoming performance. You do not build habits to become lovable. You build habits because you have been loved, washed, claimed, and called into a new life.</w:t>
      </w:r>
    </w:p>
    <w:p w14:paraId="61B726FB" w14:textId="376F2C2E" w:rsidR="003D7A30" w:rsidRDefault="006C6BDA">
      <w:pPr>
        <w:pStyle w:val="Body"/>
      </w:pPr>
      <w:r>
        <w:t>So</w:t>
      </w:r>
      <w:r w:rsidR="00580CD1">
        <w:t>,</w:t>
      </w:r>
      <w:r>
        <w:t xml:space="preserve"> when accusation tells you to hide, return to your Baptism. When performance tells you to prove yourself, return to your Baptism. When shame tells you your sin is your name, return to your Baptism. When drift makes you dull, return to your Baptism.</w:t>
      </w:r>
    </w:p>
    <w:p w14:paraId="6BA4E7AB" w14:textId="77777777" w:rsidR="00A715D7" w:rsidRDefault="00A715D7" w:rsidP="00A715D7">
      <w:pPr>
        <w:pStyle w:val="Body"/>
      </w:pPr>
      <w:r>
        <w:t>Not as a technique for managing your feelings. As faith returning to what God has actually done.</w:t>
      </w:r>
    </w:p>
    <w:p w14:paraId="4462A4C5" w14:textId="28269813" w:rsidR="00580CD1" w:rsidRPr="00580CD1" w:rsidRDefault="00580CD1" w:rsidP="00A715D7">
      <w:pPr>
        <w:pStyle w:val="Body"/>
      </w:pPr>
      <w:r w:rsidRPr="00580CD1">
        <w:lastRenderedPageBreak/>
        <w:t>And here is why you can return there with confidence:</w:t>
      </w:r>
    </w:p>
    <w:p w14:paraId="1757E745" w14:textId="77777777" w:rsidR="00580CD1" w:rsidRPr="00580CD1" w:rsidRDefault="00580CD1" w:rsidP="00580CD1">
      <w:pPr>
        <w:pStyle w:val="Body"/>
        <w:rPr>
          <w:b/>
          <w:bCs/>
        </w:rPr>
      </w:pPr>
      <w:r w:rsidRPr="00580CD1">
        <w:rPr>
          <w:b/>
          <w:bCs/>
        </w:rPr>
        <w:t>God does not change.</w:t>
      </w:r>
    </w:p>
    <w:p w14:paraId="22500368" w14:textId="77777777" w:rsidR="00580CD1" w:rsidRPr="00580CD1" w:rsidRDefault="00580CD1" w:rsidP="00580CD1">
      <w:pPr>
        <w:pStyle w:val="Body"/>
      </w:pPr>
      <w:r w:rsidRPr="00580CD1">
        <w:t>The word He spoke over you in Baptism is not fragile. It does not weaken when your feelings do. It does not expire when you fail. It does not become less true because you have been inconsistent, distracted, ashamed, or slow to return.</w:t>
      </w:r>
    </w:p>
    <w:p w14:paraId="729F6F3D" w14:textId="77777777" w:rsidR="00580CD1" w:rsidRPr="00580CD1" w:rsidRDefault="00580CD1" w:rsidP="00580CD1">
      <w:pPr>
        <w:pStyle w:val="Body"/>
      </w:pPr>
      <w:r w:rsidRPr="00580CD1">
        <w:t>God is not faithful one week and uncertain the next. He does not claim you in mercy and then become unreliable when you need mercy again. He does not put His name on you lightly.</w:t>
      </w:r>
    </w:p>
    <w:p w14:paraId="697B7BC8" w14:textId="77777777" w:rsidR="00580CD1" w:rsidRPr="00580CD1" w:rsidRDefault="00580CD1" w:rsidP="00580CD1">
      <w:pPr>
        <w:pStyle w:val="Body"/>
      </w:pPr>
      <w:r w:rsidRPr="00580CD1">
        <w:t>What He says, He means.</w:t>
      </w:r>
      <w:r w:rsidRPr="00580CD1">
        <w:br/>
        <w:t>What He promises, He keeps.</w:t>
      </w:r>
      <w:r w:rsidRPr="00580CD1">
        <w:br/>
        <w:t>What He claims, He does not casually abandon.</w:t>
      </w:r>
    </w:p>
    <w:p w14:paraId="414894FA" w14:textId="77777777" w:rsidR="00580CD1" w:rsidRPr="00580CD1" w:rsidRDefault="00580CD1" w:rsidP="00580CD1">
      <w:pPr>
        <w:pStyle w:val="Body"/>
      </w:pPr>
      <w:r w:rsidRPr="00580CD1">
        <w:t>That is why Baptism is an anchor. Not because your grip on God is always strong, but because God’s grip on His promise is never weak.</w:t>
      </w:r>
    </w:p>
    <w:p w14:paraId="18881530" w14:textId="77777777" w:rsidR="00580CD1" w:rsidRPr="00580CD1" w:rsidRDefault="00580CD1" w:rsidP="00580CD1">
      <w:pPr>
        <w:pStyle w:val="Body"/>
      </w:pPr>
      <w:r w:rsidRPr="00580CD1">
        <w:t>A God who changed with your moods would be no refuge. A God who loved you when you felt serious and withdrew when you stumbled would be no Savior. A God whose promises depended on your emotional consistency would leave you with nothing solid to stand on.</w:t>
      </w:r>
    </w:p>
    <w:p w14:paraId="37A18829" w14:textId="77777777" w:rsidR="00580CD1" w:rsidRPr="00580CD1" w:rsidRDefault="00580CD1" w:rsidP="00580CD1">
      <w:pPr>
        <w:pStyle w:val="Body"/>
      </w:pPr>
      <w:r w:rsidRPr="00580CD1">
        <w:t>But the God of your Baptism is not like that.</w:t>
      </w:r>
    </w:p>
    <w:p w14:paraId="4AF16FCD" w14:textId="77777777" w:rsidR="00580CD1" w:rsidRPr="00580CD1" w:rsidRDefault="00580CD1" w:rsidP="00580CD1">
      <w:pPr>
        <w:pStyle w:val="Body"/>
      </w:pPr>
      <w:r w:rsidRPr="00580CD1">
        <w:t>He is the same God who joined you to Christ’s death and resurrection. The same God who washed you. The same God who named you. The same God who calls you back when you drift and receives you when you return.</w:t>
      </w:r>
    </w:p>
    <w:p w14:paraId="2B5ADC52" w14:textId="77777777" w:rsidR="00580CD1" w:rsidRPr="00580CD1" w:rsidRDefault="00580CD1" w:rsidP="00580CD1">
      <w:pPr>
        <w:pStyle w:val="Body"/>
      </w:pPr>
      <w:r w:rsidRPr="00580CD1">
        <w:t>Your life changes. Your feelings change. Your attention wanders. Your faith may feel weak.</w:t>
      </w:r>
    </w:p>
    <w:p w14:paraId="57C30F41" w14:textId="77777777" w:rsidR="00580CD1" w:rsidRPr="00580CD1" w:rsidRDefault="00580CD1" w:rsidP="00580CD1">
      <w:pPr>
        <w:pStyle w:val="Body"/>
      </w:pPr>
      <w:r w:rsidRPr="00580CD1">
        <w:t>But God’s promise does not become weak because you are.</w:t>
      </w:r>
    </w:p>
    <w:p w14:paraId="712D05CE" w14:textId="77777777" w:rsidR="00580CD1" w:rsidRPr="00580CD1" w:rsidRDefault="00580CD1" w:rsidP="00580CD1">
      <w:pPr>
        <w:pStyle w:val="Body"/>
      </w:pPr>
      <w:r w:rsidRPr="00580CD1">
        <w:t>That is why a baptized man can return daily without pretending, bargaining, or despairing.</w:t>
      </w:r>
    </w:p>
    <w:p w14:paraId="05D6EC86" w14:textId="26FEAD54" w:rsidR="00580CD1" w:rsidRPr="00580CD1" w:rsidRDefault="00580CD1" w:rsidP="00580CD1">
      <w:pPr>
        <w:pStyle w:val="Body"/>
      </w:pPr>
      <w:r w:rsidRPr="00580CD1">
        <w:t>He returns because God is faithful.</w:t>
      </w:r>
    </w:p>
    <w:p w14:paraId="47E43AF1" w14:textId="77777777" w:rsidR="003D7A30" w:rsidRDefault="006C6BDA">
      <w:pPr>
        <w:pStyle w:val="Body"/>
      </w:pPr>
      <w:r>
        <w:t>A baptized man does not say, “My sin does not matter.” He says, “My sin is real, and Christ has claimed me from it.” He does not say, “I can save myself.” He says, “I have been joined to the Savior.” He does not say, “I am finished because I failed.” He says, “I return daily to the mercy that named me first.”</w:t>
      </w:r>
    </w:p>
    <w:p w14:paraId="19B603C6" w14:textId="31549136" w:rsidR="003D7A30" w:rsidRDefault="006C6BDA">
      <w:pPr>
        <w:pStyle w:val="Body"/>
      </w:pPr>
      <w:r>
        <w:t>That is how a Christian man learns to get back up without pretending and without despair. He returns to Christ. He returns to grace. He returns to the name God gave him.</w:t>
      </w:r>
    </w:p>
    <w:p w14:paraId="145399AA" w14:textId="663AC873" w:rsidR="00580CD1" w:rsidRDefault="00580CD1">
      <w:pPr>
        <w:pStyle w:val="Body"/>
      </w:pPr>
    </w:p>
    <w:p w14:paraId="7828DEBB" w14:textId="52F5AEE8" w:rsidR="00580CD1" w:rsidRDefault="00580CD1">
      <w:pPr>
        <w:pStyle w:val="Body"/>
      </w:pPr>
    </w:p>
    <w:p w14:paraId="3643E79A" w14:textId="0ACE52F1" w:rsidR="00580CD1" w:rsidRDefault="00580CD1">
      <w:pPr>
        <w:pStyle w:val="Body"/>
      </w:pPr>
    </w:p>
    <w:p w14:paraId="28509BA1" w14:textId="77777777" w:rsidR="00A715D7" w:rsidRDefault="00A715D7">
      <w:pPr>
        <w:pStyle w:val="Body"/>
      </w:pPr>
    </w:p>
    <w:p w14:paraId="625587C9" w14:textId="06470CEE" w:rsidR="00580CD1" w:rsidRDefault="00580CD1">
      <w:pPr>
        <w:pStyle w:val="Body"/>
      </w:pPr>
    </w:p>
    <w:p w14:paraId="6EC7B0F1" w14:textId="30587200" w:rsidR="00580CD1" w:rsidRDefault="00580CD1">
      <w:pPr>
        <w:pStyle w:val="Body"/>
      </w:pPr>
    </w:p>
    <w:p w14:paraId="4C1A2C9C" w14:textId="77777777" w:rsidR="00A715D7" w:rsidRDefault="00A715D7">
      <w:pPr>
        <w:pStyle w:val="Body"/>
      </w:pPr>
    </w:p>
    <w:p w14:paraId="7DFA1794" w14:textId="77777777" w:rsidR="00580CD1" w:rsidRDefault="00580CD1">
      <w:pPr>
        <w:pStyle w:val="Body"/>
      </w:pPr>
    </w:p>
    <w:p w14:paraId="76BB7CB2"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lastRenderedPageBreak/>
        <w:t>Field Exercise</w:t>
      </w:r>
    </w:p>
    <w:p w14:paraId="11ABBA98" w14:textId="77777777" w:rsidR="003D7A30" w:rsidRDefault="006C6BDA">
      <w:pPr>
        <w:pStyle w:val="Body"/>
        <w:pBdr>
          <w:left w:val="single" w:sz="10" w:space="0" w:color="D0D0D0"/>
          <w:right w:val="single" w:sz="10" w:space="0" w:color="D0D0D0"/>
        </w:pBdr>
        <w:shd w:val="clear" w:color="auto" w:fill="F7F7F7"/>
        <w:spacing w:after="0"/>
        <w:ind w:left="173" w:right="115"/>
      </w:pPr>
      <w:r>
        <w:t>Write down three names that failure, shame, or performance tries to give you.</w:t>
      </w:r>
    </w:p>
    <w:p w14:paraId="04220B80" w14:textId="77777777" w:rsidR="003D7A30" w:rsidRDefault="006C6BDA">
      <w:pPr>
        <w:pStyle w:val="Body"/>
        <w:pBdr>
          <w:left w:val="single" w:sz="10" w:space="0" w:color="D0D0D0"/>
          <w:right w:val="single" w:sz="10" w:space="0" w:color="D0D0D0"/>
        </w:pBdr>
        <w:shd w:val="clear" w:color="auto" w:fill="F7F7F7"/>
        <w:spacing w:after="0"/>
        <w:ind w:left="173" w:right="115"/>
      </w:pPr>
      <w:r>
        <w:t>Beside each one, write what your Baptism says is more deeply true in Christ.</w:t>
      </w:r>
    </w:p>
    <w:p w14:paraId="291FDC68" w14:textId="77777777" w:rsidR="003D7A30" w:rsidRDefault="006C6BDA">
      <w:pPr>
        <w:pStyle w:val="Body"/>
        <w:pBdr>
          <w:left w:val="single" w:sz="10" w:space="0" w:color="D0D0D0"/>
          <w:right w:val="single" w:sz="10" w:space="0" w:color="D0D0D0"/>
        </w:pBdr>
        <w:shd w:val="clear" w:color="auto" w:fill="F7F7F7"/>
        <w:spacing w:after="0"/>
        <w:ind w:left="173" w:right="115"/>
      </w:pPr>
      <w:r>
        <w:t>Then choose one act of daily return for today:</w:t>
      </w:r>
    </w:p>
    <w:p w14:paraId="46575062" w14:textId="77777777" w:rsidR="003D7A30" w:rsidRDefault="006C6BDA">
      <w:pPr>
        <w:pStyle w:val="LineStack"/>
        <w:pBdr>
          <w:left w:val="single" w:sz="10" w:space="0" w:color="D0D0D0"/>
          <w:right w:val="single" w:sz="10" w:space="0" w:color="D0D0D0"/>
        </w:pBdr>
        <w:shd w:val="clear" w:color="auto" w:fill="F7F7F7"/>
        <w:spacing w:after="0"/>
        <w:ind w:left="173" w:right="115"/>
      </w:pPr>
      <w:r>
        <w:t>confess one sin</w:t>
      </w:r>
    </w:p>
    <w:p w14:paraId="1EB387D6" w14:textId="77777777" w:rsidR="003D7A30" w:rsidRDefault="006C6BDA">
      <w:pPr>
        <w:pStyle w:val="LineStack"/>
        <w:pBdr>
          <w:left w:val="single" w:sz="10" w:space="0" w:color="D0D0D0"/>
          <w:right w:val="single" w:sz="10" w:space="0" w:color="D0D0D0"/>
        </w:pBdr>
        <w:shd w:val="clear" w:color="auto" w:fill="F7F7F7"/>
        <w:spacing w:after="0"/>
        <w:ind w:left="173" w:right="115"/>
      </w:pPr>
      <w:r>
        <w:t>open Scripture before your phone</w:t>
      </w:r>
    </w:p>
    <w:p w14:paraId="686ED41D" w14:textId="77777777" w:rsidR="003D7A30" w:rsidRDefault="006C6BDA">
      <w:pPr>
        <w:pStyle w:val="LineStack"/>
        <w:pBdr>
          <w:left w:val="single" w:sz="10" w:space="0" w:color="D0D0D0"/>
          <w:right w:val="single" w:sz="10" w:space="0" w:color="D0D0D0"/>
        </w:pBdr>
        <w:shd w:val="clear" w:color="auto" w:fill="F7F7F7"/>
        <w:spacing w:after="0"/>
        <w:ind w:left="173" w:right="115"/>
      </w:pPr>
      <w:r>
        <w:t>ask one brother for help</w:t>
      </w:r>
    </w:p>
    <w:p w14:paraId="7ECC3F4A" w14:textId="77777777" w:rsidR="003D7A30" w:rsidRDefault="006C6BDA">
      <w:pPr>
        <w:pStyle w:val="LineStack"/>
        <w:pBdr>
          <w:left w:val="single" w:sz="10" w:space="0" w:color="D0D0D0"/>
          <w:right w:val="single" w:sz="10" w:space="0" w:color="D0D0D0"/>
        </w:pBdr>
        <w:shd w:val="clear" w:color="auto" w:fill="F7F7F7"/>
        <w:spacing w:after="0"/>
        <w:ind w:left="173" w:right="115"/>
      </w:pPr>
      <w:r>
        <w:t>pray one honest prayer instead of hiding</w:t>
      </w:r>
    </w:p>
    <w:p w14:paraId="7CA4E327"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Finish: Because I am baptized into Christ, I can return today by ____________.</w:t>
      </w:r>
    </w:p>
    <w:p w14:paraId="5CAB5750"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Prayer</w:t>
      </w:r>
    </w:p>
    <w:p w14:paraId="3441738D" w14:textId="77777777"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Lord Jesus, thank You for claiming me in Baptism and joining me to Your death and resurrection. Teach me to return daily: confessing sin, receiving mercy, and walking in the new life You give. When shame, failure, or performance try to rename me, bring me back to Your promise. Amen.</w:t>
      </w:r>
    </w:p>
    <w:p w14:paraId="4DFAB9BE" w14:textId="77777777" w:rsidR="003D7A30" w:rsidRDefault="006C6BDA">
      <w:pPr>
        <w:pStyle w:val="Subhead"/>
      </w:pPr>
      <w:r>
        <w:t>Notes</w:t>
      </w:r>
    </w:p>
    <w:p w14:paraId="26B49FD7" w14:textId="77777777" w:rsidR="003D7A30" w:rsidRDefault="006C6BDA">
      <w:pPr>
        <w:pStyle w:val="SectionLabel"/>
        <w:pageBreakBefore/>
      </w:pPr>
      <w:r>
        <w:lastRenderedPageBreak/>
        <w:t>Chapter 6</w:t>
      </w:r>
    </w:p>
    <w:p w14:paraId="7A64D192" w14:textId="77777777" w:rsidR="003D7A30" w:rsidRDefault="006C6BDA">
      <w:pPr>
        <w:pStyle w:val="SectionTitle"/>
      </w:pPr>
      <w:r>
        <w:t>The Checklist</w:t>
      </w:r>
    </w:p>
    <w:p w14:paraId="08C8BF69" w14:textId="77777777" w:rsidR="003D7A30" w:rsidRDefault="006C6BDA">
      <w:pPr>
        <w:pStyle w:val="GuideLine"/>
      </w:pPr>
      <w:r>
        <w:t>How young men learn to carry a false burden Christ never gave them.</w:t>
      </w:r>
    </w:p>
    <w:p w14:paraId="1863CBE1" w14:textId="77777777" w:rsidR="003D7A30" w:rsidRDefault="006C6BDA">
      <w:pPr>
        <w:pStyle w:val="Takeaway"/>
        <w:shd w:val="clear" w:color="auto" w:fill="F2F2F2"/>
      </w:pPr>
      <w:r>
        <w:t>Remember this: Christ did not call you to carry the checklist. He called you to come to Him.</w:t>
      </w:r>
    </w:p>
    <w:p w14:paraId="47913B13" w14:textId="77777777" w:rsidR="003D7A30" w:rsidRDefault="006C6BDA">
      <w:pPr>
        <w:pStyle w:val="Body"/>
      </w:pPr>
      <w:r>
        <w:t>Nobody hands you the checklist.</w:t>
      </w:r>
    </w:p>
    <w:p w14:paraId="2994148E" w14:textId="77777777" w:rsidR="003D7A30" w:rsidRDefault="006C6BDA">
      <w:pPr>
        <w:pStyle w:val="Body"/>
      </w:pPr>
      <w:r>
        <w:t>That is what makes it so powerful. There is no moment where someone sits you down and says, “Here is what you must be in order to matter.” Nobody signs a contract. Nobody makes it official.</w:t>
      </w:r>
    </w:p>
    <w:p w14:paraId="30E55E75" w14:textId="77777777" w:rsidR="003D7A30" w:rsidRDefault="006C6BDA">
      <w:pPr>
        <w:pStyle w:val="Body"/>
      </w:pPr>
      <w:r>
        <w:t>It just appears.</w:t>
      </w:r>
    </w:p>
    <w:p w14:paraId="6A65844B" w14:textId="77777777" w:rsidR="003D7A30" w:rsidRDefault="006C6BDA">
      <w:pPr>
        <w:pStyle w:val="Body"/>
      </w:pPr>
      <w:r>
        <w:t>And by the time you notice it, you have already been carrying it for years.</w:t>
      </w:r>
    </w:p>
    <w:p w14:paraId="539130A0" w14:textId="77777777" w:rsidR="003D7A30" w:rsidRDefault="006C6BDA">
      <w:pPr>
        <w:pStyle w:val="Body"/>
      </w:pPr>
      <w:r>
        <w:t>The checklist is the invisible set of expectations a young man feels he must meet in order to be worth something. Strong but effortless. Confident but not arrogant. Funny but not desperate for attention. Spiritually serious but not weird about it. Athletic or at least capable. Respected. Wanted. Not behind. Not soft. Not ordinary.</w:t>
      </w:r>
    </w:p>
    <w:p w14:paraId="04033BE0" w14:textId="77777777" w:rsidR="003D7A30" w:rsidRDefault="006C6BDA">
      <w:pPr>
        <w:pStyle w:val="Body"/>
      </w:pPr>
      <w:r>
        <w:t>No single person gave you that list. You absorbed it from every room you have ever walked into — from the way people responded when you succeeded and went quiet when you failed, from what got laughed at and what got admired, from what the group rewarded and what it quietly punished.</w:t>
      </w:r>
    </w:p>
    <w:p w14:paraId="0B1CBA60" w14:textId="77777777" w:rsidR="003D7A30" w:rsidRDefault="006C6BDA">
      <w:pPr>
        <w:pStyle w:val="Body"/>
      </w:pPr>
      <w:r>
        <w:t>And now you carry it everywhere.</w:t>
      </w:r>
    </w:p>
    <w:p w14:paraId="6826989D" w14:textId="77777777" w:rsidR="003D7A30" w:rsidRDefault="006C6BDA">
      <w:pPr>
        <w:pStyle w:val="Body"/>
      </w:pPr>
      <w:r>
        <w:t>The weight of the checklist is hard to describe because it does not feel like weight. It feels like normal. Like the ordinary pressure of being alive. You do not notice it the way you would notice a backpack full of bricks. You notice it the way you notice a low-grade headache that has been there so long you forgot what it felt like not to have it.</w:t>
      </w:r>
    </w:p>
    <w:p w14:paraId="2BB9B187" w14:textId="77777777" w:rsidR="003D7A30" w:rsidRDefault="006C6BDA">
      <w:pPr>
        <w:pStyle w:val="Body"/>
      </w:pPr>
      <w:r>
        <w:t>Some young men respond to the checklist by performing. They learn to manage the image. They work the room, project confidence, stay impressive, and make sure the version of themselves that people see is always strong enough to be safe. The performer is exhausting to maintain, but he keeps the fear quiet — at least for a while.</w:t>
      </w:r>
    </w:p>
    <w:p w14:paraId="0DDC5081" w14:textId="77777777" w:rsidR="003D7A30" w:rsidRDefault="006C6BDA">
      <w:pPr>
        <w:pStyle w:val="Body"/>
      </w:pPr>
      <w:r>
        <w:t xml:space="preserve">Other young men respond by hiding. The checklist feels too heavy, the standard too high, the gap between who they are and who they are supposed to be too wide. </w:t>
      </w:r>
      <w:proofErr w:type="gramStart"/>
      <w:r>
        <w:t>So</w:t>
      </w:r>
      <w:proofErr w:type="gramEnd"/>
      <w:r>
        <w:t xml:space="preserve"> they stop trying. They retreat into comfort, passivity, sarcasm, gaming, scrolling, and the low-grade numbness of a life arranged to minimize exposure.</w:t>
      </w:r>
    </w:p>
    <w:p w14:paraId="58090AC7" w14:textId="77777777" w:rsidR="003D7A30" w:rsidRDefault="006C6BDA">
      <w:pPr>
        <w:pStyle w:val="Body"/>
      </w:pPr>
      <w:r>
        <w:t>Here is what matters: those two men look nothing alike from the outside. One looks driven. The other looks checked out. But they are running the same operating system. Underneath the performance and underneath the hiding is the same quiet conviction:</w:t>
      </w:r>
    </w:p>
    <w:p w14:paraId="6DEF4AAF" w14:textId="77777777" w:rsidR="003D7A30" w:rsidRDefault="006C6BDA">
      <w:pPr>
        <w:pStyle w:val="LineStack"/>
      </w:pPr>
      <w:r>
        <w:t>I have to prove that I matter, and I am not sure I can.</w:t>
      </w:r>
    </w:p>
    <w:p w14:paraId="101105FA" w14:textId="77777777" w:rsidR="003D7A30" w:rsidRDefault="006C6BDA">
      <w:pPr>
        <w:pStyle w:val="Body"/>
      </w:pPr>
      <w:r>
        <w:t>That conviction is the checklist talking.</w:t>
      </w:r>
    </w:p>
    <w:p w14:paraId="781EF898" w14:textId="77777777" w:rsidR="003D7A30" w:rsidRDefault="006C6BDA">
      <w:pPr>
        <w:pStyle w:val="Body"/>
      </w:pPr>
      <w:r>
        <w:t>And here is why the checklist is so cruel: it keeps moving the line. Meet one standard and three more appear. Become impressive in one way and discover three new ways you are not impressive enough. The checklist does not reward success. It uses success to raise the threshold.</w:t>
      </w:r>
    </w:p>
    <w:p w14:paraId="5733E8F0" w14:textId="77777777" w:rsidR="003D7A30" w:rsidRDefault="006C6BDA">
      <w:pPr>
        <w:pStyle w:val="Body"/>
      </w:pPr>
      <w:r>
        <w:lastRenderedPageBreak/>
        <w:t>That is because the checklist was never designed to satisfy you. It was designed to keep you measured.</w:t>
      </w:r>
    </w:p>
    <w:p w14:paraId="7D7C13A1" w14:textId="77777777" w:rsidR="003D7A30" w:rsidRDefault="006C6BDA">
      <w:pPr>
        <w:pStyle w:val="Body"/>
      </w:pPr>
      <w:r>
        <w:t>A man under the checklist is always in the middle of an audition. There is always a room he is trying to impress, always a standard he is trying to meet, always a gap between who he is and who he feels he needs to become. He may dress that gap in spiritual language — calling it growth, calling it discipline, calling it becoming the man God wants him to be — but the driver underneath is still fear.</w:t>
      </w:r>
    </w:p>
    <w:p w14:paraId="1C09FC87" w14:textId="77777777" w:rsidR="003D7A30" w:rsidRDefault="006C6BDA">
      <w:pPr>
        <w:pStyle w:val="Body"/>
      </w:pPr>
      <w:r>
        <w:t>The checklist is dead weight. It does not make you useful. It only makes you anxious.</w:t>
      </w:r>
    </w:p>
    <w:p w14:paraId="46299664" w14:textId="77777777" w:rsidR="003D7A30" w:rsidRDefault="006C6BDA">
      <w:pPr>
        <w:pStyle w:val="Body"/>
      </w:pPr>
      <w:r>
        <w:t>Jesus speaks directly to men carrying weight like this:</w:t>
      </w:r>
    </w:p>
    <w:p w14:paraId="447B61E1" w14:textId="77777777" w:rsidR="003D7A30" w:rsidRDefault="006C6BDA">
      <w:pPr>
        <w:pStyle w:val="ScriptureAnchor"/>
        <w:shd w:val="clear" w:color="auto" w:fill="F2F2F2"/>
      </w:pPr>
      <w:r>
        <w:t>Scripture Anchor — Matthew 11:28–30</w:t>
      </w:r>
    </w:p>
    <w:p w14:paraId="4C66CFA0" w14:textId="77777777" w:rsidR="003D7A30" w:rsidRDefault="006C6BDA">
      <w:pPr>
        <w:pStyle w:val="ScriptureQuote"/>
      </w:pPr>
      <w:r>
        <w:t>Come to me, all who labor and are heavy laden, and I will give you rest. Take my yoke upon you, and learn from me, for I am gentle and lowly in heart, and you will find rest for your souls. For my yoke is easy, and my burden is light.</w:t>
      </w:r>
    </w:p>
    <w:p w14:paraId="1F3813A1" w14:textId="77777777" w:rsidR="003D7A30" w:rsidRDefault="006C6BDA">
      <w:pPr>
        <w:pStyle w:val="Body"/>
      </w:pPr>
      <w:r>
        <w:t>Read that slowly.</w:t>
      </w:r>
    </w:p>
    <w:p w14:paraId="4555CD8C" w14:textId="77777777" w:rsidR="003D7A30" w:rsidRDefault="006C6BDA">
      <w:pPr>
        <w:pStyle w:val="Body"/>
      </w:pPr>
      <w:r>
        <w:t>Jesus does not say, come to Me and I will hand you a better checklist. He does not say, come to Me and I will raise the standard high enough to finally feel worth reaching. He does not say, come to Me and prove you are serious enough to deserve rest.</w:t>
      </w:r>
    </w:p>
    <w:p w14:paraId="07BB4755" w14:textId="77777777" w:rsidR="003D7A30" w:rsidRDefault="006C6BDA">
      <w:pPr>
        <w:pStyle w:val="Body"/>
      </w:pPr>
      <w:r>
        <w:t>He says: Come.</w:t>
      </w:r>
    </w:p>
    <w:p w14:paraId="36AC48B1" w14:textId="77777777" w:rsidR="003D7A30" w:rsidRDefault="006C6BDA">
      <w:pPr>
        <w:pStyle w:val="Body"/>
      </w:pPr>
      <w:r>
        <w:t xml:space="preserve">That </w:t>
      </w:r>
      <w:proofErr w:type="gramStart"/>
      <w:r>
        <w:t>is</w:t>
      </w:r>
      <w:proofErr w:type="gramEnd"/>
      <w:r>
        <w:t xml:space="preserve"> it.</w:t>
      </w:r>
    </w:p>
    <w:p w14:paraId="0A6D8CB7" w14:textId="77777777" w:rsidR="003D7A30" w:rsidRDefault="006C6BDA">
      <w:pPr>
        <w:pStyle w:val="Body"/>
      </w:pPr>
      <w:r>
        <w:t>Come. I will give you rest. My yoke is easy. My burden is light.</w:t>
      </w:r>
    </w:p>
    <w:p w14:paraId="27BBF6DD" w14:textId="77777777" w:rsidR="003D7A30" w:rsidRDefault="006C6BDA">
      <w:pPr>
        <w:pStyle w:val="Body"/>
      </w:pPr>
      <w:r>
        <w:t>That sentence cuts against almost everything the world teaches young men. The world does not offer rest to people who come as they are. The world offers rest as a reward for people who have earned the right to stop. You can rest when you have finished. You can rest when you have proven yourself. You can rest when the checklist has finally been satisfied.</w:t>
      </w:r>
    </w:p>
    <w:p w14:paraId="70FA4078" w14:textId="77777777" w:rsidR="003D7A30" w:rsidRDefault="006C6BDA">
      <w:pPr>
        <w:pStyle w:val="Body"/>
      </w:pPr>
      <w:r>
        <w:t>Jesus offers rest first. He offers it to the laboring and the heavy laden — not to the people who have gotten their act together, but to the people who are tired from trying.</w:t>
      </w:r>
    </w:p>
    <w:p w14:paraId="4B8820AC" w14:textId="77777777" w:rsidR="003D7A30" w:rsidRDefault="006C6BDA">
      <w:pPr>
        <w:pStyle w:val="Body"/>
      </w:pPr>
      <w:r>
        <w:t>That does not mean responsibility disappears. It does not mean the burden of love, service, honesty, and faithfulness is gone. Jesus says His yoke is easy, not that there is no yoke. There is still weight to carry. But it is the right weight. And the right weight, carried with Christ, is different in kind from the crushing false weight of the checklist.</w:t>
      </w:r>
    </w:p>
    <w:p w14:paraId="405A41AC" w14:textId="77777777" w:rsidR="003D7A30" w:rsidRDefault="006C6BDA">
      <w:pPr>
        <w:pStyle w:val="Body"/>
      </w:pPr>
      <w:r>
        <w:t>The checklist says: carry this so you can matter.</w:t>
      </w:r>
    </w:p>
    <w:p w14:paraId="61963F7F" w14:textId="77777777" w:rsidR="003D7A30" w:rsidRDefault="006C6BDA">
      <w:pPr>
        <w:pStyle w:val="Body"/>
      </w:pPr>
      <w:r>
        <w:t>Christ says: you already matter to Me. Now come and carry what love actually requires.</w:t>
      </w:r>
    </w:p>
    <w:p w14:paraId="5C0EC713" w14:textId="77777777" w:rsidR="003D7A30" w:rsidRDefault="006C6BDA">
      <w:pPr>
        <w:pStyle w:val="Body"/>
      </w:pPr>
      <w:r>
        <w:t>That reordering changes everything. A man freed from the checklist does not become passive. He becomes honest. He can pursue strength without worshiping it. He can work hard without turning work into self-justification. He can grow in discipline without making discipline into theater.</w:t>
      </w:r>
    </w:p>
    <w:p w14:paraId="3DF7F8DF" w14:textId="77777777" w:rsidR="003D7A30" w:rsidRDefault="006C6BDA">
      <w:pPr>
        <w:pStyle w:val="Body"/>
      </w:pPr>
      <w:r>
        <w:t>He can fail without it becoming a verdict.</w:t>
      </w:r>
    </w:p>
    <w:p w14:paraId="6D135C19" w14:textId="77777777" w:rsidR="003D7A30" w:rsidRDefault="006C6BDA">
      <w:pPr>
        <w:pStyle w:val="Body"/>
      </w:pPr>
      <w:r>
        <w:t>He can succeed without it becoming an identity.</w:t>
      </w:r>
    </w:p>
    <w:p w14:paraId="1AC12A2A" w14:textId="77777777" w:rsidR="003D7A30" w:rsidRDefault="006C6BDA">
      <w:pPr>
        <w:pStyle w:val="Body"/>
      </w:pPr>
      <w:r>
        <w:t>He can walk into a room without auditing how well it is going.</w:t>
      </w:r>
    </w:p>
    <w:p w14:paraId="7F7B4321" w14:textId="77777777" w:rsidR="003D7A30" w:rsidRDefault="006C6BDA">
      <w:pPr>
        <w:pStyle w:val="Body"/>
      </w:pPr>
      <w:r>
        <w:t>That is not weakness. That is freedom. And it is available to you — not after you have satisfied the checklist, but now, in Christ, as a son who belongs to the Father before he performs anything at all.</w:t>
      </w:r>
    </w:p>
    <w:p w14:paraId="36CB39D5" w14:textId="77777777" w:rsidR="003D7A30" w:rsidRDefault="006C6BDA">
      <w:pPr>
        <w:pStyle w:val="Body"/>
      </w:pPr>
      <w:r>
        <w:lastRenderedPageBreak/>
        <w:t>So put it down.</w:t>
      </w:r>
    </w:p>
    <w:p w14:paraId="2D766923" w14:textId="77777777" w:rsidR="003D7A30" w:rsidRDefault="006C6BDA">
      <w:pPr>
        <w:pStyle w:val="Body"/>
      </w:pPr>
      <w:r>
        <w:t>Not responsibility. Not faithfulness. Not the real weight of love and service and honest work.</w:t>
      </w:r>
    </w:p>
    <w:p w14:paraId="32AC2581" w14:textId="77777777" w:rsidR="003D7A30" w:rsidRDefault="006C6BDA">
      <w:pPr>
        <w:pStyle w:val="Body"/>
      </w:pPr>
      <w:r>
        <w:t>The checklist. The false burden. The invisible standard you have been carrying since you were old enough to notice what the room rewarded.</w:t>
      </w:r>
    </w:p>
    <w:p w14:paraId="11278BC6" w14:textId="77777777" w:rsidR="003D7A30" w:rsidRDefault="006C6BDA">
      <w:pPr>
        <w:pStyle w:val="Body"/>
      </w:pPr>
      <w:r>
        <w:t>Christ did not give it to you. He is not asking you to carry it. And He is still saying the same thing He said to every laboring, heavy-laden person who has ever come to Him:</w:t>
      </w:r>
    </w:p>
    <w:p w14:paraId="3529F077" w14:textId="77777777" w:rsidR="003D7A30" w:rsidRDefault="006C6BDA">
      <w:pPr>
        <w:pStyle w:val="LineStack"/>
      </w:pPr>
      <w:r>
        <w:t>Come.</w:t>
      </w:r>
    </w:p>
    <w:p w14:paraId="24FACE4A"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Field Exercise</w:t>
      </w:r>
    </w:p>
    <w:p w14:paraId="44C8A42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Write this heading: The Checklist I Feel Pressured to Carry</w:t>
      </w:r>
    </w:p>
    <w:p w14:paraId="604F547F"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List the specific things you feel you must be in order to matter.</w:t>
      </w:r>
    </w:p>
    <w:p w14:paraId="5E697988"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Now mark each item with one of these labels:</w:t>
      </w:r>
    </w:p>
    <w:p w14:paraId="0F6837B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Given by God</w:t>
      </w:r>
    </w:p>
    <w:p w14:paraId="2C2F25A1"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Distorted by pride</w:t>
      </w:r>
    </w:p>
    <w:p w14:paraId="27C34E68"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Invented by fear</w:t>
      </w:r>
    </w:p>
    <w:p w14:paraId="0AA3B91C"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Circle the heaviest false burden and write:</w:t>
      </w:r>
    </w:p>
    <w:p w14:paraId="46012C08"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Christ has not asked me to carry ____________.</w:t>
      </w:r>
    </w:p>
    <w:p w14:paraId="360305F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Then write: One concrete way I will stop obeying that false burden this week is ____________.</w:t>
      </w:r>
    </w:p>
    <w:p w14:paraId="2D08FDD8"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Prayer</w:t>
      </w:r>
    </w:p>
    <w:p w14:paraId="4CFF1FE2" w14:textId="77777777" w:rsidR="003D7A30" w:rsidRDefault="006C6BDA" w:rsidP="001842B1">
      <w:pPr>
        <w:pStyle w:val="Body"/>
        <w:keepLines/>
        <w:pBdr>
          <w:left w:val="single" w:sz="10" w:space="0" w:color="D0D0D0"/>
          <w:bottom w:val="single" w:sz="10" w:space="0" w:color="D0D0D0"/>
          <w:right w:val="single" w:sz="10" w:space="0" w:color="D0D0D0"/>
        </w:pBdr>
        <w:shd w:val="clear" w:color="auto" w:fill="F7F7F7"/>
        <w:ind w:left="173" w:right="115"/>
      </w:pPr>
      <w:r>
        <w:t>Lord Jesus, expose the false checklist I keep trying to satisfy. Free me from the fear of man, the hunger for approval, and the need to build myself through performance. Teach me to come to You as I am — not after I have fixed myself, not after I have proven I am serious, but now. Give me rest, and teach me to carry only what love requires. Amen.</w:t>
      </w:r>
    </w:p>
    <w:p w14:paraId="727707D3" w14:textId="77777777" w:rsidR="003D7A30" w:rsidRDefault="006C6BDA">
      <w:pPr>
        <w:pStyle w:val="Subhead"/>
      </w:pPr>
      <w:r>
        <w:t>Notes</w:t>
      </w:r>
    </w:p>
    <w:p w14:paraId="5B742AFA" w14:textId="77777777" w:rsidR="003D7A30" w:rsidRDefault="006C6BDA">
      <w:pPr>
        <w:pStyle w:val="PartLabel"/>
        <w:pageBreakBefore/>
      </w:pPr>
      <w:r>
        <w:lastRenderedPageBreak/>
        <w:t>Part II</w:t>
      </w:r>
    </w:p>
    <w:p w14:paraId="12A1A672" w14:textId="77777777" w:rsidR="003D7A30" w:rsidRDefault="006C6BDA">
      <w:pPr>
        <w:pStyle w:val="PartTitle"/>
      </w:pPr>
      <w:r>
        <w:t>Truth in the Light</w:t>
      </w:r>
    </w:p>
    <w:p w14:paraId="4AA116EF" w14:textId="77777777" w:rsidR="00AB2348" w:rsidRDefault="006C6BDA" w:rsidP="00AB2348">
      <w:pPr>
        <w:pStyle w:val="PartIntro"/>
      </w:pPr>
      <w:r>
        <w:t>This part moves from split living and hidden weakness into honesty, accusation, brotherhood, and confession. It is about bringing things into the light before they grow in the dark.</w:t>
      </w:r>
    </w:p>
    <w:p w14:paraId="31ABABB4" w14:textId="12365D2C" w:rsidR="003D7A30" w:rsidRDefault="006C6BDA" w:rsidP="00AB2348">
      <w:pPr>
        <w:pStyle w:val="PartIntro"/>
      </w:pPr>
      <w:r>
        <w:t>Chapter 7</w:t>
      </w:r>
    </w:p>
    <w:p w14:paraId="21E6D66F" w14:textId="77777777" w:rsidR="003D7A30" w:rsidRDefault="006C6BDA">
      <w:pPr>
        <w:pStyle w:val="SectionTitle"/>
      </w:pPr>
      <w:r>
        <w:t>The Fractured Man</w:t>
      </w:r>
    </w:p>
    <w:p w14:paraId="2FBD2316" w14:textId="77777777" w:rsidR="003D7A30" w:rsidRDefault="006C6BDA">
      <w:pPr>
        <w:pStyle w:val="GuideLine"/>
      </w:pPr>
      <w:r>
        <w:t>What it means to become the same man in every room.</w:t>
      </w:r>
    </w:p>
    <w:p w14:paraId="05F7D6C4"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A divided man is weaker than he looks — and weight will eventually show it.</w:t>
      </w:r>
    </w:p>
    <w:p w14:paraId="0FF6D388" w14:textId="77777777" w:rsidR="003D7A30" w:rsidRDefault="006C6BDA">
      <w:pPr>
        <w:pStyle w:val="Body"/>
      </w:pPr>
      <w:r>
        <w:t>A fractured man is not always easy to spot, because this kind of fracture often looks like social skill. In this chapter, fracture means performance: the man who changes shape for his audience.</w:t>
      </w:r>
    </w:p>
    <w:p w14:paraId="0B1DAFF9" w14:textId="77777777" w:rsidR="003D7A30" w:rsidRDefault="006C6BDA">
      <w:pPr>
        <w:pStyle w:val="Body"/>
      </w:pPr>
      <w:r>
        <w:t>He is one man in one room and another in the next. One man with his parents. Another with friends. Another at church. Another late at night on his phone. He studies the room and becomes whatever seems safest, strongest, funniest, or most admired there.</w:t>
      </w:r>
    </w:p>
    <w:p w14:paraId="0CF49357" w14:textId="77777777" w:rsidR="003D7A30" w:rsidRDefault="006C6BDA">
      <w:pPr>
        <w:pStyle w:val="Body"/>
      </w:pPr>
      <w:r>
        <w:t>Around one group, he becomes louder. Around another, softer. Around one group, he acts pure. Around another, filthy. Around one group, he sounds brave. Around another, cynical. The problem is not that he knows how to speak differently in different settings. The problem is that he becomes a different self.</w:t>
      </w:r>
    </w:p>
    <w:p w14:paraId="1DC526B5" w14:textId="77777777" w:rsidR="003D7A30" w:rsidRDefault="006C6BDA">
      <w:pPr>
        <w:pStyle w:val="Body"/>
      </w:pPr>
      <w:r>
        <w:t>Adaptability can become dishonesty. Changing tone can become changing self. Performance can become fracture.</w:t>
      </w:r>
    </w:p>
    <w:p w14:paraId="2F6AA6C7" w14:textId="77777777" w:rsidR="003D7A30" w:rsidRDefault="006C6BDA">
      <w:pPr>
        <w:pStyle w:val="Body"/>
      </w:pPr>
      <w:r>
        <w:t>The deeper meaning of integrity is wholeness. Structural integrity means a bridge is whole enough to bear weight. Moral integrity means a man is whole enough to bear responsibility.</w:t>
      </w:r>
    </w:p>
    <w:p w14:paraId="298CDC89" w14:textId="77777777" w:rsidR="003D7A30" w:rsidRDefault="006C6BDA">
      <w:pPr>
        <w:pStyle w:val="Body"/>
      </w:pPr>
      <w:r>
        <w:t>That is what the fractured man lacks. He may have talent and charm, but he is not whole. Because he is not whole, he is weaker than he looks.</w:t>
      </w:r>
    </w:p>
    <w:p w14:paraId="1BF54F1C" w14:textId="77777777" w:rsidR="003D7A30" w:rsidRDefault="006C6BDA">
      <w:pPr>
        <w:pStyle w:val="Body"/>
      </w:pPr>
      <w:r>
        <w:t>Life eventually puts weight on a man: responsibility, marriage, fatherhood, leadership, temptation, suffering, trust. If a man is divided inside, weight exposes him.</w:t>
      </w:r>
    </w:p>
    <w:p w14:paraId="2CE8A8C2" w14:textId="77777777" w:rsidR="003D7A30" w:rsidRDefault="006C6BDA">
      <w:pPr>
        <w:pStyle w:val="Body"/>
      </w:pPr>
      <w:r>
        <w:t>That is why some collapses feel sudden from the outside but were actually forming for years. The collapse was not sudden. The exposure was sudden.</w:t>
      </w:r>
    </w:p>
    <w:p w14:paraId="749EEE2B" w14:textId="77777777" w:rsidR="003D7A30" w:rsidRDefault="006C6BDA">
      <w:pPr>
        <w:pStyle w:val="Body"/>
      </w:pPr>
      <w:r>
        <w:t>Fracture is exhausting because a man has to keep managing versions of himself. He has to remember what he said in one room and what he hid in another. He carries the low-grade fear that exposure is always possible.</w:t>
      </w:r>
    </w:p>
    <w:p w14:paraId="1023E3B5" w14:textId="77777777" w:rsidR="003D7A30" w:rsidRDefault="006C6BDA">
      <w:pPr>
        <w:pStyle w:val="Body"/>
      </w:pPr>
      <w:r>
        <w:t>Proverbs 10:9 says, “Whoever walks in integrity walks securely, but he who makes his ways crooked will be found out.”</w:t>
      </w:r>
    </w:p>
    <w:p w14:paraId="4BE34270" w14:textId="77777777" w:rsidR="003D7A30" w:rsidRDefault="006C6BDA">
      <w:pPr>
        <w:pStyle w:val="Body"/>
      </w:pPr>
      <w:r>
        <w:t>That verse does not say integrity makes a man impressive. It says integrity makes him secure. The man who walks in truth is not constantly managing crooked paths, hidden selves, and the fear of exposure.</w:t>
      </w:r>
    </w:p>
    <w:p w14:paraId="6878988E" w14:textId="77777777" w:rsidR="003D7A30" w:rsidRDefault="006C6BDA">
      <w:pPr>
        <w:pStyle w:val="Body"/>
      </w:pPr>
      <w:r>
        <w:t>Integrity produces security because the man who walks in integrity is not carrying ten hidden versions of himself.</w:t>
      </w:r>
    </w:p>
    <w:p w14:paraId="3E5F91EA" w14:textId="77777777" w:rsidR="00AB2348" w:rsidRDefault="006C6BDA" w:rsidP="00AB2348">
      <w:pPr>
        <w:pStyle w:val="Body"/>
      </w:pPr>
      <w:r>
        <w:lastRenderedPageBreak/>
        <w:t>The goal is not polished perfection. The goal is wholeness. Not being the same man because you have no struggles, but being the same man because you are no longer content to live in pieces.</w:t>
      </w:r>
    </w:p>
    <w:p w14:paraId="7F3C31A9" w14:textId="51A191B4" w:rsidR="003D7A30" w:rsidRPr="00AB2348" w:rsidRDefault="006C6BDA" w:rsidP="00AB2348">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Pr>
          <w:color w:val="1F3B5D"/>
        </w:rPr>
        <w:t>Field Exercise</w:t>
      </w:r>
    </w:p>
    <w:p w14:paraId="434A277E" w14:textId="77777777" w:rsidR="003D7A30" w:rsidRDefault="006C6BDA">
      <w:pPr>
        <w:pStyle w:val="Body"/>
        <w:pBdr>
          <w:left w:val="single" w:sz="10" w:space="0" w:color="D0D0D0"/>
          <w:right w:val="single" w:sz="10" w:space="0" w:color="D0D0D0"/>
        </w:pBdr>
        <w:shd w:val="clear" w:color="auto" w:fill="F7F7F7"/>
        <w:spacing w:after="0"/>
        <w:ind w:left="173" w:right="115"/>
      </w:pPr>
      <w:r>
        <w:t>Draw three boxes and label them:</w:t>
      </w:r>
    </w:p>
    <w:p w14:paraId="0ED9D36F" w14:textId="77777777" w:rsidR="003D7A30" w:rsidRDefault="006C6BDA">
      <w:pPr>
        <w:pStyle w:val="LineStack"/>
        <w:pBdr>
          <w:left w:val="single" w:sz="10" w:space="0" w:color="D0D0D0"/>
          <w:right w:val="single" w:sz="10" w:space="0" w:color="D0D0D0"/>
        </w:pBdr>
        <w:shd w:val="clear" w:color="auto" w:fill="F7F7F7"/>
        <w:spacing w:after="0"/>
        <w:ind w:left="173" w:right="115"/>
      </w:pPr>
      <w:r>
        <w:t>At school</w:t>
      </w:r>
    </w:p>
    <w:p w14:paraId="559107D0" w14:textId="77777777" w:rsidR="003D7A30" w:rsidRDefault="006C6BDA">
      <w:pPr>
        <w:pStyle w:val="LineStack"/>
        <w:pBdr>
          <w:left w:val="single" w:sz="10" w:space="0" w:color="D0D0D0"/>
          <w:right w:val="single" w:sz="10" w:space="0" w:color="D0D0D0"/>
        </w:pBdr>
        <w:shd w:val="clear" w:color="auto" w:fill="F7F7F7"/>
        <w:spacing w:after="0"/>
        <w:ind w:left="173" w:right="115"/>
      </w:pPr>
      <w:r>
        <w:t>At home</w:t>
      </w:r>
    </w:p>
    <w:p w14:paraId="37E5A322" w14:textId="77777777" w:rsidR="003D7A30" w:rsidRDefault="006C6BDA">
      <w:pPr>
        <w:pStyle w:val="LineStack"/>
        <w:pBdr>
          <w:left w:val="single" w:sz="10" w:space="0" w:color="D0D0D0"/>
          <w:right w:val="single" w:sz="10" w:space="0" w:color="D0D0D0"/>
        </w:pBdr>
        <w:shd w:val="clear" w:color="auto" w:fill="F7F7F7"/>
        <w:spacing w:after="0"/>
        <w:ind w:left="173" w:right="115"/>
      </w:pPr>
      <w:r>
        <w:t>With friends or online</w:t>
      </w:r>
    </w:p>
    <w:p w14:paraId="7FB030C1" w14:textId="77777777" w:rsidR="003D7A30" w:rsidRDefault="006C6BDA">
      <w:pPr>
        <w:pStyle w:val="Body"/>
        <w:pBdr>
          <w:left w:val="single" w:sz="10" w:space="0" w:color="D0D0D0"/>
          <w:right w:val="single" w:sz="10" w:space="0" w:color="D0D0D0"/>
        </w:pBdr>
        <w:shd w:val="clear" w:color="auto" w:fill="F7F7F7"/>
        <w:spacing w:after="0"/>
        <w:ind w:left="173" w:right="115"/>
      </w:pPr>
      <w:r>
        <w:t>In each box, write what version of you usually shows up there.</w:t>
      </w:r>
    </w:p>
    <w:p w14:paraId="254B616A"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Then answer: Where do I change shape the most, and what would one step toward being the same man look like?</w:t>
      </w:r>
    </w:p>
    <w:p w14:paraId="57E4D861"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014DD5E9"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unite my heart. Expose the masks, the compartments, and the fear that keeps me divided. Teach me to walk in integrity, not in image. Amen.</w:t>
      </w:r>
    </w:p>
    <w:p w14:paraId="221408DD" w14:textId="77777777" w:rsidR="003D7A30" w:rsidRDefault="006C6BDA">
      <w:pPr>
        <w:pStyle w:val="Subhead"/>
        <w:spacing w:after="80"/>
      </w:pPr>
      <w:r>
        <w:rPr>
          <w:color w:val="546478"/>
        </w:rPr>
        <w:t>Notes</w:t>
      </w:r>
    </w:p>
    <w:p w14:paraId="75A4C91F" w14:textId="77777777" w:rsidR="003D7A30" w:rsidRDefault="006C6BDA">
      <w:pPr>
        <w:pStyle w:val="SectionLabel"/>
        <w:keepLines/>
        <w:pageBreakBefore/>
      </w:pPr>
      <w:r>
        <w:lastRenderedPageBreak/>
        <w:t>Chapter 8</w:t>
      </w:r>
    </w:p>
    <w:p w14:paraId="4DC49080" w14:textId="77777777" w:rsidR="003D7A30" w:rsidRDefault="006C6BDA">
      <w:pPr>
        <w:pStyle w:val="SectionTitle"/>
      </w:pPr>
      <w:r>
        <w:t>Hidden Cracks</w:t>
      </w:r>
    </w:p>
    <w:p w14:paraId="08E865D4" w14:textId="77777777" w:rsidR="003D7A30" w:rsidRDefault="006C6BDA">
      <w:pPr>
        <w:pStyle w:val="GuideLine"/>
      </w:pPr>
      <w:r>
        <w:t>How hidden weakness becomes future collapse.</w:t>
      </w:r>
    </w:p>
    <w:p w14:paraId="56973BFF"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What you hide today becomes weakness under tomorrow’s weight.</w:t>
      </w:r>
    </w:p>
    <w:p w14:paraId="02E59881" w14:textId="77777777" w:rsidR="003D7A30" w:rsidRDefault="006C6BDA">
      <w:pPr>
        <w:pStyle w:val="Body"/>
      </w:pPr>
      <w:r>
        <w:t>Chapter 7 described fracture as performance: a man changing shape from room to room. This chapter goes one level deeper.</w:t>
      </w:r>
    </w:p>
    <w:p w14:paraId="3D1851CC" w14:textId="77777777" w:rsidR="003D7A30" w:rsidRDefault="006C6BDA">
      <w:pPr>
        <w:pStyle w:val="Body"/>
      </w:pPr>
      <w:r>
        <w:t>Hidden cracks are about concealment: the specific sins, habits, resentments, and weaknesses a man has decided nobody will find.</w:t>
      </w:r>
    </w:p>
    <w:p w14:paraId="6906DD25" w14:textId="77777777" w:rsidR="003D7A30" w:rsidRDefault="006C6BDA">
      <w:pPr>
        <w:pStyle w:val="Body"/>
      </w:pPr>
      <w:r>
        <w:t>Some failures do not begin where they appear.</w:t>
      </w:r>
    </w:p>
    <w:p w14:paraId="475EC3B6" w14:textId="77777777" w:rsidR="003D7A30" w:rsidRDefault="006C6BDA">
      <w:pPr>
        <w:pStyle w:val="Body"/>
      </w:pPr>
      <w:r>
        <w:t>From the outside, collapse often looks sudden. A man blows up his life. A secret comes out. A relationship falls apart. People say, “That came out of nowhere.” But often the truth is simpler: the collapse was not sudden; the exposure was sudden. The crack was already there.</w:t>
      </w:r>
    </w:p>
    <w:p w14:paraId="1986ECD8" w14:textId="77777777" w:rsidR="003D7A30" w:rsidRDefault="006C6BDA">
      <w:pPr>
        <w:pStyle w:val="Body"/>
      </w:pPr>
      <w:r>
        <w:t>A bridge can look strong for years and still contain hidden fractures. A man can do the same.</w:t>
      </w:r>
    </w:p>
    <w:p w14:paraId="6838D822" w14:textId="77777777" w:rsidR="003D7A30" w:rsidRDefault="006C6BDA">
      <w:pPr>
        <w:pStyle w:val="Body"/>
      </w:pPr>
      <w:r>
        <w:t>He may look capable, articulate, respected, even disciplined. And still there may be cracks: private dishonesty, unconfessed lust, resentment, a habit of hiding, a life divided into compartments, a deep spiritual laziness disguised as being busy.</w:t>
      </w:r>
    </w:p>
    <w:p w14:paraId="67C87CFF" w14:textId="77777777" w:rsidR="003D7A30" w:rsidRDefault="006C6BDA">
      <w:pPr>
        <w:pStyle w:val="Body"/>
      </w:pPr>
      <w:r>
        <w:t>Cracks matter because life brings weight.</w:t>
      </w:r>
    </w:p>
    <w:p w14:paraId="11702B04" w14:textId="77777777" w:rsidR="003D7A30" w:rsidRDefault="006C6BDA">
      <w:pPr>
        <w:pStyle w:val="Body"/>
      </w:pPr>
      <w:r>
        <w:t>Marriage is weight. Fatherhood is weight. Trust is weight. Leadership is weight. Loneliness is weight. Suffering is weight. Temptation is weight. Weight reveals structure.</w:t>
      </w:r>
    </w:p>
    <w:p w14:paraId="172EECE8" w14:textId="77777777" w:rsidR="003D7A30" w:rsidRDefault="006C6BDA">
      <w:pPr>
        <w:pStyle w:val="Body"/>
      </w:pPr>
      <w:r>
        <w:t>That is not bad news. Better to know where the cracks are now than after collapse later.</w:t>
      </w:r>
    </w:p>
    <w:p w14:paraId="7E433973" w14:textId="77777777" w:rsidR="003D7A30" w:rsidRDefault="006C6BDA">
      <w:pPr>
        <w:pStyle w:val="Body"/>
      </w:pPr>
      <w:r>
        <w:t>One of the worst things that can happen to a man is not that he sees his weakness too clearly. It is that he mistakes early stability for actual strength. He says, “I’m doing fine. Nobody knows. It’s not affecting anything important.” But that is often what a hidden crack sounds like when it talks.</w:t>
      </w:r>
    </w:p>
    <w:p w14:paraId="73FFE151" w14:textId="77777777" w:rsidR="003D7A30" w:rsidRDefault="006C6BDA">
      <w:pPr>
        <w:pStyle w:val="Body"/>
      </w:pPr>
      <w:r>
        <w:t>Most serious collapse begins with tolerated weakness: a habit you excuse, a lie you repeat, a sin you hide, a compromise you normalize.</w:t>
      </w:r>
    </w:p>
    <w:p w14:paraId="3A73DA09" w14:textId="77777777" w:rsidR="003D7A30" w:rsidRDefault="006C6BDA">
      <w:pPr>
        <w:pStyle w:val="Body"/>
      </w:pPr>
      <w:r>
        <w:t>Psalm 32 shows what hidden sin does to a man. David says that when he kept silent, his strength dried up. But when he acknowledged his sin to the Lord and did not cover his iniquity, the Lord forgave him.</w:t>
      </w:r>
    </w:p>
    <w:p w14:paraId="09805D9F" w14:textId="77777777" w:rsidR="003D7A30" w:rsidRDefault="006C6BDA">
      <w:pPr>
        <w:pStyle w:val="Body"/>
      </w:pPr>
      <w:r>
        <w:t>Hidden sin does not stay weightless. It presses on the soul. But confession brings the truth into the presence of mercy.</w:t>
      </w:r>
    </w:p>
    <w:p w14:paraId="1C9441C7" w14:textId="77777777" w:rsidR="003D7A30" w:rsidRDefault="006C6BDA">
      <w:pPr>
        <w:pStyle w:val="Body"/>
      </w:pPr>
      <w:r>
        <w:t>That is why exposure is not the enemy. Mercyless exposure is terrifying, but confession before God is not mercyless. It is truth brought before the God who forgives.</w:t>
      </w:r>
    </w:p>
    <w:p w14:paraId="7EAC3ECA" w14:textId="77777777" w:rsidR="003D7A30" w:rsidRDefault="006C6BDA">
      <w:pPr>
        <w:pStyle w:val="Body"/>
      </w:pPr>
      <w:r>
        <w:t>An engineer who discovers a crack does not say, “Let’s hope that doesn’t matter later.” He investigates, exposes, and takes the weakness seriously.</w:t>
      </w:r>
    </w:p>
    <w:p w14:paraId="30F1C0DF" w14:textId="77777777" w:rsidR="003D7A30" w:rsidRDefault="006C6BDA">
      <w:pPr>
        <w:pStyle w:val="Body"/>
      </w:pPr>
      <w:r>
        <w:t>The same is true spiritually. If you know you are hiding something and keep protecting it, that is not maturity. That is negligence.</w:t>
      </w:r>
    </w:p>
    <w:p w14:paraId="4580FDA8" w14:textId="77777777" w:rsidR="003D7A30" w:rsidRDefault="006C6BDA">
      <w:pPr>
        <w:pStyle w:val="Body"/>
      </w:pPr>
      <w:r>
        <w:lastRenderedPageBreak/>
        <w:t>Do not wait until a crack becomes catastrophic before you take it seriously. The habits you build now are the habits you bring with you.</w:t>
      </w:r>
    </w:p>
    <w:p w14:paraId="008FFD49" w14:textId="77777777" w:rsidR="003D7A30" w:rsidRDefault="006C6BDA">
      <w:pPr>
        <w:pStyle w:val="Body"/>
      </w:pPr>
      <w:r>
        <w:t>The Christian response is neither denial nor despair. It is this: Yes, the crack is real. No, I will not ignore it. No, I will not call it my identity. Yes, I will bring it into the light. Yes, I will let Christ deal with it.</w:t>
      </w:r>
    </w:p>
    <w:p w14:paraId="2EF49889"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788C9064" w14:textId="77777777" w:rsidR="003D7A30" w:rsidRDefault="006C6BDA">
      <w:pPr>
        <w:pStyle w:val="Body"/>
        <w:pBdr>
          <w:left w:val="single" w:sz="10" w:space="0" w:color="D0D0D0"/>
          <w:right w:val="single" w:sz="10" w:space="0" w:color="D0D0D0"/>
        </w:pBdr>
        <w:shd w:val="clear" w:color="auto" w:fill="F7F7F7"/>
        <w:spacing w:after="0"/>
        <w:ind w:left="173" w:right="115"/>
      </w:pPr>
      <w:r>
        <w:t>Use three words:</w:t>
      </w:r>
    </w:p>
    <w:p w14:paraId="438C42C1" w14:textId="77777777" w:rsidR="003D7A30" w:rsidRDefault="006C6BDA">
      <w:pPr>
        <w:pStyle w:val="LineStack"/>
        <w:pBdr>
          <w:left w:val="single" w:sz="10" w:space="0" w:color="D0D0D0"/>
          <w:right w:val="single" w:sz="10" w:space="0" w:color="D0D0D0"/>
        </w:pBdr>
        <w:shd w:val="clear" w:color="auto" w:fill="F7F7F7"/>
        <w:spacing w:after="0"/>
        <w:ind w:left="173" w:right="115"/>
      </w:pPr>
      <w:r>
        <w:t>Name it.</w:t>
      </w:r>
    </w:p>
    <w:p w14:paraId="76E9B011" w14:textId="77777777" w:rsidR="003D7A30" w:rsidRDefault="006C6BDA">
      <w:pPr>
        <w:pStyle w:val="LineStack"/>
        <w:pBdr>
          <w:left w:val="single" w:sz="10" w:space="0" w:color="D0D0D0"/>
          <w:right w:val="single" w:sz="10" w:space="0" w:color="D0D0D0"/>
        </w:pBdr>
        <w:shd w:val="clear" w:color="auto" w:fill="F7F7F7"/>
        <w:spacing w:after="0"/>
        <w:ind w:left="173" w:right="115"/>
      </w:pPr>
      <w:r>
        <w:t>Tell someone.</w:t>
      </w:r>
    </w:p>
    <w:p w14:paraId="7E1460BA" w14:textId="77777777" w:rsidR="003D7A30" w:rsidRDefault="006C6BDA">
      <w:pPr>
        <w:pStyle w:val="LineStack"/>
        <w:pBdr>
          <w:left w:val="single" w:sz="10" w:space="0" w:color="D0D0D0"/>
          <w:right w:val="single" w:sz="10" w:space="0" w:color="D0D0D0"/>
        </w:pBdr>
        <w:shd w:val="clear" w:color="auto" w:fill="F7F7F7"/>
        <w:spacing w:after="0"/>
        <w:ind w:left="173" w:right="115"/>
      </w:pPr>
      <w:r>
        <w:t>Repair one thing.</w:t>
      </w:r>
    </w:p>
    <w:p w14:paraId="6ECFB6C7" w14:textId="77777777" w:rsidR="003D7A30" w:rsidRDefault="006C6BDA">
      <w:pPr>
        <w:pStyle w:val="Body"/>
        <w:pBdr>
          <w:left w:val="single" w:sz="10" w:space="0" w:color="D0D0D0"/>
          <w:right w:val="single" w:sz="10" w:space="0" w:color="D0D0D0"/>
        </w:pBdr>
        <w:shd w:val="clear" w:color="auto" w:fill="F7F7F7"/>
        <w:spacing w:after="0"/>
        <w:ind w:left="173" w:right="115"/>
      </w:pPr>
      <w:r>
        <w:t>Name one hidden crack that most needs attention.</w:t>
      </w:r>
    </w:p>
    <w:p w14:paraId="31A3F032" w14:textId="77777777" w:rsidR="003D7A30" w:rsidRDefault="006C6BDA">
      <w:pPr>
        <w:pStyle w:val="Body"/>
        <w:pBdr>
          <w:left w:val="single" w:sz="10" w:space="0" w:color="D0D0D0"/>
          <w:right w:val="single" w:sz="10" w:space="0" w:color="D0D0D0"/>
        </w:pBdr>
        <w:shd w:val="clear" w:color="auto" w:fill="F7F7F7"/>
        <w:spacing w:after="0"/>
        <w:ind w:left="173" w:right="115"/>
      </w:pPr>
      <w:r>
        <w:t>Write the name of one trusted person who could help you bring it into the light.</w:t>
      </w:r>
    </w:p>
    <w:p w14:paraId="79428A66"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Write one repair step small enough to actually do this week.</w:t>
      </w:r>
    </w:p>
    <w:p w14:paraId="08C45BE7"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70064F4F"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keep me from denial and keep me from despair. Show me the hidden cracks in my life, and give me the courage to stop covering them over. Rebuild what can bear weight. Amen.</w:t>
      </w:r>
    </w:p>
    <w:p w14:paraId="3D1D71DA" w14:textId="77777777" w:rsidR="003D7A30" w:rsidRDefault="006C6BDA">
      <w:pPr>
        <w:pStyle w:val="Subhead"/>
        <w:spacing w:after="80"/>
      </w:pPr>
      <w:r>
        <w:rPr>
          <w:color w:val="546478"/>
        </w:rPr>
        <w:t>Notes</w:t>
      </w:r>
    </w:p>
    <w:p w14:paraId="2DA57E41" w14:textId="77777777" w:rsidR="003D7A30" w:rsidRDefault="006C6BDA">
      <w:pPr>
        <w:pStyle w:val="SectionLabel"/>
        <w:keepLines/>
        <w:pageBreakBefore/>
      </w:pPr>
      <w:r>
        <w:lastRenderedPageBreak/>
        <w:t>Chapter 9</w:t>
      </w:r>
    </w:p>
    <w:p w14:paraId="40E95715" w14:textId="77777777" w:rsidR="003D7A30" w:rsidRDefault="006C6BDA">
      <w:pPr>
        <w:pStyle w:val="SectionTitle"/>
      </w:pPr>
      <w:r>
        <w:t>The Drift</w:t>
      </w:r>
    </w:p>
    <w:p w14:paraId="52BEA7CE" w14:textId="77777777" w:rsidR="003D7A30" w:rsidRDefault="006C6BDA">
      <w:pPr>
        <w:pStyle w:val="GuideLine"/>
      </w:pPr>
      <w:r>
        <w:t>How slow neglect pulls a man away from Christ.</w:t>
      </w:r>
    </w:p>
    <w:p w14:paraId="7738683E"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Coasting is never neutral.</w:t>
      </w:r>
    </w:p>
    <w:p w14:paraId="4A040DA1" w14:textId="77777777" w:rsidR="003D7A30" w:rsidRDefault="006C6BDA">
      <w:pPr>
        <w:pStyle w:val="Body"/>
      </w:pPr>
      <w:r>
        <w:t>A fractured man performs. A man with hidden cracks conceals. A drifting man may not be performing or hiding anything dramatic.</w:t>
      </w:r>
    </w:p>
    <w:p w14:paraId="188BC41D" w14:textId="77777777" w:rsidR="003D7A30" w:rsidRDefault="006C6BDA">
      <w:pPr>
        <w:pStyle w:val="Body"/>
      </w:pPr>
      <w:r>
        <w:t>This chapter is about neglect: what happens when a man simply stops guarding what matters.</w:t>
      </w:r>
    </w:p>
    <w:p w14:paraId="44EF5238" w14:textId="77777777" w:rsidR="003D7A30" w:rsidRDefault="006C6BDA">
      <w:pPr>
        <w:pStyle w:val="Body"/>
      </w:pPr>
      <w:r>
        <w:t>Very few men wake up one morning and decide to ruin their lives.</w:t>
      </w:r>
    </w:p>
    <w:p w14:paraId="2C320556" w14:textId="77777777" w:rsidR="003D7A30" w:rsidRDefault="006C6BDA">
      <w:pPr>
        <w:pStyle w:val="Body"/>
      </w:pPr>
      <w:r>
        <w:t>Most decline is quieter than that. A little tired. A little distracted. A little lazy. A little numb. A little more willing to coast.</w:t>
      </w:r>
    </w:p>
    <w:p w14:paraId="160389AA" w14:textId="77777777" w:rsidR="003D7A30" w:rsidRDefault="006C6BDA">
      <w:pPr>
        <w:pStyle w:val="Body"/>
      </w:pPr>
      <w:r>
        <w:t>That is the danger of drift. Drift does not usually feel like rebellion. It feels like neglect.</w:t>
      </w:r>
    </w:p>
    <w:p w14:paraId="20C4F4EF" w14:textId="77777777" w:rsidR="003D7A30" w:rsidRDefault="006C6BDA">
      <w:pPr>
        <w:pStyle w:val="Body"/>
      </w:pPr>
      <w:r>
        <w:t>Hebrews 2:1 says, “We must pay much closer attention to what we have heard, lest we drift away from it.”</w:t>
      </w:r>
    </w:p>
    <w:p w14:paraId="3EF534D0" w14:textId="77777777" w:rsidR="003D7A30" w:rsidRDefault="006C6BDA">
      <w:pPr>
        <w:pStyle w:val="Body"/>
      </w:pPr>
      <w:r>
        <w:t>That verse names drift as a problem of attention before it becomes a problem of collapse. The danger is not only open rebellion. The danger is slowly loosening your grip on the Word until the current begins deciding where you go.</w:t>
      </w:r>
    </w:p>
    <w:p w14:paraId="5FF7EE0C" w14:textId="77777777" w:rsidR="003D7A30" w:rsidRDefault="006C6BDA">
      <w:pPr>
        <w:pStyle w:val="Body"/>
      </w:pPr>
      <w:r>
        <w:t>The danger is not only dramatic collapse. The danger is slow inattentiveness.</w:t>
      </w:r>
    </w:p>
    <w:p w14:paraId="45741E12" w14:textId="77777777" w:rsidR="003D7A30" w:rsidRDefault="006C6BDA">
      <w:pPr>
        <w:pStyle w:val="Body"/>
      </w:pPr>
      <w:r>
        <w:t>Prayer becomes irregular. Scripture becomes optional. Church becomes negotiable. Confession feels embarrassing. Your phone becomes the first and last voice in your day. Comfort becomes the thing you protect most carefully.</w:t>
      </w:r>
    </w:p>
    <w:p w14:paraId="12B27EF8" w14:textId="77777777" w:rsidR="003D7A30" w:rsidRDefault="006C6BDA">
      <w:pPr>
        <w:pStyle w:val="Body"/>
      </w:pPr>
      <w:r>
        <w:t>That is drift.</w:t>
      </w:r>
    </w:p>
    <w:p w14:paraId="64BDAF2E" w14:textId="77777777" w:rsidR="003D7A30" w:rsidRDefault="006C6BDA">
      <w:pPr>
        <w:pStyle w:val="Body"/>
      </w:pPr>
      <w:r>
        <w:t>The image of a canoe on a river matters here. If you set the paddle down, you do not stay where you are. The current decides.</w:t>
      </w:r>
    </w:p>
    <w:p w14:paraId="5BF675AA" w14:textId="77777777" w:rsidR="003D7A30" w:rsidRDefault="006C6BDA">
      <w:pPr>
        <w:pStyle w:val="LineStack"/>
      </w:pPr>
      <w:r>
        <w:t>If you stop paddling, the current decides.</w:t>
      </w:r>
    </w:p>
    <w:p w14:paraId="190CE190" w14:textId="77777777" w:rsidR="003D7A30" w:rsidRDefault="006C6BDA">
      <w:pPr>
        <w:pStyle w:val="Body"/>
      </w:pPr>
      <w:r>
        <w:t>On a river, coasting is never neutral. In the Christian life, it is not neutral either.</w:t>
      </w:r>
    </w:p>
    <w:p w14:paraId="1E360CE2" w14:textId="77777777" w:rsidR="003D7A30" w:rsidRDefault="006C6BDA">
      <w:pPr>
        <w:pStyle w:val="Body"/>
      </w:pPr>
      <w:r>
        <w:t>Not every tired season is drift. A man can be weary and still paying attention. A man can suffer and still cling to Christ. Drift is not merely low emotion. Drift is inattentiveness.</w:t>
      </w:r>
    </w:p>
    <w:p w14:paraId="1A98FD17" w14:textId="77777777" w:rsidR="003D7A30" w:rsidRDefault="006C6BDA">
      <w:pPr>
        <w:pStyle w:val="Body"/>
      </w:pPr>
      <w:r>
        <w:t>Drift is what happens when a man quits guarding what matters.</w:t>
      </w:r>
    </w:p>
    <w:p w14:paraId="7A321DAA" w14:textId="77777777" w:rsidR="003D7A30" w:rsidRDefault="006C6BDA">
      <w:pPr>
        <w:pStyle w:val="Body"/>
      </w:pPr>
      <w:r>
        <w:t>The answer to drift is not panic. Panic tends to produce one dramatic burst and then another crash.</w:t>
      </w:r>
    </w:p>
    <w:p w14:paraId="6FA8F971" w14:textId="77777777" w:rsidR="003D7A30" w:rsidRDefault="006C6BDA">
      <w:pPr>
        <w:pStyle w:val="Body"/>
      </w:pPr>
      <w:r>
        <w:t>The answer is renewed attention.</w:t>
      </w:r>
    </w:p>
    <w:p w14:paraId="40765977" w14:textId="77777777" w:rsidR="003D7A30" w:rsidRDefault="006C6BDA">
      <w:pPr>
        <w:pStyle w:val="Body"/>
      </w:pPr>
      <w:r>
        <w:t>Hebrews says, “Pay much closer attention to what we have heard.” That means the cure for drift is not novelty but return. Return to Christ crucified. Return to your baptism, your forgiveness, your need for the Word, your need for confession, your need for brothers, your need for the church.</w:t>
      </w:r>
    </w:p>
    <w:p w14:paraId="1752F5FC" w14:textId="77777777" w:rsidR="003D7A30" w:rsidRDefault="006C6BDA">
      <w:pPr>
        <w:pStyle w:val="Body"/>
      </w:pPr>
      <w:r>
        <w:t>The answer to drift is not despair. It is return.</w:t>
      </w:r>
    </w:p>
    <w:p w14:paraId="64B39086" w14:textId="77777777" w:rsidR="003D7A30" w:rsidRDefault="006C6BDA">
      <w:pPr>
        <w:pStyle w:val="Body"/>
      </w:pPr>
      <w:r>
        <w:t>One honest prayer. One confession to a brother. One morning with Scripture open instead of the phone. One faithful Sunday. One concrete act of attention.</w:t>
      </w:r>
    </w:p>
    <w:p w14:paraId="57BC4590" w14:textId="77777777" w:rsidR="003D7A30" w:rsidRDefault="006C6BDA">
      <w:pPr>
        <w:pStyle w:val="Body"/>
      </w:pPr>
      <w:r>
        <w:lastRenderedPageBreak/>
        <w:t>That may not sound heroic. That is fine. Attention is better than theatrics.</w:t>
      </w:r>
    </w:p>
    <w:p w14:paraId="6CC579D4" w14:textId="77777777" w:rsidR="003D7A30" w:rsidRDefault="006C6BDA">
      <w:pPr>
        <w:pStyle w:val="Body"/>
      </w:pPr>
      <w:r>
        <w:t>But be honest about what you are carrying. Not every heaviness is spiritual laziness. Some young men are depressed, anxious, grieving, exhausted, traumatized, or carrying weight their body and mind cannot sort out alone. That does not make them weak or faithless. If the weight is too heavy, bring it into the light with a parent, pastor, teacher, counselor, doctor, or trusted adult. The point is not to call every wound drift. The point is to stop hiding and get the right help.</w:t>
      </w:r>
    </w:p>
    <w:p w14:paraId="6EDFB605"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1756CF56" w14:textId="77777777" w:rsidR="003D7A30" w:rsidRDefault="006C6BDA">
      <w:pPr>
        <w:pStyle w:val="Body"/>
        <w:pBdr>
          <w:left w:val="single" w:sz="10" w:space="0" w:color="D0D0D0"/>
          <w:right w:val="single" w:sz="10" w:space="0" w:color="D0D0D0"/>
        </w:pBdr>
        <w:shd w:val="clear" w:color="auto" w:fill="F7F7F7"/>
        <w:spacing w:after="0"/>
        <w:ind w:left="173" w:right="115"/>
      </w:pPr>
      <w:r>
        <w:t>Do an attention audit.</w:t>
      </w:r>
    </w:p>
    <w:p w14:paraId="785CD0E8" w14:textId="77777777" w:rsidR="003D7A30" w:rsidRDefault="006C6BDA">
      <w:pPr>
        <w:pStyle w:val="LineStack"/>
        <w:pBdr>
          <w:left w:val="single" w:sz="10" w:space="0" w:color="D0D0D0"/>
          <w:right w:val="single" w:sz="10" w:space="0" w:color="D0D0D0"/>
        </w:pBdr>
        <w:shd w:val="clear" w:color="auto" w:fill="F7F7F7"/>
        <w:spacing w:after="0"/>
        <w:ind w:left="173" w:right="115"/>
      </w:pPr>
      <w:r>
        <w:t>What is usually the first voice I hear in the morning?</w:t>
      </w:r>
    </w:p>
    <w:p w14:paraId="1BC75D1A" w14:textId="77777777" w:rsidR="003D7A30" w:rsidRDefault="006C6BDA">
      <w:pPr>
        <w:pStyle w:val="LineStack"/>
        <w:pBdr>
          <w:left w:val="single" w:sz="10" w:space="0" w:color="D0D0D0"/>
          <w:right w:val="single" w:sz="10" w:space="0" w:color="D0D0D0"/>
        </w:pBdr>
        <w:shd w:val="clear" w:color="auto" w:fill="F7F7F7"/>
        <w:spacing w:after="0"/>
        <w:ind w:left="173" w:right="115"/>
      </w:pPr>
      <w:r>
        <w:t>What is usually the last voice I hear at night?</w:t>
      </w:r>
    </w:p>
    <w:p w14:paraId="4A4B7BFF" w14:textId="77777777" w:rsidR="003D7A30" w:rsidRDefault="006C6BDA">
      <w:pPr>
        <w:pStyle w:val="LineStack"/>
        <w:pBdr>
          <w:left w:val="single" w:sz="10" w:space="0" w:color="D0D0D0"/>
          <w:right w:val="single" w:sz="10" w:space="0" w:color="D0D0D0"/>
        </w:pBdr>
        <w:shd w:val="clear" w:color="auto" w:fill="F7F7F7"/>
        <w:spacing w:after="0"/>
        <w:ind w:left="173" w:right="115"/>
      </w:pPr>
      <w:r>
        <w:t>What have I stopped paying attention to spiritually?</w:t>
      </w:r>
    </w:p>
    <w:p w14:paraId="4CE0BF66" w14:textId="77777777" w:rsidR="003D7A30" w:rsidRDefault="006C6BDA">
      <w:pPr>
        <w:pStyle w:val="LineStack"/>
        <w:pBdr>
          <w:left w:val="single" w:sz="10" w:space="0" w:color="D0D0D0"/>
          <w:right w:val="single" w:sz="10" w:space="0" w:color="D0D0D0"/>
        </w:pBdr>
        <w:shd w:val="clear" w:color="auto" w:fill="F7F7F7"/>
        <w:spacing w:after="0"/>
        <w:ind w:left="173" w:right="115"/>
      </w:pPr>
      <w:r>
        <w:t>What is one small paddle stroke I need to take this week?</w:t>
      </w:r>
    </w:p>
    <w:p w14:paraId="651B9D1F"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Do that one thing before the next meeting.</w:t>
      </w:r>
    </w:p>
    <w:p w14:paraId="6F678BC5"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7269F8C7"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keep me from drifting. Wake me up where I have gone dull. Show me where I have set the paddle down. Give me grace to return, and make me steady through small, faithful obedience. Amen.</w:t>
      </w:r>
    </w:p>
    <w:p w14:paraId="6679E001" w14:textId="77777777" w:rsidR="003D7A30" w:rsidRDefault="006C6BDA">
      <w:pPr>
        <w:pStyle w:val="Subhead"/>
        <w:spacing w:after="80"/>
        <w:rPr>
          <w:color w:val="546478"/>
        </w:rPr>
      </w:pPr>
      <w:r>
        <w:rPr>
          <w:color w:val="546478"/>
        </w:rPr>
        <w:t>Notes</w:t>
      </w:r>
    </w:p>
    <w:p w14:paraId="6C936DFD" w14:textId="77777777" w:rsidR="003D7A30" w:rsidRDefault="006C6BDA">
      <w:pPr>
        <w:pStyle w:val="SectionLabel"/>
        <w:keepLines/>
        <w:pageBreakBefore/>
      </w:pPr>
      <w:r>
        <w:lastRenderedPageBreak/>
        <w:t>Chapter 10</w:t>
      </w:r>
    </w:p>
    <w:p w14:paraId="6EEF64C4" w14:textId="77777777" w:rsidR="003D7A30" w:rsidRDefault="006C6BDA">
      <w:pPr>
        <w:pStyle w:val="SectionTitle"/>
      </w:pPr>
      <w:r>
        <w:t>The Accuser and the Advocate</w:t>
      </w:r>
    </w:p>
    <w:p w14:paraId="70F995BB" w14:textId="77777777" w:rsidR="003D7A30" w:rsidRDefault="006C6BDA">
      <w:pPr>
        <w:pStyle w:val="GuideLine"/>
      </w:pPr>
      <w:r>
        <w:t>How to tell the difference between conviction and condemnation.</w:t>
      </w:r>
    </w:p>
    <w:p w14:paraId="31F221BE"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Conviction calls you into the light; accusation tells you to hide.</w:t>
      </w:r>
    </w:p>
    <w:p w14:paraId="310544C6" w14:textId="77777777" w:rsidR="003D7A30" w:rsidRDefault="006C6BDA">
      <w:pPr>
        <w:pStyle w:val="Body"/>
      </w:pPr>
      <w:r>
        <w:t>Once a man starts telling the truth about his life, a new battle often begins.</w:t>
      </w:r>
    </w:p>
    <w:p w14:paraId="322C3619" w14:textId="77777777" w:rsidR="003D7A30" w:rsidRDefault="006C6BDA">
      <w:pPr>
        <w:pStyle w:val="Body"/>
      </w:pPr>
      <w:r>
        <w:t>He sees the drift, the crack, the mask, the compromise he has been protecting. For a moment, that honesty is a mercy. Then another voice shows up.</w:t>
      </w:r>
    </w:p>
    <w:p w14:paraId="65243293" w14:textId="77777777" w:rsidR="003D7A30" w:rsidRDefault="006C6BDA">
      <w:pPr>
        <w:pStyle w:val="Body"/>
      </w:pPr>
      <w:r>
        <w:t>It says:</w:t>
      </w:r>
    </w:p>
    <w:p w14:paraId="38B514E8" w14:textId="77777777" w:rsidR="003D7A30" w:rsidRDefault="006C6BDA">
      <w:pPr>
        <w:pStyle w:val="LineStack"/>
      </w:pPr>
      <w:proofErr w:type="gramStart"/>
      <w:r>
        <w:t>So</w:t>
      </w:r>
      <w:proofErr w:type="gramEnd"/>
      <w:r>
        <w:t xml:space="preserve"> this is who you really are.</w:t>
      </w:r>
    </w:p>
    <w:p w14:paraId="15EFEA84" w14:textId="77777777" w:rsidR="003D7A30" w:rsidRDefault="006C6BDA">
      <w:pPr>
        <w:pStyle w:val="LineStack"/>
      </w:pPr>
      <w:r>
        <w:t>Look at you.</w:t>
      </w:r>
    </w:p>
    <w:p w14:paraId="30048273" w14:textId="77777777" w:rsidR="003D7A30" w:rsidRDefault="006C6BDA">
      <w:pPr>
        <w:pStyle w:val="LineStack"/>
      </w:pPr>
      <w:r>
        <w:t>You knew better.</w:t>
      </w:r>
    </w:p>
    <w:p w14:paraId="380D4DF8" w14:textId="77777777" w:rsidR="003D7A30" w:rsidRDefault="006C6BDA">
      <w:pPr>
        <w:pStyle w:val="LineStack"/>
      </w:pPr>
      <w:r>
        <w:t>You are weak.</w:t>
      </w:r>
    </w:p>
    <w:p w14:paraId="7174F4EA" w14:textId="77777777" w:rsidR="003D7A30" w:rsidRDefault="006C6BDA">
      <w:pPr>
        <w:pStyle w:val="LineStack"/>
      </w:pPr>
      <w:r>
        <w:t>You are fake.</w:t>
      </w:r>
    </w:p>
    <w:p w14:paraId="2EE49C56" w14:textId="77777777" w:rsidR="003D7A30" w:rsidRDefault="006C6BDA">
      <w:pPr>
        <w:pStyle w:val="LineStack"/>
      </w:pPr>
      <w:r>
        <w:t>You should hide this.</w:t>
      </w:r>
    </w:p>
    <w:p w14:paraId="134E554E" w14:textId="77777777" w:rsidR="003D7A30" w:rsidRDefault="006C6BDA">
      <w:pPr>
        <w:pStyle w:val="LineStack"/>
      </w:pPr>
      <w:r>
        <w:t>Get yourself together before you tell anyone.</w:t>
      </w:r>
    </w:p>
    <w:p w14:paraId="3F2B3E71" w14:textId="77777777" w:rsidR="003D7A30" w:rsidRDefault="006C6BDA">
      <w:pPr>
        <w:pStyle w:val="Body"/>
      </w:pPr>
      <w:r>
        <w:t>That is the voice of the accuser.</w:t>
      </w:r>
    </w:p>
    <w:p w14:paraId="79075C39" w14:textId="77777777" w:rsidR="003D7A30" w:rsidRDefault="006C6BDA">
      <w:pPr>
        <w:pStyle w:val="Body"/>
      </w:pPr>
      <w:r>
        <w:t>It is not the same as conviction.</w:t>
      </w:r>
    </w:p>
    <w:p w14:paraId="2A69FB7B" w14:textId="77777777" w:rsidR="003D7A30" w:rsidRDefault="006C6BDA">
      <w:pPr>
        <w:pStyle w:val="Body"/>
      </w:pPr>
      <w:r>
        <w:t>Both may expose sin. Both may make a man uncomfortable. But they move in different directions.</w:t>
      </w:r>
    </w:p>
    <w:p w14:paraId="3EE1726E" w14:textId="77777777" w:rsidR="003D7A30" w:rsidRDefault="006C6BDA">
      <w:pPr>
        <w:pStyle w:val="LineStack"/>
      </w:pPr>
      <w:r>
        <w:t>The accuser exposes sin in order to drive you into hiding.</w:t>
      </w:r>
    </w:p>
    <w:p w14:paraId="69EFAA25" w14:textId="77777777" w:rsidR="003D7A30" w:rsidRDefault="006C6BDA">
      <w:pPr>
        <w:pStyle w:val="LineStack"/>
      </w:pPr>
      <w:r>
        <w:t>God exposes sin in order to bring you into the light.</w:t>
      </w:r>
    </w:p>
    <w:p w14:paraId="2A5F3285" w14:textId="77777777" w:rsidR="003D7A30" w:rsidRDefault="006C6BDA">
      <w:pPr>
        <w:pStyle w:val="LineStack"/>
      </w:pPr>
      <w:r>
        <w:t>The accuser says, “See what you are. Stay there.”</w:t>
      </w:r>
    </w:p>
    <w:p w14:paraId="2121F36E" w14:textId="77777777" w:rsidR="003D7A30" w:rsidRDefault="006C6BDA">
      <w:pPr>
        <w:pStyle w:val="LineStack"/>
      </w:pPr>
      <w:r>
        <w:t>Christ says, “</w:t>
      </w:r>
      <w:proofErr w:type="gramStart"/>
      <w:r>
        <w:t>Tell</w:t>
      </w:r>
      <w:proofErr w:type="gramEnd"/>
      <w:r>
        <w:t xml:space="preserve"> the truth. Come to Me.”</w:t>
      </w:r>
    </w:p>
    <w:p w14:paraId="2E849802" w14:textId="77777777" w:rsidR="003D7A30" w:rsidRDefault="006C6BDA">
      <w:pPr>
        <w:pStyle w:val="Body"/>
      </w:pPr>
      <w:r>
        <w:t>A lot of men mistake accusation for the voice of God because the accuser often tells the truth about facts. You really did lie. You really did lust. You really did drift. But then he lies about what those facts mean. He says they mean you are beyond grace, that you should stay hidden, that you need to clean yourself up before you return.</w:t>
      </w:r>
    </w:p>
    <w:p w14:paraId="2FC83E6C" w14:textId="77777777" w:rsidR="003D7A30" w:rsidRDefault="006C6BDA">
      <w:pPr>
        <w:pStyle w:val="Body"/>
      </w:pPr>
      <w:r>
        <w:t>1 John 2 says:</w:t>
      </w:r>
    </w:p>
    <w:p w14:paraId="300F89D4" w14:textId="77777777" w:rsidR="003D7A30" w:rsidRDefault="006C6BDA">
      <w:pPr>
        <w:pStyle w:val="ScriptureAnchor"/>
        <w:keepLines/>
        <w:shd w:val="clear" w:color="auto" w:fill="F2F2F2"/>
        <w:spacing w:before="120"/>
      </w:pPr>
      <w:r>
        <w:t>Scripture Anchor — 1 John 2:1–2</w:t>
      </w:r>
    </w:p>
    <w:p w14:paraId="5F2766A0" w14:textId="77777777" w:rsidR="003D7A30" w:rsidRDefault="006C6BDA">
      <w:pPr>
        <w:pStyle w:val="ScriptureQuote"/>
      </w:pPr>
      <w:r>
        <w:t>My little children, I am writing these things to you so that you may not sin. But if anyone does sin, we have an advocate with the Father, Jesus Christ the righteous. He is the propitiation for our sins, and not for ours only but also for the sins of the whole world.</w:t>
      </w:r>
    </w:p>
    <w:p w14:paraId="0598F573" w14:textId="77777777" w:rsidR="003D7A30" w:rsidRDefault="006C6BDA">
      <w:pPr>
        <w:pStyle w:val="Body"/>
      </w:pPr>
      <w:r>
        <w:t>An advocate is someone who speaks for you, stands in your defense, knows the full truth, and still takes your side.</w:t>
      </w:r>
    </w:p>
    <w:p w14:paraId="580CF0C7" w14:textId="77777777" w:rsidR="003D7A30" w:rsidRDefault="006C6BDA">
      <w:pPr>
        <w:pStyle w:val="Body"/>
      </w:pPr>
      <w:r>
        <w:t>That is Christ.</w:t>
      </w:r>
    </w:p>
    <w:p w14:paraId="037DDE62" w14:textId="77777777" w:rsidR="003D7A30" w:rsidRDefault="006C6BDA">
      <w:pPr>
        <w:pStyle w:val="Body"/>
      </w:pPr>
      <w:r>
        <w:t>He is not your Advocate because your sin is small. He is your Advocate because His sacrifice is enough.</w:t>
      </w:r>
    </w:p>
    <w:p w14:paraId="0EC91226" w14:textId="77777777" w:rsidR="003D7A30" w:rsidRDefault="006C6BDA">
      <w:pPr>
        <w:pStyle w:val="Body"/>
      </w:pPr>
      <w:r>
        <w:t>Not Christ once you improve. Christ now, with the truth on the table.</w:t>
      </w:r>
    </w:p>
    <w:p w14:paraId="24B12CF7" w14:textId="77777777" w:rsidR="00B048E9" w:rsidRPr="00B048E9" w:rsidRDefault="00B048E9" w:rsidP="00B048E9">
      <w:pPr>
        <w:pStyle w:val="Body"/>
      </w:pPr>
      <w:r w:rsidRPr="00B048E9">
        <w:lastRenderedPageBreak/>
        <w:t>And do not miss who this Advocate is.</w:t>
      </w:r>
    </w:p>
    <w:p w14:paraId="3C16CC02" w14:textId="77777777" w:rsidR="00B048E9" w:rsidRPr="00B048E9" w:rsidRDefault="00B048E9" w:rsidP="00B048E9">
      <w:pPr>
        <w:pStyle w:val="Body"/>
      </w:pPr>
      <w:r w:rsidRPr="00B048E9">
        <w:t>He is not a sympathetic observer watching from a safe distance. He is not a defense attorney trying to make a weak case sound stronger. He is not asking the Father to pretend your sin was smaller than it was.</w:t>
      </w:r>
    </w:p>
    <w:p w14:paraId="519D3F1E" w14:textId="77777777" w:rsidR="00B048E9" w:rsidRPr="00B048E9" w:rsidRDefault="00B048E9" w:rsidP="00B048E9">
      <w:pPr>
        <w:pStyle w:val="Body"/>
        <w:rPr>
          <w:b/>
          <w:bCs/>
        </w:rPr>
      </w:pPr>
      <w:r w:rsidRPr="00B048E9">
        <w:rPr>
          <w:b/>
          <w:bCs/>
        </w:rPr>
        <w:t>He is Jesus Christ the righteous.</w:t>
      </w:r>
    </w:p>
    <w:p w14:paraId="188B4C4D" w14:textId="77777777" w:rsidR="00B048E9" w:rsidRPr="00B048E9" w:rsidRDefault="00B048E9" w:rsidP="00B048E9">
      <w:pPr>
        <w:pStyle w:val="Body"/>
      </w:pPr>
      <w:r w:rsidRPr="00B048E9">
        <w:t>The Son of God took on flesh, stood where sinners stand, and carried what sinners could not carry. Every sin you are tempted to hide, every accusation that has enough truth in it to wound you, every guilty thing the devil uses to say, “See? This is what you really are” — Christ answered it at the cross.</w:t>
      </w:r>
    </w:p>
    <w:p w14:paraId="32FAD6C1" w14:textId="77777777" w:rsidR="00B048E9" w:rsidRPr="00B048E9" w:rsidRDefault="00B048E9" w:rsidP="00B048E9">
      <w:pPr>
        <w:pStyle w:val="Body"/>
      </w:pPr>
      <w:r w:rsidRPr="00B048E9">
        <w:t>Not by excusing it.</w:t>
      </w:r>
    </w:p>
    <w:p w14:paraId="5C0D671B" w14:textId="77777777" w:rsidR="00B048E9" w:rsidRPr="00B048E9" w:rsidRDefault="00B048E9" w:rsidP="00B048E9">
      <w:pPr>
        <w:pStyle w:val="Body"/>
      </w:pPr>
      <w:r w:rsidRPr="00B048E9">
        <w:t>By bearing it.</w:t>
      </w:r>
    </w:p>
    <w:p w14:paraId="09394B1B" w14:textId="77777777" w:rsidR="00B048E9" w:rsidRPr="00B048E9" w:rsidRDefault="00B048E9" w:rsidP="00B048E9">
      <w:pPr>
        <w:pStyle w:val="Body"/>
      </w:pPr>
      <w:r w:rsidRPr="00B048E9">
        <w:t>He took real guilt upon Himself. He stood under real judgment. He gave His body. He shed His blood. He endured the condemnation sin deserves, so that condemnation would not have the final word over those who belong to Him.</w:t>
      </w:r>
    </w:p>
    <w:p w14:paraId="76030B8B" w14:textId="77777777" w:rsidR="00B048E9" w:rsidRPr="00B048E9" w:rsidRDefault="00B048E9" w:rsidP="00B048E9">
      <w:pPr>
        <w:pStyle w:val="Body"/>
      </w:pPr>
      <w:r w:rsidRPr="00B048E9">
        <w:t xml:space="preserve">That means your Advocate does not stand before the </w:t>
      </w:r>
      <w:proofErr w:type="gramStart"/>
      <w:r w:rsidRPr="00B048E9">
        <w:t>Father</w:t>
      </w:r>
      <w:proofErr w:type="gramEnd"/>
      <w:r w:rsidRPr="00B048E9">
        <w:t xml:space="preserve"> with empty hands.</w:t>
      </w:r>
    </w:p>
    <w:p w14:paraId="6DDED14C" w14:textId="77777777" w:rsidR="00B048E9" w:rsidRPr="00B048E9" w:rsidRDefault="00B048E9" w:rsidP="00B048E9">
      <w:pPr>
        <w:pStyle w:val="Body"/>
      </w:pPr>
      <w:r w:rsidRPr="00B048E9">
        <w:t>He stands with wounds.</w:t>
      </w:r>
    </w:p>
    <w:p w14:paraId="18104FEA" w14:textId="77777777" w:rsidR="00B048E9" w:rsidRPr="00B048E9" w:rsidRDefault="00B048E9" w:rsidP="00B048E9">
      <w:pPr>
        <w:pStyle w:val="Body"/>
      </w:pPr>
      <w:r w:rsidRPr="00B048E9">
        <w:t>The accuser points to your sin.</w:t>
      </w:r>
    </w:p>
    <w:p w14:paraId="44D68EDC" w14:textId="77777777" w:rsidR="00B048E9" w:rsidRPr="00B048E9" w:rsidRDefault="00B048E9" w:rsidP="00B048E9">
      <w:pPr>
        <w:pStyle w:val="Body"/>
      </w:pPr>
      <w:r w:rsidRPr="00B048E9">
        <w:t>Christ points to His cross.</w:t>
      </w:r>
    </w:p>
    <w:p w14:paraId="7633795E" w14:textId="77777777" w:rsidR="00B048E9" w:rsidRPr="00B048E9" w:rsidRDefault="00B048E9" w:rsidP="00B048E9">
      <w:pPr>
        <w:pStyle w:val="Body"/>
      </w:pPr>
      <w:r w:rsidRPr="00B048E9">
        <w:t>The accuser says, “Guilty.”</w:t>
      </w:r>
    </w:p>
    <w:p w14:paraId="2FC3F71F" w14:textId="77777777" w:rsidR="00B048E9" w:rsidRPr="00B048E9" w:rsidRDefault="00B048E9" w:rsidP="00B048E9">
      <w:pPr>
        <w:pStyle w:val="Body"/>
      </w:pPr>
      <w:r w:rsidRPr="00B048E9">
        <w:t>Christ does not argue that you are innocent in yourself. He says, “I have answered for him.”</w:t>
      </w:r>
    </w:p>
    <w:p w14:paraId="0BEC305D" w14:textId="77777777" w:rsidR="00B048E9" w:rsidRPr="00B048E9" w:rsidRDefault="00B048E9" w:rsidP="00B048E9">
      <w:pPr>
        <w:pStyle w:val="Body"/>
      </w:pPr>
      <w:r w:rsidRPr="00B048E9">
        <w:t>The accuser says, “Condemn him.”</w:t>
      </w:r>
    </w:p>
    <w:p w14:paraId="7F0819ED" w14:textId="77777777" w:rsidR="00B048E9" w:rsidRPr="00B048E9" w:rsidRDefault="00B048E9" w:rsidP="00B048E9">
      <w:pPr>
        <w:pStyle w:val="Body"/>
      </w:pPr>
      <w:r w:rsidRPr="00B048E9">
        <w:t>Christ says, “There is now no condemnation for those who are in Me.”</w:t>
      </w:r>
    </w:p>
    <w:p w14:paraId="74D79780" w14:textId="77777777" w:rsidR="00B048E9" w:rsidRPr="00B048E9" w:rsidRDefault="00B048E9" w:rsidP="00B048E9">
      <w:pPr>
        <w:pStyle w:val="Body"/>
      </w:pPr>
      <w:r w:rsidRPr="00B048E9">
        <w:t>The accuser says, “Hide.”</w:t>
      </w:r>
    </w:p>
    <w:p w14:paraId="0DDBF3D4" w14:textId="77777777" w:rsidR="00B048E9" w:rsidRPr="00B048E9" w:rsidRDefault="00B048E9" w:rsidP="00B048E9">
      <w:pPr>
        <w:pStyle w:val="Body"/>
      </w:pPr>
      <w:r w:rsidRPr="00B048E9">
        <w:t>Christ says, “Come into the light. The price has already been paid.”</w:t>
      </w:r>
    </w:p>
    <w:p w14:paraId="4A25B5E6" w14:textId="77777777" w:rsidR="00B048E9" w:rsidRPr="00B048E9" w:rsidRDefault="00B048E9" w:rsidP="00B048E9">
      <w:pPr>
        <w:pStyle w:val="Body"/>
      </w:pPr>
      <w:r w:rsidRPr="00B048E9">
        <w:t>This is why accusation does not get to rule you.</w:t>
      </w:r>
    </w:p>
    <w:p w14:paraId="23C02700" w14:textId="77777777" w:rsidR="00B048E9" w:rsidRPr="00B048E9" w:rsidRDefault="00B048E9" w:rsidP="00B048E9">
      <w:pPr>
        <w:pStyle w:val="Body"/>
      </w:pPr>
      <w:r w:rsidRPr="00B048E9">
        <w:t>Not because your sin is imaginary.</w:t>
      </w:r>
      <w:r w:rsidRPr="00B048E9">
        <w:br/>
        <w:t>Not because you can explain it away.</w:t>
      </w:r>
      <w:r w:rsidRPr="00B048E9">
        <w:br/>
        <w:t>Not because you are secretly stronger than the evidence suggests.</w:t>
      </w:r>
    </w:p>
    <w:p w14:paraId="1DA4FACD" w14:textId="77777777" w:rsidR="00B048E9" w:rsidRPr="00B048E9" w:rsidRDefault="00B048E9" w:rsidP="00B048E9">
      <w:pPr>
        <w:pStyle w:val="Body"/>
      </w:pPr>
      <w:r w:rsidRPr="00B048E9">
        <w:t>Because Jesus Christ is your Advocate, and His advocacy rests on His atoning blood.</w:t>
      </w:r>
    </w:p>
    <w:p w14:paraId="5D364F1B" w14:textId="77777777" w:rsidR="00B048E9" w:rsidRPr="00B048E9" w:rsidRDefault="00B048E9" w:rsidP="00B048E9">
      <w:pPr>
        <w:pStyle w:val="Body"/>
      </w:pPr>
      <w:r w:rsidRPr="00B048E9">
        <w:t>He does not merely make you feel forgiven.</w:t>
      </w:r>
    </w:p>
    <w:p w14:paraId="0785A756" w14:textId="77777777" w:rsidR="00B048E9" w:rsidRPr="00B048E9" w:rsidRDefault="00B048E9" w:rsidP="00B048E9">
      <w:pPr>
        <w:pStyle w:val="Body"/>
      </w:pPr>
      <w:r w:rsidRPr="00B048E9">
        <w:t>He has secured forgiveness.</w:t>
      </w:r>
    </w:p>
    <w:p w14:paraId="2D7150A1" w14:textId="77777777" w:rsidR="00B048E9" w:rsidRPr="00B048E9" w:rsidRDefault="00B048E9" w:rsidP="00B048E9">
      <w:pPr>
        <w:pStyle w:val="Body"/>
      </w:pPr>
      <w:r w:rsidRPr="00B048E9">
        <w:t>He does not merely comfort you after failure.</w:t>
      </w:r>
    </w:p>
    <w:p w14:paraId="6F2F07C7" w14:textId="77777777" w:rsidR="00B048E9" w:rsidRPr="00B048E9" w:rsidRDefault="00B048E9" w:rsidP="00B048E9">
      <w:pPr>
        <w:pStyle w:val="Body"/>
      </w:pPr>
      <w:r w:rsidRPr="00B048E9">
        <w:t>He has dealt with the guilt beneath it.</w:t>
      </w:r>
    </w:p>
    <w:p w14:paraId="7A4A4E95" w14:textId="77777777" w:rsidR="00B048E9" w:rsidRPr="00B048E9" w:rsidRDefault="00B048E9" w:rsidP="00B048E9">
      <w:pPr>
        <w:pStyle w:val="Body"/>
      </w:pPr>
      <w:r w:rsidRPr="00B048E9">
        <w:t>He does not merely silence shame for a moment.</w:t>
      </w:r>
    </w:p>
    <w:p w14:paraId="0FB59C8C" w14:textId="77777777" w:rsidR="00B048E9" w:rsidRPr="00B048E9" w:rsidRDefault="00B048E9" w:rsidP="00B048E9">
      <w:pPr>
        <w:pStyle w:val="Body"/>
      </w:pPr>
      <w:r w:rsidRPr="00B048E9">
        <w:t>He has broken the case that shame keeps trying to reopen.</w:t>
      </w:r>
    </w:p>
    <w:p w14:paraId="4543686C" w14:textId="77777777" w:rsidR="00B048E9" w:rsidRPr="00B048E9" w:rsidRDefault="00B048E9" w:rsidP="00B048E9">
      <w:pPr>
        <w:pStyle w:val="Body"/>
      </w:pPr>
      <w:proofErr w:type="gramStart"/>
      <w:r w:rsidRPr="00B048E9">
        <w:t>So</w:t>
      </w:r>
      <w:proofErr w:type="gramEnd"/>
      <w:r w:rsidRPr="00B048E9">
        <w:t xml:space="preserve"> when the accuser speaks, do not look inward for a defense.</w:t>
      </w:r>
    </w:p>
    <w:p w14:paraId="0147BBD9" w14:textId="666741BB" w:rsidR="00B048E9" w:rsidRPr="00B048E9" w:rsidRDefault="00B048E9" w:rsidP="00B048E9">
      <w:pPr>
        <w:pStyle w:val="Body"/>
      </w:pPr>
      <w:r w:rsidRPr="00B048E9">
        <w:lastRenderedPageBreak/>
        <w:t>Look to Christ.</w:t>
      </w:r>
      <w:r w:rsidRPr="00B048E9">
        <w:t xml:space="preserve"> </w:t>
      </w:r>
      <w:r w:rsidRPr="00B048E9">
        <w:t>He is enough.</w:t>
      </w:r>
    </w:p>
    <w:p w14:paraId="37FE1567" w14:textId="77777777" w:rsidR="00B048E9" w:rsidRPr="00B048E9" w:rsidRDefault="00B048E9" w:rsidP="00B048E9">
      <w:pPr>
        <w:pStyle w:val="Body"/>
      </w:pPr>
      <w:r w:rsidRPr="00B048E9">
        <w:t>That is why conviction and accusation must be distinguished carefully.</w:t>
      </w:r>
    </w:p>
    <w:p w14:paraId="2987D248" w14:textId="77777777" w:rsidR="00B048E9" w:rsidRPr="00B048E9" w:rsidRDefault="00B048E9" w:rsidP="00B048E9">
      <w:pPr>
        <w:pStyle w:val="Body"/>
      </w:pPr>
      <w:r w:rsidRPr="00B048E9">
        <w:t>Conviction is specific. Accusation is totalizing.</w:t>
      </w:r>
    </w:p>
    <w:p w14:paraId="5A9AEC7F" w14:textId="77777777" w:rsidR="00B048E9" w:rsidRPr="00B048E9" w:rsidRDefault="00B048E9" w:rsidP="00B048E9">
      <w:pPr>
        <w:pStyle w:val="Body"/>
      </w:pPr>
      <w:r w:rsidRPr="00B048E9">
        <w:t>Conviction says: You lied. You lusted. You drifted. You need to confess this.</w:t>
      </w:r>
    </w:p>
    <w:p w14:paraId="046FA3E6" w14:textId="77777777" w:rsidR="00B048E9" w:rsidRPr="00B048E9" w:rsidRDefault="00B048E9" w:rsidP="00B048E9">
      <w:pPr>
        <w:pStyle w:val="Body"/>
      </w:pPr>
      <w:r w:rsidRPr="00B048E9">
        <w:t>Accusation says: You are disgusting. You always do this. Nothing about you is real. Hide.</w:t>
      </w:r>
    </w:p>
    <w:p w14:paraId="49EF6746" w14:textId="77777777" w:rsidR="00B048E9" w:rsidRPr="00B048E9" w:rsidRDefault="00B048E9" w:rsidP="00B048E9">
      <w:pPr>
        <w:pStyle w:val="Body"/>
      </w:pPr>
      <w:r w:rsidRPr="00B048E9">
        <w:t>Conviction points to a sin. Accusation swallows the self.</w:t>
      </w:r>
    </w:p>
    <w:p w14:paraId="0059D588" w14:textId="77777777" w:rsidR="00B048E9" w:rsidRPr="00B048E9" w:rsidRDefault="00B048E9" w:rsidP="00B048E9">
      <w:pPr>
        <w:pStyle w:val="Body"/>
      </w:pPr>
      <w:r w:rsidRPr="00B048E9">
        <w:t>The answer is not denial, and it is not self-condemnation. The answer is Christ.</w:t>
      </w:r>
    </w:p>
    <w:p w14:paraId="11616181" w14:textId="77777777" w:rsidR="00B048E9" w:rsidRPr="00B048E9" w:rsidRDefault="00B048E9" w:rsidP="00B048E9">
      <w:pPr>
        <w:pStyle w:val="Body"/>
      </w:pPr>
      <w:r w:rsidRPr="00B048E9">
        <w:t>He does not say your sin is imaginary. He says your sin is answered. He does not say you need no repentance. He says repent and come boldly, because He has opened the way.</w:t>
      </w:r>
    </w:p>
    <w:p w14:paraId="5FE653F3" w14:textId="77777777" w:rsidR="00B048E9" w:rsidRPr="00B048E9" w:rsidRDefault="00B048E9" w:rsidP="00B048E9">
      <w:pPr>
        <w:pStyle w:val="Body"/>
      </w:pPr>
      <w:r w:rsidRPr="00B048E9">
        <w:t>That means the next time you fail, do not bargain. Do not wait until you have a cleaner report.</w:t>
      </w:r>
    </w:p>
    <w:p w14:paraId="72ED2E57" w14:textId="78956763" w:rsidR="00B048E9" w:rsidRPr="00B048E9" w:rsidRDefault="00B048E9" w:rsidP="00B048E9">
      <w:pPr>
        <w:pStyle w:val="Body"/>
      </w:pPr>
      <w:r w:rsidRPr="00B048E9">
        <w:t>Confess.</w:t>
      </w:r>
      <w:r w:rsidRPr="00B048E9">
        <w:t xml:space="preserve"> </w:t>
      </w:r>
      <w:r w:rsidRPr="00B048E9">
        <w:t>Return.</w:t>
      </w:r>
      <w:r w:rsidRPr="00B048E9">
        <w:t xml:space="preserve"> </w:t>
      </w:r>
      <w:r w:rsidRPr="00B048E9">
        <w:t xml:space="preserve">Come quickly. </w:t>
      </w:r>
    </w:p>
    <w:p w14:paraId="71FEF789"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5D6B48F7" w14:textId="77777777" w:rsidR="003D7A30" w:rsidRDefault="006C6BDA">
      <w:pPr>
        <w:pStyle w:val="Body"/>
        <w:pBdr>
          <w:left w:val="single" w:sz="10" w:space="0" w:color="D0D0D0"/>
          <w:right w:val="single" w:sz="10" w:space="0" w:color="D0D0D0"/>
        </w:pBdr>
        <w:shd w:val="clear" w:color="auto" w:fill="F7F7F7"/>
        <w:spacing w:after="0"/>
        <w:ind w:left="173" w:right="115"/>
      </w:pPr>
      <w:r>
        <w:t>Make a two-line voice test.</w:t>
      </w:r>
    </w:p>
    <w:p w14:paraId="77DB11DB" w14:textId="77777777" w:rsidR="003D7A30" w:rsidRDefault="006C6BDA">
      <w:pPr>
        <w:pStyle w:val="LineStack"/>
        <w:pBdr>
          <w:left w:val="single" w:sz="10" w:space="0" w:color="D0D0D0"/>
          <w:right w:val="single" w:sz="10" w:space="0" w:color="D0D0D0"/>
        </w:pBdr>
        <w:shd w:val="clear" w:color="auto" w:fill="F7F7F7"/>
        <w:spacing w:after="0"/>
        <w:ind w:left="173" w:right="115"/>
      </w:pPr>
      <w:r>
        <w:t>The accusation I often hear is: ____________.</w:t>
      </w:r>
    </w:p>
    <w:p w14:paraId="2A48EE81" w14:textId="77777777" w:rsidR="003D7A30" w:rsidRDefault="006C6BDA">
      <w:pPr>
        <w:pStyle w:val="LineStack"/>
        <w:pBdr>
          <w:left w:val="single" w:sz="10" w:space="0" w:color="D0D0D0"/>
          <w:right w:val="single" w:sz="10" w:space="0" w:color="D0D0D0"/>
        </w:pBdr>
        <w:shd w:val="clear" w:color="auto" w:fill="F7F7F7"/>
        <w:spacing w:after="0"/>
        <w:ind w:left="173" w:right="115"/>
      </w:pPr>
      <w:r>
        <w:t>The Advocate answers with this Gospel truth: ____________.</w:t>
      </w:r>
    </w:p>
    <w:p w14:paraId="4AF28CBA" w14:textId="77777777" w:rsidR="003D7A30" w:rsidRDefault="006C6BDA">
      <w:pPr>
        <w:pStyle w:val="Body"/>
        <w:pBdr>
          <w:left w:val="single" w:sz="10" w:space="0" w:color="D0D0D0"/>
          <w:right w:val="single" w:sz="10" w:space="0" w:color="D0D0D0"/>
        </w:pBdr>
        <w:shd w:val="clear" w:color="auto" w:fill="F7F7F7"/>
        <w:spacing w:after="0"/>
        <w:ind w:left="173" w:right="115"/>
      </w:pPr>
      <w:r>
        <w:t>Now write one sentence that tells the truth without hiding and without despair:</w:t>
      </w:r>
    </w:p>
    <w:p w14:paraId="560D8872" w14:textId="77777777" w:rsidR="003D7A30" w:rsidRDefault="006C6BDA">
      <w:pPr>
        <w:pStyle w:val="LineStack"/>
        <w:pBdr>
          <w:left w:val="single" w:sz="10" w:space="0" w:color="D0D0D0"/>
          <w:bottom w:val="single" w:sz="10" w:space="0" w:color="D0D0D0"/>
          <w:right w:val="single" w:sz="10" w:space="0" w:color="D0D0D0"/>
        </w:pBdr>
        <w:shd w:val="clear" w:color="auto" w:fill="F7F7F7"/>
        <w:spacing w:after="0"/>
        <w:ind w:left="173" w:right="115"/>
      </w:pPr>
      <w:r>
        <w:t>I have sinned in ____________, and Christ is still my Advocate.</w:t>
      </w:r>
    </w:p>
    <w:p w14:paraId="60386530"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6E8ED23A"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teach me to recognize the difference between conviction and condemnation. Keep me from hiding, bargaining, and despair. Thank You for being my Advocate, for bearing my guilt, and for speaking a better word than the accuser. Amen.</w:t>
      </w:r>
    </w:p>
    <w:p w14:paraId="7823FB92" w14:textId="77777777" w:rsidR="003D7A30" w:rsidRDefault="006C6BDA">
      <w:pPr>
        <w:pStyle w:val="Subhead"/>
        <w:spacing w:after="80"/>
        <w:rPr>
          <w:color w:val="546478"/>
        </w:rPr>
      </w:pPr>
      <w:r>
        <w:rPr>
          <w:color w:val="546478"/>
        </w:rPr>
        <w:t>Notes</w:t>
      </w:r>
    </w:p>
    <w:p w14:paraId="1776FDA9" w14:textId="77777777" w:rsidR="003D7A30" w:rsidRDefault="006C6BDA">
      <w:pPr>
        <w:pStyle w:val="SectionLabel"/>
        <w:keepLines/>
        <w:pageBreakBefore/>
      </w:pPr>
      <w:r>
        <w:lastRenderedPageBreak/>
        <w:t>Chapter 11</w:t>
      </w:r>
    </w:p>
    <w:p w14:paraId="4AEE0C58" w14:textId="77777777" w:rsidR="003D7A30" w:rsidRDefault="006C6BDA">
      <w:pPr>
        <w:pStyle w:val="SectionTitle"/>
      </w:pPr>
      <w:r>
        <w:t>Brotherhood Is Not Just Being Around Guys</w:t>
      </w:r>
    </w:p>
    <w:p w14:paraId="295C5E8B" w14:textId="77777777" w:rsidR="003D7A30" w:rsidRDefault="006C6BDA">
      <w:pPr>
        <w:pStyle w:val="GuideLine"/>
      </w:pPr>
      <w:r>
        <w:t>Why male company is not the same as brotherhood.</w:t>
      </w:r>
    </w:p>
    <w:p w14:paraId="57A3B46A"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Being around guys is not the same as having brothers.</w:t>
      </w:r>
    </w:p>
    <w:p w14:paraId="3E4D3002" w14:textId="77777777" w:rsidR="003D7A30" w:rsidRDefault="006C6BDA">
      <w:pPr>
        <w:pStyle w:val="Body"/>
      </w:pPr>
      <w:r>
        <w:t>A man can be surrounded and still be alone.</w:t>
      </w:r>
    </w:p>
    <w:p w14:paraId="32378CFA" w14:textId="77777777" w:rsidR="003D7A30" w:rsidRDefault="006C6BDA">
      <w:pPr>
        <w:pStyle w:val="Body"/>
      </w:pPr>
      <w:r>
        <w:t>A lot of young men confuse proximity with brotherhood. They are around other guys all the time: at school, at practice, in group chats, at work, at church. They joke together, compete together, and waste time together.</w:t>
      </w:r>
    </w:p>
    <w:p w14:paraId="18281AE7" w14:textId="77777777" w:rsidR="003D7A30" w:rsidRDefault="006C6BDA">
      <w:pPr>
        <w:pStyle w:val="Body"/>
      </w:pPr>
      <w:r>
        <w:t>And many of them are still deeply alone. Why?</w:t>
      </w:r>
    </w:p>
    <w:p w14:paraId="559CDFB7" w14:textId="77777777" w:rsidR="003D7A30" w:rsidRDefault="006C6BDA">
      <w:pPr>
        <w:pStyle w:val="Body"/>
      </w:pPr>
      <w:r>
        <w:t>Because brotherhood is not the same thing as male company.</w:t>
      </w:r>
    </w:p>
    <w:p w14:paraId="7E3F5A79" w14:textId="77777777" w:rsidR="003D7A30" w:rsidRDefault="006C6BDA">
      <w:pPr>
        <w:pStyle w:val="Body"/>
      </w:pPr>
      <w:r>
        <w:t>Crowd life can entertain you without strengthening you. It can make you feel included without making you known. It can give you noise without giving you refuge.</w:t>
      </w:r>
    </w:p>
    <w:p w14:paraId="5F7EE2D8" w14:textId="77777777" w:rsidR="003D7A30" w:rsidRDefault="006C6BDA">
      <w:pPr>
        <w:pStyle w:val="Body"/>
      </w:pPr>
      <w:r>
        <w:t>There is real sin in using other men as entertainment while refusing to love them as brothers. It is possible to joke with guys every day and still never bear a burden, never speak truth, and never help anyone stay near Christ.</w:t>
      </w:r>
    </w:p>
    <w:p w14:paraId="21D1614C" w14:textId="77777777" w:rsidR="003D7A30" w:rsidRDefault="006C6BDA">
      <w:pPr>
        <w:pStyle w:val="Body"/>
      </w:pPr>
      <w:r>
        <w:t>Christian brotherhood is deeper than shared humor, shared hobbies, or casual friendship. It includes honesty, mutual strengthening, shared burdens, correction, encouragement, and presence under grace.</w:t>
      </w:r>
    </w:p>
    <w:p w14:paraId="788E5881" w14:textId="77777777" w:rsidR="003D7A30" w:rsidRDefault="006C6BDA">
      <w:pPr>
        <w:pStyle w:val="Body"/>
      </w:pPr>
      <w:r>
        <w:t>A true brother is not only fun to be around. He makes it easier to be faithful.</w:t>
      </w:r>
    </w:p>
    <w:p w14:paraId="07E63A0A" w14:textId="77777777" w:rsidR="003D7A30" w:rsidRDefault="006C6BDA">
      <w:pPr>
        <w:pStyle w:val="Body"/>
      </w:pPr>
      <w:r>
        <w:t>Ecclesiastes 4 says:</w:t>
      </w:r>
    </w:p>
    <w:p w14:paraId="264D37C6" w14:textId="77777777" w:rsidR="003D7A30" w:rsidRDefault="006C6BDA">
      <w:pPr>
        <w:pStyle w:val="ScriptureAnchor"/>
        <w:keepLines/>
        <w:shd w:val="clear" w:color="auto" w:fill="F2F2F2"/>
        <w:spacing w:before="120"/>
      </w:pPr>
      <w:r>
        <w:t>Scripture Anchor — Ecclesiastes 4:9–12</w:t>
      </w:r>
    </w:p>
    <w:p w14:paraId="7B616BDC" w14:textId="77777777" w:rsidR="003D7A30" w:rsidRDefault="006C6BDA">
      <w:pPr>
        <w:pStyle w:val="ScriptureQuote"/>
      </w:pPr>
      <w:r>
        <w:t>Two are better than one, because they have a good reward for their toil. For if they fall, one will lift up his fellow. But woe to him who is alone when he falls and has not another to lift him up! Again, if two lie together, they keep warm, but how can one keep warm alone? And though a man might prevail against one who is alone, two will withstand him—a threefold cord is not quickly broken.</w:t>
      </w:r>
    </w:p>
    <w:p w14:paraId="6373DB51" w14:textId="77777777" w:rsidR="003D7A30" w:rsidRDefault="006C6BDA">
      <w:pPr>
        <w:pStyle w:val="Body"/>
      </w:pPr>
      <w:r>
        <w:t>That is not sentimental language. It is structural wisdom. God did not design men to be strengthened by isolation. Men fall. Men drift. Men sin. Men get tired and confused. A brother helps lift him up.</w:t>
      </w:r>
    </w:p>
    <w:p w14:paraId="6EB1B121" w14:textId="77777777" w:rsidR="003D7A30" w:rsidRDefault="006C6BDA">
      <w:pPr>
        <w:pStyle w:val="Body"/>
      </w:pPr>
      <w:r>
        <w:t>The phrase “a threefold cord is not quickly broken” is not decoration. It means shared strength can hold where isolated strength snaps.</w:t>
      </w:r>
    </w:p>
    <w:p w14:paraId="31E51EBF" w14:textId="77777777" w:rsidR="003D7A30" w:rsidRDefault="006C6BDA">
      <w:pPr>
        <w:pStyle w:val="Body"/>
      </w:pPr>
      <w:r>
        <w:t>That does not mean every friendship needs to turn into a therapy circle. Men often open gradually while walking, driving, working, building, or serving. That is fine. But whatever form it takes, brotherhood must eventually include truth.</w:t>
      </w:r>
    </w:p>
    <w:p w14:paraId="3DD9649F" w14:textId="77777777" w:rsidR="003D7A30" w:rsidRDefault="006C6BDA">
      <w:pPr>
        <w:pStyle w:val="Body"/>
      </w:pPr>
      <w:r>
        <w:t>A brother must be able to ask:</w:t>
      </w:r>
    </w:p>
    <w:p w14:paraId="57F5FC6E" w14:textId="77777777" w:rsidR="003D7A30" w:rsidRDefault="006C6BDA">
      <w:pPr>
        <w:pStyle w:val="LineStack"/>
      </w:pPr>
      <w:r>
        <w:t>How are you, really?</w:t>
      </w:r>
    </w:p>
    <w:p w14:paraId="12E1EB8B" w14:textId="77777777" w:rsidR="003D7A30" w:rsidRDefault="006C6BDA">
      <w:pPr>
        <w:pStyle w:val="LineStack"/>
      </w:pPr>
      <w:r>
        <w:t>Where are you slipping?</w:t>
      </w:r>
    </w:p>
    <w:p w14:paraId="0015F656" w14:textId="77777777" w:rsidR="003D7A30" w:rsidRDefault="006C6BDA">
      <w:pPr>
        <w:pStyle w:val="LineStack"/>
      </w:pPr>
      <w:r>
        <w:t>What are you hiding?</w:t>
      </w:r>
    </w:p>
    <w:p w14:paraId="6597F59D" w14:textId="05F6A0E4" w:rsidR="003D7A30" w:rsidRDefault="006C6BDA">
      <w:pPr>
        <w:pStyle w:val="LineStack"/>
      </w:pPr>
      <w:r>
        <w:t>What are you becoming?</w:t>
      </w:r>
    </w:p>
    <w:p w14:paraId="61870DAA" w14:textId="77777777" w:rsidR="00AB2348" w:rsidRDefault="00AB2348">
      <w:pPr>
        <w:pStyle w:val="LineStack"/>
      </w:pPr>
    </w:p>
    <w:p w14:paraId="11B686F8" w14:textId="77777777" w:rsidR="003D7A30" w:rsidRDefault="006C6BDA">
      <w:pPr>
        <w:pStyle w:val="Body"/>
      </w:pPr>
      <w:r>
        <w:lastRenderedPageBreak/>
        <w:t>And he must be able to hear honest answers without panic, gossip, or posturing.</w:t>
      </w:r>
    </w:p>
    <w:p w14:paraId="22648DAB" w14:textId="77777777" w:rsidR="003D7A30" w:rsidRDefault="006C6BDA">
      <w:pPr>
        <w:pStyle w:val="Body"/>
      </w:pPr>
      <w:r>
        <w:t>A companion shares time. A brother shares burden. Do not settle for crowd life without truth.</w:t>
      </w:r>
    </w:p>
    <w:p w14:paraId="069BAE18"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1D728173" w14:textId="77777777" w:rsidR="003D7A30" w:rsidRDefault="006C6BDA">
      <w:pPr>
        <w:pStyle w:val="Body"/>
        <w:pBdr>
          <w:left w:val="single" w:sz="10" w:space="0" w:color="D0D0D0"/>
          <w:right w:val="single" w:sz="10" w:space="0" w:color="D0D0D0"/>
        </w:pBdr>
        <w:shd w:val="clear" w:color="auto" w:fill="F7F7F7"/>
        <w:spacing w:after="0"/>
        <w:ind w:left="173" w:right="115"/>
      </w:pPr>
      <w:r>
        <w:t>Make a friendship map.</w:t>
      </w:r>
    </w:p>
    <w:p w14:paraId="4CDCCB21" w14:textId="77777777" w:rsidR="003D7A30" w:rsidRDefault="006C6BDA">
      <w:pPr>
        <w:pStyle w:val="Body"/>
        <w:pBdr>
          <w:left w:val="single" w:sz="10" w:space="0" w:color="D0D0D0"/>
          <w:right w:val="single" w:sz="10" w:space="0" w:color="D0D0D0"/>
        </w:pBdr>
        <w:shd w:val="clear" w:color="auto" w:fill="F7F7F7"/>
        <w:spacing w:after="0"/>
        <w:ind w:left="173" w:right="115"/>
      </w:pPr>
      <w:r>
        <w:t>Write the names of three guys you spend the most time around.</w:t>
      </w:r>
    </w:p>
    <w:p w14:paraId="4D698D39" w14:textId="77777777" w:rsidR="003D7A30" w:rsidRDefault="006C6BDA">
      <w:pPr>
        <w:pStyle w:val="Body"/>
        <w:pBdr>
          <w:left w:val="single" w:sz="10" w:space="0" w:color="D0D0D0"/>
          <w:right w:val="single" w:sz="10" w:space="0" w:color="D0D0D0"/>
        </w:pBdr>
        <w:shd w:val="clear" w:color="auto" w:fill="F7F7F7"/>
        <w:spacing w:after="0"/>
        <w:ind w:left="173" w:right="115"/>
      </w:pPr>
      <w:r>
        <w:t>Next to each name, mark one word:</w:t>
      </w:r>
    </w:p>
    <w:p w14:paraId="655BB48C" w14:textId="77777777" w:rsidR="003D7A30" w:rsidRDefault="006C6BDA">
      <w:pPr>
        <w:pStyle w:val="LineStack"/>
        <w:pBdr>
          <w:left w:val="single" w:sz="10" w:space="0" w:color="D0D0D0"/>
          <w:right w:val="single" w:sz="10" w:space="0" w:color="D0D0D0"/>
        </w:pBdr>
        <w:shd w:val="clear" w:color="auto" w:fill="F7F7F7"/>
        <w:spacing w:after="0"/>
        <w:ind w:left="173" w:right="115"/>
      </w:pPr>
      <w:r>
        <w:t>Noise</w:t>
      </w:r>
    </w:p>
    <w:p w14:paraId="0A2A4DD5" w14:textId="77777777" w:rsidR="003D7A30" w:rsidRDefault="006C6BDA">
      <w:pPr>
        <w:pStyle w:val="LineStack"/>
        <w:pBdr>
          <w:left w:val="single" w:sz="10" w:space="0" w:color="D0D0D0"/>
          <w:right w:val="single" w:sz="10" w:space="0" w:color="D0D0D0"/>
        </w:pBdr>
        <w:shd w:val="clear" w:color="auto" w:fill="F7F7F7"/>
        <w:spacing w:after="0"/>
        <w:ind w:left="173" w:right="115"/>
      </w:pPr>
      <w:r>
        <w:t>Comfort</w:t>
      </w:r>
    </w:p>
    <w:p w14:paraId="13F8983B" w14:textId="77777777" w:rsidR="003D7A30" w:rsidRDefault="006C6BDA">
      <w:pPr>
        <w:pStyle w:val="LineStack"/>
        <w:pBdr>
          <w:left w:val="single" w:sz="10" w:space="0" w:color="D0D0D0"/>
          <w:right w:val="single" w:sz="10" w:space="0" w:color="D0D0D0"/>
        </w:pBdr>
        <w:shd w:val="clear" w:color="auto" w:fill="F7F7F7"/>
        <w:spacing w:after="0"/>
        <w:ind w:left="173" w:right="115"/>
      </w:pPr>
      <w:r>
        <w:t>Truth</w:t>
      </w:r>
    </w:p>
    <w:p w14:paraId="42F4DD95" w14:textId="77777777" w:rsidR="003D7A30" w:rsidRDefault="006C6BDA">
      <w:pPr>
        <w:pStyle w:val="LineStack"/>
        <w:pBdr>
          <w:left w:val="single" w:sz="10" w:space="0" w:color="D0D0D0"/>
          <w:right w:val="single" w:sz="10" w:space="0" w:color="D0D0D0"/>
        </w:pBdr>
        <w:shd w:val="clear" w:color="auto" w:fill="F7F7F7"/>
        <w:spacing w:after="0"/>
        <w:ind w:left="173" w:right="115"/>
      </w:pPr>
      <w:r>
        <w:t>Burden</w:t>
      </w:r>
    </w:p>
    <w:p w14:paraId="46E58847"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Then answer: Who helps me become more faithful, and who do I need to move toward with more honesty?</w:t>
      </w:r>
    </w:p>
    <w:p w14:paraId="6EA9DBE4"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05659A57"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give me brothers who help me stay awake, tell the truth, and remain near to You. Keep me from shallow companionship that never goes deeper than noise. Make me humble enough to be known and faithful enough to become a brother others can trust. Amen.</w:t>
      </w:r>
    </w:p>
    <w:p w14:paraId="25DEAD49" w14:textId="77777777" w:rsidR="003D7A30" w:rsidRDefault="006C6BDA">
      <w:pPr>
        <w:pStyle w:val="Subhead"/>
        <w:spacing w:after="80"/>
      </w:pPr>
      <w:r>
        <w:rPr>
          <w:color w:val="546478"/>
        </w:rPr>
        <w:t>Notes</w:t>
      </w:r>
    </w:p>
    <w:p w14:paraId="6AAA8D67" w14:textId="77777777" w:rsidR="003D7A30" w:rsidRDefault="006C6BDA">
      <w:pPr>
        <w:pStyle w:val="SectionLabel"/>
        <w:keepLines/>
        <w:pageBreakBefore/>
      </w:pPr>
      <w:r>
        <w:lastRenderedPageBreak/>
        <w:t>Chapter 12</w:t>
      </w:r>
    </w:p>
    <w:p w14:paraId="2BFF97FD" w14:textId="77777777" w:rsidR="003D7A30" w:rsidRDefault="006C6BDA">
      <w:pPr>
        <w:pStyle w:val="SectionTitle"/>
      </w:pPr>
      <w:r>
        <w:t>The Brother-Confessor</w:t>
      </w:r>
    </w:p>
    <w:p w14:paraId="07768A26" w14:textId="77777777" w:rsidR="003D7A30" w:rsidRDefault="006C6BDA">
      <w:pPr>
        <w:pStyle w:val="GuideLine"/>
      </w:pPr>
      <w:r>
        <w:t>Why every Christian man needs one or two trusted truth-tellers.</w:t>
      </w:r>
    </w:p>
    <w:p w14:paraId="699E80FC"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Healing begins where hiding ends.</w:t>
      </w:r>
    </w:p>
    <w:p w14:paraId="00C731B2" w14:textId="77777777" w:rsidR="003D7A30" w:rsidRDefault="006C6BDA">
      <w:pPr>
        <w:pStyle w:val="Body"/>
      </w:pPr>
      <w:r>
        <w:t>Most men know how to hide.</w:t>
      </w:r>
    </w:p>
    <w:p w14:paraId="74CA2D96" w14:textId="77777777" w:rsidR="003D7A30" w:rsidRDefault="006C6BDA">
      <w:pPr>
        <w:pStyle w:val="Body"/>
      </w:pPr>
      <w:r>
        <w:t>They hide sin, weakness, fear, shame, exhaustion, and the places where they keep failing. They hide behind confidence, humor, competence, anger, or silence.</w:t>
      </w:r>
    </w:p>
    <w:p w14:paraId="0B43CEFB" w14:textId="77777777" w:rsidR="003D7A30" w:rsidRDefault="006C6BDA">
      <w:pPr>
        <w:pStyle w:val="Body"/>
      </w:pPr>
      <w:r>
        <w:t>Behind all of it is usually one fear: If people knew the truth, I would lose my place.</w:t>
      </w:r>
    </w:p>
    <w:p w14:paraId="43681906" w14:textId="77777777" w:rsidR="003D7A30" w:rsidRDefault="006C6BDA">
      <w:pPr>
        <w:pStyle w:val="Body"/>
      </w:pPr>
      <w:r>
        <w:t>That fear goes back to the garden. Adam and Eve sin, and they hide.</w:t>
      </w:r>
    </w:p>
    <w:p w14:paraId="0B94CA9B" w14:textId="77777777" w:rsidR="003D7A30" w:rsidRDefault="006C6BDA">
      <w:pPr>
        <w:pStyle w:val="Body"/>
      </w:pPr>
      <w:r>
        <w:t>That instinct is still alive in every man.</w:t>
      </w:r>
    </w:p>
    <w:p w14:paraId="662D6476" w14:textId="77777777" w:rsidR="003D7A30" w:rsidRDefault="006C6BDA">
      <w:pPr>
        <w:pStyle w:val="Body"/>
      </w:pPr>
      <w:r>
        <w:t>But what stays hidden grows. Shame grows roots. Habits become stronger. Excuses become smoother. The weight gets heavier.</w:t>
      </w:r>
    </w:p>
    <w:p w14:paraId="7673FFFF" w14:textId="77777777" w:rsidR="003D7A30" w:rsidRDefault="006C6BDA">
      <w:pPr>
        <w:pStyle w:val="Body"/>
      </w:pPr>
      <w:r>
        <w:t>That is why every Christian man needs more than general brotherhood. He needs a brother-confessor.</w:t>
      </w:r>
    </w:p>
    <w:p w14:paraId="5B30C083" w14:textId="77777777" w:rsidR="003D7A30" w:rsidRDefault="006C6BDA">
      <w:pPr>
        <w:pStyle w:val="Body"/>
      </w:pPr>
      <w:r>
        <w:t>A brother-confessor is not just a buddy. He is a trusted brother in Christ who is safe enough, honest enough, and steady enough to hear the truth about your sin, speak the Gospel back to you, and help you keep walking in the light. A good brother-confessor also knows when something is too heavy for him to hold alone, and part of his faithfulness is knowing when to say, “We need to bring an adult into this.”</w:t>
      </w:r>
    </w:p>
    <w:p w14:paraId="78564A90" w14:textId="77777777" w:rsidR="003D7A30" w:rsidRDefault="006C6BDA">
      <w:pPr>
        <w:pStyle w:val="Body"/>
      </w:pPr>
      <w:r>
        <w:t>James 5:16 says, “Confess your sins to one another and pray for one another, that you may be healed.”</w:t>
      </w:r>
    </w:p>
    <w:p w14:paraId="21776283" w14:textId="77777777" w:rsidR="003D7A30" w:rsidRDefault="006C6BDA">
      <w:pPr>
        <w:pStyle w:val="Body"/>
      </w:pPr>
      <w:r>
        <w:t>That verse names two gifts many men avoid: confession and prayer. Healing begins where hiding ends, not because another sinner becomes your savior, but because God brings truth into the light and places brothers around you who can pray, speak the Gospel, and help you keep walking.</w:t>
      </w:r>
    </w:p>
    <w:p w14:paraId="7C0AFA27" w14:textId="77777777" w:rsidR="003D7A30" w:rsidRDefault="006C6BDA">
      <w:pPr>
        <w:pStyle w:val="Body"/>
      </w:pPr>
      <w:r>
        <w:t>A brother-confessor is a gift, but he is not the only help God gives. Some burdens require a pastor, parent, teacher, counselor, doctor, or trusted adult.</w:t>
      </w:r>
    </w:p>
    <w:p w14:paraId="4C2B9DB5" w14:textId="77777777" w:rsidR="003D7A30" w:rsidRDefault="006C6BDA">
      <w:pPr>
        <w:pStyle w:val="Body"/>
      </w:pPr>
      <w:r>
        <w:t>God knows what secrecy does to men. It isolates, distorts, feeds shame, and turns a man inward until he starts living inside his own head.</w:t>
      </w:r>
    </w:p>
    <w:p w14:paraId="404E0631" w14:textId="77777777" w:rsidR="003D7A30" w:rsidRDefault="006C6BDA">
      <w:pPr>
        <w:pStyle w:val="Body"/>
      </w:pPr>
      <w:r>
        <w:t>A brother-confessor interrupts the lie.</w:t>
      </w:r>
    </w:p>
    <w:p w14:paraId="0C504CB0" w14:textId="77777777" w:rsidR="003D7A30" w:rsidRDefault="006C6BDA">
      <w:pPr>
        <w:pStyle w:val="Body"/>
      </w:pPr>
      <w:r>
        <w:t>He hears the truth, and he says, in one way or another: Yes, that is real. Yes, it matters. And Christ died for that. You are not staying in the dark with this. Let’s bring it into the light and keep walking.</w:t>
      </w:r>
    </w:p>
    <w:p w14:paraId="7F9AA8F7" w14:textId="77777777" w:rsidR="003D7A30" w:rsidRDefault="006C6BDA">
      <w:pPr>
        <w:pStyle w:val="Body"/>
      </w:pPr>
      <w:r>
        <w:t>Not every man is fit to be a brother-confessor. Some are careless, immature, dramatic, loose with speech, or weak in the Gospel. A brother-confessor needs steady strength. He must hear sin without excusing it and weakness without despising it.</w:t>
      </w:r>
    </w:p>
    <w:p w14:paraId="6B51124D" w14:textId="77777777" w:rsidR="003D7A30" w:rsidRDefault="006C6BDA">
      <w:pPr>
        <w:pStyle w:val="Body"/>
      </w:pPr>
      <w:r>
        <w:t>You do not need many brother-confessors. One or two may be enough.</w:t>
      </w:r>
    </w:p>
    <w:p w14:paraId="2037F681" w14:textId="77777777" w:rsidR="003D7A30" w:rsidRDefault="006C6BDA">
      <w:pPr>
        <w:pStyle w:val="Body"/>
      </w:pPr>
      <w:r>
        <w:t>But once you find a man like that, use the gift. Do not ask only for vague support. At some point, you must stop talking around the issue and name it. That is dangerous to the darkness.</w:t>
      </w:r>
    </w:p>
    <w:p w14:paraId="1DF8874F" w14:textId="77777777" w:rsidR="003D7A30" w:rsidRDefault="006C6BDA">
      <w:pPr>
        <w:pStyle w:val="Body"/>
      </w:pPr>
      <w:r>
        <w:t>But be clear about what kind of burden you are naming.</w:t>
      </w:r>
    </w:p>
    <w:p w14:paraId="626BB05F" w14:textId="77777777" w:rsidR="003D7A30" w:rsidRDefault="006C6BDA">
      <w:pPr>
        <w:pStyle w:val="Body"/>
      </w:pPr>
      <w:r>
        <w:lastRenderedPageBreak/>
        <w:t>Some things belong in brotherly confession. If you are struggling with lust, pride, drift, anger, laziness, dishonesty, spiritual dullness, or the patterns named throughout this book, a trusted brother can help you bring those things into the light, pray with you, and keep walking with you.</w:t>
      </w:r>
    </w:p>
    <w:p w14:paraId="585A2213" w14:textId="77777777" w:rsidR="003D7A30" w:rsidRDefault="006C6BDA">
      <w:pPr>
        <w:pStyle w:val="Body"/>
      </w:pPr>
      <w:r>
        <w:t>Some things require more than a peer. If you are trapped in a persistent pattern of serious addiction, facing a spiritual crisis, carrying something that feels too heavy for another student to handle responsibly, or needing pastoral care, bring in your pastor, a parent, teacher, counselor, or another trusted Christian adult. A brother can walk with you, but he should not be the only person carrying something that requires adult wisdom and care.</w:t>
      </w:r>
    </w:p>
    <w:p w14:paraId="14DA0C85" w14:textId="77777777" w:rsidR="003D7A30" w:rsidRDefault="006C6BDA">
      <w:pPr>
        <w:pStyle w:val="Body"/>
      </w:pPr>
      <w:r>
        <w:t>And some things require immediate adult involvement whether you feel ready or not. If you are being harmed, harming someone else, thinking about harming yourself, having suicidal thoughts, being abused, abusing someone, involved in anything coercive, involved in sexual sin with another person, or facing danger of any kind, a peer brother-confessor is not the right final destination. Tell a parent, pastor, teacher, counselor, doctor, or trusted adult immediately. If there is immediate danger, call 911, go to a trusted adult immediately, or get emergency help right away.</w:t>
      </w:r>
    </w:p>
    <w:p w14:paraId="0C1F0716" w14:textId="77777777" w:rsidR="003D7A30" w:rsidRDefault="006C6BDA">
      <w:pPr>
        <w:pStyle w:val="Body"/>
      </w:pPr>
      <w:r>
        <w:t>Directing a friend to an adult is not betrayal. It is love.</w:t>
      </w:r>
    </w:p>
    <w:p w14:paraId="1D5F9662" w14:textId="77777777" w:rsidR="003D7A30" w:rsidRDefault="006C6BDA">
      <w:pPr>
        <w:pStyle w:val="Body"/>
      </w:pPr>
      <w:r>
        <w:t>Confession is not a way to keep serious danger private. The light is not smaller than the darkness. Bring the right help into the room.</w:t>
      </w:r>
    </w:p>
    <w:p w14:paraId="7718FAB3"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1456A1B6" w14:textId="77777777" w:rsidR="003D7A30" w:rsidRDefault="006C6BDA">
      <w:pPr>
        <w:pStyle w:val="Body"/>
        <w:pBdr>
          <w:left w:val="single" w:sz="10" w:space="0" w:color="D0D0D0"/>
          <w:right w:val="single" w:sz="10" w:space="0" w:color="D0D0D0"/>
        </w:pBdr>
        <w:shd w:val="clear" w:color="auto" w:fill="F7F7F7"/>
        <w:spacing w:after="0"/>
        <w:ind w:left="173" w:right="115"/>
      </w:pPr>
      <w:r>
        <w:t>This exercise is not mainly for writing. It is for action.</w:t>
      </w:r>
    </w:p>
    <w:p w14:paraId="5A86802F" w14:textId="77777777" w:rsidR="003D7A30" w:rsidRDefault="006C6BDA">
      <w:pPr>
        <w:pStyle w:val="Body"/>
        <w:pBdr>
          <w:left w:val="single" w:sz="10" w:space="0" w:color="D0D0D0"/>
          <w:right w:val="single" w:sz="10" w:space="0" w:color="D0D0D0"/>
        </w:pBdr>
        <w:shd w:val="clear" w:color="auto" w:fill="F7F7F7"/>
        <w:spacing w:after="0"/>
        <w:ind w:left="173" w:right="115"/>
      </w:pPr>
      <w:r>
        <w:t>Write the name of one man who could become a brother-confessor.</w:t>
      </w:r>
    </w:p>
    <w:p w14:paraId="74F06655" w14:textId="77777777" w:rsidR="003D7A30" w:rsidRDefault="006C6BDA">
      <w:pPr>
        <w:pStyle w:val="Body"/>
        <w:pBdr>
          <w:left w:val="single" w:sz="10" w:space="0" w:color="D0D0D0"/>
          <w:right w:val="single" w:sz="10" w:space="0" w:color="D0D0D0"/>
        </w:pBdr>
        <w:shd w:val="clear" w:color="auto" w:fill="F7F7F7"/>
        <w:spacing w:after="0"/>
        <w:ind w:left="173" w:right="115"/>
      </w:pPr>
      <w:r>
        <w:t>Write one honest sentence you need to say to him eventually.</w:t>
      </w:r>
    </w:p>
    <w:p w14:paraId="4592D439" w14:textId="77777777" w:rsidR="003D7A30" w:rsidRDefault="006C6BDA">
      <w:pPr>
        <w:pStyle w:val="Body"/>
        <w:pBdr>
          <w:left w:val="single" w:sz="10" w:space="0" w:color="D0D0D0"/>
          <w:right w:val="single" w:sz="10" w:space="0" w:color="D0D0D0"/>
        </w:pBdr>
        <w:shd w:val="clear" w:color="auto" w:fill="F7F7F7"/>
        <w:spacing w:after="0"/>
        <w:ind w:left="173" w:right="115"/>
      </w:pPr>
      <w:r>
        <w:t>Then choose the first step:</w:t>
      </w:r>
    </w:p>
    <w:p w14:paraId="2CE46699" w14:textId="77777777" w:rsidR="003D7A30" w:rsidRDefault="006C6BDA">
      <w:pPr>
        <w:pStyle w:val="LineStack"/>
        <w:pBdr>
          <w:left w:val="single" w:sz="10" w:space="0" w:color="D0D0D0"/>
          <w:right w:val="single" w:sz="10" w:space="0" w:color="D0D0D0"/>
        </w:pBdr>
        <w:shd w:val="clear" w:color="auto" w:fill="F7F7F7"/>
        <w:spacing w:after="0"/>
        <w:ind w:left="173" w:right="115"/>
      </w:pPr>
      <w:r>
        <w:t>ask him to talk</w:t>
      </w:r>
    </w:p>
    <w:p w14:paraId="5140D7E5" w14:textId="77777777" w:rsidR="003D7A30" w:rsidRDefault="006C6BDA">
      <w:pPr>
        <w:pStyle w:val="LineStack"/>
        <w:pBdr>
          <w:left w:val="single" w:sz="10" w:space="0" w:color="D0D0D0"/>
          <w:right w:val="single" w:sz="10" w:space="0" w:color="D0D0D0"/>
        </w:pBdr>
        <w:shd w:val="clear" w:color="auto" w:fill="F7F7F7"/>
        <w:spacing w:after="0"/>
        <w:ind w:left="173" w:right="115"/>
      </w:pPr>
      <w:r>
        <w:t>tell him you need accountability</w:t>
      </w:r>
    </w:p>
    <w:p w14:paraId="3FA73DA4" w14:textId="77777777" w:rsidR="003D7A30" w:rsidRDefault="006C6BDA">
      <w:pPr>
        <w:pStyle w:val="LineStack"/>
        <w:pBdr>
          <w:left w:val="single" w:sz="10" w:space="0" w:color="D0D0D0"/>
          <w:right w:val="single" w:sz="10" w:space="0" w:color="D0D0D0"/>
        </w:pBdr>
        <w:shd w:val="clear" w:color="auto" w:fill="F7F7F7"/>
        <w:spacing w:after="0"/>
        <w:ind w:left="173" w:right="115"/>
      </w:pPr>
      <w:r>
        <w:t>confess one specific thing</w:t>
      </w:r>
    </w:p>
    <w:p w14:paraId="0DF48111" w14:textId="77777777" w:rsidR="003D7A30" w:rsidRDefault="006C6BDA">
      <w:pPr>
        <w:pStyle w:val="LineStack"/>
        <w:pBdr>
          <w:left w:val="single" w:sz="10" w:space="0" w:color="D0D0D0"/>
          <w:bottom w:val="single" w:sz="10" w:space="0" w:color="D0D0D0"/>
          <w:right w:val="single" w:sz="10" w:space="0" w:color="D0D0D0"/>
        </w:pBdr>
        <w:shd w:val="clear" w:color="auto" w:fill="F7F7F7"/>
        <w:spacing w:after="0"/>
        <w:ind w:left="173" w:right="115"/>
      </w:pPr>
      <w:r>
        <w:t>ask him to pray for you</w:t>
      </w:r>
    </w:p>
    <w:p w14:paraId="78081D66" w14:textId="77777777" w:rsidR="003D7A30" w:rsidRDefault="006C6BDA">
      <w:pPr>
        <w:pStyle w:val="Body"/>
        <w:shd w:val="clear" w:color="auto" w:fill="F7F7F7"/>
        <w:ind w:left="173" w:right="115"/>
      </w:pPr>
      <w:r>
        <w:t xml:space="preserve">If what you are carrying involves harm, danger, abuse, coercion, self-harm, sexual sin involving another person, or something an </w:t>
      </w:r>
      <w:proofErr w:type="gramStart"/>
      <w:r>
        <w:t>adult needs</w:t>
      </w:r>
      <w:proofErr w:type="gramEnd"/>
      <w:r>
        <w:t xml:space="preserve"> to know, do not stop at a brother. Go to your pastor, a parent, teacher, counselor, or another trusted adult today.</w:t>
      </w:r>
    </w:p>
    <w:p w14:paraId="6A5CC30B"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03B379E8"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 xml:space="preserve">Lord Jesus, </w:t>
      </w:r>
      <w:proofErr w:type="gramStart"/>
      <w:r>
        <w:t>You</w:t>
      </w:r>
      <w:proofErr w:type="gramEnd"/>
      <w:r>
        <w:t xml:space="preserve"> already know the truth about me, and still You call me into the light. Give me courage to confess honestly, humility to be known, and wisdom to seek brothers who can speak truth and grace. Give me discernment to know when a burden needs adult help, pastoral care, or immediate protection. Keep me from hiding, and lead me into the light of Your mercy. Amen.</w:t>
      </w:r>
    </w:p>
    <w:p w14:paraId="175864E4" w14:textId="77777777" w:rsidR="003D7A30" w:rsidRDefault="006C6BDA">
      <w:pPr>
        <w:pStyle w:val="Subhead"/>
        <w:spacing w:after="80"/>
        <w:rPr>
          <w:color w:val="546478"/>
        </w:rPr>
      </w:pPr>
      <w:r>
        <w:rPr>
          <w:color w:val="546478"/>
        </w:rPr>
        <w:t>Notes</w:t>
      </w:r>
    </w:p>
    <w:p w14:paraId="35234DBB" w14:textId="77777777" w:rsidR="003D7A30" w:rsidRDefault="006C6BDA">
      <w:pPr>
        <w:pStyle w:val="PartLabel"/>
        <w:pageBreakBefore/>
      </w:pPr>
      <w:r>
        <w:lastRenderedPageBreak/>
        <w:t>Part III</w:t>
      </w:r>
    </w:p>
    <w:p w14:paraId="2669BCAD" w14:textId="77777777" w:rsidR="003D7A30" w:rsidRDefault="006C6BDA">
      <w:pPr>
        <w:pStyle w:val="PartTitle"/>
      </w:pPr>
      <w:r>
        <w:t>Building a Faithful Life</w:t>
      </w:r>
    </w:p>
    <w:p w14:paraId="41780619" w14:textId="77777777" w:rsidR="003D7A30" w:rsidRDefault="006C6BDA">
      <w:pPr>
        <w:pStyle w:val="PartIntro"/>
      </w:pPr>
      <w:r>
        <w:t xml:space="preserve">This part moves from inner formation to outward faithfulness. It begins with habits because daily life needs structure. It then turns to burdens, strength, vocation, work, purity, decisions, and church because a Christian man is formed not only by what he believes, but by what he repeatedly carries, serves, promises, desires, chooses, and receives. These chapters are not separate self-improvement projects. They are ordinary places where grace received through Christ’s Word and Sacraments begins to take shape in a man’s life. </w:t>
      </w:r>
    </w:p>
    <w:p w14:paraId="1AE35CB1" w14:textId="77777777" w:rsidR="00AB2348" w:rsidRDefault="006C6BDA" w:rsidP="00AB2348">
      <w:pPr>
        <w:pStyle w:val="PartIntro"/>
      </w:pPr>
      <w:r>
        <w:t>A forge is not a comfortable place. It is where iron is subjected to heat, shaped by repeated blows, and slowly made into something useful. That is often what the ordinary stations of life feel like — not romantic, not dramatic, but the place where God is actually at work forming you.</w:t>
      </w:r>
    </w:p>
    <w:p w14:paraId="6601AB6E" w14:textId="232699B4" w:rsidR="003D7A30" w:rsidRDefault="006C6BDA" w:rsidP="00AB2348">
      <w:pPr>
        <w:pStyle w:val="PartIntro"/>
      </w:pPr>
      <w:r>
        <w:t>Chapter 13</w:t>
      </w:r>
    </w:p>
    <w:p w14:paraId="691A76F8" w14:textId="77777777" w:rsidR="003D7A30" w:rsidRDefault="006C6BDA">
      <w:pPr>
        <w:pStyle w:val="SectionTitle"/>
      </w:pPr>
      <w:r>
        <w:t>Installation, Not Performance</w:t>
      </w:r>
    </w:p>
    <w:p w14:paraId="37530A65" w14:textId="77777777" w:rsidR="003D7A30" w:rsidRDefault="006C6BDA">
      <w:pPr>
        <w:pStyle w:val="GuideLine"/>
      </w:pPr>
      <w:r>
        <w:t>How lasting change gets built into daily life.</w:t>
      </w:r>
    </w:p>
    <w:p w14:paraId="07C299AA" w14:textId="77777777" w:rsidR="003D7A30" w:rsidRDefault="006C6BDA">
      <w:pPr>
        <w:pStyle w:val="Takeaway"/>
        <w:shd w:val="clear" w:color="auto" w:fill="F2F2F2"/>
      </w:pPr>
      <w:r>
        <w:t>Remember this: Lasting change is installed, not performed.</w:t>
      </w:r>
    </w:p>
    <w:p w14:paraId="4F8DC17C" w14:textId="77777777" w:rsidR="003D7A30" w:rsidRDefault="006C6BDA">
      <w:pPr>
        <w:pStyle w:val="Body"/>
      </w:pPr>
      <w:r>
        <w:t>A lot of young men live in bursts.</w:t>
      </w:r>
    </w:p>
    <w:p w14:paraId="0C448AC4" w14:textId="77777777" w:rsidR="003D7A30" w:rsidRDefault="006C6BDA">
      <w:pPr>
        <w:pStyle w:val="Body"/>
      </w:pPr>
      <w:r>
        <w:t>They get convicted. They get serious. They see what needs to change. They imagine a better version of themselves: more disciplined, more focused, more prayerful, more honest, more useful, more in control.</w:t>
      </w:r>
    </w:p>
    <w:p w14:paraId="3C8C3714" w14:textId="77777777" w:rsidR="003D7A30" w:rsidRDefault="006C6BDA">
      <w:pPr>
        <w:pStyle w:val="Body"/>
      </w:pPr>
      <w:proofErr w:type="gramStart"/>
      <w:r>
        <w:t>So</w:t>
      </w:r>
      <w:proofErr w:type="gramEnd"/>
      <w:r>
        <w:t xml:space="preserve"> they make a plan.</w:t>
      </w:r>
    </w:p>
    <w:p w14:paraId="6A29C4BE" w14:textId="77777777" w:rsidR="003D7A30" w:rsidRDefault="006C6BDA">
      <w:pPr>
        <w:pStyle w:val="Body"/>
      </w:pPr>
      <w:r>
        <w:t>A big plan.</w:t>
      </w:r>
    </w:p>
    <w:p w14:paraId="5F6D9BFE" w14:textId="77777777" w:rsidR="003D7A30" w:rsidRDefault="006C6BDA">
      <w:pPr>
        <w:pStyle w:val="Body"/>
      </w:pPr>
      <w:r>
        <w:t>Starting tomorrow, everything will be different.</w:t>
      </w:r>
    </w:p>
    <w:p w14:paraId="0B06397E" w14:textId="77777777" w:rsidR="003D7A30" w:rsidRDefault="006C6BDA">
      <w:pPr>
        <w:pStyle w:val="Body"/>
      </w:pPr>
      <w:r>
        <w:t>They will wake up early. Read Scripture. Pray. Work out. Stop wasting time. Get ahead in school. Stop looking at what they should not look at. Keep their room clean. Be more respectful. Be more present. Be more disciplined. Be more faithful.</w:t>
      </w:r>
    </w:p>
    <w:p w14:paraId="08D83E90" w14:textId="77777777" w:rsidR="003D7A30" w:rsidRDefault="006C6BDA">
      <w:pPr>
        <w:pStyle w:val="Body"/>
      </w:pPr>
      <w:r>
        <w:t>For two days, it feels possible.</w:t>
      </w:r>
    </w:p>
    <w:p w14:paraId="6AE4DF18" w14:textId="77777777" w:rsidR="003D7A30" w:rsidRDefault="006C6BDA">
      <w:pPr>
        <w:pStyle w:val="Body"/>
      </w:pPr>
      <w:r>
        <w:t>Maybe even exciting.</w:t>
      </w:r>
    </w:p>
    <w:p w14:paraId="694F922E" w14:textId="77777777" w:rsidR="003D7A30" w:rsidRDefault="006C6BDA">
      <w:pPr>
        <w:pStyle w:val="Body"/>
      </w:pPr>
      <w:r>
        <w:t>Then they get tired. They stay up too late. They miss the morning plan. They check their phone first. They fall into the same habit again. The big plan breaks. And once it breaks, shame starts talking.</w:t>
      </w:r>
    </w:p>
    <w:p w14:paraId="2CA7CF4C" w14:textId="77777777" w:rsidR="003D7A30" w:rsidRDefault="006C6BDA">
      <w:pPr>
        <w:pStyle w:val="LineStack"/>
      </w:pPr>
      <w:r>
        <w:t>There it is again.</w:t>
      </w:r>
    </w:p>
    <w:p w14:paraId="3CC84F41" w14:textId="77777777" w:rsidR="003D7A30" w:rsidRDefault="006C6BDA">
      <w:pPr>
        <w:pStyle w:val="LineStack"/>
      </w:pPr>
      <w:r>
        <w:t>You always do this.</w:t>
      </w:r>
    </w:p>
    <w:p w14:paraId="6B9556BD" w14:textId="77777777" w:rsidR="003D7A30" w:rsidRDefault="006C6BDA">
      <w:pPr>
        <w:pStyle w:val="LineStack"/>
      </w:pPr>
      <w:r>
        <w:t>You are not disciplined.</w:t>
      </w:r>
    </w:p>
    <w:p w14:paraId="5B2D809A" w14:textId="77777777" w:rsidR="003D7A30" w:rsidRDefault="006C6BDA">
      <w:pPr>
        <w:pStyle w:val="LineStack"/>
      </w:pPr>
      <w:r>
        <w:t>You are not serious.</w:t>
      </w:r>
    </w:p>
    <w:p w14:paraId="7BAB7C2B" w14:textId="77777777" w:rsidR="003D7A30" w:rsidRDefault="006C6BDA">
      <w:pPr>
        <w:pStyle w:val="LineStack"/>
      </w:pPr>
      <w:r>
        <w:t>You are just weak.</w:t>
      </w:r>
    </w:p>
    <w:p w14:paraId="7CC770DC" w14:textId="77777777" w:rsidR="003D7A30" w:rsidRDefault="006C6BDA">
      <w:pPr>
        <w:pStyle w:val="Body"/>
      </w:pPr>
      <w:proofErr w:type="gramStart"/>
      <w:r>
        <w:t>So</w:t>
      </w:r>
      <w:proofErr w:type="gramEnd"/>
      <w:r>
        <w:t xml:space="preserve"> they quit the plan, feel bad for a while, wait until the next wave of conviction, and then start the cycle again.</w:t>
      </w:r>
    </w:p>
    <w:p w14:paraId="10384F47" w14:textId="23981800" w:rsidR="003D7A30" w:rsidRDefault="006C6BDA">
      <w:pPr>
        <w:pStyle w:val="Body"/>
      </w:pPr>
      <w:r>
        <w:t>That is not growth.</w:t>
      </w:r>
      <w:r w:rsidR="00426808">
        <w:t xml:space="preserve"> </w:t>
      </w:r>
      <w:r>
        <w:t>That is performance.</w:t>
      </w:r>
    </w:p>
    <w:p w14:paraId="5B46094B" w14:textId="77777777" w:rsidR="003D7A30" w:rsidRDefault="006C6BDA">
      <w:pPr>
        <w:pStyle w:val="Subhead"/>
      </w:pPr>
      <w:r>
        <w:lastRenderedPageBreak/>
        <w:t>The Performance Cycle</w:t>
      </w:r>
    </w:p>
    <w:p w14:paraId="28DF6C6C" w14:textId="77777777" w:rsidR="003D7A30" w:rsidRDefault="006C6BDA">
      <w:pPr>
        <w:pStyle w:val="Body"/>
      </w:pPr>
      <w:r>
        <w:t>Performance change is dramatic.</w:t>
      </w:r>
    </w:p>
    <w:p w14:paraId="1E4F2D79" w14:textId="77777777" w:rsidR="003D7A30" w:rsidRDefault="006C6BDA">
      <w:pPr>
        <w:pStyle w:val="Body"/>
      </w:pPr>
      <w:r>
        <w:t>It wants a clean start, a strong feeling, a visible plan, and quick evidence that a man is finally different.</w:t>
      </w:r>
    </w:p>
    <w:p w14:paraId="5E90444F" w14:textId="77777777" w:rsidR="003D7A30" w:rsidRDefault="006C6BDA">
      <w:pPr>
        <w:pStyle w:val="Body"/>
      </w:pPr>
      <w:r>
        <w:t>Performance says, “This time I will prove I am serious.”</w:t>
      </w:r>
    </w:p>
    <w:p w14:paraId="5F99843B" w14:textId="77777777" w:rsidR="003D7A30" w:rsidRDefault="006C6BDA">
      <w:pPr>
        <w:pStyle w:val="Body"/>
      </w:pPr>
      <w:r>
        <w:t>That sounds strong, but underneath it is often fear. A young man is not only trying to change. He is trying to become the kind of man who finally feels acceptable — to God, to others, or to himself.</w:t>
      </w:r>
    </w:p>
    <w:p w14:paraId="1F72BD1A" w14:textId="77777777" w:rsidR="003D7A30" w:rsidRDefault="006C6BDA">
      <w:pPr>
        <w:pStyle w:val="Body"/>
      </w:pPr>
      <w:r>
        <w:t>That is why performance change usually has two moods: intensity and collapse.</w:t>
      </w:r>
    </w:p>
    <w:p w14:paraId="0FCD56FB" w14:textId="77777777" w:rsidR="003D7A30" w:rsidRDefault="006C6BDA">
      <w:pPr>
        <w:pStyle w:val="Body"/>
      </w:pPr>
      <w:r>
        <w:t>Intensity says, “Everything changes now.”</w:t>
      </w:r>
    </w:p>
    <w:p w14:paraId="538E8811" w14:textId="77777777" w:rsidR="003D7A30" w:rsidRDefault="006C6BDA">
      <w:pPr>
        <w:pStyle w:val="Body"/>
      </w:pPr>
      <w:r>
        <w:t>Collapse says, “Nothing ever changes.”</w:t>
      </w:r>
    </w:p>
    <w:p w14:paraId="1E06C673" w14:textId="77777777" w:rsidR="003D7A30" w:rsidRDefault="006C6BDA">
      <w:pPr>
        <w:pStyle w:val="Body"/>
      </w:pPr>
      <w:r>
        <w:t>Neither one is very honest.</w:t>
      </w:r>
    </w:p>
    <w:p w14:paraId="04F7EE31" w14:textId="77777777" w:rsidR="003D7A30" w:rsidRDefault="006C6BDA">
      <w:pPr>
        <w:pStyle w:val="Body"/>
      </w:pPr>
      <w:r>
        <w:t>Real growth is usually quieter than that.</w:t>
      </w:r>
    </w:p>
    <w:p w14:paraId="36797B0F" w14:textId="77777777" w:rsidR="003D7A30" w:rsidRDefault="006C6BDA">
      <w:pPr>
        <w:pStyle w:val="Body"/>
      </w:pPr>
      <w:r>
        <w:t>It is less dramatic. Less impressive. Less dependent on emotion. Less useful for building an image.</w:t>
      </w:r>
    </w:p>
    <w:p w14:paraId="6D72BD32" w14:textId="77777777" w:rsidR="003D7A30" w:rsidRDefault="006C6BDA">
      <w:pPr>
        <w:pStyle w:val="Body"/>
      </w:pPr>
      <w:r>
        <w:t>Real growth is installed.</w:t>
      </w:r>
    </w:p>
    <w:p w14:paraId="65D123B1" w14:textId="77777777" w:rsidR="003D7A30" w:rsidRDefault="006C6BDA">
      <w:pPr>
        <w:pStyle w:val="Subhead"/>
      </w:pPr>
      <w:r>
        <w:t>Installation Is Different</w:t>
      </w:r>
    </w:p>
    <w:p w14:paraId="2353394F" w14:textId="77777777" w:rsidR="003D7A30" w:rsidRDefault="006C6BDA">
      <w:pPr>
        <w:pStyle w:val="Body"/>
      </w:pPr>
      <w:r>
        <w:t>Installation means a pattern is built into the actual shape of your life.</w:t>
      </w:r>
    </w:p>
    <w:p w14:paraId="4ACA56C7" w14:textId="77777777" w:rsidR="003D7A30" w:rsidRDefault="006C6BDA">
      <w:pPr>
        <w:pStyle w:val="Body"/>
      </w:pPr>
      <w:r>
        <w:t>Not the imaginary version of your life.</w:t>
      </w:r>
    </w:p>
    <w:p w14:paraId="4F6FEA48" w14:textId="77777777" w:rsidR="003D7A30" w:rsidRDefault="006C6BDA">
      <w:pPr>
        <w:pStyle w:val="Body"/>
      </w:pPr>
      <w:r>
        <w:t>Not the ideal version of your life.</w:t>
      </w:r>
    </w:p>
    <w:p w14:paraId="137BABC5" w14:textId="77777777" w:rsidR="003D7A30" w:rsidRDefault="006C6BDA">
      <w:pPr>
        <w:pStyle w:val="Body"/>
      </w:pPr>
      <w:r>
        <w:t>Your real life.</w:t>
      </w:r>
    </w:p>
    <w:p w14:paraId="0A794F5B" w14:textId="77777777" w:rsidR="003D7A30" w:rsidRDefault="006C6BDA">
      <w:pPr>
        <w:pStyle w:val="Body"/>
      </w:pPr>
      <w:r>
        <w:t>The one where you get tired.</w:t>
      </w:r>
    </w:p>
    <w:p w14:paraId="6AE5FEAB" w14:textId="77777777" w:rsidR="003D7A30" w:rsidRDefault="006C6BDA">
      <w:pPr>
        <w:pStyle w:val="Body"/>
      </w:pPr>
      <w:r>
        <w:t>The one where homework piles up.</w:t>
      </w:r>
    </w:p>
    <w:p w14:paraId="1467D132" w14:textId="77777777" w:rsidR="003D7A30" w:rsidRDefault="006C6BDA">
      <w:pPr>
        <w:pStyle w:val="Body"/>
      </w:pPr>
      <w:r>
        <w:t>The one where your phone is close.</w:t>
      </w:r>
    </w:p>
    <w:p w14:paraId="6DD1345E" w14:textId="77777777" w:rsidR="003D7A30" w:rsidRDefault="006C6BDA">
      <w:pPr>
        <w:pStyle w:val="Body"/>
      </w:pPr>
      <w:r>
        <w:t>The one where you do not always feel spiritual.</w:t>
      </w:r>
    </w:p>
    <w:p w14:paraId="0DD2E5C0" w14:textId="77777777" w:rsidR="003D7A30" w:rsidRDefault="006C6BDA">
      <w:pPr>
        <w:pStyle w:val="Body"/>
      </w:pPr>
      <w:r>
        <w:t>The one where your room is messy.</w:t>
      </w:r>
    </w:p>
    <w:p w14:paraId="6EC4A3EE" w14:textId="77777777" w:rsidR="003D7A30" w:rsidRDefault="006C6BDA">
      <w:pPr>
        <w:pStyle w:val="Body"/>
      </w:pPr>
      <w:r>
        <w:t>The one where temptation shows up when you are bored, ashamed, lonely, or exhausted.</w:t>
      </w:r>
    </w:p>
    <w:p w14:paraId="08D1CF9C" w14:textId="77777777" w:rsidR="003D7A30" w:rsidRDefault="006C6BDA">
      <w:pPr>
        <w:pStyle w:val="Body"/>
      </w:pPr>
      <w:r>
        <w:t>The one where motivation comes and goes.</w:t>
      </w:r>
    </w:p>
    <w:p w14:paraId="741647BF" w14:textId="77777777" w:rsidR="003D7A30" w:rsidRDefault="006C6BDA">
      <w:pPr>
        <w:pStyle w:val="Body"/>
      </w:pPr>
      <w:r>
        <w:t>A habit that only works when you feel inspired is not installed yet.</w:t>
      </w:r>
    </w:p>
    <w:p w14:paraId="15CB4D72" w14:textId="77777777" w:rsidR="003D7A30" w:rsidRDefault="006C6BDA">
      <w:pPr>
        <w:pStyle w:val="Body"/>
      </w:pPr>
      <w:r>
        <w:t>It is visiting.</w:t>
      </w:r>
    </w:p>
    <w:p w14:paraId="3366C6FC" w14:textId="77777777" w:rsidR="003D7A30" w:rsidRDefault="006C6BDA">
      <w:pPr>
        <w:pStyle w:val="Body"/>
      </w:pPr>
      <w:r>
        <w:t>An installed habit has a place. It has a trigger. It has a small beginning. It knows what happens when you miss. It is connected to something real in your day.</w:t>
      </w:r>
    </w:p>
    <w:p w14:paraId="08EC90B6" w14:textId="77777777" w:rsidR="003D7A30" w:rsidRDefault="006C6BDA">
      <w:pPr>
        <w:pStyle w:val="Body"/>
      </w:pPr>
      <w:r>
        <w:t>Performance says: I will become a different man by force of will.</w:t>
      </w:r>
    </w:p>
    <w:p w14:paraId="76783D74" w14:textId="77777777" w:rsidR="003D7A30" w:rsidRDefault="006C6BDA">
      <w:pPr>
        <w:pStyle w:val="Body"/>
      </w:pPr>
      <w:r>
        <w:t>Installation asks: What small pattern needs to be built into my actual life so faithfulness becomes more normal?</w:t>
      </w:r>
    </w:p>
    <w:p w14:paraId="7DDA72D7" w14:textId="77777777" w:rsidR="003D7A30" w:rsidRDefault="006C6BDA">
      <w:pPr>
        <w:pStyle w:val="Body"/>
      </w:pPr>
      <w:r>
        <w:t>That question is less exciting.</w:t>
      </w:r>
    </w:p>
    <w:p w14:paraId="40748AEE" w14:textId="77777777" w:rsidR="003D7A30" w:rsidRDefault="006C6BDA">
      <w:pPr>
        <w:pStyle w:val="Body"/>
      </w:pPr>
      <w:r>
        <w:t>It is also wiser.</w:t>
      </w:r>
    </w:p>
    <w:p w14:paraId="5202AACB" w14:textId="77777777" w:rsidR="003D7A30" w:rsidRDefault="006C6BDA">
      <w:pPr>
        <w:pStyle w:val="Subhead"/>
      </w:pPr>
      <w:r>
        <w:lastRenderedPageBreak/>
        <w:t>Grace Before Growth</w:t>
      </w:r>
    </w:p>
    <w:p w14:paraId="4B5F21E2" w14:textId="77777777" w:rsidR="003D7A30" w:rsidRDefault="006C6BDA">
      <w:pPr>
        <w:pStyle w:val="Body"/>
      </w:pPr>
      <w:r>
        <w:t>But there is a deeper issue.</w:t>
      </w:r>
    </w:p>
    <w:p w14:paraId="1BA3C9C6" w14:textId="77777777" w:rsidR="003D7A30" w:rsidRDefault="006C6BDA">
      <w:pPr>
        <w:pStyle w:val="Body"/>
      </w:pPr>
      <w:r>
        <w:t>Many young men do not only want better habits. They want their habits to prove something.</w:t>
      </w:r>
    </w:p>
    <w:p w14:paraId="75806F44" w14:textId="77777777" w:rsidR="003D7A30" w:rsidRDefault="006C6BDA">
      <w:pPr>
        <w:pStyle w:val="Body"/>
      </w:pPr>
      <w:r>
        <w:t>They want prayer to prove they are spiritual.</w:t>
      </w:r>
    </w:p>
    <w:p w14:paraId="5B3988B3" w14:textId="77777777" w:rsidR="003D7A30" w:rsidRDefault="006C6BDA">
      <w:pPr>
        <w:pStyle w:val="Body"/>
      </w:pPr>
      <w:r>
        <w:t>They want discipline to prove they are strong.</w:t>
      </w:r>
    </w:p>
    <w:p w14:paraId="493E24C0" w14:textId="77777777" w:rsidR="003D7A30" w:rsidRDefault="006C6BDA">
      <w:pPr>
        <w:pStyle w:val="Body"/>
      </w:pPr>
      <w:r>
        <w:t>They want purity to prove they are not like other men.</w:t>
      </w:r>
    </w:p>
    <w:p w14:paraId="7014BEE7" w14:textId="77777777" w:rsidR="003D7A30" w:rsidRDefault="006C6BDA">
      <w:pPr>
        <w:pStyle w:val="Body"/>
      </w:pPr>
      <w:r>
        <w:t>They want consistency to prove they are finally serious.</w:t>
      </w:r>
    </w:p>
    <w:p w14:paraId="66EC85FF" w14:textId="77777777" w:rsidR="003D7A30" w:rsidRDefault="006C6BDA">
      <w:pPr>
        <w:pStyle w:val="Body"/>
      </w:pPr>
      <w:r>
        <w:t>They want change to prove they are worth respecting.</w:t>
      </w:r>
    </w:p>
    <w:p w14:paraId="1ADD7F00" w14:textId="77777777" w:rsidR="003D7A30" w:rsidRDefault="006C6BDA">
      <w:pPr>
        <w:pStyle w:val="Body"/>
      </w:pPr>
      <w:r>
        <w:t>That turns growth into self-justification.</w:t>
      </w:r>
    </w:p>
    <w:p w14:paraId="3E5DE40A" w14:textId="77777777" w:rsidR="003D7A30" w:rsidRDefault="006C6BDA">
      <w:pPr>
        <w:pStyle w:val="Body"/>
      </w:pPr>
      <w:r>
        <w:t>And self-justification cannot produce lasting Christian maturity.</w:t>
      </w:r>
    </w:p>
    <w:p w14:paraId="33022096" w14:textId="77777777" w:rsidR="003D7A30" w:rsidRDefault="006C6BDA">
      <w:pPr>
        <w:pStyle w:val="Body"/>
      </w:pPr>
      <w:r>
        <w:t>Christ does not wait for you at the end of a perfect habit streak.</w:t>
      </w:r>
    </w:p>
    <w:p w14:paraId="73A8E2DF" w14:textId="77777777" w:rsidR="003D7A30" w:rsidRDefault="006C6BDA">
      <w:pPr>
        <w:pStyle w:val="Body"/>
      </w:pPr>
      <w:r>
        <w:t>He does not say, “Build yourself into a better man, and then I will draw near.”</w:t>
      </w:r>
    </w:p>
    <w:p w14:paraId="311470AF" w14:textId="77777777" w:rsidR="003D7A30" w:rsidRDefault="006C6BDA">
      <w:pPr>
        <w:pStyle w:val="Body"/>
      </w:pPr>
      <w:r>
        <w:t>He comes to sinners.</w:t>
      </w:r>
    </w:p>
    <w:p w14:paraId="7833C429" w14:textId="77777777" w:rsidR="003D7A30" w:rsidRDefault="006C6BDA">
      <w:pPr>
        <w:pStyle w:val="Body"/>
      </w:pPr>
      <w:r>
        <w:t>He forgives freely. He gives mercy before progress. He names sons before they have become impressive. Then He begins forming them.</w:t>
      </w:r>
    </w:p>
    <w:p w14:paraId="74F949E2" w14:textId="77777777" w:rsidR="003D7A30" w:rsidRDefault="006C6BDA">
      <w:pPr>
        <w:pStyle w:val="Body"/>
      </w:pPr>
      <w:r>
        <w:t>Grace comes before growth.</w:t>
      </w:r>
    </w:p>
    <w:p w14:paraId="1A946002" w14:textId="77777777" w:rsidR="003D7A30" w:rsidRDefault="006C6BDA">
      <w:pPr>
        <w:pStyle w:val="Body"/>
      </w:pPr>
      <w:r>
        <w:t>That order matters.</w:t>
      </w:r>
    </w:p>
    <w:p w14:paraId="4933FEC6" w14:textId="77777777" w:rsidR="003D7A30" w:rsidRDefault="006C6BDA">
      <w:pPr>
        <w:pStyle w:val="Body"/>
      </w:pPr>
      <w:r>
        <w:t>You do not install habits to become loved.</w:t>
      </w:r>
    </w:p>
    <w:p w14:paraId="6AC1C7CC" w14:textId="77777777" w:rsidR="003D7A30" w:rsidRDefault="006C6BDA">
      <w:pPr>
        <w:pStyle w:val="Body"/>
      </w:pPr>
      <w:r>
        <w:t>You install habits because you are loved.</w:t>
      </w:r>
    </w:p>
    <w:p w14:paraId="271ABD18" w14:textId="77777777" w:rsidR="003D7A30" w:rsidRDefault="006C6BDA">
      <w:pPr>
        <w:pStyle w:val="Body"/>
      </w:pPr>
      <w:r>
        <w:t>You do not build a faithful life to earn a place in Christ.</w:t>
      </w:r>
    </w:p>
    <w:p w14:paraId="47D50F58" w14:textId="77777777" w:rsidR="003D7A30" w:rsidRDefault="006C6BDA">
      <w:pPr>
        <w:pStyle w:val="Body"/>
      </w:pPr>
      <w:r>
        <w:t>You build from the place Christ has already given you.</w:t>
      </w:r>
    </w:p>
    <w:p w14:paraId="53BA83B3" w14:textId="77777777" w:rsidR="003D7A30" w:rsidRDefault="006C6BDA">
      <w:pPr>
        <w:pStyle w:val="Subhead"/>
      </w:pPr>
      <w:r>
        <w:t>The First Habit</w:t>
      </w:r>
    </w:p>
    <w:p w14:paraId="355B56F9" w14:textId="77777777" w:rsidR="003D7A30" w:rsidRDefault="006C6BDA">
      <w:pPr>
        <w:pStyle w:val="Body"/>
      </w:pPr>
      <w:r>
        <w:t>The first habit is not self-improvement.</w:t>
      </w:r>
    </w:p>
    <w:p w14:paraId="0C246C58" w14:textId="77777777" w:rsidR="003D7A30" w:rsidRDefault="006C6BDA">
      <w:pPr>
        <w:pStyle w:val="Body"/>
      </w:pPr>
      <w:r>
        <w:t>The first habit is staying where Christ gives His gifts.</w:t>
      </w:r>
    </w:p>
    <w:p w14:paraId="6C5D364C" w14:textId="77777777" w:rsidR="003D7A30" w:rsidRDefault="006C6BDA">
      <w:pPr>
        <w:pStyle w:val="Body"/>
      </w:pPr>
      <w:r>
        <w:t>That means the anchor habits of a Christian man are not the ones that make him look disciplined. The anchor habits are the ones that keep him near Christ:</w:t>
      </w:r>
    </w:p>
    <w:p w14:paraId="4EF8E2A4" w14:textId="77777777" w:rsidR="003D7A30" w:rsidRDefault="006C6BDA">
      <w:pPr>
        <w:pStyle w:val="LineStack"/>
      </w:pPr>
      <w:r>
        <w:t>hearing the Word,</w:t>
      </w:r>
    </w:p>
    <w:p w14:paraId="3D1B901C" w14:textId="77777777" w:rsidR="003D7A30" w:rsidRDefault="006C6BDA">
      <w:pPr>
        <w:pStyle w:val="LineStack"/>
      </w:pPr>
      <w:r>
        <w:t>receiving the Sacrament,</w:t>
      </w:r>
    </w:p>
    <w:p w14:paraId="6574568A" w14:textId="77777777" w:rsidR="003D7A30" w:rsidRDefault="006C6BDA">
      <w:pPr>
        <w:pStyle w:val="LineStack"/>
      </w:pPr>
      <w:r>
        <w:t>confessing sin,</w:t>
      </w:r>
    </w:p>
    <w:p w14:paraId="3B28DA34" w14:textId="77777777" w:rsidR="003D7A30" w:rsidRDefault="006C6BDA">
      <w:pPr>
        <w:pStyle w:val="LineStack"/>
      </w:pPr>
      <w:r>
        <w:t>praying honestly,</w:t>
      </w:r>
    </w:p>
    <w:p w14:paraId="2947D036" w14:textId="77777777" w:rsidR="003D7A30" w:rsidRDefault="006C6BDA">
      <w:pPr>
        <w:pStyle w:val="LineStack"/>
      </w:pPr>
      <w:r>
        <w:t>staying rooted in the Church,</w:t>
      </w:r>
    </w:p>
    <w:p w14:paraId="430B80DB" w14:textId="77777777" w:rsidR="003D7A30" w:rsidRDefault="006C6BDA">
      <w:pPr>
        <w:pStyle w:val="LineStack"/>
      </w:pPr>
      <w:r>
        <w:t>returning when he drifts.</w:t>
      </w:r>
    </w:p>
    <w:p w14:paraId="18070272" w14:textId="77777777" w:rsidR="001842B1" w:rsidRDefault="001842B1">
      <w:pPr>
        <w:pStyle w:val="Body"/>
      </w:pPr>
    </w:p>
    <w:p w14:paraId="68A856A1" w14:textId="1CDD828E" w:rsidR="001842B1" w:rsidRDefault="001842B1">
      <w:pPr>
        <w:pStyle w:val="Body"/>
      </w:pPr>
    </w:p>
    <w:p w14:paraId="78E65128" w14:textId="77777777" w:rsidR="00426808" w:rsidRDefault="00426808">
      <w:pPr>
        <w:pStyle w:val="Body"/>
      </w:pPr>
    </w:p>
    <w:p w14:paraId="2B5B3836" w14:textId="5FF582D0" w:rsidR="003D7A30" w:rsidRDefault="006C6BDA">
      <w:pPr>
        <w:pStyle w:val="Body"/>
      </w:pPr>
      <w:r>
        <w:lastRenderedPageBreak/>
        <w:t>Other habits matter.</w:t>
      </w:r>
    </w:p>
    <w:p w14:paraId="6588439C" w14:textId="77777777" w:rsidR="003D7A30" w:rsidRDefault="006C6BDA">
      <w:pPr>
        <w:pStyle w:val="Body"/>
      </w:pPr>
      <w:r>
        <w:t>Sleep matters. Work matters. Exercise matters. School habits matter. Phone habits matter. Money habits matter. Food habits matter. Purity habits matter.</w:t>
      </w:r>
    </w:p>
    <w:p w14:paraId="3796A944" w14:textId="77777777" w:rsidR="003D7A30" w:rsidRDefault="006C6BDA">
      <w:pPr>
        <w:pStyle w:val="Body"/>
      </w:pPr>
      <w:r>
        <w:t>But those habits must orbit the center.</w:t>
      </w:r>
    </w:p>
    <w:p w14:paraId="29E85744" w14:textId="77777777" w:rsidR="003D7A30" w:rsidRDefault="006C6BDA">
      <w:pPr>
        <w:pStyle w:val="Body"/>
      </w:pPr>
      <w:r>
        <w:t>A man can become organized and still be far from Christ.</w:t>
      </w:r>
    </w:p>
    <w:p w14:paraId="5168A312" w14:textId="77777777" w:rsidR="003D7A30" w:rsidRDefault="006C6BDA">
      <w:pPr>
        <w:pStyle w:val="Body"/>
      </w:pPr>
      <w:r>
        <w:t>He can become disciplined and still be curved inward.</w:t>
      </w:r>
    </w:p>
    <w:p w14:paraId="3644BB70" w14:textId="77777777" w:rsidR="003D7A30" w:rsidRDefault="006C6BDA">
      <w:pPr>
        <w:pStyle w:val="Body"/>
      </w:pPr>
      <w:r>
        <w:t>He can become impressive and still be spiritually asleep.</w:t>
      </w:r>
    </w:p>
    <w:p w14:paraId="05D77F9F" w14:textId="77777777" w:rsidR="003D7A30" w:rsidRDefault="006C6BDA">
      <w:pPr>
        <w:pStyle w:val="Body"/>
      </w:pPr>
      <w:proofErr w:type="gramStart"/>
      <w:r>
        <w:t>So</w:t>
      </w:r>
      <w:proofErr w:type="gramEnd"/>
      <w:r>
        <w:t xml:space="preserve"> begin here:</w:t>
      </w:r>
    </w:p>
    <w:p w14:paraId="3747B8A0" w14:textId="77777777" w:rsidR="003D7A30" w:rsidRDefault="006C6BDA">
      <w:pPr>
        <w:pStyle w:val="LineStack"/>
      </w:pPr>
      <w:r>
        <w:t>Where does Christ give His gifts?</w:t>
      </w:r>
    </w:p>
    <w:p w14:paraId="55829F00" w14:textId="77777777" w:rsidR="003D7A30" w:rsidRDefault="006C6BDA">
      <w:pPr>
        <w:pStyle w:val="LineStack"/>
      </w:pPr>
      <w:r>
        <w:t>Stay there.</w:t>
      </w:r>
    </w:p>
    <w:p w14:paraId="0F1AAAC7" w14:textId="77777777" w:rsidR="003D7A30" w:rsidRDefault="006C6BDA">
      <w:pPr>
        <w:pStyle w:val="LineStack"/>
      </w:pPr>
      <w:r>
        <w:t>Build from there.</w:t>
      </w:r>
    </w:p>
    <w:p w14:paraId="0D165DBA" w14:textId="77777777" w:rsidR="003D7A30" w:rsidRDefault="006C6BDA">
      <w:pPr>
        <w:pStyle w:val="Body"/>
      </w:pPr>
      <w:r>
        <w:t>A man who builds discipline while drifting from Christ is not becoming stronger in the deepest sense. He is becoming more organized in his distance.</w:t>
      </w:r>
    </w:p>
    <w:p w14:paraId="2E165C59" w14:textId="77777777" w:rsidR="003D7A30" w:rsidRDefault="006C6BDA">
      <w:pPr>
        <w:pStyle w:val="Subhead"/>
      </w:pPr>
      <w:r>
        <w:t>Small Is Not Fake</w:t>
      </w:r>
    </w:p>
    <w:p w14:paraId="2AE18984" w14:textId="77777777" w:rsidR="003D7A30" w:rsidRDefault="006C6BDA">
      <w:pPr>
        <w:pStyle w:val="Body"/>
      </w:pPr>
      <w:r>
        <w:t>Young men often despise small beginnings.</w:t>
      </w:r>
    </w:p>
    <w:p w14:paraId="296555DC" w14:textId="77777777" w:rsidR="003D7A30" w:rsidRDefault="006C6BDA">
      <w:pPr>
        <w:pStyle w:val="Body"/>
      </w:pPr>
      <w:r>
        <w:t>They want the dramatic plan because the dramatic plan feels more serious. It gives the ego something to admire.</w:t>
      </w:r>
    </w:p>
    <w:p w14:paraId="2F9BA8A6" w14:textId="77777777" w:rsidR="003D7A30" w:rsidRDefault="006C6BDA">
      <w:pPr>
        <w:pStyle w:val="Body"/>
      </w:pPr>
      <w:r>
        <w:t>But small faithfulness is not fake faithfulness.</w:t>
      </w:r>
    </w:p>
    <w:p w14:paraId="01A1A5FA" w14:textId="77777777" w:rsidR="003D7A30" w:rsidRDefault="006C6BDA">
      <w:pPr>
        <w:pStyle w:val="Body"/>
      </w:pPr>
      <w:r>
        <w:t>It is often the place where real growth begins.</w:t>
      </w:r>
    </w:p>
    <w:p w14:paraId="316907BE" w14:textId="77777777" w:rsidR="003D7A30" w:rsidRDefault="006C6BDA">
      <w:pPr>
        <w:pStyle w:val="Body"/>
      </w:pPr>
      <w:r>
        <w:t>If you keep failing to read Scripture for thirty minutes, read one paragraph.</w:t>
      </w:r>
    </w:p>
    <w:p w14:paraId="255AC60A" w14:textId="77777777" w:rsidR="003D7A30" w:rsidRDefault="006C6BDA">
      <w:pPr>
        <w:pStyle w:val="Body"/>
      </w:pPr>
      <w:r>
        <w:t>If you keep failing to pray for twenty minutes, pray for sixty seconds.</w:t>
      </w:r>
    </w:p>
    <w:p w14:paraId="266C2D96" w14:textId="77777777" w:rsidR="003D7A30" w:rsidRDefault="006C6BDA">
      <w:pPr>
        <w:pStyle w:val="Body"/>
      </w:pPr>
      <w:r>
        <w:t>If you keep failing to fix your whole morning, begin with the first five minutes.</w:t>
      </w:r>
    </w:p>
    <w:p w14:paraId="1F1D9B50" w14:textId="77777777" w:rsidR="003D7A30" w:rsidRDefault="006C6BDA">
      <w:pPr>
        <w:pStyle w:val="Body"/>
      </w:pPr>
      <w:r>
        <w:t>If you keep failing to stop scrolling at night, charge the phone across the room.</w:t>
      </w:r>
    </w:p>
    <w:p w14:paraId="4DDC16A7" w14:textId="77777777" w:rsidR="003D7A30" w:rsidRDefault="006C6BDA">
      <w:pPr>
        <w:pStyle w:val="Body"/>
      </w:pPr>
      <w:r>
        <w:t>If you keep failing to confess sin, send one honest text: “Can we talk this week?”</w:t>
      </w:r>
    </w:p>
    <w:p w14:paraId="0F5DEAE9" w14:textId="77777777" w:rsidR="003D7A30" w:rsidRDefault="006C6BDA">
      <w:pPr>
        <w:pStyle w:val="Body"/>
      </w:pPr>
      <w:r>
        <w:t>If you keep failing to get work done, set a timer for ten minutes and begin.</w:t>
      </w:r>
    </w:p>
    <w:p w14:paraId="2109AD89" w14:textId="77777777" w:rsidR="003D7A30" w:rsidRDefault="006C6BDA">
      <w:pPr>
        <w:pStyle w:val="Body"/>
      </w:pPr>
      <w:r>
        <w:t>This is not lowering the standard.</w:t>
      </w:r>
    </w:p>
    <w:p w14:paraId="0B531FCA" w14:textId="77777777" w:rsidR="003D7A30" w:rsidRDefault="006C6BDA">
      <w:pPr>
        <w:pStyle w:val="Body"/>
      </w:pPr>
      <w:r>
        <w:t>It is building a bridge to it.</w:t>
      </w:r>
    </w:p>
    <w:p w14:paraId="0EF732A5" w14:textId="77777777" w:rsidR="003D7A30" w:rsidRDefault="006C6BDA">
      <w:pPr>
        <w:pStyle w:val="Body"/>
      </w:pPr>
      <w:r>
        <w:t>Here is the threshold to aim for: small enough to survive Thursday. Not the inspired Monday when conviction is fresh and motivation is high. Thursday — when you went to bed late, the week has already cost you something, and the version of yourself who made the plan on Monday feels like a stranger. If the habit can survive Thursday, it can become installed. If it can only survive Monday, it is still performing.</w:t>
      </w:r>
    </w:p>
    <w:p w14:paraId="3C5EA880" w14:textId="77777777" w:rsidR="003D7A30" w:rsidRDefault="006C6BDA">
      <w:pPr>
        <w:pStyle w:val="Body"/>
      </w:pPr>
      <w:r>
        <w:t>Luke 16 says, “One who is faithful in a very little is also faithful in much.”</w:t>
      </w:r>
    </w:p>
    <w:p w14:paraId="1673180F" w14:textId="77777777" w:rsidR="003D7A30" w:rsidRDefault="006C6BDA">
      <w:pPr>
        <w:pStyle w:val="Body"/>
      </w:pPr>
      <w:r>
        <w:t>Very little matters.</w:t>
      </w:r>
    </w:p>
    <w:p w14:paraId="586EBDF5" w14:textId="77777777" w:rsidR="003D7A30" w:rsidRDefault="006C6BDA">
      <w:pPr>
        <w:pStyle w:val="Body"/>
      </w:pPr>
      <w:r>
        <w:t>Jesus does not despise the small, ordinary, unwitnessed act of faithfulness.</w:t>
      </w:r>
    </w:p>
    <w:p w14:paraId="2B7A36EC" w14:textId="77777777" w:rsidR="003D7A30" w:rsidRDefault="006C6BDA">
      <w:pPr>
        <w:pStyle w:val="Body"/>
      </w:pPr>
      <w:r>
        <w:t>The small thing may not impress anyone. That is part of its strength. It is not theater. It is training.</w:t>
      </w:r>
    </w:p>
    <w:p w14:paraId="0A99CA30" w14:textId="77777777" w:rsidR="003D7A30" w:rsidRDefault="006C6BDA">
      <w:pPr>
        <w:pStyle w:val="Body"/>
      </w:pPr>
      <w:r>
        <w:lastRenderedPageBreak/>
        <w:t>A lot of men would rather keep failing at impressive goals than succeed at humble ones.</w:t>
      </w:r>
    </w:p>
    <w:p w14:paraId="48EE4DBB" w14:textId="77777777" w:rsidR="003D7A30" w:rsidRDefault="006C6BDA">
      <w:pPr>
        <w:pStyle w:val="Body"/>
      </w:pPr>
      <w:r>
        <w:t>Pride would rather announce a grand vision than quietly install a small obedience.</w:t>
      </w:r>
    </w:p>
    <w:p w14:paraId="7928E4E8" w14:textId="77777777" w:rsidR="003D7A30" w:rsidRDefault="006C6BDA">
      <w:pPr>
        <w:pStyle w:val="Body"/>
      </w:pPr>
      <w:r>
        <w:t>But the Christian life is not built by announcements.</w:t>
      </w:r>
    </w:p>
    <w:p w14:paraId="30E2A0A7" w14:textId="77777777" w:rsidR="003D7A30" w:rsidRDefault="006C6BDA">
      <w:pPr>
        <w:pStyle w:val="Body"/>
      </w:pPr>
      <w:r>
        <w:t>It is built by return.</w:t>
      </w:r>
    </w:p>
    <w:p w14:paraId="0139F0A0" w14:textId="77777777" w:rsidR="003D7A30" w:rsidRDefault="006C6BDA">
      <w:pPr>
        <w:pStyle w:val="Subhead"/>
      </w:pPr>
      <w:r>
        <w:t xml:space="preserve">What Happens When You </w:t>
      </w:r>
      <w:proofErr w:type="gramStart"/>
      <w:r>
        <w:t>Miss</w:t>
      </w:r>
      <w:proofErr w:type="gramEnd"/>
    </w:p>
    <w:p w14:paraId="26D0E851" w14:textId="77777777" w:rsidR="003D7A30" w:rsidRDefault="006C6BDA">
      <w:pPr>
        <w:pStyle w:val="Body"/>
      </w:pPr>
      <w:r>
        <w:t>You will miss.</w:t>
      </w:r>
    </w:p>
    <w:p w14:paraId="376D3C20" w14:textId="77777777" w:rsidR="003D7A30" w:rsidRDefault="006C6BDA">
      <w:pPr>
        <w:pStyle w:val="Body"/>
      </w:pPr>
      <w:r>
        <w:t>You will forget. You will get tired. You will fall back into an old pattern. You will waste time. You will pray badly. You will skip the thing you meant to do. You will break your streak.</w:t>
      </w:r>
    </w:p>
    <w:p w14:paraId="74A86EA7" w14:textId="77777777" w:rsidR="003D7A30" w:rsidRDefault="006C6BDA">
      <w:pPr>
        <w:pStyle w:val="Body"/>
      </w:pPr>
      <w:r>
        <w:t>The question is not whether you will miss.</w:t>
      </w:r>
    </w:p>
    <w:p w14:paraId="7CA9E8B6" w14:textId="77777777" w:rsidR="003D7A30" w:rsidRDefault="006C6BDA">
      <w:pPr>
        <w:pStyle w:val="Body"/>
      </w:pPr>
      <w:r>
        <w:t>The question is what you will do next.</w:t>
      </w:r>
    </w:p>
    <w:p w14:paraId="1D518BA0" w14:textId="77777777" w:rsidR="003D7A30" w:rsidRDefault="006C6BDA">
      <w:pPr>
        <w:pStyle w:val="Body"/>
      </w:pPr>
      <w:r>
        <w:t>Performance says: I missed. The plan is ruined. I am ruined. I might as well quit.</w:t>
      </w:r>
    </w:p>
    <w:p w14:paraId="5C663631" w14:textId="77777777" w:rsidR="003D7A30" w:rsidRDefault="006C6BDA">
      <w:pPr>
        <w:pStyle w:val="Body"/>
      </w:pPr>
      <w:r>
        <w:t>Grace says: Return.</w:t>
      </w:r>
    </w:p>
    <w:p w14:paraId="5839D110" w14:textId="77777777" w:rsidR="003D7A30" w:rsidRDefault="006C6BDA">
      <w:pPr>
        <w:pStyle w:val="Body"/>
      </w:pPr>
      <w:r>
        <w:t>A man learning installation does not treat a missed day like the end of the story. He asks better questions:</w:t>
      </w:r>
    </w:p>
    <w:p w14:paraId="3D1635CB" w14:textId="77777777" w:rsidR="003D7A30" w:rsidRDefault="006C6BDA">
      <w:pPr>
        <w:pStyle w:val="LineStack"/>
      </w:pPr>
      <w:r>
        <w:t>What broke?</w:t>
      </w:r>
    </w:p>
    <w:p w14:paraId="181A8491" w14:textId="77777777" w:rsidR="003D7A30" w:rsidRDefault="006C6BDA">
      <w:pPr>
        <w:pStyle w:val="LineStack"/>
      </w:pPr>
      <w:r>
        <w:t>Was the habit too big?</w:t>
      </w:r>
    </w:p>
    <w:p w14:paraId="4C5C5DA8" w14:textId="77777777" w:rsidR="003D7A30" w:rsidRDefault="006C6BDA">
      <w:pPr>
        <w:pStyle w:val="LineStack"/>
      </w:pPr>
      <w:r>
        <w:t>Was the plan too vague?</w:t>
      </w:r>
    </w:p>
    <w:p w14:paraId="0E81CB9A" w14:textId="77777777" w:rsidR="003D7A30" w:rsidRDefault="006C6BDA">
      <w:pPr>
        <w:pStyle w:val="LineStack"/>
      </w:pPr>
      <w:r>
        <w:t>Was I relying on emotion?</w:t>
      </w:r>
    </w:p>
    <w:p w14:paraId="246C970F" w14:textId="77777777" w:rsidR="003D7A30" w:rsidRDefault="006C6BDA">
      <w:pPr>
        <w:pStyle w:val="LineStack"/>
      </w:pPr>
      <w:r>
        <w:t>Did I put the habit in the wrong part of the day?</w:t>
      </w:r>
    </w:p>
    <w:p w14:paraId="74EBD231" w14:textId="77777777" w:rsidR="003D7A30" w:rsidRDefault="006C6BDA">
      <w:pPr>
        <w:pStyle w:val="LineStack"/>
      </w:pPr>
      <w:r>
        <w:t>Do I need help?</w:t>
      </w:r>
    </w:p>
    <w:p w14:paraId="15EBA767" w14:textId="77777777" w:rsidR="003D7A30" w:rsidRDefault="006C6BDA">
      <w:pPr>
        <w:pStyle w:val="LineStack"/>
      </w:pPr>
      <w:r>
        <w:t>Do I need to confess something?</w:t>
      </w:r>
    </w:p>
    <w:p w14:paraId="0C81C8CD" w14:textId="77777777" w:rsidR="003D7A30" w:rsidRDefault="006C6BDA">
      <w:pPr>
        <w:pStyle w:val="LineStack"/>
      </w:pPr>
      <w:r>
        <w:t>What is the next faithful step?</w:t>
      </w:r>
    </w:p>
    <w:p w14:paraId="6A0124A8" w14:textId="77777777" w:rsidR="003D7A30" w:rsidRDefault="006C6BDA">
      <w:pPr>
        <w:pStyle w:val="Body"/>
      </w:pPr>
      <w:r>
        <w:t>That is a much steadier way to live.</w:t>
      </w:r>
    </w:p>
    <w:p w14:paraId="48E8261C" w14:textId="77777777" w:rsidR="003D7A30" w:rsidRDefault="006C6BDA">
      <w:pPr>
        <w:pStyle w:val="Body"/>
      </w:pPr>
      <w:r>
        <w:t>Not dramatic collapse.</w:t>
      </w:r>
    </w:p>
    <w:p w14:paraId="0D0ADB4A" w14:textId="77777777" w:rsidR="003D7A30" w:rsidRDefault="006C6BDA">
      <w:pPr>
        <w:pStyle w:val="Body"/>
      </w:pPr>
      <w:r>
        <w:t>Return.</w:t>
      </w:r>
    </w:p>
    <w:p w14:paraId="748B548F" w14:textId="77777777" w:rsidR="003D7A30" w:rsidRDefault="006C6BDA">
      <w:pPr>
        <w:pStyle w:val="Body"/>
      </w:pPr>
      <w:r>
        <w:t>Not shame spiral.</w:t>
      </w:r>
    </w:p>
    <w:p w14:paraId="2037F85F" w14:textId="77777777" w:rsidR="003D7A30" w:rsidRDefault="006C6BDA">
      <w:pPr>
        <w:pStyle w:val="Body"/>
      </w:pPr>
      <w:r>
        <w:t>Return.</w:t>
      </w:r>
    </w:p>
    <w:p w14:paraId="1E402942" w14:textId="77777777" w:rsidR="003D7A30" w:rsidRDefault="006C6BDA">
      <w:pPr>
        <w:pStyle w:val="Body"/>
      </w:pPr>
      <w:r>
        <w:t>Not bargaining with God.</w:t>
      </w:r>
    </w:p>
    <w:p w14:paraId="1E7B8D2A" w14:textId="77777777" w:rsidR="003D7A30" w:rsidRDefault="006C6BDA">
      <w:pPr>
        <w:pStyle w:val="Body"/>
      </w:pPr>
      <w:r>
        <w:t>Return.</w:t>
      </w:r>
    </w:p>
    <w:p w14:paraId="04E342FA" w14:textId="77777777" w:rsidR="003D7A30" w:rsidRDefault="006C6BDA">
      <w:pPr>
        <w:pStyle w:val="Body"/>
      </w:pPr>
      <w:r>
        <w:t>Not pretending nothing happened.</w:t>
      </w:r>
    </w:p>
    <w:p w14:paraId="1D8D2592" w14:textId="77777777" w:rsidR="003D7A30" w:rsidRDefault="006C6BDA">
      <w:pPr>
        <w:pStyle w:val="Body"/>
      </w:pPr>
      <w:r>
        <w:t>Return.</w:t>
      </w:r>
    </w:p>
    <w:p w14:paraId="4AE72715" w14:textId="77777777" w:rsidR="003D7A30" w:rsidRDefault="006C6BDA">
      <w:pPr>
        <w:pStyle w:val="Body"/>
      </w:pPr>
      <w:r>
        <w:t>The Christian life is not one long uninterrupted streak of impressive faithfulness.</w:t>
      </w:r>
    </w:p>
    <w:p w14:paraId="20D330B0" w14:textId="1D103C00" w:rsidR="003D7A30" w:rsidRDefault="006C6BDA">
      <w:pPr>
        <w:pStyle w:val="Body"/>
      </w:pPr>
      <w:r>
        <w:t>It is daily return to Christ.</w:t>
      </w:r>
    </w:p>
    <w:p w14:paraId="12DA99DB" w14:textId="36C467FD" w:rsidR="001842B1" w:rsidRDefault="001842B1">
      <w:pPr>
        <w:pStyle w:val="Body"/>
      </w:pPr>
    </w:p>
    <w:p w14:paraId="4180F606" w14:textId="77777777" w:rsidR="00426808" w:rsidRDefault="00426808">
      <w:pPr>
        <w:pStyle w:val="Body"/>
      </w:pPr>
    </w:p>
    <w:p w14:paraId="60FFA488" w14:textId="77777777" w:rsidR="003D7A30" w:rsidRDefault="006C6BDA">
      <w:pPr>
        <w:pStyle w:val="Subhead"/>
      </w:pPr>
      <w:r>
        <w:lastRenderedPageBreak/>
        <w:t>Install, Do Not Announce</w:t>
      </w:r>
    </w:p>
    <w:p w14:paraId="4A57D204" w14:textId="77777777" w:rsidR="003D7A30" w:rsidRDefault="006C6BDA">
      <w:pPr>
        <w:pStyle w:val="Body"/>
      </w:pPr>
      <w:r>
        <w:t>Here is a simple rule:</w:t>
      </w:r>
    </w:p>
    <w:p w14:paraId="2620D0C7" w14:textId="77777777" w:rsidR="003D7A30" w:rsidRDefault="006C6BDA">
      <w:pPr>
        <w:pStyle w:val="Body"/>
      </w:pPr>
      <w:r>
        <w:t>Do not announce more change than you are willing to install.</w:t>
      </w:r>
    </w:p>
    <w:p w14:paraId="53F6164B" w14:textId="77777777" w:rsidR="003D7A30" w:rsidRDefault="006C6BDA">
      <w:pPr>
        <w:pStyle w:val="Body"/>
      </w:pPr>
      <w:r>
        <w:t>It is easy to talk about the man you are going to become.</w:t>
      </w:r>
    </w:p>
    <w:p w14:paraId="22C21756" w14:textId="77777777" w:rsidR="003D7A30" w:rsidRDefault="006C6BDA">
      <w:pPr>
        <w:pStyle w:val="Body"/>
      </w:pPr>
      <w:r>
        <w:t>It is harder to place your phone across the room tonight.</w:t>
      </w:r>
    </w:p>
    <w:p w14:paraId="0B05FACA" w14:textId="77777777" w:rsidR="003D7A30" w:rsidRDefault="006C6BDA">
      <w:pPr>
        <w:pStyle w:val="Body"/>
      </w:pPr>
      <w:r>
        <w:t>It is easy to say you need to be in the Word.</w:t>
      </w:r>
    </w:p>
    <w:p w14:paraId="7F72C1DD" w14:textId="77777777" w:rsidR="003D7A30" w:rsidRDefault="006C6BDA">
      <w:pPr>
        <w:pStyle w:val="Body"/>
      </w:pPr>
      <w:r>
        <w:t>It is harder to open the Bible before your screen tomorrow morning.</w:t>
      </w:r>
    </w:p>
    <w:p w14:paraId="70843B1C" w14:textId="77777777" w:rsidR="003D7A30" w:rsidRDefault="006C6BDA">
      <w:pPr>
        <w:pStyle w:val="Body"/>
      </w:pPr>
      <w:r>
        <w:t>It is easy to say you need brotherhood.</w:t>
      </w:r>
    </w:p>
    <w:p w14:paraId="1BDC9CE2" w14:textId="77777777" w:rsidR="003D7A30" w:rsidRDefault="006C6BDA">
      <w:pPr>
        <w:pStyle w:val="Body"/>
      </w:pPr>
      <w:r>
        <w:t>It is harder to ask one trusted man for help.</w:t>
      </w:r>
    </w:p>
    <w:p w14:paraId="797B3961" w14:textId="77777777" w:rsidR="003D7A30" w:rsidRDefault="006C6BDA">
      <w:pPr>
        <w:pStyle w:val="Body"/>
      </w:pPr>
      <w:r>
        <w:t>It is easy to say you need to be more disciplined.</w:t>
      </w:r>
    </w:p>
    <w:p w14:paraId="07552FAF" w14:textId="77777777" w:rsidR="003D7A30" w:rsidRDefault="006C6BDA">
      <w:pPr>
        <w:pStyle w:val="Body"/>
      </w:pPr>
      <w:r>
        <w:t>It is harder to do the first small duty without applause.</w:t>
      </w:r>
    </w:p>
    <w:p w14:paraId="6A130059" w14:textId="77777777" w:rsidR="003D7A30" w:rsidRDefault="006C6BDA">
      <w:pPr>
        <w:pStyle w:val="Body"/>
      </w:pPr>
      <w:r>
        <w:t>But that is where formation often begins.</w:t>
      </w:r>
    </w:p>
    <w:p w14:paraId="760143E0" w14:textId="77777777" w:rsidR="003D7A30" w:rsidRDefault="006C6BDA">
      <w:pPr>
        <w:pStyle w:val="Body"/>
      </w:pPr>
      <w:r>
        <w:t>Not in the speech.</w:t>
      </w:r>
    </w:p>
    <w:p w14:paraId="2995D7A5" w14:textId="77777777" w:rsidR="003D7A30" w:rsidRDefault="006C6BDA">
      <w:pPr>
        <w:pStyle w:val="Body"/>
      </w:pPr>
      <w:r>
        <w:t>In the installed pattern.</w:t>
      </w:r>
    </w:p>
    <w:p w14:paraId="747EA4BD" w14:textId="77777777" w:rsidR="003D7A30" w:rsidRDefault="006C6BDA">
      <w:pPr>
        <w:pStyle w:val="Subhead"/>
      </w:pPr>
      <w:r>
        <w:t>What Installation Looks Like</w:t>
      </w:r>
    </w:p>
    <w:p w14:paraId="3982D1A9" w14:textId="77777777" w:rsidR="003D7A30" w:rsidRDefault="006C6BDA">
      <w:pPr>
        <w:pStyle w:val="Body"/>
      </w:pPr>
      <w:r>
        <w:t>An installed habit is usually simple enough to say in one sentence.</w:t>
      </w:r>
    </w:p>
    <w:p w14:paraId="6AB2028E" w14:textId="77777777" w:rsidR="003D7A30" w:rsidRDefault="006C6BDA">
      <w:pPr>
        <w:pStyle w:val="Body"/>
      </w:pPr>
      <w:r>
        <w:t>After I brush my teeth, I will pray one honest prayer.</w:t>
      </w:r>
    </w:p>
    <w:p w14:paraId="4A18EA56" w14:textId="77777777" w:rsidR="003D7A30" w:rsidRDefault="006C6BDA">
      <w:pPr>
        <w:pStyle w:val="Body"/>
      </w:pPr>
      <w:r>
        <w:t>After I wake up, I will read one paragraph of Scripture before I touch my phone.</w:t>
      </w:r>
    </w:p>
    <w:p w14:paraId="38E2BC89" w14:textId="77777777" w:rsidR="003D7A30" w:rsidRDefault="006C6BDA">
      <w:pPr>
        <w:pStyle w:val="Body"/>
      </w:pPr>
      <w:r>
        <w:t>After school, I will work for ten minutes before I rest.</w:t>
      </w:r>
    </w:p>
    <w:p w14:paraId="6D679EB2" w14:textId="77777777" w:rsidR="003D7A30" w:rsidRDefault="006C6BDA">
      <w:pPr>
        <w:pStyle w:val="Body"/>
      </w:pPr>
      <w:r>
        <w:t>When I am tempted at night, I will leave my phone outside my room.</w:t>
      </w:r>
    </w:p>
    <w:p w14:paraId="3B400515" w14:textId="77777777" w:rsidR="003D7A30" w:rsidRDefault="006C6BDA">
      <w:pPr>
        <w:pStyle w:val="Body"/>
      </w:pPr>
      <w:r>
        <w:t>When I miss church, I will not make excuses; I will return the next Sunday.</w:t>
      </w:r>
    </w:p>
    <w:p w14:paraId="220FB831" w14:textId="77777777" w:rsidR="003D7A30" w:rsidRDefault="006C6BDA">
      <w:pPr>
        <w:pStyle w:val="Body"/>
      </w:pPr>
      <w:r>
        <w:t>When I drift, I will tell one trusted brother.</w:t>
      </w:r>
    </w:p>
    <w:p w14:paraId="501A072B" w14:textId="77777777" w:rsidR="003D7A30" w:rsidRDefault="006C6BDA">
      <w:pPr>
        <w:pStyle w:val="Body"/>
      </w:pPr>
      <w:r>
        <w:t>When I sin, I will confess quickly instead of hiding.</w:t>
      </w:r>
    </w:p>
    <w:p w14:paraId="1191CE85" w14:textId="77777777" w:rsidR="003D7A30" w:rsidRDefault="006C6BDA">
      <w:pPr>
        <w:pStyle w:val="Body"/>
      </w:pPr>
      <w:r>
        <w:t>Notice how small these are.</w:t>
      </w:r>
    </w:p>
    <w:p w14:paraId="21AC8C40" w14:textId="77777777" w:rsidR="003D7A30" w:rsidRDefault="006C6BDA">
      <w:pPr>
        <w:pStyle w:val="Body"/>
      </w:pPr>
      <w:r>
        <w:t>That is the point.</w:t>
      </w:r>
    </w:p>
    <w:p w14:paraId="738D351C" w14:textId="77777777" w:rsidR="003D7A30" w:rsidRDefault="006C6BDA">
      <w:pPr>
        <w:pStyle w:val="Body"/>
      </w:pPr>
      <w:r>
        <w:t>You are not trying to create a heroic version of yourself in your imagination.</w:t>
      </w:r>
    </w:p>
    <w:p w14:paraId="0B3B666A" w14:textId="77777777" w:rsidR="003D7A30" w:rsidRDefault="006C6BDA">
      <w:pPr>
        <w:pStyle w:val="Body"/>
      </w:pPr>
      <w:r>
        <w:t>You are installing faithfulness into the real day God has given you.</w:t>
      </w:r>
    </w:p>
    <w:p w14:paraId="00D4B213" w14:textId="77777777" w:rsidR="003D7A30" w:rsidRDefault="006C6BDA">
      <w:pPr>
        <w:pStyle w:val="Subhead"/>
      </w:pPr>
      <w:r>
        <w:t>Do Not Install Alone</w:t>
      </w:r>
    </w:p>
    <w:p w14:paraId="7AC033E7" w14:textId="77777777" w:rsidR="003D7A30" w:rsidRDefault="006C6BDA">
      <w:pPr>
        <w:pStyle w:val="Body"/>
      </w:pPr>
      <w:r>
        <w:t>You were not made to install faithfulness alone.</w:t>
      </w:r>
    </w:p>
    <w:p w14:paraId="3A941D2E" w14:textId="77777777" w:rsidR="003D7A30" w:rsidRDefault="006C6BDA">
      <w:pPr>
        <w:pStyle w:val="Body"/>
      </w:pPr>
      <w:r>
        <w:t>A brother can check in.</w:t>
      </w:r>
    </w:p>
    <w:p w14:paraId="5F304141" w14:textId="77777777" w:rsidR="003D7A30" w:rsidRDefault="006C6BDA">
      <w:pPr>
        <w:pStyle w:val="Body"/>
      </w:pPr>
      <w:r>
        <w:t>A father can help you think clearly.</w:t>
      </w:r>
    </w:p>
    <w:p w14:paraId="594448C2" w14:textId="77777777" w:rsidR="003D7A30" w:rsidRDefault="006C6BDA">
      <w:pPr>
        <w:pStyle w:val="Body"/>
      </w:pPr>
      <w:r>
        <w:t>A pastor can give counsel.</w:t>
      </w:r>
    </w:p>
    <w:p w14:paraId="2BA814C4" w14:textId="77777777" w:rsidR="003D7A30" w:rsidRDefault="006C6BDA">
      <w:pPr>
        <w:pStyle w:val="Body"/>
      </w:pPr>
      <w:r>
        <w:t>A teacher can help you build structure.</w:t>
      </w:r>
    </w:p>
    <w:p w14:paraId="6A317852" w14:textId="77777777" w:rsidR="003D7A30" w:rsidRDefault="006C6BDA">
      <w:pPr>
        <w:pStyle w:val="Body"/>
      </w:pPr>
      <w:r>
        <w:lastRenderedPageBreak/>
        <w:t>A friend can ask whether you took the next step.</w:t>
      </w:r>
    </w:p>
    <w:p w14:paraId="06E1C8D2" w14:textId="77777777" w:rsidR="003D7A30" w:rsidRDefault="006C6BDA">
      <w:pPr>
        <w:pStyle w:val="Body"/>
      </w:pPr>
      <w:r>
        <w:t>The Church can keep you near the Word and Sacrament when your private discipline is weak.</w:t>
      </w:r>
    </w:p>
    <w:p w14:paraId="1EE1CA67" w14:textId="77777777" w:rsidR="003D7A30" w:rsidRDefault="006C6BDA">
      <w:pPr>
        <w:pStyle w:val="Body"/>
      </w:pPr>
      <w:r>
        <w:t>Do not despise help.</w:t>
      </w:r>
    </w:p>
    <w:p w14:paraId="571E880A" w14:textId="77777777" w:rsidR="003D7A30" w:rsidRDefault="006C6BDA">
      <w:pPr>
        <w:pStyle w:val="Body"/>
      </w:pPr>
      <w:r>
        <w:t>A man who needs help is not less serious. He is honest.</w:t>
      </w:r>
    </w:p>
    <w:p w14:paraId="4955D16E" w14:textId="77777777" w:rsidR="003D7A30" w:rsidRDefault="006C6BDA">
      <w:pPr>
        <w:pStyle w:val="Body"/>
      </w:pPr>
      <w:r>
        <w:t>If a habit matters, let someone help you build it.</w:t>
      </w:r>
    </w:p>
    <w:p w14:paraId="7C505514" w14:textId="77777777" w:rsidR="003D7A30" w:rsidRDefault="006C6BDA">
      <w:pPr>
        <w:pStyle w:val="Body"/>
      </w:pPr>
      <w:r>
        <w:t>If a sin keeps returning, bring it into the light.</w:t>
      </w:r>
    </w:p>
    <w:p w14:paraId="30DCE497" w14:textId="77777777" w:rsidR="003D7A30" w:rsidRDefault="006C6BDA">
      <w:pPr>
        <w:pStyle w:val="Body"/>
      </w:pPr>
      <w:r>
        <w:t>If your plan keeps collapsing, ask someone wiser to help you make it smaller and more concrete.</w:t>
      </w:r>
    </w:p>
    <w:p w14:paraId="253A464E" w14:textId="77777777" w:rsidR="003D7A30" w:rsidRDefault="006C6BDA">
      <w:pPr>
        <w:pStyle w:val="Body"/>
      </w:pPr>
      <w:r>
        <w:t>That is not weakness.</w:t>
      </w:r>
    </w:p>
    <w:p w14:paraId="47A7E2D2" w14:textId="77777777" w:rsidR="003D7A30" w:rsidRDefault="006C6BDA">
      <w:pPr>
        <w:pStyle w:val="Body"/>
      </w:pPr>
      <w:r>
        <w:t>That is wisdom.</w:t>
      </w:r>
    </w:p>
    <w:p w14:paraId="0EB56CE1" w14:textId="77777777" w:rsidR="003D7A30" w:rsidRDefault="006C6BDA">
      <w:pPr>
        <w:pStyle w:val="Subhead"/>
      </w:pPr>
      <w:r>
        <w:t>Build From Mercy</w:t>
      </w:r>
    </w:p>
    <w:p w14:paraId="611EBE5D" w14:textId="77777777" w:rsidR="003D7A30" w:rsidRDefault="006C6BDA">
      <w:pPr>
        <w:pStyle w:val="Body"/>
      </w:pPr>
      <w:r>
        <w:t>Lasting change is installed, not performed.</w:t>
      </w:r>
    </w:p>
    <w:p w14:paraId="7379F2B0" w14:textId="77777777" w:rsidR="003D7A30" w:rsidRDefault="006C6BDA">
      <w:pPr>
        <w:pStyle w:val="Body"/>
      </w:pPr>
      <w:r>
        <w:t>But even installation is not your savior.</w:t>
      </w:r>
    </w:p>
    <w:p w14:paraId="28604246" w14:textId="77777777" w:rsidR="003D7A30" w:rsidRDefault="006C6BDA">
      <w:pPr>
        <w:pStyle w:val="Body"/>
      </w:pPr>
      <w:r>
        <w:t>Your habits will not die for you.</w:t>
      </w:r>
    </w:p>
    <w:p w14:paraId="0FDB467B" w14:textId="77777777" w:rsidR="003D7A30" w:rsidRDefault="006C6BDA">
      <w:pPr>
        <w:pStyle w:val="Body"/>
      </w:pPr>
      <w:r>
        <w:t>Your routines will not forgive you.</w:t>
      </w:r>
    </w:p>
    <w:p w14:paraId="6A2BA85C" w14:textId="77777777" w:rsidR="003D7A30" w:rsidRDefault="006C6BDA">
      <w:pPr>
        <w:pStyle w:val="Body"/>
      </w:pPr>
      <w:r>
        <w:t>Your discipline will not raise you from the dead.</w:t>
      </w:r>
    </w:p>
    <w:p w14:paraId="27E6BCCC" w14:textId="77777777" w:rsidR="003D7A30" w:rsidRDefault="006C6BDA">
      <w:pPr>
        <w:pStyle w:val="Body"/>
      </w:pPr>
      <w:r>
        <w:t>Christ has done that.</w:t>
      </w:r>
    </w:p>
    <w:p w14:paraId="59E59CC0" w14:textId="77777777" w:rsidR="003D7A30" w:rsidRDefault="006C6BDA">
      <w:pPr>
        <w:pStyle w:val="Body"/>
      </w:pPr>
      <w:proofErr w:type="gramStart"/>
      <w:r>
        <w:t>So</w:t>
      </w:r>
      <w:proofErr w:type="gramEnd"/>
      <w:r>
        <w:t xml:space="preserve"> build habits, yes.</w:t>
      </w:r>
    </w:p>
    <w:p w14:paraId="58BB45E5" w14:textId="77777777" w:rsidR="003D7A30" w:rsidRDefault="006C6BDA">
      <w:pPr>
        <w:pStyle w:val="Body"/>
      </w:pPr>
      <w:r>
        <w:t>Install patterns.</w:t>
      </w:r>
    </w:p>
    <w:p w14:paraId="23753B5C" w14:textId="77777777" w:rsidR="003D7A30" w:rsidRDefault="006C6BDA">
      <w:pPr>
        <w:pStyle w:val="Body"/>
      </w:pPr>
      <w:r>
        <w:t>Structure your days.</w:t>
      </w:r>
    </w:p>
    <w:p w14:paraId="6372F1BD" w14:textId="77777777" w:rsidR="003D7A30" w:rsidRDefault="006C6BDA">
      <w:pPr>
        <w:pStyle w:val="Body"/>
      </w:pPr>
      <w:r>
        <w:t>Train your attention.</w:t>
      </w:r>
    </w:p>
    <w:p w14:paraId="4BB0DE24" w14:textId="77777777" w:rsidR="003D7A30" w:rsidRDefault="006C6BDA">
      <w:pPr>
        <w:pStyle w:val="Body"/>
      </w:pPr>
      <w:r>
        <w:t>Limit what weakens you.</w:t>
      </w:r>
    </w:p>
    <w:p w14:paraId="5B46D5EE" w14:textId="77777777" w:rsidR="003D7A30" w:rsidRDefault="006C6BDA">
      <w:pPr>
        <w:pStyle w:val="Body"/>
      </w:pPr>
      <w:r>
        <w:t>Practice what strengthens you.</w:t>
      </w:r>
    </w:p>
    <w:p w14:paraId="4789F6E8" w14:textId="77777777" w:rsidR="003D7A30" w:rsidRDefault="006C6BDA">
      <w:pPr>
        <w:pStyle w:val="Body"/>
      </w:pPr>
      <w:r>
        <w:t>Return when you fail.</w:t>
      </w:r>
    </w:p>
    <w:p w14:paraId="12D20E42" w14:textId="77777777" w:rsidR="003D7A30" w:rsidRDefault="006C6BDA">
      <w:pPr>
        <w:pStyle w:val="Body"/>
      </w:pPr>
      <w:r>
        <w:t>But do it all from mercy.</w:t>
      </w:r>
    </w:p>
    <w:p w14:paraId="1F79A3A4" w14:textId="77777777" w:rsidR="003D7A30" w:rsidRDefault="006C6BDA">
      <w:pPr>
        <w:pStyle w:val="Body"/>
      </w:pPr>
      <w:r>
        <w:t>Not to become loved.</w:t>
      </w:r>
    </w:p>
    <w:p w14:paraId="18877DC2" w14:textId="77777777" w:rsidR="003D7A30" w:rsidRDefault="006C6BDA">
      <w:pPr>
        <w:pStyle w:val="Body"/>
      </w:pPr>
      <w:r>
        <w:t>Because you are loved.</w:t>
      </w:r>
    </w:p>
    <w:p w14:paraId="20F03147" w14:textId="77777777" w:rsidR="003D7A30" w:rsidRDefault="006C6BDA">
      <w:pPr>
        <w:pStyle w:val="Body"/>
      </w:pPr>
      <w:r>
        <w:t>Not to earn a name.</w:t>
      </w:r>
    </w:p>
    <w:p w14:paraId="399F344E" w14:textId="77777777" w:rsidR="003D7A30" w:rsidRDefault="006C6BDA">
      <w:pPr>
        <w:pStyle w:val="Body"/>
      </w:pPr>
      <w:r>
        <w:t>Because Christ has already given you one.</w:t>
      </w:r>
    </w:p>
    <w:p w14:paraId="2BA66110" w14:textId="77777777" w:rsidR="003D7A30" w:rsidRDefault="006C6BDA">
      <w:pPr>
        <w:pStyle w:val="Body"/>
      </w:pPr>
      <w:r>
        <w:t>Not to prove you are finally serious.</w:t>
      </w:r>
    </w:p>
    <w:p w14:paraId="28E67CA7" w14:textId="77777777" w:rsidR="003D7A30" w:rsidRDefault="006C6BDA">
      <w:pPr>
        <w:pStyle w:val="Body"/>
      </w:pPr>
      <w:r>
        <w:t>Because Christ is already seriously merciful to sinners.</w:t>
      </w:r>
    </w:p>
    <w:p w14:paraId="2D48E457" w14:textId="58257008" w:rsidR="003D7A30" w:rsidRDefault="006C6BDA">
      <w:pPr>
        <w:pStyle w:val="Body"/>
      </w:pPr>
      <w:r>
        <w:t>That is the only soil where Christian growth can last.</w:t>
      </w:r>
    </w:p>
    <w:p w14:paraId="233C5252" w14:textId="0B6B26F0" w:rsidR="005C2BFA" w:rsidRDefault="005C2BFA">
      <w:pPr>
        <w:pStyle w:val="Body"/>
      </w:pPr>
    </w:p>
    <w:p w14:paraId="28C1881A" w14:textId="77777777" w:rsidR="00426808" w:rsidRDefault="00426808">
      <w:pPr>
        <w:pStyle w:val="Body"/>
      </w:pPr>
    </w:p>
    <w:p w14:paraId="606CB6FE"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lastRenderedPageBreak/>
        <w:t>Field Exercise</w:t>
      </w:r>
    </w:p>
    <w:p w14:paraId="45B522DD"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Choose one habit to install.</w:t>
      </w:r>
    </w:p>
    <w:p w14:paraId="5107440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Do not choose five.</w:t>
      </w:r>
    </w:p>
    <w:p w14:paraId="1EC9FF9D"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Choose one.</w:t>
      </w:r>
    </w:p>
    <w:p w14:paraId="465FE48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Shrink it until it is almost too small to fail. Small enough to survive Thursday.</w:t>
      </w:r>
    </w:p>
    <w:p w14:paraId="67CFF01A"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Then write your installation plan:</w:t>
      </w:r>
    </w:p>
    <w:p w14:paraId="2F3B1174"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After I ____________, I will ____________ for two minutes.</w:t>
      </w:r>
    </w:p>
    <w:p w14:paraId="08195A3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If I miss, I will return by ____________.</w:t>
      </w:r>
    </w:p>
    <w:p w14:paraId="4FA6F055"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 brother, parent, pastor, teacher, or mentor who can help me is ____________.</w:t>
      </w:r>
    </w:p>
    <w:p w14:paraId="525ECC7D"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Now answer honestly:</w:t>
      </w:r>
    </w:p>
    <w:p w14:paraId="19D7A88F"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Is this habit designed to keep you near Christ’s gifts, or is it mainly designed to make you feel disciplined? If it is the second, choose again.</w:t>
      </w:r>
    </w:p>
    <w:p w14:paraId="016A44EE"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Prayer</w:t>
      </w:r>
    </w:p>
    <w:p w14:paraId="64E2FCC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Father, thank You that I do not need to perform my way into Your love. Forgive me for turning growth into self-justification and discipline into image. Teach me to build small, faithful patterns that keep me near Your gifts and make me useful in love. When I miss, teach me to return. Root my growth in grace, not fear. Make me faithful in very little, and teach me to receive whatever You entrust to me with humility. Amen.</w:t>
      </w:r>
    </w:p>
    <w:p w14:paraId="73095A54" w14:textId="77777777" w:rsidR="003D7A30" w:rsidRDefault="006C6BDA">
      <w:pPr>
        <w:pStyle w:val="Subhead"/>
      </w:pPr>
      <w:r>
        <w:t>Notes</w:t>
      </w:r>
    </w:p>
    <w:p w14:paraId="48DB389C" w14:textId="77777777" w:rsidR="003D7A30" w:rsidRDefault="006C6BDA">
      <w:pPr>
        <w:pStyle w:val="SectionLabel"/>
        <w:pageBreakBefore/>
      </w:pPr>
      <w:r>
        <w:lastRenderedPageBreak/>
        <w:t>Chapter 14</w:t>
      </w:r>
    </w:p>
    <w:p w14:paraId="1D178853" w14:textId="77777777" w:rsidR="003D7A30" w:rsidRDefault="006C6BDA">
      <w:pPr>
        <w:pStyle w:val="SectionTitle"/>
      </w:pPr>
      <w:r>
        <w:t>Better Problems</w:t>
      </w:r>
    </w:p>
    <w:p w14:paraId="2AD58EDA" w14:textId="77777777" w:rsidR="003D7A30" w:rsidRDefault="006C6BDA">
      <w:pPr>
        <w:pStyle w:val="GuideLine"/>
      </w:pPr>
      <w:r>
        <w:t>Why maturity means choosing better burdens, not escaping all weight.</w:t>
      </w:r>
    </w:p>
    <w:p w14:paraId="5DD60B99" w14:textId="77777777" w:rsidR="003D7A30" w:rsidRDefault="006C6BDA">
      <w:pPr>
        <w:pStyle w:val="Takeaway"/>
        <w:shd w:val="clear" w:color="auto" w:fill="F2F2F2"/>
      </w:pPr>
      <w:r>
        <w:t>Remember this: Maturity does not remove weight. It changes the kind you carry.</w:t>
      </w:r>
    </w:p>
    <w:p w14:paraId="7787D494" w14:textId="77777777" w:rsidR="003D7A30" w:rsidRDefault="006C6BDA">
      <w:pPr>
        <w:pStyle w:val="Body"/>
      </w:pPr>
      <w:r>
        <w:t>A lot of young men think maturity means having fewer problems.</w:t>
      </w:r>
    </w:p>
    <w:p w14:paraId="30F33677" w14:textId="77777777" w:rsidR="003D7A30" w:rsidRDefault="006C6BDA">
      <w:pPr>
        <w:pStyle w:val="Body"/>
      </w:pPr>
      <w:r>
        <w:t>At first, that sounds reasonable. Get stronger and life should feel easier. Get disciplined and the struggle should fade. Get your act together and the pressure should finally lift.</w:t>
      </w:r>
    </w:p>
    <w:p w14:paraId="7D7D4114" w14:textId="77777777" w:rsidR="003D7A30" w:rsidRDefault="006C6BDA">
      <w:pPr>
        <w:pStyle w:val="Body"/>
      </w:pPr>
      <w:r>
        <w:t>But that is not usually how life works.</w:t>
      </w:r>
    </w:p>
    <w:p w14:paraId="493691E7" w14:textId="77777777" w:rsidR="003D7A30" w:rsidRDefault="006C6BDA">
      <w:pPr>
        <w:pStyle w:val="Body"/>
      </w:pPr>
      <w:r>
        <w:t>Maturity does not remove burden. It changes the kind of burden you carry.</w:t>
      </w:r>
    </w:p>
    <w:p w14:paraId="4D882BA6" w14:textId="77777777" w:rsidR="003D7A30" w:rsidRDefault="006C6BDA">
      <w:pPr>
        <w:pStyle w:val="Body"/>
      </w:pPr>
      <w:r>
        <w:t>A boy wants no weight.</w:t>
      </w:r>
    </w:p>
    <w:p w14:paraId="7BFF6C3F" w14:textId="77777777" w:rsidR="003D7A30" w:rsidRDefault="006C6BDA">
      <w:pPr>
        <w:pStyle w:val="Body"/>
      </w:pPr>
      <w:r>
        <w:t>A man learns to carry the right weight.</w:t>
      </w:r>
    </w:p>
    <w:p w14:paraId="10E8B123" w14:textId="77777777" w:rsidR="003D7A30" w:rsidRDefault="006C6BDA">
      <w:pPr>
        <w:pStyle w:val="Body"/>
      </w:pPr>
      <w:r>
        <w:t>That may not sound exciting, but it is true. A lot of weakness in men comes from chasing relief instead of choosing worth.</w:t>
      </w:r>
    </w:p>
    <w:p w14:paraId="49E0561E" w14:textId="77777777" w:rsidR="003D7A30" w:rsidRDefault="006C6BDA">
      <w:pPr>
        <w:pStyle w:val="Body"/>
      </w:pPr>
      <w:r>
        <w:t>They do not ask, “What kind of difficulty belongs to a meaningful life?”</w:t>
      </w:r>
    </w:p>
    <w:p w14:paraId="3E54A4E6" w14:textId="77777777" w:rsidR="003D7A30" w:rsidRDefault="006C6BDA">
      <w:pPr>
        <w:pStyle w:val="Body"/>
      </w:pPr>
      <w:r>
        <w:t>They ask, “How do I get away from difficulty as quickly as possible?”</w:t>
      </w:r>
    </w:p>
    <w:p w14:paraId="5046E9E4" w14:textId="77777777" w:rsidR="003D7A30" w:rsidRDefault="006C6BDA">
      <w:pPr>
        <w:pStyle w:val="Body"/>
      </w:pPr>
      <w:r>
        <w:t>That question shapes a man more than he realizes. He looks for a way around the awkward conversation, the hard work, the lonely feeling, the discipline, the cost of honesty, the burden of responsibility, and the discomfort of suffering.</w:t>
      </w:r>
    </w:p>
    <w:p w14:paraId="4B879D9A" w14:textId="77777777" w:rsidR="003D7A30" w:rsidRDefault="006C6BDA">
      <w:pPr>
        <w:pStyle w:val="Body"/>
      </w:pPr>
      <w:r>
        <w:t>Those are understandable desires.</w:t>
      </w:r>
    </w:p>
    <w:p w14:paraId="2CB60B9E" w14:textId="77777777" w:rsidR="003D7A30" w:rsidRDefault="006C6BDA">
      <w:pPr>
        <w:pStyle w:val="Body"/>
      </w:pPr>
      <w:r>
        <w:t>They are just not good masters.</w:t>
      </w:r>
    </w:p>
    <w:p w14:paraId="5EE86ABD" w14:textId="77777777" w:rsidR="003D7A30" w:rsidRDefault="006C6BDA">
      <w:pPr>
        <w:pStyle w:val="Body"/>
      </w:pPr>
      <w:r>
        <w:t>No one gets a problem-free life. The question is not whether you will carry a burden. The question is what kind of burden you will choose.</w:t>
      </w:r>
    </w:p>
    <w:p w14:paraId="1553B34C" w14:textId="77777777" w:rsidR="003D7A30" w:rsidRDefault="006C6BDA">
      <w:pPr>
        <w:pStyle w:val="Body"/>
      </w:pPr>
      <w:r>
        <w:t>Jesus does not call men into weightless living. In Luke 9:23 He says, “If anyone would come after me, let him deny himself and take up his cross daily and follow me.”</w:t>
      </w:r>
    </w:p>
    <w:p w14:paraId="47122DE5" w14:textId="77777777" w:rsidR="003D7A30" w:rsidRDefault="006C6BDA">
      <w:pPr>
        <w:pStyle w:val="Body"/>
      </w:pPr>
      <w:r>
        <w:t>The word “daily” matters.</w:t>
      </w:r>
    </w:p>
    <w:p w14:paraId="1F778861" w14:textId="77777777" w:rsidR="003D7A30" w:rsidRDefault="006C6BDA">
      <w:pPr>
        <w:pStyle w:val="Body"/>
      </w:pPr>
      <w:r>
        <w:t>This is not one dramatic moment where a man chooses a hard thing and then gets applauded for it. It is the ordinary pattern of following Christ: denying the self that wants comfort above faithfulness, taking up the burden love requires, and walking after Jesus again today.</w:t>
      </w:r>
    </w:p>
    <w:p w14:paraId="47B7B114" w14:textId="77777777" w:rsidR="003D7A30" w:rsidRDefault="006C6BDA">
      <w:pPr>
        <w:pStyle w:val="Body"/>
      </w:pPr>
      <w:r>
        <w:t>That means the goal is not to choose the path with no cost.</w:t>
      </w:r>
    </w:p>
    <w:p w14:paraId="6D111CD0" w14:textId="77777777" w:rsidR="003D7A30" w:rsidRDefault="006C6BDA">
      <w:pPr>
        <w:pStyle w:val="Body"/>
      </w:pPr>
      <w:r>
        <w:t>It is to choose the cost worth carrying.</w:t>
      </w:r>
    </w:p>
    <w:p w14:paraId="448B3B84" w14:textId="77777777" w:rsidR="003D7A30" w:rsidRDefault="006C6BDA">
      <w:pPr>
        <w:pStyle w:val="Body"/>
      </w:pPr>
      <w:r>
        <w:t>Some burdens dirty a man. Others deepen him.</w:t>
      </w:r>
    </w:p>
    <w:p w14:paraId="2C771CC8" w14:textId="77777777" w:rsidR="003D7A30" w:rsidRDefault="006C6BDA">
      <w:pPr>
        <w:pStyle w:val="Body"/>
      </w:pPr>
      <w:r>
        <w:t>Better problems make better men.</w:t>
      </w:r>
    </w:p>
    <w:p w14:paraId="7097F8B9" w14:textId="77777777" w:rsidR="003D7A30" w:rsidRDefault="006C6BDA">
      <w:pPr>
        <w:pStyle w:val="Body"/>
      </w:pPr>
      <w:r>
        <w:t>That sounds abstract until it shows up in an ordinary week.</w:t>
      </w:r>
    </w:p>
    <w:p w14:paraId="112DC9C5" w14:textId="77777777" w:rsidR="003D7A30" w:rsidRDefault="006C6BDA">
      <w:pPr>
        <w:pStyle w:val="Body"/>
      </w:pPr>
      <w:r>
        <w:t>Picture a normal week.</w:t>
      </w:r>
    </w:p>
    <w:p w14:paraId="24A24816" w14:textId="77777777" w:rsidR="003D7A30" w:rsidRDefault="006C6BDA">
      <w:pPr>
        <w:pStyle w:val="Body"/>
      </w:pPr>
      <w:r>
        <w:lastRenderedPageBreak/>
        <w:t>You owe your teammate an honest conversation about something you said that was wrong. You have been putting it off for three days because the conversation feels awkward and the alternative — letting it fade — feels easier.</w:t>
      </w:r>
    </w:p>
    <w:p w14:paraId="00B42C58" w14:textId="77777777" w:rsidR="003D7A30" w:rsidRDefault="006C6BDA">
      <w:pPr>
        <w:pStyle w:val="Body"/>
      </w:pPr>
      <w:r>
        <w:t>But avoidance is a burden too. It sits in the back of your mind, makes you slightly uncomfortable around him, and costs you a small piece of integrity every day you delay.</w:t>
      </w:r>
    </w:p>
    <w:p w14:paraId="1B15CFDD" w14:textId="77777777" w:rsidR="003D7A30" w:rsidRDefault="006C6BDA">
      <w:pPr>
        <w:pStyle w:val="Body"/>
      </w:pPr>
      <w:r>
        <w:t>The better burden is the conversation.</w:t>
      </w:r>
    </w:p>
    <w:p w14:paraId="2ED404FD" w14:textId="77777777" w:rsidR="003D7A30" w:rsidRDefault="006C6BDA">
      <w:pPr>
        <w:pStyle w:val="Body"/>
      </w:pPr>
      <w:r>
        <w:t>It is heavier for about ten minutes and lighter for the rest of your life.</w:t>
      </w:r>
    </w:p>
    <w:p w14:paraId="16D029A1" w14:textId="77777777" w:rsidR="003D7A30" w:rsidRDefault="006C6BDA">
      <w:pPr>
        <w:pStyle w:val="Body"/>
      </w:pPr>
      <w:r>
        <w:t>Or consider the paper due Friday that you have been circling all week — opening the document, staring at it, closing it, telling yourself you will start after dinner.</w:t>
      </w:r>
    </w:p>
    <w:p w14:paraId="4AD9BACD" w14:textId="77777777" w:rsidR="003D7A30" w:rsidRDefault="006C6BDA">
      <w:pPr>
        <w:pStyle w:val="Body"/>
      </w:pPr>
      <w:r>
        <w:t>The chaos of procrastination is a real burden. The discipline of sitting down and beginning, even badly, is a better one.</w:t>
      </w:r>
    </w:p>
    <w:p w14:paraId="1DE01A3C" w14:textId="77777777" w:rsidR="003D7A30" w:rsidRDefault="006C6BDA">
      <w:pPr>
        <w:pStyle w:val="Body"/>
      </w:pPr>
      <w:r>
        <w:t>Neither is painless.</w:t>
      </w:r>
    </w:p>
    <w:p w14:paraId="395B442B" w14:textId="77777777" w:rsidR="003D7A30" w:rsidRDefault="006C6BDA">
      <w:pPr>
        <w:pStyle w:val="Body"/>
      </w:pPr>
      <w:r>
        <w:t>But one of them forms you, and the other only exhausts you.</w:t>
      </w:r>
    </w:p>
    <w:p w14:paraId="7D52ED53" w14:textId="77777777" w:rsidR="003D7A30" w:rsidRDefault="006C6BDA">
      <w:pPr>
        <w:pStyle w:val="Body"/>
      </w:pPr>
      <w:r>
        <w:t>That is how many burdens work:</w:t>
      </w:r>
    </w:p>
    <w:p w14:paraId="716782D5" w14:textId="77777777" w:rsidR="003D7A30" w:rsidRDefault="006C6BDA">
      <w:pPr>
        <w:pStyle w:val="Body"/>
      </w:pPr>
      <w:r>
        <w:t>You can carry the burden of telling the truth, or the burden of keeping the lie alive.</w:t>
      </w:r>
    </w:p>
    <w:p w14:paraId="2B1324FC" w14:textId="77777777" w:rsidR="003D7A30" w:rsidRDefault="006C6BDA">
      <w:pPr>
        <w:pStyle w:val="Body"/>
      </w:pPr>
      <w:r>
        <w:t>You can carry the burden of confession, or the burden of hiding.</w:t>
      </w:r>
    </w:p>
    <w:p w14:paraId="187E97EA" w14:textId="77777777" w:rsidR="003D7A30" w:rsidRDefault="006C6BDA">
      <w:pPr>
        <w:pStyle w:val="Body"/>
      </w:pPr>
      <w:r>
        <w:t>You can carry the burden of discipline, or the burden of disorder.</w:t>
      </w:r>
    </w:p>
    <w:p w14:paraId="4B96A09B" w14:textId="77777777" w:rsidR="003D7A30" w:rsidRDefault="006C6BDA">
      <w:pPr>
        <w:pStyle w:val="Body"/>
      </w:pPr>
      <w:r>
        <w:t>You can carry the burden of apology, or the burden of distance.</w:t>
      </w:r>
    </w:p>
    <w:p w14:paraId="6C9C47C7" w14:textId="77777777" w:rsidR="003D7A30" w:rsidRDefault="006C6BDA">
      <w:pPr>
        <w:pStyle w:val="Body"/>
      </w:pPr>
      <w:r>
        <w:t>You can carry the burden of service, or the burden of becoming curved in on yourself.</w:t>
      </w:r>
    </w:p>
    <w:p w14:paraId="427A8598" w14:textId="77777777" w:rsidR="003D7A30" w:rsidRDefault="006C6BDA">
      <w:pPr>
        <w:pStyle w:val="Body"/>
      </w:pPr>
      <w:r>
        <w:t>You can carry the burden of going to church, or the burden of drifting slowly without noticing.</w:t>
      </w:r>
    </w:p>
    <w:p w14:paraId="7163EC10" w14:textId="77777777" w:rsidR="003D7A30" w:rsidRDefault="006C6BDA">
      <w:pPr>
        <w:pStyle w:val="Body"/>
      </w:pPr>
      <w:r>
        <w:t>You can carry the burden of asking for help, or the burden of pretending you are fine.</w:t>
      </w:r>
    </w:p>
    <w:p w14:paraId="21640578" w14:textId="77777777" w:rsidR="003D7A30" w:rsidRDefault="006C6BDA">
      <w:pPr>
        <w:pStyle w:val="Body"/>
      </w:pPr>
      <w:r>
        <w:t>One burden usually looks easier at first.</w:t>
      </w:r>
    </w:p>
    <w:p w14:paraId="1532968D" w14:textId="77777777" w:rsidR="003D7A30" w:rsidRDefault="006C6BDA">
      <w:pPr>
        <w:pStyle w:val="Body"/>
      </w:pPr>
      <w:r>
        <w:t>The other is usually lighter in the long run.</w:t>
      </w:r>
    </w:p>
    <w:p w14:paraId="50C65D6A" w14:textId="77777777" w:rsidR="003D7A30" w:rsidRDefault="006C6BDA">
      <w:pPr>
        <w:pStyle w:val="Body"/>
      </w:pPr>
      <w:r>
        <w:t>That is why comfort can be such a dangerous guide.</w:t>
      </w:r>
    </w:p>
    <w:p w14:paraId="64FA7C34" w14:textId="77777777" w:rsidR="003D7A30" w:rsidRDefault="006C6BDA">
      <w:pPr>
        <w:pStyle w:val="Body"/>
      </w:pPr>
      <w:r>
        <w:t>Comfort asks, “What will make this easier right now?”</w:t>
      </w:r>
    </w:p>
    <w:p w14:paraId="787BC8C7" w14:textId="77777777" w:rsidR="003D7A30" w:rsidRDefault="006C6BDA">
      <w:pPr>
        <w:pStyle w:val="Body"/>
      </w:pPr>
      <w:r>
        <w:t>Wisdom asks, “What will this choice make of me?”</w:t>
      </w:r>
    </w:p>
    <w:p w14:paraId="3FD27E18" w14:textId="77777777" w:rsidR="003D7A30" w:rsidRDefault="006C6BDA">
      <w:pPr>
        <w:pStyle w:val="Body"/>
      </w:pPr>
      <w:r>
        <w:t>A young man who keeps choosing the easier burden will often end up carrying a heavier one later.</w:t>
      </w:r>
    </w:p>
    <w:p w14:paraId="093C25AE" w14:textId="77777777" w:rsidR="003D7A30" w:rsidRDefault="006C6BDA">
      <w:pPr>
        <w:pStyle w:val="Body"/>
      </w:pPr>
      <w:r>
        <w:t>He avoids the conversation and carries distance.</w:t>
      </w:r>
    </w:p>
    <w:p w14:paraId="637E3836" w14:textId="77777777" w:rsidR="003D7A30" w:rsidRDefault="006C6BDA">
      <w:pPr>
        <w:pStyle w:val="Body"/>
      </w:pPr>
      <w:r>
        <w:t>He avoids the assignment and carries panic.</w:t>
      </w:r>
    </w:p>
    <w:p w14:paraId="7C3F4BB3" w14:textId="77777777" w:rsidR="003D7A30" w:rsidRDefault="006C6BDA">
      <w:pPr>
        <w:pStyle w:val="Body"/>
      </w:pPr>
      <w:r>
        <w:t>He avoids confession and carries secrecy.</w:t>
      </w:r>
    </w:p>
    <w:p w14:paraId="23481B4C" w14:textId="77777777" w:rsidR="003D7A30" w:rsidRDefault="006C6BDA">
      <w:pPr>
        <w:pStyle w:val="Body"/>
      </w:pPr>
      <w:r>
        <w:t>He avoids discipline and carries chaos.</w:t>
      </w:r>
    </w:p>
    <w:p w14:paraId="204C0376" w14:textId="77777777" w:rsidR="003D7A30" w:rsidRDefault="006C6BDA">
      <w:pPr>
        <w:pStyle w:val="Body"/>
      </w:pPr>
      <w:r>
        <w:t>He avoids church and carries drift.</w:t>
      </w:r>
    </w:p>
    <w:p w14:paraId="1F2D78F8" w14:textId="77777777" w:rsidR="003D7A30" w:rsidRDefault="006C6BDA">
      <w:pPr>
        <w:pStyle w:val="Body"/>
      </w:pPr>
      <w:r>
        <w:t>He avoids responsibility and carries weakness.</w:t>
      </w:r>
    </w:p>
    <w:p w14:paraId="2E86974A" w14:textId="77777777" w:rsidR="003D7A30" w:rsidRDefault="006C6BDA">
      <w:pPr>
        <w:pStyle w:val="Body"/>
      </w:pPr>
      <w:r>
        <w:t>He avoids repentance and carries hardness.</w:t>
      </w:r>
    </w:p>
    <w:p w14:paraId="7C66B983" w14:textId="77777777" w:rsidR="003D7A30" w:rsidRDefault="006C6BDA">
      <w:pPr>
        <w:pStyle w:val="Body"/>
      </w:pPr>
      <w:r>
        <w:lastRenderedPageBreak/>
        <w:t>Avoided burdens do not usually disappear.</w:t>
      </w:r>
    </w:p>
    <w:p w14:paraId="0BE7C94F" w14:textId="77777777" w:rsidR="003D7A30" w:rsidRDefault="006C6BDA">
      <w:pPr>
        <w:pStyle w:val="Body"/>
      </w:pPr>
      <w:r>
        <w:t>They usually change shape and get heavier.</w:t>
      </w:r>
    </w:p>
    <w:p w14:paraId="562292C5" w14:textId="77777777" w:rsidR="003D7A30" w:rsidRDefault="006C6BDA">
      <w:pPr>
        <w:pStyle w:val="Body"/>
      </w:pPr>
      <w:r>
        <w:t>So do not ask only, “How do I get out of this?”</w:t>
      </w:r>
    </w:p>
    <w:p w14:paraId="07657CD1" w14:textId="77777777" w:rsidR="003D7A30" w:rsidRDefault="006C6BDA">
      <w:pPr>
        <w:pStyle w:val="Body"/>
      </w:pPr>
      <w:r>
        <w:t>Ask better questions:</w:t>
      </w:r>
    </w:p>
    <w:p w14:paraId="5B720AF5" w14:textId="77777777" w:rsidR="003D7A30" w:rsidRDefault="006C6BDA">
      <w:pPr>
        <w:pStyle w:val="Body"/>
      </w:pPr>
      <w:r>
        <w:t>What burden belongs to love here?</w:t>
      </w:r>
    </w:p>
    <w:p w14:paraId="411B3936" w14:textId="77777777" w:rsidR="003D7A30" w:rsidRDefault="006C6BDA">
      <w:pPr>
        <w:pStyle w:val="Body"/>
      </w:pPr>
      <w:r>
        <w:t>What burden belongs to truth?</w:t>
      </w:r>
    </w:p>
    <w:p w14:paraId="4C6EAF26" w14:textId="77777777" w:rsidR="003D7A30" w:rsidRDefault="006C6BDA">
      <w:pPr>
        <w:pStyle w:val="Body"/>
      </w:pPr>
      <w:r>
        <w:t>What burden belongs to my calling?</w:t>
      </w:r>
    </w:p>
    <w:p w14:paraId="4D42192C" w14:textId="77777777" w:rsidR="003D7A30" w:rsidRDefault="006C6BDA">
      <w:pPr>
        <w:pStyle w:val="Body"/>
      </w:pPr>
      <w:r>
        <w:t>What burden would make me more faithful instead of more hidden?</w:t>
      </w:r>
    </w:p>
    <w:p w14:paraId="7BCC9B0D" w14:textId="77777777" w:rsidR="003D7A30" w:rsidRDefault="006C6BDA">
      <w:pPr>
        <w:pStyle w:val="Body"/>
      </w:pPr>
      <w:r>
        <w:t>What burden would I be glad I carried a year from now?</w:t>
      </w:r>
    </w:p>
    <w:p w14:paraId="73653B67" w14:textId="77777777" w:rsidR="003D7A30" w:rsidRDefault="006C6BDA">
      <w:pPr>
        <w:pStyle w:val="Body"/>
      </w:pPr>
      <w:r>
        <w:t>Here is the deepest distinction.</w:t>
      </w:r>
    </w:p>
    <w:p w14:paraId="0DA4DE06" w14:textId="77777777" w:rsidR="003D7A30" w:rsidRDefault="006C6BDA">
      <w:pPr>
        <w:pStyle w:val="Body"/>
      </w:pPr>
      <w:r>
        <w:t>Not every hard thing is the right burden to carry. Some burdens are foolish. Some are self-inflicted. Some are dangerous. Some are not yours to carry alone. Some need to be shared with parents, pastors, counselors, doctors, or trusted adults. Some situations require you to leave, get help, or bring protection into the light.</w:t>
      </w:r>
    </w:p>
    <w:p w14:paraId="08E64C8C" w14:textId="77777777" w:rsidR="003D7A30" w:rsidRDefault="006C6BDA">
      <w:pPr>
        <w:pStyle w:val="Body"/>
      </w:pPr>
      <w:r>
        <w:t>Christian maturity is not pretending every weight is good. It is learning to tell the difference between the burden Christ gives and the burden sin creates.</w:t>
      </w:r>
    </w:p>
    <w:p w14:paraId="06134B77" w14:textId="77777777" w:rsidR="003D7A30" w:rsidRDefault="006C6BDA">
      <w:pPr>
        <w:pStyle w:val="Body"/>
      </w:pPr>
      <w:r>
        <w:t>Do not miss that distinction.</w:t>
      </w:r>
    </w:p>
    <w:p w14:paraId="2D42B4FA" w14:textId="77777777" w:rsidR="003D7A30" w:rsidRDefault="006C6BDA">
      <w:pPr>
        <w:pStyle w:val="Body"/>
      </w:pPr>
      <w:r>
        <w:t>Christ’s burden may be hard, but it is clean.</w:t>
      </w:r>
    </w:p>
    <w:p w14:paraId="73259CC1" w14:textId="77777777" w:rsidR="003D7A30" w:rsidRDefault="006C6BDA">
      <w:pPr>
        <w:pStyle w:val="Body"/>
      </w:pPr>
      <w:r>
        <w:t>Sin’s burden may feel easy at first, but it corrodes.</w:t>
      </w:r>
    </w:p>
    <w:p w14:paraId="04FB9253" w14:textId="77777777" w:rsidR="003D7A30" w:rsidRDefault="006C6BDA">
      <w:pPr>
        <w:pStyle w:val="Body"/>
      </w:pPr>
      <w:r>
        <w:t>Christ’s burden calls you into truth.</w:t>
      </w:r>
    </w:p>
    <w:p w14:paraId="42293785" w14:textId="77777777" w:rsidR="003D7A30" w:rsidRDefault="006C6BDA">
      <w:pPr>
        <w:pStyle w:val="Body"/>
      </w:pPr>
      <w:r>
        <w:t>Sin’s burden teaches you to hide.</w:t>
      </w:r>
    </w:p>
    <w:p w14:paraId="4243BA17" w14:textId="77777777" w:rsidR="003D7A30" w:rsidRDefault="006C6BDA">
      <w:pPr>
        <w:pStyle w:val="Body"/>
      </w:pPr>
      <w:r>
        <w:t>Christ’s burden forms love.</w:t>
      </w:r>
    </w:p>
    <w:p w14:paraId="3B46D6DA" w14:textId="77777777" w:rsidR="003D7A30" w:rsidRDefault="006C6BDA">
      <w:pPr>
        <w:pStyle w:val="Body"/>
      </w:pPr>
      <w:r>
        <w:t>Sin’s burden curves you inward.</w:t>
      </w:r>
    </w:p>
    <w:p w14:paraId="27AD4283" w14:textId="77777777" w:rsidR="003D7A30" w:rsidRDefault="006C6BDA">
      <w:pPr>
        <w:pStyle w:val="Body"/>
      </w:pPr>
      <w:r>
        <w:t>Christ’s burden can be carried with Him.</w:t>
      </w:r>
    </w:p>
    <w:p w14:paraId="3CDD62D9" w14:textId="77777777" w:rsidR="003D7A30" w:rsidRDefault="006C6BDA">
      <w:pPr>
        <w:pStyle w:val="Body"/>
      </w:pPr>
      <w:r>
        <w:t>Sin’s burden isolates you from Him.</w:t>
      </w:r>
    </w:p>
    <w:p w14:paraId="1425EEB5" w14:textId="77777777" w:rsidR="003D7A30" w:rsidRDefault="006C6BDA">
      <w:pPr>
        <w:pStyle w:val="Body"/>
      </w:pPr>
      <w:r>
        <w:t>That is why Jesus’ words matter here. He does not call you to carry every weight you find. He says, “Take my yoke upon you, and learn from me.”</w:t>
      </w:r>
    </w:p>
    <w:p w14:paraId="0E43615C" w14:textId="77777777" w:rsidR="003D7A30" w:rsidRDefault="006C6BDA">
      <w:pPr>
        <w:pStyle w:val="Body"/>
      </w:pPr>
      <w:r>
        <w:t>His yoke is not the false checklist. It is not the burden of proving your worth. It is not the crushing weight of self-salvation.</w:t>
      </w:r>
    </w:p>
    <w:p w14:paraId="49FAC476" w14:textId="77777777" w:rsidR="003D7A30" w:rsidRDefault="006C6BDA">
      <w:pPr>
        <w:pStyle w:val="Body"/>
      </w:pPr>
      <w:r>
        <w:t>His burden is the burden of life received from Him and lived in love.</w:t>
      </w:r>
    </w:p>
    <w:p w14:paraId="344FCBFE" w14:textId="77777777" w:rsidR="003D7A30" w:rsidRDefault="006C6BDA">
      <w:pPr>
        <w:pStyle w:val="Body"/>
      </w:pPr>
      <w:r>
        <w:t>That is the better burden.</w:t>
      </w:r>
    </w:p>
    <w:p w14:paraId="7451A30A" w14:textId="77777777" w:rsidR="003D7A30" w:rsidRDefault="006C6BDA">
      <w:pPr>
        <w:pStyle w:val="Body"/>
      </w:pPr>
      <w:r>
        <w:t>Do not hear this chapter as a command to carry your way into worthiness.</w:t>
      </w:r>
    </w:p>
    <w:p w14:paraId="7AE8B9AE" w14:textId="77777777" w:rsidR="003D7A30" w:rsidRDefault="006C6BDA">
      <w:pPr>
        <w:pStyle w:val="Body"/>
      </w:pPr>
      <w:r>
        <w:t>Christ has already carried the crushing burden you could not carry: your sin, your guilt, your judgment, and your death.</w:t>
      </w:r>
    </w:p>
    <w:p w14:paraId="4D283C93" w14:textId="77777777" w:rsidR="003D7A30" w:rsidRDefault="006C6BDA">
      <w:pPr>
        <w:pStyle w:val="Body"/>
      </w:pPr>
      <w:r>
        <w:t>The better burdens you carry now are not payment for mercy.</w:t>
      </w:r>
    </w:p>
    <w:p w14:paraId="1BA8B0B1" w14:textId="77777777" w:rsidR="003D7A30" w:rsidRDefault="006C6BDA">
      <w:pPr>
        <w:pStyle w:val="Body"/>
      </w:pPr>
      <w:r>
        <w:lastRenderedPageBreak/>
        <w:t>They are the shape love takes because mercy has already found you.</w:t>
      </w:r>
    </w:p>
    <w:p w14:paraId="318F2F3F" w14:textId="77777777" w:rsidR="003D7A30" w:rsidRDefault="006C6BDA">
      <w:pPr>
        <w:pStyle w:val="Body"/>
      </w:pPr>
      <w:r>
        <w:t>A son does not carry responsibility to earn a place in the house.</w:t>
      </w:r>
    </w:p>
    <w:p w14:paraId="5D145F86" w14:textId="77777777" w:rsidR="003D7A30" w:rsidRDefault="006C6BDA">
      <w:pPr>
        <w:pStyle w:val="Body"/>
      </w:pPr>
      <w:r>
        <w:t>He carries responsibility because he belongs there.</w:t>
      </w:r>
    </w:p>
    <w:p w14:paraId="71A17723" w14:textId="77777777" w:rsidR="003D7A30" w:rsidRDefault="006C6BDA">
      <w:pPr>
        <w:pStyle w:val="Body"/>
      </w:pPr>
      <w:proofErr w:type="gramStart"/>
      <w:r>
        <w:t>So</w:t>
      </w:r>
      <w:proofErr w:type="gramEnd"/>
      <w:r>
        <w:t xml:space="preserve"> choose the better burden.</w:t>
      </w:r>
    </w:p>
    <w:p w14:paraId="5A64634A" w14:textId="77777777" w:rsidR="003D7A30" w:rsidRDefault="006C6BDA">
      <w:pPr>
        <w:pStyle w:val="Body"/>
      </w:pPr>
      <w:r>
        <w:t>Not because it will make you impressive.</w:t>
      </w:r>
    </w:p>
    <w:p w14:paraId="5841E52C" w14:textId="77777777" w:rsidR="003D7A30" w:rsidRDefault="006C6BDA">
      <w:pPr>
        <w:pStyle w:val="Body"/>
      </w:pPr>
      <w:r>
        <w:t>Because Christ has freed you from the worse burden of living for yourself.</w:t>
      </w:r>
    </w:p>
    <w:p w14:paraId="7301BA46"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Field Exercise</w:t>
      </w:r>
    </w:p>
    <w:p w14:paraId="245401D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Make a burden exchange.</w:t>
      </w:r>
    </w:p>
    <w:p w14:paraId="45D7A365"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 burden I am trying to avoid is ____________.</w:t>
      </w:r>
    </w:p>
    <w:p w14:paraId="7CA4310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 worse burden I usually choose instead is ____________.</w:t>
      </w:r>
    </w:p>
    <w:p w14:paraId="41FADE5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 better burden Christ is calling me to carry is ____________.</w:t>
      </w:r>
    </w:p>
    <w:p w14:paraId="5030C456"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This week I will carry that better burden by ____________.</w:t>
      </w:r>
    </w:p>
    <w:p w14:paraId="79E9066F"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Now answer honestly:</w:t>
      </w:r>
    </w:p>
    <w:p w14:paraId="7BA8BF71"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Am I avoiding this because it is truly unwise or unsafe, or because it is uncomfortable and costly?</w:t>
      </w:r>
    </w:p>
    <w:p w14:paraId="13C53A47"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If it is unsafe, too heavy, or beyond what you should carry alone, bring in a parent, pastor, teacher, counselor, doctor, or trusted adult.</w:t>
      </w:r>
    </w:p>
    <w:p w14:paraId="105982BF"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If it is simply the right kind of hard, take the next faithful step.</w:t>
      </w:r>
    </w:p>
    <w:p w14:paraId="54F9A1C4"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Prayer</w:t>
      </w:r>
    </w:p>
    <w:p w14:paraId="07BFC7E1"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Father, teach me not to run from the right kind of hard. Give me wisdom to tell the difference between the burden Christ gives and the burden sin creates. Keep me from choosing comfort when truth, love, repentance, or responsibility are calling me forward. Thank You that Christ has already carried the crushing burden of my sin. Teach me now to carry what love requires — not to earn Your mercy, but because Your mercy has already found me. Amen.</w:t>
      </w:r>
    </w:p>
    <w:p w14:paraId="6363B6E3" w14:textId="77777777" w:rsidR="003D7A30" w:rsidRDefault="006C6BDA">
      <w:pPr>
        <w:pStyle w:val="Subhead"/>
      </w:pPr>
      <w:r>
        <w:t>Notes</w:t>
      </w:r>
    </w:p>
    <w:p w14:paraId="036C0C7E" w14:textId="77777777" w:rsidR="003D7A30" w:rsidRDefault="006C6BDA">
      <w:pPr>
        <w:pStyle w:val="SectionLabel"/>
        <w:pageBreakBefore/>
      </w:pPr>
      <w:r>
        <w:lastRenderedPageBreak/>
        <w:t>Chapter 15</w:t>
      </w:r>
    </w:p>
    <w:p w14:paraId="6327F212" w14:textId="77777777" w:rsidR="003D7A30" w:rsidRDefault="006C6BDA">
      <w:pPr>
        <w:pStyle w:val="SectionTitle"/>
      </w:pPr>
      <w:r>
        <w:t>Your Strength Is for Someone Else</w:t>
      </w:r>
    </w:p>
    <w:p w14:paraId="0E7E9481" w14:textId="77777777" w:rsidR="003D7A30" w:rsidRDefault="006C6BDA">
      <w:pPr>
        <w:pStyle w:val="GuideLine"/>
      </w:pPr>
      <w:r>
        <w:t>What strength is for, and how it turns ugly when it serves the self.</w:t>
      </w:r>
    </w:p>
    <w:p w14:paraId="2913C4EC" w14:textId="77777777" w:rsidR="003D7A30" w:rsidRDefault="006C6BDA">
      <w:pPr>
        <w:pStyle w:val="Takeaway"/>
        <w:shd w:val="clear" w:color="auto" w:fill="F2F2F2"/>
      </w:pPr>
      <w:r>
        <w:t>Remember this: A man who wants to be admired will spend his strength on himself. A man who wants to be useful will spend it in love.</w:t>
      </w:r>
    </w:p>
    <w:p w14:paraId="76766414" w14:textId="77777777" w:rsidR="003D7A30" w:rsidRDefault="006C6BDA">
      <w:pPr>
        <w:pStyle w:val="Body"/>
      </w:pPr>
      <w:r>
        <w:t>Most young men eventually ask some version of this question:</w:t>
      </w:r>
    </w:p>
    <w:p w14:paraId="36EA4502" w14:textId="77777777" w:rsidR="003D7A30" w:rsidRDefault="006C6BDA">
      <w:pPr>
        <w:pStyle w:val="Body"/>
      </w:pPr>
      <w:r>
        <w:t>How do I become stronger?</w:t>
      </w:r>
    </w:p>
    <w:p w14:paraId="54662D60" w14:textId="77777777" w:rsidR="003D7A30" w:rsidRDefault="006C6BDA">
      <w:pPr>
        <w:pStyle w:val="Body"/>
      </w:pPr>
      <w:r>
        <w:t>That is not a bad question.</w:t>
      </w:r>
    </w:p>
    <w:p w14:paraId="6EE798EF" w14:textId="77777777" w:rsidR="003D7A30" w:rsidRDefault="006C6BDA">
      <w:pPr>
        <w:pStyle w:val="Body"/>
      </w:pPr>
      <w:r>
        <w:t>Strength is a real good. A Christian man should not be embarrassed by strength, discipline, capability, courage, endurance, skill, steadiness, or leadership.</w:t>
      </w:r>
    </w:p>
    <w:p w14:paraId="45E2F997" w14:textId="77777777" w:rsidR="003D7A30" w:rsidRDefault="006C6BDA">
      <w:pPr>
        <w:pStyle w:val="Body"/>
      </w:pPr>
      <w:r>
        <w:t>The problem is not strength.</w:t>
      </w:r>
    </w:p>
    <w:p w14:paraId="2F8DFDEF" w14:textId="77777777" w:rsidR="003D7A30" w:rsidRDefault="006C6BDA">
      <w:pPr>
        <w:pStyle w:val="Body"/>
      </w:pPr>
      <w:r>
        <w:t>The problem is what strength serves.</w:t>
      </w:r>
    </w:p>
    <w:p w14:paraId="755378C3" w14:textId="77777777" w:rsidR="003D7A30" w:rsidRDefault="006C6BDA">
      <w:pPr>
        <w:pStyle w:val="Body"/>
      </w:pPr>
      <w:r>
        <w:t>The world often teaches young men to turn strength inward. Get stronger so you can be admired. Get sharper so you can feel superior. Get more disciplined so you can build an image. Get more capable so you can become untouchable.</w:t>
      </w:r>
    </w:p>
    <w:p w14:paraId="1E4CC0DC" w14:textId="77777777" w:rsidR="003D7A30" w:rsidRDefault="006C6BDA">
      <w:pPr>
        <w:pStyle w:val="Body"/>
      </w:pPr>
      <w:r>
        <w:t>That kind of strength can look impressive for a while.</w:t>
      </w:r>
    </w:p>
    <w:p w14:paraId="018F80AE" w14:textId="77777777" w:rsidR="003D7A30" w:rsidRDefault="006C6BDA">
      <w:pPr>
        <w:pStyle w:val="Body"/>
      </w:pPr>
      <w:r>
        <w:t>But strength turned inward does not become wisdom.</w:t>
      </w:r>
    </w:p>
    <w:p w14:paraId="794854FF" w14:textId="77777777" w:rsidR="003D7A30" w:rsidRDefault="006C6BDA">
      <w:pPr>
        <w:pStyle w:val="Body"/>
      </w:pPr>
      <w:r>
        <w:t>It becomes self-importance.</w:t>
      </w:r>
    </w:p>
    <w:p w14:paraId="66F1A6E8" w14:textId="77777777" w:rsidR="003D7A30" w:rsidRDefault="006C6BDA">
      <w:pPr>
        <w:pStyle w:val="Body"/>
      </w:pPr>
      <w:r>
        <w:t>Jesus gives a different answer.</w:t>
      </w:r>
    </w:p>
    <w:p w14:paraId="5F9D09CA" w14:textId="77777777" w:rsidR="003D7A30" w:rsidRDefault="006C6BDA">
      <w:pPr>
        <w:pStyle w:val="ScriptureAnchor"/>
        <w:shd w:val="clear" w:color="auto" w:fill="F2F2F2"/>
      </w:pPr>
      <w:r>
        <w:t>Scripture Anchor — Mark 10:42–45</w:t>
      </w:r>
    </w:p>
    <w:p w14:paraId="268D7FB9" w14:textId="77777777" w:rsidR="003D7A30" w:rsidRDefault="006C6BDA">
      <w:pPr>
        <w:pStyle w:val="ScriptureQuote"/>
      </w:pPr>
      <w:r>
        <w:t xml:space="preserve">And Jesus called them to him and said to them, “You know that those who are considered rulers of the Gentiles lord it over them, and their great </w:t>
      </w:r>
      <w:proofErr w:type="gramStart"/>
      <w:r>
        <w:t>ones</w:t>
      </w:r>
      <w:proofErr w:type="gramEnd"/>
      <w:r>
        <w:t xml:space="preserve"> exercise authority over them. But it shall not be so among you. But whoever would be great among you must be your servant, and whoever would be first among you must be slave of all. For even the Son of Man came not to be served but to serve, and to give his life as a ransom for many.”</w:t>
      </w:r>
    </w:p>
    <w:p w14:paraId="1D69A0EB" w14:textId="77777777" w:rsidR="003D7A30" w:rsidRDefault="006C6BDA">
      <w:pPr>
        <w:pStyle w:val="Body"/>
      </w:pPr>
      <w:r>
        <w:t>Jesus does not merely tell strong men to be nicer.</w:t>
      </w:r>
    </w:p>
    <w:p w14:paraId="784F207F" w14:textId="77777777" w:rsidR="003D7A30" w:rsidRDefault="006C6BDA">
      <w:pPr>
        <w:pStyle w:val="Body"/>
      </w:pPr>
      <w:r>
        <w:t>He redefines greatness.</w:t>
      </w:r>
    </w:p>
    <w:p w14:paraId="0E9EB322" w14:textId="77777777" w:rsidR="003D7A30" w:rsidRDefault="006C6BDA">
      <w:pPr>
        <w:pStyle w:val="Body"/>
      </w:pPr>
      <w:r>
        <w:t>The disciples wanted position. They wanted status. They wanted to know who stood above whom.</w:t>
      </w:r>
    </w:p>
    <w:p w14:paraId="794AD0BA" w14:textId="77777777" w:rsidR="003D7A30" w:rsidRDefault="006C6BDA">
      <w:pPr>
        <w:pStyle w:val="Body"/>
      </w:pPr>
      <w:r>
        <w:t>Jesus points them to service.</w:t>
      </w:r>
    </w:p>
    <w:p w14:paraId="4636644F" w14:textId="77777777" w:rsidR="003D7A30" w:rsidRDefault="006C6BDA">
      <w:pPr>
        <w:pStyle w:val="Body"/>
      </w:pPr>
      <w:r>
        <w:t>Then He points them to Himself.</w:t>
      </w:r>
    </w:p>
    <w:p w14:paraId="2FB3048A" w14:textId="77777777" w:rsidR="003D7A30" w:rsidRDefault="006C6BDA">
      <w:pPr>
        <w:pStyle w:val="Body"/>
      </w:pPr>
      <w:r>
        <w:t>The Son of Man came not to be served but to serve, and to give His life as a ransom for many.</w:t>
      </w:r>
    </w:p>
    <w:p w14:paraId="01C1F3CF" w14:textId="77777777" w:rsidR="003D7A30" w:rsidRDefault="006C6BDA">
      <w:pPr>
        <w:pStyle w:val="Body"/>
      </w:pPr>
      <w:r>
        <w:t>If anyone had the right to demand service, it was Jesus.</w:t>
      </w:r>
    </w:p>
    <w:p w14:paraId="08B2FF3B" w14:textId="77777777" w:rsidR="003D7A30" w:rsidRDefault="006C6BDA">
      <w:pPr>
        <w:pStyle w:val="Body"/>
      </w:pPr>
      <w:r>
        <w:t>And what does He do?</w:t>
      </w:r>
    </w:p>
    <w:p w14:paraId="55F6224C" w14:textId="77777777" w:rsidR="003D7A30" w:rsidRDefault="006C6BDA">
      <w:pPr>
        <w:pStyle w:val="Body"/>
      </w:pPr>
      <w:r>
        <w:t>He gives Himself.</w:t>
      </w:r>
    </w:p>
    <w:p w14:paraId="5E8EA05B" w14:textId="77777777" w:rsidR="003D7A30" w:rsidRDefault="006C6BDA">
      <w:pPr>
        <w:pStyle w:val="Body"/>
      </w:pPr>
      <w:r>
        <w:lastRenderedPageBreak/>
        <w:t>That means Christian strength begins at the cross, not in self-display.</w:t>
      </w:r>
    </w:p>
    <w:p w14:paraId="20AA9D0D" w14:textId="77777777" w:rsidR="003D7A30" w:rsidRDefault="006C6BDA">
      <w:pPr>
        <w:pStyle w:val="Body"/>
      </w:pPr>
      <w:r>
        <w:t>Christ does not use His strength to protect His pride. He uses it to save sinners.</w:t>
      </w:r>
    </w:p>
    <w:p w14:paraId="4C57B4F8" w14:textId="77777777" w:rsidR="003D7A30" w:rsidRDefault="006C6BDA">
      <w:pPr>
        <w:pStyle w:val="Body"/>
      </w:pPr>
      <w:proofErr w:type="gramStart"/>
      <w:r>
        <w:t>So</w:t>
      </w:r>
      <w:proofErr w:type="gramEnd"/>
      <w:r>
        <w:t xml:space="preserve"> a Christian man does not ask only, “How strong am I?”</w:t>
      </w:r>
    </w:p>
    <w:p w14:paraId="5BC65F3D" w14:textId="77777777" w:rsidR="003D7A30" w:rsidRDefault="006C6BDA">
      <w:pPr>
        <w:pStyle w:val="Body"/>
      </w:pPr>
      <w:r>
        <w:t>He asks: Who is helped by my strength?</w:t>
      </w:r>
    </w:p>
    <w:p w14:paraId="64409C7F" w14:textId="77777777" w:rsidR="003D7A30" w:rsidRDefault="006C6BDA">
      <w:pPr>
        <w:pStyle w:val="Body"/>
      </w:pPr>
      <w:r>
        <w:t>That question changes everything.</w:t>
      </w:r>
    </w:p>
    <w:p w14:paraId="1DC09F36" w14:textId="77777777" w:rsidR="003D7A30" w:rsidRDefault="006C6BDA">
      <w:pPr>
        <w:pStyle w:val="Body"/>
      </w:pPr>
      <w:r>
        <w:t>Strength turned inward becomes vanity, control, selfishness, coldness, or anger.</w:t>
      </w:r>
    </w:p>
    <w:p w14:paraId="01A8A3C0" w14:textId="77777777" w:rsidR="003D7A30" w:rsidRDefault="006C6BDA">
      <w:pPr>
        <w:pStyle w:val="Body"/>
      </w:pPr>
      <w:r>
        <w:t>Strength turned outward becomes love.</w:t>
      </w:r>
    </w:p>
    <w:p w14:paraId="3D9EBB04" w14:textId="77777777" w:rsidR="003D7A30" w:rsidRDefault="006C6BDA">
      <w:pPr>
        <w:pStyle w:val="Body"/>
      </w:pPr>
      <w:r>
        <w:t>Physical strength can become protection, work, endurance, and help.</w:t>
      </w:r>
    </w:p>
    <w:p w14:paraId="0D796020" w14:textId="77777777" w:rsidR="003D7A30" w:rsidRDefault="006C6BDA">
      <w:pPr>
        <w:pStyle w:val="Body"/>
      </w:pPr>
      <w:r>
        <w:t>Intelligence can become wisdom, teaching, problem-solving, and service.</w:t>
      </w:r>
    </w:p>
    <w:p w14:paraId="04695823" w14:textId="77777777" w:rsidR="003D7A30" w:rsidRDefault="006C6BDA">
      <w:pPr>
        <w:pStyle w:val="Body"/>
      </w:pPr>
      <w:r>
        <w:t>Humor can become encouragement instead of cruelty.</w:t>
      </w:r>
    </w:p>
    <w:p w14:paraId="5866E625" w14:textId="77777777" w:rsidR="003D7A30" w:rsidRDefault="006C6BDA">
      <w:pPr>
        <w:pStyle w:val="Body"/>
      </w:pPr>
      <w:r>
        <w:t>Confidence can become courage to do what love requires.</w:t>
      </w:r>
    </w:p>
    <w:p w14:paraId="7E97F274" w14:textId="77777777" w:rsidR="003D7A30" w:rsidRDefault="006C6BDA">
      <w:pPr>
        <w:pStyle w:val="Body"/>
      </w:pPr>
      <w:r>
        <w:t>Discipline can become dependability.</w:t>
      </w:r>
    </w:p>
    <w:p w14:paraId="263D4441" w14:textId="77777777" w:rsidR="003D7A30" w:rsidRDefault="006C6BDA">
      <w:pPr>
        <w:pStyle w:val="Body"/>
      </w:pPr>
      <w:r>
        <w:t>Leadership can become responsibility for the good of others.</w:t>
      </w:r>
    </w:p>
    <w:p w14:paraId="17702BAF" w14:textId="77777777" w:rsidR="003D7A30" w:rsidRDefault="006C6BDA">
      <w:pPr>
        <w:pStyle w:val="Body"/>
      </w:pPr>
      <w:r>
        <w:t>The question is not only what strength you have.</w:t>
      </w:r>
    </w:p>
    <w:p w14:paraId="4548A9A6" w14:textId="77777777" w:rsidR="003D7A30" w:rsidRDefault="006C6BDA">
      <w:pPr>
        <w:pStyle w:val="Body"/>
      </w:pPr>
      <w:r>
        <w:t>The question is what your strength serves.</w:t>
      </w:r>
    </w:p>
    <w:p w14:paraId="0FA10D50" w14:textId="77777777" w:rsidR="003D7A30" w:rsidRDefault="006C6BDA">
      <w:pPr>
        <w:pStyle w:val="Body"/>
      </w:pPr>
      <w:r>
        <w:t>That matters especially when strength takes its most dangerous form.</w:t>
      </w:r>
    </w:p>
    <w:p w14:paraId="30887EE5" w14:textId="77777777" w:rsidR="003D7A30" w:rsidRDefault="006C6BDA">
      <w:pPr>
        <w:pStyle w:val="Subhead"/>
      </w:pPr>
      <w:r>
        <w:t>Anger Is Not the Same as Strength</w:t>
      </w:r>
    </w:p>
    <w:p w14:paraId="7F78DFF1" w14:textId="77777777" w:rsidR="003D7A30" w:rsidRDefault="006C6BDA">
      <w:pPr>
        <w:pStyle w:val="Body"/>
      </w:pPr>
      <w:r>
        <w:t>Anger often feels like strength to a young man.</w:t>
      </w:r>
    </w:p>
    <w:p w14:paraId="5B342F10" w14:textId="77777777" w:rsidR="003D7A30" w:rsidRDefault="006C6BDA">
      <w:pPr>
        <w:pStyle w:val="Body"/>
      </w:pPr>
      <w:r>
        <w:t>It feels powerful to raise your voice, cut someone down, slam a door, win the argument, intimidate a weaker person, or make others afraid to correct you.</w:t>
      </w:r>
    </w:p>
    <w:p w14:paraId="7BFE653B" w14:textId="77777777" w:rsidR="003D7A30" w:rsidRDefault="006C6BDA">
      <w:pPr>
        <w:pStyle w:val="Body"/>
      </w:pPr>
      <w:r>
        <w:t>But anger is not the same thing as strength.</w:t>
      </w:r>
    </w:p>
    <w:p w14:paraId="697E8244" w14:textId="77777777" w:rsidR="003D7A30" w:rsidRDefault="006C6BDA">
      <w:pPr>
        <w:pStyle w:val="Body"/>
      </w:pPr>
      <w:r>
        <w:t>Sometimes anger is strength without patience.</w:t>
      </w:r>
    </w:p>
    <w:p w14:paraId="35585208" w14:textId="77777777" w:rsidR="003D7A30" w:rsidRDefault="006C6BDA">
      <w:pPr>
        <w:pStyle w:val="Body"/>
      </w:pPr>
      <w:r>
        <w:t>Sometimes it is fear wearing armor.</w:t>
      </w:r>
    </w:p>
    <w:p w14:paraId="184FC2E4" w14:textId="77777777" w:rsidR="003D7A30" w:rsidRDefault="006C6BDA">
      <w:pPr>
        <w:pStyle w:val="Body"/>
      </w:pPr>
      <w:r>
        <w:t>Sometimes it is pride that has been embarrassed.</w:t>
      </w:r>
    </w:p>
    <w:p w14:paraId="46F47154" w14:textId="77777777" w:rsidR="003D7A30" w:rsidRDefault="006C6BDA">
      <w:pPr>
        <w:pStyle w:val="Body"/>
      </w:pPr>
      <w:r>
        <w:t>Sometimes it is pain looking for somewhere to land.</w:t>
      </w:r>
    </w:p>
    <w:p w14:paraId="2AAC8ED1" w14:textId="77777777" w:rsidR="003D7A30" w:rsidRDefault="006C6BDA">
      <w:pPr>
        <w:pStyle w:val="Body"/>
      </w:pPr>
      <w:r>
        <w:t>A Christian man must learn the difference between righteous anger and selfish anger.</w:t>
      </w:r>
    </w:p>
    <w:p w14:paraId="38EF9F99" w14:textId="77777777" w:rsidR="003D7A30" w:rsidRDefault="006C6BDA">
      <w:pPr>
        <w:pStyle w:val="Body"/>
      </w:pPr>
      <w:r>
        <w:t>There are things worth hating: evil, injustice, cruelty, abuse, lies, and the destruction of what God made good.</w:t>
      </w:r>
    </w:p>
    <w:p w14:paraId="5BCA88D9" w14:textId="77777777" w:rsidR="003D7A30" w:rsidRDefault="006C6BDA">
      <w:pPr>
        <w:pStyle w:val="Body"/>
      </w:pPr>
      <w:r>
        <w:t>But much of the anger in a man’s life is not holy. It is self-protection. It is wounded pride. It is the demand to be obeyed, admired, respected, or left alone.</w:t>
      </w:r>
    </w:p>
    <w:p w14:paraId="03F0C5A0" w14:textId="77777777" w:rsidR="003D7A30" w:rsidRDefault="006C6BDA">
      <w:pPr>
        <w:pStyle w:val="Body"/>
      </w:pPr>
      <w:r>
        <w:t>Untrained strength often becomes harshness. A man may call it honesty, leadership, passion, or “just how he is.” But if his presence makes others smaller, colder, more afraid, or less safe, something is wrong.</w:t>
      </w:r>
    </w:p>
    <w:p w14:paraId="46DA47F7" w14:textId="77777777" w:rsidR="003D7A30" w:rsidRDefault="006C6BDA">
      <w:pPr>
        <w:pStyle w:val="Body"/>
      </w:pPr>
      <w:r>
        <w:t>Strength that serves Christ does not use anger to control the room.</w:t>
      </w:r>
    </w:p>
    <w:p w14:paraId="3F07BB74" w14:textId="77777777" w:rsidR="003D7A30" w:rsidRDefault="006C6BDA">
      <w:pPr>
        <w:pStyle w:val="Body"/>
      </w:pPr>
      <w:r>
        <w:lastRenderedPageBreak/>
        <w:t>It learns patience, self-command, repentance, and gentleness without becoming weak.</w:t>
      </w:r>
    </w:p>
    <w:p w14:paraId="26AF1A1F" w14:textId="77777777" w:rsidR="003D7A30" w:rsidRDefault="006C6BDA">
      <w:pPr>
        <w:pStyle w:val="Body"/>
      </w:pPr>
      <w:r>
        <w:t>A strong man can be corrected without exploding.</w:t>
      </w:r>
    </w:p>
    <w:p w14:paraId="2689EDF5" w14:textId="77777777" w:rsidR="003D7A30" w:rsidRDefault="006C6BDA">
      <w:pPr>
        <w:pStyle w:val="Body"/>
      </w:pPr>
      <w:r>
        <w:t>He can be angry without becoming cruel.</w:t>
      </w:r>
    </w:p>
    <w:p w14:paraId="147A898D" w14:textId="77777777" w:rsidR="003D7A30" w:rsidRDefault="006C6BDA">
      <w:pPr>
        <w:pStyle w:val="Body"/>
      </w:pPr>
      <w:r>
        <w:t>He can tell the truth without using the truth as a weapon.</w:t>
      </w:r>
    </w:p>
    <w:p w14:paraId="3BFBACE1" w14:textId="77777777" w:rsidR="003D7A30" w:rsidRDefault="006C6BDA">
      <w:pPr>
        <w:pStyle w:val="Body"/>
      </w:pPr>
      <w:r>
        <w:t>He can protect what is good without making his own pride the thing he is protecting.</w:t>
      </w:r>
    </w:p>
    <w:p w14:paraId="41241898" w14:textId="77777777" w:rsidR="003D7A30" w:rsidRDefault="006C6BDA">
      <w:pPr>
        <w:pStyle w:val="Body"/>
      </w:pPr>
      <w:r>
        <w:t>That is real strength.</w:t>
      </w:r>
    </w:p>
    <w:p w14:paraId="20D0456E" w14:textId="77777777" w:rsidR="003D7A30" w:rsidRDefault="006C6BDA">
      <w:pPr>
        <w:pStyle w:val="Subhead"/>
      </w:pPr>
      <w:r>
        <w:t>Quiet Strength Is Still Strength</w:t>
      </w:r>
    </w:p>
    <w:p w14:paraId="71044800" w14:textId="77777777" w:rsidR="003D7A30" w:rsidRDefault="006C6BDA">
      <w:pPr>
        <w:pStyle w:val="Body"/>
      </w:pPr>
      <w:r>
        <w:t>Christian strength is not limited to physical capability, natural assertiveness, intensity, or a particular personality type.</w:t>
      </w:r>
    </w:p>
    <w:p w14:paraId="4C4B2D4C" w14:textId="77777777" w:rsidR="003D7A30" w:rsidRDefault="006C6BDA">
      <w:pPr>
        <w:pStyle w:val="Body"/>
      </w:pPr>
      <w:r>
        <w:t>The man who is quiet, gentle, artistic, physically unimpressive, socially awkward, or carrying suffering nobody sees is not less of a man.</w:t>
      </w:r>
    </w:p>
    <w:p w14:paraId="7B159BD7" w14:textId="77777777" w:rsidR="003D7A30" w:rsidRDefault="006C6BDA">
      <w:pPr>
        <w:pStyle w:val="Body"/>
      </w:pPr>
      <w:r>
        <w:t>Some of the steadiest Christian men look nothing like the world’s picture of strength.</w:t>
      </w:r>
    </w:p>
    <w:p w14:paraId="07088224" w14:textId="77777777" w:rsidR="003D7A30" w:rsidRDefault="006C6BDA">
      <w:pPr>
        <w:pStyle w:val="Body"/>
      </w:pPr>
      <w:r>
        <w:t>A gentle man may be strong because he refuses to shame the weak.</w:t>
      </w:r>
    </w:p>
    <w:p w14:paraId="6C755C71" w14:textId="77777777" w:rsidR="003D7A30" w:rsidRDefault="006C6BDA">
      <w:pPr>
        <w:pStyle w:val="Body"/>
      </w:pPr>
      <w:r>
        <w:t>A quiet man may be strong because he notices what louder men miss.</w:t>
      </w:r>
    </w:p>
    <w:p w14:paraId="6D68522F" w14:textId="77777777" w:rsidR="003D7A30" w:rsidRDefault="006C6BDA">
      <w:pPr>
        <w:pStyle w:val="Body"/>
      </w:pPr>
      <w:r>
        <w:t>A patient man may be strong because he keeps showing up when others quit.</w:t>
      </w:r>
    </w:p>
    <w:p w14:paraId="5625CE15" w14:textId="77777777" w:rsidR="003D7A30" w:rsidRDefault="006C6BDA">
      <w:pPr>
        <w:pStyle w:val="Body"/>
      </w:pPr>
      <w:r>
        <w:t>A repentant man may be strong because he can tell the truth about himself.</w:t>
      </w:r>
    </w:p>
    <w:p w14:paraId="035FE2F6" w14:textId="77777777" w:rsidR="003D7A30" w:rsidRDefault="006C6BDA">
      <w:pPr>
        <w:pStyle w:val="Body"/>
      </w:pPr>
      <w:r>
        <w:t>A suffering man may be strong because he keeps praying when everything feels heavy.</w:t>
      </w:r>
    </w:p>
    <w:p w14:paraId="109296FD" w14:textId="77777777" w:rsidR="003D7A30" w:rsidRDefault="006C6BDA">
      <w:pPr>
        <w:pStyle w:val="Body"/>
      </w:pPr>
      <w:r>
        <w:t xml:space="preserve">What matters is not whether your temperament looks </w:t>
      </w:r>
      <w:proofErr w:type="gramStart"/>
      <w:r>
        <w:t>impressive.</w:t>
      </w:r>
      <w:proofErr w:type="gramEnd"/>
    </w:p>
    <w:p w14:paraId="62B73469" w14:textId="77777777" w:rsidR="003D7A30" w:rsidRDefault="006C6BDA">
      <w:pPr>
        <w:pStyle w:val="Body"/>
      </w:pPr>
      <w:r>
        <w:t>What matters is whether the gifts, limits, body, mind, and personality God has given you are being received with humility and used in love.</w:t>
      </w:r>
    </w:p>
    <w:p w14:paraId="29628B72" w14:textId="77777777" w:rsidR="003D7A30" w:rsidRDefault="006C6BDA">
      <w:pPr>
        <w:pStyle w:val="Subhead"/>
      </w:pPr>
      <w:r>
        <w:t>Your Strength Is Not Only for You</w:t>
      </w:r>
    </w:p>
    <w:p w14:paraId="448C4C16" w14:textId="77777777" w:rsidR="003D7A30" w:rsidRDefault="006C6BDA">
      <w:pPr>
        <w:pStyle w:val="Body"/>
      </w:pPr>
      <w:r>
        <w:t>Your time is not only for you.</w:t>
      </w:r>
    </w:p>
    <w:p w14:paraId="554FC042" w14:textId="77777777" w:rsidR="003D7A30" w:rsidRDefault="006C6BDA">
      <w:pPr>
        <w:pStyle w:val="Body"/>
      </w:pPr>
      <w:r>
        <w:t>Your body is not only for you.</w:t>
      </w:r>
    </w:p>
    <w:p w14:paraId="6F8F7CC4" w14:textId="77777777" w:rsidR="003D7A30" w:rsidRDefault="006C6BDA">
      <w:pPr>
        <w:pStyle w:val="Body"/>
      </w:pPr>
      <w:r>
        <w:t>Your work ethic is not only for you.</w:t>
      </w:r>
    </w:p>
    <w:p w14:paraId="6EB24E68" w14:textId="77777777" w:rsidR="003D7A30" w:rsidRDefault="006C6BDA">
      <w:pPr>
        <w:pStyle w:val="Body"/>
      </w:pPr>
      <w:r>
        <w:t>Your skills are not only for you.</w:t>
      </w:r>
    </w:p>
    <w:p w14:paraId="4976D881" w14:textId="77777777" w:rsidR="003D7A30" w:rsidRDefault="006C6BDA">
      <w:pPr>
        <w:pStyle w:val="Body"/>
      </w:pPr>
      <w:r>
        <w:t>Your words are not only for you.</w:t>
      </w:r>
    </w:p>
    <w:p w14:paraId="6F5C95EA" w14:textId="77777777" w:rsidR="003D7A30" w:rsidRDefault="006C6BDA">
      <w:pPr>
        <w:pStyle w:val="Body"/>
      </w:pPr>
      <w:r>
        <w:t>Your attention is not only for you.</w:t>
      </w:r>
    </w:p>
    <w:p w14:paraId="4DF03608" w14:textId="77777777" w:rsidR="003D7A30" w:rsidRDefault="006C6BDA">
      <w:pPr>
        <w:pStyle w:val="Body"/>
      </w:pPr>
      <w:r>
        <w:t>They are gifts meant to become offerings.</w:t>
      </w:r>
    </w:p>
    <w:p w14:paraId="1355ACD9" w14:textId="77777777" w:rsidR="003D7A30" w:rsidRDefault="006C6BDA">
      <w:pPr>
        <w:pStyle w:val="Body"/>
      </w:pPr>
      <w:r>
        <w:t>That does not mean you neglect yourself. It means you train, learn, rest, grow, and become more capable so that you can carry what love requires.</w:t>
      </w:r>
    </w:p>
    <w:p w14:paraId="58D4AF70" w14:textId="77777777" w:rsidR="003D7A30" w:rsidRDefault="006C6BDA">
      <w:pPr>
        <w:pStyle w:val="Body"/>
      </w:pPr>
      <w:r>
        <w:t>Real strength often looks ordinary:</w:t>
      </w:r>
    </w:p>
    <w:p w14:paraId="725B34C6" w14:textId="77777777" w:rsidR="003D7A30" w:rsidRDefault="006C6BDA">
      <w:pPr>
        <w:pStyle w:val="Body"/>
      </w:pPr>
      <w:r>
        <w:t>showing up,</w:t>
      </w:r>
    </w:p>
    <w:p w14:paraId="30048F02" w14:textId="77777777" w:rsidR="003D7A30" w:rsidRDefault="006C6BDA">
      <w:pPr>
        <w:pStyle w:val="Body"/>
      </w:pPr>
      <w:r>
        <w:t>carrying the hard thing,</w:t>
      </w:r>
    </w:p>
    <w:p w14:paraId="39EF1BF7" w14:textId="77777777" w:rsidR="003D7A30" w:rsidRDefault="006C6BDA">
      <w:pPr>
        <w:pStyle w:val="Body"/>
      </w:pPr>
      <w:r>
        <w:t>refusing to make life about yourself,</w:t>
      </w:r>
    </w:p>
    <w:p w14:paraId="25109D36" w14:textId="77777777" w:rsidR="003D7A30" w:rsidRDefault="006C6BDA">
      <w:pPr>
        <w:pStyle w:val="Body"/>
      </w:pPr>
      <w:r>
        <w:lastRenderedPageBreak/>
        <w:t>staying calm when others are spiraling,</w:t>
      </w:r>
    </w:p>
    <w:p w14:paraId="096BE93A" w14:textId="77777777" w:rsidR="003D7A30" w:rsidRDefault="006C6BDA">
      <w:pPr>
        <w:pStyle w:val="Body"/>
      </w:pPr>
      <w:r>
        <w:t>doing useful work without applause,</w:t>
      </w:r>
    </w:p>
    <w:p w14:paraId="0BDF09ED" w14:textId="77777777" w:rsidR="003D7A30" w:rsidRDefault="006C6BDA">
      <w:pPr>
        <w:pStyle w:val="Body"/>
      </w:pPr>
      <w:r>
        <w:t>repenting quickly,</w:t>
      </w:r>
    </w:p>
    <w:p w14:paraId="068C70E3" w14:textId="77777777" w:rsidR="003D7A30" w:rsidRDefault="006C6BDA">
      <w:pPr>
        <w:pStyle w:val="Body"/>
      </w:pPr>
      <w:r>
        <w:t>protecting the weak,</w:t>
      </w:r>
    </w:p>
    <w:p w14:paraId="54D37940" w14:textId="77777777" w:rsidR="003D7A30" w:rsidRDefault="006C6BDA">
      <w:pPr>
        <w:pStyle w:val="Body"/>
      </w:pPr>
      <w:r>
        <w:t>serving before you are noticed.</w:t>
      </w:r>
    </w:p>
    <w:p w14:paraId="4FDF5C59" w14:textId="77777777" w:rsidR="003D7A30" w:rsidRDefault="006C6BDA">
      <w:pPr>
        <w:pStyle w:val="Body"/>
      </w:pPr>
      <w:r>
        <w:t>A man who wants to be admired will spend his strength on himself.</w:t>
      </w:r>
    </w:p>
    <w:p w14:paraId="46E6A2D7" w14:textId="77777777" w:rsidR="003D7A30" w:rsidRDefault="006C6BDA">
      <w:pPr>
        <w:pStyle w:val="Body"/>
      </w:pPr>
      <w:r>
        <w:t>A man who wants to be useful will spend it in love.</w:t>
      </w:r>
    </w:p>
    <w:p w14:paraId="1901EA26" w14:textId="77777777" w:rsidR="003D7A30" w:rsidRDefault="006C6BDA">
      <w:pPr>
        <w:pStyle w:val="Body"/>
      </w:pPr>
      <w:r>
        <w:t>That is the better ambition.</w:t>
      </w:r>
    </w:p>
    <w:p w14:paraId="798077B0" w14:textId="77777777" w:rsidR="003D7A30" w:rsidRDefault="006C6BDA">
      <w:pPr>
        <w:pStyle w:val="Body"/>
      </w:pPr>
      <w:r>
        <w:t>Christ used His strength to bear your sin, serve your need, and give His life as a ransom.</w:t>
      </w:r>
    </w:p>
    <w:p w14:paraId="507C8A81" w14:textId="77777777" w:rsidR="003D7A30" w:rsidRDefault="006C6BDA">
      <w:pPr>
        <w:pStyle w:val="Body"/>
      </w:pPr>
      <w:proofErr w:type="gramStart"/>
      <w:r>
        <w:t>So</w:t>
      </w:r>
      <w:proofErr w:type="gramEnd"/>
      <w:r>
        <w:t xml:space="preserve"> this chapter is not about becoming impressive.</w:t>
      </w:r>
    </w:p>
    <w:p w14:paraId="54DA6289" w14:textId="77777777" w:rsidR="003D7A30" w:rsidRDefault="006C6BDA">
      <w:pPr>
        <w:pStyle w:val="Body"/>
      </w:pPr>
      <w:r>
        <w:t>It is about receiving His mercy and learning to spend your strength in love.</w:t>
      </w:r>
    </w:p>
    <w:p w14:paraId="5902FC48" w14:textId="77777777" w:rsidR="003D7A30"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pPr>
      <w:r>
        <w:t>Field Exercise</w:t>
      </w:r>
    </w:p>
    <w:p w14:paraId="6295402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Do a service scan.</w:t>
      </w:r>
    </w:p>
    <w:p w14:paraId="12CBFF61"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Write three names of people near you who could be helped by your strength, attention, time, or skill.</w:t>
      </w:r>
    </w:p>
    <w:p w14:paraId="3710D77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Beside each name, write one small act of service.</w:t>
      </w:r>
    </w:p>
    <w:p w14:paraId="1C270F61"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Then choose one and do it quietly this week without announcing it.</w:t>
      </w:r>
    </w:p>
    <w:p w14:paraId="2185CE96"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After you do it, write one sentence:</w:t>
      </w:r>
    </w:p>
    <w:p w14:paraId="25531BDF"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What did this teach me about using strength for someone else?</w:t>
      </w:r>
    </w:p>
    <w:p w14:paraId="00610984" w14:textId="77777777" w:rsidR="003D7A30"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pPr>
      <w:r>
        <w:t>Prayer</w:t>
      </w:r>
    </w:p>
    <w:p w14:paraId="25B6B5B7"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Lord Jesus, thank You for using Your strength to serve and save me. Teach me to receive whatever strength You have given me with humility. Keep me from vanity, control, anger, and self-display. Make me steady, gentle, courageous, and useful in love. Amen.</w:t>
      </w:r>
    </w:p>
    <w:p w14:paraId="6D660020" w14:textId="77777777" w:rsidR="003D7A30" w:rsidRDefault="006C6BDA">
      <w:pPr>
        <w:pStyle w:val="Subhead"/>
      </w:pPr>
      <w:r>
        <w:t>Notes</w:t>
      </w:r>
    </w:p>
    <w:p w14:paraId="7D1FC142" w14:textId="77777777" w:rsidR="003D7A30" w:rsidRDefault="006C6BDA">
      <w:pPr>
        <w:pStyle w:val="SectionLabel"/>
        <w:keepLines/>
        <w:pageBreakBefore/>
      </w:pPr>
      <w:r>
        <w:lastRenderedPageBreak/>
        <w:t>Chapter 16</w:t>
      </w:r>
    </w:p>
    <w:p w14:paraId="46460812" w14:textId="77777777" w:rsidR="003D7A30" w:rsidRDefault="006C6BDA">
      <w:pPr>
        <w:pStyle w:val="SectionTitle"/>
      </w:pPr>
      <w:r>
        <w:t>Called Into Ordinary Places</w:t>
      </w:r>
    </w:p>
    <w:p w14:paraId="07B08790" w14:textId="77777777" w:rsidR="003D7A30" w:rsidRDefault="006C6BDA">
      <w:pPr>
        <w:pStyle w:val="GuideLine"/>
      </w:pPr>
      <w:r>
        <w:t>How God serves others through the stations where He places you.</w:t>
      </w:r>
    </w:p>
    <w:p w14:paraId="1A4D5DCE"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Your situation is not the waiting room. It is the work.</w:t>
      </w:r>
    </w:p>
    <w:p w14:paraId="25146E0C" w14:textId="77777777" w:rsidR="003D7A30" w:rsidRDefault="006C6BDA">
      <w:pPr>
        <w:pStyle w:val="Body"/>
      </w:pPr>
      <w:r>
        <w:t>God hides His work inside ordinary vocations.</w:t>
      </w:r>
    </w:p>
    <w:p w14:paraId="1BCE7D68" w14:textId="77777777" w:rsidR="003D7A30" w:rsidRDefault="006C6BDA">
      <w:pPr>
        <w:pStyle w:val="Body"/>
      </w:pPr>
      <w:r>
        <w:t>That means He often serves the world through things that do not look impressive at first glance: parents changing diapers, teachers grading papers, farmers growing food, workers stocking shelves, pastors preaching the Word, friends speaking encouragement, sons honoring their parents, students doing honest work, neighbors noticing who needs help.</w:t>
      </w:r>
    </w:p>
    <w:p w14:paraId="5BADB75A" w14:textId="77777777" w:rsidR="003D7A30" w:rsidRDefault="006C6BDA">
      <w:pPr>
        <w:pStyle w:val="Body"/>
      </w:pPr>
      <w:r>
        <w:t>Most of that does not look heroic while it is happening. It looks ordinary. Sometimes it looks boring. Sometimes it looks hidden. Sometimes it looks like doing the next plain thing because someone near you needs it done.</w:t>
      </w:r>
    </w:p>
    <w:p w14:paraId="325FD6DB" w14:textId="77777777" w:rsidR="003D7A30" w:rsidRDefault="006C6BDA">
      <w:pPr>
        <w:pStyle w:val="Body"/>
      </w:pPr>
      <w:r>
        <w:t>But that is often how God cares for people.</w:t>
      </w:r>
    </w:p>
    <w:p w14:paraId="21C25D43" w14:textId="77777777" w:rsidR="003D7A30" w:rsidRDefault="006C6BDA">
      <w:pPr>
        <w:pStyle w:val="Body"/>
      </w:pPr>
      <w:r>
        <w:t>He gives daily bread through farmers, truck drivers, grocery workers, cooks, employers, and hands that do plain work. He protects through fathers, mothers, police officers, soldiers, judges, teachers, and neighbors who pay attention. He teaches through pastors, parents, teachers, mentors, and faithful friends. He comforts through words, presence, meals, prayers, and people who show up.</w:t>
      </w:r>
    </w:p>
    <w:p w14:paraId="388094AE" w14:textId="77777777" w:rsidR="003D7A30" w:rsidRDefault="006C6BDA">
      <w:pPr>
        <w:pStyle w:val="Body"/>
      </w:pPr>
      <w:r>
        <w:t>God does not only work through dramatic moments. He works through ordinary people in ordinary stations.</w:t>
      </w:r>
    </w:p>
    <w:p w14:paraId="37D499AC" w14:textId="77777777" w:rsidR="003D7A30" w:rsidRDefault="006C6BDA">
      <w:pPr>
        <w:pStyle w:val="Body"/>
      </w:pPr>
      <w:r>
        <w:t>Colossians 3 says:</w:t>
      </w:r>
    </w:p>
    <w:p w14:paraId="721839BE" w14:textId="77777777" w:rsidR="003D7A30" w:rsidRDefault="006C6BDA">
      <w:pPr>
        <w:pStyle w:val="ScriptureAnchor"/>
        <w:keepLines/>
        <w:shd w:val="clear" w:color="auto" w:fill="F2F2F2"/>
        <w:spacing w:before="120"/>
      </w:pPr>
      <w:r>
        <w:t>Scripture Anchor — Colossians 3:23–24</w:t>
      </w:r>
    </w:p>
    <w:p w14:paraId="266C1B32" w14:textId="77777777" w:rsidR="003D7A30" w:rsidRDefault="006C6BDA">
      <w:pPr>
        <w:pStyle w:val="ScriptureQuote"/>
      </w:pPr>
      <w:r>
        <w:t>Whatever you do, work heartily, as for the Lord and not for men, knowing that from the Lord you will receive the inheritance as your reward. You are serving the Lord Christ.</w:t>
      </w:r>
    </w:p>
    <w:p w14:paraId="1C5C19AB" w14:textId="77777777" w:rsidR="003D7A30" w:rsidRDefault="006C6BDA">
      <w:pPr>
        <w:pStyle w:val="Body"/>
      </w:pPr>
      <w:r>
        <w:t>The phrase “whatever you do” is wonderfully ordinary. It does not say, “Whatever dramatic thing you do,” or “whatever visibly spiritual thing you do.” It gathers up ordinary work, ordinary duties, ordinary obedience, and ordinary service, and it places them before Christ.</w:t>
      </w:r>
    </w:p>
    <w:p w14:paraId="14517A0F" w14:textId="77777777" w:rsidR="003D7A30" w:rsidRDefault="006C6BDA">
      <w:pPr>
        <w:pStyle w:val="Body"/>
      </w:pPr>
      <w:r>
        <w:t>That means ordinary work is not ordinary to God when it is received as a calling and done in faith.</w:t>
      </w:r>
    </w:p>
    <w:p w14:paraId="14C44920" w14:textId="77777777" w:rsidR="003D7A30" w:rsidRDefault="006C6BDA">
      <w:pPr>
        <w:pStyle w:val="Body"/>
      </w:pPr>
      <w:r>
        <w:t>This confronts one of the quiet lies of pride: that your life only matters when it looks impressive. A young man may despise ordinary duties because they feel small, hidden, or beneath him. But that is not only impatience. It is performance logic wearing spiritual language. It says, “My life matters only when it looks meaningful enough to admire.”</w:t>
      </w:r>
    </w:p>
    <w:p w14:paraId="49360287" w14:textId="77777777" w:rsidR="003D7A30" w:rsidRDefault="006C6BDA">
      <w:pPr>
        <w:pStyle w:val="Body"/>
      </w:pPr>
      <w:r>
        <w:t>That is what vocation means. Vocation is not only a career. It is not only the job you might have someday. Vocation means calling. It means the places, relationships, and responsibilities where God calls you to live by faith and serve your neighbor in love.</w:t>
      </w:r>
    </w:p>
    <w:p w14:paraId="380BCDD5" w14:textId="77777777" w:rsidR="003D7A30" w:rsidRDefault="006C6BDA">
      <w:pPr>
        <w:pStyle w:val="Body"/>
      </w:pPr>
      <w:r>
        <w:t>You are a son. A student. A friend. A classmate. A teammate. A church member. A neighbor. Maybe a brother. Maybe an employee. Someday, perhaps, a husband and father.</w:t>
      </w:r>
    </w:p>
    <w:p w14:paraId="37E44796" w14:textId="77777777" w:rsidR="003D7A30" w:rsidRDefault="006C6BDA">
      <w:pPr>
        <w:pStyle w:val="Body"/>
      </w:pPr>
      <w:r>
        <w:t xml:space="preserve">You do not need a certain temperament to be faithful in those callings. A quiet man can be a faithful son, student, friend, and neighbor. A man who is not naturally a leader can still serve. A man who feels </w:t>
      </w:r>
      <w:r>
        <w:lastRenderedPageBreak/>
        <w:t>awkward, weak, anxious, or ordinary can still love the people God has placed near him. Faithfulness in vocation is not a personality achievement. It is receiving the place God has given you and asking, “What does love require here?”</w:t>
      </w:r>
    </w:p>
    <w:p w14:paraId="4B9B0BD9" w14:textId="77777777" w:rsidR="003D7A30" w:rsidRDefault="006C6BDA">
      <w:pPr>
        <w:pStyle w:val="Body"/>
      </w:pPr>
      <w:r>
        <w:t>Those are not random labels. They are stations where God has placed you for the good of other people.</w:t>
      </w:r>
    </w:p>
    <w:p w14:paraId="1622732E" w14:textId="77777777" w:rsidR="003D7A30" w:rsidRDefault="006C6BDA">
      <w:pPr>
        <w:pStyle w:val="Body"/>
      </w:pPr>
      <w:r>
        <w:t>This matters because many young men look past the people directly in front of them while dreaming about a more impressive life later. They want purpose, but they neglect the homework, the younger sibling, the lonely friend, the parent who needs respect, the teacher who deserves honesty, the church that needs service, and the ordinary duty already sitting in front of them.</w:t>
      </w:r>
    </w:p>
    <w:p w14:paraId="42A95C0A" w14:textId="77777777" w:rsidR="003D7A30" w:rsidRDefault="006C6BDA">
      <w:pPr>
        <w:pStyle w:val="Body"/>
      </w:pPr>
      <w:r>
        <w:t>But the ordinary people in front of you are not interruptions to your calling. Very often, they are your calling.</w:t>
      </w:r>
    </w:p>
    <w:p w14:paraId="763CCB8A" w14:textId="77777777" w:rsidR="003D7A30" w:rsidRDefault="006C6BDA">
      <w:pPr>
        <w:pStyle w:val="Body"/>
      </w:pPr>
      <w:r>
        <w:t>God does not need you to become impressive before He can use you. He does not wait until your life looks dramatic enough to matter. He places you among real people with real needs, and He teaches you to love them there.</w:t>
      </w:r>
    </w:p>
    <w:p w14:paraId="15595A28" w14:textId="77777777" w:rsidR="003D7A30" w:rsidRDefault="006C6BDA">
      <w:pPr>
        <w:pStyle w:val="Body"/>
      </w:pPr>
      <w:r>
        <w:t>Even the Son of God lived for years in the ordinary obscurity of Nazareth. Before His public ministry, He was known in an ordinary household, an ordinary town, and an ordinary trade. Ordinary life is not beneath God.</w:t>
      </w:r>
    </w:p>
    <w:p w14:paraId="1FE46F19" w14:textId="77777777" w:rsidR="003D7A30" w:rsidRDefault="006C6BDA">
      <w:pPr>
        <w:pStyle w:val="Body"/>
      </w:pPr>
      <w:r>
        <w:t xml:space="preserve">That changes how a man thinks about work. Work is not only a way to make money or prove himself. Work is one place where love becomes useful. A man who sweeps a floor, studies honestly, changes oil, answers </w:t>
      </w:r>
      <w:proofErr w:type="gramStart"/>
      <w:r>
        <w:t>emails</w:t>
      </w:r>
      <w:proofErr w:type="gramEnd"/>
      <w:r>
        <w:t>, builds a table, teaches a class, protects a family, or keeps a promise may be doing more than he realizes. He may be serving real neighbors through plain faithfulness.</w:t>
      </w:r>
    </w:p>
    <w:p w14:paraId="1986DF43" w14:textId="77777777" w:rsidR="003D7A30" w:rsidRDefault="006C6BDA">
      <w:pPr>
        <w:pStyle w:val="Body"/>
      </w:pPr>
      <w:r>
        <w:t>This does not mean every station is easy. Some callings are frustrating. Some are boring. Some feel hidden. Some require patience with difficult people. Some require you to do the right thing when nobody claps.</w:t>
      </w:r>
    </w:p>
    <w:p w14:paraId="662FC443" w14:textId="77777777" w:rsidR="003D7A30" w:rsidRDefault="006C6BDA">
      <w:pPr>
        <w:pStyle w:val="Body"/>
      </w:pPr>
      <w:r>
        <w:t>That is part of the point.</w:t>
      </w:r>
    </w:p>
    <w:p w14:paraId="51891DA6" w14:textId="77777777" w:rsidR="003D7A30" w:rsidRDefault="006C6BDA">
      <w:pPr>
        <w:pStyle w:val="Body"/>
      </w:pPr>
      <w:r>
        <w:t>Vocation teaches a man to stop asking, “Does this make me look important?” and start asking, “What does love require here?”</w:t>
      </w:r>
    </w:p>
    <w:p w14:paraId="144344F2" w14:textId="77777777" w:rsidR="003D7A30" w:rsidRDefault="006C6BDA">
      <w:pPr>
        <w:pStyle w:val="Body"/>
      </w:pPr>
      <w:r>
        <w:t>A Christian man does not need to despise small responsibilities while waiting for a bigger life. He learns to receive the duties God has actually given. He learns to honor his parents, serve his church, tell the truth at school, work honestly, protect the weak, encourage his brothers, and become dependable in the place where he stands.</w:t>
      </w:r>
    </w:p>
    <w:p w14:paraId="73B8B102" w14:textId="77777777" w:rsidR="003D7A30" w:rsidRDefault="006C6BDA">
      <w:pPr>
        <w:pStyle w:val="Body"/>
      </w:pPr>
      <w:r>
        <w:t>Your station may change. You will not always be a high school student. You may become a husband, father, worker, leader, neighbor, citizen, mentor, or caretaker in ways you cannot yet imagine.</w:t>
      </w:r>
    </w:p>
    <w:p w14:paraId="0F6B834E" w14:textId="77777777" w:rsidR="003D7A30" w:rsidRDefault="006C6BDA">
      <w:pPr>
        <w:pStyle w:val="Body"/>
      </w:pPr>
      <w:r>
        <w:t>But the pattern starts now.</w:t>
      </w:r>
    </w:p>
    <w:p w14:paraId="2A98F844" w14:textId="77777777" w:rsidR="003D7A30" w:rsidRDefault="006C6BDA">
      <w:pPr>
        <w:pStyle w:val="Body"/>
      </w:pPr>
      <w:r>
        <w:t>Faithfulness later is usually trained by faithfulness here.</w:t>
      </w:r>
    </w:p>
    <w:p w14:paraId="497913A2" w14:textId="77777777" w:rsidR="003D7A30" w:rsidRDefault="006C6BDA">
      <w:pPr>
        <w:pStyle w:val="Body"/>
      </w:pPr>
      <w:r>
        <w:t>So do not wait for a dramatic calling before becoming useful. Look around. Who needs your honesty? Who needs your strength? Who needs your patience? Who needs your apology? Who needs your help? Who needs you to stop making everything about yourself?</w:t>
      </w:r>
    </w:p>
    <w:p w14:paraId="44F2F9E7" w14:textId="77777777" w:rsidR="003D7A30" w:rsidRDefault="006C6BDA">
      <w:pPr>
        <w:pStyle w:val="Body"/>
      </w:pPr>
      <w:r>
        <w:t>You do not have to invent a meaningful life from nothing. God has already placed you among people who need love.</w:t>
      </w:r>
    </w:p>
    <w:p w14:paraId="3869FAC5" w14:textId="77777777" w:rsidR="003D7A30" w:rsidRDefault="006C6BDA">
      <w:pPr>
        <w:pStyle w:val="Body"/>
      </w:pPr>
      <w:r>
        <w:t>Start there.</w:t>
      </w:r>
    </w:p>
    <w:p w14:paraId="54C627F7"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lastRenderedPageBreak/>
        <w:t>Field Exercise</w:t>
      </w:r>
    </w:p>
    <w:p w14:paraId="50F804BF" w14:textId="77777777" w:rsidR="003D7A30" w:rsidRDefault="006C6BDA">
      <w:pPr>
        <w:pStyle w:val="Body"/>
        <w:pBdr>
          <w:left w:val="single" w:sz="10" w:space="0" w:color="D0D0D0"/>
          <w:right w:val="single" w:sz="10" w:space="0" w:color="D0D0D0"/>
        </w:pBdr>
        <w:shd w:val="clear" w:color="auto" w:fill="F7F7F7"/>
        <w:spacing w:after="0"/>
        <w:ind w:left="173" w:right="115"/>
      </w:pPr>
      <w:r>
        <w:t>Make a vocation map.</w:t>
      </w:r>
    </w:p>
    <w:p w14:paraId="55DB014E" w14:textId="77777777" w:rsidR="003D7A30" w:rsidRDefault="006C6BDA">
      <w:pPr>
        <w:pStyle w:val="Body"/>
        <w:pBdr>
          <w:left w:val="single" w:sz="10" w:space="0" w:color="D0D0D0"/>
          <w:right w:val="single" w:sz="10" w:space="0" w:color="D0D0D0"/>
        </w:pBdr>
        <w:shd w:val="clear" w:color="auto" w:fill="F7F7F7"/>
        <w:spacing w:after="0"/>
        <w:ind w:left="173" w:right="115"/>
      </w:pPr>
      <w:r>
        <w:t>Write the ordinary callings God has placed you in right now:</w:t>
      </w:r>
    </w:p>
    <w:p w14:paraId="4DCDF915" w14:textId="77777777" w:rsidR="003D7A30" w:rsidRDefault="006C6BDA">
      <w:pPr>
        <w:pStyle w:val="Body"/>
        <w:pBdr>
          <w:left w:val="single" w:sz="10" w:space="0" w:color="D0D0D0"/>
          <w:right w:val="single" w:sz="10" w:space="0" w:color="D0D0D0"/>
        </w:pBdr>
        <w:shd w:val="clear" w:color="auto" w:fill="F7F7F7"/>
        <w:spacing w:after="0"/>
        <w:ind w:left="173" w:right="115"/>
      </w:pPr>
      <w:r>
        <w:t>Son</w:t>
      </w:r>
    </w:p>
    <w:p w14:paraId="71D97C1C" w14:textId="77777777" w:rsidR="003D7A30" w:rsidRDefault="006C6BDA">
      <w:pPr>
        <w:pStyle w:val="Body"/>
        <w:pBdr>
          <w:left w:val="single" w:sz="10" w:space="0" w:color="D0D0D0"/>
          <w:right w:val="single" w:sz="10" w:space="0" w:color="D0D0D0"/>
        </w:pBdr>
        <w:shd w:val="clear" w:color="auto" w:fill="F7F7F7"/>
        <w:spacing w:after="0"/>
        <w:ind w:left="173" w:right="115"/>
      </w:pPr>
      <w:r>
        <w:t>Student</w:t>
      </w:r>
    </w:p>
    <w:p w14:paraId="3F7B2413" w14:textId="77777777" w:rsidR="003D7A30" w:rsidRDefault="006C6BDA">
      <w:pPr>
        <w:pStyle w:val="Body"/>
        <w:pBdr>
          <w:left w:val="single" w:sz="10" w:space="0" w:color="D0D0D0"/>
          <w:right w:val="single" w:sz="10" w:space="0" w:color="D0D0D0"/>
        </w:pBdr>
        <w:shd w:val="clear" w:color="auto" w:fill="F7F7F7"/>
        <w:spacing w:after="0"/>
        <w:ind w:left="173" w:right="115"/>
      </w:pPr>
      <w:r>
        <w:t>Friend</w:t>
      </w:r>
    </w:p>
    <w:p w14:paraId="7223C7F0" w14:textId="77777777" w:rsidR="003D7A30" w:rsidRDefault="006C6BDA">
      <w:pPr>
        <w:pStyle w:val="Body"/>
        <w:pBdr>
          <w:left w:val="single" w:sz="10" w:space="0" w:color="D0D0D0"/>
          <w:right w:val="single" w:sz="10" w:space="0" w:color="D0D0D0"/>
        </w:pBdr>
        <w:shd w:val="clear" w:color="auto" w:fill="F7F7F7"/>
        <w:spacing w:after="0"/>
        <w:ind w:left="173" w:right="115"/>
      </w:pPr>
      <w:r>
        <w:t>Church member</w:t>
      </w:r>
    </w:p>
    <w:p w14:paraId="61BA36A0" w14:textId="77777777" w:rsidR="003D7A30" w:rsidRDefault="006C6BDA">
      <w:pPr>
        <w:pStyle w:val="Body"/>
        <w:pBdr>
          <w:left w:val="single" w:sz="10" w:space="0" w:color="D0D0D0"/>
          <w:right w:val="single" w:sz="10" w:space="0" w:color="D0D0D0"/>
        </w:pBdr>
        <w:shd w:val="clear" w:color="auto" w:fill="F7F7F7"/>
        <w:spacing w:after="0"/>
        <w:ind w:left="173" w:right="115"/>
      </w:pPr>
      <w:r>
        <w:t>Brother</w:t>
      </w:r>
    </w:p>
    <w:p w14:paraId="3FCE7C74" w14:textId="77777777" w:rsidR="003D7A30" w:rsidRDefault="006C6BDA">
      <w:pPr>
        <w:pStyle w:val="Body"/>
        <w:pBdr>
          <w:left w:val="single" w:sz="10" w:space="0" w:color="D0D0D0"/>
          <w:right w:val="single" w:sz="10" w:space="0" w:color="D0D0D0"/>
        </w:pBdr>
        <w:shd w:val="clear" w:color="auto" w:fill="F7F7F7"/>
        <w:spacing w:after="0"/>
        <w:ind w:left="173" w:right="115"/>
      </w:pPr>
      <w:r>
        <w:t>Teammate</w:t>
      </w:r>
    </w:p>
    <w:p w14:paraId="6F89504B" w14:textId="77777777" w:rsidR="003D7A30" w:rsidRDefault="006C6BDA">
      <w:pPr>
        <w:pStyle w:val="Body"/>
        <w:pBdr>
          <w:left w:val="single" w:sz="10" w:space="0" w:color="D0D0D0"/>
          <w:right w:val="single" w:sz="10" w:space="0" w:color="D0D0D0"/>
        </w:pBdr>
        <w:shd w:val="clear" w:color="auto" w:fill="F7F7F7"/>
        <w:spacing w:after="0"/>
        <w:ind w:left="173" w:right="115"/>
      </w:pPr>
      <w:r>
        <w:t>Employee</w:t>
      </w:r>
    </w:p>
    <w:p w14:paraId="01DA4B81" w14:textId="77777777" w:rsidR="003D7A30" w:rsidRDefault="006C6BDA">
      <w:pPr>
        <w:pStyle w:val="Body"/>
        <w:pBdr>
          <w:left w:val="single" w:sz="10" w:space="0" w:color="D0D0D0"/>
          <w:right w:val="single" w:sz="10" w:space="0" w:color="D0D0D0"/>
        </w:pBdr>
        <w:shd w:val="clear" w:color="auto" w:fill="F7F7F7"/>
        <w:spacing w:after="0"/>
        <w:ind w:left="173" w:right="115"/>
      </w:pPr>
      <w:r>
        <w:t>Neighbor</w:t>
      </w:r>
    </w:p>
    <w:p w14:paraId="2E8F49E3" w14:textId="77777777" w:rsidR="003D7A30" w:rsidRDefault="006C6BDA">
      <w:pPr>
        <w:pStyle w:val="Body"/>
        <w:pBdr>
          <w:left w:val="single" w:sz="10" w:space="0" w:color="D0D0D0"/>
          <w:right w:val="single" w:sz="10" w:space="0" w:color="D0D0D0"/>
        </w:pBdr>
        <w:shd w:val="clear" w:color="auto" w:fill="F7F7F7"/>
        <w:spacing w:after="0"/>
        <w:ind w:left="173" w:right="115"/>
      </w:pPr>
      <w:r>
        <w:t>Other: ____________</w:t>
      </w:r>
    </w:p>
    <w:p w14:paraId="4A1261E2" w14:textId="77777777" w:rsidR="003D7A30" w:rsidRDefault="006C6BDA">
      <w:pPr>
        <w:pStyle w:val="Body"/>
        <w:pBdr>
          <w:left w:val="single" w:sz="10" w:space="0" w:color="D0D0D0"/>
          <w:right w:val="single" w:sz="10" w:space="0" w:color="D0D0D0"/>
        </w:pBdr>
        <w:shd w:val="clear" w:color="auto" w:fill="F7F7F7"/>
        <w:spacing w:after="0"/>
        <w:ind w:left="173" w:right="115"/>
      </w:pPr>
      <w:r>
        <w:t>Choose three of those callings.</w:t>
      </w:r>
    </w:p>
    <w:p w14:paraId="3E41F278" w14:textId="77777777" w:rsidR="003D7A30" w:rsidRDefault="006C6BDA">
      <w:pPr>
        <w:pStyle w:val="Body"/>
        <w:pBdr>
          <w:left w:val="single" w:sz="10" w:space="0" w:color="D0D0D0"/>
          <w:right w:val="single" w:sz="10" w:space="0" w:color="D0D0D0"/>
        </w:pBdr>
        <w:shd w:val="clear" w:color="auto" w:fill="F7F7F7"/>
        <w:spacing w:after="0"/>
        <w:ind w:left="173" w:right="115"/>
      </w:pPr>
      <w:r>
        <w:t>Under each one, answer:</w:t>
      </w:r>
    </w:p>
    <w:p w14:paraId="02FFB77F" w14:textId="77777777" w:rsidR="003D7A30" w:rsidRDefault="006C6BDA">
      <w:pPr>
        <w:pStyle w:val="Body"/>
        <w:pBdr>
          <w:left w:val="single" w:sz="10" w:space="0" w:color="D0D0D0"/>
          <w:right w:val="single" w:sz="10" w:space="0" w:color="D0D0D0"/>
        </w:pBdr>
        <w:shd w:val="clear" w:color="auto" w:fill="F7F7F7"/>
        <w:spacing w:after="0"/>
        <w:ind w:left="173" w:right="115"/>
      </w:pPr>
      <w:r>
        <w:t>Who is my neighbor in this calling?</w:t>
      </w:r>
    </w:p>
    <w:p w14:paraId="272F24B5" w14:textId="77777777" w:rsidR="003D7A30" w:rsidRDefault="006C6BDA">
      <w:pPr>
        <w:pStyle w:val="Body"/>
        <w:pBdr>
          <w:left w:val="single" w:sz="10" w:space="0" w:color="D0D0D0"/>
          <w:right w:val="single" w:sz="10" w:space="0" w:color="D0D0D0"/>
        </w:pBdr>
        <w:shd w:val="clear" w:color="auto" w:fill="F7F7F7"/>
        <w:spacing w:after="0"/>
        <w:ind w:left="173" w:right="115"/>
      </w:pPr>
      <w:r>
        <w:t>What does love require from me here?</w:t>
      </w:r>
    </w:p>
    <w:p w14:paraId="569FF59E" w14:textId="77777777" w:rsidR="003D7A30" w:rsidRDefault="006C6BDA">
      <w:pPr>
        <w:pStyle w:val="Body"/>
        <w:pBdr>
          <w:left w:val="single" w:sz="10" w:space="0" w:color="D0D0D0"/>
          <w:right w:val="single" w:sz="10" w:space="0" w:color="D0D0D0"/>
        </w:pBdr>
        <w:shd w:val="clear" w:color="auto" w:fill="F7F7F7"/>
        <w:spacing w:after="0"/>
        <w:ind w:left="173" w:right="115"/>
      </w:pPr>
      <w:r>
        <w:t>Where have I been selfish, careless, passive, or dishonest in this calling?</w:t>
      </w:r>
    </w:p>
    <w:p w14:paraId="519E9247" w14:textId="77777777" w:rsidR="003D7A30" w:rsidRDefault="006C6BDA">
      <w:pPr>
        <w:pStyle w:val="Body"/>
        <w:pBdr>
          <w:left w:val="single" w:sz="10" w:space="0" w:color="D0D0D0"/>
          <w:right w:val="single" w:sz="10" w:space="0" w:color="D0D0D0"/>
        </w:pBdr>
        <w:shd w:val="clear" w:color="auto" w:fill="F7F7F7"/>
        <w:spacing w:after="0"/>
        <w:ind w:left="173" w:right="115"/>
      </w:pPr>
      <w:r>
        <w:t>What is one faithful step I can take this week?</w:t>
      </w:r>
    </w:p>
    <w:p w14:paraId="4B5E8C81" w14:textId="77777777" w:rsidR="003D7A30" w:rsidRDefault="006C6BDA">
      <w:pPr>
        <w:pStyle w:val="Body"/>
        <w:pBdr>
          <w:left w:val="single" w:sz="10" w:space="0" w:color="D0D0D0"/>
          <w:right w:val="single" w:sz="10" w:space="0" w:color="D0D0D0"/>
        </w:pBdr>
        <w:shd w:val="clear" w:color="auto" w:fill="F7F7F7"/>
        <w:spacing w:after="0"/>
        <w:ind w:left="173" w:right="115"/>
      </w:pPr>
      <w:r>
        <w:t>Then finish this sentence:</w:t>
      </w:r>
    </w:p>
    <w:p w14:paraId="0540FB1F" w14:textId="77777777" w:rsidR="003D7A30" w:rsidRDefault="006C6BDA">
      <w:pPr>
        <w:pStyle w:val="LineStack"/>
        <w:pBdr>
          <w:left w:val="single" w:sz="10" w:space="0" w:color="D0D0D0"/>
          <w:bottom w:val="single" w:sz="10" w:space="0" w:color="D0D0D0"/>
          <w:right w:val="single" w:sz="10" w:space="0" w:color="D0D0D0"/>
        </w:pBdr>
        <w:shd w:val="clear" w:color="auto" w:fill="F7F7F7"/>
        <w:spacing w:after="0"/>
        <w:ind w:left="173" w:right="115"/>
      </w:pPr>
      <w:r>
        <w:t>One ordinary place where God is calling me to serve right now is ____________.</w:t>
      </w:r>
    </w:p>
    <w:p w14:paraId="28EE87F7"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t>Prayer</w:t>
      </w:r>
    </w:p>
    <w:p w14:paraId="61E2CEF1" w14:textId="77777777" w:rsidR="003D7A30" w:rsidRDefault="006C6BDA">
      <w:pPr>
        <w:pStyle w:val="Body"/>
        <w:keepNext/>
        <w:keepLines/>
        <w:pBdr>
          <w:left w:val="single" w:sz="10" w:space="0" w:color="D0D0D0"/>
          <w:right w:val="single" w:sz="10" w:space="0" w:color="D0D0D0"/>
        </w:pBdr>
        <w:shd w:val="clear" w:color="auto" w:fill="F7F7F7"/>
        <w:spacing w:after="0"/>
        <w:ind w:left="173" w:right="115"/>
      </w:pPr>
      <w:r>
        <w:t>Father, thank You for placing me in real callings among real people. Forgive me for despising ordinary duties, chasing importance, and overlooking the neighbors You have put in front of me. Teach me to receive my stations faithfully, serve without needing applause, and use my strength, work, words, and time for the good of others. Amen.</w:t>
      </w:r>
    </w:p>
    <w:p w14:paraId="5529E6F0" w14:textId="77777777" w:rsidR="003D7A30" w:rsidRDefault="006C6BDA">
      <w:pPr>
        <w:pStyle w:val="Subhead"/>
      </w:pPr>
      <w:r>
        <w:t>Notes</w:t>
      </w:r>
    </w:p>
    <w:p w14:paraId="438D7AE6" w14:textId="77777777" w:rsidR="003D7A30" w:rsidRDefault="006C6BDA">
      <w:pPr>
        <w:pStyle w:val="SectionLabel"/>
        <w:keepLines/>
        <w:pageBreakBefore/>
      </w:pPr>
      <w:r>
        <w:lastRenderedPageBreak/>
        <w:t>Chapter 17</w:t>
      </w:r>
    </w:p>
    <w:p w14:paraId="25B0B11C" w14:textId="77777777" w:rsidR="003D7A30" w:rsidRDefault="006C6BDA">
      <w:pPr>
        <w:pStyle w:val="SectionTitle"/>
      </w:pPr>
      <w:r>
        <w:t>Work, Responsibility, and Keeping Your Word</w:t>
      </w:r>
    </w:p>
    <w:p w14:paraId="068733B3" w14:textId="77777777" w:rsidR="003D7A30" w:rsidRDefault="006C6BDA">
      <w:pPr>
        <w:pStyle w:val="GuideLine"/>
      </w:pPr>
      <w:r>
        <w:t>Why reliability matters more than drama.</w:t>
      </w:r>
    </w:p>
    <w:p w14:paraId="0BD71A2B"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A man whose word has weight can carry real responsibility.</w:t>
      </w:r>
    </w:p>
    <w:p w14:paraId="5613A9AE" w14:textId="77777777" w:rsidR="003D7A30" w:rsidRDefault="006C6BDA">
      <w:pPr>
        <w:pStyle w:val="Body"/>
      </w:pPr>
      <w:r>
        <w:t>A man can keep his word for the wrong reason.</w:t>
      </w:r>
    </w:p>
    <w:p w14:paraId="4B614BAE" w14:textId="77777777" w:rsidR="003D7A30" w:rsidRDefault="006C6BDA">
      <w:pPr>
        <w:pStyle w:val="Body"/>
      </w:pPr>
      <w:r>
        <w:t>He can become reliable because he wants a reputation he can admire. He can use responsibility to build an image of himself as serious, dependable, and better than other men. Even good virtues can bend inward when pride gets hold of them.</w:t>
      </w:r>
    </w:p>
    <w:p w14:paraId="6EA13962" w14:textId="77777777" w:rsidR="003D7A30" w:rsidRDefault="006C6BDA">
      <w:pPr>
        <w:pStyle w:val="Body"/>
      </w:pPr>
      <w:r>
        <w:t>Christ frees a man from that kind of performance. You do not keep your word to build a name that can save you. You keep your word because you belong to the God who keeps His, and because your neighbor should not have to carry the cost of your carelessness.</w:t>
      </w:r>
    </w:p>
    <w:p w14:paraId="3A236960" w14:textId="77777777" w:rsidR="003D7A30" w:rsidRDefault="006C6BDA">
      <w:pPr>
        <w:pStyle w:val="Body"/>
      </w:pPr>
      <w:r>
        <w:t>A lot of young men want purpose. They want their lives to matter. That is good.</w:t>
      </w:r>
    </w:p>
    <w:p w14:paraId="7B8E5C9E" w14:textId="77777777" w:rsidR="003D7A30" w:rsidRDefault="006C6BDA">
      <w:pPr>
        <w:pStyle w:val="Body"/>
      </w:pPr>
      <w:r>
        <w:t>But many imagine purpose in large, dramatic terms while neglecting the small things that make a man trustworthy enough to carry any of it.</w:t>
      </w:r>
    </w:p>
    <w:p w14:paraId="1F8403F3" w14:textId="77777777" w:rsidR="003D7A30" w:rsidRDefault="006C6BDA">
      <w:pPr>
        <w:pStyle w:val="Body"/>
      </w:pPr>
      <w:r>
        <w:t>They talk about leadership but do not show up on time. They talk about calling but do not finish what they start. They want meaningful work, but they have not learned to do ordinary work well.</w:t>
      </w:r>
    </w:p>
    <w:p w14:paraId="26984025" w14:textId="77777777" w:rsidR="003D7A30" w:rsidRDefault="006C6BDA">
      <w:pPr>
        <w:pStyle w:val="Body"/>
      </w:pPr>
      <w:r>
        <w:t>A man’s future usefulness is usually built on his present reliability.</w:t>
      </w:r>
    </w:p>
    <w:p w14:paraId="39E18E21" w14:textId="77777777" w:rsidR="003D7A30" w:rsidRDefault="006C6BDA">
      <w:pPr>
        <w:pStyle w:val="Body"/>
      </w:pPr>
      <w:r>
        <w:t>A deeply revealing question is this: Can he be counted on?</w:t>
      </w:r>
    </w:p>
    <w:p w14:paraId="1D1654CB" w14:textId="77777777" w:rsidR="003D7A30" w:rsidRDefault="006C6BDA">
      <w:pPr>
        <w:pStyle w:val="Body"/>
      </w:pPr>
      <w:r>
        <w:t>Can he be counted on to show up? To tell the truth? To follow through? To finish? To keep his word when it would be easier to slip away?</w:t>
      </w:r>
    </w:p>
    <w:p w14:paraId="7CBFAA30" w14:textId="77777777" w:rsidR="003D7A30" w:rsidRDefault="006C6BDA">
      <w:pPr>
        <w:pStyle w:val="Body"/>
      </w:pPr>
      <w:r>
        <w:t>That is the stuff of real manhood.</w:t>
      </w:r>
    </w:p>
    <w:p w14:paraId="5FF0E75A" w14:textId="77777777" w:rsidR="003D7A30" w:rsidRDefault="006C6BDA">
      <w:pPr>
        <w:pStyle w:val="Body"/>
      </w:pPr>
      <w:r>
        <w:t>Your word is not just sound. It is a form of weight-bearing. When you speak, you are either making reality more stable or less stable for the people around you.</w:t>
      </w:r>
    </w:p>
    <w:p w14:paraId="37E84189" w14:textId="77777777" w:rsidR="003D7A30" w:rsidRDefault="006C6BDA">
      <w:pPr>
        <w:pStyle w:val="Body"/>
      </w:pPr>
      <w:r>
        <w:t>If your word is kept, people can stand on it. If it is broken, they learn not to.</w:t>
      </w:r>
    </w:p>
    <w:p w14:paraId="6426F671" w14:textId="77777777" w:rsidR="003D7A30" w:rsidRDefault="006C6BDA">
      <w:pPr>
        <w:pStyle w:val="Body"/>
      </w:pPr>
      <w:r>
        <w:t>A broken word rarely stays private. Someone else usually carries the cost of your carelessness: a parent, teacher, teammate, coworker, friend, future wife, or child. That is why reliability is not a small virtue. It is love becoming dependable.</w:t>
      </w:r>
    </w:p>
    <w:p w14:paraId="45C92671" w14:textId="77777777" w:rsidR="003D7A30" w:rsidRDefault="006C6BDA">
      <w:pPr>
        <w:pStyle w:val="Body"/>
      </w:pPr>
      <w:r>
        <w:t>Jesus says, “Let what you say be simply ‘Yes’ or ‘No.’”</w:t>
      </w:r>
    </w:p>
    <w:p w14:paraId="50D48B46" w14:textId="77777777" w:rsidR="003D7A30" w:rsidRDefault="006C6BDA">
      <w:pPr>
        <w:pStyle w:val="Body"/>
      </w:pPr>
      <w:r>
        <w:t>He is exposing slippery speech — the kind that hedges, qualifies, exaggerates, promises too quickly, and leaves room to escape later.</w:t>
      </w:r>
    </w:p>
    <w:p w14:paraId="04EFEE8D" w14:textId="77777777" w:rsidR="003D7A30" w:rsidRDefault="006C6BDA">
      <w:pPr>
        <w:pStyle w:val="Body"/>
      </w:pPr>
      <w:r>
        <w:t>That means your speech should be clean, not slippery.</w:t>
      </w:r>
    </w:p>
    <w:p w14:paraId="039F3CD7" w14:textId="77777777" w:rsidR="003D7A30" w:rsidRDefault="006C6BDA">
      <w:pPr>
        <w:pStyle w:val="Body"/>
      </w:pPr>
      <w:r>
        <w:t>A dependable man becomes restful to others. He does not create chaos wherever he goes. He does not leave everyone else to carry the cost of his carelessness.</w:t>
      </w:r>
    </w:p>
    <w:p w14:paraId="0EEDBEA1" w14:textId="77777777" w:rsidR="003D7A30" w:rsidRDefault="006C6BDA">
      <w:pPr>
        <w:pStyle w:val="Body"/>
      </w:pPr>
      <w:r>
        <w:t>Work matters here too. Work is not only how you make money. Work is one of the ordinary places where God forms a man. It teaches patience, honesty, repetition, and submission to reality.</w:t>
      </w:r>
    </w:p>
    <w:p w14:paraId="51B6D4A5" w14:textId="77777777" w:rsidR="003D7A30" w:rsidRDefault="006C6BDA">
      <w:pPr>
        <w:pStyle w:val="Body"/>
      </w:pPr>
      <w:r>
        <w:lastRenderedPageBreak/>
        <w:t>Do not despise ordinary work. Ordinary work often reveals whether you are becoming useful or merely image-conscious.</w:t>
      </w:r>
    </w:p>
    <w:p w14:paraId="6E089395"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5A12AC92" w14:textId="77777777" w:rsidR="003D7A30" w:rsidRDefault="006C6BDA">
      <w:pPr>
        <w:pStyle w:val="Body"/>
        <w:pBdr>
          <w:left w:val="single" w:sz="10" w:space="0" w:color="D0D0D0"/>
          <w:right w:val="single" w:sz="10" w:space="0" w:color="D0D0D0"/>
        </w:pBdr>
        <w:shd w:val="clear" w:color="auto" w:fill="F7F7F7"/>
        <w:spacing w:after="0"/>
        <w:ind w:left="173" w:right="115"/>
      </w:pPr>
      <w:r>
        <w:t>Do a reliability audit.</w:t>
      </w:r>
    </w:p>
    <w:p w14:paraId="1973372E" w14:textId="77777777" w:rsidR="003D7A30" w:rsidRDefault="006C6BDA">
      <w:pPr>
        <w:pStyle w:val="Body"/>
        <w:pBdr>
          <w:left w:val="single" w:sz="10" w:space="0" w:color="D0D0D0"/>
          <w:right w:val="single" w:sz="10" w:space="0" w:color="D0D0D0"/>
        </w:pBdr>
        <w:shd w:val="clear" w:color="auto" w:fill="F7F7F7"/>
        <w:spacing w:after="0"/>
        <w:ind w:left="173" w:right="115"/>
      </w:pPr>
      <w:r>
        <w:t>List every unfinished promise, task, message, apology, assignment, or responsibility currently weighing on you.</w:t>
      </w:r>
    </w:p>
    <w:p w14:paraId="7418A6E4" w14:textId="77777777" w:rsidR="003D7A30" w:rsidRDefault="006C6BDA">
      <w:pPr>
        <w:pStyle w:val="Body"/>
        <w:pBdr>
          <w:left w:val="single" w:sz="10" w:space="0" w:color="D0D0D0"/>
          <w:right w:val="single" w:sz="10" w:space="0" w:color="D0D0D0"/>
        </w:pBdr>
        <w:shd w:val="clear" w:color="auto" w:fill="F7F7F7"/>
        <w:spacing w:after="0"/>
        <w:ind w:left="173" w:right="115"/>
      </w:pPr>
      <w:r>
        <w:t>Put a star next to the one that most needs action first.</w:t>
      </w:r>
    </w:p>
    <w:p w14:paraId="70C76818" w14:textId="77777777" w:rsidR="003D7A30" w:rsidRDefault="006C6BDA">
      <w:pPr>
        <w:pStyle w:val="Body"/>
        <w:pBdr>
          <w:left w:val="single" w:sz="10" w:space="0" w:color="D0D0D0"/>
          <w:right w:val="single" w:sz="10" w:space="0" w:color="D0D0D0"/>
        </w:pBdr>
        <w:shd w:val="clear" w:color="auto" w:fill="F7F7F7"/>
        <w:spacing w:after="0"/>
        <w:ind w:left="173" w:right="115"/>
      </w:pPr>
      <w:r>
        <w:t>Then write one repair sentence:</w:t>
      </w:r>
    </w:p>
    <w:p w14:paraId="2CF156E2" w14:textId="77777777" w:rsidR="003D7A30" w:rsidRDefault="006C6BDA">
      <w:pPr>
        <w:pStyle w:val="LineStack"/>
        <w:pBdr>
          <w:left w:val="single" w:sz="10" w:space="0" w:color="D0D0D0"/>
          <w:right w:val="single" w:sz="10" w:space="0" w:color="D0D0D0"/>
        </w:pBdr>
        <w:shd w:val="clear" w:color="auto" w:fill="F7F7F7"/>
        <w:spacing w:after="0"/>
        <w:ind w:left="173" w:right="115"/>
      </w:pPr>
      <w:r>
        <w:t>I need to keep, repair, or stop making this promise lightly: ____________.</w:t>
      </w:r>
    </w:p>
    <w:p w14:paraId="419EE0D0" w14:textId="77777777" w:rsidR="003D7A30" w:rsidRDefault="006C6BDA">
      <w:pPr>
        <w:pStyle w:val="LineStack"/>
        <w:pBdr>
          <w:left w:val="single" w:sz="10" w:space="0" w:color="D0D0D0"/>
          <w:bottom w:val="single" w:sz="10" w:space="0" w:color="D0D0D0"/>
          <w:right w:val="single" w:sz="10" w:space="0" w:color="D0D0D0"/>
        </w:pBdr>
        <w:shd w:val="clear" w:color="auto" w:fill="F7F7F7"/>
        <w:spacing w:after="0"/>
        <w:ind w:left="173" w:right="115"/>
      </w:pPr>
      <w:r>
        <w:t>Before the week ends, I will ____________.</w:t>
      </w:r>
    </w:p>
    <w:p w14:paraId="072354B2"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7174EEED"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Father, make me into a man whose word has weight, whose work can be trusted, and who carries responsibility without excuse. Teach me to speak cleanly, act faithfully, and repair quickly when I fail. Amen.</w:t>
      </w:r>
    </w:p>
    <w:p w14:paraId="2DFEF821" w14:textId="77777777" w:rsidR="003D7A30" w:rsidRDefault="006C6BDA">
      <w:pPr>
        <w:pStyle w:val="Subhead"/>
        <w:spacing w:after="80"/>
        <w:rPr>
          <w:color w:val="546478"/>
        </w:rPr>
      </w:pPr>
      <w:r>
        <w:rPr>
          <w:color w:val="546478"/>
        </w:rPr>
        <w:t>Notes</w:t>
      </w:r>
    </w:p>
    <w:p w14:paraId="2981D18C" w14:textId="77777777" w:rsidR="003D7A30" w:rsidRDefault="006C6BDA">
      <w:pPr>
        <w:pStyle w:val="SectionLabel"/>
        <w:keepLines/>
        <w:pageBreakBefore/>
      </w:pPr>
      <w:r>
        <w:lastRenderedPageBreak/>
        <w:t>Chapter 18</w:t>
      </w:r>
    </w:p>
    <w:p w14:paraId="7450AD3D" w14:textId="77777777" w:rsidR="003D7A30" w:rsidRDefault="006C6BDA">
      <w:pPr>
        <w:pStyle w:val="SectionTitle"/>
      </w:pPr>
      <w:r>
        <w:t>Women, Purity, and Honor</w:t>
      </w:r>
    </w:p>
    <w:p w14:paraId="56130501" w14:textId="77777777" w:rsidR="003D7A30" w:rsidRDefault="006C6BDA">
      <w:pPr>
        <w:pStyle w:val="GuideLine"/>
      </w:pPr>
      <w:r>
        <w:t>How to see women rightly and treat them with honor.</w:t>
      </w:r>
    </w:p>
    <w:p w14:paraId="32B3DD58"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Purity is not the shrinking of a man’s heart. It is the cleaning of his love.</w:t>
      </w:r>
    </w:p>
    <w:p w14:paraId="393F349D" w14:textId="77777777" w:rsidR="003D7A30" w:rsidRDefault="006C6BDA">
      <w:pPr>
        <w:pStyle w:val="Body"/>
      </w:pPr>
      <w:r>
        <w:t>A young man does not become holy simply by avoiding one obvious sin. Holiness reaches into how he sees people, how he imagines them, how he speaks about them, how he jokes, how he texts, how he handles desire, and how he treats women when they are present and when they are absent.</w:t>
      </w:r>
    </w:p>
    <w:p w14:paraId="48D234FD" w14:textId="77777777" w:rsidR="003D7A30" w:rsidRDefault="006C6BDA">
      <w:pPr>
        <w:pStyle w:val="Body"/>
      </w:pPr>
      <w:r>
        <w:t>I do not write this as a man who has always seen clearly. Most men have had to learn, repent, and be corrected in this area. The point is not to pretend you have always been honorable. The point is to start seeing women more truthfully now.</w:t>
      </w:r>
    </w:p>
    <w:p w14:paraId="4347B277" w14:textId="77777777" w:rsidR="003D7A30" w:rsidRDefault="006C6BDA">
      <w:pPr>
        <w:pStyle w:val="Body"/>
      </w:pPr>
      <w:r>
        <w:t xml:space="preserve">That is why the deeper question is not only, </w:t>
      </w:r>
      <w:proofErr w:type="gramStart"/>
      <w:r>
        <w:t>What</w:t>
      </w:r>
      <w:proofErr w:type="gramEnd"/>
      <w:r>
        <w:t xml:space="preserve"> boundaries do you keep? It is this:</w:t>
      </w:r>
    </w:p>
    <w:p w14:paraId="30964FEE" w14:textId="77777777" w:rsidR="003D7A30" w:rsidRDefault="006C6BDA">
      <w:pPr>
        <w:pStyle w:val="Body"/>
      </w:pPr>
      <w:r>
        <w:t>How do you see women?</w:t>
      </w:r>
    </w:p>
    <w:p w14:paraId="118528FE" w14:textId="77777777" w:rsidR="003D7A30" w:rsidRDefault="006C6BDA">
      <w:pPr>
        <w:pStyle w:val="Body"/>
      </w:pPr>
      <w:r>
        <w:t>Do you see women as neighbors, sisters in Christ, image-bearers, and whole human beings? Or do you mostly see them through the crooked lens of appetite, ego, insecurity, fantasy, and self-interest?</w:t>
      </w:r>
    </w:p>
    <w:p w14:paraId="3C824F59" w14:textId="77777777" w:rsidR="003D7A30" w:rsidRDefault="006C6BDA">
      <w:pPr>
        <w:pStyle w:val="Body"/>
      </w:pPr>
      <w:r>
        <w:t>1 Timothy 5 tells younger men to treat “younger women as sisters, in all purity.”</w:t>
      </w:r>
    </w:p>
    <w:p w14:paraId="6E2AD036" w14:textId="77777777" w:rsidR="003D7A30" w:rsidRDefault="006C6BDA">
      <w:pPr>
        <w:pStyle w:val="Body"/>
      </w:pPr>
      <w:r>
        <w:t>That is a short command, but it carries a whole way of seeing. A sister is not an object to consume, a trophy to win, a joke to tell, or an image to use. She is a person to honor. Purity begins with that kind of sight.</w:t>
      </w:r>
    </w:p>
    <w:p w14:paraId="7B82A15F" w14:textId="77777777" w:rsidR="003D7A30" w:rsidRDefault="006C6BDA">
      <w:pPr>
        <w:pStyle w:val="Body"/>
      </w:pPr>
      <w:r>
        <w:t>A selfish man uses. A lustful man consumes. A vain man performs. A Christian man learns to honor.</w:t>
      </w:r>
    </w:p>
    <w:p w14:paraId="5D75C028" w14:textId="77777777" w:rsidR="003D7A30" w:rsidRDefault="006C6BDA">
      <w:pPr>
        <w:pStyle w:val="Body"/>
      </w:pPr>
      <w:r>
        <w:t>Honor is not vague niceness. It has a shape.</w:t>
      </w:r>
    </w:p>
    <w:p w14:paraId="0959A81C" w14:textId="77777777" w:rsidR="003D7A30" w:rsidRDefault="006C6BDA">
      <w:pPr>
        <w:pStyle w:val="Body"/>
      </w:pPr>
      <w:r>
        <w:t>It looks like speaking about a woman the same way you would speak if her father, brother, pastor, or future husband were standing beside you — and even more importantly, as if Christ Himself heard every word, because He does.</w:t>
      </w:r>
    </w:p>
    <w:p w14:paraId="4F92EB06" w14:textId="77777777" w:rsidR="003D7A30" w:rsidRDefault="006C6BDA">
      <w:pPr>
        <w:pStyle w:val="Body"/>
      </w:pPr>
      <w:r>
        <w:t>It looks like noticing more than appearance. A young woman is not a body with a personality attached. She is a whole person: mind, soul, history, gifts, fears, hopes, humor, intelligence, faith, wounds, and future. She is someone’s daughter. She may be someone’s sister in Christ. She may someday be someone’s wife or mother. But even before all of that, she is made in the image of God.</w:t>
      </w:r>
    </w:p>
    <w:p w14:paraId="524F2F81" w14:textId="77777777" w:rsidR="003D7A30" w:rsidRDefault="006C6BDA">
      <w:pPr>
        <w:pStyle w:val="Body"/>
      </w:pPr>
      <w:r>
        <w:t>Honor means you refuse to flatten her.</w:t>
      </w:r>
    </w:p>
    <w:p w14:paraId="42DE3809" w14:textId="77777777" w:rsidR="003D7A30" w:rsidRDefault="006C6BDA">
      <w:pPr>
        <w:pStyle w:val="Body"/>
      </w:pPr>
      <w:r>
        <w:t>Picture a normal hallway conversation. A girl walks by. The room gives you a choice. You can lower the moment with a comment, a look, a joke, a rating, a whispered observation, or a story you should not tell. Or you can make the room cleaner because you are in it.</w:t>
      </w:r>
    </w:p>
    <w:p w14:paraId="621898BE" w14:textId="77777777" w:rsidR="003D7A30" w:rsidRDefault="006C6BDA">
      <w:pPr>
        <w:pStyle w:val="Body"/>
      </w:pPr>
      <w:r>
        <w:t>You can redirect the joke. You can refuse to laugh. You can speak about her as a person instead of an object. You can treat her reputation as something you are not allowed to damage.</w:t>
      </w:r>
    </w:p>
    <w:p w14:paraId="64A8AB4E" w14:textId="77777777" w:rsidR="003D7A30" w:rsidRDefault="006C6BDA">
      <w:pPr>
        <w:pStyle w:val="Body"/>
      </w:pPr>
      <w:r>
        <w:t>That may not feel dramatic. But it is real strength.</w:t>
      </w:r>
    </w:p>
    <w:p w14:paraId="35C0B9F6" w14:textId="77777777" w:rsidR="003D7A30" w:rsidRDefault="006C6BDA">
      <w:pPr>
        <w:pStyle w:val="Body"/>
      </w:pPr>
      <w:r>
        <w:lastRenderedPageBreak/>
        <w:t>A Christian man should make the spaces around him safer, not more degrading. His presence should not make women feel watched, measured, hunted, mocked, or used. His strength should help guard their dignity.</w:t>
      </w:r>
    </w:p>
    <w:p w14:paraId="3DAAD80D" w14:textId="77777777" w:rsidR="003D7A30" w:rsidRDefault="006C6BDA">
      <w:pPr>
        <w:pStyle w:val="Body"/>
      </w:pPr>
      <w:r>
        <w:t>This does not mean acting awkward, fake, or overly intense around women. It does not mean pretending attraction is evil. It means your attraction is not allowed to become lord over your eyes, your words, your imagination, or your treatment of another person.</w:t>
      </w:r>
    </w:p>
    <w:p w14:paraId="5E2F41B6" w14:textId="77777777" w:rsidR="003D7A30" w:rsidRDefault="006C6BDA">
      <w:pPr>
        <w:pStyle w:val="Body"/>
      </w:pPr>
      <w:r>
        <w:t>Desire is not the enemy. Disordered desire is. A young man should not be ashamed that he finds women beautiful, or that he longs for marriage and intimacy in their proper place. But good desire must be governed, disciplined, and submitted to truth.</w:t>
      </w:r>
    </w:p>
    <w:p w14:paraId="55F8DEE6" w14:textId="77777777" w:rsidR="003D7A30" w:rsidRDefault="006C6BDA">
      <w:pPr>
        <w:pStyle w:val="Body"/>
      </w:pPr>
      <w:r>
        <w:t>A young man who honors women can have a normal conversation without turning it into performance. He can be friendly without manipulating. He can be interested without pressuring. He can admire beauty without grabbing at it inwardly.</w:t>
      </w:r>
    </w:p>
    <w:p w14:paraId="478BFA17" w14:textId="77777777" w:rsidR="003D7A30" w:rsidRDefault="006C6BDA">
      <w:pPr>
        <w:pStyle w:val="Body"/>
      </w:pPr>
      <w:r>
        <w:t>And if he pursues a woman, he can do so with clarity rather than games.</w:t>
      </w:r>
    </w:p>
    <w:p w14:paraId="60062AB5" w14:textId="77777777" w:rsidR="003D7A30" w:rsidRDefault="006C6BDA">
      <w:pPr>
        <w:pStyle w:val="Body"/>
      </w:pPr>
      <w:r>
        <w:t>That matters. A Christian man does not use confusion to keep control. He does not feed attention just because it makes him feel wanted. He does not make emotional promises he is not prepared to honor. He learns to be clear, honest, patient, and respectful.</w:t>
      </w:r>
    </w:p>
    <w:p w14:paraId="67A1403D" w14:textId="77777777" w:rsidR="003D7A30" w:rsidRDefault="006C6BDA">
      <w:pPr>
        <w:pStyle w:val="Body"/>
      </w:pPr>
      <w:r>
        <w:t>He can also accept rejection without cruelty.</w:t>
      </w:r>
    </w:p>
    <w:p w14:paraId="302A3FE0" w14:textId="77777777" w:rsidR="003D7A30" w:rsidRDefault="006C6BDA">
      <w:pPr>
        <w:pStyle w:val="Body"/>
      </w:pPr>
      <w:r>
        <w:t>That is a real test of honor. A woman’s “no” does not give a man permission to punish, mock, gossip, withdraw kindness, or treat her as if she humiliated him. If his kindness depended on getting what he wanted, it was never honor. It was bargaining.</w:t>
      </w:r>
    </w:p>
    <w:p w14:paraId="5FE13470" w14:textId="77777777" w:rsidR="003D7A30" w:rsidRDefault="006C6BDA">
      <w:pPr>
        <w:pStyle w:val="Body"/>
      </w:pPr>
      <w:r>
        <w:t>Purity is not the shrinking of a man’s heart. It is the cleaning of his love.</w:t>
      </w:r>
    </w:p>
    <w:p w14:paraId="5DA59224" w14:textId="77777777" w:rsidR="003D7A30" w:rsidRDefault="006C6BDA">
      <w:pPr>
        <w:pStyle w:val="Body"/>
      </w:pPr>
      <w:r>
        <w:t>Honor means seeing rightly and treating accordingly. It means refusing to reduce a woman to what she gives you. It means refusing to make her body the center of your imagination. It means refusing to turn her attention into a source of self-worth.</w:t>
      </w:r>
    </w:p>
    <w:p w14:paraId="33E446AC" w14:textId="77777777" w:rsidR="003D7A30" w:rsidRDefault="006C6BDA">
      <w:pPr>
        <w:pStyle w:val="Body"/>
      </w:pPr>
      <w:r>
        <w:t>A woman is not made in the image of God only when she is standing in front of you. She is still your neighbor in your imagination, your group chat, your search history, your jokes, and the way you speak about her when she cannot hear you.</w:t>
      </w:r>
    </w:p>
    <w:p w14:paraId="5777F4EC" w14:textId="77777777" w:rsidR="003D7A30" w:rsidRDefault="006C6BDA">
      <w:pPr>
        <w:pStyle w:val="Body"/>
      </w:pPr>
      <w:r>
        <w:t>Pornography is especially destructive because it trains a man to see the opposite of honor. It teaches him to separate body from person, pleasure from covenant, and stimulation from love. It does not prepare a man for intimacy. It prepares him for selfishness. A man cannot keep feeding that vision and expect to see women clearly.</w:t>
      </w:r>
    </w:p>
    <w:p w14:paraId="2FFBE3AB" w14:textId="77777777" w:rsidR="003D7A30" w:rsidRDefault="006C6BDA">
      <w:pPr>
        <w:pStyle w:val="Body"/>
      </w:pPr>
      <w:r>
        <w:t>Purity is bigger than abstinence. Purity is learning to love clearly. It is learning to look at a woman without grabbing at her inwardly, learning to speak without degrading, and learning to desire without demanding.</w:t>
      </w:r>
    </w:p>
    <w:p w14:paraId="6D59DA1B" w14:textId="77777777" w:rsidR="003D7A30" w:rsidRDefault="006C6BDA">
      <w:pPr>
        <w:pStyle w:val="Body"/>
      </w:pPr>
      <w:r>
        <w:t>Sometimes honor means speaking cleanly when everyone else lowers the room. Sometimes it means looking away because you know your imagination is not neutral. Sometimes it means confessing the sin instead of protecting the image.</w:t>
      </w:r>
    </w:p>
    <w:p w14:paraId="2B11267C" w14:textId="77777777" w:rsidR="003D7A30" w:rsidRDefault="006C6BDA">
      <w:pPr>
        <w:pStyle w:val="Body"/>
        <w:rPr>
          <w:rFonts w:ascii="Times New Roman" w:eastAsia="Times New Roman" w:hAnsi="Times New Roman" w:cs="Times New Roman"/>
          <w:sz w:val="24"/>
          <w:szCs w:val="24"/>
        </w:rPr>
      </w:pPr>
      <w:r>
        <w:t>A Christian man should become the kind of man around whom women are more honored, not less honored, because he is there.</w:t>
      </w:r>
    </w:p>
    <w:p w14:paraId="4BFE3372" w14:textId="77777777" w:rsidR="003D7A30" w:rsidRDefault="006C6BDA">
      <w:pPr>
        <w:pStyle w:val="Body"/>
      </w:pPr>
      <w:r>
        <w:lastRenderedPageBreak/>
        <w:t>Do not bring this into the light because you are clean. Bring it into the light because Christ is merciful. The goal is not to prove purity by hiding your struggle, but to receive mercy, tell the truth, and learn to honor women with a cleaner heart.</w:t>
      </w:r>
    </w:p>
    <w:p w14:paraId="7208726E"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491AD3E1" w14:textId="77777777" w:rsidR="003D7A30" w:rsidRDefault="006C6BDA">
      <w:pPr>
        <w:pStyle w:val="Body"/>
        <w:pBdr>
          <w:left w:val="single" w:sz="10" w:space="0" w:color="D0D0D0"/>
          <w:right w:val="single" w:sz="10" w:space="0" w:color="D0D0D0"/>
        </w:pBdr>
        <w:shd w:val="clear" w:color="auto" w:fill="F7F7F7"/>
        <w:spacing w:after="0"/>
        <w:ind w:left="173" w:right="115"/>
      </w:pPr>
      <w:r>
        <w:t>Take inventory in four places:</w:t>
      </w:r>
    </w:p>
    <w:p w14:paraId="253F4A90" w14:textId="77777777" w:rsidR="003D7A30" w:rsidRDefault="006C6BDA">
      <w:pPr>
        <w:pStyle w:val="LineStack"/>
        <w:pBdr>
          <w:left w:val="single" w:sz="10" w:space="0" w:color="D0D0D0"/>
          <w:right w:val="single" w:sz="10" w:space="0" w:color="D0D0D0"/>
        </w:pBdr>
        <w:shd w:val="clear" w:color="auto" w:fill="F7F7F7"/>
        <w:spacing w:after="0"/>
        <w:ind w:left="173" w:right="115"/>
      </w:pPr>
      <w:r>
        <w:t>Eyes</w:t>
      </w:r>
    </w:p>
    <w:p w14:paraId="081C3867" w14:textId="77777777" w:rsidR="003D7A30" w:rsidRDefault="006C6BDA">
      <w:pPr>
        <w:pStyle w:val="LineStack"/>
        <w:pBdr>
          <w:left w:val="single" w:sz="10" w:space="0" w:color="D0D0D0"/>
          <w:right w:val="single" w:sz="10" w:space="0" w:color="D0D0D0"/>
        </w:pBdr>
        <w:shd w:val="clear" w:color="auto" w:fill="F7F7F7"/>
        <w:spacing w:after="0"/>
        <w:ind w:left="173" w:right="115"/>
      </w:pPr>
      <w:r>
        <w:t>Speech</w:t>
      </w:r>
    </w:p>
    <w:p w14:paraId="3DAC82D6" w14:textId="77777777" w:rsidR="003D7A30" w:rsidRDefault="006C6BDA">
      <w:pPr>
        <w:pStyle w:val="LineStack"/>
        <w:pBdr>
          <w:left w:val="single" w:sz="10" w:space="0" w:color="D0D0D0"/>
          <w:right w:val="single" w:sz="10" w:space="0" w:color="D0D0D0"/>
        </w:pBdr>
        <w:shd w:val="clear" w:color="auto" w:fill="F7F7F7"/>
        <w:spacing w:after="0"/>
        <w:ind w:left="173" w:right="115"/>
      </w:pPr>
      <w:r>
        <w:t>Phone</w:t>
      </w:r>
    </w:p>
    <w:p w14:paraId="1E242728" w14:textId="77777777" w:rsidR="003D7A30" w:rsidRDefault="006C6BDA">
      <w:pPr>
        <w:pStyle w:val="LineStack"/>
        <w:pBdr>
          <w:left w:val="single" w:sz="10" w:space="0" w:color="D0D0D0"/>
          <w:right w:val="single" w:sz="10" w:space="0" w:color="D0D0D0"/>
        </w:pBdr>
        <w:shd w:val="clear" w:color="auto" w:fill="F7F7F7"/>
        <w:spacing w:after="0"/>
        <w:ind w:left="173" w:right="115"/>
      </w:pPr>
      <w:r>
        <w:t>Imagination</w:t>
      </w:r>
    </w:p>
    <w:p w14:paraId="6BFEF415" w14:textId="77777777" w:rsidR="003D7A30" w:rsidRDefault="006C6BDA">
      <w:pPr>
        <w:pStyle w:val="Body"/>
        <w:pBdr>
          <w:left w:val="single" w:sz="10" w:space="0" w:color="D0D0D0"/>
          <w:right w:val="single" w:sz="10" w:space="0" w:color="D0D0D0"/>
        </w:pBdr>
        <w:shd w:val="clear" w:color="auto" w:fill="F7F7F7"/>
        <w:spacing w:after="0"/>
        <w:ind w:left="173" w:right="115"/>
      </w:pPr>
      <w:r>
        <w:t>Under each one, write one way you are learning either honor or dishonor.</w:t>
      </w:r>
    </w:p>
    <w:p w14:paraId="2EE6BF91"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Then write one concrete step toward greater honor this week. Make it specific enough to obey.</w:t>
      </w:r>
    </w:p>
    <w:p w14:paraId="654FF3EB"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474D5AD5"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cleanse my eyes, my mind, my speech, and my heart. Teach me to honor women as image-bearers, neighbors, sisters in Christ, and — if You give marriage — a wife to cherish faithfully. Make me truthful in confession, disciplined in desire, and clean in love. Amen.</w:t>
      </w:r>
    </w:p>
    <w:p w14:paraId="7DA27CC2" w14:textId="77777777" w:rsidR="003D7A30" w:rsidRDefault="006C6BDA">
      <w:pPr>
        <w:pStyle w:val="Subhead"/>
        <w:spacing w:after="80"/>
        <w:rPr>
          <w:color w:val="546478"/>
        </w:rPr>
      </w:pPr>
      <w:r>
        <w:rPr>
          <w:color w:val="546478"/>
        </w:rPr>
        <w:t>Notes</w:t>
      </w:r>
    </w:p>
    <w:p w14:paraId="5D992772" w14:textId="77777777" w:rsidR="003D7A30" w:rsidRDefault="006C6BDA">
      <w:pPr>
        <w:pStyle w:val="SectionLabel"/>
        <w:keepLines/>
        <w:pageBreakBefore/>
      </w:pPr>
      <w:r>
        <w:lastRenderedPageBreak/>
        <w:t>Chapter 19</w:t>
      </w:r>
    </w:p>
    <w:p w14:paraId="578B1BC0" w14:textId="77777777" w:rsidR="003D7A30" w:rsidRDefault="006C6BDA">
      <w:pPr>
        <w:pStyle w:val="SectionTitle"/>
      </w:pPr>
      <w:r>
        <w:t>How to Make Decisions</w:t>
      </w:r>
    </w:p>
    <w:p w14:paraId="0EB47EB4" w14:textId="77777777" w:rsidR="003D7A30" w:rsidRDefault="006C6BDA">
      <w:pPr>
        <w:pStyle w:val="GuideLine"/>
      </w:pPr>
      <w:r>
        <w:t>How to make wise decisions without superstition.</w:t>
      </w:r>
    </w:p>
    <w:p w14:paraId="3D6D6CB9"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You do not need perfect certainty to take the next faithful step.</w:t>
      </w:r>
    </w:p>
    <w:p w14:paraId="29F0CAED" w14:textId="77777777" w:rsidR="003D7A30" w:rsidRDefault="006C6BDA">
      <w:pPr>
        <w:pStyle w:val="Body"/>
      </w:pPr>
      <w:r>
        <w:t>A lot of young men want God’s guidance.</w:t>
      </w:r>
    </w:p>
    <w:p w14:paraId="15A5B826" w14:textId="77777777" w:rsidR="003D7A30" w:rsidRDefault="006C6BDA">
      <w:pPr>
        <w:pStyle w:val="Body"/>
      </w:pPr>
      <w:r>
        <w:t>That is good. A man should want to walk in the way of the Lord instead of trusting his own impulses.</w:t>
      </w:r>
    </w:p>
    <w:p w14:paraId="11963950" w14:textId="77777777" w:rsidR="003D7A30" w:rsidRDefault="006C6BDA">
      <w:pPr>
        <w:pStyle w:val="Body"/>
      </w:pPr>
      <w:r>
        <w:t>The problem is that many young men want guidance in a way that keeps them from having to grow. They want a sign, a feeling, a lightning bolt, a sentence in the sky, a perfect sense of peace, or a dramatic moment where all uncertainty disappears.</w:t>
      </w:r>
    </w:p>
    <w:p w14:paraId="4B216BAF" w14:textId="77777777" w:rsidR="003D7A30" w:rsidRDefault="006C6BDA">
      <w:pPr>
        <w:pStyle w:val="Body"/>
      </w:pPr>
      <w:r>
        <w:t>That kind of guidance would feel nice. It is just not usually how God forms men.</w:t>
      </w:r>
    </w:p>
    <w:p w14:paraId="5C2CE633" w14:textId="77777777" w:rsidR="003D7A30" w:rsidRDefault="006C6BDA">
      <w:pPr>
        <w:pStyle w:val="Body"/>
      </w:pPr>
      <w:r>
        <w:t xml:space="preserve">God can certainly make things unmistakably clear when He wants to. He is not limited. But most of the time, He does not train men by removing all uncertainty. He trains them by teaching them </w:t>
      </w:r>
      <w:proofErr w:type="gramStart"/>
      <w:r>
        <w:t>how to walk in</w:t>
      </w:r>
      <w:proofErr w:type="gramEnd"/>
      <w:r>
        <w:t xml:space="preserve"> wisdom.</w:t>
      </w:r>
    </w:p>
    <w:p w14:paraId="41881343" w14:textId="77777777" w:rsidR="003D7A30" w:rsidRDefault="006C6BDA">
      <w:pPr>
        <w:pStyle w:val="Body"/>
      </w:pPr>
      <w:r>
        <w:t>That matters because many bad decisions are made not only by reckless men, but by men who are waiting around for certainty God never promised in the form they want. They do not act because they are waiting to feel perfect peace. They do not choose because they are terrified of missing “God’s exact will.” They keep circling the same fork in the road, hoping anxiety itself will somehow produce clarity.</w:t>
      </w:r>
    </w:p>
    <w:p w14:paraId="1C57B7ED" w14:textId="77777777" w:rsidR="003D7A30" w:rsidRDefault="006C6BDA">
      <w:pPr>
        <w:pStyle w:val="Body"/>
      </w:pPr>
      <w:r>
        <w:t>That is exhausting. It is also often unnecessary.</w:t>
      </w:r>
    </w:p>
    <w:p w14:paraId="6C37B69E" w14:textId="77777777" w:rsidR="003D7A30" w:rsidRDefault="006C6BDA">
      <w:pPr>
        <w:pStyle w:val="Body"/>
      </w:pPr>
      <w:r>
        <w:t>The Christian life is not meant to be lived by superstition — not by omens, vibes, endless inward checking, or treating every open door as a divine command and every hard thing as a sign to turn around.</w:t>
      </w:r>
    </w:p>
    <w:p w14:paraId="3065BC18" w14:textId="77777777" w:rsidR="003D7A30" w:rsidRDefault="006C6BDA">
      <w:pPr>
        <w:pStyle w:val="Body"/>
      </w:pPr>
      <w:r>
        <w:t>A young man needs something sturdier than that. He needs a way to make decisions that is faithful, honest, and sane.</w:t>
      </w:r>
    </w:p>
    <w:p w14:paraId="49ED9F63" w14:textId="77777777" w:rsidR="003D7A30" w:rsidRDefault="006C6BDA">
      <w:pPr>
        <w:pStyle w:val="Body"/>
      </w:pPr>
      <w:r>
        <w:t>Proverbs 3 says:</w:t>
      </w:r>
    </w:p>
    <w:p w14:paraId="3C087B6C" w14:textId="77777777" w:rsidR="003D7A30" w:rsidRDefault="006C6BDA">
      <w:pPr>
        <w:pStyle w:val="ScriptureAnchor"/>
        <w:keepLines/>
        <w:shd w:val="clear" w:color="auto" w:fill="F2F2F2"/>
        <w:spacing w:before="120"/>
      </w:pPr>
      <w:r>
        <w:t>Scripture Anchor — Proverbs 3:5–6</w:t>
      </w:r>
    </w:p>
    <w:p w14:paraId="2C73ABA3" w14:textId="77777777" w:rsidR="003D7A30" w:rsidRDefault="006C6BDA">
      <w:pPr>
        <w:pStyle w:val="ScriptureQuote"/>
      </w:pPr>
      <w:r>
        <w:t>Trust in the LORD with all your heart, and do not lean on your own understanding. In all your ways acknowledge him, and he will make straight your paths.</w:t>
      </w:r>
    </w:p>
    <w:p w14:paraId="6C8C580A" w14:textId="77777777" w:rsidR="003D7A30" w:rsidRDefault="006C6BDA">
      <w:pPr>
        <w:pStyle w:val="Body"/>
      </w:pPr>
      <w:r>
        <w:t>That passage does not teach a man to chase omens or wait for anxiety to disappear. It teaches trust. To acknowledge the Lord in all your ways means bringing the actual path, the actual desire, the actual fear, and the actual decision before Him.</w:t>
      </w:r>
    </w:p>
    <w:p w14:paraId="5F1A70F1" w14:textId="77777777" w:rsidR="003D7A30" w:rsidRDefault="006C6BDA">
      <w:pPr>
        <w:pStyle w:val="Body"/>
      </w:pPr>
      <w:r>
        <w:t>You are not asking God to make maturity unnecessary. You are asking Him to make your path faithful.</w:t>
      </w:r>
    </w:p>
    <w:p w14:paraId="146BAA64" w14:textId="77777777" w:rsidR="003D7A30" w:rsidRDefault="006C6BDA">
      <w:pPr>
        <w:pStyle w:val="Body"/>
      </w:pPr>
      <w:r>
        <w:t>Start with what God has already made clear. If the choice requires sin, it is not guidance. If it requires deception, impurity, cowardice, cruelty, or the abandonment of clear duty, you do not need a sign. You need obedience.</w:t>
      </w:r>
    </w:p>
    <w:p w14:paraId="017473D5" w14:textId="77777777" w:rsidR="003D7A30" w:rsidRDefault="006C6BDA">
      <w:pPr>
        <w:pStyle w:val="Body"/>
      </w:pPr>
      <w:r>
        <w:lastRenderedPageBreak/>
        <w:t>After that, ask the wisdom questions. Why do I want this? What would love require? What burden would this choice create? What do faithful Christians who know me see that I may be missing? Am I telling myself the truth, or am I giving a spiritual name to fear, vanity, laziness, or impulse?</w:t>
      </w:r>
    </w:p>
    <w:p w14:paraId="6B8C5A03" w14:textId="77777777" w:rsidR="003D7A30" w:rsidRDefault="006C6BDA">
      <w:pPr>
        <w:pStyle w:val="Body"/>
      </w:pPr>
      <w:r>
        <w:t>Prayer matters deeply, but prayer is not a magic trick for skipping maturity. Prayer is how you place your desires, fears, options, and limits before God honestly. In prayer, you are not trying to manipulate God into making the hard thing effortless. You are asking Him to make you faithful.</w:t>
      </w:r>
    </w:p>
    <w:p w14:paraId="026628AB" w14:textId="77777777" w:rsidR="003D7A30" w:rsidRDefault="006C6BDA">
      <w:pPr>
        <w:pStyle w:val="Body"/>
      </w:pPr>
      <w:r>
        <w:t>And do not forget the ordinary gifts God has placed around you. Talk to your pastor. Ask wise Christians who know you. Hear the Word. Receive Christ’s body and blood with the congregation. If guilt, fear, or shame are clouding your judgment, confess your sin and hear the absolution. Many decisions become clearer when a man stops hiding and receives the gifts Christ gives.</w:t>
      </w:r>
    </w:p>
    <w:p w14:paraId="2432E5A4" w14:textId="77777777" w:rsidR="003D7A30" w:rsidRDefault="006C6BDA">
      <w:pPr>
        <w:pStyle w:val="Body"/>
      </w:pPr>
      <w:r>
        <w:t>Reality matters too. Timing, money, responsibility, opportunity, limits, family, church, and vocation are not obstacles to wisdom. They are part of the field in which wisdom works.</w:t>
      </w:r>
    </w:p>
    <w:p w14:paraId="4FA07CED" w14:textId="77777777" w:rsidR="003D7A30" w:rsidRDefault="006C6BDA">
      <w:pPr>
        <w:pStyle w:val="Body"/>
      </w:pPr>
      <w:r>
        <w:t>For example, say you are deciding whether to date someone, quit a team, take a job, choose a college, or leave a friend group. Do not begin with, “What feels easiest?” or “What makes me look best?” Begin with cleaner questions: Is this sinful? Is it wise? Why do I want it? What would love require? What burden would this choice create, and is it a burden worth carrying? What would my pastor, parents, or trusted brothers ask me if I brought this into the light?</w:t>
      </w:r>
    </w:p>
    <w:p w14:paraId="5AE5715A" w14:textId="77777777" w:rsidR="003D7A30" w:rsidRDefault="006C6BDA">
      <w:pPr>
        <w:pStyle w:val="Body"/>
      </w:pPr>
      <w:r>
        <w:t>You may still not have perfect certainty. That is okay. A faithful man does not demand total certainty before acting. He asks for enough wisdom to take the next clean step.</w:t>
      </w:r>
    </w:p>
    <w:p w14:paraId="2F3A810F" w14:textId="77777777" w:rsidR="003D7A30" w:rsidRDefault="006C6BDA">
      <w:pPr>
        <w:pStyle w:val="Body"/>
      </w:pPr>
      <w:r>
        <w:t>This exercise is not a way to guarantee a painless future. It is a way to practice wisdom under the mercy of God, who remains faithful even when your decisions are imperfect.</w:t>
      </w:r>
    </w:p>
    <w:p w14:paraId="7275DD7C"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2EBED15D" w14:textId="77777777" w:rsidR="003D7A30" w:rsidRDefault="006C6BDA">
      <w:pPr>
        <w:pStyle w:val="Body"/>
        <w:pBdr>
          <w:left w:val="single" w:sz="10" w:space="0" w:color="D0D0D0"/>
          <w:right w:val="single" w:sz="10" w:space="0" w:color="D0D0D0"/>
        </w:pBdr>
        <w:shd w:val="clear" w:color="auto" w:fill="F7F7F7"/>
        <w:spacing w:after="0"/>
        <w:ind w:left="173" w:right="115"/>
      </w:pPr>
      <w:r>
        <w:t>Choose one real decision you are facing.</w:t>
      </w:r>
    </w:p>
    <w:p w14:paraId="6972A53D" w14:textId="77777777" w:rsidR="003D7A30" w:rsidRDefault="006C6BDA">
      <w:pPr>
        <w:pStyle w:val="Body"/>
        <w:pBdr>
          <w:left w:val="single" w:sz="10" w:space="0" w:color="D0D0D0"/>
          <w:right w:val="single" w:sz="10" w:space="0" w:color="D0D0D0"/>
        </w:pBdr>
        <w:shd w:val="clear" w:color="auto" w:fill="F7F7F7"/>
        <w:spacing w:after="0"/>
        <w:ind w:left="173" w:right="115"/>
      </w:pPr>
      <w:r>
        <w:t>Do not begin with what feels easiest. Walk through the questions:</w:t>
      </w:r>
    </w:p>
    <w:p w14:paraId="6E3A07CC" w14:textId="77777777" w:rsidR="003D7A30" w:rsidRDefault="006C6BDA">
      <w:pPr>
        <w:pStyle w:val="LineStack"/>
        <w:pBdr>
          <w:left w:val="single" w:sz="10" w:space="0" w:color="D0D0D0"/>
          <w:right w:val="single" w:sz="10" w:space="0" w:color="D0D0D0"/>
        </w:pBdr>
        <w:shd w:val="clear" w:color="auto" w:fill="F7F7F7"/>
        <w:spacing w:after="0"/>
        <w:ind w:left="173" w:right="115"/>
      </w:pPr>
      <w:r>
        <w:t>Is this sinful, foolish, or free?</w:t>
      </w:r>
    </w:p>
    <w:p w14:paraId="434A19DD" w14:textId="77777777" w:rsidR="003D7A30" w:rsidRDefault="006C6BDA">
      <w:pPr>
        <w:pStyle w:val="LineStack"/>
        <w:pBdr>
          <w:left w:val="single" w:sz="10" w:space="0" w:color="D0D0D0"/>
          <w:right w:val="single" w:sz="10" w:space="0" w:color="D0D0D0"/>
        </w:pBdr>
        <w:shd w:val="clear" w:color="auto" w:fill="F7F7F7"/>
        <w:spacing w:after="0"/>
        <w:ind w:left="173" w:right="115"/>
      </w:pPr>
      <w:r>
        <w:t>Why do I want it?</w:t>
      </w:r>
    </w:p>
    <w:p w14:paraId="0CCF1DC3" w14:textId="77777777" w:rsidR="003D7A30" w:rsidRDefault="006C6BDA">
      <w:pPr>
        <w:pStyle w:val="LineStack"/>
        <w:pBdr>
          <w:left w:val="single" w:sz="10" w:space="0" w:color="D0D0D0"/>
          <w:right w:val="single" w:sz="10" w:space="0" w:color="D0D0D0"/>
        </w:pBdr>
        <w:shd w:val="clear" w:color="auto" w:fill="F7F7F7"/>
        <w:spacing w:after="0"/>
        <w:ind w:left="173" w:right="115"/>
      </w:pPr>
      <w:r>
        <w:t>What does Scripture clearly say that applies here?</w:t>
      </w:r>
    </w:p>
    <w:p w14:paraId="00B57997" w14:textId="77777777" w:rsidR="003D7A30" w:rsidRDefault="006C6BDA">
      <w:pPr>
        <w:pStyle w:val="LineStack"/>
        <w:pBdr>
          <w:left w:val="single" w:sz="10" w:space="0" w:color="D0D0D0"/>
          <w:right w:val="single" w:sz="10" w:space="0" w:color="D0D0D0"/>
        </w:pBdr>
        <w:shd w:val="clear" w:color="auto" w:fill="F7F7F7"/>
        <w:spacing w:after="0"/>
        <w:ind w:left="173" w:right="115"/>
      </w:pPr>
      <w:r>
        <w:t>What would love require?</w:t>
      </w:r>
    </w:p>
    <w:p w14:paraId="4D064EBA" w14:textId="77777777" w:rsidR="003D7A30" w:rsidRDefault="006C6BDA">
      <w:pPr>
        <w:pStyle w:val="LineStack"/>
        <w:pBdr>
          <w:left w:val="single" w:sz="10" w:space="0" w:color="D0D0D0"/>
          <w:right w:val="single" w:sz="10" w:space="0" w:color="D0D0D0"/>
        </w:pBdr>
        <w:shd w:val="clear" w:color="auto" w:fill="F7F7F7"/>
        <w:spacing w:after="0"/>
        <w:ind w:left="173" w:right="115"/>
      </w:pPr>
      <w:r>
        <w:t>What would a wise Christian who knows me ask?</w:t>
      </w:r>
    </w:p>
    <w:p w14:paraId="06070A3F" w14:textId="77777777" w:rsidR="003D7A30" w:rsidRDefault="006C6BDA">
      <w:pPr>
        <w:pStyle w:val="LineStack"/>
        <w:pBdr>
          <w:left w:val="single" w:sz="10" w:space="0" w:color="D0D0D0"/>
          <w:right w:val="single" w:sz="10" w:space="0" w:color="D0D0D0"/>
        </w:pBdr>
        <w:shd w:val="clear" w:color="auto" w:fill="F7F7F7"/>
        <w:spacing w:after="0"/>
        <w:ind w:left="173" w:right="115"/>
      </w:pPr>
      <w:r>
        <w:t>What burden would this choice create, and is it a burden worth carrying?</w:t>
      </w:r>
    </w:p>
    <w:p w14:paraId="5720B534"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Then write the next faithful step, not the entire life plan.</w:t>
      </w:r>
    </w:p>
    <w:p w14:paraId="1CD46D13"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1C693BEF"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Father, keep me from vanity, fear, and self-deception. Teach me to pray honestly, seek counsel humbly, think clearly, and choose what is faithful rather than what is merely exciting or easy. Amen.</w:t>
      </w:r>
    </w:p>
    <w:p w14:paraId="0C2D04FD" w14:textId="77777777" w:rsidR="003D7A30" w:rsidRDefault="006C6BDA">
      <w:pPr>
        <w:pStyle w:val="Subhead"/>
        <w:spacing w:after="80"/>
        <w:rPr>
          <w:color w:val="546478"/>
        </w:rPr>
      </w:pPr>
      <w:r>
        <w:rPr>
          <w:color w:val="546478"/>
        </w:rPr>
        <w:t>Notes</w:t>
      </w:r>
    </w:p>
    <w:p w14:paraId="36250420" w14:textId="77777777" w:rsidR="003D7A30" w:rsidRDefault="006C6BDA">
      <w:pPr>
        <w:pStyle w:val="SectionLabel"/>
        <w:keepLines/>
        <w:pageBreakBefore/>
      </w:pPr>
      <w:r>
        <w:lastRenderedPageBreak/>
        <w:t>Chapter 20</w:t>
      </w:r>
    </w:p>
    <w:p w14:paraId="451C0B87" w14:textId="77777777" w:rsidR="003D7A30" w:rsidRDefault="006C6BDA">
      <w:pPr>
        <w:pStyle w:val="SectionTitle"/>
      </w:pPr>
      <w:r>
        <w:t>Find a Church and Stay There</w:t>
      </w:r>
    </w:p>
    <w:p w14:paraId="5FF313F5" w14:textId="77777777" w:rsidR="003D7A30" w:rsidRDefault="006C6BDA">
      <w:pPr>
        <w:pStyle w:val="GuideLine"/>
      </w:pPr>
      <w:r>
        <w:t>Why the Christian life must be rooted in an actual church.</w:t>
      </w:r>
    </w:p>
    <w:p w14:paraId="0B5176A6"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Do not freelance your faith.</w:t>
      </w:r>
    </w:p>
    <w:p w14:paraId="4F416D36" w14:textId="77777777" w:rsidR="003D7A30" w:rsidRDefault="006C6BDA">
      <w:pPr>
        <w:pStyle w:val="Body"/>
      </w:pPr>
      <w:r>
        <w:t>A lot of young men assume church is important.</w:t>
      </w:r>
    </w:p>
    <w:p w14:paraId="1C077F38" w14:textId="77777777" w:rsidR="003D7A30" w:rsidRDefault="006C6BDA">
      <w:pPr>
        <w:pStyle w:val="Body"/>
      </w:pPr>
      <w:r>
        <w:t>That is good.</w:t>
      </w:r>
    </w:p>
    <w:p w14:paraId="66A84F93" w14:textId="77777777" w:rsidR="003D7A30" w:rsidRDefault="006C6BDA">
      <w:pPr>
        <w:pStyle w:val="Body"/>
      </w:pPr>
      <w:r>
        <w:t>But many of them still think of church as optional in practice.</w:t>
      </w:r>
    </w:p>
    <w:p w14:paraId="62019823" w14:textId="77777777" w:rsidR="003D7A30" w:rsidRDefault="006C6BDA">
      <w:pPr>
        <w:pStyle w:val="Body"/>
      </w:pPr>
      <w:r>
        <w:t>Useful, but not necessary.</w:t>
      </w:r>
    </w:p>
    <w:p w14:paraId="72365978" w14:textId="77777777" w:rsidR="003D7A30" w:rsidRDefault="006C6BDA">
      <w:pPr>
        <w:pStyle w:val="Body"/>
      </w:pPr>
      <w:r>
        <w:t>Good, but flexible.</w:t>
      </w:r>
    </w:p>
    <w:p w14:paraId="2A1339DF" w14:textId="77777777" w:rsidR="003D7A30" w:rsidRDefault="006C6BDA">
      <w:pPr>
        <w:pStyle w:val="Body"/>
      </w:pPr>
      <w:r>
        <w:t>Meaningful, but movable.</w:t>
      </w:r>
    </w:p>
    <w:p w14:paraId="3E9FDB6E" w14:textId="77777777" w:rsidR="003D7A30" w:rsidRDefault="006C6BDA">
      <w:pPr>
        <w:pStyle w:val="Body"/>
      </w:pPr>
      <w:r>
        <w:t>Something to add if life has room for it.</w:t>
      </w:r>
    </w:p>
    <w:p w14:paraId="15B1E660" w14:textId="77777777" w:rsidR="003D7A30" w:rsidRDefault="006C6BDA">
      <w:pPr>
        <w:pStyle w:val="Body"/>
      </w:pPr>
      <w:r>
        <w:t>That way of thinking is one of the clearest signs that a man does not yet understand how the Christian life actually works.</w:t>
      </w:r>
    </w:p>
    <w:p w14:paraId="64DFBB6D" w14:textId="77777777" w:rsidR="003D7A30" w:rsidRDefault="006C6BDA">
      <w:pPr>
        <w:pStyle w:val="Body"/>
      </w:pPr>
      <w:r>
        <w:t>Because the Christian life is not designed to be lived as a private project.</w:t>
      </w:r>
    </w:p>
    <w:p w14:paraId="76263A88" w14:textId="77777777" w:rsidR="003D7A30" w:rsidRDefault="006C6BDA">
      <w:pPr>
        <w:pStyle w:val="Body"/>
      </w:pPr>
      <w:r>
        <w:t>It is not meant to be built on occasional inspiration, solo Bible reading, scattered podcasts, and vague inward sincerity. It is not meant to be sustained by a man alone with his preferences, his moods, and his phone.</w:t>
      </w:r>
    </w:p>
    <w:p w14:paraId="33A06FDD" w14:textId="77777777" w:rsidR="003D7A30" w:rsidRDefault="006C6BDA">
      <w:pPr>
        <w:pStyle w:val="Body"/>
      </w:pPr>
      <w:r>
        <w:t>A Christian man needs the church.</w:t>
      </w:r>
    </w:p>
    <w:p w14:paraId="2CF03FE3" w14:textId="77777777" w:rsidR="003D7A30" w:rsidRDefault="006C6BDA">
      <w:pPr>
        <w:pStyle w:val="Body"/>
      </w:pPr>
      <w:r>
        <w:t>Not in theory.</w:t>
      </w:r>
    </w:p>
    <w:p w14:paraId="17CFAFB3" w14:textId="77777777" w:rsidR="003D7A30" w:rsidRDefault="006C6BDA">
      <w:pPr>
        <w:pStyle w:val="Body"/>
      </w:pPr>
      <w:r>
        <w:t>In reality.</w:t>
      </w:r>
    </w:p>
    <w:p w14:paraId="15941D67" w14:textId="77777777" w:rsidR="003D7A30" w:rsidRDefault="006C6BDA">
      <w:pPr>
        <w:pStyle w:val="Body"/>
      </w:pPr>
      <w:r>
        <w:t>He needs preaching.</w:t>
      </w:r>
    </w:p>
    <w:p w14:paraId="6E38B4CF" w14:textId="77777777" w:rsidR="003D7A30" w:rsidRDefault="006C6BDA">
      <w:pPr>
        <w:pStyle w:val="Body"/>
      </w:pPr>
      <w:r>
        <w:t>He needs the Word spoken to him from outside himself.</w:t>
      </w:r>
    </w:p>
    <w:p w14:paraId="107D527A" w14:textId="77777777" w:rsidR="003D7A30" w:rsidRDefault="006C6BDA">
      <w:pPr>
        <w:pStyle w:val="Body"/>
      </w:pPr>
      <w:r>
        <w:t>He needs the Sacrament.</w:t>
      </w:r>
    </w:p>
    <w:p w14:paraId="32D1CDBD" w14:textId="77777777" w:rsidR="003D7A30" w:rsidRDefault="006C6BDA">
      <w:pPr>
        <w:pStyle w:val="Body"/>
      </w:pPr>
      <w:r>
        <w:t>The Lord’s Supper is not a religious extra for people who already feel strong. It is Christ’s gift for tired, guilty, tempted Christians who need forgiveness placed into their hands and mouths. A young man who wants to stay near Christ should not treat that gift lightly.</w:t>
      </w:r>
    </w:p>
    <w:p w14:paraId="35CEA713" w14:textId="77777777" w:rsidR="003D7A30" w:rsidRDefault="006C6BDA">
      <w:pPr>
        <w:pStyle w:val="Body"/>
      </w:pPr>
      <w:r>
        <w:t>He needs worship.</w:t>
      </w:r>
    </w:p>
    <w:p w14:paraId="53EC4E75" w14:textId="77777777" w:rsidR="003D7A30" w:rsidRDefault="006C6BDA">
      <w:pPr>
        <w:pStyle w:val="Body"/>
      </w:pPr>
      <w:r>
        <w:t>He needs pastors.</w:t>
      </w:r>
    </w:p>
    <w:p w14:paraId="2B8AAE14" w14:textId="77777777" w:rsidR="003D7A30" w:rsidRDefault="006C6BDA">
      <w:pPr>
        <w:pStyle w:val="Body"/>
      </w:pPr>
      <w:r>
        <w:t>He needs fellow Christians.</w:t>
      </w:r>
    </w:p>
    <w:p w14:paraId="02450B5D" w14:textId="77777777" w:rsidR="003D7A30" w:rsidRDefault="006C6BDA">
      <w:pPr>
        <w:pStyle w:val="Body"/>
      </w:pPr>
      <w:r>
        <w:t>He needs correction.</w:t>
      </w:r>
    </w:p>
    <w:p w14:paraId="2DD196F3" w14:textId="77777777" w:rsidR="003D7A30" w:rsidRDefault="006C6BDA">
      <w:pPr>
        <w:pStyle w:val="Body"/>
      </w:pPr>
      <w:r>
        <w:t>He needs encouragement.</w:t>
      </w:r>
    </w:p>
    <w:p w14:paraId="5C98A98A" w14:textId="77777777" w:rsidR="003D7A30" w:rsidRDefault="006C6BDA">
      <w:pPr>
        <w:pStyle w:val="Body"/>
      </w:pPr>
      <w:r>
        <w:t>He needs a place where he is known and where he keeps showing up when life is dull, busy, painful, or confusing.</w:t>
      </w:r>
    </w:p>
    <w:p w14:paraId="67AD0BFD" w14:textId="77777777" w:rsidR="003D7A30" w:rsidRDefault="006C6BDA">
      <w:pPr>
        <w:pStyle w:val="Body"/>
      </w:pPr>
      <w:r>
        <w:t>That is not weakness.</w:t>
      </w:r>
    </w:p>
    <w:p w14:paraId="74B1E896" w14:textId="77777777" w:rsidR="003D7A30" w:rsidRDefault="006C6BDA">
      <w:pPr>
        <w:pStyle w:val="Body"/>
      </w:pPr>
      <w:r>
        <w:lastRenderedPageBreak/>
        <w:t>That is how Christians live.</w:t>
      </w:r>
    </w:p>
    <w:p w14:paraId="6834B01C" w14:textId="77777777" w:rsidR="003D7A30" w:rsidRDefault="006C6BDA">
      <w:pPr>
        <w:pStyle w:val="Body"/>
      </w:pPr>
      <w:r>
        <w:t>Acts 2 says the believers “devoted themselves to the apostles’ teaching and the fellowship, to the breaking of bread and the prayers.”</w:t>
      </w:r>
    </w:p>
    <w:p w14:paraId="4855187C" w14:textId="77777777" w:rsidR="003D7A30" w:rsidRDefault="006C6BDA">
      <w:pPr>
        <w:pStyle w:val="Body"/>
      </w:pPr>
      <w:r>
        <w:t>That is not a portrait of spiritual independence. It is a portrait of rootedness. The early Christians were not trying to sustain faith through private inspiration and occasional religious interest. They were gathered around the Word, fellowship, the breaking of bread, and prayer.</w:t>
      </w:r>
    </w:p>
    <w:p w14:paraId="03991F9F" w14:textId="77777777" w:rsidR="003D7A30" w:rsidRDefault="006C6BDA">
      <w:pPr>
        <w:pStyle w:val="Body"/>
      </w:pPr>
      <w:r>
        <w:t>They were devoted.</w:t>
      </w:r>
    </w:p>
    <w:p w14:paraId="245ED0AF" w14:textId="77777777" w:rsidR="003D7A30" w:rsidRDefault="006C6BDA">
      <w:pPr>
        <w:pStyle w:val="Body"/>
      </w:pPr>
      <w:r>
        <w:t>Not casually interested.</w:t>
      </w:r>
    </w:p>
    <w:p w14:paraId="64788CB5" w14:textId="77777777" w:rsidR="003D7A30" w:rsidRDefault="006C6BDA">
      <w:pPr>
        <w:pStyle w:val="Body"/>
      </w:pPr>
      <w:r>
        <w:t>Not loosely attached.</w:t>
      </w:r>
    </w:p>
    <w:p w14:paraId="7FBAF25D" w14:textId="77777777" w:rsidR="003D7A30" w:rsidRDefault="006C6BDA">
      <w:pPr>
        <w:pStyle w:val="Body"/>
      </w:pPr>
      <w:r>
        <w:t>Devoted.</w:t>
      </w:r>
    </w:p>
    <w:p w14:paraId="41F0C83B" w14:textId="77777777" w:rsidR="003D7A30" w:rsidRDefault="006C6BDA">
      <w:pPr>
        <w:pStyle w:val="Body"/>
      </w:pPr>
      <w:r>
        <w:t>That word matters.</w:t>
      </w:r>
    </w:p>
    <w:p w14:paraId="4D3E4F62" w14:textId="77777777" w:rsidR="003D7A30" w:rsidRDefault="006C6BDA">
      <w:pPr>
        <w:pStyle w:val="Body"/>
      </w:pPr>
      <w:r>
        <w:t>One of the quiet lies of modern life is that commitment limits freedom. Young men stay unattached because they want flexibility. But what they often call flexibility is rootlessness with a better name.</w:t>
      </w:r>
    </w:p>
    <w:p w14:paraId="6A78352C" w14:textId="77777777" w:rsidR="003D7A30" w:rsidRDefault="006C6BDA">
      <w:pPr>
        <w:pStyle w:val="Body"/>
      </w:pPr>
      <w:r>
        <w:t>A rootless man can move quickly. He can also be blown around easily.</w:t>
      </w:r>
    </w:p>
    <w:p w14:paraId="209CB945" w14:textId="77777777" w:rsidR="003D7A30" w:rsidRDefault="006C6BDA">
      <w:pPr>
        <w:pStyle w:val="Body"/>
      </w:pPr>
      <w:r>
        <w:t>Do not approach church like a consumer product. The first question is not whether a congregation perfectly matches your preferences. The first question is whether it is faithful.</w:t>
      </w:r>
    </w:p>
    <w:p w14:paraId="377C4F34" w14:textId="77777777" w:rsidR="003D7A30" w:rsidRDefault="006C6BDA">
      <w:pPr>
        <w:pStyle w:val="Body"/>
      </w:pPr>
      <w:r>
        <w:t>Does it preach Christ clearly? Handle Scripture honestly? Administer the Sacraments faithfully? Speak law and Gospel, sin and grace, truth and mercy? Offer a real place to belong, serve, repent, and grow?</w:t>
      </w:r>
    </w:p>
    <w:p w14:paraId="36F74E24" w14:textId="77777777" w:rsidR="003D7A30" w:rsidRDefault="006C6BDA">
      <w:pPr>
        <w:pStyle w:val="Body"/>
      </w:pPr>
      <w:r>
        <w:t>Because I am writing from within a confessional Lutheran school and tradition, I am going to be specific here. When you leave home, look for a faithful WELS or ELS congregation early. Do not wait until you “feel settled.” Ask your pastor, a teacher, or another trusted Christian adult for help before you leave. If there is no WELS or ELS church nearby, do not treat that casually or decide alone. Talk to your pastor and seek careful counsel. Not every church uses the same words to mean the same things, and your soul is not a place for careless browsing.</w:t>
      </w:r>
    </w:p>
    <w:p w14:paraId="487D8329" w14:textId="77777777" w:rsidR="003D7A30" w:rsidRDefault="006C6BDA">
      <w:pPr>
        <w:pStyle w:val="Body"/>
      </w:pPr>
      <w:r>
        <w:t>The first Sunday in a new place may feel strange. You may walk in alone, unsure where to sit, unsure who will notice you, and unsure whether this congregation will ever feel like home. Go anyway. The awkwardness of being new is not a sign that church does not matter. It is often the first small cost of becoming rooted.</w:t>
      </w:r>
    </w:p>
    <w:p w14:paraId="121D8BB2" w14:textId="77777777" w:rsidR="003D7A30" w:rsidRDefault="006C6BDA">
      <w:pPr>
        <w:pStyle w:val="Body"/>
      </w:pPr>
      <w:r>
        <w:t>Find a faithful church and stay there.</w:t>
      </w:r>
    </w:p>
    <w:p w14:paraId="1284F04D" w14:textId="77777777" w:rsidR="003D7A30" w:rsidRDefault="006C6BDA">
      <w:pPr>
        <w:pStyle w:val="Body"/>
      </w:pPr>
      <w:r>
        <w:t>Not forever in every case, but with the posture of rootedness rather than browsing.</w:t>
      </w:r>
    </w:p>
    <w:p w14:paraId="11037C23" w14:textId="77777777" w:rsidR="003D7A30" w:rsidRDefault="006C6BDA">
      <w:pPr>
        <w:pStyle w:val="Body"/>
      </w:pPr>
      <w:r>
        <w:t>That matters especially when you move away from home. One of the first serious questions a young Christian man should ask in a new place is: Where will I worship?</w:t>
      </w:r>
    </w:p>
    <w:p w14:paraId="4DBE0D1A" w14:textId="77777777" w:rsidR="003D7A30" w:rsidRDefault="006C6BDA">
      <w:pPr>
        <w:pStyle w:val="Body"/>
      </w:pPr>
      <w:r>
        <w:t>A young man leaving home should look for a church before he looks for comfort.</w:t>
      </w:r>
    </w:p>
    <w:p w14:paraId="0F0975BD" w14:textId="77777777" w:rsidR="003D7A30" w:rsidRDefault="006C6BDA">
      <w:pPr>
        <w:pStyle w:val="Body"/>
      </w:pPr>
      <w:r>
        <w:t>Find one early. Plant yourself. Go back next week.</w:t>
      </w:r>
    </w:p>
    <w:p w14:paraId="78F69E96" w14:textId="017998ED" w:rsidR="003D7A30" w:rsidRDefault="006C6BDA">
      <w:pPr>
        <w:pStyle w:val="Body"/>
      </w:pPr>
      <w:r>
        <w:t>You are not looking for a church because strong Christians need less help. You are looking because Christians live by receiving Christ’s gifts again and again.</w:t>
      </w:r>
    </w:p>
    <w:p w14:paraId="30EC672F" w14:textId="77777777" w:rsidR="005C2BFA" w:rsidRDefault="005C2BFA">
      <w:pPr>
        <w:pStyle w:val="Body"/>
      </w:pPr>
    </w:p>
    <w:p w14:paraId="282ED2E9"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lastRenderedPageBreak/>
        <w:t>Field Exercise</w:t>
      </w:r>
    </w:p>
    <w:p w14:paraId="275DF635" w14:textId="77777777" w:rsidR="003D7A30" w:rsidRDefault="006C6BDA">
      <w:pPr>
        <w:pStyle w:val="Body"/>
        <w:pBdr>
          <w:left w:val="single" w:sz="10" w:space="0" w:color="D0D0D0"/>
          <w:right w:val="single" w:sz="10" w:space="0" w:color="D0D0D0"/>
        </w:pBdr>
        <w:shd w:val="clear" w:color="auto" w:fill="F7F7F7"/>
        <w:spacing w:after="0"/>
        <w:ind w:left="173" w:right="115"/>
      </w:pPr>
      <w:r>
        <w:t>Make this practical.</w:t>
      </w:r>
    </w:p>
    <w:p w14:paraId="5ABB269E" w14:textId="77777777" w:rsidR="003D7A30" w:rsidRDefault="006C6BDA">
      <w:pPr>
        <w:pStyle w:val="Body"/>
        <w:pBdr>
          <w:left w:val="single" w:sz="10" w:space="0" w:color="D0D0D0"/>
          <w:right w:val="single" w:sz="10" w:space="0" w:color="D0D0D0"/>
        </w:pBdr>
        <w:shd w:val="clear" w:color="auto" w:fill="F7F7F7"/>
        <w:spacing w:after="0"/>
        <w:ind w:left="173" w:right="115"/>
      </w:pPr>
      <w:r>
        <w:t>Look up the nearest WELS or ELS congregation to where you may live, work, or study after high school.</w:t>
      </w:r>
    </w:p>
    <w:p w14:paraId="58C573A8" w14:textId="77777777" w:rsidR="003D7A30" w:rsidRDefault="006C6BDA">
      <w:pPr>
        <w:pStyle w:val="Body"/>
        <w:pBdr>
          <w:left w:val="single" w:sz="10" w:space="0" w:color="D0D0D0"/>
          <w:right w:val="single" w:sz="10" w:space="0" w:color="D0D0D0"/>
        </w:pBdr>
        <w:shd w:val="clear" w:color="auto" w:fill="F7F7F7"/>
        <w:spacing w:after="0"/>
        <w:ind w:left="173" w:right="115"/>
      </w:pPr>
      <w:r>
        <w:t>Write down:</w:t>
      </w:r>
    </w:p>
    <w:p w14:paraId="29F2E254" w14:textId="77777777" w:rsidR="003D7A30" w:rsidRDefault="006C6BDA">
      <w:pPr>
        <w:pStyle w:val="LineStack"/>
        <w:pBdr>
          <w:left w:val="single" w:sz="10" w:space="0" w:color="D0D0D0"/>
          <w:right w:val="single" w:sz="10" w:space="0" w:color="D0D0D0"/>
        </w:pBdr>
        <w:shd w:val="clear" w:color="auto" w:fill="F7F7F7"/>
        <w:spacing w:after="0"/>
        <w:ind w:left="173" w:right="115"/>
      </w:pPr>
      <w:r>
        <w:t>church name</w:t>
      </w:r>
    </w:p>
    <w:p w14:paraId="65E17260" w14:textId="77777777" w:rsidR="003D7A30" w:rsidRDefault="006C6BDA">
      <w:pPr>
        <w:pStyle w:val="LineStack"/>
        <w:pBdr>
          <w:left w:val="single" w:sz="10" w:space="0" w:color="D0D0D0"/>
          <w:right w:val="single" w:sz="10" w:space="0" w:color="D0D0D0"/>
        </w:pBdr>
        <w:shd w:val="clear" w:color="auto" w:fill="F7F7F7"/>
        <w:spacing w:after="0"/>
        <w:ind w:left="173" w:right="115"/>
      </w:pPr>
      <w:r>
        <w:t>address</w:t>
      </w:r>
    </w:p>
    <w:p w14:paraId="14EDC01E" w14:textId="77777777" w:rsidR="003D7A30" w:rsidRDefault="006C6BDA">
      <w:pPr>
        <w:pStyle w:val="LineStack"/>
        <w:pBdr>
          <w:left w:val="single" w:sz="10" w:space="0" w:color="D0D0D0"/>
          <w:right w:val="single" w:sz="10" w:space="0" w:color="D0D0D0"/>
        </w:pBdr>
        <w:shd w:val="clear" w:color="auto" w:fill="F7F7F7"/>
        <w:spacing w:after="0"/>
        <w:ind w:left="173" w:right="115"/>
      </w:pPr>
      <w:r>
        <w:t>worship time</w:t>
      </w:r>
    </w:p>
    <w:p w14:paraId="7FF0004F" w14:textId="77777777" w:rsidR="003D7A30" w:rsidRDefault="006C6BDA">
      <w:pPr>
        <w:pStyle w:val="LineStack"/>
        <w:pBdr>
          <w:left w:val="single" w:sz="10" w:space="0" w:color="D0D0D0"/>
          <w:right w:val="single" w:sz="10" w:space="0" w:color="D0D0D0"/>
        </w:pBdr>
        <w:shd w:val="clear" w:color="auto" w:fill="F7F7F7"/>
        <w:spacing w:after="0"/>
        <w:ind w:left="173" w:right="115"/>
      </w:pPr>
      <w:r>
        <w:t>pastor/contact information</w:t>
      </w:r>
    </w:p>
    <w:p w14:paraId="3548C67E"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Then answer: What excuse would most likely keep me from going the first week?</w:t>
      </w:r>
    </w:p>
    <w:p w14:paraId="43F3A9EA"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75CA3D30"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root me in Your Word, keep me near Your people, and teach me to love the ordinary faithfulness of worship, repentance, and belonging. Keep me from drifting, and plant me where I can grow. Amen.</w:t>
      </w:r>
    </w:p>
    <w:p w14:paraId="6A9A49B4" w14:textId="77777777" w:rsidR="003D7A30" w:rsidRDefault="006C6BDA">
      <w:pPr>
        <w:pStyle w:val="Subhead"/>
        <w:spacing w:after="80"/>
        <w:rPr>
          <w:color w:val="546478"/>
        </w:rPr>
      </w:pPr>
      <w:r>
        <w:rPr>
          <w:color w:val="546478"/>
        </w:rPr>
        <w:t>Notes</w:t>
      </w:r>
    </w:p>
    <w:p w14:paraId="3C0A748E" w14:textId="77777777" w:rsidR="003D7A30" w:rsidRDefault="006C6BDA">
      <w:pPr>
        <w:pStyle w:val="PartLabel"/>
        <w:pageBreakBefore/>
      </w:pPr>
      <w:r>
        <w:lastRenderedPageBreak/>
        <w:t>Part IV</w:t>
      </w:r>
    </w:p>
    <w:p w14:paraId="78263038" w14:textId="77777777" w:rsidR="003D7A30" w:rsidRDefault="006C6BDA">
      <w:pPr>
        <w:pStyle w:val="PartTitle"/>
      </w:pPr>
      <w:r>
        <w:t>The Long Road</w:t>
      </w:r>
    </w:p>
    <w:p w14:paraId="58D34F43" w14:textId="77777777" w:rsidR="00500DBC" w:rsidRPr="00500DBC" w:rsidRDefault="00500DBC" w:rsidP="00500DBC">
      <w:pPr>
        <w:pStyle w:val="PartIntro"/>
      </w:pPr>
      <w:r w:rsidRPr="00500DBC">
        <w:t>The Christian life is not only about waking up. It is about staying awake.</w:t>
      </w:r>
    </w:p>
    <w:p w14:paraId="3D94AA96" w14:textId="77777777" w:rsidR="00500DBC" w:rsidRPr="00500DBC" w:rsidRDefault="00500DBC" w:rsidP="00500DBC">
      <w:pPr>
        <w:pStyle w:val="PartIntro"/>
      </w:pPr>
      <w:r w:rsidRPr="00500DBC">
        <w:t>A young man may have moments of conviction, clarity, courage, and fresh resolve. Those moments matter. But life is lived over distance. Suffering comes. Ordinary days repeat. Energy rises and falls. The world keeps offering easier roads, and sin keeps whispering that quitting quietly would be simpler.</w:t>
      </w:r>
    </w:p>
    <w:p w14:paraId="0B610FE4" w14:textId="77777777" w:rsidR="00500DBC" w:rsidRPr="00500DBC" w:rsidRDefault="00500DBC" w:rsidP="00500DBC">
      <w:pPr>
        <w:pStyle w:val="PartIntro"/>
      </w:pPr>
      <w:r w:rsidRPr="00500DBC">
        <w:t>This final part is about the long road: how a man suffers without abandoning Christ, receives ordinary life without despising it, and keeps going when faithfulness becomes less dramatic and more costly.</w:t>
      </w:r>
    </w:p>
    <w:p w14:paraId="25AB57AD" w14:textId="77777777" w:rsidR="00500DBC" w:rsidRPr="00500DBC" w:rsidRDefault="00500DBC" w:rsidP="00500DBC">
      <w:pPr>
        <w:pStyle w:val="PartIntro"/>
      </w:pPr>
      <w:r w:rsidRPr="00500DBC">
        <w:t>The goal is not intensity for a season.</w:t>
      </w:r>
    </w:p>
    <w:p w14:paraId="2A1AB471" w14:textId="3DE4AC25" w:rsidR="00500DBC" w:rsidRDefault="00500DBC" w:rsidP="00AB2348">
      <w:pPr>
        <w:pStyle w:val="PartIntro"/>
      </w:pPr>
      <w:r w:rsidRPr="00500DBC">
        <w:t>It is nearness to Christ over time.</w:t>
      </w:r>
    </w:p>
    <w:p w14:paraId="729E7978" w14:textId="5BBC1C4E" w:rsidR="003D7A30" w:rsidRPr="00AB2348" w:rsidRDefault="006C6BDA" w:rsidP="00AB2348">
      <w:pPr>
        <w:pStyle w:val="PartIntro"/>
        <w:rPr>
          <w:b/>
          <w:bCs/>
        </w:rPr>
      </w:pPr>
      <w:r w:rsidRPr="00AB2348">
        <w:rPr>
          <w:b/>
          <w:bCs/>
        </w:rPr>
        <w:t>Chapter 21</w:t>
      </w:r>
    </w:p>
    <w:p w14:paraId="44A6F54B" w14:textId="77777777" w:rsidR="003D7A30" w:rsidRDefault="006C6BDA">
      <w:pPr>
        <w:pStyle w:val="SectionTitle"/>
      </w:pPr>
      <w:r>
        <w:t>How to Suffer Without Quitting</w:t>
      </w:r>
    </w:p>
    <w:p w14:paraId="541D0C18" w14:textId="77777777" w:rsidR="003D7A30" w:rsidRDefault="006C6BDA">
      <w:pPr>
        <w:pStyle w:val="GuideLine"/>
      </w:pPr>
      <w:r>
        <w:t>How to suffer honestly without quitting on Christ.</w:t>
      </w:r>
    </w:p>
    <w:p w14:paraId="7965EA5A"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Suffering is real, but so is Christ in it.</w:t>
      </w:r>
    </w:p>
    <w:p w14:paraId="55DC85A4" w14:textId="77777777" w:rsidR="003D7A30" w:rsidRDefault="006C6BDA">
      <w:pPr>
        <w:pStyle w:val="Body"/>
      </w:pPr>
      <w:r>
        <w:t>Every man will suffer.</w:t>
      </w:r>
    </w:p>
    <w:p w14:paraId="7A02177D" w14:textId="67C1B09C" w:rsidR="003D7A30" w:rsidRDefault="006C6BDA" w:rsidP="0071608E">
      <w:pPr>
        <w:pStyle w:val="LineStack"/>
        <w:ind w:left="0"/>
      </w:pPr>
      <w:r>
        <w:t>That is not a threat.</w:t>
      </w:r>
      <w:r w:rsidR="0071608E">
        <w:t xml:space="preserve"> </w:t>
      </w:r>
      <w:r>
        <w:t>It is a fact.</w:t>
      </w:r>
    </w:p>
    <w:p w14:paraId="59BB3AC9" w14:textId="77777777" w:rsidR="0071608E" w:rsidRDefault="0071608E" w:rsidP="0071608E">
      <w:pPr>
        <w:pStyle w:val="LineStack"/>
        <w:ind w:left="0"/>
      </w:pPr>
    </w:p>
    <w:p w14:paraId="3D4C023C" w14:textId="205E38F1" w:rsidR="003D7A30" w:rsidRDefault="006C6BDA" w:rsidP="0071608E">
      <w:pPr>
        <w:pStyle w:val="LineStack"/>
        <w:ind w:left="0"/>
      </w:pPr>
      <w:r>
        <w:t>Some suffering arrives suddenly.</w:t>
      </w:r>
    </w:p>
    <w:p w14:paraId="27FE79F6" w14:textId="77777777" w:rsidR="003D7A30" w:rsidRDefault="006C6BDA">
      <w:pPr>
        <w:pStyle w:val="LineStack"/>
      </w:pPr>
      <w:r>
        <w:t>A death.</w:t>
      </w:r>
    </w:p>
    <w:p w14:paraId="689994C0" w14:textId="77777777" w:rsidR="003D7A30" w:rsidRDefault="006C6BDA">
      <w:pPr>
        <w:pStyle w:val="LineStack"/>
      </w:pPr>
      <w:r>
        <w:t>A diagnosis.</w:t>
      </w:r>
    </w:p>
    <w:p w14:paraId="66EC8767" w14:textId="77777777" w:rsidR="003D7A30" w:rsidRDefault="006C6BDA">
      <w:pPr>
        <w:pStyle w:val="LineStack"/>
      </w:pPr>
      <w:r>
        <w:t>A betrayal.</w:t>
      </w:r>
    </w:p>
    <w:p w14:paraId="1B136BB6" w14:textId="77777777" w:rsidR="003D7A30" w:rsidRDefault="006C6BDA">
      <w:pPr>
        <w:pStyle w:val="LineStack"/>
      </w:pPr>
      <w:r>
        <w:t>A breakup.</w:t>
      </w:r>
    </w:p>
    <w:p w14:paraId="5317F12B" w14:textId="447D8449" w:rsidR="003D7A30" w:rsidRDefault="006C6BDA">
      <w:pPr>
        <w:pStyle w:val="LineStack"/>
      </w:pPr>
      <w:r>
        <w:t>A loss you did not see coming.</w:t>
      </w:r>
    </w:p>
    <w:p w14:paraId="1E48AE67" w14:textId="77777777" w:rsidR="00F4791E" w:rsidRDefault="00F4791E">
      <w:pPr>
        <w:pStyle w:val="LineStack"/>
      </w:pPr>
    </w:p>
    <w:p w14:paraId="588BE678" w14:textId="77777777" w:rsidR="003D7A30" w:rsidRDefault="006C6BDA">
      <w:pPr>
        <w:pStyle w:val="Body"/>
      </w:pPr>
      <w:r>
        <w:t>Some suffering arrives slowly.</w:t>
      </w:r>
    </w:p>
    <w:p w14:paraId="0A15805C" w14:textId="77777777" w:rsidR="003D7A30" w:rsidRDefault="006C6BDA">
      <w:pPr>
        <w:pStyle w:val="LineStack"/>
      </w:pPr>
      <w:r>
        <w:t>A long season of loneliness.</w:t>
      </w:r>
    </w:p>
    <w:p w14:paraId="75E9F913" w14:textId="77777777" w:rsidR="003D7A30" w:rsidRDefault="006C6BDA">
      <w:pPr>
        <w:pStyle w:val="LineStack"/>
      </w:pPr>
      <w:r>
        <w:t>A home that never quite feels settled.</w:t>
      </w:r>
    </w:p>
    <w:p w14:paraId="2C053BD3" w14:textId="77777777" w:rsidR="003D7A30" w:rsidRDefault="006C6BDA">
      <w:pPr>
        <w:pStyle w:val="LineStack"/>
      </w:pPr>
      <w:r>
        <w:t>A burden that does not leave.</w:t>
      </w:r>
    </w:p>
    <w:p w14:paraId="5FD4D31C" w14:textId="77777777" w:rsidR="003D7A30" w:rsidRDefault="006C6BDA">
      <w:pPr>
        <w:pStyle w:val="LineStack"/>
      </w:pPr>
      <w:r>
        <w:t>A body that grows weaker.</w:t>
      </w:r>
    </w:p>
    <w:p w14:paraId="02B3C1A0" w14:textId="77777777" w:rsidR="003D7A30" w:rsidRDefault="006C6BDA">
      <w:pPr>
        <w:pStyle w:val="LineStack"/>
      </w:pPr>
      <w:r>
        <w:t>A temptation that does not die as quickly as you hoped.</w:t>
      </w:r>
    </w:p>
    <w:p w14:paraId="4517D28B" w14:textId="77777777" w:rsidR="003D7A30" w:rsidRDefault="006C6BDA">
      <w:pPr>
        <w:pStyle w:val="LineStack"/>
      </w:pPr>
      <w:r>
        <w:t>A prayer that seems to go unanswered.</w:t>
      </w:r>
    </w:p>
    <w:p w14:paraId="3DF4F9E9" w14:textId="65575CA3" w:rsidR="003D7A30" w:rsidRDefault="006C6BDA">
      <w:pPr>
        <w:pStyle w:val="LineStack"/>
      </w:pPr>
      <w:r>
        <w:t>A future that stays cloudier than you wanted.</w:t>
      </w:r>
    </w:p>
    <w:p w14:paraId="6389D465" w14:textId="77777777" w:rsidR="00F4791E" w:rsidRDefault="00F4791E">
      <w:pPr>
        <w:pStyle w:val="LineStack"/>
      </w:pPr>
    </w:p>
    <w:p w14:paraId="7A244133" w14:textId="77777777" w:rsidR="003D7A30" w:rsidRDefault="006C6BDA">
      <w:pPr>
        <w:pStyle w:val="Body"/>
      </w:pPr>
      <w:r>
        <w:t>But one way or another, suffering comes.</w:t>
      </w:r>
    </w:p>
    <w:p w14:paraId="5BE62E66" w14:textId="77777777" w:rsidR="003D7A30" w:rsidRDefault="006C6BDA">
      <w:pPr>
        <w:pStyle w:val="Body"/>
      </w:pPr>
      <w:r>
        <w:t>And when it comes, it reveals a great deal about a man.</w:t>
      </w:r>
    </w:p>
    <w:p w14:paraId="324D93DF" w14:textId="77777777" w:rsidR="0089210F" w:rsidRDefault="006C6BDA" w:rsidP="0089210F">
      <w:pPr>
        <w:pStyle w:val="LineStack"/>
        <w:ind w:left="0"/>
      </w:pPr>
      <w:r>
        <w:t>Not all at once.</w:t>
      </w:r>
      <w:r w:rsidR="0089210F">
        <w:t xml:space="preserve"> </w:t>
      </w:r>
      <w:r>
        <w:t>Not perfectly.</w:t>
      </w:r>
      <w:r w:rsidR="0089210F">
        <w:t xml:space="preserve"> </w:t>
      </w:r>
      <w:r>
        <w:t>But truly.</w:t>
      </w:r>
    </w:p>
    <w:p w14:paraId="3DD5785E" w14:textId="5C793E08" w:rsidR="003D7A30" w:rsidRDefault="006C6BDA" w:rsidP="0089210F">
      <w:pPr>
        <w:pStyle w:val="LineStack"/>
        <w:ind w:left="0"/>
      </w:pPr>
      <w:r>
        <w:lastRenderedPageBreak/>
        <w:t>Because suffering puts pressure on everything.</w:t>
      </w:r>
    </w:p>
    <w:p w14:paraId="41778CA2" w14:textId="77777777" w:rsidR="003D7A30" w:rsidRDefault="006C6BDA">
      <w:pPr>
        <w:pStyle w:val="LineStack"/>
      </w:pPr>
      <w:r>
        <w:t>It tests what a man believes about God.</w:t>
      </w:r>
    </w:p>
    <w:p w14:paraId="225AFE91" w14:textId="77777777" w:rsidR="003D7A30" w:rsidRDefault="006C6BDA">
      <w:pPr>
        <w:pStyle w:val="LineStack"/>
      </w:pPr>
      <w:r>
        <w:t>It tests what kind of strength he has been building.</w:t>
      </w:r>
    </w:p>
    <w:p w14:paraId="17E4C0BE" w14:textId="77777777" w:rsidR="003D7A30" w:rsidRDefault="006C6BDA">
      <w:pPr>
        <w:pStyle w:val="LineStack"/>
      </w:pPr>
      <w:r>
        <w:t>It tests whether his habits were real or theatrical.</w:t>
      </w:r>
    </w:p>
    <w:p w14:paraId="3DC2F81D" w14:textId="77777777" w:rsidR="003D7A30" w:rsidRDefault="006C6BDA">
      <w:pPr>
        <w:pStyle w:val="LineStack"/>
      </w:pPr>
      <w:r>
        <w:t>It tests whether his faith was only bright-weather faith.</w:t>
      </w:r>
    </w:p>
    <w:p w14:paraId="7BB5481F" w14:textId="77777777" w:rsidR="003D7A30" w:rsidRDefault="006C6BDA">
      <w:pPr>
        <w:pStyle w:val="LineStack"/>
      </w:pPr>
      <w:r>
        <w:t>It tests whether he knows how to receive help.</w:t>
      </w:r>
    </w:p>
    <w:p w14:paraId="749CDA6C" w14:textId="53F2151B" w:rsidR="003D7A30" w:rsidRDefault="006C6BDA">
      <w:pPr>
        <w:pStyle w:val="LineStack"/>
      </w:pPr>
      <w:r>
        <w:t>It tests whether he runs toward Christ or away from Him when life goes dark.</w:t>
      </w:r>
    </w:p>
    <w:p w14:paraId="09207E56" w14:textId="77777777" w:rsidR="00F4791E" w:rsidRDefault="00F4791E">
      <w:pPr>
        <w:pStyle w:val="LineStack"/>
      </w:pPr>
    </w:p>
    <w:p w14:paraId="40746987" w14:textId="77777777" w:rsidR="003D7A30" w:rsidRDefault="006C6BDA">
      <w:pPr>
        <w:pStyle w:val="Body"/>
      </w:pPr>
      <w:r>
        <w:t>That is why this chapter matters.</w:t>
      </w:r>
    </w:p>
    <w:p w14:paraId="4D014977" w14:textId="77777777" w:rsidR="003D7A30" w:rsidRDefault="006C6BDA">
      <w:pPr>
        <w:pStyle w:val="Body"/>
      </w:pPr>
      <w:r>
        <w:t>Not because suffering is the whole Christian life.</w:t>
      </w:r>
    </w:p>
    <w:p w14:paraId="456C49E0" w14:textId="77777777" w:rsidR="003D7A30" w:rsidRDefault="006C6BDA">
      <w:pPr>
        <w:pStyle w:val="Body"/>
      </w:pPr>
      <w:r>
        <w:t>But because a field guide for Christian men that does not teach them how to suffer will fail them when they need it most.</w:t>
      </w:r>
    </w:p>
    <w:p w14:paraId="665AE293" w14:textId="77777777" w:rsidR="003D7A30" w:rsidRDefault="006C6BDA">
      <w:pPr>
        <w:pStyle w:val="Body"/>
      </w:pPr>
      <w:r>
        <w:t>A lot of young men have quietly absorbed bad ideas about suffering.</w:t>
      </w:r>
    </w:p>
    <w:p w14:paraId="47B31731" w14:textId="77777777" w:rsidR="003D7A30" w:rsidRDefault="006C6BDA">
      <w:pPr>
        <w:pStyle w:val="LineStack"/>
        <w:ind w:left="0"/>
      </w:pPr>
      <w:r>
        <w:t>One bad idea says:</w:t>
      </w:r>
    </w:p>
    <w:p w14:paraId="3C8D7AF5" w14:textId="77777777" w:rsidR="003D7A30" w:rsidRDefault="006C6BDA">
      <w:pPr>
        <w:pStyle w:val="LineStack"/>
      </w:pPr>
      <w:r>
        <w:t>If I am really faithful, serious, and disciplined, I should be able to avoid most of it.</w:t>
      </w:r>
    </w:p>
    <w:p w14:paraId="1AB2DFC6" w14:textId="77777777" w:rsidR="003D7A30" w:rsidRDefault="006C6BDA">
      <w:pPr>
        <w:pStyle w:val="LineStack"/>
        <w:ind w:left="0"/>
      </w:pPr>
      <w:r>
        <w:t>Another says:</w:t>
      </w:r>
    </w:p>
    <w:p w14:paraId="5B3F6F71" w14:textId="77777777" w:rsidR="003D7A30" w:rsidRDefault="006C6BDA">
      <w:pPr>
        <w:pStyle w:val="LineStack"/>
      </w:pPr>
      <w:r>
        <w:t>If I am suffering, I must be failing.</w:t>
      </w:r>
    </w:p>
    <w:p w14:paraId="2BA32AF4" w14:textId="77777777" w:rsidR="003D7A30" w:rsidRDefault="006C6BDA">
      <w:pPr>
        <w:pStyle w:val="LineStack"/>
        <w:ind w:left="0"/>
      </w:pPr>
      <w:r>
        <w:t>Another says:</w:t>
      </w:r>
    </w:p>
    <w:p w14:paraId="2DB39182" w14:textId="77777777" w:rsidR="003D7A30" w:rsidRDefault="006C6BDA">
      <w:pPr>
        <w:pStyle w:val="LineStack"/>
      </w:pPr>
      <w:r>
        <w:t>If God loved me, this would not feel like this.</w:t>
      </w:r>
    </w:p>
    <w:p w14:paraId="5CE1EAE9" w14:textId="77777777" w:rsidR="003D7A30" w:rsidRDefault="006C6BDA">
      <w:pPr>
        <w:pStyle w:val="LineStack"/>
        <w:ind w:left="0"/>
      </w:pPr>
      <w:r>
        <w:t>Another says:</w:t>
      </w:r>
    </w:p>
    <w:p w14:paraId="61FDDFCF" w14:textId="77777777" w:rsidR="003D7A30" w:rsidRDefault="006C6BDA">
      <w:pPr>
        <w:pStyle w:val="LineStack"/>
      </w:pPr>
      <w:r>
        <w:t>If I were stronger, this would not affect me so much.</w:t>
      </w:r>
    </w:p>
    <w:p w14:paraId="637FE901" w14:textId="77777777" w:rsidR="003D7A30" w:rsidRDefault="006C6BDA">
      <w:pPr>
        <w:pStyle w:val="LineStack"/>
        <w:ind w:left="0"/>
      </w:pPr>
      <w:r>
        <w:t>Another says:</w:t>
      </w:r>
    </w:p>
    <w:p w14:paraId="3D1ABF47" w14:textId="3E9B4E55" w:rsidR="003D7A30" w:rsidRDefault="006C6BDA">
      <w:pPr>
        <w:pStyle w:val="LineStack"/>
      </w:pPr>
      <w:r>
        <w:t>The right response to pain is to shut up, toughen up, and keep everything inside.</w:t>
      </w:r>
    </w:p>
    <w:p w14:paraId="6718E958" w14:textId="77777777" w:rsidR="00F4791E" w:rsidRDefault="00F4791E">
      <w:pPr>
        <w:pStyle w:val="LineStack"/>
      </w:pPr>
    </w:p>
    <w:p w14:paraId="4628E08F" w14:textId="77777777" w:rsidR="003D7A30" w:rsidRDefault="006C6BDA">
      <w:pPr>
        <w:pStyle w:val="Body"/>
      </w:pPr>
      <w:r>
        <w:t>None of those ideas will help you.</w:t>
      </w:r>
    </w:p>
    <w:p w14:paraId="293B98A8" w14:textId="77777777" w:rsidR="003D7A30" w:rsidRDefault="006C6BDA">
      <w:pPr>
        <w:pStyle w:val="Body"/>
      </w:pPr>
      <w:r>
        <w:t>They will only make pain heavier and make isolation deeper.</w:t>
      </w:r>
    </w:p>
    <w:p w14:paraId="6E5C1C2D" w14:textId="68A0B7B3" w:rsidR="003D7A30" w:rsidRDefault="006C6BDA">
      <w:pPr>
        <w:pStyle w:val="Body"/>
      </w:pPr>
      <w:r>
        <w:t>The Christian does not get to avoid suffering. He gets something better. He gets Christ in it.</w:t>
      </w:r>
    </w:p>
    <w:p w14:paraId="0211A444" w14:textId="77777777" w:rsidR="00F4791E" w:rsidRDefault="00355FEC">
      <w:pPr>
        <w:pStyle w:val="Body"/>
      </w:pPr>
      <w:r>
        <w:t xml:space="preserve">God is not mainly concerned with making your life comfortable. He is concerned with making you His. That means He may sometimes allow, and even use, the very hardships you are asking Him to remove. Not because He is indifferent to your pain. Not because suffering is good by itself. But because He knows how to work even through heat, pressure, weakness, and the long road of difficulty. </w:t>
      </w:r>
    </w:p>
    <w:p w14:paraId="5BA5BD50" w14:textId="77777777" w:rsidR="00F4791E" w:rsidRDefault="00355FEC">
      <w:pPr>
        <w:pStyle w:val="Body"/>
      </w:pPr>
      <w:r>
        <w:t xml:space="preserve">The forge is not an accident. </w:t>
      </w:r>
    </w:p>
    <w:p w14:paraId="78B441CA" w14:textId="005C8FA4" w:rsidR="00355FEC" w:rsidRDefault="00355FEC">
      <w:pPr>
        <w:pStyle w:val="Body"/>
      </w:pPr>
      <w:r>
        <w:t>The Smith knows what He is making.</w:t>
      </w:r>
    </w:p>
    <w:p w14:paraId="57598A44" w14:textId="77777777" w:rsidR="00F4791E" w:rsidRPr="00F4791E" w:rsidRDefault="00F4791E" w:rsidP="00F4791E">
      <w:pPr>
        <w:pStyle w:val="Body"/>
      </w:pPr>
      <w:r w:rsidRPr="00F4791E">
        <w:t>He is not untouched by what you carry. The God who permits suffering is the same God who entered suffering in the flesh. Jesus knew hunger, exhaustion, grief, betrayal, and anguish. He wept at a grave. He prayed in a garden under crushing sorrow. He hung on a cross for sinners.</w:t>
      </w:r>
    </w:p>
    <w:p w14:paraId="211A26C6" w14:textId="4D63BCFA" w:rsidR="00F4791E" w:rsidRPr="00F4791E" w:rsidRDefault="00F4791E" w:rsidP="00F4791E">
      <w:pPr>
        <w:pStyle w:val="Body"/>
      </w:pPr>
      <w:r w:rsidRPr="00F4791E">
        <w:t>So</w:t>
      </w:r>
      <w:r>
        <w:t>,</w:t>
      </w:r>
      <w:r w:rsidRPr="00F4791E">
        <w:t xml:space="preserve"> when you suffer, you are not speaking to a God who watches pain from a safe distance.</w:t>
      </w:r>
    </w:p>
    <w:p w14:paraId="79FF376E" w14:textId="652E991E" w:rsidR="00F4791E" w:rsidRDefault="00F4791E">
      <w:pPr>
        <w:pStyle w:val="Body"/>
      </w:pPr>
      <w:r w:rsidRPr="00F4791E">
        <w:t>You are speaking to the crucified and risen Christ, who knows suffering and has already carried the worst of it for you.</w:t>
      </w:r>
    </w:p>
    <w:p w14:paraId="47B4FC33" w14:textId="77777777" w:rsidR="0089210F" w:rsidRDefault="0089210F">
      <w:pPr>
        <w:pStyle w:val="Body"/>
      </w:pPr>
    </w:p>
    <w:p w14:paraId="5EB1DE8F" w14:textId="77777777" w:rsidR="003D7A30" w:rsidRDefault="006C6BDA">
      <w:pPr>
        <w:pStyle w:val="Body"/>
      </w:pPr>
      <w:r>
        <w:lastRenderedPageBreak/>
        <w:t>I am not writing this chapter from a distance.</w:t>
      </w:r>
    </w:p>
    <w:p w14:paraId="68B409A9" w14:textId="77777777" w:rsidR="003D7A30" w:rsidRDefault="006C6BDA">
      <w:pPr>
        <w:pStyle w:val="Body"/>
      </w:pPr>
      <w:r>
        <w:t>I served in the Army during the Iraq War, and I have carried wounds that were not visible from the outside. I know something of fear, shame, exhaustion, and the temptation to numb what hurts.</w:t>
      </w:r>
    </w:p>
    <w:p w14:paraId="5DE37FF2" w14:textId="77777777" w:rsidR="003D7A30" w:rsidRDefault="006C6BDA">
      <w:pPr>
        <w:pStyle w:val="Body"/>
      </w:pPr>
      <w:r>
        <w:t>I also know this: pretending was not strength. Hiding was not healing. Christ was merciful to me there. He brought me back through His Word, through confession, through people who helped me, and through mercy I did not earn.</w:t>
      </w:r>
    </w:p>
    <w:p w14:paraId="7BB041CC" w14:textId="41645175" w:rsidR="003D7A30" w:rsidRDefault="006C6BDA">
      <w:pPr>
        <w:pStyle w:val="Body"/>
      </w:pPr>
      <w:r>
        <w:t>So</w:t>
      </w:r>
      <w:r w:rsidR="00153711">
        <w:t>,</w:t>
      </w:r>
      <w:r>
        <w:t xml:space="preserve"> when I say, “Do not suffer alone,” I am not saying it as a slogan. I am saying it as a man who has needed that mercy too.</w:t>
      </w:r>
    </w:p>
    <w:p w14:paraId="33D93BFA" w14:textId="77777777" w:rsidR="003D7A30" w:rsidRDefault="006C6BDA">
      <w:pPr>
        <w:pStyle w:val="Body"/>
      </w:pPr>
      <w:r>
        <w:t>Suffering tempts. It tempts a man to bitterness, numbness, self-pity, withdrawal, cynicism, anger at God, secret indulgence, and quitting quietly.</w:t>
      </w:r>
    </w:p>
    <w:p w14:paraId="59EE29CE" w14:textId="77777777" w:rsidR="00F4791E" w:rsidRDefault="006C6BDA">
      <w:pPr>
        <w:pStyle w:val="Body"/>
      </w:pPr>
      <w:r>
        <w:t xml:space="preserve">Numbness can feel safer than grief. A man may not say, “I am quitting.” He may simply stop caring. He keeps showing up, but part of him has gone underground. He laughs when he is supposed to laugh, answers when people ask how he is doing, and does what needs to be done, but he has quietly made a bargain with pain: </w:t>
      </w:r>
      <w:r w:rsidRPr="00F4791E">
        <w:rPr>
          <w:b/>
          <w:bCs/>
        </w:rPr>
        <w:t>if I do not feel too much, maybe I can survive this.</w:t>
      </w:r>
      <w:r>
        <w:t xml:space="preserve"> </w:t>
      </w:r>
    </w:p>
    <w:p w14:paraId="2FDEABE1" w14:textId="1EEBDF9C" w:rsidR="003D7A30" w:rsidRDefault="006C6BDA">
      <w:pPr>
        <w:pStyle w:val="Body"/>
      </w:pPr>
      <w:r>
        <w:t>That bargain may look strong from the outside, but it slowly teaches the soul to hide from God, from brothers, and from hope.</w:t>
      </w:r>
    </w:p>
    <w:p w14:paraId="0C74AA36" w14:textId="77777777" w:rsidR="003D7A30" w:rsidRDefault="006C6BDA">
      <w:pPr>
        <w:pStyle w:val="Body"/>
      </w:pPr>
      <w:r>
        <w:t>That is why a man must learn not merely how to hurt, but how to hurt without surrendering his soul.</w:t>
      </w:r>
    </w:p>
    <w:p w14:paraId="72B29A6D" w14:textId="77777777" w:rsidR="003D7A30" w:rsidRDefault="006C6BDA">
      <w:pPr>
        <w:pStyle w:val="Body"/>
      </w:pPr>
      <w:r>
        <w:t>Lament matters here. Psalm 42 gives words to a suffering man:</w:t>
      </w:r>
    </w:p>
    <w:p w14:paraId="48DB4C5F" w14:textId="77777777" w:rsidR="003D7A30" w:rsidRDefault="006C6BDA">
      <w:pPr>
        <w:pStyle w:val="ScriptureAnchor"/>
        <w:keepLines/>
        <w:shd w:val="clear" w:color="auto" w:fill="F2F2F2"/>
        <w:spacing w:before="120"/>
      </w:pPr>
      <w:r>
        <w:t>Scripture Anchor — Psalm 42:5, 11</w:t>
      </w:r>
    </w:p>
    <w:p w14:paraId="200DAD42" w14:textId="77777777" w:rsidR="003D7A30" w:rsidRDefault="006C6BDA">
      <w:pPr>
        <w:pStyle w:val="ScriptureQuote"/>
      </w:pPr>
      <w:r>
        <w:t>Why are you cast down, O my soul, and why are you in turmoil within me? Hope in God; for I shall again praise him, my salvation and my God.</w:t>
      </w:r>
    </w:p>
    <w:p w14:paraId="47BC8129" w14:textId="77777777" w:rsidR="003D7A30" w:rsidRDefault="006C6BDA">
      <w:pPr>
        <w:pStyle w:val="Body"/>
      </w:pPr>
      <w:r>
        <w:t>The psalmist does three things at once. He tells the truth about his own soul. He speaks to himself instead of letting despair have the only voice. And he turns his hope back toward God.</w:t>
      </w:r>
    </w:p>
    <w:p w14:paraId="25B3E6FA" w14:textId="77777777" w:rsidR="003D7A30" w:rsidRDefault="006C6BDA">
      <w:pPr>
        <w:pStyle w:val="Body"/>
      </w:pPr>
      <w:r>
        <w:t>Faithful suffering is not silence. It is speech turned toward the right place.</w:t>
      </w:r>
    </w:p>
    <w:p w14:paraId="01B0B993" w14:textId="77777777" w:rsidR="003D7A30" w:rsidRDefault="006C6BDA">
      <w:pPr>
        <w:pStyle w:val="Body"/>
      </w:pPr>
      <w:r>
        <w:t>A suffering man must learn to pray honestly:</w:t>
      </w:r>
    </w:p>
    <w:p w14:paraId="73CBEB14" w14:textId="77777777" w:rsidR="003D7A30" w:rsidRDefault="006C6BDA">
      <w:pPr>
        <w:pStyle w:val="LineStack"/>
      </w:pPr>
      <w:r>
        <w:t>Lord, I am tired.</w:t>
      </w:r>
    </w:p>
    <w:p w14:paraId="710664B0" w14:textId="77777777" w:rsidR="003D7A30" w:rsidRDefault="006C6BDA">
      <w:pPr>
        <w:pStyle w:val="LineStack"/>
      </w:pPr>
      <w:r>
        <w:t>Lord, I do not understand this.</w:t>
      </w:r>
    </w:p>
    <w:p w14:paraId="1D519F9D" w14:textId="77777777" w:rsidR="003D7A30" w:rsidRDefault="006C6BDA">
      <w:pPr>
        <w:pStyle w:val="LineStack"/>
      </w:pPr>
      <w:r>
        <w:t>Lord, I am afraid.</w:t>
      </w:r>
    </w:p>
    <w:p w14:paraId="5F64FE42" w14:textId="20C69E47" w:rsidR="003D7A30" w:rsidRDefault="006C6BDA">
      <w:pPr>
        <w:pStyle w:val="LineStack"/>
      </w:pPr>
      <w:r>
        <w:t>Lord, keep me from turning away.</w:t>
      </w:r>
    </w:p>
    <w:p w14:paraId="7EB2C67B" w14:textId="77777777" w:rsidR="00F4791E" w:rsidRDefault="00F4791E">
      <w:pPr>
        <w:pStyle w:val="LineStack"/>
      </w:pPr>
    </w:p>
    <w:p w14:paraId="407B1AF8" w14:textId="77777777" w:rsidR="003D7A30" w:rsidRDefault="006C6BDA">
      <w:pPr>
        <w:pStyle w:val="Body"/>
      </w:pPr>
      <w:r>
        <w:t>Suffering also makes isolation especially dangerous. Some men withdraw because they do not want to burden others or look weak. But a burden shared is less likely to become poisonous.</w:t>
      </w:r>
    </w:p>
    <w:p w14:paraId="4DC672A3" w14:textId="77777777" w:rsidR="003D7A30" w:rsidRDefault="006C6BDA">
      <w:pPr>
        <w:pStyle w:val="Body"/>
      </w:pPr>
      <w:r>
        <w:t>Galatians says, “Bear one another’s burdens.” That means burdens are real, and it means God did not design men to carry every burden in total solitude.</w:t>
      </w:r>
    </w:p>
    <w:p w14:paraId="5128A930" w14:textId="77777777" w:rsidR="003D7A30" w:rsidRDefault="006C6BDA">
      <w:pPr>
        <w:pStyle w:val="Body"/>
      </w:pPr>
      <w:r>
        <w:t>Do not let pain become your new teacher. Christ must remain your teacher, even in pain.</w:t>
      </w:r>
    </w:p>
    <w:p w14:paraId="5B157B4E" w14:textId="6C342E5A" w:rsidR="00F4791E" w:rsidRDefault="006C6BDA">
      <w:pPr>
        <w:pStyle w:val="Body"/>
      </w:pPr>
      <w:r>
        <w:t>That does not mean every kind of suffering is to be passively endured in exactly the same way. Some suffering should be relieved if possible. Some situations should be left. Some trauma needs careful help. Depression, anxiety, grief, and deep emotional heaviness are not handled faithfully by pretending they are not real.</w:t>
      </w:r>
    </w:p>
    <w:p w14:paraId="3E0F7859" w14:textId="77777777" w:rsidR="003D7A30" w:rsidRDefault="006C6BDA">
      <w:pPr>
        <w:pStyle w:val="Body"/>
      </w:pPr>
      <w:r>
        <w:lastRenderedPageBreak/>
        <w:t>“Suffer without quitting” does not mean “never seek help.” It means: do not quit on Christ, truth, church, prayer, or hope. If you feel unable to function, constantly hopeless, numb for a long time, or afraid of what you might do, tell a trusted adult and get help. A Christian man can pray and also talk to a counselor. He can trust God and also see a doctor. Seeking help is not weakness. It is one way to bring suffering into the light.</w:t>
      </w:r>
    </w:p>
    <w:p w14:paraId="4E14AFB5" w14:textId="62284F94" w:rsidR="00355FEC" w:rsidRDefault="006C6BDA">
      <w:pPr>
        <w:pStyle w:val="Body"/>
      </w:pPr>
      <w:r>
        <w:t>This exercise is not asking you to explain your suffering or prove you are handling it well. It is simply a way to tell the truth, notice the temptation, and take one step toward Christ and honest help.</w:t>
      </w:r>
    </w:p>
    <w:p w14:paraId="02912763"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Field Exercise</w:t>
      </w:r>
    </w:p>
    <w:p w14:paraId="15A0B5F1" w14:textId="77777777" w:rsidR="003D7A30" w:rsidRDefault="006C6BDA">
      <w:pPr>
        <w:pStyle w:val="Body"/>
        <w:pBdr>
          <w:left w:val="single" w:sz="10" w:space="0" w:color="D0D0D0"/>
          <w:right w:val="single" w:sz="10" w:space="0" w:color="D0D0D0"/>
        </w:pBdr>
        <w:shd w:val="clear" w:color="auto" w:fill="F7F7F7"/>
        <w:spacing w:after="0"/>
        <w:ind w:left="173" w:right="115"/>
      </w:pPr>
      <w:r>
        <w:t>Draw a simple path with three markers:</w:t>
      </w:r>
    </w:p>
    <w:p w14:paraId="5170A223" w14:textId="77777777" w:rsidR="003D7A30" w:rsidRDefault="006C6BDA">
      <w:pPr>
        <w:pStyle w:val="LineStack"/>
        <w:pBdr>
          <w:left w:val="single" w:sz="10" w:space="0" w:color="D0D0D0"/>
          <w:right w:val="single" w:sz="10" w:space="0" w:color="D0D0D0"/>
        </w:pBdr>
        <w:shd w:val="clear" w:color="auto" w:fill="F7F7F7"/>
        <w:spacing w:after="0"/>
        <w:ind w:left="173" w:right="115"/>
      </w:pPr>
      <w:r>
        <w:t>Pain</w:t>
      </w:r>
    </w:p>
    <w:p w14:paraId="69090369" w14:textId="77777777" w:rsidR="003D7A30" w:rsidRDefault="006C6BDA">
      <w:pPr>
        <w:pStyle w:val="LineStack"/>
        <w:pBdr>
          <w:left w:val="single" w:sz="10" w:space="0" w:color="D0D0D0"/>
          <w:right w:val="single" w:sz="10" w:space="0" w:color="D0D0D0"/>
        </w:pBdr>
        <w:shd w:val="clear" w:color="auto" w:fill="F7F7F7"/>
        <w:spacing w:after="0"/>
        <w:ind w:left="173" w:right="115"/>
      </w:pPr>
      <w:r>
        <w:t>Temptation</w:t>
      </w:r>
    </w:p>
    <w:p w14:paraId="19D4C62A" w14:textId="77777777" w:rsidR="003D7A30" w:rsidRDefault="006C6BDA">
      <w:pPr>
        <w:pStyle w:val="LineStack"/>
        <w:pBdr>
          <w:left w:val="single" w:sz="10" w:space="0" w:color="D0D0D0"/>
          <w:right w:val="single" w:sz="10" w:space="0" w:color="D0D0D0"/>
        </w:pBdr>
        <w:shd w:val="clear" w:color="auto" w:fill="F7F7F7"/>
        <w:spacing w:after="0"/>
        <w:ind w:left="173" w:right="115"/>
      </w:pPr>
      <w:r>
        <w:t>Faithful next step</w:t>
      </w:r>
    </w:p>
    <w:p w14:paraId="12C2E5C5" w14:textId="77777777" w:rsidR="003D7A30" w:rsidRDefault="006C6BDA">
      <w:pPr>
        <w:pStyle w:val="Body"/>
        <w:pBdr>
          <w:left w:val="single" w:sz="10" w:space="0" w:color="D0D0D0"/>
          <w:right w:val="single" w:sz="10" w:space="0" w:color="D0D0D0"/>
        </w:pBdr>
        <w:shd w:val="clear" w:color="auto" w:fill="F7F7F7"/>
        <w:spacing w:after="0"/>
        <w:ind w:left="173" w:right="115"/>
      </w:pPr>
      <w:r>
        <w:t>Under Pain, name what is heavy right now.</w:t>
      </w:r>
    </w:p>
    <w:p w14:paraId="59F565FF" w14:textId="77777777" w:rsidR="003D7A30" w:rsidRDefault="006C6BDA">
      <w:pPr>
        <w:pStyle w:val="Body"/>
        <w:pBdr>
          <w:left w:val="single" w:sz="10" w:space="0" w:color="D0D0D0"/>
          <w:right w:val="single" w:sz="10" w:space="0" w:color="D0D0D0"/>
        </w:pBdr>
        <w:shd w:val="clear" w:color="auto" w:fill="F7F7F7"/>
        <w:spacing w:after="0"/>
        <w:ind w:left="173" w:right="115"/>
      </w:pPr>
      <w:r>
        <w:t>Under Temptation, name what that pain makes you want to do.</w:t>
      </w:r>
    </w:p>
    <w:p w14:paraId="3656C0A7" w14:textId="77777777" w:rsidR="003D7A30" w:rsidRDefault="006C6BDA">
      <w:pPr>
        <w:pStyle w:val="Body"/>
        <w:pBdr>
          <w:left w:val="single" w:sz="10" w:space="0" w:color="D0D0D0"/>
          <w:bottom w:val="single" w:sz="10" w:space="0" w:color="D0D0D0"/>
          <w:right w:val="single" w:sz="10" w:space="0" w:color="D0D0D0"/>
        </w:pBdr>
        <w:shd w:val="clear" w:color="auto" w:fill="F7F7F7"/>
        <w:spacing w:after="0"/>
        <w:ind w:left="173" w:right="115"/>
      </w:pPr>
      <w:r>
        <w:t>Under Faithful next step, write one way to stay near Christ, the Church, and honest help.</w:t>
      </w:r>
    </w:p>
    <w:p w14:paraId="3929986A"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0BC8FADE"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Lord Jesus, keep me from bitterness, numbness, self-pity, and isolation. Teach me to suffer honestly without quitting on You. Give me grace to pray when I feel empty, stay near Your Church when I feel dull, and tell the truth when I want to disappear. Amen.</w:t>
      </w:r>
    </w:p>
    <w:p w14:paraId="384CE0C1" w14:textId="77777777" w:rsidR="003D7A30" w:rsidRDefault="006C6BDA">
      <w:pPr>
        <w:pStyle w:val="Subhead"/>
        <w:spacing w:after="80"/>
        <w:rPr>
          <w:color w:val="546478"/>
        </w:rPr>
      </w:pPr>
      <w:r>
        <w:rPr>
          <w:color w:val="546478"/>
        </w:rPr>
        <w:t>Notes</w:t>
      </w:r>
    </w:p>
    <w:p w14:paraId="7857183D" w14:textId="77777777" w:rsidR="003D7A30" w:rsidRDefault="006C6BDA">
      <w:pPr>
        <w:pStyle w:val="SectionLabel"/>
        <w:pageBreakBefore/>
      </w:pPr>
      <w:r>
        <w:lastRenderedPageBreak/>
        <w:t>Chapter 22</w:t>
      </w:r>
    </w:p>
    <w:p w14:paraId="4049CAFB" w14:textId="77777777" w:rsidR="003D7A30" w:rsidRDefault="006C6BDA">
      <w:pPr>
        <w:pStyle w:val="SectionTitle"/>
      </w:pPr>
      <w:r>
        <w:t>Ordinary Faithfulness</w:t>
      </w:r>
    </w:p>
    <w:p w14:paraId="69FCCB89" w14:textId="77777777" w:rsidR="003D7A30" w:rsidRDefault="006C6BDA">
      <w:pPr>
        <w:pStyle w:val="GuideLine"/>
      </w:pPr>
      <w:r>
        <w:t>Why the ordinary week in front of you matters more than you think.</w:t>
      </w:r>
    </w:p>
    <w:p w14:paraId="22192422" w14:textId="77777777" w:rsidR="003D7A30" w:rsidRDefault="006C6BDA">
      <w:pPr>
        <w:pStyle w:val="Takeaway"/>
        <w:shd w:val="clear" w:color="auto" w:fill="F2F2F2"/>
      </w:pPr>
      <w:r>
        <w:t>Remember this: Most of your life will be ordinary. That is not a problem to fix. It is a gift to receive.</w:t>
      </w:r>
    </w:p>
    <w:p w14:paraId="398BEC44" w14:textId="77777777" w:rsidR="003D7A30" w:rsidRDefault="006C6BDA">
      <w:pPr>
        <w:pStyle w:val="Body"/>
      </w:pPr>
      <w:r>
        <w:t>Picture a Tuesday.</w:t>
      </w:r>
    </w:p>
    <w:p w14:paraId="47F3C438" w14:textId="77777777" w:rsidR="003D7A30" w:rsidRDefault="006C6BDA">
      <w:pPr>
        <w:pStyle w:val="Body"/>
      </w:pPr>
      <w:r>
        <w:t>Not a significant Tuesday. Not a Tuesday with a game, a test, a hard conversation, or anything worth putting in a story later.</w:t>
      </w:r>
    </w:p>
    <w:p w14:paraId="6DBB782D" w14:textId="77777777" w:rsidR="003D7A30" w:rsidRDefault="006C6BDA">
      <w:pPr>
        <w:pStyle w:val="Body"/>
      </w:pPr>
      <w:r>
        <w:t>Just a Tuesday.</w:t>
      </w:r>
    </w:p>
    <w:p w14:paraId="4BFE3C66" w14:textId="77777777" w:rsidR="003D7A30" w:rsidRDefault="006C6BDA">
      <w:pPr>
        <w:pStyle w:val="Body"/>
      </w:pPr>
      <w:r>
        <w:t>You wake up. You probably reach for your phone before your feet hit the floor. You move through the morning with varying degrees of intention. You go to class or to work or to practice. You eat something. You talk with people you chose and people God simply placed near you. You come home. You are tired in a way that does not feel earned. You go to sleep.</w:t>
      </w:r>
    </w:p>
    <w:p w14:paraId="735FFE2D" w14:textId="77777777" w:rsidR="003D7A30" w:rsidRDefault="006C6BDA">
      <w:pPr>
        <w:pStyle w:val="Body"/>
      </w:pPr>
      <w:r>
        <w:t>Then Wednesday arrives and does mostly the same thing.</w:t>
      </w:r>
    </w:p>
    <w:p w14:paraId="44A6FE7B" w14:textId="77777777" w:rsidR="003D7A30" w:rsidRDefault="006C6BDA">
      <w:pPr>
        <w:pStyle w:val="Body"/>
      </w:pPr>
      <w:r>
        <w:t>That is most of your life.</w:t>
      </w:r>
    </w:p>
    <w:p w14:paraId="557D9185" w14:textId="77777777" w:rsidR="003D7A30" w:rsidRDefault="006C6BDA">
      <w:pPr>
        <w:pStyle w:val="Body"/>
      </w:pPr>
      <w:r>
        <w:t>Not the big conversations. Not the dramatic choices. Not the moments of clarity that feel like they belong in a testimony.</w:t>
      </w:r>
    </w:p>
    <w:p w14:paraId="4D44772E" w14:textId="77777777" w:rsidR="003D7A30" w:rsidRDefault="006C6BDA">
      <w:pPr>
        <w:pStyle w:val="Body"/>
      </w:pPr>
      <w:r>
        <w:t>Most of your life is made of ordinary days that do not announce themselves as significant, do not reward you for showing up, and do not feel like the kind of raw material God uses to build anything that lasts.</w:t>
      </w:r>
    </w:p>
    <w:p w14:paraId="569CEDB6" w14:textId="77777777" w:rsidR="003D7A30" w:rsidRDefault="006C6BDA">
      <w:pPr>
        <w:pStyle w:val="Body"/>
      </w:pPr>
      <w:r>
        <w:t>And that is exactly where many young men go wrong.</w:t>
      </w:r>
    </w:p>
    <w:p w14:paraId="5D583C54" w14:textId="77777777" w:rsidR="003D7A30" w:rsidRDefault="006C6BDA">
      <w:pPr>
        <w:pStyle w:val="Body"/>
      </w:pPr>
      <w:r>
        <w:t>They are waiting.</w:t>
      </w:r>
    </w:p>
    <w:p w14:paraId="1D0F3ADC" w14:textId="77777777" w:rsidR="003D7A30" w:rsidRDefault="006C6BDA">
      <w:pPr>
        <w:pStyle w:val="Body"/>
      </w:pPr>
      <w:r>
        <w:t>Waiting for the season that counts. Waiting for the moment when real life begins — when the job is better, the relationship is clearer, the calling is sharper, the discipline is finally consistent, the future is less uncertain.</w:t>
      </w:r>
    </w:p>
    <w:p w14:paraId="6C51C351" w14:textId="77777777" w:rsidR="003D7A30" w:rsidRDefault="006C6BDA">
      <w:pPr>
        <w:pStyle w:val="Body"/>
      </w:pPr>
      <w:r>
        <w:t>They move through ordinary days in a holding pattern, treating the present as a rehearsal for a more meaningful version of themselves that is always just around the corner.</w:t>
      </w:r>
    </w:p>
    <w:p w14:paraId="17BED983" w14:textId="77777777" w:rsidR="003D7A30" w:rsidRDefault="006C6BDA">
      <w:pPr>
        <w:pStyle w:val="Body"/>
      </w:pPr>
      <w:r>
        <w:t>But that corner never arrives.</w:t>
      </w:r>
    </w:p>
    <w:p w14:paraId="0FAB3D66" w14:textId="77777777" w:rsidR="003D7A30" w:rsidRDefault="006C6BDA">
      <w:pPr>
        <w:pStyle w:val="Body"/>
      </w:pPr>
      <w:r>
        <w:t>Because life does not work that way.</w:t>
      </w:r>
    </w:p>
    <w:p w14:paraId="375F3E7B" w14:textId="77777777" w:rsidR="003D7A30" w:rsidRDefault="006C6BDA">
      <w:pPr>
        <w:pStyle w:val="Body"/>
      </w:pPr>
      <w:r>
        <w:t>Most of it is Tuesday.</w:t>
      </w:r>
    </w:p>
    <w:p w14:paraId="5BECD903" w14:textId="77777777" w:rsidR="003D7A30" w:rsidRDefault="006C6BDA">
      <w:pPr>
        <w:pStyle w:val="Body"/>
      </w:pPr>
      <w:r>
        <w:t>And a man who cannot be faithful on Tuesday will not suddenly become faithful when the stakes feel higher. The dramatic moment does not produce the character. The ordinary days do.</w:t>
      </w:r>
    </w:p>
    <w:p w14:paraId="284E2A3F" w14:textId="77777777" w:rsidR="003D7A30" w:rsidRDefault="006C6BDA">
      <w:pPr>
        <w:pStyle w:val="Body"/>
      </w:pPr>
      <w:r>
        <w:t>That is one of the plain truths of Christian maturity. It is not a consolation prize for men who do not get dramatic lives. It is the actual shape of how God builds men.</w:t>
      </w:r>
    </w:p>
    <w:p w14:paraId="59B78AC7" w14:textId="77777777" w:rsidR="003D7A30" w:rsidRDefault="006C6BDA">
      <w:pPr>
        <w:pStyle w:val="Body"/>
      </w:pPr>
      <w:r>
        <w:t>He does not wait for the scenery to become impressive before He starts working.</w:t>
      </w:r>
    </w:p>
    <w:p w14:paraId="7153D09A" w14:textId="77777777" w:rsidR="003D7A30" w:rsidRDefault="006C6BDA">
      <w:pPr>
        <w:pStyle w:val="Body"/>
      </w:pPr>
      <w:r>
        <w:t>He works in the ordinary.</w:t>
      </w:r>
    </w:p>
    <w:p w14:paraId="37769BC2" w14:textId="77777777" w:rsidR="003D7A30" w:rsidRDefault="006C6BDA">
      <w:pPr>
        <w:pStyle w:val="Body"/>
      </w:pPr>
      <w:r>
        <w:t>He has always worked in the ordinary.</w:t>
      </w:r>
    </w:p>
    <w:p w14:paraId="5C422609" w14:textId="77777777" w:rsidR="003D7A30" w:rsidRDefault="006C6BDA">
      <w:pPr>
        <w:pStyle w:val="ScriptureAnchor"/>
        <w:shd w:val="clear" w:color="auto" w:fill="F2F2F2"/>
      </w:pPr>
      <w:r>
        <w:lastRenderedPageBreak/>
        <w:t>Scripture Anchor — Micah 6:8</w:t>
      </w:r>
    </w:p>
    <w:p w14:paraId="70BA08D3" w14:textId="77777777" w:rsidR="003D7A30" w:rsidRDefault="006C6BDA">
      <w:pPr>
        <w:pStyle w:val="ScriptureQuote"/>
      </w:pPr>
      <w:r>
        <w:t>He has told you, O man, what is good; and what does the LORD require of you but to do justice, and to love kindness, and to walk humbly with your God?</w:t>
      </w:r>
    </w:p>
    <w:p w14:paraId="2BF17386" w14:textId="77777777" w:rsidR="003D7A30" w:rsidRDefault="006C6BDA">
      <w:pPr>
        <w:pStyle w:val="Body"/>
      </w:pPr>
      <w:r>
        <w:t>That verse does not describe a dramatic life.</w:t>
      </w:r>
    </w:p>
    <w:p w14:paraId="68E9B2AB" w14:textId="77777777" w:rsidR="003D7A30" w:rsidRDefault="006C6BDA">
      <w:pPr>
        <w:pStyle w:val="Body"/>
      </w:pPr>
      <w:r>
        <w:t>It describes a walked life.</w:t>
      </w:r>
    </w:p>
    <w:p w14:paraId="687845E7" w14:textId="77777777" w:rsidR="003D7A30" w:rsidRDefault="006C6BDA">
      <w:pPr>
        <w:pStyle w:val="Body"/>
      </w:pPr>
      <w:r>
        <w:t>Do justice. Love kindness. Walk humbly with your God.</w:t>
      </w:r>
    </w:p>
    <w:p w14:paraId="691E8B74" w14:textId="77777777" w:rsidR="003D7A30" w:rsidRDefault="006C6BDA">
      <w:pPr>
        <w:pStyle w:val="Body"/>
      </w:pPr>
      <w:r>
        <w:t>Not achieve justice in a moment of heroism. Not feel kindness when the mood is right. Not reach a spiritual summit and plant a flag.</w:t>
      </w:r>
    </w:p>
    <w:p w14:paraId="53D8C77E" w14:textId="77777777" w:rsidR="003D7A30" w:rsidRDefault="006C6BDA">
      <w:pPr>
        <w:pStyle w:val="Body"/>
      </w:pPr>
      <w:r>
        <w:t>Walk.</w:t>
      </w:r>
    </w:p>
    <w:p w14:paraId="3E6A0B42" w14:textId="77777777" w:rsidR="003D7A30" w:rsidRDefault="006C6BDA">
      <w:pPr>
        <w:pStyle w:val="Body"/>
      </w:pPr>
      <w:r>
        <w:t>Humbly.</w:t>
      </w:r>
    </w:p>
    <w:p w14:paraId="053EBEB1" w14:textId="77777777" w:rsidR="003D7A30" w:rsidRDefault="006C6BDA">
      <w:pPr>
        <w:pStyle w:val="Body"/>
      </w:pPr>
      <w:r>
        <w:t>With God.</w:t>
      </w:r>
    </w:p>
    <w:p w14:paraId="53264C5D" w14:textId="77777777" w:rsidR="003D7A30" w:rsidRDefault="006C6BDA">
      <w:pPr>
        <w:pStyle w:val="Body"/>
      </w:pPr>
      <w:r>
        <w:t>Day after day, in the ordinary terrain of whatever Tuesday God has actually given you.</w:t>
      </w:r>
    </w:p>
    <w:p w14:paraId="7F4C713C" w14:textId="77777777" w:rsidR="003D7A30" w:rsidRDefault="006C6BDA">
      <w:pPr>
        <w:pStyle w:val="Body"/>
      </w:pPr>
      <w:r>
        <w:t>Justice on a Tuesday looks like telling the truth on an assignment when no one would know. Treating the person behind the counter like a human being. Refusing to join the joke at someone else’s expense.</w:t>
      </w:r>
    </w:p>
    <w:p w14:paraId="32A108C1" w14:textId="77777777" w:rsidR="003D7A30" w:rsidRDefault="006C6BDA">
      <w:pPr>
        <w:pStyle w:val="Body"/>
      </w:pPr>
      <w:r>
        <w:t>Kindness on a Tuesday looks like noticing the person eating alone. Answering your mother’s question without making her feel like an interruption. Doing the task someone asked you to do without making them ask twice.</w:t>
      </w:r>
    </w:p>
    <w:p w14:paraId="66D994A0" w14:textId="77777777" w:rsidR="003D7A30" w:rsidRDefault="006C6BDA">
      <w:pPr>
        <w:pStyle w:val="Body"/>
      </w:pPr>
      <w:r>
        <w:t>Walking humbly with God on a Tuesday looks like opening your Bible before your phone. Praying an honest sentence before you fall asleep. Going to church on Sunday not because it felt spiritually electric, but because Christ gives His gifts there and you need them.</w:t>
      </w:r>
    </w:p>
    <w:p w14:paraId="4427A706" w14:textId="77777777" w:rsidR="003D7A30" w:rsidRDefault="006C6BDA">
      <w:pPr>
        <w:pStyle w:val="Body"/>
      </w:pPr>
      <w:r>
        <w:t>None of that is dramatic.</w:t>
      </w:r>
    </w:p>
    <w:p w14:paraId="403F7668" w14:textId="77777777" w:rsidR="003D7A30" w:rsidRDefault="006C6BDA">
      <w:pPr>
        <w:pStyle w:val="Body"/>
      </w:pPr>
      <w:r>
        <w:t>None of it gets applause.</w:t>
      </w:r>
    </w:p>
    <w:p w14:paraId="5DAE5CD4" w14:textId="77777777" w:rsidR="003D7A30" w:rsidRDefault="006C6BDA">
      <w:pPr>
        <w:pStyle w:val="Body"/>
      </w:pPr>
      <w:r>
        <w:t>None of it would make a good story at a youth conference.</w:t>
      </w:r>
    </w:p>
    <w:p w14:paraId="052C242F" w14:textId="77777777" w:rsidR="003D7A30" w:rsidRDefault="006C6BDA">
      <w:pPr>
        <w:pStyle w:val="Body"/>
      </w:pPr>
      <w:r>
        <w:t>It is just Tuesday, lived faithfully, before God, in the small station He has actually given you.</w:t>
      </w:r>
    </w:p>
    <w:p w14:paraId="0974D986" w14:textId="77777777" w:rsidR="003D7A30" w:rsidRDefault="006C6BDA">
      <w:pPr>
        <w:pStyle w:val="Body"/>
      </w:pPr>
      <w:r>
        <w:t>And under Christ, it is enough.</w:t>
      </w:r>
    </w:p>
    <w:p w14:paraId="62C990DE" w14:textId="77777777" w:rsidR="003D7A30" w:rsidRDefault="006C6BDA">
      <w:pPr>
        <w:pStyle w:val="Body"/>
      </w:pPr>
      <w:r>
        <w:t>More than enough.</w:t>
      </w:r>
    </w:p>
    <w:p w14:paraId="69C76E69" w14:textId="77777777" w:rsidR="003D7A30" w:rsidRDefault="006C6BDA">
      <w:pPr>
        <w:pStyle w:val="Body"/>
      </w:pPr>
      <w:r>
        <w:t>It is the material out of which a whole life gets built.</w:t>
      </w:r>
    </w:p>
    <w:p w14:paraId="22E3A337" w14:textId="77777777" w:rsidR="003D7A30" w:rsidRDefault="006C6BDA">
      <w:pPr>
        <w:pStyle w:val="Subhead"/>
      </w:pPr>
      <w:r>
        <w:t>The Lie of the Waiting Room</w:t>
      </w:r>
    </w:p>
    <w:p w14:paraId="11F92C21" w14:textId="77777777" w:rsidR="003D7A30" w:rsidRDefault="006C6BDA">
      <w:pPr>
        <w:pStyle w:val="Body"/>
      </w:pPr>
      <w:r>
        <w:t>There is a particular lie that targets young men with ambition, and it is subtle enough that it often wears the clothes of godliness.</w:t>
      </w:r>
    </w:p>
    <w:p w14:paraId="1F1EBBD7" w14:textId="77777777" w:rsidR="003D7A30" w:rsidRDefault="006C6BDA">
      <w:pPr>
        <w:pStyle w:val="Body"/>
      </w:pPr>
      <w:r>
        <w:t>The lie says:</w:t>
      </w:r>
    </w:p>
    <w:p w14:paraId="7918F660" w14:textId="77777777" w:rsidR="003D7A30" w:rsidRDefault="006C6BDA">
      <w:pPr>
        <w:pStyle w:val="LineStack"/>
      </w:pPr>
      <w:r>
        <w:t>Ordinary faithfulness is what you do until your real calling arrives.</w:t>
      </w:r>
    </w:p>
    <w:p w14:paraId="4DB0C7D2" w14:textId="77777777" w:rsidR="003D7A30" w:rsidRDefault="006C6BDA">
      <w:pPr>
        <w:pStyle w:val="Body"/>
      </w:pPr>
      <w:r>
        <w:t>It tells you that the assignment, the chore, the ordinary conversation, the unremarkable Sunday, the duty no one claps for — these are the filler. The temporary. The in-between.</w:t>
      </w:r>
    </w:p>
    <w:p w14:paraId="11EEA260" w14:textId="77777777" w:rsidR="003D7A30" w:rsidRDefault="006C6BDA">
      <w:pPr>
        <w:pStyle w:val="Body"/>
      </w:pPr>
      <w:r>
        <w:t>But that is not how God sees it.</w:t>
      </w:r>
    </w:p>
    <w:p w14:paraId="0AD8039C" w14:textId="77777777" w:rsidR="003D7A30" w:rsidRDefault="006C6BDA">
      <w:pPr>
        <w:pStyle w:val="Body"/>
      </w:pPr>
      <w:r>
        <w:t>He was present in Nazareth.</w:t>
      </w:r>
    </w:p>
    <w:p w14:paraId="1C0F3D22" w14:textId="77777777" w:rsidR="003D7A30" w:rsidRDefault="006C6BDA">
      <w:pPr>
        <w:pStyle w:val="Body"/>
      </w:pPr>
      <w:r>
        <w:lastRenderedPageBreak/>
        <w:t>Before the miracles, before the public ministry, before the crowds and the confrontations and the cross, Jesus lived in a small town, in an ordinary household, in a trade.</w:t>
      </w:r>
    </w:p>
    <w:p w14:paraId="0FA90371" w14:textId="77777777" w:rsidR="003D7A30" w:rsidRDefault="006C6BDA">
      <w:pPr>
        <w:pStyle w:val="Body"/>
      </w:pPr>
      <w:r>
        <w:t>Thirty years of ordinary before three years of public.</w:t>
      </w:r>
    </w:p>
    <w:p w14:paraId="61F5C178" w14:textId="77777777" w:rsidR="003D7A30" w:rsidRDefault="006C6BDA">
      <w:pPr>
        <w:pStyle w:val="Body"/>
      </w:pPr>
      <w:r>
        <w:t>And those thirty years were not wasted. They were not the waiting room.</w:t>
      </w:r>
    </w:p>
    <w:p w14:paraId="2C0BF402" w14:textId="77777777" w:rsidR="003D7A30" w:rsidRDefault="006C6BDA">
      <w:pPr>
        <w:pStyle w:val="Body"/>
      </w:pPr>
      <w:r>
        <w:t>They were the life.</w:t>
      </w:r>
    </w:p>
    <w:p w14:paraId="619CBB47" w14:textId="77777777" w:rsidR="003D7A30" w:rsidRDefault="006C6BDA">
      <w:pPr>
        <w:pStyle w:val="Body"/>
      </w:pPr>
      <w:r>
        <w:t>If ordinary life was not beneath the Son of God, it is not beneath you.</w:t>
      </w:r>
    </w:p>
    <w:p w14:paraId="54C988BB" w14:textId="77777777" w:rsidR="003D7A30" w:rsidRDefault="006C6BDA">
      <w:pPr>
        <w:pStyle w:val="Body"/>
      </w:pPr>
      <w:r>
        <w:t>God often hides His work in places that do not look important while they are happening.</w:t>
      </w:r>
    </w:p>
    <w:p w14:paraId="528F4407" w14:textId="77777777" w:rsidR="003D7A30" w:rsidRDefault="006C6BDA">
      <w:pPr>
        <w:pStyle w:val="Body"/>
      </w:pPr>
      <w:r>
        <w:t>The assignment in front of you is not beneath you.</w:t>
      </w:r>
    </w:p>
    <w:p w14:paraId="5D318F11" w14:textId="77777777" w:rsidR="003D7A30" w:rsidRDefault="006C6BDA">
      <w:pPr>
        <w:pStyle w:val="Body"/>
      </w:pPr>
      <w:r>
        <w:t>The younger sibling who needs your patience is not beneath you.</w:t>
      </w:r>
    </w:p>
    <w:p w14:paraId="514A66CD" w14:textId="77777777" w:rsidR="003D7A30" w:rsidRDefault="006C6BDA">
      <w:pPr>
        <w:pStyle w:val="Body"/>
      </w:pPr>
      <w:r>
        <w:t>The parent who needs your respect is not beneath you.</w:t>
      </w:r>
    </w:p>
    <w:p w14:paraId="2E56A855" w14:textId="77777777" w:rsidR="003D7A30" w:rsidRDefault="006C6BDA">
      <w:pPr>
        <w:pStyle w:val="Body"/>
      </w:pPr>
      <w:r>
        <w:t>The practice you would rather skip, the promise you would rather forget, the apology you have been putting off, the prayer you keep moving to later — none of these are beneath you.</w:t>
      </w:r>
    </w:p>
    <w:p w14:paraId="4D8480E5" w14:textId="77777777" w:rsidR="003D7A30" w:rsidRDefault="006C6BDA">
      <w:pPr>
        <w:pStyle w:val="Body"/>
      </w:pPr>
      <w:r>
        <w:t>They are your life.</w:t>
      </w:r>
    </w:p>
    <w:p w14:paraId="6F51BDFC" w14:textId="77777777" w:rsidR="003D7A30" w:rsidRDefault="006C6BDA">
      <w:pPr>
        <w:pStyle w:val="Body"/>
      </w:pPr>
      <w:r>
        <w:t>And Christ is present in them — not as a consolation for the dramatic life you did not get, but as the Lord of the ordinary who has always done His deepest work in the plainest places.</w:t>
      </w:r>
    </w:p>
    <w:p w14:paraId="2DF262DC" w14:textId="77777777" w:rsidR="003D7A30" w:rsidRDefault="006C6BDA">
      <w:pPr>
        <w:pStyle w:val="Subhead"/>
      </w:pPr>
      <w:r>
        <w:t>Ambition Is Not the Enemy</w:t>
      </w:r>
    </w:p>
    <w:p w14:paraId="46C76491" w14:textId="77777777" w:rsidR="003D7A30" w:rsidRDefault="006C6BDA">
      <w:pPr>
        <w:pStyle w:val="Body"/>
      </w:pPr>
      <w:r>
        <w:t>This does not mean ambition is wrong.</w:t>
      </w:r>
    </w:p>
    <w:p w14:paraId="6A69F5ED" w14:textId="77777777" w:rsidR="003D7A30" w:rsidRDefault="006C6BDA">
      <w:pPr>
        <w:pStyle w:val="Body"/>
      </w:pPr>
      <w:r>
        <w:t>It does not mean a young man should not want to do significant things, serve widely, grow in usefulness, or prepare for greater responsibility.</w:t>
      </w:r>
    </w:p>
    <w:p w14:paraId="7E0C6A79" w14:textId="77777777" w:rsidR="003D7A30" w:rsidRDefault="006C6BDA">
      <w:pPr>
        <w:pStyle w:val="Body"/>
      </w:pPr>
      <w:r>
        <w:t>Those desires, rightly ordered, can be good.</w:t>
      </w:r>
    </w:p>
    <w:p w14:paraId="3D5D9AF2" w14:textId="77777777" w:rsidR="003D7A30" w:rsidRDefault="006C6BDA">
      <w:pPr>
        <w:pStyle w:val="Body"/>
      </w:pPr>
      <w:r>
        <w:t>But they must be received as gifts rather than grasped as escapes.</w:t>
      </w:r>
    </w:p>
    <w:p w14:paraId="4B0DFA79" w14:textId="77777777" w:rsidR="003D7A30" w:rsidRDefault="006C6BDA">
      <w:pPr>
        <w:pStyle w:val="Body"/>
      </w:pPr>
      <w:r>
        <w:t>A man who uses ambition to avoid the ordinary in front of him is not building toward something greater. He is practicing a kind of unfaithfulness that will follow him wherever he goes.</w:t>
      </w:r>
    </w:p>
    <w:p w14:paraId="724ED583" w14:textId="77777777" w:rsidR="003D7A30" w:rsidRDefault="006C6BDA">
      <w:pPr>
        <w:pStyle w:val="Body"/>
      </w:pPr>
      <w:r>
        <w:t>The man who cannot serve his family faithfully now will not suddenly learn to serve his congregation faithfully later.</w:t>
      </w:r>
    </w:p>
    <w:p w14:paraId="5561EF76" w14:textId="77777777" w:rsidR="003D7A30" w:rsidRDefault="006C6BDA">
      <w:pPr>
        <w:pStyle w:val="Body"/>
      </w:pPr>
      <w:r>
        <w:t>The man who cannot tell the truth in small things will not find honesty easier when the stakes are higher.</w:t>
      </w:r>
    </w:p>
    <w:p w14:paraId="292C58DC" w14:textId="77777777" w:rsidR="003D7A30" w:rsidRDefault="006C6BDA">
      <w:pPr>
        <w:pStyle w:val="Body"/>
      </w:pPr>
      <w:r>
        <w:t>The man who despises ordinary duties now will not become humble simply because his duties become more visible.</w:t>
      </w:r>
    </w:p>
    <w:p w14:paraId="2559C558" w14:textId="77777777" w:rsidR="003D7A30" w:rsidRDefault="006C6BDA">
      <w:pPr>
        <w:pStyle w:val="Body"/>
      </w:pPr>
      <w:r>
        <w:t>Faithfulness later is trained by faithfulness here.</w:t>
      </w:r>
    </w:p>
    <w:p w14:paraId="7FF47723" w14:textId="77777777" w:rsidR="003D7A30" w:rsidRDefault="006C6BDA">
      <w:pPr>
        <w:pStyle w:val="Body"/>
      </w:pPr>
      <w:r>
        <w:t>This is the ordinary week in front of you.</w:t>
      </w:r>
    </w:p>
    <w:p w14:paraId="608B866E" w14:textId="77777777" w:rsidR="003D7A30" w:rsidRDefault="006C6BDA">
      <w:pPr>
        <w:pStyle w:val="Body"/>
      </w:pPr>
      <w:r>
        <w:t>It is not a rehearsal.</w:t>
      </w:r>
    </w:p>
    <w:p w14:paraId="63B10898" w14:textId="77777777" w:rsidR="003D7A30" w:rsidRDefault="006C6BDA">
      <w:pPr>
        <w:pStyle w:val="Body"/>
      </w:pPr>
      <w:r>
        <w:t>It is not filler.</w:t>
      </w:r>
    </w:p>
    <w:p w14:paraId="19A398DF" w14:textId="77777777" w:rsidR="003D7A30" w:rsidRDefault="006C6BDA">
      <w:pPr>
        <w:pStyle w:val="Body"/>
      </w:pPr>
      <w:r>
        <w:t>It is not the waiting room for your real life.</w:t>
      </w:r>
    </w:p>
    <w:p w14:paraId="342C5AD6" w14:textId="77777777" w:rsidR="003D7A30" w:rsidRDefault="006C6BDA">
      <w:pPr>
        <w:pStyle w:val="Body"/>
      </w:pPr>
      <w:r>
        <w:t>It is your real life.</w:t>
      </w:r>
    </w:p>
    <w:p w14:paraId="24A58395" w14:textId="77777777" w:rsidR="003D7A30" w:rsidRDefault="006C6BDA">
      <w:pPr>
        <w:pStyle w:val="Body"/>
      </w:pPr>
      <w:r>
        <w:lastRenderedPageBreak/>
        <w:t>And Christ, who came not to be served but to serve, who lived in Nazareth before His public ministry, who called fishermen and tax collectors and ordinary men to follow Him in ordinary days — that Christ is present in your Tuesday.</w:t>
      </w:r>
    </w:p>
    <w:p w14:paraId="7CB5BBAC" w14:textId="77777777" w:rsidR="003D7A30" w:rsidRDefault="006C6BDA">
      <w:pPr>
        <w:pStyle w:val="Body"/>
      </w:pPr>
      <w:r>
        <w:t>Receive it.</w:t>
      </w:r>
    </w:p>
    <w:p w14:paraId="62EDBFCD" w14:textId="77777777" w:rsidR="003D7A30" w:rsidRDefault="006C6BDA">
      <w:pPr>
        <w:pStyle w:val="Body"/>
      </w:pPr>
      <w:r>
        <w:t>Do justice.</w:t>
      </w:r>
    </w:p>
    <w:p w14:paraId="55E4014D" w14:textId="77777777" w:rsidR="003D7A30" w:rsidRDefault="006C6BDA">
      <w:pPr>
        <w:pStyle w:val="Body"/>
      </w:pPr>
      <w:r>
        <w:t>Love kindness.</w:t>
      </w:r>
    </w:p>
    <w:p w14:paraId="2712BB0B" w14:textId="77777777" w:rsidR="003D7A30" w:rsidRDefault="006C6BDA">
      <w:pPr>
        <w:pStyle w:val="Body"/>
      </w:pPr>
      <w:r>
        <w:t>Walk humbly with your God.</w:t>
      </w:r>
    </w:p>
    <w:p w14:paraId="149E6732" w14:textId="77777777" w:rsidR="003D7A30" w:rsidRDefault="006C6BDA">
      <w:pPr>
        <w:pStyle w:val="Body"/>
      </w:pPr>
      <w:r>
        <w:t>Then wake up on Wednesday and do it again.</w:t>
      </w:r>
    </w:p>
    <w:p w14:paraId="1BE9A69C"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Field Exercise</w:t>
      </w:r>
    </w:p>
    <w:p w14:paraId="6DA9600C"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Map one ordinary week.</w:t>
      </w:r>
    </w:p>
    <w:p w14:paraId="15D6A11A"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Write five plain duties or people God has already put in front of you.</w:t>
      </w:r>
    </w:p>
    <w:p w14:paraId="65EF15EB"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Circle the one you most often treat like it does not matter.</w:t>
      </w:r>
    </w:p>
    <w:p w14:paraId="2028D069"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Then write:</w:t>
      </w:r>
    </w:p>
    <w:p w14:paraId="58CFFF2B"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This ordinary duty is part of my real life because ____________________.</w:t>
      </w:r>
    </w:p>
    <w:p w14:paraId="3E7D0936"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Now write one sentence about what ordinary faithfulness costs you this week — not dramatically, but specifically:</w:t>
      </w:r>
    </w:p>
    <w:p w14:paraId="5DD7285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The Tuesday kind of faithfulness I most need to practice is ____________________.</w:t>
      </w:r>
    </w:p>
    <w:p w14:paraId="2234907E" w14:textId="77777777" w:rsidR="003D7A30" w:rsidRDefault="006C6BDA" w:rsidP="001842B1">
      <w:pPr>
        <w:pStyle w:val="Body"/>
        <w:pBdr>
          <w:left w:val="single" w:sz="10" w:space="0" w:color="D0D0D0"/>
          <w:right w:val="single" w:sz="10" w:space="0" w:color="D0D0D0"/>
        </w:pBdr>
        <w:shd w:val="clear" w:color="auto" w:fill="F7F7F7"/>
        <w:spacing w:after="0"/>
        <w:ind w:left="173" w:right="115"/>
      </w:pPr>
      <w:r>
        <w:t>Practice that duty this week without needing it to feel important.</w:t>
      </w:r>
    </w:p>
    <w:p w14:paraId="5597EC4B" w14:textId="77777777" w:rsidR="003D7A30" w:rsidRPr="001842B1" w:rsidRDefault="006C6BDA" w:rsidP="001842B1">
      <w:pPr>
        <w:pStyle w:val="Subhead"/>
        <w:keepLines/>
        <w:pBdr>
          <w:top w:val="single" w:sz="10" w:space="0" w:color="D0D0D0"/>
          <w:left w:val="single" w:sz="10" w:space="0" w:color="D0D0D0"/>
          <w:right w:val="single" w:sz="10" w:space="0" w:color="D0D0D0"/>
        </w:pBdr>
        <w:shd w:val="clear" w:color="auto" w:fill="EDEDED"/>
        <w:spacing w:before="60" w:after="0"/>
        <w:ind w:left="173" w:right="144"/>
        <w:rPr>
          <w:color w:val="1F3B5D"/>
        </w:rPr>
      </w:pPr>
      <w:r w:rsidRPr="001842B1">
        <w:rPr>
          <w:color w:val="1F3B5D"/>
        </w:rPr>
        <w:t>Prayer</w:t>
      </w:r>
    </w:p>
    <w:p w14:paraId="76F2ADD8" w14:textId="556783E3" w:rsidR="003D7A30" w:rsidRDefault="006C6BDA" w:rsidP="001842B1">
      <w:pPr>
        <w:pStyle w:val="Body"/>
        <w:keepNext/>
        <w:keepLines/>
        <w:pBdr>
          <w:left w:val="single" w:sz="10" w:space="0" w:color="D0D0D0"/>
          <w:right w:val="single" w:sz="10" w:space="0" w:color="D0D0D0"/>
        </w:pBdr>
        <w:shd w:val="clear" w:color="auto" w:fill="F7F7F7"/>
        <w:spacing w:after="0"/>
        <w:ind w:left="173" w:right="115"/>
      </w:pPr>
      <w:r>
        <w:t>Father, forgive me for despising the ordinary life You have given me. Forgive me for treating Tuesday like a waiting room and ordinary duties like interruptions. Teach me to receive each day as a gift, to do justice in small things, to love kindness in plain moments, and to walk humbly with You in the unremarkable hours where most of my life actually happens. Make me faithful here, so that I am faithful wherever You send me. Amen.</w:t>
      </w:r>
    </w:p>
    <w:p w14:paraId="7F3B6BB6" w14:textId="091B4B44" w:rsidR="001842B1" w:rsidRPr="001842B1" w:rsidRDefault="001842B1" w:rsidP="001842B1">
      <w:pPr>
        <w:pStyle w:val="Subhead"/>
        <w:spacing w:after="80"/>
        <w:rPr>
          <w:color w:val="546478"/>
        </w:rPr>
      </w:pPr>
      <w:r>
        <w:rPr>
          <w:color w:val="546478"/>
        </w:rPr>
        <w:t>Notes</w:t>
      </w:r>
    </w:p>
    <w:p w14:paraId="570428E9" w14:textId="77777777" w:rsidR="003D7A30" w:rsidRDefault="006C6BDA">
      <w:pPr>
        <w:pStyle w:val="SectionLabel"/>
        <w:keepLines/>
        <w:pageBreakBefore/>
      </w:pPr>
      <w:r>
        <w:lastRenderedPageBreak/>
        <w:t>Chapter 23</w:t>
      </w:r>
    </w:p>
    <w:p w14:paraId="55A24CC8" w14:textId="77777777" w:rsidR="003D7A30" w:rsidRDefault="006C6BDA">
      <w:pPr>
        <w:pStyle w:val="SectionTitle"/>
      </w:pPr>
      <w:r>
        <w:t>Finish Well</w:t>
      </w:r>
    </w:p>
    <w:p w14:paraId="4E688233" w14:textId="77777777" w:rsidR="003D7A30" w:rsidRDefault="006C6BDA">
      <w:pPr>
        <w:pStyle w:val="GuideLine"/>
      </w:pPr>
      <w:r>
        <w:t>What it takes to stay near Christ over the long haul.</w:t>
      </w:r>
    </w:p>
    <w:p w14:paraId="1A57CDCC"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Do not just start strong; stay near Christ and finish well.</w:t>
      </w:r>
    </w:p>
    <w:p w14:paraId="357EDAD6" w14:textId="77777777" w:rsidR="003D7A30" w:rsidRDefault="006C6BDA">
      <w:pPr>
        <w:pStyle w:val="Body"/>
      </w:pPr>
      <w:r>
        <w:t>A lot of men care about starting strong. Fewer think seriously about finishing well.</w:t>
      </w:r>
    </w:p>
    <w:p w14:paraId="5E9E0168" w14:textId="77777777" w:rsidR="003D7A30" w:rsidRDefault="006C6BDA">
      <w:pPr>
        <w:pStyle w:val="Body"/>
      </w:pPr>
      <w:r>
        <w:t>That is understandable. Starting is exciting. Starting has energy. Starting feels clean. Starting gives a man a story he can tell himself quickly.</w:t>
      </w:r>
    </w:p>
    <w:p w14:paraId="6EA8DF6D" w14:textId="77777777" w:rsidR="003D7A30" w:rsidRDefault="006C6BDA">
      <w:pPr>
        <w:pStyle w:val="Body"/>
      </w:pPr>
      <w:r>
        <w:t>But starting strong is not the same thing as finishing well. And if a man does not learn that early, he can waste a lot of strength on beginnings that never become a life.</w:t>
      </w:r>
    </w:p>
    <w:p w14:paraId="5F9040F9" w14:textId="77777777" w:rsidR="003D7A30" w:rsidRDefault="006C6BDA">
      <w:pPr>
        <w:pStyle w:val="Body"/>
      </w:pPr>
      <w:r>
        <w:t>The Christian life is not mainly judged by how intense you looked at nineteen, how serious you sounded at twenty-two, or how many times you reinvented yourself. The question is simpler, heavier, and better:</w:t>
      </w:r>
    </w:p>
    <w:p w14:paraId="3C196B58" w14:textId="77777777" w:rsidR="003D7A30" w:rsidRDefault="006C6BDA">
      <w:pPr>
        <w:pStyle w:val="Body"/>
      </w:pPr>
      <w:r>
        <w:t>Will you remain near Christ to the end?</w:t>
      </w:r>
    </w:p>
    <w:p w14:paraId="3637F579" w14:textId="77777777" w:rsidR="003D7A30" w:rsidRDefault="006C6BDA">
      <w:pPr>
        <w:pStyle w:val="Body"/>
      </w:pPr>
      <w:r>
        <w:t>That is the goal. Not a dramatic phase. Not a memorable season. Not a reputation for intensity. A finished race.</w:t>
      </w:r>
    </w:p>
    <w:p w14:paraId="1BD0E904" w14:textId="77777777" w:rsidR="003D7A30" w:rsidRDefault="006C6BDA">
      <w:pPr>
        <w:pStyle w:val="Body"/>
      </w:pPr>
      <w:r>
        <w:t>Paul says in 2 Timothy 4, “I have fought the good fight, I have finished the race, I have kept the faith.” That is one of the strongest lines in the Bible, not because it sounds impressive, but because it sounds complete.</w:t>
      </w:r>
    </w:p>
    <w:p w14:paraId="388811ED" w14:textId="77777777" w:rsidR="003D7A30" w:rsidRDefault="006C6BDA">
      <w:pPr>
        <w:pStyle w:val="Body"/>
      </w:pPr>
      <w:r>
        <w:t>Finished. Kept. Remained.</w:t>
      </w:r>
    </w:p>
    <w:p w14:paraId="572471E9" w14:textId="77777777" w:rsidR="003D7A30" w:rsidRDefault="006C6BDA">
      <w:pPr>
        <w:pStyle w:val="Body"/>
      </w:pPr>
      <w:r>
        <w:t>That is what a young man should want — not merely to burn bright for a while, but to stay faithful.</w:t>
      </w:r>
    </w:p>
    <w:p w14:paraId="2C32D60E" w14:textId="77777777" w:rsidR="003D7A30" w:rsidRDefault="006C6BDA">
      <w:pPr>
        <w:pStyle w:val="Body"/>
      </w:pPr>
      <w:r>
        <w:t>Finishing well is not only about the end of your life. It is also about the end of this season, this school year, this job, this commitment, this responsibility. A man practices finishing well long before the final finish line.</w:t>
      </w:r>
    </w:p>
    <w:p w14:paraId="354AABD5" w14:textId="77777777" w:rsidR="003D7A30" w:rsidRDefault="006C6BDA">
      <w:pPr>
        <w:pStyle w:val="Body"/>
      </w:pPr>
      <w:r>
        <w:t xml:space="preserve">That means the last stretch still matters. The final project matters. The last game matters. The way you leave a place </w:t>
      </w:r>
      <w:proofErr w:type="gramStart"/>
      <w:r>
        <w:t>matters</w:t>
      </w:r>
      <w:proofErr w:type="gramEnd"/>
      <w:r>
        <w:t>. The way you treat people when you no longer need anything from them matters.</w:t>
      </w:r>
    </w:p>
    <w:p w14:paraId="0CAECE91" w14:textId="77777777" w:rsidR="003D7A30" w:rsidRDefault="006C6BDA">
      <w:pPr>
        <w:pStyle w:val="Body"/>
      </w:pPr>
      <w:r>
        <w:t>A boy drops his pack early. A man runs through the tape.</w:t>
      </w:r>
    </w:p>
    <w:p w14:paraId="29374F64" w14:textId="77777777" w:rsidR="003D7A30" w:rsidRDefault="006C6BDA">
      <w:pPr>
        <w:pStyle w:val="Body"/>
      </w:pPr>
      <w:r>
        <w:t xml:space="preserve">Most men do not ruin themselves all at once. They wear down. Drift. Harden. Get proud. Get private. Get numb. That is why finishing well is rarely </w:t>
      </w:r>
      <w:proofErr w:type="gramStart"/>
      <w:r>
        <w:t>built in</w:t>
      </w:r>
      <w:proofErr w:type="gramEnd"/>
      <w:r>
        <w:t xml:space="preserve"> public. It is built in the hidden life: whether a man confesses quickly, stays near church, receives correction, keeps telling the truth, and keeps returning.</w:t>
      </w:r>
    </w:p>
    <w:p w14:paraId="49ED8A71" w14:textId="77777777" w:rsidR="003D7A30" w:rsidRDefault="006C6BDA">
      <w:pPr>
        <w:pStyle w:val="Body"/>
      </w:pPr>
      <w:r>
        <w:t>Finishing well is not mainly a matter of talent. Many talented men do not finish well. It is usually built on humbler things: repentance, honesty, rootedness, ordinary faithfulness, humility, brotherhood, and the refusal to let sin go underground.</w:t>
      </w:r>
    </w:p>
    <w:p w14:paraId="38E4E618" w14:textId="77777777" w:rsidR="003D7A30" w:rsidRDefault="006C6BDA">
      <w:pPr>
        <w:pStyle w:val="Body"/>
      </w:pPr>
      <w:r>
        <w:t>That is why so much of this book points in the same direction. Return when you drift. Stay near brothers who tell the truth. Stay rooted in church. Practice ordinary faithfulness. Do not let hidden things grow in the dark.</w:t>
      </w:r>
    </w:p>
    <w:p w14:paraId="405C06C7" w14:textId="77777777" w:rsidR="003D7A30" w:rsidRDefault="006C6BDA">
      <w:pPr>
        <w:pStyle w:val="Body"/>
      </w:pPr>
      <w:r>
        <w:t>Pride is one of the greatest threats. A proud man becomes hard to correct, slow to confess, eager to protect image, and increasingly allergic to the truth about himself.</w:t>
      </w:r>
    </w:p>
    <w:p w14:paraId="257CD4E4" w14:textId="77777777" w:rsidR="003D7A30" w:rsidRDefault="006C6BDA">
      <w:pPr>
        <w:pStyle w:val="Body"/>
      </w:pPr>
      <w:r>
        <w:lastRenderedPageBreak/>
        <w:t>That is why humility matters so much. A man must remain teachable. He must stay small enough to kneel.</w:t>
      </w:r>
    </w:p>
    <w:p w14:paraId="40FFE514" w14:textId="77777777" w:rsidR="003D7A30" w:rsidRDefault="006C6BDA">
      <w:pPr>
        <w:pStyle w:val="Body"/>
      </w:pPr>
      <w:r>
        <w:t>The man who finishes well is not the man who never needed mercy. He is the man who never stopped needing mercy, and knowing it.</w:t>
      </w:r>
    </w:p>
    <w:p w14:paraId="3403F739" w14:textId="77777777" w:rsidR="003D7A30" w:rsidRDefault="006C6BDA">
      <w:pPr>
        <w:pStyle w:val="Body"/>
      </w:pPr>
      <w:r>
        <w:t>That is important, because “finish well” can sound like one more command to prove yourself. But the Christian life does not rest on your ability to finish perfectly. It rests on Christ, who finished the work of your salvation.</w:t>
      </w:r>
    </w:p>
    <w:p w14:paraId="17302013" w14:textId="77777777" w:rsidR="003D7A30" w:rsidRDefault="006C6BDA">
      <w:pPr>
        <w:pStyle w:val="Body"/>
      </w:pPr>
      <w:r>
        <w:t>Jesus did not leave His work half-done. He carried your sin, bore your judgment, died in your place, and rose again. When He cried, “It is finished,” He meant it.</w:t>
      </w:r>
    </w:p>
    <w:p w14:paraId="2C4B2EA1" w14:textId="77777777" w:rsidR="003D7A30" w:rsidRDefault="006C6BDA">
      <w:pPr>
        <w:pStyle w:val="Body"/>
      </w:pPr>
      <w:proofErr w:type="gramStart"/>
      <w:r>
        <w:t>So</w:t>
      </w:r>
      <w:proofErr w:type="gramEnd"/>
      <w:r>
        <w:t xml:space="preserve"> you do not finish well in order to earn mercy. You finish from mercy. You keep going because Christ has already claimed you. You stay near Him because He has not let go of you.</w:t>
      </w:r>
    </w:p>
    <w:p w14:paraId="5B489307" w14:textId="77777777" w:rsidR="003D7A30" w:rsidRDefault="006C6BDA">
      <w:pPr>
        <w:pStyle w:val="ScriptureAnchor"/>
        <w:keepLines/>
        <w:shd w:val="clear" w:color="auto" w:fill="F2F2F2"/>
        <w:spacing w:before="120"/>
      </w:pPr>
      <w:r>
        <w:t>Scripture Anchor — Hebrews 12:1–2</w:t>
      </w:r>
    </w:p>
    <w:p w14:paraId="0A3D6AC2" w14:textId="77777777" w:rsidR="003D7A30" w:rsidRDefault="006C6BDA">
      <w:pPr>
        <w:pStyle w:val="ScriptureQuote"/>
      </w:pPr>
      <w:r>
        <w:t>Therefore, since we are surrounded by so great a cloud of witnesses, let us also lay aside every weight, and sin which clings so closely, and let us run with endurance the race that is set before us, looking to Jesus, the founder and perfecter of our faith, who for the joy that was set before him endured the cross, despising the shame, and is seated at the right hand of the throne of God.</w:t>
      </w:r>
    </w:p>
    <w:p w14:paraId="71354793" w14:textId="77777777" w:rsidR="003D7A30" w:rsidRDefault="006C6BDA">
      <w:pPr>
        <w:pStyle w:val="Body"/>
      </w:pPr>
      <w:r>
        <w:t>That gives both the task and the center: run with endurance, looking to Jesus.</w:t>
      </w:r>
    </w:p>
    <w:p w14:paraId="2407CDF6" w14:textId="77777777" w:rsidR="003D7A30" w:rsidRDefault="006C6BDA">
      <w:pPr>
        <w:pStyle w:val="Body"/>
      </w:pPr>
      <w:r>
        <w:t>The race is not run by staring at yourself. It is not sustained by sheer will, spiritual intensity, or the fear of failure. Endurance grows as the eyes are fixed on Christ — the founder and perfecter of your faith, the One who endured the cross and is seated at the right hand of God.</w:t>
      </w:r>
    </w:p>
    <w:p w14:paraId="5A751E13" w14:textId="77777777" w:rsidR="003D7A30" w:rsidRDefault="006C6BDA">
      <w:pPr>
        <w:pStyle w:val="Body"/>
      </w:pPr>
      <w:r>
        <w:t>Build your life around nearness: near Christ, near the Word, near the Church, near brothers who tell the truth, near confession, near humility. That is a far better strategy than building your plan around intensity.</w:t>
      </w:r>
    </w:p>
    <w:p w14:paraId="5A0F9239" w14:textId="77777777" w:rsidR="003D7A30" w:rsidRDefault="006C6BDA">
      <w:pPr>
        <w:pStyle w:val="Body"/>
      </w:pPr>
      <w:r>
        <w:t>Do not just start strong.</w:t>
      </w:r>
    </w:p>
    <w:p w14:paraId="22696DF3" w14:textId="77777777" w:rsidR="003D7A30" w:rsidRDefault="006C6BDA">
      <w:pPr>
        <w:pStyle w:val="Body"/>
      </w:pPr>
      <w:r>
        <w:t>Stay near Christ.</w:t>
      </w:r>
    </w:p>
    <w:p w14:paraId="41ABC391" w14:textId="77777777" w:rsidR="003D7A30" w:rsidRDefault="006C6BDA">
      <w:pPr>
        <w:pStyle w:val="Body"/>
      </w:pPr>
      <w:r>
        <w:t>Run through the tape.</w:t>
      </w:r>
    </w:p>
    <w:p w14:paraId="757A65AB" w14:textId="77777777" w:rsidR="003D7A30" w:rsidRDefault="006C6BDA">
      <w:pPr>
        <w:pStyle w:val="Body"/>
      </w:pPr>
      <w:r>
        <w:t>Finish well.</w:t>
      </w:r>
    </w:p>
    <w:p w14:paraId="2CB6660A" w14:textId="6C756705" w:rsidR="005C2BFA" w:rsidRDefault="005C2BFA">
      <w:pPr>
        <w:pStyle w:val="Body"/>
      </w:pPr>
    </w:p>
    <w:p w14:paraId="6EFE1F67" w14:textId="2607A489" w:rsidR="005C2BFA" w:rsidRDefault="005C2BFA">
      <w:pPr>
        <w:pStyle w:val="Body"/>
      </w:pPr>
    </w:p>
    <w:p w14:paraId="0E3FE7D3" w14:textId="44AD4B24" w:rsidR="005C2BFA" w:rsidRDefault="005C2BFA">
      <w:pPr>
        <w:pStyle w:val="Body"/>
      </w:pPr>
    </w:p>
    <w:p w14:paraId="4728747A" w14:textId="76094256" w:rsidR="005C2BFA" w:rsidRDefault="005C2BFA">
      <w:pPr>
        <w:pStyle w:val="Body"/>
      </w:pPr>
    </w:p>
    <w:p w14:paraId="5C42CB29" w14:textId="0978CFB8" w:rsidR="005C2BFA" w:rsidRDefault="005C2BFA">
      <w:pPr>
        <w:pStyle w:val="Body"/>
      </w:pPr>
    </w:p>
    <w:p w14:paraId="7AC587ED" w14:textId="06FC973F" w:rsidR="005C2BFA" w:rsidRDefault="005C2BFA">
      <w:pPr>
        <w:pStyle w:val="Body"/>
      </w:pPr>
    </w:p>
    <w:p w14:paraId="23430103" w14:textId="0F6D6233" w:rsidR="005C2BFA" w:rsidRDefault="005C2BFA">
      <w:pPr>
        <w:pStyle w:val="Body"/>
      </w:pPr>
    </w:p>
    <w:p w14:paraId="725D022F" w14:textId="77777777" w:rsidR="00B063B0" w:rsidRDefault="00B063B0">
      <w:pPr>
        <w:pStyle w:val="Body"/>
      </w:pPr>
    </w:p>
    <w:p w14:paraId="6D81857F" w14:textId="77777777" w:rsidR="00426808" w:rsidRDefault="00426808">
      <w:pPr>
        <w:pStyle w:val="Body"/>
      </w:pPr>
    </w:p>
    <w:p w14:paraId="265B280B"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lastRenderedPageBreak/>
        <w:t>Field Exercise</w:t>
      </w:r>
    </w:p>
    <w:p w14:paraId="121C0571" w14:textId="77777777" w:rsidR="003D7A30" w:rsidRDefault="006C6BDA">
      <w:pPr>
        <w:pStyle w:val="Body"/>
        <w:pBdr>
          <w:left w:val="single" w:sz="10" w:space="0" w:color="D0D0D0"/>
          <w:right w:val="single" w:sz="10" w:space="0" w:color="D0D0D0"/>
        </w:pBdr>
        <w:shd w:val="clear" w:color="auto" w:fill="F7F7F7"/>
        <w:spacing w:after="0"/>
        <w:ind w:left="173" w:right="115"/>
      </w:pPr>
      <w:r>
        <w:t>Write a short final charge to yourself.</w:t>
      </w:r>
    </w:p>
    <w:p w14:paraId="5809728D" w14:textId="77777777" w:rsidR="003D7A30" w:rsidRDefault="006C6BDA">
      <w:pPr>
        <w:pStyle w:val="Body"/>
        <w:pBdr>
          <w:left w:val="single" w:sz="10" w:space="0" w:color="D0D0D0"/>
          <w:right w:val="single" w:sz="10" w:space="0" w:color="D0D0D0"/>
        </w:pBdr>
        <w:shd w:val="clear" w:color="auto" w:fill="F7F7F7"/>
        <w:spacing w:after="0"/>
        <w:ind w:left="173" w:right="115"/>
      </w:pPr>
      <w:r>
        <w:t>Begin with:</w:t>
      </w:r>
    </w:p>
    <w:p w14:paraId="7D7C7565" w14:textId="77777777" w:rsidR="003D7A30" w:rsidRDefault="006C6BDA">
      <w:pPr>
        <w:pStyle w:val="LineStack"/>
        <w:pBdr>
          <w:left w:val="single" w:sz="10" w:space="0" w:color="D0D0D0"/>
          <w:right w:val="single" w:sz="10" w:space="0" w:color="D0D0D0"/>
        </w:pBdr>
        <w:shd w:val="clear" w:color="auto" w:fill="F7F7F7"/>
        <w:spacing w:after="0"/>
        <w:ind w:left="173" w:right="115"/>
      </w:pPr>
      <w:r>
        <w:t>By the grace of God, I want to become the kind of man who ____________.</w:t>
      </w:r>
    </w:p>
    <w:p w14:paraId="2AB08C4B" w14:textId="77777777" w:rsidR="003D7A30" w:rsidRDefault="006C6BDA">
      <w:pPr>
        <w:pStyle w:val="Body"/>
        <w:pBdr>
          <w:left w:val="single" w:sz="10" w:space="0" w:color="D0D0D0"/>
          <w:right w:val="single" w:sz="10" w:space="0" w:color="D0D0D0"/>
        </w:pBdr>
        <w:shd w:val="clear" w:color="auto" w:fill="F7F7F7"/>
        <w:spacing w:after="0"/>
        <w:ind w:left="173" w:right="115"/>
      </w:pPr>
      <w:r>
        <w:t>Then write three finish-well commitments:</w:t>
      </w:r>
    </w:p>
    <w:p w14:paraId="5202E29A" w14:textId="77777777" w:rsidR="003D7A30" w:rsidRDefault="006C6BDA">
      <w:pPr>
        <w:pStyle w:val="LineStack"/>
        <w:pBdr>
          <w:left w:val="single" w:sz="10" w:space="0" w:color="D0D0D0"/>
          <w:right w:val="single" w:sz="10" w:space="0" w:color="D0D0D0"/>
        </w:pBdr>
        <w:shd w:val="clear" w:color="auto" w:fill="F7F7F7"/>
        <w:spacing w:after="0"/>
        <w:ind w:left="173" w:right="115"/>
      </w:pPr>
      <w:r>
        <w:t>One thing I need to finish faithfully now is ____________.</w:t>
      </w:r>
    </w:p>
    <w:p w14:paraId="53BC011D" w14:textId="77777777" w:rsidR="003D7A30" w:rsidRDefault="006C6BDA">
      <w:pPr>
        <w:pStyle w:val="LineStack"/>
        <w:pBdr>
          <w:left w:val="single" w:sz="10" w:space="0" w:color="D0D0D0"/>
          <w:right w:val="single" w:sz="10" w:space="0" w:color="D0D0D0"/>
        </w:pBdr>
        <w:shd w:val="clear" w:color="auto" w:fill="F7F7F7"/>
        <w:spacing w:after="0"/>
        <w:ind w:left="173" w:right="115"/>
      </w:pPr>
      <w:r>
        <w:t>One threat I need to watch is ____________.</w:t>
      </w:r>
    </w:p>
    <w:p w14:paraId="2DB7532F" w14:textId="77777777" w:rsidR="00B063B0" w:rsidRDefault="006C6BDA" w:rsidP="00B063B0">
      <w:pPr>
        <w:pStyle w:val="LineStack"/>
        <w:pBdr>
          <w:left w:val="single" w:sz="10" w:space="0" w:color="D0D0D0"/>
          <w:bottom w:val="single" w:sz="10" w:space="0" w:color="D0D0D0"/>
          <w:right w:val="single" w:sz="10" w:space="0" w:color="D0D0D0"/>
        </w:pBdr>
        <w:shd w:val="clear" w:color="auto" w:fill="F7F7F7"/>
        <w:spacing w:after="0"/>
        <w:ind w:left="173" w:right="115"/>
      </w:pPr>
      <w:r>
        <w:t>One way I will stay near Christ is ____________.</w:t>
      </w:r>
    </w:p>
    <w:p w14:paraId="272F260B" w14:textId="6CFF0B9C" w:rsidR="00B063B0" w:rsidRDefault="00B063B0" w:rsidP="00B063B0">
      <w:pPr>
        <w:pStyle w:val="LineStack"/>
        <w:pBdr>
          <w:left w:val="single" w:sz="10" w:space="0" w:color="D0D0D0"/>
          <w:bottom w:val="single" w:sz="10" w:space="0" w:color="D0D0D0"/>
          <w:right w:val="single" w:sz="10" w:space="0" w:color="D0D0D0"/>
        </w:pBdr>
        <w:shd w:val="clear" w:color="auto" w:fill="F7F7F7"/>
        <w:spacing w:after="0"/>
        <w:ind w:left="173" w:right="115"/>
      </w:pPr>
      <w:r>
        <w:t>Do not write this final charge as a vow to save yourself. Write it as a prayerful response to the Christ who has already finished the work of your salvation.</w:t>
      </w:r>
    </w:p>
    <w:p w14:paraId="4BB23E6C"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1011887C" w14:textId="77777777" w:rsidR="003D7A30" w:rsidRDefault="006C6BDA" w:rsidP="00A766C1">
      <w:pPr>
        <w:pStyle w:val="Body"/>
        <w:pBdr>
          <w:left w:val="single" w:sz="10" w:space="0" w:color="D0D0D0"/>
          <w:right w:val="single" w:sz="10" w:space="0" w:color="D0D0D0"/>
        </w:pBdr>
        <w:shd w:val="clear" w:color="auto" w:fill="F7F7F7"/>
        <w:spacing w:after="0"/>
        <w:ind w:left="173" w:right="115"/>
      </w:pPr>
      <w:r>
        <w:t>Lord Jesus, keep me near You to the end. Guard me from pride, drift, secrecy, bitterness, and the foolish confidence that thinks I can stand on my own. When I grow tired, keep me. When I stumble, return me. When I am tempted to drift, wake me. By Your mercy, let the end of my life show that You were faithful all the way. Amen.</w:t>
      </w:r>
    </w:p>
    <w:p w14:paraId="0BADA8F5" w14:textId="77777777" w:rsidR="003D7A30" w:rsidRDefault="006C6BDA">
      <w:pPr>
        <w:pStyle w:val="Subhead"/>
        <w:spacing w:after="80"/>
        <w:rPr>
          <w:color w:val="546478"/>
        </w:rPr>
      </w:pPr>
      <w:r>
        <w:rPr>
          <w:color w:val="546478"/>
        </w:rPr>
        <w:t>Notes</w:t>
      </w:r>
    </w:p>
    <w:p w14:paraId="2037836A" w14:textId="77777777" w:rsidR="003D7A30" w:rsidRDefault="006C6BDA">
      <w:pPr>
        <w:pStyle w:val="SectionLabel"/>
        <w:pageBreakBefore/>
      </w:pPr>
      <w:r>
        <w:lastRenderedPageBreak/>
        <w:t>Appendix A</w:t>
      </w:r>
    </w:p>
    <w:p w14:paraId="0CB94D22" w14:textId="77777777" w:rsidR="003D7A30" w:rsidRDefault="006C6BDA">
      <w:pPr>
        <w:pStyle w:val="SectionTitle"/>
      </w:pPr>
      <w:r>
        <w:t>A Rule of Life for a Young Christian Man</w:t>
      </w:r>
    </w:p>
    <w:p w14:paraId="3BD0B9BD" w14:textId="77777777" w:rsidR="003D7A30" w:rsidRDefault="006C6BDA">
      <w:pPr>
        <w:pStyle w:val="GuideLine"/>
      </w:pPr>
      <w:r>
        <w:t>A portable pattern for staying near Christ in ordinary life.</w:t>
      </w:r>
    </w:p>
    <w:p w14:paraId="51725DD4" w14:textId="77777777" w:rsidR="003D7A30" w:rsidRDefault="006C6BDA">
      <w:pPr>
        <w:pStyle w:val="Body"/>
      </w:pPr>
      <w:r>
        <w:t>This is not a checklist for earning God’s love. Christ has already given you mercy you could never earn. This is a simple rule of life: a portable pattern meant to help a young Christian man stay near Christ, stay awake, and stay useful in love.</w:t>
      </w:r>
    </w:p>
    <w:p w14:paraId="2B866383" w14:textId="77777777" w:rsidR="003D7A30" w:rsidRDefault="006C6BDA">
      <w:pPr>
        <w:pStyle w:val="Body"/>
      </w:pPr>
      <w:r>
        <w:t>You will not keep it perfectly. The point is not flawless performance. The point is steady return. When you fail, do not use this rule to accuse yourself into hiding. Use it to return to Christ, tell the truth, and take the next faithful step.</w:t>
      </w:r>
    </w:p>
    <w:p w14:paraId="5DA455BB" w14:textId="77777777" w:rsidR="003D7A30" w:rsidRDefault="006C6BDA">
      <w:pPr>
        <w:pStyle w:val="Subhead"/>
      </w:pPr>
      <w:r>
        <w:t>1. Stay near Christ.</w:t>
      </w:r>
    </w:p>
    <w:p w14:paraId="0479C92B" w14:textId="77777777" w:rsidR="003D7A30" w:rsidRDefault="006C6BDA">
      <w:pPr>
        <w:pStyle w:val="Body"/>
      </w:pPr>
      <w:r>
        <w:t>Open the Scriptures. Pray honestly. Do not try to build a Christian life on scattered feelings or secondhand truth.</w:t>
      </w:r>
    </w:p>
    <w:p w14:paraId="4F272F1E" w14:textId="77777777" w:rsidR="003D7A30" w:rsidRDefault="006C6BDA">
      <w:pPr>
        <w:pStyle w:val="Subhead"/>
      </w:pPr>
      <w:r>
        <w:t>2. Stay rooted in the Church.</w:t>
      </w:r>
    </w:p>
    <w:p w14:paraId="2D476A17" w14:textId="77777777" w:rsidR="003D7A30" w:rsidRDefault="006C6BDA">
      <w:pPr>
        <w:pStyle w:val="Body"/>
      </w:pPr>
      <w:r>
        <w:t>Go to church. Hear the Word. Receive the Sacrament. Confess your sins and hear Christ’s forgiveness. Stay long enough for belonging to become real.</w:t>
      </w:r>
    </w:p>
    <w:p w14:paraId="27BDC62E" w14:textId="77777777" w:rsidR="003D7A30" w:rsidRDefault="006C6BDA">
      <w:pPr>
        <w:pStyle w:val="Subhead"/>
      </w:pPr>
      <w:r>
        <w:t>3. Tell the truth quickly.</w:t>
      </w:r>
    </w:p>
    <w:p w14:paraId="366893AD" w14:textId="77777777" w:rsidR="003D7A30" w:rsidRDefault="006C6BDA">
      <w:pPr>
        <w:pStyle w:val="Body"/>
      </w:pPr>
      <w:r>
        <w:t>Do not become a slippery man. Let your yes be yes and your no be no.</w:t>
      </w:r>
    </w:p>
    <w:p w14:paraId="64F619D4" w14:textId="77777777" w:rsidR="003D7A30" w:rsidRDefault="006C6BDA">
      <w:pPr>
        <w:pStyle w:val="Subhead"/>
      </w:pPr>
      <w:r>
        <w:t>4. Confess sin before it hardens.</w:t>
      </w:r>
    </w:p>
    <w:p w14:paraId="5049CCE1" w14:textId="77777777" w:rsidR="003D7A30" w:rsidRDefault="006C6BDA">
      <w:pPr>
        <w:pStyle w:val="Body"/>
      </w:pPr>
      <w:r>
        <w:t>What stays hidden grows. Bring sin into the light before God and before trusted brothers.</w:t>
      </w:r>
    </w:p>
    <w:p w14:paraId="3A45BF09" w14:textId="77777777" w:rsidR="003D7A30" w:rsidRDefault="006C6BDA">
      <w:pPr>
        <w:pStyle w:val="Subhead"/>
      </w:pPr>
      <w:r>
        <w:t>5. Keep your word.</w:t>
      </w:r>
    </w:p>
    <w:p w14:paraId="20BE9A4F" w14:textId="77777777" w:rsidR="003D7A30" w:rsidRDefault="006C6BDA">
      <w:pPr>
        <w:pStyle w:val="Body"/>
      </w:pPr>
      <w:r>
        <w:t>If you say you will do something, do it. If you fail, own it and repair it.</w:t>
      </w:r>
    </w:p>
    <w:p w14:paraId="4B327A9A" w14:textId="77777777" w:rsidR="003D7A30" w:rsidRDefault="006C6BDA">
      <w:pPr>
        <w:pStyle w:val="Subhead"/>
      </w:pPr>
      <w:r>
        <w:t>6. Choose better burdens.</w:t>
      </w:r>
    </w:p>
    <w:p w14:paraId="6A963EBC" w14:textId="77777777" w:rsidR="003D7A30" w:rsidRDefault="006C6BDA">
      <w:pPr>
        <w:pStyle w:val="Body"/>
      </w:pPr>
      <w:r>
        <w:t>Do not build your life around comfort. Choose the burdens that make you more truthful, more dependable, more prayerful, more useful, and more loving.</w:t>
      </w:r>
    </w:p>
    <w:p w14:paraId="20F19581" w14:textId="77777777" w:rsidR="003D7A30" w:rsidRDefault="006C6BDA">
      <w:pPr>
        <w:pStyle w:val="Subhead"/>
      </w:pPr>
      <w:r>
        <w:t>7. Use your strength for someone else.</w:t>
      </w:r>
    </w:p>
    <w:p w14:paraId="6F013C38" w14:textId="77777777" w:rsidR="003D7A30" w:rsidRDefault="006C6BDA">
      <w:pPr>
        <w:pStyle w:val="Body"/>
      </w:pPr>
      <w:r>
        <w:t>Do not become strong only to admire yourself. Become strong so you can carry, protect, serve, endure, help, and build. Strength here means whatever capacity God has given you — physical, relational, intellectual, emotional, creative, or practical — used in love for someone else. It is not a body type or a personality.</w:t>
      </w:r>
    </w:p>
    <w:p w14:paraId="1D701FB1" w14:textId="77777777" w:rsidR="003D7A30" w:rsidRDefault="006C6BDA">
      <w:pPr>
        <w:pStyle w:val="Subhead"/>
      </w:pPr>
      <w:r>
        <w:t>8. Guard your eyes, your tongue, and your imagination.</w:t>
      </w:r>
    </w:p>
    <w:p w14:paraId="717C79C7" w14:textId="77777777" w:rsidR="003D7A30" w:rsidRDefault="006C6BDA">
      <w:pPr>
        <w:pStyle w:val="Body"/>
      </w:pPr>
      <w:r>
        <w:t>Refuse what degrades women, corrupts speech, feeds fantasy, and lowers your soul.</w:t>
      </w:r>
    </w:p>
    <w:p w14:paraId="4F58B523" w14:textId="77777777" w:rsidR="003D7A30" w:rsidRDefault="006C6BDA">
      <w:pPr>
        <w:pStyle w:val="Subhead"/>
      </w:pPr>
      <w:r>
        <w:t>9. Stay near brothers who tell the truth.</w:t>
      </w:r>
    </w:p>
    <w:p w14:paraId="1929E4A5" w14:textId="77777777" w:rsidR="003D7A30" w:rsidRDefault="006C6BDA">
      <w:pPr>
        <w:pStyle w:val="Body"/>
      </w:pPr>
      <w:r>
        <w:t>Find brothers who help you stay awake, confess honestly, and remain near Christ. Be that kind of brother too.</w:t>
      </w:r>
    </w:p>
    <w:p w14:paraId="77355B1D" w14:textId="77777777" w:rsidR="003D7A30" w:rsidRDefault="006C6BDA">
      <w:pPr>
        <w:pStyle w:val="Subhead"/>
      </w:pPr>
      <w:r>
        <w:t>10. Work hard without making work your god.</w:t>
      </w:r>
    </w:p>
    <w:p w14:paraId="54F56B2F" w14:textId="77777777" w:rsidR="003D7A30" w:rsidRDefault="006C6BDA">
      <w:pPr>
        <w:pStyle w:val="Body"/>
      </w:pPr>
      <w:r>
        <w:t>Do the task in front of you well. Finish what you start.</w:t>
      </w:r>
    </w:p>
    <w:p w14:paraId="661DC975" w14:textId="77777777" w:rsidR="003D7A30" w:rsidRDefault="006C6BDA">
      <w:pPr>
        <w:pStyle w:val="Subhead"/>
      </w:pPr>
      <w:r>
        <w:lastRenderedPageBreak/>
        <w:t>11. Rest without becoming soft.</w:t>
      </w:r>
    </w:p>
    <w:p w14:paraId="1FC6701D" w14:textId="77777777" w:rsidR="003D7A30" w:rsidRDefault="006C6BDA">
      <w:pPr>
        <w:pStyle w:val="Body"/>
      </w:pPr>
      <w:r>
        <w:t>Receive rest as a gift from God. Do not turn comfort into a master.</w:t>
      </w:r>
    </w:p>
    <w:p w14:paraId="1AC7BD83" w14:textId="77777777" w:rsidR="003D7A30" w:rsidRDefault="006C6BDA">
      <w:pPr>
        <w:pStyle w:val="Subhead"/>
      </w:pPr>
      <w:r>
        <w:t>12. Return quickly when you drift.</w:t>
      </w:r>
    </w:p>
    <w:p w14:paraId="7BBE0E2C" w14:textId="77777777" w:rsidR="003D7A30" w:rsidRDefault="006C6BDA">
      <w:pPr>
        <w:pStyle w:val="Body"/>
      </w:pPr>
      <w:r>
        <w:t>When you drift, return. When you sin, confess. Quick return is one of the great secrets of long obedience.</w:t>
      </w:r>
    </w:p>
    <w:p w14:paraId="4532A80B" w14:textId="77777777" w:rsidR="003D7A30" w:rsidRDefault="006C6BDA">
      <w:pPr>
        <w:pStyle w:val="Subhead"/>
      </w:pPr>
      <w:r>
        <w:t>13. Stay teachable.</w:t>
      </w:r>
    </w:p>
    <w:p w14:paraId="436583CA" w14:textId="77777777" w:rsidR="003D7A30" w:rsidRDefault="006C6BDA">
      <w:pPr>
        <w:pStyle w:val="Body"/>
      </w:pPr>
      <w:r>
        <w:t>Do not become a man who cannot be corrected. Pride ruins men faster than weakness does.</w:t>
      </w:r>
    </w:p>
    <w:p w14:paraId="287DB566" w14:textId="77777777" w:rsidR="003D7A30" w:rsidRDefault="006C6BDA">
      <w:pPr>
        <w:pStyle w:val="Subhead"/>
      </w:pPr>
      <w:r>
        <w:t>14. Love the ordinary life God has given you.</w:t>
      </w:r>
    </w:p>
    <w:p w14:paraId="79A4DBCC" w14:textId="77777777" w:rsidR="003D7A30" w:rsidRDefault="006C6BDA">
      <w:pPr>
        <w:pStyle w:val="Body"/>
      </w:pPr>
      <w:r>
        <w:t>Do not wait for a more dramatic life before becoming faithful. The ordinary week in front of you is where much of holiness is built.</w:t>
      </w:r>
    </w:p>
    <w:p w14:paraId="449127D5" w14:textId="77777777" w:rsidR="003D7A30" w:rsidRDefault="006C6BDA">
      <w:pPr>
        <w:pStyle w:val="Subhead"/>
      </w:pPr>
      <w:r>
        <w:t>15. Finish well.</w:t>
      </w:r>
    </w:p>
    <w:p w14:paraId="0FB1E0A3" w14:textId="77777777" w:rsidR="003D7A30" w:rsidRDefault="006C6BDA">
      <w:pPr>
        <w:pStyle w:val="Body"/>
      </w:pPr>
      <w:r>
        <w:t>Do not build your life around strong starts. Build it around steady nearness to Christ.</w:t>
      </w:r>
    </w:p>
    <w:p w14:paraId="360380EB" w14:textId="77777777" w:rsidR="003D7A30" w:rsidRDefault="006C6BDA">
      <w:pPr>
        <w:pStyle w:val="Subhead"/>
        <w:shd w:val="clear" w:color="auto" w:fill="F2F2F2"/>
      </w:pPr>
      <w:r>
        <w:t>Remember this:</w:t>
      </w:r>
    </w:p>
    <w:p w14:paraId="3F757796" w14:textId="77777777" w:rsidR="003D7A30" w:rsidRDefault="006C6BDA">
      <w:pPr>
        <w:pStyle w:val="LineStack"/>
      </w:pPr>
      <w:r>
        <w:t>Stay near Christ.</w:t>
      </w:r>
    </w:p>
    <w:p w14:paraId="18798285" w14:textId="77777777" w:rsidR="003D7A30" w:rsidRDefault="006C6BDA">
      <w:pPr>
        <w:pStyle w:val="LineStack"/>
      </w:pPr>
      <w:r>
        <w:t>Tell the truth.</w:t>
      </w:r>
    </w:p>
    <w:p w14:paraId="0890F7AB" w14:textId="77777777" w:rsidR="003D7A30" w:rsidRDefault="006C6BDA">
      <w:pPr>
        <w:pStyle w:val="LineStack"/>
      </w:pPr>
      <w:r>
        <w:t>Confess quickly.</w:t>
      </w:r>
    </w:p>
    <w:p w14:paraId="3C7A1C4F" w14:textId="77777777" w:rsidR="003D7A30" w:rsidRDefault="006C6BDA">
      <w:pPr>
        <w:pStyle w:val="LineStack"/>
      </w:pPr>
      <w:r>
        <w:t>Keep your word.</w:t>
      </w:r>
    </w:p>
    <w:p w14:paraId="339CDD97" w14:textId="77777777" w:rsidR="003D7A30" w:rsidRDefault="006C6BDA">
      <w:pPr>
        <w:pStyle w:val="LineStack"/>
      </w:pPr>
      <w:r>
        <w:t>Use your strength for others.</w:t>
      </w:r>
    </w:p>
    <w:p w14:paraId="23EDA9FF" w14:textId="77777777" w:rsidR="003D7A30" w:rsidRDefault="006C6BDA">
      <w:pPr>
        <w:pStyle w:val="LineStack"/>
      </w:pPr>
      <w:r>
        <w:t>Stay in church.</w:t>
      </w:r>
    </w:p>
    <w:p w14:paraId="6F9F61B1" w14:textId="77777777" w:rsidR="003D7A30" w:rsidRDefault="006C6BDA">
      <w:pPr>
        <w:pStyle w:val="LineStack"/>
      </w:pPr>
      <w:r>
        <w:t>Stay near brothers.</w:t>
      </w:r>
    </w:p>
    <w:p w14:paraId="5073BD22" w14:textId="77777777" w:rsidR="003D7A30" w:rsidRDefault="006C6BDA">
      <w:pPr>
        <w:pStyle w:val="LineStack"/>
      </w:pPr>
      <w:r>
        <w:t>Return when you drift.</w:t>
      </w:r>
    </w:p>
    <w:p w14:paraId="032BA8AF" w14:textId="77777777" w:rsidR="003D7A30" w:rsidRDefault="006C6BDA">
      <w:pPr>
        <w:pStyle w:val="LineStack"/>
      </w:pPr>
      <w:r>
        <w:t>Finish well.</w:t>
      </w:r>
    </w:p>
    <w:p w14:paraId="3CF2E132" w14:textId="77777777" w:rsidR="003D7A30" w:rsidRDefault="006C6BDA">
      <w:pPr>
        <w:pStyle w:val="SectionLabel"/>
        <w:pageBreakBefore/>
      </w:pPr>
      <w:r>
        <w:lastRenderedPageBreak/>
        <w:t>Appendix B</w:t>
      </w:r>
    </w:p>
    <w:p w14:paraId="4CB607AB" w14:textId="77777777" w:rsidR="003D7A30" w:rsidRDefault="006C6BDA">
      <w:pPr>
        <w:pStyle w:val="SectionTitle"/>
      </w:pPr>
      <w:r>
        <w:t>Short Prayers for Real Life</w:t>
      </w:r>
    </w:p>
    <w:p w14:paraId="7E51070E" w14:textId="77777777" w:rsidR="003D7A30" w:rsidRDefault="006C6BDA">
      <w:pPr>
        <w:pStyle w:val="GuideLine"/>
      </w:pPr>
      <w:r>
        <w:t>Simple prayers for ordinary pressure, temptation, and fatigue.</w:t>
      </w:r>
    </w:p>
    <w:p w14:paraId="05889F6C" w14:textId="77777777" w:rsidR="003D7A30" w:rsidRDefault="006C6BDA">
      <w:pPr>
        <w:pStyle w:val="Body"/>
      </w:pPr>
      <w:r>
        <w:t>These are simple prayers a young man can actually say when life is real, messy, and unpolished.</w:t>
      </w:r>
    </w:p>
    <w:p w14:paraId="6558A51C" w14:textId="77777777" w:rsidR="003D7A30" w:rsidRDefault="006C6BDA">
      <w:pPr>
        <w:pStyle w:val="Subhead"/>
      </w:pPr>
      <w:r>
        <w:t>When you wake up</w:t>
      </w:r>
    </w:p>
    <w:p w14:paraId="14C309D4" w14:textId="77777777" w:rsidR="003D7A30" w:rsidRDefault="006C6BDA">
      <w:pPr>
        <w:pStyle w:val="Body"/>
      </w:pPr>
      <w:r>
        <w:t>Lord Jesus, this day is Yours before it is mine. Keep me near You, keep me honest, and help me use my time and strength well. Amen.</w:t>
      </w:r>
    </w:p>
    <w:p w14:paraId="195CB7A6" w14:textId="77777777" w:rsidR="003D7A30" w:rsidRDefault="006C6BDA">
      <w:pPr>
        <w:pStyle w:val="Subhead"/>
      </w:pPr>
      <w:r>
        <w:t>When you feel pressure to prove yourself</w:t>
      </w:r>
    </w:p>
    <w:p w14:paraId="14FE2689" w14:textId="77777777" w:rsidR="003D7A30" w:rsidRDefault="006C6BDA">
      <w:pPr>
        <w:pStyle w:val="Body"/>
      </w:pPr>
      <w:r>
        <w:t>Father, I confess how much I want to be seen, admired, and enough in the eyes of others. Teach me to live like a son, not a performer. Amen.</w:t>
      </w:r>
    </w:p>
    <w:p w14:paraId="75191754" w14:textId="77777777" w:rsidR="003D7A30" w:rsidRDefault="006C6BDA">
      <w:pPr>
        <w:pStyle w:val="Subhead"/>
      </w:pPr>
      <w:r>
        <w:t>When you are tempted</w:t>
      </w:r>
    </w:p>
    <w:p w14:paraId="5EA0EF3E" w14:textId="77777777" w:rsidR="003D7A30" w:rsidRDefault="006C6BDA">
      <w:pPr>
        <w:pStyle w:val="Body"/>
      </w:pPr>
      <w:r>
        <w:t>Lord Jesus, my desires are loud right now. Keep me from feeding what will weaken me. Turn my eyes, my mind, and my body toward what is clean. Amen.</w:t>
      </w:r>
    </w:p>
    <w:p w14:paraId="5F0715EE" w14:textId="77777777" w:rsidR="003D7A30" w:rsidRDefault="006C6BDA">
      <w:pPr>
        <w:pStyle w:val="Subhead"/>
      </w:pPr>
      <w:r>
        <w:t>After you sin</w:t>
      </w:r>
    </w:p>
    <w:p w14:paraId="2DE147B2" w14:textId="77777777" w:rsidR="003D7A30" w:rsidRDefault="006C6BDA">
      <w:pPr>
        <w:pStyle w:val="Body"/>
      </w:pPr>
      <w:r>
        <w:t>Father, I have sinned. I will not hide it, excuse it, or rename it. Have mercy on me for Jesus’ sake, and teach me to return quickly. Amen.</w:t>
      </w:r>
    </w:p>
    <w:p w14:paraId="36883149" w14:textId="77777777" w:rsidR="003D7A30" w:rsidRDefault="006C6BDA">
      <w:pPr>
        <w:pStyle w:val="Subhead"/>
      </w:pPr>
      <w:r>
        <w:t>When you feel ashamed</w:t>
      </w:r>
    </w:p>
    <w:p w14:paraId="21D78B26" w14:textId="77777777" w:rsidR="003D7A30" w:rsidRDefault="006C6BDA">
      <w:pPr>
        <w:pStyle w:val="Body"/>
      </w:pPr>
      <w:r>
        <w:t>Lord Jesus, shame is telling me to hide, but You call me into the light. Keep me from despair, and let Your mercy be louder than my accusation. Amen.</w:t>
      </w:r>
    </w:p>
    <w:p w14:paraId="6501EB2C" w14:textId="77777777" w:rsidR="003D7A30" w:rsidRDefault="006C6BDA">
      <w:pPr>
        <w:pStyle w:val="Subhead"/>
      </w:pPr>
      <w:r>
        <w:t>Before a hard conversation</w:t>
      </w:r>
    </w:p>
    <w:p w14:paraId="15A7E3EF" w14:textId="77777777" w:rsidR="003D7A30" w:rsidRDefault="006C6BDA">
      <w:pPr>
        <w:pStyle w:val="Body"/>
      </w:pPr>
      <w:r>
        <w:t>Father, make me truthful, calm, and clean in my speech. Keep me from cowardice, exaggeration, and self-protection. Help me say what is faithful. Amen.</w:t>
      </w:r>
    </w:p>
    <w:p w14:paraId="64DFFF58" w14:textId="77777777" w:rsidR="003D7A30" w:rsidRDefault="006C6BDA">
      <w:pPr>
        <w:pStyle w:val="Subhead"/>
      </w:pPr>
      <w:r>
        <w:t>When you are drifting</w:t>
      </w:r>
    </w:p>
    <w:p w14:paraId="0053C3AA" w14:textId="77777777" w:rsidR="003D7A30" w:rsidRDefault="006C6BDA">
      <w:pPr>
        <w:pStyle w:val="Body"/>
      </w:pPr>
      <w:r>
        <w:t>Lord, I feel dull and distracted. Wake me up where I have gone sleepy. Put the paddle back in my hands and turn me again toward Your Word, Your Church, and Your mercy. Amen.</w:t>
      </w:r>
    </w:p>
    <w:p w14:paraId="28860B6E" w14:textId="77777777" w:rsidR="003D7A30" w:rsidRDefault="006C6BDA">
      <w:pPr>
        <w:pStyle w:val="Subhead"/>
      </w:pPr>
      <w:r>
        <w:t>When you feel lonely</w:t>
      </w:r>
    </w:p>
    <w:p w14:paraId="3971370E" w14:textId="77777777" w:rsidR="003D7A30" w:rsidRDefault="006C6BDA">
      <w:pPr>
        <w:pStyle w:val="Body"/>
      </w:pPr>
      <w:r>
        <w:t>Lord Jesus, keep loneliness from turning me inward and dark. Draw me near to You, and help me move toward the right brothers instead of hiding from them. Amen.</w:t>
      </w:r>
    </w:p>
    <w:p w14:paraId="4759EFDF" w14:textId="77777777" w:rsidR="003D7A30" w:rsidRDefault="006C6BDA">
      <w:pPr>
        <w:pStyle w:val="Subhead"/>
      </w:pPr>
      <w:r>
        <w:t>When you are angry</w:t>
      </w:r>
    </w:p>
    <w:p w14:paraId="60542B68" w14:textId="77777777" w:rsidR="003D7A30" w:rsidRDefault="006C6BDA">
      <w:pPr>
        <w:pStyle w:val="Body"/>
      </w:pPr>
      <w:r>
        <w:t>Father, my heart is hot right now. Keep me from sinful words, self-righteousness, and harm. Teach me to be truthful without becoming cruel. Amen.</w:t>
      </w:r>
    </w:p>
    <w:p w14:paraId="1812161E" w14:textId="77777777" w:rsidR="003D7A30" w:rsidRDefault="006C6BDA">
      <w:pPr>
        <w:pStyle w:val="Subhead"/>
      </w:pPr>
      <w:r>
        <w:t>When you are anxious</w:t>
      </w:r>
    </w:p>
    <w:p w14:paraId="08E72E81" w14:textId="77777777" w:rsidR="003D7A30" w:rsidRDefault="006C6BDA">
      <w:pPr>
        <w:pStyle w:val="Body"/>
      </w:pPr>
      <w:r>
        <w:t xml:space="preserve">Lord, my mind is running ahead of me. Help me trust </w:t>
      </w:r>
      <w:proofErr w:type="gramStart"/>
      <w:r>
        <w:t>You</w:t>
      </w:r>
      <w:proofErr w:type="gramEnd"/>
      <w:r>
        <w:t xml:space="preserve"> with what I cannot control, obey You in what is clear, and stay present to the duty in front of me. Amen.</w:t>
      </w:r>
    </w:p>
    <w:p w14:paraId="27EFC7C8" w14:textId="77777777" w:rsidR="003D7A30" w:rsidRDefault="006C6BDA">
      <w:pPr>
        <w:pStyle w:val="Subhead"/>
      </w:pPr>
      <w:r>
        <w:lastRenderedPageBreak/>
        <w:t>When you are tired</w:t>
      </w:r>
    </w:p>
    <w:p w14:paraId="34D010FC" w14:textId="77777777" w:rsidR="003D7A30" w:rsidRDefault="006C6BDA">
      <w:pPr>
        <w:pStyle w:val="Body"/>
      </w:pPr>
      <w:r>
        <w:t>Father, I am worn out. Give me enough strength for the next faithful thing, and keep tiredness from becoming an excuse for sin, harshness, or neglect. Amen.</w:t>
      </w:r>
    </w:p>
    <w:p w14:paraId="2D285868" w14:textId="77777777" w:rsidR="003D7A30" w:rsidRDefault="006C6BDA">
      <w:pPr>
        <w:pStyle w:val="Subhead"/>
      </w:pPr>
      <w:r>
        <w:t>Before work or study</w:t>
      </w:r>
    </w:p>
    <w:p w14:paraId="7FD464D8" w14:textId="77777777" w:rsidR="003D7A30" w:rsidRDefault="006C6BDA">
      <w:pPr>
        <w:pStyle w:val="Body"/>
      </w:pPr>
      <w:r>
        <w:t>Lord, help me do this work honestly, steadily, and without complaining. Keep me from laziness and from vanity, and make this labor useful in love. Amen.</w:t>
      </w:r>
    </w:p>
    <w:p w14:paraId="122DB539" w14:textId="77777777" w:rsidR="003D7A30" w:rsidRDefault="006C6BDA">
      <w:pPr>
        <w:pStyle w:val="Subhead"/>
      </w:pPr>
      <w:r>
        <w:t>Before church</w:t>
      </w:r>
    </w:p>
    <w:p w14:paraId="7E8DFDD5" w14:textId="77777777" w:rsidR="003D7A30" w:rsidRDefault="006C6BDA">
      <w:pPr>
        <w:pStyle w:val="Body"/>
      </w:pPr>
      <w:r>
        <w:t>Father, quiet my distractions and make me ready to receive Your gifts. Let me hear Your Word, confess my sin, and remember that I am not here as a consumer but as one who belongs to You. Amen.</w:t>
      </w:r>
    </w:p>
    <w:p w14:paraId="284FC213" w14:textId="77777777" w:rsidR="003D7A30" w:rsidRDefault="006C6BDA">
      <w:pPr>
        <w:pStyle w:val="Subhead"/>
      </w:pPr>
      <w:r>
        <w:t>When you need to confess to a brother</w:t>
      </w:r>
    </w:p>
    <w:p w14:paraId="16D529BF" w14:textId="77777777" w:rsidR="003D7A30" w:rsidRDefault="006C6BDA">
      <w:pPr>
        <w:pStyle w:val="Body"/>
      </w:pPr>
      <w:r>
        <w:t>Lord Jesus, give me courage to stop hiding. Keep me from vague words and half-truths. Help me tell the truth plainly and step into the light. Amen.</w:t>
      </w:r>
    </w:p>
    <w:p w14:paraId="0AAF4BDF" w14:textId="77777777" w:rsidR="003D7A30" w:rsidRDefault="006C6BDA">
      <w:pPr>
        <w:pStyle w:val="Subhead"/>
      </w:pPr>
      <w:r>
        <w:t>When you feel bitter</w:t>
      </w:r>
    </w:p>
    <w:p w14:paraId="01FE686E" w14:textId="77777777" w:rsidR="003D7A30" w:rsidRDefault="006C6BDA">
      <w:pPr>
        <w:pStyle w:val="Body"/>
      </w:pPr>
      <w:r>
        <w:t>Father, pain is trying to turn me hard. Keep me from feeding bitterness, and teach me to suffer without surrendering my heart. Amen.</w:t>
      </w:r>
    </w:p>
    <w:p w14:paraId="17F90334" w14:textId="77777777" w:rsidR="003D7A30" w:rsidRDefault="006C6BDA">
      <w:pPr>
        <w:pStyle w:val="Subhead"/>
      </w:pPr>
      <w:r>
        <w:t>When you feel numb</w:t>
      </w:r>
    </w:p>
    <w:p w14:paraId="46FCA10F" w14:textId="77777777" w:rsidR="003D7A30" w:rsidRDefault="006C6BDA">
      <w:pPr>
        <w:pStyle w:val="Body"/>
      </w:pPr>
      <w:r>
        <w:t>Lord, I do not feel much right now, but I do not want to drift. Keep me near You even when my emotions are quiet, and help me keep walking by faith. Amen.</w:t>
      </w:r>
    </w:p>
    <w:p w14:paraId="64BB8BA6" w14:textId="77777777" w:rsidR="003D7A30" w:rsidRDefault="006C6BDA">
      <w:pPr>
        <w:pStyle w:val="Subhead"/>
      </w:pPr>
      <w:r>
        <w:t>When you need wisdom</w:t>
      </w:r>
    </w:p>
    <w:p w14:paraId="09E938EC" w14:textId="77777777" w:rsidR="003D7A30" w:rsidRDefault="006C6BDA">
      <w:pPr>
        <w:pStyle w:val="Body"/>
      </w:pPr>
      <w:r>
        <w:t xml:space="preserve">Father, keep me from fear, vanity, and self-deception. Teach me to choose what is faithful, wise, and clean, and help me trust </w:t>
      </w:r>
      <w:proofErr w:type="gramStart"/>
      <w:r>
        <w:t>You</w:t>
      </w:r>
      <w:proofErr w:type="gramEnd"/>
      <w:r>
        <w:t xml:space="preserve"> with what I cannot see. Amen.</w:t>
      </w:r>
    </w:p>
    <w:p w14:paraId="53397280" w14:textId="77777777" w:rsidR="003D7A30" w:rsidRDefault="006C6BDA">
      <w:pPr>
        <w:pStyle w:val="Subhead"/>
      </w:pPr>
      <w:r>
        <w:t>When you need to serve</w:t>
      </w:r>
    </w:p>
    <w:p w14:paraId="5DEA7E40" w14:textId="77777777" w:rsidR="003D7A30" w:rsidRDefault="006C6BDA">
      <w:pPr>
        <w:pStyle w:val="Body"/>
      </w:pPr>
      <w:r>
        <w:t>Lord Jesus, keep me from turning inward. Show me what needs doing, and teach me to use my strength, time, and attention for someone else’s good. Amen.</w:t>
      </w:r>
    </w:p>
    <w:p w14:paraId="07FA50B8" w14:textId="77777777" w:rsidR="003D7A30" w:rsidRDefault="006C6BDA">
      <w:pPr>
        <w:pStyle w:val="Subhead"/>
      </w:pPr>
      <w:r>
        <w:t>Before sleep</w:t>
      </w:r>
    </w:p>
    <w:p w14:paraId="28F752CD" w14:textId="77777777" w:rsidR="003D7A30" w:rsidRDefault="006C6BDA">
      <w:pPr>
        <w:pStyle w:val="Body"/>
      </w:pPr>
      <w:r>
        <w:t>Father, thank You for this day, for every mercy in it, and for every place You sustained me. Forgive what was sinful, heal what was crooked, and let me rest in Christ tonight. Amen.</w:t>
      </w:r>
    </w:p>
    <w:p w14:paraId="33303F8A" w14:textId="77777777" w:rsidR="003D7A30" w:rsidRDefault="006C6BDA">
      <w:pPr>
        <w:pStyle w:val="Subhead"/>
      </w:pPr>
      <w:r>
        <w:t>A prayer for long obedience</w:t>
      </w:r>
    </w:p>
    <w:p w14:paraId="5D026C65" w14:textId="77777777" w:rsidR="003D7A30" w:rsidRDefault="006C6BDA">
      <w:pPr>
        <w:pStyle w:val="Body"/>
      </w:pPr>
      <w:r>
        <w:t>Lord Jesus, keep me near You for a long time. Guard me from pride, drift, secrecy, bitterness, and false strength. Teach me to walk with You in ordinary faithfulness until the end. Amen.</w:t>
      </w:r>
    </w:p>
    <w:p w14:paraId="410541AC" w14:textId="77777777" w:rsidR="003D7A30" w:rsidRDefault="006C6BDA">
      <w:pPr>
        <w:pStyle w:val="SectionLabel"/>
        <w:pageBreakBefore/>
      </w:pPr>
      <w:r>
        <w:lastRenderedPageBreak/>
        <w:t>Appendix C</w:t>
      </w:r>
    </w:p>
    <w:p w14:paraId="01B53B4E" w14:textId="77777777" w:rsidR="003D7A30" w:rsidRDefault="006C6BDA">
      <w:pPr>
        <w:pStyle w:val="SectionTitle"/>
      </w:pPr>
      <w:r>
        <w:t>When God Gives You a Wife and Children</w:t>
      </w:r>
    </w:p>
    <w:p w14:paraId="20B0CE51" w14:textId="77777777" w:rsidR="003D7A30" w:rsidRDefault="006C6BDA">
      <w:pPr>
        <w:pStyle w:val="GuideLine"/>
      </w:pPr>
      <w:r>
        <w:t>How present faithfulness prepares a man for future home life.</w:t>
      </w:r>
    </w:p>
    <w:p w14:paraId="39E7CEFF" w14:textId="77777777" w:rsidR="003D7A30" w:rsidRDefault="006C6BDA">
      <w:pPr>
        <w:pStyle w:val="Takeaway"/>
        <w:keepLines/>
        <w:pBdr>
          <w:top w:val="single" w:sz="8" w:space="2" w:color="9FB6CE"/>
          <w:left w:val="single" w:sz="24" w:space="0" w:color="7B93AE"/>
          <w:bottom w:val="single" w:sz="8" w:space="2" w:color="9FB6CE"/>
          <w:right w:val="single" w:sz="8" w:space="2" w:color="9FB6CE"/>
        </w:pBdr>
        <w:shd w:val="clear" w:color="auto" w:fill="F2F2F2"/>
      </w:pPr>
      <w:r>
        <w:t>Remember this: If God gives you a wife and children, your strength is for their good.</w:t>
      </w:r>
    </w:p>
    <w:p w14:paraId="0CFCE7C1" w14:textId="77777777" w:rsidR="003D7A30" w:rsidRDefault="006C6BDA">
      <w:pPr>
        <w:pStyle w:val="Body"/>
      </w:pPr>
      <w:r>
        <w:t>This appendix is not meant to make marriage and children the measure of manhood. Not every faithful Christian man receives those callings. If God does not give them to you, you are not less a man. You are still called to become trustworthy, fruitful, and useful in love wherever He places you.</w:t>
      </w:r>
    </w:p>
    <w:p w14:paraId="5D5385CB" w14:textId="77777777" w:rsidR="003D7A30" w:rsidRDefault="006C6BDA">
      <w:pPr>
        <w:pStyle w:val="Body"/>
      </w:pPr>
      <w:r>
        <w:t>This section has one simple purpose: to remind you that the man you are becoming now is the man you will bring into a future home. Marriage and fatherhood do not magically create faithfulness. They usually reveal what has already been forming.</w:t>
      </w:r>
    </w:p>
    <w:p w14:paraId="68409CCD" w14:textId="77777777" w:rsidR="003D7A30" w:rsidRDefault="006C6BDA">
      <w:pPr>
        <w:pStyle w:val="Body"/>
      </w:pPr>
      <w:r>
        <w:t>A lot of young men think about marriage and fatherhood in shallow ways. Some imagine them mainly as milestones, rewards, or proof that they have made it. But if God gives you a wife and children someday, those callings will not mainly be trophies.</w:t>
      </w:r>
    </w:p>
    <w:p w14:paraId="11CC5F6F" w14:textId="77777777" w:rsidR="003D7A30" w:rsidRDefault="006C6BDA">
      <w:pPr>
        <w:pStyle w:val="Body"/>
      </w:pPr>
      <w:r>
        <w:t>They will be responsibilities: holy, good, beautiful, and heavy ones. And the habits being formed in you now will follow you there.</w:t>
      </w:r>
    </w:p>
    <w:p w14:paraId="6875DB92" w14:textId="77777777" w:rsidR="003D7A30" w:rsidRDefault="006C6BDA">
      <w:pPr>
        <w:pStyle w:val="Subhead"/>
      </w:pPr>
      <w:r>
        <w:t>Before Marriage: If You Pursue a Woman</w:t>
      </w:r>
    </w:p>
    <w:p w14:paraId="0C755D5D" w14:textId="77777777" w:rsidR="003D7A30" w:rsidRDefault="006C6BDA">
      <w:pPr>
        <w:pStyle w:val="Body"/>
      </w:pPr>
      <w:r>
        <w:t>Before a man thinks about marriage in the abstract, he must learn to treat women with clarity and honor in real life. Christian pursuit is not a game of attention, pressure, manipulation, secrecy, or appetite.</w:t>
      </w:r>
    </w:p>
    <w:p w14:paraId="0D8B6CCA" w14:textId="77777777" w:rsidR="003D7A30" w:rsidRDefault="006C6BDA">
      <w:pPr>
        <w:pStyle w:val="Body"/>
      </w:pPr>
      <w:r>
        <w:t>If you pursue a woman, be honest about your intentions. Do not use her affection to feed your ego. Do not make emotional promises you are not ready to honor. Do not treat rejection as humiliation or turn bitterness into accusation.</w:t>
      </w:r>
    </w:p>
    <w:p w14:paraId="38D9371B" w14:textId="77777777" w:rsidR="003D7A30" w:rsidRDefault="006C6BDA">
      <w:pPr>
        <w:pStyle w:val="Body"/>
      </w:pPr>
      <w:r>
        <w:t>Protect her reputation. Keep the relationship in the light. Let your pursuit move toward clarity rather than endless emotional consumption. Dating is not marriage, but it should be shaped by the kind of faithfulness marriage would require.</w:t>
      </w:r>
    </w:p>
    <w:p w14:paraId="0023E9B8" w14:textId="77777777" w:rsidR="003D7A30" w:rsidRDefault="006C6BDA">
      <w:pPr>
        <w:pStyle w:val="Body"/>
      </w:pPr>
      <w:r>
        <w:t>A Christian man does not ask, “How far can I go?” as though purity were a fence to lean on. He asks, “How can I honor Christ and guard this woman’s good?”</w:t>
      </w:r>
    </w:p>
    <w:p w14:paraId="7CC9E253" w14:textId="77777777" w:rsidR="003D7A30" w:rsidRDefault="006C6BDA">
      <w:pPr>
        <w:pStyle w:val="Subhead"/>
      </w:pPr>
      <w:r>
        <w:t>If God Gives You a Wife</w:t>
      </w:r>
    </w:p>
    <w:p w14:paraId="67FC89FB" w14:textId="77777777" w:rsidR="003D7A30" w:rsidRDefault="006C6BDA">
      <w:pPr>
        <w:pStyle w:val="Body"/>
      </w:pPr>
      <w:r>
        <w:t>A wife is not a reward for your performance. She is not proof that you won, a solution to your insecurity, or an audience for your ego. She is your neighbor.</w:t>
      </w:r>
    </w:p>
    <w:p w14:paraId="5E4645C3" w14:textId="77777777" w:rsidR="003D7A30" w:rsidRDefault="006C6BDA">
      <w:pPr>
        <w:pStyle w:val="Body"/>
      </w:pPr>
      <w:r>
        <w:t>If God gives you a wife, she will be entrusted to your love, faithfulness, honesty, steadiness, and care. That means the habits you are building right now matter. If you are learning to lie now, you are training to wound her later. If you are learning to hide now, you are training to distance yourself from her later. If you are feeding lust now, you are training to use rather than cherish.</w:t>
      </w:r>
    </w:p>
    <w:p w14:paraId="48EF330A" w14:textId="77777777" w:rsidR="003D7A30" w:rsidRDefault="006C6BDA">
      <w:pPr>
        <w:pStyle w:val="Body"/>
      </w:pPr>
      <w:r>
        <w:t>Marriage does not automatically turn a selfish man into a loving one. It often reveals what is already there.</w:t>
      </w:r>
    </w:p>
    <w:p w14:paraId="1B85E160" w14:textId="77777777" w:rsidR="003D7A30" w:rsidRDefault="006C6BDA">
      <w:pPr>
        <w:pStyle w:val="Body"/>
      </w:pPr>
      <w:r>
        <w:t xml:space="preserve">Ephesians 5 teaches that a husband’s leadership is shaped by Christ’s sacrificial love for the Church. That is too weighty to reduce to a slogan. At minimum, it means this: Christian leadership in a home is never </w:t>
      </w:r>
      <w:r>
        <w:lastRenderedPageBreak/>
        <w:t>selfish privilege, loudness, control, or spiritual posing. It is costly love that tells the truth, repents, serves, protects, and gives itself for the good of another.</w:t>
      </w:r>
    </w:p>
    <w:p w14:paraId="7A23D213" w14:textId="77777777" w:rsidR="003D7A30" w:rsidRDefault="006C6BDA">
      <w:pPr>
        <w:pStyle w:val="Body"/>
      </w:pPr>
      <w:r>
        <w:t>If God gives you a wife, she should not become less safe because you are in the room. She should become more secure — not because you are perfect, but because you are truthful, repentant, steady, and willing to lead first by example.</w:t>
      </w:r>
    </w:p>
    <w:p w14:paraId="4B3F1791" w14:textId="77777777" w:rsidR="003D7A30" w:rsidRDefault="006C6BDA">
      <w:pPr>
        <w:pStyle w:val="Subhead"/>
      </w:pPr>
      <w:r>
        <w:t>In Marriage: Practice Repentance</w:t>
      </w:r>
    </w:p>
    <w:p w14:paraId="4E77E879" w14:textId="77777777" w:rsidR="003D7A30" w:rsidRDefault="006C6BDA">
      <w:pPr>
        <w:pStyle w:val="Body"/>
      </w:pPr>
      <w:r>
        <w:t>Many men make marriage harder because they are too proud to repent. They want to look solid more than they want to be honest, so they defend, deflect, minimize, go silent, or make excuses. That poisons a home.</w:t>
      </w:r>
    </w:p>
    <w:p w14:paraId="691E38C8" w14:textId="77777777" w:rsidR="003D7A30" w:rsidRDefault="006C6BDA">
      <w:pPr>
        <w:pStyle w:val="Body"/>
      </w:pPr>
      <w:r>
        <w:t>A Christian husband must become good at real repentance. Sometimes that sounds like this:</w:t>
      </w:r>
    </w:p>
    <w:p w14:paraId="47752DCB" w14:textId="77777777" w:rsidR="003D7A30" w:rsidRDefault="006C6BDA">
      <w:pPr>
        <w:pStyle w:val="LineStack"/>
      </w:pPr>
      <w:r>
        <w:t>I was wrong.</w:t>
      </w:r>
    </w:p>
    <w:p w14:paraId="756A961E" w14:textId="77777777" w:rsidR="003D7A30" w:rsidRDefault="006C6BDA">
      <w:pPr>
        <w:pStyle w:val="LineStack"/>
      </w:pPr>
      <w:r>
        <w:t>I was harsh.</w:t>
      </w:r>
    </w:p>
    <w:p w14:paraId="150DE0C8" w14:textId="77777777" w:rsidR="003D7A30" w:rsidRDefault="006C6BDA">
      <w:pPr>
        <w:pStyle w:val="LineStack"/>
      </w:pPr>
      <w:r>
        <w:t>I was selfish.</w:t>
      </w:r>
    </w:p>
    <w:p w14:paraId="50751114" w14:textId="77777777" w:rsidR="003D7A30" w:rsidRDefault="006C6BDA">
      <w:pPr>
        <w:pStyle w:val="LineStack"/>
      </w:pPr>
      <w:r>
        <w:t>I was careless.</w:t>
      </w:r>
    </w:p>
    <w:p w14:paraId="361CFD7D" w14:textId="77777777" w:rsidR="003D7A30" w:rsidRDefault="006C6BDA">
      <w:pPr>
        <w:pStyle w:val="LineStack"/>
      </w:pPr>
      <w:r>
        <w:t>Will you forgive me?</w:t>
      </w:r>
    </w:p>
    <w:p w14:paraId="11357A5B" w14:textId="77777777" w:rsidR="003D7A30" w:rsidRDefault="006C6BDA">
      <w:pPr>
        <w:pStyle w:val="Body"/>
      </w:pPr>
      <w:r>
        <w:t>That kind of repentance makes a man trustworthy — not because he never fails, but because he does not build a fortress around failure.</w:t>
      </w:r>
    </w:p>
    <w:p w14:paraId="4BA3B5A5" w14:textId="77777777" w:rsidR="003D7A30" w:rsidRDefault="006C6BDA">
      <w:pPr>
        <w:pStyle w:val="Subhead"/>
      </w:pPr>
      <w:r>
        <w:t>If God Gives You Children</w:t>
      </w:r>
    </w:p>
    <w:p w14:paraId="627C6ACF" w14:textId="77777777" w:rsidR="003D7A30" w:rsidRDefault="006C6BDA">
      <w:pPr>
        <w:pStyle w:val="Body"/>
      </w:pPr>
      <w:r>
        <w:t>Children learn from your life before they learn from your lectures. They will learn from how you speak, how you apologize, how you work, how you treat their mother, what you do with anger, whether you pray, whether you go to church, whether you hide, and whether you tell the truth.</w:t>
      </w:r>
    </w:p>
    <w:p w14:paraId="5A1A684E" w14:textId="77777777" w:rsidR="003D7A30" w:rsidRDefault="006C6BDA">
      <w:pPr>
        <w:pStyle w:val="Body"/>
      </w:pPr>
      <w:r>
        <w:t xml:space="preserve">If God gives you children, you will help shape the spiritual weather of your home. </w:t>
      </w:r>
      <w:proofErr w:type="gramStart"/>
      <w:r>
        <w:t>So</w:t>
      </w:r>
      <w:proofErr w:type="gramEnd"/>
      <w:r>
        <w:t xml:space="preserve"> ask the right question now: What kind of spiritual weather am I practicing — fear, performance, harshness, and distraction, or repentance, steadiness, truth, prayer, and mercy?</w:t>
      </w:r>
    </w:p>
    <w:p w14:paraId="422061C3" w14:textId="77777777" w:rsidR="003D7A30" w:rsidRDefault="006C6BDA">
      <w:pPr>
        <w:pStyle w:val="Body"/>
      </w:pPr>
      <w:r>
        <w:t>Fatherhood is not mainly being in charge. It is presence, steadiness, attention, patience, prayer, work, consistency, correction with love, tenderness without softness, and strength without harshness.</w:t>
      </w:r>
    </w:p>
    <w:p w14:paraId="6F533F1E" w14:textId="77777777" w:rsidR="003D7A30" w:rsidRDefault="006C6BDA">
      <w:pPr>
        <w:pStyle w:val="Subhead"/>
      </w:pPr>
      <w:r>
        <w:t>Start Becoming Trustworthy Now</w:t>
      </w:r>
    </w:p>
    <w:p w14:paraId="67A95476" w14:textId="77777777" w:rsidR="003D7A30" w:rsidRDefault="006C6BDA">
      <w:pPr>
        <w:pStyle w:val="Body"/>
      </w:pPr>
      <w:r>
        <w:t>Do not wait until marriage or fatherhood to get serious. A lot of men imagine that later they will stop hiding, get serious about lust, become prayerful, stop being selfish, and become steady. Usually, later reveals more than it transforms.</w:t>
      </w:r>
    </w:p>
    <w:p w14:paraId="661A28BA" w14:textId="77777777" w:rsidR="003D7A30" w:rsidRDefault="006C6BDA">
      <w:pPr>
        <w:pStyle w:val="Body"/>
      </w:pPr>
      <w:r>
        <w:t>So do not wait. Become the kind of man now who can tell the truth, repent, pray, work, serve, control his eyes, control his tongue, keep his word, stay rooted in church, and stay near Christ.</w:t>
      </w:r>
    </w:p>
    <w:p w14:paraId="14995D10" w14:textId="77777777" w:rsidR="003D7A30" w:rsidRDefault="006C6BDA">
      <w:pPr>
        <w:pStyle w:val="Body"/>
      </w:pPr>
      <w:r>
        <w:t>A Christian home is built by grace, not by performance. It is built with Christ at the center, repentance staying normal, prayer staying real, church staying central, truth staying welcome, and strength being spent in love.</w:t>
      </w:r>
    </w:p>
    <w:p w14:paraId="5A93DB18" w14:textId="77777777" w:rsidR="003D7A30" w:rsidRDefault="006C6BDA">
      <w:pPr>
        <w:pStyle w:val="Body"/>
      </w:pPr>
      <w:r>
        <w:t>That is the narrow point of this appendix: if God gives you a wife and children someday, the man you are becoming now will come with you. By God’s grace, become a man who could bless that home.</w:t>
      </w:r>
    </w:p>
    <w:p w14:paraId="75490EF8" w14:textId="77777777" w:rsidR="003D7A30" w:rsidRDefault="006C6BDA">
      <w:pPr>
        <w:pStyle w:val="Subhead"/>
        <w:keepLines/>
        <w:pageBreakBefore/>
        <w:pBdr>
          <w:top w:val="single" w:sz="10" w:space="0" w:color="D0D0D0"/>
          <w:left w:val="single" w:sz="10" w:space="0" w:color="D0D0D0"/>
          <w:right w:val="single" w:sz="10" w:space="0" w:color="D0D0D0"/>
        </w:pBdr>
        <w:shd w:val="clear" w:color="auto" w:fill="EDEDED"/>
        <w:spacing w:before="60" w:after="0"/>
        <w:ind w:left="173" w:right="144"/>
      </w:pPr>
      <w:r>
        <w:rPr>
          <w:color w:val="1F3B5D"/>
        </w:rPr>
        <w:lastRenderedPageBreak/>
        <w:t>Field Exercise</w:t>
      </w:r>
    </w:p>
    <w:p w14:paraId="0ED0257A" w14:textId="77777777" w:rsidR="003D7A30" w:rsidRDefault="006C6BDA">
      <w:pPr>
        <w:pStyle w:val="Body"/>
        <w:pBdr>
          <w:left w:val="single" w:sz="10" w:space="0" w:color="D0D0D0"/>
          <w:right w:val="single" w:sz="10" w:space="0" w:color="D0D0D0"/>
        </w:pBdr>
        <w:shd w:val="clear" w:color="auto" w:fill="F7F7F7"/>
        <w:spacing w:after="0"/>
        <w:ind w:left="173" w:right="115"/>
      </w:pPr>
      <w:r>
        <w:t>This exercise is not about pretending you know your future. It is about becoming trustworthy now.</w:t>
      </w:r>
    </w:p>
    <w:p w14:paraId="623A63A7" w14:textId="77777777" w:rsidR="003D7A30" w:rsidRDefault="006C6BDA">
      <w:pPr>
        <w:pStyle w:val="Body"/>
        <w:pBdr>
          <w:left w:val="single" w:sz="10" w:space="0" w:color="D0D0D0"/>
          <w:right w:val="single" w:sz="10" w:space="0" w:color="D0D0D0"/>
        </w:pBdr>
        <w:shd w:val="clear" w:color="auto" w:fill="F7F7F7"/>
        <w:spacing w:after="0"/>
        <w:ind w:left="173" w:right="115"/>
      </w:pPr>
      <w:r>
        <w:t>Write three headings:</w:t>
      </w:r>
    </w:p>
    <w:p w14:paraId="750DEF8E" w14:textId="77777777" w:rsidR="003D7A30" w:rsidRDefault="006C6BDA">
      <w:pPr>
        <w:pStyle w:val="LineStack"/>
        <w:pBdr>
          <w:left w:val="single" w:sz="10" w:space="0" w:color="D0D0D0"/>
          <w:right w:val="single" w:sz="10" w:space="0" w:color="D0D0D0"/>
        </w:pBdr>
        <w:shd w:val="clear" w:color="auto" w:fill="F7F7F7"/>
        <w:spacing w:after="0"/>
        <w:ind w:left="173" w:right="115"/>
      </w:pPr>
      <w:r>
        <w:t>Pursuit</w:t>
      </w:r>
    </w:p>
    <w:p w14:paraId="32AC1E63" w14:textId="77777777" w:rsidR="003D7A30" w:rsidRDefault="006C6BDA">
      <w:pPr>
        <w:pStyle w:val="LineStack"/>
        <w:pBdr>
          <w:left w:val="single" w:sz="10" w:space="0" w:color="D0D0D0"/>
          <w:right w:val="single" w:sz="10" w:space="0" w:color="D0D0D0"/>
        </w:pBdr>
        <w:shd w:val="clear" w:color="auto" w:fill="F7F7F7"/>
        <w:spacing w:after="0"/>
        <w:ind w:left="173" w:right="115"/>
      </w:pPr>
      <w:r>
        <w:t>Marriage</w:t>
      </w:r>
    </w:p>
    <w:p w14:paraId="101682ED" w14:textId="77777777" w:rsidR="003D7A30" w:rsidRDefault="006C6BDA">
      <w:pPr>
        <w:pStyle w:val="LineStack"/>
        <w:pBdr>
          <w:left w:val="single" w:sz="10" w:space="0" w:color="D0D0D0"/>
          <w:right w:val="single" w:sz="10" w:space="0" w:color="D0D0D0"/>
        </w:pBdr>
        <w:shd w:val="clear" w:color="auto" w:fill="F7F7F7"/>
        <w:spacing w:after="0"/>
        <w:ind w:left="173" w:right="115"/>
      </w:pPr>
      <w:r>
        <w:t>Fatherhood</w:t>
      </w:r>
    </w:p>
    <w:p w14:paraId="4AA97219" w14:textId="77777777" w:rsidR="003D7A30" w:rsidRDefault="006C6BDA">
      <w:pPr>
        <w:pStyle w:val="Body"/>
        <w:pBdr>
          <w:left w:val="single" w:sz="10" w:space="0" w:color="D0D0D0"/>
          <w:right w:val="single" w:sz="10" w:space="0" w:color="D0D0D0"/>
        </w:pBdr>
        <w:shd w:val="clear" w:color="auto" w:fill="F7F7F7"/>
        <w:spacing w:after="0"/>
        <w:ind w:left="173" w:right="115"/>
      </w:pPr>
      <w:r>
        <w:t>Under each heading, write one habit in you that would bless a future home and one habit that would wound it if nothing changed.</w:t>
      </w:r>
    </w:p>
    <w:p w14:paraId="618B052B" w14:textId="77777777" w:rsidR="003D7A30" w:rsidRDefault="006C6BDA">
      <w:pPr>
        <w:pStyle w:val="Body"/>
        <w:pBdr>
          <w:left w:val="single" w:sz="10" w:space="0" w:color="D0D0D0"/>
          <w:right w:val="single" w:sz="10" w:space="0" w:color="D0D0D0"/>
        </w:pBdr>
        <w:shd w:val="clear" w:color="auto" w:fill="F7F7F7"/>
        <w:spacing w:after="0"/>
        <w:ind w:left="173" w:right="115"/>
      </w:pPr>
      <w:r>
        <w:t>Then choose one present-day step toward faithfulness:</w:t>
      </w:r>
    </w:p>
    <w:p w14:paraId="2D522587" w14:textId="77777777" w:rsidR="003D7A30" w:rsidRDefault="006C6BDA">
      <w:pPr>
        <w:pStyle w:val="LineStack"/>
        <w:pBdr>
          <w:left w:val="single" w:sz="10" w:space="0" w:color="D0D0D0"/>
          <w:bottom w:val="single" w:sz="10" w:space="0" w:color="D0D0D0"/>
          <w:right w:val="single" w:sz="10" w:space="0" w:color="D0D0D0"/>
        </w:pBdr>
        <w:shd w:val="clear" w:color="auto" w:fill="F7F7F7"/>
        <w:spacing w:after="0"/>
        <w:ind w:left="173" w:right="115"/>
      </w:pPr>
      <w:r>
        <w:t>I can start becoming more trustworthy now by ____________.</w:t>
      </w:r>
    </w:p>
    <w:p w14:paraId="43767CE4" w14:textId="77777777" w:rsidR="003D7A30" w:rsidRDefault="006C6BDA">
      <w:pPr>
        <w:pStyle w:val="Subhead"/>
        <w:keepLines/>
        <w:pBdr>
          <w:top w:val="single" w:sz="10" w:space="0" w:color="D0D0D0"/>
          <w:left w:val="single" w:sz="10" w:space="0" w:color="D0D0D0"/>
          <w:right w:val="single" w:sz="10" w:space="0" w:color="D0D0D0"/>
        </w:pBdr>
        <w:shd w:val="clear" w:color="auto" w:fill="EDEDED"/>
        <w:spacing w:before="60" w:after="0"/>
        <w:ind w:left="173" w:right="144"/>
      </w:pPr>
      <w:r>
        <w:rPr>
          <w:color w:val="1F3B5D"/>
        </w:rPr>
        <w:t>Prayer</w:t>
      </w:r>
    </w:p>
    <w:p w14:paraId="33A2104B" w14:textId="77777777" w:rsidR="003D7A30" w:rsidRDefault="006C6BDA">
      <w:pPr>
        <w:pStyle w:val="Body"/>
        <w:keepLines/>
        <w:pBdr>
          <w:left w:val="single" w:sz="10" w:space="0" w:color="D0D0D0"/>
          <w:bottom w:val="single" w:sz="10" w:space="0" w:color="D0D0D0"/>
          <w:right w:val="single" w:sz="10" w:space="0" w:color="D0D0D0"/>
        </w:pBdr>
        <w:shd w:val="clear" w:color="auto" w:fill="F7F7F7"/>
        <w:ind w:left="173" w:right="115"/>
      </w:pPr>
      <w:r>
        <w:t>Father, if You give me a wife and children someday, make me the kind of man who is safe for them. Teach me to use my strength in love, to tell the truth quickly, to repent without pride, to work faithfully, to pray sincerely, and to stay near Christ. Guard me from selfishness, lust, harshness, passivity, and the desire to lead by image instead of truth. Form me now into the kind of man who could bless a home by Your grace. Amen.</w:t>
      </w:r>
    </w:p>
    <w:p w14:paraId="6B57E270" w14:textId="77777777" w:rsidR="003D7A30" w:rsidRDefault="006C6BDA">
      <w:pPr>
        <w:pStyle w:val="Subhead"/>
        <w:spacing w:after="80"/>
        <w:rPr>
          <w:color w:val="546478"/>
        </w:rPr>
      </w:pPr>
      <w:r>
        <w:rPr>
          <w:color w:val="546478"/>
        </w:rPr>
        <w:t>Notes</w:t>
      </w:r>
    </w:p>
    <w:p w14:paraId="2596D0AF" w14:textId="77777777" w:rsidR="003D7A30" w:rsidRDefault="006C6BDA">
      <w:pPr>
        <w:pStyle w:val="SectionTitle"/>
        <w:pageBreakBefore/>
      </w:pPr>
      <w:r>
        <w:lastRenderedPageBreak/>
        <w:t>A Final Word</w:t>
      </w:r>
    </w:p>
    <w:p w14:paraId="25D095EE" w14:textId="77777777" w:rsidR="003D7A30" w:rsidRDefault="006C6BDA">
      <w:pPr>
        <w:pStyle w:val="Body"/>
      </w:pPr>
      <w:r>
        <w:t>If you have read this far, do not treat this guide like something finished. Treat it like something to return to.</w:t>
      </w:r>
    </w:p>
    <w:p w14:paraId="4E148275" w14:textId="77777777" w:rsidR="003D7A30" w:rsidRDefault="006C6BDA">
      <w:pPr>
        <w:pStyle w:val="Body"/>
      </w:pPr>
      <w:r>
        <w:t>I wrote this because I want better for you than a life of hiding, drifting, performing, and trying to carry yourself alone. I want you to know where to go when you are tired, tempted, proud, ashamed, or unsure what kind of man you are becoming.</w:t>
      </w:r>
    </w:p>
    <w:p w14:paraId="03DDA8C9" w14:textId="77777777" w:rsidR="003D7A30" w:rsidRDefault="006C6BDA">
      <w:pPr>
        <w:pStyle w:val="Body"/>
      </w:pPr>
      <w:r>
        <w:t>You will drift. Return. You will sin. Confess. You will suffer. Stay near Christ. You will be tempted to hide. Come into the light. You will be tempted to prove yourself. Remember that you are a son.</w:t>
      </w:r>
    </w:p>
    <w:p w14:paraId="69A0D82C" w14:textId="77777777" w:rsidR="003D7A30" w:rsidRDefault="006C6BDA">
      <w:pPr>
        <w:pStyle w:val="Body"/>
      </w:pPr>
      <w:r>
        <w:t>The point of this book was never to make you impressive. The point was to help you become truthful, rooted, useful, and faithful under the mercy of Christ.</w:t>
      </w:r>
    </w:p>
    <w:p w14:paraId="5A91EFD1" w14:textId="77777777" w:rsidR="003D7A30" w:rsidRDefault="006C6BDA">
      <w:pPr>
        <w:pStyle w:val="Body"/>
      </w:pPr>
      <w:r>
        <w:t>Take the next faithful step. Stay near the Word. Stay near the Sacrament. Stay near the Church. Stay near brothers who tell the truth.</w:t>
      </w:r>
    </w:p>
    <w:p w14:paraId="2BAA0AFB" w14:textId="77777777" w:rsidR="003D7A30" w:rsidRDefault="006C6BDA">
      <w:pPr>
        <w:pStyle w:val="Body"/>
      </w:pPr>
      <w:r>
        <w:t>Do not just start strong.</w:t>
      </w:r>
    </w:p>
    <w:p w14:paraId="357401CC" w14:textId="77777777" w:rsidR="003D7A30" w:rsidRDefault="006C6BDA">
      <w:pPr>
        <w:pStyle w:val="Body"/>
      </w:pPr>
      <w:r>
        <w:t>Stay near Christ.</w:t>
      </w:r>
    </w:p>
    <w:p w14:paraId="3E75B4F1" w14:textId="77777777" w:rsidR="003D7A30" w:rsidRDefault="006C6BDA">
      <w:pPr>
        <w:pStyle w:val="Body"/>
      </w:pPr>
      <w:r>
        <w:t>Finish well.</w:t>
      </w:r>
    </w:p>
    <w:p w14:paraId="44AB667B" w14:textId="77777777" w:rsidR="003D7A30" w:rsidRDefault="006C6BDA">
      <w:pPr>
        <w:pStyle w:val="Body"/>
      </w:pPr>
      <w:r>
        <w:t>- Mark Sward</w:t>
      </w:r>
    </w:p>
    <w:sectPr w:rsidR="003D7A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EF62F" w14:textId="77777777" w:rsidR="00790488" w:rsidRDefault="00790488">
      <w:pPr>
        <w:spacing w:after="0" w:line="240" w:lineRule="auto"/>
      </w:pPr>
      <w:r>
        <w:separator/>
      </w:r>
    </w:p>
  </w:endnote>
  <w:endnote w:type="continuationSeparator" w:id="0">
    <w:p w14:paraId="01F35733" w14:textId="77777777" w:rsidR="00790488" w:rsidRDefault="00790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D6038" w14:textId="77777777" w:rsidR="00790488" w:rsidRDefault="00790488">
      <w:pPr>
        <w:spacing w:after="0" w:line="240" w:lineRule="auto"/>
      </w:pPr>
      <w:r>
        <w:separator/>
      </w:r>
    </w:p>
  </w:footnote>
  <w:footnote w:type="continuationSeparator" w:id="0">
    <w:p w14:paraId="72370E53" w14:textId="77777777" w:rsidR="00790488" w:rsidRDefault="00790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77DF"/>
    <w:multiLevelType w:val="multilevel"/>
    <w:tmpl w:val="07AA48B0"/>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B7361A5"/>
    <w:multiLevelType w:val="multilevel"/>
    <w:tmpl w:val="9852E6AE"/>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7585290"/>
    <w:multiLevelType w:val="multilevel"/>
    <w:tmpl w:val="4EFEEA0E"/>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A170C94"/>
    <w:multiLevelType w:val="multilevel"/>
    <w:tmpl w:val="64BC17D6"/>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19434E7"/>
    <w:multiLevelType w:val="multilevel"/>
    <w:tmpl w:val="8A765F7C"/>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7366184"/>
    <w:multiLevelType w:val="multilevel"/>
    <w:tmpl w:val="A64C345C"/>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1CA1DA2"/>
    <w:multiLevelType w:val="multilevel"/>
    <w:tmpl w:val="2EEED4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2"/>
  </w:num>
  <w:num w:numId="3">
    <w:abstractNumId w:val="4"/>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C51"/>
    <w:rsid w:val="000C4A50"/>
    <w:rsid w:val="000D490C"/>
    <w:rsid w:val="00110784"/>
    <w:rsid w:val="00110C5E"/>
    <w:rsid w:val="00111846"/>
    <w:rsid w:val="00142E15"/>
    <w:rsid w:val="00153711"/>
    <w:rsid w:val="00161CE8"/>
    <w:rsid w:val="00171994"/>
    <w:rsid w:val="001842B1"/>
    <w:rsid w:val="001846BA"/>
    <w:rsid w:val="00194097"/>
    <w:rsid w:val="00227E90"/>
    <w:rsid w:val="00236744"/>
    <w:rsid w:val="002B348B"/>
    <w:rsid w:val="002F6DE2"/>
    <w:rsid w:val="00317A3C"/>
    <w:rsid w:val="0032663B"/>
    <w:rsid w:val="00355FEC"/>
    <w:rsid w:val="00361924"/>
    <w:rsid w:val="00384A53"/>
    <w:rsid w:val="003C560C"/>
    <w:rsid w:val="003D7A30"/>
    <w:rsid w:val="00426808"/>
    <w:rsid w:val="00435340"/>
    <w:rsid w:val="00486873"/>
    <w:rsid w:val="00500DBC"/>
    <w:rsid w:val="005332C7"/>
    <w:rsid w:val="00542E78"/>
    <w:rsid w:val="005522AF"/>
    <w:rsid w:val="005678CA"/>
    <w:rsid w:val="005742EE"/>
    <w:rsid w:val="00580CD1"/>
    <w:rsid w:val="005C2BFA"/>
    <w:rsid w:val="005D16EC"/>
    <w:rsid w:val="005E2C5C"/>
    <w:rsid w:val="006103D0"/>
    <w:rsid w:val="00636208"/>
    <w:rsid w:val="00646A77"/>
    <w:rsid w:val="006865B7"/>
    <w:rsid w:val="006B33DC"/>
    <w:rsid w:val="006B5310"/>
    <w:rsid w:val="006C6BDA"/>
    <w:rsid w:val="0071608E"/>
    <w:rsid w:val="00784C4E"/>
    <w:rsid w:val="00790488"/>
    <w:rsid w:val="00790C21"/>
    <w:rsid w:val="007A362C"/>
    <w:rsid w:val="007A5A53"/>
    <w:rsid w:val="007D7791"/>
    <w:rsid w:val="007F2703"/>
    <w:rsid w:val="0080403E"/>
    <w:rsid w:val="00820C77"/>
    <w:rsid w:val="00860EA3"/>
    <w:rsid w:val="00891B73"/>
    <w:rsid w:val="0089210F"/>
    <w:rsid w:val="008B0E41"/>
    <w:rsid w:val="008C7D4D"/>
    <w:rsid w:val="009954A4"/>
    <w:rsid w:val="009A1416"/>
    <w:rsid w:val="00A715D7"/>
    <w:rsid w:val="00A766C1"/>
    <w:rsid w:val="00A93C51"/>
    <w:rsid w:val="00AA1536"/>
    <w:rsid w:val="00AB2348"/>
    <w:rsid w:val="00B048E9"/>
    <w:rsid w:val="00B063B0"/>
    <w:rsid w:val="00B2116A"/>
    <w:rsid w:val="00B64397"/>
    <w:rsid w:val="00BD1B72"/>
    <w:rsid w:val="00C04FC1"/>
    <w:rsid w:val="00C30331"/>
    <w:rsid w:val="00C66692"/>
    <w:rsid w:val="00C86AC5"/>
    <w:rsid w:val="00CC0F03"/>
    <w:rsid w:val="00CF5088"/>
    <w:rsid w:val="00D504E7"/>
    <w:rsid w:val="00D82BCA"/>
    <w:rsid w:val="00DA4709"/>
    <w:rsid w:val="00DD2F06"/>
    <w:rsid w:val="00E76FC7"/>
    <w:rsid w:val="00EC000D"/>
    <w:rsid w:val="00EE05C6"/>
    <w:rsid w:val="00F4791E"/>
    <w:rsid w:val="00FA5B49"/>
    <w:rsid w:val="00FE6FA0"/>
    <w:rsid w:val="00FF7916"/>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6AC2"/>
  <w15:docId w15:val="{F46F7F88-28BE-4007-9EB2-E1C9E61E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rPr>
      <w:rFonts w:eastAsia="Cambria"/>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customStyle="1" w:styleId="CoverTitle">
    <w:name w:val="CoverTitle"/>
    <w:basedOn w:val="Normal"/>
    <w:qFormat/>
    <w:pPr>
      <w:spacing w:after="120"/>
      <w:jc w:val="center"/>
    </w:pPr>
    <w:rPr>
      <w:b/>
      <w:color w:val="1A2E49"/>
      <w:sz w:val="48"/>
    </w:rPr>
  </w:style>
  <w:style w:type="paragraph" w:customStyle="1" w:styleId="CoverSubtitle">
    <w:name w:val="CoverSubtitle"/>
    <w:basedOn w:val="Normal"/>
    <w:qFormat/>
    <w:pPr>
      <w:spacing w:after="120"/>
      <w:jc w:val="center"/>
    </w:pPr>
    <w:rPr>
      <w:i/>
      <w:color w:val="5A5A5A"/>
      <w:sz w:val="26"/>
    </w:rPr>
  </w:style>
  <w:style w:type="paragraph" w:customStyle="1" w:styleId="CoverMeta">
    <w:name w:val="CoverMeta"/>
    <w:basedOn w:val="Normal"/>
    <w:qFormat/>
    <w:pPr>
      <w:jc w:val="center"/>
    </w:pPr>
    <w:rPr>
      <w:color w:val="5A5A5A"/>
      <w:sz w:val="21"/>
    </w:rPr>
  </w:style>
  <w:style w:type="paragraph" w:customStyle="1" w:styleId="SectionLabel">
    <w:name w:val="SectionLabel"/>
    <w:basedOn w:val="Normal"/>
    <w:qFormat/>
    <w:pPr>
      <w:keepNext/>
      <w:spacing w:after="40"/>
    </w:pPr>
    <w:rPr>
      <w:b/>
      <w:color w:val="626C71"/>
      <w:sz w:val="19"/>
    </w:rPr>
  </w:style>
  <w:style w:type="paragraph" w:customStyle="1" w:styleId="SectionTitle">
    <w:name w:val="SectionTitle"/>
    <w:basedOn w:val="Normal"/>
    <w:qFormat/>
    <w:pPr>
      <w:keepNext/>
      <w:spacing w:after="80"/>
    </w:pPr>
    <w:rPr>
      <w:b/>
      <w:color w:val="1A2E49"/>
      <w:sz w:val="34"/>
    </w:rPr>
  </w:style>
  <w:style w:type="paragraph" w:customStyle="1" w:styleId="Takeaway">
    <w:name w:val="Takeaway"/>
    <w:basedOn w:val="Normal"/>
    <w:qFormat/>
    <w:pPr>
      <w:keepNext/>
      <w:spacing w:before="80" w:after="160"/>
      <w:ind w:left="173" w:right="173"/>
    </w:pPr>
    <w:rPr>
      <w:b/>
      <w:i/>
      <w:color w:val="254E7A"/>
      <w:sz w:val="26"/>
    </w:rPr>
  </w:style>
  <w:style w:type="paragraph" w:customStyle="1" w:styleId="Body">
    <w:name w:val="Body"/>
    <w:basedOn w:val="Normal"/>
    <w:qFormat/>
    <w:pPr>
      <w:spacing w:after="120" w:line="269" w:lineRule="auto"/>
    </w:pPr>
    <w:rPr>
      <w:sz w:val="21"/>
    </w:rPr>
  </w:style>
  <w:style w:type="paragraph" w:customStyle="1" w:styleId="LineStack">
    <w:name w:val="LineStack"/>
    <w:basedOn w:val="Normal"/>
    <w:qFormat/>
    <w:pPr>
      <w:spacing w:after="20" w:line="252" w:lineRule="auto"/>
      <w:ind w:left="360"/>
    </w:pPr>
  </w:style>
  <w:style w:type="paragraph" w:customStyle="1" w:styleId="Subhead">
    <w:name w:val="Subhead"/>
    <w:basedOn w:val="Normal"/>
    <w:qFormat/>
    <w:pPr>
      <w:keepNext/>
      <w:spacing w:before="160" w:after="40"/>
    </w:pPr>
    <w:rPr>
      <w:b/>
      <w:color w:val="1A2E49"/>
      <w:sz w:val="23"/>
    </w:rPr>
  </w:style>
  <w:style w:type="paragraph" w:customStyle="1" w:styleId="ContentsHeading">
    <w:name w:val="ContentsHeading"/>
    <w:basedOn w:val="Normal"/>
    <w:qFormat/>
    <w:pPr>
      <w:spacing w:after="160"/>
    </w:pPr>
    <w:rPr>
      <w:b/>
      <w:color w:val="1A2E49"/>
      <w:sz w:val="30"/>
    </w:rPr>
  </w:style>
  <w:style w:type="paragraph" w:customStyle="1" w:styleId="ContentsItem">
    <w:name w:val="ContentsItem"/>
    <w:basedOn w:val="Normal"/>
    <w:qFormat/>
    <w:pPr>
      <w:spacing w:after="40"/>
    </w:pPr>
    <w:rPr>
      <w:color w:val="373737"/>
      <w:sz w:val="21"/>
    </w:rPr>
  </w:style>
  <w:style w:type="paragraph" w:customStyle="1" w:styleId="PartLabel">
    <w:name w:val="PartLabel"/>
    <w:basedOn w:val="SectionLabel"/>
    <w:qFormat/>
    <w:pPr>
      <w:spacing w:after="0"/>
    </w:pPr>
    <w:rPr>
      <w:color w:val="666666"/>
      <w:sz w:val="24"/>
    </w:rPr>
  </w:style>
  <w:style w:type="paragraph" w:customStyle="1" w:styleId="PartTitle">
    <w:name w:val="PartTitle"/>
    <w:basedOn w:val="SectionTitle"/>
    <w:qFormat/>
    <w:pPr>
      <w:spacing w:after="40"/>
    </w:pPr>
    <w:rPr>
      <w:color w:val="333333"/>
      <w:sz w:val="40"/>
    </w:rPr>
  </w:style>
  <w:style w:type="paragraph" w:customStyle="1" w:styleId="PartIntro">
    <w:name w:val="PartIntro"/>
    <w:basedOn w:val="Body"/>
    <w:qFormat/>
    <w:pPr>
      <w:spacing w:after="160"/>
    </w:pPr>
    <w:rPr>
      <w:color w:val="555555"/>
    </w:rPr>
  </w:style>
  <w:style w:type="paragraph" w:customStyle="1" w:styleId="GuideLine">
    <w:name w:val="GuideLine"/>
    <w:basedOn w:val="Body"/>
    <w:qFormat/>
    <w:pPr>
      <w:spacing w:after="160"/>
    </w:pPr>
    <w:rPr>
      <w:i/>
      <w:color w:val="6B6B6B"/>
      <w:sz w:val="20"/>
    </w:rPr>
  </w:style>
  <w:style w:type="paragraph" w:customStyle="1" w:styleId="ContentsPart">
    <w:name w:val="ContentsPart"/>
    <w:basedOn w:val="ContentsItem"/>
    <w:qFormat/>
    <w:pPr>
      <w:spacing w:before="120" w:after="0"/>
    </w:pPr>
    <w:rPr>
      <w:b/>
      <w:color w:val="444444"/>
      <w:sz w:val="22"/>
    </w:rPr>
  </w:style>
  <w:style w:type="paragraph" w:customStyle="1" w:styleId="ContentsSubItem">
    <w:name w:val="ContentsSubItem"/>
    <w:basedOn w:val="ContentsItem"/>
    <w:qFormat/>
    <w:pPr>
      <w:spacing w:after="0"/>
    </w:pPr>
    <w:rPr>
      <w:color w:val="444444"/>
      <w:sz w:val="20"/>
    </w:rPr>
  </w:style>
  <w:style w:type="paragraph" w:styleId="NormalWeb">
    <w:name w:val="Normal (Web)"/>
    <w:basedOn w:val="Normal"/>
    <w:uiPriority w:val="99"/>
    <w:semiHidden/>
    <w:unhideWhenUsed/>
    <w:qFormat/>
    <w:rsid w:val="00F33DC7"/>
    <w:pPr>
      <w:spacing w:beforeAutospacing="1"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text">
    <w:name w:val="text"/>
    <w:basedOn w:val="DefaultParagraphFont"/>
    <w:rsid w:val="00B64397"/>
  </w:style>
  <w:style w:type="character" w:customStyle="1" w:styleId="woj">
    <w:name w:val="woj"/>
    <w:basedOn w:val="DefaultParagraphFont"/>
    <w:rsid w:val="00FE6FA0"/>
  </w:style>
  <w:style w:type="character" w:styleId="Hyperlink">
    <w:name w:val="Hyperlink"/>
    <w:basedOn w:val="DefaultParagraphFont"/>
    <w:uiPriority w:val="99"/>
    <w:semiHidden/>
    <w:unhideWhenUsed/>
    <w:rsid w:val="00FE6FA0"/>
    <w:rPr>
      <w:color w:val="0000FF"/>
      <w:u w:val="single"/>
    </w:rPr>
  </w:style>
  <w:style w:type="paragraph" w:customStyle="1" w:styleId="ScriptureAnchor">
    <w:name w:val="ScriptureAnchor"/>
    <w:basedOn w:val="Subhead"/>
    <w:pPr>
      <w:spacing w:after="60"/>
    </w:pPr>
    <w:rPr>
      <w:sz w:val="21"/>
    </w:rPr>
  </w:style>
  <w:style w:type="paragraph" w:customStyle="1" w:styleId="ScriptureQuote">
    <w:name w:val="ScriptureQuote"/>
    <w:basedOn w:val="Body"/>
    <w:pPr>
      <w:spacing w:before="40"/>
      <w:ind w:left="259" w:right="259"/>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5045">
      <w:bodyDiv w:val="1"/>
      <w:marLeft w:val="0"/>
      <w:marRight w:val="0"/>
      <w:marTop w:val="0"/>
      <w:marBottom w:val="0"/>
      <w:divBdr>
        <w:top w:val="none" w:sz="0" w:space="0" w:color="auto"/>
        <w:left w:val="none" w:sz="0" w:space="0" w:color="auto"/>
        <w:bottom w:val="none" w:sz="0" w:space="0" w:color="auto"/>
        <w:right w:val="none" w:sz="0" w:space="0" w:color="auto"/>
      </w:divBdr>
    </w:div>
    <w:div w:id="202179470">
      <w:bodyDiv w:val="1"/>
      <w:marLeft w:val="0"/>
      <w:marRight w:val="0"/>
      <w:marTop w:val="0"/>
      <w:marBottom w:val="0"/>
      <w:divBdr>
        <w:top w:val="none" w:sz="0" w:space="0" w:color="auto"/>
        <w:left w:val="none" w:sz="0" w:space="0" w:color="auto"/>
        <w:bottom w:val="none" w:sz="0" w:space="0" w:color="auto"/>
        <w:right w:val="none" w:sz="0" w:space="0" w:color="auto"/>
      </w:divBdr>
    </w:div>
    <w:div w:id="543106926">
      <w:bodyDiv w:val="1"/>
      <w:marLeft w:val="0"/>
      <w:marRight w:val="0"/>
      <w:marTop w:val="0"/>
      <w:marBottom w:val="0"/>
      <w:divBdr>
        <w:top w:val="none" w:sz="0" w:space="0" w:color="auto"/>
        <w:left w:val="none" w:sz="0" w:space="0" w:color="auto"/>
        <w:bottom w:val="none" w:sz="0" w:space="0" w:color="auto"/>
        <w:right w:val="none" w:sz="0" w:space="0" w:color="auto"/>
      </w:divBdr>
    </w:div>
    <w:div w:id="768163303">
      <w:bodyDiv w:val="1"/>
      <w:marLeft w:val="0"/>
      <w:marRight w:val="0"/>
      <w:marTop w:val="0"/>
      <w:marBottom w:val="0"/>
      <w:divBdr>
        <w:top w:val="none" w:sz="0" w:space="0" w:color="auto"/>
        <w:left w:val="none" w:sz="0" w:space="0" w:color="auto"/>
        <w:bottom w:val="none" w:sz="0" w:space="0" w:color="auto"/>
        <w:right w:val="none" w:sz="0" w:space="0" w:color="auto"/>
      </w:divBdr>
    </w:div>
    <w:div w:id="783576357">
      <w:bodyDiv w:val="1"/>
      <w:marLeft w:val="0"/>
      <w:marRight w:val="0"/>
      <w:marTop w:val="0"/>
      <w:marBottom w:val="0"/>
      <w:divBdr>
        <w:top w:val="none" w:sz="0" w:space="0" w:color="auto"/>
        <w:left w:val="none" w:sz="0" w:space="0" w:color="auto"/>
        <w:bottom w:val="none" w:sz="0" w:space="0" w:color="auto"/>
        <w:right w:val="none" w:sz="0" w:space="0" w:color="auto"/>
      </w:divBdr>
    </w:div>
    <w:div w:id="852954833">
      <w:bodyDiv w:val="1"/>
      <w:marLeft w:val="0"/>
      <w:marRight w:val="0"/>
      <w:marTop w:val="0"/>
      <w:marBottom w:val="0"/>
      <w:divBdr>
        <w:top w:val="none" w:sz="0" w:space="0" w:color="auto"/>
        <w:left w:val="none" w:sz="0" w:space="0" w:color="auto"/>
        <w:bottom w:val="none" w:sz="0" w:space="0" w:color="auto"/>
        <w:right w:val="none" w:sz="0" w:space="0" w:color="auto"/>
      </w:divBdr>
    </w:div>
    <w:div w:id="895318980">
      <w:bodyDiv w:val="1"/>
      <w:marLeft w:val="0"/>
      <w:marRight w:val="0"/>
      <w:marTop w:val="0"/>
      <w:marBottom w:val="0"/>
      <w:divBdr>
        <w:top w:val="none" w:sz="0" w:space="0" w:color="auto"/>
        <w:left w:val="none" w:sz="0" w:space="0" w:color="auto"/>
        <w:bottom w:val="none" w:sz="0" w:space="0" w:color="auto"/>
        <w:right w:val="none" w:sz="0" w:space="0" w:color="auto"/>
      </w:divBdr>
    </w:div>
    <w:div w:id="908727899">
      <w:bodyDiv w:val="1"/>
      <w:marLeft w:val="0"/>
      <w:marRight w:val="0"/>
      <w:marTop w:val="0"/>
      <w:marBottom w:val="0"/>
      <w:divBdr>
        <w:top w:val="none" w:sz="0" w:space="0" w:color="auto"/>
        <w:left w:val="none" w:sz="0" w:space="0" w:color="auto"/>
        <w:bottom w:val="none" w:sz="0" w:space="0" w:color="auto"/>
        <w:right w:val="none" w:sz="0" w:space="0" w:color="auto"/>
      </w:divBdr>
    </w:div>
    <w:div w:id="1478716953">
      <w:bodyDiv w:val="1"/>
      <w:marLeft w:val="0"/>
      <w:marRight w:val="0"/>
      <w:marTop w:val="0"/>
      <w:marBottom w:val="0"/>
      <w:divBdr>
        <w:top w:val="none" w:sz="0" w:space="0" w:color="auto"/>
        <w:left w:val="none" w:sz="0" w:space="0" w:color="auto"/>
        <w:bottom w:val="none" w:sz="0" w:space="0" w:color="auto"/>
        <w:right w:val="none" w:sz="0" w:space="0" w:color="auto"/>
      </w:divBdr>
    </w:div>
    <w:div w:id="1850410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85</Pages>
  <Words>23598</Words>
  <Characters>134514</Characters>
  <Application>Microsoft Office Word</Application>
  <DocSecurity>0</DocSecurity>
  <Lines>1120</Lines>
  <Paragraphs>315</Paragraphs>
  <ScaleCrop>false</ScaleCrop>
  <HeadingPairs>
    <vt:vector size="2" baseType="variant">
      <vt:variant>
        <vt:lpstr>Title</vt:lpstr>
      </vt:variant>
      <vt:variant>
        <vt:i4>1</vt:i4>
      </vt:variant>
    </vt:vector>
  </HeadingPairs>
  <TitlesOfParts>
    <vt:vector size="1" baseType="lpstr">
      <vt:lpstr>Forge: A Field Guide for Christian Young Men</vt:lpstr>
    </vt:vector>
  </TitlesOfParts>
  <Company/>
  <LinksUpToDate>false</LinksUpToDate>
  <CharactersWithSpaces>157797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Forge: A Field Guide for Christian Young Men</dc:title>
  <dc:subject>Student Edition - Second Edition</dc:subject>
  <dc:creator>Mark Sward</dc:creator>
  <dc:description>generated by python-docx</dc:description>
  <cp:lastModifiedBy>Mark Sward</cp:lastModifiedBy>
  <cp:revision>36</cp:revision>
  <cp:lastPrinted>2026-05-01T18:11:00Z</cp:lastPrinted>
  <dcterms:created xsi:type="dcterms:W3CDTF">2026-05-11T11:58:00Z</dcterms:created>
  <dcterms:modified xsi:type="dcterms:W3CDTF">2026-05-12T15:37:00Z</dcterms:modified>
  <dc:language>en-US</dc:language>
</cp:coreProperties>
</file>