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5EDB7" w14:textId="7B396755" w:rsidR="005B5ADD" w:rsidRPr="00CA73F1" w:rsidRDefault="00265F06" w:rsidP="00CA73F1">
      <w:pPr>
        <w:jc w:val="center"/>
        <w:rPr>
          <w:rFonts w:ascii="garamond" w:hAnsi="garamond"/>
          <w:b/>
          <w:bCs/>
          <w:sz w:val="26"/>
          <w:szCs w:val="26"/>
        </w:rPr>
      </w:pPr>
      <w:r>
        <w:rPr>
          <w:rFonts w:ascii="garamond" w:hAnsi="garamond" w:cs="Calibri"/>
          <w:b/>
          <w:sz w:val="26"/>
          <w:szCs w:val="26"/>
        </w:rPr>
        <w:t xml:space="preserve">NEW. </w:t>
      </w:r>
      <w:r w:rsidR="005B5ADD">
        <w:rPr>
          <w:rFonts w:ascii="garamond" w:hAnsi="garamond" w:cs="Calibri"/>
          <w:b/>
          <w:sz w:val="26"/>
          <w:szCs w:val="26"/>
        </w:rPr>
        <w:t>THE NOMAD</w:t>
      </w:r>
    </w:p>
    <w:p w14:paraId="6AFD792B" w14:textId="77777777" w:rsidR="005B5ADD" w:rsidRPr="00674063" w:rsidRDefault="005B5ADD" w:rsidP="005B5ADD">
      <w:pPr>
        <w:jc w:val="center"/>
        <w:rPr>
          <w:rFonts w:ascii="garamond" w:hAnsi="garamond" w:cs="Calibri"/>
          <w:sz w:val="26"/>
          <w:szCs w:val="26"/>
        </w:rPr>
      </w:pPr>
      <w:r>
        <w:rPr>
          <w:rFonts w:ascii="garamond" w:hAnsi="garamond" w:cs="Calibri"/>
          <w:i/>
          <w:sz w:val="26"/>
          <w:szCs w:val="26"/>
        </w:rPr>
        <w:t>A Memoir</w:t>
      </w:r>
    </w:p>
    <w:p w14:paraId="191E51D9" w14:textId="77777777" w:rsidR="005B5ADD" w:rsidRPr="00674063" w:rsidRDefault="005B5ADD" w:rsidP="005B5ADD">
      <w:pPr>
        <w:jc w:val="center"/>
        <w:rPr>
          <w:rFonts w:ascii="garamond" w:hAnsi="garamond" w:cs="Calibri"/>
          <w:sz w:val="26"/>
          <w:szCs w:val="26"/>
        </w:rPr>
      </w:pPr>
      <w:r>
        <w:rPr>
          <w:rFonts w:ascii="garamond" w:hAnsi="garamond" w:cs="Calibri"/>
          <w:sz w:val="26"/>
          <w:szCs w:val="26"/>
        </w:rPr>
        <w:t>Marwan Adib Marshi</w:t>
      </w:r>
    </w:p>
    <w:p w14:paraId="3B36A29C" w14:textId="77777777" w:rsidR="005B5ADD" w:rsidRPr="00674063" w:rsidRDefault="005B5ADD" w:rsidP="005B5ADD">
      <w:pPr>
        <w:rPr>
          <w:rFonts w:ascii="garamond" w:hAnsi="garamond" w:cs="Calibri"/>
          <w:b/>
          <w:sz w:val="26"/>
          <w:szCs w:val="26"/>
        </w:rPr>
      </w:pPr>
      <w:r>
        <w:rPr>
          <w:rFonts w:ascii="garamond" w:hAnsi="garamond" w:cs="Calibri"/>
          <w:b/>
          <w:sz w:val="26"/>
          <w:szCs w:val="26"/>
        </w:rPr>
        <w:t>TABLE OF CONTENTS</w:t>
      </w:r>
    </w:p>
    <w:p w14:paraId="3A091E07" w14:textId="77777777" w:rsidR="005B5ADD" w:rsidRPr="007E211D" w:rsidRDefault="005B5ADD" w:rsidP="005B5ADD">
      <w:pPr>
        <w:rPr>
          <w:rFonts w:ascii="garamond" w:hAnsi="garamond" w:cs="Calibri"/>
          <w:b/>
          <w:sz w:val="26"/>
          <w:szCs w:val="26"/>
        </w:rPr>
      </w:pPr>
      <w:r w:rsidRPr="007E211D">
        <w:rPr>
          <w:rFonts w:ascii="garamond" w:hAnsi="garamond" w:cs="Calibri"/>
          <w:b/>
          <w:sz w:val="26"/>
          <w:szCs w:val="26"/>
        </w:rPr>
        <w:t>PROLOGUE</w:t>
      </w:r>
    </w:p>
    <w:p w14:paraId="0AD1C6D7" w14:textId="77777777" w:rsidR="005B5ADD" w:rsidRPr="00674063" w:rsidRDefault="005B5ADD" w:rsidP="005B5ADD">
      <w:pPr>
        <w:spacing w:before="360" w:after="240" w:line="360" w:lineRule="auto"/>
        <w:rPr>
          <w:rFonts w:ascii="garamond" w:hAnsi="garamond" w:cs="Calibri"/>
          <w:sz w:val="26"/>
          <w:szCs w:val="26"/>
        </w:rPr>
      </w:pPr>
      <w:r>
        <w:rPr>
          <w:rFonts w:ascii="garamond" w:hAnsi="garamond"/>
          <w:sz w:val="26"/>
        </w:rPr>
        <w:t>CHAPTER 1 — MENTAL SHOWDOWN</w:t>
      </w:r>
      <w:r>
        <w:rPr>
          <w:rFonts w:ascii="garamond" w:hAnsi="garamond"/>
          <w:sz w:val="26"/>
        </w:rPr>
        <w:br/>
        <w:t>‘Are You Okay, Dad?’</w:t>
      </w:r>
    </w:p>
    <w:p w14:paraId="2CC5E6D8" w14:textId="77777777" w:rsidR="005B5ADD" w:rsidRPr="00674063" w:rsidRDefault="005B5ADD" w:rsidP="005B5ADD">
      <w:pPr>
        <w:spacing w:before="360" w:after="240" w:line="360" w:lineRule="auto"/>
        <w:rPr>
          <w:rFonts w:ascii="garamond" w:hAnsi="garamond" w:cs="Calibri"/>
          <w:sz w:val="26"/>
          <w:szCs w:val="26"/>
        </w:rPr>
      </w:pPr>
      <w:r>
        <w:rPr>
          <w:rFonts w:ascii="garamond" w:hAnsi="garamond"/>
          <w:sz w:val="26"/>
        </w:rPr>
        <w:t>CHAPTER 2 — PACKING DEGREES</w:t>
      </w:r>
      <w:r>
        <w:rPr>
          <w:rFonts w:ascii="garamond" w:hAnsi="garamond"/>
          <w:sz w:val="26"/>
        </w:rPr>
        <w:br/>
        <w:t>Visas Expire. Green Cards Don’t.</w:t>
      </w:r>
    </w:p>
    <w:p w14:paraId="3F35C3E9" w14:textId="77777777" w:rsidR="005B5ADD" w:rsidRPr="00674063" w:rsidRDefault="005B5ADD" w:rsidP="005B5ADD">
      <w:pPr>
        <w:spacing w:before="360" w:after="240" w:line="360" w:lineRule="auto"/>
        <w:rPr>
          <w:rFonts w:ascii="garamond" w:hAnsi="garamond" w:cs="Calibri"/>
          <w:sz w:val="26"/>
          <w:szCs w:val="26"/>
        </w:rPr>
      </w:pPr>
      <w:r>
        <w:rPr>
          <w:rFonts w:ascii="garamond" w:hAnsi="garamond"/>
          <w:sz w:val="26"/>
        </w:rPr>
        <w:t>CHAPTER 3 — BEIRUT BEGINNINGS</w:t>
      </w:r>
      <w:r>
        <w:rPr>
          <w:rFonts w:ascii="garamond" w:hAnsi="garamond"/>
          <w:sz w:val="26"/>
        </w:rPr>
        <w:br/>
        <w:t>Beirut, 1976.</w:t>
      </w:r>
    </w:p>
    <w:p w14:paraId="0CA99A83" w14:textId="77777777" w:rsidR="005B5ADD" w:rsidRPr="00674063" w:rsidRDefault="005B5ADD" w:rsidP="005B5ADD">
      <w:pPr>
        <w:spacing w:before="360" w:after="240" w:line="360" w:lineRule="auto"/>
        <w:rPr>
          <w:rFonts w:ascii="garamond" w:hAnsi="garamond" w:cs="Calibri"/>
          <w:sz w:val="26"/>
          <w:szCs w:val="26"/>
        </w:rPr>
      </w:pPr>
      <w:r>
        <w:rPr>
          <w:rFonts w:ascii="garamond" w:hAnsi="garamond"/>
          <w:sz w:val="26"/>
        </w:rPr>
        <w:t>CHAPTER 4 — AVRIO</w:t>
      </w:r>
      <w:r>
        <w:rPr>
          <w:rFonts w:ascii="garamond" w:hAnsi="garamond"/>
          <w:sz w:val="26"/>
        </w:rPr>
        <w:br/>
        <w:t>Athens, 1978.</w:t>
      </w:r>
    </w:p>
    <w:p w14:paraId="61995766" w14:textId="77777777" w:rsidR="005B5ADD" w:rsidRPr="00674063" w:rsidRDefault="005B5ADD" w:rsidP="005B5ADD">
      <w:pPr>
        <w:spacing w:before="360" w:after="240" w:line="360" w:lineRule="auto"/>
        <w:rPr>
          <w:rFonts w:ascii="garamond" w:hAnsi="garamond" w:cs="Calibri"/>
          <w:sz w:val="26"/>
          <w:szCs w:val="26"/>
        </w:rPr>
      </w:pPr>
      <w:r>
        <w:rPr>
          <w:rFonts w:ascii="garamond" w:hAnsi="garamond"/>
          <w:sz w:val="26"/>
        </w:rPr>
        <w:t>CHAPTER 5 — THE AUSTIN YEARS</w:t>
      </w:r>
      <w:r>
        <w:rPr>
          <w:rFonts w:ascii="garamond" w:hAnsi="garamond"/>
          <w:sz w:val="26"/>
        </w:rPr>
        <w:br/>
        <w:t>Seven Years. Three Degrees. One Offer.</w:t>
      </w:r>
    </w:p>
    <w:p w14:paraId="52BACCA7" w14:textId="77777777" w:rsidR="005B5ADD" w:rsidRPr="00B361BA" w:rsidRDefault="005B5ADD" w:rsidP="005B5ADD">
      <w:pPr>
        <w:spacing w:before="360" w:after="240" w:line="360" w:lineRule="auto"/>
        <w:rPr>
          <w:rFonts w:ascii="garamond" w:hAnsi="garamond" w:cs="Calibri"/>
          <w:bCs/>
          <w:sz w:val="26"/>
          <w:szCs w:val="26"/>
        </w:rPr>
      </w:pPr>
      <w:r>
        <w:rPr>
          <w:rFonts w:ascii="garamond" w:hAnsi="garamond"/>
          <w:sz w:val="26"/>
        </w:rPr>
        <w:t>CHAPTER 6 — THE LONG WAY HOME</w:t>
      </w:r>
      <w:r>
        <w:rPr>
          <w:rFonts w:ascii="garamond" w:hAnsi="garamond"/>
          <w:sz w:val="26"/>
        </w:rPr>
        <w:br/>
        <w:t>New York, 1986.</w:t>
      </w:r>
    </w:p>
    <w:p w14:paraId="634A1262" w14:textId="77777777" w:rsidR="005B5ADD" w:rsidRPr="008335BB" w:rsidRDefault="005B5ADD" w:rsidP="005B5ADD">
      <w:pPr>
        <w:spacing w:before="360" w:after="240" w:line="360" w:lineRule="auto"/>
        <w:rPr>
          <w:rFonts w:ascii="garamond" w:hAnsi="garamond" w:cs="Calibri"/>
          <w:b/>
          <w:bCs/>
          <w:iCs/>
          <w:sz w:val="26"/>
          <w:szCs w:val="26"/>
        </w:rPr>
      </w:pPr>
      <w:r>
        <w:rPr>
          <w:rFonts w:ascii="garamond" w:hAnsi="garamond"/>
          <w:sz w:val="26"/>
        </w:rPr>
        <w:t>CHAPTER 7 — I’LL DO ANYTHING</w:t>
      </w:r>
      <w:r>
        <w:rPr>
          <w:rFonts w:ascii="garamond" w:hAnsi="garamond"/>
          <w:sz w:val="26"/>
        </w:rPr>
        <w:br/>
        <w:t>Risk Is The Only Path.</w:t>
      </w:r>
    </w:p>
    <w:p w14:paraId="2BB03323" w14:textId="77777777" w:rsidR="005B5ADD" w:rsidRPr="008335BB" w:rsidRDefault="005B5ADD" w:rsidP="005B5ADD">
      <w:pPr>
        <w:spacing w:before="360" w:after="240" w:line="360" w:lineRule="auto"/>
        <w:rPr>
          <w:rFonts w:ascii="garamond" w:hAnsi="garamond" w:cs="Calibri"/>
          <w:b/>
          <w:bCs/>
          <w:iCs/>
          <w:sz w:val="26"/>
          <w:szCs w:val="26"/>
        </w:rPr>
      </w:pPr>
      <w:r>
        <w:rPr>
          <w:rFonts w:ascii="garamond" w:hAnsi="garamond"/>
          <w:sz w:val="26"/>
        </w:rPr>
        <w:t>CHAPTER 8 — THE BIGGEST SCANDAL OF ITS TIME</w:t>
      </w:r>
      <w:r>
        <w:rPr>
          <w:rFonts w:ascii="garamond" w:hAnsi="garamond"/>
          <w:sz w:val="26"/>
        </w:rPr>
        <w:br/>
        <w:t>‘The Most Important Day Of My Life.’</w:t>
      </w:r>
    </w:p>
    <w:p w14:paraId="21A69105" w14:textId="77777777" w:rsidR="005B5ADD" w:rsidRPr="008335BB" w:rsidRDefault="005B5ADD" w:rsidP="005B5ADD">
      <w:pPr>
        <w:spacing w:before="245" w:after="115" w:line="360" w:lineRule="auto"/>
        <w:rPr>
          <w:rFonts w:ascii="garamond" w:hAnsi="garamond" w:cs="Calibri"/>
          <w:b/>
          <w:bCs/>
          <w:iCs/>
          <w:sz w:val="26"/>
          <w:szCs w:val="26"/>
        </w:rPr>
      </w:pPr>
      <w:r>
        <w:rPr>
          <w:rFonts w:ascii="garamond" w:hAnsi="garamond"/>
          <w:sz w:val="26"/>
        </w:rPr>
        <w:lastRenderedPageBreak/>
        <w:t>CHAPTER 9 — TIMEX</w:t>
      </w:r>
      <w:r>
        <w:rPr>
          <w:rFonts w:ascii="garamond" w:hAnsi="garamond"/>
          <w:sz w:val="26"/>
        </w:rPr>
        <w:br/>
        <w:t>Beirut in Manhattan.</w:t>
      </w:r>
    </w:p>
    <w:p w14:paraId="0E16355A" w14:textId="77777777" w:rsidR="005B5ADD" w:rsidRPr="008335BB" w:rsidRDefault="005B5ADD" w:rsidP="005B5ADD">
      <w:pPr>
        <w:spacing w:before="360" w:after="240" w:line="360" w:lineRule="auto"/>
        <w:rPr>
          <w:rFonts w:ascii="garamond" w:hAnsi="garamond" w:cs="Calibri"/>
          <w:b/>
          <w:bCs/>
          <w:iCs/>
          <w:sz w:val="26"/>
          <w:szCs w:val="26"/>
        </w:rPr>
      </w:pPr>
      <w:r>
        <w:rPr>
          <w:rFonts w:ascii="garamond" w:hAnsi="garamond"/>
          <w:sz w:val="26"/>
        </w:rPr>
        <w:t>CHAPTER 10 — FREE AT LAST</w:t>
      </w:r>
      <w:r>
        <w:rPr>
          <w:rFonts w:ascii="garamond" w:hAnsi="garamond"/>
          <w:sz w:val="26"/>
        </w:rPr>
        <w:br/>
        <w:t>Renaissance Man.</w:t>
      </w:r>
    </w:p>
    <w:p w14:paraId="05096A95" w14:textId="77777777" w:rsidR="005B5ADD" w:rsidRPr="008335BB" w:rsidRDefault="005B5ADD" w:rsidP="005B5ADD">
      <w:pPr>
        <w:spacing w:before="360" w:after="240" w:line="360" w:lineRule="auto"/>
        <w:rPr>
          <w:rFonts w:ascii="garamond" w:hAnsi="garamond" w:cs="Calibri"/>
          <w:b/>
          <w:bCs/>
          <w:iCs/>
          <w:sz w:val="26"/>
          <w:szCs w:val="26"/>
        </w:rPr>
      </w:pPr>
      <w:r>
        <w:rPr>
          <w:rFonts w:ascii="garamond" w:hAnsi="garamond"/>
          <w:sz w:val="26"/>
        </w:rPr>
        <w:t>CHAPTER 11 — PERSONAL LIFE</w:t>
      </w:r>
      <w:r>
        <w:rPr>
          <w:rFonts w:ascii="garamond" w:hAnsi="garamond"/>
          <w:sz w:val="26"/>
        </w:rPr>
        <w:br/>
        <w:t>Of Competence &amp; Corrosion.</w:t>
      </w:r>
    </w:p>
    <w:p w14:paraId="554A8209" w14:textId="77777777" w:rsidR="005B5ADD" w:rsidRPr="008335BB" w:rsidRDefault="005B5ADD" w:rsidP="005B5ADD">
      <w:pPr>
        <w:spacing w:before="360" w:after="240" w:line="360" w:lineRule="auto"/>
        <w:rPr>
          <w:rFonts w:ascii="garamond" w:hAnsi="garamond" w:cs="Calibri"/>
          <w:b/>
          <w:bCs/>
          <w:iCs/>
          <w:sz w:val="26"/>
          <w:szCs w:val="26"/>
        </w:rPr>
      </w:pPr>
      <w:r>
        <w:rPr>
          <w:rFonts w:ascii="garamond" w:hAnsi="garamond"/>
          <w:sz w:val="26"/>
        </w:rPr>
        <w:t>CHAPTER 12 — THE LEGACY OF ASYMMETRY</w:t>
      </w:r>
      <w:r>
        <w:rPr>
          <w:rFonts w:ascii="garamond" w:hAnsi="garamond"/>
          <w:sz w:val="26"/>
        </w:rPr>
        <w:br/>
        <w:t>The Beirut Sensor.</w:t>
      </w:r>
    </w:p>
    <w:p w14:paraId="1F5310BD" w14:textId="202BFC4F" w:rsidR="00B57977" w:rsidRDefault="005B5ADD" w:rsidP="005B5ADD">
      <w:pPr>
        <w:spacing w:before="360" w:after="240" w:line="360" w:lineRule="auto"/>
        <w:rPr>
          <w:rFonts w:ascii="garamond" w:hAnsi="garamond"/>
          <w:sz w:val="26"/>
        </w:rPr>
      </w:pPr>
      <w:r>
        <w:rPr>
          <w:rFonts w:ascii="garamond" w:hAnsi="garamond"/>
          <w:sz w:val="26"/>
        </w:rPr>
        <w:t>CHAPTER 13 — FAULT LINES</w:t>
      </w:r>
      <w:r>
        <w:rPr>
          <w:rFonts w:ascii="garamond" w:hAnsi="garamond"/>
          <w:sz w:val="26"/>
        </w:rPr>
        <w:br/>
        <w:t>The Honeymoon Suggested The Marriage Would Not Be Easy.</w:t>
      </w:r>
    </w:p>
    <w:p w14:paraId="5A31AA00" w14:textId="0E5443A5" w:rsidR="00B57977" w:rsidRPr="008335BB" w:rsidRDefault="00B57977" w:rsidP="005B5ADD">
      <w:pPr>
        <w:spacing w:before="360" w:after="240" w:line="360" w:lineRule="auto"/>
        <w:rPr>
          <w:rFonts w:ascii="garamond" w:hAnsi="garamond" w:cs="Calibri"/>
          <w:b/>
          <w:bCs/>
          <w:iCs/>
          <w:sz w:val="26"/>
          <w:szCs w:val="26"/>
        </w:rPr>
      </w:pPr>
      <w:r>
        <w:rPr>
          <w:rFonts w:ascii="garamond" w:hAnsi="garamond"/>
          <w:sz w:val="26"/>
        </w:rPr>
        <w:t>CHAPTER 13</w:t>
      </w:r>
      <w:r>
        <w:rPr>
          <w:rFonts w:ascii="garamond" w:hAnsi="garamond"/>
          <w:sz w:val="26"/>
        </w:rPr>
        <w:t>A</w:t>
      </w:r>
      <w:r>
        <w:rPr>
          <w:rFonts w:ascii="garamond" w:hAnsi="garamond"/>
          <w:sz w:val="26"/>
        </w:rPr>
        <w:t xml:space="preserve"> — </w:t>
      </w:r>
      <w:r>
        <w:rPr>
          <w:rFonts w:ascii="garamond" w:hAnsi="garamond"/>
          <w:sz w:val="26"/>
        </w:rPr>
        <w:t>THE CLASH</w:t>
      </w:r>
      <w:r>
        <w:rPr>
          <w:rFonts w:ascii="garamond" w:hAnsi="garamond"/>
          <w:sz w:val="26"/>
        </w:rPr>
        <w:br/>
        <w:t xml:space="preserve">The </w:t>
      </w:r>
      <w:r>
        <w:rPr>
          <w:rFonts w:ascii="garamond" w:hAnsi="garamond"/>
          <w:sz w:val="26"/>
        </w:rPr>
        <w:t>Cracks In The Vase Became Pronounced</w:t>
      </w:r>
      <w:r>
        <w:rPr>
          <w:rFonts w:ascii="garamond" w:hAnsi="garamond"/>
          <w:sz w:val="26"/>
        </w:rPr>
        <w:t>.</w:t>
      </w:r>
    </w:p>
    <w:p w14:paraId="04CF3F9F" w14:textId="7B1B10AA" w:rsidR="005B5ADD" w:rsidRPr="008335BB" w:rsidRDefault="005B5ADD" w:rsidP="005B5ADD">
      <w:pPr>
        <w:spacing w:before="360" w:after="240" w:line="360" w:lineRule="auto"/>
        <w:rPr>
          <w:rFonts w:ascii="garamond" w:hAnsi="garamond" w:cs="Calibri"/>
          <w:b/>
          <w:bCs/>
          <w:iCs/>
          <w:sz w:val="26"/>
          <w:szCs w:val="26"/>
        </w:rPr>
      </w:pPr>
      <w:r>
        <w:rPr>
          <w:rFonts w:ascii="garamond" w:hAnsi="garamond"/>
          <w:sz w:val="26"/>
        </w:rPr>
        <w:t>CHAPTER 14 — THE DELIVERY</w:t>
      </w:r>
      <w:r>
        <w:rPr>
          <w:rFonts w:ascii="garamond" w:hAnsi="garamond"/>
          <w:sz w:val="26"/>
        </w:rPr>
        <w:br/>
        <w:t>‘I Am Glad You Are Mine.’</w:t>
      </w:r>
    </w:p>
    <w:p w14:paraId="1DC85F27" w14:textId="77777777" w:rsidR="005B5ADD" w:rsidRPr="008335BB" w:rsidRDefault="005B5ADD" w:rsidP="005B5ADD">
      <w:pPr>
        <w:spacing w:before="360" w:after="240" w:line="360" w:lineRule="auto"/>
        <w:rPr>
          <w:rFonts w:ascii="garamond" w:hAnsi="garamond" w:cs="Calibri"/>
          <w:b/>
          <w:bCs/>
          <w:iCs/>
          <w:sz w:val="26"/>
          <w:szCs w:val="26"/>
        </w:rPr>
      </w:pPr>
      <w:r>
        <w:rPr>
          <w:rFonts w:ascii="garamond" w:hAnsi="garamond"/>
          <w:sz w:val="26"/>
        </w:rPr>
        <w:t>CHAPTER 15 — ARCHITECTURE OF AVOIDANCE</w:t>
      </w:r>
      <w:r>
        <w:rPr>
          <w:rFonts w:ascii="garamond" w:hAnsi="garamond"/>
          <w:sz w:val="26"/>
        </w:rPr>
        <w:br/>
        <w:t>One Absence At A Time.</w:t>
      </w:r>
    </w:p>
    <w:p w14:paraId="2AF70AF9" w14:textId="77777777" w:rsidR="005B5ADD" w:rsidRPr="008335BB" w:rsidRDefault="005B5ADD" w:rsidP="005B5ADD">
      <w:pPr>
        <w:spacing w:before="360" w:after="240" w:line="360" w:lineRule="auto"/>
        <w:rPr>
          <w:rFonts w:ascii="garamond" w:hAnsi="garamond" w:cs="Calibri"/>
          <w:b/>
          <w:bCs/>
          <w:iCs/>
          <w:sz w:val="26"/>
          <w:szCs w:val="26"/>
        </w:rPr>
      </w:pPr>
      <w:r>
        <w:rPr>
          <w:rFonts w:ascii="garamond" w:hAnsi="garamond"/>
          <w:sz w:val="26"/>
        </w:rPr>
        <w:t>CHAPTER 16 — BUILD MY PLATFORM</w:t>
      </w:r>
      <w:r>
        <w:rPr>
          <w:rFonts w:ascii="garamond" w:hAnsi="garamond"/>
          <w:sz w:val="26"/>
        </w:rPr>
        <w:br/>
        <w:t>Marchenko On Board.</w:t>
      </w:r>
    </w:p>
    <w:p w14:paraId="626CC7F3" w14:textId="77777777" w:rsidR="005B5ADD" w:rsidRPr="008335BB" w:rsidRDefault="005B5ADD" w:rsidP="005B5ADD">
      <w:pPr>
        <w:spacing w:before="360" w:after="240" w:line="360" w:lineRule="auto"/>
        <w:rPr>
          <w:rFonts w:ascii="garamond" w:hAnsi="garamond" w:cs="Calibri"/>
          <w:b/>
          <w:bCs/>
          <w:iCs/>
          <w:sz w:val="26"/>
          <w:szCs w:val="26"/>
        </w:rPr>
      </w:pPr>
      <w:r>
        <w:rPr>
          <w:rFonts w:ascii="garamond" w:hAnsi="garamond"/>
          <w:sz w:val="26"/>
        </w:rPr>
        <w:t>CHAPTER 17 — THE DYNAMIC DUO</w:t>
      </w:r>
      <w:r>
        <w:rPr>
          <w:rFonts w:ascii="garamond" w:hAnsi="garamond"/>
          <w:sz w:val="26"/>
        </w:rPr>
        <w:br/>
        <w:t>Artie &amp; Hutch.</w:t>
      </w:r>
    </w:p>
    <w:p w14:paraId="023F98C9" w14:textId="77777777" w:rsidR="005B5ADD" w:rsidRPr="00B361BA" w:rsidRDefault="005B5ADD" w:rsidP="005B5ADD">
      <w:pPr>
        <w:spacing w:before="360" w:after="240" w:line="360" w:lineRule="auto"/>
        <w:rPr>
          <w:rFonts w:ascii="garamond" w:hAnsi="garamond" w:cs="Calibri"/>
          <w:iCs/>
          <w:sz w:val="26"/>
          <w:szCs w:val="26"/>
        </w:rPr>
      </w:pPr>
      <w:r>
        <w:rPr>
          <w:rFonts w:ascii="garamond" w:hAnsi="garamond"/>
          <w:sz w:val="26"/>
        </w:rPr>
        <w:lastRenderedPageBreak/>
        <w:t>CHAPTER 18 — STAIRWAY TO HEAVEN</w:t>
      </w:r>
      <w:r>
        <w:rPr>
          <w:rFonts w:ascii="garamond" w:hAnsi="garamond"/>
          <w:sz w:val="26"/>
        </w:rPr>
        <w:br/>
        <w:t>From Applauding To Pricing.</w:t>
      </w:r>
    </w:p>
    <w:p w14:paraId="5CD512E3" w14:textId="77777777" w:rsidR="005B5ADD" w:rsidRPr="00B361BA" w:rsidRDefault="005B5ADD" w:rsidP="005B5ADD">
      <w:pPr>
        <w:spacing w:before="360" w:after="240" w:line="360" w:lineRule="auto"/>
        <w:rPr>
          <w:rFonts w:ascii="garamond" w:hAnsi="garamond" w:cs="Calibri"/>
          <w:iCs/>
          <w:sz w:val="26"/>
          <w:szCs w:val="26"/>
        </w:rPr>
      </w:pPr>
      <w:r>
        <w:rPr>
          <w:rFonts w:ascii="garamond" w:hAnsi="garamond"/>
          <w:sz w:val="26"/>
        </w:rPr>
        <w:t>CHAPTER 19 — BREAKING AWAY</w:t>
      </w:r>
      <w:r>
        <w:rPr>
          <w:rFonts w:ascii="garamond" w:hAnsi="garamond"/>
          <w:sz w:val="26"/>
        </w:rPr>
        <w:br/>
        <w:t>Managing Director By Design.</w:t>
      </w:r>
    </w:p>
    <w:p w14:paraId="75426D53" w14:textId="77777777" w:rsidR="005B5ADD" w:rsidRPr="00B361BA" w:rsidRDefault="005B5ADD" w:rsidP="005B5ADD">
      <w:pPr>
        <w:spacing w:before="360" w:after="240" w:line="360" w:lineRule="auto"/>
        <w:rPr>
          <w:rFonts w:ascii="garamond" w:hAnsi="garamond" w:cs="Calibri"/>
          <w:sz w:val="26"/>
          <w:szCs w:val="26"/>
        </w:rPr>
      </w:pPr>
      <w:r>
        <w:rPr>
          <w:rFonts w:ascii="garamond" w:hAnsi="garamond"/>
          <w:sz w:val="26"/>
        </w:rPr>
        <w:t>CHAPTER 20 — CONFERENCE BY THE OCEAN</w:t>
      </w:r>
      <w:r>
        <w:rPr>
          <w:rFonts w:ascii="garamond" w:hAnsi="garamond"/>
          <w:sz w:val="26"/>
        </w:rPr>
        <w:br/>
        <w:t>My First Time In Florida.</w:t>
      </w:r>
    </w:p>
    <w:p w14:paraId="1068F859" w14:textId="77777777" w:rsidR="005B5ADD" w:rsidRPr="00B361BA" w:rsidRDefault="005B5ADD" w:rsidP="005B5ADD">
      <w:pPr>
        <w:spacing w:before="360" w:after="240" w:line="360" w:lineRule="auto"/>
        <w:rPr>
          <w:rFonts w:ascii="garamond" w:hAnsi="garamond" w:cs="Calibri"/>
          <w:bCs/>
          <w:i/>
          <w:iCs/>
          <w:sz w:val="26"/>
          <w:szCs w:val="26"/>
        </w:rPr>
      </w:pPr>
      <w:r>
        <w:rPr>
          <w:rFonts w:ascii="garamond" w:hAnsi="garamond"/>
          <w:sz w:val="26"/>
        </w:rPr>
        <w:t>CHAPTER 21 — CONTROLLED IMPULSE</w:t>
      </w:r>
      <w:r>
        <w:rPr>
          <w:rFonts w:ascii="garamond" w:hAnsi="garamond"/>
          <w:sz w:val="26"/>
        </w:rPr>
        <w:br/>
        <w:t>Of Strangers &amp; Friends.</w:t>
      </w:r>
    </w:p>
    <w:p w14:paraId="260C3717" w14:textId="77777777" w:rsidR="005B5ADD" w:rsidRPr="00B361BA" w:rsidRDefault="005B5ADD" w:rsidP="005B5ADD">
      <w:pPr>
        <w:spacing w:before="360" w:after="240" w:line="360" w:lineRule="auto"/>
        <w:rPr>
          <w:rFonts w:ascii="garamond" w:hAnsi="garamond" w:cs="Calibri"/>
          <w:bCs/>
          <w:i/>
          <w:iCs/>
          <w:sz w:val="26"/>
          <w:szCs w:val="26"/>
        </w:rPr>
      </w:pPr>
      <w:r>
        <w:rPr>
          <w:rFonts w:ascii="garamond" w:hAnsi="garamond"/>
          <w:sz w:val="26"/>
        </w:rPr>
        <w:t>CHAPTER 22 — THE RIGHT ROOM</w:t>
      </w:r>
      <w:r>
        <w:rPr>
          <w:rFonts w:ascii="garamond" w:hAnsi="garamond"/>
          <w:sz w:val="26"/>
        </w:rPr>
        <w:br/>
        <w:t>The Evidence I Could Not Carry Home.</w:t>
      </w:r>
    </w:p>
    <w:p w14:paraId="3DAA2F25" w14:textId="77777777" w:rsidR="005B5ADD" w:rsidRPr="00B361BA" w:rsidRDefault="005B5ADD" w:rsidP="005B5ADD">
      <w:pPr>
        <w:spacing w:before="360" w:after="240" w:line="360" w:lineRule="auto"/>
        <w:rPr>
          <w:rFonts w:ascii="garamond" w:hAnsi="garamond" w:cs="Calibri"/>
          <w:bCs/>
          <w:i/>
          <w:iCs/>
          <w:sz w:val="26"/>
          <w:szCs w:val="26"/>
        </w:rPr>
      </w:pPr>
      <w:r>
        <w:rPr>
          <w:rFonts w:ascii="garamond" w:hAnsi="garamond"/>
          <w:sz w:val="26"/>
        </w:rPr>
        <w:t>CHAPTER 23 — FAMILY HURTS, MONEY MATTERS</w:t>
      </w:r>
      <w:r>
        <w:rPr>
          <w:rFonts w:ascii="garamond" w:hAnsi="garamond"/>
          <w:sz w:val="26"/>
        </w:rPr>
        <w:br/>
        <w:t>Money Was Never The Issue. Respect Was.</w:t>
      </w:r>
    </w:p>
    <w:p w14:paraId="44DF6459" w14:textId="77777777" w:rsidR="005B5ADD" w:rsidRPr="00B361BA" w:rsidRDefault="005B5ADD" w:rsidP="005B5ADD">
      <w:pPr>
        <w:spacing w:before="360" w:after="240" w:line="360" w:lineRule="auto"/>
        <w:rPr>
          <w:rFonts w:ascii="garamond" w:hAnsi="garamond" w:cs="Calibri"/>
          <w:bCs/>
          <w:i/>
          <w:iCs/>
          <w:sz w:val="26"/>
          <w:szCs w:val="26"/>
        </w:rPr>
      </w:pPr>
      <w:r>
        <w:rPr>
          <w:rFonts w:ascii="garamond" w:hAnsi="garamond"/>
          <w:sz w:val="26"/>
        </w:rPr>
        <w:t>CHAPTER 24 — THE DEAL OF THE CENTURY</w:t>
      </w:r>
      <w:r>
        <w:rPr>
          <w:rFonts w:ascii="garamond" w:hAnsi="garamond"/>
          <w:sz w:val="26"/>
        </w:rPr>
        <w:br/>
        <w:t>Momentum Trumps Choice.</w:t>
      </w:r>
    </w:p>
    <w:p w14:paraId="4919963B" w14:textId="77777777" w:rsidR="005B5ADD" w:rsidRPr="00B361BA" w:rsidRDefault="005B5ADD" w:rsidP="005B5ADD">
      <w:pPr>
        <w:spacing w:before="360" w:after="240" w:line="360" w:lineRule="auto"/>
        <w:rPr>
          <w:rFonts w:ascii="garamond" w:hAnsi="garamond" w:cs="Calibri"/>
          <w:bCs/>
          <w:i/>
          <w:iCs/>
          <w:sz w:val="26"/>
          <w:szCs w:val="26"/>
        </w:rPr>
      </w:pPr>
      <w:r>
        <w:rPr>
          <w:rFonts w:ascii="garamond" w:hAnsi="garamond"/>
          <w:sz w:val="26"/>
        </w:rPr>
        <w:t>CHAPTER 25 — THE FIRST FINANCIAL SUPERMARKET</w:t>
      </w:r>
      <w:r>
        <w:rPr>
          <w:rFonts w:ascii="garamond" w:hAnsi="garamond"/>
          <w:sz w:val="26"/>
        </w:rPr>
        <w:br/>
        <w:t>Of Synergy &amp; Survival.</w:t>
      </w:r>
    </w:p>
    <w:p w14:paraId="75A51E7C" w14:textId="6678484B" w:rsidR="005B5ADD" w:rsidRPr="00B361BA" w:rsidRDefault="005B5ADD" w:rsidP="005B5ADD">
      <w:pPr>
        <w:spacing w:before="360" w:after="240" w:line="360" w:lineRule="auto"/>
        <w:rPr>
          <w:rFonts w:ascii="garamond" w:hAnsi="garamond" w:cs="Calibri"/>
          <w:bCs/>
          <w:i/>
          <w:iCs/>
          <w:sz w:val="26"/>
          <w:szCs w:val="26"/>
        </w:rPr>
      </w:pPr>
      <w:r>
        <w:rPr>
          <w:rFonts w:ascii="garamond" w:hAnsi="garamond"/>
          <w:sz w:val="26"/>
        </w:rPr>
        <w:t>CHAPTER 26 — THE 450</w:t>
      </w:r>
      <w:r w:rsidR="005A3E8B">
        <w:rPr>
          <w:rFonts w:ascii="garamond" w:hAnsi="garamond"/>
          <w:sz w:val="26"/>
        </w:rPr>
        <w:t>.</w:t>
      </w:r>
      <w:r>
        <w:rPr>
          <w:rFonts w:ascii="garamond" w:hAnsi="garamond"/>
          <w:sz w:val="26"/>
        </w:rPr>
        <w:br/>
        <w:t>I Do Not Know What Most Of Them Looked Like.</w:t>
      </w:r>
    </w:p>
    <w:p w14:paraId="5A8F7F12" w14:textId="77777777" w:rsidR="005B5ADD" w:rsidRPr="00B361BA" w:rsidRDefault="005B5ADD" w:rsidP="005B5ADD">
      <w:pPr>
        <w:spacing w:before="360" w:after="240" w:line="360" w:lineRule="auto"/>
        <w:rPr>
          <w:rFonts w:ascii="garamond" w:hAnsi="garamond" w:cs="Calibri"/>
          <w:sz w:val="26"/>
          <w:szCs w:val="26"/>
        </w:rPr>
      </w:pPr>
      <w:r>
        <w:rPr>
          <w:rFonts w:ascii="garamond" w:hAnsi="garamond"/>
          <w:sz w:val="26"/>
        </w:rPr>
        <w:t>CHAPTER 27 — THE POKER CLUB</w:t>
      </w:r>
      <w:r>
        <w:rPr>
          <w:rFonts w:ascii="garamond" w:hAnsi="garamond"/>
          <w:sz w:val="26"/>
        </w:rPr>
        <w:br/>
        <w:t>Fishing Down The River.</w:t>
      </w:r>
    </w:p>
    <w:p w14:paraId="4E0AB153" w14:textId="77777777" w:rsidR="005B5ADD" w:rsidRPr="00B361BA" w:rsidRDefault="005B5ADD" w:rsidP="005B5ADD">
      <w:pPr>
        <w:spacing w:before="360" w:after="240" w:line="360" w:lineRule="auto"/>
        <w:rPr>
          <w:rFonts w:ascii="garamond" w:hAnsi="garamond" w:cs="Calibri"/>
          <w:sz w:val="26"/>
          <w:szCs w:val="26"/>
        </w:rPr>
      </w:pPr>
      <w:r>
        <w:rPr>
          <w:rFonts w:ascii="garamond" w:hAnsi="garamond"/>
          <w:sz w:val="26"/>
        </w:rPr>
        <w:lastRenderedPageBreak/>
        <w:t>CHAPTER 28 — NO ADULT SUPERVISION</w:t>
      </w:r>
      <w:r>
        <w:rPr>
          <w:rFonts w:ascii="garamond" w:hAnsi="garamond"/>
          <w:sz w:val="26"/>
        </w:rPr>
        <w:br/>
        <w:t>Don’t Pretend.</w:t>
      </w:r>
    </w:p>
    <w:p w14:paraId="0B41AA8D" w14:textId="77777777" w:rsidR="005B5ADD" w:rsidRPr="00B361BA" w:rsidRDefault="005B5ADD" w:rsidP="005B5ADD">
      <w:pPr>
        <w:spacing w:before="360" w:after="240" w:line="360" w:lineRule="auto"/>
        <w:rPr>
          <w:rFonts w:ascii="garamond" w:hAnsi="garamond" w:cs="Calibri"/>
          <w:sz w:val="26"/>
          <w:szCs w:val="26"/>
        </w:rPr>
      </w:pPr>
      <w:r>
        <w:rPr>
          <w:rFonts w:ascii="garamond" w:hAnsi="garamond"/>
          <w:sz w:val="26"/>
        </w:rPr>
        <w:t>CHAPTER 29 — THE PROGRAM</w:t>
      </w:r>
      <w:r>
        <w:rPr>
          <w:rFonts w:ascii="garamond" w:hAnsi="garamond"/>
          <w:sz w:val="26"/>
        </w:rPr>
        <w:br/>
        <w:t>Every Room Has A Structure.</w:t>
      </w:r>
    </w:p>
    <w:p w14:paraId="71389E30" w14:textId="77777777" w:rsidR="005B5ADD" w:rsidRPr="00B361BA" w:rsidRDefault="005B5ADD" w:rsidP="005B5ADD">
      <w:pPr>
        <w:spacing w:before="360" w:after="240" w:line="360" w:lineRule="auto"/>
        <w:rPr>
          <w:rFonts w:ascii="garamond" w:hAnsi="garamond" w:cs="Calibri"/>
          <w:bCs/>
          <w:i/>
          <w:iCs/>
          <w:sz w:val="26"/>
          <w:szCs w:val="26"/>
        </w:rPr>
      </w:pPr>
      <w:r>
        <w:rPr>
          <w:rFonts w:ascii="garamond" w:hAnsi="garamond"/>
          <w:sz w:val="26"/>
        </w:rPr>
        <w:t>CHAPTER 30 — JUNGLE FEVER</w:t>
      </w:r>
      <w:r>
        <w:rPr>
          <w:rFonts w:ascii="garamond" w:hAnsi="garamond"/>
          <w:sz w:val="26"/>
        </w:rPr>
        <w:br/>
        <w:t>‘Why Are You In This Joint?’</w:t>
      </w:r>
    </w:p>
    <w:p w14:paraId="241995C5" w14:textId="77777777" w:rsidR="005B5ADD" w:rsidRPr="00B361BA" w:rsidRDefault="005B5ADD" w:rsidP="005B5ADD">
      <w:pPr>
        <w:spacing w:before="360" w:after="240" w:line="360" w:lineRule="auto"/>
        <w:rPr>
          <w:i/>
          <w:iCs/>
          <w:sz w:val="26"/>
          <w:szCs w:val="26"/>
        </w:rPr>
      </w:pPr>
      <w:r w:rsidRPr="00317B6B">
        <w:rPr>
          <w:rFonts w:ascii="garamond" w:hAnsi="garamond"/>
          <w:sz w:val="26"/>
        </w:rPr>
        <w:t>CHAPTER 31</w:t>
      </w:r>
      <w:r w:rsidRPr="00B361BA">
        <w:rPr>
          <w:rFonts w:ascii="garamond" w:hAnsi="garamond"/>
          <w:sz w:val="26"/>
        </w:rPr>
        <w:t xml:space="preserve"> — THE PEACE GENTLY HELD</w:t>
      </w:r>
      <w:r w:rsidRPr="00B361BA">
        <w:rPr>
          <w:rFonts w:ascii="garamond" w:hAnsi="garamond"/>
          <w:sz w:val="26"/>
        </w:rPr>
        <w:br/>
        <w:t>In New York They Could Share A Room.</w:t>
      </w:r>
    </w:p>
    <w:p w14:paraId="0493637D" w14:textId="77777777" w:rsidR="005B5ADD" w:rsidRDefault="005B5ADD" w:rsidP="005B5ADD">
      <w:pPr>
        <w:spacing w:before="360" w:after="240" w:line="360" w:lineRule="auto"/>
        <w:rPr>
          <w:rFonts w:ascii="garamond" w:hAnsi="garamond"/>
          <w:sz w:val="26"/>
        </w:rPr>
      </w:pPr>
      <w:r w:rsidRPr="00D06D82">
        <w:rPr>
          <w:rFonts w:ascii="garamond" w:hAnsi="garamond"/>
          <w:sz w:val="26"/>
        </w:rPr>
        <w:t>CHAPTER 32</w:t>
      </w:r>
      <w:r w:rsidRPr="00B361BA">
        <w:rPr>
          <w:rFonts w:ascii="garamond" w:hAnsi="garamond"/>
          <w:b/>
          <w:bCs/>
          <w:sz w:val="26"/>
        </w:rPr>
        <w:t xml:space="preserve"> </w:t>
      </w:r>
      <w:r w:rsidRPr="00B361BA">
        <w:rPr>
          <w:rFonts w:ascii="garamond" w:hAnsi="garamond"/>
          <w:sz w:val="26"/>
        </w:rPr>
        <w:t>— THE INHERITANCE</w:t>
      </w:r>
      <w:r w:rsidRPr="00B361BA">
        <w:rPr>
          <w:rFonts w:ascii="garamond" w:hAnsi="garamond"/>
          <w:sz w:val="26"/>
        </w:rPr>
        <w:br/>
        <w:t>The Walks Were The Architecture.</w:t>
      </w:r>
    </w:p>
    <w:p w14:paraId="7CE1F14D" w14:textId="432EA6B3" w:rsidR="007462BE" w:rsidRPr="007462BE" w:rsidRDefault="007462BE" w:rsidP="007462BE">
      <w:pPr>
        <w:rPr>
          <w:rFonts w:ascii="garamond" w:hAnsi="garamond"/>
          <w:bCs/>
          <w:sz w:val="26"/>
          <w:szCs w:val="26"/>
        </w:rPr>
      </w:pPr>
      <w:r>
        <w:rPr>
          <w:rFonts w:ascii="garamond" w:hAnsi="garamond"/>
          <w:bCs/>
          <w:sz w:val="26"/>
          <w:szCs w:val="26"/>
        </w:rPr>
        <w:br/>
      </w:r>
      <w:r w:rsidRPr="007462BE">
        <w:rPr>
          <w:rFonts w:ascii="garamond" w:hAnsi="garamond"/>
          <w:bCs/>
          <w:sz w:val="26"/>
          <w:szCs w:val="26"/>
        </w:rPr>
        <w:t>CHAPTER 33 — THE ROLE WAS THE WORK</w:t>
      </w:r>
    </w:p>
    <w:p w14:paraId="02F319BA" w14:textId="77777777" w:rsidR="007462BE" w:rsidRPr="007462BE" w:rsidRDefault="007462BE" w:rsidP="007462BE">
      <w:pPr>
        <w:rPr>
          <w:rFonts w:ascii="garamond" w:hAnsi="garamond"/>
          <w:bCs/>
          <w:sz w:val="26"/>
          <w:szCs w:val="26"/>
        </w:rPr>
      </w:pPr>
      <w:r w:rsidRPr="007462BE">
        <w:rPr>
          <w:rFonts w:ascii="garamond" w:hAnsi="garamond"/>
          <w:bCs/>
          <w:sz w:val="26"/>
          <w:szCs w:val="26"/>
        </w:rPr>
        <w:t>What I Did With the Inheritance.</w:t>
      </w:r>
    </w:p>
    <w:p w14:paraId="255C5960" w14:textId="7E14505D" w:rsidR="005B5ADD" w:rsidRPr="00B361BA" w:rsidRDefault="007462BE" w:rsidP="005B5ADD">
      <w:pPr>
        <w:spacing w:before="360" w:after="240" w:line="360" w:lineRule="auto"/>
        <w:rPr>
          <w:rFonts w:ascii="garamond" w:hAnsi="garamond" w:cs="Calibri"/>
          <w:bCs/>
          <w:i/>
          <w:iCs/>
          <w:sz w:val="26"/>
          <w:szCs w:val="26"/>
        </w:rPr>
      </w:pPr>
      <w:r>
        <w:rPr>
          <w:rFonts w:ascii="garamond" w:hAnsi="garamond"/>
          <w:sz w:val="26"/>
        </w:rPr>
        <w:br/>
      </w:r>
      <w:r w:rsidR="005B5ADD">
        <w:rPr>
          <w:rFonts w:ascii="garamond" w:hAnsi="garamond"/>
          <w:sz w:val="26"/>
        </w:rPr>
        <w:t>CHAPTER 3</w:t>
      </w:r>
      <w:r>
        <w:rPr>
          <w:rFonts w:ascii="garamond" w:hAnsi="garamond"/>
          <w:sz w:val="26"/>
        </w:rPr>
        <w:t>4</w:t>
      </w:r>
      <w:r w:rsidR="005B5ADD">
        <w:rPr>
          <w:rFonts w:ascii="garamond" w:hAnsi="garamond"/>
          <w:sz w:val="26"/>
        </w:rPr>
        <w:t xml:space="preserve"> — FRIENDS I</w:t>
      </w:r>
      <w:r w:rsidR="005B5ADD">
        <w:rPr>
          <w:rFonts w:ascii="garamond" w:hAnsi="garamond"/>
          <w:sz w:val="26"/>
        </w:rPr>
        <w:br/>
        <w:t>Private Performance.</w:t>
      </w:r>
    </w:p>
    <w:p w14:paraId="62DD7CBB" w14:textId="6E254EBA" w:rsidR="005B5ADD" w:rsidRPr="00B361BA" w:rsidRDefault="007462BE" w:rsidP="005B5ADD">
      <w:pPr>
        <w:spacing w:before="360" w:after="240" w:line="360" w:lineRule="auto"/>
        <w:rPr>
          <w:rFonts w:ascii="garamond" w:hAnsi="garamond" w:cs="Calibri"/>
          <w:bCs/>
          <w:i/>
          <w:iCs/>
          <w:sz w:val="26"/>
          <w:szCs w:val="26"/>
        </w:rPr>
      </w:pPr>
      <w:r>
        <w:rPr>
          <w:rFonts w:ascii="garamond" w:hAnsi="garamond"/>
          <w:sz w:val="26"/>
        </w:rPr>
        <w:br/>
      </w:r>
      <w:r w:rsidR="005B5ADD">
        <w:rPr>
          <w:rFonts w:ascii="garamond" w:hAnsi="garamond"/>
          <w:sz w:val="26"/>
        </w:rPr>
        <w:t>CHAPTER 3</w:t>
      </w:r>
      <w:r>
        <w:rPr>
          <w:rFonts w:ascii="garamond" w:hAnsi="garamond"/>
          <w:sz w:val="26"/>
        </w:rPr>
        <w:t>5</w:t>
      </w:r>
      <w:r w:rsidR="005B5ADD">
        <w:rPr>
          <w:rFonts w:ascii="garamond" w:hAnsi="garamond"/>
          <w:sz w:val="26"/>
        </w:rPr>
        <w:t xml:space="preserve"> — FRIENDS II</w:t>
      </w:r>
      <w:r w:rsidR="005B5ADD">
        <w:rPr>
          <w:rFonts w:ascii="garamond" w:hAnsi="garamond"/>
          <w:sz w:val="26"/>
        </w:rPr>
        <w:br/>
        <w:t>Public Display.</w:t>
      </w:r>
    </w:p>
    <w:p w14:paraId="66070F5D" w14:textId="284A37A6" w:rsidR="005B5ADD" w:rsidRPr="00B361BA" w:rsidRDefault="007462BE" w:rsidP="005B5ADD">
      <w:pPr>
        <w:spacing w:before="360" w:after="240" w:line="360" w:lineRule="auto"/>
        <w:rPr>
          <w:rFonts w:ascii="garamond" w:hAnsi="garamond" w:cs="Calibri"/>
          <w:bCs/>
          <w:iCs/>
          <w:sz w:val="26"/>
          <w:szCs w:val="26"/>
        </w:rPr>
      </w:pPr>
      <w:r>
        <w:rPr>
          <w:rFonts w:ascii="garamond" w:hAnsi="garamond"/>
          <w:sz w:val="26"/>
        </w:rPr>
        <w:br/>
      </w:r>
      <w:r w:rsidR="005B5ADD">
        <w:rPr>
          <w:rFonts w:ascii="garamond" w:hAnsi="garamond"/>
          <w:sz w:val="26"/>
        </w:rPr>
        <w:t>CHAPTER 3</w:t>
      </w:r>
      <w:r>
        <w:rPr>
          <w:rFonts w:ascii="garamond" w:hAnsi="garamond"/>
          <w:sz w:val="26"/>
        </w:rPr>
        <w:t>6</w:t>
      </w:r>
      <w:r w:rsidR="005B5ADD">
        <w:rPr>
          <w:rFonts w:ascii="garamond" w:hAnsi="garamond"/>
          <w:sz w:val="26"/>
        </w:rPr>
        <w:t xml:space="preserve"> — SEPTEMBER 11</w:t>
      </w:r>
      <w:r w:rsidR="005B5ADD">
        <w:rPr>
          <w:rFonts w:ascii="garamond" w:hAnsi="garamond"/>
          <w:sz w:val="26"/>
        </w:rPr>
        <w:br/>
        <w:t>When Terror Loomed.</w:t>
      </w:r>
    </w:p>
    <w:p w14:paraId="37E53F2C" w14:textId="0648CD8A" w:rsidR="005B5ADD" w:rsidRPr="00B361BA" w:rsidRDefault="007462BE" w:rsidP="005B5ADD">
      <w:pPr>
        <w:spacing w:before="360" w:after="240" w:line="360" w:lineRule="auto"/>
        <w:rPr>
          <w:rFonts w:ascii="garamond" w:eastAsia="Georgia" w:hAnsi="garamond" w:cs="Georgia"/>
          <w:i/>
          <w:iCs/>
          <w:sz w:val="26"/>
          <w:szCs w:val="26"/>
        </w:rPr>
      </w:pPr>
      <w:r>
        <w:rPr>
          <w:rFonts w:ascii="garamond" w:hAnsi="garamond"/>
          <w:sz w:val="26"/>
        </w:rPr>
        <w:lastRenderedPageBreak/>
        <w:br/>
      </w:r>
      <w:r>
        <w:rPr>
          <w:rFonts w:ascii="garamond" w:hAnsi="garamond"/>
          <w:sz w:val="26"/>
        </w:rPr>
        <w:br/>
      </w:r>
      <w:r>
        <w:rPr>
          <w:rFonts w:ascii="garamond" w:hAnsi="garamond"/>
          <w:sz w:val="26"/>
        </w:rPr>
        <w:br/>
      </w:r>
      <w:r w:rsidR="005B5ADD">
        <w:rPr>
          <w:rFonts w:ascii="garamond" w:hAnsi="garamond"/>
          <w:sz w:val="26"/>
        </w:rPr>
        <w:t>CHAPTER 3</w:t>
      </w:r>
      <w:r>
        <w:rPr>
          <w:rFonts w:ascii="garamond" w:hAnsi="garamond"/>
          <w:sz w:val="26"/>
        </w:rPr>
        <w:t>7</w:t>
      </w:r>
      <w:r w:rsidR="005B5ADD">
        <w:rPr>
          <w:rFonts w:ascii="garamond" w:hAnsi="garamond"/>
          <w:sz w:val="26"/>
        </w:rPr>
        <w:t xml:space="preserve"> — LOURDES PEREZ BERKLEY</w:t>
      </w:r>
      <w:r w:rsidR="005B5ADD">
        <w:rPr>
          <w:rFonts w:ascii="garamond" w:hAnsi="garamond"/>
          <w:sz w:val="26"/>
        </w:rPr>
        <w:br/>
        <w:t>In Memory Of Michael Berkley.</w:t>
      </w:r>
      <w:r w:rsidR="005B5ADD">
        <w:rPr>
          <w:rFonts w:ascii="garamond" w:hAnsi="garamond"/>
          <w:sz w:val="26"/>
        </w:rPr>
        <w:br/>
        <w:t>When The Towers Collapsed.</w:t>
      </w:r>
    </w:p>
    <w:p w14:paraId="70B55366" w14:textId="0134D90C" w:rsidR="005B5ADD" w:rsidRDefault="005A3E8B" w:rsidP="005B5ADD">
      <w:pPr>
        <w:spacing w:before="360" w:after="240" w:line="360" w:lineRule="auto"/>
        <w:rPr>
          <w:rFonts w:ascii="garamond" w:hAnsi="garamond"/>
          <w:sz w:val="26"/>
        </w:rPr>
      </w:pPr>
      <w:r>
        <w:rPr>
          <w:rFonts w:ascii="garamond" w:hAnsi="garamond"/>
          <w:sz w:val="26"/>
        </w:rPr>
        <w:br/>
      </w:r>
      <w:r w:rsidR="005B5ADD">
        <w:rPr>
          <w:rFonts w:ascii="garamond" w:hAnsi="garamond"/>
          <w:sz w:val="26"/>
        </w:rPr>
        <w:t>CHAPTER 3</w:t>
      </w:r>
      <w:r w:rsidR="007462BE">
        <w:rPr>
          <w:rFonts w:ascii="garamond" w:hAnsi="garamond"/>
          <w:sz w:val="26"/>
        </w:rPr>
        <w:t>8</w:t>
      </w:r>
      <w:r w:rsidR="005B5ADD">
        <w:rPr>
          <w:rFonts w:ascii="garamond" w:hAnsi="garamond"/>
          <w:sz w:val="26"/>
        </w:rPr>
        <w:t xml:space="preserve"> — THE PHOTOGRAPH</w:t>
      </w:r>
      <w:r w:rsidR="005B5ADD">
        <w:rPr>
          <w:rFonts w:ascii="garamond" w:hAnsi="garamond"/>
          <w:sz w:val="26"/>
        </w:rPr>
        <w:br/>
        <w:t>Several Weeks Later.</w:t>
      </w:r>
      <w:r w:rsidR="007462BE">
        <w:rPr>
          <w:rFonts w:ascii="garamond" w:hAnsi="garamond"/>
          <w:sz w:val="26"/>
        </w:rPr>
        <w:br/>
      </w:r>
    </w:p>
    <w:p w14:paraId="617D1A93" w14:textId="325497AC" w:rsidR="007462BE" w:rsidRPr="007462BE" w:rsidRDefault="007462BE" w:rsidP="007462BE">
      <w:pPr>
        <w:rPr>
          <w:rFonts w:ascii="garamond" w:hAnsi="garamond"/>
          <w:bCs/>
          <w:sz w:val="26"/>
          <w:szCs w:val="26"/>
        </w:rPr>
      </w:pPr>
      <w:r w:rsidRPr="007462BE">
        <w:rPr>
          <w:rFonts w:ascii="garamond" w:hAnsi="garamond"/>
          <w:bCs/>
          <w:sz w:val="26"/>
          <w:szCs w:val="26"/>
        </w:rPr>
        <w:t>CHAPTER 39 — THE PENALTY</w:t>
      </w:r>
    </w:p>
    <w:p w14:paraId="17716B85" w14:textId="77777777" w:rsidR="007462BE" w:rsidRDefault="007462BE" w:rsidP="007462BE">
      <w:pPr>
        <w:rPr>
          <w:rFonts w:ascii="garamond" w:hAnsi="garamond"/>
          <w:bCs/>
          <w:iCs/>
          <w:sz w:val="26"/>
          <w:szCs w:val="26"/>
        </w:rPr>
      </w:pPr>
      <w:r w:rsidRPr="007462BE">
        <w:rPr>
          <w:rFonts w:ascii="garamond" w:hAnsi="garamond"/>
          <w:bCs/>
          <w:iCs/>
          <w:sz w:val="26"/>
          <w:szCs w:val="26"/>
        </w:rPr>
        <w:t>Loyalty Is a Costly Currency.</w:t>
      </w:r>
    </w:p>
    <w:p w14:paraId="53511A48" w14:textId="247D8535" w:rsidR="00447005" w:rsidRPr="00447005" w:rsidRDefault="00447005" w:rsidP="00447005">
      <w:pPr>
        <w:rPr>
          <w:rFonts w:ascii="garamond" w:hAnsi="garamond"/>
          <w:iCs/>
          <w:sz w:val="26"/>
          <w:szCs w:val="26"/>
        </w:rPr>
      </w:pPr>
      <w:r>
        <w:rPr>
          <w:rFonts w:ascii="garamond" w:hAnsi="garamond"/>
          <w:bCs/>
          <w:iCs/>
          <w:sz w:val="26"/>
          <w:szCs w:val="26"/>
        </w:rPr>
        <w:br/>
      </w:r>
      <w:r w:rsidRPr="00447005">
        <w:rPr>
          <w:rFonts w:ascii="garamond" w:hAnsi="garamond"/>
          <w:iCs/>
          <w:sz w:val="26"/>
          <w:szCs w:val="26"/>
        </w:rPr>
        <w:t xml:space="preserve">CHAPTER 40 — </w:t>
      </w:r>
      <w:r w:rsidR="005A3E8B">
        <w:rPr>
          <w:rFonts w:ascii="garamond" w:hAnsi="garamond"/>
          <w:iCs/>
          <w:sz w:val="26"/>
          <w:szCs w:val="26"/>
        </w:rPr>
        <w:t>‘</w:t>
      </w:r>
      <w:r w:rsidRPr="00447005">
        <w:rPr>
          <w:rFonts w:ascii="garamond" w:hAnsi="garamond"/>
          <w:iCs/>
          <w:sz w:val="26"/>
          <w:szCs w:val="26"/>
        </w:rPr>
        <w:t>WHY ARE YOU HERE, ANYWAY?</w:t>
      </w:r>
      <w:r w:rsidR="005A3E8B">
        <w:rPr>
          <w:rFonts w:ascii="garamond" w:hAnsi="garamond"/>
          <w:iCs/>
          <w:sz w:val="26"/>
          <w:szCs w:val="26"/>
        </w:rPr>
        <w:t>’</w:t>
      </w:r>
    </w:p>
    <w:p w14:paraId="10C72133" w14:textId="485BB4D3" w:rsidR="005A3E8B" w:rsidRPr="005A3E8B" w:rsidRDefault="00447005" w:rsidP="005A3E8B">
      <w:pPr>
        <w:rPr>
          <w:rFonts w:ascii="garamond" w:hAnsi="garamond"/>
          <w:iCs/>
          <w:sz w:val="26"/>
          <w:szCs w:val="26"/>
        </w:rPr>
      </w:pPr>
      <w:r w:rsidRPr="00447005">
        <w:rPr>
          <w:rFonts w:ascii="garamond" w:hAnsi="garamond"/>
          <w:iCs/>
          <w:sz w:val="26"/>
          <w:szCs w:val="26"/>
        </w:rPr>
        <w:t>Promotion Exposes Hierarchy.</w:t>
      </w:r>
      <w:r w:rsidR="005A3E8B">
        <w:rPr>
          <w:rFonts w:ascii="garamond" w:hAnsi="garamond"/>
          <w:iCs/>
          <w:sz w:val="26"/>
          <w:szCs w:val="26"/>
        </w:rPr>
        <w:br/>
      </w:r>
    </w:p>
    <w:p w14:paraId="6D0711B1" w14:textId="7E6C034A" w:rsidR="005B5ADD" w:rsidRPr="00B361BA" w:rsidRDefault="005B5ADD" w:rsidP="005B5ADD">
      <w:pPr>
        <w:spacing w:before="360" w:after="240" w:line="360" w:lineRule="auto"/>
        <w:rPr>
          <w:rFonts w:ascii="garamond" w:hAnsi="garamond" w:cs="Calibri"/>
          <w:iCs/>
          <w:sz w:val="26"/>
          <w:szCs w:val="26"/>
        </w:rPr>
      </w:pPr>
      <w:r>
        <w:rPr>
          <w:rFonts w:ascii="garamond" w:hAnsi="garamond"/>
          <w:sz w:val="26"/>
        </w:rPr>
        <w:t xml:space="preserve">CHAPTER </w:t>
      </w:r>
      <w:r w:rsidR="00447005">
        <w:rPr>
          <w:rFonts w:ascii="garamond" w:hAnsi="garamond"/>
          <w:sz w:val="26"/>
        </w:rPr>
        <w:t>41</w:t>
      </w:r>
      <w:r>
        <w:rPr>
          <w:rFonts w:ascii="garamond" w:hAnsi="garamond"/>
          <w:sz w:val="26"/>
        </w:rPr>
        <w:t xml:space="preserve"> — STROKING MY PAIN</w:t>
      </w:r>
      <w:r>
        <w:rPr>
          <w:rFonts w:ascii="garamond" w:hAnsi="garamond"/>
          <w:sz w:val="26"/>
        </w:rPr>
        <w:br/>
        <w:t>The Breach.</w:t>
      </w:r>
    </w:p>
    <w:p w14:paraId="433EA7D0" w14:textId="3B483489" w:rsidR="005B5ADD" w:rsidRPr="00B361BA" w:rsidRDefault="005B5ADD" w:rsidP="005B5ADD">
      <w:pPr>
        <w:spacing w:before="360" w:after="240" w:line="360" w:lineRule="auto"/>
        <w:rPr>
          <w:rFonts w:ascii="garamond" w:hAnsi="garamond" w:cs="Calibri"/>
          <w:iCs/>
          <w:sz w:val="26"/>
          <w:szCs w:val="26"/>
        </w:rPr>
      </w:pPr>
      <w:r>
        <w:rPr>
          <w:rFonts w:ascii="garamond" w:hAnsi="garamond"/>
          <w:sz w:val="26"/>
        </w:rPr>
        <w:t>CHAPTER 4</w:t>
      </w:r>
      <w:r w:rsidR="00447005">
        <w:rPr>
          <w:rFonts w:ascii="garamond" w:hAnsi="garamond"/>
          <w:sz w:val="26"/>
        </w:rPr>
        <w:t>2</w:t>
      </w:r>
      <w:r>
        <w:rPr>
          <w:rFonts w:ascii="garamond" w:hAnsi="garamond"/>
          <w:sz w:val="26"/>
        </w:rPr>
        <w:t xml:space="preserve"> — CLUB CELEB</w:t>
      </w:r>
      <w:r>
        <w:rPr>
          <w:rFonts w:ascii="garamond" w:hAnsi="garamond"/>
          <w:sz w:val="26"/>
        </w:rPr>
        <w:br/>
        <w:t>Welcome To Paradise.</w:t>
      </w:r>
    </w:p>
    <w:p w14:paraId="55B8C1C9" w14:textId="0D49EB2E" w:rsidR="005B5ADD" w:rsidRPr="00B361BA" w:rsidRDefault="005B5ADD" w:rsidP="005B5ADD">
      <w:pPr>
        <w:spacing w:before="360" w:after="240" w:line="360" w:lineRule="auto"/>
        <w:rPr>
          <w:rFonts w:ascii="garamond" w:hAnsi="garamond" w:cs="Calibri"/>
          <w:iCs/>
          <w:sz w:val="26"/>
          <w:szCs w:val="26"/>
        </w:rPr>
      </w:pPr>
      <w:r>
        <w:rPr>
          <w:rFonts w:ascii="garamond" w:hAnsi="garamond"/>
          <w:sz w:val="26"/>
        </w:rPr>
        <w:t>CHAPTER 4</w:t>
      </w:r>
      <w:r w:rsidR="00447005">
        <w:rPr>
          <w:rFonts w:ascii="garamond" w:hAnsi="garamond"/>
          <w:sz w:val="26"/>
        </w:rPr>
        <w:t>3</w:t>
      </w:r>
      <w:r>
        <w:rPr>
          <w:rFonts w:ascii="garamond" w:hAnsi="garamond"/>
          <w:sz w:val="26"/>
        </w:rPr>
        <w:t xml:space="preserve"> — THE UNUSUAL SUSPECTS</w:t>
      </w:r>
      <w:r>
        <w:rPr>
          <w:rFonts w:ascii="garamond" w:hAnsi="garamond"/>
          <w:sz w:val="26"/>
        </w:rPr>
        <w:br/>
        <w:t>Lift My Ego.</w:t>
      </w:r>
    </w:p>
    <w:p w14:paraId="2BEF1316" w14:textId="30B7F932" w:rsidR="005B5ADD" w:rsidRPr="00B361BA" w:rsidRDefault="005B5ADD" w:rsidP="005B5ADD">
      <w:pPr>
        <w:spacing w:before="360" w:after="240" w:line="360" w:lineRule="auto"/>
        <w:rPr>
          <w:rFonts w:ascii="garamond" w:hAnsi="garamond" w:cs="Calibri"/>
          <w:iCs/>
          <w:sz w:val="26"/>
          <w:szCs w:val="26"/>
        </w:rPr>
      </w:pPr>
      <w:r>
        <w:rPr>
          <w:rFonts w:ascii="garamond" w:hAnsi="garamond"/>
          <w:sz w:val="26"/>
        </w:rPr>
        <w:t>CHAPTER 4</w:t>
      </w:r>
      <w:r w:rsidR="00447005">
        <w:rPr>
          <w:rFonts w:ascii="garamond" w:hAnsi="garamond"/>
          <w:sz w:val="26"/>
        </w:rPr>
        <w:t>4</w:t>
      </w:r>
      <w:r>
        <w:rPr>
          <w:rFonts w:ascii="garamond" w:hAnsi="garamond"/>
          <w:sz w:val="26"/>
        </w:rPr>
        <w:t xml:space="preserve"> — AND NOW, THE CITI END IS NEAR</w:t>
      </w:r>
      <w:r>
        <w:rPr>
          <w:rFonts w:ascii="garamond" w:hAnsi="garamond"/>
          <w:sz w:val="26"/>
        </w:rPr>
        <w:br/>
        <w:t>Farewell, Fellas.</w:t>
      </w:r>
    </w:p>
    <w:p w14:paraId="0DBC0F62" w14:textId="503E773E" w:rsidR="005B5ADD" w:rsidRPr="00B361BA" w:rsidRDefault="005B5ADD" w:rsidP="005B5ADD">
      <w:pPr>
        <w:spacing w:before="360" w:after="240" w:line="360" w:lineRule="auto"/>
        <w:rPr>
          <w:rFonts w:ascii="garamond" w:hAnsi="garamond" w:cs="Calibri"/>
          <w:sz w:val="26"/>
          <w:szCs w:val="26"/>
        </w:rPr>
      </w:pPr>
      <w:r>
        <w:rPr>
          <w:rFonts w:ascii="garamond" w:hAnsi="garamond"/>
          <w:sz w:val="26"/>
        </w:rPr>
        <w:lastRenderedPageBreak/>
        <w:t>CHAPTER 4</w:t>
      </w:r>
      <w:r w:rsidR="00447005">
        <w:rPr>
          <w:rFonts w:ascii="garamond" w:hAnsi="garamond"/>
          <w:sz w:val="26"/>
        </w:rPr>
        <w:t>5</w:t>
      </w:r>
      <w:r>
        <w:rPr>
          <w:rFonts w:ascii="garamond" w:hAnsi="garamond"/>
          <w:sz w:val="26"/>
        </w:rPr>
        <w:t xml:space="preserve"> — THE DEUTSCHE LANDING</w:t>
      </w:r>
      <w:r>
        <w:rPr>
          <w:rFonts w:ascii="garamond" w:hAnsi="garamond"/>
          <w:sz w:val="26"/>
        </w:rPr>
        <w:br/>
        <w:t>In Memory of Anshu Jain.</w:t>
      </w:r>
      <w:r>
        <w:rPr>
          <w:rFonts w:ascii="garamond" w:hAnsi="garamond"/>
          <w:sz w:val="26"/>
        </w:rPr>
        <w:br/>
        <w:t>New Firm. New Language. Same Bruises.</w:t>
      </w:r>
    </w:p>
    <w:p w14:paraId="02A6D4A8" w14:textId="2438FAE4" w:rsidR="005B5ADD" w:rsidRPr="00B361BA" w:rsidRDefault="005B5ADD" w:rsidP="005B5ADD">
      <w:pPr>
        <w:spacing w:before="360" w:after="240" w:line="360" w:lineRule="auto"/>
        <w:rPr>
          <w:rFonts w:ascii="garamond" w:hAnsi="garamond" w:cs="Calibri"/>
          <w:sz w:val="26"/>
          <w:szCs w:val="26"/>
        </w:rPr>
      </w:pPr>
      <w:r>
        <w:rPr>
          <w:rFonts w:ascii="garamond" w:hAnsi="garamond"/>
          <w:sz w:val="26"/>
        </w:rPr>
        <w:t>CHAPTER 4</w:t>
      </w:r>
      <w:r w:rsidR="00447005">
        <w:rPr>
          <w:rFonts w:ascii="garamond" w:hAnsi="garamond"/>
          <w:sz w:val="26"/>
        </w:rPr>
        <w:t>6</w:t>
      </w:r>
      <w:r>
        <w:rPr>
          <w:rFonts w:ascii="garamond" w:hAnsi="garamond"/>
          <w:sz w:val="26"/>
        </w:rPr>
        <w:t xml:space="preserve"> — THE STRIKER</w:t>
      </w:r>
      <w:r>
        <w:rPr>
          <w:rFonts w:ascii="garamond" w:hAnsi="garamond"/>
          <w:sz w:val="26"/>
        </w:rPr>
        <w:br/>
        <w:t>Of Soccer &amp; Central Park.</w:t>
      </w:r>
    </w:p>
    <w:p w14:paraId="5538F165" w14:textId="779AEF6B" w:rsidR="005B5ADD" w:rsidRPr="00B361BA" w:rsidRDefault="005B5ADD" w:rsidP="005B5ADD">
      <w:pPr>
        <w:spacing w:before="360" w:after="240" w:line="360" w:lineRule="auto"/>
        <w:rPr>
          <w:rFonts w:ascii="garamond" w:hAnsi="garamond" w:cs="Calibri"/>
          <w:sz w:val="26"/>
          <w:szCs w:val="26"/>
        </w:rPr>
      </w:pPr>
      <w:r>
        <w:rPr>
          <w:rFonts w:ascii="garamond" w:hAnsi="garamond"/>
          <w:sz w:val="26"/>
        </w:rPr>
        <w:t>CHAPTER 4</w:t>
      </w:r>
      <w:r w:rsidR="00447005">
        <w:rPr>
          <w:rFonts w:ascii="garamond" w:hAnsi="garamond"/>
          <w:sz w:val="26"/>
        </w:rPr>
        <w:t>7</w:t>
      </w:r>
      <w:r>
        <w:rPr>
          <w:rFonts w:ascii="garamond" w:hAnsi="garamond"/>
          <w:sz w:val="26"/>
        </w:rPr>
        <w:t xml:space="preserve"> — THE HIGHWAY EMPTIES</w:t>
      </w:r>
      <w:r>
        <w:rPr>
          <w:rFonts w:ascii="garamond" w:hAnsi="garamond"/>
          <w:sz w:val="26"/>
        </w:rPr>
        <w:br/>
        <w:t>The Legend Becomes A Passenger.</w:t>
      </w:r>
    </w:p>
    <w:p w14:paraId="04918AA9" w14:textId="5F1EE141" w:rsidR="005B5ADD" w:rsidRPr="00B361BA" w:rsidRDefault="005B5ADD" w:rsidP="005B5ADD">
      <w:pPr>
        <w:spacing w:before="360" w:after="240" w:line="360" w:lineRule="auto"/>
        <w:rPr>
          <w:rFonts w:ascii="garamond" w:hAnsi="garamond" w:cs="Calibri"/>
          <w:iCs/>
          <w:sz w:val="26"/>
          <w:szCs w:val="26"/>
        </w:rPr>
      </w:pPr>
      <w:r>
        <w:rPr>
          <w:rFonts w:ascii="garamond" w:hAnsi="garamond"/>
          <w:sz w:val="26"/>
        </w:rPr>
        <w:t>CHAPTER 4</w:t>
      </w:r>
      <w:r w:rsidR="00447005">
        <w:rPr>
          <w:rFonts w:ascii="garamond" w:hAnsi="garamond"/>
          <w:sz w:val="26"/>
        </w:rPr>
        <w:t>8</w:t>
      </w:r>
      <w:r>
        <w:rPr>
          <w:rFonts w:ascii="garamond" w:hAnsi="garamond"/>
          <w:sz w:val="26"/>
        </w:rPr>
        <w:t xml:space="preserve"> — DANIEL MARWAN MARSHI</w:t>
      </w:r>
      <w:r>
        <w:rPr>
          <w:rFonts w:ascii="garamond" w:hAnsi="garamond"/>
          <w:sz w:val="26"/>
        </w:rPr>
        <w:br/>
        <w:t>The Gentleman.</w:t>
      </w:r>
    </w:p>
    <w:p w14:paraId="5E812D24" w14:textId="26F9193D" w:rsidR="005B5ADD" w:rsidRPr="00B361BA" w:rsidRDefault="005B5ADD" w:rsidP="005B5ADD">
      <w:pPr>
        <w:spacing w:before="360" w:after="240" w:line="360" w:lineRule="auto"/>
        <w:rPr>
          <w:rFonts w:ascii="garamond" w:hAnsi="garamond" w:cs="Calibri"/>
          <w:iCs/>
          <w:sz w:val="26"/>
          <w:szCs w:val="26"/>
        </w:rPr>
      </w:pPr>
      <w:r>
        <w:rPr>
          <w:rFonts w:ascii="garamond" w:hAnsi="garamond"/>
          <w:sz w:val="26"/>
        </w:rPr>
        <w:t>CHAPTER 4</w:t>
      </w:r>
      <w:r w:rsidR="00447005">
        <w:rPr>
          <w:rFonts w:ascii="garamond" w:hAnsi="garamond"/>
          <w:sz w:val="26"/>
        </w:rPr>
        <w:t>9</w:t>
      </w:r>
      <w:r>
        <w:rPr>
          <w:rFonts w:ascii="garamond" w:hAnsi="garamond"/>
          <w:sz w:val="26"/>
        </w:rPr>
        <w:t xml:space="preserve"> — ANTHONY NABIL MARSHI</w:t>
      </w:r>
      <w:r>
        <w:rPr>
          <w:rFonts w:ascii="garamond" w:hAnsi="garamond"/>
          <w:sz w:val="26"/>
        </w:rPr>
        <w:br/>
        <w:t>The Ally.</w:t>
      </w:r>
    </w:p>
    <w:p w14:paraId="1CAD9D51" w14:textId="16C6746D" w:rsidR="005B5ADD" w:rsidRPr="00B361BA" w:rsidRDefault="005B5ADD" w:rsidP="005B5ADD">
      <w:pPr>
        <w:spacing w:before="360" w:after="240" w:line="360" w:lineRule="auto"/>
        <w:rPr>
          <w:rFonts w:ascii="garamond" w:hAnsi="garamond" w:cs="Calibri"/>
          <w:iCs/>
          <w:sz w:val="26"/>
          <w:szCs w:val="26"/>
        </w:rPr>
      </w:pPr>
      <w:r>
        <w:rPr>
          <w:rFonts w:ascii="garamond" w:hAnsi="garamond"/>
          <w:sz w:val="26"/>
        </w:rPr>
        <w:t xml:space="preserve">CHAPTER </w:t>
      </w:r>
      <w:r w:rsidR="00447005">
        <w:rPr>
          <w:rFonts w:ascii="garamond" w:hAnsi="garamond"/>
          <w:sz w:val="26"/>
        </w:rPr>
        <w:t>50</w:t>
      </w:r>
      <w:r>
        <w:rPr>
          <w:rFonts w:ascii="garamond" w:hAnsi="garamond"/>
          <w:sz w:val="26"/>
        </w:rPr>
        <w:t xml:space="preserve"> — TARA CHRISTINA MARSHI</w:t>
      </w:r>
      <w:r>
        <w:rPr>
          <w:rFonts w:ascii="garamond" w:hAnsi="garamond"/>
          <w:sz w:val="26"/>
        </w:rPr>
        <w:br/>
        <w:t>The Closer.</w:t>
      </w:r>
    </w:p>
    <w:p w14:paraId="4B78DABB" w14:textId="1FDAA817" w:rsidR="005B5ADD" w:rsidRPr="00B361BA" w:rsidRDefault="005B5ADD" w:rsidP="005B5ADD">
      <w:pPr>
        <w:spacing w:before="360" w:after="240" w:line="360" w:lineRule="auto"/>
        <w:rPr>
          <w:rFonts w:ascii="garamond" w:hAnsi="garamond" w:cs="Calibri"/>
          <w:iCs/>
          <w:sz w:val="26"/>
          <w:szCs w:val="26"/>
        </w:rPr>
      </w:pPr>
      <w:r>
        <w:rPr>
          <w:rFonts w:ascii="garamond" w:hAnsi="garamond"/>
          <w:sz w:val="26"/>
        </w:rPr>
        <w:t xml:space="preserve">CHAPTER </w:t>
      </w:r>
      <w:r w:rsidR="00447005">
        <w:rPr>
          <w:rFonts w:ascii="garamond" w:hAnsi="garamond"/>
          <w:sz w:val="26"/>
        </w:rPr>
        <w:t>51</w:t>
      </w:r>
      <w:r>
        <w:rPr>
          <w:rFonts w:ascii="garamond" w:hAnsi="garamond"/>
          <w:sz w:val="26"/>
        </w:rPr>
        <w:t xml:space="preserve"> — LOOK UP &amp; STARE DOWN</w:t>
      </w:r>
      <w:r>
        <w:rPr>
          <w:rFonts w:ascii="garamond" w:hAnsi="garamond"/>
          <w:sz w:val="26"/>
        </w:rPr>
        <w:br/>
        <w:t>Fifteen Blocks From Home.</w:t>
      </w:r>
    </w:p>
    <w:p w14:paraId="766C1B83" w14:textId="43925283" w:rsidR="005B5ADD" w:rsidRPr="00B361BA" w:rsidRDefault="005B5ADD" w:rsidP="005B5ADD">
      <w:pPr>
        <w:spacing w:before="360" w:after="240" w:line="360" w:lineRule="auto"/>
        <w:rPr>
          <w:rFonts w:ascii="garamond" w:hAnsi="garamond" w:cs="Calibri"/>
          <w:bCs/>
          <w:i/>
          <w:sz w:val="26"/>
          <w:szCs w:val="26"/>
        </w:rPr>
      </w:pPr>
      <w:r>
        <w:rPr>
          <w:rFonts w:ascii="garamond" w:hAnsi="garamond"/>
          <w:sz w:val="26"/>
        </w:rPr>
        <w:t xml:space="preserve">CHAPTER </w:t>
      </w:r>
      <w:r w:rsidR="00447005">
        <w:rPr>
          <w:rFonts w:ascii="garamond" w:hAnsi="garamond"/>
          <w:sz w:val="26"/>
        </w:rPr>
        <w:t>52</w:t>
      </w:r>
      <w:r>
        <w:rPr>
          <w:rFonts w:ascii="garamond" w:hAnsi="garamond"/>
          <w:sz w:val="26"/>
        </w:rPr>
        <w:t xml:space="preserve"> — HERE COMES TROUBLE</w:t>
      </w:r>
      <w:r>
        <w:rPr>
          <w:rFonts w:ascii="garamond" w:hAnsi="garamond"/>
          <w:sz w:val="26"/>
        </w:rPr>
        <w:br/>
        <w:t>The JFK Shuffle.</w:t>
      </w:r>
    </w:p>
    <w:p w14:paraId="2C6859CA" w14:textId="0A730051" w:rsidR="005B5ADD" w:rsidRDefault="005B5ADD" w:rsidP="005B5ADD">
      <w:pPr>
        <w:spacing w:before="360" w:after="240" w:line="360" w:lineRule="auto"/>
        <w:rPr>
          <w:rFonts w:ascii="garamond" w:hAnsi="garamond"/>
          <w:sz w:val="26"/>
        </w:rPr>
      </w:pPr>
      <w:r>
        <w:rPr>
          <w:rFonts w:ascii="garamond" w:hAnsi="garamond"/>
          <w:sz w:val="26"/>
        </w:rPr>
        <w:t>CHAPTER 5</w:t>
      </w:r>
      <w:r w:rsidR="00447005">
        <w:rPr>
          <w:rFonts w:ascii="garamond" w:hAnsi="garamond"/>
          <w:sz w:val="26"/>
        </w:rPr>
        <w:t>3</w:t>
      </w:r>
      <w:r>
        <w:rPr>
          <w:rFonts w:ascii="garamond" w:hAnsi="garamond"/>
          <w:sz w:val="26"/>
        </w:rPr>
        <w:t xml:space="preserve"> — YOU </w:t>
      </w:r>
      <w:r w:rsidR="0013185A">
        <w:rPr>
          <w:rFonts w:ascii="garamond" w:hAnsi="garamond"/>
          <w:sz w:val="26"/>
        </w:rPr>
        <w:t xml:space="preserve">MUST </w:t>
      </w:r>
      <w:r>
        <w:rPr>
          <w:rFonts w:ascii="garamond" w:hAnsi="garamond"/>
          <w:sz w:val="26"/>
        </w:rPr>
        <w:t>BE KIDDING ME</w:t>
      </w:r>
      <w:r>
        <w:rPr>
          <w:rFonts w:ascii="garamond" w:hAnsi="garamond"/>
          <w:sz w:val="26"/>
        </w:rPr>
        <w:br/>
        <w:t>Deceit’s In The Air.</w:t>
      </w:r>
    </w:p>
    <w:p w14:paraId="2AEF5C15" w14:textId="407A741D" w:rsidR="00680A6A" w:rsidRPr="00B361BA" w:rsidRDefault="00680A6A" w:rsidP="00680A6A">
      <w:pPr>
        <w:spacing w:before="360" w:after="240" w:line="360" w:lineRule="auto"/>
        <w:rPr>
          <w:rFonts w:ascii="garamond" w:hAnsi="garamond" w:cs="Calibri"/>
          <w:bCs/>
          <w:i/>
          <w:sz w:val="26"/>
          <w:szCs w:val="26"/>
        </w:rPr>
      </w:pPr>
      <w:r>
        <w:rPr>
          <w:rFonts w:ascii="garamond" w:hAnsi="garamond"/>
          <w:sz w:val="26"/>
        </w:rPr>
        <w:t>CHAPTER 5</w:t>
      </w:r>
      <w:r w:rsidR="00447005">
        <w:rPr>
          <w:rFonts w:ascii="garamond" w:hAnsi="garamond"/>
          <w:sz w:val="26"/>
        </w:rPr>
        <w:t>4</w:t>
      </w:r>
      <w:r>
        <w:rPr>
          <w:rFonts w:ascii="garamond" w:hAnsi="garamond"/>
          <w:sz w:val="26"/>
        </w:rPr>
        <w:t xml:space="preserve"> — LEGAL EAGLES</w:t>
      </w:r>
      <w:r>
        <w:rPr>
          <w:rFonts w:ascii="garamond" w:hAnsi="garamond"/>
          <w:sz w:val="26"/>
        </w:rPr>
        <w:br/>
      </w:r>
      <w:r w:rsidRPr="00680A6A">
        <w:rPr>
          <w:rFonts w:ascii="garamond" w:hAnsi="garamond" w:cs="Calibri"/>
          <w:bCs/>
          <w:iCs/>
          <w:sz w:val="26"/>
          <w:szCs w:val="26"/>
        </w:rPr>
        <w:t>Dissolution Of A Marriage.</w:t>
      </w:r>
    </w:p>
    <w:p w14:paraId="5AFC2A30" w14:textId="10927DEE" w:rsidR="00680A6A" w:rsidRPr="00E542EA" w:rsidRDefault="00680A6A" w:rsidP="005B5ADD">
      <w:pPr>
        <w:spacing w:before="360" w:after="240" w:line="360" w:lineRule="auto"/>
        <w:rPr>
          <w:rFonts w:ascii="garamond" w:hAnsi="garamond"/>
          <w:sz w:val="26"/>
        </w:rPr>
      </w:pPr>
      <w:r>
        <w:rPr>
          <w:rFonts w:ascii="garamond" w:hAnsi="garamond"/>
          <w:sz w:val="26"/>
        </w:rPr>
        <w:lastRenderedPageBreak/>
        <w:t>CHAPTER 5</w:t>
      </w:r>
      <w:r w:rsidR="00447005">
        <w:rPr>
          <w:rFonts w:ascii="garamond" w:hAnsi="garamond"/>
          <w:sz w:val="26"/>
        </w:rPr>
        <w:t>5</w:t>
      </w:r>
      <w:r>
        <w:rPr>
          <w:rFonts w:ascii="garamond" w:hAnsi="garamond"/>
          <w:sz w:val="26"/>
        </w:rPr>
        <w:t xml:space="preserve"> — </w:t>
      </w:r>
      <w:r w:rsidR="00E542EA">
        <w:rPr>
          <w:rFonts w:ascii="garamond" w:hAnsi="garamond"/>
          <w:sz w:val="26"/>
        </w:rPr>
        <w:t>JOSEPH ON BOARD</w:t>
      </w:r>
      <w:r w:rsidR="00E542EA">
        <w:rPr>
          <w:rFonts w:ascii="garamond" w:hAnsi="garamond"/>
          <w:sz w:val="26"/>
        </w:rPr>
        <w:br/>
        <w:t>Nephew To New York.</w:t>
      </w:r>
    </w:p>
    <w:p w14:paraId="3A49751F" w14:textId="186759A2" w:rsidR="005B5ADD" w:rsidRPr="00B361BA" w:rsidRDefault="005B5ADD" w:rsidP="005B5ADD">
      <w:pPr>
        <w:spacing w:before="360" w:after="240" w:line="360" w:lineRule="auto"/>
        <w:rPr>
          <w:rFonts w:ascii="garamond" w:hAnsi="garamond" w:cs="Calibri"/>
          <w:bCs/>
          <w:i/>
          <w:sz w:val="26"/>
          <w:szCs w:val="26"/>
        </w:rPr>
      </w:pPr>
      <w:r>
        <w:rPr>
          <w:rFonts w:ascii="garamond" w:hAnsi="garamond"/>
          <w:sz w:val="26"/>
        </w:rPr>
        <w:t>CHAPTER 5</w:t>
      </w:r>
      <w:r w:rsidR="00447005">
        <w:rPr>
          <w:rFonts w:ascii="garamond" w:hAnsi="garamond"/>
          <w:sz w:val="26"/>
        </w:rPr>
        <w:t>6</w:t>
      </w:r>
      <w:r>
        <w:rPr>
          <w:rFonts w:ascii="garamond" w:hAnsi="garamond"/>
          <w:sz w:val="26"/>
        </w:rPr>
        <w:t xml:space="preserve"> — TRUTH BE TOLD</w:t>
      </w:r>
      <w:r>
        <w:rPr>
          <w:rFonts w:ascii="garamond" w:hAnsi="garamond"/>
          <w:sz w:val="26"/>
        </w:rPr>
        <w:br/>
        <w:t>‘You’re Bad At Explaining Things, Dad. But I Understand.’</w:t>
      </w:r>
    </w:p>
    <w:p w14:paraId="2F1EFED4" w14:textId="55946C1D" w:rsidR="005B5ADD" w:rsidRPr="00B361BA" w:rsidRDefault="005B5ADD" w:rsidP="005B5ADD">
      <w:pPr>
        <w:spacing w:before="360" w:after="240" w:line="360" w:lineRule="auto"/>
        <w:rPr>
          <w:rFonts w:ascii="garamond" w:hAnsi="garamond" w:cs="Calibri"/>
          <w:bCs/>
          <w:i/>
          <w:sz w:val="26"/>
          <w:szCs w:val="26"/>
        </w:rPr>
      </w:pPr>
      <w:r>
        <w:rPr>
          <w:rFonts w:ascii="garamond" w:hAnsi="garamond"/>
          <w:sz w:val="26"/>
        </w:rPr>
        <w:t>CHAPTER 5</w:t>
      </w:r>
      <w:r w:rsidR="00447005">
        <w:rPr>
          <w:rFonts w:ascii="garamond" w:hAnsi="garamond"/>
          <w:sz w:val="26"/>
        </w:rPr>
        <w:t>7</w:t>
      </w:r>
      <w:r>
        <w:rPr>
          <w:rFonts w:ascii="garamond" w:hAnsi="garamond"/>
          <w:sz w:val="26"/>
        </w:rPr>
        <w:t xml:space="preserve"> — THE RECKONING</w:t>
      </w:r>
      <w:r>
        <w:rPr>
          <w:rFonts w:ascii="garamond" w:hAnsi="garamond"/>
          <w:sz w:val="26"/>
        </w:rPr>
        <w:br/>
        <w:t>You Can Be Right, Or You Can Be Free.</w:t>
      </w:r>
    </w:p>
    <w:p w14:paraId="5322D951" w14:textId="5664720C" w:rsidR="005B5ADD" w:rsidRPr="00B361BA" w:rsidRDefault="005B5ADD" w:rsidP="005B5ADD">
      <w:pPr>
        <w:spacing w:before="360" w:after="240" w:line="360" w:lineRule="auto"/>
        <w:rPr>
          <w:rFonts w:ascii="garamond" w:hAnsi="garamond" w:cs="Calibri"/>
          <w:bCs/>
          <w:i/>
          <w:sz w:val="26"/>
          <w:szCs w:val="26"/>
        </w:rPr>
      </w:pPr>
      <w:r>
        <w:rPr>
          <w:rFonts w:ascii="garamond" w:hAnsi="garamond"/>
          <w:sz w:val="26"/>
        </w:rPr>
        <w:t>CHAPTER 5</w:t>
      </w:r>
      <w:r w:rsidR="00447005">
        <w:rPr>
          <w:rFonts w:ascii="garamond" w:hAnsi="garamond"/>
          <w:sz w:val="26"/>
        </w:rPr>
        <w:t>8</w:t>
      </w:r>
      <w:r>
        <w:rPr>
          <w:rFonts w:ascii="garamond" w:hAnsi="garamond"/>
          <w:sz w:val="26"/>
        </w:rPr>
        <w:t xml:space="preserve"> — THE QUIET REVERSAL</w:t>
      </w:r>
      <w:r>
        <w:rPr>
          <w:rFonts w:ascii="garamond" w:hAnsi="garamond"/>
          <w:sz w:val="26"/>
        </w:rPr>
        <w:br/>
        <w:t>‘I Pray They’ll Help Me Build My Roads.’</w:t>
      </w:r>
    </w:p>
    <w:p w14:paraId="7AF7CB25" w14:textId="1485A785" w:rsidR="005B5ADD" w:rsidRPr="00B361BA" w:rsidRDefault="005B5ADD" w:rsidP="005B5ADD">
      <w:pPr>
        <w:spacing w:before="360" w:after="240" w:line="360" w:lineRule="auto"/>
        <w:rPr>
          <w:rFonts w:ascii="garamond" w:hAnsi="garamond" w:cs="Calibri"/>
          <w:bCs/>
          <w:i/>
          <w:sz w:val="26"/>
          <w:szCs w:val="26"/>
        </w:rPr>
      </w:pPr>
      <w:r>
        <w:rPr>
          <w:rFonts w:ascii="garamond" w:hAnsi="garamond"/>
          <w:sz w:val="26"/>
        </w:rPr>
        <w:t>CHAPTER 5</w:t>
      </w:r>
      <w:r w:rsidR="00447005">
        <w:rPr>
          <w:rFonts w:ascii="garamond" w:hAnsi="garamond"/>
          <w:sz w:val="26"/>
        </w:rPr>
        <w:t>9</w:t>
      </w:r>
      <w:r>
        <w:rPr>
          <w:rFonts w:ascii="garamond" w:hAnsi="garamond"/>
          <w:sz w:val="26"/>
        </w:rPr>
        <w:t xml:space="preserve"> — REPACKING</w:t>
      </w:r>
      <w:r>
        <w:rPr>
          <w:rFonts w:ascii="garamond" w:hAnsi="garamond"/>
          <w:sz w:val="26"/>
        </w:rPr>
        <w:br/>
      </w:r>
      <w:r w:rsidR="005A3E8B">
        <w:rPr>
          <w:rFonts w:ascii="garamond" w:hAnsi="garamond"/>
          <w:sz w:val="26"/>
        </w:rPr>
        <w:t>‘Grow Up.’</w:t>
      </w:r>
    </w:p>
    <w:p w14:paraId="6BF2EE3E" w14:textId="08CFADBF" w:rsidR="00CC2BF8" w:rsidRPr="00CC2BF8" w:rsidRDefault="00CC2BF8" w:rsidP="005B5ADD">
      <w:pPr>
        <w:spacing w:before="360" w:after="240" w:line="360" w:lineRule="auto"/>
        <w:rPr>
          <w:rFonts w:ascii="garamond" w:hAnsi="garamond" w:cs="Calibri"/>
          <w:bCs/>
          <w:i/>
          <w:sz w:val="26"/>
          <w:szCs w:val="26"/>
        </w:rPr>
      </w:pPr>
      <w:r>
        <w:rPr>
          <w:rFonts w:ascii="garamond" w:hAnsi="garamond"/>
          <w:sz w:val="26"/>
        </w:rPr>
        <w:t xml:space="preserve">CHAPTER </w:t>
      </w:r>
      <w:r w:rsidR="00447005">
        <w:rPr>
          <w:rFonts w:ascii="garamond" w:hAnsi="garamond"/>
          <w:sz w:val="26"/>
        </w:rPr>
        <w:t>60</w:t>
      </w:r>
      <w:r>
        <w:rPr>
          <w:rFonts w:ascii="garamond" w:hAnsi="garamond"/>
          <w:sz w:val="26"/>
        </w:rPr>
        <w:t xml:space="preserve"> — </w:t>
      </w:r>
      <w:r w:rsidR="00680A6A">
        <w:rPr>
          <w:rFonts w:ascii="garamond" w:hAnsi="garamond"/>
          <w:sz w:val="26"/>
        </w:rPr>
        <w:t>REDEMPTION</w:t>
      </w:r>
      <w:r>
        <w:rPr>
          <w:rFonts w:ascii="garamond" w:hAnsi="garamond"/>
          <w:sz w:val="26"/>
        </w:rPr>
        <w:br/>
        <w:t>Marwan The Father.</w:t>
      </w:r>
    </w:p>
    <w:p w14:paraId="0F3938AA" w14:textId="63F6FAD2" w:rsidR="005B5ADD" w:rsidRPr="00B361BA" w:rsidRDefault="005B5ADD" w:rsidP="005B5ADD">
      <w:pPr>
        <w:spacing w:before="360" w:after="240" w:line="360" w:lineRule="auto"/>
        <w:rPr>
          <w:rFonts w:ascii="garamond" w:hAnsi="garamond" w:cs="Calibri"/>
          <w:bCs/>
          <w:i/>
          <w:sz w:val="26"/>
          <w:szCs w:val="26"/>
        </w:rPr>
      </w:pPr>
      <w:r>
        <w:rPr>
          <w:rFonts w:ascii="garamond" w:hAnsi="garamond"/>
          <w:sz w:val="26"/>
        </w:rPr>
        <w:t xml:space="preserve">CHAPTER </w:t>
      </w:r>
      <w:r w:rsidR="00447005">
        <w:rPr>
          <w:rFonts w:ascii="garamond" w:hAnsi="garamond"/>
          <w:sz w:val="26"/>
        </w:rPr>
        <w:t>61</w:t>
      </w:r>
      <w:r>
        <w:rPr>
          <w:rFonts w:ascii="garamond" w:hAnsi="garamond"/>
          <w:sz w:val="26"/>
        </w:rPr>
        <w:t xml:space="preserve"> — THE LETTER</w:t>
      </w:r>
      <w:r>
        <w:rPr>
          <w:rFonts w:ascii="garamond" w:hAnsi="garamond"/>
          <w:sz w:val="26"/>
        </w:rPr>
        <w:br/>
        <w:t>‘Adults Are You and Mom.’</w:t>
      </w:r>
    </w:p>
    <w:p w14:paraId="213F8CBB" w14:textId="191EE700" w:rsidR="005B5ADD" w:rsidRPr="00B361BA" w:rsidRDefault="005B5ADD" w:rsidP="005B5ADD">
      <w:pPr>
        <w:rPr>
          <w:rFonts w:ascii="garamond" w:hAnsi="garamond" w:cs="Calibri"/>
          <w:sz w:val="26"/>
          <w:szCs w:val="26"/>
        </w:rPr>
      </w:pPr>
      <w:r w:rsidRPr="007E211D">
        <w:rPr>
          <w:rFonts w:ascii="garamond" w:hAnsi="garamond"/>
          <w:b/>
          <w:bCs/>
          <w:sz w:val="26"/>
        </w:rPr>
        <w:t>EPILOGUE I</w:t>
      </w:r>
      <w:r w:rsidRPr="00B361BA">
        <w:rPr>
          <w:rFonts w:ascii="garamond" w:hAnsi="garamond"/>
          <w:sz w:val="26"/>
        </w:rPr>
        <w:t xml:space="preserve"> — THE ROAD LEFT OPEN</w:t>
      </w:r>
    </w:p>
    <w:p w14:paraId="1E06938A" w14:textId="77777777" w:rsidR="005B5ADD" w:rsidRDefault="005B5ADD" w:rsidP="005B5ADD">
      <w:pPr>
        <w:rPr>
          <w:rFonts w:ascii="garamond" w:hAnsi="garamond" w:cs="Calibri"/>
          <w:sz w:val="26"/>
          <w:szCs w:val="26"/>
        </w:rPr>
      </w:pPr>
    </w:p>
    <w:p w14:paraId="7D56D20C" w14:textId="542E8B5E" w:rsidR="005B5ADD" w:rsidRPr="00B361BA" w:rsidRDefault="005B5ADD" w:rsidP="005B5ADD">
      <w:pPr>
        <w:rPr>
          <w:rFonts w:ascii="garamond" w:hAnsi="garamond" w:cs="Calibri"/>
          <w:sz w:val="26"/>
          <w:szCs w:val="26"/>
        </w:rPr>
      </w:pPr>
      <w:r w:rsidRPr="007E211D">
        <w:rPr>
          <w:rFonts w:ascii="garamond" w:hAnsi="garamond" w:cs="Calibri"/>
          <w:b/>
          <w:bCs/>
          <w:sz w:val="26"/>
          <w:szCs w:val="26"/>
        </w:rPr>
        <w:t>EPILOGUE II</w:t>
      </w:r>
      <w:r w:rsidRPr="00B361BA">
        <w:rPr>
          <w:rFonts w:ascii="garamond" w:hAnsi="garamond" w:cs="Calibri"/>
          <w:sz w:val="26"/>
          <w:szCs w:val="26"/>
        </w:rPr>
        <w:t xml:space="preserve"> — </w:t>
      </w:r>
      <w:r>
        <w:rPr>
          <w:rFonts w:ascii="garamond" w:hAnsi="garamond" w:cs="Calibri"/>
          <w:sz w:val="26"/>
          <w:szCs w:val="26"/>
        </w:rPr>
        <w:t>WHISH. WHISH.</w:t>
      </w:r>
      <w:r w:rsidRPr="00B361BA">
        <w:rPr>
          <w:rFonts w:ascii="garamond" w:hAnsi="garamond" w:cs="Calibri"/>
          <w:sz w:val="26"/>
          <w:szCs w:val="26"/>
        </w:rPr>
        <w:t xml:space="preserve"> ALLEY</w:t>
      </w:r>
    </w:p>
    <w:p w14:paraId="06C50A0D" w14:textId="77777777" w:rsidR="005B5ADD" w:rsidRPr="008B2274" w:rsidRDefault="005B5ADD" w:rsidP="005B5ADD">
      <w:pPr>
        <w:rPr>
          <w:rFonts w:ascii="garamond" w:hAnsi="garamond"/>
          <w:color w:val="000000"/>
          <w:sz w:val="26"/>
          <w:szCs w:val="26"/>
        </w:rPr>
      </w:pPr>
      <w:r>
        <w:rPr>
          <w:rFonts w:ascii="garamond" w:hAnsi="garamond"/>
          <w:b/>
          <w:sz w:val="26"/>
          <w:szCs w:val="26"/>
        </w:rPr>
        <w:br w:type="page"/>
      </w:r>
      <w:r w:rsidRPr="008B2274">
        <w:rPr>
          <w:rFonts w:ascii="garamond" w:hAnsi="garamond"/>
          <w:b/>
          <w:bCs/>
          <w:color w:val="000000"/>
          <w:sz w:val="26"/>
          <w:szCs w:val="26"/>
        </w:rPr>
        <w:lastRenderedPageBreak/>
        <w:t>PROLOGUE</w:t>
      </w:r>
      <w:r w:rsidRPr="008B2274">
        <w:rPr>
          <w:rFonts w:ascii="garamond" w:hAnsi="garamond"/>
          <w:color w:val="000000"/>
          <w:sz w:val="26"/>
          <w:szCs w:val="26"/>
        </w:rPr>
        <w:br/>
      </w:r>
      <w:r w:rsidRPr="008B2274">
        <w:rPr>
          <w:rFonts w:ascii="garamond" w:hAnsi="garamond"/>
          <w:b/>
          <w:bCs/>
          <w:color w:val="000000"/>
          <w:sz w:val="26"/>
          <w:szCs w:val="26"/>
        </w:rPr>
        <w:t>I'm Not Writing To Be Forgiven. I'm Writing To Be Accurate.</w:t>
      </w:r>
    </w:p>
    <w:p w14:paraId="501F5995" w14:textId="77777777" w:rsidR="005B5ADD" w:rsidRPr="008B2274" w:rsidRDefault="005B5ADD" w:rsidP="005B5ADD">
      <w:pPr>
        <w:rPr>
          <w:rFonts w:ascii="garamond" w:hAnsi="garamond"/>
          <w:color w:val="000000"/>
          <w:sz w:val="26"/>
          <w:szCs w:val="26"/>
        </w:rPr>
      </w:pPr>
      <w:r w:rsidRPr="008B2274">
        <w:rPr>
          <w:rFonts w:ascii="garamond" w:hAnsi="garamond"/>
          <w:color w:val="000000"/>
          <w:sz w:val="26"/>
          <w:szCs w:val="26"/>
        </w:rPr>
        <w:t>The story you are holding is not a victory lap. It is a risk report written after the trade — by a man who performed well in most rooms but failed quietly in the one that mattered most.</w:t>
      </w:r>
    </w:p>
    <w:p w14:paraId="5DBC8032" w14:textId="77777777" w:rsidR="005B5ADD" w:rsidRPr="008B2274" w:rsidRDefault="005B5ADD" w:rsidP="005B5ADD">
      <w:pPr>
        <w:rPr>
          <w:rFonts w:ascii="garamond" w:hAnsi="garamond"/>
          <w:color w:val="000000"/>
          <w:sz w:val="26"/>
          <w:szCs w:val="26"/>
        </w:rPr>
      </w:pPr>
      <w:r w:rsidRPr="008B2274">
        <w:rPr>
          <w:rFonts w:ascii="garamond" w:hAnsi="garamond"/>
          <w:color w:val="000000"/>
          <w:sz w:val="26"/>
          <w:szCs w:val="26"/>
        </w:rPr>
        <w:t>For nearly thirty years, I borrowed time and effort from home to keep the trading floor performing. Not because the measurement system required it, but because pride and execution demanded it. I could not let the floor down. I would not. What I told myself — the architecture I built to make the imbalance livable — was that I had more control at home than at work. At home, failure meant an argument that would eventually resolve. At work, failure meant humiliation and possible ejection. The penalties were not equal. So I protected the space with the higher penalties.</w:t>
      </w:r>
    </w:p>
    <w:p w14:paraId="238EDA8D" w14:textId="77777777" w:rsidR="005B5ADD" w:rsidRPr="008B2274" w:rsidRDefault="005B5ADD" w:rsidP="005B5ADD">
      <w:pPr>
        <w:rPr>
          <w:rFonts w:ascii="garamond" w:hAnsi="garamond"/>
          <w:color w:val="000000"/>
          <w:sz w:val="26"/>
          <w:szCs w:val="26"/>
        </w:rPr>
      </w:pPr>
      <w:r w:rsidRPr="008B2274">
        <w:rPr>
          <w:rFonts w:ascii="garamond" w:hAnsi="garamond"/>
          <w:color w:val="000000"/>
          <w:sz w:val="26"/>
          <w:szCs w:val="26"/>
        </w:rPr>
        <w:t>The calculation dragged on for a long time. Then the relevance shifted. Divorce arrived at the same address as the career — carrying a graver finality, a graver cost, a graver silence afterward. What shifted was not emotional love or human priority. What shifted was my ability to control. I could manage the floor. I understood its rules, its penalties, and its recovery paths. I had believed I could manage home until the cost of losing it exceeded the cost of losing anything else. When the penalties were no longer equal, the control function inverted. I knew I could build another career. I had done it before, and I could do it again. I could not build another family. And I understood, too late and too clearly, that one of the two rooms had always been beyond my control — and that I had been betting my chips in the wrong direction.</w:t>
      </w:r>
    </w:p>
    <w:p w14:paraId="3A632BA4" w14:textId="77777777" w:rsidR="005B5ADD" w:rsidRPr="008B2274" w:rsidRDefault="005B5ADD" w:rsidP="005B5ADD">
      <w:pPr>
        <w:rPr>
          <w:rFonts w:ascii="garamond" w:hAnsi="garamond"/>
          <w:color w:val="000000"/>
          <w:sz w:val="26"/>
          <w:szCs w:val="26"/>
        </w:rPr>
      </w:pPr>
      <w:r w:rsidRPr="008B2274">
        <w:rPr>
          <w:rFonts w:ascii="garamond" w:hAnsi="garamond"/>
          <w:color w:val="000000"/>
          <w:sz w:val="26"/>
          <w:szCs w:val="26"/>
        </w:rPr>
        <w:t>What fell apart didn't happen all at once in a sudden disaster. It gradually unraveled within the architecture of avoidance I had assumed was effective management. I built the roads I traveled. The ones that mattered most were built by my children, not by me. I am still learning to walk them.</w:t>
      </w:r>
    </w:p>
    <w:p w14:paraId="098DF2F2" w14:textId="77777777" w:rsidR="005B5ADD" w:rsidRPr="008B2274" w:rsidRDefault="005B5ADD" w:rsidP="005B5ADD">
      <w:pPr>
        <w:rPr>
          <w:rFonts w:ascii="garamond" w:hAnsi="garamond"/>
          <w:color w:val="000000"/>
          <w:sz w:val="26"/>
          <w:szCs w:val="26"/>
        </w:rPr>
      </w:pPr>
      <w:r w:rsidRPr="008B2274">
        <w:rPr>
          <w:rFonts w:ascii="garamond" w:hAnsi="garamond"/>
          <w:color w:val="000000"/>
          <w:sz w:val="26"/>
          <w:szCs w:val="26"/>
        </w:rPr>
        <w:t>I'm not writing to be forgiven. I'm writing to be accurate. Only one audience of three ever demanded that of me—and I nearly lost them.</w:t>
      </w:r>
    </w:p>
    <w:p w14:paraId="25ADE284" w14:textId="77777777" w:rsidR="005B5ADD" w:rsidRPr="008B2274" w:rsidRDefault="005B5ADD" w:rsidP="005B5ADD">
      <w:pPr>
        <w:spacing w:before="0" w:afterLines="120" w:after="288"/>
        <w:rPr>
          <w:rFonts w:ascii="garamond" w:hAnsi="garamond"/>
          <w:color w:val="000000"/>
          <w:sz w:val="26"/>
          <w:szCs w:val="26"/>
        </w:rPr>
      </w:pPr>
    </w:p>
    <w:p w14:paraId="1AD7A910" w14:textId="77777777" w:rsidR="005B5ADD" w:rsidRPr="008B2274" w:rsidRDefault="005B5ADD" w:rsidP="005B5ADD">
      <w:pPr>
        <w:spacing w:before="0" w:afterLines="120" w:after="288"/>
        <w:rPr>
          <w:rFonts w:ascii="garamond" w:hAnsi="garamond"/>
          <w:b/>
          <w:bCs/>
          <w:color w:val="000000"/>
          <w:sz w:val="26"/>
          <w:szCs w:val="26"/>
        </w:rPr>
      </w:pPr>
      <w:r w:rsidRPr="008B2274">
        <w:rPr>
          <w:rFonts w:ascii="garamond" w:hAnsi="garamond"/>
          <w:b/>
          <w:bCs/>
          <w:color w:val="000000"/>
          <w:sz w:val="26"/>
          <w:szCs w:val="26"/>
        </w:rPr>
        <w:br w:type="page"/>
      </w:r>
    </w:p>
    <w:p w14:paraId="118D7599" w14:textId="7679AAD5" w:rsidR="005B5ADD" w:rsidRPr="008B2274" w:rsidRDefault="005B5ADD" w:rsidP="005B5ADD">
      <w:pPr>
        <w:spacing w:before="0" w:afterLines="120" w:after="288"/>
        <w:rPr>
          <w:rFonts w:ascii="garamond" w:hAnsi="garamond"/>
          <w:color w:val="000000"/>
          <w:sz w:val="26"/>
          <w:szCs w:val="26"/>
        </w:rPr>
      </w:pPr>
      <w:r w:rsidRPr="008B2274">
        <w:rPr>
          <w:rFonts w:ascii="garamond" w:hAnsi="garamond"/>
          <w:b/>
          <w:bCs/>
          <w:color w:val="000000"/>
          <w:sz w:val="26"/>
          <w:szCs w:val="26"/>
        </w:rPr>
        <w:lastRenderedPageBreak/>
        <w:t>CHAPTER 1 — MENTAL SHOWDOWN</w:t>
      </w:r>
      <w:r w:rsidR="005A3E8B">
        <w:rPr>
          <w:rFonts w:ascii="garamond" w:hAnsi="garamond"/>
          <w:color w:val="000000"/>
          <w:sz w:val="26"/>
          <w:szCs w:val="26"/>
        </w:rPr>
        <w:br/>
      </w:r>
      <w:r w:rsidRPr="008B2274">
        <w:rPr>
          <w:rFonts w:ascii="garamond" w:hAnsi="garamond"/>
          <w:b/>
          <w:bCs/>
          <w:color w:val="000000"/>
          <w:sz w:val="26"/>
          <w:szCs w:val="26"/>
        </w:rPr>
        <w:t>‘Are You Okay, Dad?’</w:t>
      </w:r>
    </w:p>
    <w:p w14:paraId="7AE52BDF"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It was the last Sunday of October in 2010. Carole and I had agreed to meet the children at 5:00 p.m. sharp, but she was late. The apartment was quiet. The kids were in their rooms. They knew something was happening — they always did.</w:t>
      </w:r>
    </w:p>
    <w:p w14:paraId="44D0FA2E"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She arrived huffing as I checked my Timex. It was five-fifteen. She had her keys in hand, her coat still on — and a look that said she had been somewhere she wasn't going to explain. I was furious. Not about the fifteen minutes — fifteen minutes is nothing. I was angry about what that time signified: even now, even today, the meeting we scheduled for our children wasn't important enough for her to be on time.</w:t>
      </w:r>
    </w:p>
    <w:p w14:paraId="201A8D68"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Carole and I were supposed to agree on a plan for how to talk so we wouldn't make our kids watch us improvise their childhoods. Unfortunately, every time I tried to get her attention, she would focus for a few minutes, then have to leave again. We were only half-prepared, but the moment couldn't wait. Carole took off her coat and walked to the kitchen to make tea, as if she had already finished the conversation.</w:t>
      </w:r>
    </w:p>
    <w:p w14:paraId="35AF8854"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Her calm was sharp. When she was done, she approached me and said, "Promise me you won't mention him."</w:t>
      </w:r>
    </w:p>
    <w:p w14:paraId="2A0DC52D"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 word “him” referred to Carlos Ghosn, her lover — the name she didn’t want spoken in our living room.</w:t>
      </w:r>
    </w:p>
    <w:p w14:paraId="6D520DD6"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 kids deserve the truth," I said.</w:t>
      </w:r>
    </w:p>
    <w:p w14:paraId="7FE9B74F"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She shook her head once. "They deserve stability. Don't do this to them."</w:t>
      </w:r>
    </w:p>
    <w:p w14:paraId="442A598B"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"Don't do this to them, or don't do it to you?" I asked.</w:t>
      </w:r>
    </w:p>
    <w:p w14:paraId="27BA0F7A"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Her eyes filled with tears. Then, almost pleading, she said: "Please, Marwan. Promise me."</w:t>
      </w:r>
    </w:p>
    <w:p w14:paraId="27F076F7"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looked down the hallway at the kids' bedroom doors. Anger faded into something uglier: fear. I did the math — damage now versus damage later — and chose the option that kept it more contained. The promise cost me something I couldn't yet name. I was agreeing to absorb a blow with my hands tied, in front of the only people in the world I couldn't afford to appear weak before.</w:t>
      </w:r>
    </w:p>
    <w:p w14:paraId="4F10ABAF"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lastRenderedPageBreak/>
        <w:t>I agreed anyway. I said, "Fine, I won't."</w:t>
      </w:r>
    </w:p>
    <w:p w14:paraId="4D973D21"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We called the kids into the main living room. It had always been my favorite room in the house. That Sunday, it felt frigid and hollow — a place for interrogation, not for comfort. Five hundred square feet suddenly felt like a full basketball court, as if we needed microphones to reach one another.</w:t>
      </w:r>
    </w:p>
    <w:p w14:paraId="3E10EBB0"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Tara, eleven, came in first. She curled up on the sofa, her head in Carole's lap. Anthony, fourteen, followed and sat upright in an armchair. Daniel, seventeen, entered last and took the chair opposite Anthony.</w:t>
      </w:r>
    </w:p>
    <w:p w14:paraId="2A2E8A78"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Something felt wrong.</w:t>
      </w:r>
    </w:p>
    <w:p w14:paraId="5682D4AA"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Carole sat comfortably, her legs stretched across the coffee table, chatting on her cellphone and laughing softly. She ended the call only after everyone was seated. She looked relaxed — almost serene — like any other Sunday afternoon.</w:t>
      </w:r>
    </w:p>
    <w:p w14:paraId="74256B00"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was sweating. My heart pounded. I felt as if I might faint.</w:t>
      </w:r>
    </w:p>
    <w:p w14:paraId="5A86D8C2"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had presented to boards. I had testified before Congress. I had lectured to large audiences. Sitting in front of my own family in my living room terrified me.</w:t>
      </w:r>
    </w:p>
    <w:p w14:paraId="02366AC3"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paced, then finally sat. Resolve is easier in theory than in a living room with children present.</w:t>
      </w:r>
    </w:p>
    <w:p w14:paraId="7CAA7DF9"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Trying — and failing — to ease the tension, I made a clumsy attempt at humor: "This isn't about homework or being too loud. You can relax."</w:t>
      </w:r>
    </w:p>
    <w:p w14:paraId="33AFB012"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No one smiled.</w:t>
      </w:r>
    </w:p>
    <w:p w14:paraId="7602819F"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pushed forward. "You know, your mom and I have been arguing a lot. It's been difficult for everyone. Sometimes people need space to think clearly. Unfortunately, your mom and I believe we may have reached that point."</w:t>
      </w:r>
    </w:p>
    <w:p w14:paraId="59339DDB"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said we might need some time apart, that nothing was certain, and that their comfort came first. I told them we loved them more than anything, that they were the brightest stars in our lives, and that we would face this together as a family.</w:t>
      </w:r>
    </w:p>
    <w:p w14:paraId="2C3BC662"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lastRenderedPageBreak/>
        <w:t>I finished and turned to Carole. She calmly repeated some of my words, then fell silent. No visible emotion. No concern. No discomfort. Their faces were relaxed — no confusion, no questions, no surprise. As if I had announced dinner plans.</w:t>
      </w:r>
    </w:p>
    <w:p w14:paraId="0C365FB1"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At first, I thought they hadn't fully absorbed what I'd said. Within seconds, I realized how wrong I was. Carole had already spoken to them — months earlier. She had prepared them, shaped the narrative, and omitted any mention of Ghosn. What I thought was a joint disclosure turned out to be an ambush.</w:t>
      </w:r>
    </w:p>
    <w:p w14:paraId="1D01C4B9"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Anthony suddenly stood. He looked composed — too composed. Rehearsed. The moment he rose, I knew. I know my children. I know how Anthony moves when something is his own and when he is carrying someone else's weight. This was the second thing. I said nothing. If I were about to receive an unavoidable, uninterrupted beating, I was going to learn from it. I was going to listen to every word and understand exactly what Carole had told them and what she had left out.</w:t>
      </w:r>
    </w:p>
    <w:p w14:paraId="67E4A241"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"Dad," he said, "we've been living in pain for a long time. We think you and Mom shouldn't live together. We're all waiting for the day you leave the house. "</w:t>
      </w:r>
    </w:p>
    <w:p w14:paraId="49318888"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 words hit with blunt force.</w:t>
      </w:r>
    </w:p>
    <w:p w14:paraId="0C4F98FC"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He continued, echoing Carole's grievances — her phrasing, her cadence, her judgments. I worked too much. I traveled. I yelled. I drank. I wasn't present. Money wasn't everything. I didn't belong in the house anymore. Carole sat in silence, gently twirling Tara's hair.</w:t>
      </w:r>
    </w:p>
    <w:p w14:paraId="64ACAB46"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was defenseless. I had given my word and refused to break it by dragging the children into innuendo about Ghosn. Daniel's eyes filled with tears. Tara remained still.</w:t>
      </w:r>
    </w:p>
    <w:p w14:paraId="4F339151"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Anthony pressed forward, delivering a verdict.</w:t>
      </w:r>
    </w:p>
    <w:p w14:paraId="085AB80E"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stood and said the only thing I could: "Why do you hate me so much?" Anthony didn't answer. He didn't deny it either. He was a child carrying an adult’s script. I retreated. It was the only choice.</w:t>
      </w:r>
    </w:p>
    <w:p w14:paraId="1B53AC95"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Then Daniel exploded. "Mom, how dare you make us sit here and listen to this?" he shouted. "You're the one who should leave. Go fuck your boyfriend wherever you want." The living room fell silent.</w:t>
      </w:r>
    </w:p>
    <w:p w14:paraId="74108C25"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lastRenderedPageBreak/>
        <w:t>Carole snapped at him for his language. Daniel hurried to his room, and I followed. I told him not to curse his mother — not because she deserved protection, but because he deserved dignity. He was brave, perceptive, and deeply wounded. He knew more than he should have.</w:t>
      </w:r>
    </w:p>
    <w:p w14:paraId="39DD543D"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Then he asked quietly, "Are you okay, Dad?"</w:t>
      </w:r>
    </w:p>
    <w:p w14:paraId="7AF5781B"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hugged him and told him the truth. "I'm always okay as long as my kids are okay."</w:t>
      </w:r>
    </w:p>
    <w:p w14:paraId="360D9CBE"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stayed with Daniel until his breathing slowed down.</w:t>
      </w:r>
    </w:p>
    <w:p w14:paraId="4343054E"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Then I went to the bathroom.</w:t>
      </w:r>
    </w:p>
    <w:p w14:paraId="7D2F6AD5"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looked in the mirror and saw nothing I recognized. I was empty — emptied of everything except self-pity, which made me feel guilty because self-pity was the one thing I could not afford. My children were twenty feet away, needing courage, not collapse. I was not going to appear weak in front of them. I was not going to let what had just happened in that living room be the last thing they saw of me that afternoon.</w:t>
      </w:r>
    </w:p>
    <w:p w14:paraId="1F2263FE"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looked at myself again. I washed my face. I sucked my pride back in. Then I got out.</w:t>
      </w:r>
    </w:p>
    <w:p w14:paraId="0562CF6F"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had never met Carlos Ghosn, but I saw his face planted on her neck as I passed. I kept walking.</w:t>
      </w:r>
    </w:p>
    <w:p w14:paraId="3ABC85BB"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When I came out, the apartment felt smaller — too little air, too much silence — as if the walls had stepped closer to listen. The kids had dispersed. Daniel paced with furious energy. Anthony had gone still. Tara sat on the couch, knees pulled up, wiping her face. Carole stood in the hallway, arms crossed, watching them. For a moment, the urge to seize the room returned — a single clear sentence about lies and betrayal that would steer the story back toward the truth.</w:t>
      </w:r>
    </w:p>
    <w:p w14:paraId="6D631772"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Then I saw Tara's shoulders trembling. The impulse died. I could hate Carole later. In that moment, I had to protect the kids from both of us. I walked slowly into the living room. "Hey," I said softly.</w:t>
      </w:r>
    </w:p>
    <w:p w14:paraId="0D875951"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 xml:space="preserve">Daniel looked at me like he wanted to keep </w:t>
      </w:r>
      <w:proofErr w:type="gramStart"/>
      <w:r w:rsidRPr="008B2274">
        <w:rPr>
          <w:rFonts w:ascii="garamond" w:hAnsi="garamond"/>
          <w:color w:val="000000"/>
          <w:sz w:val="26"/>
          <w:szCs w:val="26"/>
        </w:rPr>
        <w:t>fighting, but</w:t>
      </w:r>
      <w:proofErr w:type="gramEnd"/>
      <w:r w:rsidRPr="008B2274">
        <w:rPr>
          <w:rFonts w:ascii="garamond" w:hAnsi="garamond"/>
          <w:color w:val="000000"/>
          <w:sz w:val="26"/>
          <w:szCs w:val="26"/>
        </w:rPr>
        <w:t xml:space="preserve"> wasn't sure if he was allowed. Anthony didn't move. Tara looked up and gave me a small, exhausted nod. I sat on the edge of a chair. "I'm sorry." Not sorry as a plea. Not sorry as a bargain. Sorry, as in: I see what this did to you.</w:t>
      </w:r>
    </w:p>
    <w:p w14:paraId="1C7A374B"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lastRenderedPageBreak/>
        <w:t>Daniel scoffed, but his anger eased slightly. Anthony's jaw twitched. Tara's eyes filled again.</w:t>
      </w:r>
    </w:p>
    <w:p w14:paraId="17A7FAEF"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Carole let out a short, dismissive sound.</w:t>
      </w:r>
    </w:p>
    <w:p w14:paraId="22526FA1"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But my decision was straightforward. I would not turn this into a courtroom. I wouldn't defend my innocence through my children. If Carole wanted to prosecute me, she could do so with adults.</w:t>
      </w:r>
    </w:p>
    <w:p w14:paraId="4F912DEF"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My kids were off-limits.</w:t>
      </w:r>
    </w:p>
    <w:p w14:paraId="0F9BF761"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had already lost the marriage. I wasn't going to lose the children, too.</w:t>
      </w:r>
    </w:p>
    <w:p w14:paraId="6D6DF7A3" w14:textId="77777777" w:rsidR="005B5ADD" w:rsidRPr="008B2274" w:rsidRDefault="005B5ADD" w:rsidP="005B5ADD">
      <w:pPr>
        <w:spacing w:before="0" w:afterLines="120" w:after="288"/>
        <w:rPr>
          <w:rFonts w:ascii="garamond" w:hAnsi="garamond"/>
          <w:color w:val="000000"/>
          <w:sz w:val="26"/>
          <w:szCs w:val="26"/>
        </w:rPr>
      </w:pPr>
    </w:p>
    <w:p w14:paraId="2EC21948" w14:textId="77777777" w:rsidR="005B5ADD" w:rsidRPr="008B2274" w:rsidRDefault="005B5ADD" w:rsidP="005B5ADD">
      <w:pPr>
        <w:spacing w:before="0" w:afterLines="120" w:after="288"/>
        <w:rPr>
          <w:rFonts w:ascii="garamond" w:hAnsi="garamond"/>
          <w:b/>
          <w:bCs/>
          <w:color w:val="000000"/>
          <w:sz w:val="26"/>
          <w:szCs w:val="26"/>
        </w:rPr>
      </w:pPr>
      <w:r w:rsidRPr="008B2274">
        <w:rPr>
          <w:rFonts w:ascii="garamond" w:hAnsi="garamond"/>
          <w:b/>
          <w:bCs/>
          <w:color w:val="000000"/>
          <w:sz w:val="26"/>
          <w:szCs w:val="26"/>
        </w:rPr>
        <w:br w:type="page"/>
      </w:r>
    </w:p>
    <w:p w14:paraId="6750BCBD"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b/>
          <w:bCs/>
          <w:color w:val="000000"/>
          <w:sz w:val="26"/>
          <w:szCs w:val="26"/>
        </w:rPr>
        <w:lastRenderedPageBreak/>
        <w:t>CHAPTER 2 — PACKING DEGREES</w:t>
      </w:r>
      <w:r w:rsidRPr="008B2274">
        <w:rPr>
          <w:rFonts w:ascii="garamond" w:hAnsi="garamond"/>
          <w:color w:val="000000"/>
          <w:sz w:val="26"/>
          <w:szCs w:val="26"/>
        </w:rPr>
        <w:br/>
      </w:r>
      <w:r w:rsidRPr="008B2274">
        <w:rPr>
          <w:rFonts w:ascii="garamond" w:hAnsi="garamond"/>
          <w:b/>
          <w:bCs/>
          <w:color w:val="000000"/>
          <w:sz w:val="26"/>
          <w:szCs w:val="26"/>
        </w:rPr>
        <w:t>Visas Expire. Green Cards Don't.</w:t>
      </w:r>
    </w:p>
    <w:p w14:paraId="1F6599D8"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My name is Marwan Marshi. I was born in Beirut, Lebanon, in October 1961. This is the story of what I built from that beginning and what it cost.</w:t>
      </w:r>
    </w:p>
    <w:p w14:paraId="17CBBEA0"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One afternoon in March 1986, I walked through the University of Texas at Austin's MBA Career Placement Center, the usual structure of managed hope: career counseling, résumé preparation, and bulletin boards thick with opportunity.</w:t>
      </w:r>
    </w:p>
    <w:p w14:paraId="7E5CBAB7"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was graduating in August. I had applied to several companies and been rejected by all of them. The prospects were bleak – not academically or professionally, but legally. My student visa was about to expire. I had neither U.S. citizenship nor permanent residency, and the two-year professional training extension was available only if a U.S. company sponsored me. That process was expensive and unappealing to most employers.</w:t>
      </w:r>
    </w:p>
    <w:p w14:paraId="46740055"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Who would hire me? I wouldn’t have hired myself. The companies that regularly came to Austin had already answered that question. Salomon Brothers, appearing for what I believe was its first time at UT Austin, had not yet been asked.</w:t>
      </w:r>
    </w:p>
    <w:p w14:paraId="6B3D8E79" w14:textId="1218BA1B"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Salomon Brothers was visiting Austin for campus interviews, a rare occurrence for a top-tier investment bank, which seldom visited public university campuses. The Career Center submitted about fifty CVs. The bank selected five. I was one of them.</w:t>
      </w:r>
    </w:p>
    <w:p w14:paraId="338FB0BE"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sat across from Patrick Lichteig, a Human Resources director. He told me up front that Salomon was seeking candidates with knowledge of Japanese to join its Tokyo office in bond sales.</w:t>
      </w:r>
    </w:p>
    <w:p w14:paraId="2A7C3B5F"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"Mr. Lichteig, I'm sorry. I must have made a mistake. I don't speak Japanese, and I wasn't considering moving to Tokyo. I feel terrible for wasting your time." I paused, then stood to leave, tail between my legs.</w:t>
      </w:r>
    </w:p>
    <w:p w14:paraId="7AFE76E3"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Lichteig pivoted. "Relax, it's not a big deal. You're here now, and we can discuss other opportunities at Salomon. I have thirty minutes before my next interview. Tell me why you're interested in investment banking. I see from your CV that you hold graduate degrees in both engineering and business."</w:t>
      </w:r>
    </w:p>
    <w:p w14:paraId="0F23D855"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sat back down. The interview was still in progress.</w:t>
      </w:r>
    </w:p>
    <w:p w14:paraId="6D2EDDB6"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lastRenderedPageBreak/>
        <w:t>The question was wide open, and I needed to land quickly. I told him I was interested in applying recent advances in mathematical modeling and high-end computing to expand practical applications in finance. Then I said the line I had felt before, without fully thinking it through: "In a sense, while I don't speak Japanese, I'm fluent in math."</w:t>
      </w:r>
    </w:p>
    <w:p w14:paraId="39FC8F18"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It landed. Lichteig told me that Salomon was building several analytical groups with scientific pedigrees, focused on quantitative excellence, exactly as I had described. By the end of the conversation, he asked whether I would like to continue the process at Salomon's New York offices.</w:t>
      </w:r>
    </w:p>
    <w:p w14:paraId="290A6EDA"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Was Lichteig serious? I thought. I would fucking love to. The work permit question hovered briefly, then didn't matter.  I calmed down and said, "Absolutely, Mr. Lichteig. I would like to do that."</w:t>
      </w:r>
    </w:p>
    <w:p w14:paraId="104B6096"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One week later, I was in New York City for the first time.</w:t>
      </w:r>
    </w:p>
    <w:p w14:paraId="36C52798"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What followed was less an interview and more an extensive interrogation covering banking, finance, options theory, applied statistics, background, and personality. It lasted nine hours, spanning eleven people over one day, with each session revisiting the same ground from a different angle to test how I would hold under pressure.</w:t>
      </w:r>
    </w:p>
    <w:p w14:paraId="448CC889"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By seven in the evening, I was ready to leave for the airport back to Austin. Lichteig stopped me in the hallway. Could I stay one more day? A few more people wanted to meet me.</w:t>
      </w:r>
    </w:p>
    <w:p w14:paraId="67F61332"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said yes without hesitating. That was the correct answer. The only answer.</w:t>
      </w:r>
    </w:p>
    <w:p w14:paraId="664B66CA"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Salomon put me up at the U.N. Plaza Hotel in Midtown. I reached my room, opened my bag, and I immediately realized a problem. I had two shirts, which was fine, but only one tie, which was not fine. My navy-blue tie had been on all day.</w:t>
      </w:r>
    </w:p>
    <w:p w14:paraId="75B3365C"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If I arrived in the same tie two days in a row, I would lose the job. I was as sure of this as a man with nothing to spare. Whether it was true or not barely mattered; it felt true, and at that moment, what felt true was the reality I had to live with. I had no idea where to buy a tie at that hour, no clue what a good one cost, very little cash, and a credit card that wouldn't make a luxury purchase without protest.</w:t>
      </w:r>
    </w:p>
    <w:p w14:paraId="77396599"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ordered a cheeseburger from room service and sat on the edge of the bed thinking.</w:t>
      </w:r>
    </w:p>
    <w:p w14:paraId="6FFB9A49"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lastRenderedPageBreak/>
        <w:t>When the knock came, I opened the door. The valet stood in the hallway holding my tray. All I saw was a red tie. Solid, clean, the kind that sits perfectly against my gray suit. Nothing like my navy blue one.</w:t>
      </w:r>
    </w:p>
    <w:p w14:paraId="225ADE87"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looked at the tie. I looked at him. We made an exchange.</w:t>
      </w:r>
    </w:p>
    <w:p w14:paraId="1317AC33"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ate my cheeseburger and crashed out from exhaustion.</w:t>
      </w:r>
    </w:p>
    <w:p w14:paraId="0E35DB20"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had been in New York for one day and had already learned to read the room as it was.</w:t>
      </w:r>
    </w:p>
    <w:p w14:paraId="43240FC0"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 next day, I left the hotel at 7:00 a.m., wearing a red tie. My interviews resumed at 8:00 a.m., with no letup in intensity. Four sessions remained.</w:t>
      </w:r>
    </w:p>
    <w:p w14:paraId="597D0A45"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After the first three, I was exhausted but holding on. Then Dr. Bob Koprasch, Director of Derivatives Sales and Trading, arrived for the final interview. I kept pace with his tempo until he asked me to map the payout profile of a portfolio of bundled options. My mind went blank.</w:t>
      </w:r>
    </w:p>
    <w:p w14:paraId="2CFFEAE2"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Koprasch saw me struggling. He asked, "Would you rather I step out so you can think for yourself?"</w:t>
      </w:r>
    </w:p>
    <w:p w14:paraId="70E2B691"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responded, "Thank you, Dr. Koprasch, but my energy has been drained for two days. I'm confident I can solve it, though I worry my focus may betray me. I'd rather not answer. I'm reasonably sure my solution would be wrong." I was being as honest as I could, and my red eyes conveyed the rest.</w:t>
      </w:r>
    </w:p>
    <w:p w14:paraId="4482CA0B"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Thirteen hours with fifteen people, over two days, in a new, uncomfortable suit and a tie that had been tight since morning. I had nothing more to give. I had shut down.</w:t>
      </w:r>
    </w:p>
    <w:p w14:paraId="688DDB17"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On the return flight to Austin, the certainty of failure settled in. Whatever the other interviews yielded, they were overshadowed by the Koprasch moment. I had reached my peak and slipped at the final step.</w:t>
      </w:r>
    </w:p>
    <w:p w14:paraId="251AEC0E"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Back in Austin, I needed to be reachable. I bought an answering machine, the hand-operated kind, roughly the size of a videocassette. It took me thirty attempts to settle on a salutation message. Thirty. The outgoing greeting for a job I probably would not be offered.</w:t>
      </w:r>
    </w:p>
    <w:p w14:paraId="14DEA1BE"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lastRenderedPageBreak/>
        <w:t xml:space="preserve">When I was done, I set it on the table and stared at it, as if looking at the machine could make it ring. Two days passed before I came home and saw the </w:t>
      </w:r>
      <w:proofErr w:type="gramStart"/>
      <w:r w:rsidRPr="008B2274">
        <w:rPr>
          <w:rFonts w:ascii="garamond" w:hAnsi="garamond"/>
          <w:color w:val="000000"/>
          <w:sz w:val="26"/>
          <w:szCs w:val="26"/>
        </w:rPr>
        <w:t>red light</w:t>
      </w:r>
      <w:proofErr w:type="gramEnd"/>
      <w:r w:rsidRPr="008B2274">
        <w:rPr>
          <w:rFonts w:ascii="garamond" w:hAnsi="garamond"/>
          <w:color w:val="000000"/>
          <w:sz w:val="26"/>
          <w:szCs w:val="26"/>
        </w:rPr>
        <w:t xml:space="preserve"> flickering.</w:t>
      </w:r>
    </w:p>
    <w:p w14:paraId="3BEFA288"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It was my first message. I called a friend immediately and asked him to come over. I was afraid to play it myself in case I accidentally deleted it. He came, and we played it together. Lichteig had called and wanted me to call back.</w:t>
      </w:r>
    </w:p>
    <w:p w14:paraId="733B1132"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called him back, reached his assistant, and left him a message. I called again in an hour. His assistant answered, and I hung up. I stopped calling and did not leave the apartment. If the phone rang, I would be there.</w:t>
      </w:r>
    </w:p>
    <w:p w14:paraId="3C0FAA8B"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He called the following day and opened with small talk. I wanted to reach through the phone and say: Please, first tell me if I am in or not. Then he paused, and his voice turned serious. "Marwan, we have come to a conclusion. But first, I am interested in how you think you did?"</w:t>
      </w:r>
    </w:p>
    <w:p w14:paraId="400E683E"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understood what he was doing. It was deliberate, professional torture. I stood from my chair and preached confidently, “I am in."</w:t>
      </w:r>
    </w:p>
    <w:p w14:paraId="03C1F2E3"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Lichteig paused, then said joyfully, "Well, if you are so convinced, you are in. Congratulations. Salomon Brothers would like to extend you an offer."</w:t>
      </w:r>
    </w:p>
    <w:p w14:paraId="428F9235"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Lichteig gave me the top-line details – title, department, salary, benefits, and my start date of September 10, 1986. The paperwork to complete my registration would be sent via express mail. When I mentioned my expiring student visa and the labor certification extension requirement, it was the least of Lichteig's concerns. Salomon Brothers would handle the transfer of my visa status on my behalf.</w:t>
      </w:r>
    </w:p>
    <w:p w14:paraId="18E8C762"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was ecstatic. Finally, my first professional job offer in the United States, in investment banking, no less, and in Manhattan. Lichteig and I had become casual friends. He asked me whether I wanted to know how the decision was made, and I was very interested.</w:t>
      </w:r>
    </w:p>
    <w:p w14:paraId="3535C30F"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 xml:space="preserve">He said that all my reviews were exceptional. Then Koprasch’s input arrived, the man whose question I had refused to answer. Koprasch said something to the effect of, "I have interviewed too many people, and not one was honest enough to tell me he could answer a question but would rather not because he was tired and believed his answer would be wrong. That’s honesty, and it takes courage and balls." His feedback </w:t>
      </w:r>
      <w:r w:rsidRPr="008B2274">
        <w:rPr>
          <w:rFonts w:ascii="garamond" w:hAnsi="garamond"/>
          <w:color w:val="000000"/>
          <w:sz w:val="26"/>
          <w:szCs w:val="26"/>
        </w:rPr>
        <w:lastRenderedPageBreak/>
        <w:t>put me automatically in the yes column, even while they were still reviewing other candidates.</w:t>
      </w:r>
    </w:p>
    <w:p w14:paraId="6A88E2B9"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 blank-out I had been certain would end my chances was the moment that won the vote. The same instinct that produced "I'm fluent in math" also produced "I'd rather not answer." Both times, honesty opened the door.</w:t>
      </w:r>
    </w:p>
    <w:p w14:paraId="206ECFF7"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Salomon Brothers was then the world's most profitable investment bank, known for its intelligence, aggressiveness, and dominance across global markets. Other banks followed their lead, especially in fixed income, the division I had been accepted into.</w:t>
      </w:r>
    </w:p>
    <w:p w14:paraId="562CFAC4"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Months earlier, an international student at a public university, with a soon-to-expire student visa, a Middle Eastern accent, and multiple graduate degrees, had earned them partly to extend a legal stay. Now: a first-year Associate at the largest investment bank, hired because I refused to pretend I had an answer when I didn't. Koprasch had called it courage. I had called it exhaustion. On Wall Street, sometimes those are the same thing.</w:t>
      </w:r>
    </w:p>
    <w:p w14:paraId="169D0859"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w:t>
      </w:r>
    </w:p>
    <w:p w14:paraId="2155FB53" w14:textId="77777777" w:rsidR="005B5ADD" w:rsidRPr="008B2274" w:rsidRDefault="005B5ADD" w:rsidP="005B5ADD">
      <w:pPr>
        <w:spacing w:before="0" w:afterLines="120" w:after="288"/>
        <w:rPr>
          <w:rFonts w:ascii="garamond" w:hAnsi="garamond"/>
          <w:color w:val="000000"/>
          <w:sz w:val="26"/>
          <w:szCs w:val="26"/>
        </w:rPr>
      </w:pPr>
    </w:p>
    <w:p w14:paraId="7A977372" w14:textId="77777777" w:rsidR="005B5ADD" w:rsidRDefault="005B5ADD" w:rsidP="005B5ADD">
      <w:pPr>
        <w:spacing w:before="0" w:afterLines="120" w:after="288"/>
        <w:rPr>
          <w:rFonts w:ascii="garamond" w:hAnsi="garamond"/>
          <w:b/>
          <w:bCs/>
          <w:color w:val="000000"/>
          <w:sz w:val="26"/>
          <w:szCs w:val="26"/>
        </w:rPr>
      </w:pPr>
      <w:r>
        <w:rPr>
          <w:rFonts w:ascii="garamond" w:hAnsi="garamond"/>
          <w:b/>
          <w:bCs/>
          <w:color w:val="000000"/>
          <w:sz w:val="26"/>
          <w:szCs w:val="26"/>
        </w:rPr>
        <w:br/>
      </w:r>
    </w:p>
    <w:p w14:paraId="1F34C385" w14:textId="77777777" w:rsidR="005B5ADD" w:rsidRDefault="005B5ADD" w:rsidP="005B5ADD">
      <w:pPr>
        <w:rPr>
          <w:rFonts w:ascii="garamond" w:hAnsi="garamond"/>
          <w:b/>
          <w:bCs/>
          <w:color w:val="000000"/>
          <w:sz w:val="26"/>
          <w:szCs w:val="26"/>
        </w:rPr>
      </w:pPr>
      <w:r>
        <w:rPr>
          <w:rFonts w:ascii="garamond" w:hAnsi="garamond"/>
          <w:b/>
          <w:bCs/>
          <w:color w:val="000000"/>
          <w:sz w:val="26"/>
          <w:szCs w:val="26"/>
        </w:rPr>
        <w:br w:type="page"/>
      </w:r>
    </w:p>
    <w:p w14:paraId="463D7665" w14:textId="77777777" w:rsidR="005B5ADD" w:rsidRPr="008B2274" w:rsidRDefault="005B5ADD" w:rsidP="005B5ADD">
      <w:pPr>
        <w:rPr>
          <w:rFonts w:ascii="garamond" w:hAnsi="garamond"/>
          <w:b/>
          <w:bCs/>
          <w:color w:val="000000"/>
          <w:sz w:val="26"/>
          <w:szCs w:val="26"/>
        </w:rPr>
      </w:pPr>
      <w:r w:rsidRPr="008B2274">
        <w:rPr>
          <w:rFonts w:ascii="garamond" w:hAnsi="garamond"/>
          <w:b/>
          <w:bCs/>
          <w:color w:val="000000"/>
          <w:sz w:val="26"/>
          <w:szCs w:val="26"/>
        </w:rPr>
        <w:lastRenderedPageBreak/>
        <w:t>CHAPTER 3 – BEIRUT BEGINNINGS</w:t>
      </w:r>
      <w:r w:rsidRPr="008B2274">
        <w:rPr>
          <w:rFonts w:ascii="garamond" w:hAnsi="garamond"/>
          <w:color w:val="000000"/>
          <w:sz w:val="26"/>
          <w:szCs w:val="26"/>
        </w:rPr>
        <w:br/>
      </w:r>
      <w:r w:rsidRPr="008B2274">
        <w:rPr>
          <w:rFonts w:ascii="garamond" w:hAnsi="garamond"/>
          <w:b/>
          <w:bCs/>
          <w:color w:val="000000"/>
          <w:sz w:val="26"/>
          <w:szCs w:val="26"/>
        </w:rPr>
        <w:t>Beirut, 1976.</w:t>
      </w:r>
      <w:r w:rsidRPr="008B2274">
        <w:rPr>
          <w:rFonts w:ascii="garamond" w:hAnsi="garamond"/>
          <w:color w:val="000000"/>
          <w:sz w:val="26"/>
          <w:szCs w:val="26"/>
        </w:rPr>
        <w:br/>
      </w:r>
      <w:r w:rsidRPr="008B2274">
        <w:rPr>
          <w:rFonts w:ascii="garamond" w:hAnsi="garamond"/>
          <w:color w:val="000000"/>
          <w:sz w:val="26"/>
          <w:szCs w:val="26"/>
        </w:rPr>
        <w:br/>
        <w:t>I grew up in a close-knit Lebanese family that valued education and compassion. My father, Adib, and my mother, Salma, both earned their undergraduate degrees at the American University of Beirut, where they met. Before she married in 1956, my mother taught for three years, while my father worked in the Gulf. I have three siblings: my brother Walid, who is three years older than I am, and my sisters Hania and Suha, who are three and five years younger, respectively.</w:t>
      </w:r>
    </w:p>
    <w:p w14:paraId="3EF3D98F"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In our house, love was shown through expectation: you studied, you behaved, you respected your elders, and talent meant nothing without character.</w:t>
      </w:r>
    </w:p>
    <w:p w14:paraId="2BEE06C3"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In my early years, I reached some developmental milestones late. I stuttered, had a lisp, and struggled to remember colors or even family members’ names. By age five, my mother was worried, but teachers reassured her that my academic performance was strong.</w:t>
      </w:r>
    </w:p>
    <w:p w14:paraId="65862913"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My earliest memories of Beirut aren’t political. They’re sensory: the salt in the air, the hiss of summer heat off the pavement, my mother’s voice from another room calling our names, like you call children away from a ledge.</w:t>
      </w:r>
    </w:p>
    <w:p w14:paraId="66E2AD9E"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Then the ledge shifted. By fourteen, the city had a new soundtrack, gunfire from afar, then nearer, then close enough that you stopped pretending it wasn’t our neighborhood.</w:t>
      </w:r>
    </w:p>
    <w:p w14:paraId="212B7FEF" w14:textId="5781B850"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A city at war reveals itself through small adjustments. Things you stop doing, routes you avoid, calculations you start unknowingly. We were children, and we adapted the way children do: completely and without drama. What the city was teaching us, we didn’t understand until much later. We only knew it was teaching us.</w:t>
      </w:r>
    </w:p>
    <w:p w14:paraId="1CD7BF21"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In 1975, Walid and I had a fight. The kind where one of us walks away, and neither of us backs down. I was thirteen. I decided I would walk home alone from my high school, International College. It was twenty minutes down Bliss Street. The school sat behind gates that gave a brief illusion of order. The moment you crossed through them and onto the street, you were back in Beirut, which meant you were back in the world as it really was.</w:t>
      </w:r>
    </w:p>
    <w:p w14:paraId="1BCC1D85"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 xml:space="preserve">I spotted them before they spotted me. It’s just how it worked. In Beirut, you developed a </w:t>
      </w:r>
      <w:proofErr w:type="spellStart"/>
      <w:r w:rsidRPr="008B2274">
        <w:rPr>
          <w:rFonts w:ascii="garamond" w:hAnsi="garamond"/>
          <w:color w:val="000000"/>
          <w:sz w:val="26"/>
          <w:szCs w:val="26"/>
        </w:rPr>
        <w:t>back</w:t>
      </w:r>
      <w:proofErr w:type="spellEnd"/>
      <w:r w:rsidRPr="008B2274">
        <w:rPr>
          <w:rFonts w:ascii="garamond" w:hAnsi="garamond"/>
          <w:color w:val="000000"/>
          <w:sz w:val="26"/>
          <w:szCs w:val="26"/>
        </w:rPr>
        <w:t xml:space="preserve"> eye. You didn’t turn your head, slow down, or do anything that </w:t>
      </w:r>
      <w:r w:rsidRPr="008B2274">
        <w:rPr>
          <w:rFonts w:ascii="garamond" w:hAnsi="garamond"/>
          <w:color w:val="000000"/>
          <w:sz w:val="26"/>
          <w:szCs w:val="26"/>
        </w:rPr>
        <w:lastRenderedPageBreak/>
        <w:t>showed the street you were paying attention. You just knew. Five boys, my age or older, moving in a way that isn’t walking and isn’t running but is closing the distance. Refugee kids. The war had pushed families out of the south, and the camps were overcrowded, desperate, and I understood, even at thirteen, that desperation had its own logic. They weren’t evil. They were hungry. That didn’t make them less dangerous.</w:t>
      </w:r>
    </w:p>
    <w:p w14:paraId="00954A91"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picked up my pace. So did they.</w:t>
      </w:r>
    </w:p>
    <w:p w14:paraId="7A5A4895"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Here's what I figured out in about four seconds: they weren't interested in my books. A backpack full of textbooks is useless to someone who needs money. What slows you down isn't worth carrying. I dropped the backpack mid-step and ran, not panicked, but purposefully. A hundred meters ahead, a group of people gathered near a shopfront: adults, noise, witnesses. I ran toward them and didn’t look back. In Beirut, you learn that looking back is a luxury. It slows you down and costs you the face that says you know what you’re doing.</w:t>
      </w:r>
    </w:p>
    <w:p w14:paraId="749F66E6"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They stopped. A group defines a boundary. I stood among the strangers, catching my breath, watching from the corner of my eye as the boys went through my backpack, found nothing worth taking, dumped it back on the street, and moved on.</w:t>
      </w:r>
    </w:p>
    <w:p w14:paraId="223B8B01"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And then I went back.</w:t>
      </w:r>
    </w:p>
    <w:p w14:paraId="61506C2B"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Not because I had to. Because those were my books, my bag, and I had earned them. Because five of them had come for just me, and I wasn't going to let them have anything. Not a pencil. Not the satisfaction of making me run and keep running. I waited until they were far enough away, walked back to where the bag was lying on the pavement, picked it up, dusted it off, checked that nothing was missing, and finished the walk home.</w:t>
      </w:r>
    </w:p>
    <w:p w14:paraId="6552A069"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Five of them. One of me. They went away empty-handed. I didn’t.</w:t>
      </w:r>
    </w:p>
    <w:p w14:paraId="2DE0C07A"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 walk home was one kind of calculation. There were others.</w:t>
      </w:r>
    </w:p>
    <w:p w14:paraId="2244C41D"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In our neighborhood, pickup football games were automatically divided. Christians on one side, Muslims on the other. I am a Christian who grew up in a Muslim area, which meant I often played on the visiting team. Before any game started, before the first whistle, there was a silent conversation.</w:t>
      </w:r>
    </w:p>
    <w:p w14:paraId="4324646D"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lastRenderedPageBreak/>
        <w:t>We gauged the mood, watched the edges of the crowd, and weighed the risk of being attacked if we won. Not whether we could win, but whether it was safe to. Some days, you played to win; other days, you played to draw. The choice was made in the first five minutes, and it was always the right one, because getting it wrong had consequences that stayed with you after the game.</w:t>
      </w:r>
    </w:p>
    <w:p w14:paraId="662D85E8"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Lebanese TV stations broadcast from six in the evening until midnight. That was all. So, the radio was the morning intelligence briefing. Before breakfast, we listened for sniper reports. "This road is active. That crossing is clear. Avoid the stretch between these two landmarks until further notice." We absorbed this information the way other children absorbed weather forecasts: practically, and with an immediate understanding of what it meant for the day ahead.</w:t>
      </w:r>
    </w:p>
    <w:p w14:paraId="7B770D17"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 xml:space="preserve">Nobody wore red. It wasn't an official </w:t>
      </w:r>
      <w:proofErr w:type="gramStart"/>
      <w:r w:rsidRPr="008B2274">
        <w:rPr>
          <w:rFonts w:ascii="garamond" w:hAnsi="garamond"/>
          <w:color w:val="000000"/>
          <w:sz w:val="26"/>
          <w:szCs w:val="26"/>
        </w:rPr>
        <w:t>rule</w:t>
      </w:r>
      <w:proofErr w:type="gramEnd"/>
      <w:r w:rsidRPr="008B2274">
        <w:rPr>
          <w:rFonts w:ascii="garamond" w:hAnsi="garamond"/>
          <w:color w:val="000000"/>
          <w:sz w:val="26"/>
          <w:szCs w:val="26"/>
        </w:rPr>
        <w:t xml:space="preserve"> or something written down; it was simply understood, like knowing something through consequences. Red stood out from a distance. It gave a sniper a clear focus point. Camouflage was the red of our primary colors. We wore grey, navy, brown, the colors of walls and shadows. I was thirteen and had strong opinions about color theory that had nothing to do with fashion.</w:t>
      </w:r>
    </w:p>
    <w:p w14:paraId="213E1635"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 sniper alleys changed. A route safe on Monday could be risky by Wednesday. So we mapped, not on paper, in our minds. We knew the streets well enough to calculate vantage points. Standing here, a shooter on that rooftop has a clear shot. Standing there, the angle is wrong, and the distance is too far for the rifles they used. We were kids doing ballistic geometry just to get to school safely.</w:t>
      </w:r>
    </w:p>
    <w:p w14:paraId="65E6A37A"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When there was no option but to cross an exposed stretch, you moved in a snake formation, side to side, unpredictably, never in a straight line. A straight line makes it easier for anyone trying to track a moving target. A snake formation forces them to lead the shot, re-acquire, then lead again. Their rifles weren’t precise enough for that at any reasonable distance. You could make them lose interest simply by being difficult. Be difficult. Be unpredictable. Never give anyone a clean shot.</w:t>
      </w:r>
    </w:p>
    <w:p w14:paraId="5C1A7050"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You also develop something harder to name. A sense of the street that isn’t sight or sound but something beneath both. You know when to cross to the other side, not because that’s where you’re headed, but because something ahead on your side doesn’t feel right. A parked car that wasn’t there yesterday. A doorway that’s too still. A person standing somewhere they shouldn’t be. You sense it before you see it. In Beirut, that feeling kept you safe. You learned to trust it completely.</w:t>
      </w:r>
    </w:p>
    <w:p w14:paraId="7D53839A"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lastRenderedPageBreak/>
        <w:t>The scariest thing, though, was never the snipers. It was the kidnappings. We were never taken. We stayed hyper-vigilant. But the possibility was always there, a constant background threat that never fully disappeared, and living with that threat changes the way you move through life in ways that don’t just vanish when the danger passes.</w:t>
      </w:r>
    </w:p>
    <w:p w14:paraId="07ECA349"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We left Beirut for Athens, Greece, in May 1976, just as Lebanon’s civil war was worsening. My father had gone ahead first to secure an apartment, then to send for the family. He was already in Athens. My mother was in charge of the rest: herself, Walid, my two sisters, and me. She carried herself the way she always did when the situation called for it, with a calm that wasn't the absence of fear but a choice not to show it.</w:t>
      </w:r>
    </w:p>
    <w:p w14:paraId="1C40D00F"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We took two taxis to the airport. My sisters went with my mother. Walid and I took the other car. This seemed reasonable until the roadblocks started and the two taxis got separated, leaving me in a cab with my brother and no idea where my mother was – behind us, ahead of us, or on a completely different route.</w:t>
      </w:r>
    </w:p>
    <w:p w14:paraId="7D7A8D30"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spent most of that ride with my eyes on the rear window. Not obviously. But I was tracking every vehicle behind us, watching for the shape of the other taxi. I needed to know she was there. I was worried about her and my sisters, and I had no idea what to do when we got to the airport. A thought I kept having, setting aside, and having again. I was fourteen years old, running probabilities.</w:t>
      </w:r>
    </w:p>
    <w:p w14:paraId="61875E0D"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Then the driver started talking politics.</w:t>
      </w:r>
    </w:p>
    <w:p w14:paraId="212FFD0E"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In Beirut in 1976, this was like lighting a match in a room full of gas. Not because politics weren’t important – they were the only thing that mattered – but because giving the wrong answer to the wrong person at a roadblock could change the entire course of your afternoon. Walid and I had grown up with one rule, unspoken but absolute: you do not discuss politics outside the family. Not with strangers. Not with drivers. Not with anyone whose allegiances you cannot verify.</w:t>
      </w:r>
    </w:p>
    <w:p w14:paraId="490BBDE1"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My brother and I exchanged a glance. The look lasted maybe a second, but it held an entire conversation: “Does he think we’re idiots?” We smiled, said nothing meaningful, and let the driver speak. We were polite. We were vague. We gave him nothing he could use against us. He was not family.</w:t>
      </w:r>
    </w:p>
    <w:p w14:paraId="628038A1"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What accelerated everything was an afternoon in front of our building.</w:t>
      </w:r>
    </w:p>
    <w:p w14:paraId="6C0954CC"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lastRenderedPageBreak/>
        <w:t>Walid and I were outside with a few friends from the neighborhood, six of us in total, teenagers on a street that had learned to absorb war the way pavement absorbs heat. Five men approached us. They were wearing guerrilla military outfits and carried AK-47s. They were part of a small militia stationed near our building. One of the dozens of armed factions that had divided Beirut among themselves and called it protection.</w:t>
      </w:r>
    </w:p>
    <w:p w14:paraId="3D070DEC"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They gathered us. Then they gave us a speech about defending the neighborhood, about duty, about becoming men who served a cause. One of my friends, twelve years old, had already joined them. He was standing with his rifle, the weapon as tall as he was. The men took our names and birthdates. They said they would begin by training us on how to use an AK-47. They delivered it as if conferring a privilege.</w:t>
      </w:r>
    </w:p>
    <w:p w14:paraId="52ADDB4B"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When they left, we went back inside. I told my mother what had happened with the bearing of a specific pride of a boy who believes he has just been recognized. “We are going to guard the neighborhood.” I proudly claimed, looking upwards with serious eyes.</w:t>
      </w:r>
    </w:p>
    <w:p w14:paraId="72C2ADCD"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 xml:space="preserve">My mother's expression did not change. But something behind it did. She was apoplectic. I understood that word later, but I felt what it meant in that moment. My mother turned and proceeded to the front </w:t>
      </w:r>
      <w:proofErr w:type="gramStart"/>
      <w:r w:rsidRPr="008B2274">
        <w:rPr>
          <w:rFonts w:ascii="garamond" w:hAnsi="garamond"/>
          <w:color w:val="000000"/>
          <w:sz w:val="26"/>
          <w:szCs w:val="26"/>
        </w:rPr>
        <w:t>door, and</w:t>
      </w:r>
      <w:proofErr w:type="gramEnd"/>
      <w:r w:rsidRPr="008B2274">
        <w:rPr>
          <w:rFonts w:ascii="garamond" w:hAnsi="garamond"/>
          <w:color w:val="000000"/>
          <w:sz w:val="26"/>
          <w:szCs w:val="26"/>
        </w:rPr>
        <w:t xml:space="preserve"> walked out of the apartment. I followed her.</w:t>
      </w:r>
    </w:p>
    <w:p w14:paraId="31927E58"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There was a hotel a block away called </w:t>
      </w:r>
      <w:r w:rsidRPr="008B2274">
        <w:rPr>
          <w:rFonts w:ascii="garamond" w:hAnsi="garamond"/>
          <w:i/>
          <w:iCs/>
          <w:color w:val="000000"/>
          <w:sz w:val="26"/>
          <w:szCs w:val="26"/>
        </w:rPr>
        <w:t>Weiner Haus</w:t>
      </w:r>
      <w:r w:rsidRPr="008B2274">
        <w:rPr>
          <w:rFonts w:ascii="garamond" w:hAnsi="garamond"/>
          <w:color w:val="000000"/>
          <w:sz w:val="26"/>
          <w:szCs w:val="26"/>
        </w:rPr>
        <w:t>. The manager had a telex machine. My father was in Athens, and we were supposed to follow in three weeks. There were no working phone lines between Beirut and Athens. The telex was the only connection.</w:t>
      </w:r>
    </w:p>
    <w:p w14:paraId="5C05CCF6"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My mother dictated her message. The hotel manager, operating the machine, began adding his own flourishes, “Darling,” “My love,” as if he were composing a love letter on her behalf. My father, receiving the messages on the other end, began responding in kind, peppering his replies with the same endearments. I was standing beside my mother watching this, and I started laughing out loud. Genuinely, helplessly, the absurdity of it, the warmth of it, the fact that a man and a woman separated by a war were exchanging love notes through a hotel manager who had apparently decided this was his moment. My mother smiled. It was the first real smile I had seen from her that afternoon.</w:t>
      </w:r>
    </w:p>
    <w:p w14:paraId="6594CEC9"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lastRenderedPageBreak/>
        <w:t>She sent two messages. The first told my father what had happened with the militia. The second confirmed that we could not wait three weeks. My father changed the tickets. We were leaving the following morning.</w:t>
      </w:r>
    </w:p>
    <w:p w14:paraId="18CDD18F"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On the walk back, I had a question that would not leave me alone. I had just seen a telex machine for the first time. I had noticed something about it: no face, no voice, no handwriting. The identity on the other end was invisible. It could be anyone. I stopped my mother on the street and asked her: how could she be sure it was my father on the other line?</w:t>
      </w:r>
    </w:p>
    <w:p w14:paraId="2AED1AF1"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She stopped walking. She looked at me. Then she pulled me into a hug and held me there for a moment on a Beirut street in 1976, while the city continued its business around us.</w:t>
      </w:r>
    </w:p>
    <w:p w14:paraId="652F47AC"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“Thank God we’re leaving,” she said. “Otherwise, you would have become the leader of the militia, the way you think.”</w:t>
      </w:r>
    </w:p>
    <w:p w14:paraId="61DD6D32"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We went home. We each packed half a suitcase. The following morning, we left.</w:t>
      </w:r>
    </w:p>
    <w:p w14:paraId="06B2FD98"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 Republic of Lebanon is ten thousand five hundred square kilometers — roughly 80% the size of the State of Connecticut. Six million people. Eighteen religious sects. The country has not known a prolonged period of peace since its independence from France in 1943.</w:t>
      </w:r>
    </w:p>
    <w:p w14:paraId="1BB76F50"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We arrived at the airport, and somehow, I still don’t fully understand how, but my mother’s taxi was already there, and I was relieved. She was standing on the pavement with my sisters, composed and unhurried, as if she had simply taken the direct route. I had been sure we were ahead of her, but I was wrong. She had a knack for arriving first at places, and she used it that day. I looked back at the city from the departures entrance.</w:t>
      </w:r>
    </w:p>
    <w:p w14:paraId="6736014A"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was fourteen. I had spent my entire life surrounded by those streets, those obstacles, those lines of sight. I didn’t realize yet that I was carrying all of it with me. I thought I was leaving. Beirut doesn’t let you leave. It teaches you how to read every room you’ll ever walk into for the rest of your life, and then it sends you out into the world.</w:t>
      </w:r>
    </w:p>
    <w:p w14:paraId="1DDC5AB0"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 xml:space="preserve">What Beirut gave me was an unnamed system whose presence was abundantly clear. It sits dormant until the environment demands it — then activates completely, </w:t>
      </w:r>
      <w:r w:rsidRPr="008B2274">
        <w:rPr>
          <w:rFonts w:ascii="garamond" w:hAnsi="garamond"/>
          <w:color w:val="000000"/>
          <w:sz w:val="26"/>
          <w:szCs w:val="26"/>
        </w:rPr>
        <w:lastRenderedPageBreak/>
        <w:t>reading what others ignore, calculating what others feel, finding the exit before the room closes. It is not always on. It cannot always be on. The observation it required was exhausting — total presence, total attention, the specific tiredness of a mind that never fully rests. But with time, it becomes something else: a reflex that runs without your knowing, active in the system long after you believe it has gone quiet.</w:t>
      </w:r>
    </w:p>
    <w:p w14:paraId="298FCD82"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 real work is not learning to activate it. The real work is learning to recognize when it has already activated itself.</w:t>
      </w:r>
    </w:p>
    <w:p w14:paraId="0CCBB737"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was fourteen. I thought I was leaving Beirut. I was not. I was taking it with me.</w:t>
      </w:r>
    </w:p>
    <w:p w14:paraId="7E407B4A" w14:textId="77777777" w:rsidR="005B5ADD" w:rsidRPr="008B2274" w:rsidRDefault="005B5ADD" w:rsidP="005B5ADD">
      <w:pPr>
        <w:spacing w:before="0" w:afterLines="120" w:after="288"/>
        <w:rPr>
          <w:rFonts w:ascii="garamond" w:hAnsi="garamond"/>
          <w:color w:val="000000"/>
          <w:sz w:val="26"/>
          <w:szCs w:val="26"/>
        </w:rPr>
      </w:pPr>
    </w:p>
    <w:p w14:paraId="0AC6BC93" w14:textId="77777777" w:rsidR="005B5ADD" w:rsidRPr="008B2274" w:rsidRDefault="005B5ADD" w:rsidP="005B5ADD">
      <w:pPr>
        <w:spacing w:before="0" w:afterLines="120" w:after="288"/>
        <w:rPr>
          <w:rFonts w:ascii="garamond" w:hAnsi="garamond"/>
          <w:b/>
          <w:bCs/>
          <w:color w:val="000000"/>
          <w:sz w:val="26"/>
          <w:szCs w:val="26"/>
        </w:rPr>
      </w:pPr>
      <w:r w:rsidRPr="008B2274">
        <w:rPr>
          <w:rFonts w:ascii="garamond" w:hAnsi="garamond"/>
          <w:b/>
          <w:bCs/>
          <w:color w:val="000000"/>
          <w:sz w:val="26"/>
          <w:szCs w:val="26"/>
        </w:rPr>
        <w:br w:type="page"/>
      </w:r>
    </w:p>
    <w:p w14:paraId="053CFC18"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b/>
          <w:bCs/>
          <w:color w:val="000000"/>
          <w:sz w:val="26"/>
          <w:szCs w:val="26"/>
        </w:rPr>
        <w:lastRenderedPageBreak/>
        <w:t>CHAPTER 4 — AVRIO</w:t>
      </w:r>
      <w:r w:rsidRPr="008B2274">
        <w:rPr>
          <w:rFonts w:ascii="garamond" w:hAnsi="garamond"/>
          <w:color w:val="000000"/>
          <w:sz w:val="26"/>
          <w:szCs w:val="26"/>
        </w:rPr>
        <w:br/>
      </w:r>
      <w:r w:rsidRPr="008B2274">
        <w:rPr>
          <w:rFonts w:ascii="garamond" w:hAnsi="garamond"/>
          <w:b/>
          <w:bCs/>
          <w:color w:val="000000"/>
          <w:sz w:val="26"/>
          <w:szCs w:val="26"/>
        </w:rPr>
        <w:t>Athens, 1978.</w:t>
      </w:r>
    </w:p>
    <w:p w14:paraId="0F9FCA09"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arrived in Athens from Beirut in 1976 at the age of fourteen. It was the first time I had left Lebanon. Beirut was the only city I had ever known. Greece had just emerged from its military junta, and I had no idea what it looked like.</w:t>
      </w:r>
    </w:p>
    <w:p w14:paraId="00168048"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Vasilisis Sophias was our street — one of Athens’ grand avenues, running alongside the National Garden and lined with embassies and neoclassical buildings that had witnessed more history than they revealed. Our apartment building faced the Athens Tower, where my father worked — the tallest building in Greece at the time, a glass modernist column rising 28 stories above the neighborhood, as if the city were still deciding what it wanted to become.</w:t>
      </w:r>
    </w:p>
    <w:p w14:paraId="7A4408CB"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came carrying what Beirut had taught me: attentiveness, the ability to read a room, and the understanding that calm surfaces can shift unexpectedly. Athens was more peaceful than anything I had experienced before. No artillery. No roadblocks. No need to choose which side of the street to walk on based on which faction controlled it that morning. After several years of that kind of education in Lebanon, Athens felt like a deep breath.</w:t>
      </w:r>
    </w:p>
    <w:p w14:paraId="1F124E42"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had three Lebanese friends and two English ones. We were sixteen or seventeen—old enough to be reckless, young enough to mistake recklessness for wit. We didn’t care about Greek politics. What we understood was that our Greek friends cared about it with an intensity that, from the outside, seemed magnificently absurd. Parliamentary elections were approaching. The New Democracy party was mobilizing. And we had already discovered that political chanting was an efficient way to provoke a reaction.</w:t>
      </w:r>
    </w:p>
    <w:p w14:paraId="1C50FA7E"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One evening in 1978, we were in a coffee shop several blocks from Vasilisis Sophias when we heard them approaching. The New Democracy parade — two hundred people, flags, chants, the full spectacle of a political movement loudly expressing itself down one of Athens’ main avenues.</w:t>
      </w:r>
    </w:p>
    <w:p w14:paraId="69A6764F"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There were six of us.</w:t>
      </w:r>
    </w:p>
    <w:p w14:paraId="321599EE"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 xml:space="preserve">Any reasonable assessment of the situation would have stopped there. We were outnumbered thirty-three to one. We had no specific grievance against New Democracy. We had no stake in the election. What we had was the collective </w:t>
      </w:r>
      <w:r w:rsidRPr="008B2274">
        <w:rPr>
          <w:rFonts w:ascii="garamond" w:hAnsi="garamond"/>
          <w:color w:val="000000"/>
          <w:sz w:val="26"/>
          <w:szCs w:val="26"/>
        </w:rPr>
        <w:lastRenderedPageBreak/>
        <w:t>judgment of six teenagers on a warm evening with nothing to lose, which is to say, no judgment at all.</w:t>
      </w:r>
    </w:p>
    <w:p w14:paraId="01BF0227"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When the parade was some two hundred meters away, we started chanting. In Greek.</w:t>
      </w:r>
    </w:p>
    <w:p w14:paraId="17C2389C"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At the time, the Greek I knew was split between useful phrases and words you shouldn’t repeat in polite company. We mixed them freely, with improvised and often inaccurate political content, delivered with the confidence that comes from not fully understanding what you’re saying. The crowd heard us. The crowd understood us. The crowd did not find us amusing.</w:t>
      </w:r>
    </w:p>
    <w:p w14:paraId="1102731F"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Two hundred people turned and started running toward six teenagers.</w:t>
      </w:r>
    </w:p>
    <w:p w14:paraId="26072A74"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We did not expect this outcome. Our working theory was that the parade would notice our commentary, maybe respond with some chanting, and then move on. We hadn't considered that they would chase us with the determination of people who had something to prove. So we ran.</w:t>
      </w:r>
    </w:p>
    <w:p w14:paraId="7BF474D6"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 group split up almost immediately—each of us deciding that running separately was easier than slipping away in a group. My three Lebanese friends went one way. The two English boys went another. I took a third route through Vasilisis Sophias, the National Garden, and side streets I had never needed to navigate before. Athens at night, seen from someone who desperately needs to avoid being found.</w:t>
      </w:r>
    </w:p>
    <w:p w14:paraId="6C3327A1"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For thirty minutes, we ran through the streets of Athens.</w:t>
      </w:r>
    </w:p>
    <w:p w14:paraId="01844F4B"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A man locked onto me and followed me relentlessly. I was already planning while I ran, not after I was caught. That was how Beirut worked: it did not wait for the worst to arrive. It was prepared for it in advance. The calculation was immediate and unsentimental: he was bigger, older, and knew the streets far better than I did.</w:t>
      </w:r>
    </w:p>
    <w:p w14:paraId="4BE290D7"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 odds were against me. I changed the terrain. I had fifty drachmas in my pocket. I did not know if that was enough. But I knew that if I could get the first word out before he threw the first punch, the dynamic would shift from physical to negotiable. And once something was negotiable, it was no longer a fight. It became a trade.</w:t>
      </w:r>
    </w:p>
    <w:p w14:paraId="4DDB6278"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He was catching up. I could hear his heavy footsteps behind me, getting closer. I turned into an alley and was cornered. I was breathing heavily, facing a man much larger than me, and he wasn't smiling.</w:t>
      </w:r>
    </w:p>
    <w:p w14:paraId="745D7D24"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lastRenderedPageBreak/>
        <w:t>I tried Greek first. I told him I was a foreigner. I apologized genuinely — I was truly sorry, especially for the decisions that brought me to this alley, and I wanted him to know that. Still, he advanced.</w:t>
      </w:r>
    </w:p>
    <w:p w14:paraId="4196CF54"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reached into my pocket and produced the fifty-drachma note. This was Beirut operating. I had simply reached into my pocket, the way you reach for something you have always carried. The training was running before any thoughts were formed. Fifty drachmas was not a bribe. It was an opening bid. And the moment it was in the air between us, we were no longer in an alley in Athens. We were at a table, negotiating.</w:t>
      </w:r>
    </w:p>
    <w:p w14:paraId="519CB017"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w:t>
      </w:r>
      <w:proofErr w:type="spellStart"/>
      <w:r w:rsidRPr="008B2274">
        <w:rPr>
          <w:rFonts w:ascii="garamond" w:hAnsi="garamond"/>
          <w:i/>
          <w:iCs/>
          <w:color w:val="000000"/>
          <w:sz w:val="26"/>
          <w:szCs w:val="26"/>
        </w:rPr>
        <w:t>Parakalo</w:t>
      </w:r>
      <w:proofErr w:type="spellEnd"/>
      <w:r w:rsidRPr="008B2274">
        <w:rPr>
          <w:rFonts w:ascii="garamond" w:hAnsi="garamond"/>
          <w:i/>
          <w:iCs/>
          <w:color w:val="000000"/>
          <w:sz w:val="26"/>
          <w:szCs w:val="26"/>
        </w:rPr>
        <w:t>,”</w:t>
      </w:r>
      <w:r w:rsidRPr="008B2274">
        <w:rPr>
          <w:rFonts w:ascii="garamond" w:hAnsi="garamond"/>
          <w:color w:val="000000"/>
          <w:sz w:val="26"/>
          <w:szCs w:val="26"/>
        </w:rPr>
        <w:t> I said. “</w:t>
      </w:r>
      <w:r w:rsidRPr="008B2274">
        <w:rPr>
          <w:rFonts w:ascii="garamond" w:hAnsi="garamond"/>
          <w:i/>
          <w:iCs/>
          <w:color w:val="000000"/>
          <w:sz w:val="26"/>
          <w:szCs w:val="26"/>
        </w:rPr>
        <w:t>Pimiento drachmas.”</w:t>
      </w:r>
      <w:r w:rsidRPr="008B2274">
        <w:rPr>
          <w:rFonts w:ascii="garamond" w:hAnsi="garamond"/>
          <w:color w:val="000000"/>
          <w:sz w:val="26"/>
          <w:szCs w:val="26"/>
        </w:rPr>
        <w:t> Please. Fifty drachmas for you.</w:t>
      </w:r>
    </w:p>
    <w:p w14:paraId="031C55C0"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He looked at the note. He looked at me. He performed a brief calculation.</w:t>
      </w:r>
    </w:p>
    <w:p w14:paraId="71124FBC"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w:t>
      </w:r>
      <w:proofErr w:type="spellStart"/>
      <w:r w:rsidRPr="008B2274">
        <w:rPr>
          <w:rFonts w:ascii="garamond" w:hAnsi="garamond"/>
          <w:i/>
          <w:iCs/>
          <w:color w:val="000000"/>
          <w:sz w:val="26"/>
          <w:szCs w:val="26"/>
        </w:rPr>
        <w:t>Evdominta</w:t>
      </w:r>
      <w:proofErr w:type="spellEnd"/>
      <w:r w:rsidRPr="008B2274">
        <w:rPr>
          <w:rFonts w:ascii="garamond" w:hAnsi="garamond"/>
          <w:i/>
          <w:iCs/>
          <w:color w:val="000000"/>
          <w:sz w:val="26"/>
          <w:szCs w:val="26"/>
        </w:rPr>
        <w:t xml:space="preserve"> drachma, </w:t>
      </w:r>
      <w:proofErr w:type="spellStart"/>
      <w:r w:rsidRPr="008B2274">
        <w:rPr>
          <w:rFonts w:ascii="garamond" w:hAnsi="garamond"/>
          <w:i/>
          <w:iCs/>
          <w:color w:val="000000"/>
          <w:sz w:val="26"/>
          <w:szCs w:val="26"/>
        </w:rPr>
        <w:t>vlakas</w:t>
      </w:r>
      <w:proofErr w:type="spellEnd"/>
      <w:r w:rsidRPr="008B2274">
        <w:rPr>
          <w:rFonts w:ascii="garamond" w:hAnsi="garamond"/>
          <w:color w:val="000000"/>
          <w:sz w:val="26"/>
          <w:szCs w:val="26"/>
        </w:rPr>
        <w:t>.” Seventy drachmas, you moron.</w:t>
      </w:r>
    </w:p>
    <w:p w14:paraId="6689C6D9"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want to point out that the insult was justified. I had provoked a political demonstration, been chased through much of upper Athens, and was now trying to bribe my pursuer with an amount he considered too small.</w:t>
      </w:r>
    </w:p>
    <w:p w14:paraId="4E9E64A6"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signaled to him that I had nothing left. My pockets were empty, turned inside out, the universal sign of a man who has given everything he had. He looked at me, confused, trying to figure something out — I could see it on his face, the specific expression of someone whose plan had hit an unexpected obstacle. That obstacle was me, still standing there, still not producing seventy drachmas.</w:t>
      </w:r>
    </w:p>
    <w:p w14:paraId="2D880AC6"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“Avrio, etho, Evdominta drachma,” I said, while pointing to my standing spot. I used my best Greek to say: “Tomorrow, here, 70 drachmas.”</w:t>
      </w:r>
    </w:p>
    <w:p w14:paraId="571218EF"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He responded with a long sentence, from which I picked up the key words:</w:t>
      </w:r>
    </w:p>
    <w:p w14:paraId="6C535BD8"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 xml:space="preserve">“Ochi, </w:t>
      </w:r>
      <w:proofErr w:type="spellStart"/>
      <w:r w:rsidRPr="008B2274">
        <w:rPr>
          <w:rFonts w:ascii="garamond" w:hAnsi="garamond"/>
          <w:color w:val="000000"/>
          <w:sz w:val="26"/>
          <w:szCs w:val="26"/>
        </w:rPr>
        <w:t>avrio</w:t>
      </w:r>
      <w:proofErr w:type="spellEnd"/>
      <w:r w:rsidRPr="008B2274">
        <w:rPr>
          <w:rFonts w:ascii="garamond" w:hAnsi="garamond"/>
          <w:color w:val="000000"/>
          <w:sz w:val="26"/>
          <w:szCs w:val="26"/>
        </w:rPr>
        <w:t xml:space="preserve"> </w:t>
      </w:r>
      <w:proofErr w:type="spellStart"/>
      <w:r w:rsidRPr="008B2274">
        <w:rPr>
          <w:rFonts w:ascii="garamond" w:hAnsi="garamond"/>
          <w:color w:val="000000"/>
          <w:sz w:val="26"/>
          <w:szCs w:val="26"/>
        </w:rPr>
        <w:t>stis</w:t>
      </w:r>
      <w:proofErr w:type="spellEnd"/>
      <w:r w:rsidRPr="008B2274">
        <w:rPr>
          <w:rFonts w:ascii="garamond" w:hAnsi="garamond"/>
          <w:color w:val="000000"/>
          <w:sz w:val="26"/>
          <w:szCs w:val="26"/>
        </w:rPr>
        <w:t xml:space="preserve"> </w:t>
      </w:r>
      <w:proofErr w:type="spellStart"/>
      <w:r w:rsidRPr="008B2274">
        <w:rPr>
          <w:rFonts w:ascii="garamond" w:hAnsi="garamond"/>
          <w:color w:val="000000"/>
          <w:sz w:val="26"/>
          <w:szCs w:val="26"/>
        </w:rPr>
        <w:t>okto</w:t>
      </w:r>
      <w:proofErr w:type="spellEnd"/>
      <w:r w:rsidRPr="008B2274">
        <w:rPr>
          <w:rFonts w:ascii="garamond" w:hAnsi="garamond"/>
          <w:color w:val="000000"/>
          <w:sz w:val="26"/>
          <w:szCs w:val="26"/>
        </w:rPr>
        <w:t xml:space="preserve"> </w:t>
      </w:r>
      <w:proofErr w:type="spellStart"/>
      <w:r w:rsidRPr="008B2274">
        <w:rPr>
          <w:rFonts w:ascii="garamond" w:hAnsi="garamond"/>
          <w:color w:val="000000"/>
          <w:sz w:val="26"/>
          <w:szCs w:val="26"/>
        </w:rPr>
        <w:t>ekato</w:t>
      </w:r>
      <w:proofErr w:type="spellEnd"/>
      <w:r w:rsidRPr="008B2274">
        <w:rPr>
          <w:rFonts w:ascii="garamond" w:hAnsi="garamond"/>
          <w:color w:val="000000"/>
          <w:sz w:val="26"/>
          <w:szCs w:val="26"/>
        </w:rPr>
        <w:t xml:space="preserve"> drachma.”  “No, tomorrow at 8 a.m., 100 drachmas.”</w:t>
      </w:r>
    </w:p>
    <w:p w14:paraId="54F75133"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He wanted 50 drachmas more at 8 a.m. the following day at the same spot.</w:t>
      </w:r>
    </w:p>
    <w:p w14:paraId="2EF2E260"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calmed down. His thought of beating me up had disappeared.</w:t>
      </w:r>
    </w:p>
    <w:p w14:paraId="36E35657"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He had countered. He was no longer chasing me — he was closing a deal.</w:t>
      </w:r>
    </w:p>
    <w:p w14:paraId="4A741CCC"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said: “</w:t>
      </w:r>
      <w:proofErr w:type="spellStart"/>
      <w:r w:rsidRPr="008B2274">
        <w:rPr>
          <w:rFonts w:ascii="garamond" w:hAnsi="garamond"/>
          <w:i/>
          <w:iCs/>
          <w:color w:val="000000"/>
          <w:sz w:val="26"/>
          <w:szCs w:val="26"/>
        </w:rPr>
        <w:t>Indaxi</w:t>
      </w:r>
      <w:proofErr w:type="spellEnd"/>
      <w:r w:rsidRPr="008B2274">
        <w:rPr>
          <w:rFonts w:ascii="garamond" w:hAnsi="garamond"/>
          <w:color w:val="000000"/>
          <w:sz w:val="26"/>
          <w:szCs w:val="26"/>
        </w:rPr>
        <w:t>.”  “OK.” And we agreed.</w:t>
      </w:r>
    </w:p>
    <w:p w14:paraId="6381AC1A"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lastRenderedPageBreak/>
        <w:t>We shook hands.</w:t>
      </w:r>
    </w:p>
    <w:p w14:paraId="00B4542A"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don’t understand why he believed me. I wouldn’t have even believed myself. But something in my words — or in the confidence with which I said them, like a man who had no real intention of keeping his word but desperately needed an exit — hit the target.</w:t>
      </w:r>
    </w:p>
    <w:p w14:paraId="210D8642"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He took the fifty drachmas, pointed down the alley, then left, showing me a route that would keep me away from his colleagues and lead me toward something that looked like safety. I figured he didn’t want them to know he’d been bribed.</w:t>
      </w:r>
    </w:p>
    <w:p w14:paraId="1EE451E5"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took the route and didn't look back. During the last five minutes of my run home, I started to laugh — the kind of laugh that comes when fear becomes a story. It started quietly and got louder. By the time I reached our building, I was laughing in a way that would be hard to explain to anyone who hadn’t spent the last half hour being chased through Athens.</w:t>
      </w:r>
    </w:p>
    <w:p w14:paraId="38267AD9"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My friends got back safely, each traveling different routes and sharing their own versions of the evening. We spent hours comparing notes. All of us had been frightened.</w:t>
      </w:r>
    </w:p>
    <w:p w14:paraId="37439EF4"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thought a lot about the man in the alley afterward. Not with guilt — the fifty drachmas seemed fair for both sides.</w:t>
      </w:r>
    </w:p>
    <w:p w14:paraId="3835B6C8"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kept thinking about what happened in the thirty seconds between his demand for seventy drachmas and his decision to accept fifty now and fifty later.</w:t>
      </w:r>
    </w:p>
    <w:p w14:paraId="7FB1DCB6"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He had been angry. He had been part of a movement, carried along by its energy, genuinely invested in what it represented. Then a foreign teenager appeared in his alley with insufficient money and the word "tomorrow," and he made a calculation.</w:t>
      </w:r>
    </w:p>
    <w:p w14:paraId="656D2BF3"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 calculation had nothing to do with politics. It was about fifty drachmas being real and another 50 drachmas being theoretical, and tomorrow. It was a concept flexible enough to accommodate almost any outcome.</w:t>
      </w:r>
    </w:p>
    <w:p w14:paraId="283BF075"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All politics is local. And local, it turns out, follows the same rules everywhere. It is not about the power of the sword versus the power of the pen. It is about the power of the cash register.</w:t>
      </w:r>
    </w:p>
    <w:p w14:paraId="1E84708D"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lastRenderedPageBreak/>
        <w:t>I didn’t know what Wall Street was in 1978. I didn’t realize I would spend thirty years there, assessing risk, negotiating terms, and reading the person across the table for the moment their confidence waned. But I had just done all three in an Athenian alley while breathing hard and trying not to show it. Finding the number. Sensing the hesitation. Closing before the other side reconsidered.</w:t>
      </w:r>
    </w:p>
    <w:p w14:paraId="59DEA5F7"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 floor would call that a skill. I called it Thursday. Beirut had been teaching it since I was three.</w:t>
      </w:r>
    </w:p>
    <w:p w14:paraId="4D91DF47"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only knew I was at home, still laughing, and that somewhere in Athens, a man was holding fifty drachmas, waiting for a tomorrow that would never arrive.</w:t>
      </w:r>
    </w:p>
    <w:p w14:paraId="702F8BDE" w14:textId="77777777" w:rsidR="005B5ADD" w:rsidRPr="008B2274" w:rsidRDefault="005B5ADD" w:rsidP="005B5ADD">
      <w:pPr>
        <w:spacing w:before="0" w:afterLines="120" w:after="288"/>
        <w:rPr>
          <w:rFonts w:ascii="garamond" w:hAnsi="garamond"/>
          <w:color w:val="000000"/>
          <w:sz w:val="26"/>
          <w:szCs w:val="26"/>
        </w:rPr>
      </w:pPr>
    </w:p>
    <w:p w14:paraId="6B15C51F" w14:textId="77777777" w:rsidR="005B5ADD" w:rsidRPr="008B2274" w:rsidRDefault="005B5ADD" w:rsidP="005B5ADD">
      <w:pPr>
        <w:spacing w:before="0" w:afterLines="120" w:after="288"/>
        <w:rPr>
          <w:rFonts w:ascii="garamond" w:hAnsi="garamond"/>
          <w:b/>
          <w:bCs/>
          <w:color w:val="000000"/>
          <w:sz w:val="26"/>
          <w:szCs w:val="26"/>
        </w:rPr>
      </w:pPr>
      <w:r w:rsidRPr="008B2274">
        <w:rPr>
          <w:rFonts w:ascii="garamond" w:hAnsi="garamond"/>
          <w:b/>
          <w:bCs/>
          <w:color w:val="000000"/>
          <w:sz w:val="26"/>
          <w:szCs w:val="26"/>
        </w:rPr>
        <w:br w:type="page"/>
      </w:r>
    </w:p>
    <w:p w14:paraId="3D3831AB"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b/>
          <w:bCs/>
          <w:color w:val="000000"/>
          <w:sz w:val="26"/>
          <w:szCs w:val="26"/>
        </w:rPr>
        <w:lastRenderedPageBreak/>
        <w:t>CHAPTER 5 — THE AUSTIN YEARS</w:t>
      </w:r>
      <w:r w:rsidRPr="008B2274">
        <w:rPr>
          <w:rFonts w:ascii="garamond" w:hAnsi="garamond"/>
          <w:color w:val="000000"/>
          <w:sz w:val="26"/>
          <w:szCs w:val="26"/>
        </w:rPr>
        <w:br/>
      </w:r>
      <w:r w:rsidRPr="008B2274">
        <w:rPr>
          <w:rFonts w:ascii="garamond" w:hAnsi="garamond"/>
          <w:b/>
          <w:bCs/>
          <w:color w:val="000000"/>
          <w:sz w:val="26"/>
          <w:szCs w:val="26"/>
        </w:rPr>
        <w:t>Seven Years. Three Degrees. One Offer.</w:t>
      </w:r>
    </w:p>
    <w:p w14:paraId="2FD64D41"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My father’s employer owned a U.S. multi-industry holding company based in Houston, Texas. When it was time for my brother to attend college, my father asked his U.S. colleagues, who recommended the University of Texas at Austin. Walid was accepted to Austin and departed in August 1978. My A-level scores and academic citations earned me admission to the University of Cambridge in England to study medicine. Unfortunately, my parents could not afford private schooling, so I joined Walid in Austin in August 1979.</w:t>
      </w:r>
    </w:p>
    <w:p w14:paraId="4B5E922D"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was just shy of 18 when I arrived in Austin. I did not know what my major should be, but I refused to arrive undeclared. Chemistry and mathematics were my favorite subjects, so I enrolled in the Chemical Engineering Department. It was a wise choice.</w:t>
      </w:r>
    </w:p>
    <w:p w14:paraId="46991F70" w14:textId="3102C3C9"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 xml:space="preserve">I moved in with Walid in his rented two-bedroom apartment. My luck ran out when we added a third housemate, and I had to share a room with Walid again. </w:t>
      </w:r>
      <w:r w:rsidR="000D5EE1">
        <w:rPr>
          <w:rFonts w:ascii="garamond" w:hAnsi="garamond"/>
          <w:color w:val="000000"/>
          <w:sz w:val="26"/>
          <w:szCs w:val="26"/>
        </w:rPr>
        <w:t xml:space="preserve">We had to share a shower and had limited privacy. Still, I could handle that; what was far worse was </w:t>
      </w:r>
      <w:r w:rsidRPr="008B2274">
        <w:rPr>
          <w:rFonts w:ascii="garamond" w:hAnsi="garamond"/>
          <w:color w:val="000000"/>
          <w:sz w:val="26"/>
          <w:szCs w:val="26"/>
        </w:rPr>
        <w:t>Walid's snoring</w:t>
      </w:r>
      <w:r w:rsidR="000D5EE1">
        <w:rPr>
          <w:rFonts w:ascii="garamond" w:hAnsi="garamond"/>
          <w:color w:val="000000"/>
          <w:sz w:val="26"/>
          <w:szCs w:val="26"/>
        </w:rPr>
        <w:t>, which</w:t>
      </w:r>
      <w:r w:rsidRPr="008B2274">
        <w:rPr>
          <w:rFonts w:ascii="garamond" w:hAnsi="garamond"/>
          <w:color w:val="000000"/>
          <w:sz w:val="26"/>
          <w:szCs w:val="26"/>
        </w:rPr>
        <w:t xml:space="preserve"> was so loud that I finally understood, for the first time, why exile had been invented. Nevertheless, the experience taught me to stay focused and attentive despite little sleep — a skill that would later set me apart.</w:t>
      </w:r>
    </w:p>
    <w:p w14:paraId="7B57E287" w14:textId="77777777" w:rsidR="005B5ADD"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Our apartment filled with people the way a trading floor fills with noise: suddenly and without permission. Friends drifted in and out. The music grew louder. Marijuana was rolled, and I became the one who didn't smoke but could roll the best joints in town. People brought their stash; I rolled; they thanked me and vanished into the night, as if I were a vending machine with thumbs. I drank on weekends — never on school days. I did not take any illegal drugs, even during Wall Street's heyday. I worked as if my visa clock were a bomb. Because it was.</w:t>
      </w:r>
    </w:p>
    <w:p w14:paraId="4F52CE48" w14:textId="77777777" w:rsidR="00DB33D9" w:rsidRPr="008B2274" w:rsidRDefault="00DB33D9" w:rsidP="00DB33D9">
      <w:pPr>
        <w:spacing w:before="0" w:afterLines="120" w:after="288"/>
        <w:rPr>
          <w:rFonts w:ascii="garamond" w:hAnsi="garamond"/>
          <w:color w:val="000000"/>
          <w:sz w:val="26"/>
          <w:szCs w:val="26"/>
        </w:rPr>
      </w:pPr>
      <w:r>
        <w:rPr>
          <w:rFonts w:ascii="garamond" w:hAnsi="garamond"/>
          <w:color w:val="000000"/>
          <w:sz w:val="26"/>
          <w:szCs w:val="26"/>
        </w:rPr>
        <w:t xml:space="preserve">My first two years at Austin were difficult. </w:t>
      </w:r>
      <w:r w:rsidRPr="008B2274">
        <w:rPr>
          <w:rFonts w:ascii="garamond" w:hAnsi="garamond"/>
          <w:color w:val="000000"/>
          <w:sz w:val="26"/>
          <w:szCs w:val="26"/>
        </w:rPr>
        <w:t xml:space="preserve">I was a student with the naive belief that merit was more significant than paperwork. I was in Texas when the words "Middle East," "Arab," and "Iran" were treated as interchangeable by people who didn't know — or didn't care — what they were talking about. My timing was </w:t>
      </w:r>
      <w:proofErr w:type="gramStart"/>
      <w:r w:rsidRPr="008B2274">
        <w:rPr>
          <w:rFonts w:ascii="garamond" w:hAnsi="garamond"/>
          <w:color w:val="000000"/>
          <w:sz w:val="26"/>
          <w:szCs w:val="26"/>
        </w:rPr>
        <w:t>perfect,</w:t>
      </w:r>
      <w:proofErr w:type="gramEnd"/>
      <w:r w:rsidRPr="008B2274">
        <w:rPr>
          <w:rFonts w:ascii="garamond" w:hAnsi="garamond"/>
          <w:color w:val="000000"/>
          <w:sz w:val="26"/>
          <w:szCs w:val="26"/>
        </w:rPr>
        <w:t xml:space="preserve"> in the way a car crash has timing. The hostage crisis at the U.S. Embassy in Tehran was ongoing, and it seemed that strangers felt personally entitled to my biography. It wasn't dramatic. It was worse: casual. A joke at the register. A look held a few seconds too long. A "Where are you originally from?" that didn't sound curious.</w:t>
      </w:r>
    </w:p>
    <w:p w14:paraId="05B23376" w14:textId="6EC02E03" w:rsidR="00DB33D9" w:rsidRPr="00660BC6" w:rsidRDefault="00DB33D9" w:rsidP="00DB33D9">
      <w:pPr>
        <w:pStyle w:val="NormalWeb"/>
        <w:spacing w:before="0" w:beforeAutospacing="0" w:line="276" w:lineRule="auto"/>
        <w:rPr>
          <w:rFonts w:ascii="garamond" w:hAnsi="garamond" w:cs="Arial"/>
          <w:sz w:val="26"/>
          <w:szCs w:val="26"/>
        </w:rPr>
      </w:pPr>
      <w:r>
        <w:rPr>
          <w:rFonts w:ascii="garamond" w:hAnsi="garamond"/>
          <w:color w:val="000000"/>
          <w:sz w:val="26"/>
          <w:szCs w:val="26"/>
        </w:rPr>
        <w:lastRenderedPageBreak/>
        <w:t xml:space="preserve">One incident </w:t>
      </w:r>
      <w:r w:rsidR="009E1E22">
        <w:rPr>
          <w:rFonts w:ascii="garamond" w:hAnsi="garamond"/>
          <w:color w:val="000000"/>
          <w:sz w:val="26"/>
          <w:szCs w:val="26"/>
        </w:rPr>
        <w:t>stayed with me for the longest time. It was during</w:t>
      </w:r>
      <w:r>
        <w:rPr>
          <w:rFonts w:ascii="garamond" w:hAnsi="garamond"/>
          <w:color w:val="000000"/>
          <w:sz w:val="26"/>
          <w:szCs w:val="26"/>
        </w:rPr>
        <w:t xml:space="preserve"> a chemistry laboratory course. </w:t>
      </w:r>
      <w:r w:rsidRPr="00660BC6">
        <w:rPr>
          <w:rFonts w:ascii="garamond" w:hAnsi="garamond" w:cs="Arial"/>
          <w:sz w:val="26"/>
          <w:szCs w:val="26"/>
        </w:rPr>
        <w:t>I was nineteen years old</w:t>
      </w:r>
      <w:r>
        <w:rPr>
          <w:rFonts w:ascii="garamond" w:hAnsi="garamond" w:cs="Arial"/>
          <w:sz w:val="26"/>
          <w:szCs w:val="26"/>
        </w:rPr>
        <w:t>. There were t</w:t>
      </w:r>
      <w:r w:rsidRPr="00660BC6">
        <w:rPr>
          <w:rFonts w:ascii="garamond" w:hAnsi="garamond" w:cs="Arial"/>
          <w:sz w:val="26"/>
          <w:szCs w:val="26"/>
        </w:rPr>
        <w:t>wo classmates</w:t>
      </w:r>
      <w:r>
        <w:rPr>
          <w:rFonts w:ascii="garamond" w:hAnsi="garamond" w:cs="Arial"/>
          <w:sz w:val="26"/>
          <w:szCs w:val="26"/>
        </w:rPr>
        <w:t xml:space="preserve"> who always picked on me, with an </w:t>
      </w:r>
      <w:r w:rsidRPr="00660BC6">
        <w:rPr>
          <w:rFonts w:ascii="garamond" w:hAnsi="garamond" w:cs="Arial"/>
          <w:sz w:val="26"/>
          <w:szCs w:val="26"/>
        </w:rPr>
        <w:t>unearned sense of ownership</w:t>
      </w:r>
      <w:r>
        <w:rPr>
          <w:rFonts w:ascii="garamond" w:hAnsi="garamond" w:cs="Arial"/>
          <w:sz w:val="26"/>
          <w:szCs w:val="26"/>
        </w:rPr>
        <w:t>. Their lab sta</w:t>
      </w:r>
      <w:r w:rsidR="003E7949">
        <w:rPr>
          <w:rFonts w:ascii="garamond" w:hAnsi="garamond" w:cs="Arial"/>
          <w:sz w:val="26"/>
          <w:szCs w:val="26"/>
        </w:rPr>
        <w:t>t</w:t>
      </w:r>
      <w:r>
        <w:rPr>
          <w:rFonts w:ascii="garamond" w:hAnsi="garamond" w:cs="Arial"/>
          <w:sz w:val="26"/>
          <w:szCs w:val="26"/>
        </w:rPr>
        <w:t xml:space="preserve">ions were adjacent to mine, and one </w:t>
      </w:r>
      <w:r w:rsidR="003E7949">
        <w:rPr>
          <w:rFonts w:ascii="garamond" w:hAnsi="garamond" w:cs="Arial"/>
          <w:sz w:val="26"/>
          <w:szCs w:val="26"/>
        </w:rPr>
        <w:t xml:space="preserve">time </w:t>
      </w:r>
      <w:r>
        <w:rPr>
          <w:rFonts w:ascii="garamond" w:hAnsi="garamond" w:cs="Arial"/>
          <w:sz w:val="26"/>
          <w:szCs w:val="26"/>
        </w:rPr>
        <w:t xml:space="preserve">they </w:t>
      </w:r>
      <w:r w:rsidRPr="00660BC6">
        <w:rPr>
          <w:rFonts w:ascii="garamond" w:hAnsi="garamond" w:cs="Arial"/>
          <w:sz w:val="26"/>
          <w:szCs w:val="26"/>
        </w:rPr>
        <w:t xml:space="preserve">decided my face was the proxy for their evening news frustrations. </w:t>
      </w:r>
      <w:r w:rsidR="003E7949">
        <w:rPr>
          <w:rFonts w:ascii="garamond" w:hAnsi="garamond" w:cs="Arial"/>
          <w:sz w:val="26"/>
          <w:szCs w:val="26"/>
        </w:rPr>
        <w:t>I became the source of</w:t>
      </w:r>
      <w:r w:rsidRPr="00660BC6">
        <w:rPr>
          <w:rFonts w:ascii="garamond" w:hAnsi="garamond" w:cs="Arial"/>
          <w:sz w:val="26"/>
          <w:szCs w:val="26"/>
        </w:rPr>
        <w:t xml:space="preserve"> all the problems in the Middle East. </w:t>
      </w:r>
    </w:p>
    <w:p w14:paraId="206CD87C" w14:textId="1F5305A7" w:rsidR="00DB33D9" w:rsidRPr="00660BC6" w:rsidRDefault="00DB33D9" w:rsidP="00DB33D9">
      <w:pPr>
        <w:pStyle w:val="NormalWeb"/>
        <w:spacing w:before="0" w:beforeAutospacing="0" w:line="276" w:lineRule="auto"/>
        <w:rPr>
          <w:rFonts w:ascii="garamond" w:hAnsi="garamond" w:cs="Arial"/>
          <w:sz w:val="26"/>
          <w:szCs w:val="26"/>
        </w:rPr>
      </w:pPr>
      <w:r w:rsidRPr="00660BC6">
        <w:rPr>
          <w:rFonts w:ascii="garamond" w:hAnsi="garamond" w:cs="Arial"/>
          <w:sz w:val="26"/>
          <w:szCs w:val="26"/>
        </w:rPr>
        <w:t xml:space="preserve">They didn’t use words—words require a level of confrontation they weren't equipped for. They waited until the Professor </w:t>
      </w:r>
      <w:r w:rsidR="003E7949">
        <w:rPr>
          <w:rFonts w:ascii="garamond" w:hAnsi="garamond" w:cs="Arial"/>
          <w:sz w:val="26"/>
          <w:szCs w:val="26"/>
        </w:rPr>
        <w:t>moved to the front</w:t>
      </w:r>
      <w:r w:rsidRPr="00660BC6">
        <w:rPr>
          <w:rFonts w:ascii="garamond" w:hAnsi="garamond" w:cs="Arial"/>
          <w:sz w:val="26"/>
          <w:szCs w:val="26"/>
        </w:rPr>
        <w:t xml:space="preserve">, stepped into my booth-like setting, and pushed my entire distillation apparatus off the bench. Glass shattered. The chemicals bled across the linoleum. It was a violent, unprompted declaration that I did not belong in the room. </w:t>
      </w:r>
    </w:p>
    <w:p w14:paraId="0AB9E3BE" w14:textId="037B2D82" w:rsidR="00DB33D9" w:rsidRPr="00660BC6" w:rsidRDefault="00DB33D9" w:rsidP="00DB33D9">
      <w:pPr>
        <w:pStyle w:val="NormalWeb"/>
        <w:spacing w:before="0" w:beforeAutospacing="0" w:line="276" w:lineRule="auto"/>
        <w:rPr>
          <w:rFonts w:ascii="garamond" w:hAnsi="garamond" w:cs="Arial"/>
          <w:sz w:val="26"/>
          <w:szCs w:val="26"/>
        </w:rPr>
      </w:pPr>
      <w:r w:rsidRPr="00660BC6">
        <w:rPr>
          <w:rFonts w:ascii="garamond" w:hAnsi="garamond" w:cs="Arial"/>
          <w:sz w:val="26"/>
          <w:szCs w:val="26"/>
        </w:rPr>
        <w:t xml:space="preserve">When the Professor </w:t>
      </w:r>
      <w:r w:rsidR="003E7949">
        <w:rPr>
          <w:rFonts w:ascii="garamond" w:hAnsi="garamond" w:cs="Arial"/>
          <w:sz w:val="26"/>
          <w:szCs w:val="26"/>
        </w:rPr>
        <w:t>came to investigate</w:t>
      </w:r>
      <w:r w:rsidRPr="00660BC6">
        <w:rPr>
          <w:rFonts w:ascii="garamond" w:hAnsi="garamond" w:cs="Arial"/>
          <w:sz w:val="26"/>
          <w:szCs w:val="26"/>
        </w:rPr>
        <w:t xml:space="preserve">, the terrain inverted instantly. It was two American voices against one Middle Eastern accent. I looked around. Many had seen what happened, but </w:t>
      </w:r>
      <w:r w:rsidR="003E7949">
        <w:rPr>
          <w:rFonts w:ascii="garamond" w:hAnsi="garamond" w:cs="Arial"/>
          <w:sz w:val="26"/>
          <w:szCs w:val="26"/>
        </w:rPr>
        <w:t>there was absolute silence</w:t>
      </w:r>
      <w:r w:rsidRPr="00660BC6">
        <w:rPr>
          <w:rFonts w:ascii="garamond" w:hAnsi="garamond" w:cs="Arial"/>
          <w:sz w:val="26"/>
          <w:szCs w:val="26"/>
        </w:rPr>
        <w:t>. I was to be the scapegoat. I recognized the logic of Bliss Street</w:t>
      </w:r>
      <w:r w:rsidR="003E7949">
        <w:rPr>
          <w:rFonts w:ascii="garamond" w:hAnsi="garamond" w:cs="Arial"/>
          <w:sz w:val="26"/>
          <w:szCs w:val="26"/>
        </w:rPr>
        <w:t xml:space="preserve"> in Texas</w:t>
      </w:r>
      <w:r w:rsidRPr="00660BC6">
        <w:rPr>
          <w:rFonts w:ascii="garamond" w:hAnsi="garamond" w:cs="Arial"/>
          <w:sz w:val="26"/>
          <w:szCs w:val="26"/>
        </w:rPr>
        <w:t xml:space="preserve">: nobody peeps when the visiting team takes a hit. The Professor didn’t look at the evidence; he looked at the math of the complaints, blamed me for the destruction, and ejected me from the class. </w:t>
      </w:r>
    </w:p>
    <w:p w14:paraId="1862A992" w14:textId="02828E6B" w:rsidR="00DB33D9" w:rsidRPr="00660BC6" w:rsidRDefault="00DB33D9" w:rsidP="00DB33D9">
      <w:pPr>
        <w:pStyle w:val="NormalWeb"/>
        <w:spacing w:before="0" w:beforeAutospacing="0" w:line="276" w:lineRule="auto"/>
        <w:rPr>
          <w:rFonts w:ascii="garamond" w:hAnsi="garamond" w:cs="Arial"/>
          <w:sz w:val="26"/>
          <w:szCs w:val="26"/>
        </w:rPr>
      </w:pPr>
      <w:r w:rsidRPr="00660BC6">
        <w:rPr>
          <w:rFonts w:ascii="garamond" w:hAnsi="garamond" w:cs="Arial"/>
          <w:sz w:val="26"/>
          <w:szCs w:val="26"/>
        </w:rPr>
        <w:t xml:space="preserve">I was facing an ‘F’ </w:t>
      </w:r>
      <w:r w:rsidR="00A32B7E">
        <w:rPr>
          <w:rFonts w:ascii="garamond" w:hAnsi="garamond" w:cs="Arial"/>
          <w:sz w:val="26"/>
          <w:szCs w:val="26"/>
        </w:rPr>
        <w:t>grade</w:t>
      </w:r>
      <w:r w:rsidRPr="00660BC6">
        <w:rPr>
          <w:rFonts w:ascii="garamond" w:hAnsi="garamond" w:cs="Arial"/>
          <w:sz w:val="26"/>
          <w:szCs w:val="26"/>
        </w:rPr>
        <w:t xml:space="preserve">, with a note of </w:t>
      </w:r>
      <w:r w:rsidR="003E7949">
        <w:rPr>
          <w:rFonts w:ascii="garamond" w:hAnsi="garamond" w:cs="Arial"/>
          <w:sz w:val="26"/>
          <w:szCs w:val="26"/>
        </w:rPr>
        <w:t xml:space="preserve">the </w:t>
      </w:r>
      <w:r w:rsidR="000C6AA6">
        <w:rPr>
          <w:rFonts w:ascii="garamond" w:hAnsi="garamond" w:cs="Arial"/>
          <w:sz w:val="26"/>
          <w:szCs w:val="26"/>
        </w:rPr>
        <w:t>incident</w:t>
      </w:r>
      <w:r w:rsidRPr="00660BC6">
        <w:rPr>
          <w:rFonts w:ascii="garamond" w:hAnsi="garamond" w:cs="Arial"/>
          <w:sz w:val="26"/>
          <w:szCs w:val="26"/>
        </w:rPr>
        <w:t xml:space="preserve"> </w:t>
      </w:r>
      <w:r w:rsidR="003E7949">
        <w:rPr>
          <w:rFonts w:ascii="garamond" w:hAnsi="garamond" w:cs="Arial"/>
          <w:sz w:val="26"/>
          <w:szCs w:val="26"/>
        </w:rPr>
        <w:t>permanently re</w:t>
      </w:r>
      <w:r w:rsidR="000C6AA6">
        <w:rPr>
          <w:rFonts w:ascii="garamond" w:hAnsi="garamond" w:cs="Arial"/>
          <w:sz w:val="26"/>
          <w:szCs w:val="26"/>
        </w:rPr>
        <w:t>cord</w:t>
      </w:r>
      <w:r w:rsidR="003E7949">
        <w:rPr>
          <w:rFonts w:ascii="garamond" w:hAnsi="garamond" w:cs="Arial"/>
          <w:sz w:val="26"/>
          <w:szCs w:val="26"/>
        </w:rPr>
        <w:t xml:space="preserve">ed </w:t>
      </w:r>
      <w:r w:rsidRPr="00660BC6">
        <w:rPr>
          <w:rFonts w:ascii="garamond" w:hAnsi="garamond" w:cs="Arial"/>
          <w:sz w:val="26"/>
          <w:szCs w:val="26"/>
        </w:rPr>
        <w:t xml:space="preserve">on my transcript. It </w:t>
      </w:r>
      <w:r w:rsidR="003E7949">
        <w:rPr>
          <w:rFonts w:ascii="garamond" w:hAnsi="garamond" w:cs="Arial"/>
          <w:sz w:val="26"/>
          <w:szCs w:val="26"/>
        </w:rPr>
        <w:t>didn’t</w:t>
      </w:r>
      <w:r w:rsidRPr="00660BC6">
        <w:rPr>
          <w:rFonts w:ascii="garamond" w:hAnsi="garamond" w:cs="Arial"/>
          <w:sz w:val="26"/>
          <w:szCs w:val="26"/>
        </w:rPr>
        <w:t xml:space="preserve"> just mean a ruined semester; it would </w:t>
      </w:r>
      <w:r w:rsidR="000C6AA6">
        <w:rPr>
          <w:rFonts w:ascii="garamond" w:hAnsi="garamond" w:cs="Arial"/>
          <w:sz w:val="26"/>
          <w:szCs w:val="26"/>
        </w:rPr>
        <w:t>tarnish</w:t>
      </w:r>
      <w:r w:rsidRPr="00660BC6">
        <w:rPr>
          <w:rFonts w:ascii="garamond" w:hAnsi="garamond" w:cs="Arial"/>
          <w:sz w:val="26"/>
          <w:szCs w:val="26"/>
        </w:rPr>
        <w:t xml:space="preserve"> my </w:t>
      </w:r>
      <w:r w:rsidR="000C6AA6">
        <w:rPr>
          <w:rFonts w:ascii="garamond" w:hAnsi="garamond" w:cs="Arial"/>
          <w:sz w:val="26"/>
          <w:szCs w:val="26"/>
        </w:rPr>
        <w:t>academic record</w:t>
      </w:r>
      <w:r w:rsidR="003E7949">
        <w:rPr>
          <w:rFonts w:ascii="garamond" w:hAnsi="garamond" w:cs="Arial"/>
          <w:sz w:val="26"/>
          <w:szCs w:val="26"/>
        </w:rPr>
        <w:t xml:space="preserve">, possibly leading to expulsion or ineligibility for </w:t>
      </w:r>
      <w:r w:rsidRPr="00660BC6">
        <w:rPr>
          <w:rFonts w:ascii="garamond" w:hAnsi="garamond" w:cs="Arial"/>
          <w:sz w:val="26"/>
          <w:szCs w:val="26"/>
        </w:rPr>
        <w:t>admission to graduate school</w:t>
      </w:r>
      <w:r w:rsidR="000C6AA6">
        <w:rPr>
          <w:rFonts w:ascii="garamond" w:hAnsi="garamond" w:cs="Arial"/>
          <w:sz w:val="26"/>
          <w:szCs w:val="26"/>
        </w:rPr>
        <w:t xml:space="preserve">, </w:t>
      </w:r>
      <w:r w:rsidRPr="00660BC6">
        <w:rPr>
          <w:rFonts w:ascii="garamond" w:hAnsi="garamond" w:cs="Arial"/>
          <w:sz w:val="26"/>
          <w:szCs w:val="26"/>
        </w:rPr>
        <w:t>end</w:t>
      </w:r>
      <w:r w:rsidR="000C6AA6">
        <w:rPr>
          <w:rFonts w:ascii="garamond" w:hAnsi="garamond" w:cs="Arial"/>
          <w:sz w:val="26"/>
          <w:szCs w:val="26"/>
        </w:rPr>
        <w:t>ing</w:t>
      </w:r>
      <w:r w:rsidRPr="00660BC6">
        <w:rPr>
          <w:rFonts w:ascii="garamond" w:hAnsi="garamond" w:cs="Arial"/>
          <w:sz w:val="26"/>
          <w:szCs w:val="26"/>
        </w:rPr>
        <w:t xml:space="preserve"> my college career. The stakes weren't just academic—they were legal, systemic, and absolute. </w:t>
      </w:r>
    </w:p>
    <w:p w14:paraId="1C100CB3" w14:textId="718D79BD" w:rsidR="00DB33D9" w:rsidRPr="00D30A64" w:rsidRDefault="00D30A64" w:rsidP="00DB33D9">
      <w:pPr>
        <w:pStyle w:val="NormalWeb"/>
        <w:spacing w:before="0" w:beforeAutospacing="0" w:line="276" w:lineRule="auto"/>
        <w:rPr>
          <w:rFonts w:ascii="garamond" w:hAnsi="garamond" w:cs="Arial"/>
          <w:sz w:val="26"/>
          <w:szCs w:val="26"/>
        </w:rPr>
      </w:pPr>
      <w:r w:rsidRPr="00D30A64">
        <w:rPr>
          <w:rFonts w:ascii="garamond" w:hAnsi="garamond" w:cs="Arial"/>
          <w:sz w:val="26"/>
          <w:szCs w:val="26"/>
        </w:rPr>
        <w:t xml:space="preserve">I waited outside the </w:t>
      </w:r>
      <w:r w:rsidR="000C6AA6">
        <w:rPr>
          <w:rFonts w:ascii="garamond" w:hAnsi="garamond" w:cs="Arial"/>
          <w:sz w:val="26"/>
          <w:szCs w:val="26"/>
        </w:rPr>
        <w:t>P</w:t>
      </w:r>
      <w:r w:rsidRPr="00D30A64">
        <w:rPr>
          <w:rFonts w:ascii="garamond" w:hAnsi="garamond" w:cs="Arial"/>
          <w:sz w:val="26"/>
          <w:szCs w:val="26"/>
        </w:rPr>
        <w:t>rofessor's office until the building went quiet. When I walked in, I didn't ask for mercy</w:t>
      </w:r>
      <w:r w:rsidRPr="00D30A64">
        <w:rPr>
          <w:rFonts w:ascii="garamond" w:hAnsi="garamond"/>
          <w:sz w:val="26"/>
          <w:szCs w:val="26"/>
        </w:rPr>
        <w:t>. I was nineteen, pleading for my future, completely innocent. I used the only currency I had: absolute accuracy and structural clarity. I mapped the lab's physical layout, the apparatus’s fall trajectory, and the timing of his turning away. I succeeded because honesty, when delivered with total defiance against the odds, alters the gravity of the room. </w:t>
      </w:r>
    </w:p>
    <w:p w14:paraId="2D7BCD87" w14:textId="77CAD9E0" w:rsidR="00DB33D9" w:rsidRPr="00660BC6" w:rsidRDefault="00DB33D9" w:rsidP="00DB33D9">
      <w:pPr>
        <w:spacing w:after="0"/>
        <w:rPr>
          <w:rFonts w:ascii="garamond" w:hAnsi="garamond" w:cs="Arial"/>
          <w:color w:val="1F1F1F"/>
          <w:sz w:val="26"/>
          <w:szCs w:val="26"/>
        </w:rPr>
      </w:pPr>
      <w:r w:rsidRPr="000D0C04">
        <w:rPr>
          <w:rFonts w:ascii="garamond" w:hAnsi="garamond" w:cs="Arial"/>
          <w:color w:val="1F1F1F"/>
          <w:sz w:val="26"/>
          <w:szCs w:val="26"/>
          <w:bdr w:val="none" w:sz="0" w:space="0" w:color="auto" w:frame="1"/>
        </w:rPr>
        <w:t xml:space="preserve">The Professor relieved me of the </w:t>
      </w:r>
      <w:r w:rsidR="00A32B7E">
        <w:rPr>
          <w:rFonts w:ascii="garamond" w:hAnsi="garamond" w:cs="Arial"/>
          <w:color w:val="1F1F1F"/>
          <w:sz w:val="26"/>
          <w:szCs w:val="26"/>
          <w:bdr w:val="none" w:sz="0" w:space="0" w:color="auto" w:frame="1"/>
        </w:rPr>
        <w:t>‘</w:t>
      </w:r>
      <w:r w:rsidRPr="000D0C04">
        <w:rPr>
          <w:rFonts w:ascii="garamond" w:hAnsi="garamond" w:cs="Arial"/>
          <w:color w:val="1F1F1F"/>
          <w:sz w:val="26"/>
          <w:szCs w:val="26"/>
          <w:bdr w:val="none" w:sz="0" w:space="0" w:color="auto" w:frame="1"/>
        </w:rPr>
        <w:t>F</w:t>
      </w:r>
      <w:r w:rsidR="00A32B7E">
        <w:rPr>
          <w:rFonts w:ascii="garamond" w:hAnsi="garamond" w:cs="Arial"/>
          <w:color w:val="1F1F1F"/>
          <w:sz w:val="26"/>
          <w:szCs w:val="26"/>
          <w:bdr w:val="none" w:sz="0" w:space="0" w:color="auto" w:frame="1"/>
        </w:rPr>
        <w:t>’ grade</w:t>
      </w:r>
      <w:r w:rsidRPr="000D0C04">
        <w:rPr>
          <w:rFonts w:ascii="garamond" w:hAnsi="garamond" w:cs="Arial"/>
          <w:color w:val="1F1F1F"/>
          <w:sz w:val="26"/>
          <w:szCs w:val="26"/>
          <w:bdr w:val="none" w:sz="0" w:space="0" w:color="auto" w:frame="1"/>
        </w:rPr>
        <w:t xml:space="preserve"> </w:t>
      </w:r>
      <w:r w:rsidR="000D5EE1">
        <w:rPr>
          <w:rFonts w:ascii="garamond" w:hAnsi="garamond" w:cs="Arial"/>
          <w:color w:val="1F1F1F"/>
          <w:sz w:val="26"/>
          <w:szCs w:val="26"/>
          <w:bdr w:val="none" w:sz="0" w:space="0" w:color="auto" w:frame="1"/>
        </w:rPr>
        <w:t xml:space="preserve">and </w:t>
      </w:r>
      <w:r w:rsidRPr="000D0C04">
        <w:rPr>
          <w:rFonts w:ascii="garamond" w:hAnsi="garamond" w:cs="Arial"/>
          <w:color w:val="1F1F1F"/>
          <w:sz w:val="26"/>
          <w:szCs w:val="26"/>
          <w:bdr w:val="none" w:sz="0" w:space="0" w:color="auto" w:frame="1"/>
        </w:rPr>
        <w:t>stripp</w:t>
      </w:r>
      <w:r w:rsidR="000D5EE1">
        <w:rPr>
          <w:rFonts w:ascii="garamond" w:hAnsi="garamond" w:cs="Arial"/>
          <w:color w:val="1F1F1F"/>
          <w:sz w:val="26"/>
          <w:szCs w:val="26"/>
          <w:bdr w:val="none" w:sz="0" w:space="0" w:color="auto" w:frame="1"/>
        </w:rPr>
        <w:t>ed</w:t>
      </w:r>
      <w:r w:rsidRPr="000D0C04">
        <w:rPr>
          <w:rFonts w:ascii="garamond" w:hAnsi="garamond" w:cs="Arial"/>
          <w:color w:val="1F1F1F"/>
          <w:sz w:val="26"/>
          <w:szCs w:val="26"/>
          <w:bdr w:val="none" w:sz="0" w:space="0" w:color="auto" w:frame="1"/>
        </w:rPr>
        <w:t xml:space="preserve"> away </w:t>
      </w:r>
      <w:r w:rsidR="000D5EE1">
        <w:rPr>
          <w:rFonts w:ascii="garamond" w:hAnsi="garamond" w:cs="Arial"/>
          <w:color w:val="1F1F1F"/>
          <w:sz w:val="26"/>
          <w:szCs w:val="26"/>
          <w:bdr w:val="none" w:sz="0" w:space="0" w:color="auto" w:frame="1"/>
        </w:rPr>
        <w:t>any</w:t>
      </w:r>
      <w:r w:rsidRPr="000D0C04">
        <w:rPr>
          <w:rFonts w:ascii="garamond" w:hAnsi="garamond" w:cs="Arial"/>
          <w:color w:val="1F1F1F"/>
          <w:sz w:val="26"/>
          <w:szCs w:val="26"/>
          <w:bdr w:val="none" w:sz="0" w:space="0" w:color="auto" w:frame="1"/>
        </w:rPr>
        <w:t xml:space="preserve"> administrative ink that would have </w:t>
      </w:r>
      <w:r w:rsidRPr="00660BC6">
        <w:rPr>
          <w:rFonts w:ascii="garamond" w:hAnsi="garamond" w:cs="Arial"/>
          <w:color w:val="1F1F1F"/>
          <w:sz w:val="26"/>
          <w:szCs w:val="26"/>
          <w:bdr w:val="none" w:sz="0" w:space="0" w:color="auto" w:frame="1"/>
        </w:rPr>
        <w:t xml:space="preserve">destroyed </w:t>
      </w:r>
      <w:r w:rsidRPr="000D0C04">
        <w:rPr>
          <w:rFonts w:ascii="garamond" w:hAnsi="garamond" w:cs="Arial"/>
          <w:color w:val="1F1F1F"/>
          <w:sz w:val="26"/>
          <w:szCs w:val="26"/>
          <w:bdr w:val="none" w:sz="0" w:space="0" w:color="auto" w:frame="1"/>
        </w:rPr>
        <w:t xml:space="preserve">my transcripts. </w:t>
      </w:r>
      <w:r w:rsidR="000C6AA6">
        <w:rPr>
          <w:rFonts w:ascii="garamond" w:hAnsi="garamond" w:cs="Arial"/>
          <w:color w:val="1F1F1F"/>
          <w:sz w:val="26"/>
          <w:szCs w:val="26"/>
          <w:bdr w:val="none" w:sz="0" w:space="0" w:color="auto" w:frame="1"/>
        </w:rPr>
        <w:t>I had managed my premier problem, b</w:t>
      </w:r>
      <w:r w:rsidRPr="000D0C04">
        <w:rPr>
          <w:rFonts w:ascii="garamond" w:hAnsi="garamond" w:cs="Arial"/>
          <w:color w:val="1F1F1F"/>
          <w:sz w:val="26"/>
          <w:szCs w:val="26"/>
          <w:bdr w:val="none" w:sz="0" w:space="0" w:color="auto" w:frame="1"/>
        </w:rPr>
        <w:t xml:space="preserve">ut the adrenaline didn’t leave my system; it rerouted. The structural danger was gone, but the </w:t>
      </w:r>
      <w:r w:rsidR="000C6AA6">
        <w:rPr>
          <w:rFonts w:ascii="garamond" w:hAnsi="garamond" w:cs="Arial"/>
          <w:color w:val="1F1F1F"/>
          <w:sz w:val="26"/>
          <w:szCs w:val="26"/>
          <w:bdr w:val="none" w:sz="0" w:space="0" w:color="auto" w:frame="1"/>
        </w:rPr>
        <w:t xml:space="preserve">social and </w:t>
      </w:r>
      <w:r w:rsidRPr="000D0C04">
        <w:rPr>
          <w:rFonts w:ascii="garamond" w:hAnsi="garamond" w:cs="Arial"/>
          <w:color w:val="1F1F1F"/>
          <w:sz w:val="26"/>
          <w:szCs w:val="26"/>
          <w:bdr w:val="none" w:sz="0" w:space="0" w:color="auto" w:frame="1"/>
        </w:rPr>
        <w:t>environmental risk</w:t>
      </w:r>
      <w:r w:rsidR="000C6AA6">
        <w:rPr>
          <w:rFonts w:ascii="garamond" w:hAnsi="garamond" w:cs="Arial"/>
          <w:color w:val="1F1F1F"/>
          <w:sz w:val="26"/>
          <w:szCs w:val="26"/>
          <w:bdr w:val="none" w:sz="0" w:space="0" w:color="auto" w:frame="1"/>
        </w:rPr>
        <w:t>s</w:t>
      </w:r>
      <w:r w:rsidRPr="000D0C04">
        <w:rPr>
          <w:rFonts w:ascii="garamond" w:hAnsi="garamond" w:cs="Arial"/>
          <w:color w:val="1F1F1F"/>
          <w:sz w:val="26"/>
          <w:szCs w:val="26"/>
          <w:bdr w:val="none" w:sz="0" w:space="0" w:color="auto" w:frame="1"/>
        </w:rPr>
        <w:t xml:space="preserve"> remained. </w:t>
      </w:r>
      <w:r w:rsidR="000C6AA6">
        <w:rPr>
          <w:rFonts w:ascii="garamond" w:hAnsi="garamond" w:cs="Arial"/>
          <w:color w:val="1F1F1F"/>
          <w:sz w:val="26"/>
          <w:szCs w:val="26"/>
          <w:bdr w:val="none" w:sz="0" w:space="0" w:color="auto" w:frame="1"/>
        </w:rPr>
        <w:t>The</w:t>
      </w:r>
      <w:r w:rsidRPr="000D0C04">
        <w:rPr>
          <w:rFonts w:ascii="garamond" w:hAnsi="garamond" w:cs="Arial"/>
          <w:color w:val="1F1F1F"/>
          <w:sz w:val="26"/>
          <w:szCs w:val="26"/>
          <w:bdr w:val="none" w:sz="0" w:space="0" w:color="auto" w:frame="1"/>
        </w:rPr>
        <w:t xml:space="preserve"> two classmates were still </w:t>
      </w:r>
      <w:r w:rsidRPr="00660BC6">
        <w:rPr>
          <w:rFonts w:ascii="garamond" w:hAnsi="garamond" w:cs="Arial"/>
          <w:color w:val="1F1F1F"/>
          <w:sz w:val="26"/>
          <w:szCs w:val="26"/>
          <w:bdr w:val="none" w:sz="0" w:space="0" w:color="auto" w:frame="1"/>
        </w:rPr>
        <w:t>around</w:t>
      </w:r>
      <w:r w:rsidRPr="000D0C04">
        <w:rPr>
          <w:rFonts w:ascii="garamond" w:hAnsi="garamond" w:cs="Arial"/>
          <w:color w:val="1F1F1F"/>
          <w:sz w:val="26"/>
          <w:szCs w:val="26"/>
          <w:bdr w:val="none" w:sz="0" w:space="0" w:color="auto" w:frame="1"/>
        </w:rPr>
        <w:t>, looking at me through the distorted lens of their own frustrations.</w:t>
      </w:r>
      <w:r w:rsidRPr="000D0C04">
        <w:rPr>
          <w:rFonts w:ascii="garamond" w:hAnsi="garamond" w:cs="Arial"/>
          <w:color w:val="1F1F1F"/>
          <w:sz w:val="26"/>
          <w:szCs w:val="26"/>
        </w:rPr>
        <w:t xml:space="preserve"> </w:t>
      </w:r>
    </w:p>
    <w:p w14:paraId="01886F17" w14:textId="77777777" w:rsidR="00DB33D9" w:rsidRPr="000D0C04" w:rsidRDefault="00DB33D9" w:rsidP="00DB33D9">
      <w:pPr>
        <w:spacing w:after="0"/>
        <w:rPr>
          <w:rFonts w:ascii="garamond" w:hAnsi="garamond" w:cs="Arial"/>
          <w:color w:val="1F1F1F"/>
          <w:sz w:val="26"/>
          <w:szCs w:val="26"/>
        </w:rPr>
      </w:pPr>
    </w:p>
    <w:p w14:paraId="155DCC43" w14:textId="6B81A73F" w:rsidR="00DB33D9" w:rsidRPr="000D0C04" w:rsidRDefault="00DB33D9" w:rsidP="00DB33D9">
      <w:pPr>
        <w:spacing w:after="0"/>
        <w:rPr>
          <w:rFonts w:ascii="garamond" w:hAnsi="garamond" w:cs="Arial"/>
          <w:color w:val="1F1F1F"/>
          <w:sz w:val="26"/>
          <w:szCs w:val="26"/>
        </w:rPr>
      </w:pPr>
      <w:r w:rsidRPr="000D0C04">
        <w:rPr>
          <w:rFonts w:ascii="garamond" w:hAnsi="garamond" w:cs="Arial"/>
          <w:color w:val="1F1F1F"/>
          <w:sz w:val="26"/>
          <w:szCs w:val="26"/>
        </w:rPr>
        <w:lastRenderedPageBreak/>
        <w:t xml:space="preserve">I didn't seek retribution, and I didn't ask for </w:t>
      </w:r>
      <w:r w:rsidR="000C6AA6">
        <w:rPr>
          <w:rFonts w:ascii="garamond" w:hAnsi="garamond" w:cs="Arial"/>
          <w:color w:val="1F1F1F"/>
          <w:sz w:val="26"/>
          <w:szCs w:val="26"/>
        </w:rPr>
        <w:t>any discipline to be administered</w:t>
      </w:r>
      <w:r w:rsidRPr="000D0C04">
        <w:rPr>
          <w:rFonts w:ascii="garamond" w:hAnsi="garamond" w:cs="Arial"/>
          <w:color w:val="1F1F1F"/>
          <w:sz w:val="26"/>
          <w:szCs w:val="26"/>
        </w:rPr>
        <w:t xml:space="preserve">. I waited until the </w:t>
      </w:r>
      <w:r w:rsidRPr="00660BC6">
        <w:rPr>
          <w:rFonts w:ascii="garamond" w:hAnsi="garamond" w:cs="Arial"/>
          <w:color w:val="1F1F1F"/>
          <w:sz w:val="26"/>
          <w:szCs w:val="26"/>
        </w:rPr>
        <w:t>next class</w:t>
      </w:r>
      <w:r w:rsidRPr="000D0C04">
        <w:rPr>
          <w:rFonts w:ascii="garamond" w:hAnsi="garamond" w:cs="Arial"/>
          <w:color w:val="1F1F1F"/>
          <w:sz w:val="26"/>
          <w:szCs w:val="26"/>
        </w:rPr>
        <w:t>, after the smoke had cleared and things had calmed down</w:t>
      </w:r>
      <w:r w:rsidRPr="00660BC6">
        <w:rPr>
          <w:rFonts w:ascii="garamond" w:hAnsi="garamond" w:cs="Arial"/>
          <w:color w:val="1F1F1F"/>
          <w:sz w:val="26"/>
          <w:szCs w:val="26"/>
        </w:rPr>
        <w:t xml:space="preserve">. </w:t>
      </w:r>
      <w:r w:rsidR="000C6AA6">
        <w:rPr>
          <w:rFonts w:ascii="garamond" w:hAnsi="garamond" w:cs="Arial"/>
          <w:color w:val="1F1F1F"/>
          <w:sz w:val="26"/>
          <w:szCs w:val="26"/>
        </w:rPr>
        <w:t xml:space="preserve">I </w:t>
      </w:r>
      <w:r w:rsidR="00A32B7E">
        <w:rPr>
          <w:rFonts w:ascii="garamond" w:hAnsi="garamond" w:cs="Arial"/>
          <w:color w:val="1F1F1F"/>
          <w:sz w:val="26"/>
          <w:szCs w:val="26"/>
        </w:rPr>
        <w:t xml:space="preserve">approached them and </w:t>
      </w:r>
      <w:r w:rsidR="000C6AA6">
        <w:rPr>
          <w:rFonts w:ascii="garamond" w:hAnsi="garamond" w:cs="Arial"/>
          <w:color w:val="1F1F1F"/>
          <w:sz w:val="26"/>
          <w:szCs w:val="26"/>
        </w:rPr>
        <w:t>asked them if we could forget about the incident and move on</w:t>
      </w:r>
      <w:r w:rsidRPr="000D0C04">
        <w:rPr>
          <w:rFonts w:ascii="garamond" w:hAnsi="garamond" w:cs="Arial"/>
          <w:color w:val="1F1F1F"/>
          <w:sz w:val="26"/>
          <w:szCs w:val="26"/>
        </w:rPr>
        <w:t>.</w:t>
      </w:r>
    </w:p>
    <w:p w14:paraId="0CA419C4" w14:textId="75B49BAA" w:rsidR="00DB33D9" w:rsidRPr="000D0C04" w:rsidRDefault="00DB33D9" w:rsidP="00DB33D9">
      <w:pPr>
        <w:spacing w:after="0"/>
        <w:rPr>
          <w:rFonts w:ascii="garamond" w:hAnsi="garamond" w:cs="Arial"/>
          <w:color w:val="1F1F1F"/>
          <w:sz w:val="26"/>
          <w:szCs w:val="26"/>
        </w:rPr>
      </w:pPr>
      <w:r w:rsidRPr="000D0C04">
        <w:rPr>
          <w:rFonts w:ascii="garamond" w:hAnsi="garamond" w:cs="Arial"/>
          <w:color w:val="1F1F1F"/>
          <w:sz w:val="26"/>
          <w:szCs w:val="26"/>
          <w:bdr w:val="none" w:sz="0" w:space="0" w:color="auto" w:frame="1"/>
        </w:rPr>
        <w:t xml:space="preserve">They were sitting </w:t>
      </w:r>
      <w:r w:rsidRPr="00660BC6">
        <w:rPr>
          <w:rFonts w:ascii="garamond" w:hAnsi="garamond" w:cs="Arial"/>
          <w:color w:val="1F1F1F"/>
          <w:sz w:val="26"/>
          <w:szCs w:val="26"/>
          <w:bdr w:val="none" w:sz="0" w:space="0" w:color="auto" w:frame="1"/>
        </w:rPr>
        <w:t>on</w:t>
      </w:r>
      <w:r w:rsidRPr="000D0C04">
        <w:rPr>
          <w:rFonts w:ascii="garamond" w:hAnsi="garamond" w:cs="Arial"/>
          <w:color w:val="1F1F1F"/>
          <w:sz w:val="26"/>
          <w:szCs w:val="26"/>
          <w:bdr w:val="none" w:sz="0" w:space="0" w:color="auto" w:frame="1"/>
        </w:rPr>
        <w:t xml:space="preserve"> a bench, visibly drowning in their lab results</w:t>
      </w:r>
      <w:r w:rsidR="000C6AA6">
        <w:rPr>
          <w:rFonts w:ascii="garamond" w:hAnsi="garamond" w:cs="Arial"/>
          <w:color w:val="1F1F1F"/>
          <w:sz w:val="26"/>
          <w:szCs w:val="26"/>
          <w:bdr w:val="none" w:sz="0" w:space="0" w:color="auto" w:frame="1"/>
        </w:rPr>
        <w:t>,</w:t>
      </w:r>
      <w:r w:rsidRPr="00660BC6">
        <w:rPr>
          <w:rFonts w:ascii="garamond" w:hAnsi="garamond" w:cs="Arial"/>
          <w:color w:val="1F1F1F"/>
          <w:sz w:val="26"/>
          <w:szCs w:val="26"/>
          <w:bdr w:val="none" w:sz="0" w:space="0" w:color="auto" w:frame="1"/>
        </w:rPr>
        <w:t xml:space="preserve"> </w:t>
      </w:r>
      <w:r w:rsidR="000C6AA6">
        <w:rPr>
          <w:rFonts w:ascii="garamond" w:hAnsi="garamond" w:cs="Arial"/>
          <w:color w:val="1F1F1F"/>
          <w:sz w:val="26"/>
          <w:szCs w:val="26"/>
          <w:bdr w:val="none" w:sz="0" w:space="0" w:color="auto" w:frame="1"/>
        </w:rPr>
        <w:t>rushing to complete</w:t>
      </w:r>
      <w:r w:rsidRPr="00660BC6">
        <w:rPr>
          <w:rFonts w:ascii="garamond" w:hAnsi="garamond" w:cs="Arial"/>
          <w:color w:val="1F1F1F"/>
          <w:sz w:val="26"/>
          <w:szCs w:val="26"/>
          <w:bdr w:val="none" w:sz="0" w:space="0" w:color="auto" w:frame="1"/>
        </w:rPr>
        <w:t xml:space="preserve"> their assignment</w:t>
      </w:r>
      <w:r w:rsidR="003D346A">
        <w:rPr>
          <w:rFonts w:ascii="garamond" w:hAnsi="garamond" w:cs="Arial"/>
          <w:color w:val="1F1F1F"/>
          <w:sz w:val="26"/>
          <w:szCs w:val="26"/>
          <w:bdr w:val="none" w:sz="0" w:space="0" w:color="auto" w:frame="1"/>
        </w:rPr>
        <w:t>,</w:t>
      </w:r>
      <w:r w:rsidRPr="000D0C04">
        <w:rPr>
          <w:rFonts w:ascii="garamond" w:hAnsi="garamond" w:cs="Arial"/>
          <w:color w:val="1F1F1F"/>
          <w:sz w:val="26"/>
          <w:szCs w:val="26"/>
          <w:bdr w:val="none" w:sz="0" w:space="0" w:color="auto" w:frame="1"/>
        </w:rPr>
        <w:t xml:space="preserve"> staring at numbers they didn't know how to process. The Beirut sensor didn't scan for an exit; it scanned for leverage. I leaned over the table.</w:t>
      </w:r>
      <w:r w:rsidRPr="000D0C04">
        <w:rPr>
          <w:rFonts w:ascii="garamond" w:hAnsi="garamond" w:cs="Arial"/>
          <w:color w:val="1F1F1F"/>
          <w:sz w:val="26"/>
          <w:szCs w:val="26"/>
        </w:rPr>
        <w:t xml:space="preserve"> </w:t>
      </w:r>
    </w:p>
    <w:p w14:paraId="7225F2DB" w14:textId="719E6B46" w:rsidR="00DB33D9" w:rsidRPr="000D0C04" w:rsidRDefault="00DB33D9" w:rsidP="00DB33D9">
      <w:pPr>
        <w:spacing w:after="0"/>
        <w:rPr>
          <w:rFonts w:ascii="garamond" w:hAnsi="garamond" w:cs="Arial"/>
          <w:color w:val="1F1F1F"/>
          <w:sz w:val="26"/>
          <w:szCs w:val="26"/>
        </w:rPr>
      </w:pPr>
      <w:r w:rsidRPr="000D0C04">
        <w:rPr>
          <w:rFonts w:ascii="garamond" w:hAnsi="garamond" w:cs="Arial"/>
          <w:color w:val="1F1F1F"/>
          <w:sz w:val="26"/>
          <w:szCs w:val="26"/>
        </w:rPr>
        <w:t>"Hey," I said softly</w:t>
      </w:r>
      <w:r w:rsidR="000C6AA6">
        <w:rPr>
          <w:rFonts w:ascii="garamond" w:hAnsi="garamond" w:cs="Arial"/>
          <w:color w:val="1F1F1F"/>
          <w:sz w:val="26"/>
          <w:szCs w:val="26"/>
        </w:rPr>
        <w:t xml:space="preserve"> as I pointed to a number on their sheet</w:t>
      </w:r>
      <w:r w:rsidRPr="000D0C04">
        <w:rPr>
          <w:rFonts w:ascii="garamond" w:hAnsi="garamond" w:cs="Arial"/>
          <w:color w:val="1F1F1F"/>
          <w:sz w:val="26"/>
          <w:szCs w:val="26"/>
        </w:rPr>
        <w:t>. "You need to take the square root of th</w:t>
      </w:r>
      <w:r w:rsidR="000C6AA6">
        <w:rPr>
          <w:rFonts w:ascii="garamond" w:hAnsi="garamond" w:cs="Arial"/>
          <w:color w:val="1F1F1F"/>
          <w:sz w:val="26"/>
          <w:szCs w:val="26"/>
        </w:rPr>
        <w:t>is</w:t>
      </w:r>
      <w:r w:rsidRPr="000D0C04">
        <w:rPr>
          <w:rFonts w:ascii="garamond" w:hAnsi="garamond" w:cs="Arial"/>
          <w:color w:val="1F1F1F"/>
          <w:sz w:val="26"/>
          <w:szCs w:val="26"/>
        </w:rPr>
        <w:t xml:space="preserve"> number. Let me show you."</w:t>
      </w:r>
    </w:p>
    <w:p w14:paraId="34E2A702" w14:textId="22953B26" w:rsidR="00DB33D9" w:rsidRPr="000D0C04" w:rsidRDefault="00DB33D9" w:rsidP="00DB33D9">
      <w:pPr>
        <w:spacing w:after="0"/>
        <w:rPr>
          <w:rFonts w:ascii="garamond" w:hAnsi="garamond" w:cs="Arial"/>
          <w:color w:val="1F1F1F"/>
          <w:sz w:val="26"/>
          <w:szCs w:val="26"/>
        </w:rPr>
      </w:pPr>
      <w:r w:rsidRPr="000D0C04">
        <w:rPr>
          <w:rFonts w:ascii="garamond" w:hAnsi="garamond" w:cs="Arial"/>
          <w:color w:val="1F1F1F"/>
          <w:sz w:val="26"/>
          <w:szCs w:val="26"/>
          <w:bdr w:val="none" w:sz="0" w:space="0" w:color="auto" w:frame="1"/>
        </w:rPr>
        <w:t xml:space="preserve">I sat down and did the math for them. It was a calculated, unsentimental choice to bend the rules of a conflict until the room became livable. In that single afternoon, I transformed myself from their target into their savior and their best friend. I underwrote their academic dependency, trading my intellect for my own physical and professional </w:t>
      </w:r>
      <w:r w:rsidR="00E065B9">
        <w:rPr>
          <w:rFonts w:ascii="garamond" w:hAnsi="garamond" w:cs="Arial"/>
          <w:color w:val="1F1F1F"/>
          <w:sz w:val="26"/>
          <w:szCs w:val="26"/>
          <w:bdr w:val="none" w:sz="0" w:space="0" w:color="auto" w:frame="1"/>
        </w:rPr>
        <w:t>comfort</w:t>
      </w:r>
      <w:r w:rsidRPr="000D0C04">
        <w:rPr>
          <w:rFonts w:ascii="garamond" w:hAnsi="garamond" w:cs="Arial"/>
          <w:color w:val="1F1F1F"/>
          <w:sz w:val="26"/>
          <w:szCs w:val="26"/>
          <w:bdr w:val="none" w:sz="0" w:space="0" w:color="auto" w:frame="1"/>
        </w:rPr>
        <w:t>.</w:t>
      </w:r>
      <w:r w:rsidRPr="000D0C04">
        <w:rPr>
          <w:rFonts w:ascii="garamond" w:hAnsi="garamond" w:cs="Arial"/>
          <w:color w:val="1F1F1F"/>
          <w:sz w:val="26"/>
          <w:szCs w:val="26"/>
        </w:rPr>
        <w:t xml:space="preserve"> </w:t>
      </w:r>
    </w:p>
    <w:p w14:paraId="762DBD55" w14:textId="340070EC" w:rsidR="00DB33D9" w:rsidRPr="000D0C04" w:rsidRDefault="00DB33D9" w:rsidP="00DB33D9">
      <w:pPr>
        <w:spacing w:after="0"/>
        <w:rPr>
          <w:rFonts w:ascii="garamond" w:hAnsi="garamond" w:cs="Arial"/>
          <w:color w:val="1F1F1F"/>
          <w:sz w:val="26"/>
          <w:szCs w:val="26"/>
        </w:rPr>
      </w:pPr>
      <w:r w:rsidRPr="000D0C04">
        <w:rPr>
          <w:rFonts w:ascii="garamond" w:hAnsi="garamond" w:cs="Arial"/>
          <w:color w:val="1F1F1F"/>
          <w:sz w:val="26"/>
          <w:szCs w:val="26"/>
          <w:bdr w:val="none" w:sz="0" w:space="0" w:color="auto" w:frame="1"/>
        </w:rPr>
        <w:t xml:space="preserve">The two men who had tried to erase my career within my first year in America became my closest network. </w:t>
      </w:r>
      <w:r w:rsidR="00E065B9">
        <w:rPr>
          <w:rFonts w:ascii="garamond" w:hAnsi="garamond" w:cs="Arial"/>
          <w:color w:val="1F1F1F"/>
          <w:sz w:val="26"/>
          <w:szCs w:val="26"/>
          <w:bdr w:val="none" w:sz="0" w:space="0" w:color="auto" w:frame="1"/>
        </w:rPr>
        <w:t>Each room is different, and in a chemistry lab,</w:t>
      </w:r>
      <w:r w:rsidRPr="000D0C04">
        <w:rPr>
          <w:rFonts w:ascii="garamond" w:hAnsi="garamond" w:cs="Arial"/>
          <w:color w:val="1F1F1F"/>
          <w:sz w:val="26"/>
          <w:szCs w:val="26"/>
          <w:bdr w:val="none" w:sz="0" w:space="0" w:color="auto" w:frame="1"/>
        </w:rPr>
        <w:t xml:space="preserve"> you don't defeat an adversary by crushing them; you defeat them by pricing their weakness and folding them into your asset structure. It was a pattern I would perfect over thirty years on Wall Street, entirely unaware that the architecture of avoidance was installing itself in my marrow, one compromised room at a time.</w:t>
      </w:r>
      <w:r w:rsidRPr="000D0C04">
        <w:rPr>
          <w:rFonts w:ascii="garamond" w:hAnsi="garamond" w:cs="Arial"/>
          <w:color w:val="1F1F1F"/>
          <w:sz w:val="26"/>
          <w:szCs w:val="26"/>
        </w:rPr>
        <w:t xml:space="preserve"> </w:t>
      </w:r>
    </w:p>
    <w:p w14:paraId="759A42E3" w14:textId="3416A1A1" w:rsidR="005B5ADD" w:rsidRPr="008B2274" w:rsidRDefault="000D5EE1" w:rsidP="005B5ADD">
      <w:pPr>
        <w:spacing w:before="0" w:afterLines="120" w:after="288"/>
        <w:rPr>
          <w:rFonts w:ascii="garamond" w:hAnsi="garamond"/>
          <w:color w:val="000000"/>
          <w:sz w:val="26"/>
          <w:szCs w:val="26"/>
        </w:rPr>
      </w:pPr>
      <w:r>
        <w:rPr>
          <w:rFonts w:ascii="garamond" w:hAnsi="garamond" w:cs="Arial"/>
          <w:b/>
          <w:bCs/>
          <w:color w:val="1F1F1F"/>
          <w:sz w:val="26"/>
          <w:szCs w:val="26"/>
        </w:rPr>
        <w:br/>
      </w:r>
      <w:r w:rsidR="005B5ADD" w:rsidRPr="008B2274">
        <w:rPr>
          <w:rFonts w:ascii="garamond" w:hAnsi="garamond"/>
          <w:color w:val="000000"/>
          <w:sz w:val="26"/>
          <w:szCs w:val="26"/>
        </w:rPr>
        <w:t>I was never the long-dating type. Between seventeen and twenty-five, three women moved in and out of my life the way most things in my life moved — on and off, never quite settled, never quite over. In Athens, I dated Jenna, a blonde English woman in my class. We stayed together for two years, one in Athens and the other long-distance after I moved to Austin in 1979. Sometime after we separated, I began seeing Lana, a Venezuelan brunette in Austin, for about two years. In the last years of my stay in Austin, I dated a Lebanese brunette, Dina. All three relationships were warm and calm, but none of them were serious.</w:t>
      </w:r>
    </w:p>
    <w:p w14:paraId="3A04E33E"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None of it was linear. All of it taught me what I would need to know later. By twenty-five I had been in three relationships and finished none of them in the clean way. I was a nomad in the places I lived and the firms I worked for, and I had been a nomad in love too. New York would be the place where that finally changed. But it was not yet.</w:t>
      </w:r>
    </w:p>
    <w:p w14:paraId="688EA733"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lastRenderedPageBreak/>
        <w:t>By my junior year, money became a problem, and I didn't want to burden my parents with any need I could resolve on my own. Working off campus on a student visa was illegal, and I was too young to teach on campus as an undergraduate.</w:t>
      </w:r>
    </w:p>
    <w:p w14:paraId="43B13C06"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Facing such bookend barriers, I had to get creative. I knew many Arab Gulf students in Austin. If they passed standardized U.S. college entrance exams like the SAT, their governments covered their tuition and living costs. If they didn't, they were sent back home. Some students were sharp, but many didn't earn the grades needed for college entry. They dreaded the calls from their embassies — the flight home after experiencing American nightlife, with its dating, bars, and clubs, was strict and sober.</w:t>
      </w:r>
    </w:p>
    <w:p w14:paraId="01588C9F"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began taking entrance exams on behalf of wealthy Gulf students who did not want to earn their place. They paid me well. I bought time in America, the only way available to me then — by bending rules until I could work on campus. It was the Beirut sensor operating on steroids — survival intelligence pushed past its ethical boundary. Not unlike an athlete seeking an illicit edge. I am not proud of it. I do not apologize for it. It was expensive to stay. I found a way.</w:t>
      </w:r>
    </w:p>
    <w:p w14:paraId="3D176C74"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The strategy held long enough for me to become eligible for on-campus employment.</w:t>
      </w:r>
    </w:p>
    <w:p w14:paraId="46A87CED" w14:textId="42D7D712"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received my Bachelor of Science in Chemical Engineering in December 1982, then enrolled in the Department’s master's program.</w:t>
      </w:r>
    </w:p>
    <w:p w14:paraId="48CD6CC9" w14:textId="6F6D3C85"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 xml:space="preserve">Professor John J. McKetta, an iconic figure in the field, was my graduate research advisor and mentor. I was in awe of him.  I met him early </w:t>
      </w:r>
      <w:r w:rsidR="002A605C">
        <w:rPr>
          <w:rFonts w:ascii="garamond" w:hAnsi="garamond"/>
          <w:color w:val="000000"/>
          <w:sz w:val="26"/>
          <w:szCs w:val="26"/>
        </w:rPr>
        <w:t>in</w:t>
      </w:r>
      <w:r w:rsidRPr="008B2274">
        <w:rPr>
          <w:rFonts w:ascii="garamond" w:hAnsi="garamond"/>
          <w:color w:val="000000"/>
          <w:sz w:val="26"/>
          <w:szCs w:val="26"/>
        </w:rPr>
        <w:t xml:space="preserve"> my undergraduate studies, and we immediately connected. He arranged a scholarship grant that waived tuition fees and </w:t>
      </w:r>
      <w:r w:rsidR="002A605C">
        <w:rPr>
          <w:rFonts w:ascii="garamond" w:hAnsi="garamond"/>
          <w:color w:val="000000"/>
          <w:sz w:val="26"/>
          <w:szCs w:val="26"/>
        </w:rPr>
        <w:t xml:space="preserve">offered me </w:t>
      </w:r>
      <w:r w:rsidRPr="008B2274">
        <w:rPr>
          <w:rFonts w:ascii="garamond" w:hAnsi="garamond"/>
          <w:color w:val="000000"/>
          <w:sz w:val="26"/>
          <w:szCs w:val="26"/>
        </w:rPr>
        <w:t xml:space="preserve">a teaching assistantship </w:t>
      </w:r>
      <w:r w:rsidR="002A605C">
        <w:rPr>
          <w:rFonts w:ascii="garamond" w:hAnsi="garamond"/>
          <w:color w:val="000000"/>
          <w:sz w:val="26"/>
          <w:szCs w:val="26"/>
        </w:rPr>
        <w:t xml:space="preserve">during </w:t>
      </w:r>
      <w:r w:rsidRPr="008B2274">
        <w:rPr>
          <w:rFonts w:ascii="garamond" w:hAnsi="garamond"/>
          <w:color w:val="000000"/>
          <w:sz w:val="26"/>
          <w:szCs w:val="26"/>
        </w:rPr>
        <w:t>Master’s degree.</w:t>
      </w:r>
    </w:p>
    <w:p w14:paraId="0BD328F3"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McKetta wanted me to pursue a doctorate at Stanford University, where I applied. I believe his letter of recommendation sealed my acceptance. I was accepted with a full scholarship. His words were, “Go West, and when you’re done with your degree and the requisite research, come back here. I will see you in 10 years.” There was an outstanding issue to consider — both my sisters were studying in Austin. For familial reasons, I couldn’t leave them and travel West. McKetta accepted my decision when he heard it was family.</w:t>
      </w:r>
    </w:p>
    <w:p w14:paraId="3ED6A228"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 xml:space="preserve">My father came to Austin once a year. He called daily. He drilled me on everything — my grades, my girlfriends, what I was doing. He was my social, educational, and emotional advisor. He met McKetta on his visits, and the two became buddies. </w:t>
      </w:r>
      <w:r w:rsidRPr="008B2274">
        <w:rPr>
          <w:rFonts w:ascii="garamond" w:hAnsi="garamond"/>
          <w:color w:val="000000"/>
          <w:sz w:val="26"/>
          <w:szCs w:val="26"/>
        </w:rPr>
        <w:lastRenderedPageBreak/>
        <w:t>McKetta told my father I was the top student he had ever had. He was surely exaggerating.</w:t>
      </w:r>
    </w:p>
    <w:p w14:paraId="4B17B4FE"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cried when my father left.</w:t>
      </w:r>
    </w:p>
    <w:p w14:paraId="678753A8" w14:textId="57FFA81E"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 xml:space="preserve">As I neared the completion of my graduate degree, I expected companies to line up to hire me. Instead, I accumulated a thick stack of rejection letters, each diplomatically crafted and unabashedly </w:t>
      </w:r>
      <w:proofErr w:type="spellStart"/>
      <w:r w:rsidRPr="008B2274">
        <w:rPr>
          <w:rFonts w:ascii="garamond" w:hAnsi="garamond"/>
          <w:color w:val="000000"/>
          <w:sz w:val="26"/>
          <w:szCs w:val="26"/>
        </w:rPr>
        <w:t>devastating.All</w:t>
      </w:r>
      <w:proofErr w:type="spellEnd"/>
      <w:r w:rsidRPr="008B2274">
        <w:rPr>
          <w:rFonts w:ascii="garamond" w:hAnsi="garamond"/>
          <w:color w:val="000000"/>
          <w:sz w:val="26"/>
          <w:szCs w:val="26"/>
        </w:rPr>
        <w:t xml:space="preserve"> the letters read along similar lines:</w:t>
      </w:r>
    </w:p>
    <w:p w14:paraId="4DA136A3"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“Dear Mr. Marshi,</w:t>
      </w:r>
    </w:p>
    <w:p w14:paraId="3CB9E68E"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It was a pleasure and an honor to meet you. All the individuals you met with spoke highly of your character and your qualifications. We believe you would have been an ideal fit at our corporation.</w:t>
      </w:r>
    </w:p>
    <w:p w14:paraId="42CE992C"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Unfortunately, because you do not have the required legal work authorization, we cannot extend you a job offer.</w:t>
      </w:r>
    </w:p>
    <w:p w14:paraId="0AD700AF"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We wish you the best in your future endeavors.</w:t>
      </w:r>
    </w:p>
    <w:p w14:paraId="7541E8ED"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Regards,</w:t>
      </w:r>
    </w:p>
    <w:p w14:paraId="7C91C481"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Human Resources”</w:t>
      </w:r>
    </w:p>
    <w:p w14:paraId="7F2C852A"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wished they had ended it with, “Go screw yourself, you illegal alien, and happy holidays if you celebrate any.” It would have lost its Hallmark touch, but it would have been brutally honest.</w:t>
      </w:r>
    </w:p>
    <w:p w14:paraId="69FDA9A5" w14:textId="281E2255"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I stayed in Austin and enrolled in the MBA program to expand my academic horizons. McKetta kept me as a teaching assistant, even though I was in a different department. It was the most generous act I had received since I arrived in Austin. I completed my MBA in August 1986.</w:t>
      </w:r>
    </w:p>
    <w:p w14:paraId="24ED3027"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By graduation, I had secured the offer from Salomon Brothers after surviving New York's interview gauntlet.</w:t>
      </w:r>
    </w:p>
    <w:p w14:paraId="3A5D077C" w14:textId="77777777" w:rsidR="005B5ADD" w:rsidRPr="008B2274" w:rsidRDefault="005B5ADD" w:rsidP="005B5ADD">
      <w:pPr>
        <w:spacing w:before="0" w:afterLines="120" w:after="288"/>
        <w:rPr>
          <w:rFonts w:ascii="garamond" w:hAnsi="garamond"/>
          <w:color w:val="000000"/>
          <w:sz w:val="26"/>
          <w:szCs w:val="26"/>
        </w:rPr>
      </w:pPr>
      <w:r w:rsidRPr="008B2274">
        <w:rPr>
          <w:rFonts w:ascii="garamond" w:hAnsi="garamond"/>
          <w:color w:val="000000"/>
          <w:sz w:val="26"/>
          <w:szCs w:val="26"/>
        </w:rPr>
        <w:t>Seven years. Three degrees. One offer.</w:t>
      </w:r>
    </w:p>
    <w:p w14:paraId="1DF4E62F" w14:textId="77777777" w:rsidR="005B5ADD" w:rsidRPr="00674063" w:rsidRDefault="005B5ADD" w:rsidP="005B5ADD">
      <w:pPr>
        <w:spacing w:before="0" w:afterLines="120" w:after="288"/>
        <w:rPr>
          <w:rFonts w:ascii="garamond" w:hAnsi="garamond"/>
          <w:sz w:val="26"/>
          <w:szCs w:val="26"/>
        </w:rPr>
      </w:pPr>
    </w:p>
    <w:p w14:paraId="572F4D26" w14:textId="77777777" w:rsidR="005B5ADD" w:rsidRDefault="005B5ADD" w:rsidP="005B5ADD">
      <w:pPr>
        <w:spacing w:before="0" w:afterLines="120" w:after="288"/>
        <w:rPr>
          <w:rFonts w:ascii="garamond" w:hAnsi="garamond"/>
          <w:b/>
          <w:sz w:val="26"/>
          <w:szCs w:val="26"/>
        </w:rPr>
      </w:pPr>
      <w:r>
        <w:rPr>
          <w:rFonts w:ascii="garamond" w:hAnsi="garamond"/>
          <w:b/>
          <w:sz w:val="26"/>
          <w:szCs w:val="26"/>
        </w:rPr>
        <w:lastRenderedPageBreak/>
        <w:br w:type="page"/>
      </w:r>
    </w:p>
    <w:p w14:paraId="4CAF8DDC" w14:textId="77777777" w:rsidR="005B5ADD" w:rsidRPr="00E734AE" w:rsidRDefault="005B5ADD" w:rsidP="005B5ADD">
      <w:pPr>
        <w:rPr>
          <w:rFonts w:ascii="garamond" w:hAnsi="garamond"/>
          <w:color w:val="000000"/>
          <w:sz w:val="26"/>
          <w:szCs w:val="26"/>
        </w:rPr>
      </w:pPr>
      <w:r w:rsidRPr="00E734AE">
        <w:rPr>
          <w:rFonts w:ascii="garamond" w:hAnsi="garamond"/>
          <w:b/>
          <w:bCs/>
          <w:color w:val="000000"/>
          <w:sz w:val="26"/>
          <w:szCs w:val="26"/>
        </w:rPr>
        <w:lastRenderedPageBreak/>
        <w:t>CHAPTER 6 — THE LONG WAY HOME</w:t>
      </w:r>
      <w:r w:rsidRPr="00E734AE">
        <w:rPr>
          <w:rFonts w:ascii="garamond" w:hAnsi="garamond"/>
          <w:color w:val="000000"/>
          <w:sz w:val="26"/>
          <w:szCs w:val="26"/>
        </w:rPr>
        <w:br/>
      </w:r>
      <w:r w:rsidRPr="00E734AE">
        <w:rPr>
          <w:rFonts w:ascii="garamond" w:hAnsi="garamond"/>
          <w:b/>
          <w:bCs/>
          <w:color w:val="000000"/>
          <w:sz w:val="26"/>
          <w:szCs w:val="26"/>
        </w:rPr>
        <w:t>New York, 1986.</w:t>
      </w:r>
    </w:p>
    <w:p w14:paraId="05E20FB6"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In September 1986, when I was a few months shy of 25, I moved to New York to start work at Salomon Brothers. I rented a 350-square-foot studio in Murray Hill — one large window facing the wall of the building next door, maybe fifteen meters away, with barely enough sunlight to matter. It suited me. I was not there to look at the view.</w:t>
      </w:r>
    </w:p>
    <w:p w14:paraId="4C8163FA"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New York's energy was immediate and all-encompassing — alive at all hours, exhilarating, demanding, endlessly creative. It offered everything. Nothing came free.</w:t>
      </w:r>
    </w:p>
    <w:p w14:paraId="1AE543C4"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At work, one quickly learned that the trading floor had its own ecosystem. What I didn’t have was the map to navigate it. Without the map, you could be talented and invisible at the same time.</w:t>
      </w:r>
    </w:p>
    <w:p w14:paraId="686576CA"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Along came Maureen. Maureen was popular and had been at Salomon for two years. She was tall and slim, with short brown hair and circular wire-rimmed glasses. She played squash every other day and was physically fit.</w:t>
      </w:r>
    </w:p>
    <w:p w14:paraId="178B1341"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met Maureen on my first day at work, and within a few months, we were practically inseparable as she became my mentor. Maureen gave me the map and invested the time needed to guide me.</w:t>
      </w:r>
    </w:p>
    <w:p w14:paraId="4D6E5F5B"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Mauren was two years older than me, and a third-year Analyst. As a first-year associate, I was senior to her. Early on, she was my guiding light, given her longevity at the firm. She understood the differences between the people who truly mattered and those who only seemed to, and she guided me appropriately. She was outgoing, warm, and precise with confidence. She had friends everywhere on the floor and was invited to most after-work social get-togethers. From very early on, for reasons I didn’t fully understand, she chose to include me.</w:t>
      </w:r>
    </w:p>
    <w:p w14:paraId="1E4D0F7C"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 xml:space="preserve">She taught me things that can't be learned from a manual. Some Vice Presidents at the investment bank needed work delivered immediately — no delay, no middleman, straight to their desks before anyone else could claim the moment. Others were different: they would sit with you, explain their thinking, take you to meet clients, and let you see how a relationship truly works. The difference was significant. It shaped your bonus, your knowledge, your seniority, and your career path — whether you realized it or not. Maureen knew. She told </w:t>
      </w:r>
      <w:proofErr w:type="gramStart"/>
      <w:r w:rsidRPr="00E734AE">
        <w:rPr>
          <w:rFonts w:ascii="garamond" w:hAnsi="garamond"/>
          <w:color w:val="000000"/>
          <w:sz w:val="26"/>
          <w:szCs w:val="26"/>
        </w:rPr>
        <w:t>me</w:t>
      </w:r>
      <w:proofErr w:type="gramEnd"/>
      <w:r w:rsidRPr="00E734AE">
        <w:rPr>
          <w:rFonts w:ascii="garamond" w:hAnsi="garamond"/>
          <w:color w:val="000000"/>
          <w:sz w:val="26"/>
          <w:szCs w:val="26"/>
        </w:rPr>
        <w:t xml:space="preserve"> which was which, quietly and without ceremony, as if the information were simply what one colleague owed another.</w:t>
      </w:r>
    </w:p>
    <w:p w14:paraId="0D57D155"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lastRenderedPageBreak/>
        <w:t>Within a year, my seniority shifted the dynamic. I had found my footing, honed my instincts, and begun to understand the floor well enough to offer her something in return. That is what a true work friendship looks like — not one person constantly giving while the other receives, but a balanced exchange that evolves as both people grow.</w:t>
      </w:r>
    </w:p>
    <w:p w14:paraId="7D064FB7"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We shared a ride home most evenings at nine o’clock, after twelve to fourteen hours in the same building. She lived in a different direction and would ask the driver to take the long way—her long way, which happened to go through my neighborhood—so the evening would last a little longer. I noticed. I said nothing. She smiled when I noticed and said nothing. That is how certain things begin: slowly, with full awareness on both sides and no acknowledgment from either.</w:t>
      </w:r>
    </w:p>
    <w:p w14:paraId="762D1544"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She had been separated for 1 year and was finalizing her divorce proceedings. I was not attached to anyone. What I had for Maureen was warmth, compassion, and caring, the way friendships that become something else always are.</w:t>
      </w:r>
    </w:p>
    <w:p w14:paraId="3A95C039"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In February 1987, Maureen’s grandmother passed away in Connecticut.</w:t>
      </w:r>
    </w:p>
    <w:p w14:paraId="1DFC218D"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None of her friends could accompany her. She mentioned the funeral the way she mentioned most things: directly, without drama, and with just enough information for the other person to decide how to respond. I decided to go with her, as she appeared to be going alone.</w:t>
      </w:r>
    </w:p>
    <w:p w14:paraId="6C9FE5B4"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It was a 24-hour trip. The funeral was quiet and cold, the kind that reminds you how small the ceremonies are compared with the magnitude of the loss. I stayed close and did what I knew best in those moments: be present for comfort and conversation, if needed. After the service, we had dinner at a small restaurant near the church — the kind of place found in every small Connecticut town, warm and unpretentious, with a menu that never changes. She talked about her grandmother, her life, and what it means to lose those who remember you from the beginning.</w:t>
      </w:r>
    </w:p>
    <w:p w14:paraId="4D3C0F2B"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We stayed in a small motel for one evening. The following day, we went to her grandmother’s house to offer our condolences. The train back to New York left around eight o’clock in the evening.</w:t>
      </w:r>
    </w:p>
    <w:p w14:paraId="141ECA4D"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 xml:space="preserve">The sun had already set over the snow that still blanketed the ground from the last storm. The car felt cool. There were about five other passengers, scattered and quiet, each lost in their own world. Maureen sat beside me, still carrying the weight of the day. She had remained composed throughout — at the service, at the restaurant, on </w:t>
      </w:r>
      <w:r w:rsidRPr="00E734AE">
        <w:rPr>
          <w:rFonts w:ascii="garamond" w:hAnsi="garamond"/>
          <w:color w:val="000000"/>
          <w:sz w:val="26"/>
          <w:szCs w:val="26"/>
        </w:rPr>
        <w:lastRenderedPageBreak/>
        <w:t>the platform waiting for the train — with the steadiness of a woman who has decided to hold herself together until she no longer needs to.</w:t>
      </w:r>
    </w:p>
    <w:p w14:paraId="7C43B21A"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On the train, she let some of it go. Not all at once, just a slight surrender, a lean. She shivered once — from the car’s coldness, the day’s exhaustion, and the chill of grief that has no temperature but feels like cold. I put my arm around her. She leaned into me, seeking warmth inside my jacket the way someone does when warmth isn’t just physical.</w:t>
      </w:r>
    </w:p>
    <w:p w14:paraId="4C14903F"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We remained like that for a while. The train rolled through the darkness. The snow appeared in patches where the lights hit it. No one spoke.</w:t>
      </w:r>
    </w:p>
    <w:p w14:paraId="4BEEA404"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Then she lifted her head, her face turned toward mine.</w:t>
      </w:r>
    </w:p>
    <w:p w14:paraId="1D171335"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She kissed me.</w:t>
      </w:r>
    </w:p>
    <w:p w14:paraId="1948A55C"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kissed her back—honestly and sincerely, like you do when you want to say: I am here for you. Not as a declaration. Not as an exact beginning. As a response to everything the past 24 hours were and to everything the months prior had been building toward, without either of us actually saying it.</w:t>
      </w:r>
    </w:p>
    <w:p w14:paraId="12FC6A61"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What followed was careful and discreet. Professional at the office—completely, without exception. In the evenings, the drives home grew longer. My studio apartment was welcoming.</w:t>
      </w:r>
    </w:p>
    <w:p w14:paraId="7889C84D" w14:textId="2F8AB739"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She was a sincere friend who had become something more. I treated her accordingly—with the same sincerity I would expect in return. With Maureen, there w</w:t>
      </w:r>
      <w:r w:rsidR="00BD0503">
        <w:rPr>
          <w:rFonts w:ascii="garamond" w:hAnsi="garamond"/>
          <w:color w:val="000000"/>
          <w:sz w:val="26"/>
          <w:szCs w:val="26"/>
        </w:rPr>
        <w:t>ere</w:t>
      </w:r>
      <w:r w:rsidRPr="00E734AE">
        <w:rPr>
          <w:rFonts w:ascii="garamond" w:hAnsi="garamond"/>
          <w:color w:val="000000"/>
          <w:sz w:val="26"/>
          <w:szCs w:val="26"/>
        </w:rPr>
        <w:t xml:space="preserve"> no </w:t>
      </w:r>
      <w:r w:rsidR="00BD0503">
        <w:rPr>
          <w:rFonts w:ascii="garamond" w:hAnsi="garamond"/>
          <w:color w:val="000000"/>
          <w:sz w:val="26"/>
          <w:szCs w:val="26"/>
        </w:rPr>
        <w:t>complications</w:t>
      </w:r>
      <w:r w:rsidRPr="00E734AE">
        <w:rPr>
          <w:rFonts w:ascii="garamond" w:hAnsi="garamond"/>
          <w:color w:val="000000"/>
          <w:sz w:val="26"/>
          <w:szCs w:val="26"/>
        </w:rPr>
        <w:t>. The situation was straightforward because we kept it that way.</w:t>
      </w:r>
    </w:p>
    <w:p w14:paraId="58D63399"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In the office, we gave nothing away. Discretion is a form of respect. We maintained it absolutely, and the work continued without disruption.</w:t>
      </w:r>
    </w:p>
    <w:p w14:paraId="2C865790"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In late 1987, Maureen left Salomon Brothers to pursue her dream of working in high-end catering. I was excited for her. We parted ways openly and sincerely, as friends. She was divorced before the year ended. She kept the catering business and built something genuine and real.</w:t>
      </w:r>
    </w:p>
    <w:p w14:paraId="38DA0721"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 xml:space="preserve">Maureen attended my wedding to Carole in July 1992. She was calm, warm, and genuinely happy. We exchanged a few words. I thanked her for her role in my early </w:t>
      </w:r>
      <w:r w:rsidRPr="00E734AE">
        <w:rPr>
          <w:rFonts w:ascii="garamond" w:hAnsi="garamond"/>
          <w:color w:val="000000"/>
          <w:sz w:val="26"/>
          <w:szCs w:val="26"/>
        </w:rPr>
        <w:lastRenderedPageBreak/>
        <w:t>years. She smiled, enjoyed the reception dinner, and then left. That was Maureen: no unresolved issues, no pretense, no bitterness, and no complications.</w:t>
      </w:r>
    </w:p>
    <w:p w14:paraId="1F505255"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think of her sometimes. Not with regret — with gratitude. She was the first person in New York to see me clearly and help me in any way. She gave me the map when I had none, showed me how the building worked, and then I sat with her on a train in February as the snow reflected light outside the window, the car was cool, and the day had been long.</w:t>
      </w:r>
    </w:p>
    <w:p w14:paraId="67735C72"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What I did not fully understand at the time was the unconditional friendship that Maureen offered. The Beirut sensor — the one built between ages three and fourteen on sniper alleys and football pitches and the back of a taxi tracking vehicles in the rear window — had been running at high frequency since I arrived in New York. A new city. No map. No family. An accent that placed me before I placed myself. The sensor was active, scanning, calculating the ecosystem the way it had always calculated environments.</w:t>
      </w:r>
    </w:p>
    <w:p w14:paraId="4FAE6BE3"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What I did not know was that I needed relief from it. Maureen gave me that. Not quid-pro-quo — genuine reciprocity. She gave me the floor map. I helped her through her estrangement from her husband. I invested in her catering business. I helped her at work whenever I could, especially as she slowed down in the build-up to her exit from the firm.</w:t>
      </w:r>
    </w:p>
    <w:p w14:paraId="716DC192"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When she was around, the sensor lowered its guard — not because New York had become safe, but because she had become an early warning system of her own. Someone who saw the building clearly and chose to see me within it. For the first time since arriving in the city, Beirut was not scanning for danger. It was resting.</w:t>
      </w:r>
    </w:p>
    <w:p w14:paraId="1AA803A4"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And for a sensor that had been running since age three, rest looks like warmth, it is exactly what was needed, and Maureen gave it generously.</w:t>
      </w:r>
    </w:p>
    <w:p w14:paraId="3AA058F6" w14:textId="77777777" w:rsidR="005B5ADD" w:rsidRPr="00E734AE" w:rsidRDefault="005B5ADD" w:rsidP="005B5ADD">
      <w:pPr>
        <w:rPr>
          <w:rFonts w:ascii="garamond" w:hAnsi="garamond"/>
          <w:color w:val="000000"/>
          <w:sz w:val="26"/>
          <w:szCs w:val="26"/>
        </w:rPr>
      </w:pPr>
    </w:p>
    <w:p w14:paraId="3481998E" w14:textId="77777777" w:rsidR="005B5ADD" w:rsidRDefault="005B5ADD" w:rsidP="005B5ADD">
      <w:pPr>
        <w:rPr>
          <w:rFonts w:ascii="garamond" w:hAnsi="garamond"/>
          <w:b/>
          <w:bCs/>
          <w:color w:val="000000"/>
          <w:sz w:val="26"/>
          <w:szCs w:val="26"/>
        </w:rPr>
      </w:pPr>
      <w:r>
        <w:rPr>
          <w:rFonts w:ascii="garamond" w:hAnsi="garamond"/>
          <w:b/>
          <w:bCs/>
          <w:color w:val="000000"/>
          <w:sz w:val="26"/>
          <w:szCs w:val="26"/>
        </w:rPr>
        <w:br w:type="page"/>
      </w:r>
    </w:p>
    <w:p w14:paraId="6AEC9B4C" w14:textId="77777777" w:rsidR="005B5ADD" w:rsidRPr="00E734AE" w:rsidRDefault="005B5ADD" w:rsidP="00AC5225">
      <w:pPr>
        <w:rPr>
          <w:rFonts w:ascii="garamond" w:hAnsi="garamond"/>
          <w:color w:val="000000"/>
          <w:sz w:val="26"/>
          <w:szCs w:val="26"/>
        </w:rPr>
      </w:pPr>
      <w:r w:rsidRPr="00E734AE">
        <w:rPr>
          <w:rFonts w:ascii="garamond" w:hAnsi="garamond"/>
          <w:b/>
          <w:bCs/>
          <w:color w:val="000000"/>
          <w:sz w:val="26"/>
          <w:szCs w:val="26"/>
        </w:rPr>
        <w:lastRenderedPageBreak/>
        <w:t>CHAPTER 7 — I’LL DO ANYTHING</w:t>
      </w:r>
      <w:r w:rsidRPr="00E734AE">
        <w:rPr>
          <w:rFonts w:ascii="garamond" w:hAnsi="garamond"/>
          <w:color w:val="000000"/>
          <w:sz w:val="26"/>
          <w:szCs w:val="26"/>
        </w:rPr>
        <w:br/>
      </w:r>
      <w:r w:rsidRPr="00E734AE">
        <w:rPr>
          <w:rFonts w:ascii="garamond" w:hAnsi="garamond"/>
          <w:b/>
          <w:bCs/>
          <w:color w:val="000000"/>
          <w:sz w:val="26"/>
          <w:szCs w:val="26"/>
        </w:rPr>
        <w:t>Risk Is The Only Path.</w:t>
      </w:r>
    </w:p>
    <w:p w14:paraId="120EB417"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Wall Street in the late 1980s was almost completely lacking in racial, ethnic, and gender diversity. Most of my colleagues were white, male, American, and Ivy League-educated — confident because they had belonged somewhere before they arrived.</w:t>
      </w:r>
    </w:p>
    <w:p w14:paraId="591F8509"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I was an outsider: Lebanese, with a Middle Eastern accent, degrees from a public university, working on a two-year visa. My concern was sharper than other people's résumés: hard work might not be enough if identity arrived before me.</w:t>
      </w:r>
    </w:p>
    <w:p w14:paraId="293F8A54"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I had not come this far to retreat. I welcomed the pressure and treated it as information.</w:t>
      </w:r>
    </w:p>
    <w:p w14:paraId="05AA8D1D"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Most of my colleagues followed traditional paths — sales and trading or investment banking. I chose neither. I joined Bond Portfolio Analysis, a group focused on high-end quantitative financial theory applied in practice, recruited from PhD programs and engineering schools. It was a natural fit, and that's where I met Andy Kalotay, my first manager at Salomon Brothers.</w:t>
      </w:r>
    </w:p>
    <w:p w14:paraId="7AF447C8"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Kalotay was a U.S.-Hungarian with a Wharton doctorate and one of the sharpest minds I'd met in finance. He developed a framework for managing liabilities with mathematical precision: expected cost, risk, timing, and efficiency. While the rest of BPA concentrated on investors — maximizing returns across different risks — Kalotay focused on issuers — minimizing costs and uncertainty. I found that distinction more intriguing than most.</w:t>
      </w:r>
    </w:p>
    <w:p w14:paraId="0872B0FB"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BPA analysts rarely took on main client-facing roles — seen as specialists, respected but confined. Pure analytics alone wouldn't get them to the trading floor, where the real action happened, and careers were built. I understood the career risks inherent in BPA, and I embraced them.</w:t>
      </w:r>
    </w:p>
    <w:p w14:paraId="32FC4143"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I identified a niche within Kalotay's team: entities issuing debt across multiple countries simultaneously. Leveraging my quantitative background, I built analytical platforms for multicurrency debt markets. One of the areas that established my reputation was sovereign debt management — advising governments, not just corporations, on handling liabilities across various foreign interest rates.</w:t>
      </w:r>
    </w:p>
    <w:p w14:paraId="12606409"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 xml:space="preserve">At the time, there was no euro. European countries used their own currencies, each with separate interest rates, central banks, and risks. Colleagues found this less </w:t>
      </w:r>
      <w:r w:rsidRPr="00E734AE">
        <w:rPr>
          <w:rFonts w:ascii="garamond" w:hAnsi="garamond"/>
          <w:color w:val="000000"/>
          <w:sz w:val="26"/>
          <w:szCs w:val="26"/>
        </w:rPr>
        <w:lastRenderedPageBreak/>
        <w:t>engaging, more complex, and riskier. I saw it differently. My background gave me a competitive edge.</w:t>
      </w:r>
    </w:p>
    <w:p w14:paraId="16EA65B2"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In early 1987, a few months into my first year, Andy asked me to lead a presentation on debt restructuring for a major client, Procter &amp; Gamble. It was my first chance to speak as the voice of Salomon — not just the anonymous analyst passing punchlines to someone else.</w:t>
      </w:r>
    </w:p>
    <w:p w14:paraId="394C0886"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The setting was clinical: a conference room, a speakerphone at the center of a long oval table, half a dozen colleagues watching. On the other end: the client's CFO, Treasurer, and several members of the finance staff. I had rehearsed until the material felt ingrained.</w:t>
      </w:r>
    </w:p>
    <w:p w14:paraId="34EFD2A0"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At 10:00 a.m., the call began. When it was my turn, the room leaned forward.</w:t>
      </w:r>
    </w:p>
    <w:p w14:paraId="6F7004B6"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And I froze.</w:t>
      </w:r>
    </w:p>
    <w:p w14:paraId="3771A9FC"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My heart sounded like it was in my own throat, pounding abnormally. My childhood stutter, compounded by a panic attack — long managed, never gone — had surfaced and was launching an attack at the worst possible time.</w:t>
      </w:r>
    </w:p>
    <w:p w14:paraId="1E9309BB"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My practiced words disappeared. Stutterers develop private systems. You learn which letters are safer to vocalize and use them in words at the start of a sentence, routing around with backup phrases of similar meaning. That was my line of defense if needed, and on the P&amp;G call, it went down instantly.</w:t>
      </w:r>
    </w:p>
    <w:p w14:paraId="09E914F7"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Once the first line fails, the body takes over from the mind. The sweat starts. The hands shake, and the head feels light and dizzy. The body seeks a place to redirect the energy that the voice cannot release. You are still sitting by the table, but no longer at the meeting — you are watching yourself from somewhere slightly outside, without focus or clarity in your eyes. You are stuck at the most important moment of your career with no exit and no excuse to leave the room. Your breathing oscillates, and your lungs prepare for hyperventilation. You are convinced that you will pass out and are concerned about any sharp objects along the path you will pass out on.</w:t>
      </w:r>
    </w:p>
    <w:p w14:paraId="4DD60CE4"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Andy saw me turn pale. He nudged me — first gently, then more firmly. Fear has weight; nothing moved. After what felt like half a minute, he stepped in and started speaking for me. That should have been my end. I could hear the comment, “We don’t believe there is a good fit for you at Salomon Brothers.”</w:t>
      </w:r>
    </w:p>
    <w:p w14:paraId="27B95368" w14:textId="25FBF485"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lastRenderedPageBreak/>
        <w:t>I did something I cannot fully explain. I stood up abruptly and immediately sat back down. Fear has chemistry too. A reaction was triggered — adrenaline, stubbornness, the same instinct that had kept me in America when every logical argument said leave. And it was over. Blue skies</w:t>
      </w:r>
      <w:r w:rsidR="004565C6">
        <w:rPr>
          <w:rFonts w:ascii="garamond" w:hAnsi="garamond"/>
          <w:color w:val="000000"/>
          <w:sz w:val="26"/>
          <w:szCs w:val="26"/>
        </w:rPr>
        <w:t xml:space="preserve"> appeared</w:t>
      </w:r>
      <w:r w:rsidR="00F706B2">
        <w:rPr>
          <w:rFonts w:ascii="garamond" w:hAnsi="garamond"/>
          <w:color w:val="000000"/>
          <w:sz w:val="26"/>
          <w:szCs w:val="26"/>
        </w:rPr>
        <w:t xml:space="preserve"> as my system stabilized</w:t>
      </w:r>
      <w:r w:rsidRPr="00E734AE">
        <w:rPr>
          <w:rFonts w:ascii="garamond" w:hAnsi="garamond"/>
          <w:color w:val="000000"/>
          <w:sz w:val="26"/>
          <w:szCs w:val="26"/>
        </w:rPr>
        <w:t>.</w:t>
      </w:r>
    </w:p>
    <w:p w14:paraId="0BC188B0"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I signaled to Andy that I was fine, cut back in, and said: "Sorry — probably drank coffee that went down the wrong way."</w:t>
      </w:r>
    </w:p>
    <w:p w14:paraId="1AA57B7E"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I recovered slowly at first and then quickly — delivering my sections with a confidence that felt almost defiant considering what had happened. I talked myself off a ledge in front of a major client, and no one would ever know how close I had come. When the call ended, everyone gathered their papers, thanked me, and moved on as if nothing had happened.</w:t>
      </w:r>
    </w:p>
    <w:p w14:paraId="597F430D" w14:textId="2BE47F21"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 xml:space="preserve">I have no idea why the stand-and-sit-reset worked. No one taught it to me. I found it in that conference room. Something in the room's configuration gave me a comfort I have carried into every speech, every lecture, every conversation since. </w:t>
      </w:r>
      <w:r w:rsidR="0011234C">
        <w:rPr>
          <w:rFonts w:ascii="garamond" w:hAnsi="garamond"/>
          <w:color w:val="000000"/>
          <w:sz w:val="26"/>
          <w:szCs w:val="26"/>
        </w:rPr>
        <w:t>I remained uncertain</w:t>
      </w:r>
      <w:r w:rsidRPr="00E734AE">
        <w:rPr>
          <w:rFonts w:ascii="garamond" w:hAnsi="garamond"/>
          <w:color w:val="000000"/>
          <w:sz w:val="26"/>
          <w:szCs w:val="26"/>
        </w:rPr>
        <w:t xml:space="preserve"> </w:t>
      </w:r>
      <w:r w:rsidR="0011234C">
        <w:rPr>
          <w:rFonts w:ascii="garamond" w:hAnsi="garamond"/>
          <w:color w:val="000000"/>
          <w:sz w:val="26"/>
          <w:szCs w:val="26"/>
        </w:rPr>
        <w:t>regarding what had happened in my seemingly miraculous</w:t>
      </w:r>
      <w:r w:rsidRPr="00E734AE">
        <w:rPr>
          <w:rFonts w:ascii="garamond" w:hAnsi="garamond"/>
          <w:color w:val="000000"/>
          <w:sz w:val="26"/>
          <w:szCs w:val="26"/>
        </w:rPr>
        <w:t xml:space="preserve"> recovery</w:t>
      </w:r>
      <w:r w:rsidR="0011234C">
        <w:rPr>
          <w:rFonts w:ascii="garamond" w:hAnsi="garamond"/>
          <w:color w:val="000000"/>
          <w:sz w:val="26"/>
          <w:szCs w:val="26"/>
        </w:rPr>
        <w:t>. All I knew was that s</w:t>
      </w:r>
      <w:r w:rsidRPr="00E734AE">
        <w:rPr>
          <w:rFonts w:ascii="garamond" w:hAnsi="garamond"/>
          <w:color w:val="000000"/>
          <w:sz w:val="26"/>
          <w:szCs w:val="26"/>
        </w:rPr>
        <w:t xml:space="preserve">tuttering and panic attacks </w:t>
      </w:r>
      <w:r w:rsidR="0011234C">
        <w:rPr>
          <w:rFonts w:ascii="garamond" w:hAnsi="garamond"/>
          <w:color w:val="000000"/>
          <w:sz w:val="26"/>
          <w:szCs w:val="26"/>
        </w:rPr>
        <w:t>we</w:t>
      </w:r>
      <w:r w:rsidRPr="00E734AE">
        <w:rPr>
          <w:rFonts w:ascii="garamond" w:hAnsi="garamond"/>
          <w:color w:val="000000"/>
          <w:sz w:val="26"/>
          <w:szCs w:val="26"/>
        </w:rPr>
        <w:t>re horrible</w:t>
      </w:r>
      <w:r w:rsidR="0011234C">
        <w:rPr>
          <w:rFonts w:ascii="garamond" w:hAnsi="garamond"/>
          <w:color w:val="000000"/>
          <w:sz w:val="26"/>
          <w:szCs w:val="26"/>
        </w:rPr>
        <w:t>; and t</w:t>
      </w:r>
      <w:r w:rsidRPr="00E734AE">
        <w:rPr>
          <w:rFonts w:ascii="garamond" w:hAnsi="garamond"/>
          <w:color w:val="000000"/>
          <w:sz w:val="26"/>
          <w:szCs w:val="26"/>
        </w:rPr>
        <w:t>hat morning, they lost.</w:t>
      </w:r>
    </w:p>
    <w:p w14:paraId="023C1EFF"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In June 1990, Salomon Brothers was the only investment bank invited by the International Monetary Fund to speak on liability management for sovereign issuers in Helsinki, Finland. The audience included the Forum of Finance Ministers from more than one hundred countries.</w:t>
      </w:r>
    </w:p>
    <w:p w14:paraId="577DC4DF"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It was a remarkable honor — and one that exposed a gap. I was not yet a Vice President in mid-1990. Andy needed someone with the title to carry the stage. He chose Doug Howard, a BPA Vice President who knew the material well. I had spent three hours the evening before preparing Doug — walking him through every section, every likely question, every pause. Andy had quizzed him afterward. He was ready.</w:t>
      </w:r>
    </w:p>
    <w:p w14:paraId="0EF68D9D"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We stayed in a hotel that had once been the athletes' compound for the 1952 Helsinki Olympics — modest, historic, and fitting the multinational theme. Outside, the sun had barely set. It was June in Helsinki, and the daylight simply refused to fade.</w:t>
      </w:r>
    </w:p>
    <w:p w14:paraId="23A3680D"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 xml:space="preserve">Doug took the stage the next morning and held up well at first. I slipped out to the cafeteria for something to eat. A coordinator found me there, moving fast: "Mr. Marshi — they need you back at the podium." When I returned, the session was still </w:t>
      </w:r>
      <w:r w:rsidRPr="00E734AE">
        <w:rPr>
          <w:rFonts w:ascii="garamond" w:hAnsi="garamond"/>
          <w:color w:val="000000"/>
          <w:sz w:val="26"/>
          <w:szCs w:val="26"/>
        </w:rPr>
        <w:lastRenderedPageBreak/>
        <w:t>on break. Doug had food poisoning and stomach pain. It turned out Andy also had stomach issues. There was no one else but me.</w:t>
      </w:r>
    </w:p>
    <w:p w14:paraId="4EDB6E0C"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Andy pulled me aside and asked quietly, "Are you okay to continue after the break?"</w:t>
      </w:r>
    </w:p>
    <w:p w14:paraId="5319AC75"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I said, "Absolutely, and I hope your pain eases."</w:t>
      </w:r>
    </w:p>
    <w:p w14:paraId="1AF9E623"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I picked it up where Doug had left off and cruised through the remaining two and a half hours. One hundred Finance Ministers. No preparation for this moment beyond the three years of work that had produced the presentation.</w:t>
      </w:r>
    </w:p>
    <w:p w14:paraId="7FFE9A30"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Beneath the performance, the fear of stuttering was present — not visible, not audible, but there, the way old fears are: watching from a distance to see if you will invite them back. I did not. When I finished, it was gone again. This time, I understood it would not return.</w:t>
      </w:r>
    </w:p>
    <w:p w14:paraId="656E1C98"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Once Andy saw I had the room, something in him relaxed. The title concern — whatever worry had made him choose Doug first — dissolved the moment I opened my mouth.</w:t>
      </w:r>
    </w:p>
    <w:p w14:paraId="4C4BE87B"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After the morning session, both Andy and Doug felt relieved of stomach pain. The IMF and World Bank hosts had arranged something unexpected: a yacht for post-seminar interaction, moored in Helsinki Harbor. I got on without much thought.</w:t>
      </w:r>
    </w:p>
    <w:p w14:paraId="17229ACA"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Within an hour, I was surrounded by Finance Ministers — men who managed the treasuries of sovereign nations — who asked me to sign and date their copies of the presentation. The copy they were taking home.</w:t>
      </w:r>
    </w:p>
    <w:p w14:paraId="259904A3" w14:textId="77777777" w:rsidR="005B5ADD" w:rsidRPr="00E734AE" w:rsidRDefault="005B5ADD" w:rsidP="00AC5225">
      <w:pPr>
        <w:rPr>
          <w:rFonts w:ascii="garamond" w:hAnsi="garamond"/>
          <w:color w:val="000000"/>
          <w:sz w:val="26"/>
          <w:szCs w:val="26"/>
        </w:rPr>
      </w:pPr>
      <w:r w:rsidRPr="00E734AE">
        <w:rPr>
          <w:rFonts w:ascii="garamond" w:hAnsi="garamond"/>
          <w:color w:val="000000"/>
          <w:sz w:val="26"/>
          <w:szCs w:val="26"/>
        </w:rPr>
        <w:t>That afternoon, five new client relationships were established, leading to more invitations than we could handle — visits to capitals, requests for direct advisory work, and repeated offers to return. The demand far exceeded our capacity.</w:t>
      </w:r>
    </w:p>
    <w:p w14:paraId="7A539F1A" w14:textId="77777777" w:rsidR="005B5ADD" w:rsidRPr="00405097" w:rsidRDefault="005B5ADD" w:rsidP="00AC5225">
      <w:pPr>
        <w:rPr>
          <w:rFonts w:ascii="garamond" w:hAnsi="garamond"/>
          <w:color w:val="000000"/>
          <w:sz w:val="26"/>
          <w:szCs w:val="26"/>
        </w:rPr>
      </w:pPr>
      <w:r w:rsidRPr="00E734AE">
        <w:rPr>
          <w:rFonts w:ascii="garamond" w:hAnsi="garamond"/>
          <w:color w:val="000000"/>
          <w:sz w:val="26"/>
          <w:szCs w:val="26"/>
        </w:rPr>
        <w:t xml:space="preserve">The hosts had a wine tasting on board. The ministers relaxed — ties loosened, voices raised, the formality of the morning fading. Several became pleasantly tipsy. So did I. At some point, I looked over at Kalotay. He was standing slightly apart, watching with an expression I had not seen on him before. He looked as happy as a father could be. He had given me the stage that morning, and I hadn't fallen off it. That </w:t>
      </w:r>
      <w:r w:rsidRPr="00405097">
        <w:rPr>
          <w:rFonts w:ascii="garamond" w:hAnsi="garamond"/>
          <w:color w:val="000000"/>
          <w:sz w:val="26"/>
          <w:szCs w:val="26"/>
        </w:rPr>
        <w:t>mattered to him as much as it mattered to me.</w:t>
      </w:r>
    </w:p>
    <w:p w14:paraId="7880C556" w14:textId="609CE84F" w:rsidR="0011234C" w:rsidRPr="0041407A" w:rsidRDefault="0011234C" w:rsidP="0041407A">
      <w:pPr>
        <w:spacing w:after="0"/>
        <w:rPr>
          <w:rFonts w:ascii="garamond" w:hAnsi="garamond" w:cs="Arial"/>
          <w:color w:val="1F1F1F"/>
          <w:sz w:val="26"/>
          <w:szCs w:val="26"/>
        </w:rPr>
      </w:pPr>
      <w:r w:rsidRPr="00405097">
        <w:rPr>
          <w:rFonts w:ascii="garamond" w:hAnsi="garamond" w:cs="Arial"/>
          <w:color w:val="1F1F1F"/>
          <w:sz w:val="26"/>
          <w:szCs w:val="26"/>
          <w:bdr w:val="none" w:sz="0" w:space="0" w:color="auto" w:frame="1"/>
        </w:rPr>
        <w:t>I</w:t>
      </w:r>
      <w:r w:rsidR="00405097" w:rsidRPr="00405097">
        <w:rPr>
          <w:rFonts w:ascii="garamond" w:hAnsi="garamond" w:cs="Arial"/>
          <w:color w:val="1F1F1F"/>
          <w:sz w:val="26"/>
          <w:szCs w:val="26"/>
          <w:bdr w:val="none" w:sz="0" w:space="0" w:color="auto" w:frame="1"/>
        </w:rPr>
        <w:t xml:space="preserve"> recalled the</w:t>
      </w:r>
      <w:r w:rsidRPr="00405097">
        <w:rPr>
          <w:rFonts w:ascii="garamond" w:hAnsi="garamond" w:cs="Arial"/>
          <w:color w:val="1F1F1F"/>
          <w:sz w:val="26"/>
          <w:szCs w:val="26"/>
          <w:bdr w:val="none" w:sz="0" w:space="0" w:color="auto" w:frame="1"/>
        </w:rPr>
        <w:t xml:space="preserve"> incident during the </w:t>
      </w:r>
      <w:r w:rsidRPr="00DF6D0C">
        <w:rPr>
          <w:rFonts w:ascii="garamond" w:hAnsi="garamond" w:cs="Arial"/>
          <w:color w:val="1F1F1F"/>
          <w:sz w:val="26"/>
          <w:szCs w:val="26"/>
          <w:bdr w:val="none" w:sz="0" w:space="0" w:color="auto" w:frame="1"/>
        </w:rPr>
        <w:t xml:space="preserve">morning </w:t>
      </w:r>
      <w:r w:rsidRPr="00405097">
        <w:rPr>
          <w:rFonts w:ascii="garamond" w:hAnsi="garamond" w:cs="Arial"/>
          <w:color w:val="1F1F1F"/>
          <w:sz w:val="26"/>
          <w:szCs w:val="26"/>
          <w:bdr w:val="none" w:sz="0" w:space="0" w:color="auto" w:frame="1"/>
        </w:rPr>
        <w:t>of the</w:t>
      </w:r>
      <w:r w:rsidRPr="00DF6D0C">
        <w:rPr>
          <w:rFonts w:ascii="garamond" w:hAnsi="garamond" w:cs="Arial"/>
          <w:color w:val="1F1F1F"/>
          <w:sz w:val="26"/>
          <w:szCs w:val="26"/>
          <w:bdr w:val="none" w:sz="0" w:space="0" w:color="auto" w:frame="1"/>
        </w:rPr>
        <w:t xml:space="preserve"> Procter &amp; Gamble</w:t>
      </w:r>
      <w:r w:rsidRPr="00405097">
        <w:rPr>
          <w:rFonts w:ascii="garamond" w:hAnsi="garamond" w:cs="Arial"/>
          <w:color w:val="1F1F1F"/>
          <w:sz w:val="26"/>
          <w:szCs w:val="26"/>
          <w:bdr w:val="none" w:sz="0" w:space="0" w:color="auto" w:frame="1"/>
        </w:rPr>
        <w:t xml:space="preserve"> presentation</w:t>
      </w:r>
      <w:r w:rsidR="00AC5225">
        <w:rPr>
          <w:rFonts w:ascii="garamond" w:hAnsi="garamond" w:cs="Arial"/>
          <w:color w:val="1F1F1F"/>
          <w:sz w:val="26"/>
          <w:szCs w:val="26"/>
          <w:bdr w:val="none" w:sz="0" w:space="0" w:color="auto" w:frame="1"/>
        </w:rPr>
        <w:t xml:space="preserve"> in 1987</w:t>
      </w:r>
      <w:r w:rsidRPr="00405097">
        <w:rPr>
          <w:rFonts w:ascii="garamond" w:hAnsi="garamond" w:cs="Arial"/>
          <w:color w:val="1F1F1F"/>
          <w:sz w:val="26"/>
          <w:szCs w:val="26"/>
          <w:bdr w:val="none" w:sz="0" w:space="0" w:color="auto" w:frame="1"/>
        </w:rPr>
        <w:t xml:space="preserve">. </w:t>
      </w:r>
      <w:r w:rsidR="003D58C2" w:rsidRPr="00405097">
        <w:rPr>
          <w:rFonts w:ascii="garamond" w:hAnsi="garamond" w:cs="Arial"/>
          <w:color w:val="1F1F1F"/>
          <w:sz w:val="26"/>
          <w:szCs w:val="26"/>
          <w:bdr w:val="none" w:sz="0" w:space="0" w:color="auto" w:frame="1"/>
        </w:rPr>
        <w:t>My skills had matured</w:t>
      </w:r>
      <w:r w:rsidR="00AC5225">
        <w:rPr>
          <w:rFonts w:ascii="garamond" w:hAnsi="garamond" w:cs="Arial"/>
          <w:color w:val="1F1F1F"/>
          <w:sz w:val="26"/>
          <w:szCs w:val="26"/>
          <w:bdr w:val="none" w:sz="0" w:space="0" w:color="auto" w:frame="1"/>
        </w:rPr>
        <w:t xml:space="preserve"> since then</w:t>
      </w:r>
      <w:r w:rsidR="003D58C2" w:rsidRPr="00405097">
        <w:rPr>
          <w:rFonts w:ascii="garamond" w:hAnsi="garamond" w:cs="Arial"/>
          <w:color w:val="1F1F1F"/>
          <w:sz w:val="26"/>
          <w:szCs w:val="26"/>
          <w:bdr w:val="none" w:sz="0" w:space="0" w:color="auto" w:frame="1"/>
        </w:rPr>
        <w:t>, such that my delivery was</w:t>
      </w:r>
      <w:r w:rsidRPr="00DF6D0C">
        <w:rPr>
          <w:rFonts w:ascii="garamond" w:hAnsi="garamond" w:cs="Arial"/>
          <w:color w:val="1F1F1F"/>
          <w:sz w:val="26"/>
          <w:szCs w:val="26"/>
          <w:bdr w:val="none" w:sz="0" w:space="0" w:color="auto" w:frame="1"/>
        </w:rPr>
        <w:t xml:space="preserve"> </w:t>
      </w:r>
      <w:r w:rsidR="00AC5225">
        <w:rPr>
          <w:rFonts w:ascii="garamond" w:hAnsi="garamond" w:cs="Arial"/>
          <w:color w:val="1F1F1F"/>
          <w:sz w:val="26"/>
          <w:szCs w:val="26"/>
          <w:bdr w:val="none" w:sz="0" w:space="0" w:color="auto" w:frame="1"/>
        </w:rPr>
        <w:t xml:space="preserve">not </w:t>
      </w:r>
      <w:r w:rsidRPr="00DF6D0C">
        <w:rPr>
          <w:rFonts w:ascii="garamond" w:hAnsi="garamond" w:cs="Arial"/>
          <w:color w:val="1F1F1F"/>
          <w:sz w:val="26"/>
          <w:szCs w:val="26"/>
          <w:bdr w:val="none" w:sz="0" w:space="0" w:color="auto" w:frame="1"/>
        </w:rPr>
        <w:t>cure</w:t>
      </w:r>
      <w:r w:rsidR="003D58C2" w:rsidRPr="00405097">
        <w:rPr>
          <w:rFonts w:ascii="garamond" w:hAnsi="garamond" w:cs="Arial"/>
          <w:color w:val="1F1F1F"/>
          <w:sz w:val="26"/>
          <w:szCs w:val="26"/>
          <w:bdr w:val="none" w:sz="0" w:space="0" w:color="auto" w:frame="1"/>
        </w:rPr>
        <w:t>d, but</w:t>
      </w:r>
      <w:r w:rsidRPr="00DF6D0C">
        <w:rPr>
          <w:rFonts w:ascii="garamond" w:hAnsi="garamond" w:cs="Arial"/>
          <w:color w:val="1F1F1F"/>
          <w:sz w:val="26"/>
          <w:szCs w:val="26"/>
          <w:bdr w:val="none" w:sz="0" w:space="0" w:color="auto" w:frame="1"/>
        </w:rPr>
        <w:t xml:space="preserve"> </w:t>
      </w:r>
      <w:r w:rsidRPr="00DF6D0C">
        <w:rPr>
          <w:rFonts w:ascii="garamond" w:hAnsi="garamond" w:cs="Arial"/>
          <w:color w:val="1F1F1F"/>
          <w:sz w:val="26"/>
          <w:szCs w:val="26"/>
          <w:bdr w:val="none" w:sz="0" w:space="0" w:color="auto" w:frame="1"/>
        </w:rPr>
        <w:lastRenderedPageBreak/>
        <w:t>vaccinat</w:t>
      </w:r>
      <w:r w:rsidR="003D58C2" w:rsidRPr="00405097">
        <w:rPr>
          <w:rFonts w:ascii="garamond" w:hAnsi="garamond" w:cs="Arial"/>
          <w:color w:val="1F1F1F"/>
          <w:sz w:val="26"/>
          <w:szCs w:val="26"/>
          <w:bdr w:val="none" w:sz="0" w:space="0" w:color="auto" w:frame="1"/>
        </w:rPr>
        <w:t>ed</w:t>
      </w:r>
      <w:r w:rsidRPr="00DF6D0C">
        <w:rPr>
          <w:rFonts w:ascii="garamond" w:hAnsi="garamond" w:cs="Arial"/>
          <w:color w:val="1F1F1F"/>
          <w:sz w:val="26"/>
          <w:szCs w:val="26"/>
          <w:bdr w:val="none" w:sz="0" w:space="0" w:color="auto" w:frame="1"/>
        </w:rPr>
        <w:t xml:space="preserve">. </w:t>
      </w:r>
      <w:r w:rsidR="00F706B2">
        <w:rPr>
          <w:rFonts w:ascii="garamond" w:hAnsi="garamond" w:cs="Arial"/>
          <w:color w:val="1F1F1F"/>
          <w:sz w:val="26"/>
          <w:szCs w:val="26"/>
          <w:bdr w:val="none" w:sz="0" w:space="0" w:color="auto" w:frame="1"/>
        </w:rPr>
        <w:t>My system did</w:t>
      </w:r>
      <w:r w:rsidRPr="00DF6D0C">
        <w:rPr>
          <w:rFonts w:ascii="garamond" w:hAnsi="garamond" w:cs="Arial"/>
          <w:color w:val="1F1F1F"/>
          <w:sz w:val="26"/>
          <w:szCs w:val="26"/>
          <w:bdr w:val="none" w:sz="0" w:space="0" w:color="auto" w:frame="1"/>
        </w:rPr>
        <w:t xml:space="preserve"> not e</w:t>
      </w:r>
      <w:r w:rsidRPr="00405097">
        <w:rPr>
          <w:rFonts w:ascii="garamond" w:hAnsi="garamond" w:cs="Arial"/>
          <w:color w:val="1F1F1F"/>
          <w:sz w:val="26"/>
          <w:szCs w:val="26"/>
          <w:bdr w:val="none" w:sz="0" w:space="0" w:color="auto" w:frame="1"/>
        </w:rPr>
        <w:t>liminate</w:t>
      </w:r>
      <w:r w:rsidRPr="00DF6D0C">
        <w:rPr>
          <w:rFonts w:ascii="garamond" w:hAnsi="garamond" w:cs="Arial"/>
          <w:color w:val="1F1F1F"/>
          <w:sz w:val="26"/>
          <w:szCs w:val="26"/>
          <w:bdr w:val="none" w:sz="0" w:space="0" w:color="auto" w:frame="1"/>
        </w:rPr>
        <w:t xml:space="preserve"> the disease; it alter</w:t>
      </w:r>
      <w:r w:rsidR="00F706B2">
        <w:rPr>
          <w:rFonts w:ascii="garamond" w:hAnsi="garamond" w:cs="Arial"/>
          <w:color w:val="1F1F1F"/>
          <w:sz w:val="26"/>
          <w:szCs w:val="26"/>
          <w:bdr w:val="none" w:sz="0" w:space="0" w:color="auto" w:frame="1"/>
        </w:rPr>
        <w:t>ed</w:t>
      </w:r>
      <w:r w:rsidRPr="00DF6D0C">
        <w:rPr>
          <w:rFonts w:ascii="garamond" w:hAnsi="garamond" w:cs="Arial"/>
          <w:color w:val="1F1F1F"/>
          <w:sz w:val="26"/>
          <w:szCs w:val="26"/>
          <w:bdr w:val="none" w:sz="0" w:space="0" w:color="auto" w:frame="1"/>
        </w:rPr>
        <w:t xml:space="preserve"> its relationship </w:t>
      </w:r>
      <w:r w:rsidR="00AC5225">
        <w:rPr>
          <w:rFonts w:ascii="garamond" w:hAnsi="garamond" w:cs="Arial"/>
          <w:color w:val="1F1F1F"/>
          <w:sz w:val="26"/>
          <w:szCs w:val="26"/>
          <w:bdr w:val="none" w:sz="0" w:space="0" w:color="auto" w:frame="1"/>
        </w:rPr>
        <w:t>with</w:t>
      </w:r>
      <w:r w:rsidRPr="00DF6D0C">
        <w:rPr>
          <w:rFonts w:ascii="garamond" w:hAnsi="garamond" w:cs="Arial"/>
          <w:color w:val="1F1F1F"/>
          <w:sz w:val="26"/>
          <w:szCs w:val="26"/>
          <w:bdr w:val="none" w:sz="0" w:space="0" w:color="auto" w:frame="1"/>
        </w:rPr>
        <w:t xml:space="preserve"> </w:t>
      </w:r>
      <w:r w:rsidR="00F706B2">
        <w:rPr>
          <w:rFonts w:ascii="garamond" w:hAnsi="garamond" w:cs="Arial"/>
          <w:color w:val="1F1F1F"/>
          <w:sz w:val="26"/>
          <w:szCs w:val="26"/>
          <w:bdr w:val="none" w:sz="0" w:space="0" w:color="auto" w:frame="1"/>
        </w:rPr>
        <w:t>my internal</w:t>
      </w:r>
      <w:r w:rsidR="003D58C2" w:rsidRPr="00405097">
        <w:rPr>
          <w:rFonts w:ascii="garamond" w:hAnsi="garamond" w:cs="Arial"/>
          <w:color w:val="1F1F1F"/>
          <w:sz w:val="26"/>
          <w:szCs w:val="26"/>
          <w:bdr w:val="none" w:sz="0" w:space="0" w:color="auto" w:frame="1"/>
        </w:rPr>
        <w:t xml:space="preserve"> sensors</w:t>
      </w:r>
      <w:r w:rsidRPr="00DF6D0C">
        <w:rPr>
          <w:rFonts w:ascii="garamond" w:hAnsi="garamond" w:cs="Arial"/>
          <w:color w:val="1F1F1F"/>
          <w:sz w:val="26"/>
          <w:szCs w:val="26"/>
          <w:bdr w:val="none" w:sz="0" w:space="0" w:color="auto" w:frame="1"/>
        </w:rPr>
        <w:t xml:space="preserve">. The panic attack was neutralized, </w:t>
      </w:r>
      <w:r w:rsidR="00F706B2">
        <w:rPr>
          <w:rFonts w:ascii="garamond" w:hAnsi="garamond" w:cs="Arial"/>
          <w:color w:val="1F1F1F"/>
          <w:sz w:val="26"/>
          <w:szCs w:val="26"/>
          <w:bdr w:val="none" w:sz="0" w:space="0" w:color="auto" w:frame="1"/>
        </w:rPr>
        <w:t>and</w:t>
      </w:r>
      <w:r w:rsidRPr="00DF6D0C">
        <w:rPr>
          <w:rFonts w:ascii="garamond" w:hAnsi="garamond" w:cs="Arial"/>
          <w:color w:val="1F1F1F"/>
          <w:sz w:val="26"/>
          <w:szCs w:val="26"/>
          <w:bdr w:val="none" w:sz="0" w:space="0" w:color="auto" w:frame="1"/>
        </w:rPr>
        <w:t xml:space="preserve"> </w:t>
      </w:r>
      <w:r w:rsidR="00F706B2">
        <w:rPr>
          <w:rFonts w:ascii="garamond" w:hAnsi="garamond" w:cs="Arial"/>
          <w:color w:val="1F1F1F"/>
          <w:sz w:val="26"/>
          <w:szCs w:val="26"/>
          <w:bdr w:val="none" w:sz="0" w:space="0" w:color="auto" w:frame="1"/>
        </w:rPr>
        <w:t>my</w:t>
      </w:r>
      <w:r w:rsidRPr="00DF6D0C">
        <w:rPr>
          <w:rFonts w:ascii="garamond" w:hAnsi="garamond" w:cs="Arial"/>
          <w:color w:val="1F1F1F"/>
          <w:sz w:val="26"/>
          <w:szCs w:val="26"/>
          <w:bdr w:val="none" w:sz="0" w:space="0" w:color="auto" w:frame="1"/>
        </w:rPr>
        <w:t xml:space="preserve"> stutter</w:t>
      </w:r>
      <w:r w:rsidR="00F706B2">
        <w:rPr>
          <w:rFonts w:ascii="garamond" w:hAnsi="garamond" w:cs="Arial"/>
          <w:color w:val="1F1F1F"/>
          <w:sz w:val="26"/>
          <w:szCs w:val="26"/>
          <w:bdr w:val="none" w:sz="0" w:space="0" w:color="auto" w:frame="1"/>
        </w:rPr>
        <w:t xml:space="preserve"> management, through </w:t>
      </w:r>
      <w:r w:rsidRPr="00DF6D0C">
        <w:rPr>
          <w:rFonts w:ascii="garamond" w:hAnsi="garamond" w:cs="Arial"/>
          <w:color w:val="1F1F1F"/>
          <w:sz w:val="26"/>
          <w:szCs w:val="26"/>
          <w:bdr w:val="none" w:sz="0" w:space="0" w:color="auto" w:frame="1"/>
        </w:rPr>
        <w:t xml:space="preserve">the private routing around </w:t>
      </w:r>
      <w:r w:rsidR="003D58C2" w:rsidRPr="00405097">
        <w:rPr>
          <w:rFonts w:ascii="garamond" w:hAnsi="garamond" w:cs="Arial"/>
          <w:color w:val="1F1F1F"/>
          <w:sz w:val="26"/>
          <w:szCs w:val="26"/>
          <w:bdr w:val="none" w:sz="0" w:space="0" w:color="auto" w:frame="1"/>
        </w:rPr>
        <w:t xml:space="preserve">difficult </w:t>
      </w:r>
      <w:r w:rsidRPr="00DF6D0C">
        <w:rPr>
          <w:rFonts w:ascii="garamond" w:hAnsi="garamond" w:cs="Arial"/>
          <w:color w:val="1F1F1F"/>
          <w:sz w:val="26"/>
          <w:szCs w:val="26"/>
          <w:bdr w:val="none" w:sz="0" w:space="0" w:color="auto" w:frame="1"/>
        </w:rPr>
        <w:t>consonants</w:t>
      </w:r>
      <w:r w:rsidR="00F706B2">
        <w:rPr>
          <w:rFonts w:ascii="garamond" w:hAnsi="garamond" w:cs="Arial"/>
          <w:color w:val="1F1F1F"/>
          <w:sz w:val="26"/>
          <w:szCs w:val="26"/>
          <w:bdr w:val="none" w:sz="0" w:space="0" w:color="auto" w:frame="1"/>
        </w:rPr>
        <w:t xml:space="preserve">, </w:t>
      </w:r>
      <w:r w:rsidRPr="00DF6D0C">
        <w:rPr>
          <w:rFonts w:ascii="garamond" w:hAnsi="garamond" w:cs="Arial"/>
          <w:color w:val="1F1F1F"/>
          <w:sz w:val="26"/>
          <w:szCs w:val="26"/>
          <w:bdr w:val="none" w:sz="0" w:space="0" w:color="auto" w:frame="1"/>
        </w:rPr>
        <w:t xml:space="preserve">remained wired into the sensor. It sat dormant during the Helsinki </w:t>
      </w:r>
      <w:r w:rsidR="00F706B2">
        <w:rPr>
          <w:rFonts w:ascii="garamond" w:hAnsi="garamond" w:cs="Arial"/>
          <w:color w:val="1F1F1F"/>
          <w:sz w:val="26"/>
          <w:szCs w:val="26"/>
          <w:bdr w:val="none" w:sz="0" w:space="0" w:color="auto" w:frame="1"/>
        </w:rPr>
        <w:t>trip</w:t>
      </w:r>
      <w:r w:rsidRPr="00DF6D0C">
        <w:rPr>
          <w:rFonts w:ascii="garamond" w:hAnsi="garamond" w:cs="Arial"/>
          <w:color w:val="1F1F1F"/>
          <w:sz w:val="26"/>
          <w:szCs w:val="26"/>
          <w:bdr w:val="none" w:sz="0" w:space="0" w:color="auto" w:frame="1"/>
        </w:rPr>
        <w:t>. I hadn't outgrown the vulnerability</w:t>
      </w:r>
      <w:r w:rsidR="00957BF4">
        <w:rPr>
          <w:rFonts w:ascii="garamond" w:hAnsi="garamond" w:cs="Arial"/>
          <w:color w:val="1F1F1F"/>
          <w:sz w:val="26"/>
          <w:szCs w:val="26"/>
          <w:bdr w:val="none" w:sz="0" w:space="0" w:color="auto" w:frame="1"/>
        </w:rPr>
        <w:t>;</w:t>
      </w:r>
      <w:r w:rsidRPr="00DF6D0C">
        <w:rPr>
          <w:rFonts w:ascii="garamond" w:hAnsi="garamond" w:cs="Arial"/>
          <w:color w:val="1F1F1F"/>
          <w:sz w:val="26"/>
          <w:szCs w:val="26"/>
          <w:bdr w:val="none" w:sz="0" w:space="0" w:color="auto" w:frame="1"/>
        </w:rPr>
        <w:t xml:space="preserve"> </w:t>
      </w:r>
      <w:r w:rsidR="00957BF4">
        <w:rPr>
          <w:rFonts w:ascii="garamond" w:hAnsi="garamond" w:cs="Arial"/>
          <w:color w:val="1F1F1F"/>
          <w:sz w:val="26"/>
          <w:szCs w:val="26"/>
          <w:bdr w:val="none" w:sz="0" w:space="0" w:color="auto" w:frame="1"/>
        </w:rPr>
        <w:t xml:space="preserve">rather, </w:t>
      </w:r>
      <w:r w:rsidRPr="00DF6D0C">
        <w:rPr>
          <w:rFonts w:ascii="garamond" w:hAnsi="garamond" w:cs="Arial"/>
          <w:color w:val="1F1F1F"/>
          <w:sz w:val="26"/>
          <w:szCs w:val="26"/>
          <w:bdr w:val="none" w:sz="0" w:space="0" w:color="auto" w:frame="1"/>
        </w:rPr>
        <w:t xml:space="preserve">I had built a sturdier cage in my throat </w:t>
      </w:r>
      <w:r w:rsidR="003D58C2" w:rsidRPr="00405097">
        <w:rPr>
          <w:rFonts w:ascii="garamond" w:hAnsi="garamond" w:cs="Arial"/>
          <w:color w:val="1F1F1F"/>
          <w:sz w:val="26"/>
          <w:szCs w:val="26"/>
          <w:bdr w:val="none" w:sz="0" w:space="0" w:color="auto" w:frame="1"/>
        </w:rPr>
        <w:t>for sound to pass wit</w:t>
      </w:r>
      <w:r w:rsidR="00957BF4">
        <w:rPr>
          <w:rFonts w:ascii="garamond" w:hAnsi="garamond" w:cs="Arial"/>
          <w:color w:val="1F1F1F"/>
          <w:sz w:val="26"/>
          <w:szCs w:val="26"/>
          <w:bdr w:val="none" w:sz="0" w:space="0" w:color="auto" w:frame="1"/>
        </w:rPr>
        <w:t>hout</w:t>
      </w:r>
      <w:r w:rsidRPr="00DF6D0C">
        <w:rPr>
          <w:rFonts w:ascii="garamond" w:hAnsi="garamond" w:cs="Arial"/>
          <w:color w:val="1F1F1F"/>
          <w:sz w:val="26"/>
          <w:szCs w:val="26"/>
          <w:bdr w:val="none" w:sz="0" w:space="0" w:color="auto" w:frame="1"/>
        </w:rPr>
        <w:t xml:space="preserve"> pause.</w:t>
      </w:r>
      <w:r w:rsidRPr="00DF6D0C">
        <w:rPr>
          <w:rFonts w:ascii="garamond" w:hAnsi="garamond" w:cs="Arial"/>
          <w:color w:val="1F1F1F"/>
          <w:sz w:val="26"/>
          <w:szCs w:val="26"/>
        </w:rPr>
        <w:t xml:space="preserve"> </w:t>
      </w:r>
      <w:r w:rsidR="00405097">
        <w:rPr>
          <w:rFonts w:ascii="garamond" w:hAnsi="garamond" w:cs="Arial"/>
          <w:color w:val="1F1F1F"/>
          <w:sz w:val="26"/>
          <w:szCs w:val="26"/>
        </w:rPr>
        <w:t xml:space="preserve">With such recognition, I </w:t>
      </w:r>
      <w:r w:rsidR="00957BF4">
        <w:rPr>
          <w:rFonts w:ascii="garamond" w:hAnsi="garamond" w:cs="Arial"/>
          <w:color w:val="1F1F1F"/>
          <w:sz w:val="26"/>
          <w:szCs w:val="26"/>
        </w:rPr>
        <w:t>appeared</w:t>
      </w:r>
      <w:r w:rsidR="00AC5225">
        <w:rPr>
          <w:rFonts w:ascii="garamond" w:hAnsi="garamond" w:cs="Arial"/>
          <w:color w:val="1F1F1F"/>
          <w:sz w:val="26"/>
          <w:szCs w:val="26"/>
        </w:rPr>
        <w:t xml:space="preserve"> </w:t>
      </w:r>
      <w:r w:rsidR="00957BF4">
        <w:rPr>
          <w:rFonts w:ascii="garamond" w:hAnsi="garamond" w:cs="Arial"/>
          <w:color w:val="1F1F1F"/>
          <w:sz w:val="26"/>
          <w:szCs w:val="26"/>
        </w:rPr>
        <w:t>to</w:t>
      </w:r>
      <w:r w:rsidR="00AC5225">
        <w:rPr>
          <w:rFonts w:ascii="garamond" w:hAnsi="garamond" w:cs="Arial"/>
          <w:color w:val="1F1F1F"/>
          <w:sz w:val="26"/>
          <w:szCs w:val="26"/>
        </w:rPr>
        <w:t xml:space="preserve"> </w:t>
      </w:r>
      <w:r w:rsidR="00957BF4">
        <w:rPr>
          <w:rFonts w:ascii="garamond" w:hAnsi="garamond" w:cs="Arial"/>
          <w:color w:val="1F1F1F"/>
          <w:sz w:val="26"/>
          <w:szCs w:val="26"/>
        </w:rPr>
        <w:t>be</w:t>
      </w:r>
      <w:r w:rsidR="00405097">
        <w:rPr>
          <w:rFonts w:ascii="garamond" w:hAnsi="garamond" w:cs="Arial"/>
          <w:color w:val="1F1F1F"/>
          <w:sz w:val="26"/>
          <w:szCs w:val="26"/>
        </w:rPr>
        <w:t xml:space="preserve"> healed.</w:t>
      </w:r>
    </w:p>
    <w:p w14:paraId="750BA9FE"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After returning from Helsinki, Kalotay and I co-authored a three-part series on corporate and sovereign liability management that became a standard reference across markets. I had distinguished myself enough that my name was now known at Salomon and in the industry. The exposure had carried me into the upper tier of my cohort — ahead of the group that had joined the firm alongside me.</w:t>
      </w:r>
    </w:p>
    <w:p w14:paraId="5B8577B9"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Kalotay left Salomon Brothers in October 1990 to start his own advisory firm. He asked me to join him. I respected him deeply, but I declined. I had reached the beginning of my real journey.</w:t>
      </w:r>
    </w:p>
    <w:p w14:paraId="2A4ED730"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What I had done throughout my BPA career — willingness to take on career risk, reading opportunities and prospects in situations, adjusting in real time, and charging forward — were not skills I had learned at Salomon Brothers. They were older than that. They had been running in me since Bliss Street in Beirut.</w:t>
      </w:r>
    </w:p>
    <w:p w14:paraId="422D396F" w14:textId="77777777" w:rsidR="00957BF4" w:rsidRDefault="005B5ADD" w:rsidP="005B5ADD">
      <w:pPr>
        <w:rPr>
          <w:rFonts w:ascii="garamond" w:hAnsi="garamond"/>
          <w:color w:val="000000"/>
          <w:sz w:val="26"/>
          <w:szCs w:val="26"/>
        </w:rPr>
      </w:pPr>
      <w:r w:rsidRPr="00E734AE">
        <w:rPr>
          <w:rFonts w:ascii="garamond" w:hAnsi="garamond"/>
          <w:color w:val="000000"/>
          <w:sz w:val="26"/>
          <w:szCs w:val="26"/>
        </w:rPr>
        <w:t xml:space="preserve">I </w:t>
      </w:r>
      <w:r w:rsidR="00957BF4">
        <w:rPr>
          <w:rFonts w:ascii="garamond" w:hAnsi="garamond"/>
          <w:color w:val="000000"/>
          <w:sz w:val="26"/>
          <w:szCs w:val="26"/>
        </w:rPr>
        <w:t xml:space="preserve">was promoted to </w:t>
      </w:r>
      <w:r w:rsidRPr="00E734AE">
        <w:rPr>
          <w:rFonts w:ascii="garamond" w:hAnsi="garamond"/>
          <w:color w:val="000000"/>
          <w:sz w:val="26"/>
          <w:szCs w:val="26"/>
        </w:rPr>
        <w:t xml:space="preserve">Vice President in December 1990 and was looking to transfer out of BPA. Most of my time was spent on the trading floor with the Capital Markets Group, which I had aimed to join since starting at Salomon. </w:t>
      </w:r>
    </w:p>
    <w:p w14:paraId="2DA22441" w14:textId="66B4D3C6"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And there I was, four years later — ready, ambitious, and unaware that my opportunity was coming.</w:t>
      </w:r>
    </w:p>
    <w:p w14:paraId="4055A6F5" w14:textId="77777777" w:rsidR="005B5ADD" w:rsidRPr="00E734AE" w:rsidRDefault="005B5ADD" w:rsidP="005B5ADD">
      <w:pPr>
        <w:rPr>
          <w:rFonts w:ascii="garamond" w:hAnsi="garamond"/>
          <w:color w:val="000000"/>
          <w:sz w:val="26"/>
          <w:szCs w:val="26"/>
        </w:rPr>
      </w:pPr>
    </w:p>
    <w:p w14:paraId="30F2DA93" w14:textId="77777777" w:rsidR="005B5ADD" w:rsidRDefault="005B5ADD" w:rsidP="005B5ADD">
      <w:pPr>
        <w:rPr>
          <w:rFonts w:ascii="garamond" w:hAnsi="garamond"/>
          <w:b/>
          <w:bCs/>
          <w:color w:val="000000"/>
          <w:sz w:val="26"/>
          <w:szCs w:val="26"/>
        </w:rPr>
      </w:pPr>
      <w:r>
        <w:rPr>
          <w:rFonts w:ascii="garamond" w:hAnsi="garamond"/>
          <w:b/>
          <w:bCs/>
          <w:color w:val="000000"/>
          <w:sz w:val="26"/>
          <w:szCs w:val="26"/>
        </w:rPr>
        <w:br w:type="page"/>
      </w:r>
    </w:p>
    <w:p w14:paraId="6FB7FD82" w14:textId="77777777" w:rsidR="005B5ADD" w:rsidRPr="00E734AE" w:rsidRDefault="005B5ADD" w:rsidP="005B5ADD">
      <w:pPr>
        <w:rPr>
          <w:rFonts w:ascii="garamond" w:hAnsi="garamond"/>
          <w:color w:val="000000"/>
          <w:sz w:val="26"/>
          <w:szCs w:val="26"/>
        </w:rPr>
      </w:pPr>
      <w:r w:rsidRPr="00E734AE">
        <w:rPr>
          <w:rFonts w:ascii="garamond" w:hAnsi="garamond"/>
          <w:b/>
          <w:bCs/>
          <w:color w:val="000000"/>
          <w:sz w:val="26"/>
          <w:szCs w:val="26"/>
        </w:rPr>
        <w:lastRenderedPageBreak/>
        <w:t>CHAPTER 8 — THE BIGGEST SCANDAL OF ITS TIME</w:t>
      </w:r>
      <w:r w:rsidRPr="00E734AE">
        <w:rPr>
          <w:rFonts w:ascii="garamond" w:hAnsi="garamond"/>
          <w:color w:val="000000"/>
          <w:sz w:val="26"/>
          <w:szCs w:val="26"/>
        </w:rPr>
        <w:br/>
      </w:r>
      <w:r w:rsidRPr="00E734AE">
        <w:rPr>
          <w:rFonts w:ascii="garamond" w:hAnsi="garamond"/>
          <w:b/>
          <w:bCs/>
          <w:color w:val="000000"/>
          <w:sz w:val="26"/>
          <w:szCs w:val="26"/>
        </w:rPr>
        <w:t>‘The Most Important Day Of My Life.’</w:t>
      </w:r>
    </w:p>
    <w:p w14:paraId="31D10C13" w14:textId="77777777" w:rsidR="00957BF4" w:rsidRDefault="005B5ADD" w:rsidP="005B5ADD">
      <w:pPr>
        <w:rPr>
          <w:rFonts w:ascii="garamond" w:hAnsi="garamond"/>
          <w:color w:val="000000"/>
          <w:sz w:val="26"/>
          <w:szCs w:val="26"/>
        </w:rPr>
      </w:pPr>
      <w:r w:rsidRPr="00E734AE">
        <w:rPr>
          <w:rFonts w:ascii="garamond" w:hAnsi="garamond"/>
          <w:color w:val="000000"/>
          <w:sz w:val="26"/>
          <w:szCs w:val="26"/>
        </w:rPr>
        <w:t xml:space="preserve">Throughout my time at Bond Portfolio Analysis (BPA), I closely collaborated with Jessica Palmer, a well-known Managing Director (MD) and Head of the Capital Markets Group (CMG) on the fixed-income trading floor. CMG handled all fixed-income issuer client relationships. </w:t>
      </w:r>
    </w:p>
    <w:p w14:paraId="008568B4" w14:textId="5C011D61"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Palmer relied on me as her primary analyst and appreciated both my analytical skills and my integrity. The access provided me with valuable exposure to senior contacts at the firm and across her clients.</w:t>
      </w:r>
    </w:p>
    <w:p w14:paraId="190E7A44"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Palmer started her Wall Street career at Goldman Sachs in the late 1970s, then moved to Salomon Brothers in 1982. By 1988, she was among a small group of women to reach MD and the only one to lead her own division.</w:t>
      </w:r>
    </w:p>
    <w:p w14:paraId="5B753102"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She stood out on our floor — intelligent, hardworking, witty, elegant, and impossible to ignore. People called her the “Avon Lady” because her smile could disarm a room. She carried herself with a calm confidence that made even the loudest men instinctively lower their voices.</w:t>
      </w:r>
    </w:p>
    <w:p w14:paraId="39E608CF"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After Kalotay left Salomon, Palmer convinced me to join CMG in January 1991. She supported my plan to establish a Liability Management Group in capital markets—one that would introduce new fixed-income products and significantly increase revenue beyond just underwriting.</w:t>
      </w:r>
    </w:p>
    <w:p w14:paraId="48ECBEB9"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In early 1991, news started spreading that the U.S. government was investigating Salomon Brothers for breaking Treasury security auction rules. The accusations said we had submitted fake bids in clients’ names to boost our allocations and manipulate prices.</w:t>
      </w:r>
    </w:p>
    <w:p w14:paraId="3D5D8AA9"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U.S. Treasuries are the world’s largest and most liquid asset class. Who could manipulate those auctions so openly? Senior management dismissed the rumors. Our Government Desk was the industry leader.</w:t>
      </w:r>
    </w:p>
    <w:p w14:paraId="489D4BDD"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By mid-August, the situation had worsened significantly. The Justice Department, the Treasury Department, and the Securities and Exchange Commission filed criminal and civil charges against the firm. Our stock fell more than 30 percent in a single day, and our borrowing costs soared. The once-dominant firm suddenly faced collapse.</w:t>
      </w:r>
    </w:p>
    <w:p w14:paraId="5574284A" w14:textId="232B3459"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lastRenderedPageBreak/>
        <w:t xml:space="preserve">There was one reason Salomon still had a chance. In 1987, Berkshire Hathaway invested $700 million in Salomon’s preferred equity. Warren Buffett — Berkshire’s Chairman and CEO and a member of Salomon’s Board of Directors — was determined not to let that investment disappear. During an emergency phone </w:t>
      </w:r>
      <w:r w:rsidR="00957BF4">
        <w:rPr>
          <w:rFonts w:ascii="garamond" w:hAnsi="garamond"/>
          <w:color w:val="000000"/>
          <w:sz w:val="26"/>
          <w:szCs w:val="26"/>
        </w:rPr>
        <w:t>meeting of the B</w:t>
      </w:r>
      <w:r w:rsidRPr="00E734AE">
        <w:rPr>
          <w:rFonts w:ascii="garamond" w:hAnsi="garamond"/>
          <w:color w:val="000000"/>
          <w:sz w:val="26"/>
          <w:szCs w:val="26"/>
        </w:rPr>
        <w:t xml:space="preserve">oard </w:t>
      </w:r>
      <w:r w:rsidR="00957BF4">
        <w:rPr>
          <w:rFonts w:ascii="garamond" w:hAnsi="garamond"/>
          <w:color w:val="000000"/>
          <w:sz w:val="26"/>
          <w:szCs w:val="26"/>
        </w:rPr>
        <w:t>of Directors</w:t>
      </w:r>
      <w:r w:rsidRPr="00E734AE">
        <w:rPr>
          <w:rFonts w:ascii="garamond" w:hAnsi="garamond"/>
          <w:color w:val="000000"/>
          <w:sz w:val="26"/>
          <w:szCs w:val="26"/>
        </w:rPr>
        <w:t xml:space="preserve">, Buffett was named </w:t>
      </w:r>
      <w:r w:rsidR="00957BF4">
        <w:rPr>
          <w:rFonts w:ascii="garamond" w:hAnsi="garamond"/>
          <w:color w:val="000000"/>
          <w:sz w:val="26"/>
          <w:szCs w:val="26"/>
        </w:rPr>
        <w:t xml:space="preserve">Salomon’s </w:t>
      </w:r>
      <w:r w:rsidRPr="00E734AE">
        <w:rPr>
          <w:rFonts w:ascii="garamond" w:hAnsi="garamond"/>
          <w:color w:val="000000"/>
          <w:sz w:val="26"/>
          <w:szCs w:val="26"/>
        </w:rPr>
        <w:t>Interim Executive Chairman. His first action was quick: he accepted the forced resignations of our CEO, our President, and the Global Head of Sales and Trading.</w:t>
      </w:r>
    </w:p>
    <w:p w14:paraId="643A71E7"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Buffett arrived in New York and took charge. We couldn’t have asked for a better leader, the Oracle of Omaha himself.</w:t>
      </w:r>
    </w:p>
    <w:p w14:paraId="31308EA6"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Buffett interviewed eight senior partners as potential CEO candidates. Each was accomplished and well-respected. One stood out: Sir Deryck Maughan — serious, thoughtful, and highly capable. He had led Salomon’s Japan operations in the 1980s, transforming them into a powerhouse, and returned to New York in early 1991 to manage our struggling Investment Banking Division — just before the scandal broke.</w:t>
      </w:r>
    </w:p>
    <w:p w14:paraId="2EDD4714" w14:textId="27DE4ABA"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Buffett selected Maughan as the new CEO but waited to announce the decision until discussions with the Treasury Department were fin</w:t>
      </w:r>
      <w:r w:rsidR="00957BF4">
        <w:rPr>
          <w:rFonts w:ascii="garamond" w:hAnsi="garamond"/>
          <w:color w:val="000000"/>
          <w:sz w:val="26"/>
          <w:szCs w:val="26"/>
        </w:rPr>
        <w:t>alized</w:t>
      </w:r>
      <w:r w:rsidRPr="00E734AE">
        <w:rPr>
          <w:rFonts w:ascii="garamond" w:hAnsi="garamond"/>
          <w:color w:val="000000"/>
          <w:sz w:val="26"/>
          <w:szCs w:val="26"/>
        </w:rPr>
        <w:t>. A press conference was scheduled for Sunday, August 18, at 2:30 p.m., in Salomon’s 200-seat auditorium at 7 World Trade Center. Buffett wanted to update the public before Asian markets opened.</w:t>
      </w:r>
    </w:p>
    <w:p w14:paraId="79FC9CC2"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That Sunday morning, the worst happened. Treasury issued an early-morning press release banning us from participating in their auctions — for our accounts or on behalf of clients — and revoked our Primary Dealer license.</w:t>
      </w:r>
    </w:p>
    <w:p w14:paraId="6B16BE27"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Salomon ranked fifth among U.S. financial institutions at the time and was the largest investment bank. Losing our Primary Dealer license was as close to a death sentence as we could get. It would make it impossible to finance our balance sheet, and a bank run would be unavoidable. Without quick action, we would run out of liquidity in days.</w:t>
      </w:r>
    </w:p>
    <w:p w14:paraId="6289CBC9" w14:textId="478084AC"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 xml:space="preserve">Buffett recognized he had two actions to pursue simultaneously: </w:t>
      </w:r>
      <w:r w:rsidR="005A35F8">
        <w:rPr>
          <w:rFonts w:ascii="garamond" w:hAnsi="garamond"/>
          <w:color w:val="000000"/>
          <w:sz w:val="26"/>
          <w:szCs w:val="26"/>
        </w:rPr>
        <w:t xml:space="preserve">engage our legal counsel to </w:t>
      </w:r>
      <w:r w:rsidRPr="00E734AE">
        <w:rPr>
          <w:rFonts w:ascii="garamond" w:hAnsi="garamond"/>
          <w:color w:val="000000"/>
          <w:sz w:val="26"/>
          <w:szCs w:val="26"/>
        </w:rPr>
        <w:t xml:space="preserve">prepare for a potential bankruptcy filing before Asian markets </w:t>
      </w:r>
      <w:proofErr w:type="gramStart"/>
      <w:r w:rsidRPr="00E734AE">
        <w:rPr>
          <w:rFonts w:ascii="garamond" w:hAnsi="garamond"/>
          <w:color w:val="000000"/>
          <w:sz w:val="26"/>
          <w:szCs w:val="26"/>
        </w:rPr>
        <w:t>opened, and</w:t>
      </w:r>
      <w:proofErr w:type="gramEnd"/>
      <w:r w:rsidRPr="00E734AE">
        <w:rPr>
          <w:rFonts w:ascii="garamond" w:hAnsi="garamond"/>
          <w:color w:val="000000"/>
          <w:sz w:val="26"/>
          <w:szCs w:val="26"/>
        </w:rPr>
        <w:t xml:space="preserve"> </w:t>
      </w:r>
      <w:r w:rsidR="005A35F8">
        <w:rPr>
          <w:rFonts w:ascii="garamond" w:hAnsi="garamond"/>
          <w:color w:val="000000"/>
          <w:sz w:val="26"/>
          <w:szCs w:val="26"/>
        </w:rPr>
        <w:t xml:space="preserve">attempt to </w:t>
      </w:r>
      <w:r w:rsidRPr="00E734AE">
        <w:rPr>
          <w:rFonts w:ascii="garamond" w:hAnsi="garamond"/>
          <w:color w:val="000000"/>
          <w:sz w:val="26"/>
          <w:szCs w:val="26"/>
        </w:rPr>
        <w:t>persuade the Treasury Department to reverse or soften its stance</w:t>
      </w:r>
      <w:r w:rsidR="005A35F8">
        <w:rPr>
          <w:rFonts w:ascii="garamond" w:hAnsi="garamond"/>
          <w:color w:val="000000"/>
          <w:sz w:val="26"/>
          <w:szCs w:val="26"/>
        </w:rPr>
        <w:t xml:space="preserve"> on </w:t>
      </w:r>
      <w:r w:rsidR="00AB462F">
        <w:rPr>
          <w:rFonts w:ascii="garamond" w:hAnsi="garamond"/>
          <w:color w:val="000000"/>
          <w:sz w:val="26"/>
          <w:szCs w:val="26"/>
        </w:rPr>
        <w:t xml:space="preserve">restrictions on </w:t>
      </w:r>
      <w:r w:rsidR="005A35F8">
        <w:rPr>
          <w:rFonts w:ascii="garamond" w:hAnsi="garamond"/>
          <w:color w:val="000000"/>
          <w:sz w:val="26"/>
          <w:szCs w:val="26"/>
        </w:rPr>
        <w:t>our broker-dealer license</w:t>
      </w:r>
      <w:r w:rsidRPr="00E734AE">
        <w:rPr>
          <w:rFonts w:ascii="garamond" w:hAnsi="garamond"/>
          <w:color w:val="000000"/>
          <w:sz w:val="26"/>
          <w:szCs w:val="26"/>
        </w:rPr>
        <w:t xml:space="preserve">. He instructed our law firm, Wachtell Lipton, to start preparing </w:t>
      </w:r>
      <w:r w:rsidR="005A35F8">
        <w:rPr>
          <w:rFonts w:ascii="garamond" w:hAnsi="garamond"/>
          <w:color w:val="000000"/>
          <w:sz w:val="26"/>
          <w:szCs w:val="26"/>
        </w:rPr>
        <w:t>our</w:t>
      </w:r>
      <w:r w:rsidRPr="00E734AE">
        <w:rPr>
          <w:rFonts w:ascii="garamond" w:hAnsi="garamond"/>
          <w:color w:val="000000"/>
          <w:sz w:val="26"/>
          <w:szCs w:val="26"/>
        </w:rPr>
        <w:t xml:space="preserve"> bankruptcy documents. Then he began making calls to the Treasury, the Fed, and senior regulatory officials.</w:t>
      </w:r>
    </w:p>
    <w:p w14:paraId="5B5BD454" w14:textId="286E94A0"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lastRenderedPageBreak/>
        <w:t xml:space="preserve">By 10:30 a.m., Buffett had Treasury Secretary Nicholas Brady </w:t>
      </w:r>
      <w:r w:rsidR="00AB462F">
        <w:rPr>
          <w:rFonts w:ascii="garamond" w:hAnsi="garamond"/>
          <w:color w:val="000000"/>
          <w:sz w:val="26"/>
          <w:szCs w:val="26"/>
        </w:rPr>
        <w:t xml:space="preserve">under President George H. W. Bush </w:t>
      </w:r>
      <w:r w:rsidRPr="00E734AE">
        <w:rPr>
          <w:rFonts w:ascii="garamond" w:hAnsi="garamond"/>
          <w:color w:val="000000"/>
          <w:sz w:val="26"/>
          <w:szCs w:val="26"/>
        </w:rPr>
        <w:t>on the phone. He took the call at the Government Desk, surrounded by about thirty senior MD’s. I was seated at my CMG desk, fifteen yards away, watching it unfold in real time.</w:t>
      </w:r>
    </w:p>
    <w:p w14:paraId="6CED9373"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The conversation was private, but the stakes were clear. By 1:45 p.m., they reached an agreement. The government adjusted its position instead of withdrawing it — we retained our Primary Dealer license under restrictions, paid a significant fine, and agreed to ongoing investigation. That was enough. The bankruptcy filing was stopped.</w:t>
      </w:r>
    </w:p>
    <w:p w14:paraId="713E830F"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Buffett later called that Sunday “the most important day of my life.”</w:t>
      </w:r>
    </w:p>
    <w:p w14:paraId="0636C007"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Buffett congratulated Maughan, and the two men headed to the press conference auditorium. A few senior partners believed they deserved the role Maughan had been given, but Buffett was indifferent. If anyone disagreed, they could leave. No one said a word.</w:t>
      </w:r>
    </w:p>
    <w:p w14:paraId="7D717D78"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Buffett and Deryck Maughan walked into the auditorium and took their assigned seats at the base of the stage, behind a long oval mahogany table with two protruding microphones.</w:t>
      </w:r>
    </w:p>
    <w:p w14:paraId="05E755E4"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Buffett paused briefly and then began, “My name is Warren Buffett, and I am the Interim Executive Chairman of Salomon Inc, the parent company of Salomon Brothers. To my left is Sir Deryck Maughan, Salomon Brothers’ newly appointed Chief Executive Officer. There is no need to rush the process. Sir Deryck and I commit to staying until every question is answered.”</w:t>
      </w:r>
    </w:p>
    <w:p w14:paraId="16D6B185"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Buffett then read the Treasury Department’s new revised public statement. After that, the questions flooded in. He and Maughan responded for just over two hours in a calm and precise tone. When Buffett didn’t know something, he said so and promised to follow up. Every so often, he deferred to Sir Deryck to respond on behalf of the firm, its investors, and clients.</w:t>
      </w:r>
    </w:p>
    <w:p w14:paraId="4564FCCE"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In the end, the Head of the Government Desk and a Sales Assistant were fined and sanctioned. The firm paid a record settlement, and the industry rewrote its rules.</w:t>
      </w:r>
    </w:p>
    <w:p w14:paraId="4E433B3C"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For the following months, Buffett was a constant presence. He walked the floor, met with people one-on-one, and insisted that MD’s visit clients and speak openly about what had happened. He worked fourteen-hour days.</w:t>
      </w:r>
    </w:p>
    <w:p w14:paraId="044442D2"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lastRenderedPageBreak/>
        <w:t>In his Congressional testimony, Buffett was asked about compliance. His answer was two sentences I have never forgotten.</w:t>
      </w:r>
    </w:p>
    <w:p w14:paraId="49C4137B"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“Would I be comfortable if my work actions were reported on the front page of the next day’s local newspaper, to be read by my community?” That was the employee’s test. For management, the standard was simpler: “Lose money for the firm, and I will be understanding. Lose a shred of reputation for the firm, and I will be ruthless.”</w:t>
      </w:r>
    </w:p>
    <w:p w14:paraId="022C416F"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observed Buffett up close that year — not on television, but in our hallways. He didn’t perform. He asked. He listened. He acted. His strength wasn't volume; it was clarity.</w:t>
      </w:r>
    </w:p>
    <w:p w14:paraId="76D6FA71" w14:textId="029BFFC5"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 xml:space="preserve">When his interim role ended in </w:t>
      </w:r>
      <w:r w:rsidR="00B71186">
        <w:rPr>
          <w:rFonts w:ascii="garamond" w:hAnsi="garamond"/>
          <w:color w:val="000000"/>
          <w:sz w:val="26"/>
          <w:szCs w:val="26"/>
        </w:rPr>
        <w:t>mid-</w:t>
      </w:r>
      <w:r w:rsidRPr="00E734AE">
        <w:rPr>
          <w:rFonts w:ascii="garamond" w:hAnsi="garamond"/>
          <w:color w:val="000000"/>
          <w:sz w:val="26"/>
          <w:szCs w:val="26"/>
        </w:rPr>
        <w:t>1992, the firm still bore scars. But we were standing. After the week we had lived through, that was everything.</w:t>
      </w:r>
    </w:p>
    <w:p w14:paraId="3052A6F5"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What I remember most is not the press conference or the congressional testimony. I saw Warren Buffett on our floor.</w:t>
      </w:r>
    </w:p>
    <w:p w14:paraId="6DDBD09B"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Not in a conference room. Not in a briefing. On the floor itself, moving through it as a man moves through a space he’s assessing rather than inhabiting — slowly, observantly, with the stillness of someone who has already decided what he thinks and is simply confirming it.</w:t>
      </w:r>
    </w:p>
    <w:p w14:paraId="24DEAEB7"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followed him from a distance for a while. Not conspicuously — or so I told myself. I wanted to see how he moved through the room, what he looked at, who approached him, and who kept their distance. The floor seemed different with Buffett on it — calmer and wiser. People acted without realizing it.</w:t>
      </w:r>
    </w:p>
    <w:p w14:paraId="0DE1653F"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At some point, I lost him in the crowd. I decided to use the restroom.</w:t>
      </w:r>
    </w:p>
    <w:p w14:paraId="1AF5CF4C"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pushed open the door, took a few steps in, and heard a voice.</w:t>
      </w:r>
    </w:p>
    <w:p w14:paraId="631E4CEE"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"Greetings."</w:t>
      </w:r>
    </w:p>
    <w:p w14:paraId="1C7A3AC1"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It was Buffett. Standing at a urinal.</w:t>
      </w:r>
    </w:p>
    <w:p w14:paraId="182CADFF"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stopped. I said: "Greetings, Mr. Buffett." And I turned to leave.</w:t>
      </w:r>
    </w:p>
    <w:p w14:paraId="051BC5BD"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He said, without turning his head: "When you gotta go, you gotta go."</w:t>
      </w:r>
    </w:p>
    <w:p w14:paraId="157D9CAF"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lastRenderedPageBreak/>
        <w:t>I paused for a moment and realized I was acting like a fool. He was telling me, as simply as possible, that there was no reason to leave. I walked to the nearby urinal and unzipped.</w:t>
      </w:r>
    </w:p>
    <w:p w14:paraId="0EF0A1D2"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had no idea what to say. The man was saving our firm, and I was standing next to him at a urinal on the 42nd floor of 7 World Trade Center.</w:t>
      </w:r>
    </w:p>
    <w:p w14:paraId="407CAA43"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He spoke first.</w:t>
      </w:r>
    </w:p>
    <w:p w14:paraId="099CB64B"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"Hello. I am Warren Buffett."</w:t>
      </w:r>
    </w:p>
    <w:p w14:paraId="5C0A0894"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“Hello, Mr. Buffett. I am Marwan Marshi from the Capital Markets Group. I paused. I want to thank you — on behalf of my colleagues and myself — for what you are doing.”</w:t>
      </w:r>
    </w:p>
    <w:p w14:paraId="07F7EB7D"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He flushed. He said, moving toward the sink: "Let's hope everything works out fine."</w:t>
      </w:r>
    </w:p>
    <w:p w14:paraId="4D11C618"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He washed his hands and left.</w:t>
      </w:r>
    </w:p>
    <w:p w14:paraId="3DE95C96"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stood there for a moment. Then I finished what I had come in to do.</w:t>
      </w:r>
    </w:p>
    <w:p w14:paraId="3C91C67A"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That was my Buffett Sunday. Not the press conference. Not the memo. Not the emergency board meeting or the calls to Treasury or the congressional testimony that followed. Mine was a urinal on the trading floor, a man who said when you gotta go you gotta go, and a parting line that captured the entire uncertainty of that week in seven words.</w:t>
      </w:r>
    </w:p>
    <w:p w14:paraId="3F7803F2"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Let's hope everything works out fine.</w:t>
      </w:r>
    </w:p>
    <w:p w14:paraId="7A3C3BA5" w14:textId="77777777" w:rsidR="005B5ADD" w:rsidRDefault="005B5ADD" w:rsidP="005B5ADD">
      <w:pPr>
        <w:rPr>
          <w:rFonts w:ascii="garamond" w:hAnsi="garamond"/>
          <w:b/>
          <w:bCs/>
          <w:color w:val="000000"/>
          <w:sz w:val="26"/>
          <w:szCs w:val="26"/>
        </w:rPr>
      </w:pPr>
      <w:r>
        <w:rPr>
          <w:rFonts w:ascii="garamond" w:hAnsi="garamond"/>
          <w:b/>
          <w:bCs/>
          <w:color w:val="000000"/>
          <w:sz w:val="26"/>
          <w:szCs w:val="26"/>
        </w:rPr>
        <w:br w:type="page"/>
      </w:r>
    </w:p>
    <w:p w14:paraId="73C915E2" w14:textId="77777777" w:rsidR="005B5ADD" w:rsidRPr="00E734AE" w:rsidRDefault="005B5ADD" w:rsidP="005B5ADD">
      <w:pPr>
        <w:rPr>
          <w:rFonts w:ascii="garamond" w:hAnsi="garamond"/>
          <w:color w:val="000000"/>
          <w:sz w:val="26"/>
          <w:szCs w:val="26"/>
        </w:rPr>
      </w:pPr>
      <w:r w:rsidRPr="00E734AE">
        <w:rPr>
          <w:rFonts w:ascii="garamond" w:hAnsi="garamond"/>
          <w:b/>
          <w:bCs/>
          <w:color w:val="000000"/>
          <w:sz w:val="26"/>
          <w:szCs w:val="26"/>
        </w:rPr>
        <w:lastRenderedPageBreak/>
        <w:t>CHAPTER 9 — TIMEX</w:t>
      </w:r>
      <w:r w:rsidRPr="00E734AE">
        <w:rPr>
          <w:rFonts w:ascii="garamond" w:hAnsi="garamond"/>
          <w:color w:val="000000"/>
          <w:sz w:val="26"/>
          <w:szCs w:val="26"/>
        </w:rPr>
        <w:br/>
      </w:r>
      <w:r w:rsidRPr="00E734AE">
        <w:rPr>
          <w:rFonts w:ascii="garamond" w:hAnsi="garamond"/>
          <w:b/>
          <w:bCs/>
          <w:color w:val="000000"/>
          <w:sz w:val="26"/>
          <w:szCs w:val="26"/>
        </w:rPr>
        <w:t>Beirut in Manhattan.</w:t>
      </w:r>
    </w:p>
    <w:p w14:paraId="0459835B"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had been at Salomon Brothers for two and a half years — long enough to understand the Lexington Avenue line, but not long enough to know when to avoid it.</w:t>
      </w:r>
    </w:p>
    <w:p w14:paraId="67DA412B" w14:textId="74973D68" w:rsidR="00C311ED" w:rsidRDefault="00C311ED" w:rsidP="005B5ADD">
      <w:pPr>
        <w:rPr>
          <w:rFonts w:ascii="garamond" w:hAnsi="garamond"/>
          <w:color w:val="000000"/>
          <w:sz w:val="26"/>
          <w:szCs w:val="26"/>
        </w:rPr>
      </w:pPr>
      <w:r>
        <w:rPr>
          <w:rFonts w:ascii="garamond" w:hAnsi="garamond"/>
          <w:color w:val="000000"/>
          <w:sz w:val="26"/>
          <w:szCs w:val="26"/>
        </w:rPr>
        <w:t>It was F</w:t>
      </w:r>
      <w:r w:rsidR="005B5ADD" w:rsidRPr="00E734AE">
        <w:rPr>
          <w:rFonts w:ascii="garamond" w:hAnsi="garamond"/>
          <w:color w:val="000000"/>
          <w:sz w:val="26"/>
          <w:szCs w:val="26"/>
        </w:rPr>
        <w:t xml:space="preserve">riday, April 21, 1989. Two days earlier, Trisha Meili </w:t>
      </w:r>
      <w:r>
        <w:rPr>
          <w:rFonts w:ascii="garamond" w:hAnsi="garamond"/>
          <w:color w:val="000000"/>
          <w:sz w:val="26"/>
          <w:szCs w:val="26"/>
        </w:rPr>
        <w:t xml:space="preserve">was violently, viciously, and sexually assaulted </w:t>
      </w:r>
      <w:r w:rsidR="005B5ADD" w:rsidRPr="00E734AE">
        <w:rPr>
          <w:rFonts w:ascii="garamond" w:hAnsi="garamond"/>
          <w:color w:val="000000"/>
          <w:sz w:val="26"/>
          <w:szCs w:val="26"/>
        </w:rPr>
        <w:t>and left for dead in Central Park</w:t>
      </w:r>
      <w:r>
        <w:rPr>
          <w:rFonts w:ascii="garamond" w:hAnsi="garamond"/>
          <w:color w:val="000000"/>
          <w:sz w:val="26"/>
          <w:szCs w:val="26"/>
        </w:rPr>
        <w:t>. S</w:t>
      </w:r>
      <w:r w:rsidR="005B5ADD" w:rsidRPr="00E734AE">
        <w:rPr>
          <w:rFonts w:ascii="garamond" w:hAnsi="garamond"/>
          <w:color w:val="000000"/>
          <w:sz w:val="26"/>
          <w:szCs w:val="26"/>
        </w:rPr>
        <w:t xml:space="preserve">he survived. She had started at Salomon Brothers </w:t>
      </w:r>
      <w:r>
        <w:rPr>
          <w:rFonts w:ascii="garamond" w:hAnsi="garamond"/>
          <w:color w:val="000000"/>
          <w:sz w:val="26"/>
          <w:szCs w:val="26"/>
        </w:rPr>
        <w:t xml:space="preserve">around </w:t>
      </w:r>
      <w:r w:rsidR="005B5ADD" w:rsidRPr="00E734AE">
        <w:rPr>
          <w:rFonts w:ascii="garamond" w:hAnsi="garamond"/>
          <w:color w:val="000000"/>
          <w:sz w:val="26"/>
          <w:szCs w:val="26"/>
        </w:rPr>
        <w:t xml:space="preserve">the same day I did in September 1986. The city was gripped by fear. Raw, collective, and close to home. </w:t>
      </w:r>
    </w:p>
    <w:p w14:paraId="7910DE19" w14:textId="3394A066"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left the office at two in the morning.</w:t>
      </w:r>
    </w:p>
    <w:p w14:paraId="17254D16"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The company car service had a wait of at least an hour. I was mostly broke. I did not have enough money for a cab, so I took the subway. I told myself the attack had been in the park, not on the train. I told myself a lot of things.</w:t>
      </w:r>
    </w:p>
    <w:p w14:paraId="0D0AFCF8"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boarded a middle car at Bowling Green Station at work. It was mostly empty. The seats had the exhausted look of a late-night Friday subway: wrappers on the floor, fluorescent lights flickering badly, graffiti covering every surface in colors that shouldn't be underground. I sat in my suit and just rode.</w:t>
      </w:r>
    </w:p>
    <w:p w14:paraId="79975D81" w14:textId="42681715"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 xml:space="preserve">At Wall Street, the next stop, three men boarded, while the fellow passengers exited, leaving the four of us as the sole passengers. </w:t>
      </w:r>
      <w:r w:rsidR="00482B67">
        <w:rPr>
          <w:rFonts w:ascii="garamond" w:hAnsi="garamond"/>
          <w:color w:val="000000"/>
          <w:sz w:val="26"/>
          <w:szCs w:val="26"/>
        </w:rPr>
        <w:t>They were y</w:t>
      </w:r>
      <w:r w:rsidRPr="00E734AE">
        <w:rPr>
          <w:rFonts w:ascii="garamond" w:hAnsi="garamond"/>
          <w:color w:val="000000"/>
          <w:sz w:val="26"/>
          <w:szCs w:val="26"/>
        </w:rPr>
        <w:t xml:space="preserve">oung, </w:t>
      </w:r>
      <w:r w:rsidR="00482B67">
        <w:rPr>
          <w:rFonts w:ascii="garamond" w:hAnsi="garamond"/>
          <w:color w:val="000000"/>
          <w:sz w:val="26"/>
          <w:szCs w:val="26"/>
        </w:rPr>
        <w:t>b</w:t>
      </w:r>
      <w:r w:rsidRPr="00E734AE">
        <w:rPr>
          <w:rFonts w:ascii="garamond" w:hAnsi="garamond"/>
          <w:color w:val="000000"/>
          <w:sz w:val="26"/>
          <w:szCs w:val="26"/>
        </w:rPr>
        <w:t>lack, moving with the confidence of people who claim a space before anyone else c</w:t>
      </w:r>
      <w:r w:rsidR="00482B67">
        <w:rPr>
          <w:rFonts w:ascii="garamond" w:hAnsi="garamond"/>
          <w:color w:val="000000"/>
          <w:sz w:val="26"/>
          <w:szCs w:val="26"/>
        </w:rPr>
        <w:t>ould</w:t>
      </w:r>
      <w:r w:rsidRPr="00E734AE">
        <w:rPr>
          <w:rFonts w:ascii="garamond" w:hAnsi="garamond"/>
          <w:color w:val="000000"/>
          <w:sz w:val="26"/>
          <w:szCs w:val="26"/>
        </w:rPr>
        <w:t xml:space="preserve">. </w:t>
      </w:r>
      <w:r w:rsidR="00B71186">
        <w:rPr>
          <w:rFonts w:ascii="garamond" w:hAnsi="garamond"/>
          <w:color w:val="000000"/>
          <w:sz w:val="26"/>
          <w:szCs w:val="26"/>
        </w:rPr>
        <w:t xml:space="preserve">One of them </w:t>
      </w:r>
      <w:r w:rsidR="00C311ED">
        <w:rPr>
          <w:rFonts w:ascii="garamond" w:hAnsi="garamond"/>
          <w:color w:val="000000"/>
          <w:sz w:val="26"/>
          <w:szCs w:val="26"/>
        </w:rPr>
        <w:t>held</w:t>
      </w:r>
      <w:r w:rsidR="00B71186">
        <w:rPr>
          <w:rFonts w:ascii="garamond" w:hAnsi="garamond"/>
          <w:color w:val="000000"/>
          <w:sz w:val="26"/>
          <w:szCs w:val="26"/>
        </w:rPr>
        <w:t xml:space="preserve"> a large </w:t>
      </w:r>
      <w:r w:rsidR="00C311ED">
        <w:rPr>
          <w:rFonts w:ascii="garamond" w:hAnsi="garamond"/>
          <w:color w:val="000000"/>
          <w:sz w:val="26"/>
          <w:szCs w:val="26"/>
        </w:rPr>
        <w:t>boom</w:t>
      </w:r>
      <w:r w:rsidR="00B71186">
        <w:rPr>
          <w:rFonts w:ascii="garamond" w:hAnsi="garamond"/>
          <w:color w:val="000000"/>
          <w:sz w:val="26"/>
          <w:szCs w:val="26"/>
        </w:rPr>
        <w:t>box</w:t>
      </w:r>
      <w:r w:rsidR="00C311ED">
        <w:rPr>
          <w:rFonts w:ascii="garamond" w:hAnsi="garamond"/>
          <w:color w:val="000000"/>
          <w:sz w:val="26"/>
          <w:szCs w:val="26"/>
        </w:rPr>
        <w:t xml:space="preserve"> over his shoulder. The speakers were</w:t>
      </w:r>
      <w:r w:rsidR="00B71186">
        <w:rPr>
          <w:rFonts w:ascii="garamond" w:hAnsi="garamond"/>
          <w:color w:val="000000"/>
          <w:sz w:val="26"/>
          <w:szCs w:val="26"/>
        </w:rPr>
        <w:t xml:space="preserve"> blasting the 1988 Bobby McFer</w:t>
      </w:r>
      <w:r w:rsidR="00C311ED">
        <w:rPr>
          <w:rFonts w:ascii="garamond" w:hAnsi="garamond"/>
          <w:color w:val="000000"/>
          <w:sz w:val="26"/>
          <w:szCs w:val="26"/>
        </w:rPr>
        <w:t>r</w:t>
      </w:r>
      <w:r w:rsidR="00B71186">
        <w:rPr>
          <w:rFonts w:ascii="garamond" w:hAnsi="garamond"/>
          <w:color w:val="000000"/>
          <w:sz w:val="26"/>
          <w:szCs w:val="26"/>
        </w:rPr>
        <w:t xml:space="preserve">in song, “Don’t Worry, Be Happy.” </w:t>
      </w:r>
      <w:r w:rsidRPr="00E734AE">
        <w:rPr>
          <w:rFonts w:ascii="garamond" w:hAnsi="garamond"/>
          <w:color w:val="000000"/>
          <w:sz w:val="26"/>
          <w:szCs w:val="26"/>
        </w:rPr>
        <w:t xml:space="preserve">They headed to the far end of the car. The </w:t>
      </w:r>
      <w:r w:rsidR="00C311ED">
        <w:rPr>
          <w:rFonts w:ascii="garamond" w:hAnsi="garamond"/>
          <w:color w:val="000000"/>
          <w:sz w:val="26"/>
          <w:szCs w:val="26"/>
        </w:rPr>
        <w:t xml:space="preserve">subway </w:t>
      </w:r>
      <w:r w:rsidRPr="00E734AE">
        <w:rPr>
          <w:rFonts w:ascii="garamond" w:hAnsi="garamond"/>
          <w:color w:val="000000"/>
          <w:sz w:val="26"/>
          <w:szCs w:val="26"/>
        </w:rPr>
        <w:t>doors closed. I didn't look at them. I heard them—music first, then movement. I looked up.</w:t>
      </w:r>
    </w:p>
    <w:p w14:paraId="3EEB0C88"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They were walking toward me.</w:t>
      </w:r>
    </w:p>
    <w:p w14:paraId="5A4CA22F"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In Beirut, you learn to threat-assess before you learn to drive. You pick it up by watching how adults read a street and react before anything has happened. By the time I was ten, I knew how to gauge a room. By the time I left, I could do it without even realizing I was doing it.</w:t>
      </w:r>
    </w:p>
    <w:p w14:paraId="48F6CAAD"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 xml:space="preserve">I had perhaps three seconds to decide: stand or stay seated. Standing meant height — I was taller than all three. Height in a confrontation reads as a challenge. Staying </w:t>
      </w:r>
      <w:r w:rsidRPr="00E734AE">
        <w:rPr>
          <w:rFonts w:ascii="garamond" w:hAnsi="garamond"/>
          <w:color w:val="000000"/>
          <w:sz w:val="26"/>
          <w:szCs w:val="26"/>
        </w:rPr>
        <w:lastRenderedPageBreak/>
        <w:t>seated could signal weakness or disrespect — also dangerous. There was no right answer. I stayed seated because my knees had already gone soft.</w:t>
      </w:r>
    </w:p>
    <w:p w14:paraId="3ECA3460" w14:textId="08B533C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They reached out to me</w:t>
      </w:r>
      <w:r w:rsidR="00482B67">
        <w:rPr>
          <w:rFonts w:ascii="garamond" w:hAnsi="garamond"/>
          <w:color w:val="000000"/>
          <w:sz w:val="26"/>
          <w:szCs w:val="26"/>
        </w:rPr>
        <w:t xml:space="preserve"> and lowered the volume on their box. </w:t>
      </w:r>
      <w:r w:rsidRPr="00E734AE">
        <w:rPr>
          <w:rFonts w:ascii="garamond" w:hAnsi="garamond"/>
          <w:color w:val="000000"/>
          <w:sz w:val="26"/>
          <w:szCs w:val="26"/>
        </w:rPr>
        <w:t>One asked why I hadn't stood up. I apologized, but that was not the right response. He told me to stand, which I did, my body trembling.</w:t>
      </w:r>
    </w:p>
    <w:p w14:paraId="6E48256F" w14:textId="4188656A"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They took my wallet—</w:t>
      </w:r>
      <w:r w:rsidR="00B61099">
        <w:rPr>
          <w:rFonts w:ascii="garamond" w:hAnsi="garamond"/>
          <w:color w:val="000000"/>
          <w:sz w:val="26"/>
          <w:szCs w:val="26"/>
        </w:rPr>
        <w:t xml:space="preserve">with some </w:t>
      </w:r>
      <w:r w:rsidRPr="00E734AE">
        <w:rPr>
          <w:rFonts w:ascii="garamond" w:hAnsi="garamond"/>
          <w:color w:val="000000"/>
          <w:sz w:val="26"/>
          <w:szCs w:val="26"/>
        </w:rPr>
        <w:t xml:space="preserve">cash </w:t>
      </w:r>
      <w:r w:rsidR="00B61099">
        <w:rPr>
          <w:rFonts w:ascii="garamond" w:hAnsi="garamond"/>
          <w:color w:val="000000"/>
          <w:sz w:val="26"/>
          <w:szCs w:val="26"/>
        </w:rPr>
        <w:t>inside and my I.D. cards</w:t>
      </w:r>
      <w:r w:rsidRPr="00E734AE">
        <w:rPr>
          <w:rFonts w:ascii="garamond" w:hAnsi="garamond"/>
          <w:color w:val="000000"/>
          <w:sz w:val="26"/>
          <w:szCs w:val="26"/>
        </w:rPr>
        <w:t>—and my watch, a twenty-dollar Timex, the only one I owned. One of them</w:t>
      </w:r>
      <w:r w:rsidR="00B61099">
        <w:rPr>
          <w:rFonts w:ascii="garamond" w:hAnsi="garamond"/>
          <w:color w:val="000000"/>
          <w:sz w:val="26"/>
          <w:szCs w:val="26"/>
        </w:rPr>
        <w:t>, the tallest,</w:t>
      </w:r>
      <w:r w:rsidRPr="00E734AE">
        <w:rPr>
          <w:rFonts w:ascii="garamond" w:hAnsi="garamond"/>
          <w:color w:val="000000"/>
          <w:sz w:val="26"/>
          <w:szCs w:val="26"/>
        </w:rPr>
        <w:t xml:space="preserve"> reached behind his back and pulled out a pistol—long and silver, like in </w:t>
      </w:r>
      <w:r w:rsidR="00B61099">
        <w:rPr>
          <w:rFonts w:ascii="garamond" w:hAnsi="garamond"/>
          <w:color w:val="000000"/>
          <w:sz w:val="26"/>
          <w:szCs w:val="26"/>
        </w:rPr>
        <w:t xml:space="preserve">the </w:t>
      </w:r>
      <w:r w:rsidRPr="00E734AE">
        <w:rPr>
          <w:rFonts w:ascii="garamond" w:hAnsi="garamond"/>
          <w:color w:val="000000"/>
          <w:sz w:val="26"/>
          <w:szCs w:val="26"/>
        </w:rPr>
        <w:t>movies, except in movies you understand subconsciously that it's not real. In a subway car at two in the morning, that understanding isn't there. He told me to sit down and open my mouth.</w:t>
      </w:r>
    </w:p>
    <w:p w14:paraId="60D0F601"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sat down, opened my mouth, and felt something warm spread through my trousers, not fully registering until later.</w:t>
      </w:r>
    </w:p>
    <w:p w14:paraId="4B7A66BE" w14:textId="42981B1B"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 xml:space="preserve">He </w:t>
      </w:r>
      <w:r w:rsidR="00482B67">
        <w:rPr>
          <w:rFonts w:ascii="garamond" w:hAnsi="garamond"/>
          <w:color w:val="000000"/>
          <w:sz w:val="26"/>
          <w:szCs w:val="26"/>
        </w:rPr>
        <w:t>inserted</w:t>
      </w:r>
      <w:r w:rsidRPr="00E734AE">
        <w:rPr>
          <w:rFonts w:ascii="garamond" w:hAnsi="garamond"/>
          <w:color w:val="000000"/>
          <w:sz w:val="26"/>
          <w:szCs w:val="26"/>
        </w:rPr>
        <w:t xml:space="preserve"> the </w:t>
      </w:r>
      <w:r w:rsidR="00482B67">
        <w:rPr>
          <w:rFonts w:ascii="garamond" w:hAnsi="garamond"/>
          <w:color w:val="000000"/>
          <w:sz w:val="26"/>
          <w:szCs w:val="26"/>
        </w:rPr>
        <w:t>pistol</w:t>
      </w:r>
      <w:r w:rsidRPr="00E734AE">
        <w:rPr>
          <w:rFonts w:ascii="garamond" w:hAnsi="garamond"/>
          <w:color w:val="000000"/>
          <w:sz w:val="26"/>
          <w:szCs w:val="26"/>
        </w:rPr>
        <w:t>'s barrel in</w:t>
      </w:r>
      <w:r w:rsidR="00B61099">
        <w:rPr>
          <w:rFonts w:ascii="garamond" w:hAnsi="garamond"/>
          <w:color w:val="000000"/>
          <w:sz w:val="26"/>
          <w:szCs w:val="26"/>
        </w:rPr>
        <w:t>to</w:t>
      </w:r>
      <w:r w:rsidRPr="00E734AE">
        <w:rPr>
          <w:rFonts w:ascii="garamond" w:hAnsi="garamond"/>
          <w:color w:val="000000"/>
          <w:sz w:val="26"/>
          <w:szCs w:val="26"/>
        </w:rPr>
        <w:t xml:space="preserve"> my mouth. The metal was room temperature — not cold like people </w:t>
      </w:r>
      <w:r w:rsidR="00B61099">
        <w:rPr>
          <w:rFonts w:ascii="garamond" w:hAnsi="garamond"/>
          <w:color w:val="000000"/>
          <w:sz w:val="26"/>
          <w:szCs w:val="26"/>
        </w:rPr>
        <w:t>think</w:t>
      </w:r>
      <w:r w:rsidRPr="00E734AE">
        <w:rPr>
          <w:rFonts w:ascii="garamond" w:hAnsi="garamond"/>
          <w:color w:val="000000"/>
          <w:sz w:val="26"/>
          <w:szCs w:val="26"/>
        </w:rPr>
        <w:t>, just metal, just there, undeniable. They were talking among themselves. My eyes were tearing uncontrollably, open</w:t>
      </w:r>
      <w:r w:rsidR="00B61099">
        <w:rPr>
          <w:rFonts w:ascii="garamond" w:hAnsi="garamond"/>
          <w:color w:val="000000"/>
          <w:sz w:val="26"/>
          <w:szCs w:val="26"/>
        </w:rPr>
        <w:t>ing</w:t>
      </w:r>
      <w:r w:rsidRPr="00E734AE">
        <w:rPr>
          <w:rFonts w:ascii="garamond" w:hAnsi="garamond"/>
          <w:color w:val="000000"/>
          <w:sz w:val="26"/>
          <w:szCs w:val="26"/>
        </w:rPr>
        <w:t xml:space="preserve"> and clos</w:t>
      </w:r>
      <w:r w:rsidR="00B61099">
        <w:rPr>
          <w:rFonts w:ascii="garamond" w:hAnsi="garamond"/>
          <w:color w:val="000000"/>
          <w:sz w:val="26"/>
          <w:szCs w:val="26"/>
        </w:rPr>
        <w:t>ing intermittently</w:t>
      </w:r>
      <w:r w:rsidRPr="00E734AE">
        <w:rPr>
          <w:rFonts w:ascii="garamond" w:hAnsi="garamond"/>
          <w:color w:val="000000"/>
          <w:sz w:val="26"/>
          <w:szCs w:val="26"/>
        </w:rPr>
        <w:t>. I was somewhere between prayer and cognitive blankness.</w:t>
      </w:r>
    </w:p>
    <w:p w14:paraId="31C473D2" w14:textId="35D10F48"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 xml:space="preserve">I was mumbling as </w:t>
      </w:r>
      <w:r w:rsidR="00B61099">
        <w:rPr>
          <w:rFonts w:ascii="garamond" w:hAnsi="garamond"/>
          <w:color w:val="000000"/>
          <w:sz w:val="26"/>
          <w:szCs w:val="26"/>
        </w:rPr>
        <w:t>all three</w:t>
      </w:r>
      <w:r w:rsidRPr="00E734AE">
        <w:rPr>
          <w:rFonts w:ascii="garamond" w:hAnsi="garamond"/>
          <w:color w:val="000000"/>
          <w:sz w:val="26"/>
          <w:szCs w:val="26"/>
        </w:rPr>
        <w:t xml:space="preserve"> watched me intently.</w:t>
      </w:r>
    </w:p>
    <w:p w14:paraId="589C0F3D" w14:textId="0EA0349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 xml:space="preserve">He pulled the </w:t>
      </w:r>
      <w:r w:rsidR="00B61099">
        <w:rPr>
          <w:rFonts w:ascii="garamond" w:hAnsi="garamond"/>
          <w:color w:val="000000"/>
          <w:sz w:val="26"/>
          <w:szCs w:val="26"/>
        </w:rPr>
        <w:t>pistol</w:t>
      </w:r>
      <w:r w:rsidRPr="00E734AE">
        <w:rPr>
          <w:rFonts w:ascii="garamond" w:hAnsi="garamond"/>
          <w:color w:val="000000"/>
          <w:sz w:val="26"/>
          <w:szCs w:val="26"/>
        </w:rPr>
        <w:t xml:space="preserve"> </w:t>
      </w:r>
      <w:r w:rsidR="00B61099">
        <w:rPr>
          <w:rFonts w:ascii="garamond" w:hAnsi="garamond"/>
          <w:color w:val="000000"/>
          <w:sz w:val="26"/>
          <w:szCs w:val="26"/>
        </w:rPr>
        <w:t>out</w:t>
      </w:r>
      <w:r w:rsidRPr="00E734AE">
        <w:rPr>
          <w:rFonts w:ascii="garamond" w:hAnsi="garamond"/>
          <w:color w:val="000000"/>
          <w:sz w:val="26"/>
          <w:szCs w:val="26"/>
        </w:rPr>
        <w:t xml:space="preserve"> </w:t>
      </w:r>
      <w:r w:rsidR="00B61099">
        <w:rPr>
          <w:rFonts w:ascii="garamond" w:hAnsi="garamond"/>
          <w:color w:val="000000"/>
          <w:sz w:val="26"/>
          <w:szCs w:val="26"/>
        </w:rPr>
        <w:t xml:space="preserve">of my mouth </w:t>
      </w:r>
      <w:r w:rsidRPr="00E734AE">
        <w:rPr>
          <w:rFonts w:ascii="garamond" w:hAnsi="garamond"/>
          <w:color w:val="000000"/>
          <w:sz w:val="26"/>
          <w:szCs w:val="26"/>
        </w:rPr>
        <w:t>and asked what I was saying.</w:t>
      </w:r>
    </w:p>
    <w:p w14:paraId="760169BA"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told him I was praying. I asked if he would allow me to finish my prayer.</w:t>
      </w:r>
    </w:p>
    <w:p w14:paraId="2F420B38"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He said, “Go ahead.”</w:t>
      </w:r>
    </w:p>
    <w:p w14:paraId="13B5268F" w14:textId="5EFB0BF6"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prayed in Arabic aloud, in the language it had always existed in</w:t>
      </w:r>
      <w:r w:rsidR="00B61099">
        <w:rPr>
          <w:rFonts w:ascii="garamond" w:hAnsi="garamond"/>
          <w:color w:val="000000"/>
          <w:sz w:val="26"/>
          <w:szCs w:val="26"/>
        </w:rPr>
        <w:t xml:space="preserve"> me</w:t>
      </w:r>
      <w:r w:rsidRPr="00E734AE">
        <w:rPr>
          <w:rFonts w:ascii="garamond" w:hAnsi="garamond"/>
          <w:color w:val="000000"/>
          <w:sz w:val="26"/>
          <w:szCs w:val="26"/>
        </w:rPr>
        <w:t xml:space="preserve"> — the language of my grandmother, of every church service I had attended as a boy in Beirut without truly listening. It turned out I had been listening </w:t>
      </w:r>
      <w:r w:rsidR="00B61099">
        <w:rPr>
          <w:rFonts w:ascii="garamond" w:hAnsi="garamond"/>
          <w:color w:val="000000"/>
          <w:sz w:val="26"/>
          <w:szCs w:val="26"/>
        </w:rPr>
        <w:t>all along</w:t>
      </w:r>
      <w:r w:rsidRPr="00E734AE">
        <w:rPr>
          <w:rFonts w:ascii="garamond" w:hAnsi="garamond"/>
          <w:color w:val="000000"/>
          <w:sz w:val="26"/>
          <w:szCs w:val="26"/>
        </w:rPr>
        <w:t>.</w:t>
      </w:r>
    </w:p>
    <w:p w14:paraId="2794ECCE"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He stopped me and asked what language I spoke.</w:t>
      </w:r>
    </w:p>
    <w:p w14:paraId="174D5ECC"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Arabic, I said.</w:t>
      </w:r>
    </w:p>
    <w:p w14:paraId="0E3A8849"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He asked if I was Muslim.</w:t>
      </w:r>
    </w:p>
    <w:p w14:paraId="768B19A1"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lied. I said yes.</w:t>
      </w:r>
    </w:p>
    <w:p w14:paraId="51632FC5" w14:textId="2A4B3092"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lastRenderedPageBreak/>
        <w:t xml:space="preserve">He said — and I will carry this sentence for the rest of my life — “Sheet man, we are brothers. Allahu </w:t>
      </w:r>
      <w:r w:rsidR="00B61099" w:rsidRPr="00E734AE">
        <w:rPr>
          <w:rFonts w:ascii="garamond" w:hAnsi="garamond"/>
          <w:color w:val="000000"/>
          <w:sz w:val="26"/>
          <w:szCs w:val="26"/>
        </w:rPr>
        <w:t>Akbar</w:t>
      </w:r>
      <w:r w:rsidRPr="00E734AE">
        <w:rPr>
          <w:rFonts w:ascii="garamond" w:hAnsi="garamond"/>
          <w:color w:val="000000"/>
          <w:sz w:val="26"/>
          <w:szCs w:val="26"/>
        </w:rPr>
        <w:t>.”</w:t>
      </w:r>
    </w:p>
    <w:p w14:paraId="652C8330" w14:textId="42E86B73"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 xml:space="preserve">I said, “Allahu </w:t>
      </w:r>
      <w:r w:rsidR="00B61099" w:rsidRPr="00E734AE">
        <w:rPr>
          <w:rFonts w:ascii="garamond" w:hAnsi="garamond"/>
          <w:color w:val="000000"/>
          <w:sz w:val="26"/>
          <w:szCs w:val="26"/>
        </w:rPr>
        <w:t>Akbar</w:t>
      </w:r>
      <w:r w:rsidRPr="00E734AE">
        <w:rPr>
          <w:rFonts w:ascii="garamond" w:hAnsi="garamond"/>
          <w:color w:val="000000"/>
          <w:sz w:val="26"/>
          <w:szCs w:val="26"/>
        </w:rPr>
        <w:t>.”</w:t>
      </w:r>
    </w:p>
    <w:p w14:paraId="77B1B47B" w14:textId="27108069" w:rsidR="005B5ADD" w:rsidRPr="00E734AE" w:rsidRDefault="00B61099" w:rsidP="005B5ADD">
      <w:pPr>
        <w:rPr>
          <w:rFonts w:ascii="garamond" w:hAnsi="garamond"/>
          <w:color w:val="000000"/>
          <w:sz w:val="26"/>
          <w:szCs w:val="26"/>
        </w:rPr>
      </w:pPr>
      <w:r>
        <w:rPr>
          <w:rFonts w:ascii="garamond" w:hAnsi="garamond"/>
          <w:color w:val="000000"/>
          <w:sz w:val="26"/>
          <w:szCs w:val="26"/>
        </w:rPr>
        <w:t>He put his pistol away, and all three</w:t>
      </w:r>
      <w:r w:rsidR="005B5ADD" w:rsidRPr="00E734AE">
        <w:rPr>
          <w:rFonts w:ascii="garamond" w:hAnsi="garamond"/>
          <w:color w:val="000000"/>
          <w:sz w:val="26"/>
          <w:szCs w:val="26"/>
        </w:rPr>
        <w:t xml:space="preserve"> sat</w:t>
      </w:r>
      <w:r w:rsidR="002D586C">
        <w:rPr>
          <w:rFonts w:ascii="garamond" w:hAnsi="garamond"/>
          <w:color w:val="000000"/>
          <w:sz w:val="26"/>
          <w:szCs w:val="26"/>
        </w:rPr>
        <w:t xml:space="preserve"> beside me</w:t>
      </w:r>
      <w:r w:rsidR="005B5ADD" w:rsidRPr="00E734AE">
        <w:rPr>
          <w:rFonts w:ascii="garamond" w:hAnsi="garamond"/>
          <w:color w:val="000000"/>
          <w:sz w:val="26"/>
          <w:szCs w:val="26"/>
        </w:rPr>
        <w:t xml:space="preserve">. Not threatening. Not performing. Three young men on a late-night subway who had found a thread connecting them to a Lebanese man in wet suit pants. </w:t>
      </w:r>
      <w:r w:rsidR="002D586C">
        <w:rPr>
          <w:rFonts w:ascii="garamond" w:hAnsi="garamond"/>
          <w:color w:val="000000"/>
          <w:sz w:val="26"/>
          <w:szCs w:val="26"/>
        </w:rPr>
        <w:t>They</w:t>
      </w:r>
      <w:r w:rsidR="005B5ADD" w:rsidRPr="00E734AE">
        <w:rPr>
          <w:rFonts w:ascii="garamond" w:hAnsi="garamond"/>
          <w:color w:val="000000"/>
          <w:sz w:val="26"/>
          <w:szCs w:val="26"/>
        </w:rPr>
        <w:t xml:space="preserve"> talked</w:t>
      </w:r>
      <w:r w:rsidR="002D586C">
        <w:rPr>
          <w:rFonts w:ascii="garamond" w:hAnsi="garamond"/>
          <w:color w:val="000000"/>
          <w:sz w:val="26"/>
          <w:szCs w:val="26"/>
        </w:rPr>
        <w:t>, and I nodded</w:t>
      </w:r>
      <w:r w:rsidR="005B5ADD" w:rsidRPr="00E734AE">
        <w:rPr>
          <w:rFonts w:ascii="garamond" w:hAnsi="garamond"/>
          <w:color w:val="000000"/>
          <w:sz w:val="26"/>
          <w:szCs w:val="26"/>
        </w:rPr>
        <w:t>. I don't remember what about. I remember that it felt, improbably, like conversation.</w:t>
      </w:r>
    </w:p>
    <w:p w14:paraId="7765D009" w14:textId="1D037FD1"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 xml:space="preserve">They got off at the next </w:t>
      </w:r>
      <w:r w:rsidR="002D586C">
        <w:rPr>
          <w:rFonts w:ascii="garamond" w:hAnsi="garamond"/>
          <w:color w:val="000000"/>
          <w:sz w:val="26"/>
          <w:szCs w:val="26"/>
        </w:rPr>
        <w:t>stop with an "Allahu Akbar Brother</w:t>
      </w:r>
      <w:r w:rsidR="002D586C">
        <w:rPr>
          <w:rFonts w:ascii="garamond" w:hAnsi="garamond"/>
          <w:color w:val="000000"/>
          <w:sz w:val="26"/>
          <w:szCs w:val="26"/>
        </w:rPr>
        <w:t>”</w:t>
      </w:r>
      <w:r w:rsidR="002D586C">
        <w:rPr>
          <w:rFonts w:ascii="garamond" w:hAnsi="garamond"/>
          <w:color w:val="000000"/>
          <w:sz w:val="26"/>
          <w:szCs w:val="26"/>
        </w:rPr>
        <w:t xml:space="preserve"> salute, which I</w:t>
      </w:r>
      <w:r w:rsidR="002D586C">
        <w:rPr>
          <w:rFonts w:ascii="garamond" w:hAnsi="garamond"/>
          <w:color w:val="000000"/>
          <w:sz w:val="26"/>
          <w:szCs w:val="26"/>
        </w:rPr>
        <w:t xml:space="preserve"> repeated</w:t>
      </w:r>
      <w:r w:rsidR="002D586C">
        <w:rPr>
          <w:rFonts w:ascii="garamond" w:hAnsi="garamond"/>
          <w:color w:val="000000"/>
          <w:sz w:val="26"/>
          <w:szCs w:val="26"/>
        </w:rPr>
        <w:t>.</w:t>
      </w:r>
      <w:r w:rsidRPr="00E734AE">
        <w:rPr>
          <w:rFonts w:ascii="garamond" w:hAnsi="garamond"/>
          <w:color w:val="000000"/>
          <w:sz w:val="26"/>
          <w:szCs w:val="26"/>
        </w:rPr>
        <w:t xml:space="preserve"> One of them handed me back my watch before the doors closed.</w:t>
      </w:r>
    </w:p>
    <w:p w14:paraId="17EAE521"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Not the wallet. The watch.</w:t>
      </w:r>
    </w:p>
    <w:p w14:paraId="2964E035"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sat alone in the car and didn't move for a long time.</w:t>
      </w:r>
    </w:p>
    <w:p w14:paraId="1DFA1418" w14:textId="58DB78C2"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After the Timex incident, I started collecting watches—</w:t>
      </w:r>
      <w:r w:rsidR="002D586C">
        <w:rPr>
          <w:rFonts w:ascii="garamond" w:hAnsi="garamond"/>
          <w:color w:val="000000"/>
          <w:sz w:val="26"/>
          <w:szCs w:val="26"/>
        </w:rPr>
        <w:t xml:space="preserve">some </w:t>
      </w:r>
      <w:r w:rsidRPr="00E734AE">
        <w:rPr>
          <w:rFonts w:ascii="garamond" w:hAnsi="garamond"/>
          <w:color w:val="000000"/>
          <w:sz w:val="26"/>
          <w:szCs w:val="26"/>
        </w:rPr>
        <w:t>pieces worth six figures, worn with the satisfaction of someone who knows their value and has earned the right to own them. But the one I keep going back to, the one that sits alone in a special place, is a Timex. Twenty dollars, purchased in 1986 by a young man who was mostly broke and unfamiliar with New York</w:t>
      </w:r>
      <w:r w:rsidR="002D586C">
        <w:rPr>
          <w:rFonts w:ascii="garamond" w:hAnsi="garamond"/>
          <w:color w:val="000000"/>
          <w:sz w:val="26"/>
          <w:szCs w:val="26"/>
        </w:rPr>
        <w:t>, and received the lesson of his life wearing it</w:t>
      </w:r>
      <w:r w:rsidRPr="00E734AE">
        <w:rPr>
          <w:rFonts w:ascii="garamond" w:hAnsi="garamond"/>
          <w:color w:val="000000"/>
          <w:sz w:val="26"/>
          <w:szCs w:val="26"/>
        </w:rPr>
        <w:t>.</w:t>
      </w:r>
    </w:p>
    <w:p w14:paraId="1DE19119"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Timex has a line they've used for decades: It takes a licking and keeps on ticking. It still ticks.</w:t>
      </w:r>
    </w:p>
    <w:p w14:paraId="71881E48"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People who see it assume it’s sentimental. A first purchase. A gift.</w:t>
      </w:r>
    </w:p>
    <w:p w14:paraId="0DFEA4D3" w14:textId="3CAB5B46"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 xml:space="preserve">It reminded me of Beirut in Manhattan. </w:t>
      </w:r>
      <w:r w:rsidR="00F30441">
        <w:rPr>
          <w:rFonts w:ascii="garamond" w:hAnsi="garamond"/>
          <w:color w:val="000000"/>
          <w:sz w:val="26"/>
          <w:szCs w:val="26"/>
        </w:rPr>
        <w:t>M</w:t>
      </w:r>
      <w:r w:rsidRPr="00E734AE">
        <w:rPr>
          <w:rFonts w:ascii="garamond" w:hAnsi="garamond"/>
          <w:color w:val="000000"/>
          <w:sz w:val="26"/>
          <w:szCs w:val="26"/>
        </w:rPr>
        <w:t xml:space="preserve">y identity </w:t>
      </w:r>
      <w:r w:rsidR="00F30441">
        <w:rPr>
          <w:rFonts w:ascii="garamond" w:hAnsi="garamond"/>
          <w:color w:val="000000"/>
          <w:sz w:val="26"/>
          <w:szCs w:val="26"/>
        </w:rPr>
        <w:t xml:space="preserve">was my savior. </w:t>
      </w:r>
    </w:p>
    <w:p w14:paraId="7D05DF15" w14:textId="77777777" w:rsidR="005B5ADD" w:rsidRPr="00E734AE" w:rsidRDefault="005B5ADD" w:rsidP="005B5ADD">
      <w:pPr>
        <w:rPr>
          <w:rFonts w:ascii="garamond" w:hAnsi="garamond"/>
          <w:color w:val="000000"/>
          <w:sz w:val="26"/>
          <w:szCs w:val="26"/>
        </w:rPr>
      </w:pPr>
    </w:p>
    <w:p w14:paraId="654C1DD1" w14:textId="77777777" w:rsidR="005B5ADD" w:rsidRDefault="005B5ADD" w:rsidP="005B5ADD">
      <w:pPr>
        <w:rPr>
          <w:rFonts w:ascii="garamond" w:hAnsi="garamond"/>
          <w:b/>
          <w:bCs/>
          <w:color w:val="000000"/>
          <w:sz w:val="26"/>
          <w:szCs w:val="26"/>
        </w:rPr>
      </w:pPr>
      <w:r>
        <w:rPr>
          <w:rFonts w:ascii="garamond" w:hAnsi="garamond"/>
          <w:b/>
          <w:bCs/>
          <w:color w:val="000000"/>
          <w:sz w:val="26"/>
          <w:szCs w:val="26"/>
        </w:rPr>
        <w:br w:type="page"/>
      </w:r>
    </w:p>
    <w:p w14:paraId="3420B810" w14:textId="77777777" w:rsidR="005B5ADD" w:rsidRPr="00E734AE" w:rsidRDefault="005B5ADD" w:rsidP="005B5ADD">
      <w:pPr>
        <w:rPr>
          <w:rFonts w:ascii="garamond" w:hAnsi="garamond"/>
          <w:color w:val="000000"/>
          <w:sz w:val="26"/>
          <w:szCs w:val="26"/>
        </w:rPr>
      </w:pPr>
      <w:r w:rsidRPr="00E734AE">
        <w:rPr>
          <w:rFonts w:ascii="garamond" w:hAnsi="garamond"/>
          <w:b/>
          <w:bCs/>
          <w:color w:val="000000"/>
          <w:sz w:val="26"/>
          <w:szCs w:val="26"/>
        </w:rPr>
        <w:lastRenderedPageBreak/>
        <w:t>CHAPTER 10 — FREE AT LAST</w:t>
      </w:r>
      <w:r w:rsidRPr="00E734AE">
        <w:rPr>
          <w:rFonts w:ascii="garamond" w:hAnsi="garamond"/>
          <w:color w:val="000000"/>
          <w:sz w:val="26"/>
          <w:szCs w:val="26"/>
        </w:rPr>
        <w:br/>
      </w:r>
      <w:r w:rsidRPr="00E734AE">
        <w:rPr>
          <w:rFonts w:ascii="garamond" w:hAnsi="garamond"/>
          <w:b/>
          <w:bCs/>
          <w:color w:val="000000"/>
          <w:sz w:val="26"/>
          <w:szCs w:val="26"/>
        </w:rPr>
        <w:t>Renaissance Man.</w:t>
      </w:r>
    </w:p>
    <w:p w14:paraId="66420F2F"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The timing of my move to the Capital Markets Group in early 1991 couldn't have been worse. I arrived as the new Vice President just as the U.S. Treasury auction scandal began to consume the firm from the inside. I thought I was disposable. I worked relentlessly anyway — head down, stubborn, superstitious — as if working hard could somehow protect me.</w:t>
      </w:r>
    </w:p>
    <w:p w14:paraId="0F4D61F5"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As the scandal grew worse, Jeff Almon — one of two MD’s working under Jessica Palmer in CMG — asked me to take over the daily responsibilities of the Victorian Public Authorities Finance Agency, Vicfin, a government consumer-loan agency in Melbourne, Australia. It might have seemed like a favor, as Vicfin was a house account — a client that handled all its fixed-income business mainly with us on a sole-managed basis. It was not. He needed a scapegoat if the scandal frightened the client, while retaining the upside.</w:t>
      </w:r>
    </w:p>
    <w:p w14:paraId="26B3AC5A"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Vicfin issued bonds rarely. I knew the client well: the analysts, Treasurer Bob Parry, and CFO Ron Irish. Their team was sharp, responsive, and hardworking. I had covered them since 1988 from BPA. We executed a bond financing, which Almon had taken credit for, the way some people take umbrellas they didn’t bring.</w:t>
      </w:r>
    </w:p>
    <w:p w14:paraId="55E7C2F3"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We had been designing a macro-financing strategy with Vicfin for more than three months. If executed, it would be a significant transaction amid our scandal.</w:t>
      </w:r>
    </w:p>
    <w:p w14:paraId="372EBE58"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had called Bob the day the scandal broke and updated him constantly. The Treasury team trusted our credit platform, and he believed the violation was unrelated to our fixed-income franchise.</w:t>
      </w:r>
    </w:p>
    <w:p w14:paraId="1748F62F" w14:textId="221BBE5B"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By late September 1991, Bob called to say they were arriving in New York sooner than anticipated and would be joined by their new CEO. They were also meeting Goldman Sachs and Morgan Stanley, with whom their CEO had relationships.</w:t>
      </w:r>
    </w:p>
    <w:p w14:paraId="65193619"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Wall Street does not like surprises. Vicfin’s visits with Goldman and Morgan were unsettling. As a government-sponsored institution, Vicfin may have reversed its position on our scandal.</w:t>
      </w:r>
    </w:p>
    <w:p w14:paraId="133D52CC"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Almon asked the inevitable question: “Is Vicfin doing business away from us?”</w:t>
      </w:r>
    </w:p>
    <w:p w14:paraId="329E1D4C"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don’t know,” I said honestly.</w:t>
      </w:r>
    </w:p>
    <w:p w14:paraId="76D6C77F"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lastRenderedPageBreak/>
        <w:t>How could I? The situation was fluid, and they had every plausible reason to hedge against our exposure. Almon responded by launching an attack in an open forum: “Marwan, the last thing we need is to lose any house account business during the auction scandal. Don’t fuck it up.”</w:t>
      </w:r>
    </w:p>
    <w:p w14:paraId="28B039A4"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needed a senior ally. Jessica Palmer was fair, and she knew Vicfin well. I briefed her on the early visit and the potential involvement of Goldman and Morgan. She convened an internal meeting.</w:t>
      </w:r>
    </w:p>
    <w:p w14:paraId="0BA00EA4"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The strategy was clean — a benchmark ten-year bond combining new capital with an exchange offer for the bond we underwrote in 1988. Jessica endorsed it.</w:t>
      </w:r>
    </w:p>
    <w:p w14:paraId="165E56B0"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The meeting with Vicfin was on August 22, 1991. Jessica informed me she had asked Jeff to lead the presentation because of his seniority. The optics were clear.</w:t>
      </w:r>
    </w:p>
    <w:p w14:paraId="3C305EC0"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pulled Jeff aside beforehand and reminded him to focus on Ron Irish, the CFO. He looked at me with a sneer. "I can deal with clients, and I can close deals. Get out of my way."</w:t>
      </w:r>
    </w:p>
    <w:p w14:paraId="26AFCA29"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When the team arrived, Jessica started confidently — addressing the scandal head-on and affirming the strength of our credit platform without hesitation. Then she passed the floor to Almon.</w:t>
      </w:r>
    </w:p>
    <w:p w14:paraId="40EB5BA4"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Almon started with three solid minutes, then fell into monotony — eyes on the presentation instead of the client, terms and conditions read straight from the chart without a pause for questions. The smooth walk-through we had rehearsed turned into qualifiers, caveats, and half-explanations. Every time I tried to interject, Almon cut me off. Vicfin sensed the uncertainty and shut down. The meeting lasted an hour — the kind that felt like it never ended.</w:t>
      </w:r>
    </w:p>
    <w:p w14:paraId="202766C4"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When they left the offices, it was clear we had impressed no one.</w:t>
      </w:r>
    </w:p>
    <w:p w14:paraId="229E2BEC"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Jessica said quietly, "I think this is the first Vicfin piece of business we will lose."</w:t>
      </w:r>
    </w:p>
    <w:p w14:paraId="2907B17C"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Almon deflected, blaming the deal's complexity.</w:t>
      </w:r>
    </w:p>
    <w:p w14:paraId="2730B718"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Jessica cut him off and left the room. I stayed silent.</w:t>
      </w:r>
    </w:p>
    <w:p w14:paraId="12ECCD6B" w14:textId="619EA44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At home that evening, I was burdened with the loss. Jessica used to call me “Renaissance Man” for my diverse approach to clients. The question now was how long it would take before she labeled me “Rain Man.”</w:t>
      </w:r>
    </w:p>
    <w:p w14:paraId="2191301B" w14:textId="0FFDE41B"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lastRenderedPageBreak/>
        <w:t xml:space="preserve">At </w:t>
      </w:r>
      <w:r w:rsidR="00012942">
        <w:rPr>
          <w:rFonts w:ascii="garamond" w:hAnsi="garamond"/>
          <w:color w:val="000000"/>
          <w:sz w:val="26"/>
          <w:szCs w:val="26"/>
        </w:rPr>
        <w:t>s</w:t>
      </w:r>
      <w:r w:rsidRPr="00E734AE">
        <w:rPr>
          <w:rFonts w:ascii="garamond" w:hAnsi="garamond"/>
          <w:color w:val="000000"/>
          <w:sz w:val="26"/>
          <w:szCs w:val="26"/>
        </w:rPr>
        <w:t>even the next morning, Bob Parry called me at the office. "Good morning, Marwan. I need to tell you something: your strategy is terrific. Your delivery sucked."</w:t>
      </w:r>
    </w:p>
    <w:p w14:paraId="59EF320E"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Then he threw me what appeared to be a lifeline. “You don’t know this yet, but Ron Irish is retiring in three months. We want to do this benchmark deal on his watch, and everyone is on board. But we need Salomon’s execution hands, not what we heard yesterday. I want you to call Ron — one-on-one. Relay your confidence and ownership of the strategy. He trusts you. Do not worry about our meetings with Goldman and Morgan. Those were courtesy calls.”</w:t>
      </w:r>
    </w:p>
    <w:p w14:paraId="48603068"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Bob finished, “I’m on your side, as is the team back home. Call Ron around 10:00 a.m. I’ll make sure he’s there. We’re at the Marriott. I think you can close him.”</w:t>
      </w:r>
    </w:p>
    <w:p w14:paraId="2D2DE025"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went to Jessica’s office. She listened, smiled, and said, "Renaissance Man. Call Ron, and get it done. Why are you still here?"</w:t>
      </w:r>
    </w:p>
    <w:p w14:paraId="53FCC787"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dialed Ron at his hotel, just before 10:00 a.m.</w:t>
      </w:r>
    </w:p>
    <w:p w14:paraId="237F68F3"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The pitch was precise and unhurried. Each element of the benchmark structure was presented separately, the economics speaking for themselves. No apology for the previous meeting. No qualifiers.</w:t>
      </w:r>
    </w:p>
    <w:p w14:paraId="69EA031F"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Ron listened, asked the right questions, and said he would call by 3:00 p.m. before departing for the airport. I did not give Jessica an update — I stayed by my phone.</w:t>
      </w:r>
    </w:p>
    <w:p w14:paraId="5186BC17"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Around 3:00 p.m., the call came.</w:t>
      </w:r>
    </w:p>
    <w:p w14:paraId="38EA938D" w14:textId="45B4F7F6"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Ron informed me that Vicfin decided to proceed. They</w:t>
      </w:r>
      <w:r w:rsidR="00FE0318">
        <w:rPr>
          <w:rFonts w:ascii="garamond" w:hAnsi="garamond"/>
          <w:color w:val="000000"/>
          <w:sz w:val="26"/>
          <w:szCs w:val="26"/>
        </w:rPr>
        <w:t xml:space="preserve"> would</w:t>
      </w:r>
      <w:r w:rsidRPr="00E734AE">
        <w:rPr>
          <w:rFonts w:ascii="garamond" w:hAnsi="garamond"/>
          <w:color w:val="000000"/>
          <w:sz w:val="26"/>
          <w:szCs w:val="26"/>
        </w:rPr>
        <w:t xml:space="preserve"> return in three weeks to launch the new issue and the exchange offer. Salomon Brothers would be the sole manager, and they wanted Jessica and me on the floor during execution.</w:t>
      </w:r>
    </w:p>
    <w:p w14:paraId="1A2B4FDB"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thanked Ron and wished him and Bob a safe trip.</w:t>
      </w:r>
    </w:p>
    <w:p w14:paraId="0AA350EA"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went straight to Jessica's office. She shook my hand.</w:t>
      </w:r>
    </w:p>
    <w:p w14:paraId="3663D802"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"Excellent," she said. "Especially in these times. Thank you, Marwan."</w:t>
      </w:r>
    </w:p>
    <w:p w14:paraId="2F6284A4"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When I asked whether to update Almon, she paused. "Let's wait until we hear from them with full details."</w:t>
      </w:r>
    </w:p>
    <w:p w14:paraId="71875F17"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lastRenderedPageBreak/>
        <w:t>In mid-October 1991, the Vicfin team returned to New York. A new ten-year bond was launched, and nearly all outstanding bonds were exchanged, resulting in a new liquid, index-eligible bond.</w:t>
      </w:r>
    </w:p>
    <w:p w14:paraId="7157FB8D"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Jeff Almon was dismissed by year-end, not only because of Vicfin but also because he was losing business with several of his biggest clients.</w:t>
      </w:r>
    </w:p>
    <w:p w14:paraId="575A3659" w14:textId="6A4FC5EA"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 xml:space="preserve">Jessica gave me a generous bonus for 1991. She kept the promise she had made when I first joined CMG </w:t>
      </w:r>
      <w:r w:rsidR="00FE0318">
        <w:rPr>
          <w:rFonts w:ascii="garamond" w:hAnsi="garamond"/>
          <w:color w:val="000000"/>
          <w:sz w:val="26"/>
          <w:szCs w:val="26"/>
        </w:rPr>
        <w:t>early in the year</w:t>
      </w:r>
      <w:r w:rsidRPr="00E734AE">
        <w:rPr>
          <w:rFonts w:ascii="garamond" w:hAnsi="garamond"/>
          <w:color w:val="000000"/>
          <w:sz w:val="26"/>
          <w:szCs w:val="26"/>
        </w:rPr>
        <w:t>. I was made head of a newly created Liability Management Group (LMG), reporting to her. A full product platform, finally in position.</w:t>
      </w:r>
    </w:p>
    <w:p w14:paraId="3AE3E45A"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had never witnessed anything like it. The feeling that meritocracy has no nationality. It simply prevails.</w:t>
      </w:r>
    </w:p>
    <w:p w14:paraId="53BC1960"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When you design, manage, and execute a highly structured and profitable fixed-income deal, the floor did not applaud you. It priced you — the only evaluation that mattered.</w:t>
      </w:r>
    </w:p>
    <w:p w14:paraId="7226590E" w14:textId="77777777" w:rsidR="005B5ADD" w:rsidRPr="00E734AE" w:rsidRDefault="005B5ADD" w:rsidP="005B5ADD">
      <w:pPr>
        <w:rPr>
          <w:rFonts w:ascii="garamond" w:hAnsi="garamond"/>
          <w:color w:val="000000"/>
          <w:sz w:val="26"/>
          <w:szCs w:val="26"/>
        </w:rPr>
      </w:pPr>
    </w:p>
    <w:p w14:paraId="44335E7A" w14:textId="77777777" w:rsidR="005B5ADD" w:rsidRDefault="005B5ADD" w:rsidP="005B5ADD">
      <w:pPr>
        <w:rPr>
          <w:rFonts w:ascii="garamond" w:hAnsi="garamond"/>
          <w:b/>
          <w:bCs/>
          <w:color w:val="000000"/>
          <w:sz w:val="26"/>
          <w:szCs w:val="26"/>
        </w:rPr>
      </w:pPr>
      <w:r>
        <w:rPr>
          <w:rFonts w:ascii="garamond" w:hAnsi="garamond"/>
          <w:b/>
          <w:bCs/>
          <w:color w:val="000000"/>
          <w:sz w:val="26"/>
          <w:szCs w:val="26"/>
        </w:rPr>
        <w:br w:type="page"/>
      </w:r>
    </w:p>
    <w:p w14:paraId="01BC59D9" w14:textId="77777777" w:rsidR="005B5ADD" w:rsidRPr="00E734AE" w:rsidRDefault="005B5ADD" w:rsidP="005B5ADD">
      <w:pPr>
        <w:rPr>
          <w:rFonts w:ascii="garamond" w:hAnsi="garamond"/>
          <w:color w:val="000000"/>
          <w:sz w:val="26"/>
          <w:szCs w:val="26"/>
        </w:rPr>
      </w:pPr>
      <w:r w:rsidRPr="00E734AE">
        <w:rPr>
          <w:rFonts w:ascii="garamond" w:hAnsi="garamond"/>
          <w:b/>
          <w:bCs/>
          <w:color w:val="000000"/>
          <w:sz w:val="26"/>
          <w:szCs w:val="26"/>
        </w:rPr>
        <w:lastRenderedPageBreak/>
        <w:t>CHAPTER 11 — PERSONAL LIFE</w:t>
      </w:r>
      <w:r w:rsidRPr="00E734AE">
        <w:rPr>
          <w:rFonts w:ascii="garamond" w:hAnsi="garamond"/>
          <w:color w:val="000000"/>
          <w:sz w:val="26"/>
          <w:szCs w:val="26"/>
        </w:rPr>
        <w:br/>
      </w:r>
      <w:r w:rsidRPr="00E734AE">
        <w:rPr>
          <w:rFonts w:ascii="garamond" w:hAnsi="garamond"/>
          <w:b/>
          <w:bCs/>
          <w:color w:val="000000"/>
          <w:sz w:val="26"/>
          <w:szCs w:val="26"/>
        </w:rPr>
        <w:t>Of Competence &amp; Corrosion.</w:t>
      </w:r>
    </w:p>
    <w:p w14:paraId="31CF800C"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In the summer of 1988, a close childhood friend, Nabil, came to New York from Houston for a three-month internship at Morgan Stanley. His father was the man my father had worked for throughout his career; two families tied together by loyalty, trust, and respect. Nabil was two years my junior, and I was the local who knew the restaurants, the neighborhoods, the rhythms of the city and Wall Street in the way only someone who has navigated them on foot truly does.</w:t>
      </w:r>
    </w:p>
    <w:p w14:paraId="00701845"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My girlfriend, Sharon, was visiting New York during the first week of Nabil’s stay. She knew a woman named Carole Nahas in New York. Someone had the idea of a double date — my friend with Carole, my girlfriend with me. We went out often while Sharon was in town and continued to do so after she left. I had become the third wheel with Nabil and Carole.</w:t>
      </w:r>
    </w:p>
    <w:p w14:paraId="675FB341"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Carole was attractive, tall, funny, and sharp — Lebanese American, Greek Orthodox, with the confidence of a woman who always knows what she thinks and is not especially interested in whether that’s convenient for you. She and Nabil made a handsome couple. I was across the table, present, attentive, and attached.</w:t>
      </w:r>
    </w:p>
    <w:p w14:paraId="5D6CBA8D"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noticed her anyway. You can’t always help what you notice.</w:t>
      </w:r>
    </w:p>
    <w:p w14:paraId="2F3D94C8" w14:textId="28182ED5"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 xml:space="preserve">When Nabil’s internship ended in the Fall of 1988, he returned to Houston. Carole and I remained close friends — the innocent kind, at first, or at least the kind that tells itself it’s innocent. When we went out to a club with a group, we left everyone and talked alone for hours that felt like minutes. </w:t>
      </w:r>
      <w:r w:rsidR="005C4B3C">
        <w:rPr>
          <w:rFonts w:ascii="garamond" w:hAnsi="garamond"/>
          <w:color w:val="000000"/>
          <w:sz w:val="26"/>
          <w:szCs w:val="26"/>
        </w:rPr>
        <w:t>Carole was e</w:t>
      </w:r>
      <w:r w:rsidRPr="00E734AE">
        <w:rPr>
          <w:rFonts w:ascii="garamond" w:hAnsi="garamond"/>
          <w:color w:val="000000"/>
          <w:sz w:val="26"/>
          <w:szCs w:val="26"/>
        </w:rPr>
        <w:t>asy to talk to</w:t>
      </w:r>
      <w:r w:rsidR="005C4B3C">
        <w:rPr>
          <w:rFonts w:ascii="garamond" w:hAnsi="garamond"/>
          <w:color w:val="000000"/>
          <w:sz w:val="26"/>
          <w:szCs w:val="26"/>
        </w:rPr>
        <w:t xml:space="preserve">, </w:t>
      </w:r>
      <w:r w:rsidRPr="00E734AE">
        <w:rPr>
          <w:rFonts w:ascii="garamond" w:hAnsi="garamond"/>
          <w:color w:val="000000"/>
          <w:sz w:val="26"/>
          <w:szCs w:val="26"/>
        </w:rPr>
        <w:t>not because she agreed with everything, but because she engaged with everything.</w:t>
      </w:r>
    </w:p>
    <w:p w14:paraId="68818329" w14:textId="7C3660CB"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 xml:space="preserve">One evening, out with a group of friends, Carole confessed that she had always liked me. I took her hand </w:t>
      </w:r>
      <w:r w:rsidR="00576A50">
        <w:rPr>
          <w:rFonts w:ascii="garamond" w:hAnsi="garamond"/>
          <w:color w:val="000000"/>
          <w:sz w:val="26"/>
          <w:szCs w:val="26"/>
        </w:rPr>
        <w:t>gently</w:t>
      </w:r>
      <w:r w:rsidRPr="00E734AE">
        <w:rPr>
          <w:rFonts w:ascii="garamond" w:hAnsi="garamond"/>
          <w:color w:val="000000"/>
          <w:sz w:val="26"/>
          <w:szCs w:val="26"/>
        </w:rPr>
        <w:t xml:space="preserve"> and led her away from everyone. We stood apart from the noise, and I looked at her and asked, “Do you mind if I kiss you?” She looked back at me and said, “I thought you were never going to ask.” It was clear that we both had been waiting for that moment. Privately, between us first.</w:t>
      </w:r>
    </w:p>
    <w:p w14:paraId="4B91B92D"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asked her, “What about Nabil?”</w:t>
      </w:r>
    </w:p>
    <w:p w14:paraId="3079C1CD"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She said, “I thought you were Nabil when we first met, and he was Marwan with his girlfriend. By the time I figured it out, things had progressed. But I had my eyes on you.”</w:t>
      </w:r>
    </w:p>
    <w:p w14:paraId="4A0C8FC4"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lastRenderedPageBreak/>
        <w:t>Carole continued, “In any event, here we are, and he is in Houston. He and I are no longer dating.”</w:t>
      </w:r>
    </w:p>
    <w:p w14:paraId="5EF4382E"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was thrilled. The woman I had been eyeing, ever since he left, was attracted to me.</w:t>
      </w:r>
    </w:p>
    <w:p w14:paraId="5A1C1EB7"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But first, there was the matter of my friend.</w:t>
      </w:r>
    </w:p>
    <w:p w14:paraId="03D342CD" w14:textId="512B7065"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Carole thought I did not need to worry about Nabil. He was in Houston, they were no longer together, and we were all adults. I agreed with the logic. Still, tradition prevailed. One should not move on a friend’s ex-girlfriend without informing them. It is a courtesy call.</w:t>
      </w:r>
    </w:p>
    <w:p w14:paraId="5AB670A9" w14:textId="53D8F1FA"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In late 1988, three months after Nabil left New York, I flew to Houston. We went to a strip club — neutral territory, in the logic of men who conduct serious conversations in loud rooms because the noise provides a kind of privacy. I told him. I was not seeking his approval; I wanted to inform him that Carole and I were dating. He gave his blessing, graciously. Three and a half years later, he came to the wedding and stood in the reception room smiling. I believed it was genuine</w:t>
      </w:r>
      <w:r w:rsidR="005C4B3C">
        <w:rPr>
          <w:rFonts w:ascii="garamond" w:hAnsi="garamond"/>
          <w:color w:val="000000"/>
          <w:sz w:val="26"/>
          <w:szCs w:val="26"/>
        </w:rPr>
        <w:t xml:space="preserve"> at the time</w:t>
      </w:r>
      <w:r w:rsidRPr="00E734AE">
        <w:rPr>
          <w:rFonts w:ascii="garamond" w:hAnsi="garamond"/>
          <w:color w:val="000000"/>
          <w:sz w:val="26"/>
          <w:szCs w:val="26"/>
        </w:rPr>
        <w:t>.</w:t>
      </w:r>
    </w:p>
    <w:p w14:paraId="240CFA75"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My 20-year friendship with Nabil ended quietly over time, with no declared cause, the way friendships die when one has done something the other cannot fully forgive but will never say aloud.</w:t>
      </w:r>
    </w:p>
    <w:p w14:paraId="20F12609" w14:textId="54716868"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After my marriage in 1992, my father lost his job working for Nabil’s father. He and my mother needed to move back to Lebanon. It was unexpected, but I did not believe it was connected to Carole and me</w:t>
      </w:r>
      <w:r w:rsidR="005C4B3C">
        <w:rPr>
          <w:rFonts w:ascii="garamond" w:hAnsi="garamond"/>
          <w:color w:val="000000"/>
          <w:sz w:val="26"/>
          <w:szCs w:val="26"/>
        </w:rPr>
        <w:t>. S</w:t>
      </w:r>
      <w:r w:rsidRPr="00E734AE">
        <w:rPr>
          <w:rFonts w:ascii="garamond" w:hAnsi="garamond"/>
          <w:color w:val="000000"/>
          <w:sz w:val="26"/>
          <w:szCs w:val="26"/>
        </w:rPr>
        <w:t>till, I was unsure. Walid and I shared responsibility for our parents’ expenses. Over a few years, as my career progressed, the role gradually became mine. It was the least and the most I could do for my parents, especially as my father had spent a fortune on our higher education.</w:t>
      </w:r>
    </w:p>
    <w:p w14:paraId="5E4CDE57" w14:textId="6181E170"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Carole and I were together after that. She lived with her brother and parents outside Princeton when they visited from Lebanon. She came into the city three to five days a week, learning my schedule: not from a map but from repetition, from being present until the rhythms became instinct.</w:t>
      </w:r>
    </w:p>
    <w:p w14:paraId="45FA9CDA"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She was with me when I was promoted to Vice President, celebrating with the joy of someone who had been there for the work. She invited me on a boat ride along Manhattan’s East River, past the bridges and the skyline as the city lit up the water. She gifted me a red tie with a "Keep me" label, referencing my 1986 Salomon interview tie incident.</w:t>
      </w:r>
    </w:p>
    <w:p w14:paraId="3A602A97" w14:textId="679441A6" w:rsidR="005B5ADD" w:rsidRPr="00E734AE" w:rsidRDefault="005C4B3C" w:rsidP="005B5ADD">
      <w:pPr>
        <w:rPr>
          <w:rFonts w:ascii="garamond" w:hAnsi="garamond"/>
          <w:color w:val="000000"/>
          <w:sz w:val="26"/>
          <w:szCs w:val="26"/>
        </w:rPr>
      </w:pPr>
      <w:r>
        <w:rPr>
          <w:rFonts w:ascii="garamond" w:hAnsi="garamond"/>
          <w:color w:val="000000"/>
          <w:sz w:val="26"/>
          <w:szCs w:val="26"/>
        </w:rPr>
        <w:lastRenderedPageBreak/>
        <w:t>It was one of the most romantic evenings I’ve ever had in New York.</w:t>
      </w:r>
      <w:r w:rsidR="005B5ADD" w:rsidRPr="00E734AE">
        <w:rPr>
          <w:rFonts w:ascii="garamond" w:hAnsi="garamond"/>
          <w:color w:val="000000"/>
          <w:sz w:val="26"/>
          <w:szCs w:val="26"/>
        </w:rPr>
        <w:t xml:space="preserve"> It was vintage Carole — precise, generous, and fully present.</w:t>
      </w:r>
    </w:p>
    <w:p w14:paraId="164EC311"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There were already moments — small ones, easy to dismiss — when her certainty about how things should be done left the room slightly tighter than I wanted it to. I noticed them. I assigned them no weight. I had a girlfriend who knew what she wanted, and I told myself that was a feature, not a signal.</w:t>
      </w:r>
    </w:p>
    <w:p w14:paraId="669E1F57"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recall Carole’s birthday in 1989. We had been dating for several months. When I asked what she wanted, she insisted she wanted nothing. I pleaded for guidance; she refused, saying dinner would suffice. I wondered if I could give her cash so she could choose something herself.</w:t>
      </w:r>
    </w:p>
    <w:p w14:paraId="5B254756"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She exploded: “What do you take me for? How could you even bring up such an idea? Who gives cash as a birthday gift?” I apologized.</w:t>
      </w:r>
    </w:p>
    <w:p w14:paraId="402E9C50"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asked, “How about if I go with you and pick up a gift?”</w:t>
      </w:r>
    </w:p>
    <w:p w14:paraId="572F7C62"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She said, “So first you wanted to give me cash, and now you want me to pick something and have you pay for it? What am I, an escort?”</w:t>
      </w:r>
    </w:p>
    <w:p w14:paraId="53C394D7"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apologized again.</w:t>
      </w:r>
    </w:p>
    <w:p w14:paraId="1131E2C3" w14:textId="7E705FE8"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 xml:space="preserve">We spoke little for a few days — until an idea came to me with sudden clarity. It arrived in a large box. After a romantic French dinner, I presented the box at my apartment. Carole unwrapped it. The letters </w:t>
      </w:r>
      <w:r w:rsidR="005C4B3C">
        <w:rPr>
          <w:rFonts w:ascii="garamond" w:hAnsi="garamond"/>
          <w:color w:val="000000"/>
          <w:sz w:val="26"/>
          <w:szCs w:val="26"/>
        </w:rPr>
        <w:t>‘</w:t>
      </w:r>
      <w:r w:rsidRPr="00E734AE">
        <w:rPr>
          <w:rFonts w:ascii="garamond" w:hAnsi="garamond"/>
          <w:color w:val="000000"/>
          <w:sz w:val="26"/>
          <w:szCs w:val="26"/>
        </w:rPr>
        <w:t>B</w:t>
      </w:r>
      <w:r w:rsidR="005C4B3C">
        <w:rPr>
          <w:rFonts w:ascii="garamond" w:hAnsi="garamond"/>
          <w:color w:val="000000"/>
          <w:sz w:val="26"/>
          <w:szCs w:val="26"/>
        </w:rPr>
        <w:t>’</w:t>
      </w:r>
      <w:r w:rsidRPr="00E734AE">
        <w:rPr>
          <w:rFonts w:ascii="garamond" w:hAnsi="garamond"/>
          <w:color w:val="000000"/>
          <w:sz w:val="26"/>
          <w:szCs w:val="26"/>
        </w:rPr>
        <w:t xml:space="preserve">, then </w:t>
      </w:r>
      <w:r w:rsidR="005C4B3C">
        <w:rPr>
          <w:rFonts w:ascii="garamond" w:hAnsi="garamond"/>
          <w:color w:val="000000"/>
          <w:sz w:val="26"/>
          <w:szCs w:val="26"/>
        </w:rPr>
        <w:t>‘</w:t>
      </w:r>
      <w:r w:rsidRPr="00E734AE">
        <w:rPr>
          <w:rFonts w:ascii="garamond" w:hAnsi="garamond"/>
          <w:color w:val="000000"/>
          <w:sz w:val="26"/>
          <w:szCs w:val="26"/>
        </w:rPr>
        <w:t>R,</w:t>
      </w:r>
      <w:r w:rsidR="005C4B3C">
        <w:rPr>
          <w:rFonts w:ascii="garamond" w:hAnsi="garamond"/>
          <w:color w:val="000000"/>
          <w:sz w:val="26"/>
          <w:szCs w:val="26"/>
        </w:rPr>
        <w:t>’</w:t>
      </w:r>
      <w:r w:rsidRPr="00E734AE">
        <w:rPr>
          <w:rFonts w:ascii="garamond" w:hAnsi="garamond"/>
          <w:color w:val="000000"/>
          <w:sz w:val="26"/>
          <w:szCs w:val="26"/>
        </w:rPr>
        <w:t xml:space="preserve"> then </w:t>
      </w:r>
      <w:r w:rsidR="005C4B3C">
        <w:rPr>
          <w:rFonts w:ascii="garamond" w:hAnsi="garamond"/>
          <w:color w:val="000000"/>
          <w:sz w:val="26"/>
          <w:szCs w:val="26"/>
        </w:rPr>
        <w:t>‘</w:t>
      </w:r>
      <w:r w:rsidRPr="00E734AE">
        <w:rPr>
          <w:rFonts w:ascii="garamond" w:hAnsi="garamond"/>
          <w:color w:val="000000"/>
          <w:sz w:val="26"/>
          <w:szCs w:val="26"/>
        </w:rPr>
        <w:t>O</w:t>
      </w:r>
      <w:r w:rsidR="005C4B3C">
        <w:rPr>
          <w:rFonts w:ascii="garamond" w:hAnsi="garamond"/>
          <w:color w:val="000000"/>
          <w:sz w:val="26"/>
          <w:szCs w:val="26"/>
        </w:rPr>
        <w:t>’</w:t>
      </w:r>
      <w:r w:rsidRPr="00E734AE">
        <w:rPr>
          <w:rFonts w:ascii="garamond" w:hAnsi="garamond"/>
          <w:color w:val="000000"/>
          <w:sz w:val="26"/>
          <w:szCs w:val="26"/>
        </w:rPr>
        <w:t xml:space="preserve"> appeared.</w:t>
      </w:r>
    </w:p>
    <w:p w14:paraId="41D50079"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She asked, “What is this?”</w:t>
      </w:r>
    </w:p>
    <w:p w14:paraId="237FED30" w14:textId="48C3EF21"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“It is a word processor made by Brother for your college papers</w:t>
      </w:r>
      <w:r w:rsidR="00576A50">
        <w:rPr>
          <w:rFonts w:ascii="garamond" w:hAnsi="garamond"/>
          <w:color w:val="000000"/>
          <w:sz w:val="26"/>
          <w:szCs w:val="26"/>
        </w:rPr>
        <w:t>,</w:t>
      </w:r>
      <w:r w:rsidRPr="00E734AE">
        <w:rPr>
          <w:rFonts w:ascii="garamond" w:hAnsi="garamond"/>
          <w:color w:val="000000"/>
          <w:sz w:val="26"/>
          <w:szCs w:val="26"/>
        </w:rPr>
        <w:t>”</w:t>
      </w:r>
      <w:r w:rsidR="00576A50">
        <w:rPr>
          <w:rFonts w:ascii="garamond" w:hAnsi="garamond"/>
          <w:color w:val="000000"/>
          <w:sz w:val="26"/>
          <w:szCs w:val="26"/>
        </w:rPr>
        <w:t xml:space="preserve"> I said</w:t>
      </w:r>
    </w:p>
    <w:p w14:paraId="7DBB0BFF"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Carole had dropped out of college in 1988. Her stepfather, Arfan, wanted her to enroll in a two-year clinical program. Shortly after we started dating, I convinced her to enroll at Rutgers. It was difficult for me to be with a woman who did not have an undergraduate degree.</w:t>
      </w:r>
    </w:p>
    <w:p w14:paraId="0BC8335F"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“You can type, edit, save, and print your papers at home. No need for typists or campus machines.”</w:t>
      </w:r>
    </w:p>
    <w:p w14:paraId="1A676F0C"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She seemed disappointed at first, but the evening proceeded well after several hours of apologies.</w:t>
      </w:r>
    </w:p>
    <w:p w14:paraId="0D1BE74B"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lastRenderedPageBreak/>
        <w:t>On her next birthday, I asked again what she wanted. Carole answered immediately: “Cash. I will take cash.”</w:t>
      </w:r>
    </w:p>
    <w:p w14:paraId="0284EA1D"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was taken aback. “OK — but isn’t that insulting?”</w:t>
      </w:r>
    </w:p>
    <w:p w14:paraId="4016010C" w14:textId="28F00079" w:rsidR="005B5ADD" w:rsidRDefault="00576A50" w:rsidP="005B5ADD">
      <w:pPr>
        <w:rPr>
          <w:rFonts w:ascii="garamond" w:hAnsi="garamond"/>
          <w:color w:val="000000"/>
          <w:sz w:val="26"/>
          <w:szCs w:val="26"/>
        </w:rPr>
      </w:pPr>
      <w:r>
        <w:rPr>
          <w:rFonts w:ascii="garamond" w:hAnsi="garamond"/>
          <w:color w:val="000000"/>
          <w:sz w:val="26"/>
          <w:szCs w:val="26"/>
        </w:rPr>
        <w:t xml:space="preserve">She responded, </w:t>
      </w:r>
      <w:r w:rsidR="005B5ADD" w:rsidRPr="00E734AE">
        <w:rPr>
          <w:rFonts w:ascii="garamond" w:hAnsi="garamond"/>
          <w:color w:val="000000"/>
          <w:sz w:val="26"/>
          <w:szCs w:val="26"/>
        </w:rPr>
        <w:t>“It is, but I don’t want something practical. I’m afraid you might get me a washing machine.”</w:t>
      </w:r>
    </w:p>
    <w:p w14:paraId="6C433218" w14:textId="77777777" w:rsidR="005C4B3C" w:rsidRDefault="005C4B3C" w:rsidP="005B5ADD">
      <w:pPr>
        <w:rPr>
          <w:rFonts w:ascii="garamond" w:hAnsi="garamond"/>
          <w:color w:val="000000"/>
          <w:sz w:val="26"/>
          <w:szCs w:val="26"/>
        </w:rPr>
      </w:pPr>
      <w:r>
        <w:rPr>
          <w:rFonts w:ascii="garamond" w:hAnsi="garamond"/>
          <w:color w:val="000000"/>
          <w:sz w:val="26"/>
          <w:szCs w:val="26"/>
        </w:rPr>
        <w:t xml:space="preserve">If I had learned a lesson, a washing machine was definitely not in the mix, not after </w:t>
      </w:r>
      <w:r w:rsidR="005B5ADD" w:rsidRPr="00E734AE">
        <w:rPr>
          <w:rFonts w:ascii="garamond" w:hAnsi="garamond"/>
          <w:color w:val="000000"/>
          <w:sz w:val="26"/>
          <w:szCs w:val="26"/>
        </w:rPr>
        <w:t xml:space="preserve">The Brother birthday gift saga. </w:t>
      </w:r>
    </w:p>
    <w:p w14:paraId="27331124" w14:textId="0921AEFF"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 xml:space="preserve">Within a month of her first semester at Rutgers, I understood why Arfan hadn’t wanted her back in college. One Sunday afternoon, Carole had to write a paper on the Middle East after World </w:t>
      </w:r>
      <w:proofErr w:type="gramStart"/>
      <w:r w:rsidRPr="00E734AE">
        <w:rPr>
          <w:rFonts w:ascii="garamond" w:hAnsi="garamond"/>
          <w:color w:val="000000"/>
          <w:sz w:val="26"/>
          <w:szCs w:val="26"/>
        </w:rPr>
        <w:t>War II, and</w:t>
      </w:r>
      <w:proofErr w:type="gramEnd"/>
      <w:r w:rsidRPr="00E734AE">
        <w:rPr>
          <w:rFonts w:ascii="garamond" w:hAnsi="garamond"/>
          <w:color w:val="000000"/>
          <w:sz w:val="26"/>
          <w:szCs w:val="26"/>
        </w:rPr>
        <w:t xml:space="preserve"> asked if I could help. In her brother’s room, she handed me two short, incoherent, handwritten paragraphs. They were useless.</w:t>
      </w:r>
    </w:p>
    <w:p w14:paraId="6D254C25"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outlined the paper and began working with her. Back then, there were no search engines. Research was manual: get guidance from a librarian, research index cards, locate physical books, read chapters, take notes, record citations, or photocopy them, and hope the data were usable and complete. Carole had gathered seven reference books.</w:t>
      </w:r>
    </w:p>
    <w:p w14:paraId="4AE71EE0"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I needed to return to New York early, but she wanted to start right away — the new Brother machine was already on the table. I still remember the dread when I saw it. Walking into hell.</w:t>
      </w:r>
    </w:p>
    <w:p w14:paraId="1F9865BF" w14:textId="3D07CE2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 xml:space="preserve">Carole returned with tea and biscuits and stayed an hour while I typed, occasionally pointing out typos on the dark screen. Then she left to sit with her parents. Later, she brought a sandwich and a soft drink and left again. Soon, I heard the “Dynasty” </w:t>
      </w:r>
      <w:r w:rsidR="00576A50">
        <w:rPr>
          <w:rFonts w:ascii="garamond" w:hAnsi="garamond"/>
          <w:color w:val="000000"/>
          <w:sz w:val="26"/>
          <w:szCs w:val="26"/>
        </w:rPr>
        <w:t xml:space="preserve">nighttime soap opera </w:t>
      </w:r>
      <w:r w:rsidRPr="00E734AE">
        <w:rPr>
          <w:rFonts w:ascii="garamond" w:hAnsi="garamond"/>
          <w:color w:val="000000"/>
          <w:sz w:val="26"/>
          <w:szCs w:val="26"/>
        </w:rPr>
        <w:t>theme song blasting. She watched TV with her family while I remained alone with the machine, typing about the post-war Middle East.</w:t>
      </w:r>
    </w:p>
    <w:p w14:paraId="34841938"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By midnight, I had a fourteen-page paper — abstract, introduction, three main sections, conclusion, all footnoted. Printed, caught the last train to New York at 2:00 a.m.</w:t>
      </w:r>
    </w:p>
    <w:p w14:paraId="4AC84219"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Two weeks later, Carole called, sad — we had received a B-minus. She read the professor’s comments. I was furious. I hardly ever produced a B-minus product, and certainly not on an essay discussing the Middle East. I disagreed with his assessments and gave Carole rebuttals, but she never pursued a grade change.</w:t>
      </w:r>
    </w:p>
    <w:p w14:paraId="7F9CA13B" w14:textId="14AFF2C1"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lastRenderedPageBreak/>
        <w:t xml:space="preserve">The routine continued for three semesters: a relentless barrage of deadlines across many subjects. Carole would bring the Brother machine to my apartment, and I would compose papers. Eventually, she </w:t>
      </w:r>
      <w:r w:rsidR="00576A50">
        <w:rPr>
          <w:rFonts w:ascii="garamond" w:hAnsi="garamond"/>
          <w:color w:val="000000"/>
          <w:sz w:val="26"/>
          <w:szCs w:val="26"/>
        </w:rPr>
        <w:t xml:space="preserve">got </w:t>
      </w:r>
      <w:r w:rsidRPr="00E734AE">
        <w:rPr>
          <w:rFonts w:ascii="garamond" w:hAnsi="garamond"/>
          <w:color w:val="000000"/>
          <w:sz w:val="26"/>
          <w:szCs w:val="26"/>
        </w:rPr>
        <w:t>tired of carrying it back and forth, so she left the fucking machine at my place.</w:t>
      </w:r>
    </w:p>
    <w:p w14:paraId="36E240B5" w14:textId="3F72BF5F" w:rsidR="005B5ADD" w:rsidRDefault="00576A50" w:rsidP="005B5ADD">
      <w:pPr>
        <w:rPr>
          <w:rFonts w:ascii="garamond" w:hAnsi="garamond"/>
          <w:color w:val="000000"/>
          <w:sz w:val="26"/>
          <w:szCs w:val="26"/>
        </w:rPr>
      </w:pPr>
      <w:r>
        <w:rPr>
          <w:rFonts w:ascii="garamond" w:hAnsi="garamond"/>
          <w:color w:val="000000"/>
          <w:sz w:val="26"/>
          <w:szCs w:val="26"/>
        </w:rPr>
        <w:t>I perfected t</w:t>
      </w:r>
      <w:r w:rsidR="005B5ADD" w:rsidRPr="00E734AE">
        <w:rPr>
          <w:rFonts w:ascii="garamond" w:hAnsi="garamond"/>
          <w:color w:val="000000"/>
          <w:sz w:val="26"/>
          <w:szCs w:val="26"/>
        </w:rPr>
        <w:t>he art of writing with precursory knowledge of the topic</w:t>
      </w:r>
      <w:r w:rsidR="005C4B3C">
        <w:rPr>
          <w:rFonts w:ascii="garamond" w:hAnsi="garamond"/>
          <w:color w:val="000000"/>
          <w:sz w:val="26"/>
          <w:szCs w:val="26"/>
        </w:rPr>
        <w:t>; footnotes were invented as needed</w:t>
      </w:r>
      <w:r>
        <w:rPr>
          <w:rFonts w:ascii="garamond" w:hAnsi="garamond"/>
          <w:color w:val="000000"/>
          <w:sz w:val="26"/>
          <w:szCs w:val="26"/>
        </w:rPr>
        <w:t>. B</w:t>
      </w:r>
      <w:r w:rsidR="005C4B3C">
        <w:rPr>
          <w:rFonts w:ascii="garamond" w:hAnsi="garamond"/>
          <w:color w:val="000000"/>
          <w:sz w:val="26"/>
          <w:szCs w:val="26"/>
        </w:rPr>
        <w:t xml:space="preserve">ack then, </w:t>
      </w:r>
      <w:r>
        <w:rPr>
          <w:rFonts w:ascii="garamond" w:hAnsi="garamond"/>
          <w:color w:val="000000"/>
          <w:sz w:val="26"/>
          <w:szCs w:val="26"/>
        </w:rPr>
        <w:t xml:space="preserve">it was </w:t>
      </w:r>
      <w:r w:rsidR="005C4B3C">
        <w:rPr>
          <w:rFonts w:ascii="garamond" w:hAnsi="garamond"/>
          <w:color w:val="000000"/>
          <w:sz w:val="26"/>
          <w:szCs w:val="26"/>
        </w:rPr>
        <w:t>practically impossible to verify</w:t>
      </w:r>
      <w:r w:rsidR="00695C93">
        <w:rPr>
          <w:rFonts w:ascii="garamond" w:hAnsi="garamond"/>
          <w:color w:val="000000"/>
          <w:sz w:val="26"/>
          <w:szCs w:val="26"/>
        </w:rPr>
        <w:t xml:space="preserve"> data</w:t>
      </w:r>
      <w:r w:rsidR="005C4B3C">
        <w:rPr>
          <w:rFonts w:ascii="garamond" w:hAnsi="garamond"/>
          <w:color w:val="000000"/>
          <w:sz w:val="26"/>
          <w:szCs w:val="26"/>
        </w:rPr>
        <w:t>; citations were crafted</w:t>
      </w:r>
      <w:r w:rsidR="005B5ADD" w:rsidRPr="00E734AE">
        <w:rPr>
          <w:rFonts w:ascii="garamond" w:hAnsi="garamond"/>
          <w:color w:val="000000"/>
          <w:sz w:val="26"/>
          <w:szCs w:val="26"/>
        </w:rPr>
        <w:t xml:space="preserve"> only to appear plausible.</w:t>
      </w:r>
    </w:p>
    <w:p w14:paraId="0F610B16" w14:textId="570880A0" w:rsidR="005C4B3C" w:rsidRPr="00E734AE" w:rsidRDefault="005C4B3C" w:rsidP="005B5ADD">
      <w:pPr>
        <w:rPr>
          <w:rFonts w:ascii="garamond" w:hAnsi="garamond"/>
          <w:color w:val="000000"/>
          <w:sz w:val="26"/>
          <w:szCs w:val="26"/>
        </w:rPr>
      </w:pPr>
      <w:r>
        <w:rPr>
          <w:rFonts w:ascii="garamond" w:hAnsi="garamond"/>
          <w:color w:val="000000"/>
          <w:sz w:val="26"/>
          <w:szCs w:val="26"/>
        </w:rPr>
        <w:t xml:space="preserve">A washing machine? </w:t>
      </w:r>
    </w:p>
    <w:p w14:paraId="20D9255D" w14:textId="77777777" w:rsidR="005B5ADD" w:rsidRPr="00E734AE" w:rsidRDefault="005B5ADD" w:rsidP="005B5ADD">
      <w:pPr>
        <w:rPr>
          <w:rFonts w:ascii="garamond" w:hAnsi="garamond"/>
          <w:color w:val="000000"/>
          <w:sz w:val="26"/>
          <w:szCs w:val="26"/>
        </w:rPr>
      </w:pPr>
      <w:r w:rsidRPr="00E734AE">
        <w:rPr>
          <w:rFonts w:ascii="garamond" w:hAnsi="garamond"/>
          <w:color w:val="000000"/>
          <w:sz w:val="26"/>
          <w:szCs w:val="26"/>
        </w:rPr>
        <w:t>Arfan was right. A professional two-year clinical program would have been ideal for Carole.</w:t>
      </w:r>
    </w:p>
    <w:p w14:paraId="457B30CF" w14:textId="77777777" w:rsidR="005B5ADD" w:rsidRPr="00674063" w:rsidRDefault="005B5ADD" w:rsidP="005B5ADD">
      <w:pPr>
        <w:rPr>
          <w:rFonts w:ascii="garamond" w:hAnsi="garamond"/>
          <w:sz w:val="26"/>
          <w:szCs w:val="26"/>
        </w:rPr>
      </w:pPr>
      <w:r w:rsidRPr="00E734AE">
        <w:rPr>
          <w:rFonts w:ascii="garamond" w:hAnsi="garamond"/>
          <w:sz w:val="26"/>
          <w:szCs w:val="26"/>
        </w:rPr>
        <w:br w:type="page"/>
      </w:r>
    </w:p>
    <w:p w14:paraId="220C4EBE" w14:textId="77777777" w:rsidR="005B5ADD" w:rsidRPr="00132D8A" w:rsidRDefault="005B5ADD" w:rsidP="005B5ADD">
      <w:pPr>
        <w:rPr>
          <w:rFonts w:ascii="garamond" w:hAnsi="garamond"/>
          <w:color w:val="000000"/>
          <w:sz w:val="26"/>
          <w:szCs w:val="26"/>
        </w:rPr>
      </w:pPr>
      <w:r w:rsidRPr="00132D8A">
        <w:rPr>
          <w:rFonts w:ascii="garamond" w:hAnsi="garamond"/>
          <w:b/>
          <w:bCs/>
          <w:color w:val="000000"/>
          <w:sz w:val="26"/>
          <w:szCs w:val="26"/>
        </w:rPr>
        <w:lastRenderedPageBreak/>
        <w:t>CHAPTER 12 — THE LEGACY OF ASYMMETRY</w:t>
      </w:r>
      <w:r w:rsidRPr="00132D8A">
        <w:rPr>
          <w:rFonts w:ascii="garamond" w:hAnsi="garamond"/>
          <w:color w:val="000000"/>
          <w:sz w:val="26"/>
          <w:szCs w:val="26"/>
        </w:rPr>
        <w:br/>
      </w:r>
      <w:r w:rsidRPr="00132D8A">
        <w:rPr>
          <w:rFonts w:ascii="garamond" w:hAnsi="garamond"/>
          <w:b/>
          <w:bCs/>
          <w:color w:val="000000"/>
          <w:sz w:val="26"/>
          <w:szCs w:val="26"/>
        </w:rPr>
        <w:t>The Sensor That Could Not Read The Room It Was Never Invited Into.</w:t>
      </w:r>
    </w:p>
    <w:p w14:paraId="4D3584D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Carole graduated from Rutgers in May 1991.</w:t>
      </w:r>
    </w:p>
    <w:p w14:paraId="1935562A"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 month later, she gave me an ultimatum: commit to marriage or break up. I was reluctant. I had no clear understanding of what love truly meant, and I did not know what I wanted from a wife. As for Carole, she seemed to know every step, and my entire social life revolved around her, while work consumed everything else.</w:t>
      </w:r>
    </w:p>
    <w:p w14:paraId="2E3755FC"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We stopped seeing each other for a few months. I missed her— she was attractive, fun, and had a similar background. The arithmetic, on its surface, pointed to marriage.</w:t>
      </w:r>
    </w:p>
    <w:p w14:paraId="1BEA7E63"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recall our July 1992 rehearsal dinner in New York being abruptly canceled the evening before the wedding. When I asked why, Carole blamed my parents, who dismissed it as unimportant. No one informed me. Pride mattered more than my marriage. Something whispered that I was on the wrong path.</w:t>
      </w:r>
    </w:p>
    <w:p w14:paraId="0DFF6DA4"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On the morning of the wedding, I was adamant about not going to church. My brother Walid told me it was cold feet — that it was normal confusion, that I would regret it if I didn’t go, that I couldn’t leave her at the altar and remain the man I believed I was.</w:t>
      </w:r>
    </w:p>
    <w:p w14:paraId="1B1DDF9B"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What Walid didn’t know — what I didn’t say — was that I wasn’t confused. It was the clearest thought I had ever had. It was not cold feet. Cold feet was uncertainty. What I had that morning was certainty, arriving too late to be useful.</w:t>
      </w:r>
    </w:p>
    <w:p w14:paraId="64180B8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ran the list of recent mishaps and letdowns. Not consciously — I had been running it for weeks, checking it from different angles, hoping the conclusion would change.</w:t>
      </w:r>
    </w:p>
    <w:p w14:paraId="097F528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Our parents did not get along, and I already knew that our lives would sit closer to hers than to mine. A marriage launches once. The launch of mine had already gone wrong, and we hadn’t yet said the words.</w:t>
      </w:r>
    </w:p>
    <w:p w14:paraId="748DAAA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Three months before the wedding, my eyes were still roaming. I knew what it meant, yet I did not assign it the weight it carried.</w:t>
      </w:r>
    </w:p>
    <w:p w14:paraId="79D8CFE9" w14:textId="45D003A4"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Then there were 150 guests who had flown in from everywhere, </w:t>
      </w:r>
      <w:r w:rsidR="00695C93">
        <w:rPr>
          <w:rFonts w:ascii="garamond" w:hAnsi="garamond"/>
          <w:color w:val="000000"/>
          <w:sz w:val="26"/>
          <w:szCs w:val="26"/>
        </w:rPr>
        <w:t>people</w:t>
      </w:r>
      <w:r w:rsidRPr="00132D8A">
        <w:rPr>
          <w:rFonts w:ascii="garamond" w:hAnsi="garamond"/>
          <w:color w:val="000000"/>
          <w:sz w:val="26"/>
          <w:szCs w:val="26"/>
        </w:rPr>
        <w:t xml:space="preserve"> who had committed to a version of this day that could not be undone without causing damage to people I loved. I counted the reasons. I did not weigh them.</w:t>
      </w:r>
    </w:p>
    <w:p w14:paraId="0DAD189B" w14:textId="2578B1C2"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It is horrible to say that I went to the church because I was sorry for her. If it had been a civil wedding at the town hall, I would have skipped it. The 150 guests, the public scale of the day — those were the burden</w:t>
      </w:r>
      <w:r w:rsidR="00EE2A61">
        <w:rPr>
          <w:rFonts w:ascii="garamond" w:hAnsi="garamond"/>
          <w:color w:val="000000"/>
          <w:sz w:val="26"/>
          <w:szCs w:val="26"/>
        </w:rPr>
        <w:t>s</w:t>
      </w:r>
      <w:r w:rsidRPr="00132D8A">
        <w:rPr>
          <w:rFonts w:ascii="garamond" w:hAnsi="garamond"/>
          <w:color w:val="000000"/>
          <w:sz w:val="26"/>
          <w:szCs w:val="26"/>
        </w:rPr>
        <w:t xml:space="preserve"> I would not put down.</w:t>
      </w:r>
    </w:p>
    <w:p w14:paraId="4495A8A2" w14:textId="4FED7FF1"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With as little as I had to judge, I had checked the box. She met the requirements on a list I had assembled efficiently, without sufficient attention to what wasn’t on it. I knew I was in lust, unsure what love </w:t>
      </w:r>
      <w:proofErr w:type="gramStart"/>
      <w:r w:rsidRPr="00132D8A">
        <w:rPr>
          <w:rFonts w:ascii="garamond" w:hAnsi="garamond"/>
          <w:color w:val="000000"/>
          <w:sz w:val="26"/>
          <w:szCs w:val="26"/>
        </w:rPr>
        <w:t>was, but</w:t>
      </w:r>
      <w:proofErr w:type="gramEnd"/>
      <w:r w:rsidRPr="00132D8A">
        <w:rPr>
          <w:rFonts w:ascii="garamond" w:hAnsi="garamond"/>
          <w:color w:val="000000"/>
          <w:sz w:val="26"/>
          <w:szCs w:val="26"/>
        </w:rPr>
        <w:t xml:space="preserve"> convinced that lust must turn into love. The bottom line was: I was into Carole, and she was into me. That </w:t>
      </w:r>
      <w:r w:rsidR="00EE2A61">
        <w:rPr>
          <w:rFonts w:ascii="garamond" w:hAnsi="garamond"/>
          <w:color w:val="000000"/>
          <w:sz w:val="26"/>
          <w:szCs w:val="26"/>
        </w:rPr>
        <w:t>should have been</w:t>
      </w:r>
      <w:r w:rsidRPr="00132D8A">
        <w:rPr>
          <w:rFonts w:ascii="garamond" w:hAnsi="garamond"/>
          <w:color w:val="000000"/>
          <w:sz w:val="26"/>
          <w:szCs w:val="26"/>
        </w:rPr>
        <w:t xml:space="preserve"> enough.</w:t>
      </w:r>
    </w:p>
    <w:p w14:paraId="3C731CC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The Beirut sensor had read every alarm. It had been overruled by intelligence dressed up as logic — the kind of incomplete argument I would never have allowed on a trading floor. A sensor fed incomplete data does not fail. It simply reads the room it is </w:t>
      </w:r>
      <w:proofErr w:type="gramStart"/>
      <w:r w:rsidRPr="00132D8A">
        <w:rPr>
          <w:rFonts w:ascii="garamond" w:hAnsi="garamond"/>
          <w:color w:val="000000"/>
          <w:sz w:val="26"/>
          <w:szCs w:val="26"/>
        </w:rPr>
        <w:t>given, and</w:t>
      </w:r>
      <w:proofErr w:type="gramEnd"/>
      <w:r w:rsidRPr="00132D8A">
        <w:rPr>
          <w:rFonts w:ascii="garamond" w:hAnsi="garamond"/>
          <w:color w:val="000000"/>
          <w:sz w:val="26"/>
          <w:szCs w:val="26"/>
        </w:rPr>
        <w:t xml:space="preserve"> remains precise and useless in equal measure.</w:t>
      </w:r>
    </w:p>
    <w:p w14:paraId="2723D48A"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Carole prevailed. She had a winning proposition when mine was a losing one. She knew everything and wanted it anyway. I knew enough and went anyway. The difference between us was not love. It was information management.</w:t>
      </w:r>
    </w:p>
    <w:p w14:paraId="249D683C" w14:textId="7B6D93B6"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The gap between what I could see and what had already been decided would become the recurring geography of </w:t>
      </w:r>
      <w:r w:rsidR="00695C93">
        <w:rPr>
          <w:rFonts w:ascii="garamond" w:hAnsi="garamond"/>
          <w:color w:val="000000"/>
          <w:sz w:val="26"/>
          <w:szCs w:val="26"/>
        </w:rPr>
        <w:t>my</w:t>
      </w:r>
      <w:r w:rsidRPr="00132D8A">
        <w:rPr>
          <w:rFonts w:ascii="garamond" w:hAnsi="garamond"/>
          <w:color w:val="000000"/>
          <w:sz w:val="26"/>
          <w:szCs w:val="26"/>
        </w:rPr>
        <w:t xml:space="preserve"> marriage. The asymmetry was not accidental. It was structural. And it would run through everything that followed.</w:t>
      </w:r>
    </w:p>
    <w:p w14:paraId="45B47ED1"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went to church.</w:t>
      </w:r>
    </w:p>
    <w:p w14:paraId="3871FA8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What I didn’t know until after the marriage was that before Nabil, there was someone Carole was engaged to. A wealthy Lebanese man, studying in Washington, D.C. — everything her family approved of. While Carole was in New Jersey, her fiancé was cheating on her, dating another woman, whom he would marry.</w:t>
      </w:r>
    </w:p>
    <w:p w14:paraId="07A50EBF" w14:textId="2E4D33B3"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Such was the time I realized that I was not solely her choice. I was her choice and her redemption. The fiancé had hurt her standing in her circles. Nabil had come and gone in three months. </w:t>
      </w:r>
      <w:r w:rsidR="005B54CD">
        <w:rPr>
          <w:rFonts w:ascii="garamond" w:hAnsi="garamond"/>
          <w:color w:val="000000"/>
          <w:sz w:val="26"/>
          <w:szCs w:val="26"/>
        </w:rPr>
        <w:t>As I considered the situation,</w:t>
      </w:r>
      <w:r w:rsidRPr="00132D8A">
        <w:rPr>
          <w:rFonts w:ascii="garamond" w:hAnsi="garamond"/>
          <w:color w:val="000000"/>
          <w:sz w:val="26"/>
          <w:szCs w:val="26"/>
        </w:rPr>
        <w:t xml:space="preserve"> I </w:t>
      </w:r>
      <w:r w:rsidR="005B54CD">
        <w:rPr>
          <w:rFonts w:ascii="garamond" w:hAnsi="garamond"/>
          <w:color w:val="000000"/>
          <w:sz w:val="26"/>
          <w:szCs w:val="26"/>
        </w:rPr>
        <w:t>could have been the one that</w:t>
      </w:r>
      <w:r w:rsidRPr="00132D8A">
        <w:rPr>
          <w:rFonts w:ascii="garamond" w:hAnsi="garamond"/>
          <w:color w:val="000000"/>
          <w:sz w:val="26"/>
          <w:szCs w:val="26"/>
        </w:rPr>
        <w:t xml:space="preserve"> restored </w:t>
      </w:r>
      <w:r w:rsidR="005B54CD">
        <w:rPr>
          <w:rFonts w:ascii="garamond" w:hAnsi="garamond"/>
          <w:color w:val="000000"/>
          <w:sz w:val="26"/>
          <w:szCs w:val="26"/>
        </w:rPr>
        <w:t>dignity and stature</w:t>
      </w:r>
      <w:r w:rsidRPr="00132D8A">
        <w:rPr>
          <w:rFonts w:ascii="garamond" w:hAnsi="garamond"/>
          <w:color w:val="000000"/>
          <w:sz w:val="26"/>
          <w:szCs w:val="26"/>
        </w:rPr>
        <w:t xml:space="preserve"> — the address, the ceremony, reclaiming what the fiancé had cost her.</w:t>
      </w:r>
      <w:r w:rsidR="005B54CD">
        <w:rPr>
          <w:rFonts w:ascii="garamond" w:hAnsi="garamond"/>
          <w:color w:val="000000"/>
          <w:sz w:val="26"/>
          <w:szCs w:val="26"/>
        </w:rPr>
        <w:t xml:space="preserve"> I did not know her thinking for certain, but I would have appreciated being informed.</w:t>
      </w:r>
    </w:p>
    <w:p w14:paraId="623378F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The marriage was between two people, each carrying something incomplete, each giving the other something the other needed, and neither fully naming what was </w:t>
      </w:r>
      <w:r w:rsidRPr="00132D8A">
        <w:rPr>
          <w:rFonts w:ascii="garamond" w:hAnsi="garamond"/>
          <w:color w:val="000000"/>
          <w:sz w:val="26"/>
          <w:szCs w:val="26"/>
        </w:rPr>
        <w:lastRenderedPageBreak/>
        <w:t xml:space="preserve">being exchanged. It is the kind of foundation that shows its cracks </w:t>
      </w:r>
      <w:proofErr w:type="spellStart"/>
      <w:r w:rsidRPr="00132D8A">
        <w:rPr>
          <w:rFonts w:ascii="garamond" w:hAnsi="garamond"/>
          <w:color w:val="000000"/>
          <w:sz w:val="26"/>
          <w:szCs w:val="26"/>
        </w:rPr>
        <w:t>under weight</w:t>
      </w:r>
      <w:proofErr w:type="spellEnd"/>
      <w:r w:rsidRPr="00132D8A">
        <w:rPr>
          <w:rFonts w:ascii="garamond" w:hAnsi="garamond"/>
          <w:color w:val="000000"/>
          <w:sz w:val="26"/>
          <w:szCs w:val="26"/>
        </w:rPr>
        <w:t xml:space="preserve"> — and we were about to carry a great deal of weight.</w:t>
      </w:r>
    </w:p>
    <w:p w14:paraId="6BB4BC26"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man who had spent years identifying structural risk — pricing it, modeling it, refusing to let it hide — walked into the most consequential decision of his life doing the opposite. I did not place proper importance on all the reasons. I did not know what I was walking into, or what role I had been given in a story that had started before I arrived.</w:t>
      </w:r>
    </w:p>
    <w:p w14:paraId="0FA2F9E4"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was traveling a road I had not built, toward a destination I had not fully chosen.</w:t>
      </w:r>
    </w:p>
    <w:p w14:paraId="7A594B8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What I didn’t know was how much that would cost.</w:t>
      </w:r>
    </w:p>
    <w:p w14:paraId="4EB2B67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There was another asymmetry in our marriage that I did not understand until later, and it operated at a level beneath the surface of every joint decision we ever made.</w:t>
      </w:r>
    </w:p>
    <w:p w14:paraId="390E867D"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Carole was not a financial partner. She was the head of disbursements. Every bonus I received, every promotion I earned, every offer that came in from UBS, from Deutsche Bank, from Plainfield — she was the first to know and the last to engage. The numbers were reported to her. The strategic decisions behind them were not discussed. She did not interfere in damaging ways, the way some spouses do with their husband’s compensation, and I respected that. But there was a middle ground that would have been of the highest benefit — a private spousal conversation about compensation, about promotion, about the attributes of leadership — and that conversation never happened. I was the sole operator of income. She was the sole operator on disbursement.</w:t>
      </w:r>
    </w:p>
    <w:p w14:paraId="7D4A3708" w14:textId="6F45D1D4"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There was a deeper asymmetry beneath that one. The patriarchal duties I had inherited — the carrying of family members, the support of relatives in moments of need, the contributions to charitable institutions — were largely done without Carole’s knowledge</w:t>
      </w:r>
      <w:r w:rsidR="00F546AD">
        <w:rPr>
          <w:rFonts w:ascii="garamond" w:hAnsi="garamond"/>
          <w:color w:val="000000"/>
          <w:sz w:val="26"/>
          <w:szCs w:val="26"/>
        </w:rPr>
        <w:t>. Not purposely, but for the simple reason that she showed no interest</w:t>
      </w:r>
      <w:r w:rsidR="00695C93">
        <w:rPr>
          <w:rFonts w:ascii="garamond" w:hAnsi="garamond"/>
          <w:color w:val="000000"/>
          <w:sz w:val="26"/>
          <w:szCs w:val="26"/>
        </w:rPr>
        <w:t>, in fact she was against them</w:t>
      </w:r>
      <w:r w:rsidRPr="00132D8A">
        <w:rPr>
          <w:rFonts w:ascii="garamond" w:hAnsi="garamond"/>
          <w:color w:val="000000"/>
          <w:sz w:val="26"/>
          <w:szCs w:val="26"/>
        </w:rPr>
        <w:t xml:space="preserve">. Over the course of the marriage, those contributions </w:t>
      </w:r>
      <w:r w:rsidR="00F546AD">
        <w:rPr>
          <w:rFonts w:ascii="garamond" w:hAnsi="garamond"/>
          <w:color w:val="000000"/>
          <w:sz w:val="26"/>
          <w:szCs w:val="26"/>
        </w:rPr>
        <w:t>increased significantly</w:t>
      </w:r>
      <w:r w:rsidRPr="00132D8A">
        <w:rPr>
          <w:rFonts w:ascii="garamond" w:hAnsi="garamond"/>
          <w:color w:val="000000"/>
          <w:sz w:val="26"/>
          <w:szCs w:val="26"/>
        </w:rPr>
        <w:t xml:space="preserve">: gifts to individuals who could not otherwise have managed; tuition for young people who would not otherwise have studied; </w:t>
      </w:r>
      <w:r w:rsidR="00F546AD">
        <w:rPr>
          <w:rFonts w:ascii="garamond" w:hAnsi="garamond"/>
          <w:color w:val="000000"/>
          <w:sz w:val="26"/>
          <w:szCs w:val="26"/>
        </w:rPr>
        <w:t xml:space="preserve">support to entire families, and </w:t>
      </w:r>
      <w:r w:rsidRPr="00132D8A">
        <w:rPr>
          <w:rFonts w:ascii="garamond" w:hAnsi="garamond"/>
          <w:color w:val="000000"/>
          <w:sz w:val="26"/>
          <w:szCs w:val="26"/>
        </w:rPr>
        <w:t xml:space="preserve">donations to institutions that </w:t>
      </w:r>
      <w:r w:rsidR="00F546AD">
        <w:rPr>
          <w:rFonts w:ascii="garamond" w:hAnsi="garamond"/>
          <w:color w:val="000000"/>
          <w:sz w:val="26"/>
          <w:szCs w:val="26"/>
        </w:rPr>
        <w:t>assisted</w:t>
      </w:r>
      <w:r w:rsidRPr="00132D8A">
        <w:rPr>
          <w:rFonts w:ascii="garamond" w:hAnsi="garamond"/>
          <w:color w:val="000000"/>
          <w:sz w:val="26"/>
          <w:szCs w:val="26"/>
        </w:rPr>
        <w:t xml:space="preserve"> the country I had come from and the country I had made my life in. None of these were discussed in our household. </w:t>
      </w:r>
    </w:p>
    <w:p w14:paraId="10A413F7" w14:textId="26C8C1CA" w:rsidR="00C119C6" w:rsidRPr="00132D8A" w:rsidRDefault="00C119C6" w:rsidP="00C119C6">
      <w:pPr>
        <w:rPr>
          <w:rFonts w:ascii="garamond" w:hAnsi="garamond"/>
          <w:color w:val="000000"/>
          <w:sz w:val="26"/>
          <w:szCs w:val="26"/>
        </w:rPr>
      </w:pPr>
      <w:r w:rsidRPr="00132D8A">
        <w:rPr>
          <w:rFonts w:ascii="garamond" w:hAnsi="garamond"/>
          <w:color w:val="000000"/>
          <w:sz w:val="26"/>
          <w:szCs w:val="26"/>
        </w:rPr>
        <w:lastRenderedPageBreak/>
        <w:t>Carole managed the household, and she did it well</w:t>
      </w:r>
      <w:r w:rsidR="00695C93">
        <w:rPr>
          <w:rFonts w:ascii="garamond" w:hAnsi="garamond"/>
          <w:color w:val="000000"/>
          <w:sz w:val="26"/>
          <w:szCs w:val="26"/>
        </w:rPr>
        <w:t xml:space="preserve"> with minimal input from me</w:t>
      </w:r>
      <w:r w:rsidRPr="00132D8A">
        <w:rPr>
          <w:rFonts w:ascii="garamond" w:hAnsi="garamond"/>
          <w:color w:val="000000"/>
          <w:sz w:val="26"/>
          <w:szCs w:val="26"/>
        </w:rPr>
        <w:t>. The carrying was the operation I ran</w:t>
      </w:r>
      <w:r w:rsidR="00695C93">
        <w:rPr>
          <w:rFonts w:ascii="garamond" w:hAnsi="garamond"/>
          <w:color w:val="000000"/>
          <w:sz w:val="26"/>
          <w:szCs w:val="26"/>
        </w:rPr>
        <w:t>, and she became knowledgeable in my activities</w:t>
      </w:r>
      <w:r w:rsidRPr="00132D8A">
        <w:rPr>
          <w:rFonts w:ascii="garamond" w:hAnsi="garamond"/>
          <w:color w:val="000000"/>
          <w:sz w:val="26"/>
          <w:szCs w:val="26"/>
        </w:rPr>
        <w:t>. We did not partner on either.</w:t>
      </w:r>
    </w:p>
    <w:p w14:paraId="0631AE04" w14:textId="77777777" w:rsidR="007628FB" w:rsidRDefault="005B5ADD" w:rsidP="005B5ADD">
      <w:pPr>
        <w:rPr>
          <w:rFonts w:ascii="garamond" w:hAnsi="garamond"/>
          <w:color w:val="000000"/>
          <w:sz w:val="26"/>
          <w:szCs w:val="26"/>
        </w:rPr>
      </w:pPr>
      <w:r w:rsidRPr="00132D8A">
        <w:rPr>
          <w:rFonts w:ascii="garamond" w:hAnsi="garamond"/>
          <w:color w:val="000000"/>
          <w:sz w:val="26"/>
          <w:szCs w:val="26"/>
        </w:rPr>
        <w:t>Being a non-partner in the carrying was one kind of loneliness. Being actively against it was another. I lived inside my own marriage on edge — not because I doubted the carrying, but because I knew the household would contest it. I route</w:t>
      </w:r>
      <w:r w:rsidR="00F30441">
        <w:rPr>
          <w:rFonts w:ascii="garamond" w:hAnsi="garamond"/>
          <w:color w:val="000000"/>
          <w:sz w:val="26"/>
          <w:szCs w:val="26"/>
        </w:rPr>
        <w:t>d</w:t>
      </w:r>
      <w:r w:rsidRPr="00132D8A">
        <w:rPr>
          <w:rFonts w:ascii="garamond" w:hAnsi="garamond"/>
          <w:color w:val="000000"/>
          <w:sz w:val="26"/>
          <w:szCs w:val="26"/>
        </w:rPr>
        <w:t xml:space="preserve"> </w:t>
      </w:r>
      <w:r w:rsidR="003A744E">
        <w:rPr>
          <w:rFonts w:ascii="garamond" w:hAnsi="garamond"/>
          <w:color w:val="000000"/>
          <w:sz w:val="26"/>
          <w:szCs w:val="26"/>
        </w:rPr>
        <w:t xml:space="preserve">my </w:t>
      </w:r>
      <w:r w:rsidRPr="00132D8A">
        <w:rPr>
          <w:rFonts w:ascii="garamond" w:hAnsi="garamond"/>
          <w:color w:val="000000"/>
          <w:sz w:val="26"/>
          <w:szCs w:val="26"/>
        </w:rPr>
        <w:t xml:space="preserve">duties around </w:t>
      </w:r>
      <w:r w:rsidR="005B54CD">
        <w:rPr>
          <w:rFonts w:ascii="garamond" w:hAnsi="garamond"/>
          <w:color w:val="000000"/>
          <w:sz w:val="26"/>
          <w:szCs w:val="26"/>
        </w:rPr>
        <w:t>Carole</w:t>
      </w:r>
      <w:r w:rsidRPr="00132D8A">
        <w:rPr>
          <w:rFonts w:ascii="garamond" w:hAnsi="garamond"/>
          <w:color w:val="000000"/>
          <w:sz w:val="26"/>
          <w:szCs w:val="26"/>
        </w:rPr>
        <w:t xml:space="preserve"> to preserve the</w:t>
      </w:r>
      <w:r w:rsidR="00AC0072">
        <w:rPr>
          <w:rFonts w:ascii="garamond" w:hAnsi="garamond"/>
          <w:color w:val="000000"/>
          <w:sz w:val="26"/>
          <w:szCs w:val="26"/>
        </w:rPr>
        <w:t>m</w:t>
      </w:r>
      <w:r w:rsidRPr="00132D8A">
        <w:rPr>
          <w:rFonts w:ascii="garamond" w:hAnsi="garamond"/>
          <w:color w:val="000000"/>
          <w:sz w:val="26"/>
          <w:szCs w:val="26"/>
        </w:rPr>
        <w:t xml:space="preserve">. </w:t>
      </w:r>
    </w:p>
    <w:p w14:paraId="232E3501" w14:textId="0FCCF09B"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The patriarchy that defined </w:t>
      </w:r>
      <w:r w:rsidR="007628FB">
        <w:rPr>
          <w:rFonts w:ascii="garamond" w:hAnsi="garamond"/>
          <w:color w:val="000000"/>
          <w:sz w:val="26"/>
          <w:szCs w:val="26"/>
        </w:rPr>
        <w:t>me</w:t>
      </w:r>
      <w:r w:rsidRPr="00132D8A">
        <w:rPr>
          <w:rFonts w:ascii="garamond" w:hAnsi="garamond"/>
          <w:color w:val="000000"/>
          <w:sz w:val="26"/>
          <w:szCs w:val="26"/>
        </w:rPr>
        <w:t xml:space="preserve"> was characterized inside my own household as foolishness. That is the asymmetry that the marriage could not survive. Not the money. The moral fiber </w:t>
      </w:r>
      <w:r w:rsidR="007628FB">
        <w:rPr>
          <w:rFonts w:ascii="garamond" w:hAnsi="garamond"/>
          <w:color w:val="000000"/>
          <w:sz w:val="26"/>
          <w:szCs w:val="26"/>
        </w:rPr>
        <w:t>underlying giving and generosity</w:t>
      </w:r>
      <w:r w:rsidRPr="00132D8A">
        <w:rPr>
          <w:rFonts w:ascii="garamond" w:hAnsi="garamond"/>
          <w:color w:val="000000"/>
          <w:sz w:val="26"/>
          <w:szCs w:val="26"/>
        </w:rPr>
        <w:t>.</w:t>
      </w:r>
    </w:p>
    <w:p w14:paraId="3EB42E05" w14:textId="5635BAAF"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Carole was against my philanthrop</w:t>
      </w:r>
      <w:r w:rsidR="007628FB">
        <w:rPr>
          <w:rFonts w:ascii="garamond" w:hAnsi="garamond"/>
          <w:color w:val="000000"/>
          <w:sz w:val="26"/>
          <w:szCs w:val="26"/>
        </w:rPr>
        <w:t>y</w:t>
      </w:r>
      <w:r w:rsidRPr="00132D8A">
        <w:rPr>
          <w:rFonts w:ascii="garamond" w:hAnsi="garamond"/>
          <w:color w:val="000000"/>
          <w:sz w:val="26"/>
          <w:szCs w:val="26"/>
        </w:rPr>
        <w:t xml:space="preserve">. As my schedule became full, she agreed to </w:t>
      </w:r>
      <w:r w:rsidR="003A744E">
        <w:rPr>
          <w:rFonts w:ascii="garamond" w:hAnsi="garamond"/>
          <w:color w:val="000000"/>
          <w:sz w:val="26"/>
          <w:szCs w:val="26"/>
        </w:rPr>
        <w:t>serve</w:t>
      </w:r>
      <w:r w:rsidRPr="00132D8A">
        <w:rPr>
          <w:rFonts w:ascii="garamond" w:hAnsi="garamond"/>
          <w:color w:val="000000"/>
          <w:sz w:val="26"/>
          <w:szCs w:val="26"/>
        </w:rPr>
        <w:t xml:space="preserve"> on </w:t>
      </w:r>
      <w:r w:rsidR="0096450C">
        <w:rPr>
          <w:rFonts w:ascii="garamond" w:hAnsi="garamond"/>
          <w:color w:val="000000"/>
          <w:sz w:val="26"/>
          <w:szCs w:val="26"/>
        </w:rPr>
        <w:t xml:space="preserve">the board of </w:t>
      </w:r>
      <w:r w:rsidRPr="00132D8A">
        <w:rPr>
          <w:rFonts w:ascii="garamond" w:hAnsi="garamond"/>
          <w:color w:val="000000"/>
          <w:sz w:val="26"/>
          <w:szCs w:val="26"/>
        </w:rPr>
        <w:t xml:space="preserve">a Lebanese charitable organization based in New York that I helped found. In time, Carlos Ghosn was invited to speak at a dinner, after which he increased his attendance. I never met </w:t>
      </w:r>
      <w:r w:rsidR="003A744E">
        <w:rPr>
          <w:rFonts w:ascii="garamond" w:hAnsi="garamond"/>
          <w:color w:val="000000"/>
          <w:sz w:val="26"/>
          <w:szCs w:val="26"/>
        </w:rPr>
        <w:t>Ghosn</w:t>
      </w:r>
      <w:r w:rsidRPr="00132D8A">
        <w:rPr>
          <w:rFonts w:ascii="garamond" w:hAnsi="garamond"/>
          <w:color w:val="000000"/>
          <w:sz w:val="26"/>
          <w:szCs w:val="26"/>
        </w:rPr>
        <w:t xml:space="preserve">. The funding I provided — and the principle it stood for as a general rule — financed the events </w:t>
      </w:r>
      <w:r w:rsidR="0096450C">
        <w:rPr>
          <w:rFonts w:ascii="garamond" w:hAnsi="garamond"/>
          <w:color w:val="000000"/>
          <w:sz w:val="26"/>
          <w:szCs w:val="26"/>
        </w:rPr>
        <w:t>that</w:t>
      </w:r>
      <w:r w:rsidRPr="00132D8A">
        <w:rPr>
          <w:rFonts w:ascii="garamond" w:hAnsi="garamond"/>
          <w:color w:val="000000"/>
          <w:sz w:val="26"/>
          <w:szCs w:val="26"/>
        </w:rPr>
        <w:t xml:space="preserve"> </w:t>
      </w:r>
      <w:r w:rsidR="0096450C">
        <w:rPr>
          <w:rFonts w:ascii="garamond" w:hAnsi="garamond"/>
          <w:color w:val="000000"/>
          <w:sz w:val="26"/>
          <w:szCs w:val="26"/>
        </w:rPr>
        <w:t>led to</w:t>
      </w:r>
      <w:r w:rsidRPr="00132D8A">
        <w:rPr>
          <w:rFonts w:ascii="garamond" w:hAnsi="garamond"/>
          <w:color w:val="000000"/>
          <w:sz w:val="26"/>
          <w:szCs w:val="26"/>
        </w:rPr>
        <w:t xml:space="preserve"> </w:t>
      </w:r>
      <w:r w:rsidR="007628FB">
        <w:rPr>
          <w:rFonts w:ascii="garamond" w:hAnsi="garamond"/>
          <w:color w:val="000000"/>
          <w:sz w:val="26"/>
          <w:szCs w:val="26"/>
        </w:rPr>
        <w:t>Carole</w:t>
      </w:r>
      <w:r w:rsidRPr="00132D8A">
        <w:rPr>
          <w:rFonts w:ascii="garamond" w:hAnsi="garamond"/>
          <w:color w:val="000000"/>
          <w:sz w:val="26"/>
          <w:szCs w:val="26"/>
        </w:rPr>
        <w:t xml:space="preserve"> me</w:t>
      </w:r>
      <w:r w:rsidR="0096450C">
        <w:rPr>
          <w:rFonts w:ascii="garamond" w:hAnsi="garamond"/>
          <w:color w:val="000000"/>
          <w:sz w:val="26"/>
          <w:szCs w:val="26"/>
        </w:rPr>
        <w:t>eting</w:t>
      </w:r>
      <w:r w:rsidRPr="00132D8A">
        <w:rPr>
          <w:rFonts w:ascii="garamond" w:hAnsi="garamond"/>
          <w:color w:val="000000"/>
          <w:sz w:val="26"/>
          <w:szCs w:val="26"/>
        </w:rPr>
        <w:t xml:space="preserve"> </w:t>
      </w:r>
      <w:r w:rsidR="007628FB">
        <w:rPr>
          <w:rFonts w:ascii="garamond" w:hAnsi="garamond"/>
          <w:color w:val="000000"/>
          <w:sz w:val="26"/>
          <w:szCs w:val="26"/>
        </w:rPr>
        <w:t xml:space="preserve">Ghosn </w:t>
      </w:r>
      <w:r w:rsidR="007628FB" w:rsidRPr="00132D8A">
        <w:rPr>
          <w:rFonts w:ascii="garamond" w:hAnsi="garamond"/>
          <w:color w:val="000000"/>
          <w:sz w:val="26"/>
          <w:szCs w:val="26"/>
        </w:rPr>
        <w:t xml:space="preserve">— </w:t>
      </w:r>
      <w:r w:rsidRPr="00132D8A">
        <w:rPr>
          <w:rFonts w:ascii="garamond" w:hAnsi="garamond"/>
          <w:color w:val="000000"/>
          <w:sz w:val="26"/>
          <w:szCs w:val="26"/>
        </w:rPr>
        <w:t xml:space="preserve">the man she would eventually leave </w:t>
      </w:r>
      <w:r w:rsidR="007628FB">
        <w:rPr>
          <w:rFonts w:ascii="garamond" w:hAnsi="garamond"/>
          <w:color w:val="000000"/>
          <w:sz w:val="26"/>
          <w:szCs w:val="26"/>
        </w:rPr>
        <w:t>our</w:t>
      </w:r>
      <w:r w:rsidRPr="00132D8A">
        <w:rPr>
          <w:rFonts w:ascii="garamond" w:hAnsi="garamond"/>
          <w:color w:val="000000"/>
          <w:sz w:val="26"/>
          <w:szCs w:val="26"/>
        </w:rPr>
        <w:t xml:space="preserve"> marriage for and wed.</w:t>
      </w:r>
    </w:p>
    <w:p w14:paraId="08E13EB2" w14:textId="77777777" w:rsidR="005B5ADD" w:rsidRPr="00132D8A" w:rsidRDefault="005B5ADD" w:rsidP="005B5ADD">
      <w:pPr>
        <w:rPr>
          <w:rFonts w:ascii="garamond" w:hAnsi="garamond"/>
          <w:color w:val="000000"/>
          <w:sz w:val="26"/>
          <w:szCs w:val="26"/>
        </w:rPr>
      </w:pPr>
    </w:p>
    <w:p w14:paraId="442EEDB5" w14:textId="77777777" w:rsidR="005B5ADD" w:rsidRDefault="005B5ADD" w:rsidP="005B5ADD">
      <w:pPr>
        <w:rPr>
          <w:rFonts w:ascii="garamond" w:hAnsi="garamond"/>
          <w:b/>
          <w:bCs/>
          <w:color w:val="000000"/>
          <w:sz w:val="26"/>
          <w:szCs w:val="26"/>
        </w:rPr>
      </w:pPr>
      <w:r>
        <w:rPr>
          <w:rFonts w:ascii="garamond" w:hAnsi="garamond"/>
          <w:b/>
          <w:bCs/>
          <w:color w:val="000000"/>
          <w:sz w:val="26"/>
          <w:szCs w:val="26"/>
        </w:rPr>
        <w:br w:type="page"/>
      </w:r>
    </w:p>
    <w:p w14:paraId="576217B0" w14:textId="77777777" w:rsidR="005B5ADD" w:rsidRPr="00132D8A" w:rsidRDefault="005B5ADD" w:rsidP="005B5ADD">
      <w:pPr>
        <w:rPr>
          <w:rFonts w:ascii="garamond" w:hAnsi="garamond"/>
          <w:color w:val="000000"/>
          <w:sz w:val="26"/>
          <w:szCs w:val="26"/>
        </w:rPr>
      </w:pPr>
      <w:r w:rsidRPr="00132D8A">
        <w:rPr>
          <w:rFonts w:ascii="garamond" w:hAnsi="garamond"/>
          <w:b/>
          <w:bCs/>
          <w:color w:val="000000"/>
          <w:sz w:val="26"/>
          <w:szCs w:val="26"/>
        </w:rPr>
        <w:lastRenderedPageBreak/>
        <w:t>CHAPTER 13 — FAULT LINES</w:t>
      </w:r>
      <w:r w:rsidRPr="00132D8A">
        <w:rPr>
          <w:rFonts w:ascii="garamond" w:hAnsi="garamond"/>
          <w:color w:val="000000"/>
          <w:sz w:val="26"/>
          <w:szCs w:val="26"/>
        </w:rPr>
        <w:br/>
      </w:r>
      <w:r w:rsidRPr="00132D8A">
        <w:rPr>
          <w:rFonts w:ascii="garamond" w:hAnsi="garamond"/>
          <w:b/>
          <w:bCs/>
          <w:color w:val="000000"/>
          <w:sz w:val="26"/>
          <w:szCs w:val="26"/>
        </w:rPr>
        <w:t>The Honeymoon Suggested The Marriage Would Not Be Easy.</w:t>
      </w:r>
    </w:p>
    <w:p w14:paraId="69339A1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Our wedding was on July 18, 1992. The reception was at a venue I was happy to help choose in Carnegie Hill, Upper Manhattan.</w:t>
      </w:r>
    </w:p>
    <w:p w14:paraId="7BAB7EC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got drunk — the kind that arrives all at once and cannot be recalled. I was supposed to be a host. I was supposed to be present. Instead, I spent a significant portion of my wedding night cradled over a toilet. I had no idea how it had happened that quickly.</w:t>
      </w:r>
    </w:p>
    <w:p w14:paraId="7D2BA65B"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next morning, we nearly missed the flight to Bermuda.</w:t>
      </w:r>
    </w:p>
    <w:p w14:paraId="0E99D9E3" w14:textId="11AE3671"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found out later — not that night, not during the honeymoon, but later, when it could no longer matter in any practical sense — that Nabil had been spiking my drinks at the wedding. It was the same Nabil who had been Carole's boyfriend before me. He was at the reception</w:t>
      </w:r>
      <w:r w:rsidR="005B54CD">
        <w:rPr>
          <w:rFonts w:ascii="garamond" w:hAnsi="garamond"/>
          <w:color w:val="000000"/>
          <w:sz w:val="26"/>
          <w:szCs w:val="26"/>
        </w:rPr>
        <w:t xml:space="preserve"> because I had invited him out of courtesy</w:t>
      </w:r>
      <w:r w:rsidRPr="00132D8A">
        <w:rPr>
          <w:rFonts w:ascii="garamond" w:hAnsi="garamond"/>
          <w:color w:val="000000"/>
          <w:sz w:val="26"/>
          <w:szCs w:val="26"/>
        </w:rPr>
        <w:t>. He was there, and he was at the bar, and he was generous with my glass all evening.</w:t>
      </w:r>
    </w:p>
    <w:p w14:paraId="3F48917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do not believe he meant it with malice. I believe he meant it the way men sometimes do things at weddings — impulsively, sentimentally, with just enough alcohol in his own system to make it feel like a harmless joke rather than what it was — the man who dated my wife before me had decided how my wedding night would end.</w:t>
      </w:r>
    </w:p>
    <w:p w14:paraId="5E004376"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It was unsettling. That is the word I kept returning to. Not enraging. Not devastating. Unsettling — the feeling of a floor that is almost level but not quite, where everything appears solid, and nothing actually is.</w:t>
      </w:r>
    </w:p>
    <w:p w14:paraId="4B28F48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was spent before we boarded the plane. Physically hollowed out, rattled from the previous night. I had nothing left for the honeymoon before it began.</w:t>
      </w:r>
    </w:p>
    <w:p w14:paraId="7D3A1078" w14:textId="39EC0406"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Bermuda rained every night. We were both miserable. But Carole and I dealt with the misery differently. </w:t>
      </w:r>
      <w:r w:rsidR="007628FB">
        <w:rPr>
          <w:rFonts w:ascii="garamond" w:hAnsi="garamond"/>
          <w:color w:val="000000"/>
          <w:sz w:val="26"/>
          <w:szCs w:val="26"/>
        </w:rPr>
        <w:t>She</w:t>
      </w:r>
      <w:r w:rsidRPr="00132D8A">
        <w:rPr>
          <w:rFonts w:ascii="garamond" w:hAnsi="garamond"/>
          <w:color w:val="000000"/>
          <w:sz w:val="26"/>
          <w:szCs w:val="26"/>
        </w:rPr>
        <w:t xml:space="preserve"> tried to make the best of it, sightseeing whenever the sun came out, going for a walk or a swim when the rain let up, working out in the hotel gym, and eating at the hotel restaurants. I retreated into silence the way I did when something was wrong that I did not know how to name or fix — I went inward, I was on the phone with the office, I told myself the markets needed watching and that this was simply who I was, a man whose mind was partly somewhere else.</w:t>
      </w:r>
    </w:p>
    <w:p w14:paraId="3796D09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Carole did not push. I did not explain. We moved through the week in parallel.</w:t>
      </w:r>
    </w:p>
    <w:p w14:paraId="2FCD1A9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The honeymoon suggested the marriage would not be easy.</w:t>
      </w:r>
    </w:p>
    <w:p w14:paraId="6A8184EB" w14:textId="6A347413" w:rsidR="005B5ADD" w:rsidRPr="00132D8A" w:rsidRDefault="005B5ADD" w:rsidP="00A73ECD">
      <w:pPr>
        <w:rPr>
          <w:rFonts w:ascii="garamond" w:hAnsi="garamond"/>
          <w:color w:val="000000"/>
          <w:sz w:val="26"/>
          <w:szCs w:val="26"/>
        </w:rPr>
      </w:pPr>
      <w:r w:rsidRPr="00132D8A">
        <w:rPr>
          <w:rFonts w:ascii="garamond" w:hAnsi="garamond"/>
          <w:color w:val="000000"/>
          <w:sz w:val="26"/>
          <w:szCs w:val="26"/>
        </w:rPr>
        <w:t xml:space="preserve">That is the version I have told. The fuller version is that I arrived in Bermuda already compromised — already sitting with something I did not yet have the language for. The silence was not simply a matter of my nature. I was a man on </w:t>
      </w:r>
      <w:r w:rsidR="00A96D58">
        <w:rPr>
          <w:rFonts w:ascii="garamond" w:hAnsi="garamond"/>
          <w:color w:val="000000"/>
          <w:sz w:val="26"/>
          <w:szCs w:val="26"/>
        </w:rPr>
        <w:t xml:space="preserve">my </w:t>
      </w:r>
      <w:r w:rsidRPr="00132D8A">
        <w:rPr>
          <w:rFonts w:ascii="garamond" w:hAnsi="garamond"/>
          <w:color w:val="000000"/>
          <w:sz w:val="26"/>
          <w:szCs w:val="26"/>
        </w:rPr>
        <w:t>honeymoon who had spent the past several months arguing with my wife-to-be o</w:t>
      </w:r>
      <w:r w:rsidR="00A73ECD">
        <w:rPr>
          <w:rFonts w:ascii="garamond" w:hAnsi="garamond"/>
          <w:color w:val="000000"/>
          <w:sz w:val="26"/>
          <w:szCs w:val="26"/>
        </w:rPr>
        <w:t>ver</w:t>
      </w:r>
      <w:r w:rsidRPr="00132D8A">
        <w:rPr>
          <w:rFonts w:ascii="garamond" w:hAnsi="garamond"/>
          <w:color w:val="000000"/>
          <w:sz w:val="26"/>
          <w:szCs w:val="26"/>
        </w:rPr>
        <w:t xml:space="preserve"> all kinds of matters regarding </w:t>
      </w:r>
      <w:r w:rsidR="005B54CD">
        <w:rPr>
          <w:rFonts w:ascii="garamond" w:hAnsi="garamond"/>
          <w:color w:val="000000"/>
          <w:sz w:val="26"/>
          <w:szCs w:val="26"/>
        </w:rPr>
        <w:t xml:space="preserve">both </w:t>
      </w:r>
      <w:r w:rsidRPr="00132D8A">
        <w:rPr>
          <w:rFonts w:ascii="garamond" w:hAnsi="garamond"/>
          <w:color w:val="000000"/>
          <w:sz w:val="26"/>
          <w:szCs w:val="26"/>
        </w:rPr>
        <w:t xml:space="preserve">our in-laws, and I was a man whose rehearsal dinner </w:t>
      </w:r>
      <w:r w:rsidR="00A73ECD">
        <w:rPr>
          <w:rFonts w:ascii="garamond" w:hAnsi="garamond"/>
          <w:color w:val="000000"/>
          <w:sz w:val="26"/>
          <w:szCs w:val="26"/>
        </w:rPr>
        <w:t>had been</w:t>
      </w:r>
      <w:r w:rsidRPr="00132D8A">
        <w:rPr>
          <w:rFonts w:ascii="garamond" w:hAnsi="garamond"/>
          <w:color w:val="000000"/>
          <w:sz w:val="26"/>
          <w:szCs w:val="26"/>
        </w:rPr>
        <w:t xml:space="preserve"> canceled without his input. I was a man who had decided to let silence pose as composure. </w:t>
      </w:r>
      <w:r w:rsidR="00A73ECD" w:rsidRPr="00A73ECD">
        <w:rPr>
          <w:rFonts w:ascii="garamond" w:hAnsi="garamond"/>
          <w:color w:val="000000"/>
          <w:sz w:val="26"/>
        </w:rPr>
        <w:t xml:space="preserve">The marriage would not reveal itself through dramatic </w:t>
      </w:r>
      <w:r w:rsidR="00015334">
        <w:rPr>
          <w:rFonts w:ascii="garamond" w:hAnsi="garamond"/>
          <w:color w:val="000000"/>
          <w:sz w:val="26"/>
        </w:rPr>
        <w:t>events but through a series of compromises, each appearing reasonable on its own yet building up over</w:t>
      </w:r>
      <w:r w:rsidR="00A73ECD" w:rsidRPr="00A73ECD">
        <w:rPr>
          <w:rFonts w:ascii="garamond" w:hAnsi="garamond"/>
          <w:color w:val="000000"/>
          <w:sz w:val="26"/>
        </w:rPr>
        <w:t xml:space="preserve"> time.</w:t>
      </w:r>
    </w:p>
    <w:p w14:paraId="05D50D75" w14:textId="34EFB905"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On the morning after our honeymoon, </w:t>
      </w:r>
      <w:r w:rsidR="00015334">
        <w:rPr>
          <w:rFonts w:ascii="garamond" w:hAnsi="garamond"/>
          <w:color w:val="000000"/>
          <w:sz w:val="26"/>
          <w:szCs w:val="26"/>
        </w:rPr>
        <w:t>back in ou</w:t>
      </w:r>
      <w:r w:rsidR="005B54CD">
        <w:rPr>
          <w:rFonts w:ascii="garamond" w:hAnsi="garamond"/>
          <w:color w:val="000000"/>
          <w:sz w:val="26"/>
          <w:szCs w:val="26"/>
        </w:rPr>
        <w:t>r</w:t>
      </w:r>
      <w:r w:rsidR="00015334">
        <w:rPr>
          <w:rFonts w:ascii="garamond" w:hAnsi="garamond"/>
          <w:color w:val="000000"/>
          <w:sz w:val="26"/>
          <w:szCs w:val="26"/>
        </w:rPr>
        <w:t xml:space="preserve"> NY apartment, </w:t>
      </w:r>
      <w:r w:rsidRPr="00132D8A">
        <w:rPr>
          <w:rFonts w:ascii="garamond" w:hAnsi="garamond"/>
          <w:color w:val="000000"/>
          <w:sz w:val="26"/>
          <w:szCs w:val="26"/>
        </w:rPr>
        <w:t>Carole set a stack of envelopes beside my coffee</w:t>
      </w:r>
      <w:r w:rsidR="00015334">
        <w:rPr>
          <w:rFonts w:ascii="garamond" w:hAnsi="garamond"/>
          <w:color w:val="000000"/>
          <w:sz w:val="26"/>
          <w:szCs w:val="26"/>
        </w:rPr>
        <w:t xml:space="preserve"> mug</w:t>
      </w:r>
      <w:r w:rsidRPr="00132D8A">
        <w:rPr>
          <w:rFonts w:ascii="garamond" w:hAnsi="garamond"/>
          <w:color w:val="000000"/>
          <w:sz w:val="26"/>
          <w:szCs w:val="26"/>
        </w:rPr>
        <w:t xml:space="preserve"> — credit cards, student loans, bills — and said, matter-of-factly, that this was my first job as her husband: take over.</w:t>
      </w:r>
    </w:p>
    <w:p w14:paraId="5971EC1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It was a small moment that announced a larger one: the woman I had married came from a household blinded by stature, and she had inherited it cleanly.</w:t>
      </w:r>
    </w:p>
    <w:p w14:paraId="027A024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Carole’s mother, Greta, was Roman Orthodox — practical, direct, and certain about how things should be done. Greta divorced her first husband within a year. Carole’s biological father, Nabil Nahas, died young of a brain aneurysm when Carole was about three.</w:t>
      </w:r>
    </w:p>
    <w:p w14:paraId="1DB4FBF6"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Years later, Greta married Arfan, a divorced Muslim man with no children. He cared for Alan and Carole as if they were his own. Her relatives treated the interfaith marriage as shameful and kept their distance. Carole did not invite anyone from Greta’s or Arfan’s family to our wedding, at least that was my perception.</w:t>
      </w:r>
    </w:p>
    <w:p w14:paraId="4332D46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Within five months of the marriage, I wanted a divorce or an annulment. I planned to tell Carole on a Sunday evening in mid-January 1993. I had practiced what I needed to say for more than a week. Planned for every possible response she might have — so she would not feel abandoned, knowing her history. I had rehearsed the conversation the way I rehearsed a client pitch: every scenario covered, every objection anticipated. Our parents did not get along, and I could already feel the weight of that bearing down on every interaction. I could see more trouble coming, and I was not equipped for it. I had my job, and it required my full focus and commitment.</w:t>
      </w:r>
    </w:p>
    <w:p w14:paraId="100A46B6" w14:textId="019A45DB"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 xml:space="preserve">When Sunday came, I sat down with Carole and said, “I need to tell you something that has been on my mind.” Just then, Carole interrupted me and said, “Before you </w:t>
      </w:r>
      <w:r w:rsidR="00A96D58">
        <w:rPr>
          <w:rFonts w:ascii="garamond" w:hAnsi="garamond"/>
          <w:color w:val="000000"/>
          <w:sz w:val="26"/>
          <w:szCs w:val="26"/>
        </w:rPr>
        <w:t>do</w:t>
      </w:r>
      <w:r w:rsidRPr="00132D8A">
        <w:rPr>
          <w:rFonts w:ascii="garamond" w:hAnsi="garamond"/>
          <w:color w:val="000000"/>
          <w:sz w:val="26"/>
          <w:szCs w:val="26"/>
        </w:rPr>
        <w:t>, I have great news. I have been waiting all day to tell you. I am pregnant. We’re going to be a family.”</w:t>
      </w:r>
    </w:p>
    <w:p w14:paraId="754773CE" w14:textId="6D7D17C1"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It was a total surprise, as I thought she was on birth control pills, but that was not the proper retort. Instead, I hugged her and congratulated her. When she asked what I wanted to say, I thought: “I’m too fucked now.” I lied. I said, “I’m too excited now</w:t>
      </w:r>
      <w:r w:rsidR="00A96D58">
        <w:rPr>
          <w:rFonts w:ascii="garamond" w:hAnsi="garamond"/>
          <w:color w:val="000000"/>
          <w:sz w:val="26"/>
          <w:szCs w:val="26"/>
        </w:rPr>
        <w:t>; I forgot</w:t>
      </w:r>
      <w:r w:rsidRPr="00132D8A">
        <w:rPr>
          <w:rFonts w:ascii="garamond" w:hAnsi="garamond"/>
          <w:color w:val="000000"/>
          <w:sz w:val="26"/>
          <w:szCs w:val="26"/>
        </w:rPr>
        <w:t>.”</w:t>
      </w:r>
    </w:p>
    <w:p w14:paraId="51328ECF"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What I felt in that moment was not joy overwriting the plan. It was the plan becoming impossible in an instant. The exit closed. Not slammed — closed, quietly, the way a door closes when the wind dies. She had told me something that made everything I had rehearsed for a week suddenly weightless. In many ways, it mirrored the story she would tell me eighteen years later — both times, she said something, or arranged to have said — ended a conversation I had been preparing to have. Both times, I absorbed it and said nothing about what I had been about to say.</w:t>
      </w:r>
    </w:p>
    <w:p w14:paraId="1B9D8779" w14:textId="400D5BF8"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The months that followed were quieter than I expected. Not warmer — quieter. A pregnancy reorders a household before the child arrives; the rooms reorganize themselves around the future occupant. I went to work. Carole grew. </w:t>
      </w:r>
    </w:p>
    <w:p w14:paraId="03B107AC" w14:textId="77777777" w:rsidR="00B57977" w:rsidRDefault="00B57977">
      <w:pPr>
        <w:rPr>
          <w:rFonts w:ascii="garamond" w:hAnsi="garamond"/>
          <w:color w:val="000000"/>
          <w:sz w:val="26"/>
          <w:szCs w:val="26"/>
        </w:rPr>
      </w:pPr>
      <w:r>
        <w:rPr>
          <w:rFonts w:ascii="garamond" w:hAnsi="garamond"/>
          <w:color w:val="000000"/>
          <w:sz w:val="26"/>
          <w:szCs w:val="26"/>
        </w:rPr>
        <w:br w:type="page"/>
      </w:r>
    </w:p>
    <w:p w14:paraId="4E7CF0FB" w14:textId="018CF97F" w:rsidR="00B57977" w:rsidRDefault="00B57977" w:rsidP="005B5ADD">
      <w:pPr>
        <w:rPr>
          <w:rFonts w:ascii="garamond" w:hAnsi="garamond"/>
          <w:color w:val="000000"/>
          <w:sz w:val="26"/>
          <w:szCs w:val="26"/>
        </w:rPr>
      </w:pPr>
      <w:r w:rsidRPr="00132D8A">
        <w:rPr>
          <w:rFonts w:ascii="garamond" w:hAnsi="garamond"/>
          <w:b/>
          <w:bCs/>
          <w:color w:val="000000"/>
          <w:sz w:val="26"/>
          <w:szCs w:val="26"/>
        </w:rPr>
        <w:lastRenderedPageBreak/>
        <w:t>CHAPTER 13</w:t>
      </w:r>
      <w:r>
        <w:rPr>
          <w:rFonts w:ascii="garamond" w:hAnsi="garamond"/>
          <w:b/>
          <w:bCs/>
          <w:color w:val="000000"/>
          <w:sz w:val="26"/>
          <w:szCs w:val="26"/>
        </w:rPr>
        <w:t>A</w:t>
      </w:r>
      <w:r w:rsidRPr="00132D8A">
        <w:rPr>
          <w:rFonts w:ascii="garamond" w:hAnsi="garamond"/>
          <w:b/>
          <w:bCs/>
          <w:color w:val="000000"/>
          <w:sz w:val="26"/>
          <w:szCs w:val="26"/>
        </w:rPr>
        <w:t xml:space="preserve"> — </w:t>
      </w:r>
      <w:r>
        <w:rPr>
          <w:rFonts w:ascii="garamond" w:hAnsi="garamond"/>
          <w:b/>
          <w:bCs/>
          <w:color w:val="000000"/>
          <w:sz w:val="26"/>
          <w:szCs w:val="26"/>
        </w:rPr>
        <w:t>THE CLASH</w:t>
      </w:r>
      <w:r w:rsidRPr="00132D8A">
        <w:rPr>
          <w:rFonts w:ascii="garamond" w:hAnsi="garamond"/>
          <w:color w:val="000000"/>
          <w:sz w:val="26"/>
          <w:szCs w:val="26"/>
        </w:rPr>
        <w:br/>
      </w:r>
      <w:r w:rsidRPr="00132D8A">
        <w:rPr>
          <w:rFonts w:ascii="garamond" w:hAnsi="garamond"/>
          <w:b/>
          <w:bCs/>
          <w:color w:val="000000"/>
          <w:sz w:val="26"/>
          <w:szCs w:val="26"/>
        </w:rPr>
        <w:t xml:space="preserve">The </w:t>
      </w:r>
      <w:r>
        <w:rPr>
          <w:rFonts w:ascii="garamond" w:hAnsi="garamond"/>
          <w:b/>
          <w:bCs/>
          <w:color w:val="000000"/>
          <w:sz w:val="26"/>
          <w:szCs w:val="26"/>
        </w:rPr>
        <w:t>Cracks In The Vase Became Pronounced</w:t>
      </w:r>
    </w:p>
    <w:p w14:paraId="2FF4A5A3" w14:textId="77777777" w:rsidR="00B57977" w:rsidRDefault="005B5ADD" w:rsidP="005B5ADD">
      <w:pPr>
        <w:rPr>
          <w:rFonts w:ascii="garamond" w:hAnsi="garamond"/>
          <w:color w:val="000000"/>
          <w:sz w:val="26"/>
          <w:szCs w:val="26"/>
        </w:rPr>
      </w:pPr>
      <w:r w:rsidRPr="00132D8A">
        <w:rPr>
          <w:rFonts w:ascii="garamond" w:hAnsi="garamond"/>
          <w:color w:val="000000"/>
          <w:sz w:val="26"/>
          <w:szCs w:val="26"/>
        </w:rPr>
        <w:t xml:space="preserve">In the summer of 1993, </w:t>
      </w:r>
      <w:r w:rsidR="00B57977">
        <w:rPr>
          <w:rFonts w:ascii="garamond" w:hAnsi="garamond"/>
          <w:color w:val="000000"/>
          <w:sz w:val="26"/>
          <w:szCs w:val="26"/>
        </w:rPr>
        <w:t>Carole and I</w:t>
      </w:r>
      <w:r w:rsidRPr="00132D8A">
        <w:rPr>
          <w:rFonts w:ascii="garamond" w:hAnsi="garamond"/>
          <w:color w:val="000000"/>
          <w:sz w:val="26"/>
          <w:szCs w:val="26"/>
        </w:rPr>
        <w:t xml:space="preserve"> flew to Lebanon for vacation. </w:t>
      </w:r>
    </w:p>
    <w:p w14:paraId="0562F27F" w14:textId="020C6112"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was at the beach with friends, relaxing for the first time in months. When I returned around 6 p.m., I heard my mother lecturing Carole. I paused outside the living room.</w:t>
      </w:r>
    </w:p>
    <w:p w14:paraId="3FFD94D4"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My mother, Salma, is strong-willed, educated, loving — but tough. She was lecturing Carole about sectarian views and public behavior, comparing her unfavorably to my sisters, both of whom married Muslim men, and criticizing her for not appreciating my hard work. My mother was completely out of line. She was interfering in topics and areas that were none of her business while criticizing my pregnant wife in her home. Carole was sobbing silently.</w:t>
      </w:r>
    </w:p>
    <w:p w14:paraId="7E4366AC"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stormed in, yelled at my mother to stop, and stood next to Carole. I took her to our room. Carole wanted to leave for her parents’ home immediately.</w:t>
      </w:r>
    </w:p>
    <w:p w14:paraId="7AC6D6A2" w14:textId="5B1CC46C"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The next day, Carole and Arfan came </w:t>
      </w:r>
      <w:r w:rsidR="00A96D58">
        <w:rPr>
          <w:rFonts w:ascii="garamond" w:hAnsi="garamond"/>
          <w:color w:val="000000"/>
          <w:sz w:val="26"/>
          <w:szCs w:val="26"/>
        </w:rPr>
        <w:t>over in the morning</w:t>
      </w:r>
      <w:r w:rsidRPr="00132D8A">
        <w:rPr>
          <w:rFonts w:ascii="garamond" w:hAnsi="garamond"/>
          <w:color w:val="000000"/>
          <w:sz w:val="26"/>
          <w:szCs w:val="26"/>
        </w:rPr>
        <w:t>. My father, Adib, was about the same age as Arfan. We all sat together. Arfan opened by saying he had heard what happened and that they were ready for any discussion — including divorce. I was incensed.</w:t>
      </w:r>
    </w:p>
    <w:p w14:paraId="3924F253"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How dare Arfan speak to my father about my marriage — including the possibility of divorce from my pregnant wife — without confronting me?</w:t>
      </w:r>
    </w:p>
    <w:p w14:paraId="59711C2A"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After ten minutes, I interrupted loudly: “Excuse </w:t>
      </w:r>
      <w:proofErr w:type="spellStart"/>
      <w:r w:rsidRPr="00132D8A">
        <w:rPr>
          <w:rFonts w:ascii="garamond" w:hAnsi="garamond"/>
          <w:color w:val="000000"/>
          <w:sz w:val="26"/>
          <w:szCs w:val="26"/>
        </w:rPr>
        <w:t>my</w:t>
      </w:r>
      <w:proofErr w:type="spellEnd"/>
      <w:r w:rsidRPr="00132D8A">
        <w:rPr>
          <w:rFonts w:ascii="garamond" w:hAnsi="garamond"/>
          <w:color w:val="000000"/>
          <w:sz w:val="26"/>
          <w:szCs w:val="26"/>
        </w:rPr>
        <w:t xml:space="preserve"> rudeness, but I need you all to be quiet and listen.” I looked at Carole: “I love you and our son-to-be, and I won’t allow anyone to interfere. Not your parents or mine.” I stared at both fathers. “This is not a negotiation. The only thing that matters is what Carole and I discuss privately.”</w:t>
      </w:r>
    </w:p>
    <w:p w14:paraId="6352521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room was stunned. My father and Arfan excused themselves and walked out. Carole and I were alone for half an hour. I held her as she cried. “You know I’m on your side. We don’t live in Lebanon. We live in New York. I’m my own man. You’re my partner. I don’t abide by anyone’s views except yours. And I love you deeply. Everything will be fine.”</w:t>
      </w:r>
    </w:p>
    <w:p w14:paraId="68235C12" w14:textId="7E7E451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She wanted to go to her parents’ home. I walked her outside</w:t>
      </w:r>
      <w:r w:rsidR="00AC2C65">
        <w:rPr>
          <w:rFonts w:ascii="garamond" w:hAnsi="garamond"/>
          <w:color w:val="000000"/>
          <w:sz w:val="26"/>
          <w:szCs w:val="26"/>
        </w:rPr>
        <w:t xml:space="preserve"> and</w:t>
      </w:r>
      <w:r w:rsidRPr="00132D8A">
        <w:rPr>
          <w:rFonts w:ascii="garamond" w:hAnsi="garamond"/>
          <w:color w:val="000000"/>
          <w:sz w:val="26"/>
          <w:szCs w:val="26"/>
        </w:rPr>
        <w:t xml:space="preserve"> drove her to my in-laws</w:t>
      </w:r>
      <w:r w:rsidR="00AC2C65">
        <w:rPr>
          <w:rFonts w:ascii="garamond" w:hAnsi="garamond"/>
          <w:color w:val="000000"/>
          <w:sz w:val="26"/>
          <w:szCs w:val="26"/>
        </w:rPr>
        <w:t xml:space="preserve">. I </w:t>
      </w:r>
      <w:r w:rsidRPr="00132D8A">
        <w:rPr>
          <w:rFonts w:ascii="garamond" w:hAnsi="garamond"/>
          <w:color w:val="000000"/>
          <w:sz w:val="26"/>
          <w:szCs w:val="26"/>
        </w:rPr>
        <w:t>drove back home</w:t>
      </w:r>
      <w:r w:rsidR="00A96D58">
        <w:rPr>
          <w:rFonts w:ascii="garamond" w:hAnsi="garamond"/>
          <w:color w:val="000000"/>
          <w:sz w:val="26"/>
          <w:szCs w:val="26"/>
        </w:rPr>
        <w:t>, realizing that my marriage had just taken an emotional beating. I knew Carole and her thinking. She would not only fault my mother but also somehow extend the blame to include me.</w:t>
      </w:r>
    </w:p>
    <w:p w14:paraId="2F900F1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When I returned, my mother was crying. She still managed, between tears, to tell me that my marriage would likely not last. I did not respond to her.</w:t>
      </w:r>
    </w:p>
    <w:p w14:paraId="449F6BB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wanted to ask: why the torture? She knew I had a child on the way. I had asked her to come to New York several months before the wedding. She stayed two weeks and met both Carole and Greta. She gave me her blessing after I specifically asked for her guidance and opinion because I did not know what to think. I used her approval to move forward.</w:t>
      </w:r>
    </w:p>
    <w:p w14:paraId="32F482E8" w14:textId="2072B112"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recognize it was a decision I owned and would have never brought up. Still, she was withdrawing it —in a way that was most painful, after inciting a fight with my wife. Such actions could not be undone.</w:t>
      </w:r>
    </w:p>
    <w:p w14:paraId="694ECAEE"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My mother helped crack something that was already fragile a few months before my firstborn was to be delivered, using hurtful words I would always carry and could never unhear. I do not think she knew that. I am not sure it would have changed anything if she had.</w:t>
      </w:r>
    </w:p>
    <w:p w14:paraId="0ECC05B3" w14:textId="49B2FBC9"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On the fifteen-hour connecting flight back to New York, Carole barely spoke to me. The cabin hummed, the map crawled, and the silence did the rest. When I tried to talk, she stared at the seatback screen as if it were a judge. The cracks in the vase </w:t>
      </w:r>
      <w:r w:rsidR="00B57977">
        <w:rPr>
          <w:rFonts w:ascii="garamond" w:hAnsi="garamond"/>
          <w:color w:val="000000"/>
          <w:sz w:val="26"/>
          <w:szCs w:val="26"/>
        </w:rPr>
        <w:t>became</w:t>
      </w:r>
      <w:r w:rsidRPr="00132D8A">
        <w:rPr>
          <w:rFonts w:ascii="garamond" w:hAnsi="garamond"/>
          <w:color w:val="000000"/>
          <w:sz w:val="26"/>
          <w:szCs w:val="26"/>
        </w:rPr>
        <w:t xml:space="preserve"> pronounced on the flight home. Neither of us said so.</w:t>
      </w:r>
    </w:p>
    <w:p w14:paraId="44035375" w14:textId="20E31873"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By the time we landed, the cabin’s silence had become a habit. Habits in marriages install. We carried this one home and never named it.</w:t>
      </w:r>
    </w:p>
    <w:p w14:paraId="4EA58885" w14:textId="0C5839B2"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Carole's family did not operate the way mine did. My parents</w:t>
      </w:r>
      <w:r w:rsidR="00A104CF">
        <w:rPr>
          <w:rFonts w:ascii="garamond" w:hAnsi="garamond"/>
          <w:color w:val="000000"/>
          <w:sz w:val="26"/>
          <w:szCs w:val="26"/>
        </w:rPr>
        <w:t xml:space="preserve"> brought us up as close as could be. It ran in our DNA. My siblings were my best friends. We </w:t>
      </w:r>
      <w:r w:rsidR="00D57E0A">
        <w:rPr>
          <w:rFonts w:ascii="garamond" w:hAnsi="garamond"/>
          <w:color w:val="000000"/>
          <w:sz w:val="26"/>
          <w:szCs w:val="26"/>
        </w:rPr>
        <w:t xml:space="preserve">convened on holidays and </w:t>
      </w:r>
      <w:r w:rsidRPr="00132D8A">
        <w:rPr>
          <w:rFonts w:ascii="garamond" w:hAnsi="garamond"/>
          <w:color w:val="000000"/>
          <w:sz w:val="26"/>
          <w:szCs w:val="26"/>
        </w:rPr>
        <w:t>vacation</w:t>
      </w:r>
      <w:r w:rsidR="00A104CF">
        <w:rPr>
          <w:rFonts w:ascii="garamond" w:hAnsi="garamond"/>
          <w:color w:val="000000"/>
          <w:sz w:val="26"/>
          <w:szCs w:val="26"/>
        </w:rPr>
        <w:t>ed</w:t>
      </w:r>
      <w:r w:rsidRPr="00132D8A">
        <w:rPr>
          <w:rFonts w:ascii="garamond" w:hAnsi="garamond"/>
          <w:color w:val="000000"/>
          <w:sz w:val="26"/>
          <w:szCs w:val="26"/>
        </w:rPr>
        <w:t xml:space="preserve"> together every summer</w:t>
      </w:r>
      <w:r w:rsidR="00AC2C65">
        <w:rPr>
          <w:rFonts w:ascii="garamond" w:hAnsi="garamond"/>
          <w:color w:val="000000"/>
          <w:sz w:val="26"/>
          <w:szCs w:val="26"/>
        </w:rPr>
        <w:t>.</w:t>
      </w:r>
      <w:r w:rsidRPr="00132D8A">
        <w:rPr>
          <w:rFonts w:ascii="garamond" w:hAnsi="garamond"/>
          <w:color w:val="000000"/>
          <w:sz w:val="26"/>
          <w:szCs w:val="26"/>
        </w:rPr>
        <w:t xml:space="preserve"> My family was secular. We were Christians who lived in a Muslim neighborhood</w:t>
      </w:r>
      <w:r w:rsidR="00AC2C65">
        <w:rPr>
          <w:rFonts w:ascii="garamond" w:hAnsi="garamond"/>
          <w:color w:val="000000"/>
          <w:sz w:val="26"/>
          <w:szCs w:val="26"/>
        </w:rPr>
        <w:t xml:space="preserve"> in Beirut</w:t>
      </w:r>
      <w:r w:rsidRPr="00132D8A">
        <w:rPr>
          <w:rFonts w:ascii="garamond" w:hAnsi="garamond"/>
          <w:color w:val="000000"/>
          <w:sz w:val="26"/>
          <w:szCs w:val="26"/>
        </w:rPr>
        <w:t>. The differences in my own household had not been visible before I married. They became visible slowly, the way most structural facts do — through repetition.</w:t>
      </w:r>
    </w:p>
    <w:p w14:paraId="3F732810" w14:textId="123B62BB"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The </w:t>
      </w:r>
      <w:r w:rsidR="009A284A">
        <w:rPr>
          <w:rFonts w:ascii="garamond" w:hAnsi="garamond"/>
          <w:color w:val="000000"/>
          <w:sz w:val="26"/>
          <w:szCs w:val="26"/>
        </w:rPr>
        <w:t xml:space="preserve">silent </w:t>
      </w:r>
      <w:r w:rsidRPr="00132D8A">
        <w:rPr>
          <w:rFonts w:ascii="garamond" w:hAnsi="garamond"/>
          <w:color w:val="000000"/>
          <w:sz w:val="26"/>
          <w:szCs w:val="26"/>
        </w:rPr>
        <w:t>altercation</w:t>
      </w:r>
      <w:r w:rsidR="009A284A">
        <w:rPr>
          <w:rFonts w:ascii="garamond" w:hAnsi="garamond"/>
          <w:color w:val="000000"/>
          <w:sz w:val="26"/>
          <w:szCs w:val="26"/>
        </w:rPr>
        <w:t>s</w:t>
      </w:r>
      <w:r w:rsidRPr="00132D8A">
        <w:rPr>
          <w:rFonts w:ascii="garamond" w:hAnsi="garamond"/>
          <w:color w:val="000000"/>
          <w:sz w:val="26"/>
          <w:szCs w:val="26"/>
        </w:rPr>
        <w:t xml:space="preserve"> between my mother and Carole </w:t>
      </w:r>
      <w:r w:rsidR="009A284A">
        <w:rPr>
          <w:rFonts w:ascii="garamond" w:hAnsi="garamond"/>
          <w:color w:val="000000"/>
          <w:sz w:val="26"/>
          <w:szCs w:val="26"/>
        </w:rPr>
        <w:t>had erupted</w:t>
      </w:r>
      <w:r w:rsidR="00AC2C65">
        <w:rPr>
          <w:rFonts w:ascii="garamond" w:hAnsi="garamond"/>
          <w:color w:val="000000"/>
          <w:sz w:val="26"/>
          <w:szCs w:val="26"/>
        </w:rPr>
        <w:t xml:space="preserve">. </w:t>
      </w:r>
      <w:r w:rsidR="009A284A">
        <w:rPr>
          <w:rFonts w:ascii="garamond" w:hAnsi="garamond"/>
          <w:color w:val="000000"/>
          <w:sz w:val="26"/>
          <w:szCs w:val="26"/>
        </w:rPr>
        <w:t>They</w:t>
      </w:r>
      <w:r w:rsidR="00FF6518">
        <w:rPr>
          <w:rFonts w:ascii="garamond" w:hAnsi="garamond"/>
          <w:color w:val="000000"/>
          <w:sz w:val="26"/>
          <w:szCs w:val="26"/>
        </w:rPr>
        <w:t xml:space="preserve"> remained suspended and unspoken</w:t>
      </w:r>
      <w:r w:rsidR="009A284A">
        <w:rPr>
          <w:rFonts w:ascii="garamond" w:hAnsi="garamond"/>
          <w:color w:val="000000"/>
          <w:sz w:val="26"/>
          <w:szCs w:val="26"/>
        </w:rPr>
        <w:t xml:space="preserve"> about, with</w:t>
      </w:r>
      <w:r w:rsidR="00FF6518">
        <w:rPr>
          <w:rFonts w:ascii="garamond" w:hAnsi="garamond"/>
          <w:color w:val="000000"/>
          <w:sz w:val="26"/>
          <w:szCs w:val="26"/>
        </w:rPr>
        <w:t xml:space="preserve"> </w:t>
      </w:r>
      <w:r w:rsidR="00AC2C65">
        <w:rPr>
          <w:rFonts w:ascii="garamond" w:hAnsi="garamond"/>
          <w:color w:val="000000"/>
          <w:sz w:val="26"/>
          <w:szCs w:val="26"/>
        </w:rPr>
        <w:t>hardly any venues to manage or control</w:t>
      </w:r>
      <w:r w:rsidR="00FF6518">
        <w:rPr>
          <w:rFonts w:ascii="garamond" w:hAnsi="garamond"/>
          <w:color w:val="000000"/>
          <w:sz w:val="26"/>
          <w:szCs w:val="26"/>
        </w:rPr>
        <w:t xml:space="preserve"> the damage. </w:t>
      </w:r>
    </w:p>
    <w:p w14:paraId="7DC91444" w14:textId="1C569E59" w:rsidR="00772C34" w:rsidRPr="00132D8A" w:rsidRDefault="005E3CEC" w:rsidP="005B5ADD">
      <w:pPr>
        <w:rPr>
          <w:rFonts w:ascii="garamond" w:hAnsi="garamond"/>
          <w:color w:val="000000"/>
          <w:sz w:val="26"/>
          <w:szCs w:val="26"/>
        </w:rPr>
      </w:pPr>
      <w:r>
        <w:rPr>
          <w:rFonts w:ascii="garamond" w:hAnsi="garamond"/>
          <w:color w:val="000000"/>
          <w:sz w:val="26"/>
          <w:szCs w:val="26"/>
        </w:rPr>
        <w:t xml:space="preserve">My mother thought she was giving Carole wise advice, aware that I lived </w:t>
      </w:r>
      <w:r>
        <w:rPr>
          <w:rFonts w:ascii="garamond" w:hAnsi="garamond"/>
          <w:color w:val="000000"/>
          <w:sz w:val="26"/>
          <w:szCs w:val="26"/>
        </w:rPr>
        <w:t>among</w:t>
      </w:r>
      <w:r>
        <w:rPr>
          <w:rFonts w:ascii="garamond" w:hAnsi="garamond"/>
          <w:color w:val="000000"/>
          <w:sz w:val="26"/>
          <w:szCs w:val="26"/>
        </w:rPr>
        <w:t xml:space="preserve"> her family in New York. Although her delivery was imperfect, it reflected her usual way of speaking with loved ones, </w:t>
      </w:r>
      <w:r w:rsidR="00AD38F7">
        <w:rPr>
          <w:rFonts w:ascii="garamond" w:hAnsi="garamond"/>
          <w:color w:val="000000"/>
          <w:sz w:val="26"/>
          <w:szCs w:val="26"/>
        </w:rPr>
        <w:t>much</w:t>
      </w:r>
      <w:r>
        <w:rPr>
          <w:rFonts w:ascii="garamond" w:hAnsi="garamond"/>
          <w:color w:val="000000"/>
          <w:sz w:val="26"/>
          <w:szCs w:val="26"/>
        </w:rPr>
        <w:t xml:space="preserve"> </w:t>
      </w:r>
      <w:r w:rsidR="00AD38F7">
        <w:rPr>
          <w:rFonts w:ascii="garamond" w:hAnsi="garamond"/>
          <w:color w:val="000000"/>
          <w:sz w:val="26"/>
          <w:szCs w:val="26"/>
        </w:rPr>
        <w:t>like</w:t>
      </w:r>
      <w:r>
        <w:rPr>
          <w:rFonts w:ascii="garamond" w:hAnsi="garamond"/>
          <w:color w:val="000000"/>
          <w:sz w:val="26"/>
          <w:szCs w:val="26"/>
        </w:rPr>
        <w:t xml:space="preserve"> how she </w:t>
      </w:r>
      <w:r w:rsidR="00AD38F7">
        <w:rPr>
          <w:rFonts w:ascii="garamond" w:hAnsi="garamond"/>
          <w:color w:val="000000"/>
          <w:sz w:val="26"/>
          <w:szCs w:val="26"/>
        </w:rPr>
        <w:t>spoke</w:t>
      </w:r>
      <w:r>
        <w:rPr>
          <w:rFonts w:ascii="garamond" w:hAnsi="garamond"/>
          <w:color w:val="000000"/>
          <w:sz w:val="26"/>
          <w:szCs w:val="26"/>
        </w:rPr>
        <w:t xml:space="preserve"> to my sisters.</w:t>
      </w:r>
    </w:p>
    <w:p w14:paraId="5ADFFEA6" w14:textId="19B29BC0" w:rsidR="00772C34" w:rsidRDefault="005E3CEC" w:rsidP="005B5ADD">
      <w:pPr>
        <w:rPr>
          <w:rFonts w:ascii="garamond" w:hAnsi="garamond"/>
          <w:color w:val="000000"/>
          <w:sz w:val="26"/>
          <w:szCs w:val="26"/>
        </w:rPr>
      </w:pPr>
      <w:r>
        <w:rPr>
          <w:rFonts w:ascii="garamond" w:hAnsi="garamond"/>
          <w:color w:val="000000"/>
          <w:sz w:val="26"/>
          <w:szCs w:val="26"/>
        </w:rPr>
        <w:lastRenderedPageBreak/>
        <w:t>For Carole, the incident was perceived differently, probably supported by her mother, Greta. She responded to the disrespect unevenly, as if it had all stemmed from my family, without recognizing her sectarian bias. </w:t>
      </w:r>
    </w:p>
    <w:p w14:paraId="4A1BBA07" w14:textId="7237FCC1" w:rsidR="005E3CEC" w:rsidRDefault="005E3CEC" w:rsidP="005B5ADD">
      <w:pPr>
        <w:rPr>
          <w:rFonts w:ascii="garamond" w:hAnsi="garamond"/>
          <w:color w:val="000000"/>
          <w:sz w:val="26"/>
          <w:szCs w:val="26"/>
        </w:rPr>
      </w:pPr>
      <w:r w:rsidRPr="005E3CEC">
        <w:rPr>
          <w:rFonts w:ascii="garamond" w:hAnsi="garamond"/>
          <w:color w:val="000000"/>
          <w:sz w:val="26"/>
          <w:szCs w:val="26"/>
        </w:rPr>
        <w:t>For me, the weight was roughly equal—I could hold both accountable while staying balanced. I found myself between two women I loved: one who gave me life and another who shared it with me. Each of them believed they were right. I was the only one who saw both perspectives, which left me without a side. It was a devastating and genuine experience</w:t>
      </w:r>
      <w:r>
        <w:rPr>
          <w:rFonts w:ascii="garamond" w:hAnsi="garamond"/>
          <w:color w:val="000000"/>
          <w:sz w:val="26"/>
          <w:szCs w:val="26"/>
        </w:rPr>
        <w:t>.</w:t>
      </w:r>
    </w:p>
    <w:p w14:paraId="29905A20" w14:textId="77777777" w:rsidR="005E3CEC" w:rsidRDefault="005E3CEC" w:rsidP="005B5ADD">
      <w:pPr>
        <w:rPr>
          <w:rFonts w:ascii="garamond" w:hAnsi="garamond"/>
          <w:color w:val="000000"/>
          <w:sz w:val="26"/>
          <w:szCs w:val="26"/>
        </w:rPr>
      </w:pPr>
      <w:r w:rsidRPr="005E3CEC">
        <w:rPr>
          <w:rFonts w:ascii="garamond" w:hAnsi="garamond"/>
          <w:color w:val="000000"/>
          <w:sz w:val="26"/>
          <w:szCs w:val="26"/>
        </w:rPr>
        <w:t>What I perceived as a sense of balance, Carole saw as a continuous line of injury — too early, too deep, and too resilient to heal or vanish. We reacted differently to the same events and failed to address our feelings promptly or appropriately. As a result, these feelings festered.</w:t>
      </w:r>
    </w:p>
    <w:p w14:paraId="3DD2967C" w14:textId="5BFD9029" w:rsidR="005B5ADD" w:rsidRPr="00132D8A" w:rsidRDefault="005E3CEC" w:rsidP="005B5ADD">
      <w:pPr>
        <w:rPr>
          <w:rFonts w:ascii="garamond" w:hAnsi="garamond"/>
          <w:color w:val="000000"/>
          <w:sz w:val="26"/>
          <w:szCs w:val="26"/>
        </w:rPr>
      </w:pPr>
      <w:r>
        <w:rPr>
          <w:rFonts w:ascii="garamond" w:hAnsi="garamond"/>
          <w:color w:val="000000"/>
          <w:sz w:val="26"/>
          <w:szCs w:val="26"/>
        </w:rPr>
        <w:t>In New York, we went back to our routine and believed that silence could serve as healing.</w:t>
      </w:r>
    </w:p>
    <w:p w14:paraId="52E3DB80" w14:textId="22F17584" w:rsidR="005B5ADD" w:rsidRPr="00132D8A" w:rsidRDefault="005E3CEC" w:rsidP="005B5ADD">
      <w:pPr>
        <w:rPr>
          <w:rFonts w:ascii="garamond" w:hAnsi="garamond"/>
          <w:color w:val="000000"/>
          <w:sz w:val="26"/>
          <w:szCs w:val="26"/>
        </w:rPr>
      </w:pPr>
      <w:r>
        <w:rPr>
          <w:rFonts w:ascii="garamond" w:hAnsi="garamond"/>
          <w:color w:val="000000"/>
          <w:sz w:val="26"/>
          <w:szCs w:val="26"/>
        </w:rPr>
        <w:t>I chose to continue with a fractured marriage. Had Carole not been pregnant, we would have divorced in 1993. But with Daniel on the way, I refused to bring him into a broken family.</w:t>
      </w:r>
    </w:p>
    <w:p w14:paraId="0A68B025" w14:textId="77777777" w:rsidR="005B5ADD" w:rsidRPr="00132D8A" w:rsidRDefault="005B5ADD" w:rsidP="005B5ADD">
      <w:pPr>
        <w:rPr>
          <w:rFonts w:ascii="garamond" w:hAnsi="garamond"/>
          <w:color w:val="000000"/>
          <w:sz w:val="26"/>
          <w:szCs w:val="26"/>
        </w:rPr>
      </w:pPr>
    </w:p>
    <w:p w14:paraId="15600A2A" w14:textId="77777777" w:rsidR="00A121E4" w:rsidRDefault="00A121E4">
      <w:pPr>
        <w:rPr>
          <w:rFonts w:ascii="garamond" w:hAnsi="garamond"/>
          <w:b/>
          <w:bCs/>
          <w:color w:val="000000"/>
          <w:sz w:val="26"/>
          <w:szCs w:val="26"/>
        </w:rPr>
      </w:pPr>
      <w:r>
        <w:rPr>
          <w:rFonts w:ascii="garamond" w:hAnsi="garamond"/>
          <w:b/>
          <w:bCs/>
          <w:color w:val="000000"/>
          <w:sz w:val="26"/>
          <w:szCs w:val="26"/>
        </w:rPr>
        <w:br w:type="page"/>
      </w:r>
    </w:p>
    <w:p w14:paraId="6D3A2B78" w14:textId="5AF8C9BC" w:rsidR="005B5ADD" w:rsidRPr="00132D8A" w:rsidRDefault="005B5ADD" w:rsidP="005B5ADD">
      <w:pPr>
        <w:rPr>
          <w:rFonts w:ascii="garamond" w:hAnsi="garamond"/>
          <w:color w:val="000000"/>
          <w:sz w:val="26"/>
          <w:szCs w:val="26"/>
        </w:rPr>
      </w:pPr>
      <w:r w:rsidRPr="00132D8A">
        <w:rPr>
          <w:rFonts w:ascii="garamond" w:hAnsi="garamond"/>
          <w:b/>
          <w:bCs/>
          <w:color w:val="000000"/>
          <w:sz w:val="26"/>
          <w:szCs w:val="26"/>
        </w:rPr>
        <w:lastRenderedPageBreak/>
        <w:t>CHAPTER 14 — THE DELIVERY</w:t>
      </w:r>
      <w:r w:rsidRPr="00132D8A">
        <w:rPr>
          <w:rFonts w:ascii="garamond" w:hAnsi="garamond"/>
          <w:color w:val="000000"/>
          <w:sz w:val="26"/>
          <w:szCs w:val="26"/>
        </w:rPr>
        <w:br/>
      </w:r>
      <w:r w:rsidRPr="00132D8A">
        <w:rPr>
          <w:rFonts w:ascii="garamond" w:hAnsi="garamond"/>
          <w:b/>
          <w:bCs/>
          <w:color w:val="000000"/>
          <w:sz w:val="26"/>
          <w:szCs w:val="26"/>
        </w:rPr>
        <w:t>‘I Am Glad You Are Mine.’</w:t>
      </w:r>
    </w:p>
    <w:p w14:paraId="6BA284FD"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Daniel Marwan Marshi, born September 1, 1993.</w:t>
      </w:r>
    </w:p>
    <w:p w14:paraId="54D4DB6A"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Carole was on the couch, watching television, doing nothing that nine months of waiting produces — half-present, half somewhere else, listening to a body that had stopped belonging entirely to her. I was nearby, pretending to be calm.</w:t>
      </w:r>
    </w:p>
    <w:p w14:paraId="04F254F1"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Then she called out.</w:t>
      </w:r>
    </w:p>
    <w:p w14:paraId="5FB15673"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had attended six Lamaze classes, each two hours long. Twelve hours of instruction on exactly this moment. When the moment arrived, I retained two words: breathe and push. Everything else left me.</w:t>
      </w:r>
    </w:p>
    <w:p w14:paraId="314E5CC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Her water had broken. She looked up at me with a smile so clean and certain it belonged on a different kind of occasion — ivory teeth, lit-up face, the smile of a woman who knows something is about to happen and has decided to be magnificent about it. She said, simply: “He’s coming.”</w:t>
      </w:r>
    </w:p>
    <w:p w14:paraId="2649564B"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hugged her hard. The hug of a man with no other available response.</w:t>
      </w:r>
    </w:p>
    <w:p w14:paraId="66805096"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She tapped my back, patient as a saint. “Honey,” she said. “I know you love me. And I love you too. But I think we ought to be going.”</w:t>
      </w:r>
    </w:p>
    <w:p w14:paraId="63A0866C"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released her as I backed up. I said something along the lines of OH — OH — yes — absolutely.</w:t>
      </w:r>
    </w:p>
    <w:p w14:paraId="2051C7B6"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Carole called her doctor.</w:t>
      </w:r>
    </w:p>
    <w:p w14:paraId="7C6748DC"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Grabbed her carry bag from the bedroom, then my wallet, my cash, and my glasses. Rushed to the front door.</w:t>
      </w:r>
    </w:p>
    <w:p w14:paraId="2163258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Where I stopped.</w:t>
      </w:r>
    </w:p>
    <w:p w14:paraId="73A3340F"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stood by the open door, her bag in my hand, staring at the ceiling, certain I had forgotten something critical. I could not identify what. From the corridor behind me, I heard Carole’s voice, unhurried, almost amused.</w:t>
      </w:r>
    </w:p>
    <w:p w14:paraId="57110DFF"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“Hello. We’re here. You need us.”</w:t>
      </w:r>
    </w:p>
    <w:p w14:paraId="4452D4B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had forgotten my wife. And my son.</w:t>
      </w:r>
    </w:p>
    <w:p w14:paraId="38B74B9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I grabbed her coat, caught a cab, and arrived at Mount Sinai’s Women’s Center. We checked in and greeted Dr. Alice Lynn, Carole’s doctor, who was already there. Greta, Carole’s mother, was arriving soon, full of the energy of a woman who had been ready for this day for nine months and planned to document everything. We had a full house.</w:t>
      </w:r>
    </w:p>
    <w:p w14:paraId="6ADBDB43"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hours that followed moved the way hospital hours do — slowly until they suddenly quicken. The dilation was hesitant. The epidural needed reloading repeatedly, administered by an anesthesiologist lucky enough to provide Carole with the only real relief available. She flirted playfully with him whenever he appeared. I felt both guilty and grateful at the same time.</w:t>
      </w:r>
    </w:p>
    <w:p w14:paraId="0F77796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Then, around 10:30 p.m., the room changed.</w:t>
      </w:r>
    </w:p>
    <w:p w14:paraId="757912A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Dr. Lynn entered and glanced at the monitors without fully explaining what she saw — she lowered a lever, a quiet alarm sounded, and two assistants quickly appeared at her sides, moving with the practiced efficiency of those who know better than to make unnecessary noise. The forceps emerged.</w:t>
      </w:r>
    </w:p>
    <w:p w14:paraId="40CD46EB"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asked what was happening.</w:t>
      </w:r>
    </w:p>
    <w:p w14:paraId="1E266C5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“Nothing important, Marwan. We just need to adjust the angle.”</w:t>
      </w:r>
    </w:p>
    <w:p w14:paraId="4316ACE1"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angle was that the umbilical cord had wrapped around Daniel’s neck, and the forceps would guide his head into a rotation that would free it. This was not covered in the Lamaze curriculum. I asked what I could do. I was directed to the left side of the bed, behind a cloth lifted above Carole’s hips — close enough to hold her hand, far enough to be out of the way.</w:t>
      </w:r>
    </w:p>
    <w:p w14:paraId="57F30FD3"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looked at Carole. She was as confused as I was, and she did not show it. The champion smile held. She reached for my hand and found it. She squeezed it in the specific way that communicates: I know what’s happening, I have decided we are going to be fine.</w:t>
      </w:r>
    </w:p>
    <w:p w14:paraId="22B2F48F"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She pulled my head down toward hers. Her mouth was at my ear.</w:t>
      </w:r>
    </w:p>
    <w:p w14:paraId="465CE2CC"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All will be well, she whispered.</w:t>
      </w:r>
    </w:p>
    <w:p w14:paraId="7475859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I gave her a peck on the lips and stood up straight as though I owned the floor. Tears were running. I could not have explained them if asked — fear, gratitude, the specific vertigo of watching someone you love do something you cannot do for them. Carole </w:t>
      </w:r>
      <w:r w:rsidRPr="00132D8A">
        <w:rPr>
          <w:rFonts w:ascii="garamond" w:hAnsi="garamond"/>
          <w:color w:val="000000"/>
          <w:sz w:val="26"/>
          <w:szCs w:val="26"/>
        </w:rPr>
        <w:lastRenderedPageBreak/>
        <w:t>looked at me with an expression I have never forgotten. It said, "I am glad you are mine."</w:t>
      </w:r>
    </w:p>
    <w:p w14:paraId="5B922D9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breathing started. The pushing started. Both accelerated. Greta moved around with her camera. Dr. Lynn performed the procedure with the certainty of a woman who has done it hundreds of times and respects it each time. The assistants prepared. And Carole — Carole did what mothers do, which is everything, with a body that had been preparing for this moment for nine months and was now delivering on the contract.</w:t>
      </w:r>
    </w:p>
    <w:p w14:paraId="11EC0E4B"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was waved forward. Our son’s head appeared — a small, gorgeous skull, faintly marked by the forceps, shaped by the passage, undeniably, incomprehensibly real. Then, a few more minutes. Then a Herculean final push. Then toes.</w:t>
      </w:r>
    </w:p>
    <w:p w14:paraId="27ED0034"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Daniel was held upside down. Pink and furious, crying at a volume that announced itself to the entire floor. Loud, healthy, emphatic crying — the cry of someone who has just arrived and has opinions about it.</w:t>
      </w:r>
    </w:p>
    <w:p w14:paraId="4A2DA421"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turned to Carole.</w:t>
      </w:r>
    </w:p>
    <w:p w14:paraId="53FE6CA4"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She had held her composure through six hours of labor, through the forceps, through the alarm, through the pain she never named and never dramatized. Now, finally, she let go. She cried the way a fifteen-year-old cries after banging her knee on a table — completely, without strategy, her beautiful hands pressed over her eyes. All the composure she had been carrying for nine months came out at once, and it came out as joy.</w:t>
      </w:r>
    </w:p>
    <w:p w14:paraId="629AA39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moved to her. Hugged her over the hospital bed. Stayed there.</w:t>
      </w:r>
    </w:p>
    <w:p w14:paraId="618209A1"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Within twenty minutes, Daniel Marwan Marshi had been cleaned, wrapped in white and blue cloth, and delivered to Carole’s arms. She held him close. I stayed on her left side, my hand behind his head, and I kissed his pink-colored cheek. I looked at the two of them — my wife and my firstborn son — and for once in my life, I had nothing to manage, nothing to optimize, no next move to plan.</w:t>
      </w:r>
    </w:p>
    <w:p w14:paraId="54B84D6A"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There was only this room. This woman. This child.</w:t>
      </w:r>
    </w:p>
    <w:p w14:paraId="3D7EB2E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It was the most exciting and exhilarating day of my life. On September 1, 1993, our firstborn son, Daniel Marwan Marshi, was delivered. It was 11:40 p.m., and he weighed 7 lbs. -9 oz.</w:t>
      </w:r>
    </w:p>
    <w:p w14:paraId="40A10D46"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Nothing before or since compared to it.</w:t>
      </w:r>
    </w:p>
    <w:p w14:paraId="7D86FE5B"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vase had been cracked before we walked into the delivery room. But that night, it held.</w:t>
      </w:r>
    </w:p>
    <w:p w14:paraId="3ED8F7A6" w14:textId="77777777" w:rsidR="005B5ADD" w:rsidRPr="00132D8A" w:rsidRDefault="005B5ADD" w:rsidP="005B5ADD">
      <w:pPr>
        <w:rPr>
          <w:rFonts w:ascii="garamond" w:hAnsi="garamond"/>
          <w:color w:val="000000"/>
          <w:sz w:val="26"/>
          <w:szCs w:val="26"/>
        </w:rPr>
      </w:pPr>
    </w:p>
    <w:p w14:paraId="5ED010C8" w14:textId="77777777" w:rsidR="00F42A75" w:rsidRDefault="00F42A75">
      <w:pPr>
        <w:rPr>
          <w:rFonts w:ascii="garamond" w:hAnsi="garamond"/>
          <w:b/>
          <w:bCs/>
          <w:color w:val="000000"/>
          <w:sz w:val="26"/>
          <w:szCs w:val="26"/>
        </w:rPr>
      </w:pPr>
      <w:r>
        <w:rPr>
          <w:rFonts w:ascii="garamond" w:hAnsi="garamond"/>
          <w:b/>
          <w:bCs/>
          <w:color w:val="000000"/>
          <w:sz w:val="26"/>
          <w:szCs w:val="26"/>
        </w:rPr>
        <w:br w:type="page"/>
      </w:r>
    </w:p>
    <w:p w14:paraId="5F29745B" w14:textId="0974BF00" w:rsidR="005B5ADD" w:rsidRPr="00F42A75" w:rsidRDefault="005B5ADD" w:rsidP="005B5ADD">
      <w:pPr>
        <w:rPr>
          <w:rFonts w:ascii="garamond" w:hAnsi="garamond"/>
          <w:b/>
          <w:bCs/>
          <w:color w:val="000000"/>
          <w:sz w:val="26"/>
          <w:szCs w:val="26"/>
        </w:rPr>
      </w:pPr>
      <w:r w:rsidRPr="00132D8A">
        <w:rPr>
          <w:rFonts w:ascii="garamond" w:hAnsi="garamond"/>
          <w:b/>
          <w:bCs/>
          <w:color w:val="000000"/>
          <w:sz w:val="26"/>
          <w:szCs w:val="26"/>
        </w:rPr>
        <w:lastRenderedPageBreak/>
        <w:t xml:space="preserve">CHAPTER 15 — ARCHITECTURE </w:t>
      </w:r>
      <w:r w:rsidR="00572EC1">
        <w:rPr>
          <w:rFonts w:ascii="garamond" w:hAnsi="garamond"/>
          <w:b/>
          <w:bCs/>
          <w:color w:val="000000"/>
          <w:sz w:val="26"/>
          <w:szCs w:val="26"/>
        </w:rPr>
        <w:t>OF AVOIDANCE</w:t>
      </w:r>
      <w:r w:rsidRPr="00132D8A">
        <w:rPr>
          <w:rFonts w:ascii="garamond" w:hAnsi="garamond"/>
          <w:color w:val="000000"/>
          <w:sz w:val="26"/>
          <w:szCs w:val="26"/>
        </w:rPr>
        <w:br/>
      </w:r>
      <w:r w:rsidRPr="00132D8A">
        <w:rPr>
          <w:rFonts w:ascii="garamond" w:hAnsi="garamond"/>
          <w:b/>
          <w:bCs/>
          <w:color w:val="000000"/>
          <w:sz w:val="26"/>
          <w:szCs w:val="26"/>
        </w:rPr>
        <w:t>One Absence At A Time.</w:t>
      </w:r>
    </w:p>
    <w:p w14:paraId="5461B2BB" w14:textId="472432C9"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Both Carole and I benefited from Wall Street and Family Street. But an avoidance culture crept into our system of reciprocity. At first, the partnership held. Within </w:t>
      </w:r>
      <w:r w:rsidR="00AD38F7">
        <w:rPr>
          <w:rFonts w:ascii="garamond" w:hAnsi="garamond"/>
          <w:color w:val="000000"/>
          <w:sz w:val="26"/>
          <w:szCs w:val="26"/>
        </w:rPr>
        <w:t>three</w:t>
      </w:r>
      <w:r w:rsidRPr="00132D8A">
        <w:rPr>
          <w:rFonts w:ascii="garamond" w:hAnsi="garamond"/>
          <w:color w:val="000000"/>
          <w:sz w:val="26"/>
          <w:szCs w:val="26"/>
        </w:rPr>
        <w:t xml:space="preserve"> years, the vase was cracking.</w:t>
      </w:r>
    </w:p>
    <w:p w14:paraId="43128A72" w14:textId="0B5A8A28"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In late 1998, we moved to </w:t>
      </w:r>
      <w:r w:rsidR="003E29C6">
        <w:rPr>
          <w:rFonts w:ascii="garamond" w:hAnsi="garamond"/>
          <w:color w:val="000000"/>
          <w:sz w:val="26"/>
          <w:szCs w:val="26"/>
        </w:rPr>
        <w:t>a</w:t>
      </w:r>
      <w:r w:rsidRPr="00132D8A">
        <w:rPr>
          <w:rFonts w:ascii="garamond" w:hAnsi="garamond"/>
          <w:color w:val="000000"/>
          <w:sz w:val="26"/>
          <w:szCs w:val="26"/>
        </w:rPr>
        <w:t xml:space="preserve"> larger apartment. Tara was due in April. Carole packed the kitchen herself, the way she packed everything, with the precision of a woman who knew what each object was for. The cake from the MD party — the headline tier, the one that had stayed in the freezer for three and a half years — did not survive the move. I do not remember the moment it was thrown out. It was not announced. It was simply gone from the new freezer.</w:t>
      </w:r>
    </w:p>
    <w:p w14:paraId="3956217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noticed weeks later. I did not say anything. The apartment was bigger, the third child was coming, and the artifact of the night Carole had spoken my language had quietly not made the trip.</w:t>
      </w:r>
    </w:p>
    <w:p w14:paraId="384DA05A" w14:textId="6C71E23D"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Wall Street did not interfere with our situation. The institution ignored marriage and personal issues</w:t>
      </w:r>
      <w:r w:rsidR="00D018EA">
        <w:rPr>
          <w:rFonts w:ascii="garamond" w:hAnsi="garamond"/>
          <w:color w:val="000000"/>
          <w:sz w:val="26"/>
          <w:szCs w:val="26"/>
        </w:rPr>
        <w:t>; they could always be managed. Wall Stree</w:t>
      </w:r>
      <w:r w:rsidRPr="00132D8A">
        <w:rPr>
          <w:rFonts w:ascii="garamond" w:hAnsi="garamond"/>
          <w:color w:val="000000"/>
          <w:sz w:val="26"/>
          <w:szCs w:val="26"/>
        </w:rPr>
        <w:t xml:space="preserve">t concentrated only on outcomes, and I delivered them. In return, it compensated me with the only currency capable of shutting down any discussion: money. The avoidance held because </w:t>
      </w:r>
      <w:r w:rsidR="00AD38F7">
        <w:rPr>
          <w:rFonts w:ascii="garamond" w:hAnsi="garamond"/>
          <w:color w:val="000000"/>
          <w:sz w:val="26"/>
          <w:szCs w:val="26"/>
        </w:rPr>
        <w:t>it was funded with money</w:t>
      </w:r>
      <w:r w:rsidRPr="00132D8A">
        <w:rPr>
          <w:rFonts w:ascii="garamond" w:hAnsi="garamond"/>
          <w:color w:val="000000"/>
          <w:sz w:val="26"/>
          <w:szCs w:val="26"/>
        </w:rPr>
        <w:t>.</w:t>
      </w:r>
    </w:p>
    <w:p w14:paraId="150D6E4C" w14:textId="6F9F2206"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On Wall Street, a banker doesn’t manage time; he borrows it from his family and his sleep at usurious interest rates. Bonuses are often mistaken for compensation for this deficit. They aren’t. They are hazard pay for the total absorption of a life. </w:t>
      </w:r>
      <w:r w:rsidR="00A46082">
        <w:rPr>
          <w:rFonts w:ascii="garamond" w:hAnsi="garamond"/>
          <w:color w:val="000000"/>
          <w:sz w:val="26"/>
          <w:szCs w:val="26"/>
        </w:rPr>
        <w:t>If</w:t>
      </w:r>
      <w:r w:rsidRPr="00132D8A">
        <w:rPr>
          <w:rFonts w:ascii="garamond" w:hAnsi="garamond"/>
          <w:color w:val="000000"/>
          <w:sz w:val="26"/>
          <w:szCs w:val="26"/>
        </w:rPr>
        <w:t xml:space="preserve"> </w:t>
      </w:r>
      <w:r w:rsidR="00AD38F7">
        <w:rPr>
          <w:rFonts w:ascii="garamond" w:hAnsi="garamond"/>
          <w:color w:val="000000"/>
          <w:sz w:val="26"/>
          <w:szCs w:val="26"/>
        </w:rPr>
        <w:t>a banker</w:t>
      </w:r>
      <w:r w:rsidRPr="00132D8A">
        <w:rPr>
          <w:rFonts w:ascii="garamond" w:hAnsi="garamond"/>
          <w:color w:val="000000"/>
          <w:sz w:val="26"/>
          <w:szCs w:val="26"/>
        </w:rPr>
        <w:t xml:space="preserve"> eventually steps down to a lower-</w:t>
      </w:r>
      <w:r w:rsidR="00AD38F7">
        <w:rPr>
          <w:rFonts w:ascii="garamond" w:hAnsi="garamond"/>
          <w:color w:val="000000"/>
          <w:sz w:val="26"/>
          <w:szCs w:val="26"/>
        </w:rPr>
        <w:t>pay</w:t>
      </w:r>
      <w:r w:rsidRPr="00132D8A">
        <w:rPr>
          <w:rFonts w:ascii="garamond" w:hAnsi="garamond"/>
          <w:color w:val="000000"/>
          <w:sz w:val="26"/>
          <w:szCs w:val="26"/>
        </w:rPr>
        <w:t xml:space="preserve"> career, </w:t>
      </w:r>
      <w:r w:rsidR="00D018EA">
        <w:rPr>
          <w:rFonts w:ascii="garamond" w:hAnsi="garamond"/>
          <w:color w:val="000000"/>
          <w:sz w:val="26"/>
          <w:szCs w:val="26"/>
        </w:rPr>
        <w:t xml:space="preserve">as the majority of bankers do, </w:t>
      </w:r>
      <w:r w:rsidR="00AD38F7">
        <w:rPr>
          <w:rFonts w:ascii="garamond" w:hAnsi="garamond"/>
          <w:color w:val="000000"/>
          <w:sz w:val="26"/>
          <w:szCs w:val="26"/>
        </w:rPr>
        <w:t>the</w:t>
      </w:r>
      <w:r w:rsidRPr="00132D8A">
        <w:rPr>
          <w:rFonts w:ascii="garamond" w:hAnsi="garamond"/>
          <w:color w:val="000000"/>
          <w:sz w:val="26"/>
          <w:szCs w:val="26"/>
        </w:rPr>
        <w:t xml:space="preserve"> family’s financial security often buckles beneath the weight of a lifestyle </w:t>
      </w:r>
      <w:r w:rsidR="00AD38F7">
        <w:rPr>
          <w:rFonts w:ascii="garamond" w:hAnsi="garamond"/>
          <w:color w:val="000000"/>
          <w:sz w:val="26"/>
          <w:szCs w:val="26"/>
        </w:rPr>
        <w:t xml:space="preserve">he </w:t>
      </w:r>
      <w:r w:rsidRPr="00132D8A">
        <w:rPr>
          <w:rFonts w:ascii="garamond" w:hAnsi="garamond"/>
          <w:color w:val="000000"/>
          <w:sz w:val="26"/>
          <w:szCs w:val="26"/>
        </w:rPr>
        <w:t>never learned to live without.</w:t>
      </w:r>
      <w:r w:rsidR="00D018EA">
        <w:rPr>
          <w:rFonts w:ascii="garamond" w:hAnsi="garamond"/>
          <w:color w:val="000000"/>
          <w:sz w:val="26"/>
          <w:szCs w:val="26"/>
        </w:rPr>
        <w:t xml:space="preserve"> If </w:t>
      </w:r>
      <w:r w:rsidR="00A46082">
        <w:rPr>
          <w:rFonts w:ascii="garamond" w:hAnsi="garamond"/>
          <w:color w:val="000000"/>
          <w:sz w:val="26"/>
          <w:szCs w:val="26"/>
        </w:rPr>
        <w:t>a</w:t>
      </w:r>
      <w:r w:rsidR="00D018EA">
        <w:rPr>
          <w:rFonts w:ascii="garamond" w:hAnsi="garamond"/>
          <w:color w:val="000000"/>
          <w:sz w:val="26"/>
          <w:szCs w:val="26"/>
        </w:rPr>
        <w:t xml:space="preserve"> family wanted to keep its stature, delivering results for respectful compensation was the only path.</w:t>
      </w:r>
    </w:p>
    <w:p w14:paraId="3F4D05AB" w14:textId="2DFCEBE6"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Wall Street always comes out ahead. It’s in the fine print. The result was set the moment the Travelers’ acquisition of Salomon </w:t>
      </w:r>
      <w:r w:rsidR="00A46082">
        <w:rPr>
          <w:rFonts w:ascii="garamond" w:hAnsi="garamond"/>
          <w:color w:val="000000"/>
          <w:sz w:val="26"/>
          <w:szCs w:val="26"/>
        </w:rPr>
        <w:t xml:space="preserve">Brothers </w:t>
      </w:r>
      <w:r w:rsidRPr="00132D8A">
        <w:rPr>
          <w:rFonts w:ascii="garamond" w:hAnsi="garamond"/>
          <w:color w:val="000000"/>
          <w:sz w:val="26"/>
          <w:szCs w:val="26"/>
        </w:rPr>
        <w:t>was announced, and the merger with Citibank followed suit.</w:t>
      </w:r>
    </w:p>
    <w:p w14:paraId="08DF437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years settled into a different kind of damage. I started coming home later because it was easier. At work, deliver, and you get paid; fall short, and you’re replaced. At home, the rules kept changing, and I kept losing.</w:t>
      </w:r>
    </w:p>
    <w:p w14:paraId="782C1DF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At Citigroup, families mailed holiday cards as tokens of belonging. Parents, children, and sometimes a dog — everything was condensed into a rectangle on desks and refrigerators, reaffirming bonds.</w:t>
      </w:r>
    </w:p>
    <w:p w14:paraId="4F86A8F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Carole did this once in 2000, when Tara was one.</w:t>
      </w:r>
    </w:p>
    <w:p w14:paraId="7C0C8E33"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silence that followed was priced as intent. Partners began to ask me, “Are we dead to you now?” They laughed, but in that world, laughter has a ledger. A missing card became a missing relationship, and once colleagues have an excuse to forget you, they stop working to keep you. It was not against Carole’s knowledge of Wall Street. She decided that Christmas cards would not improve my Wall Street prospects. I believe she was not willing to incur that cost and effort on my behalf, not the family’s behalf, but my behalf.</w:t>
      </w:r>
    </w:p>
    <w:p w14:paraId="08B83A8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pleaded with Carole to resume the tradition. The pleading felt like a low-level act of humiliation. She refused. I believe she had decided that social maintenance for my career was a cost she was no longer willing to incur. No explanation. No compromise. Just a decisive choice: we would no longer send these signals to others.</w:t>
      </w:r>
    </w:p>
    <w:p w14:paraId="1EA949FF" w14:textId="62FAD2DF" w:rsidR="005B5ADD" w:rsidRPr="00132D8A" w:rsidRDefault="00023683" w:rsidP="005B5ADD">
      <w:pPr>
        <w:rPr>
          <w:rFonts w:ascii="garamond" w:hAnsi="garamond"/>
          <w:color w:val="000000"/>
          <w:sz w:val="26"/>
          <w:szCs w:val="26"/>
        </w:rPr>
      </w:pPr>
      <w:r>
        <w:rPr>
          <w:rFonts w:ascii="garamond" w:hAnsi="garamond"/>
          <w:color w:val="000000"/>
          <w:sz w:val="26"/>
          <w:szCs w:val="26"/>
        </w:rPr>
        <w:t>By the mid-1990s, the physical toll began to show. In 1994, Dr. Veejay Vad at the Hospital for Special Surgery found six herniated discs in my spine, making surgery a gamble. I relied on a pain-management regimen of Vicodin, Valium, and regular epidural shots. Carole would tell me to simply stop, as if I were taking meds to spite her. She cold-called Dr. Vad, who confirmed the severity, but her skepticism remained unchanged. To her, my infirmity was just another absence.</w:t>
      </w:r>
    </w:p>
    <w:p w14:paraId="5F887B06"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I’ve carried an image for a long time: a boxing champion in the ring — fighting, taking hits, seeking an opening. Most wives are in the corner, getting involved — coaching, encouraging, accepting losses, and celebrating victories. They stand behind their husbands because they believe Wall Street will shield them as long as he performs, so they protect him fully from their corner.</w:t>
      </w:r>
    </w:p>
    <w:p w14:paraId="11E488A6"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Carole, however, was not in my corner; she was watching from the stands. She understood this situation perhaps better than most wives I knew. But she engaged on her own terms: if I won, she stepped in; if I didn’t, she looked away.</w:t>
      </w:r>
    </w:p>
    <w:p w14:paraId="075AF843"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This is not criticism, only an observation of two people with different visions of what marriage should be within this system. I used to tell myself a simple story: without my job, we’d be in Queens, annoyed by the commute and with our kids in a school without a French curriculum. But the real story was different.</w:t>
      </w:r>
    </w:p>
    <w:p w14:paraId="47F2DF6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Carole had two residences as a single woman: one with her brother outside Princeton during dangerous situations in Lebanon, and another with her parents in Beirut. She always wanted to enjoy the cosmopolitan city life. What I didn’t admit then was how quickly she learned to see the velvet rope as her birthright — and how easily she forgot what it cost to get in.</w:t>
      </w:r>
    </w:p>
    <w:p w14:paraId="4B71740B"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years developed their own pattern of avoidance. The marriage remained intact on the outside, cracked on the inside; it was load-bearing — supporting the children, the apartment, the school runs, and maintaining a façade that looked just as it was supposed to from the outside, even with a sleep-in nanny.</w:t>
      </w:r>
    </w:p>
    <w:p w14:paraId="5A7DACFA"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By 2002, weekday mornings felt like a shared routine — kids, cereal, French and Math homework — but lacked true intimacy.</w:t>
      </w:r>
    </w:p>
    <w:p w14:paraId="2261CAA3"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It was a coordinated movement. Carole managed the kitchen table like a command center: backpacks arranged, books folded, gym clothes packed, faces cleaned before anyone saw any chaos. The priority wasn’t comfort but competence. If everything looked orderly, they felt safe. One winter morning, we were running late for the Lycée Français. Everyone sensed it — gray rain on the windows, coats half on, shoes missing.</w:t>
      </w:r>
    </w:p>
    <w:p w14:paraId="1CA7A49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Daniel pretended indifference. Anthony showed irritation. Tara’s lower lip trembled — her body always gave away the room’s temperature before she spoke. My phone was in my hand — always work — as I tried to finish a call while Tara struggled with her coat zipper, her face tightening with tears.</w:t>
      </w:r>
    </w:p>
    <w:p w14:paraId="6660D784"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Carole knelt in front of Tara and zipped it up in two quick motions, as if the zipper had no right to resist. It was efficient — almost professional — like watching someone reset a system and refuse to indulge the error. Tara looked up. The panic drained from her face. Carole had a gift for that kind of correction: she could pull a child back from the edge without ever admitting there had been an edge.</w:t>
      </w:r>
    </w:p>
    <w:p w14:paraId="2C38CD6E"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Daniel rolled his eyes but stepped closer anyway. Anthony hovered behind him, pretending not to listen. Carole looked at the boys: “Shoes. Bags. Now.” No drama. No lecture. Just direction. In fifteen seconds, the household realigned. That competence was real. So was what lay beneath it.</w:t>
      </w:r>
    </w:p>
    <w:p w14:paraId="1A2DACB6"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Carole didn’t just manage the day — she managed the day’s story: how we looked to teachers, other parents, doormen, friends. Always an audience, even when no one </w:t>
      </w:r>
      <w:r w:rsidRPr="00132D8A">
        <w:rPr>
          <w:rFonts w:ascii="garamond" w:hAnsi="garamond"/>
          <w:color w:val="000000"/>
          <w:sz w:val="26"/>
          <w:szCs w:val="26"/>
        </w:rPr>
        <w:lastRenderedPageBreak/>
        <w:t>else was around. The kids learned early that the atmosphere could change with a glance.</w:t>
      </w:r>
    </w:p>
    <w:p w14:paraId="65477AFC"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When time off was impossible, Carole took the kids on school breaks — herding three children through airports while I stared at a Bloomberg screen, telling myself this was what providing looked like. Standing in the hallway watching her load backpacks, passports, snacks, and the thousand small objects children require when removed from their habitat.</w:t>
      </w:r>
    </w:p>
    <w:p w14:paraId="0246109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In 1999, my parents were in New York, and Carole had a fully catered seated dinner at home for 50 guests. It was one of those rare nights when the apartment felt warm rather than managed. She invited my direct reports and my bosses. It was beautiful, gala-like, the kind of evening that makes people remember you as human.</w:t>
      </w:r>
    </w:p>
    <w:p w14:paraId="54F6E15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My seniors at Citigroup asked me to do another one, four times over three years. “Just do it again, for the team.” Carole refused every time. She thought I was senior enough not to kiss up. She was trying to operate in my work environment without understanding its dynamics. A dinner in your home is not a dinner. It’s a signal. And when you ignore signals long enough, people stop sending you theirs.</w:t>
      </w:r>
    </w:p>
    <w:p w14:paraId="1E2FD62C"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architecture of avoidance was not built in a day. It was assembled one absence at a time — each one reasonable on its own, each one a brick.</w:t>
      </w:r>
    </w:p>
    <w:p w14:paraId="2C38215D" w14:textId="77777777" w:rsidR="005B5ADD" w:rsidRPr="00132D8A" w:rsidRDefault="005B5ADD" w:rsidP="005B5ADD">
      <w:pPr>
        <w:rPr>
          <w:rFonts w:ascii="garamond" w:hAnsi="garamond"/>
          <w:color w:val="000000"/>
          <w:sz w:val="26"/>
          <w:szCs w:val="26"/>
        </w:rPr>
      </w:pPr>
    </w:p>
    <w:p w14:paraId="0064BC4A" w14:textId="77777777" w:rsidR="005B5ADD" w:rsidRDefault="005B5ADD" w:rsidP="005B5ADD">
      <w:pPr>
        <w:rPr>
          <w:rFonts w:ascii="garamond" w:hAnsi="garamond"/>
          <w:b/>
          <w:bCs/>
          <w:color w:val="000000"/>
          <w:sz w:val="26"/>
          <w:szCs w:val="26"/>
        </w:rPr>
      </w:pPr>
      <w:r>
        <w:rPr>
          <w:rFonts w:ascii="garamond" w:hAnsi="garamond"/>
          <w:b/>
          <w:bCs/>
          <w:color w:val="000000"/>
          <w:sz w:val="26"/>
          <w:szCs w:val="26"/>
        </w:rPr>
        <w:br w:type="page"/>
      </w:r>
    </w:p>
    <w:p w14:paraId="33980BA5" w14:textId="77777777" w:rsidR="005B5ADD" w:rsidRPr="00132D8A" w:rsidRDefault="005B5ADD" w:rsidP="005B5ADD">
      <w:pPr>
        <w:rPr>
          <w:rFonts w:ascii="garamond" w:hAnsi="garamond"/>
          <w:color w:val="000000"/>
          <w:sz w:val="26"/>
          <w:szCs w:val="26"/>
        </w:rPr>
      </w:pPr>
      <w:r w:rsidRPr="00132D8A">
        <w:rPr>
          <w:rFonts w:ascii="garamond" w:hAnsi="garamond"/>
          <w:b/>
          <w:bCs/>
          <w:color w:val="000000"/>
          <w:sz w:val="26"/>
          <w:szCs w:val="26"/>
        </w:rPr>
        <w:lastRenderedPageBreak/>
        <w:t>CHAPTER 16 — BUILD MY PLATFORM</w:t>
      </w:r>
      <w:r w:rsidRPr="00132D8A">
        <w:rPr>
          <w:rFonts w:ascii="garamond" w:hAnsi="garamond"/>
          <w:color w:val="000000"/>
          <w:sz w:val="26"/>
          <w:szCs w:val="26"/>
        </w:rPr>
        <w:br/>
      </w:r>
      <w:r w:rsidRPr="00132D8A">
        <w:rPr>
          <w:rFonts w:ascii="garamond" w:hAnsi="garamond"/>
          <w:b/>
          <w:bCs/>
          <w:color w:val="000000"/>
          <w:sz w:val="26"/>
          <w:szCs w:val="26"/>
        </w:rPr>
        <w:t>Marchenko On Board.</w:t>
      </w:r>
    </w:p>
    <w:p w14:paraId="6B038B96"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In mid-August 1993, I was in a conference room off the trading floor, working on a client presentation. Suddenly, two Managing Directors stormed in.</w:t>
      </w:r>
    </w:p>
    <w:p w14:paraId="020EEF2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younger MD — Jack, head of high-yield bond sales and trading — was already at full volume, carrying that trading-floor rage. The older MD — Fred, a senior investment banker — followed Jack.</w:t>
      </w:r>
    </w:p>
    <w:p w14:paraId="11F8A593"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Jack stopped, leaned in, and pointed directly between Fred’s eyes. “Fred, how dare you give your client the pricing without running it by me? Get the fuck out of my face.”</w:t>
      </w:r>
    </w:p>
    <w:p w14:paraId="0AF4B10E"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Fred trembled. “Jack, I apologize,” and left. Jack looked at me, winked, then marched out. His message was clear: “I run the show.”</w:t>
      </w:r>
    </w:p>
    <w:p w14:paraId="6839167D"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Jack didn’t just run a desk. He was part of a group that ran the floor. Strategy, capital, pay, promotions. Fred had the title by name. Jack had the authority by design. At long last, I was able to define Salomon’s hierarchy.</w:t>
      </w:r>
    </w:p>
    <w:p w14:paraId="7120A04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Jack belonged to an inner circle of Managing Directors — those who ran the firm and decided on pay versus those who received it. Both Jack and Fred were MD’s, but Jack was an MD by Design, a top producer, a leader, and part of an inner circle. Fred was an MD by Name, a producer without a group to manage, and with minimal firm-wide input. The title distinctions were not on the organization chart or in a handbook. They lived in the ether of power — understood by everyone, acknowledged by no one. MD’s knew which category they occupied.</w:t>
      </w:r>
    </w:p>
    <w:p w14:paraId="0BB1F96C"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By mid-1993, LMG had grown from $10 million in revenue in 1989 to about $50 million. Jessica Palmer, head of CMG, did not push for any MD representation in the inner circle.</w:t>
      </w:r>
    </w:p>
    <w:p w14:paraId="45BA631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Then CMG received a seminal mandate. U.S. West, a close client with debt needs totaling about $15 billion over eight months, contacted us for advice. Interest rates were low, and volatility lurked beneath every forecast. I suggested a Treasury rate-lock on $3.0 billion of the debt, or 20% of the total to be issued. USW appreciated the logic, ran their analysis, and agreed.</w:t>
      </w:r>
    </w:p>
    <w:p w14:paraId="1A789F2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I walked to Peter Hirsch, the Head of the Government Desk, an inner circle MD who took command of the desk after our Treasury auction scandal. Whenever I </w:t>
      </w:r>
      <w:r w:rsidRPr="00132D8A">
        <w:rPr>
          <w:rFonts w:ascii="garamond" w:hAnsi="garamond"/>
          <w:color w:val="000000"/>
          <w:sz w:val="26"/>
          <w:szCs w:val="26"/>
        </w:rPr>
        <w:lastRenderedPageBreak/>
        <w:t>approached his seat, Hirsch would say he could see money. I loved hearing it — it showed he took me seriously.</w:t>
      </w:r>
    </w:p>
    <w:p w14:paraId="207DA828" w14:textId="51ECD4F9"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Hirsch dropped a call. I told him: U.S. West, $3 billion of 30-year Treasuries to lock, no competition. Hirsch repeated it back to make sure he'd heard right, then looked as if Christmas </w:t>
      </w:r>
      <w:r w:rsidR="00F42A75">
        <w:rPr>
          <w:rFonts w:ascii="garamond" w:hAnsi="garamond"/>
          <w:color w:val="000000"/>
          <w:sz w:val="26"/>
          <w:szCs w:val="26"/>
        </w:rPr>
        <w:t>had co</w:t>
      </w:r>
      <w:r w:rsidRPr="00132D8A">
        <w:rPr>
          <w:rFonts w:ascii="garamond" w:hAnsi="garamond"/>
          <w:color w:val="000000"/>
          <w:sz w:val="26"/>
          <w:szCs w:val="26"/>
        </w:rPr>
        <w:t>me early.</w:t>
      </w:r>
    </w:p>
    <w:p w14:paraId="0FA8C0FB"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Whenever Peter executed a trade, you knew you were getting the best price. I asked him, “Can you personally execute the rate lock?”</w:t>
      </w:r>
    </w:p>
    <w:p w14:paraId="5800045F"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“It will be my pleasure.”</w:t>
      </w:r>
    </w:p>
    <w:p w14:paraId="13B48A4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Peter asked two of his traders to slide in </w:t>
      </w:r>
      <w:proofErr w:type="gramStart"/>
      <w:r w:rsidRPr="00132D8A">
        <w:rPr>
          <w:rFonts w:ascii="garamond" w:hAnsi="garamond"/>
          <w:color w:val="000000"/>
          <w:sz w:val="26"/>
          <w:szCs w:val="26"/>
        </w:rPr>
        <w:t>close, and</w:t>
      </w:r>
      <w:proofErr w:type="gramEnd"/>
      <w:r w:rsidRPr="00132D8A">
        <w:rPr>
          <w:rFonts w:ascii="garamond" w:hAnsi="garamond"/>
          <w:color w:val="000000"/>
          <w:sz w:val="26"/>
          <w:szCs w:val="26"/>
        </w:rPr>
        <w:t xml:space="preserve"> motioned for me to sit next to him.</w:t>
      </w:r>
    </w:p>
    <w:p w14:paraId="1029908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The Treasury market is the most liquid in the world. The Government Desk took command like a battlefield with better lighting. Hirsch and his team ran the hoot-and-holler system across our floor — traders, salespeople, brokers, funds, managers, investors — pushing buttons on Bloomberg terminals, </w:t>
      </w:r>
      <w:proofErr w:type="spellStart"/>
      <w:r w:rsidRPr="00132D8A">
        <w:rPr>
          <w:rFonts w:ascii="garamond" w:hAnsi="garamond"/>
          <w:color w:val="000000"/>
          <w:sz w:val="26"/>
          <w:szCs w:val="26"/>
        </w:rPr>
        <w:t>telerates</w:t>
      </w:r>
      <w:proofErr w:type="spellEnd"/>
      <w:r w:rsidRPr="00132D8A">
        <w:rPr>
          <w:rFonts w:ascii="garamond" w:hAnsi="garamond"/>
          <w:color w:val="000000"/>
          <w:sz w:val="26"/>
          <w:szCs w:val="26"/>
        </w:rPr>
        <w:t>, watching screens, tallies, prices, yields — hands flying, voices cutting, yelling, cussing, banging phones on desks, coffee spilling, numbers changing before they were finished being spoken.</w:t>
      </w:r>
    </w:p>
    <w:p w14:paraId="259935A6"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Three hours later, it was done.</w:t>
      </w:r>
    </w:p>
    <w:p w14:paraId="01ABEF2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Then Hirsch did something I didn’t expect. Over the hoot-and-holler, loud enough for the entire floor to hear, he announced: “Marwan — our own Marchenko. The largest Treasury trade Salomon has executed: $3.0 billion in Treasuries. A big round of applause for Marchenko, please.”</w:t>
      </w:r>
    </w:p>
    <w:p w14:paraId="3C02A0CE"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Nicknames were hard to earn on the floor. They were a passport. Alexei Marchenko was the U.S.-Russian Iceman in the NHL — no-nonsense, nonstop action.</w:t>
      </w:r>
    </w:p>
    <w:p w14:paraId="4BDFDF6C"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Hirsch had broadcast to the firm that I belonged.</w:t>
      </w:r>
    </w:p>
    <w:p w14:paraId="668B01E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“Thank you, Peter.” I walked back to my seat, feeling ten pounds lighter and ten years wiser.</w:t>
      </w:r>
    </w:p>
    <w:p w14:paraId="7DD4182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took the U.S. West win straight to Jessica. Her office on the 42nd floor had floor-to-ceiling glass overlooking the Statue of Liberty and New Jersey, decorated with deal tombstones, soft-blinking screens, several rose arrangements, and books on finance and golf.</w:t>
      </w:r>
    </w:p>
    <w:p w14:paraId="4CAFCDA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I didn’t know it then, but I was standing in my future office.</w:t>
      </w:r>
    </w:p>
    <w:p w14:paraId="0F71B47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had just come from three hours on the trading floor.</w:t>
      </w:r>
    </w:p>
    <w:p w14:paraId="182544E6"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transformation was surreal: the beauty among roses, and the beast on the floor.</w:t>
      </w:r>
    </w:p>
    <w:p w14:paraId="68D0F53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told her about U.S. West. Jessica smiled. “That’s a terrific outcome. How much did we book?” “Twelve million.” “And Government?” “Forty-eight.”</w:t>
      </w:r>
    </w:p>
    <w:p w14:paraId="335BE14C"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She nodded casually. “Good. Make sure our numbers are clean. And don’t start a turf war with Peter.”</w:t>
      </w:r>
    </w:p>
    <w:p w14:paraId="66DF01CA"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There was wisdom in it. There was also a ceiling. I wanted to say: the turf war already exists. We are the only ones pretending we are not in it. Instead, I said: “Of course.”</w:t>
      </w:r>
    </w:p>
    <w:p w14:paraId="145492C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went back to Hirsch anyway — to negotiate. I had just printed $60 million for the firm; the timing was ideal.</w:t>
      </w:r>
    </w:p>
    <w:p w14:paraId="0B8FA17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said, “Peter, if you have a minute, can we please discuss the revenue split on the rate lock? CMG had sourced the business, designed it, and delivered it for execution by your Desk with minimal capital risk.”</w:t>
      </w:r>
    </w:p>
    <w:p w14:paraId="2031ABB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Hirsch said, “Marchenko, I don’t want to cut you off. I have a dinner to go to. Can we do this tomorrow?”</w:t>
      </w:r>
    </w:p>
    <w:p w14:paraId="2C957DBF"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said, “Sure, we could, but it shouldn’t take more than a few minutes. We know all the details. </w:t>
      </w:r>
    </w:p>
    <w:p w14:paraId="7E05E24C" w14:textId="72A9EEC7" w:rsidR="005B5ADD" w:rsidRPr="00132D8A" w:rsidRDefault="00B60C01" w:rsidP="005B5ADD">
      <w:pPr>
        <w:rPr>
          <w:rFonts w:ascii="garamond" w:hAnsi="garamond"/>
          <w:color w:val="000000"/>
          <w:sz w:val="26"/>
          <w:szCs w:val="26"/>
        </w:rPr>
      </w:pPr>
      <w:r>
        <w:rPr>
          <w:rFonts w:ascii="garamond" w:hAnsi="garamond"/>
          <w:color w:val="000000"/>
          <w:sz w:val="26"/>
          <w:szCs w:val="26"/>
        </w:rPr>
        <w:t>.</w:t>
      </w:r>
      <w:r w:rsidR="005B5ADD" w:rsidRPr="00132D8A">
        <w:rPr>
          <w:rFonts w:ascii="garamond" w:hAnsi="garamond"/>
          <w:color w:val="000000"/>
          <w:sz w:val="26"/>
          <w:szCs w:val="26"/>
        </w:rPr>
        <w:t>Peter came back, “I know you too well. Ok. Ok. What do you think the split should be?”</w:t>
      </w:r>
    </w:p>
    <w:p w14:paraId="42C77C9D" w14:textId="5F416050"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said with a smile, “Right now it</w:t>
      </w:r>
      <w:r w:rsidR="00B60C01">
        <w:rPr>
          <w:rFonts w:ascii="garamond" w:hAnsi="garamond"/>
          <w:color w:val="000000"/>
          <w:sz w:val="26"/>
          <w:szCs w:val="26"/>
        </w:rPr>
        <w:t>’</w:t>
      </w:r>
      <w:r w:rsidRPr="00132D8A">
        <w:rPr>
          <w:rFonts w:ascii="garamond" w:hAnsi="garamond"/>
          <w:color w:val="000000"/>
          <w:sz w:val="26"/>
          <w:szCs w:val="26"/>
        </w:rPr>
        <w:t>s</w:t>
      </w:r>
      <w:r w:rsidR="00B60C01">
        <w:rPr>
          <w:rFonts w:ascii="garamond" w:hAnsi="garamond"/>
          <w:color w:val="000000"/>
          <w:sz w:val="26"/>
          <w:szCs w:val="26"/>
        </w:rPr>
        <w:t xml:space="preserve"> in favor of your desk, </w:t>
      </w:r>
      <w:r w:rsidRPr="00132D8A">
        <w:rPr>
          <w:rFonts w:ascii="garamond" w:hAnsi="garamond"/>
          <w:color w:val="000000"/>
          <w:sz w:val="26"/>
          <w:szCs w:val="26"/>
        </w:rPr>
        <w:t>20</w:t>
      </w:r>
      <w:r w:rsidR="00B60C01">
        <w:rPr>
          <w:rFonts w:ascii="garamond" w:hAnsi="garamond"/>
          <w:color w:val="000000"/>
          <w:sz w:val="26"/>
          <w:szCs w:val="26"/>
        </w:rPr>
        <w:t>/</w:t>
      </w:r>
      <w:r w:rsidRPr="00132D8A">
        <w:rPr>
          <w:rFonts w:ascii="garamond" w:hAnsi="garamond"/>
          <w:color w:val="000000"/>
          <w:sz w:val="26"/>
          <w:szCs w:val="26"/>
        </w:rPr>
        <w:t>80. How about we shift it to 40</w:t>
      </w:r>
      <w:r w:rsidR="00B60C01">
        <w:rPr>
          <w:rFonts w:ascii="garamond" w:hAnsi="garamond"/>
          <w:color w:val="000000"/>
          <w:sz w:val="26"/>
          <w:szCs w:val="26"/>
        </w:rPr>
        <w:t>/60</w:t>
      </w:r>
      <w:r w:rsidRPr="00132D8A">
        <w:rPr>
          <w:rFonts w:ascii="garamond" w:hAnsi="garamond"/>
          <w:color w:val="000000"/>
          <w:sz w:val="26"/>
          <w:szCs w:val="26"/>
        </w:rPr>
        <w:t>?”</w:t>
      </w:r>
    </w:p>
    <w:p w14:paraId="7A046860" w14:textId="5FE40934"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“Twenty-four million to CMG, and $36 million</w:t>
      </w:r>
      <w:r w:rsidR="00B60C01">
        <w:rPr>
          <w:rFonts w:ascii="garamond" w:hAnsi="garamond"/>
          <w:color w:val="000000"/>
          <w:sz w:val="26"/>
          <w:szCs w:val="26"/>
        </w:rPr>
        <w:t xml:space="preserve"> </w:t>
      </w:r>
      <w:r w:rsidRPr="00132D8A">
        <w:rPr>
          <w:rFonts w:ascii="garamond" w:hAnsi="garamond"/>
          <w:color w:val="000000"/>
          <w:sz w:val="26"/>
          <w:szCs w:val="26"/>
        </w:rPr>
        <w:t>to</w:t>
      </w:r>
      <w:r w:rsidR="00B60C01">
        <w:rPr>
          <w:rFonts w:ascii="garamond" w:hAnsi="garamond"/>
          <w:color w:val="000000"/>
          <w:sz w:val="26"/>
          <w:szCs w:val="26"/>
        </w:rPr>
        <w:t xml:space="preserve"> your</w:t>
      </w:r>
      <w:r w:rsidRPr="00132D8A">
        <w:rPr>
          <w:rFonts w:ascii="garamond" w:hAnsi="garamond"/>
          <w:color w:val="000000"/>
          <w:sz w:val="26"/>
          <w:szCs w:val="26"/>
        </w:rPr>
        <w:t xml:space="preserve"> Desk.”</w:t>
      </w:r>
    </w:p>
    <w:p w14:paraId="162526CF" w14:textId="06FDACD5"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Five seconds of torturous silence passed. I was convinced I would shortly be meeting with Palmer, w</w:t>
      </w:r>
      <w:r w:rsidR="00B60C01">
        <w:rPr>
          <w:rFonts w:ascii="garamond" w:hAnsi="garamond"/>
          <w:color w:val="000000"/>
          <w:sz w:val="26"/>
          <w:szCs w:val="26"/>
        </w:rPr>
        <w:t>ho</w:t>
      </w:r>
      <w:r w:rsidRPr="00132D8A">
        <w:rPr>
          <w:rFonts w:ascii="garamond" w:hAnsi="garamond"/>
          <w:color w:val="000000"/>
          <w:sz w:val="26"/>
          <w:szCs w:val="26"/>
        </w:rPr>
        <w:t xml:space="preserve"> </w:t>
      </w:r>
      <w:r w:rsidR="00B60C01">
        <w:rPr>
          <w:rFonts w:ascii="garamond" w:hAnsi="garamond"/>
          <w:color w:val="000000"/>
          <w:sz w:val="26"/>
          <w:szCs w:val="26"/>
        </w:rPr>
        <w:t>would</w:t>
      </w:r>
      <w:r w:rsidRPr="00132D8A">
        <w:rPr>
          <w:rFonts w:ascii="garamond" w:hAnsi="garamond"/>
          <w:color w:val="000000"/>
          <w:sz w:val="26"/>
          <w:szCs w:val="26"/>
        </w:rPr>
        <w:t xml:space="preserve"> ask me about my major malfunction</w:t>
      </w:r>
      <w:r w:rsidR="00B60C01">
        <w:rPr>
          <w:rFonts w:ascii="garamond" w:hAnsi="garamond"/>
          <w:color w:val="000000"/>
          <w:sz w:val="26"/>
          <w:szCs w:val="26"/>
        </w:rPr>
        <w:t xml:space="preserve"> for going to talk to Hirsch, after she had specifically told me not to.</w:t>
      </w:r>
      <w:r w:rsidRPr="00132D8A">
        <w:rPr>
          <w:rFonts w:ascii="garamond" w:hAnsi="garamond"/>
          <w:color w:val="000000"/>
          <w:sz w:val="26"/>
          <w:szCs w:val="26"/>
        </w:rPr>
        <w:t> </w:t>
      </w:r>
    </w:p>
    <w:p w14:paraId="2A4E975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Tick-Tock. Peter said, “Hey, I haven’t all day.”</w:t>
      </w:r>
    </w:p>
    <w:p w14:paraId="240F8FD0" w14:textId="054E3FF5"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I had shut my eyes for a second.</w:t>
      </w:r>
      <w:r w:rsidR="00B60C01">
        <w:rPr>
          <w:rFonts w:ascii="garamond" w:hAnsi="garamond"/>
          <w:color w:val="000000"/>
          <w:sz w:val="26"/>
          <w:szCs w:val="26"/>
        </w:rPr>
        <w:t xml:space="preserve"> When</w:t>
      </w:r>
      <w:r w:rsidRPr="00132D8A">
        <w:rPr>
          <w:rFonts w:ascii="garamond" w:hAnsi="garamond"/>
          <w:color w:val="000000"/>
          <w:sz w:val="26"/>
          <w:szCs w:val="26"/>
        </w:rPr>
        <w:t xml:space="preserve"> I looked up,  Peter had his arm extended, ready for a deal handshake.</w:t>
      </w:r>
    </w:p>
    <w:p w14:paraId="040CD77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Peter approved the split immediately. It was the first revenue agreement memorialized with a trading desk. All we had to do was ask.</w:t>
      </w:r>
    </w:p>
    <w:p w14:paraId="707CA19A" w14:textId="77777777" w:rsidR="00C319BC" w:rsidRDefault="005B5ADD" w:rsidP="005B5ADD">
      <w:pPr>
        <w:rPr>
          <w:rFonts w:ascii="garamond" w:hAnsi="garamond"/>
          <w:color w:val="000000"/>
          <w:sz w:val="26"/>
          <w:szCs w:val="26"/>
        </w:rPr>
      </w:pPr>
      <w:r w:rsidRPr="00132D8A">
        <w:rPr>
          <w:rFonts w:ascii="garamond" w:hAnsi="garamond"/>
          <w:color w:val="000000"/>
          <w:sz w:val="26"/>
          <w:szCs w:val="26"/>
        </w:rPr>
        <w:t xml:space="preserve">Back then, CMG performance evaluation and compensation were directly tied to hypothetical soft revenue figures allocated by the trading desks. The deal with Hirsch exchanged the </w:t>
      </w:r>
      <w:r w:rsidR="00C319BC">
        <w:rPr>
          <w:rFonts w:ascii="garamond" w:hAnsi="garamond"/>
          <w:color w:val="000000"/>
          <w:sz w:val="26"/>
          <w:szCs w:val="26"/>
        </w:rPr>
        <w:t>allocation of</w:t>
      </w:r>
      <w:r w:rsidRPr="00132D8A">
        <w:rPr>
          <w:rFonts w:ascii="garamond" w:hAnsi="garamond"/>
          <w:color w:val="000000"/>
          <w:sz w:val="26"/>
          <w:szCs w:val="26"/>
        </w:rPr>
        <w:t xml:space="preserve"> </w:t>
      </w:r>
      <w:r w:rsidR="00C319BC">
        <w:rPr>
          <w:rFonts w:ascii="garamond" w:hAnsi="garamond"/>
          <w:color w:val="000000"/>
          <w:sz w:val="26"/>
          <w:szCs w:val="26"/>
        </w:rPr>
        <w:t>$12</w:t>
      </w:r>
      <w:r w:rsidRPr="00132D8A">
        <w:rPr>
          <w:rFonts w:ascii="garamond" w:hAnsi="garamond"/>
          <w:color w:val="000000"/>
          <w:sz w:val="26"/>
          <w:szCs w:val="26"/>
        </w:rPr>
        <w:t xml:space="preserve">mm in soft revenue for </w:t>
      </w:r>
      <w:r w:rsidR="00C319BC">
        <w:rPr>
          <w:rFonts w:ascii="garamond" w:hAnsi="garamond"/>
          <w:color w:val="000000"/>
          <w:sz w:val="26"/>
          <w:szCs w:val="26"/>
        </w:rPr>
        <w:t xml:space="preserve">the actual transfer of </w:t>
      </w:r>
      <w:r w:rsidRPr="00132D8A">
        <w:rPr>
          <w:rFonts w:ascii="garamond" w:hAnsi="garamond"/>
          <w:color w:val="000000"/>
          <w:sz w:val="26"/>
          <w:szCs w:val="26"/>
        </w:rPr>
        <w:t>$</w:t>
      </w:r>
      <w:r w:rsidR="00C319BC">
        <w:rPr>
          <w:rFonts w:ascii="garamond" w:hAnsi="garamond"/>
          <w:color w:val="000000"/>
          <w:sz w:val="26"/>
          <w:szCs w:val="26"/>
        </w:rPr>
        <w:t>24</w:t>
      </w:r>
      <w:r w:rsidRPr="00132D8A">
        <w:rPr>
          <w:rFonts w:ascii="garamond" w:hAnsi="garamond"/>
          <w:color w:val="000000"/>
          <w:sz w:val="26"/>
          <w:szCs w:val="26"/>
        </w:rPr>
        <w:t>mm in hard revenue. Hard revenue ruled</w:t>
      </w:r>
      <w:r w:rsidR="00C319BC">
        <w:rPr>
          <w:rFonts w:ascii="garamond" w:hAnsi="garamond"/>
          <w:color w:val="000000"/>
          <w:sz w:val="26"/>
          <w:szCs w:val="26"/>
        </w:rPr>
        <w:t>.</w:t>
      </w:r>
    </w:p>
    <w:p w14:paraId="7BB191FD" w14:textId="77D29ECA" w:rsidR="005B5ADD" w:rsidRPr="00132D8A" w:rsidRDefault="00C319BC" w:rsidP="005B5ADD">
      <w:pPr>
        <w:rPr>
          <w:rFonts w:ascii="garamond" w:hAnsi="garamond"/>
          <w:color w:val="000000"/>
          <w:sz w:val="26"/>
          <w:szCs w:val="26"/>
        </w:rPr>
      </w:pPr>
      <w:r>
        <w:rPr>
          <w:rFonts w:ascii="garamond" w:hAnsi="garamond"/>
          <w:color w:val="000000"/>
          <w:sz w:val="26"/>
          <w:szCs w:val="26"/>
        </w:rPr>
        <w:t>Hirsch quickly agreed to the revised a</w:t>
      </w:r>
      <w:r w:rsidR="0021746C">
        <w:rPr>
          <w:rFonts w:ascii="garamond" w:hAnsi="garamond"/>
          <w:color w:val="000000"/>
          <w:sz w:val="26"/>
          <w:szCs w:val="26"/>
        </w:rPr>
        <w:t>rrangement</w:t>
      </w:r>
      <w:r>
        <w:rPr>
          <w:rFonts w:ascii="garamond" w:hAnsi="garamond"/>
          <w:color w:val="000000"/>
          <w:sz w:val="26"/>
          <w:szCs w:val="26"/>
        </w:rPr>
        <w:t xml:space="preserve"> because it was fair. It was business he was not to gain from his other activities, and retaining 60% of risk-free revenue was ahead of any split he had with other desks. He knew that his openness to CMG would enhance our production beyond what he would give up. That was the truest he had in us.</w:t>
      </w:r>
      <w:r w:rsidR="005B5ADD" w:rsidRPr="00132D8A">
        <w:rPr>
          <w:rFonts w:ascii="garamond" w:hAnsi="garamond"/>
          <w:color w:val="000000"/>
          <w:sz w:val="26"/>
          <w:szCs w:val="26"/>
        </w:rPr>
        <w:t xml:space="preserve">  </w:t>
      </w:r>
    </w:p>
    <w:p w14:paraId="663AA0DA"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CMG needed to establish similar profit splits for deals with other desks. And the fact that Hirsch agreed was a significant move.</w:t>
      </w:r>
    </w:p>
    <w:p w14:paraId="7239B47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timing asymmetry became the most useful structural advantage favoring CMG. Traders arrived before seven in the morning and were gone by five-thirty in the evening. They had short attention spans, efficient instincts, and a consistent desire to be somewhere else by six. CMG operated on a different clock, working past 10:00 pm. </w:t>
      </w:r>
    </w:p>
    <w:p w14:paraId="2ACD414D"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advantage came in the form of preparation, patience, diligence, familiarity with the specifics of the trade, and the fact that most sensitive issues on the floor were resolved after 7:00 p.m. and before 10:00 p.m. </w:t>
      </w:r>
    </w:p>
    <w:p w14:paraId="1F4EFB6B" w14:textId="03E090ED"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The desk heads respected the process as CMG delivered negotiated business with minimal capital risk. That reciprocity created trust, and trust created access, and access created the </w:t>
      </w:r>
      <w:r w:rsidR="00A73ECD">
        <w:rPr>
          <w:rFonts w:ascii="garamond" w:hAnsi="garamond"/>
          <w:color w:val="000000"/>
          <w:sz w:val="26"/>
          <w:szCs w:val="26"/>
        </w:rPr>
        <w:t xml:space="preserve">needed </w:t>
      </w:r>
      <w:r w:rsidRPr="00132D8A">
        <w:rPr>
          <w:rFonts w:ascii="garamond" w:hAnsi="garamond"/>
          <w:color w:val="000000"/>
          <w:sz w:val="26"/>
          <w:szCs w:val="26"/>
        </w:rPr>
        <w:t>quiet, structural control.</w:t>
      </w:r>
    </w:p>
    <w:p w14:paraId="3410068C"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Within two years, CMG documented revenue splits across every desk.</w:t>
      </w:r>
    </w:p>
    <w:p w14:paraId="65D7F80E"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floor understood the logic. It was fair and simple.</w:t>
      </w:r>
    </w:p>
    <w:p w14:paraId="29543111" w14:textId="77777777" w:rsidR="005B5ADD" w:rsidRPr="00132D8A" w:rsidRDefault="005B5ADD" w:rsidP="005B5ADD">
      <w:pPr>
        <w:rPr>
          <w:rFonts w:ascii="garamond" w:hAnsi="garamond"/>
          <w:color w:val="000000"/>
          <w:sz w:val="26"/>
          <w:szCs w:val="26"/>
        </w:rPr>
      </w:pPr>
    </w:p>
    <w:p w14:paraId="1DEB15F2" w14:textId="77777777" w:rsidR="005B5ADD" w:rsidRDefault="005B5ADD" w:rsidP="005B5ADD">
      <w:pPr>
        <w:rPr>
          <w:rFonts w:ascii="garamond" w:hAnsi="garamond"/>
          <w:b/>
          <w:bCs/>
          <w:color w:val="000000"/>
          <w:sz w:val="26"/>
          <w:szCs w:val="26"/>
        </w:rPr>
      </w:pPr>
      <w:r>
        <w:rPr>
          <w:rFonts w:ascii="garamond" w:hAnsi="garamond"/>
          <w:b/>
          <w:bCs/>
          <w:color w:val="000000"/>
          <w:sz w:val="26"/>
          <w:szCs w:val="26"/>
        </w:rPr>
        <w:br w:type="page"/>
      </w:r>
    </w:p>
    <w:p w14:paraId="5EB5A44D" w14:textId="77777777" w:rsidR="005B5ADD" w:rsidRPr="00132D8A" w:rsidRDefault="005B5ADD" w:rsidP="005B5ADD">
      <w:pPr>
        <w:rPr>
          <w:rFonts w:ascii="garamond" w:hAnsi="garamond"/>
          <w:color w:val="000000"/>
          <w:sz w:val="26"/>
          <w:szCs w:val="26"/>
        </w:rPr>
      </w:pPr>
      <w:r w:rsidRPr="00132D8A">
        <w:rPr>
          <w:rFonts w:ascii="garamond" w:hAnsi="garamond"/>
          <w:b/>
          <w:bCs/>
          <w:color w:val="000000"/>
          <w:sz w:val="26"/>
          <w:szCs w:val="26"/>
        </w:rPr>
        <w:lastRenderedPageBreak/>
        <w:t>CHAPTER 17 — THE DYNAMIC DUO</w:t>
      </w:r>
      <w:r w:rsidRPr="00132D8A">
        <w:rPr>
          <w:rFonts w:ascii="garamond" w:hAnsi="garamond"/>
          <w:color w:val="000000"/>
          <w:sz w:val="26"/>
          <w:szCs w:val="26"/>
        </w:rPr>
        <w:br/>
      </w:r>
      <w:r w:rsidRPr="00132D8A">
        <w:rPr>
          <w:rFonts w:ascii="garamond" w:hAnsi="garamond"/>
          <w:b/>
          <w:bCs/>
          <w:color w:val="000000"/>
          <w:sz w:val="26"/>
          <w:szCs w:val="26"/>
        </w:rPr>
        <w:t>Artie &amp; Hutch.</w:t>
      </w:r>
    </w:p>
    <w:p w14:paraId="796D116F"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In October 1993, Jessica told me she was moving to Emerging Markets. Her departure meant the group could reset. Then she said that Mike “Hutch” Hutchins was coming in.</w:t>
      </w:r>
    </w:p>
    <w:p w14:paraId="6842CC01"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Hutch was an inner-circle MD in Investment Banking. In a business that rewarded theater, Hutch rewarded clarity. His style appealed to me.</w:t>
      </w:r>
    </w:p>
    <w:p w14:paraId="659925CB"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wanted to test my promotability to MD that year. A wise MD once told me, “You never get promoted the year you think you should. It’s usually the year after, if it’s ever going to happen.” I knew my odds were low, but I had the support of several prominent Managing Directors.</w:t>
      </w:r>
    </w:p>
    <w:p w14:paraId="3F4BB80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Thursday, December 16, 1993, was MD Day — the closest thing Salomon had to a religious holiday. By 6:45 a.m., I was in the office, wearing my lucky clothes and my Timex.</w:t>
      </w:r>
    </w:p>
    <w:p w14:paraId="56DF07B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Sir Deryck Maughan had the final word. If your name made it past his lips, you became an MD. People called the internal stairway to his office on the 43rd floor the Stairway to Heaven. It had earned its name. A promotion to Managing Director at Salomon Brothers placed you in the uppermost echelon of Wall Street.</w:t>
      </w:r>
    </w:p>
    <w:p w14:paraId="4537829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Maughan call never came.</w:t>
      </w:r>
    </w:p>
    <w:p w14:paraId="7D98F061"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My year-end review was with Jessica and Hutch. Hutch said nothing — he was observing, not part of the process. Jessica promoted me to Director, which was a label, and my 1993 bonus was more than six times that of 1992. The firm was saying: keep producing.</w:t>
      </w:r>
    </w:p>
    <w:p w14:paraId="6F4AB52B"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At five o’clock, I called Carole and told her I hadn’t made MD and gave her the compensation and the Director title. Carole said reassuringly, “The MD title will come, relax. Your bonus is amazing. Congratulations, honey.”</w:t>
      </w:r>
    </w:p>
    <w:p w14:paraId="20151D1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kept my voice steady. “Thanks for the support, sweetie. We earned it.”</w:t>
      </w:r>
    </w:p>
    <w:p w14:paraId="6509FFE7" w14:textId="07468A76"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With Jessica gone, Hutch became my boss in an instructive and influential way. Outside the office, Hutch revealed another side: competitive, teasing, eager to test boundaries. He loved one-on-one basketball. I once told him that I could play. He mocked me for months, until teasing turned into a dare.</w:t>
      </w:r>
    </w:p>
    <w:p w14:paraId="4BAB271F"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In the first weekend of May 1994, with amazing weather, Hutch invited CMG’s senior staff to his house in Ridgewood, New Jersey, for a Saturday get-together. We were thirty people at a barbecue by a pool, with a tennis court, and a half basketball court.</w:t>
      </w:r>
    </w:p>
    <w:p w14:paraId="0008A0D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Hutch pushed me — a one-on-one challenge. I passed, joked that I had too much beer. Hutch kept pressing, louder each time, trash-talking me while I smiled until he backed off.</w:t>
      </w:r>
    </w:p>
    <w:p w14:paraId="660E092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On Sunday, I called Hutch about a deal — mostly to confirm he was home. I drove back to Ridgewood. I walked to his court and yelled out, “Hutch, you home?”</w:t>
      </w:r>
    </w:p>
    <w:p w14:paraId="438202D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He appeared in a second-floor window, surprised. “What are you doing?”</w:t>
      </w:r>
    </w:p>
    <w:p w14:paraId="6DB4129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said, “I didn’t want to beat you in front of our team. Come on down. You got game.”</w:t>
      </w:r>
    </w:p>
    <w:p w14:paraId="303A7AA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Hutch was on the court in three minutes.</w:t>
      </w:r>
    </w:p>
    <w:p w14:paraId="4E7F66DA"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We played three games. I beat him in two: 11-9, 8-11, 11-7.</w:t>
      </w:r>
    </w:p>
    <w:p w14:paraId="0899966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When we finished, he stared at the court, then looked up and said, “You love to compete.”</w:t>
      </w:r>
    </w:p>
    <w:p w14:paraId="072BEC2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replied, “I live to compete, boss.”</w:t>
      </w:r>
    </w:p>
    <w:p w14:paraId="3B0E410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On Monday, he told everyone I beat him, carefully omitting the scores.</w:t>
      </w:r>
    </w:p>
    <w:p w14:paraId="2CE13BE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Professionally, Hutch’s creativity reshaped how I thought about product structuring. One day, he brought back the 100-year bond — the closest substitute for equity.</w:t>
      </w:r>
    </w:p>
    <w:p w14:paraId="57C3D3A6"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Then, as the 100-year trend percolated, Hutch recognized that it was a bond best sold in two tranches to a wider investor base, and he split it. We secured five sole-managed mandates from twelve pitches. I had never seen a new product move so fast.</w:t>
      </w:r>
    </w:p>
    <w:p w14:paraId="0E9B7321"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Within a short time frame under Hutch’s leadership, CMG became the most productive group of its caliber on Wall Street, not because of client relationships, but because of its structuring expertise. </w:t>
      </w:r>
    </w:p>
    <w:p w14:paraId="7C9C7B12" w14:textId="77CB89B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With CMG’s success, Salomon Brothers’ management further fortified</w:t>
      </w:r>
      <w:r w:rsidR="00C25FEE">
        <w:rPr>
          <w:rFonts w:ascii="garamond" w:hAnsi="garamond"/>
          <w:color w:val="000000"/>
          <w:sz w:val="26"/>
          <w:szCs w:val="26"/>
        </w:rPr>
        <w:t xml:space="preserve"> the</w:t>
      </w:r>
      <w:r w:rsidRPr="00132D8A">
        <w:rPr>
          <w:rFonts w:ascii="garamond" w:hAnsi="garamond"/>
          <w:color w:val="000000"/>
          <w:sz w:val="26"/>
          <w:szCs w:val="26"/>
        </w:rPr>
        <w:t xml:space="preserve"> platform. Within a few months, Salomon consolidated CMG, Syndicate, and corporate bond </w:t>
      </w:r>
      <w:r w:rsidRPr="00132D8A">
        <w:rPr>
          <w:rFonts w:ascii="garamond" w:hAnsi="garamond"/>
          <w:color w:val="000000"/>
          <w:sz w:val="26"/>
          <w:szCs w:val="26"/>
        </w:rPr>
        <w:lastRenderedPageBreak/>
        <w:t>trading and sales into a single division jointly led by Hutch and Arthur “Artie” Hyde. Artie was one of Salomon’s best bond traders and among the top in the industry — and an outstanding salesman, a rare combination.</w:t>
      </w:r>
    </w:p>
    <w:p w14:paraId="1A2A69B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Artie and I became close friends. He said he’d been watching me since the Vicfin financing and admired that I always stayed late. He said jokingly, “No one has ever seen you leave the office!”</w:t>
      </w:r>
    </w:p>
    <w:p w14:paraId="68253A0F" w14:textId="165EBF54"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One afternoon, I got a call from </w:t>
      </w:r>
      <w:r w:rsidR="00784845">
        <w:rPr>
          <w:rFonts w:ascii="garamond" w:hAnsi="garamond"/>
          <w:color w:val="000000"/>
          <w:sz w:val="26"/>
          <w:szCs w:val="26"/>
        </w:rPr>
        <w:t xml:space="preserve">the Treasurer of </w:t>
      </w:r>
      <w:r w:rsidRPr="00132D8A">
        <w:rPr>
          <w:rFonts w:ascii="garamond" w:hAnsi="garamond"/>
          <w:color w:val="000000"/>
          <w:sz w:val="26"/>
          <w:szCs w:val="26"/>
        </w:rPr>
        <w:t>Time Warner</w:t>
      </w:r>
      <w:r w:rsidR="00784845">
        <w:rPr>
          <w:rFonts w:ascii="garamond" w:hAnsi="garamond"/>
          <w:color w:val="000000"/>
          <w:sz w:val="26"/>
          <w:szCs w:val="26"/>
        </w:rPr>
        <w:t xml:space="preserve"> (TWX)</w:t>
      </w:r>
      <w:r w:rsidRPr="00132D8A">
        <w:rPr>
          <w:rFonts w:ascii="garamond" w:hAnsi="garamond"/>
          <w:color w:val="000000"/>
          <w:sz w:val="26"/>
          <w:szCs w:val="26"/>
        </w:rPr>
        <w:t xml:space="preserve"> — one of my clients. Morgan Stanley and Goldman Sachs led the majority of their business. TWX wanted to raise $2.5 billion in 10-year bonds, but for accounting reasons</w:t>
      </w:r>
      <w:r w:rsidR="00784845">
        <w:rPr>
          <w:rFonts w:ascii="garamond" w:hAnsi="garamond"/>
          <w:color w:val="000000"/>
          <w:sz w:val="26"/>
          <w:szCs w:val="26"/>
        </w:rPr>
        <w:t>,</w:t>
      </w:r>
      <w:r w:rsidRPr="00132D8A">
        <w:rPr>
          <w:rFonts w:ascii="garamond" w:hAnsi="garamond"/>
          <w:color w:val="000000"/>
          <w:sz w:val="26"/>
          <w:szCs w:val="26"/>
        </w:rPr>
        <w:t xml:space="preserve"> had to wait three months. Hedging their credit risk over that window was highly expensive.</w:t>
      </w:r>
    </w:p>
    <w:p w14:paraId="7731495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Artie saw me grinding, and I posted him on the situation. </w:t>
      </w:r>
    </w:p>
    <w:p w14:paraId="38D733B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Artie looked up to the ceiling for a few seconds and said, “110 basis points. I will lock in their financing at a guaranteed spread of 1.10 percent above the prevailing 10-year Treasury rate, to be executed in three months.”</w:t>
      </w:r>
    </w:p>
    <w:p w14:paraId="32E70A3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It was too risky to take. TWX was wrapped in sector rumors — deconsolidation, acquisitions — any event could move spreads sharply in either direction. I said so.</w:t>
      </w:r>
    </w:p>
    <w:p w14:paraId="647F653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Artie looked at me: “Do you want their business, or not?”</w:t>
      </w:r>
    </w:p>
    <w:p w14:paraId="065B30F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“Yes.”</w:t>
      </w:r>
    </w:p>
    <w:p w14:paraId="73727E3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“110.”</w:t>
      </w:r>
    </w:p>
    <w:p w14:paraId="0A6037C8" w14:textId="0AC32E23"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We relayed our commitment to TWX. The CFO practically dropped his phone. Three months later, we sole-managed the financing. The market had moved in our favor. We profited from locking the spread.</w:t>
      </w:r>
    </w:p>
    <w:p w14:paraId="2848B1A0" w14:textId="54E14C98"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Artie instructed me to reimburse TWX </w:t>
      </w:r>
      <w:r w:rsidR="00214CCB">
        <w:rPr>
          <w:rFonts w:ascii="garamond" w:hAnsi="garamond"/>
          <w:color w:val="000000"/>
          <w:sz w:val="26"/>
          <w:szCs w:val="26"/>
        </w:rPr>
        <w:t xml:space="preserve">for </w:t>
      </w:r>
      <w:r w:rsidRPr="00132D8A">
        <w:rPr>
          <w:rFonts w:ascii="garamond" w:hAnsi="garamond"/>
          <w:color w:val="000000"/>
          <w:sz w:val="26"/>
          <w:szCs w:val="26"/>
        </w:rPr>
        <w:t>half of our gain. I told him the gain was ours.</w:t>
      </w:r>
    </w:p>
    <w:p w14:paraId="07D302EC"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Artie smiled. “Do you want to own the TWX relationship?”</w:t>
      </w:r>
    </w:p>
    <w:p w14:paraId="4523C943"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could only wish.”</w:t>
      </w:r>
    </w:p>
    <w:p w14:paraId="08ECEBA8" w14:textId="2F60F1C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“Then give them half of our gain. They will be yours.”</w:t>
      </w:r>
    </w:p>
    <w:p w14:paraId="0419371E" w14:textId="63AB2F5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 xml:space="preserve">As Artie predicted, TWX rewarded us in kind. We were included in the tight group of banks that executed TWX’s fixed-income transactions </w:t>
      </w:r>
      <w:r w:rsidR="00214CCB">
        <w:rPr>
          <w:rFonts w:ascii="garamond" w:hAnsi="garamond"/>
          <w:color w:val="000000"/>
          <w:sz w:val="26"/>
          <w:szCs w:val="26"/>
        </w:rPr>
        <w:t>ove</w:t>
      </w:r>
      <w:r w:rsidRPr="00132D8A">
        <w:rPr>
          <w:rFonts w:ascii="garamond" w:hAnsi="garamond"/>
          <w:color w:val="000000"/>
          <w:sz w:val="26"/>
          <w:szCs w:val="26"/>
        </w:rPr>
        <w:t xml:space="preserve">r the following three years and </w:t>
      </w:r>
      <w:r w:rsidR="00214CCB">
        <w:rPr>
          <w:rFonts w:ascii="garamond" w:hAnsi="garamond"/>
          <w:color w:val="000000"/>
          <w:sz w:val="26"/>
          <w:szCs w:val="26"/>
        </w:rPr>
        <w:t>earned</w:t>
      </w:r>
      <w:r w:rsidRPr="00132D8A">
        <w:rPr>
          <w:rFonts w:ascii="garamond" w:hAnsi="garamond"/>
          <w:color w:val="000000"/>
          <w:sz w:val="26"/>
          <w:szCs w:val="26"/>
        </w:rPr>
        <w:t xml:space="preserve"> far higher returns than we had </w:t>
      </w:r>
      <w:r w:rsidR="00214CCB">
        <w:rPr>
          <w:rFonts w:ascii="garamond" w:hAnsi="garamond"/>
          <w:color w:val="000000"/>
          <w:sz w:val="26"/>
          <w:szCs w:val="26"/>
        </w:rPr>
        <w:t>refunded</w:t>
      </w:r>
      <w:r w:rsidRPr="00132D8A">
        <w:rPr>
          <w:rFonts w:ascii="garamond" w:hAnsi="garamond"/>
          <w:color w:val="000000"/>
          <w:sz w:val="26"/>
          <w:szCs w:val="26"/>
        </w:rPr>
        <w:t>.</w:t>
      </w:r>
    </w:p>
    <w:p w14:paraId="56643E6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told Artie, “I am glad I work for you. This was a big lesson for me. Thank you.”</w:t>
      </w:r>
    </w:p>
    <w:p w14:paraId="5EBA103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Artie said something simple that rewired how I understood power on the floor. “You’re welcome. And you don’t work for me — you work with me. We’re partners.”</w:t>
      </w:r>
    </w:p>
    <w:p w14:paraId="230BF26E"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Hutch gave me discipline and invention. Artie gave me passion, confidence, loyalty, and a leadership style that didn’t need humiliation to feel powerful.</w:t>
      </w:r>
    </w:p>
    <w:p w14:paraId="1C603C81" w14:textId="77777777" w:rsidR="005B5ADD" w:rsidRPr="00132D8A" w:rsidRDefault="005B5ADD" w:rsidP="005B5ADD">
      <w:pPr>
        <w:rPr>
          <w:rFonts w:ascii="garamond" w:hAnsi="garamond"/>
          <w:color w:val="000000"/>
          <w:sz w:val="26"/>
          <w:szCs w:val="26"/>
        </w:rPr>
      </w:pPr>
    </w:p>
    <w:p w14:paraId="32FDF2D6" w14:textId="77777777" w:rsidR="005B5ADD" w:rsidRDefault="005B5ADD" w:rsidP="005B5ADD">
      <w:pPr>
        <w:rPr>
          <w:rFonts w:ascii="garamond" w:hAnsi="garamond"/>
          <w:b/>
          <w:bCs/>
          <w:color w:val="000000"/>
          <w:sz w:val="26"/>
          <w:szCs w:val="26"/>
        </w:rPr>
      </w:pPr>
      <w:r>
        <w:rPr>
          <w:rFonts w:ascii="garamond" w:hAnsi="garamond"/>
          <w:b/>
          <w:bCs/>
          <w:color w:val="000000"/>
          <w:sz w:val="26"/>
          <w:szCs w:val="26"/>
        </w:rPr>
        <w:br w:type="page"/>
      </w:r>
    </w:p>
    <w:p w14:paraId="5359CAA4" w14:textId="77777777" w:rsidR="005B5ADD" w:rsidRPr="00132D8A" w:rsidRDefault="005B5ADD" w:rsidP="005B5ADD">
      <w:pPr>
        <w:rPr>
          <w:rFonts w:ascii="garamond" w:hAnsi="garamond"/>
          <w:color w:val="000000"/>
          <w:sz w:val="26"/>
          <w:szCs w:val="26"/>
        </w:rPr>
      </w:pPr>
      <w:r w:rsidRPr="00132D8A">
        <w:rPr>
          <w:rFonts w:ascii="garamond" w:hAnsi="garamond"/>
          <w:b/>
          <w:bCs/>
          <w:color w:val="000000"/>
          <w:sz w:val="26"/>
          <w:szCs w:val="26"/>
        </w:rPr>
        <w:lastRenderedPageBreak/>
        <w:t>CHAPTER 18 — STAIRWAY TO HEAVEN</w:t>
      </w:r>
      <w:r w:rsidRPr="00132D8A">
        <w:rPr>
          <w:rFonts w:ascii="garamond" w:hAnsi="garamond"/>
          <w:color w:val="000000"/>
          <w:sz w:val="26"/>
          <w:szCs w:val="26"/>
        </w:rPr>
        <w:br/>
      </w:r>
      <w:r w:rsidRPr="00132D8A">
        <w:rPr>
          <w:rFonts w:ascii="garamond" w:hAnsi="garamond"/>
          <w:b/>
          <w:bCs/>
          <w:color w:val="000000"/>
          <w:sz w:val="26"/>
          <w:szCs w:val="26"/>
        </w:rPr>
        <w:t>From Applauding To Pricing.</w:t>
      </w:r>
    </w:p>
    <w:p w14:paraId="36BFD9AF"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By the end of 1994, the MD promotion was no longer optional. Without the title, our group would remain subordinate to Sales and Trading, an outcome I refused. Artie and Hutch wrote letters of recommendation on my behalf without hesitation.</w:t>
      </w:r>
    </w:p>
    <w:p w14:paraId="790EDBD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Monday, December 19, 1994. MD promotion day. I was at my desk early, with my good-luck clothes on, my Timex, working as if it were any other morning. After Sir Deryck Maughan announced the promotions to the current MD’s, Artie and Hutch walked out of the conference room. Their expressions were unreadable.</w:t>
      </w:r>
    </w:p>
    <w:p w14:paraId="4A1411E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Around 2:00 p.m., Nancy ran toward me across the floor. She had been my assistant for more than six years — sharp, efficient, my schedule and contact list memorized.</w:t>
      </w:r>
    </w:p>
    <w:p w14:paraId="7EFFCC7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was discussing a deal near the syndicate desk when she approached, nearly hyperventilating. She whispered urgently, “Marwan, Sir Deryck Maughan’s office called. They want you up there. Please, I beg you. Leave now.”</w:t>
      </w:r>
    </w:p>
    <w:p w14:paraId="3653F39B"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There had been prank calls on MD days before. When I looked into Nancy’s eyes, I knew she was serious. Back at my desk, I put my suit jacket on and headed toward the Stairway to Heaven, the internal staircase to the executive floor.</w:t>
      </w:r>
    </w:p>
    <w:p w14:paraId="4DB55D3F"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Then I stopped. I went back to the desk and removed my jacket. I wanted Maughan to see me as I work, with my jacket off.</w:t>
      </w:r>
    </w:p>
    <w:p w14:paraId="41C70EDB"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walked up the staircase in shirtsleeves slowly, deliberately, while savoring each second. At the top, I greeted Maughan’s executive assistant, Angie. “So, how are you today, Mr. Marshi?” she joked. “I am doing well, I think.”</w:t>
      </w:r>
    </w:p>
    <w:p w14:paraId="0C91C0A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At that moment, the office door opened. Maughan stepped out with Scott “Scooter” Langley, a top mortgage bond trader.</w:t>
      </w:r>
    </w:p>
    <w:p w14:paraId="4E98790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“What great timing,” Maughan said. “The top capital markets person on the Street. Come on in, Marwan.”</w:t>
      </w:r>
    </w:p>
    <w:p w14:paraId="4A67910E" w14:textId="0ECE9D62"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walked to the large leather couch facing Maughan’s desk on the 43rd floor of 7 World Trade Center, overlooking the Hudson River. The moment I sat, I drifted into a daze, barely hearing a word, reaching for a small cushion beside me, noticing its embroidered inscription “Never Confuse Brains with a Bull Market.”</w:t>
      </w:r>
    </w:p>
    <w:p w14:paraId="0234909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Maughan’s final words snapped me back. “On behalf of the Board of Directors, my partners, and I, congratulations on becoming a Managing Director at Salomon Brothers.”</w:t>
      </w:r>
    </w:p>
    <w:p w14:paraId="359AD34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jolted up. “Sir Deryck, I proudly thank you on behalf of my family and me.” I shook his hand, then hugged him.</w:t>
      </w:r>
    </w:p>
    <w:p w14:paraId="0FA84B6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Maughan said, “Well, that’s a first, a sincere hug.” He smiled. “Congratulations again, Marwan. Well deserved.”</w:t>
      </w:r>
    </w:p>
    <w:p w14:paraId="466060AA"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stepped out and flashed a thumbs-up to Angie. Then I walked deliberately down the Stairway to Heaven.</w:t>
      </w:r>
    </w:p>
    <w:p w14:paraId="7A693BD6" w14:textId="4BD73590"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Those stairs. I want to stay on them because something happened there that I have never fully described.</w:t>
      </w:r>
    </w:p>
    <w:p w14:paraId="32297807" w14:textId="3BC7A63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I was the first Arab MD at Salomon Brothers, one of the most prominent Jewish investment banks. I knew what that meant institutionally. What I have never written until now is the full weight of it. I am not only Lebanese. My father is Palestinian, born in Haifa. I am Lebanese-Palestinian, born in Beirut, and I have never </w:t>
      </w:r>
      <w:r w:rsidR="000661F2">
        <w:rPr>
          <w:rFonts w:ascii="garamond" w:hAnsi="garamond"/>
          <w:color w:val="000000"/>
          <w:sz w:val="26"/>
          <w:szCs w:val="26"/>
        </w:rPr>
        <w:t>traveled to</w:t>
      </w:r>
      <w:r w:rsidRPr="00132D8A">
        <w:rPr>
          <w:rFonts w:ascii="garamond" w:hAnsi="garamond"/>
          <w:color w:val="000000"/>
          <w:sz w:val="26"/>
          <w:szCs w:val="26"/>
        </w:rPr>
        <w:t xml:space="preserve"> Palestine. I carried that identity quietly through every room I entered on Wall Street. The political cost of my origin was calculated and absorbed long before I reached those stairs. What I did not expect was how the stairs themselves would feel.</w:t>
      </w:r>
    </w:p>
    <w:p w14:paraId="7BEE84F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Middle East has been at war for as long as I have been alive. The conflicts between Arabs and Israelis. The hatred between the two peoples was long-standing, consuming, and in 1994 showed no signs of resolution. I had grown up in Beirut with the weight of being from the Middle East. I had to manage several incidents while in New York with restraint and caution.</w:t>
      </w:r>
    </w:p>
    <w:p w14:paraId="08703BE5" w14:textId="419AA5F4"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During a discussion that Artie Hyde invited me to, a senior Managing Director from the investment bank made an insulting comment. He was discussing difficulty, resistance, a</w:t>
      </w:r>
      <w:r w:rsidR="000661F2">
        <w:rPr>
          <w:rFonts w:ascii="garamond" w:hAnsi="garamond"/>
          <w:color w:val="000000"/>
          <w:sz w:val="26"/>
          <w:szCs w:val="26"/>
        </w:rPr>
        <w:t>nd</w:t>
      </w:r>
      <w:r w:rsidRPr="00132D8A">
        <w:rPr>
          <w:rFonts w:ascii="garamond" w:hAnsi="garamond"/>
          <w:color w:val="000000"/>
          <w:sz w:val="26"/>
          <w:szCs w:val="26"/>
        </w:rPr>
        <w:t xml:space="preserve"> getting something done against opposition. The banker said, “It’s like forcing a Jewish woman to marry a dirty Arab.” Hyde was sitting beside me. Under the table, he found my thigh and squeezed it hard. I did not speak.</w:t>
      </w:r>
    </w:p>
    <w:p w14:paraId="54B68832" w14:textId="3ED62E13"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When we left the room, Artie said, “I didn’t want you to say a word. I will take care of this. Not you. I don’t want you to lower yourself and take on such a fight. Your silence was golden.” I told him I agreed completely, and I wasn’t about to say anything, but his squeeze had nearly made me scream in pain. He laughed. I did not. </w:t>
      </w:r>
      <w:r w:rsidR="000661F2" w:rsidRPr="00132D8A">
        <w:rPr>
          <w:rFonts w:ascii="garamond" w:hAnsi="garamond"/>
          <w:color w:val="000000"/>
          <w:sz w:val="26"/>
          <w:szCs w:val="26"/>
        </w:rPr>
        <w:t xml:space="preserve">I </w:t>
      </w:r>
      <w:r w:rsidR="000661F2" w:rsidRPr="00132D8A">
        <w:rPr>
          <w:rFonts w:ascii="garamond" w:hAnsi="garamond"/>
          <w:color w:val="000000"/>
          <w:sz w:val="26"/>
          <w:szCs w:val="26"/>
        </w:rPr>
        <w:lastRenderedPageBreak/>
        <w:t>am unsure how the banker was reprimanded, and I did not care to ask.</w:t>
      </w:r>
      <w:r w:rsidR="000661F2">
        <w:rPr>
          <w:rFonts w:ascii="garamond" w:hAnsi="garamond"/>
          <w:color w:val="000000"/>
          <w:sz w:val="26"/>
          <w:szCs w:val="26"/>
        </w:rPr>
        <w:t xml:space="preserve"> </w:t>
      </w:r>
      <w:r w:rsidRPr="00132D8A">
        <w:rPr>
          <w:rFonts w:ascii="garamond" w:hAnsi="garamond"/>
          <w:color w:val="000000"/>
          <w:sz w:val="26"/>
          <w:szCs w:val="26"/>
        </w:rPr>
        <w:t xml:space="preserve">There are rooms where speaking is losing, regardless of who is right. </w:t>
      </w:r>
    </w:p>
    <w:p w14:paraId="7993D55B"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Beirut sensor that had been calibrated on Bliss Street and in the back of a taxi to the airport in 1976 had read that committee room with the same precision it had read every room before it. It told me when to speak and when to go still.</w:t>
      </w:r>
    </w:p>
    <w:p w14:paraId="376CF32E"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In another incident, Halim Nassib, a Christian Lebanese banker at Merrill Lynch, needed Salomon as joint bookrunner on a deal. We were discussing the transaction when the conversation drifted to politics. I told him I didn’t like to discuss the topic. He pressed: “But you agree. A good Palestinian is a dead Palestinian.” I said, “A good bookrunner doesn’t associate with that. Salomon is out.” The apologies followed quickly. We went back into the deal.</w:t>
      </w:r>
    </w:p>
    <w:p w14:paraId="69B9ED9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And now. Here I was. A Lebanese-Palestinian man, walking down the internal staircase of a firm built and led largely by Jewish men. They had trusted me, mentored me, promoted me, and now elevated me to the highest title the institution could confer.</w:t>
      </w:r>
    </w:p>
    <w:p w14:paraId="1CDBED4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felt personal triumph. I had taken the biggest positive step towards peace I could personally take. Not through politics or speeches. Through work, and the fact that a Lebanese-Palestinian and a predominantly Jewish institution had found trust in each other.</w:t>
      </w:r>
    </w:p>
    <w:p w14:paraId="3C2AA49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am not reaching for a larger meaning; I recognize that nothing I did was impactful. It was one small step, and I believe small steps matter. Without them, you remain still.</w:t>
      </w:r>
    </w:p>
    <w:p w14:paraId="4AF83E7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had become an MD at Salomon Brothers. The disbelief was total.</w:t>
      </w:r>
    </w:p>
    <w:p w14:paraId="30815BBC"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stepped down to the trading floor, called Carole, who was over ecstatic, thanked Hutch, and kissed Artie on the cheek in pure joy. Back at my desk, Nancy was already there, screaming, “I work for an MD! I love you, Marwan!”</w:t>
      </w:r>
    </w:p>
    <w:p w14:paraId="6DA9027A"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treated more than 150 colleagues to lunch. The feeling was overwhelming. Nine years since CMG had produced an MD. The drought was over.</w:t>
      </w:r>
    </w:p>
    <w:p w14:paraId="07D0F19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In 1995, our CEO, Sir Deryck Maughan, held the annual Managing Director offsite at Pebble Beach Golf Links. Three hundred Managing Directors converged for high-stakes sessions where hierarchy and alliances were quietly assessed.</w:t>
      </w:r>
    </w:p>
    <w:p w14:paraId="75D0FDA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On Saturday night, something touched me more profoundly than I could have expected.</w:t>
      </w:r>
    </w:p>
    <w:p w14:paraId="6D9FDAAA"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After dinner, four waiters rolled in a massive cake decorated like an American flag, with the words: “Congratulations, Marchenko!” Hutch, Artie, and Dale Horowitz arranged it to celebrate my U.S. citizenship.</w:t>
      </w:r>
    </w:p>
    <w:p w14:paraId="2894944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Salomon had sponsored me for citizenship. After years of waiting, my lawyers learned the application had been lost. Dale happened to walk by my desk as I received the news; he found out and took over. A week later, Congressman Jerry Nadler’s office called. Dale had spoken with him directly. Six weeks later, I stood tall with my Timex while I was sworn in as a U.S. citizen, and Dale attended the ceremony. He was in tears.</w:t>
      </w:r>
    </w:p>
    <w:p w14:paraId="670976FB"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owed Dale more than a handshake and a flag cake. I was not built to forget who had been good to me. Some people receive kindness and file it under gratitude, never to be opened again. I kept mine close, not as a debt, but as a moral obligation.</w:t>
      </w:r>
    </w:p>
    <w:p w14:paraId="71265971" w14:textId="58CDB7A1"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Around 1:30 a.m., I headed back to my room, awed by everything the evening had confirmed.</w:t>
      </w:r>
    </w:p>
    <w:p w14:paraId="6742313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In March 1995, Carole organized a surprise dinner in my honor. She had not wanted to crowd the celebration into the holidays or into Pebble Beach. She wanted it to have its own air. Forty guests at our apartment — seated and catered, so she could relax and mingle once it began.</w:t>
      </w:r>
    </w:p>
    <w:p w14:paraId="7167243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Carole gifted me a Bulgari watch. It remains my second-favorite watch, after my Timex.</w:t>
      </w:r>
    </w:p>
    <w:p w14:paraId="1CE4F08E"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Then she brought out the cake.</w:t>
      </w:r>
    </w:p>
    <w:p w14:paraId="15ED2F43"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It was a triple-tier construction in white and gold, but the icing on the top tier was what stopped the room in its tracks. Carole had commissioned the front page of the Wall Street Journal, rendered in icing — the masthead, the columns, the typography, my photograph, and the lead headline reading “Marwan Marshi Managing Director at Salomon Brothers.” It was a touching form of recognition after eight years of hard work.</w:t>
      </w:r>
    </w:p>
    <w:p w14:paraId="473ACF3E"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When the cutting began, Carole stopped us. The lower tiers could be cut. The top tier — the headline tier — was not to be touched. She wrapped it carefully and placed it in the freezer.</w:t>
      </w:r>
    </w:p>
    <w:p w14:paraId="362D565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It stayed there. Whenever I opened the freezer, the headline was there, in icing, preserved.</w:t>
      </w:r>
    </w:p>
    <w:p w14:paraId="04551E46"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That was the Carole of the early years — attentive and genuinely happy about what we were building.</w:t>
      </w:r>
    </w:p>
    <w:p w14:paraId="00CB3595" w14:textId="77777777" w:rsidR="005B5ADD" w:rsidRPr="00674063" w:rsidRDefault="005B5ADD" w:rsidP="005B5ADD">
      <w:pPr>
        <w:rPr>
          <w:rFonts w:ascii="garamond" w:hAnsi="garamond"/>
          <w:b/>
          <w:sz w:val="26"/>
          <w:szCs w:val="26"/>
        </w:rPr>
      </w:pPr>
      <w:r>
        <w:rPr>
          <w:rFonts w:ascii="garamond" w:hAnsi="garamond"/>
          <w:b/>
          <w:sz w:val="26"/>
          <w:szCs w:val="26"/>
        </w:rPr>
        <w:br w:type="page"/>
      </w:r>
    </w:p>
    <w:p w14:paraId="0ED34576" w14:textId="77777777" w:rsidR="005B5ADD" w:rsidRPr="00132D8A" w:rsidRDefault="005B5ADD" w:rsidP="005B5ADD">
      <w:pPr>
        <w:rPr>
          <w:rFonts w:ascii="garamond" w:hAnsi="garamond"/>
          <w:color w:val="000000"/>
          <w:sz w:val="26"/>
          <w:szCs w:val="26"/>
        </w:rPr>
      </w:pPr>
      <w:r w:rsidRPr="00132D8A">
        <w:rPr>
          <w:rFonts w:ascii="garamond" w:hAnsi="garamond"/>
          <w:b/>
          <w:bCs/>
          <w:color w:val="000000"/>
          <w:sz w:val="26"/>
          <w:szCs w:val="26"/>
        </w:rPr>
        <w:lastRenderedPageBreak/>
        <w:t>CHAPTER 19 — BREAKING AWAY</w:t>
      </w:r>
      <w:r w:rsidRPr="00132D8A">
        <w:rPr>
          <w:rFonts w:ascii="garamond" w:hAnsi="garamond"/>
          <w:color w:val="000000"/>
          <w:sz w:val="26"/>
          <w:szCs w:val="26"/>
        </w:rPr>
        <w:br/>
      </w:r>
      <w:r w:rsidRPr="00132D8A">
        <w:rPr>
          <w:rFonts w:ascii="garamond" w:hAnsi="garamond"/>
          <w:b/>
          <w:bCs/>
          <w:color w:val="000000"/>
          <w:sz w:val="26"/>
          <w:szCs w:val="26"/>
        </w:rPr>
        <w:t>Managing Director By Design.</w:t>
      </w:r>
    </w:p>
    <w:p w14:paraId="5A1C7969" w14:textId="120F86EF"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At 2:00 p.m. on Tuesday, August 15, 1995, Hutch called my cell phone from his UBS Securities office. I had met with Hutch and several </w:t>
      </w:r>
      <w:r w:rsidR="00B65A73">
        <w:rPr>
          <w:rFonts w:ascii="garamond" w:hAnsi="garamond"/>
          <w:color w:val="000000"/>
          <w:sz w:val="26"/>
          <w:szCs w:val="26"/>
        </w:rPr>
        <w:t xml:space="preserve">of his new </w:t>
      </w:r>
      <w:r w:rsidRPr="00132D8A">
        <w:rPr>
          <w:rFonts w:ascii="garamond" w:hAnsi="garamond"/>
          <w:color w:val="000000"/>
          <w:sz w:val="26"/>
          <w:szCs w:val="26"/>
        </w:rPr>
        <w:t>colleagues earlier that morning. He asked if we could meet a second time at the St. Regis Lobby at 3:00 p.m.</w:t>
      </w:r>
    </w:p>
    <w:p w14:paraId="116AA9AB"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St. Regis had that manicured hush where everything — carpet, lighting, even your heartbeat — felt designed to keep money calm. I was there to find out what I was worth to someone who liked me.</w:t>
      </w:r>
    </w:p>
    <w:p w14:paraId="43FBD24C" w14:textId="5E9A5E8C"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Hutch arrived with John Costas, CEO of UBS Americas, and extended a written offer to head the global UBS Capital Markets Group—a role similar to my position at Salomon, but with </w:t>
      </w:r>
      <w:r w:rsidR="00B65A73">
        <w:rPr>
          <w:rFonts w:ascii="garamond" w:hAnsi="garamond"/>
          <w:color w:val="000000"/>
          <w:sz w:val="26"/>
          <w:szCs w:val="26"/>
        </w:rPr>
        <w:t xml:space="preserve">authority over </w:t>
      </w:r>
      <w:r w:rsidRPr="00132D8A">
        <w:rPr>
          <w:rFonts w:ascii="garamond" w:hAnsi="garamond"/>
          <w:color w:val="000000"/>
          <w:sz w:val="26"/>
          <w:szCs w:val="26"/>
        </w:rPr>
        <w:t>firm capital commitment</w:t>
      </w:r>
      <w:r w:rsidR="00B65A73">
        <w:rPr>
          <w:rFonts w:ascii="garamond" w:hAnsi="garamond"/>
          <w:color w:val="000000"/>
          <w:sz w:val="26"/>
          <w:szCs w:val="26"/>
        </w:rPr>
        <w:t>s</w:t>
      </w:r>
      <w:r w:rsidRPr="00132D8A">
        <w:rPr>
          <w:rFonts w:ascii="garamond" w:hAnsi="garamond"/>
          <w:color w:val="000000"/>
          <w:sz w:val="26"/>
          <w:szCs w:val="26"/>
        </w:rPr>
        <w:t>. The compensation was eye-</w:t>
      </w:r>
      <w:r w:rsidR="00B65A73">
        <w:rPr>
          <w:rFonts w:ascii="garamond" w:hAnsi="garamond"/>
          <w:color w:val="000000"/>
          <w:sz w:val="26"/>
          <w:szCs w:val="26"/>
        </w:rPr>
        <w:t>popping</w:t>
      </w:r>
      <w:r w:rsidRPr="00132D8A">
        <w:rPr>
          <w:rFonts w:ascii="garamond" w:hAnsi="garamond"/>
          <w:color w:val="000000"/>
          <w:sz w:val="26"/>
          <w:szCs w:val="26"/>
        </w:rPr>
        <w:t>: a</w:t>
      </w:r>
      <w:r w:rsidR="00B65A73">
        <w:rPr>
          <w:rFonts w:ascii="garamond" w:hAnsi="garamond"/>
          <w:color w:val="000000"/>
          <w:sz w:val="26"/>
          <w:szCs w:val="26"/>
        </w:rPr>
        <w:t xml:space="preserve"> two-year</w:t>
      </w:r>
      <w:r w:rsidRPr="00132D8A">
        <w:rPr>
          <w:rFonts w:ascii="garamond" w:hAnsi="garamond"/>
          <w:color w:val="000000"/>
          <w:sz w:val="26"/>
          <w:szCs w:val="26"/>
        </w:rPr>
        <w:t xml:space="preserve"> guaranteed package for </w:t>
      </w:r>
      <w:r w:rsidR="00B65A73">
        <w:rPr>
          <w:rFonts w:ascii="garamond" w:hAnsi="garamond"/>
          <w:color w:val="000000"/>
          <w:sz w:val="26"/>
          <w:szCs w:val="26"/>
        </w:rPr>
        <w:t>a healthy multiple of my 1994 compensation</w:t>
      </w:r>
      <w:r w:rsidRPr="00132D8A">
        <w:rPr>
          <w:rFonts w:ascii="garamond" w:hAnsi="garamond"/>
          <w:color w:val="000000"/>
          <w:sz w:val="26"/>
          <w:szCs w:val="26"/>
        </w:rPr>
        <w:t>, plus a management bonus tied to my group’s income.</w:t>
      </w:r>
    </w:p>
    <w:p w14:paraId="2EBF8AE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was thirty-three years old, sitting in the St. Regis Hotel lobby, playing a real-life version of Monopoly with some of the world’s top bankers, eight months after I was promoted to Managing Director. Hutch knew my values — it would take a lot to pull me away from Salomon. I told them I needed time. Costas slid a sheet of paper across the table, pen already uncapped — polite boiler-room behavior in Swiss tailoring.</w:t>
      </w:r>
    </w:p>
    <w:p w14:paraId="05405281" w14:textId="69113B4E"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I handwrote a few words at the top, all in capital letters — </w:t>
      </w:r>
      <w:r w:rsidR="00B65A73">
        <w:rPr>
          <w:rFonts w:ascii="garamond" w:hAnsi="garamond"/>
          <w:color w:val="000000"/>
          <w:sz w:val="26"/>
          <w:szCs w:val="26"/>
        </w:rPr>
        <w:t>“</w:t>
      </w:r>
      <w:r w:rsidRPr="00132D8A">
        <w:rPr>
          <w:rFonts w:ascii="garamond" w:hAnsi="garamond"/>
          <w:color w:val="000000"/>
          <w:sz w:val="26"/>
          <w:szCs w:val="26"/>
        </w:rPr>
        <w:t>FOR DISCUSSION ONLY</w:t>
      </w:r>
      <w:r w:rsidR="00B65A73">
        <w:rPr>
          <w:rFonts w:ascii="garamond" w:hAnsi="garamond"/>
          <w:color w:val="000000"/>
          <w:sz w:val="26"/>
          <w:szCs w:val="26"/>
        </w:rPr>
        <w:t>”</w:t>
      </w:r>
      <w:r w:rsidRPr="00132D8A">
        <w:rPr>
          <w:rFonts w:ascii="garamond" w:hAnsi="garamond"/>
          <w:color w:val="000000"/>
          <w:sz w:val="26"/>
          <w:szCs w:val="26"/>
        </w:rPr>
        <w:t xml:space="preserve"> — then signed anyway.</w:t>
      </w:r>
    </w:p>
    <w:p w14:paraId="0FA9D424"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meeting with Hutch was not accidental. After Pebble Beach, Artie and Hutch created CMG under me and Geoff Coley — Coles, as everyone called him. Coles ran trading and syndication. I ran coverage and structured products. The groups were joined at the hip, and we constantly sought each other’s advice. Coles was three years my senior, already an MD, and one of Artie’s most trusted lieutenants. The equation was simple: Artie = Coles + Marchenko + the stature that could only be Artie’s.</w:t>
      </w:r>
    </w:p>
    <w:p w14:paraId="013C222D"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Hutch was looking to create the same apparatus at UBS.</w:t>
      </w:r>
    </w:p>
    <w:p w14:paraId="7AF7DB8E"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By midyear, CMG had become the benchmark for structured fixed-income at Salomon.</w:t>
      </w:r>
    </w:p>
    <w:p w14:paraId="11AED42C"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On Monday, June 6, 1995, Hutch arrived early and went straight to Artie’s office. They met privately for an hour, then Hutch spoke with Maughan. At around 10:30 </w:t>
      </w:r>
      <w:r w:rsidRPr="00132D8A">
        <w:rPr>
          <w:rFonts w:ascii="garamond" w:hAnsi="garamond"/>
          <w:color w:val="000000"/>
          <w:sz w:val="26"/>
          <w:szCs w:val="26"/>
        </w:rPr>
        <w:lastRenderedPageBreak/>
        <w:t>a.m., Hutch asked me to meet him. He told me he was leaving Salomon for UBS, to head their fixed-income division in New York.</w:t>
      </w:r>
    </w:p>
    <w:p w14:paraId="7B0E451E"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It was his last day at Salomon.</w:t>
      </w:r>
    </w:p>
    <w:p w14:paraId="6D7E856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After our conversation, he slipped out a back exit, took a service elevator to the lobby, caught a cab, and was gone.</w:t>
      </w:r>
    </w:p>
    <w:p w14:paraId="29CFF99D"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sat alone in his office — the office Jessica once occupied — when Artie walked in. Artie looked at me: “Hutch and you were tight, and I respect that. Marchenko, you are a rising star, and I need you. You need to trust me on that.”</w:t>
      </w:r>
    </w:p>
    <w:p w14:paraId="2AA7BD0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Artie glanced at Hutch’s panoramic office view and added, “Hutch’s office is yours. I want you to have it.” It was the most prominent office on the floor. His words were genuine. He never complimented for effect.</w:t>
      </w:r>
    </w:p>
    <w:p w14:paraId="000A6EFD"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Hutch left for UBS, and my relationship with Artie entered a new phase — inseparable, his word more than a bond. It was the law.</w:t>
      </w:r>
    </w:p>
    <w:p w14:paraId="2B50860D"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On Monday, August 14, 1995, Hutch called at home, asking whether I could meet John Costas and a few of his new partners the next morning at 7:00 a.m.</w:t>
      </w:r>
    </w:p>
    <w:p w14:paraId="4B3365A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met them in the morning, returned to my office, and was called again for the 3:00 p.m. meeting at the St. Regis. I left that meeting with a UBS offer I needed to contemplate. Around 6:00 p.m., I called Artie’s office and told him I needed to discuss two topics. He sensed the truth and told me to come immediately.</w:t>
      </w:r>
    </w:p>
    <w:p w14:paraId="0DCFC9B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walked into his office and sat on the couch, facing his desk.</w:t>
      </w:r>
    </w:p>
    <w:p w14:paraId="7779D8E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Artie asked without hesitation: “What’s Hutch’s offer?”</w:t>
      </w:r>
    </w:p>
    <w:p w14:paraId="1882FFF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was taken aback. I said, “Too much, but it’s not about the money.”</w:t>
      </w:r>
    </w:p>
    <w:p w14:paraId="74A19B4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“Fine, then let’s get money off the table. I will match whatever they offered you — blind. Now, what is it about?”</w:t>
      </w:r>
    </w:p>
    <w:p w14:paraId="76CF3E7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was stunned. His commitment meant everything.</w:t>
      </w:r>
    </w:p>
    <w:p w14:paraId="079B901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stood, gathered myself, and asked him not to interrupt me.</w:t>
      </w:r>
    </w:p>
    <w:p w14:paraId="75F3220F"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“Artie, you are my mentor. You taught me more than anyone else. I don’t want to leave you or Salomon Brothers. It is my home and my family.” I told him everything </w:t>
      </w:r>
      <w:r w:rsidRPr="00132D8A">
        <w:rPr>
          <w:rFonts w:ascii="garamond" w:hAnsi="garamond"/>
          <w:color w:val="000000"/>
          <w:sz w:val="26"/>
          <w:szCs w:val="26"/>
        </w:rPr>
        <w:lastRenderedPageBreak/>
        <w:t>— my loyalty, background, and values — and explained what I needed to elevate CMG: capital access and a formal seat at the inner circle table. “Give me those powers, and you’ll own me forever. Make me a main landlord at Salomon Brothers.”</w:t>
      </w:r>
    </w:p>
    <w:p w14:paraId="0B6E8EA4"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Artie was amazed. He stood up and hugged me hard. “You’re the finest, most genuine person,” he told me. Then he said, “Shake my hand. Welcome back. From here on, you’ll have a permanent seat on all important decisions about strategy, promotions, and pay.”</w:t>
      </w:r>
    </w:p>
    <w:p w14:paraId="2B62E05A"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was ecstatic.</w:t>
      </w:r>
    </w:p>
    <w:p w14:paraId="0B45AE12" w14:textId="765BD31C"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He asked the final question: “What did they offer you as a guarantee this year?” I downplayed it, but he insisted. When I told him, he was stunned. “They wanted to pay you that much?” I said, “Go figure.”</w:t>
      </w:r>
    </w:p>
    <w:p w14:paraId="0B33A60F"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Artie responded, “That’s what I’m going to pay you this year. You have my word.”</w:t>
      </w:r>
    </w:p>
    <w:p w14:paraId="577645CB"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He concluded: “I want you to call Hutch right here and right now and tell him you reject his offer.” I agreed — but added one more request: CMG had not produced an MD promotion in around eight years. We needed to change that.</w:t>
      </w:r>
    </w:p>
    <w:p w14:paraId="6F606D5C"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Artie agreed immediately: “That’s settled. You and I will pick.”</w:t>
      </w:r>
    </w:p>
    <w:p w14:paraId="615062D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left Artie’s office to call Hutch. “I’m going to pass on UBS. Salomon Brothers is my home.” He tried to convince me, then accepted my decision.</w:t>
      </w:r>
    </w:p>
    <w:p w14:paraId="63ED056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Before I could move, my cellphone rang. Costas — his voice stripped of the St. Regis polish, telling me I was going back on my word. His comments landed like a cheap shot. I reminded him I had written “FOR DISCUSSION ONLY” on the contract. The caveat was in his hand. I had nothing to add.</w:t>
      </w:r>
    </w:p>
    <w:p w14:paraId="16F55A2C" w14:textId="6FEBCDC4" w:rsidR="005B5ADD" w:rsidRPr="00132D8A" w:rsidRDefault="00AB7685" w:rsidP="005B5ADD">
      <w:pPr>
        <w:rPr>
          <w:rFonts w:ascii="garamond" w:hAnsi="garamond"/>
          <w:color w:val="000000"/>
          <w:sz w:val="26"/>
          <w:szCs w:val="26"/>
        </w:rPr>
      </w:pPr>
      <w:r>
        <w:rPr>
          <w:rFonts w:ascii="garamond" w:hAnsi="garamond"/>
          <w:color w:val="000000"/>
          <w:sz w:val="26"/>
          <w:szCs w:val="26"/>
        </w:rPr>
        <w:t>B</w:t>
      </w:r>
      <w:r w:rsidR="005B5ADD" w:rsidRPr="00132D8A">
        <w:rPr>
          <w:rFonts w:ascii="garamond" w:hAnsi="garamond"/>
          <w:color w:val="000000"/>
          <w:sz w:val="26"/>
          <w:szCs w:val="26"/>
        </w:rPr>
        <w:t xml:space="preserve">ack </w:t>
      </w:r>
      <w:r>
        <w:rPr>
          <w:rFonts w:ascii="garamond" w:hAnsi="garamond"/>
          <w:color w:val="000000"/>
          <w:sz w:val="26"/>
          <w:szCs w:val="26"/>
        </w:rPr>
        <w:t>at</w:t>
      </w:r>
      <w:r w:rsidR="005B5ADD" w:rsidRPr="00132D8A">
        <w:rPr>
          <w:rFonts w:ascii="garamond" w:hAnsi="garamond"/>
          <w:color w:val="000000"/>
          <w:sz w:val="26"/>
          <w:szCs w:val="26"/>
        </w:rPr>
        <w:t xml:space="preserve"> Artie’s office, Deryck Maughan was there. Artie had asked him to stay late, prepared to reinforce the case if I wavered. Maughan smiled.</w:t>
      </w:r>
    </w:p>
    <w:p w14:paraId="5D91195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“Do you think I would dare go home knowing there was even the slimmest chance of losing you? Welcome back, Marchenko.”</w:t>
      </w:r>
    </w:p>
    <w:p w14:paraId="579AD676" w14:textId="77777777" w:rsidR="00B65A73" w:rsidRDefault="005B5ADD" w:rsidP="005B5ADD">
      <w:pPr>
        <w:rPr>
          <w:rFonts w:ascii="garamond" w:hAnsi="garamond"/>
          <w:color w:val="000000"/>
          <w:sz w:val="26"/>
          <w:szCs w:val="26"/>
        </w:rPr>
      </w:pPr>
      <w:r w:rsidRPr="00132D8A">
        <w:rPr>
          <w:rFonts w:ascii="garamond" w:hAnsi="garamond"/>
          <w:color w:val="000000"/>
          <w:sz w:val="26"/>
          <w:szCs w:val="26"/>
        </w:rPr>
        <w:t xml:space="preserve">Hearing my nickname from the CEO left a lasting impression. </w:t>
      </w:r>
    </w:p>
    <w:p w14:paraId="2285B96F" w14:textId="551D1426"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That night, I became a part of the inner circle — an MD by Design. Maughan and Artie gave me the keys to the kingdom: authority and standing to lead a global CMG platform.</w:t>
      </w:r>
    </w:p>
    <w:p w14:paraId="7F278BD8" w14:textId="77777777" w:rsidR="005B5ADD" w:rsidRPr="00132D8A" w:rsidRDefault="005B5ADD" w:rsidP="005B5ADD">
      <w:pPr>
        <w:rPr>
          <w:rFonts w:ascii="garamond" w:hAnsi="garamond"/>
          <w:color w:val="000000"/>
          <w:sz w:val="26"/>
          <w:szCs w:val="26"/>
        </w:rPr>
      </w:pPr>
      <w:r w:rsidRPr="00132D8A">
        <w:rPr>
          <w:rFonts w:ascii="garamond" w:hAnsi="garamond"/>
          <w:b/>
          <w:bCs/>
          <w:color w:val="000000"/>
          <w:sz w:val="26"/>
          <w:szCs w:val="26"/>
        </w:rPr>
        <w:lastRenderedPageBreak/>
        <w:t>CHAPTER 20 — CONFERENCE BY THE OCEAN</w:t>
      </w:r>
      <w:r w:rsidRPr="00132D8A">
        <w:rPr>
          <w:rFonts w:ascii="garamond" w:hAnsi="garamond"/>
          <w:color w:val="000000"/>
          <w:sz w:val="26"/>
          <w:szCs w:val="26"/>
        </w:rPr>
        <w:br/>
      </w:r>
      <w:r w:rsidRPr="00132D8A">
        <w:rPr>
          <w:rFonts w:ascii="garamond" w:hAnsi="garamond"/>
          <w:b/>
          <w:bCs/>
          <w:color w:val="000000"/>
          <w:sz w:val="26"/>
          <w:szCs w:val="26"/>
        </w:rPr>
        <w:t>My First Time In Florida.</w:t>
      </w:r>
    </w:p>
    <w:p w14:paraId="111E85BD" w14:textId="77777777" w:rsidR="004F4E62" w:rsidRDefault="005B5ADD" w:rsidP="005B5ADD">
      <w:pPr>
        <w:rPr>
          <w:rFonts w:ascii="garamond" w:hAnsi="garamond"/>
          <w:color w:val="000000"/>
          <w:sz w:val="26"/>
          <w:szCs w:val="26"/>
        </w:rPr>
      </w:pPr>
      <w:r w:rsidRPr="00132D8A">
        <w:rPr>
          <w:rFonts w:ascii="garamond" w:hAnsi="garamond"/>
          <w:color w:val="000000"/>
          <w:sz w:val="26"/>
          <w:szCs w:val="26"/>
        </w:rPr>
        <w:t>It was mid-May 1995 in Miami, at the Healthcare Industry Annual Conference. The Ritz</w:t>
      </w:r>
      <w:r w:rsidR="00F45F7E">
        <w:rPr>
          <w:rFonts w:ascii="garamond" w:hAnsi="garamond"/>
          <w:color w:val="000000"/>
          <w:sz w:val="26"/>
          <w:szCs w:val="26"/>
        </w:rPr>
        <w:t>-</w:t>
      </w:r>
      <w:r w:rsidRPr="00132D8A">
        <w:rPr>
          <w:rFonts w:ascii="garamond" w:hAnsi="garamond"/>
          <w:color w:val="000000"/>
          <w:sz w:val="26"/>
          <w:szCs w:val="26"/>
        </w:rPr>
        <w:t>Carlton's lobby smelled of sunscreen and cologne, and everyone wore the same dark suit in a tropical cit</w:t>
      </w:r>
      <w:r w:rsidR="00F45F7E">
        <w:rPr>
          <w:rFonts w:ascii="garamond" w:hAnsi="garamond"/>
          <w:color w:val="000000"/>
          <w:sz w:val="26"/>
          <w:szCs w:val="26"/>
        </w:rPr>
        <w:t>y.</w:t>
      </w:r>
      <w:r w:rsidRPr="00132D8A">
        <w:rPr>
          <w:rFonts w:ascii="garamond" w:hAnsi="garamond"/>
          <w:color w:val="000000"/>
          <w:sz w:val="26"/>
          <w:szCs w:val="26"/>
        </w:rPr>
        <w:t xml:space="preserve"> The meetings were designed to build relationships on a stopwatch, not necessarily where precision lives. </w:t>
      </w:r>
    </w:p>
    <w:p w14:paraId="2B2CEA56" w14:textId="3EC7C6B3"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For Salomon Brothers — given how thin our healthcare client contacts were — genuine connectivity mattered more than it would have anywhere else.</w:t>
      </w:r>
    </w:p>
    <w:p w14:paraId="7526AB4C" w14:textId="7AFD5AF4"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During the first evening, every room was active, but nothing truly landed. The second morning was louder — hallway noise, oversized badges swinging, </w:t>
      </w:r>
      <w:r w:rsidR="00F45F7E">
        <w:rPr>
          <w:rFonts w:ascii="garamond" w:hAnsi="garamond"/>
          <w:color w:val="000000"/>
          <w:sz w:val="26"/>
          <w:szCs w:val="26"/>
        </w:rPr>
        <w:t>lots of foot traffic</w:t>
      </w:r>
      <w:r w:rsidRPr="00132D8A">
        <w:rPr>
          <w:rFonts w:ascii="garamond" w:hAnsi="garamond"/>
          <w:color w:val="000000"/>
          <w:sz w:val="26"/>
          <w:szCs w:val="26"/>
        </w:rPr>
        <w:t>. I found a quiet table and ate breakfast alone, letting the crowd thin out.</w:t>
      </w:r>
    </w:p>
    <w:p w14:paraId="67867C71" w14:textId="6AF1D99F" w:rsidR="005B5ADD" w:rsidRPr="00132D8A" w:rsidRDefault="00F45F7E" w:rsidP="005B5ADD">
      <w:pPr>
        <w:rPr>
          <w:rFonts w:ascii="garamond" w:hAnsi="garamond"/>
          <w:color w:val="000000"/>
          <w:sz w:val="26"/>
          <w:szCs w:val="26"/>
        </w:rPr>
      </w:pPr>
      <w:r>
        <w:rPr>
          <w:rFonts w:ascii="garamond" w:hAnsi="garamond"/>
          <w:color w:val="000000"/>
          <w:sz w:val="26"/>
          <w:szCs w:val="26"/>
        </w:rPr>
        <w:t>S</w:t>
      </w:r>
      <w:r w:rsidR="005B5ADD" w:rsidRPr="00132D8A">
        <w:rPr>
          <w:rFonts w:ascii="garamond" w:hAnsi="garamond"/>
          <w:color w:val="000000"/>
          <w:sz w:val="26"/>
          <w:szCs w:val="26"/>
        </w:rPr>
        <w:t>omeone stopped beside me.</w:t>
      </w:r>
    </w:p>
    <w:p w14:paraId="2D60E23A"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"Hi — is anyone sitting next to you?" "No. Please go ahead." "John Carty, Founding Partner of HealthCare Advisors." "Marwan Marshi, Salomon Brothers. Good to meet you."</w:t>
      </w:r>
    </w:p>
    <w:p w14:paraId="78D3A97A" w14:textId="78923C52"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Salomon's name carried influence among fixed-income people. Carty asked if I had written any of the famous brown papers — the BPA research publications. I told him I co-authored a three-part series in 1990 on liability management. "I read it while working in corporate Treasury on the West Coast," he said. "Impressive work."</w:t>
      </w:r>
    </w:p>
    <w:p w14:paraId="6B19A86D" w14:textId="25B33EE5" w:rsidR="005B5ADD" w:rsidRPr="00132D8A" w:rsidRDefault="00F45F7E" w:rsidP="005B5ADD">
      <w:pPr>
        <w:rPr>
          <w:rFonts w:ascii="garamond" w:hAnsi="garamond"/>
          <w:color w:val="000000"/>
          <w:sz w:val="26"/>
          <w:szCs w:val="26"/>
        </w:rPr>
      </w:pPr>
      <w:r>
        <w:rPr>
          <w:rFonts w:ascii="garamond" w:hAnsi="garamond"/>
          <w:color w:val="000000"/>
          <w:sz w:val="26"/>
          <w:szCs w:val="26"/>
        </w:rPr>
        <w:t>H</w:t>
      </w:r>
      <w:r w:rsidR="005B5ADD" w:rsidRPr="00132D8A">
        <w:rPr>
          <w:rFonts w:ascii="garamond" w:hAnsi="garamond"/>
          <w:color w:val="000000"/>
          <w:sz w:val="26"/>
          <w:szCs w:val="26"/>
        </w:rPr>
        <w:t xml:space="preserve">e told me he was building a healthcare consulting firm in Louisville with eight colleagues. The business was hemorrhaging cash and losing key people. John </w:t>
      </w:r>
      <w:r>
        <w:rPr>
          <w:rFonts w:ascii="garamond" w:hAnsi="garamond"/>
          <w:color w:val="000000"/>
          <w:sz w:val="26"/>
          <w:szCs w:val="26"/>
        </w:rPr>
        <w:t xml:space="preserve">was </w:t>
      </w:r>
      <w:r w:rsidR="005B5ADD" w:rsidRPr="00132D8A">
        <w:rPr>
          <w:rFonts w:ascii="garamond" w:hAnsi="garamond"/>
          <w:color w:val="000000"/>
          <w:sz w:val="26"/>
          <w:szCs w:val="26"/>
        </w:rPr>
        <w:t>los</w:t>
      </w:r>
      <w:r>
        <w:rPr>
          <w:rFonts w:ascii="garamond" w:hAnsi="garamond"/>
          <w:color w:val="000000"/>
          <w:sz w:val="26"/>
          <w:szCs w:val="26"/>
        </w:rPr>
        <w:t>ing</w:t>
      </w:r>
      <w:r w:rsidR="005B5ADD" w:rsidRPr="00132D8A">
        <w:rPr>
          <w:rFonts w:ascii="garamond" w:hAnsi="garamond"/>
          <w:color w:val="000000"/>
          <w:sz w:val="26"/>
          <w:szCs w:val="26"/>
        </w:rPr>
        <w:t xml:space="preserve"> optimism in his new field.</w:t>
      </w:r>
    </w:p>
    <w:p w14:paraId="525F4838" w14:textId="5A6CCA35"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He told me about Dylan — his 5-year-old son in Nashville with his mother, Carty’s ex-wife. The distance was not just miles. I offered a small truth in return: I told him my marriage had been strained. He listened and asked the human kind of questions.</w:t>
      </w:r>
    </w:p>
    <w:p w14:paraId="2C627877" w14:textId="21D051F2"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Carty and I were the same height. We had the same sense of humor. And we were both trying to stay connected to people we loved across distances.</w:t>
      </w:r>
    </w:p>
    <w:p w14:paraId="58B44B3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filed Carty under Nashville — the detail of a man's life that tells you where his real attention lives.</w:t>
      </w:r>
    </w:p>
    <w:p w14:paraId="17B5681A" w14:textId="6A735E0C"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 xml:space="preserve">He gestured toward a lecture he planned to attend. I excused myself for the same reason, headed to the ballroom, slipped through the back, and went directly to my room. </w:t>
      </w:r>
      <w:r w:rsidR="004F4E62">
        <w:rPr>
          <w:rFonts w:ascii="garamond" w:hAnsi="garamond"/>
          <w:color w:val="000000"/>
          <w:sz w:val="26"/>
          <w:szCs w:val="26"/>
        </w:rPr>
        <w:t>I grabbed my s</w:t>
      </w:r>
      <w:r w:rsidRPr="00132D8A">
        <w:rPr>
          <w:rFonts w:ascii="garamond" w:hAnsi="garamond"/>
          <w:color w:val="000000"/>
          <w:sz w:val="26"/>
          <w:szCs w:val="26"/>
        </w:rPr>
        <w:t>wimwear</w:t>
      </w:r>
      <w:r w:rsidR="004F4E62">
        <w:rPr>
          <w:rFonts w:ascii="garamond" w:hAnsi="garamond"/>
          <w:color w:val="000000"/>
          <w:sz w:val="26"/>
          <w:szCs w:val="26"/>
        </w:rPr>
        <w:t xml:space="preserve"> and s</w:t>
      </w:r>
      <w:r w:rsidRPr="00132D8A">
        <w:rPr>
          <w:rFonts w:ascii="garamond" w:hAnsi="garamond"/>
          <w:color w:val="000000"/>
          <w:sz w:val="26"/>
          <w:szCs w:val="26"/>
        </w:rPr>
        <w:t xml:space="preserve">unscreen. </w:t>
      </w:r>
      <w:r w:rsidR="004F4E62">
        <w:rPr>
          <w:rFonts w:ascii="garamond" w:hAnsi="garamond"/>
          <w:color w:val="000000"/>
          <w:sz w:val="26"/>
          <w:szCs w:val="26"/>
        </w:rPr>
        <w:t>I headed to t</w:t>
      </w:r>
      <w:r w:rsidRPr="00132D8A">
        <w:rPr>
          <w:rFonts w:ascii="garamond" w:hAnsi="garamond"/>
          <w:color w:val="000000"/>
          <w:sz w:val="26"/>
          <w:szCs w:val="26"/>
        </w:rPr>
        <w:t>he beach.</w:t>
      </w:r>
    </w:p>
    <w:p w14:paraId="256763FF" w14:textId="34B9AA7E"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A valet appeared. Miguel. </w:t>
      </w:r>
      <w:r w:rsidR="00AF6FE3">
        <w:rPr>
          <w:rFonts w:ascii="garamond" w:hAnsi="garamond"/>
          <w:color w:val="000000"/>
          <w:sz w:val="26"/>
          <w:szCs w:val="26"/>
        </w:rPr>
        <w:t>I asked for t</w:t>
      </w:r>
      <w:r w:rsidRPr="00132D8A">
        <w:rPr>
          <w:rFonts w:ascii="garamond" w:hAnsi="garamond"/>
          <w:color w:val="000000"/>
          <w:sz w:val="26"/>
          <w:szCs w:val="26"/>
        </w:rPr>
        <w:t>wo lounge chairs under a large umbrella, a cheeseburger, a fruit platter, a pitcher of frozen margaritas, and cold sparkling water — and when he asked how many would be joining me, I told him it was all for me. But to keep his eyes open. I slipped him $200 as gratuity.</w:t>
      </w:r>
    </w:p>
    <w:p w14:paraId="0A73EA1C" w14:textId="5BC7C96F"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Miguel knew </w:t>
      </w:r>
      <w:r w:rsidR="00AF6FE3">
        <w:rPr>
          <w:rFonts w:ascii="garamond" w:hAnsi="garamond"/>
          <w:color w:val="000000"/>
          <w:sz w:val="26"/>
          <w:szCs w:val="26"/>
        </w:rPr>
        <w:t xml:space="preserve">everything </w:t>
      </w:r>
      <w:r w:rsidR="004F4E62">
        <w:rPr>
          <w:rFonts w:ascii="garamond" w:hAnsi="garamond"/>
          <w:color w:val="000000"/>
          <w:sz w:val="26"/>
          <w:szCs w:val="26"/>
        </w:rPr>
        <w:t xml:space="preserve">about </w:t>
      </w:r>
      <w:r w:rsidRPr="00132D8A">
        <w:rPr>
          <w:rFonts w:ascii="garamond" w:hAnsi="garamond"/>
          <w:color w:val="000000"/>
          <w:sz w:val="26"/>
          <w:szCs w:val="26"/>
        </w:rPr>
        <w:t xml:space="preserve">Miami </w:t>
      </w:r>
      <w:r w:rsidR="00AF6FE3">
        <w:rPr>
          <w:rFonts w:ascii="garamond" w:hAnsi="garamond"/>
          <w:color w:val="000000"/>
          <w:sz w:val="26"/>
          <w:szCs w:val="26"/>
        </w:rPr>
        <w:t xml:space="preserve">and </w:t>
      </w:r>
      <w:r w:rsidRPr="00132D8A">
        <w:rPr>
          <w:rFonts w:ascii="garamond" w:hAnsi="garamond"/>
          <w:color w:val="000000"/>
          <w:sz w:val="26"/>
          <w:szCs w:val="26"/>
        </w:rPr>
        <w:t>every person who controlled access. He gave me Ricardo's cell number</w:t>
      </w:r>
      <w:r w:rsidR="00AF6FE3">
        <w:rPr>
          <w:rFonts w:ascii="garamond" w:hAnsi="garamond"/>
          <w:color w:val="000000"/>
          <w:sz w:val="26"/>
          <w:szCs w:val="26"/>
        </w:rPr>
        <w:t>, a close friend</w:t>
      </w:r>
      <w:r w:rsidRPr="00132D8A">
        <w:rPr>
          <w:rFonts w:ascii="garamond" w:hAnsi="garamond"/>
          <w:color w:val="000000"/>
          <w:sz w:val="26"/>
          <w:szCs w:val="26"/>
        </w:rPr>
        <w:t xml:space="preserve"> at Il Pesce, one of the hottest Italian restaurants, </w:t>
      </w:r>
      <w:r w:rsidR="00AF6FE3">
        <w:rPr>
          <w:rFonts w:ascii="garamond" w:hAnsi="garamond"/>
          <w:color w:val="000000"/>
          <w:sz w:val="26"/>
          <w:szCs w:val="26"/>
        </w:rPr>
        <w:t>always</w:t>
      </w:r>
      <w:r w:rsidRPr="00132D8A">
        <w:rPr>
          <w:rFonts w:ascii="garamond" w:hAnsi="garamond"/>
          <w:color w:val="000000"/>
          <w:sz w:val="26"/>
          <w:szCs w:val="26"/>
        </w:rPr>
        <w:t xml:space="preserve"> booked and impossible to get through normal channels. He also gave me Raphael's number — his cousin managed the Gentlemen's Club, a discreet luxury membership club. "I will call </w:t>
      </w:r>
      <w:proofErr w:type="gramStart"/>
      <w:r w:rsidRPr="00132D8A">
        <w:rPr>
          <w:rFonts w:ascii="garamond" w:hAnsi="garamond"/>
          <w:color w:val="000000"/>
          <w:sz w:val="26"/>
          <w:szCs w:val="26"/>
        </w:rPr>
        <w:t>him,</w:t>
      </w:r>
      <w:proofErr w:type="gramEnd"/>
      <w:r w:rsidRPr="00132D8A">
        <w:rPr>
          <w:rFonts w:ascii="garamond" w:hAnsi="garamond"/>
          <w:color w:val="000000"/>
          <w:sz w:val="26"/>
          <w:szCs w:val="26"/>
        </w:rPr>
        <w:t xml:space="preserve"> in case you go. You'll be treated like royalty. Just wear a jacket."</w:t>
      </w:r>
    </w:p>
    <w:p w14:paraId="1BE8D7B1"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Then I heard someone calling my name. Carty was walking toward me in a multicolored bathing suit, baseball cap, and flip-flops — he had skipped his lecture.</w:t>
      </w:r>
    </w:p>
    <w:p w14:paraId="4EA75886"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Carty said, "So — no seminars for you, I see. Playing hooky?"</w:t>
      </w:r>
    </w:p>
    <w:p w14:paraId="04FBE181" w14:textId="0811CD6E"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We had met hours earlier, and it already felt like a long time. Neither of us went back to a single session that afternoon. Miguel moved back and forth as we talked, swam, drank, and let the day unfold It was genuine, easy, and fun</w:t>
      </w:r>
      <w:r w:rsidR="00AF6FE3">
        <w:rPr>
          <w:rFonts w:ascii="garamond" w:hAnsi="garamond"/>
          <w:color w:val="000000"/>
          <w:sz w:val="26"/>
          <w:szCs w:val="26"/>
        </w:rPr>
        <w:t>.</w:t>
      </w:r>
    </w:p>
    <w:p w14:paraId="4E06B6A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At 6:30 p.m., I paid the beach bill and left another gratuity for Miguel. Carty tried to split it. I said, "You came into my casa. It's on me."</w:t>
      </w:r>
    </w:p>
    <w:p w14:paraId="729A059F"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On the way back, I steered us past the conference dinner and proposed we eat “off-campus” instead. "I know a great Italian restaurant that's hard to get into. We need to wear jackets."</w:t>
      </w:r>
    </w:p>
    <w:p w14:paraId="19D6A69D" w14:textId="0281E032"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"Sounds like a fancy place," he said. </w:t>
      </w:r>
    </w:p>
    <w:p w14:paraId="5AC2A6A1" w14:textId="4BDAD8C9"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In my room, I </w:t>
      </w:r>
      <w:r w:rsidR="00AF6FE3">
        <w:rPr>
          <w:rFonts w:ascii="garamond" w:hAnsi="garamond"/>
          <w:color w:val="000000"/>
          <w:sz w:val="26"/>
          <w:szCs w:val="26"/>
        </w:rPr>
        <w:t xml:space="preserve">asked the </w:t>
      </w:r>
      <w:r w:rsidRPr="00132D8A">
        <w:rPr>
          <w:rFonts w:ascii="garamond" w:hAnsi="garamond"/>
          <w:color w:val="000000"/>
          <w:sz w:val="26"/>
          <w:szCs w:val="26"/>
        </w:rPr>
        <w:t>concierge to make a reservation for two at Il Pesce. Then, I called Ricardo directly and confirm</w:t>
      </w:r>
      <w:r w:rsidR="00AF6FE3">
        <w:rPr>
          <w:rFonts w:ascii="garamond" w:hAnsi="garamond"/>
          <w:color w:val="000000"/>
          <w:sz w:val="26"/>
          <w:szCs w:val="26"/>
        </w:rPr>
        <w:t>ed</w:t>
      </w:r>
      <w:r w:rsidRPr="00132D8A">
        <w:rPr>
          <w:rFonts w:ascii="garamond" w:hAnsi="garamond"/>
          <w:color w:val="000000"/>
          <w:sz w:val="26"/>
          <w:szCs w:val="26"/>
        </w:rPr>
        <w:t xml:space="preserve"> a table at 8:00 p.m. I hopped in the shower when the concierge called to inform me that Il Pesce was solidly booked. He</w:t>
      </w:r>
      <w:r w:rsidR="00AF6FE3">
        <w:rPr>
          <w:rFonts w:ascii="garamond" w:hAnsi="garamond"/>
          <w:color w:val="000000"/>
          <w:sz w:val="26"/>
          <w:szCs w:val="26"/>
        </w:rPr>
        <w:t xml:space="preserve"> suggested </w:t>
      </w:r>
      <w:r w:rsidRPr="00132D8A">
        <w:rPr>
          <w:rFonts w:ascii="garamond" w:hAnsi="garamond"/>
          <w:color w:val="000000"/>
          <w:sz w:val="26"/>
          <w:szCs w:val="26"/>
        </w:rPr>
        <w:t>another restaurant. I thanked him and declined. In the shower, I slammed my palm repeatedly on the wall, screaming, “Way to go, Miguel.”</w:t>
      </w:r>
    </w:p>
    <w:p w14:paraId="787F6745" w14:textId="6C13F62A"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Carty and I met at seven-thirty in the lobby. We were both wearing navy blue jackets, white shirts, and jeans. We looked like twin</w:t>
      </w:r>
      <w:r w:rsidR="00AF6FE3">
        <w:rPr>
          <w:rFonts w:ascii="garamond" w:hAnsi="garamond"/>
          <w:color w:val="000000"/>
          <w:sz w:val="26"/>
          <w:szCs w:val="26"/>
        </w:rPr>
        <w:t>s</w:t>
      </w:r>
      <w:r w:rsidRPr="00132D8A">
        <w:rPr>
          <w:rFonts w:ascii="garamond" w:hAnsi="garamond"/>
          <w:color w:val="000000"/>
          <w:sz w:val="26"/>
          <w:szCs w:val="26"/>
        </w:rPr>
        <w:t>.</w:t>
      </w:r>
    </w:p>
    <w:p w14:paraId="4AA9BAC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We arrived at Il Pesce to find a crowd waiting near the entrance.</w:t>
      </w:r>
    </w:p>
    <w:p w14:paraId="0452E305" w14:textId="77777777" w:rsidR="00786C2A" w:rsidRDefault="005B5ADD" w:rsidP="005B5ADD">
      <w:pPr>
        <w:rPr>
          <w:rFonts w:ascii="garamond" w:hAnsi="garamond"/>
          <w:color w:val="000000"/>
          <w:sz w:val="26"/>
          <w:szCs w:val="26"/>
        </w:rPr>
      </w:pPr>
      <w:r w:rsidRPr="00132D8A">
        <w:rPr>
          <w:rFonts w:ascii="garamond" w:hAnsi="garamond"/>
          <w:color w:val="000000"/>
          <w:sz w:val="26"/>
          <w:szCs w:val="26"/>
        </w:rPr>
        <w:t xml:space="preserve">As I approached the door, a gentleman appeared. "Good evening, Mr. Marshi. Welcome back." It was elegant theatre. We got a prime table by the window. </w:t>
      </w:r>
    </w:p>
    <w:p w14:paraId="6C6F2FBE" w14:textId="6742AF7B"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We had fresh pasta, Dover sole, a good bottle of white wine, and finished with double espressos. John pa</w:t>
      </w:r>
      <w:r w:rsidR="00AF6FE3">
        <w:rPr>
          <w:rFonts w:ascii="garamond" w:hAnsi="garamond"/>
          <w:color w:val="000000"/>
          <w:sz w:val="26"/>
          <w:szCs w:val="26"/>
        </w:rPr>
        <w:t>id</w:t>
      </w:r>
      <w:r w:rsidRPr="00132D8A">
        <w:rPr>
          <w:rFonts w:ascii="garamond" w:hAnsi="garamond"/>
          <w:color w:val="000000"/>
          <w:sz w:val="26"/>
          <w:szCs w:val="26"/>
        </w:rPr>
        <w:t>. I thanked him.</w:t>
      </w:r>
    </w:p>
    <w:p w14:paraId="008788DC"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Outside, the night had cooled. Carty asked, "What would you like to do now, Mr. Marshi?"</w:t>
      </w:r>
    </w:p>
    <w:p w14:paraId="6A9A048F"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said, "Trust me and follow my lead."</w:t>
      </w:r>
    </w:p>
    <w:p w14:paraId="31ADDB56"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We took a cab to the Gentlemen's Club.</w:t>
      </w:r>
    </w:p>
    <w:p w14:paraId="75C43B12" w14:textId="6E334428"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w:t>
      </w:r>
      <w:r w:rsidR="00774ECA">
        <w:rPr>
          <w:rFonts w:ascii="garamond" w:hAnsi="garamond"/>
          <w:color w:val="000000"/>
          <w:sz w:val="26"/>
          <w:szCs w:val="26"/>
        </w:rPr>
        <w:t>e</w:t>
      </w:r>
      <w:r w:rsidRPr="00132D8A">
        <w:rPr>
          <w:rFonts w:ascii="garamond" w:hAnsi="garamond"/>
          <w:color w:val="000000"/>
          <w:sz w:val="26"/>
          <w:szCs w:val="26"/>
        </w:rPr>
        <w:t xml:space="preserve"> hostess asked for our membership cards.</w:t>
      </w:r>
    </w:p>
    <w:p w14:paraId="041B10A9" w14:textId="19D920F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I asked for Raphael — she </w:t>
      </w:r>
      <w:r w:rsidR="00774ECA">
        <w:rPr>
          <w:rFonts w:ascii="garamond" w:hAnsi="garamond"/>
          <w:color w:val="000000"/>
          <w:sz w:val="26"/>
          <w:szCs w:val="26"/>
        </w:rPr>
        <w:t>disappeared</w:t>
      </w:r>
      <w:r w:rsidRPr="00132D8A">
        <w:rPr>
          <w:rFonts w:ascii="garamond" w:hAnsi="garamond"/>
          <w:color w:val="000000"/>
          <w:sz w:val="26"/>
          <w:szCs w:val="26"/>
        </w:rPr>
        <w:t xml:space="preserve"> through a red curtain behind her.</w:t>
      </w:r>
    </w:p>
    <w:p w14:paraId="1D5AE542" w14:textId="0E3A04AB"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Carty whispered, “We should leave before there’s trouble.”</w:t>
      </w:r>
    </w:p>
    <w:p w14:paraId="67A5EA63" w14:textId="77777777" w:rsidR="00786C2A" w:rsidRDefault="005B5ADD" w:rsidP="005B5ADD">
      <w:pPr>
        <w:rPr>
          <w:rFonts w:ascii="garamond" w:hAnsi="garamond"/>
          <w:color w:val="000000"/>
          <w:sz w:val="26"/>
          <w:szCs w:val="26"/>
        </w:rPr>
      </w:pPr>
      <w:r w:rsidRPr="00132D8A">
        <w:rPr>
          <w:rFonts w:ascii="garamond" w:hAnsi="garamond"/>
          <w:color w:val="000000"/>
          <w:sz w:val="26"/>
          <w:szCs w:val="26"/>
        </w:rPr>
        <w:t>Raphael appeared — sunglasses indoors, leather jacket, flanked by two men in white suits. Two hundred-dollar bills rested in my palm.</w:t>
      </w:r>
    </w:p>
    <w:p w14:paraId="52FA4FF8" w14:textId="05ADF85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We were led into the main room — soft lighting, elegant décor, music that filled the space without drowning conversation. </w:t>
      </w:r>
      <w:r w:rsidR="00786C2A" w:rsidRPr="00132D8A">
        <w:rPr>
          <w:rFonts w:ascii="garamond" w:hAnsi="garamond"/>
          <w:color w:val="000000"/>
          <w:sz w:val="26"/>
          <w:szCs w:val="26"/>
        </w:rPr>
        <w:t xml:space="preserve">Carty's expression changed from alarm to disbelief. </w:t>
      </w:r>
      <w:r w:rsidRPr="00132D8A">
        <w:rPr>
          <w:rFonts w:ascii="garamond" w:hAnsi="garamond"/>
          <w:color w:val="000000"/>
          <w:sz w:val="26"/>
          <w:szCs w:val="26"/>
        </w:rPr>
        <w:t xml:space="preserve">I spoke quietly with Raphael and confirmed the terms. </w:t>
      </w:r>
    </w:p>
    <w:p w14:paraId="67DACCE2" w14:textId="495D1B4C"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told Carty to pick a suite, shut the door, and double-lock it.</w:t>
      </w:r>
    </w:p>
    <w:p w14:paraId="4FF2FA9A"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He laughed — then realized I wasn't joking when I left him, picked a suite, shut the door, and double-locked it.</w:t>
      </w:r>
    </w:p>
    <w:p w14:paraId="3784D37E" w14:textId="33795988"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When I got out, John's door was still closed</w:t>
      </w:r>
      <w:r w:rsidR="00774ECA">
        <w:rPr>
          <w:rFonts w:ascii="garamond" w:hAnsi="garamond"/>
          <w:color w:val="000000"/>
          <w:sz w:val="26"/>
          <w:szCs w:val="26"/>
        </w:rPr>
        <w:t xml:space="preserve">. </w:t>
      </w:r>
      <w:r w:rsidRPr="00132D8A">
        <w:rPr>
          <w:rFonts w:ascii="garamond" w:hAnsi="garamond"/>
          <w:color w:val="000000"/>
          <w:sz w:val="26"/>
          <w:szCs w:val="26"/>
        </w:rPr>
        <w:t xml:space="preserve">I settled </w:t>
      </w:r>
      <w:r w:rsidR="00774ECA">
        <w:rPr>
          <w:rFonts w:ascii="garamond" w:hAnsi="garamond"/>
          <w:color w:val="000000"/>
          <w:sz w:val="26"/>
          <w:szCs w:val="26"/>
        </w:rPr>
        <w:t xml:space="preserve">the check </w:t>
      </w:r>
      <w:r w:rsidRPr="00132D8A">
        <w:rPr>
          <w:rFonts w:ascii="garamond" w:hAnsi="garamond"/>
          <w:color w:val="000000"/>
          <w:sz w:val="26"/>
          <w:szCs w:val="26"/>
        </w:rPr>
        <w:t xml:space="preserve">with </w:t>
      </w:r>
      <w:proofErr w:type="gramStart"/>
      <w:r w:rsidRPr="00132D8A">
        <w:rPr>
          <w:rFonts w:ascii="garamond" w:hAnsi="garamond"/>
          <w:color w:val="000000"/>
          <w:sz w:val="26"/>
          <w:szCs w:val="26"/>
        </w:rPr>
        <w:t>Raphael</w:t>
      </w:r>
      <w:proofErr w:type="gramEnd"/>
      <w:r w:rsidR="00774ECA">
        <w:rPr>
          <w:rFonts w:ascii="garamond" w:hAnsi="garamond"/>
          <w:color w:val="000000"/>
          <w:sz w:val="26"/>
          <w:szCs w:val="26"/>
        </w:rPr>
        <w:t xml:space="preserve"> </w:t>
      </w:r>
      <w:r w:rsidRPr="00132D8A">
        <w:rPr>
          <w:rFonts w:ascii="garamond" w:hAnsi="garamond"/>
          <w:color w:val="000000"/>
          <w:sz w:val="26"/>
          <w:szCs w:val="26"/>
        </w:rPr>
        <w:t>and I waited. Carty came out five minutes later.</w:t>
      </w:r>
    </w:p>
    <w:p w14:paraId="7DB251AD" w14:textId="0D06A635"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We exited into the early-morning Miami air and walked in silence for ten minutes</w:t>
      </w:r>
      <w:r w:rsidR="00774ECA">
        <w:rPr>
          <w:rFonts w:ascii="garamond" w:hAnsi="garamond"/>
          <w:color w:val="000000"/>
          <w:sz w:val="26"/>
          <w:szCs w:val="26"/>
        </w:rPr>
        <w:t xml:space="preserve">. </w:t>
      </w:r>
      <w:r w:rsidRPr="00132D8A">
        <w:rPr>
          <w:rFonts w:ascii="garamond" w:hAnsi="garamond"/>
          <w:color w:val="000000"/>
          <w:sz w:val="26"/>
          <w:szCs w:val="26"/>
        </w:rPr>
        <w:t>Then we started laughing authentically like two boys who had skipped school.</w:t>
      </w:r>
    </w:p>
    <w:p w14:paraId="3CF44FEF"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Back at the hotel bar, we had one final drink. John offered to split the cost of the evening.</w:t>
      </w:r>
    </w:p>
    <w:p w14:paraId="03AB67DC" w14:textId="554FA35E"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I said, "John, </w:t>
      </w:r>
      <w:r w:rsidR="00774ECA">
        <w:rPr>
          <w:rFonts w:ascii="garamond" w:hAnsi="garamond"/>
          <w:color w:val="000000"/>
          <w:sz w:val="26"/>
          <w:szCs w:val="26"/>
        </w:rPr>
        <w:t>there is no need</w:t>
      </w:r>
      <w:r w:rsidRPr="00132D8A">
        <w:rPr>
          <w:rFonts w:ascii="garamond" w:hAnsi="garamond"/>
          <w:color w:val="000000"/>
          <w:sz w:val="26"/>
          <w:szCs w:val="26"/>
        </w:rPr>
        <w:t>. You covered dinner."</w:t>
      </w:r>
    </w:p>
    <w:p w14:paraId="61BC02D7" w14:textId="33ED753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had a great time," he replied. "The entire day was something special. I was feeling down, but you cheered me up. Not many people can do that."</w:t>
      </w:r>
    </w:p>
    <w:p w14:paraId="355B7B7F" w14:textId="515104D5"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"Man," he </w:t>
      </w:r>
      <w:r w:rsidR="00774ECA">
        <w:rPr>
          <w:rFonts w:ascii="garamond" w:hAnsi="garamond"/>
          <w:color w:val="000000"/>
          <w:sz w:val="26"/>
          <w:szCs w:val="26"/>
        </w:rPr>
        <w:t>continued</w:t>
      </w:r>
      <w:r w:rsidRPr="00132D8A">
        <w:rPr>
          <w:rFonts w:ascii="garamond" w:hAnsi="garamond"/>
          <w:color w:val="000000"/>
          <w:sz w:val="26"/>
          <w:szCs w:val="26"/>
        </w:rPr>
        <w:t>, "you really know this city. How many times have you been here?"</w:t>
      </w:r>
    </w:p>
    <w:p w14:paraId="119D96AC" w14:textId="46E0FFD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looked up, then responded, "It’s my first time in Miami. Actually, it’s my first time in Florida."</w:t>
      </w:r>
    </w:p>
    <w:p w14:paraId="65AA0EA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Carty nearly fell off his barstool laughing.</w:t>
      </w:r>
    </w:p>
    <w:p w14:paraId="480162DA" w14:textId="255453F5"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It was three in the morning. We walked to the elevators, said goodnight on </w:t>
      </w:r>
      <w:r w:rsidR="00786C2A">
        <w:rPr>
          <w:rFonts w:ascii="garamond" w:hAnsi="garamond"/>
          <w:color w:val="000000"/>
          <w:sz w:val="26"/>
          <w:szCs w:val="26"/>
        </w:rPr>
        <w:t>my</w:t>
      </w:r>
      <w:r w:rsidRPr="00132D8A">
        <w:rPr>
          <w:rFonts w:ascii="garamond" w:hAnsi="garamond"/>
          <w:color w:val="000000"/>
          <w:sz w:val="26"/>
          <w:szCs w:val="26"/>
        </w:rPr>
        <w:t xml:space="preserve"> floor, and </w:t>
      </w:r>
      <w:r w:rsidR="00774ECA">
        <w:rPr>
          <w:rFonts w:ascii="garamond" w:hAnsi="garamond"/>
          <w:color w:val="000000"/>
          <w:sz w:val="26"/>
          <w:szCs w:val="26"/>
        </w:rPr>
        <w:t>he</w:t>
      </w:r>
      <w:r w:rsidRPr="00132D8A">
        <w:rPr>
          <w:rFonts w:ascii="garamond" w:hAnsi="garamond"/>
          <w:color w:val="000000"/>
          <w:sz w:val="26"/>
          <w:szCs w:val="26"/>
        </w:rPr>
        <w:t xml:space="preserve"> rode up </w:t>
      </w:r>
      <w:r w:rsidR="00786C2A">
        <w:rPr>
          <w:rFonts w:ascii="garamond" w:hAnsi="garamond"/>
          <w:color w:val="000000"/>
          <w:sz w:val="26"/>
          <w:szCs w:val="26"/>
        </w:rPr>
        <w:t>to his</w:t>
      </w:r>
      <w:r w:rsidRPr="00132D8A">
        <w:rPr>
          <w:rFonts w:ascii="garamond" w:hAnsi="garamond"/>
          <w:color w:val="000000"/>
          <w:sz w:val="26"/>
          <w:szCs w:val="26"/>
        </w:rPr>
        <w:t xml:space="preserve"> floor.</w:t>
      </w:r>
    </w:p>
    <w:p w14:paraId="783A2FE4" w14:textId="23410BA5"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lay on my hotel bed with my shoes still on, look</w:t>
      </w:r>
      <w:r w:rsidR="00774ECA">
        <w:rPr>
          <w:rFonts w:ascii="garamond" w:hAnsi="garamond"/>
          <w:color w:val="000000"/>
          <w:sz w:val="26"/>
          <w:szCs w:val="26"/>
        </w:rPr>
        <w:t>ing</w:t>
      </w:r>
      <w:r w:rsidRPr="00132D8A">
        <w:rPr>
          <w:rFonts w:ascii="garamond" w:hAnsi="garamond"/>
          <w:color w:val="000000"/>
          <w:sz w:val="26"/>
          <w:szCs w:val="26"/>
        </w:rPr>
        <w:t xml:space="preserve"> at the receipts on the nightstand</w:t>
      </w:r>
      <w:r w:rsidR="00774ECA">
        <w:rPr>
          <w:rFonts w:ascii="garamond" w:hAnsi="garamond"/>
          <w:color w:val="000000"/>
          <w:sz w:val="26"/>
          <w:szCs w:val="26"/>
        </w:rPr>
        <w:t>. B</w:t>
      </w:r>
      <w:r w:rsidRPr="00132D8A">
        <w:rPr>
          <w:rFonts w:ascii="garamond" w:hAnsi="garamond"/>
          <w:color w:val="000000"/>
          <w:sz w:val="26"/>
          <w:szCs w:val="26"/>
        </w:rPr>
        <w:t>each, drinks, cabs, the club, all charged to my personal card, none to be reimbursed. It did not matter.</w:t>
      </w:r>
    </w:p>
    <w:p w14:paraId="6B4C30D7" w14:textId="77777777" w:rsidR="005B5ADD" w:rsidRDefault="005B5ADD" w:rsidP="005B5ADD">
      <w:pPr>
        <w:rPr>
          <w:rFonts w:ascii="garamond" w:hAnsi="garamond"/>
          <w:color w:val="000000"/>
          <w:sz w:val="26"/>
          <w:szCs w:val="26"/>
        </w:rPr>
      </w:pPr>
      <w:r w:rsidRPr="00132D8A">
        <w:rPr>
          <w:rFonts w:ascii="garamond" w:hAnsi="garamond"/>
          <w:color w:val="000000"/>
          <w:sz w:val="26"/>
          <w:szCs w:val="26"/>
        </w:rPr>
        <w:t>I was asleep within 15 minutes.</w:t>
      </w:r>
    </w:p>
    <w:p w14:paraId="64FAA16A" w14:textId="77777777" w:rsidR="005B5ADD" w:rsidRPr="00132D8A" w:rsidRDefault="005B5ADD" w:rsidP="005B5ADD">
      <w:pPr>
        <w:rPr>
          <w:rFonts w:ascii="garamond" w:hAnsi="garamond"/>
          <w:color w:val="000000"/>
          <w:sz w:val="26"/>
          <w:szCs w:val="26"/>
        </w:rPr>
      </w:pPr>
      <w:r>
        <w:rPr>
          <w:rFonts w:ascii="garamond" w:hAnsi="garamond"/>
          <w:color w:val="000000"/>
          <w:sz w:val="26"/>
          <w:szCs w:val="26"/>
        </w:rPr>
        <w:br w:type="page"/>
      </w:r>
      <w:r w:rsidRPr="00132D8A">
        <w:rPr>
          <w:rFonts w:ascii="garamond" w:hAnsi="garamond"/>
          <w:b/>
          <w:bCs/>
          <w:color w:val="000000"/>
          <w:sz w:val="26"/>
          <w:szCs w:val="26"/>
        </w:rPr>
        <w:lastRenderedPageBreak/>
        <w:t>CHAPTER 21 — CONTROLLED IMPULSE</w:t>
      </w:r>
      <w:r w:rsidRPr="00132D8A">
        <w:rPr>
          <w:rFonts w:ascii="garamond" w:hAnsi="garamond"/>
          <w:color w:val="000000"/>
          <w:sz w:val="26"/>
          <w:szCs w:val="26"/>
        </w:rPr>
        <w:br/>
      </w:r>
      <w:r w:rsidRPr="00132D8A">
        <w:rPr>
          <w:rFonts w:ascii="garamond" w:hAnsi="garamond"/>
          <w:b/>
          <w:bCs/>
          <w:color w:val="000000"/>
          <w:sz w:val="26"/>
          <w:szCs w:val="26"/>
        </w:rPr>
        <w:t>Of Strangers &amp; Friends.</w:t>
      </w:r>
    </w:p>
    <w:p w14:paraId="7E0F3C5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On the flight back from Miami to New York, what stayed with me was not the evening itself but what it had reinforced about myself.</w:t>
      </w:r>
    </w:p>
    <w:p w14:paraId="298AD7D5" w14:textId="1F42F183"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I am impulsive — in a controlled way, if such a condition exists. The moment Carty sat down at the breakfast table, </w:t>
      </w:r>
      <w:r w:rsidR="00E142AF">
        <w:rPr>
          <w:rFonts w:ascii="garamond" w:hAnsi="garamond"/>
          <w:color w:val="000000"/>
          <w:sz w:val="26"/>
          <w:szCs w:val="26"/>
        </w:rPr>
        <w:t>the Beirut sensor</w:t>
      </w:r>
      <w:r w:rsidRPr="00132D8A">
        <w:rPr>
          <w:rFonts w:ascii="garamond" w:hAnsi="garamond"/>
          <w:color w:val="000000"/>
          <w:sz w:val="26"/>
          <w:szCs w:val="26"/>
        </w:rPr>
        <w:t xml:space="preserve"> turned on, and that switch has no dimmer. It only has two positions. Whether the wiring is right or wrong, I honestly do not know.</w:t>
      </w:r>
    </w:p>
    <w:p w14:paraId="4E86D461"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What I do know is that it has produced some of the best things in my life and some of the worst. The best things include friendships like Carty.</w:t>
      </w:r>
    </w:p>
    <w:p w14:paraId="258E6A73" w14:textId="6E5F1E38"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Nothing that occurred was planned. I wasn't trying to sell anything; we were simply laughing, not discussing business. I might see Carty again in a month, six months, or perhaps never. I had no idea. </w:t>
      </w:r>
    </w:p>
    <w:p w14:paraId="6396961E" w14:textId="656CB97B"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Several weeks after the conference, David Anderson, CFO of Columbia/HCA, called. He was looking </w:t>
      </w:r>
      <w:r w:rsidR="004C0996">
        <w:rPr>
          <w:rFonts w:ascii="garamond" w:hAnsi="garamond"/>
          <w:color w:val="000000"/>
          <w:sz w:val="26"/>
          <w:szCs w:val="26"/>
        </w:rPr>
        <w:t>for a new</w:t>
      </w:r>
      <w:r w:rsidRPr="00132D8A">
        <w:rPr>
          <w:rFonts w:ascii="garamond" w:hAnsi="garamond"/>
          <w:color w:val="000000"/>
          <w:sz w:val="26"/>
          <w:szCs w:val="26"/>
        </w:rPr>
        <w:t xml:space="preserve"> Treasurer. The logic was immediate. Carty had the expertise, and HCA was based in Nashville, where his son Dylan lived.</w:t>
      </w:r>
    </w:p>
    <w:p w14:paraId="2309DCA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Anderson knew Carty but thought he was running a consulting firm.</w:t>
      </w:r>
    </w:p>
    <w:p w14:paraId="4C62F81D" w14:textId="5630D842"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I called Carty and told him about the HCA opening. He said, “You must have been reading my mind.” It was one call that lasted </w:t>
      </w:r>
      <w:r w:rsidR="004C0996">
        <w:rPr>
          <w:rFonts w:ascii="garamond" w:hAnsi="garamond"/>
          <w:color w:val="000000"/>
          <w:sz w:val="26"/>
          <w:szCs w:val="26"/>
        </w:rPr>
        <w:t>ten</w:t>
      </w:r>
      <w:r w:rsidRPr="00132D8A">
        <w:rPr>
          <w:rFonts w:ascii="garamond" w:hAnsi="garamond"/>
          <w:color w:val="000000"/>
          <w:sz w:val="26"/>
          <w:szCs w:val="26"/>
        </w:rPr>
        <w:t xml:space="preserve"> minutes</w:t>
      </w:r>
      <w:r w:rsidR="004C0996">
        <w:rPr>
          <w:rFonts w:ascii="garamond" w:hAnsi="garamond"/>
          <w:color w:val="000000"/>
          <w:sz w:val="26"/>
          <w:szCs w:val="26"/>
        </w:rPr>
        <w:t>, after which the</w:t>
      </w:r>
      <w:r w:rsidRPr="00132D8A">
        <w:rPr>
          <w:rFonts w:ascii="garamond" w:hAnsi="garamond"/>
          <w:color w:val="000000"/>
          <w:sz w:val="26"/>
          <w:szCs w:val="26"/>
        </w:rPr>
        <w:t xml:space="preserve"> two right people </w:t>
      </w:r>
      <w:r w:rsidR="004C0996">
        <w:rPr>
          <w:rFonts w:ascii="garamond" w:hAnsi="garamond"/>
          <w:color w:val="000000"/>
          <w:sz w:val="26"/>
          <w:szCs w:val="26"/>
        </w:rPr>
        <w:t>were connected</w:t>
      </w:r>
      <w:r w:rsidRPr="00132D8A">
        <w:rPr>
          <w:rFonts w:ascii="garamond" w:hAnsi="garamond"/>
          <w:color w:val="000000"/>
          <w:sz w:val="26"/>
          <w:szCs w:val="26"/>
        </w:rPr>
        <w:t>.</w:t>
      </w:r>
    </w:p>
    <w:p w14:paraId="1375D550" w14:textId="34B7F710"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Anderson </w:t>
      </w:r>
      <w:r w:rsidR="004C0996">
        <w:rPr>
          <w:rFonts w:ascii="garamond" w:hAnsi="garamond"/>
          <w:color w:val="000000"/>
          <w:sz w:val="26"/>
          <w:szCs w:val="26"/>
        </w:rPr>
        <w:t xml:space="preserve">hired </w:t>
      </w:r>
      <w:r w:rsidRPr="00132D8A">
        <w:rPr>
          <w:rFonts w:ascii="garamond" w:hAnsi="garamond"/>
          <w:color w:val="000000"/>
          <w:sz w:val="26"/>
          <w:szCs w:val="26"/>
        </w:rPr>
        <w:t>Carty as Columbia/HCA's Treasurer in early October 1995.</w:t>
      </w:r>
      <w:r w:rsidR="004C0996">
        <w:rPr>
          <w:rFonts w:ascii="garamond" w:hAnsi="garamond"/>
          <w:color w:val="000000"/>
          <w:sz w:val="26"/>
          <w:szCs w:val="26"/>
        </w:rPr>
        <w:t xml:space="preserve"> </w:t>
      </w:r>
      <w:r w:rsidRPr="00132D8A">
        <w:rPr>
          <w:rFonts w:ascii="garamond" w:hAnsi="garamond"/>
          <w:color w:val="000000"/>
          <w:sz w:val="26"/>
          <w:szCs w:val="26"/>
        </w:rPr>
        <w:t>Both men called me to thank me for spotting the opportunity</w:t>
      </w:r>
      <w:r w:rsidR="004C0996">
        <w:rPr>
          <w:rFonts w:ascii="garamond" w:hAnsi="garamond"/>
          <w:color w:val="000000"/>
          <w:sz w:val="26"/>
          <w:szCs w:val="26"/>
        </w:rPr>
        <w:t>.</w:t>
      </w:r>
    </w:p>
    <w:p w14:paraId="2A852027" w14:textId="7A035AF0"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The initial significant interaction </w:t>
      </w:r>
      <w:r w:rsidR="004C0996">
        <w:rPr>
          <w:rFonts w:ascii="garamond" w:hAnsi="garamond"/>
          <w:color w:val="000000"/>
          <w:sz w:val="26"/>
          <w:szCs w:val="26"/>
        </w:rPr>
        <w:t>with HCA was</w:t>
      </w:r>
      <w:r w:rsidRPr="00132D8A">
        <w:rPr>
          <w:rFonts w:ascii="garamond" w:hAnsi="garamond"/>
          <w:color w:val="000000"/>
          <w:sz w:val="26"/>
          <w:szCs w:val="26"/>
        </w:rPr>
        <w:t xml:space="preserve"> in early November 1995</w:t>
      </w:r>
      <w:r w:rsidR="004C0996">
        <w:rPr>
          <w:rFonts w:ascii="garamond" w:hAnsi="garamond"/>
          <w:color w:val="000000"/>
          <w:sz w:val="26"/>
          <w:szCs w:val="26"/>
        </w:rPr>
        <w:t xml:space="preserve">. </w:t>
      </w:r>
      <w:r w:rsidRPr="00132D8A">
        <w:rPr>
          <w:rFonts w:ascii="garamond" w:hAnsi="garamond"/>
          <w:color w:val="000000"/>
          <w:sz w:val="26"/>
          <w:szCs w:val="26"/>
        </w:rPr>
        <w:t xml:space="preserve">Carty told me that HCA was issuing five-year bonds with Morgan Stanley as the sole manager. Salomon would receive 5% of the deal's economics, below our usual 25%, </w:t>
      </w:r>
      <w:r w:rsidR="0051203A">
        <w:rPr>
          <w:rFonts w:ascii="garamond" w:hAnsi="garamond"/>
          <w:color w:val="000000"/>
          <w:sz w:val="26"/>
          <w:szCs w:val="26"/>
        </w:rPr>
        <w:t>due</w:t>
      </w:r>
      <w:r w:rsidRPr="00132D8A">
        <w:rPr>
          <w:rFonts w:ascii="garamond" w:hAnsi="garamond"/>
          <w:color w:val="000000"/>
          <w:sz w:val="26"/>
          <w:szCs w:val="26"/>
        </w:rPr>
        <w:t xml:space="preserve"> </w:t>
      </w:r>
      <w:r w:rsidR="0051203A">
        <w:rPr>
          <w:rFonts w:ascii="garamond" w:hAnsi="garamond"/>
          <w:color w:val="000000"/>
          <w:sz w:val="26"/>
          <w:szCs w:val="26"/>
        </w:rPr>
        <w:t>to</w:t>
      </w:r>
      <w:r w:rsidRPr="00132D8A">
        <w:rPr>
          <w:rFonts w:ascii="garamond" w:hAnsi="garamond"/>
          <w:color w:val="000000"/>
          <w:sz w:val="26"/>
          <w:szCs w:val="26"/>
        </w:rPr>
        <w:t xml:space="preserve"> </w:t>
      </w:r>
      <w:r w:rsidR="0051203A">
        <w:rPr>
          <w:rFonts w:ascii="garamond" w:hAnsi="garamond"/>
          <w:color w:val="000000"/>
          <w:sz w:val="26"/>
          <w:szCs w:val="26"/>
        </w:rPr>
        <w:t>the</w:t>
      </w:r>
      <w:r w:rsidRPr="00132D8A">
        <w:rPr>
          <w:rFonts w:ascii="garamond" w:hAnsi="garamond"/>
          <w:color w:val="000000"/>
          <w:sz w:val="26"/>
          <w:szCs w:val="26"/>
        </w:rPr>
        <w:t xml:space="preserve"> proprietary structure. I </w:t>
      </w:r>
      <w:r w:rsidR="0051203A">
        <w:rPr>
          <w:rFonts w:ascii="garamond" w:hAnsi="garamond"/>
          <w:color w:val="000000"/>
          <w:sz w:val="26"/>
          <w:szCs w:val="26"/>
        </w:rPr>
        <w:t>understood</w:t>
      </w:r>
      <w:r w:rsidRPr="00132D8A">
        <w:rPr>
          <w:rFonts w:ascii="garamond" w:hAnsi="garamond"/>
          <w:color w:val="000000"/>
          <w:sz w:val="26"/>
          <w:szCs w:val="26"/>
        </w:rPr>
        <w:t xml:space="preserve"> — it was their deal. </w:t>
      </w:r>
    </w:p>
    <w:p w14:paraId="502F3396"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Carty added: “We’re considering repurchasing a large portion of HCA's debt. You and Morgan quoted expensive tender prices. I recall us discussing an economically superior proprietary strategy you used for Chrysler.”</w:t>
      </w:r>
    </w:p>
    <w:p w14:paraId="3DDADCE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Carty was referring to Salomon's proprietary Strategic Repurchase Program (SRP), which I had discussed with him.</w:t>
      </w:r>
    </w:p>
    <w:p w14:paraId="10597AD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He continued, “We may do 40%, or up to 50% of the $6 billion outstanding early next year.”</w:t>
      </w:r>
    </w:p>
    <w:p w14:paraId="53CA3351" w14:textId="5B6279F4"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said, “SRP is more attractive for you than Chrysler — you have multiple amounts of debt.”</w:t>
      </w:r>
    </w:p>
    <w:p w14:paraId="0F1F8086"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Carty replied, “I was hoping you would say that.”</w:t>
      </w:r>
    </w:p>
    <w:p w14:paraId="46923CD7" w14:textId="43A26381"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That's when I noticed it in his words — not just what he said but how he said it. Carty had changed from just a friend to a trusted partner. When a client mentions a proprietary strategy and asks whether it applies to them, they're not just asking a question; they're starting a negotiation. </w:t>
      </w:r>
    </w:p>
    <w:p w14:paraId="504446CA" w14:textId="6BA952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On a Thursday morning in mid-February, Carty called. His tone was formal.</w:t>
      </w:r>
      <w:r w:rsidR="004C0996">
        <w:rPr>
          <w:rFonts w:ascii="garamond" w:hAnsi="garamond"/>
          <w:color w:val="000000"/>
          <w:sz w:val="26"/>
          <w:szCs w:val="26"/>
        </w:rPr>
        <w:t xml:space="preserve"> </w:t>
      </w:r>
      <w:r w:rsidRPr="00132D8A">
        <w:rPr>
          <w:rFonts w:ascii="garamond" w:hAnsi="garamond"/>
          <w:color w:val="000000"/>
          <w:sz w:val="26"/>
          <w:szCs w:val="26"/>
        </w:rPr>
        <w:t>He started, “Hi, Marwan. I'm in the office with David Anderson. We'd like to discuss a strategic, confidential debt-retirement program.”</w:t>
      </w:r>
    </w:p>
    <w:p w14:paraId="665C95C3" w14:textId="2BA321A9"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HCA was retiring around $3 billion of </w:t>
      </w:r>
      <w:r w:rsidR="0051203A">
        <w:rPr>
          <w:rFonts w:ascii="garamond" w:hAnsi="garamond"/>
          <w:color w:val="000000"/>
          <w:sz w:val="26"/>
          <w:szCs w:val="26"/>
        </w:rPr>
        <w:t>its</w:t>
      </w:r>
      <w:r w:rsidRPr="00132D8A">
        <w:rPr>
          <w:rFonts w:ascii="garamond" w:hAnsi="garamond"/>
          <w:color w:val="000000"/>
          <w:sz w:val="26"/>
          <w:szCs w:val="26"/>
        </w:rPr>
        <w:t xml:space="preserve"> $6 billion across all ten issues. They were only contacting us and Morgan Stanley.</w:t>
      </w:r>
    </w:p>
    <w:p w14:paraId="08EA46A4"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Anderson added, “You've always pushed for better economics — now is the time for us to advocate your execution strength internally.”</w:t>
      </w:r>
    </w:p>
    <w:p w14:paraId="1EA4AB2A" w14:textId="70E5CAB8"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Morgan Stanley was pursuing a traditional</w:t>
      </w:r>
      <w:r w:rsidR="0051203A">
        <w:rPr>
          <w:rFonts w:ascii="garamond" w:hAnsi="garamond"/>
          <w:color w:val="000000"/>
          <w:sz w:val="26"/>
          <w:szCs w:val="26"/>
        </w:rPr>
        <w:t>,</w:t>
      </w:r>
      <w:r w:rsidRPr="00132D8A">
        <w:rPr>
          <w:rFonts w:ascii="garamond" w:hAnsi="garamond"/>
          <w:color w:val="000000"/>
          <w:sz w:val="26"/>
          <w:szCs w:val="26"/>
        </w:rPr>
        <w:t xml:space="preserve"> tender, transparent</w:t>
      </w:r>
      <w:r w:rsidR="0051203A">
        <w:rPr>
          <w:rFonts w:ascii="garamond" w:hAnsi="garamond"/>
          <w:color w:val="000000"/>
          <w:sz w:val="26"/>
          <w:szCs w:val="26"/>
        </w:rPr>
        <w:t>,</w:t>
      </w:r>
      <w:r w:rsidRPr="00132D8A">
        <w:rPr>
          <w:rFonts w:ascii="garamond" w:hAnsi="garamond"/>
          <w:color w:val="000000"/>
          <w:sz w:val="26"/>
          <w:szCs w:val="26"/>
        </w:rPr>
        <w:t xml:space="preserve"> and expensive</w:t>
      </w:r>
      <w:r w:rsidR="0051203A">
        <w:rPr>
          <w:rFonts w:ascii="garamond" w:hAnsi="garamond"/>
          <w:color w:val="000000"/>
          <w:sz w:val="26"/>
          <w:szCs w:val="26"/>
        </w:rPr>
        <w:t xml:space="preserve"> process</w:t>
      </w:r>
      <w:r w:rsidRPr="00132D8A">
        <w:rPr>
          <w:rFonts w:ascii="garamond" w:hAnsi="garamond"/>
          <w:color w:val="000000"/>
          <w:sz w:val="26"/>
          <w:szCs w:val="26"/>
        </w:rPr>
        <w:t xml:space="preserve">. SRP was ideal </w:t>
      </w:r>
      <w:r w:rsidR="0051203A">
        <w:rPr>
          <w:rFonts w:ascii="garamond" w:hAnsi="garamond"/>
          <w:color w:val="000000"/>
          <w:sz w:val="26"/>
          <w:szCs w:val="26"/>
        </w:rPr>
        <w:t>for</w:t>
      </w:r>
      <w:r w:rsidRPr="00132D8A">
        <w:rPr>
          <w:rFonts w:ascii="garamond" w:hAnsi="garamond"/>
          <w:color w:val="000000"/>
          <w:sz w:val="26"/>
          <w:szCs w:val="26"/>
        </w:rPr>
        <w:t xml:space="preserve"> </w:t>
      </w:r>
      <w:r w:rsidR="0051203A">
        <w:rPr>
          <w:rFonts w:ascii="garamond" w:hAnsi="garamond"/>
          <w:color w:val="000000"/>
          <w:sz w:val="26"/>
          <w:szCs w:val="26"/>
        </w:rPr>
        <w:t xml:space="preserve">discreetly </w:t>
      </w:r>
      <w:r w:rsidRPr="00132D8A">
        <w:rPr>
          <w:rFonts w:ascii="garamond" w:hAnsi="garamond"/>
          <w:color w:val="000000"/>
          <w:sz w:val="26"/>
          <w:szCs w:val="26"/>
        </w:rPr>
        <w:t>reach</w:t>
      </w:r>
      <w:r w:rsidR="0051203A">
        <w:rPr>
          <w:rFonts w:ascii="garamond" w:hAnsi="garamond"/>
          <w:color w:val="000000"/>
          <w:sz w:val="26"/>
          <w:szCs w:val="26"/>
        </w:rPr>
        <w:t>ing</w:t>
      </w:r>
      <w:r w:rsidRPr="00132D8A">
        <w:rPr>
          <w:rFonts w:ascii="garamond" w:hAnsi="garamond"/>
          <w:color w:val="000000"/>
          <w:sz w:val="26"/>
          <w:szCs w:val="26"/>
        </w:rPr>
        <w:t xml:space="preserve"> $3 billion, especially if </w:t>
      </w:r>
      <w:r w:rsidR="0051203A">
        <w:rPr>
          <w:rFonts w:ascii="garamond" w:hAnsi="garamond"/>
          <w:color w:val="000000"/>
          <w:sz w:val="26"/>
          <w:szCs w:val="26"/>
        </w:rPr>
        <w:t xml:space="preserve">HCA had Morgan </w:t>
      </w:r>
      <w:r w:rsidRPr="00132D8A">
        <w:rPr>
          <w:rFonts w:ascii="garamond" w:hAnsi="garamond"/>
          <w:color w:val="000000"/>
          <w:sz w:val="26"/>
          <w:szCs w:val="26"/>
        </w:rPr>
        <w:t>tender one of the ten outstanding bonds</w:t>
      </w:r>
      <w:r w:rsidR="0051203A">
        <w:rPr>
          <w:rFonts w:ascii="garamond" w:hAnsi="garamond"/>
          <w:color w:val="000000"/>
          <w:sz w:val="26"/>
          <w:szCs w:val="26"/>
        </w:rPr>
        <w:t>, thereby managing market expectations</w:t>
      </w:r>
      <w:r w:rsidRPr="00132D8A">
        <w:rPr>
          <w:rFonts w:ascii="garamond" w:hAnsi="garamond"/>
          <w:color w:val="000000"/>
          <w:sz w:val="26"/>
          <w:szCs w:val="26"/>
        </w:rPr>
        <w:t>.</w:t>
      </w:r>
    </w:p>
    <w:p w14:paraId="2E473CD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There was one person I trusted to lead the analytical work: Steve Cheeseman in the Liability Management Group.</w:t>
      </w:r>
    </w:p>
    <w:p w14:paraId="7DF5714C"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Cheeseman joined Salomon in 1986 as a back-office runner and was familiar with our trading systems. Some used to call him Cheese or Fromage — petty, humiliating, and there was nothing he could do about it. No one used it in front of me.</w:t>
      </w:r>
    </w:p>
    <w:p w14:paraId="4C085A1C"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had hired him into LMG in mid-1992. The floor started calling him Steevo — his chosen nickname.</w:t>
      </w:r>
    </w:p>
    <w:p w14:paraId="7775B46B"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Within a week, Cheeseman compiled a rundown on HCA debt market intelligence — investors, holdings, relationships, secondary trading, pricing, and volumes for all outstanding issues.</w:t>
      </w:r>
    </w:p>
    <w:p w14:paraId="79975B5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Cheeseman and I discussed the program with Artie Hyde for final sign-off.</w:t>
      </w:r>
    </w:p>
    <w:p w14:paraId="3E97023A"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Artie took it all in. “This is like Chrysler, only a bigger program size. I’m sold.” He turned to Cheeseman. “I see all the preparatory work has been done. Great job, Steevo.”</w:t>
      </w:r>
    </w:p>
    <w:p w14:paraId="405ED4C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Artie and I had a final call with Anderson and Carty. Carty's seminal comment was, “This is totally proprietary. It requires absolute discretion.” Anderson agreed. The mandate documents were signed, and SRP was launched.</w:t>
      </w:r>
    </w:p>
    <w:p w14:paraId="111607A7" w14:textId="1915490F"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At the end of March 1996, Morgan delivered $500 million </w:t>
      </w:r>
      <w:r w:rsidR="00AB7685">
        <w:rPr>
          <w:rFonts w:ascii="garamond" w:hAnsi="garamond"/>
          <w:color w:val="000000"/>
          <w:sz w:val="26"/>
          <w:szCs w:val="26"/>
        </w:rPr>
        <w:t xml:space="preserve">in bonds </w:t>
      </w:r>
      <w:r w:rsidRPr="00132D8A">
        <w:rPr>
          <w:rFonts w:ascii="garamond" w:hAnsi="garamond"/>
          <w:color w:val="000000"/>
          <w:sz w:val="26"/>
          <w:szCs w:val="26"/>
        </w:rPr>
        <w:t>through their tender</w:t>
      </w:r>
      <w:r w:rsidR="00AB7685">
        <w:rPr>
          <w:rFonts w:ascii="garamond" w:hAnsi="garamond"/>
          <w:color w:val="000000"/>
          <w:sz w:val="26"/>
          <w:szCs w:val="26"/>
        </w:rPr>
        <w:t xml:space="preserve"> offer</w:t>
      </w:r>
      <w:r w:rsidRPr="00132D8A">
        <w:rPr>
          <w:rFonts w:ascii="garamond" w:hAnsi="garamond"/>
          <w:color w:val="000000"/>
          <w:sz w:val="26"/>
          <w:szCs w:val="26"/>
        </w:rPr>
        <w:t xml:space="preserve">. Salomon delivered </w:t>
      </w:r>
      <w:r w:rsidR="00AB7685">
        <w:rPr>
          <w:rFonts w:ascii="garamond" w:hAnsi="garamond"/>
          <w:color w:val="000000"/>
          <w:sz w:val="26"/>
          <w:szCs w:val="26"/>
        </w:rPr>
        <w:t xml:space="preserve">the remaining </w:t>
      </w:r>
      <w:r w:rsidRPr="00132D8A">
        <w:rPr>
          <w:rFonts w:ascii="garamond" w:hAnsi="garamond"/>
          <w:color w:val="000000"/>
          <w:sz w:val="26"/>
          <w:szCs w:val="26"/>
        </w:rPr>
        <w:t>$2.5 billion across the other issues.</w:t>
      </w:r>
    </w:p>
    <w:p w14:paraId="153042F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Salomon Brothers’ fee was approximately 20 times that of Morgan Stanley's.</w:t>
      </w:r>
    </w:p>
    <w:p w14:paraId="778611DC"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Carty informed me that when Morgan learned of the fee differential, they complained to several of HCA’s senior management, which backfired. HCA granted us and Morgan a two-year fixed-income exclusivity deal, raising our economic share to 50% from 25% and lowering Morgan’s to 50% from 75%.</w:t>
      </w:r>
    </w:p>
    <w:p w14:paraId="6D682918" w14:textId="60547C9D"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There it was. Nine months earlier, John Carty was a stranger who sat beside me for breakfast at a conference in Miami. Now he was the Treasurer at Columbia/HCA and a trusted friend. His firm executed one of the largest fixed-income programs with us. None of it was planned. Every step had simply been the next logical one. Instinct made useful — the only definition of impulsiveness I have sometimes been able to defend.</w:t>
      </w:r>
    </w:p>
    <w:p w14:paraId="4FFD6771"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That year, Steve Cheeseman received his first mid-six-figure bonus. He told me, “If I didn’t work for you, I would never have become anyone here.”</w:t>
      </w:r>
    </w:p>
    <w:p w14:paraId="47763F4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barked back, with an Artie Hyde statement I knew all too well, “Steevo, you don’t work for me — you work with me. Congratulations.”</w:t>
      </w:r>
    </w:p>
    <w:p w14:paraId="1E666FD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In 1997, Steve was appointed to lead the Liability Management Group. In 2002, I promoted him to Managing Director. He had started as a runner, faced mockery from the floor, and built himself into one of the most trusted people I worked with on Wall Street. The man the floor once called Cheese.</w:t>
      </w:r>
    </w:p>
    <w:p w14:paraId="44B547ED" w14:textId="64E82F23" w:rsidR="005B5ADD" w:rsidRPr="00AB7685" w:rsidRDefault="005B5ADD" w:rsidP="005B5ADD">
      <w:pPr>
        <w:rPr>
          <w:rFonts w:ascii="garamond" w:hAnsi="garamond"/>
          <w:b/>
          <w:bCs/>
          <w:color w:val="000000"/>
          <w:sz w:val="26"/>
          <w:szCs w:val="26"/>
        </w:rPr>
      </w:pPr>
      <w:r w:rsidRPr="00132D8A">
        <w:rPr>
          <w:rFonts w:ascii="garamond" w:hAnsi="garamond"/>
          <w:b/>
          <w:bCs/>
          <w:color w:val="000000"/>
          <w:sz w:val="26"/>
          <w:szCs w:val="26"/>
        </w:rPr>
        <w:lastRenderedPageBreak/>
        <w:t>CHAPTER 22 — THE RIGHT ROOM</w:t>
      </w:r>
      <w:r w:rsidRPr="00132D8A">
        <w:rPr>
          <w:rFonts w:ascii="garamond" w:hAnsi="garamond"/>
          <w:color w:val="000000"/>
          <w:sz w:val="26"/>
          <w:szCs w:val="26"/>
        </w:rPr>
        <w:br/>
      </w:r>
      <w:r w:rsidRPr="00132D8A">
        <w:rPr>
          <w:rFonts w:ascii="garamond" w:hAnsi="garamond"/>
          <w:b/>
          <w:bCs/>
          <w:color w:val="000000"/>
          <w:sz w:val="26"/>
          <w:szCs w:val="26"/>
        </w:rPr>
        <w:t>The Evidence I Could Not Carry Home.</w:t>
      </w:r>
    </w:p>
    <w:p w14:paraId="799528EF" w14:textId="604B42DD"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It was the third hour of a conversation that would run </w:t>
      </w:r>
      <w:r w:rsidR="00167E6F">
        <w:rPr>
          <w:rFonts w:ascii="garamond" w:hAnsi="garamond"/>
          <w:color w:val="000000"/>
          <w:sz w:val="26"/>
          <w:szCs w:val="26"/>
        </w:rPr>
        <w:t>five</w:t>
      </w:r>
      <w:r w:rsidRPr="00132D8A">
        <w:rPr>
          <w:rFonts w:ascii="garamond" w:hAnsi="garamond"/>
          <w:color w:val="000000"/>
          <w:sz w:val="26"/>
          <w:szCs w:val="26"/>
        </w:rPr>
        <w:t xml:space="preserve"> hours straight. Goldman had made an offer to Carey Lathrop. Coley had tried. Artie had tried. Then they sent him to me — that was the protocol by then. If a person tried to leave and the seniors couldn’t keep them, the rule was straightforward: send them to Marchenko. Most likely, they’ll end up staying, even if Marchenko isn’t acquainted with them.</w:t>
      </w:r>
    </w:p>
    <w:p w14:paraId="6A5050DB" w14:textId="19FB00B6"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Around the fourth hour, Carey stepped out to use the restroom. When he came back, he told me that his wife, Cheryl, wanted to speak </w:t>
      </w:r>
      <w:r w:rsidR="00EB20EF">
        <w:rPr>
          <w:rFonts w:ascii="garamond" w:hAnsi="garamond"/>
          <w:color w:val="000000"/>
          <w:sz w:val="26"/>
          <w:szCs w:val="26"/>
        </w:rPr>
        <w:t>to</w:t>
      </w:r>
      <w:r w:rsidRPr="00132D8A">
        <w:rPr>
          <w:rFonts w:ascii="garamond" w:hAnsi="garamond"/>
          <w:color w:val="000000"/>
          <w:sz w:val="26"/>
          <w:szCs w:val="26"/>
        </w:rPr>
        <w:t xml:space="preserve"> me alone. She had reached out to get a read on how her husband was thinking. I took the call.</w:t>
      </w:r>
    </w:p>
    <w:p w14:paraId="3B9F25DA" w14:textId="77777777" w:rsidR="005B5ADD" w:rsidRPr="00132D8A" w:rsidRDefault="005B5ADD" w:rsidP="005B5ADD">
      <w:pPr>
        <w:rPr>
          <w:rFonts w:ascii="garamond" w:hAnsi="garamond"/>
          <w:color w:val="000000"/>
          <w:sz w:val="26"/>
          <w:szCs w:val="26"/>
        </w:rPr>
      </w:pPr>
      <w:r>
        <w:rPr>
          <w:rFonts w:ascii="garamond" w:hAnsi="garamond"/>
          <w:sz w:val="26"/>
        </w:rPr>
        <w:t>"Cheryl," I said, "you have known me for thirteen years. I would not guide you or your family blindly. Carey is a marine's marine. There are senior posts here we have been discussing for him — promotions that are going to come. I am using my honesty as a moral obligation to elevate his career, the way I would for anyone I respect at his thirteen years with the firm." I told her Carey had come out on top after two transformational transactions, that he was in a rare position to lead, and that he had built equity here that could take him years to rebuild anywhere else. I said it plainly. I told her this was honest, not strategic.</w:t>
      </w:r>
    </w:p>
    <w:p w14:paraId="03FA2E09" w14:textId="77777777" w:rsidR="00BD6FAA" w:rsidRDefault="005B5ADD" w:rsidP="005B5ADD">
      <w:pPr>
        <w:rPr>
          <w:rFonts w:ascii="garamond" w:hAnsi="garamond"/>
          <w:sz w:val="26"/>
        </w:rPr>
      </w:pPr>
      <w:r>
        <w:rPr>
          <w:rFonts w:ascii="garamond" w:hAnsi="garamond"/>
          <w:sz w:val="26"/>
        </w:rPr>
        <w:t>Carey came back to the desk</w:t>
      </w:r>
      <w:r w:rsidR="00BD6FAA">
        <w:rPr>
          <w:rFonts w:ascii="garamond" w:hAnsi="garamond"/>
          <w:sz w:val="26"/>
        </w:rPr>
        <w:t>,</w:t>
      </w:r>
      <w:r>
        <w:rPr>
          <w:rFonts w:ascii="garamond" w:hAnsi="garamond"/>
          <w:sz w:val="26"/>
        </w:rPr>
        <w:t xml:space="preserve"> and we kept talking. There was one thing I could not say outright because it was premature — it was three days </w:t>
      </w:r>
      <w:r w:rsidR="007A63FF">
        <w:rPr>
          <w:rFonts w:ascii="garamond" w:hAnsi="garamond"/>
          <w:sz w:val="26"/>
        </w:rPr>
        <w:t>away</w:t>
      </w:r>
      <w:r>
        <w:rPr>
          <w:rFonts w:ascii="garamond" w:hAnsi="garamond"/>
          <w:sz w:val="26"/>
        </w:rPr>
        <w:t xml:space="preserve">. Coley and I had nominated Carey to become Head of Emerging Markets Trading, the seat he wanted most. I could feel I was close. </w:t>
      </w:r>
    </w:p>
    <w:p w14:paraId="637BF67B" w14:textId="075FDEFC" w:rsidR="005B5ADD" w:rsidRPr="00132D8A" w:rsidRDefault="005B5ADD" w:rsidP="005B5ADD">
      <w:pPr>
        <w:rPr>
          <w:rFonts w:ascii="garamond" w:hAnsi="garamond"/>
          <w:color w:val="000000"/>
          <w:sz w:val="26"/>
          <w:szCs w:val="26"/>
        </w:rPr>
      </w:pPr>
      <w:r>
        <w:rPr>
          <w:rFonts w:ascii="garamond" w:hAnsi="garamond"/>
          <w:sz w:val="26"/>
        </w:rPr>
        <w:t>I called Coley and asked whether I could relay the news. He told me he had</w:t>
      </w:r>
      <w:r w:rsidR="007A63FF">
        <w:rPr>
          <w:rFonts w:ascii="garamond" w:hAnsi="garamond"/>
          <w:sz w:val="26"/>
        </w:rPr>
        <w:t xml:space="preserve"> already confirmed the news with Carey,</w:t>
      </w:r>
      <w:r>
        <w:rPr>
          <w:rFonts w:ascii="garamond" w:hAnsi="garamond"/>
          <w:sz w:val="26"/>
        </w:rPr>
        <w:t xml:space="preserve"> </w:t>
      </w:r>
      <w:r w:rsidR="007A63FF">
        <w:rPr>
          <w:rFonts w:ascii="garamond" w:hAnsi="garamond"/>
          <w:sz w:val="26"/>
        </w:rPr>
        <w:t>but</w:t>
      </w:r>
      <w:r>
        <w:rPr>
          <w:rFonts w:ascii="garamond" w:hAnsi="garamond"/>
          <w:sz w:val="26"/>
        </w:rPr>
        <w:t xml:space="preserve"> it hadn't seemed to move the needle. I said, "Let me try."</w:t>
      </w:r>
    </w:p>
    <w:p w14:paraId="25ABC82B" w14:textId="77777777" w:rsidR="005B5ADD" w:rsidRPr="00132D8A" w:rsidRDefault="005B5ADD" w:rsidP="005B5ADD">
      <w:pPr>
        <w:rPr>
          <w:rFonts w:ascii="garamond" w:hAnsi="garamond"/>
          <w:color w:val="000000"/>
          <w:sz w:val="26"/>
          <w:szCs w:val="26"/>
        </w:rPr>
      </w:pPr>
      <w:r>
        <w:rPr>
          <w:rFonts w:ascii="garamond" w:hAnsi="garamond"/>
          <w:sz w:val="26"/>
        </w:rPr>
        <w:t>I turned back to Carey, with Cheryl still on the line. "Carey, Coley just confirmed it. You're going to be promoted to Head of Emerging Markets Trading. Isn't that what you want?"</w:t>
      </w:r>
    </w:p>
    <w:p w14:paraId="4A2ADA49" w14:textId="473F59B8" w:rsidR="005B5ADD" w:rsidRPr="00132D8A" w:rsidRDefault="005B5ADD" w:rsidP="005B5ADD">
      <w:pPr>
        <w:rPr>
          <w:rFonts w:ascii="garamond" w:hAnsi="garamond"/>
          <w:color w:val="000000"/>
          <w:sz w:val="26"/>
          <w:szCs w:val="26"/>
        </w:rPr>
      </w:pPr>
      <w:r>
        <w:rPr>
          <w:rFonts w:ascii="garamond" w:hAnsi="garamond"/>
          <w:sz w:val="26"/>
        </w:rPr>
        <w:t xml:space="preserve">"Absolutely," he said. "But </w:t>
      </w:r>
      <w:r w:rsidR="00AB7685">
        <w:rPr>
          <w:rFonts w:ascii="garamond" w:hAnsi="garamond"/>
          <w:sz w:val="26"/>
        </w:rPr>
        <w:t>I am concerned it may slip away</w:t>
      </w:r>
      <w:r>
        <w:rPr>
          <w:rFonts w:ascii="garamond" w:hAnsi="garamond"/>
          <w:sz w:val="26"/>
        </w:rPr>
        <w:t>."</w:t>
      </w:r>
    </w:p>
    <w:p w14:paraId="6904F2FE" w14:textId="490628A1" w:rsidR="005B5ADD" w:rsidRPr="00132D8A" w:rsidRDefault="005B5ADD" w:rsidP="005B5ADD">
      <w:pPr>
        <w:rPr>
          <w:rFonts w:ascii="garamond" w:hAnsi="garamond"/>
          <w:color w:val="000000"/>
          <w:sz w:val="26"/>
          <w:szCs w:val="26"/>
        </w:rPr>
      </w:pPr>
      <w:r>
        <w:rPr>
          <w:rFonts w:ascii="garamond" w:hAnsi="garamond"/>
          <w:sz w:val="26"/>
        </w:rPr>
        <w:t xml:space="preserve">I stood up and extended my arm. "Shake my </w:t>
      </w:r>
      <w:r w:rsidR="000D6747">
        <w:rPr>
          <w:rFonts w:ascii="garamond" w:hAnsi="garamond"/>
          <w:sz w:val="26"/>
        </w:rPr>
        <w:t>hand</w:t>
      </w:r>
      <w:r>
        <w:rPr>
          <w:rFonts w:ascii="garamond" w:hAnsi="garamond"/>
          <w:sz w:val="26"/>
        </w:rPr>
        <w:t xml:space="preserve"> on this. If you commit to staying, you will be in the EM seat in three days."</w:t>
      </w:r>
    </w:p>
    <w:p w14:paraId="7DEAD742" w14:textId="77777777" w:rsidR="005B5ADD" w:rsidRPr="00132D8A" w:rsidRDefault="005B5ADD" w:rsidP="005B5ADD">
      <w:pPr>
        <w:rPr>
          <w:rFonts w:ascii="garamond" w:hAnsi="garamond"/>
          <w:color w:val="000000"/>
          <w:sz w:val="26"/>
          <w:szCs w:val="26"/>
        </w:rPr>
      </w:pPr>
      <w:r>
        <w:rPr>
          <w:rFonts w:ascii="garamond" w:hAnsi="garamond"/>
          <w:sz w:val="26"/>
        </w:rPr>
        <w:t>Carey stood and took it. "Now I can take that to the bank."</w:t>
      </w:r>
    </w:p>
    <w:p w14:paraId="3550E8C7" w14:textId="77777777" w:rsidR="005B5ADD" w:rsidRPr="00132D8A" w:rsidRDefault="005B5ADD" w:rsidP="005B5ADD">
      <w:pPr>
        <w:rPr>
          <w:rFonts w:ascii="garamond" w:hAnsi="garamond"/>
          <w:color w:val="000000"/>
          <w:sz w:val="26"/>
          <w:szCs w:val="26"/>
        </w:rPr>
      </w:pPr>
      <w:r>
        <w:rPr>
          <w:rFonts w:ascii="garamond" w:hAnsi="garamond"/>
          <w:sz w:val="26"/>
        </w:rPr>
        <w:lastRenderedPageBreak/>
        <w:t>Cheryl said, "Honey, please shake Marwan's hand." He already had. We congratulated him. I told him to decline the offer that evening, and to take Cheryl to dinner on me.</w:t>
      </w:r>
    </w:p>
    <w:p w14:paraId="7BFEE00C" w14:textId="3B3EDAE6" w:rsidR="005B5ADD" w:rsidRPr="00132D8A" w:rsidRDefault="005B5ADD" w:rsidP="005B5ADD">
      <w:pPr>
        <w:rPr>
          <w:rFonts w:ascii="garamond" w:hAnsi="garamond"/>
          <w:color w:val="000000"/>
          <w:sz w:val="26"/>
          <w:szCs w:val="26"/>
        </w:rPr>
      </w:pPr>
      <w:r>
        <w:rPr>
          <w:rFonts w:ascii="garamond" w:hAnsi="garamond"/>
          <w:sz w:val="26"/>
        </w:rPr>
        <w:t>The rest was history. There was a man's value, honestly told to the two people who measured it most accurately — the firm that had watched him for thirteen years, and the wife who knew him longer than that.</w:t>
      </w:r>
    </w:p>
    <w:p w14:paraId="7C934AA2" w14:textId="312C79B5" w:rsidR="005B5ADD" w:rsidRPr="00132D8A" w:rsidRDefault="00167E6F" w:rsidP="005B5ADD">
      <w:pPr>
        <w:rPr>
          <w:rFonts w:ascii="garamond" w:hAnsi="garamond"/>
          <w:color w:val="000000"/>
          <w:sz w:val="26"/>
          <w:szCs w:val="26"/>
        </w:rPr>
      </w:pPr>
      <w:r>
        <w:rPr>
          <w:rFonts w:ascii="garamond" w:hAnsi="garamond"/>
          <w:color w:val="000000"/>
          <w:sz w:val="26"/>
          <w:szCs w:val="26"/>
        </w:rPr>
        <w:t>Several y</w:t>
      </w:r>
      <w:r w:rsidR="005B5ADD" w:rsidRPr="00132D8A">
        <w:rPr>
          <w:rFonts w:ascii="garamond" w:hAnsi="garamond"/>
          <w:color w:val="000000"/>
          <w:sz w:val="26"/>
          <w:szCs w:val="26"/>
        </w:rPr>
        <w:t xml:space="preserve">ears later, when Coley told </w:t>
      </w:r>
      <w:r>
        <w:rPr>
          <w:rFonts w:ascii="garamond" w:hAnsi="garamond"/>
          <w:color w:val="000000"/>
          <w:sz w:val="26"/>
          <w:szCs w:val="26"/>
        </w:rPr>
        <w:t>Carey</w:t>
      </w:r>
      <w:r w:rsidR="005B5ADD" w:rsidRPr="00132D8A">
        <w:rPr>
          <w:rFonts w:ascii="garamond" w:hAnsi="garamond"/>
          <w:color w:val="000000"/>
          <w:sz w:val="26"/>
          <w:szCs w:val="26"/>
        </w:rPr>
        <w:t xml:space="preserve"> I was leaving Citi</w:t>
      </w:r>
      <w:r>
        <w:rPr>
          <w:rFonts w:ascii="garamond" w:hAnsi="garamond"/>
          <w:color w:val="000000"/>
          <w:sz w:val="26"/>
          <w:szCs w:val="26"/>
        </w:rPr>
        <w:t>group</w:t>
      </w:r>
      <w:r w:rsidR="005B5ADD" w:rsidRPr="00132D8A">
        <w:rPr>
          <w:rFonts w:ascii="garamond" w:hAnsi="garamond"/>
          <w:color w:val="000000"/>
          <w:sz w:val="26"/>
          <w:szCs w:val="26"/>
        </w:rPr>
        <w:t>, Carey said: “You do know that I stayed here because of Marwan.”</w:t>
      </w:r>
    </w:p>
    <w:p w14:paraId="39A31B31"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That is the only performance review that matters. Not the formal kind. The kind given by people who decide to stay.</w:t>
      </w:r>
    </w:p>
    <w:p w14:paraId="415707AF" w14:textId="0D8E844F"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It happened more than once. There was a Tuesday afternoon — Investment Banking was about to lose two strong coverage MD’s to a competitor. Their boss called me in despair. Coley had suggested I might be able to help. I knew the two men casually. They walked into my office at 3 p.m. I told them we were staying in that room until they changed their minds. By 5 p.m., it was done — a phone call to my office, calls back to their own offices, an unbelievable thank-you from the bank and from Coley.</w:t>
      </w:r>
    </w:p>
    <w:p w14:paraId="42CE9918" w14:textId="6B33880F"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A primary function </w:t>
      </w:r>
      <w:r w:rsidR="003B58C7">
        <w:rPr>
          <w:rFonts w:ascii="garamond" w:hAnsi="garamond"/>
          <w:color w:val="000000"/>
          <w:sz w:val="26"/>
          <w:szCs w:val="26"/>
        </w:rPr>
        <w:t>of my</w:t>
      </w:r>
      <w:r w:rsidRPr="00132D8A">
        <w:rPr>
          <w:rFonts w:ascii="garamond" w:hAnsi="garamond"/>
          <w:color w:val="000000"/>
          <w:sz w:val="26"/>
          <w:szCs w:val="26"/>
        </w:rPr>
        <w:t xml:space="preserve"> role was to stabilize and retain good talent. </w:t>
      </w:r>
      <w:r w:rsidR="00BD6FAA">
        <w:rPr>
          <w:rFonts w:ascii="garamond" w:hAnsi="garamond"/>
          <w:color w:val="000000"/>
          <w:sz w:val="26"/>
          <w:szCs w:val="26"/>
        </w:rPr>
        <w:t xml:space="preserve">I did it out of conviction and honesty. That was why I was successful at it. </w:t>
      </w:r>
      <w:r w:rsidRPr="00132D8A">
        <w:rPr>
          <w:rFonts w:ascii="garamond" w:hAnsi="garamond"/>
          <w:color w:val="000000"/>
          <w:sz w:val="26"/>
          <w:szCs w:val="26"/>
        </w:rPr>
        <w:t xml:space="preserve">In my years at SSB, </w:t>
      </w:r>
      <w:r w:rsidR="00BD6FAA">
        <w:rPr>
          <w:rFonts w:ascii="garamond" w:hAnsi="garamond"/>
          <w:color w:val="000000"/>
          <w:sz w:val="26"/>
          <w:szCs w:val="26"/>
        </w:rPr>
        <w:t>I</w:t>
      </w:r>
      <w:r w:rsidRPr="00132D8A">
        <w:rPr>
          <w:rFonts w:ascii="garamond" w:hAnsi="garamond"/>
          <w:color w:val="000000"/>
          <w:sz w:val="26"/>
          <w:szCs w:val="26"/>
        </w:rPr>
        <w:t xml:space="preserve"> estimate</w:t>
      </w:r>
      <w:r w:rsidR="00BD6FAA">
        <w:rPr>
          <w:rFonts w:ascii="garamond" w:hAnsi="garamond"/>
          <w:color w:val="000000"/>
          <w:sz w:val="26"/>
          <w:szCs w:val="26"/>
        </w:rPr>
        <w:t xml:space="preserve"> </w:t>
      </w:r>
      <w:r w:rsidRPr="00132D8A">
        <w:rPr>
          <w:rFonts w:ascii="garamond" w:hAnsi="garamond"/>
          <w:color w:val="000000"/>
          <w:sz w:val="26"/>
          <w:szCs w:val="26"/>
        </w:rPr>
        <w:t>that I kept s</w:t>
      </w:r>
      <w:r w:rsidR="00BD6FAA">
        <w:rPr>
          <w:rFonts w:ascii="garamond" w:hAnsi="garamond"/>
          <w:color w:val="000000"/>
          <w:sz w:val="26"/>
          <w:szCs w:val="26"/>
        </w:rPr>
        <w:t>ix</w:t>
      </w:r>
      <w:r w:rsidRPr="00132D8A">
        <w:rPr>
          <w:rFonts w:ascii="garamond" w:hAnsi="garamond"/>
          <w:color w:val="000000"/>
          <w:sz w:val="26"/>
          <w:szCs w:val="26"/>
        </w:rPr>
        <w:t xml:space="preserve"> or </w:t>
      </w:r>
      <w:r w:rsidR="00BD6FAA">
        <w:rPr>
          <w:rFonts w:ascii="garamond" w:hAnsi="garamond"/>
          <w:color w:val="000000"/>
          <w:sz w:val="26"/>
          <w:szCs w:val="26"/>
        </w:rPr>
        <w:t>seven</w:t>
      </w:r>
      <w:r w:rsidRPr="00132D8A">
        <w:rPr>
          <w:rFonts w:ascii="garamond" w:hAnsi="garamond"/>
          <w:color w:val="000000"/>
          <w:sz w:val="26"/>
          <w:szCs w:val="26"/>
        </w:rPr>
        <w:t xml:space="preserve"> out of every ten colleagues who were looking to leave for a competitor.</w:t>
      </w:r>
      <w:r w:rsidR="00BD6FAA">
        <w:rPr>
          <w:rFonts w:ascii="garamond" w:hAnsi="garamond"/>
          <w:color w:val="000000"/>
          <w:sz w:val="26"/>
          <w:szCs w:val="26"/>
        </w:rPr>
        <w:t xml:space="preserve"> Competitors began developing strategies to neutralize the ‘Marwan factor’ when recruiting our employees.</w:t>
      </w:r>
    </w:p>
    <w:p w14:paraId="0AD4035E"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None of this was visible at home.</w:t>
      </w:r>
    </w:p>
    <w:p w14:paraId="0291D1DE" w14:textId="2A8CA9C4"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Carole did not visit the floor. She did not know Carey. She had no interest in the work. It was abstract to her — it produced money, calendars, tax filings, the apartment, the trips — but it did not produce a picture of who I was. The men and women in CMG could have answered that question. The woman I lived with could not </w:t>
      </w:r>
      <w:r w:rsidR="00BD6FAA" w:rsidRPr="00132D8A">
        <w:rPr>
          <w:rFonts w:ascii="garamond" w:hAnsi="garamond"/>
          <w:color w:val="000000"/>
          <w:sz w:val="26"/>
          <w:szCs w:val="26"/>
        </w:rPr>
        <w:t>have and</w:t>
      </w:r>
      <w:r w:rsidRPr="00132D8A">
        <w:rPr>
          <w:rFonts w:ascii="garamond" w:hAnsi="garamond"/>
          <w:color w:val="000000"/>
          <w:sz w:val="26"/>
          <w:szCs w:val="26"/>
        </w:rPr>
        <w:t xml:space="preserve"> would not have tried.</w:t>
      </w:r>
    </w:p>
    <w:p w14:paraId="2F2CE546" w14:textId="23466E54"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Whatever instincts had kept the floor stable for fifteen years did not transfer across the threshold of the apartment. </w:t>
      </w:r>
      <w:r w:rsidR="003B58C7" w:rsidRPr="00132D8A">
        <w:rPr>
          <w:rFonts w:ascii="garamond" w:hAnsi="garamond"/>
          <w:color w:val="000000"/>
          <w:sz w:val="26"/>
          <w:szCs w:val="26"/>
        </w:rPr>
        <w:t xml:space="preserve">The loyalty </w:t>
      </w:r>
      <w:r w:rsidR="00BD6FAA">
        <w:rPr>
          <w:rFonts w:ascii="garamond" w:hAnsi="garamond"/>
          <w:color w:val="000000"/>
          <w:sz w:val="26"/>
          <w:szCs w:val="26"/>
        </w:rPr>
        <w:t>I developed under me at CMG was not available at home because no one there</w:t>
      </w:r>
      <w:r w:rsidR="003B58C7" w:rsidRPr="00132D8A">
        <w:rPr>
          <w:rFonts w:ascii="garamond" w:hAnsi="garamond"/>
          <w:color w:val="000000"/>
          <w:sz w:val="26"/>
          <w:szCs w:val="26"/>
        </w:rPr>
        <w:t xml:space="preserve"> was watching.</w:t>
      </w:r>
      <w:r w:rsidR="003B58C7">
        <w:rPr>
          <w:rFonts w:ascii="garamond" w:hAnsi="garamond"/>
          <w:color w:val="000000"/>
          <w:sz w:val="26"/>
          <w:szCs w:val="26"/>
        </w:rPr>
        <w:t xml:space="preserve"> </w:t>
      </w:r>
      <w:r w:rsidRPr="00132D8A">
        <w:rPr>
          <w:rFonts w:ascii="garamond" w:hAnsi="garamond"/>
          <w:color w:val="000000"/>
          <w:sz w:val="26"/>
          <w:szCs w:val="26"/>
        </w:rPr>
        <w:t xml:space="preserve">The maestro lost his baton at the door. </w:t>
      </w:r>
    </w:p>
    <w:p w14:paraId="74A9FDC8" w14:textId="06D701C1"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There was always the right room</w:t>
      </w:r>
      <w:r w:rsidR="00AB7685">
        <w:rPr>
          <w:rFonts w:ascii="garamond" w:hAnsi="garamond"/>
          <w:color w:val="000000"/>
          <w:sz w:val="26"/>
          <w:szCs w:val="26"/>
        </w:rPr>
        <w:t xml:space="preserve"> at work</w:t>
      </w:r>
      <w:r w:rsidRPr="00132D8A">
        <w:rPr>
          <w:rFonts w:ascii="garamond" w:hAnsi="garamond"/>
          <w:color w:val="000000"/>
          <w:sz w:val="26"/>
          <w:szCs w:val="26"/>
        </w:rPr>
        <w:t>.</w:t>
      </w:r>
      <w:r w:rsidR="00AB7685">
        <w:rPr>
          <w:rFonts w:ascii="garamond" w:hAnsi="garamond"/>
          <w:color w:val="000000"/>
          <w:sz w:val="26"/>
          <w:szCs w:val="26"/>
        </w:rPr>
        <w:t xml:space="preserve"> </w:t>
      </w:r>
      <w:r w:rsidRPr="00132D8A">
        <w:rPr>
          <w:rFonts w:ascii="garamond" w:hAnsi="garamond"/>
          <w:color w:val="000000"/>
          <w:sz w:val="26"/>
          <w:szCs w:val="26"/>
        </w:rPr>
        <w:t>Just never the right one at home.</w:t>
      </w:r>
    </w:p>
    <w:p w14:paraId="63432790" w14:textId="7FF323D3" w:rsidR="005B5ADD" w:rsidRPr="00AB7685" w:rsidRDefault="005B5ADD" w:rsidP="005B5ADD">
      <w:pPr>
        <w:rPr>
          <w:rFonts w:ascii="garamond" w:hAnsi="garamond"/>
          <w:b/>
          <w:bCs/>
          <w:color w:val="000000"/>
          <w:sz w:val="26"/>
          <w:szCs w:val="26"/>
        </w:rPr>
      </w:pPr>
      <w:r w:rsidRPr="00132D8A">
        <w:rPr>
          <w:rFonts w:ascii="garamond" w:hAnsi="garamond"/>
          <w:b/>
          <w:bCs/>
          <w:color w:val="000000"/>
          <w:sz w:val="26"/>
          <w:szCs w:val="26"/>
        </w:rPr>
        <w:lastRenderedPageBreak/>
        <w:t>CHAPTER 23 — FAMILY HURTS, MONEY MATTERS</w:t>
      </w:r>
      <w:r w:rsidRPr="00132D8A">
        <w:rPr>
          <w:rFonts w:ascii="garamond" w:hAnsi="garamond"/>
          <w:color w:val="000000"/>
          <w:sz w:val="26"/>
          <w:szCs w:val="26"/>
        </w:rPr>
        <w:br/>
      </w:r>
      <w:r w:rsidRPr="00132D8A">
        <w:rPr>
          <w:rFonts w:ascii="garamond" w:hAnsi="garamond"/>
          <w:b/>
          <w:bCs/>
          <w:color w:val="000000"/>
          <w:sz w:val="26"/>
          <w:szCs w:val="26"/>
        </w:rPr>
        <w:t>Money Was Never The Issue. Respect Was.</w:t>
      </w:r>
    </w:p>
    <w:p w14:paraId="225198DB"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My brother Walid held my power of attorney. Carole’s stepfather, Arfan, held the same for her. Walid, my father Adib, and Arfan sat in a Beirut lawyer’s office surrounded by paperwork and witnesses while Carole and I were in New York — furious before the call even began. I was trying to buy dignity for my parents, reduced to a voice on speakerphone.</w:t>
      </w:r>
    </w:p>
    <w:p w14:paraId="2F61BF5C"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Six months earlier, when I told Carole I wanted to buy my parents an apartment, she objected immediately — absurd, no son does that, what is wrong with their apartment, as if generosity were a character flaw. Not about square footage or resale value: about aging with dignity, light, safety, comfort, respect. The argument dragged on for months, persuasion attempted as if it were the currency of marriage.</w:t>
      </w:r>
    </w:p>
    <w:p w14:paraId="53F6EFEE"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Eventually, I stopped negotiating. The purchase would happen whether she approved or not. Her consent arrived packaged as a demand: she wanted the apartment titled in both our names — not my parents’ — and she wanted her step-father, Arfan, at the closing to make sure it stayed that way. I stared at her, waiting for a smile that would tell me she was joking. She wasn’t. I called Walid, embarrassed and unsure how to relay the request without insult. I blurted it out. Walid tried to calm me down. “Let Arfan come. We’ll get it done.”</w:t>
      </w:r>
    </w:p>
    <w:p w14:paraId="435F708D"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When the deed was presented, my name and Carole’s were listed as owners, with my parents granted only a Lifetime Right of Occupancy Agreement. They could live there until they died. My parents — the mother and father I was trying to honor — had no legal ownership of the home I was buying for them.</w:t>
      </w:r>
    </w:p>
    <w:p w14:paraId="3F6DAB1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On the conference call, watching Carole for a flinch — an eyebrow, a glance, any sign she knew this was grotesque. Nothing. She nodded as if this were the normal outcome of a normal marriage. My head throbbed. Not confused by the paperwork. Reeling from the moral universe it revealed.</w:t>
      </w:r>
    </w:p>
    <w:p w14:paraId="6D48567B"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By then, I had learned something about money in Carole’s family: it wasn’t a tool. It was a lever.</w:t>
      </w:r>
    </w:p>
    <w:p w14:paraId="0B2AAC71"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A week later, at our kitchen table, I wrote a check to a charity. I’d been doing that my entire adult life without ceremony. Carole saw it and said, flatly, that generosity was a waste of money. I folded the check and slid it into my inner jacket pocket like </w:t>
      </w:r>
      <w:r w:rsidRPr="00132D8A">
        <w:rPr>
          <w:rFonts w:ascii="garamond" w:hAnsi="garamond"/>
          <w:color w:val="000000"/>
          <w:sz w:val="26"/>
          <w:szCs w:val="26"/>
        </w:rPr>
        <w:lastRenderedPageBreak/>
        <w:t>contraband. It wasn’t the amount. It was the message: you don’t get to be that person in this house.</w:t>
      </w:r>
    </w:p>
    <w:p w14:paraId="67B7FB74" w14:textId="77777777" w:rsidR="00F25FEF" w:rsidRDefault="005B5ADD" w:rsidP="005B5ADD">
      <w:pPr>
        <w:rPr>
          <w:rFonts w:ascii="garamond" w:hAnsi="garamond"/>
          <w:color w:val="000000"/>
          <w:sz w:val="26"/>
          <w:szCs w:val="26"/>
        </w:rPr>
      </w:pPr>
      <w:r w:rsidRPr="00132D8A">
        <w:rPr>
          <w:rFonts w:ascii="garamond" w:hAnsi="garamond"/>
          <w:color w:val="000000"/>
          <w:sz w:val="26"/>
          <w:szCs w:val="26"/>
        </w:rPr>
        <w:t xml:space="preserve">Carole’s family taught me one lesson about money. </w:t>
      </w:r>
    </w:p>
    <w:p w14:paraId="72B346A1" w14:textId="439D1C23"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My mother taught me another.</w:t>
      </w:r>
      <w:r w:rsidR="00F25FEF">
        <w:rPr>
          <w:rFonts w:ascii="garamond" w:hAnsi="garamond"/>
          <w:color w:val="000000"/>
          <w:sz w:val="26"/>
          <w:szCs w:val="26"/>
        </w:rPr>
        <w:t xml:space="preserve"> She once </w:t>
      </w:r>
      <w:r w:rsidRPr="00132D8A">
        <w:rPr>
          <w:rFonts w:ascii="garamond" w:hAnsi="garamond"/>
          <w:color w:val="000000"/>
          <w:sz w:val="26"/>
          <w:szCs w:val="26"/>
        </w:rPr>
        <w:t>delivered the sentence that landed like a brick. When I mentioned a car I was thinking of getting them, she said, “If your brother had the money, we would have had a nice car a year ago.”</w:t>
      </w:r>
    </w:p>
    <w:p w14:paraId="62A97CB5"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There are sentences you can’t unhear. They lodge.</w:t>
      </w:r>
    </w:p>
    <w:p w14:paraId="1B220D17" w14:textId="38D288DD"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Once, in the middle of an ordinary conversation, my mother told me, “Your father and I didn’t think you would be the one to make it. We always thought your brother Walid would.”</w:t>
      </w:r>
    </w:p>
    <w:p w14:paraId="045CDCF6"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Both sentences hit simultaneously, from directions I had not expected to be attacked from at the same time. Carole was fighting me on the house. My mother was telling me that my brother would have bought them a car already. I had tears in my eyes, and I didn’t know where to put them, but I kept them invisible.</w:t>
      </w:r>
    </w:p>
    <w:p w14:paraId="7995864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My first instinct was to blame Carole. If she hadn’t delayed, objected to my purchase, or inserted Arfan into the apartment closing, my mother’s sentence would never have existed. The apartment would have been bought in my parents’ name, the car would have been bought, and my mother would have had nothing to compare. That was a factual reading, and I believed it.</w:t>
      </w:r>
    </w:p>
    <w:p w14:paraId="784D6BD8"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But I also knew my mother. She is an intelligent woman who knows her children’s dispositions better than anyone. What she said was not uninformed. It was a comparison she had been holding for some time, and she chose to release it. I blamed her for that, too. And then I stopped, because I couldn’t afford not to.</w:t>
      </w:r>
    </w:p>
    <w:p w14:paraId="4D2F28B1"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This was not Wall Street. This was Mean Street. On Wall Street, the rules are brutal but legible. On Mean Street, the attacks come from both directions at once, and there are no corners to retreat to. Carole says no house. My mother says Walid would have already bought it. Two people I loved, each landing a blow from a different angle, their damage diluting each other, leaving me with nothing clean to hold and no one safe to blame. If I turned on Carole, my mother’s sentence would still be lodged. If I turned on my mother, I would be fighting on two fronts with no one in my corner. I would be orphaned. There was only one thing to do. I absorbed both, let them cancel each other out, and kept going.</w:t>
      </w:r>
    </w:p>
    <w:p w14:paraId="2538E57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What I didn’t tell my mother — what I kept to myself — was this: I believed it would be Walid too. I truly did. As my older brother, I expected him to be the successful one. But it’s not Walid. It’s me. I needed her to be kind to me. I didn’t voice this harsh truth, but it touched me deeply.</w:t>
      </w:r>
    </w:p>
    <w:p w14:paraId="12C7036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In late 2000, Alan and Arfan decided to start an auto parts import-export business with no capital. Twenty banks declined. Arfan’s wealthy friends declined. Then Arfan called and asked for a private meeting.</w:t>
      </w:r>
    </w:p>
    <w:p w14:paraId="77DA8113" w14:textId="4D3BA5DB"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He arrived with a pitch circular </w:t>
      </w:r>
      <w:r w:rsidR="00B70FC3">
        <w:rPr>
          <w:rFonts w:ascii="garamond" w:hAnsi="garamond"/>
          <w:color w:val="000000"/>
          <w:sz w:val="26"/>
          <w:szCs w:val="26"/>
        </w:rPr>
        <w:t>that</w:t>
      </w:r>
      <w:r w:rsidRPr="00132D8A">
        <w:rPr>
          <w:rFonts w:ascii="garamond" w:hAnsi="garamond"/>
          <w:color w:val="000000"/>
          <w:sz w:val="26"/>
          <w:szCs w:val="26"/>
        </w:rPr>
        <w:t xml:space="preserve"> appeared to include optimistic projections, high expenses, and rosy expectations </w:t>
      </w:r>
      <w:r w:rsidR="00B70FC3">
        <w:rPr>
          <w:rFonts w:ascii="garamond" w:hAnsi="garamond"/>
          <w:color w:val="000000"/>
          <w:sz w:val="26"/>
          <w:szCs w:val="26"/>
        </w:rPr>
        <w:t>for</w:t>
      </w:r>
      <w:r w:rsidRPr="00132D8A">
        <w:rPr>
          <w:rFonts w:ascii="garamond" w:hAnsi="garamond"/>
          <w:color w:val="000000"/>
          <w:sz w:val="26"/>
          <w:szCs w:val="26"/>
        </w:rPr>
        <w:t xml:space="preserve"> Middle East expansion. I swallowed my skepticism, but one issue caught my attention immediately. “How much capital are you investing?”</w:t>
      </w:r>
    </w:p>
    <w:p w14:paraId="14969D0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Arfan looked at me as if I had asked him to speak Mandarin. “We’re not putting in capital. We’re investing sweat equity.” It was an auto-parts business, not a tech startup. Without their own investment, no rational lender would join.</w:t>
      </w:r>
    </w:p>
    <w:p w14:paraId="711206CD" w14:textId="386CD393"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stakes were real. Alan had quit his job two years earlier. Without financing, there was a distinct possibility they would have to relocate to Beirut. The loan was a game-changer. I financed the entire venture: a seven-figure unsecured loan at 3% interest</w:t>
      </w:r>
      <w:r w:rsidR="00B70FC3">
        <w:rPr>
          <w:rFonts w:ascii="garamond" w:hAnsi="garamond"/>
          <w:color w:val="000000"/>
          <w:sz w:val="26"/>
          <w:szCs w:val="26"/>
        </w:rPr>
        <w:t xml:space="preserve"> without any equity</w:t>
      </w:r>
      <w:r w:rsidRPr="00132D8A">
        <w:rPr>
          <w:rFonts w:ascii="garamond" w:hAnsi="garamond"/>
          <w:color w:val="000000"/>
          <w:sz w:val="26"/>
          <w:szCs w:val="26"/>
        </w:rPr>
        <w:t>, wh</w:t>
      </w:r>
      <w:r w:rsidR="00B70FC3">
        <w:rPr>
          <w:rFonts w:ascii="garamond" w:hAnsi="garamond"/>
          <w:color w:val="000000"/>
          <w:sz w:val="26"/>
          <w:szCs w:val="26"/>
        </w:rPr>
        <w:t>en</w:t>
      </w:r>
      <w:r w:rsidRPr="00132D8A">
        <w:rPr>
          <w:rFonts w:ascii="garamond" w:hAnsi="garamond"/>
          <w:color w:val="000000"/>
          <w:sz w:val="26"/>
          <w:szCs w:val="26"/>
        </w:rPr>
        <w:t xml:space="preserve"> market terms would have been in the mid-to-high teens with </w:t>
      </w:r>
      <w:r w:rsidR="00B70FC3">
        <w:rPr>
          <w:rFonts w:ascii="garamond" w:hAnsi="garamond"/>
          <w:color w:val="000000"/>
          <w:sz w:val="26"/>
          <w:szCs w:val="26"/>
        </w:rPr>
        <w:t xml:space="preserve">significant </w:t>
      </w:r>
      <w:r w:rsidRPr="00132D8A">
        <w:rPr>
          <w:rFonts w:ascii="garamond" w:hAnsi="garamond"/>
          <w:color w:val="000000"/>
          <w:sz w:val="26"/>
          <w:szCs w:val="26"/>
        </w:rPr>
        <w:t>equity attached. Alan nearly hyperventilated when we signed. Arfan was outstandingly gracious.</w:t>
      </w:r>
    </w:p>
    <w:p w14:paraId="5B9BE5B3"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What stunned me wasn’t the risk. The absence of gratitude — the flat expectation that I should provide because I could. That was the thing.</w:t>
      </w:r>
    </w:p>
    <w:p w14:paraId="34721A71" w14:textId="77777777" w:rsidR="00B70FC3" w:rsidRDefault="005B5ADD" w:rsidP="005B5ADD">
      <w:pPr>
        <w:rPr>
          <w:rFonts w:ascii="garamond" w:hAnsi="garamond"/>
          <w:color w:val="000000"/>
          <w:sz w:val="26"/>
          <w:szCs w:val="26"/>
        </w:rPr>
      </w:pPr>
      <w:r w:rsidRPr="00132D8A">
        <w:rPr>
          <w:rFonts w:ascii="garamond" w:hAnsi="garamond"/>
          <w:color w:val="000000"/>
          <w:sz w:val="26"/>
          <w:szCs w:val="26"/>
        </w:rPr>
        <w:t xml:space="preserve">Soon after, Greta heard through Carole that the loan carried interest. The interest was simple: to make the loan eligible for tax purposes. Greta’s reaction was immediate: “Family should never charge interest to family.” </w:t>
      </w:r>
    </w:p>
    <w:p w14:paraId="06C7EE34" w14:textId="41FD7B5B"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Carole confronted me angrily. In one moment, I went from savior to villain. No acknowledgment of the risk. No recognition that twenty banks had rejected them. I returned the payments — not because they were right, but because the fight wasn’t worth the oxygen.</w:t>
      </w:r>
    </w:p>
    <w:p w14:paraId="3F0A0321" w14:textId="1C645CB9"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Their business succeeded over a three-year period. They repaid the loan in full. Alan purchased a three-story, five-bedroom home in Princeton. Arfan</w:t>
      </w:r>
      <w:r w:rsidR="00B70FC3">
        <w:rPr>
          <w:rFonts w:ascii="garamond" w:hAnsi="garamond"/>
          <w:color w:val="000000"/>
          <w:sz w:val="26"/>
          <w:szCs w:val="26"/>
        </w:rPr>
        <w:t xml:space="preserve"> and Greta</w:t>
      </w:r>
      <w:r w:rsidRPr="00132D8A">
        <w:rPr>
          <w:rFonts w:ascii="garamond" w:hAnsi="garamond"/>
          <w:color w:val="000000"/>
          <w:sz w:val="26"/>
          <w:szCs w:val="26"/>
        </w:rPr>
        <w:t xml:space="preserve"> bought a one-bedroom apartment on the 72nd floor of a luxury tower on the East River, with </w:t>
      </w:r>
      <w:r w:rsidRPr="00132D8A">
        <w:rPr>
          <w:rFonts w:ascii="garamond" w:hAnsi="garamond"/>
          <w:color w:val="000000"/>
          <w:sz w:val="26"/>
          <w:szCs w:val="26"/>
        </w:rPr>
        <w:lastRenderedPageBreak/>
        <w:t>panoramic views. No one thanked me. The first time I visited, Greta walked me through it like a real estate agent</w:t>
      </w:r>
      <w:r w:rsidR="00B70FC3">
        <w:rPr>
          <w:rFonts w:ascii="garamond" w:hAnsi="garamond"/>
          <w:color w:val="000000"/>
          <w:sz w:val="26"/>
          <w:szCs w:val="26"/>
        </w:rPr>
        <w:t>, showing me the river views</w:t>
      </w:r>
      <w:r w:rsidRPr="00132D8A">
        <w:rPr>
          <w:rFonts w:ascii="garamond" w:hAnsi="garamond"/>
          <w:color w:val="000000"/>
          <w:sz w:val="26"/>
          <w:szCs w:val="26"/>
        </w:rPr>
        <w:t>. Arfan talked about th</w:t>
      </w:r>
      <w:r w:rsidR="00B70FC3">
        <w:rPr>
          <w:rFonts w:ascii="garamond" w:hAnsi="garamond"/>
          <w:color w:val="000000"/>
          <w:sz w:val="26"/>
          <w:szCs w:val="26"/>
        </w:rPr>
        <w:t>e exercise facilities and the rooftop swimming pool</w:t>
      </w:r>
      <w:r w:rsidRPr="00132D8A">
        <w:rPr>
          <w:rFonts w:ascii="garamond" w:hAnsi="garamond"/>
          <w:color w:val="000000"/>
          <w:sz w:val="26"/>
          <w:szCs w:val="26"/>
        </w:rPr>
        <w:t>. Alan described how hard he’d worked, how stressful it had been, how he’d made it happen. I stood there smiling, holding a glass of water, listening to a success story financed by my willingness to avoid conflict.</w:t>
      </w:r>
    </w:p>
    <w:p w14:paraId="7E26D25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On the drive back to the city from Alan’s house, betrayal turned into discipline — the way it always did. A duty, I told myself. It was what family meant.</w:t>
      </w:r>
    </w:p>
    <w:p w14:paraId="32604D24"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By then, Arfan had his tower apartment, and Alan had his Princeton home. And still, when I suggested buying my parents a robust 4x4 luxury SUV with a hired driver for Lebanon’s antiquated roads, Carole opposed it again. She called it inappropriate and criticized my parents privately, which enraged me. We argued late one night in the kitchen, the apartment dark except for the stove clock.</w:t>
      </w:r>
    </w:p>
    <w:p w14:paraId="337C296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Carole said my parents were fine, that they’d figure it out, that it wasn’t our responsibility to upgrade their lives every time they needed us. Then she pivoted — smooth, practiced — to her own parents’ needs. The blindness of it was total. I earned all the money. The total assistance I provided to her family was on par with what I provided to mine. I didn’t say what I wanted to say. I swallowed it, carried the resentment to work the next morning, and turned it into productivity.</w:t>
      </w:r>
    </w:p>
    <w:p w14:paraId="3D4C5D2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purchased the SUV for my parents. That’s what I did when pain arrived: I priced it, hedged it, and moved on.</w:t>
      </w:r>
    </w:p>
    <w:p w14:paraId="359DB49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Whenever any relative on my paternal side needed financial support, my father asked me to help. The answer was always positive, even to some I did not know personally. I carried that branch of the family. The Patriarch role also extended to my maternal side of the family, where I supported several cousins and aunts without equivocation. My mother was the one who asked for assistance.</w:t>
      </w:r>
    </w:p>
    <w:p w14:paraId="7E2623DA"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Carole and I married in July 1992; she knew I was helping my parents financially on an episodic basis. When my father lost his job in early 1993 and my assistance to him increased, my role became more structural. With time, the philanthropy I carried across my family spilled over into hers in tangible ways.</w:t>
      </w:r>
    </w:p>
    <w:p w14:paraId="183A4CF9" w14:textId="35E6B8ED" w:rsidR="005B5ADD" w:rsidRPr="00132D8A" w:rsidRDefault="00B70FC3" w:rsidP="005B5ADD">
      <w:pPr>
        <w:rPr>
          <w:rFonts w:ascii="garamond" w:hAnsi="garamond"/>
          <w:color w:val="000000"/>
          <w:sz w:val="26"/>
          <w:szCs w:val="26"/>
        </w:rPr>
      </w:pPr>
      <w:r>
        <w:rPr>
          <w:rFonts w:ascii="garamond" w:hAnsi="garamond"/>
          <w:color w:val="000000"/>
          <w:sz w:val="26"/>
          <w:szCs w:val="26"/>
        </w:rPr>
        <w:t>Carole’s</w:t>
      </w:r>
      <w:r w:rsidR="005B5ADD" w:rsidRPr="00132D8A">
        <w:rPr>
          <w:rFonts w:ascii="garamond" w:hAnsi="garamond"/>
          <w:color w:val="000000"/>
          <w:sz w:val="26"/>
          <w:szCs w:val="26"/>
        </w:rPr>
        <w:t xml:space="preserve"> parents and her brother were generously assisted</w:t>
      </w:r>
      <w:r w:rsidR="00D21ED8">
        <w:rPr>
          <w:rFonts w:ascii="garamond" w:hAnsi="garamond"/>
          <w:color w:val="000000"/>
          <w:sz w:val="26"/>
          <w:szCs w:val="26"/>
        </w:rPr>
        <w:t xml:space="preserve">. </w:t>
      </w:r>
      <w:r w:rsidR="005B5ADD" w:rsidRPr="00132D8A">
        <w:rPr>
          <w:rFonts w:ascii="garamond" w:hAnsi="garamond"/>
          <w:color w:val="000000"/>
          <w:sz w:val="26"/>
          <w:szCs w:val="26"/>
        </w:rPr>
        <w:t xml:space="preserve">They weren’t isolated incidents. They felt like training sessions. They taught Carole’s family that pressure worked. They taught Carole that generosity could be rewritten as entitlement without </w:t>
      </w:r>
      <w:r w:rsidR="005B5ADD" w:rsidRPr="00132D8A">
        <w:rPr>
          <w:rFonts w:ascii="garamond" w:hAnsi="garamond"/>
          <w:color w:val="000000"/>
          <w:sz w:val="26"/>
          <w:szCs w:val="26"/>
        </w:rPr>
        <w:lastRenderedPageBreak/>
        <w:t>consequence. They taught me the worst lesson of all: silence was the price of membership.</w:t>
      </w:r>
    </w:p>
    <w:p w14:paraId="0FA799CB"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This wasn’t about gratitude. It was about respect—a simple acknowledgment that I was making a choice, not acting out of obligation; recognizing that my parents were humans, not entries on a list; admitting that my money came from work with real costs. When generosity is policed, titled, and supervised, it ceases to feel like love.</w:t>
      </w:r>
    </w:p>
    <w:p w14:paraId="2BC3B01A"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Money was never the issue. Respect was.</w:t>
      </w:r>
    </w:p>
    <w:p w14:paraId="0D47A77F" w14:textId="0956B4B9"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The checks cleared. The wounds </w:t>
      </w:r>
      <w:r w:rsidR="00B70FC3">
        <w:rPr>
          <w:rFonts w:ascii="garamond" w:hAnsi="garamond"/>
          <w:color w:val="000000"/>
          <w:sz w:val="26"/>
          <w:szCs w:val="26"/>
        </w:rPr>
        <w:t>coalesc</w:t>
      </w:r>
      <w:r w:rsidRPr="00132D8A">
        <w:rPr>
          <w:rFonts w:ascii="garamond" w:hAnsi="garamond"/>
          <w:color w:val="000000"/>
          <w:sz w:val="26"/>
          <w:szCs w:val="26"/>
        </w:rPr>
        <w:t>ed into a hairline fracture, expanding into cracks running th</w:t>
      </w:r>
      <w:r w:rsidR="00B70FC3">
        <w:rPr>
          <w:rFonts w:ascii="garamond" w:hAnsi="garamond"/>
          <w:color w:val="000000"/>
          <w:sz w:val="26"/>
          <w:szCs w:val="26"/>
        </w:rPr>
        <w:t>rough the entire vase</w:t>
      </w:r>
      <w:r w:rsidRPr="00132D8A">
        <w:rPr>
          <w:rFonts w:ascii="garamond" w:hAnsi="garamond"/>
          <w:color w:val="000000"/>
          <w:sz w:val="26"/>
          <w:szCs w:val="26"/>
        </w:rPr>
        <w:t>.</w:t>
      </w:r>
    </w:p>
    <w:p w14:paraId="10F162A5" w14:textId="77777777" w:rsidR="005B5ADD" w:rsidRPr="00132D8A" w:rsidRDefault="005B5ADD" w:rsidP="005B5ADD">
      <w:pPr>
        <w:rPr>
          <w:rFonts w:ascii="garamond" w:hAnsi="garamond"/>
          <w:color w:val="000000"/>
          <w:sz w:val="26"/>
          <w:szCs w:val="26"/>
        </w:rPr>
      </w:pPr>
    </w:p>
    <w:p w14:paraId="17620D90" w14:textId="77777777" w:rsidR="005B5ADD" w:rsidRDefault="005B5ADD" w:rsidP="005B5ADD">
      <w:pPr>
        <w:rPr>
          <w:rFonts w:ascii="garamond" w:hAnsi="garamond"/>
          <w:b/>
          <w:bCs/>
          <w:color w:val="000000"/>
          <w:sz w:val="26"/>
          <w:szCs w:val="26"/>
        </w:rPr>
      </w:pPr>
      <w:r>
        <w:rPr>
          <w:rFonts w:ascii="garamond" w:hAnsi="garamond"/>
          <w:b/>
          <w:bCs/>
          <w:color w:val="000000"/>
          <w:sz w:val="26"/>
          <w:szCs w:val="26"/>
        </w:rPr>
        <w:br w:type="page"/>
      </w:r>
    </w:p>
    <w:p w14:paraId="27AF1AF1" w14:textId="77777777" w:rsidR="005B5ADD" w:rsidRPr="00132D8A" w:rsidRDefault="005B5ADD" w:rsidP="005B5ADD">
      <w:pPr>
        <w:rPr>
          <w:rFonts w:ascii="garamond" w:hAnsi="garamond"/>
          <w:color w:val="000000"/>
          <w:sz w:val="26"/>
          <w:szCs w:val="26"/>
        </w:rPr>
      </w:pPr>
      <w:r w:rsidRPr="00132D8A">
        <w:rPr>
          <w:rFonts w:ascii="garamond" w:hAnsi="garamond"/>
          <w:b/>
          <w:bCs/>
          <w:color w:val="000000"/>
          <w:sz w:val="26"/>
          <w:szCs w:val="26"/>
        </w:rPr>
        <w:lastRenderedPageBreak/>
        <w:t>CHAPTER 24 — THE DEAL OF THE CENTURY</w:t>
      </w:r>
      <w:r w:rsidRPr="00132D8A">
        <w:rPr>
          <w:rFonts w:ascii="garamond" w:hAnsi="garamond"/>
          <w:color w:val="000000"/>
          <w:sz w:val="26"/>
          <w:szCs w:val="26"/>
        </w:rPr>
        <w:br/>
      </w:r>
      <w:r w:rsidRPr="00132D8A">
        <w:rPr>
          <w:rFonts w:ascii="garamond" w:hAnsi="garamond"/>
          <w:b/>
          <w:bCs/>
          <w:color w:val="000000"/>
          <w:sz w:val="26"/>
          <w:szCs w:val="26"/>
        </w:rPr>
        <w:t>Momentum Trumps Choice.</w:t>
      </w:r>
    </w:p>
    <w:p w14:paraId="03A949ED"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In early 1997, Deryck Maughan reorganized Salomon Brothers’ senior leadership: Artie Hyde was moved to lead global equities, while Tom (“Tommy”) Maheras became the sole global head of fixed income. My co-head in CMG, Geoff (“Coles”) Coley, stayed in place.</w:t>
      </w:r>
    </w:p>
    <w:p w14:paraId="1085A95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Tommy was the rising star in fixed-income. He was sharp and quick, a strong inner circle MD.</w:t>
      </w:r>
    </w:p>
    <w:p w14:paraId="72BD664F"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On September 24, 1997, Travelers announced it had agreed to acquire Salomon Brothers for $9 billion. Salomon was merged with Smith Barney to form Salomon Smith Barney, the largest investment bank in the U.S.</w:t>
      </w:r>
    </w:p>
    <w:p w14:paraId="670AD564"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Jamie Dimon, President of Travelers Group, and Deryck Maughan were named co-CEOs of Salomon Smith Barney, reporting to Sandy Weill, CEO of Travelers Group.</w:t>
      </w:r>
    </w:p>
    <w:p w14:paraId="25A93E5D" w14:textId="55D6ADD4"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That night, Artie invited me to dinner. He was rebuilding equities and wanted me to join him. The significance wasn’t the offer itself, but Artie making it. With Artie, I would probably advance faster in seniority and pay. Still, Maheras needed me in fixed income just as much</w:t>
      </w:r>
      <w:r w:rsidR="00D21ED8">
        <w:rPr>
          <w:rFonts w:ascii="garamond" w:hAnsi="garamond"/>
          <w:color w:val="000000"/>
          <w:sz w:val="26"/>
          <w:szCs w:val="26"/>
        </w:rPr>
        <w:t>, and we needed to maintain our position post-acquisition</w:t>
      </w:r>
      <w:r w:rsidRPr="00132D8A">
        <w:rPr>
          <w:rFonts w:ascii="garamond" w:hAnsi="garamond"/>
          <w:color w:val="000000"/>
          <w:sz w:val="26"/>
          <w:szCs w:val="26"/>
        </w:rPr>
        <w:t xml:space="preserve">. By the end of dinner, we both agreed I should stay in fixed income. That was Artie — knowing what I might </w:t>
      </w:r>
      <w:proofErr w:type="gramStart"/>
      <w:r w:rsidRPr="00132D8A">
        <w:rPr>
          <w:rFonts w:ascii="garamond" w:hAnsi="garamond"/>
          <w:color w:val="000000"/>
          <w:sz w:val="26"/>
          <w:szCs w:val="26"/>
        </w:rPr>
        <w:t>say, but</w:t>
      </w:r>
      <w:proofErr w:type="gramEnd"/>
      <w:r w:rsidRPr="00132D8A">
        <w:rPr>
          <w:rFonts w:ascii="garamond" w:hAnsi="garamond"/>
          <w:color w:val="000000"/>
          <w:sz w:val="26"/>
          <w:szCs w:val="26"/>
        </w:rPr>
        <w:t xml:space="preserve"> believing I deserved to be asked.</w:t>
      </w:r>
    </w:p>
    <w:p w14:paraId="68CA31E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While Geoff Coley and I both reported to Maheras, we did so from different distances. Tommy and Coles had been best friends since their early days at Salomon. They both married their sales assistants at the firm and vacationed together frequently, especially on golf trips. I did not golf. This asymmetry was obvious, and I understood it immediately. When I needed Tommy and anticipated pushback, I first convinced Coles, armed him with facts, and let him handle the rest somewhere between the seventh and tenth holes. “True friendship trumps HR records.”</w:t>
      </w:r>
    </w:p>
    <w:p w14:paraId="2FE85224"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In early October, I was in an internal Fixed Income Management integration meeting, discussing our strategy for Smith Barney, when Carole called on my cell. I was leading a discussion on the acquisition and couldn't take her call. She called again about 20 minutes later, and I was still unable to answer. Then, Nancy walked into the conference room. She whispered in my ear, “Daniel has a high fever, and Carole is taking him to the ER. She has been calling you, but you haven’t been picking up.”</w:t>
      </w:r>
    </w:p>
    <w:p w14:paraId="7EA3FAE7" w14:textId="7D85AECD"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lastRenderedPageBreak/>
        <w:t>Before I could grab my cell phone, Geoff Coley asked what was wrong. I explained, and he immediately said, "Leave. Your wife and kid need you." I handed him my notes and left. I arrived at the hospital before Carole did, but the damage from the first two calls had already been done. This is how it works with Wall Street and family: you arrive, you show up, you do the right thing in the end — but the right thing often doesn't fully erase the wrong done at the start, even</w:t>
      </w:r>
      <w:r w:rsidR="00D21ED8">
        <w:rPr>
          <w:rFonts w:ascii="garamond" w:hAnsi="garamond"/>
          <w:color w:val="000000"/>
          <w:sz w:val="26"/>
          <w:szCs w:val="26"/>
        </w:rPr>
        <w:t xml:space="preserve"> though Carole could have reached Nancy and the situation</w:t>
      </w:r>
      <w:r w:rsidRPr="00132D8A">
        <w:rPr>
          <w:rFonts w:ascii="garamond" w:hAnsi="garamond"/>
          <w:color w:val="000000"/>
          <w:sz w:val="26"/>
          <w:szCs w:val="26"/>
        </w:rPr>
        <w:t xml:space="preserve"> </w:t>
      </w:r>
      <w:r w:rsidR="00D21ED8">
        <w:rPr>
          <w:rFonts w:ascii="garamond" w:hAnsi="garamond"/>
          <w:color w:val="000000"/>
          <w:sz w:val="26"/>
          <w:szCs w:val="26"/>
        </w:rPr>
        <w:t>was</w:t>
      </w:r>
      <w:r w:rsidRPr="00132D8A">
        <w:rPr>
          <w:rFonts w:ascii="garamond" w:hAnsi="garamond"/>
          <w:color w:val="000000"/>
          <w:sz w:val="26"/>
          <w:szCs w:val="26"/>
        </w:rPr>
        <w:t xml:space="preserve"> beyond </w:t>
      </w:r>
      <w:r w:rsidR="00D21ED8">
        <w:rPr>
          <w:rFonts w:ascii="garamond" w:hAnsi="garamond"/>
          <w:color w:val="000000"/>
          <w:sz w:val="26"/>
          <w:szCs w:val="26"/>
        </w:rPr>
        <w:t>my</w:t>
      </w:r>
      <w:r w:rsidRPr="00132D8A">
        <w:rPr>
          <w:rFonts w:ascii="garamond" w:hAnsi="garamond"/>
          <w:color w:val="000000"/>
          <w:sz w:val="26"/>
          <w:szCs w:val="26"/>
        </w:rPr>
        <w:t xml:space="preserve"> control.</w:t>
      </w:r>
    </w:p>
    <w:p w14:paraId="73DD693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acquisition process accelerated in mid-October, with integration meetings between the two firms to facilitate consolidation. Deryck Maughan told me that Coley and I would continue to lead CMG at the newly merged Salomon Smith Barney, reporting to Maheras.</w:t>
      </w:r>
    </w:p>
    <w:p w14:paraId="101AB2E9"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Chris Lynch, head of capital markets at Smith Barney, resigned before we could build anything. He advised me to work with Paul Griever on the CMG integration. I had previous transactional experience with Griever, and I knew he was neither ethical nor well-respected on Wall Street.</w:t>
      </w:r>
    </w:p>
    <w:p w14:paraId="6B4E4A3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In our first meeting, Griever arrived with theories on how he and I should co-lead CMG and reevaluate after six months. He hadn't been told that management had already chosen me to run it. I told him his idea wasn't practical.</w:t>
      </w:r>
    </w:p>
    <w:p w14:paraId="35821B50"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 few days later, at his office, I informed him officially that CMG needed one captain. He grew agitated, dropping names and connections. I let him finish, then stood and walked toward the door.</w:t>
      </w:r>
    </w:p>
    <w:p w14:paraId="5B5EA52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Griever exploded: "You think that was Lynch gone and Maheras in charge, you can walk in and take control. Who the hell do you think you are, you miserable hick? We bought you, and we'll decide on matters. You'll report to me."</w:t>
      </w:r>
    </w:p>
    <w:p w14:paraId="58F2A1E2"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Any minimal tolerance I had for him disappeared. "Paul, you are way out of line. You and I clearly cannot work together. I'm leaving."</w:t>
      </w:r>
    </w:p>
    <w:p w14:paraId="6F393756"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Griever began to backpedal. I didn't care. I called Maheras right away. His response was, “You’re running CMG. He is a bad guy; he cannot work for you or at the firm. You and I can quickly clear the situation with Jamie Dimon.”</w:t>
      </w:r>
    </w:p>
    <w:p w14:paraId="010CCF17"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It was the end of Paul Griever.</w:t>
      </w:r>
    </w:p>
    <w:p w14:paraId="63714799" w14:textId="683795AB"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As I finalized the list of redundancies, Dale Horowitz — who had secured my US passport — approached me. Bill Oliva from Smith Barney</w:t>
      </w:r>
      <w:r w:rsidR="00906E7E">
        <w:rPr>
          <w:rFonts w:ascii="garamond" w:hAnsi="garamond"/>
          <w:color w:val="000000"/>
          <w:sz w:val="26"/>
          <w:szCs w:val="26"/>
        </w:rPr>
        <w:t>’s CMG</w:t>
      </w:r>
      <w:r w:rsidRPr="00132D8A">
        <w:rPr>
          <w:rFonts w:ascii="garamond" w:hAnsi="garamond"/>
          <w:color w:val="000000"/>
          <w:sz w:val="26"/>
          <w:szCs w:val="26"/>
        </w:rPr>
        <w:t xml:space="preserve"> covered </w:t>
      </w:r>
      <w:r w:rsidRPr="00132D8A">
        <w:rPr>
          <w:rFonts w:ascii="garamond" w:hAnsi="garamond"/>
          <w:color w:val="000000"/>
          <w:sz w:val="26"/>
          <w:szCs w:val="26"/>
        </w:rPr>
        <w:lastRenderedPageBreak/>
        <w:t>government-sponsored enterprises and had been a colleague of Dale's for over 20 years. Dale asked if Oliva had made the cut. He had not. I told Dale I would review the final staffing — we needed stronger agency coverage. I made space for Oliva. He turned out to be a success.</w:t>
      </w:r>
    </w:p>
    <w:p w14:paraId="0BD492CD"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headcount reduction across both firms was approximately 200 in CMG, with relatively equal reductions at Salomon Brothers and Smith Barney.</w:t>
      </w:r>
    </w:p>
    <w:p w14:paraId="751075B8" w14:textId="39EF7FC5"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A few weeks later, while reviewing the final staffing sheets with Tommy and Geoff, Tommy waved me over to his desk. On the list of people to be let go: Ms. Galina </w:t>
      </w:r>
      <w:r w:rsidR="00690E1E">
        <w:rPr>
          <w:rFonts w:ascii="garamond" w:hAnsi="garamond"/>
          <w:color w:val="000000"/>
          <w:sz w:val="26"/>
          <w:szCs w:val="26"/>
        </w:rPr>
        <w:t>D</w:t>
      </w:r>
      <w:r w:rsidRPr="00132D8A">
        <w:rPr>
          <w:rFonts w:ascii="garamond" w:hAnsi="garamond"/>
          <w:color w:val="000000"/>
          <w:sz w:val="26"/>
          <w:szCs w:val="26"/>
        </w:rPr>
        <w:t>. Marchenko, a first-year CMG Vice President at Smith Barney.</w:t>
      </w:r>
    </w:p>
    <w:p w14:paraId="13811D57" w14:textId="3A38EDD4"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Tommy asked</w:t>
      </w:r>
      <w:r w:rsidR="00906E7E">
        <w:rPr>
          <w:rFonts w:ascii="garamond" w:hAnsi="garamond"/>
          <w:color w:val="000000"/>
          <w:sz w:val="26"/>
          <w:szCs w:val="26"/>
        </w:rPr>
        <w:t>,</w:t>
      </w:r>
      <w:r w:rsidRPr="00132D8A">
        <w:rPr>
          <w:rFonts w:ascii="garamond" w:hAnsi="garamond"/>
          <w:color w:val="000000"/>
          <w:sz w:val="26"/>
          <w:szCs w:val="26"/>
        </w:rPr>
        <w:t xml:space="preserve"> "How can we fire anyone with a Marchenko for a last name? That’s like family."</w:t>
      </w:r>
    </w:p>
    <w:p w14:paraId="5B4F5212" w14:textId="75A32AE9"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Coley jumped in: "Come on. </w:t>
      </w:r>
      <w:r w:rsidR="00690E1E">
        <w:rPr>
          <w:rFonts w:ascii="garamond" w:hAnsi="garamond"/>
          <w:color w:val="000000"/>
          <w:sz w:val="26"/>
          <w:szCs w:val="26"/>
        </w:rPr>
        <w:t xml:space="preserve">That’s not right. </w:t>
      </w:r>
      <w:r w:rsidRPr="00132D8A">
        <w:rPr>
          <w:rFonts w:ascii="garamond" w:hAnsi="garamond"/>
          <w:color w:val="000000"/>
          <w:sz w:val="26"/>
          <w:szCs w:val="26"/>
        </w:rPr>
        <w:t>She should stay."</w:t>
      </w:r>
    </w:p>
    <w:p w14:paraId="0D0C509D"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 agreed. I didn’t know I was about to fire one of my own.</w:t>
      </w:r>
    </w:p>
    <w:p w14:paraId="2C7D42DF"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list was reprinted without her on it. That day, Galina Marchenko remained employed because of her last name.</w:t>
      </w:r>
    </w:p>
    <w:p w14:paraId="5C7B2274"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It felt like a scene from The Godfather — but it was real life.</w:t>
      </w:r>
    </w:p>
    <w:p w14:paraId="7AE593E1" w14:textId="329A89BC"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One decision stayed with me longer than any other. Roy Chandran was </w:t>
      </w:r>
      <w:r w:rsidR="00690E1E">
        <w:rPr>
          <w:rFonts w:ascii="garamond" w:hAnsi="garamond"/>
          <w:color w:val="000000"/>
          <w:sz w:val="26"/>
          <w:szCs w:val="26"/>
        </w:rPr>
        <w:t>a Salomon</w:t>
      </w:r>
      <w:r w:rsidRPr="00132D8A">
        <w:rPr>
          <w:rFonts w:ascii="garamond" w:hAnsi="garamond"/>
          <w:color w:val="000000"/>
          <w:sz w:val="26"/>
          <w:szCs w:val="26"/>
        </w:rPr>
        <w:t xml:space="preserve"> Vice President—an Indian national, sharp, a deal closer, a family man, and in the middle of his green card process. Politics favored a less-qualified candidate from Smith Barney. The truth was on Chandran's side. I called him in and said, "I am going to let you go. But I need you to trust me. Give me until January 15. I will rehire you. I can't document this conversation, and if you mention it to anyone, I will have to deny it. But you have my word."</w:t>
      </w:r>
    </w:p>
    <w:p w14:paraId="5467137A" w14:textId="50985C53"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 xml:space="preserve">On Wall Street, a man's word is either everything or nothing. Roy knew which category I fell into. </w:t>
      </w:r>
      <w:r w:rsidR="00690E1E">
        <w:rPr>
          <w:rFonts w:ascii="garamond" w:hAnsi="garamond"/>
          <w:color w:val="000000"/>
          <w:sz w:val="26"/>
          <w:szCs w:val="26"/>
        </w:rPr>
        <w:t>Chandran</w:t>
      </w:r>
      <w:r w:rsidRPr="00132D8A">
        <w:rPr>
          <w:rFonts w:ascii="garamond" w:hAnsi="garamond"/>
          <w:color w:val="000000"/>
          <w:sz w:val="26"/>
          <w:szCs w:val="26"/>
        </w:rPr>
        <w:t xml:space="preserve"> nodded and left. </w:t>
      </w:r>
      <w:r w:rsidR="00690E1E">
        <w:rPr>
          <w:rFonts w:ascii="garamond" w:hAnsi="garamond"/>
          <w:color w:val="000000"/>
          <w:sz w:val="26"/>
          <w:szCs w:val="26"/>
        </w:rPr>
        <w:t>He</w:t>
      </w:r>
      <w:r w:rsidRPr="00132D8A">
        <w:rPr>
          <w:rFonts w:ascii="garamond" w:hAnsi="garamond"/>
          <w:color w:val="000000"/>
          <w:sz w:val="26"/>
          <w:szCs w:val="26"/>
        </w:rPr>
        <w:t xml:space="preserve"> was let go in December and rehired in the second week of January. It was the first time I had ever made a promise I couldn’t admit to making. Still, it was the right decision.</w:t>
      </w:r>
    </w:p>
    <w:p w14:paraId="11630903" w14:textId="77777777" w:rsidR="005B5ADD" w:rsidRPr="00132D8A" w:rsidRDefault="005B5ADD" w:rsidP="005B5ADD">
      <w:pPr>
        <w:rPr>
          <w:rFonts w:ascii="garamond" w:hAnsi="garamond"/>
          <w:color w:val="000000"/>
          <w:sz w:val="26"/>
          <w:szCs w:val="26"/>
        </w:rPr>
      </w:pPr>
      <w:r w:rsidRPr="00132D8A">
        <w:rPr>
          <w:rFonts w:ascii="garamond" w:hAnsi="garamond"/>
          <w:color w:val="000000"/>
          <w:sz w:val="26"/>
          <w:szCs w:val="26"/>
        </w:rPr>
        <w:t>The floor does not always reward what it cannot see. Sometimes you have to be the one who sees it anyway.</w:t>
      </w:r>
    </w:p>
    <w:p w14:paraId="1F5D7BD4" w14:textId="77777777" w:rsidR="005B5ADD" w:rsidRPr="00132D8A" w:rsidRDefault="005B5ADD" w:rsidP="005B5ADD">
      <w:pPr>
        <w:rPr>
          <w:rFonts w:ascii="garamond" w:hAnsi="garamond"/>
          <w:color w:val="000000"/>
          <w:sz w:val="26"/>
          <w:szCs w:val="26"/>
        </w:rPr>
      </w:pPr>
    </w:p>
    <w:p w14:paraId="6549AD30" w14:textId="77777777" w:rsidR="005B5ADD" w:rsidRDefault="005B5ADD" w:rsidP="006B15F6">
      <w:pPr>
        <w:rPr>
          <w:rFonts w:ascii="garamond" w:hAnsi="garamond"/>
          <w:b/>
          <w:bCs/>
          <w:sz w:val="26"/>
          <w:szCs w:val="26"/>
        </w:rPr>
      </w:pPr>
    </w:p>
    <w:p w14:paraId="24460371" w14:textId="6ED92626" w:rsidR="006B15F6" w:rsidRPr="005A3E8B" w:rsidRDefault="006B15F6" w:rsidP="006B15F6">
      <w:pPr>
        <w:rPr>
          <w:rFonts w:ascii="garamond" w:hAnsi="garamond"/>
          <w:b/>
          <w:bCs/>
          <w:sz w:val="26"/>
          <w:szCs w:val="26"/>
        </w:rPr>
      </w:pPr>
      <w:r w:rsidRPr="00485118">
        <w:rPr>
          <w:rFonts w:ascii="garamond" w:hAnsi="garamond"/>
          <w:b/>
          <w:bCs/>
          <w:sz w:val="26"/>
          <w:szCs w:val="26"/>
        </w:rPr>
        <w:t>CHAPTER 25 — THE FIRST FINANCIAL SUPERMARKET</w:t>
      </w:r>
      <w:r w:rsidRPr="00485118">
        <w:rPr>
          <w:rFonts w:ascii="garamond" w:hAnsi="garamond"/>
          <w:sz w:val="26"/>
          <w:szCs w:val="26"/>
        </w:rPr>
        <w:t xml:space="preserve"> </w:t>
      </w:r>
      <w:r w:rsidRPr="00485118">
        <w:rPr>
          <w:rFonts w:ascii="garamond" w:hAnsi="garamond"/>
          <w:sz w:val="26"/>
          <w:szCs w:val="26"/>
        </w:rPr>
        <w:br/>
      </w:r>
      <w:r w:rsidRPr="00485118">
        <w:rPr>
          <w:rFonts w:ascii="garamond" w:hAnsi="garamond"/>
          <w:b/>
          <w:bCs/>
          <w:sz w:val="26"/>
          <w:szCs w:val="26"/>
        </w:rPr>
        <w:t>Of Synergy &amp; Survival.</w:t>
      </w:r>
      <w:r>
        <w:rPr>
          <w:rFonts w:ascii="garamond" w:hAnsi="garamond"/>
          <w:b/>
          <w:bCs/>
          <w:sz w:val="26"/>
          <w:szCs w:val="26"/>
        </w:rPr>
        <w:br/>
      </w:r>
      <w:r w:rsidR="005A3E8B">
        <w:rPr>
          <w:rFonts w:ascii="garamond" w:hAnsi="garamond"/>
          <w:b/>
          <w:bCs/>
          <w:sz w:val="26"/>
          <w:szCs w:val="26"/>
        </w:rPr>
        <w:br/>
      </w:r>
      <w:r w:rsidRPr="00485118">
        <w:rPr>
          <w:rFonts w:ascii="garamond" w:hAnsi="garamond"/>
          <w:sz w:val="26"/>
          <w:szCs w:val="26"/>
        </w:rPr>
        <w:t>On Monday, April 6, 1998, I sat at my desk on</w:t>
      </w:r>
      <w:r w:rsidR="00906E7E">
        <w:rPr>
          <w:rFonts w:ascii="garamond" w:hAnsi="garamond"/>
          <w:sz w:val="26"/>
          <w:szCs w:val="26"/>
        </w:rPr>
        <w:t xml:space="preserve"> the newly refurbished</w:t>
      </w:r>
      <w:r w:rsidRPr="00485118">
        <w:rPr>
          <w:rFonts w:ascii="garamond" w:hAnsi="garamond"/>
          <w:sz w:val="26"/>
          <w:szCs w:val="26"/>
        </w:rPr>
        <w:t xml:space="preserve"> Salomon Smith Barney fixed-income trading floor. At 8:30 a.m., a red breaking-news banner scrolled across a CNBC screen facing me.</w:t>
      </w:r>
    </w:p>
    <w:p w14:paraId="2CFEC092" w14:textId="77777777" w:rsidR="006B15F6" w:rsidRPr="00485118" w:rsidRDefault="006B15F6" w:rsidP="006B15F6">
      <w:pPr>
        <w:rPr>
          <w:rFonts w:ascii="garamond" w:hAnsi="garamond"/>
          <w:sz w:val="26"/>
          <w:szCs w:val="26"/>
        </w:rPr>
      </w:pPr>
      <w:r w:rsidRPr="00485118">
        <w:rPr>
          <w:rFonts w:ascii="garamond" w:hAnsi="garamond"/>
          <w:sz w:val="26"/>
          <w:szCs w:val="26"/>
        </w:rPr>
        <w:t>The news anchor interrupted, "This just in. Travelers Group and Citibank Corporation have agreed to merge." The trading floor froze. Sandy Weill and John Reed announced the largest merger in history live from the Hilton Hotel in midtown Manhattan. The new combined entity would be Citigroup. The two chiefs smiled, hugged, and shook hands like lifelong friends.</w:t>
      </w:r>
    </w:p>
    <w:p w14:paraId="442E758F" w14:textId="27064236" w:rsidR="006B15F6" w:rsidRPr="00485118" w:rsidRDefault="006B15F6" w:rsidP="006B15F6">
      <w:pPr>
        <w:rPr>
          <w:rFonts w:ascii="garamond" w:hAnsi="garamond"/>
          <w:sz w:val="26"/>
          <w:szCs w:val="26"/>
        </w:rPr>
      </w:pPr>
      <w:r w:rsidRPr="00485118">
        <w:rPr>
          <w:rFonts w:ascii="garamond" w:hAnsi="garamond"/>
          <w:sz w:val="26"/>
          <w:szCs w:val="26"/>
        </w:rPr>
        <w:t xml:space="preserve">My reaction was defensive. We </w:t>
      </w:r>
      <w:r w:rsidR="00690E1E">
        <w:rPr>
          <w:rFonts w:ascii="garamond" w:hAnsi="garamond"/>
          <w:sz w:val="26"/>
          <w:szCs w:val="26"/>
        </w:rPr>
        <w:t xml:space="preserve">were still </w:t>
      </w:r>
      <w:r w:rsidRPr="00485118">
        <w:rPr>
          <w:rFonts w:ascii="garamond" w:hAnsi="garamond"/>
          <w:sz w:val="26"/>
          <w:szCs w:val="26"/>
        </w:rPr>
        <w:t>manag</w:t>
      </w:r>
      <w:r w:rsidR="00690E1E">
        <w:rPr>
          <w:rFonts w:ascii="garamond" w:hAnsi="garamond"/>
          <w:sz w:val="26"/>
          <w:szCs w:val="26"/>
        </w:rPr>
        <w:t>ing</w:t>
      </w:r>
      <w:r w:rsidRPr="00485118">
        <w:rPr>
          <w:rFonts w:ascii="garamond" w:hAnsi="garamond"/>
          <w:sz w:val="26"/>
          <w:szCs w:val="26"/>
        </w:rPr>
        <w:t xml:space="preserve"> Travelers’ acquisition of Salomon Brothers; now Weill was launching a second marathon while the first was settling.</w:t>
      </w:r>
    </w:p>
    <w:p w14:paraId="4560C498" w14:textId="77777777" w:rsidR="006B15F6" w:rsidRPr="00485118" w:rsidRDefault="006B15F6" w:rsidP="006B15F6">
      <w:pPr>
        <w:rPr>
          <w:rFonts w:ascii="garamond" w:hAnsi="garamond"/>
          <w:sz w:val="26"/>
          <w:szCs w:val="26"/>
        </w:rPr>
      </w:pPr>
      <w:r w:rsidRPr="00485118">
        <w:rPr>
          <w:rFonts w:ascii="garamond" w:hAnsi="garamond"/>
          <w:sz w:val="26"/>
          <w:szCs w:val="26"/>
        </w:rPr>
        <w:t>The merger was like trapping two species in the same cage. Citibank was disciplined, hierarchical, and process-focused. Salomon Smith Barney was loud, improvisational, driven by bonuses, and averse to meetings.</w:t>
      </w:r>
    </w:p>
    <w:p w14:paraId="2C62C64C" w14:textId="1DDBD246" w:rsidR="006B15F6" w:rsidRPr="00485118" w:rsidRDefault="006B15F6" w:rsidP="006B15F6">
      <w:pPr>
        <w:rPr>
          <w:rFonts w:ascii="garamond" w:hAnsi="garamond"/>
          <w:sz w:val="26"/>
          <w:szCs w:val="26"/>
        </w:rPr>
      </w:pPr>
      <w:r w:rsidRPr="00485118">
        <w:rPr>
          <w:rFonts w:ascii="garamond" w:hAnsi="garamond"/>
          <w:sz w:val="26"/>
          <w:szCs w:val="26"/>
        </w:rPr>
        <w:t>Then the core of SSB collapsed from within. In November 1998, at a black-tie dinner at Carnegie Hall, Jamie Dimon and Deryck Maughan clashed after drinking. The next day, Dimon was dismissed. Maughan was reassigned</w:t>
      </w:r>
      <w:r w:rsidR="00906E7E">
        <w:rPr>
          <w:rFonts w:ascii="garamond" w:hAnsi="garamond"/>
          <w:sz w:val="26"/>
          <w:szCs w:val="26"/>
        </w:rPr>
        <w:t xml:space="preserve"> to international businesses</w:t>
      </w:r>
      <w:r w:rsidRPr="00485118">
        <w:rPr>
          <w:rFonts w:ascii="garamond" w:hAnsi="garamond"/>
          <w:sz w:val="26"/>
          <w:szCs w:val="26"/>
        </w:rPr>
        <w:t>. Michael Carpenter</w:t>
      </w:r>
      <w:r w:rsidR="00906E7E">
        <w:rPr>
          <w:rFonts w:ascii="garamond" w:hAnsi="garamond"/>
          <w:sz w:val="26"/>
          <w:szCs w:val="26"/>
        </w:rPr>
        <w:t>, a Weill loyalist and the ex-CEO of Kidder Peabody,</w:t>
      </w:r>
      <w:r w:rsidRPr="00485118">
        <w:rPr>
          <w:rFonts w:ascii="garamond" w:hAnsi="garamond"/>
          <w:sz w:val="26"/>
          <w:szCs w:val="26"/>
        </w:rPr>
        <w:t xml:space="preserve"> was appointed head of Salomon Smith Barney. The loss in leadership was neutralized when Weill hired Robert Rubin, the outgoing U.S. Treasury Secretary</w:t>
      </w:r>
      <w:r w:rsidR="00691C81">
        <w:rPr>
          <w:rFonts w:ascii="garamond" w:hAnsi="garamond"/>
          <w:sz w:val="26"/>
          <w:szCs w:val="26"/>
        </w:rPr>
        <w:t xml:space="preserve"> under President Bill Clinton</w:t>
      </w:r>
      <w:r w:rsidRPr="00485118">
        <w:rPr>
          <w:rFonts w:ascii="garamond" w:hAnsi="garamond"/>
          <w:sz w:val="26"/>
          <w:szCs w:val="26"/>
        </w:rPr>
        <w:t>, in October 1999. Reed resigned in February 2000, consolidating power under Weill.</w:t>
      </w:r>
    </w:p>
    <w:p w14:paraId="645E2B99" w14:textId="1F35123F" w:rsidR="006B15F6" w:rsidRPr="00485118" w:rsidRDefault="006B15F6" w:rsidP="006B15F6">
      <w:pPr>
        <w:rPr>
          <w:rFonts w:ascii="garamond" w:hAnsi="garamond"/>
          <w:sz w:val="26"/>
          <w:szCs w:val="26"/>
        </w:rPr>
      </w:pPr>
      <w:r w:rsidRPr="00485118">
        <w:rPr>
          <w:rFonts w:ascii="garamond" w:hAnsi="garamond"/>
          <w:sz w:val="26"/>
          <w:szCs w:val="26"/>
        </w:rPr>
        <w:t>I recognized that Citibank's fixed income activities were hardly comparable to SSB’s. We needed internal intelligence to understand them. A senior Citibank ally arranged my first meeting with Robert Clemente, who led their Product Structuring Department, or PSD, a 500-person team generating revenue from four product groups that bore no resemblance to anything on our floor.</w:t>
      </w:r>
    </w:p>
    <w:p w14:paraId="0BBB6C32" w14:textId="77777777" w:rsidR="006B15F6" w:rsidRPr="00485118" w:rsidRDefault="006B15F6" w:rsidP="006B15F6">
      <w:pPr>
        <w:rPr>
          <w:rFonts w:ascii="garamond" w:hAnsi="garamond"/>
          <w:sz w:val="26"/>
          <w:szCs w:val="26"/>
        </w:rPr>
      </w:pPr>
      <w:r w:rsidRPr="00485118">
        <w:rPr>
          <w:rFonts w:ascii="garamond" w:hAnsi="garamond"/>
          <w:sz w:val="26"/>
          <w:szCs w:val="26"/>
        </w:rPr>
        <w:t xml:space="preserve">I went to meet Clemente. I waited half an hour in his fifty-third-floor office in Citibank’s midtown tower. The office had an unobstructed view of the Manhattan </w:t>
      </w:r>
      <w:r w:rsidRPr="00485118">
        <w:rPr>
          <w:rFonts w:ascii="garamond" w:hAnsi="garamond"/>
          <w:sz w:val="26"/>
          <w:szCs w:val="26"/>
        </w:rPr>
        <w:lastRenderedPageBreak/>
        <w:t>skyline, antique furniture, and expensive paintings. I was sipping Diet Coke from a crystal glass before Clemente arrived and casually apologized.</w:t>
      </w:r>
    </w:p>
    <w:p w14:paraId="303264F3" w14:textId="001359DF" w:rsidR="006B15F6" w:rsidRPr="00485118" w:rsidRDefault="006B15F6" w:rsidP="006B15F6">
      <w:pPr>
        <w:rPr>
          <w:rFonts w:ascii="garamond" w:hAnsi="garamond"/>
          <w:sz w:val="26"/>
          <w:szCs w:val="26"/>
        </w:rPr>
      </w:pPr>
      <w:r w:rsidRPr="00485118">
        <w:rPr>
          <w:rFonts w:ascii="garamond" w:hAnsi="garamond"/>
          <w:sz w:val="26"/>
          <w:szCs w:val="26"/>
        </w:rPr>
        <w:t>We discussed our groups. His organizational chart was detailed and polished, with three distinct colors that resembled an architectural drawing. Mine appeared like a kindergarten schematic. When I left, I still couldn't grasp how PSD functioned—how they managed their people on deals or how their revenue sources and risks were structured. The next step was obvious: Clemente had to see our workspace to compare operations.</w:t>
      </w:r>
    </w:p>
    <w:p w14:paraId="18578D41" w14:textId="34D7904C" w:rsidR="006B15F6" w:rsidRPr="00485118" w:rsidRDefault="006B15F6" w:rsidP="006B15F6">
      <w:pPr>
        <w:rPr>
          <w:rFonts w:ascii="garamond" w:hAnsi="garamond"/>
          <w:sz w:val="26"/>
          <w:szCs w:val="26"/>
        </w:rPr>
      </w:pPr>
      <w:r w:rsidRPr="00485118">
        <w:rPr>
          <w:rFonts w:ascii="garamond" w:hAnsi="garamond"/>
          <w:sz w:val="26"/>
          <w:szCs w:val="26"/>
        </w:rPr>
        <w:t>The physical toll of the integration</w:t>
      </w:r>
      <w:r w:rsidR="00690E1E">
        <w:rPr>
          <w:rFonts w:ascii="garamond" w:hAnsi="garamond"/>
          <w:sz w:val="26"/>
          <w:szCs w:val="26"/>
        </w:rPr>
        <w:t xml:space="preserve"> on my body</w:t>
      </w:r>
      <w:r w:rsidRPr="00485118">
        <w:rPr>
          <w:rFonts w:ascii="garamond" w:hAnsi="garamond"/>
          <w:sz w:val="26"/>
          <w:szCs w:val="26"/>
        </w:rPr>
        <w:t xml:space="preserve"> was a separate issue. I had been managing six herniated discs with therapy and medication for years. During the Citibank merger, the pain became so severe that I couldn't get out of bed. I updated Maheras on the situation and explained that the only relief was a 15-centimeter lumbar epidural, cortisone, and a steroid shot at the Hospital for Special Surgery (HSS).</w:t>
      </w:r>
    </w:p>
    <w:p w14:paraId="71D2BB52" w14:textId="734E7A3C" w:rsidR="006B15F6" w:rsidRPr="00485118" w:rsidRDefault="006B15F6" w:rsidP="006B15F6">
      <w:pPr>
        <w:rPr>
          <w:rFonts w:ascii="garamond" w:hAnsi="garamond"/>
          <w:sz w:val="26"/>
          <w:szCs w:val="26"/>
        </w:rPr>
      </w:pPr>
      <w:r w:rsidRPr="00485118">
        <w:rPr>
          <w:rFonts w:ascii="garamond" w:hAnsi="garamond"/>
          <w:sz w:val="26"/>
          <w:szCs w:val="26"/>
        </w:rPr>
        <w:t>My physician, Dr. Veejay Vad, was out of town, and there is usually a 2-week wait for the CT scan needed to administer epidural needles. Still, Sandy Weill</w:t>
      </w:r>
      <w:r w:rsidR="00906E7E">
        <w:rPr>
          <w:rFonts w:ascii="garamond" w:hAnsi="garamond"/>
          <w:sz w:val="26"/>
          <w:szCs w:val="26"/>
        </w:rPr>
        <w:t>’s name</w:t>
      </w:r>
      <w:r w:rsidRPr="00485118">
        <w:rPr>
          <w:rFonts w:ascii="garamond" w:hAnsi="garamond"/>
          <w:sz w:val="26"/>
          <w:szCs w:val="26"/>
        </w:rPr>
        <w:t xml:space="preserve"> is ahead of Cornell University on the hospital name for a reason.</w:t>
      </w:r>
    </w:p>
    <w:p w14:paraId="3C692848" w14:textId="41EC708B" w:rsidR="006B15F6" w:rsidRPr="00485118" w:rsidRDefault="006B15F6" w:rsidP="006B15F6">
      <w:pPr>
        <w:rPr>
          <w:rFonts w:ascii="garamond" w:hAnsi="garamond"/>
          <w:sz w:val="26"/>
          <w:szCs w:val="26"/>
        </w:rPr>
      </w:pPr>
      <w:r w:rsidRPr="00485118">
        <w:rPr>
          <w:rFonts w:ascii="garamond" w:hAnsi="garamond"/>
          <w:sz w:val="26"/>
          <w:szCs w:val="26"/>
        </w:rPr>
        <w:t xml:space="preserve">Within fifteen minutes, I received a call from Dr. Scott Rodeo's office, the Director of HSS. While I was speaking with his assistant, Rodeo jumped on the line. "Hi, Sandy. What can I do for you, Sir?" I was about to </w:t>
      </w:r>
      <w:r w:rsidR="00906E7E">
        <w:rPr>
          <w:rFonts w:ascii="garamond" w:hAnsi="garamond"/>
          <w:sz w:val="26"/>
          <w:szCs w:val="26"/>
        </w:rPr>
        <w:t>inform</w:t>
      </w:r>
      <w:r w:rsidRPr="00485118">
        <w:rPr>
          <w:rFonts w:ascii="garamond" w:hAnsi="garamond"/>
          <w:sz w:val="26"/>
          <w:szCs w:val="26"/>
        </w:rPr>
        <w:t xml:space="preserve"> him</w:t>
      </w:r>
      <w:r w:rsidR="00906E7E">
        <w:rPr>
          <w:rFonts w:ascii="garamond" w:hAnsi="garamond"/>
          <w:sz w:val="26"/>
          <w:szCs w:val="26"/>
        </w:rPr>
        <w:t xml:space="preserve"> that Sandy was not on the call</w:t>
      </w:r>
      <w:r w:rsidRPr="00485118">
        <w:rPr>
          <w:rFonts w:ascii="garamond" w:hAnsi="garamond"/>
          <w:sz w:val="26"/>
          <w:szCs w:val="26"/>
        </w:rPr>
        <w:t xml:space="preserve"> when a deep voice intervened. It was Sandy Weill.</w:t>
      </w:r>
    </w:p>
    <w:p w14:paraId="293B36C9" w14:textId="56140250" w:rsidR="006B15F6" w:rsidRPr="00485118" w:rsidRDefault="00906E7E" w:rsidP="006B15F6">
      <w:pPr>
        <w:rPr>
          <w:rFonts w:ascii="garamond" w:hAnsi="garamond"/>
          <w:sz w:val="26"/>
          <w:szCs w:val="26"/>
        </w:rPr>
      </w:pPr>
      <w:r>
        <w:rPr>
          <w:rFonts w:ascii="garamond" w:hAnsi="garamond"/>
          <w:sz w:val="26"/>
          <w:szCs w:val="26"/>
        </w:rPr>
        <w:t xml:space="preserve">Sandy said, </w:t>
      </w:r>
      <w:r w:rsidR="006B15F6" w:rsidRPr="00485118">
        <w:rPr>
          <w:rFonts w:ascii="garamond" w:hAnsi="garamond"/>
          <w:sz w:val="26"/>
          <w:szCs w:val="26"/>
        </w:rPr>
        <w:t>"Scotty, I hope all is well with you and Rachel. I have an emergency. One of my Solly guys, Marwan Marshi, has severe lower back pain. He is a patient of one of your colleagues who is out. Can you help? We need him down here."</w:t>
      </w:r>
    </w:p>
    <w:p w14:paraId="5FB194AF" w14:textId="77777777" w:rsidR="006B15F6" w:rsidRPr="00485118" w:rsidRDefault="006B15F6" w:rsidP="006B15F6">
      <w:pPr>
        <w:rPr>
          <w:rFonts w:ascii="garamond" w:hAnsi="garamond"/>
          <w:sz w:val="26"/>
          <w:szCs w:val="26"/>
        </w:rPr>
      </w:pPr>
      <w:r w:rsidRPr="00485118">
        <w:rPr>
          <w:rFonts w:ascii="garamond" w:hAnsi="garamond"/>
          <w:sz w:val="26"/>
          <w:szCs w:val="26"/>
        </w:rPr>
        <w:t>Sandy Weill knew my name and wanted me involved in the merger negotiations and conflicts. A Lebanese-Palestinian man who grew up in Beirut during its civil war and studied at a public university in Texas was the person they relied on to manage the largest merger in history from within.</w:t>
      </w:r>
    </w:p>
    <w:p w14:paraId="3AA1EB58" w14:textId="162978E8" w:rsidR="006B15F6" w:rsidRPr="00485118" w:rsidRDefault="006B15F6" w:rsidP="006B15F6">
      <w:pPr>
        <w:rPr>
          <w:rFonts w:ascii="garamond" w:hAnsi="garamond"/>
          <w:sz w:val="26"/>
          <w:szCs w:val="26"/>
        </w:rPr>
      </w:pPr>
      <w:r w:rsidRPr="00485118">
        <w:rPr>
          <w:rFonts w:ascii="garamond" w:hAnsi="garamond"/>
          <w:sz w:val="26"/>
          <w:szCs w:val="26"/>
        </w:rPr>
        <w:t>Rodeo asked where the patient was</w:t>
      </w:r>
      <w:r w:rsidR="00906E7E">
        <w:rPr>
          <w:rFonts w:ascii="garamond" w:hAnsi="garamond"/>
          <w:sz w:val="26"/>
          <w:szCs w:val="26"/>
        </w:rPr>
        <w:t>, when</w:t>
      </w:r>
      <w:r w:rsidRPr="00485118">
        <w:rPr>
          <w:rFonts w:ascii="garamond" w:hAnsi="garamond"/>
          <w:sz w:val="26"/>
          <w:szCs w:val="26"/>
        </w:rPr>
        <w:t xml:space="preserve"> Maheras’ voice </w:t>
      </w:r>
      <w:r w:rsidR="00906E7E">
        <w:rPr>
          <w:rFonts w:ascii="garamond" w:hAnsi="garamond"/>
          <w:sz w:val="26"/>
          <w:szCs w:val="26"/>
        </w:rPr>
        <w:t xml:space="preserve">suddenly </w:t>
      </w:r>
      <w:r w:rsidR="00690E1E">
        <w:rPr>
          <w:rFonts w:ascii="garamond" w:hAnsi="garamond"/>
          <w:sz w:val="26"/>
          <w:szCs w:val="26"/>
        </w:rPr>
        <w:t>came</w:t>
      </w:r>
      <w:r w:rsidRPr="00485118">
        <w:rPr>
          <w:rFonts w:ascii="garamond" w:hAnsi="garamond"/>
          <w:sz w:val="26"/>
          <w:szCs w:val="26"/>
        </w:rPr>
        <w:t xml:space="preserve"> on the line: “This is Tom Maheras, and Marwan works for me. He is at East 69th Street, close to the hospital.” Tommy was listening in, and he knew where I lived. That was convenient.</w:t>
      </w:r>
    </w:p>
    <w:p w14:paraId="70CE6CC7" w14:textId="60E5AE1C" w:rsidR="006B15F6" w:rsidRPr="00485118" w:rsidRDefault="006B15F6" w:rsidP="006B15F6">
      <w:pPr>
        <w:rPr>
          <w:rFonts w:ascii="garamond" w:hAnsi="garamond"/>
          <w:sz w:val="26"/>
          <w:szCs w:val="26"/>
        </w:rPr>
      </w:pPr>
      <w:r w:rsidRPr="00485118">
        <w:rPr>
          <w:rFonts w:ascii="garamond" w:hAnsi="garamond"/>
          <w:sz w:val="26"/>
          <w:szCs w:val="26"/>
        </w:rPr>
        <w:lastRenderedPageBreak/>
        <w:t>Rodeo offered 4 p.m.</w:t>
      </w:r>
      <w:r w:rsidR="00690E1E">
        <w:rPr>
          <w:rFonts w:ascii="garamond" w:hAnsi="garamond"/>
          <w:sz w:val="26"/>
          <w:szCs w:val="26"/>
        </w:rPr>
        <w:t xml:space="preserve"> </w:t>
      </w:r>
      <w:r w:rsidRPr="00485118">
        <w:rPr>
          <w:rFonts w:ascii="garamond" w:hAnsi="garamond"/>
          <w:sz w:val="26"/>
          <w:szCs w:val="26"/>
        </w:rPr>
        <w:t>Weill said jokingly, "That'll be fine. And Scotty, please be extra careful with the nerves; we need him. Ha, ha, ha." Rodeo: "Ha, ha, ha. We will be more careful than last time."</w:t>
      </w:r>
    </w:p>
    <w:p w14:paraId="3A2FF804" w14:textId="77777777" w:rsidR="006B15F6" w:rsidRPr="00485118" w:rsidRDefault="006B15F6" w:rsidP="006B15F6">
      <w:pPr>
        <w:rPr>
          <w:rFonts w:ascii="garamond" w:hAnsi="garamond"/>
          <w:sz w:val="26"/>
          <w:szCs w:val="26"/>
        </w:rPr>
      </w:pPr>
      <w:r w:rsidRPr="00485118">
        <w:rPr>
          <w:rFonts w:ascii="garamond" w:hAnsi="garamond"/>
          <w:sz w:val="26"/>
          <w:szCs w:val="26"/>
        </w:rPr>
        <w:t>Weill, Maheras, and Rodeo shared a heartfelt laugh and hung up, leaving me on the line. The entire call lasted under three minutes.</w:t>
      </w:r>
    </w:p>
    <w:p w14:paraId="5D4A96AE" w14:textId="77777777" w:rsidR="006B15F6" w:rsidRPr="00485118" w:rsidRDefault="006B15F6" w:rsidP="006B15F6">
      <w:pPr>
        <w:rPr>
          <w:rFonts w:ascii="garamond" w:hAnsi="garamond"/>
          <w:sz w:val="26"/>
          <w:szCs w:val="26"/>
        </w:rPr>
      </w:pPr>
      <w:r w:rsidRPr="00485118">
        <w:rPr>
          <w:rFonts w:ascii="garamond" w:hAnsi="garamond"/>
          <w:sz w:val="26"/>
          <w:szCs w:val="26"/>
        </w:rPr>
        <w:t>I was in excruciating pain, worrying about an epidural shot, while they joked about paralysis.</w:t>
      </w:r>
    </w:p>
    <w:p w14:paraId="11837A43" w14:textId="77777777" w:rsidR="006B15F6" w:rsidRPr="00485118" w:rsidRDefault="006B15F6" w:rsidP="006B15F6">
      <w:pPr>
        <w:rPr>
          <w:rFonts w:ascii="garamond" w:hAnsi="garamond"/>
          <w:sz w:val="26"/>
          <w:szCs w:val="26"/>
        </w:rPr>
      </w:pPr>
      <w:r w:rsidRPr="00485118">
        <w:rPr>
          <w:rFonts w:ascii="garamond" w:hAnsi="garamond"/>
          <w:sz w:val="26"/>
          <w:szCs w:val="26"/>
        </w:rPr>
        <w:t>I was at HSS at 4 pm, finished at 7 pm, and went back home. The three-hour turnaround was a record-breaking time. Generally, the procedure takes six hours. It’s good to know people in high places.</w:t>
      </w:r>
    </w:p>
    <w:p w14:paraId="7BF62923" w14:textId="77777777" w:rsidR="006B15F6" w:rsidRPr="00485118" w:rsidRDefault="006B15F6" w:rsidP="006B15F6">
      <w:pPr>
        <w:rPr>
          <w:rFonts w:ascii="garamond" w:hAnsi="garamond"/>
          <w:sz w:val="26"/>
          <w:szCs w:val="26"/>
        </w:rPr>
      </w:pPr>
      <w:r w:rsidRPr="00485118">
        <w:rPr>
          <w:rFonts w:ascii="garamond" w:hAnsi="garamond"/>
          <w:sz w:val="26"/>
          <w:szCs w:val="26"/>
        </w:rPr>
        <w:t>I was asleep by 8 pm, and the next morning, I was up at six and in the office by 7:30 a.m. The injection was beginning to take its effect, slowly but steadily.</w:t>
      </w:r>
    </w:p>
    <w:p w14:paraId="2D952AE3" w14:textId="77777777" w:rsidR="006B15F6" w:rsidRPr="00485118" w:rsidRDefault="006B15F6" w:rsidP="006B15F6">
      <w:pPr>
        <w:rPr>
          <w:rFonts w:ascii="garamond" w:hAnsi="garamond"/>
          <w:sz w:val="26"/>
          <w:szCs w:val="26"/>
        </w:rPr>
      </w:pPr>
      <w:r w:rsidRPr="00485118">
        <w:rPr>
          <w:rFonts w:ascii="garamond" w:hAnsi="garamond"/>
          <w:sz w:val="26"/>
          <w:szCs w:val="26"/>
        </w:rPr>
        <w:t>Maheras came at eight and said, "Good morning, Marchenko.”</w:t>
      </w:r>
    </w:p>
    <w:p w14:paraId="4E9B1404" w14:textId="77777777" w:rsidR="006B15F6" w:rsidRPr="00485118" w:rsidRDefault="006B15F6" w:rsidP="006B15F6">
      <w:pPr>
        <w:rPr>
          <w:rFonts w:ascii="garamond" w:hAnsi="garamond"/>
          <w:sz w:val="26"/>
          <w:szCs w:val="26"/>
        </w:rPr>
      </w:pPr>
      <w:r w:rsidRPr="00485118">
        <w:rPr>
          <w:rFonts w:ascii="garamond" w:hAnsi="garamond"/>
          <w:sz w:val="26"/>
          <w:szCs w:val="26"/>
        </w:rPr>
        <w:t>He continued, “Can you come to my office, please? I am glad your back procedure went well. I am very grateful for what you did. And I can read it in your eyes. I know it will cost me."</w:t>
      </w:r>
    </w:p>
    <w:p w14:paraId="2E5BB738" w14:textId="77777777" w:rsidR="006B15F6" w:rsidRPr="00485118" w:rsidRDefault="006B15F6" w:rsidP="006B15F6">
      <w:pPr>
        <w:rPr>
          <w:rFonts w:ascii="garamond" w:hAnsi="garamond"/>
          <w:sz w:val="26"/>
          <w:szCs w:val="26"/>
        </w:rPr>
      </w:pPr>
      <w:r w:rsidRPr="00485118">
        <w:rPr>
          <w:rFonts w:ascii="garamond" w:hAnsi="garamond"/>
          <w:sz w:val="26"/>
          <w:szCs w:val="26"/>
        </w:rPr>
        <w:t>Maheras had just opened a door. There was no way I was not walking through it.</w:t>
      </w:r>
    </w:p>
    <w:p w14:paraId="0F90AA0D" w14:textId="77777777" w:rsidR="006B15F6" w:rsidRPr="00485118" w:rsidRDefault="006B15F6" w:rsidP="006B15F6">
      <w:pPr>
        <w:rPr>
          <w:rFonts w:ascii="garamond" w:hAnsi="garamond"/>
          <w:sz w:val="26"/>
          <w:szCs w:val="26"/>
        </w:rPr>
      </w:pPr>
      <w:r w:rsidRPr="00485118">
        <w:rPr>
          <w:rFonts w:ascii="garamond" w:hAnsi="garamond"/>
          <w:sz w:val="26"/>
          <w:szCs w:val="26"/>
        </w:rPr>
        <w:t>"Thanks, Tommy. The bouquet you sent was much appreciated. But now that you mention it — if I weren't thinking of it, you'd lose respect for me. I think two is good." Maheras halted.</w:t>
      </w:r>
    </w:p>
    <w:p w14:paraId="3BD86BDF" w14:textId="77777777" w:rsidR="006B15F6" w:rsidRPr="00485118" w:rsidRDefault="006B15F6" w:rsidP="006B15F6">
      <w:pPr>
        <w:rPr>
          <w:rFonts w:ascii="garamond" w:hAnsi="garamond"/>
          <w:sz w:val="26"/>
          <w:szCs w:val="26"/>
        </w:rPr>
      </w:pPr>
      <w:r w:rsidRPr="00485118">
        <w:rPr>
          <w:rFonts w:ascii="garamond" w:hAnsi="garamond"/>
          <w:sz w:val="26"/>
          <w:szCs w:val="26"/>
        </w:rPr>
        <w:t>"Ouch. One and a half is generous."</w:t>
      </w:r>
    </w:p>
    <w:p w14:paraId="78AF17DC" w14:textId="77777777" w:rsidR="006B15F6" w:rsidRPr="00485118" w:rsidRDefault="006B15F6" w:rsidP="006B15F6">
      <w:pPr>
        <w:rPr>
          <w:rFonts w:ascii="garamond" w:hAnsi="garamond"/>
          <w:sz w:val="26"/>
          <w:szCs w:val="26"/>
        </w:rPr>
      </w:pPr>
      <w:r w:rsidRPr="00485118">
        <w:rPr>
          <w:rFonts w:ascii="garamond" w:hAnsi="garamond"/>
          <w:sz w:val="26"/>
          <w:szCs w:val="26"/>
        </w:rPr>
        <w:t>I said, "How about we shake on one seventy-five?"</w:t>
      </w:r>
    </w:p>
    <w:p w14:paraId="7033488F" w14:textId="77777777" w:rsidR="006B15F6" w:rsidRPr="00485118" w:rsidRDefault="006B15F6" w:rsidP="006B15F6">
      <w:pPr>
        <w:rPr>
          <w:rFonts w:ascii="garamond" w:hAnsi="garamond"/>
          <w:sz w:val="26"/>
          <w:szCs w:val="26"/>
        </w:rPr>
      </w:pPr>
      <w:r w:rsidRPr="00485118">
        <w:rPr>
          <w:rFonts w:ascii="garamond" w:hAnsi="garamond"/>
          <w:sz w:val="26"/>
          <w:szCs w:val="26"/>
        </w:rPr>
        <w:t>Maheras extended his hand.</w:t>
      </w:r>
    </w:p>
    <w:p w14:paraId="7A737687" w14:textId="77777777" w:rsidR="006B15F6" w:rsidRPr="00485118" w:rsidRDefault="006B15F6" w:rsidP="006B15F6">
      <w:pPr>
        <w:rPr>
          <w:rFonts w:ascii="garamond" w:hAnsi="garamond"/>
          <w:sz w:val="26"/>
          <w:szCs w:val="26"/>
        </w:rPr>
      </w:pPr>
      <w:r w:rsidRPr="00485118">
        <w:rPr>
          <w:rFonts w:ascii="garamond" w:hAnsi="garamond"/>
          <w:sz w:val="26"/>
          <w:szCs w:val="26"/>
        </w:rPr>
        <w:t>Tommy said, "Done on one spot seven five." I was shocked. "By the way — I would have taken one twenty-five."</w:t>
      </w:r>
    </w:p>
    <w:p w14:paraId="3A971E7E" w14:textId="7408F1D4" w:rsidR="006B15F6" w:rsidRPr="00485118" w:rsidRDefault="006B15F6" w:rsidP="006B15F6">
      <w:pPr>
        <w:rPr>
          <w:rFonts w:ascii="garamond" w:hAnsi="garamond"/>
          <w:sz w:val="26"/>
          <w:szCs w:val="26"/>
        </w:rPr>
      </w:pPr>
      <w:r w:rsidRPr="00485118">
        <w:rPr>
          <w:rFonts w:ascii="garamond" w:hAnsi="garamond"/>
          <w:sz w:val="26"/>
          <w:szCs w:val="26"/>
        </w:rPr>
        <w:t>He looked at me shrewdly. "Good for you. I was willing to</w:t>
      </w:r>
      <w:r w:rsidR="00690E1E">
        <w:rPr>
          <w:rFonts w:ascii="garamond" w:hAnsi="garamond"/>
          <w:sz w:val="26"/>
          <w:szCs w:val="26"/>
        </w:rPr>
        <w:t xml:space="preserve"> pay</w:t>
      </w:r>
      <w:r w:rsidRPr="00485118">
        <w:rPr>
          <w:rFonts w:ascii="garamond" w:hAnsi="garamond"/>
          <w:sz w:val="26"/>
          <w:szCs w:val="26"/>
        </w:rPr>
        <w:t xml:space="preserve"> two and a half."</w:t>
      </w:r>
    </w:p>
    <w:p w14:paraId="52798E94" w14:textId="31D40EE9" w:rsidR="006B15F6" w:rsidRPr="00485118" w:rsidRDefault="00690E1E" w:rsidP="006B15F6">
      <w:pPr>
        <w:rPr>
          <w:rFonts w:ascii="garamond" w:hAnsi="garamond"/>
          <w:sz w:val="26"/>
          <w:szCs w:val="26"/>
        </w:rPr>
      </w:pPr>
      <w:r>
        <w:rPr>
          <w:rFonts w:ascii="garamond" w:hAnsi="garamond"/>
          <w:sz w:val="26"/>
          <w:szCs w:val="26"/>
        </w:rPr>
        <w:t xml:space="preserve">It is helpful to shed </w:t>
      </w:r>
      <w:r w:rsidR="00691C81">
        <w:rPr>
          <w:rFonts w:ascii="garamond" w:hAnsi="garamond"/>
          <w:sz w:val="26"/>
          <w:szCs w:val="26"/>
        </w:rPr>
        <w:t xml:space="preserve">some </w:t>
      </w:r>
      <w:r>
        <w:rPr>
          <w:rFonts w:ascii="garamond" w:hAnsi="garamond"/>
          <w:sz w:val="26"/>
          <w:szCs w:val="26"/>
        </w:rPr>
        <w:t>light on the exchange of numbers that transpired between Maheras and m</w:t>
      </w:r>
      <w:r w:rsidR="00691C81">
        <w:rPr>
          <w:rFonts w:ascii="garamond" w:hAnsi="garamond"/>
          <w:sz w:val="26"/>
          <w:szCs w:val="26"/>
        </w:rPr>
        <w:t>e</w:t>
      </w:r>
      <w:r>
        <w:rPr>
          <w:rFonts w:ascii="garamond" w:hAnsi="garamond"/>
          <w:sz w:val="26"/>
          <w:szCs w:val="26"/>
        </w:rPr>
        <w:t xml:space="preserve">. </w:t>
      </w:r>
      <w:r w:rsidR="006B15F6" w:rsidRPr="00485118">
        <w:rPr>
          <w:rFonts w:ascii="garamond" w:hAnsi="garamond"/>
          <w:sz w:val="26"/>
          <w:szCs w:val="26"/>
        </w:rPr>
        <w:t>The figures</w:t>
      </w:r>
      <w:r>
        <w:rPr>
          <w:rFonts w:ascii="garamond" w:hAnsi="garamond"/>
          <w:sz w:val="26"/>
          <w:szCs w:val="26"/>
        </w:rPr>
        <w:t xml:space="preserve"> </w:t>
      </w:r>
      <w:r w:rsidR="00A1669B">
        <w:rPr>
          <w:rFonts w:ascii="garamond" w:hAnsi="garamond"/>
          <w:sz w:val="26"/>
          <w:szCs w:val="26"/>
        </w:rPr>
        <w:t>used</w:t>
      </w:r>
      <w:r w:rsidR="006B15F6" w:rsidRPr="00485118">
        <w:rPr>
          <w:rFonts w:ascii="garamond" w:hAnsi="garamond"/>
          <w:sz w:val="26"/>
          <w:szCs w:val="26"/>
        </w:rPr>
        <w:t xml:space="preserve"> were in millions</w:t>
      </w:r>
      <w:r>
        <w:rPr>
          <w:rFonts w:ascii="garamond" w:hAnsi="garamond"/>
          <w:sz w:val="26"/>
          <w:szCs w:val="26"/>
        </w:rPr>
        <w:t xml:space="preserve"> of dollars</w:t>
      </w:r>
      <w:r w:rsidR="006B15F6" w:rsidRPr="00485118">
        <w:rPr>
          <w:rFonts w:ascii="garamond" w:hAnsi="garamond"/>
          <w:sz w:val="26"/>
          <w:szCs w:val="26"/>
        </w:rPr>
        <w:t xml:space="preserve">. The man who had been </w:t>
      </w:r>
      <w:r w:rsidR="006B15F6" w:rsidRPr="00485118">
        <w:rPr>
          <w:rFonts w:ascii="garamond" w:hAnsi="garamond"/>
          <w:sz w:val="26"/>
          <w:szCs w:val="26"/>
        </w:rPr>
        <w:lastRenderedPageBreak/>
        <w:t xml:space="preserve">almost immobilized the day before was back in his seat by 7:30 a.m., negotiating a $1.75 million year-end payment in under five minutes. On </w:t>
      </w:r>
      <w:r w:rsidR="00691C81">
        <w:rPr>
          <w:rFonts w:ascii="garamond" w:hAnsi="garamond"/>
          <w:sz w:val="26"/>
          <w:szCs w:val="26"/>
        </w:rPr>
        <w:t>our</w:t>
      </w:r>
      <w:r w:rsidR="006B15F6" w:rsidRPr="00485118">
        <w:rPr>
          <w:rFonts w:ascii="garamond" w:hAnsi="garamond"/>
          <w:sz w:val="26"/>
          <w:szCs w:val="26"/>
        </w:rPr>
        <w:t xml:space="preserve"> floor, a handshake was a binding agreement, and your word was your bond.</w:t>
      </w:r>
    </w:p>
    <w:p w14:paraId="1C5FB68F" w14:textId="08B6EFE2" w:rsidR="006B15F6" w:rsidRPr="00485118" w:rsidRDefault="006B15F6" w:rsidP="006B15F6">
      <w:pPr>
        <w:rPr>
          <w:rFonts w:ascii="garamond" w:hAnsi="garamond"/>
          <w:sz w:val="26"/>
          <w:szCs w:val="26"/>
        </w:rPr>
      </w:pPr>
      <w:r w:rsidRPr="00485118">
        <w:rPr>
          <w:rFonts w:ascii="garamond" w:hAnsi="garamond"/>
          <w:sz w:val="26"/>
          <w:szCs w:val="26"/>
        </w:rPr>
        <w:t>We both went into Tommy’s office</w:t>
      </w:r>
      <w:r w:rsidR="00690E1E">
        <w:rPr>
          <w:rFonts w:ascii="garamond" w:hAnsi="garamond"/>
          <w:sz w:val="26"/>
          <w:szCs w:val="26"/>
        </w:rPr>
        <w:t xml:space="preserve"> and drank coffee</w:t>
      </w:r>
      <w:r w:rsidRPr="00485118">
        <w:rPr>
          <w:rFonts w:ascii="garamond" w:hAnsi="garamond"/>
          <w:sz w:val="26"/>
          <w:szCs w:val="26"/>
        </w:rPr>
        <w:t>. When Coles arrived, we shifted our conversation to the merger and Citibank’s product platform.</w:t>
      </w:r>
    </w:p>
    <w:p w14:paraId="1EEB49EB" w14:textId="77777777" w:rsidR="006B15F6" w:rsidRPr="00485118" w:rsidRDefault="006B15F6" w:rsidP="006B15F6">
      <w:pPr>
        <w:rPr>
          <w:rFonts w:ascii="garamond" w:hAnsi="garamond"/>
          <w:sz w:val="26"/>
          <w:szCs w:val="26"/>
        </w:rPr>
      </w:pPr>
      <w:r w:rsidRPr="00485118">
        <w:rPr>
          <w:rFonts w:ascii="garamond" w:hAnsi="garamond"/>
          <w:sz w:val="26"/>
          <w:szCs w:val="26"/>
        </w:rPr>
        <w:t>I contacted Clemente to arrange a visit to my office, where I could introduce him to the desk heads and show him how CMG partnered with trading desks on client deals.</w:t>
      </w:r>
    </w:p>
    <w:p w14:paraId="437F782A" w14:textId="77777777" w:rsidR="006B15F6" w:rsidRPr="00485118" w:rsidRDefault="006B15F6" w:rsidP="006B15F6">
      <w:pPr>
        <w:rPr>
          <w:rFonts w:ascii="garamond" w:hAnsi="garamond"/>
          <w:sz w:val="26"/>
          <w:szCs w:val="26"/>
        </w:rPr>
      </w:pPr>
      <w:r w:rsidRPr="00485118">
        <w:rPr>
          <w:rFonts w:ascii="garamond" w:hAnsi="garamond"/>
          <w:sz w:val="26"/>
          <w:szCs w:val="26"/>
        </w:rPr>
        <w:t>The trading floor at 390 Greenwich Street seated about 1,000 salespeople and traders across 1.8 acres — shouting, yelling, eating, drinking — amid thousands of Bloomberg terminals, screens, and phones. Unlike Citibank’s calm floors, ours resembled a Turkish bazaar. You could smell the stale food from the elevator.</w:t>
      </w:r>
    </w:p>
    <w:p w14:paraId="0C31BB27" w14:textId="77777777" w:rsidR="006B15F6" w:rsidRPr="00485118" w:rsidRDefault="006B15F6" w:rsidP="006B15F6">
      <w:pPr>
        <w:rPr>
          <w:rFonts w:ascii="garamond" w:hAnsi="garamond"/>
          <w:sz w:val="26"/>
          <w:szCs w:val="26"/>
        </w:rPr>
      </w:pPr>
      <w:r w:rsidRPr="00485118">
        <w:rPr>
          <w:rFonts w:ascii="garamond" w:hAnsi="garamond"/>
          <w:sz w:val="26"/>
          <w:szCs w:val="26"/>
        </w:rPr>
        <w:t>Clemente arrived on our floor in a navy pin-striped suit, white shirt, and red Hermès tie. I introduced him to desk heads — sleeves rolled up, collars loose — who nearly yanked his arm off. After thirty minutes, we moved into my glass-walled office.</w:t>
      </w:r>
    </w:p>
    <w:p w14:paraId="6AE57D1D" w14:textId="7877F853" w:rsidR="006B15F6" w:rsidRPr="00485118" w:rsidRDefault="006B15F6" w:rsidP="006B15F6">
      <w:pPr>
        <w:rPr>
          <w:rFonts w:ascii="garamond" w:hAnsi="garamond"/>
          <w:sz w:val="26"/>
          <w:szCs w:val="26"/>
        </w:rPr>
      </w:pPr>
      <w:r w:rsidRPr="00485118">
        <w:rPr>
          <w:rFonts w:ascii="garamond" w:hAnsi="garamond"/>
          <w:sz w:val="26"/>
          <w:szCs w:val="26"/>
        </w:rPr>
        <w:t xml:space="preserve">Clemente looked horrified, pale, and almost hyperventilating. I handed him a plastic water bottle instead of a crystal. My office featured IKEA-style furniture, with </w:t>
      </w:r>
      <w:r w:rsidR="0083050B">
        <w:rPr>
          <w:rFonts w:ascii="garamond" w:hAnsi="garamond"/>
          <w:sz w:val="26"/>
          <w:szCs w:val="26"/>
        </w:rPr>
        <w:t>open</w:t>
      </w:r>
      <w:r w:rsidRPr="00485118">
        <w:rPr>
          <w:rFonts w:ascii="garamond" w:hAnsi="garamond"/>
          <w:sz w:val="26"/>
          <w:szCs w:val="26"/>
        </w:rPr>
        <w:t xml:space="preserve"> </w:t>
      </w:r>
      <w:r w:rsidR="0083050B">
        <w:rPr>
          <w:rFonts w:ascii="garamond" w:hAnsi="garamond"/>
          <w:sz w:val="26"/>
          <w:szCs w:val="26"/>
        </w:rPr>
        <w:t>visibility of salespeople and traders</w:t>
      </w:r>
      <w:r w:rsidRPr="00485118">
        <w:rPr>
          <w:rFonts w:ascii="garamond" w:hAnsi="garamond"/>
          <w:sz w:val="26"/>
          <w:szCs w:val="26"/>
        </w:rPr>
        <w:t xml:space="preserve"> outside. It was located on the second floor, offering street-level views of convenience stores, laundromats, pharmacies, and garages. </w:t>
      </w:r>
      <w:r w:rsidR="0083050B">
        <w:rPr>
          <w:rFonts w:ascii="garamond" w:hAnsi="garamond"/>
          <w:sz w:val="26"/>
          <w:szCs w:val="26"/>
        </w:rPr>
        <w:t>Clemente</w:t>
      </w:r>
      <w:r w:rsidRPr="00485118">
        <w:rPr>
          <w:rFonts w:ascii="garamond" w:hAnsi="garamond"/>
          <w:sz w:val="26"/>
          <w:szCs w:val="26"/>
        </w:rPr>
        <w:t xml:space="preserve"> asked how I could work amid th</w:t>
      </w:r>
      <w:r w:rsidR="0083050B">
        <w:rPr>
          <w:rFonts w:ascii="garamond" w:hAnsi="garamond"/>
          <w:sz w:val="26"/>
          <w:szCs w:val="26"/>
        </w:rPr>
        <w:t>e</w:t>
      </w:r>
      <w:r w:rsidRPr="00485118">
        <w:rPr>
          <w:rFonts w:ascii="garamond" w:hAnsi="garamond"/>
          <w:sz w:val="26"/>
          <w:szCs w:val="26"/>
        </w:rPr>
        <w:t xml:space="preserve"> noise. I explained that beneath the chaos lay structure and memory — positions, risk limits, and client histories. Most days, it held; some days, it didn't.</w:t>
      </w:r>
    </w:p>
    <w:p w14:paraId="00FDB95A" w14:textId="77777777" w:rsidR="006B15F6" w:rsidRPr="00485118" w:rsidRDefault="006B15F6" w:rsidP="006B15F6">
      <w:pPr>
        <w:rPr>
          <w:rFonts w:ascii="garamond" w:hAnsi="garamond"/>
          <w:sz w:val="26"/>
          <w:szCs w:val="26"/>
        </w:rPr>
      </w:pPr>
      <w:r w:rsidRPr="00485118">
        <w:rPr>
          <w:rFonts w:ascii="garamond" w:hAnsi="garamond"/>
          <w:sz w:val="26"/>
          <w:szCs w:val="26"/>
        </w:rPr>
        <w:t>Fifteen minutes in, Clemente took a cell phone call — something impossible in my office since I never get cell reception there. He pretended to speak calmly, stood, apologized for an emergency, and left quickly. He never returned to our floor. He never returned to the building. But afterward, he never objected to a single proposal I put forward.</w:t>
      </w:r>
    </w:p>
    <w:p w14:paraId="30FF48E3" w14:textId="77777777" w:rsidR="00691C81" w:rsidRDefault="006B15F6" w:rsidP="006B15F6">
      <w:pPr>
        <w:rPr>
          <w:rFonts w:ascii="garamond" w:hAnsi="garamond"/>
          <w:sz w:val="26"/>
          <w:szCs w:val="26"/>
        </w:rPr>
      </w:pPr>
      <w:r w:rsidRPr="00485118">
        <w:rPr>
          <w:rFonts w:ascii="garamond" w:hAnsi="garamond"/>
          <w:sz w:val="26"/>
          <w:szCs w:val="26"/>
        </w:rPr>
        <w:t xml:space="preserve">In the first reportable quarter, CMG’s revenues were more than twice PSD's, with 35% lower headcount. Clemente fired or reallocated 30% of his staff. I barely cut anyone. </w:t>
      </w:r>
    </w:p>
    <w:p w14:paraId="20BC4FE5" w14:textId="397A36D1" w:rsidR="006B15F6" w:rsidRPr="00485118" w:rsidRDefault="006B15F6" w:rsidP="006B15F6">
      <w:pPr>
        <w:rPr>
          <w:rFonts w:ascii="garamond" w:hAnsi="garamond"/>
          <w:sz w:val="26"/>
          <w:szCs w:val="26"/>
        </w:rPr>
      </w:pPr>
      <w:r w:rsidRPr="00485118">
        <w:rPr>
          <w:rFonts w:ascii="garamond" w:hAnsi="garamond"/>
          <w:sz w:val="26"/>
          <w:szCs w:val="26"/>
        </w:rPr>
        <w:t xml:space="preserve">Within months, </w:t>
      </w:r>
      <w:r w:rsidR="00691C81">
        <w:rPr>
          <w:rFonts w:ascii="garamond" w:hAnsi="garamond"/>
          <w:sz w:val="26"/>
          <w:szCs w:val="26"/>
        </w:rPr>
        <w:t>Clemente</w:t>
      </w:r>
      <w:r w:rsidRPr="00485118">
        <w:rPr>
          <w:rFonts w:ascii="garamond" w:hAnsi="garamond"/>
          <w:sz w:val="26"/>
          <w:szCs w:val="26"/>
        </w:rPr>
        <w:t xml:space="preserve"> retired to Florida.</w:t>
      </w:r>
    </w:p>
    <w:p w14:paraId="7351BF62" w14:textId="77777777" w:rsidR="006B15F6" w:rsidRPr="00485118" w:rsidRDefault="006B15F6" w:rsidP="006B15F6">
      <w:pPr>
        <w:rPr>
          <w:rFonts w:ascii="garamond" w:hAnsi="garamond"/>
          <w:sz w:val="26"/>
          <w:szCs w:val="26"/>
        </w:rPr>
      </w:pPr>
      <w:r w:rsidRPr="00485118">
        <w:rPr>
          <w:rFonts w:ascii="garamond" w:hAnsi="garamond"/>
          <w:sz w:val="26"/>
          <w:szCs w:val="26"/>
        </w:rPr>
        <w:lastRenderedPageBreak/>
        <w:t>The man who had kept me waiting, sipping Diet Coke from a crystal glass with a Manhattan skyline view, had been undone by a plastic water bottle and a floor that smelled like stale food.</w:t>
      </w:r>
    </w:p>
    <w:p w14:paraId="22280AFA" w14:textId="77777777" w:rsidR="006B15F6" w:rsidRPr="00485118" w:rsidRDefault="006B15F6" w:rsidP="006B15F6">
      <w:pPr>
        <w:rPr>
          <w:rFonts w:ascii="garamond" w:hAnsi="garamond"/>
          <w:sz w:val="26"/>
          <w:szCs w:val="26"/>
        </w:rPr>
      </w:pPr>
      <w:r w:rsidRPr="00485118">
        <w:rPr>
          <w:rFonts w:ascii="garamond" w:hAnsi="garamond"/>
          <w:sz w:val="26"/>
          <w:szCs w:val="26"/>
        </w:rPr>
        <w:t>The sensor anticipated the result, and it let the room do the work.</w:t>
      </w:r>
    </w:p>
    <w:p w14:paraId="7539D7FB" w14:textId="77777777" w:rsidR="006B15F6" w:rsidRPr="00485118" w:rsidRDefault="006B15F6" w:rsidP="006B15F6">
      <w:pPr>
        <w:rPr>
          <w:rFonts w:ascii="garamond" w:hAnsi="garamond"/>
          <w:sz w:val="26"/>
          <w:szCs w:val="26"/>
        </w:rPr>
      </w:pPr>
    </w:p>
    <w:p w14:paraId="5C3E8BBE" w14:textId="77777777" w:rsidR="00691C81" w:rsidRDefault="00691C81">
      <w:pPr>
        <w:rPr>
          <w:rFonts w:ascii="garamond" w:hAnsi="garamond"/>
          <w:b/>
          <w:bCs/>
          <w:sz w:val="26"/>
          <w:szCs w:val="26"/>
        </w:rPr>
      </w:pPr>
      <w:r>
        <w:rPr>
          <w:rFonts w:ascii="garamond" w:hAnsi="garamond"/>
          <w:b/>
          <w:bCs/>
          <w:sz w:val="26"/>
          <w:szCs w:val="26"/>
        </w:rPr>
        <w:br w:type="page"/>
      </w:r>
    </w:p>
    <w:p w14:paraId="471FBD1B" w14:textId="5209C7B0" w:rsidR="006B15F6" w:rsidRPr="00485118" w:rsidRDefault="006B15F6" w:rsidP="006B15F6">
      <w:pPr>
        <w:rPr>
          <w:rFonts w:ascii="garamond" w:hAnsi="garamond"/>
          <w:sz w:val="26"/>
          <w:szCs w:val="26"/>
        </w:rPr>
      </w:pPr>
      <w:r w:rsidRPr="00485118">
        <w:rPr>
          <w:rFonts w:ascii="garamond" w:hAnsi="garamond"/>
          <w:b/>
          <w:bCs/>
          <w:sz w:val="26"/>
          <w:szCs w:val="26"/>
        </w:rPr>
        <w:lastRenderedPageBreak/>
        <w:t>CHAPTER 26 — THE 450</w:t>
      </w:r>
      <w:r w:rsidRPr="00485118">
        <w:rPr>
          <w:rFonts w:ascii="garamond" w:hAnsi="garamond"/>
          <w:sz w:val="26"/>
          <w:szCs w:val="26"/>
        </w:rPr>
        <w:t xml:space="preserve"> </w:t>
      </w:r>
      <w:r w:rsidRPr="00485118">
        <w:rPr>
          <w:rFonts w:ascii="garamond" w:hAnsi="garamond"/>
          <w:sz w:val="26"/>
          <w:szCs w:val="26"/>
        </w:rPr>
        <w:br/>
      </w:r>
      <w:r w:rsidRPr="00485118">
        <w:rPr>
          <w:rFonts w:ascii="garamond" w:hAnsi="garamond"/>
          <w:b/>
          <w:bCs/>
          <w:sz w:val="26"/>
          <w:szCs w:val="26"/>
        </w:rPr>
        <w:t>I Do Not Know What Most Of Them Looked Like.</w:t>
      </w:r>
    </w:p>
    <w:p w14:paraId="27A6977E" w14:textId="365FE33C" w:rsidR="006B15F6" w:rsidRPr="00485118" w:rsidRDefault="006B15F6" w:rsidP="006B15F6">
      <w:pPr>
        <w:rPr>
          <w:rFonts w:ascii="garamond" w:hAnsi="garamond"/>
          <w:sz w:val="26"/>
          <w:szCs w:val="26"/>
        </w:rPr>
      </w:pPr>
      <w:r w:rsidRPr="00485118">
        <w:rPr>
          <w:rFonts w:ascii="garamond" w:hAnsi="garamond"/>
          <w:sz w:val="26"/>
          <w:szCs w:val="26"/>
        </w:rPr>
        <w:t>Jamshid Ehsani led Citibank's 35-member structured salesforce, which was already integrated into SSB's institutional sales. His collaboration with SSB’s credit sales team, led by Mark Miller, a legacy Salomon Brothers Managing Director, was problematic. Maheras asked me to either improve the relationship or resolve it. I noticed that Ehsani was Persian, and I was Lebanese, and that selecting me for this role was likely intentional</w:t>
      </w:r>
      <w:r w:rsidR="00C81107">
        <w:rPr>
          <w:rFonts w:ascii="garamond" w:hAnsi="garamond"/>
          <w:sz w:val="26"/>
          <w:szCs w:val="26"/>
        </w:rPr>
        <w:t xml:space="preserve">, </w:t>
      </w:r>
      <w:r w:rsidR="00C81107" w:rsidRPr="00485118">
        <w:rPr>
          <w:rFonts w:ascii="garamond" w:hAnsi="garamond"/>
          <w:sz w:val="26"/>
          <w:szCs w:val="26"/>
        </w:rPr>
        <w:t>on a floor that had just merged two different worlds.</w:t>
      </w:r>
    </w:p>
    <w:p w14:paraId="3D0E78B7" w14:textId="3E2EEDD7" w:rsidR="006B15F6" w:rsidRPr="00485118" w:rsidRDefault="006B15F6" w:rsidP="006B15F6">
      <w:pPr>
        <w:rPr>
          <w:rFonts w:ascii="garamond" w:hAnsi="garamond"/>
          <w:sz w:val="26"/>
          <w:szCs w:val="26"/>
        </w:rPr>
      </w:pPr>
      <w:r w:rsidRPr="00485118">
        <w:rPr>
          <w:rFonts w:ascii="garamond" w:hAnsi="garamond"/>
          <w:sz w:val="26"/>
          <w:szCs w:val="26"/>
        </w:rPr>
        <w:t xml:space="preserve">Instead of confronting Ehsani directly, I </w:t>
      </w:r>
      <w:r w:rsidR="00C81107">
        <w:rPr>
          <w:rFonts w:ascii="garamond" w:hAnsi="garamond"/>
          <w:sz w:val="26"/>
          <w:szCs w:val="26"/>
        </w:rPr>
        <w:t>got</w:t>
      </w:r>
      <w:r w:rsidRPr="00485118">
        <w:rPr>
          <w:rFonts w:ascii="garamond" w:hAnsi="garamond"/>
          <w:sz w:val="26"/>
          <w:szCs w:val="26"/>
        </w:rPr>
        <w:t xml:space="preserve"> to know him first. I attended a barbecue at his house in Darien — played squash and backgammon, both of which he won. A man tends to reveal more when he's winning than when he's losing.</w:t>
      </w:r>
      <w:r w:rsidR="00C81107">
        <w:rPr>
          <w:rFonts w:ascii="garamond" w:hAnsi="garamond"/>
          <w:sz w:val="26"/>
          <w:szCs w:val="26"/>
        </w:rPr>
        <w:t xml:space="preserve"> He was a family man, but arrogant in his demeanor.</w:t>
      </w:r>
    </w:p>
    <w:p w14:paraId="1BDEACC5" w14:textId="1B27955B" w:rsidR="006B15F6" w:rsidRPr="00485118" w:rsidRDefault="006B15F6" w:rsidP="006B15F6">
      <w:pPr>
        <w:rPr>
          <w:rFonts w:ascii="garamond" w:hAnsi="garamond"/>
          <w:sz w:val="26"/>
          <w:szCs w:val="26"/>
        </w:rPr>
      </w:pPr>
      <w:r w:rsidRPr="00485118">
        <w:rPr>
          <w:rFonts w:ascii="garamond" w:hAnsi="garamond"/>
          <w:sz w:val="26"/>
          <w:szCs w:val="26"/>
        </w:rPr>
        <w:t>The two sales teams w</w:t>
      </w:r>
      <w:r w:rsidR="00C81107">
        <w:rPr>
          <w:rFonts w:ascii="garamond" w:hAnsi="garamond"/>
          <w:sz w:val="26"/>
          <w:szCs w:val="26"/>
        </w:rPr>
        <w:t>ere asked to partner on</w:t>
      </w:r>
      <w:r w:rsidRPr="00485118">
        <w:rPr>
          <w:rFonts w:ascii="garamond" w:hAnsi="garamond"/>
          <w:sz w:val="26"/>
          <w:szCs w:val="26"/>
        </w:rPr>
        <w:t xml:space="preserve"> a </w:t>
      </w:r>
      <w:r w:rsidR="00C81107">
        <w:rPr>
          <w:rFonts w:ascii="garamond" w:hAnsi="garamond"/>
          <w:sz w:val="26"/>
          <w:szCs w:val="26"/>
        </w:rPr>
        <w:t>live</w:t>
      </w:r>
      <w:r w:rsidRPr="00485118">
        <w:rPr>
          <w:rFonts w:ascii="garamond" w:hAnsi="garamond"/>
          <w:sz w:val="26"/>
          <w:szCs w:val="26"/>
        </w:rPr>
        <w:t xml:space="preserve"> </w:t>
      </w:r>
      <w:r w:rsidR="00C81107">
        <w:rPr>
          <w:rFonts w:ascii="garamond" w:hAnsi="garamond"/>
          <w:sz w:val="26"/>
          <w:szCs w:val="26"/>
        </w:rPr>
        <w:t xml:space="preserve">CMG </w:t>
      </w:r>
      <w:r w:rsidRPr="00485118">
        <w:rPr>
          <w:rFonts w:ascii="garamond" w:hAnsi="garamond"/>
          <w:sz w:val="26"/>
          <w:szCs w:val="26"/>
        </w:rPr>
        <w:t>financing. I warned Ehsani that Miller was an icon at Salomon — intelligent, composed, and ethical.</w:t>
      </w:r>
    </w:p>
    <w:p w14:paraId="4896D3C3" w14:textId="1F2B1644" w:rsidR="006B15F6" w:rsidRPr="00485118" w:rsidRDefault="006B15F6" w:rsidP="006B15F6">
      <w:pPr>
        <w:rPr>
          <w:rFonts w:ascii="garamond" w:hAnsi="garamond"/>
          <w:sz w:val="26"/>
          <w:szCs w:val="26"/>
        </w:rPr>
      </w:pPr>
      <w:r w:rsidRPr="00485118">
        <w:rPr>
          <w:rFonts w:ascii="garamond" w:hAnsi="garamond"/>
          <w:sz w:val="26"/>
          <w:szCs w:val="26"/>
        </w:rPr>
        <w:t xml:space="preserve">Ehsani’s strategy </w:t>
      </w:r>
      <w:r w:rsidR="00A1669B">
        <w:rPr>
          <w:rFonts w:ascii="garamond" w:hAnsi="garamond"/>
          <w:sz w:val="26"/>
          <w:szCs w:val="26"/>
        </w:rPr>
        <w:t>used</w:t>
      </w:r>
      <w:r w:rsidRPr="00485118">
        <w:rPr>
          <w:rFonts w:ascii="garamond" w:hAnsi="garamond"/>
          <w:sz w:val="26"/>
          <w:szCs w:val="26"/>
        </w:rPr>
        <w:t xml:space="preserve"> exotic derivatives that were unnecessarily complex. Miller relied on cash markets and a simple interest rate swap—straightforward, low-risk, and fully distributable. The meeting between the two lasted three hours and ended with shouting</w:t>
      </w:r>
      <w:r w:rsidR="00C81107">
        <w:rPr>
          <w:rFonts w:ascii="garamond" w:hAnsi="garamond"/>
          <w:sz w:val="26"/>
          <w:szCs w:val="26"/>
        </w:rPr>
        <w:t xml:space="preserve">, and no conclusion. Miller’s strategy was the clear </w:t>
      </w:r>
      <w:r w:rsidR="001E7914">
        <w:rPr>
          <w:rFonts w:ascii="garamond" w:hAnsi="garamond"/>
          <w:sz w:val="26"/>
          <w:szCs w:val="26"/>
        </w:rPr>
        <w:t>winner.</w:t>
      </w:r>
    </w:p>
    <w:p w14:paraId="5D46C3A5" w14:textId="77777777" w:rsidR="006B15F6" w:rsidRPr="00485118" w:rsidRDefault="006B15F6" w:rsidP="006B15F6">
      <w:pPr>
        <w:rPr>
          <w:rFonts w:ascii="garamond" w:hAnsi="garamond"/>
          <w:sz w:val="26"/>
          <w:szCs w:val="26"/>
        </w:rPr>
      </w:pPr>
      <w:r w:rsidRPr="00485118">
        <w:rPr>
          <w:rFonts w:ascii="garamond" w:hAnsi="garamond"/>
          <w:sz w:val="26"/>
          <w:szCs w:val="26"/>
        </w:rPr>
        <w:t>Ehsani sent an email criticizing Miller's approach. Miller, who would rarely reply, responded directly and clearly.</w:t>
      </w:r>
    </w:p>
    <w:p w14:paraId="7ECC68AE" w14:textId="77777777" w:rsidR="006B15F6" w:rsidRPr="00485118" w:rsidRDefault="006B15F6" w:rsidP="006B15F6">
      <w:pPr>
        <w:rPr>
          <w:rFonts w:ascii="garamond" w:hAnsi="garamond"/>
          <w:sz w:val="26"/>
          <w:szCs w:val="26"/>
        </w:rPr>
      </w:pPr>
      <w:r w:rsidRPr="00485118">
        <w:rPr>
          <w:rFonts w:ascii="garamond" w:hAnsi="garamond"/>
          <w:sz w:val="26"/>
          <w:szCs w:val="26"/>
        </w:rPr>
        <w:t>He began his email: "I met with Ehsani regarding the above deal. The emperor has no clothes." He then summarized his conclusions succinctly.</w:t>
      </w:r>
    </w:p>
    <w:p w14:paraId="02D8CFF4" w14:textId="77777777" w:rsidR="006B15F6" w:rsidRPr="00485118" w:rsidRDefault="006B15F6" w:rsidP="006B15F6">
      <w:pPr>
        <w:rPr>
          <w:rFonts w:ascii="garamond" w:hAnsi="garamond"/>
          <w:sz w:val="26"/>
          <w:szCs w:val="26"/>
        </w:rPr>
      </w:pPr>
      <w:r w:rsidRPr="00485118">
        <w:rPr>
          <w:rFonts w:ascii="garamond" w:hAnsi="garamond"/>
          <w:sz w:val="26"/>
          <w:szCs w:val="26"/>
        </w:rPr>
        <w:t>Miller's response was Ehsani's obituary.</w:t>
      </w:r>
    </w:p>
    <w:p w14:paraId="5338D714" w14:textId="14EC68AB" w:rsidR="006B15F6" w:rsidRPr="00485118" w:rsidRDefault="006B15F6" w:rsidP="006B15F6">
      <w:pPr>
        <w:rPr>
          <w:rFonts w:ascii="garamond" w:hAnsi="garamond"/>
          <w:sz w:val="26"/>
          <w:szCs w:val="26"/>
        </w:rPr>
      </w:pPr>
      <w:r w:rsidRPr="00485118">
        <w:rPr>
          <w:rFonts w:ascii="garamond" w:hAnsi="garamond"/>
          <w:sz w:val="26"/>
          <w:szCs w:val="26"/>
        </w:rPr>
        <w:t>Winning c</w:t>
      </w:r>
      <w:r w:rsidR="00C81107">
        <w:rPr>
          <w:rFonts w:ascii="garamond" w:hAnsi="garamond"/>
          <w:sz w:val="26"/>
          <w:szCs w:val="26"/>
        </w:rPr>
        <w:t>arries</w:t>
      </w:r>
      <w:r w:rsidRPr="00485118">
        <w:rPr>
          <w:rFonts w:ascii="garamond" w:hAnsi="garamond"/>
          <w:sz w:val="26"/>
          <w:szCs w:val="26"/>
        </w:rPr>
        <w:t xml:space="preserve"> a steep cost. The version shared in merger postmortems </w:t>
      </w:r>
      <w:r w:rsidR="00C81107">
        <w:rPr>
          <w:rFonts w:ascii="garamond" w:hAnsi="garamond"/>
          <w:sz w:val="26"/>
          <w:szCs w:val="26"/>
        </w:rPr>
        <w:t>precludes</w:t>
      </w:r>
      <w:r w:rsidRPr="00485118">
        <w:rPr>
          <w:rFonts w:ascii="garamond" w:hAnsi="garamond"/>
          <w:sz w:val="26"/>
          <w:szCs w:val="26"/>
        </w:rPr>
        <w:t xml:space="preserve"> </w:t>
      </w:r>
      <w:r w:rsidR="00C81107">
        <w:rPr>
          <w:rFonts w:ascii="garamond" w:hAnsi="garamond"/>
          <w:sz w:val="26"/>
          <w:szCs w:val="26"/>
        </w:rPr>
        <w:t>much of the professional hurt and agony. It also ignores</w:t>
      </w:r>
      <w:r w:rsidRPr="00485118">
        <w:rPr>
          <w:rFonts w:ascii="garamond" w:hAnsi="garamond"/>
          <w:sz w:val="26"/>
          <w:szCs w:val="26"/>
        </w:rPr>
        <w:t xml:space="preserve"> the individual on the other side of the decision — the one who, before the meeting began, already knew exactly how it would conclude.</w:t>
      </w:r>
    </w:p>
    <w:p w14:paraId="469FEDE3" w14:textId="77777777" w:rsidR="006B15F6" w:rsidRPr="00485118" w:rsidRDefault="006B15F6" w:rsidP="006B15F6">
      <w:pPr>
        <w:rPr>
          <w:rFonts w:ascii="garamond" w:hAnsi="garamond"/>
          <w:sz w:val="26"/>
          <w:szCs w:val="26"/>
        </w:rPr>
      </w:pPr>
      <w:r w:rsidRPr="00485118">
        <w:rPr>
          <w:rFonts w:ascii="garamond" w:hAnsi="garamond"/>
          <w:sz w:val="26"/>
          <w:szCs w:val="26"/>
        </w:rPr>
        <w:t>In many instances, that person was me.</w:t>
      </w:r>
    </w:p>
    <w:p w14:paraId="0075EC38" w14:textId="77777777" w:rsidR="006B15F6" w:rsidRPr="00485118" w:rsidRDefault="006B15F6" w:rsidP="006B15F6">
      <w:pPr>
        <w:rPr>
          <w:rFonts w:ascii="garamond" w:hAnsi="garamond"/>
          <w:sz w:val="26"/>
          <w:szCs w:val="26"/>
        </w:rPr>
      </w:pPr>
      <w:r w:rsidRPr="00485118">
        <w:rPr>
          <w:rFonts w:ascii="garamond" w:hAnsi="garamond"/>
          <w:sz w:val="26"/>
          <w:szCs w:val="26"/>
        </w:rPr>
        <w:t xml:space="preserve">The overlap between the two mergers was concentrated in my area — capital markets within fixed income. The people I competed against were not junior staff; they were senior, experienced, and well-connected. In five specific cases across the two mergers, </w:t>
      </w:r>
      <w:r w:rsidRPr="00485118">
        <w:rPr>
          <w:rFonts w:ascii="garamond" w:hAnsi="garamond"/>
          <w:sz w:val="26"/>
          <w:szCs w:val="26"/>
        </w:rPr>
        <w:lastRenderedPageBreak/>
        <w:t>the smart money was not on me. All of them left Citigroup before I did. They were not outmaneuvered. They were outgrown. That is not a boast. It is a fact.</w:t>
      </w:r>
    </w:p>
    <w:p w14:paraId="22C36448" w14:textId="66236CED" w:rsidR="00596F88" w:rsidRPr="00596F88" w:rsidRDefault="006B15F6" w:rsidP="00596F88">
      <w:pPr>
        <w:rPr>
          <w:rFonts w:ascii="garamond" w:hAnsi="garamond"/>
          <w:sz w:val="26"/>
          <w:szCs w:val="26"/>
        </w:rPr>
      </w:pPr>
      <w:r w:rsidRPr="00485118">
        <w:rPr>
          <w:rFonts w:ascii="garamond" w:hAnsi="garamond"/>
          <w:sz w:val="26"/>
          <w:szCs w:val="26"/>
        </w:rPr>
        <w:t xml:space="preserve">I </w:t>
      </w:r>
      <w:r w:rsidR="00351FA4">
        <w:rPr>
          <w:rFonts w:ascii="garamond" w:hAnsi="garamond"/>
          <w:sz w:val="26"/>
          <w:szCs w:val="26"/>
        </w:rPr>
        <w:t>am a</w:t>
      </w:r>
      <w:r w:rsidRPr="00485118">
        <w:rPr>
          <w:rFonts w:ascii="garamond" w:hAnsi="garamond"/>
          <w:sz w:val="26"/>
          <w:szCs w:val="26"/>
        </w:rPr>
        <w:t xml:space="preserve"> gentleman, a view shared by those who know me.</w:t>
      </w:r>
      <w:r w:rsidR="00596F88">
        <w:rPr>
          <w:rFonts w:ascii="garamond" w:hAnsi="garamond"/>
          <w:sz w:val="26"/>
          <w:szCs w:val="26"/>
        </w:rPr>
        <w:t xml:space="preserve"> </w:t>
      </w:r>
      <w:r w:rsidR="00596F88" w:rsidRPr="00596F88">
        <w:rPr>
          <w:rFonts w:ascii="garamond" w:hAnsi="garamond"/>
          <w:sz w:val="26"/>
          <w:szCs w:val="26"/>
        </w:rPr>
        <w:t xml:space="preserve">On the trading floor, I treated every negotiation like </w:t>
      </w:r>
      <w:r w:rsidR="0083050B">
        <w:rPr>
          <w:rFonts w:ascii="garamond" w:hAnsi="garamond"/>
          <w:sz w:val="26"/>
          <w:szCs w:val="26"/>
        </w:rPr>
        <w:t xml:space="preserve">a high-end level of </w:t>
      </w:r>
      <w:r w:rsidR="00596F88" w:rsidRPr="00596F88">
        <w:rPr>
          <w:rFonts w:ascii="garamond" w:hAnsi="garamond"/>
          <w:sz w:val="26"/>
          <w:szCs w:val="26"/>
        </w:rPr>
        <w:t xml:space="preserve">Bliss Street — drop the backpack, stay light, let them attack. When they </w:t>
      </w:r>
      <w:r w:rsidR="00351FA4">
        <w:rPr>
          <w:rFonts w:ascii="garamond" w:hAnsi="garamond"/>
          <w:sz w:val="26"/>
          <w:szCs w:val="26"/>
        </w:rPr>
        <w:t xml:space="preserve">were </w:t>
      </w:r>
      <w:r w:rsidR="00596F88" w:rsidRPr="00596F88">
        <w:rPr>
          <w:rFonts w:ascii="garamond" w:hAnsi="garamond"/>
          <w:sz w:val="26"/>
          <w:szCs w:val="26"/>
        </w:rPr>
        <w:t xml:space="preserve">tired and </w:t>
      </w:r>
      <w:r w:rsidR="00B8544F">
        <w:rPr>
          <w:rFonts w:ascii="garamond" w:hAnsi="garamond"/>
          <w:sz w:val="26"/>
          <w:szCs w:val="26"/>
        </w:rPr>
        <w:t>retreated</w:t>
      </w:r>
      <w:r w:rsidR="00596F88" w:rsidRPr="00596F88">
        <w:rPr>
          <w:rFonts w:ascii="garamond" w:hAnsi="garamond"/>
          <w:sz w:val="26"/>
          <w:szCs w:val="26"/>
        </w:rPr>
        <w:t xml:space="preserve">, </w:t>
      </w:r>
      <w:r w:rsidR="00351FA4">
        <w:rPr>
          <w:rFonts w:ascii="garamond" w:hAnsi="garamond"/>
          <w:sz w:val="26"/>
          <w:szCs w:val="26"/>
        </w:rPr>
        <w:t>I moved</w:t>
      </w:r>
      <w:r w:rsidR="00596F88" w:rsidRPr="00596F88">
        <w:rPr>
          <w:rFonts w:ascii="garamond" w:hAnsi="garamond"/>
          <w:sz w:val="26"/>
          <w:szCs w:val="26"/>
        </w:rPr>
        <w:t xml:space="preserve"> in and</w:t>
      </w:r>
      <w:r w:rsidR="00351FA4">
        <w:rPr>
          <w:rFonts w:ascii="garamond" w:hAnsi="garamond"/>
          <w:sz w:val="26"/>
          <w:szCs w:val="26"/>
        </w:rPr>
        <w:t xml:space="preserve"> established</w:t>
      </w:r>
      <w:r w:rsidR="00596F88" w:rsidRPr="00596F88">
        <w:rPr>
          <w:rFonts w:ascii="garamond" w:hAnsi="garamond"/>
          <w:sz w:val="26"/>
          <w:szCs w:val="26"/>
        </w:rPr>
        <w:t xml:space="preserve"> </w:t>
      </w:r>
      <w:r w:rsidR="00351FA4">
        <w:rPr>
          <w:rFonts w:ascii="garamond" w:hAnsi="garamond"/>
          <w:sz w:val="26"/>
          <w:szCs w:val="26"/>
        </w:rPr>
        <w:t>my</w:t>
      </w:r>
      <w:r w:rsidR="00596F88" w:rsidRPr="00596F88">
        <w:rPr>
          <w:rFonts w:ascii="garamond" w:hAnsi="garamond"/>
          <w:sz w:val="26"/>
          <w:szCs w:val="26"/>
        </w:rPr>
        <w:t xml:space="preserve"> terms.</w:t>
      </w:r>
      <w:r w:rsidR="0083050B">
        <w:rPr>
          <w:rFonts w:ascii="garamond" w:hAnsi="garamond"/>
          <w:sz w:val="26"/>
          <w:szCs w:val="26"/>
        </w:rPr>
        <w:t xml:space="preserve"> Sometimes I prevailed; other times I didn’t. It was based on diligence and meritocracy.</w:t>
      </w:r>
    </w:p>
    <w:p w14:paraId="1285174D" w14:textId="6DEA0938" w:rsidR="006B15F6" w:rsidRPr="00485118" w:rsidRDefault="006B15F6" w:rsidP="006B15F6">
      <w:pPr>
        <w:rPr>
          <w:rFonts w:ascii="garamond" w:hAnsi="garamond"/>
          <w:sz w:val="26"/>
          <w:szCs w:val="26"/>
        </w:rPr>
      </w:pPr>
      <w:r w:rsidRPr="00485118">
        <w:rPr>
          <w:rFonts w:ascii="garamond" w:hAnsi="garamond"/>
          <w:sz w:val="26"/>
          <w:szCs w:val="26"/>
        </w:rPr>
        <w:t>One evening at dinner with Tommy Maheras and several senior fixed</w:t>
      </w:r>
      <w:r w:rsidR="00351FA4">
        <w:rPr>
          <w:rFonts w:ascii="garamond" w:hAnsi="garamond"/>
          <w:sz w:val="26"/>
          <w:szCs w:val="26"/>
        </w:rPr>
        <w:t>-</w:t>
      </w:r>
      <w:r w:rsidRPr="00485118">
        <w:rPr>
          <w:rFonts w:ascii="garamond" w:hAnsi="garamond"/>
          <w:sz w:val="26"/>
          <w:szCs w:val="26"/>
        </w:rPr>
        <w:t xml:space="preserve">income Managing Directors, I spoke sincerely, and it had a stronger impact than I anticipated. I stated, "Regardless of </w:t>
      </w:r>
      <w:r w:rsidR="00351FA4">
        <w:rPr>
          <w:rFonts w:ascii="garamond" w:hAnsi="garamond"/>
          <w:sz w:val="26"/>
          <w:szCs w:val="26"/>
        </w:rPr>
        <w:t>Citibank’s size and</w:t>
      </w:r>
      <w:r w:rsidRPr="00485118">
        <w:rPr>
          <w:rFonts w:ascii="garamond" w:hAnsi="garamond"/>
          <w:sz w:val="26"/>
          <w:szCs w:val="26"/>
        </w:rPr>
        <w:t xml:space="preserve"> </w:t>
      </w:r>
      <w:r w:rsidR="00351FA4">
        <w:rPr>
          <w:rFonts w:ascii="garamond" w:hAnsi="garamond"/>
          <w:sz w:val="26"/>
          <w:szCs w:val="26"/>
        </w:rPr>
        <w:t>resources,</w:t>
      </w:r>
      <w:r w:rsidRPr="00485118">
        <w:rPr>
          <w:rFonts w:ascii="garamond" w:hAnsi="garamond"/>
          <w:sz w:val="26"/>
          <w:szCs w:val="26"/>
        </w:rPr>
        <w:t xml:space="preserve"> we cannot lose. The reason is simple: we are younger."</w:t>
      </w:r>
    </w:p>
    <w:p w14:paraId="16DBAD95" w14:textId="2D450D0B" w:rsidR="006B15F6" w:rsidRPr="00485118" w:rsidRDefault="006B15F6" w:rsidP="006B15F6">
      <w:pPr>
        <w:rPr>
          <w:rFonts w:ascii="garamond" w:hAnsi="garamond"/>
          <w:sz w:val="26"/>
          <w:szCs w:val="26"/>
        </w:rPr>
      </w:pPr>
      <w:r w:rsidRPr="00485118">
        <w:rPr>
          <w:rFonts w:ascii="garamond" w:hAnsi="garamond"/>
          <w:sz w:val="26"/>
          <w:szCs w:val="26"/>
        </w:rPr>
        <w:t>The room fell silent. The</w:t>
      </w:r>
      <w:r w:rsidR="00351FA4">
        <w:rPr>
          <w:rFonts w:ascii="garamond" w:hAnsi="garamond"/>
          <w:sz w:val="26"/>
          <w:szCs w:val="26"/>
        </w:rPr>
        <w:t>y</w:t>
      </w:r>
      <w:r w:rsidRPr="00485118">
        <w:rPr>
          <w:rFonts w:ascii="garamond" w:hAnsi="garamond"/>
          <w:sz w:val="26"/>
          <w:szCs w:val="26"/>
        </w:rPr>
        <w:t xml:space="preserve"> had experience</w:t>
      </w:r>
      <w:r w:rsidR="00351FA4">
        <w:rPr>
          <w:rFonts w:ascii="garamond" w:hAnsi="garamond"/>
          <w:sz w:val="26"/>
          <w:szCs w:val="26"/>
        </w:rPr>
        <w:t>, infrastructure,</w:t>
      </w:r>
      <w:r w:rsidRPr="00485118">
        <w:rPr>
          <w:rFonts w:ascii="garamond" w:hAnsi="garamond"/>
          <w:sz w:val="26"/>
          <w:szCs w:val="26"/>
        </w:rPr>
        <w:t xml:space="preserve"> and institutional </w:t>
      </w:r>
      <w:r w:rsidR="00351FA4">
        <w:rPr>
          <w:rFonts w:ascii="garamond" w:hAnsi="garamond"/>
          <w:sz w:val="26"/>
          <w:szCs w:val="26"/>
        </w:rPr>
        <w:t>presence</w:t>
      </w:r>
      <w:r w:rsidRPr="00485118">
        <w:rPr>
          <w:rFonts w:ascii="garamond" w:hAnsi="garamond"/>
          <w:sz w:val="26"/>
          <w:szCs w:val="26"/>
        </w:rPr>
        <w:t>, but they lacked hunger</w:t>
      </w:r>
      <w:r w:rsidR="00351FA4">
        <w:rPr>
          <w:rFonts w:ascii="garamond" w:hAnsi="garamond"/>
          <w:sz w:val="26"/>
          <w:szCs w:val="26"/>
        </w:rPr>
        <w:t>. We</w:t>
      </w:r>
      <w:r w:rsidRPr="00485118">
        <w:rPr>
          <w:rFonts w:ascii="garamond" w:hAnsi="garamond"/>
          <w:sz w:val="26"/>
          <w:szCs w:val="26"/>
        </w:rPr>
        <w:t xml:space="preserve"> perform </w:t>
      </w:r>
      <w:r w:rsidR="00A1669B" w:rsidRPr="00485118">
        <w:rPr>
          <w:rFonts w:ascii="garamond" w:hAnsi="garamond"/>
          <w:sz w:val="26"/>
          <w:szCs w:val="26"/>
        </w:rPr>
        <w:t>better and</w:t>
      </w:r>
      <w:r w:rsidRPr="00485118">
        <w:rPr>
          <w:rFonts w:ascii="garamond" w:hAnsi="garamond"/>
          <w:sz w:val="26"/>
          <w:szCs w:val="26"/>
        </w:rPr>
        <w:t xml:space="preserve"> endure longer in any situation where the outcome </w:t>
      </w:r>
      <w:r w:rsidR="00351FA4">
        <w:rPr>
          <w:rFonts w:ascii="garamond" w:hAnsi="garamond"/>
          <w:sz w:val="26"/>
          <w:szCs w:val="26"/>
        </w:rPr>
        <w:t>i</w:t>
      </w:r>
      <w:r w:rsidRPr="00485118">
        <w:rPr>
          <w:rFonts w:ascii="garamond" w:hAnsi="garamond"/>
          <w:sz w:val="26"/>
          <w:szCs w:val="26"/>
        </w:rPr>
        <w:t>s still open.</w:t>
      </w:r>
    </w:p>
    <w:p w14:paraId="7BE630AE" w14:textId="02DB9347" w:rsidR="006B15F6" w:rsidRPr="00485118" w:rsidRDefault="00B8544F" w:rsidP="006B15F6">
      <w:pPr>
        <w:rPr>
          <w:rFonts w:ascii="garamond" w:hAnsi="garamond"/>
          <w:sz w:val="26"/>
          <w:szCs w:val="26"/>
        </w:rPr>
      </w:pPr>
      <w:r>
        <w:rPr>
          <w:rFonts w:ascii="garamond" w:hAnsi="garamond"/>
          <w:sz w:val="26"/>
        </w:rPr>
        <w:t>There is a cost to winning, buried under the names</w:t>
      </w:r>
      <w:r w:rsidR="00092629">
        <w:rPr>
          <w:rFonts w:ascii="garamond" w:hAnsi="garamond"/>
          <w:sz w:val="26"/>
        </w:rPr>
        <w:t xml:space="preserve"> and numbers</w:t>
      </w:r>
      <w:r>
        <w:rPr>
          <w:rFonts w:ascii="garamond" w:hAnsi="garamond"/>
          <w:sz w:val="26"/>
        </w:rPr>
        <w:t xml:space="preserve"> of people marginalized out of their jobs. </w:t>
      </w:r>
      <w:r w:rsidR="00092629">
        <w:rPr>
          <w:rFonts w:ascii="garamond" w:hAnsi="garamond"/>
          <w:sz w:val="26"/>
        </w:rPr>
        <w:t xml:space="preserve">In CMG, the total was 450, and my </w:t>
      </w:r>
      <w:r>
        <w:rPr>
          <w:rFonts w:ascii="garamond" w:hAnsi="garamond"/>
          <w:sz w:val="26"/>
        </w:rPr>
        <w:t>induction</w:t>
      </w:r>
      <w:r w:rsidR="00351FA4">
        <w:rPr>
          <w:rFonts w:ascii="garamond" w:hAnsi="garamond"/>
          <w:sz w:val="26"/>
        </w:rPr>
        <w:t xml:space="preserve"> started</w:t>
      </w:r>
      <w:r>
        <w:rPr>
          <w:rFonts w:ascii="garamond" w:hAnsi="garamond"/>
          <w:sz w:val="26"/>
        </w:rPr>
        <w:t xml:space="preserve"> at 35</w:t>
      </w:r>
      <w:r w:rsidR="006B15F6">
        <w:rPr>
          <w:rFonts w:ascii="garamond" w:hAnsi="garamond"/>
          <w:sz w:val="26"/>
        </w:rPr>
        <w:t>.</w:t>
      </w:r>
    </w:p>
    <w:p w14:paraId="48E67ADF" w14:textId="752A64C8" w:rsidR="006B15F6" w:rsidRDefault="006B15F6" w:rsidP="006B15F6">
      <w:pPr>
        <w:rPr>
          <w:rFonts w:ascii="garamond" w:hAnsi="garamond"/>
          <w:sz w:val="26"/>
        </w:rPr>
      </w:pPr>
      <w:r>
        <w:rPr>
          <w:rFonts w:ascii="garamond" w:hAnsi="garamond"/>
          <w:sz w:val="26"/>
        </w:rPr>
        <w:t>It was during Travelers</w:t>
      </w:r>
      <w:r w:rsidR="00092629">
        <w:rPr>
          <w:rFonts w:ascii="garamond" w:hAnsi="garamond"/>
          <w:sz w:val="26"/>
        </w:rPr>
        <w:t>’</w:t>
      </w:r>
      <w:r>
        <w:rPr>
          <w:rFonts w:ascii="garamond" w:hAnsi="garamond"/>
          <w:sz w:val="26"/>
        </w:rPr>
        <w:t xml:space="preserve"> acquisition</w:t>
      </w:r>
      <w:r w:rsidR="00B8544F">
        <w:rPr>
          <w:rFonts w:ascii="garamond" w:hAnsi="garamond"/>
          <w:sz w:val="26"/>
        </w:rPr>
        <w:t xml:space="preserve"> of Salomon</w:t>
      </w:r>
      <w:r>
        <w:rPr>
          <w:rFonts w:ascii="garamond" w:hAnsi="garamond"/>
          <w:sz w:val="26"/>
        </w:rPr>
        <w:t xml:space="preserve">, after the </w:t>
      </w:r>
      <w:r w:rsidR="0013152B">
        <w:rPr>
          <w:rFonts w:ascii="garamond" w:hAnsi="garamond"/>
          <w:sz w:val="26"/>
        </w:rPr>
        <w:t xml:space="preserve">Smith Barney </w:t>
      </w:r>
      <w:r>
        <w:rPr>
          <w:rFonts w:ascii="garamond" w:hAnsi="garamond"/>
          <w:sz w:val="26"/>
        </w:rPr>
        <w:t xml:space="preserve">CMG heads </w:t>
      </w:r>
      <w:r w:rsidR="0013152B">
        <w:rPr>
          <w:rFonts w:ascii="garamond" w:hAnsi="garamond"/>
          <w:sz w:val="26"/>
        </w:rPr>
        <w:t>had exited the firm</w:t>
      </w:r>
      <w:r>
        <w:rPr>
          <w:rFonts w:ascii="garamond" w:hAnsi="garamond"/>
          <w:sz w:val="26"/>
        </w:rPr>
        <w:t xml:space="preserve">. </w:t>
      </w:r>
      <w:r w:rsidR="0013152B">
        <w:rPr>
          <w:rFonts w:ascii="garamond" w:hAnsi="garamond"/>
          <w:sz w:val="26"/>
        </w:rPr>
        <w:t>An entire</w:t>
      </w:r>
      <w:r>
        <w:rPr>
          <w:rFonts w:ascii="garamond" w:hAnsi="garamond"/>
          <w:sz w:val="26"/>
        </w:rPr>
        <w:t xml:space="preserve"> </w:t>
      </w:r>
      <w:r w:rsidR="00092629">
        <w:rPr>
          <w:rFonts w:ascii="garamond" w:hAnsi="garamond"/>
          <w:sz w:val="26"/>
        </w:rPr>
        <w:t xml:space="preserve">group of </w:t>
      </w:r>
      <w:r>
        <w:rPr>
          <w:rFonts w:ascii="garamond" w:hAnsi="garamond"/>
          <w:sz w:val="26"/>
        </w:rPr>
        <w:t xml:space="preserve">back-office </w:t>
      </w:r>
      <w:r w:rsidR="00092629">
        <w:rPr>
          <w:rFonts w:ascii="garamond" w:hAnsi="garamond"/>
          <w:sz w:val="26"/>
        </w:rPr>
        <w:t>professionals</w:t>
      </w:r>
      <w:r>
        <w:rPr>
          <w:rFonts w:ascii="garamond" w:hAnsi="garamond"/>
          <w:sz w:val="26"/>
        </w:rPr>
        <w:t xml:space="preserve"> in short-term paper had to be let go — </w:t>
      </w:r>
      <w:r w:rsidR="00092629">
        <w:rPr>
          <w:rFonts w:ascii="garamond" w:hAnsi="garamond"/>
          <w:sz w:val="26"/>
        </w:rPr>
        <w:t xml:space="preserve">a total of </w:t>
      </w:r>
      <w:r>
        <w:rPr>
          <w:rFonts w:ascii="garamond" w:hAnsi="garamond"/>
          <w:sz w:val="26"/>
        </w:rPr>
        <w:t xml:space="preserve">thirty-five. </w:t>
      </w:r>
      <w:r w:rsidR="00092629">
        <w:rPr>
          <w:rFonts w:ascii="garamond" w:hAnsi="garamond"/>
          <w:sz w:val="26"/>
        </w:rPr>
        <w:t xml:space="preserve">Everyone loathes firing people, especially those they have never met. </w:t>
      </w:r>
      <w:r>
        <w:rPr>
          <w:rFonts w:ascii="garamond" w:hAnsi="garamond"/>
          <w:sz w:val="26"/>
        </w:rPr>
        <w:t xml:space="preserve">No one wanted to do it, </w:t>
      </w:r>
      <w:r w:rsidR="00092629">
        <w:rPr>
          <w:rFonts w:ascii="garamond" w:hAnsi="garamond"/>
          <w:sz w:val="26"/>
        </w:rPr>
        <w:t>and as head of CMG, t</w:t>
      </w:r>
      <w:r w:rsidR="0058120D">
        <w:rPr>
          <w:rFonts w:ascii="garamond" w:hAnsi="garamond"/>
          <w:sz w:val="26"/>
        </w:rPr>
        <w:t>he assignment fell</w:t>
      </w:r>
      <w:r>
        <w:rPr>
          <w:rFonts w:ascii="garamond" w:hAnsi="garamond"/>
          <w:sz w:val="26"/>
        </w:rPr>
        <w:t xml:space="preserve"> to me</w:t>
      </w:r>
      <w:r w:rsidR="00BE7604">
        <w:rPr>
          <w:rFonts w:ascii="garamond" w:hAnsi="garamond"/>
          <w:sz w:val="26"/>
        </w:rPr>
        <w:t>.</w:t>
      </w:r>
    </w:p>
    <w:p w14:paraId="12D3D5EB" w14:textId="679BC1A2" w:rsidR="00BE7604" w:rsidRPr="000D0C04" w:rsidRDefault="00BE7604" w:rsidP="00BE7604">
      <w:pPr>
        <w:rPr>
          <w:rFonts w:ascii="garamond" w:hAnsi="garamond"/>
          <w:sz w:val="26"/>
          <w:szCs w:val="26"/>
        </w:rPr>
      </w:pPr>
      <w:r>
        <w:rPr>
          <w:rFonts w:ascii="garamond" w:hAnsi="garamond"/>
          <w:sz w:val="26"/>
        </w:rPr>
        <w:t>I assembled the group in a conference room</w:t>
      </w:r>
      <w:r w:rsidR="0013152B">
        <w:rPr>
          <w:rFonts w:ascii="garamond" w:hAnsi="garamond"/>
          <w:sz w:val="26"/>
        </w:rPr>
        <w:t>.</w:t>
      </w:r>
      <w:r>
        <w:rPr>
          <w:rFonts w:ascii="garamond" w:hAnsi="garamond"/>
          <w:sz w:val="26"/>
        </w:rPr>
        <w:t xml:space="preserve"> </w:t>
      </w:r>
      <w:r w:rsidR="00884A4C">
        <w:rPr>
          <w:rFonts w:ascii="garamond" w:hAnsi="garamond"/>
          <w:sz w:val="26"/>
        </w:rPr>
        <w:t xml:space="preserve">It was packed with </w:t>
      </w:r>
      <w:r w:rsidR="00884A4C">
        <w:rPr>
          <w:rFonts w:ascii="garamond" w:hAnsi="garamond" w:cs="Arial"/>
          <w:color w:val="1F1F1F"/>
          <w:sz w:val="26"/>
          <w:szCs w:val="26"/>
          <w:bdr w:val="none" w:sz="0" w:space="0" w:color="auto" w:frame="1"/>
        </w:rPr>
        <w:t>t</w:t>
      </w:r>
      <w:r w:rsidR="00092629">
        <w:rPr>
          <w:rFonts w:ascii="garamond" w:hAnsi="garamond" w:cs="Arial"/>
          <w:color w:val="1F1F1F"/>
          <w:sz w:val="26"/>
          <w:szCs w:val="26"/>
          <w:bdr w:val="none" w:sz="0" w:space="0" w:color="auto" w:frame="1"/>
        </w:rPr>
        <w:t>hirty-five</w:t>
      </w:r>
      <w:r w:rsidR="0013152B" w:rsidRPr="000D0C04">
        <w:rPr>
          <w:rFonts w:ascii="garamond" w:hAnsi="garamond" w:cs="Arial"/>
          <w:color w:val="1F1F1F"/>
          <w:sz w:val="26"/>
          <w:szCs w:val="26"/>
          <w:bdr w:val="none" w:sz="0" w:space="0" w:color="auto" w:frame="1"/>
        </w:rPr>
        <w:t xml:space="preserve"> young professionals</w:t>
      </w:r>
      <w:r w:rsidR="00B12662">
        <w:rPr>
          <w:rFonts w:ascii="garamond" w:hAnsi="garamond" w:cs="Arial"/>
          <w:color w:val="1F1F1F"/>
          <w:sz w:val="26"/>
          <w:szCs w:val="26"/>
          <w:bdr w:val="none" w:sz="0" w:space="0" w:color="auto" w:frame="1"/>
        </w:rPr>
        <w:t xml:space="preserve"> I had never seen</w:t>
      </w:r>
      <w:r w:rsidR="0013152B" w:rsidRPr="000D0C04">
        <w:rPr>
          <w:rFonts w:ascii="garamond" w:hAnsi="garamond" w:cs="Arial"/>
          <w:color w:val="1F1F1F"/>
          <w:sz w:val="26"/>
          <w:szCs w:val="26"/>
          <w:bdr w:val="none" w:sz="0" w:space="0" w:color="auto" w:frame="1"/>
        </w:rPr>
        <w:t>—early in their careers, wide-eyed, and completely defenseless</w:t>
      </w:r>
      <w:r w:rsidR="0013152B">
        <w:rPr>
          <w:rFonts w:ascii="garamond" w:hAnsi="garamond"/>
          <w:sz w:val="26"/>
        </w:rPr>
        <w:t>.</w:t>
      </w:r>
      <w:r>
        <w:rPr>
          <w:rFonts w:ascii="garamond" w:hAnsi="garamond"/>
          <w:sz w:val="26"/>
        </w:rPr>
        <w:t xml:space="preserve"> </w:t>
      </w:r>
      <w:r w:rsidRPr="000D0C04">
        <w:rPr>
          <w:rFonts w:ascii="garamond" w:hAnsi="garamond" w:cs="Arial"/>
          <w:color w:val="1F1F1F"/>
          <w:sz w:val="26"/>
          <w:szCs w:val="26"/>
          <w:bdr w:val="none" w:sz="0" w:space="0" w:color="auto" w:frame="1"/>
        </w:rPr>
        <w:t xml:space="preserve">I had my instructions, but the moment the heavy door </w:t>
      </w:r>
      <w:r w:rsidR="0013152B">
        <w:rPr>
          <w:rFonts w:ascii="garamond" w:hAnsi="garamond" w:cs="Arial"/>
          <w:color w:val="1F1F1F"/>
          <w:sz w:val="26"/>
          <w:szCs w:val="26"/>
          <w:bdr w:val="none" w:sz="0" w:space="0" w:color="auto" w:frame="1"/>
        </w:rPr>
        <w:t>shut behind me</w:t>
      </w:r>
      <w:r w:rsidRPr="000D0C04">
        <w:rPr>
          <w:rFonts w:ascii="garamond" w:hAnsi="garamond" w:cs="Arial"/>
          <w:color w:val="1F1F1F"/>
          <w:sz w:val="26"/>
          <w:szCs w:val="26"/>
          <w:bdr w:val="none" w:sz="0" w:space="0" w:color="auto" w:frame="1"/>
        </w:rPr>
        <w:t>, the corporate sc</w:t>
      </w:r>
      <w:r w:rsidR="0013152B">
        <w:rPr>
          <w:rFonts w:ascii="garamond" w:hAnsi="garamond" w:cs="Arial"/>
          <w:color w:val="1F1F1F"/>
          <w:sz w:val="26"/>
          <w:szCs w:val="26"/>
          <w:bdr w:val="none" w:sz="0" w:space="0" w:color="auto" w:frame="1"/>
        </w:rPr>
        <w:t>ript</w:t>
      </w:r>
      <w:r w:rsidRPr="000D0C04">
        <w:rPr>
          <w:rFonts w:ascii="garamond" w:hAnsi="garamond" w:cs="Arial"/>
          <w:color w:val="1F1F1F"/>
          <w:sz w:val="26"/>
          <w:szCs w:val="26"/>
          <w:bdr w:val="none" w:sz="0" w:space="0" w:color="auto" w:frame="1"/>
        </w:rPr>
        <w:t xml:space="preserve"> dissolved.</w:t>
      </w:r>
      <w:r w:rsidR="0013152B">
        <w:rPr>
          <w:rFonts w:ascii="garamond" w:hAnsi="garamond" w:cs="Arial"/>
          <w:color w:val="1F1F1F"/>
          <w:sz w:val="26"/>
          <w:szCs w:val="26"/>
          <w:bdr w:val="none" w:sz="0" w:space="0" w:color="auto" w:frame="1"/>
        </w:rPr>
        <w:t xml:space="preserve"> </w:t>
      </w:r>
      <w:r w:rsidR="00B12662">
        <w:rPr>
          <w:rFonts w:ascii="garamond" w:hAnsi="garamond" w:cs="Arial"/>
          <w:color w:val="1F1F1F"/>
          <w:sz w:val="26"/>
          <w:szCs w:val="26"/>
          <w:bdr w:val="none" w:sz="0" w:space="0" w:color="auto" w:frame="1"/>
        </w:rPr>
        <w:t xml:space="preserve">The absurdness </w:t>
      </w:r>
      <w:r w:rsidRPr="000D0C04">
        <w:rPr>
          <w:rFonts w:ascii="garamond" w:hAnsi="garamond" w:cs="Arial"/>
          <w:color w:val="1F1F1F"/>
          <w:sz w:val="26"/>
          <w:szCs w:val="26"/>
          <w:bdr w:val="none" w:sz="0" w:space="0" w:color="auto" w:frame="1"/>
        </w:rPr>
        <w:t>of the moment was</w:t>
      </w:r>
      <w:r w:rsidR="00B12662">
        <w:rPr>
          <w:rFonts w:ascii="garamond" w:hAnsi="garamond" w:cs="Arial"/>
          <w:color w:val="1F1F1F"/>
          <w:sz w:val="26"/>
          <w:szCs w:val="26"/>
          <w:bdr w:val="none" w:sz="0" w:space="0" w:color="auto" w:frame="1"/>
        </w:rPr>
        <w:t xml:space="preserve"> </w:t>
      </w:r>
      <w:r w:rsidRPr="000D0C04">
        <w:rPr>
          <w:rFonts w:ascii="garamond" w:hAnsi="garamond" w:cs="Arial"/>
          <w:color w:val="1F1F1F"/>
          <w:sz w:val="26"/>
          <w:szCs w:val="26"/>
          <w:bdr w:val="none" w:sz="0" w:space="0" w:color="auto" w:frame="1"/>
        </w:rPr>
        <w:t>horrible</w:t>
      </w:r>
      <w:r w:rsidR="00B12662">
        <w:rPr>
          <w:rFonts w:ascii="garamond" w:hAnsi="garamond" w:cs="Arial"/>
          <w:color w:val="1F1F1F"/>
          <w:sz w:val="26"/>
          <w:szCs w:val="26"/>
          <w:bdr w:val="none" w:sz="0" w:space="0" w:color="auto" w:frame="1"/>
        </w:rPr>
        <w:t xml:space="preserve"> and shocking</w:t>
      </w:r>
      <w:r w:rsidRPr="000D0C04">
        <w:rPr>
          <w:rFonts w:ascii="garamond" w:hAnsi="garamond" w:cs="Arial"/>
          <w:color w:val="1F1F1F"/>
          <w:sz w:val="26"/>
          <w:szCs w:val="26"/>
          <w:bdr w:val="none" w:sz="0" w:space="0" w:color="auto" w:frame="1"/>
        </w:rPr>
        <w:t>.</w:t>
      </w:r>
      <w:r w:rsidRPr="000D0C04">
        <w:rPr>
          <w:rFonts w:ascii="garamond" w:hAnsi="garamond" w:cs="Arial"/>
          <w:color w:val="1F1F1F"/>
          <w:sz w:val="26"/>
          <w:szCs w:val="26"/>
        </w:rPr>
        <w:t xml:space="preserve"> </w:t>
      </w:r>
    </w:p>
    <w:p w14:paraId="337C6C1F" w14:textId="2E255640" w:rsidR="00BE7604" w:rsidRPr="000D0C04" w:rsidRDefault="00BE7604" w:rsidP="00BE7604">
      <w:pPr>
        <w:spacing w:after="0"/>
        <w:rPr>
          <w:rFonts w:ascii="garamond" w:hAnsi="garamond" w:cs="Arial"/>
          <w:color w:val="1F1F1F"/>
          <w:sz w:val="26"/>
          <w:szCs w:val="26"/>
        </w:rPr>
      </w:pPr>
      <w:r w:rsidRPr="000D0C04">
        <w:rPr>
          <w:rFonts w:ascii="garamond" w:hAnsi="garamond" w:cs="Arial"/>
          <w:color w:val="1F1F1F"/>
          <w:sz w:val="26"/>
          <w:szCs w:val="26"/>
          <w:bdr w:val="none" w:sz="0" w:space="0" w:color="auto" w:frame="1"/>
        </w:rPr>
        <w:t xml:space="preserve">I stood </w:t>
      </w:r>
      <w:r w:rsidR="00884A4C">
        <w:rPr>
          <w:rFonts w:ascii="garamond" w:hAnsi="garamond" w:cs="Arial"/>
          <w:color w:val="1F1F1F"/>
          <w:sz w:val="26"/>
          <w:szCs w:val="26"/>
          <w:bdr w:val="none" w:sz="0" w:space="0" w:color="auto" w:frame="1"/>
        </w:rPr>
        <w:t>silent for ten minutes, thinking</w:t>
      </w:r>
      <w:r w:rsidRPr="000D0C04">
        <w:rPr>
          <w:rFonts w:ascii="garamond" w:hAnsi="garamond" w:cs="Arial"/>
          <w:color w:val="1F1F1F"/>
          <w:sz w:val="26"/>
          <w:szCs w:val="26"/>
          <w:bdr w:val="none" w:sz="0" w:space="0" w:color="auto" w:frame="1"/>
        </w:rPr>
        <w:t xml:space="preserve">, </w:t>
      </w:r>
      <w:r w:rsidR="00884A4C">
        <w:rPr>
          <w:rFonts w:ascii="garamond" w:hAnsi="garamond" w:cs="Arial"/>
          <w:color w:val="1F1F1F"/>
          <w:sz w:val="26"/>
          <w:szCs w:val="26"/>
          <w:bdr w:val="none" w:sz="0" w:space="0" w:color="auto" w:frame="1"/>
        </w:rPr>
        <w:t xml:space="preserve">as I </w:t>
      </w:r>
      <w:r w:rsidRPr="000D0C04">
        <w:rPr>
          <w:rFonts w:ascii="garamond" w:hAnsi="garamond" w:cs="Arial"/>
          <w:color w:val="1F1F1F"/>
          <w:sz w:val="26"/>
          <w:szCs w:val="26"/>
          <w:bdr w:val="none" w:sz="0" w:space="0" w:color="auto" w:frame="1"/>
        </w:rPr>
        <w:t>absorb</w:t>
      </w:r>
      <w:r w:rsidR="00884A4C">
        <w:rPr>
          <w:rFonts w:ascii="garamond" w:hAnsi="garamond" w:cs="Arial"/>
          <w:color w:val="1F1F1F"/>
          <w:sz w:val="26"/>
          <w:szCs w:val="26"/>
          <w:bdr w:val="none" w:sz="0" w:space="0" w:color="auto" w:frame="1"/>
        </w:rPr>
        <w:t>ed</w:t>
      </w:r>
      <w:r w:rsidRPr="000D0C04">
        <w:rPr>
          <w:rFonts w:ascii="garamond" w:hAnsi="garamond" w:cs="Arial"/>
          <w:color w:val="1F1F1F"/>
          <w:sz w:val="26"/>
          <w:szCs w:val="26"/>
          <w:bdr w:val="none" w:sz="0" w:space="0" w:color="auto" w:frame="1"/>
        </w:rPr>
        <w:t xml:space="preserve"> the panic vibrating through the room</w:t>
      </w:r>
      <w:r w:rsidR="0013152B">
        <w:rPr>
          <w:rFonts w:ascii="garamond" w:hAnsi="garamond" w:cs="Arial"/>
          <w:color w:val="1F1F1F"/>
          <w:sz w:val="26"/>
          <w:szCs w:val="26"/>
          <w:bdr w:val="none" w:sz="0" w:space="0" w:color="auto" w:frame="1"/>
        </w:rPr>
        <w:t xml:space="preserve">. </w:t>
      </w:r>
      <w:r w:rsidR="00884A4C">
        <w:rPr>
          <w:rFonts w:ascii="garamond" w:hAnsi="garamond" w:cs="Arial"/>
          <w:color w:val="1F1F1F"/>
          <w:sz w:val="26"/>
          <w:szCs w:val="26"/>
          <w:bdr w:val="none" w:sz="0" w:space="0" w:color="auto" w:frame="1"/>
        </w:rPr>
        <w:t>A</w:t>
      </w:r>
      <w:r w:rsidRPr="000D0C04">
        <w:rPr>
          <w:rFonts w:ascii="garamond" w:hAnsi="garamond" w:cs="Arial"/>
          <w:color w:val="1F1F1F"/>
          <w:sz w:val="26"/>
          <w:szCs w:val="26"/>
          <w:bdr w:val="none" w:sz="0" w:space="0" w:color="auto" w:frame="1"/>
        </w:rPr>
        <w:t xml:space="preserve"> realization hit me with clarity</w:t>
      </w:r>
      <w:r w:rsidR="00884A4C">
        <w:rPr>
          <w:rFonts w:ascii="garamond" w:hAnsi="garamond" w:cs="Arial"/>
          <w:color w:val="1F1F1F"/>
          <w:sz w:val="26"/>
          <w:szCs w:val="26"/>
          <w:bdr w:val="none" w:sz="0" w:space="0" w:color="auto" w:frame="1"/>
        </w:rPr>
        <w:t xml:space="preserve">. </w:t>
      </w:r>
      <w:r w:rsidRPr="000D0C04">
        <w:rPr>
          <w:rFonts w:ascii="garamond" w:hAnsi="garamond" w:cs="Arial"/>
          <w:color w:val="1F1F1F"/>
          <w:sz w:val="26"/>
          <w:szCs w:val="26"/>
          <w:bdr w:val="none" w:sz="0" w:space="0" w:color="auto" w:frame="1"/>
        </w:rPr>
        <w:t xml:space="preserve">I </w:t>
      </w:r>
      <w:r w:rsidR="00B12662">
        <w:rPr>
          <w:rFonts w:ascii="garamond" w:hAnsi="garamond" w:cs="Arial"/>
          <w:color w:val="1F1F1F"/>
          <w:sz w:val="26"/>
          <w:szCs w:val="26"/>
          <w:bdr w:val="none" w:sz="0" w:space="0" w:color="auto" w:frame="1"/>
        </w:rPr>
        <w:t xml:space="preserve">believed I </w:t>
      </w:r>
      <w:r w:rsidRPr="000D0C04">
        <w:rPr>
          <w:rFonts w:ascii="garamond" w:hAnsi="garamond" w:cs="Arial"/>
          <w:color w:val="1F1F1F"/>
          <w:sz w:val="26"/>
          <w:szCs w:val="26"/>
          <w:bdr w:val="none" w:sz="0" w:space="0" w:color="auto" w:frame="1"/>
        </w:rPr>
        <w:t xml:space="preserve">had the internal leverage to sway the final decision. </w:t>
      </w:r>
      <w:r w:rsidR="00884A4C">
        <w:rPr>
          <w:rFonts w:ascii="garamond" w:hAnsi="garamond" w:cs="Arial"/>
          <w:color w:val="1F1F1F"/>
          <w:sz w:val="26"/>
          <w:szCs w:val="26"/>
          <w:bdr w:val="none" w:sz="0" w:space="0" w:color="auto" w:frame="1"/>
        </w:rPr>
        <w:t xml:space="preserve">While I could not save 35 jobs, </w:t>
      </w:r>
      <w:r w:rsidRPr="000D0C04">
        <w:rPr>
          <w:rFonts w:ascii="garamond" w:hAnsi="garamond" w:cs="Arial"/>
          <w:color w:val="1F1F1F"/>
          <w:sz w:val="26"/>
          <w:szCs w:val="26"/>
          <w:bdr w:val="none" w:sz="0" w:space="0" w:color="auto" w:frame="1"/>
        </w:rPr>
        <w:t xml:space="preserve">I </w:t>
      </w:r>
      <w:r w:rsidR="00884A4C">
        <w:rPr>
          <w:rFonts w:ascii="garamond" w:hAnsi="garamond" w:cs="Arial"/>
          <w:color w:val="1F1F1F"/>
          <w:sz w:val="26"/>
          <w:szCs w:val="26"/>
          <w:bdr w:val="none" w:sz="0" w:space="0" w:color="auto" w:frame="1"/>
        </w:rPr>
        <w:t xml:space="preserve">could </w:t>
      </w:r>
      <w:r w:rsidR="000C02B7">
        <w:rPr>
          <w:rFonts w:ascii="garamond" w:hAnsi="garamond" w:cs="Arial"/>
          <w:color w:val="1F1F1F"/>
          <w:sz w:val="26"/>
          <w:szCs w:val="26"/>
          <w:bdr w:val="none" w:sz="0" w:space="0" w:color="auto" w:frame="1"/>
        </w:rPr>
        <w:t>push hard to</w:t>
      </w:r>
      <w:r w:rsidR="00884A4C">
        <w:rPr>
          <w:rFonts w:ascii="garamond" w:hAnsi="garamond" w:cs="Arial"/>
          <w:color w:val="1F1F1F"/>
          <w:sz w:val="26"/>
          <w:szCs w:val="26"/>
          <w:bdr w:val="none" w:sz="0" w:space="0" w:color="auto" w:frame="1"/>
        </w:rPr>
        <w:t xml:space="preserve"> </w:t>
      </w:r>
      <w:r w:rsidRPr="000D0C04">
        <w:rPr>
          <w:rFonts w:ascii="garamond" w:hAnsi="garamond" w:cs="Arial"/>
          <w:color w:val="1F1F1F"/>
          <w:sz w:val="26"/>
          <w:szCs w:val="26"/>
          <w:bdr w:val="none" w:sz="0" w:space="0" w:color="auto" w:frame="1"/>
        </w:rPr>
        <w:t xml:space="preserve">save </w:t>
      </w:r>
      <w:r w:rsidR="000C02B7">
        <w:rPr>
          <w:rFonts w:ascii="garamond" w:hAnsi="garamond" w:cs="Arial"/>
          <w:color w:val="1F1F1F"/>
          <w:sz w:val="26"/>
          <w:szCs w:val="26"/>
          <w:bdr w:val="none" w:sz="0" w:space="0" w:color="auto" w:frame="1"/>
        </w:rPr>
        <w:t>twenty</w:t>
      </w:r>
      <w:r w:rsidR="00884A4C">
        <w:rPr>
          <w:rFonts w:ascii="garamond" w:hAnsi="garamond" w:cs="Arial"/>
          <w:color w:val="1F1F1F"/>
          <w:sz w:val="26"/>
          <w:szCs w:val="26"/>
          <w:bdr w:val="none" w:sz="0" w:space="0" w:color="auto" w:frame="1"/>
        </w:rPr>
        <w:t>.</w:t>
      </w:r>
      <w:r w:rsidR="000C02B7">
        <w:rPr>
          <w:rFonts w:ascii="garamond" w:hAnsi="garamond" w:cs="Arial"/>
          <w:color w:val="1F1F1F"/>
          <w:sz w:val="26"/>
          <w:szCs w:val="26"/>
          <w:bdr w:val="none" w:sz="0" w:space="0" w:color="auto" w:frame="1"/>
        </w:rPr>
        <w:t xml:space="preserve"> I owed </w:t>
      </w:r>
      <w:r w:rsidR="00814651">
        <w:rPr>
          <w:rFonts w:ascii="garamond" w:hAnsi="garamond" w:cs="Arial"/>
          <w:color w:val="1F1F1F"/>
          <w:sz w:val="26"/>
          <w:szCs w:val="26"/>
          <w:bdr w:val="none" w:sz="0" w:space="0" w:color="auto" w:frame="1"/>
        </w:rPr>
        <w:t>the group</w:t>
      </w:r>
      <w:r w:rsidR="000C02B7">
        <w:rPr>
          <w:rFonts w:ascii="garamond" w:hAnsi="garamond" w:cs="Arial"/>
          <w:color w:val="1F1F1F"/>
          <w:sz w:val="26"/>
          <w:szCs w:val="26"/>
          <w:bdr w:val="none" w:sz="0" w:space="0" w:color="auto" w:frame="1"/>
        </w:rPr>
        <w:t xml:space="preserve"> simple principles of decency and fairness.</w:t>
      </w:r>
      <w:r w:rsidRPr="000D0C04">
        <w:rPr>
          <w:rFonts w:ascii="garamond" w:hAnsi="garamond" w:cs="Arial"/>
          <w:color w:val="1F1F1F"/>
          <w:sz w:val="26"/>
          <w:szCs w:val="26"/>
        </w:rPr>
        <w:t xml:space="preserve"> </w:t>
      </w:r>
    </w:p>
    <w:p w14:paraId="474CAC44" w14:textId="1765334C" w:rsidR="00BE7604" w:rsidRDefault="00884A4C" w:rsidP="00BE7604">
      <w:pPr>
        <w:spacing w:after="0"/>
        <w:rPr>
          <w:rFonts w:ascii="garamond" w:hAnsi="garamond" w:cs="Arial"/>
          <w:color w:val="1F1F1F"/>
          <w:sz w:val="26"/>
          <w:szCs w:val="26"/>
          <w:bdr w:val="none" w:sz="0" w:space="0" w:color="auto" w:frame="1"/>
        </w:rPr>
      </w:pPr>
      <w:r>
        <w:rPr>
          <w:rFonts w:ascii="garamond" w:hAnsi="garamond" w:cs="Arial"/>
          <w:color w:val="1F1F1F"/>
          <w:sz w:val="26"/>
          <w:szCs w:val="26"/>
          <w:bdr w:val="none" w:sz="0" w:space="0" w:color="auto" w:frame="1"/>
        </w:rPr>
        <w:lastRenderedPageBreak/>
        <w:t xml:space="preserve">The timing was tight </w:t>
      </w:r>
      <w:r w:rsidR="00A71E08">
        <w:rPr>
          <w:rFonts w:ascii="garamond" w:hAnsi="garamond" w:cs="Arial"/>
          <w:color w:val="1F1F1F"/>
          <w:sz w:val="26"/>
          <w:szCs w:val="26"/>
          <w:bdr w:val="none" w:sz="0" w:space="0" w:color="auto" w:frame="1"/>
        </w:rPr>
        <w:t xml:space="preserve">to design an ideal </w:t>
      </w:r>
      <w:r>
        <w:rPr>
          <w:rFonts w:ascii="garamond" w:hAnsi="garamond" w:cs="Arial"/>
          <w:color w:val="1F1F1F"/>
          <w:sz w:val="26"/>
          <w:szCs w:val="26"/>
          <w:bdr w:val="none" w:sz="0" w:space="0" w:color="auto" w:frame="1"/>
        </w:rPr>
        <w:t>strategy</w:t>
      </w:r>
      <w:r w:rsidR="00A71E08">
        <w:rPr>
          <w:rFonts w:ascii="garamond" w:hAnsi="garamond" w:cs="Arial"/>
          <w:color w:val="1F1F1F"/>
          <w:sz w:val="26"/>
          <w:szCs w:val="26"/>
          <w:bdr w:val="none" w:sz="0" w:space="0" w:color="auto" w:frame="1"/>
        </w:rPr>
        <w:t>. I improvised</w:t>
      </w:r>
      <w:r>
        <w:rPr>
          <w:rFonts w:ascii="garamond" w:hAnsi="garamond" w:cs="Arial"/>
          <w:color w:val="1F1F1F"/>
          <w:sz w:val="26"/>
          <w:szCs w:val="26"/>
          <w:bdr w:val="none" w:sz="0" w:space="0" w:color="auto" w:frame="1"/>
        </w:rPr>
        <w:t xml:space="preserve">. </w:t>
      </w:r>
      <w:r w:rsidR="00BE7604" w:rsidRPr="000D0C04">
        <w:rPr>
          <w:rFonts w:ascii="garamond" w:hAnsi="garamond" w:cs="Arial"/>
          <w:color w:val="1F1F1F"/>
          <w:sz w:val="26"/>
          <w:szCs w:val="26"/>
          <w:bdr w:val="none" w:sz="0" w:space="0" w:color="auto" w:frame="1"/>
        </w:rPr>
        <w:t xml:space="preserve">I </w:t>
      </w:r>
      <w:r>
        <w:rPr>
          <w:rFonts w:ascii="garamond" w:hAnsi="garamond" w:cs="Arial"/>
          <w:color w:val="1F1F1F"/>
          <w:sz w:val="26"/>
          <w:szCs w:val="26"/>
          <w:bdr w:val="none" w:sz="0" w:space="0" w:color="auto" w:frame="1"/>
        </w:rPr>
        <w:t>conducted a</w:t>
      </w:r>
      <w:r w:rsidR="00BE7604" w:rsidRPr="000D0C04">
        <w:rPr>
          <w:rFonts w:ascii="garamond" w:hAnsi="garamond" w:cs="Arial"/>
          <w:color w:val="1F1F1F"/>
          <w:sz w:val="26"/>
          <w:szCs w:val="26"/>
          <w:bdr w:val="none" w:sz="0" w:space="0" w:color="auto" w:frame="1"/>
        </w:rPr>
        <w:t xml:space="preserve"> </w:t>
      </w:r>
      <w:r w:rsidRPr="000D0C04">
        <w:rPr>
          <w:rFonts w:ascii="garamond" w:hAnsi="garamond" w:cs="Arial"/>
          <w:color w:val="1F1F1F"/>
          <w:sz w:val="26"/>
          <w:szCs w:val="26"/>
          <w:bdr w:val="none" w:sz="0" w:space="0" w:color="auto" w:frame="1"/>
        </w:rPr>
        <w:t>person-by-person</w:t>
      </w:r>
      <w:r>
        <w:rPr>
          <w:rFonts w:ascii="garamond" w:hAnsi="garamond" w:cs="Arial"/>
          <w:color w:val="1F1F1F"/>
          <w:sz w:val="26"/>
          <w:szCs w:val="26"/>
          <w:bdr w:val="none" w:sz="0" w:space="0" w:color="auto" w:frame="1"/>
        </w:rPr>
        <w:t xml:space="preserve"> </w:t>
      </w:r>
      <w:r w:rsidR="0083050B">
        <w:rPr>
          <w:rFonts w:ascii="garamond" w:hAnsi="garamond" w:cs="Arial"/>
          <w:color w:val="1F1F1F"/>
          <w:sz w:val="26"/>
          <w:szCs w:val="26"/>
          <w:bdr w:val="none" w:sz="0" w:space="0" w:color="auto" w:frame="1"/>
        </w:rPr>
        <w:t xml:space="preserve">open </w:t>
      </w:r>
      <w:r w:rsidR="0083050B">
        <w:rPr>
          <w:rFonts w:ascii="garamond" w:hAnsi="garamond" w:cs="Arial"/>
          <w:color w:val="1F1F1F"/>
          <w:sz w:val="26"/>
          <w:szCs w:val="26"/>
          <w:bdr w:val="none" w:sz="0" w:space="0" w:color="auto" w:frame="1"/>
        </w:rPr>
        <w:t>survey in which each individual introduced themselves, stated their years at Smith Barney, and provided a five-minute, open-ended description of their responsibilities, current assignments, and any other</w:t>
      </w:r>
      <w:r w:rsidR="00A71E08">
        <w:rPr>
          <w:rFonts w:ascii="garamond" w:hAnsi="garamond" w:cs="Arial"/>
          <w:color w:val="1F1F1F"/>
          <w:sz w:val="26"/>
          <w:szCs w:val="26"/>
          <w:bdr w:val="none" w:sz="0" w:space="0" w:color="auto" w:frame="1"/>
        </w:rPr>
        <w:t xml:space="preserve"> information they wished to share. </w:t>
      </w:r>
    </w:p>
    <w:p w14:paraId="4725BFF0" w14:textId="29AEF5A5" w:rsidR="00BE7604" w:rsidRPr="000D0C04" w:rsidRDefault="00BE7604" w:rsidP="00BE7604">
      <w:pPr>
        <w:spacing w:after="0"/>
        <w:rPr>
          <w:rFonts w:ascii="garamond" w:hAnsi="garamond" w:cs="Arial"/>
          <w:color w:val="1F1F1F"/>
          <w:sz w:val="26"/>
          <w:szCs w:val="26"/>
        </w:rPr>
      </w:pPr>
      <w:r w:rsidRPr="000D0C04">
        <w:rPr>
          <w:rFonts w:ascii="garamond" w:hAnsi="garamond" w:cs="Arial"/>
          <w:color w:val="1F1F1F"/>
          <w:sz w:val="26"/>
          <w:szCs w:val="26"/>
          <w:bdr w:val="none" w:sz="0" w:space="0" w:color="auto" w:frame="1"/>
        </w:rPr>
        <w:t>I grabbed a yellow pad and a pen, and we began</w:t>
      </w:r>
      <w:r w:rsidR="00A71E08">
        <w:rPr>
          <w:rFonts w:ascii="garamond" w:hAnsi="garamond" w:cs="Arial"/>
          <w:color w:val="1F1F1F"/>
          <w:sz w:val="26"/>
          <w:szCs w:val="26"/>
          <w:bdr w:val="none" w:sz="0" w:space="0" w:color="auto" w:frame="1"/>
        </w:rPr>
        <w:t xml:space="preserve"> the process</w:t>
      </w:r>
      <w:r w:rsidRPr="000D0C04">
        <w:rPr>
          <w:rFonts w:ascii="garamond" w:hAnsi="garamond" w:cs="Arial"/>
          <w:color w:val="1F1F1F"/>
          <w:sz w:val="26"/>
          <w:szCs w:val="26"/>
          <w:bdr w:val="none" w:sz="0" w:space="0" w:color="auto" w:frame="1"/>
        </w:rPr>
        <w:t>.</w:t>
      </w:r>
      <w:r w:rsidRPr="000D0C04">
        <w:rPr>
          <w:rFonts w:ascii="garamond" w:hAnsi="garamond" w:cs="Arial"/>
          <w:color w:val="1F1F1F"/>
          <w:sz w:val="26"/>
          <w:szCs w:val="26"/>
        </w:rPr>
        <w:t xml:space="preserve"> </w:t>
      </w:r>
    </w:p>
    <w:p w14:paraId="7519F1DC" w14:textId="16A5DAAE" w:rsidR="00BE7604" w:rsidRDefault="00BE7604" w:rsidP="00BE7604">
      <w:pPr>
        <w:spacing w:after="0"/>
        <w:rPr>
          <w:rFonts w:ascii="garamond" w:hAnsi="garamond" w:cs="Arial"/>
          <w:color w:val="1F1F1F"/>
          <w:sz w:val="26"/>
          <w:szCs w:val="26"/>
        </w:rPr>
      </w:pPr>
      <w:r w:rsidRPr="000D0C04">
        <w:rPr>
          <w:rFonts w:ascii="garamond" w:hAnsi="garamond" w:cs="Arial"/>
          <w:color w:val="1F1F1F"/>
          <w:sz w:val="26"/>
          <w:szCs w:val="26"/>
          <w:bdr w:val="none" w:sz="0" w:space="0" w:color="auto" w:frame="1"/>
        </w:rPr>
        <w:t>I logged every detail</w:t>
      </w:r>
      <w:r w:rsidR="00A71E08">
        <w:rPr>
          <w:rFonts w:ascii="garamond" w:hAnsi="garamond" w:cs="Arial"/>
          <w:color w:val="1F1F1F"/>
          <w:sz w:val="26"/>
          <w:szCs w:val="26"/>
          <w:bdr w:val="none" w:sz="0" w:space="0" w:color="auto" w:frame="1"/>
        </w:rPr>
        <w:t xml:space="preserve"> over three hours</w:t>
      </w:r>
      <w:r w:rsidRPr="000D0C04">
        <w:rPr>
          <w:rFonts w:ascii="garamond" w:hAnsi="garamond" w:cs="Arial"/>
          <w:color w:val="1F1F1F"/>
          <w:sz w:val="26"/>
          <w:szCs w:val="26"/>
          <w:bdr w:val="none" w:sz="0" w:space="0" w:color="auto" w:frame="1"/>
        </w:rPr>
        <w:t>. I didn't scan for metrics; my Beirut sensor was</w:t>
      </w:r>
      <w:r>
        <w:rPr>
          <w:rFonts w:ascii="garamond" w:hAnsi="garamond" w:cs="Arial"/>
          <w:color w:val="1F1F1F"/>
          <w:sz w:val="26"/>
          <w:szCs w:val="26"/>
          <w:bdr w:val="none" w:sz="0" w:space="0" w:color="auto" w:frame="1"/>
        </w:rPr>
        <w:t xml:space="preserve"> in over-drive,</w:t>
      </w:r>
      <w:r w:rsidRPr="000D0C04">
        <w:rPr>
          <w:rFonts w:ascii="garamond" w:hAnsi="garamond" w:cs="Arial"/>
          <w:color w:val="1F1F1F"/>
          <w:sz w:val="26"/>
          <w:szCs w:val="26"/>
          <w:bdr w:val="none" w:sz="0" w:space="0" w:color="auto" w:frame="1"/>
        </w:rPr>
        <w:t xml:space="preserve"> auditing their humanity, tracking the pride, the competence, and the </w:t>
      </w:r>
      <w:r>
        <w:rPr>
          <w:rFonts w:ascii="garamond" w:hAnsi="garamond" w:cs="Arial"/>
          <w:color w:val="1F1F1F"/>
          <w:sz w:val="26"/>
          <w:szCs w:val="26"/>
          <w:bdr w:val="none" w:sz="0" w:space="0" w:color="auto" w:frame="1"/>
        </w:rPr>
        <w:t>confidence</w:t>
      </w:r>
      <w:r w:rsidRPr="000D0C04">
        <w:rPr>
          <w:rFonts w:ascii="garamond" w:hAnsi="garamond" w:cs="Arial"/>
          <w:color w:val="1F1F1F"/>
          <w:sz w:val="26"/>
          <w:szCs w:val="26"/>
          <w:bdr w:val="none" w:sz="0" w:space="0" w:color="auto" w:frame="1"/>
        </w:rPr>
        <w:t xml:space="preserve"> </w:t>
      </w:r>
      <w:r>
        <w:rPr>
          <w:rFonts w:ascii="garamond" w:hAnsi="garamond" w:cs="Arial"/>
          <w:color w:val="1F1F1F"/>
          <w:sz w:val="26"/>
          <w:szCs w:val="26"/>
          <w:bdr w:val="none" w:sz="0" w:space="0" w:color="auto" w:frame="1"/>
        </w:rPr>
        <w:t>in</w:t>
      </w:r>
      <w:r w:rsidRPr="000D0C04">
        <w:rPr>
          <w:rFonts w:ascii="garamond" w:hAnsi="garamond" w:cs="Arial"/>
          <w:color w:val="1F1F1F"/>
          <w:sz w:val="26"/>
          <w:szCs w:val="26"/>
          <w:bdr w:val="none" w:sz="0" w:space="0" w:color="auto" w:frame="1"/>
        </w:rPr>
        <w:t xml:space="preserve"> their voices. When we finished, I thanked them and asked them to stay in the room for thirty minutes.</w:t>
      </w:r>
      <w:r w:rsidRPr="000D0C04">
        <w:rPr>
          <w:rFonts w:ascii="garamond" w:hAnsi="garamond" w:cs="Arial"/>
          <w:color w:val="1F1F1F"/>
          <w:sz w:val="26"/>
          <w:szCs w:val="26"/>
        </w:rPr>
        <w:t xml:space="preserve"> </w:t>
      </w:r>
    </w:p>
    <w:p w14:paraId="70D72EB7" w14:textId="20F3D80C" w:rsidR="00814651" w:rsidRDefault="00BE7604" w:rsidP="00BE7604">
      <w:pPr>
        <w:spacing w:after="0"/>
        <w:rPr>
          <w:rFonts w:ascii="garamond" w:hAnsi="garamond" w:cs="Arial"/>
          <w:color w:val="1F1F1F"/>
          <w:sz w:val="26"/>
          <w:szCs w:val="26"/>
          <w:bdr w:val="none" w:sz="0" w:space="0" w:color="auto" w:frame="1"/>
        </w:rPr>
      </w:pPr>
      <w:r w:rsidRPr="000D0C04">
        <w:rPr>
          <w:rFonts w:ascii="garamond" w:hAnsi="garamond" w:cs="Arial"/>
          <w:color w:val="1F1F1F"/>
          <w:sz w:val="26"/>
          <w:szCs w:val="26"/>
          <w:bdr w:val="none" w:sz="0" w:space="0" w:color="auto" w:frame="1"/>
        </w:rPr>
        <w:t>I marched to Tommy Maheras’ office. My homework was done</w:t>
      </w:r>
      <w:r>
        <w:rPr>
          <w:rFonts w:ascii="garamond" w:hAnsi="garamond" w:cs="Arial"/>
          <w:color w:val="1F1F1F"/>
          <w:sz w:val="26"/>
          <w:szCs w:val="26"/>
          <w:bdr w:val="none" w:sz="0" w:space="0" w:color="auto" w:frame="1"/>
        </w:rPr>
        <w:t>. It was</w:t>
      </w:r>
      <w:r w:rsidRPr="000D0C04">
        <w:rPr>
          <w:rFonts w:ascii="garamond" w:hAnsi="garamond" w:cs="Arial"/>
          <w:color w:val="1F1F1F"/>
          <w:sz w:val="26"/>
          <w:szCs w:val="26"/>
          <w:bdr w:val="none" w:sz="0" w:space="0" w:color="auto" w:frame="1"/>
        </w:rPr>
        <w:t xml:space="preserve"> precise and non-negotiable. I said, "</w:t>
      </w:r>
      <w:r>
        <w:rPr>
          <w:rFonts w:ascii="garamond" w:hAnsi="garamond" w:cs="Arial"/>
          <w:color w:val="1F1F1F"/>
          <w:sz w:val="26"/>
          <w:szCs w:val="26"/>
          <w:bdr w:val="none" w:sz="0" w:space="0" w:color="auto" w:frame="1"/>
        </w:rPr>
        <w:t xml:space="preserve">Tommy, </w:t>
      </w:r>
      <w:r w:rsidRPr="000D0C04">
        <w:rPr>
          <w:rFonts w:ascii="garamond" w:hAnsi="garamond" w:cs="Arial"/>
          <w:color w:val="1F1F1F"/>
          <w:sz w:val="26"/>
          <w:szCs w:val="26"/>
          <w:bdr w:val="none" w:sz="0" w:space="0" w:color="auto" w:frame="1"/>
        </w:rPr>
        <w:t xml:space="preserve">I want to keep </w:t>
      </w:r>
      <w:r w:rsidR="0083050B">
        <w:rPr>
          <w:rFonts w:ascii="garamond" w:hAnsi="garamond" w:cs="Arial"/>
          <w:color w:val="1F1F1F"/>
          <w:sz w:val="26"/>
          <w:szCs w:val="26"/>
          <w:bdr w:val="none" w:sz="0" w:space="0" w:color="auto" w:frame="1"/>
        </w:rPr>
        <w:t>twenty</w:t>
      </w:r>
      <w:r>
        <w:rPr>
          <w:rFonts w:ascii="garamond" w:hAnsi="garamond" w:cs="Arial"/>
          <w:color w:val="1F1F1F"/>
          <w:sz w:val="26"/>
          <w:szCs w:val="26"/>
          <w:bdr w:val="none" w:sz="0" w:space="0" w:color="auto" w:frame="1"/>
        </w:rPr>
        <w:t xml:space="preserve"> out of the 35</w:t>
      </w:r>
      <w:r w:rsidRPr="000D0C04">
        <w:rPr>
          <w:rFonts w:ascii="garamond" w:hAnsi="garamond" w:cs="Arial"/>
          <w:color w:val="1F1F1F"/>
          <w:sz w:val="26"/>
          <w:szCs w:val="26"/>
          <w:bdr w:val="none" w:sz="0" w:space="0" w:color="auto" w:frame="1"/>
        </w:rPr>
        <w:t>, and I am pretty sure who the</w:t>
      </w:r>
      <w:r w:rsidR="0083050B">
        <w:rPr>
          <w:rFonts w:ascii="garamond" w:hAnsi="garamond" w:cs="Arial"/>
          <w:color w:val="1F1F1F"/>
          <w:sz w:val="26"/>
          <w:szCs w:val="26"/>
          <w:bdr w:val="none" w:sz="0" w:space="0" w:color="auto" w:frame="1"/>
        </w:rPr>
        <w:t>y</w:t>
      </w:r>
      <w:r w:rsidRPr="000D0C04">
        <w:rPr>
          <w:rFonts w:ascii="garamond" w:hAnsi="garamond" w:cs="Arial"/>
          <w:color w:val="1F1F1F"/>
          <w:sz w:val="26"/>
          <w:szCs w:val="26"/>
          <w:bdr w:val="none" w:sz="0" w:space="0" w:color="auto" w:frame="1"/>
        </w:rPr>
        <w:t xml:space="preserve"> are based on interview</w:t>
      </w:r>
      <w:r>
        <w:rPr>
          <w:rFonts w:ascii="garamond" w:hAnsi="garamond" w:cs="Arial"/>
          <w:color w:val="1F1F1F"/>
          <w:sz w:val="26"/>
          <w:szCs w:val="26"/>
          <w:bdr w:val="none" w:sz="0" w:space="0" w:color="auto" w:frame="1"/>
        </w:rPr>
        <w:t>s</w:t>
      </w:r>
      <w:r w:rsidRPr="000D0C04">
        <w:rPr>
          <w:rFonts w:ascii="garamond" w:hAnsi="garamond" w:cs="Arial"/>
          <w:color w:val="1F1F1F"/>
          <w:sz w:val="26"/>
          <w:szCs w:val="26"/>
          <w:bdr w:val="none" w:sz="0" w:space="0" w:color="auto" w:frame="1"/>
        </w:rPr>
        <w:t xml:space="preserve"> I just conducted." Tommy looked at me, and he could see what that room had done to my face. </w:t>
      </w:r>
      <w:r>
        <w:rPr>
          <w:rFonts w:ascii="garamond" w:hAnsi="garamond" w:cs="Arial"/>
          <w:color w:val="1F1F1F"/>
          <w:sz w:val="26"/>
          <w:szCs w:val="26"/>
          <w:bdr w:val="none" w:sz="0" w:space="0" w:color="auto" w:frame="1"/>
        </w:rPr>
        <w:t xml:space="preserve">He asked, “You interviewed all of them? Really?” </w:t>
      </w:r>
    </w:p>
    <w:p w14:paraId="34CBCF34" w14:textId="18F23B68" w:rsidR="00BE7604" w:rsidRDefault="00BE7604" w:rsidP="00BE7604">
      <w:pPr>
        <w:spacing w:after="0"/>
        <w:rPr>
          <w:rFonts w:ascii="garamond" w:hAnsi="garamond" w:cs="Arial"/>
          <w:color w:val="1F1F1F"/>
          <w:sz w:val="26"/>
          <w:szCs w:val="26"/>
        </w:rPr>
      </w:pPr>
      <w:r>
        <w:rPr>
          <w:rFonts w:ascii="garamond" w:hAnsi="garamond" w:cs="Arial"/>
          <w:color w:val="1F1F1F"/>
          <w:sz w:val="26"/>
          <w:szCs w:val="26"/>
          <w:bdr w:val="none" w:sz="0" w:space="0" w:color="auto" w:frame="1"/>
        </w:rPr>
        <w:t xml:space="preserve">I said, “Yes. It was an open interview, but I have all their names, backgrounds, and some ideas.” </w:t>
      </w:r>
      <w:r w:rsidRPr="000D0C04">
        <w:rPr>
          <w:rFonts w:ascii="garamond" w:hAnsi="garamond" w:cs="Arial"/>
          <w:color w:val="1F1F1F"/>
          <w:sz w:val="26"/>
          <w:szCs w:val="26"/>
          <w:bdr w:val="none" w:sz="0" w:space="0" w:color="auto" w:frame="1"/>
        </w:rPr>
        <w:t>He realized how deeply I was impacted and how much this specific salvage operation mattered to me. He also understood the tribal math of the floor: it would place Salomon Brothers in a respectful light during a brutal integration.</w:t>
      </w:r>
      <w:r w:rsidRPr="000D0C04">
        <w:rPr>
          <w:rFonts w:ascii="garamond" w:hAnsi="garamond" w:cs="Arial"/>
          <w:color w:val="1F1F1F"/>
          <w:sz w:val="26"/>
          <w:szCs w:val="26"/>
        </w:rPr>
        <w:t xml:space="preserve"> </w:t>
      </w:r>
    </w:p>
    <w:p w14:paraId="5D5D83AD" w14:textId="1A25BB76" w:rsidR="00BE7604" w:rsidRDefault="00BE7604" w:rsidP="00BE7604">
      <w:pPr>
        <w:spacing w:after="0"/>
        <w:rPr>
          <w:rFonts w:ascii="garamond" w:hAnsi="garamond" w:cs="Arial"/>
          <w:color w:val="1F1F1F"/>
          <w:sz w:val="26"/>
          <w:szCs w:val="26"/>
        </w:rPr>
      </w:pPr>
      <w:r w:rsidRPr="000D0C04">
        <w:rPr>
          <w:rFonts w:ascii="garamond" w:hAnsi="garamond" w:cs="Arial"/>
          <w:color w:val="1F1F1F"/>
          <w:sz w:val="26"/>
          <w:szCs w:val="26"/>
          <w:bdr w:val="none" w:sz="0" w:space="0" w:color="auto" w:frame="1"/>
        </w:rPr>
        <w:t>He nodded</w:t>
      </w:r>
      <w:r w:rsidR="00814651">
        <w:rPr>
          <w:rFonts w:ascii="garamond" w:hAnsi="garamond" w:cs="Arial"/>
          <w:color w:val="1F1F1F"/>
          <w:sz w:val="26"/>
          <w:szCs w:val="26"/>
          <w:bdr w:val="none" w:sz="0" w:space="0" w:color="auto" w:frame="1"/>
        </w:rPr>
        <w:t xml:space="preserve"> in</w:t>
      </w:r>
      <w:r w:rsidRPr="000D0C04">
        <w:rPr>
          <w:rFonts w:ascii="garamond" w:hAnsi="garamond" w:cs="Arial"/>
          <w:color w:val="1F1F1F"/>
          <w:sz w:val="26"/>
          <w:szCs w:val="26"/>
          <w:bdr w:val="none" w:sz="0" w:space="0" w:color="auto" w:frame="1"/>
        </w:rPr>
        <w:t xml:space="preserve"> agree</w:t>
      </w:r>
      <w:r w:rsidR="00814651">
        <w:rPr>
          <w:rFonts w:ascii="garamond" w:hAnsi="garamond" w:cs="Arial"/>
          <w:color w:val="1F1F1F"/>
          <w:sz w:val="26"/>
          <w:szCs w:val="26"/>
          <w:bdr w:val="none" w:sz="0" w:space="0" w:color="auto" w:frame="1"/>
        </w:rPr>
        <w:t>ment</w:t>
      </w:r>
      <w:r w:rsidRPr="000D0C04">
        <w:rPr>
          <w:rFonts w:ascii="garamond" w:hAnsi="garamond" w:cs="Arial"/>
          <w:color w:val="1F1F1F"/>
          <w:sz w:val="26"/>
          <w:szCs w:val="26"/>
          <w:bdr w:val="none" w:sz="0" w:space="0" w:color="auto" w:frame="1"/>
        </w:rPr>
        <w:t>.</w:t>
      </w:r>
      <w:r w:rsidRPr="000D0C04">
        <w:rPr>
          <w:rFonts w:ascii="garamond" w:hAnsi="garamond" w:cs="Arial"/>
          <w:color w:val="1F1F1F"/>
          <w:sz w:val="26"/>
          <w:szCs w:val="26"/>
        </w:rPr>
        <w:t xml:space="preserve"> </w:t>
      </w:r>
    </w:p>
    <w:p w14:paraId="4FBB2F7D" w14:textId="4869048B" w:rsidR="00BE7604" w:rsidRPr="000D0C04" w:rsidRDefault="00BE7604" w:rsidP="00BE7604">
      <w:pPr>
        <w:spacing w:after="0"/>
        <w:rPr>
          <w:rFonts w:ascii="garamond" w:hAnsi="garamond" w:cs="Arial"/>
          <w:color w:val="1F1F1F"/>
          <w:sz w:val="26"/>
          <w:szCs w:val="26"/>
        </w:rPr>
      </w:pPr>
      <w:r w:rsidRPr="000D0C04">
        <w:rPr>
          <w:rFonts w:ascii="garamond" w:hAnsi="garamond" w:cs="Arial"/>
          <w:color w:val="1F1F1F"/>
          <w:sz w:val="26"/>
          <w:szCs w:val="26"/>
          <w:bdr w:val="none" w:sz="0" w:space="0" w:color="auto" w:frame="1"/>
        </w:rPr>
        <w:t xml:space="preserve">I </w:t>
      </w:r>
      <w:r w:rsidR="00814651">
        <w:rPr>
          <w:rFonts w:ascii="garamond" w:hAnsi="garamond" w:cs="Arial"/>
          <w:color w:val="1F1F1F"/>
          <w:sz w:val="26"/>
          <w:szCs w:val="26"/>
          <w:bdr w:val="none" w:sz="0" w:space="0" w:color="auto" w:frame="1"/>
        </w:rPr>
        <w:t xml:space="preserve">returned </w:t>
      </w:r>
      <w:r w:rsidRPr="000D0C04">
        <w:rPr>
          <w:rFonts w:ascii="garamond" w:hAnsi="garamond" w:cs="Arial"/>
          <w:color w:val="1F1F1F"/>
          <w:sz w:val="26"/>
          <w:szCs w:val="26"/>
          <w:bdr w:val="none" w:sz="0" w:space="0" w:color="auto" w:frame="1"/>
        </w:rPr>
        <w:t>to the conference room. I looked at the thirty-five waiting strangers and said, "</w:t>
      </w:r>
      <w:r>
        <w:rPr>
          <w:rFonts w:ascii="garamond" w:hAnsi="garamond" w:cs="Arial"/>
          <w:color w:val="1F1F1F"/>
          <w:sz w:val="26"/>
          <w:szCs w:val="26"/>
          <w:bdr w:val="none" w:sz="0" w:space="0" w:color="auto" w:frame="1"/>
        </w:rPr>
        <w:t xml:space="preserve">Please check with </w:t>
      </w:r>
      <w:r w:rsidRPr="000D0C04">
        <w:rPr>
          <w:rFonts w:ascii="garamond" w:hAnsi="garamond" w:cs="Arial"/>
          <w:color w:val="1F1F1F"/>
          <w:sz w:val="26"/>
          <w:szCs w:val="26"/>
          <w:bdr w:val="none" w:sz="0" w:space="0" w:color="auto" w:frame="1"/>
        </w:rPr>
        <w:t>Human Resources</w:t>
      </w:r>
      <w:r>
        <w:rPr>
          <w:rFonts w:ascii="garamond" w:hAnsi="garamond" w:cs="Arial"/>
          <w:color w:val="1F1F1F"/>
          <w:sz w:val="26"/>
          <w:szCs w:val="26"/>
          <w:bdr w:val="none" w:sz="0" w:space="0" w:color="auto" w:frame="1"/>
        </w:rPr>
        <w:t xml:space="preserve"> tomorrow afternoon. We</w:t>
      </w:r>
      <w:r w:rsidRPr="000D0C04">
        <w:rPr>
          <w:rFonts w:ascii="garamond" w:hAnsi="garamond" w:cs="Arial"/>
          <w:color w:val="1F1F1F"/>
          <w:sz w:val="26"/>
          <w:szCs w:val="26"/>
          <w:bdr w:val="none" w:sz="0" w:space="0" w:color="auto" w:frame="1"/>
        </w:rPr>
        <w:t xml:space="preserve"> will have the final </w:t>
      </w:r>
      <w:r>
        <w:rPr>
          <w:rFonts w:ascii="garamond" w:hAnsi="garamond" w:cs="Arial"/>
          <w:color w:val="1F1F1F"/>
          <w:sz w:val="26"/>
          <w:szCs w:val="26"/>
          <w:bdr w:val="none" w:sz="0" w:space="0" w:color="auto" w:frame="1"/>
        </w:rPr>
        <w:t>roster of the new group</w:t>
      </w:r>
      <w:r w:rsidRPr="000D0C04">
        <w:rPr>
          <w:rFonts w:ascii="garamond" w:hAnsi="garamond" w:cs="Arial"/>
          <w:color w:val="1F1F1F"/>
          <w:sz w:val="26"/>
          <w:szCs w:val="26"/>
          <w:bdr w:val="none" w:sz="0" w:space="0" w:color="auto" w:frame="1"/>
        </w:rPr>
        <w:t>." The room erupted into a fragile, complex wave of relief and anxiety.</w:t>
      </w:r>
      <w:r w:rsidRPr="000D0C04">
        <w:rPr>
          <w:rFonts w:ascii="garamond" w:hAnsi="garamond" w:cs="Arial"/>
          <w:color w:val="1F1F1F"/>
          <w:sz w:val="26"/>
          <w:szCs w:val="26"/>
        </w:rPr>
        <w:t xml:space="preserve"> </w:t>
      </w:r>
    </w:p>
    <w:p w14:paraId="5B199EA8" w14:textId="7992A938" w:rsidR="00BE7604" w:rsidRPr="000D0C04" w:rsidRDefault="00BE7604" w:rsidP="00BE7604">
      <w:pPr>
        <w:spacing w:after="0"/>
        <w:rPr>
          <w:rFonts w:ascii="garamond" w:hAnsi="garamond" w:cs="Arial"/>
          <w:color w:val="1F1F1F"/>
          <w:sz w:val="26"/>
          <w:szCs w:val="26"/>
        </w:rPr>
      </w:pPr>
      <w:r w:rsidRPr="000D0C04">
        <w:rPr>
          <w:rFonts w:ascii="garamond" w:hAnsi="garamond" w:cs="Arial"/>
          <w:color w:val="1F1F1F"/>
          <w:sz w:val="26"/>
          <w:szCs w:val="26"/>
          <w:bdr w:val="none" w:sz="0" w:space="0" w:color="auto" w:frame="1"/>
        </w:rPr>
        <w:t xml:space="preserve">The next morning, </w:t>
      </w:r>
      <w:r>
        <w:rPr>
          <w:rFonts w:ascii="garamond" w:hAnsi="garamond" w:cs="Arial"/>
          <w:color w:val="1F1F1F"/>
          <w:sz w:val="26"/>
          <w:szCs w:val="26"/>
          <w:bdr w:val="none" w:sz="0" w:space="0" w:color="auto" w:frame="1"/>
        </w:rPr>
        <w:t xml:space="preserve">I had selected the </w:t>
      </w:r>
      <w:r w:rsidR="00814651">
        <w:rPr>
          <w:rFonts w:ascii="garamond" w:hAnsi="garamond" w:cs="Arial"/>
          <w:color w:val="1F1F1F"/>
          <w:sz w:val="26"/>
          <w:szCs w:val="26"/>
          <w:bdr w:val="none" w:sz="0" w:space="0" w:color="auto" w:frame="1"/>
        </w:rPr>
        <w:t>twenty</w:t>
      </w:r>
      <w:r>
        <w:rPr>
          <w:rFonts w:ascii="garamond" w:hAnsi="garamond" w:cs="Arial"/>
          <w:color w:val="1F1F1F"/>
          <w:sz w:val="26"/>
          <w:szCs w:val="26"/>
          <w:bdr w:val="none" w:sz="0" w:space="0" w:color="auto" w:frame="1"/>
        </w:rPr>
        <w:t xml:space="preserve"> based on the data I collected, along with a quick check with some Smith Barney professionals I knew. </w:t>
      </w:r>
      <w:r w:rsidRPr="000D0C04">
        <w:rPr>
          <w:rFonts w:ascii="garamond" w:hAnsi="garamond" w:cs="Arial"/>
          <w:color w:val="1F1F1F"/>
          <w:sz w:val="26"/>
          <w:szCs w:val="26"/>
          <w:bdr w:val="none" w:sz="0" w:space="0" w:color="auto" w:frame="1"/>
        </w:rPr>
        <w:t xml:space="preserve">I walked into HR and handed the </w:t>
      </w:r>
      <w:r w:rsidR="0031338E">
        <w:rPr>
          <w:rFonts w:ascii="garamond" w:hAnsi="garamond" w:cs="Arial"/>
          <w:color w:val="1F1F1F"/>
          <w:sz w:val="26"/>
          <w:szCs w:val="26"/>
          <w:bdr w:val="none" w:sz="0" w:space="0" w:color="auto" w:frame="1"/>
        </w:rPr>
        <w:t>twenty</w:t>
      </w:r>
      <w:r w:rsidRPr="000D0C04">
        <w:rPr>
          <w:rFonts w:ascii="garamond" w:hAnsi="garamond" w:cs="Arial"/>
          <w:color w:val="1F1F1F"/>
          <w:sz w:val="26"/>
          <w:szCs w:val="26"/>
          <w:bdr w:val="none" w:sz="0" w:space="0" w:color="auto" w:frame="1"/>
        </w:rPr>
        <w:t xml:space="preserve"> names. The coordinator looked at the list, then looked up at me as if I were a saint.</w:t>
      </w:r>
      <w:r w:rsidRPr="000D0C04">
        <w:rPr>
          <w:rFonts w:ascii="garamond" w:hAnsi="garamond" w:cs="Arial"/>
          <w:color w:val="1F1F1F"/>
          <w:sz w:val="26"/>
          <w:szCs w:val="26"/>
        </w:rPr>
        <w:t xml:space="preserve"> </w:t>
      </w:r>
    </w:p>
    <w:p w14:paraId="00E8817B" w14:textId="77777777" w:rsidR="00BE7604" w:rsidRPr="000D0C04" w:rsidRDefault="00BE7604" w:rsidP="00BE7604">
      <w:pPr>
        <w:spacing w:after="0"/>
        <w:rPr>
          <w:rFonts w:ascii="garamond" w:hAnsi="garamond" w:cs="Arial"/>
          <w:color w:val="1F1F1F"/>
          <w:sz w:val="26"/>
          <w:szCs w:val="26"/>
        </w:rPr>
      </w:pPr>
      <w:r w:rsidRPr="000D0C04">
        <w:rPr>
          <w:rFonts w:ascii="garamond" w:hAnsi="garamond" w:cs="Arial"/>
          <w:color w:val="1F1F1F"/>
          <w:sz w:val="26"/>
          <w:szCs w:val="26"/>
          <w:bdr w:val="none" w:sz="0" w:space="0" w:color="auto" w:frame="1"/>
        </w:rPr>
        <w:t>I didn't want the performance of virtue. I looked her in the eyes and shut it down.</w:t>
      </w:r>
      <w:r w:rsidRPr="000D0C04">
        <w:rPr>
          <w:rFonts w:ascii="garamond" w:hAnsi="garamond" w:cs="Arial"/>
          <w:color w:val="1F1F1F"/>
          <w:sz w:val="26"/>
          <w:szCs w:val="26"/>
        </w:rPr>
        <w:t xml:space="preserve"> </w:t>
      </w:r>
    </w:p>
    <w:p w14:paraId="72BBF51E" w14:textId="77777777" w:rsidR="00BE7604" w:rsidRPr="000D0C04" w:rsidRDefault="00BE7604" w:rsidP="00BE7604">
      <w:pPr>
        <w:spacing w:after="0"/>
        <w:rPr>
          <w:rFonts w:ascii="garamond" w:hAnsi="garamond" w:cs="Arial"/>
          <w:color w:val="1F1F1F"/>
          <w:sz w:val="26"/>
          <w:szCs w:val="26"/>
        </w:rPr>
      </w:pPr>
      <w:r w:rsidRPr="000D0C04">
        <w:rPr>
          <w:rFonts w:ascii="garamond" w:hAnsi="garamond" w:cs="Arial"/>
          <w:color w:val="1F1F1F"/>
          <w:sz w:val="26"/>
          <w:szCs w:val="26"/>
          <w:bdr w:val="none" w:sz="0" w:space="0" w:color="auto" w:frame="1"/>
        </w:rPr>
        <w:t>"I am not that good," I said flatly. "If I were, I would</w:t>
      </w:r>
      <w:r>
        <w:rPr>
          <w:rFonts w:ascii="garamond" w:hAnsi="garamond" w:cs="Arial"/>
          <w:color w:val="1F1F1F"/>
          <w:sz w:val="26"/>
          <w:szCs w:val="26"/>
          <w:bdr w:val="none" w:sz="0" w:space="0" w:color="auto" w:frame="1"/>
        </w:rPr>
        <w:t>’</w:t>
      </w:r>
      <w:r w:rsidRPr="000D0C04">
        <w:rPr>
          <w:rFonts w:ascii="garamond" w:hAnsi="garamond" w:cs="Arial"/>
          <w:color w:val="1F1F1F"/>
          <w:sz w:val="26"/>
          <w:szCs w:val="26"/>
          <w:bdr w:val="none" w:sz="0" w:space="0" w:color="auto" w:frame="1"/>
        </w:rPr>
        <w:t>ve kep</w:t>
      </w:r>
      <w:r>
        <w:rPr>
          <w:rFonts w:ascii="garamond" w:hAnsi="garamond" w:cs="Arial"/>
          <w:color w:val="1F1F1F"/>
          <w:sz w:val="26"/>
          <w:szCs w:val="26"/>
          <w:bdr w:val="none" w:sz="0" w:space="0" w:color="auto" w:frame="1"/>
        </w:rPr>
        <w:t>t</w:t>
      </w:r>
      <w:r w:rsidRPr="000D0C04">
        <w:rPr>
          <w:rFonts w:ascii="garamond" w:hAnsi="garamond" w:cs="Arial"/>
          <w:color w:val="1F1F1F"/>
          <w:sz w:val="26"/>
          <w:szCs w:val="26"/>
          <w:bdr w:val="none" w:sz="0" w:space="0" w:color="auto" w:frame="1"/>
        </w:rPr>
        <w:t xml:space="preserve"> all thirty-five."</w:t>
      </w:r>
      <w:r w:rsidRPr="000D0C04">
        <w:rPr>
          <w:rFonts w:ascii="garamond" w:hAnsi="garamond" w:cs="Arial"/>
          <w:color w:val="1F1F1F"/>
          <w:sz w:val="26"/>
          <w:szCs w:val="26"/>
        </w:rPr>
        <w:t xml:space="preserve"> </w:t>
      </w:r>
    </w:p>
    <w:p w14:paraId="6AF36F59" w14:textId="7719780E" w:rsidR="0058120D" w:rsidRDefault="006B15F6" w:rsidP="006B15F6">
      <w:pPr>
        <w:rPr>
          <w:rFonts w:ascii="garamond" w:hAnsi="garamond"/>
          <w:sz w:val="26"/>
        </w:rPr>
      </w:pPr>
      <w:r>
        <w:rPr>
          <w:rFonts w:ascii="garamond" w:hAnsi="garamond"/>
          <w:sz w:val="26"/>
        </w:rPr>
        <w:t xml:space="preserve">That was as close as I ever came to walking out of the business entirely. Not because the math was wrong. Because that was not what I had signed up for. I had spent my </w:t>
      </w:r>
      <w:r>
        <w:rPr>
          <w:rFonts w:ascii="garamond" w:hAnsi="garamond"/>
          <w:sz w:val="26"/>
        </w:rPr>
        <w:lastRenderedPageBreak/>
        <w:t>life believing that if you are going to be aggressive, you do it</w:t>
      </w:r>
      <w:r w:rsidR="00E065B9">
        <w:rPr>
          <w:rFonts w:ascii="garamond" w:hAnsi="garamond"/>
          <w:sz w:val="26"/>
        </w:rPr>
        <w:t xml:space="preserve"> for the right reason in</w:t>
      </w:r>
      <w:r>
        <w:rPr>
          <w:rFonts w:ascii="garamond" w:hAnsi="garamond"/>
          <w:sz w:val="26"/>
        </w:rPr>
        <w:t xml:space="preserve"> the right way. Firing </w:t>
      </w:r>
      <w:r w:rsidR="00E065B9">
        <w:rPr>
          <w:rFonts w:ascii="garamond" w:hAnsi="garamond"/>
          <w:sz w:val="26"/>
        </w:rPr>
        <w:t>someone</w:t>
      </w:r>
      <w:r>
        <w:rPr>
          <w:rFonts w:ascii="garamond" w:hAnsi="garamond"/>
          <w:sz w:val="26"/>
        </w:rPr>
        <w:t xml:space="preserve"> is sometimes the right </w:t>
      </w:r>
      <w:r w:rsidR="00E065B9">
        <w:rPr>
          <w:rFonts w:ascii="garamond" w:hAnsi="garamond"/>
          <w:sz w:val="26"/>
        </w:rPr>
        <w:t>decision</w:t>
      </w:r>
      <w:r>
        <w:rPr>
          <w:rFonts w:ascii="garamond" w:hAnsi="garamond"/>
          <w:sz w:val="26"/>
        </w:rPr>
        <w:t>. Assembling thirty-five strangers to tell them the</w:t>
      </w:r>
      <w:r w:rsidR="00A1669B">
        <w:rPr>
          <w:rFonts w:ascii="garamond" w:hAnsi="garamond"/>
          <w:sz w:val="26"/>
        </w:rPr>
        <w:t>y are fired</w:t>
      </w:r>
      <w:r>
        <w:rPr>
          <w:rFonts w:ascii="garamond" w:hAnsi="garamond"/>
          <w:sz w:val="26"/>
        </w:rPr>
        <w:t xml:space="preserve"> — and dressing it up as anything other than what it is — is not. </w:t>
      </w:r>
    </w:p>
    <w:p w14:paraId="18014F73" w14:textId="7C2DE474" w:rsidR="006B15F6" w:rsidRPr="00485118" w:rsidRDefault="006B15F6" w:rsidP="006B15F6">
      <w:pPr>
        <w:rPr>
          <w:rFonts w:ascii="garamond" w:hAnsi="garamond"/>
          <w:sz w:val="26"/>
          <w:szCs w:val="26"/>
        </w:rPr>
      </w:pPr>
      <w:r>
        <w:rPr>
          <w:rFonts w:ascii="garamond" w:hAnsi="garamond"/>
          <w:sz w:val="26"/>
        </w:rPr>
        <w:t>The t</w:t>
      </w:r>
      <w:r w:rsidR="00814651">
        <w:rPr>
          <w:rFonts w:ascii="garamond" w:hAnsi="garamond"/>
          <w:sz w:val="26"/>
        </w:rPr>
        <w:t>wenty</w:t>
      </w:r>
      <w:r>
        <w:rPr>
          <w:rFonts w:ascii="garamond" w:hAnsi="garamond"/>
          <w:sz w:val="26"/>
        </w:rPr>
        <w:t xml:space="preserve"> I pulled back did not absolve the </w:t>
      </w:r>
      <w:r w:rsidR="00814651">
        <w:rPr>
          <w:rFonts w:ascii="garamond" w:hAnsi="garamond"/>
          <w:sz w:val="26"/>
        </w:rPr>
        <w:t>fifteen</w:t>
      </w:r>
      <w:r>
        <w:rPr>
          <w:rFonts w:ascii="garamond" w:hAnsi="garamond"/>
          <w:sz w:val="26"/>
        </w:rPr>
        <w:t xml:space="preserve"> I could not. They simply </w:t>
      </w:r>
      <w:r w:rsidR="00D64F98">
        <w:rPr>
          <w:rFonts w:ascii="garamond" w:hAnsi="garamond"/>
          <w:sz w:val="26"/>
        </w:rPr>
        <w:t>allowed</w:t>
      </w:r>
      <w:r>
        <w:rPr>
          <w:rFonts w:ascii="garamond" w:hAnsi="garamond"/>
          <w:sz w:val="26"/>
        </w:rPr>
        <w:t xml:space="preserve"> me </w:t>
      </w:r>
      <w:r w:rsidR="00D64F98">
        <w:rPr>
          <w:rFonts w:ascii="garamond" w:hAnsi="garamond"/>
          <w:sz w:val="26"/>
        </w:rPr>
        <w:t xml:space="preserve">to </w:t>
      </w:r>
      <w:r>
        <w:rPr>
          <w:rFonts w:ascii="garamond" w:hAnsi="garamond"/>
          <w:sz w:val="26"/>
        </w:rPr>
        <w:t>stay in a job I had nearly decided I could no longer hold.</w:t>
      </w:r>
      <w:r w:rsidR="00D64F98">
        <w:rPr>
          <w:rFonts w:ascii="garamond" w:hAnsi="garamond"/>
          <w:sz w:val="26"/>
        </w:rPr>
        <w:t xml:space="preserve"> </w:t>
      </w:r>
    </w:p>
    <w:p w14:paraId="049EE0FC" w14:textId="27A0AD2F" w:rsidR="006B15F6" w:rsidRPr="00485118" w:rsidRDefault="00D64F98" w:rsidP="006B15F6">
      <w:pPr>
        <w:rPr>
          <w:rFonts w:ascii="garamond" w:hAnsi="garamond"/>
          <w:sz w:val="26"/>
          <w:szCs w:val="26"/>
        </w:rPr>
      </w:pPr>
      <w:r>
        <w:rPr>
          <w:rFonts w:ascii="garamond" w:hAnsi="garamond"/>
          <w:sz w:val="26"/>
          <w:szCs w:val="26"/>
        </w:rPr>
        <w:t xml:space="preserve">All told, </w:t>
      </w:r>
      <w:r w:rsidR="00E065B9">
        <w:rPr>
          <w:rFonts w:ascii="garamond" w:hAnsi="garamond"/>
          <w:sz w:val="26"/>
          <w:szCs w:val="26"/>
        </w:rPr>
        <w:t>450</w:t>
      </w:r>
      <w:r w:rsidR="006B15F6" w:rsidRPr="00485118">
        <w:rPr>
          <w:rFonts w:ascii="garamond" w:hAnsi="garamond"/>
          <w:sz w:val="26"/>
          <w:szCs w:val="26"/>
        </w:rPr>
        <w:t xml:space="preserve"> people were lost in the fixed-income capital markets </w:t>
      </w:r>
      <w:r>
        <w:rPr>
          <w:rFonts w:ascii="garamond" w:hAnsi="garamond"/>
          <w:sz w:val="26"/>
          <w:szCs w:val="26"/>
        </w:rPr>
        <w:t>universe</w:t>
      </w:r>
      <w:r w:rsidR="006B15F6" w:rsidRPr="00485118">
        <w:rPr>
          <w:rFonts w:ascii="garamond" w:hAnsi="garamond"/>
          <w:sz w:val="26"/>
          <w:szCs w:val="26"/>
        </w:rPr>
        <w:t xml:space="preserve">. Most of them were from </w:t>
      </w:r>
      <w:r>
        <w:rPr>
          <w:rFonts w:ascii="garamond" w:hAnsi="garamond"/>
          <w:sz w:val="26"/>
          <w:szCs w:val="26"/>
        </w:rPr>
        <w:t>Citibank</w:t>
      </w:r>
      <w:r w:rsidR="006B15F6" w:rsidRPr="00485118">
        <w:rPr>
          <w:rFonts w:ascii="garamond" w:hAnsi="garamond"/>
          <w:sz w:val="26"/>
          <w:szCs w:val="26"/>
        </w:rPr>
        <w:t>. I did not enjoy it. That isn't the same as saying I hesitated.</w:t>
      </w:r>
    </w:p>
    <w:p w14:paraId="5E29CB55" w14:textId="77777777" w:rsidR="006B15F6" w:rsidRPr="00485118" w:rsidRDefault="006B15F6" w:rsidP="006B15F6">
      <w:pPr>
        <w:rPr>
          <w:rFonts w:ascii="garamond" w:hAnsi="garamond"/>
          <w:sz w:val="26"/>
          <w:szCs w:val="26"/>
        </w:rPr>
      </w:pPr>
      <w:r w:rsidRPr="00485118">
        <w:rPr>
          <w:rFonts w:ascii="garamond" w:hAnsi="garamond"/>
          <w:sz w:val="26"/>
          <w:szCs w:val="26"/>
        </w:rPr>
        <w:t>I arrived in this country on a visa with an expiration date and was rejected by every firm I applied to — except Salomon Brothers. I spent years building something on a floor where the assumption was that someone like me did not belong.</w:t>
      </w:r>
    </w:p>
    <w:p w14:paraId="046A6708" w14:textId="77777777" w:rsidR="006B15F6" w:rsidRPr="00485118" w:rsidRDefault="006B15F6" w:rsidP="006B15F6">
      <w:pPr>
        <w:rPr>
          <w:rFonts w:ascii="garamond" w:hAnsi="garamond"/>
          <w:sz w:val="26"/>
          <w:szCs w:val="26"/>
        </w:rPr>
      </w:pPr>
      <w:r w:rsidRPr="00485118">
        <w:rPr>
          <w:rFonts w:ascii="garamond" w:hAnsi="garamond"/>
          <w:sz w:val="26"/>
          <w:szCs w:val="26"/>
        </w:rPr>
        <w:t>I understand the silence that follows a rejection letter. I carried such understanding into each conversation where someone's career was ending. Not from guilt — which would have been self-indulgent — but as a burden. Each unit represents a person, a commute they won't make again, a desk they'll return to only to pack up. I recommended others elsewhere.</w:t>
      </w:r>
    </w:p>
    <w:p w14:paraId="00FF47A5" w14:textId="77777777" w:rsidR="006B15F6" w:rsidRPr="00485118" w:rsidRDefault="006B15F6" w:rsidP="006B15F6">
      <w:pPr>
        <w:rPr>
          <w:rFonts w:ascii="garamond" w:hAnsi="garamond"/>
          <w:sz w:val="26"/>
          <w:szCs w:val="26"/>
        </w:rPr>
      </w:pPr>
      <w:r w:rsidRPr="00485118">
        <w:rPr>
          <w:rFonts w:ascii="garamond" w:hAnsi="garamond"/>
          <w:sz w:val="26"/>
          <w:szCs w:val="26"/>
        </w:rPr>
        <w:t>The mergers were finalized.</w:t>
      </w:r>
    </w:p>
    <w:p w14:paraId="5C6C3F16" w14:textId="77777777" w:rsidR="006B15F6" w:rsidRPr="00485118" w:rsidRDefault="006B15F6" w:rsidP="006B15F6">
      <w:pPr>
        <w:rPr>
          <w:rFonts w:ascii="garamond" w:hAnsi="garamond"/>
          <w:sz w:val="26"/>
          <w:szCs w:val="26"/>
        </w:rPr>
      </w:pPr>
      <w:r w:rsidRPr="00485118">
        <w:rPr>
          <w:rFonts w:ascii="garamond" w:hAnsi="garamond"/>
          <w:sz w:val="26"/>
          <w:szCs w:val="26"/>
        </w:rPr>
        <w:t>The floor adopted its new layout.</w:t>
      </w:r>
    </w:p>
    <w:p w14:paraId="3FBD0709" w14:textId="77777777" w:rsidR="006B15F6" w:rsidRPr="00485118" w:rsidRDefault="006B15F6" w:rsidP="006B15F6">
      <w:pPr>
        <w:rPr>
          <w:rFonts w:ascii="garamond" w:hAnsi="garamond"/>
          <w:sz w:val="26"/>
          <w:szCs w:val="26"/>
        </w:rPr>
      </w:pPr>
      <w:r w:rsidRPr="00485118">
        <w:rPr>
          <w:rFonts w:ascii="garamond" w:hAnsi="garamond"/>
          <w:sz w:val="26"/>
          <w:szCs w:val="26"/>
        </w:rPr>
        <w:t>The revenues confirmed the decisions.</w:t>
      </w:r>
    </w:p>
    <w:p w14:paraId="51C3B39E" w14:textId="77777777" w:rsidR="006B15F6" w:rsidRPr="00485118" w:rsidRDefault="006B15F6" w:rsidP="006B15F6">
      <w:pPr>
        <w:rPr>
          <w:rFonts w:ascii="garamond" w:hAnsi="garamond"/>
          <w:sz w:val="26"/>
          <w:szCs w:val="26"/>
        </w:rPr>
      </w:pPr>
      <w:r w:rsidRPr="00485118">
        <w:rPr>
          <w:rFonts w:ascii="garamond" w:hAnsi="garamond"/>
          <w:sz w:val="26"/>
          <w:szCs w:val="26"/>
        </w:rPr>
        <w:t>Four hundred and fifty people.</w:t>
      </w:r>
    </w:p>
    <w:p w14:paraId="5BCE9BF3" w14:textId="77777777" w:rsidR="006B15F6" w:rsidRPr="00485118" w:rsidRDefault="006B15F6" w:rsidP="006B15F6">
      <w:pPr>
        <w:rPr>
          <w:rFonts w:ascii="garamond" w:hAnsi="garamond"/>
          <w:sz w:val="26"/>
          <w:szCs w:val="26"/>
        </w:rPr>
      </w:pPr>
      <w:r w:rsidRPr="00485118">
        <w:rPr>
          <w:rFonts w:ascii="garamond" w:hAnsi="garamond"/>
          <w:sz w:val="26"/>
          <w:szCs w:val="26"/>
        </w:rPr>
        <w:t>I do not know what most of them looked like.</w:t>
      </w:r>
    </w:p>
    <w:p w14:paraId="2041942B" w14:textId="77777777" w:rsidR="006B15F6" w:rsidRPr="00485118" w:rsidRDefault="006B15F6" w:rsidP="006B15F6">
      <w:pPr>
        <w:rPr>
          <w:rFonts w:ascii="garamond" w:hAnsi="garamond"/>
          <w:sz w:val="26"/>
          <w:szCs w:val="26"/>
        </w:rPr>
      </w:pPr>
      <w:r w:rsidRPr="00485118">
        <w:rPr>
          <w:rFonts w:ascii="garamond" w:hAnsi="garamond"/>
          <w:sz w:val="26"/>
          <w:szCs w:val="26"/>
        </w:rPr>
        <w:t>The number still sits with me.</w:t>
      </w:r>
    </w:p>
    <w:p w14:paraId="0EDDF5C3" w14:textId="77777777" w:rsidR="006B15F6" w:rsidRPr="00485118" w:rsidRDefault="006B15F6" w:rsidP="006B15F6">
      <w:pPr>
        <w:rPr>
          <w:rFonts w:ascii="garamond" w:hAnsi="garamond"/>
          <w:sz w:val="26"/>
          <w:szCs w:val="26"/>
        </w:rPr>
      </w:pPr>
    </w:p>
    <w:p w14:paraId="57C470DC" w14:textId="77777777" w:rsidR="006B15F6" w:rsidRDefault="006B15F6">
      <w:pPr>
        <w:rPr>
          <w:rFonts w:ascii="garamond" w:hAnsi="garamond"/>
          <w:b/>
          <w:bCs/>
          <w:sz w:val="26"/>
          <w:szCs w:val="26"/>
        </w:rPr>
      </w:pPr>
      <w:r>
        <w:rPr>
          <w:rFonts w:ascii="garamond" w:hAnsi="garamond"/>
          <w:b/>
          <w:bCs/>
          <w:sz w:val="26"/>
          <w:szCs w:val="26"/>
        </w:rPr>
        <w:br w:type="page"/>
      </w:r>
    </w:p>
    <w:p w14:paraId="7429FFE5" w14:textId="3DAE0361" w:rsidR="006B15F6" w:rsidRPr="00485118" w:rsidRDefault="006B15F6" w:rsidP="006B15F6">
      <w:pPr>
        <w:rPr>
          <w:rFonts w:ascii="garamond" w:hAnsi="garamond"/>
          <w:sz w:val="26"/>
          <w:szCs w:val="26"/>
        </w:rPr>
      </w:pPr>
      <w:r w:rsidRPr="00485118">
        <w:rPr>
          <w:rFonts w:ascii="garamond" w:hAnsi="garamond"/>
          <w:b/>
          <w:bCs/>
          <w:sz w:val="26"/>
          <w:szCs w:val="26"/>
        </w:rPr>
        <w:lastRenderedPageBreak/>
        <w:t>CHAPTER 27 — THE POKER CLUB</w:t>
      </w:r>
      <w:r w:rsidRPr="00485118">
        <w:rPr>
          <w:rFonts w:ascii="garamond" w:hAnsi="garamond"/>
          <w:sz w:val="26"/>
          <w:szCs w:val="26"/>
        </w:rPr>
        <w:t xml:space="preserve"> </w:t>
      </w:r>
      <w:r w:rsidRPr="00485118">
        <w:rPr>
          <w:rFonts w:ascii="garamond" w:hAnsi="garamond"/>
          <w:sz w:val="26"/>
          <w:szCs w:val="26"/>
        </w:rPr>
        <w:br/>
      </w:r>
      <w:r w:rsidRPr="00485118">
        <w:rPr>
          <w:rFonts w:ascii="garamond" w:hAnsi="garamond"/>
          <w:b/>
          <w:bCs/>
          <w:sz w:val="26"/>
          <w:szCs w:val="26"/>
        </w:rPr>
        <w:t>Fishing Down The River.</w:t>
      </w:r>
    </w:p>
    <w:p w14:paraId="0A4AEE07" w14:textId="77777777" w:rsidR="006B15F6" w:rsidRPr="00485118" w:rsidRDefault="006B15F6" w:rsidP="006B15F6">
      <w:pPr>
        <w:rPr>
          <w:rFonts w:ascii="garamond" w:hAnsi="garamond"/>
          <w:sz w:val="26"/>
          <w:szCs w:val="26"/>
        </w:rPr>
      </w:pPr>
      <w:r w:rsidRPr="00485118">
        <w:rPr>
          <w:rFonts w:ascii="garamond" w:hAnsi="garamond"/>
          <w:sz w:val="26"/>
          <w:szCs w:val="26"/>
        </w:rPr>
        <w:t>It was February 1998 at 7.30 a.m. LaGuardia was already wide awake when I arrived. Fluorescent lights, with a floor wax polish. The thin, caffeinated panic of families trying to make an early flight look like a fun adventure.</w:t>
      </w:r>
    </w:p>
    <w:p w14:paraId="779A435A" w14:textId="0C1B281E" w:rsidR="006B15F6" w:rsidRPr="00485118" w:rsidRDefault="006B15F6" w:rsidP="006B15F6">
      <w:pPr>
        <w:rPr>
          <w:rFonts w:ascii="garamond" w:hAnsi="garamond"/>
          <w:sz w:val="26"/>
          <w:szCs w:val="26"/>
        </w:rPr>
      </w:pPr>
      <w:r w:rsidRPr="00485118">
        <w:rPr>
          <w:rFonts w:ascii="garamond" w:hAnsi="garamond"/>
          <w:sz w:val="26"/>
          <w:szCs w:val="26"/>
        </w:rPr>
        <w:t xml:space="preserve">Carole did what she always did when a promise was treated as a suggestion: she carried out the plan without me. The kids were supposed to be at the curb, half-asleep, dragging ski boots and luggage. Instead — nothing. No rolling suitcases, no small hands, no last-minute snack arguments. Just a text, time-stamped </w:t>
      </w:r>
      <w:r w:rsidR="00A1669B">
        <w:rPr>
          <w:rFonts w:ascii="garamond" w:hAnsi="garamond"/>
          <w:sz w:val="26"/>
          <w:szCs w:val="26"/>
        </w:rPr>
        <w:t>two hours</w:t>
      </w:r>
      <w:r w:rsidRPr="00485118">
        <w:rPr>
          <w:rFonts w:ascii="garamond" w:hAnsi="garamond"/>
          <w:sz w:val="26"/>
          <w:szCs w:val="26"/>
        </w:rPr>
        <w:t xml:space="preserve"> earlier.</w:t>
      </w:r>
    </w:p>
    <w:p w14:paraId="7416D877" w14:textId="77777777" w:rsidR="006B15F6" w:rsidRPr="00485118" w:rsidRDefault="006B15F6" w:rsidP="006B15F6">
      <w:pPr>
        <w:rPr>
          <w:rFonts w:ascii="garamond" w:hAnsi="garamond"/>
          <w:sz w:val="26"/>
          <w:szCs w:val="26"/>
        </w:rPr>
      </w:pPr>
      <w:r w:rsidRPr="00485118">
        <w:rPr>
          <w:rFonts w:ascii="garamond" w:hAnsi="garamond"/>
          <w:sz w:val="26"/>
          <w:szCs w:val="26"/>
        </w:rPr>
        <w:t>It read: “We're through security. Don't come.”</w:t>
      </w:r>
    </w:p>
    <w:p w14:paraId="2B7B4857" w14:textId="1B29026F" w:rsidR="006B15F6" w:rsidRPr="00485118" w:rsidRDefault="006B15F6" w:rsidP="006B15F6">
      <w:pPr>
        <w:rPr>
          <w:rFonts w:ascii="garamond" w:hAnsi="garamond"/>
          <w:sz w:val="26"/>
          <w:szCs w:val="26"/>
        </w:rPr>
      </w:pPr>
      <w:r w:rsidRPr="00485118">
        <w:rPr>
          <w:rFonts w:ascii="garamond" w:hAnsi="garamond"/>
          <w:sz w:val="26"/>
          <w:szCs w:val="26"/>
        </w:rPr>
        <w:t>For a moment, I imagined rushing into the terminal, waving through the glass like a repentant mascot — arriving flushed and heroic, the kids surprised and thrilled, Carole forced into gratitude. One dramatic gesture to erase a year of smaller failures. Then I saw the truth: me sweating vodk</w:t>
      </w:r>
      <w:r w:rsidR="00E05035">
        <w:rPr>
          <w:rFonts w:ascii="garamond" w:hAnsi="garamond"/>
          <w:sz w:val="26"/>
          <w:szCs w:val="26"/>
        </w:rPr>
        <w:t>a,</w:t>
      </w:r>
      <w:r w:rsidRPr="00485118">
        <w:rPr>
          <w:rFonts w:ascii="garamond" w:hAnsi="garamond"/>
          <w:sz w:val="26"/>
          <w:szCs w:val="26"/>
        </w:rPr>
        <w:t xml:space="preserve"> voice too loud in the departures hall. A father trying to improvise integrity at an airport gate</w:t>
      </w:r>
      <w:r w:rsidR="0076437F">
        <w:rPr>
          <w:rFonts w:ascii="garamond" w:hAnsi="garamond"/>
          <w:sz w:val="26"/>
          <w:szCs w:val="26"/>
        </w:rPr>
        <w:t>, when he could hardly stand still</w:t>
      </w:r>
      <w:r w:rsidRPr="00485118">
        <w:rPr>
          <w:rFonts w:ascii="garamond" w:hAnsi="garamond"/>
          <w:sz w:val="26"/>
          <w:szCs w:val="26"/>
        </w:rPr>
        <w:t>. The flight had already departed.</w:t>
      </w:r>
    </w:p>
    <w:p w14:paraId="3392F5DE" w14:textId="77777777" w:rsidR="006B15F6" w:rsidRPr="00485118" w:rsidRDefault="006B15F6" w:rsidP="006B15F6">
      <w:pPr>
        <w:rPr>
          <w:rFonts w:ascii="garamond" w:hAnsi="garamond"/>
          <w:sz w:val="26"/>
          <w:szCs w:val="26"/>
        </w:rPr>
      </w:pPr>
      <w:r w:rsidRPr="00485118">
        <w:rPr>
          <w:rFonts w:ascii="garamond" w:hAnsi="garamond"/>
          <w:sz w:val="26"/>
          <w:szCs w:val="26"/>
        </w:rPr>
        <w:t>I slipped the phone into my pocket and stepped away from the doors. That was Carole at her most lethal: efficient, understated, and final.</w:t>
      </w:r>
    </w:p>
    <w:p w14:paraId="27EF0B55" w14:textId="77777777" w:rsidR="006B15F6" w:rsidRPr="00485118" w:rsidRDefault="006B15F6" w:rsidP="006B15F6">
      <w:pPr>
        <w:rPr>
          <w:rFonts w:ascii="garamond" w:hAnsi="garamond"/>
          <w:sz w:val="26"/>
          <w:szCs w:val="26"/>
        </w:rPr>
      </w:pPr>
      <w:r w:rsidRPr="00485118">
        <w:rPr>
          <w:rFonts w:ascii="garamond" w:hAnsi="garamond"/>
          <w:sz w:val="26"/>
          <w:szCs w:val="26"/>
        </w:rPr>
        <w:t xml:space="preserve">I stood in the drop-off lane, watching strangers huddle and kiss, while others marched toward TSA with immaculate punctuality. I checked the departures board again — Aspen. Departed: On Time — as if a flight status could negotiate my way back into the story. </w:t>
      </w:r>
    </w:p>
    <w:p w14:paraId="189292E0" w14:textId="49952F8E" w:rsidR="006B15F6" w:rsidRPr="00485118" w:rsidRDefault="006B15F6" w:rsidP="006B15F6">
      <w:pPr>
        <w:rPr>
          <w:rFonts w:ascii="garamond" w:hAnsi="garamond"/>
          <w:sz w:val="26"/>
          <w:szCs w:val="26"/>
        </w:rPr>
      </w:pPr>
      <w:r w:rsidRPr="00485118">
        <w:rPr>
          <w:rFonts w:ascii="garamond" w:hAnsi="garamond"/>
          <w:sz w:val="26"/>
          <w:szCs w:val="26"/>
        </w:rPr>
        <w:t>For eight days, the kids would ski without me. I could have followed them the following day, but the situation was deeper than that. Carole would have nonetheless been disturbed by my delay, as she should, and would have made everyone feel it. As for me, I would have given up on a principle I had constantly argued about, from the first Aspen trip. I hated skiing. I also hated Aspen. When Daniel was one, we used to go to Vail</w:t>
      </w:r>
      <w:r w:rsidR="005873F8">
        <w:rPr>
          <w:rFonts w:ascii="garamond" w:hAnsi="garamond"/>
          <w:sz w:val="26"/>
          <w:szCs w:val="26"/>
        </w:rPr>
        <w:t xml:space="preserve">. </w:t>
      </w:r>
      <w:r w:rsidRPr="00485118">
        <w:rPr>
          <w:rFonts w:ascii="garamond" w:hAnsi="garamond"/>
          <w:sz w:val="26"/>
          <w:szCs w:val="26"/>
        </w:rPr>
        <w:t>I was accustomed to the facilities</w:t>
      </w:r>
      <w:r w:rsidR="005873F8">
        <w:rPr>
          <w:rFonts w:ascii="garamond" w:hAnsi="garamond"/>
          <w:sz w:val="26"/>
          <w:szCs w:val="26"/>
        </w:rPr>
        <w:t xml:space="preserve">. </w:t>
      </w:r>
      <w:r w:rsidRPr="00485118">
        <w:rPr>
          <w:rFonts w:ascii="garamond" w:hAnsi="garamond"/>
          <w:sz w:val="26"/>
          <w:szCs w:val="26"/>
        </w:rPr>
        <w:t xml:space="preserve">Vail was also far more convenient for my neck and back problems. </w:t>
      </w:r>
    </w:p>
    <w:p w14:paraId="4A194A6E" w14:textId="1B4822D8" w:rsidR="006B15F6" w:rsidRPr="00485118" w:rsidRDefault="006B15F6" w:rsidP="006B15F6">
      <w:pPr>
        <w:rPr>
          <w:rFonts w:ascii="garamond" w:hAnsi="garamond"/>
          <w:sz w:val="26"/>
          <w:szCs w:val="26"/>
        </w:rPr>
      </w:pPr>
      <w:r w:rsidRPr="00485118">
        <w:rPr>
          <w:rFonts w:ascii="garamond" w:hAnsi="garamond"/>
          <w:sz w:val="26"/>
          <w:szCs w:val="26"/>
        </w:rPr>
        <w:t>In 1995</w:t>
      </w:r>
      <w:r w:rsidR="00E05035">
        <w:rPr>
          <w:rFonts w:ascii="garamond" w:hAnsi="garamond"/>
          <w:sz w:val="26"/>
          <w:szCs w:val="26"/>
        </w:rPr>
        <w:t xml:space="preserve"> and the years thereafter</w:t>
      </w:r>
      <w:r w:rsidRPr="00485118">
        <w:rPr>
          <w:rFonts w:ascii="garamond" w:hAnsi="garamond"/>
          <w:sz w:val="26"/>
          <w:szCs w:val="26"/>
        </w:rPr>
        <w:t xml:space="preserve">, we vacationed in Aspen. Aspen’s slopes </w:t>
      </w:r>
      <w:r w:rsidR="00A1669B">
        <w:rPr>
          <w:rFonts w:ascii="garamond" w:hAnsi="garamond"/>
          <w:sz w:val="26"/>
          <w:szCs w:val="26"/>
        </w:rPr>
        <w:t xml:space="preserve">and the crowds </w:t>
      </w:r>
      <w:r w:rsidRPr="00485118">
        <w:rPr>
          <w:rFonts w:ascii="garamond" w:hAnsi="garamond"/>
          <w:sz w:val="26"/>
          <w:szCs w:val="26"/>
        </w:rPr>
        <w:t>more aggressive</w:t>
      </w:r>
      <w:r w:rsidR="005873F8">
        <w:rPr>
          <w:rFonts w:ascii="garamond" w:hAnsi="garamond"/>
          <w:sz w:val="26"/>
          <w:szCs w:val="26"/>
        </w:rPr>
        <w:t xml:space="preserve"> </w:t>
      </w:r>
      <w:r w:rsidRPr="00485118">
        <w:rPr>
          <w:rFonts w:ascii="garamond" w:hAnsi="garamond"/>
          <w:sz w:val="26"/>
          <w:szCs w:val="26"/>
        </w:rPr>
        <w:t xml:space="preserve">— horrific news for someone who appreciated certainty and </w:t>
      </w:r>
      <w:r w:rsidRPr="00485118">
        <w:rPr>
          <w:rFonts w:ascii="garamond" w:hAnsi="garamond"/>
          <w:sz w:val="26"/>
          <w:szCs w:val="26"/>
        </w:rPr>
        <w:lastRenderedPageBreak/>
        <w:t>routin</w:t>
      </w:r>
      <w:r w:rsidR="005873F8">
        <w:rPr>
          <w:rFonts w:ascii="garamond" w:hAnsi="garamond"/>
          <w:sz w:val="26"/>
          <w:szCs w:val="26"/>
        </w:rPr>
        <w:t>e</w:t>
      </w:r>
      <w:r w:rsidRPr="00485118">
        <w:rPr>
          <w:rFonts w:ascii="garamond" w:hAnsi="garamond"/>
          <w:sz w:val="26"/>
          <w:szCs w:val="26"/>
        </w:rPr>
        <w:t xml:space="preserve">. I wanted us to return to Vail, but Carole decided to make Aspen our annual destination, despite my complaints. </w:t>
      </w:r>
    </w:p>
    <w:p w14:paraId="47493A7F" w14:textId="77777777" w:rsidR="006B15F6" w:rsidRPr="00485118" w:rsidRDefault="006B15F6" w:rsidP="006B15F6">
      <w:pPr>
        <w:rPr>
          <w:rFonts w:ascii="garamond" w:hAnsi="garamond"/>
          <w:sz w:val="26"/>
          <w:szCs w:val="26"/>
        </w:rPr>
      </w:pPr>
      <w:r w:rsidRPr="00485118">
        <w:rPr>
          <w:rFonts w:ascii="garamond" w:hAnsi="garamond"/>
          <w:sz w:val="26"/>
          <w:szCs w:val="26"/>
        </w:rPr>
        <w:t>I was not innocent in all of this. I hated the trip with passion, and I realized that was the only reason my absence mattered.  If you miss something you love, you can blame desire. If you miss something you hate, the chances are that you probably chose something else.</w:t>
      </w:r>
    </w:p>
    <w:p w14:paraId="5F56007D" w14:textId="77777777" w:rsidR="006B15F6" w:rsidRPr="00485118" w:rsidRDefault="006B15F6" w:rsidP="006B15F6">
      <w:pPr>
        <w:rPr>
          <w:rFonts w:ascii="garamond" w:hAnsi="garamond"/>
          <w:sz w:val="26"/>
          <w:szCs w:val="26"/>
        </w:rPr>
      </w:pPr>
      <w:r w:rsidRPr="00485118">
        <w:rPr>
          <w:rFonts w:ascii="garamond" w:hAnsi="garamond"/>
          <w:sz w:val="26"/>
          <w:szCs w:val="26"/>
        </w:rPr>
        <w:t>I knew what I had chosen.</w:t>
      </w:r>
    </w:p>
    <w:p w14:paraId="015D99E6" w14:textId="77777777" w:rsidR="006B15F6" w:rsidRPr="00485118" w:rsidRDefault="006B15F6" w:rsidP="006B15F6">
      <w:pPr>
        <w:rPr>
          <w:rFonts w:ascii="garamond" w:hAnsi="garamond"/>
          <w:sz w:val="26"/>
          <w:szCs w:val="26"/>
        </w:rPr>
      </w:pPr>
      <w:r w:rsidRPr="00485118">
        <w:rPr>
          <w:rFonts w:ascii="garamond" w:hAnsi="garamond"/>
          <w:sz w:val="26"/>
          <w:szCs w:val="26"/>
        </w:rPr>
        <w:t>A townhouse eight blocks south of my apartment. A large round table with green felt and ten seats. A room that smelled of stale smoke and the optimism men carry when they believe they are about to win. Texas Poker Club.</w:t>
      </w:r>
    </w:p>
    <w:p w14:paraId="7EE5C1E6" w14:textId="3CFDDFA2" w:rsidR="006B15F6" w:rsidRPr="00485118" w:rsidRDefault="006B15F6" w:rsidP="006B15F6">
      <w:pPr>
        <w:rPr>
          <w:rFonts w:ascii="garamond" w:hAnsi="garamond"/>
          <w:sz w:val="26"/>
          <w:szCs w:val="26"/>
        </w:rPr>
      </w:pPr>
      <w:r w:rsidRPr="00485118">
        <w:rPr>
          <w:rFonts w:ascii="garamond" w:hAnsi="garamond"/>
          <w:sz w:val="26"/>
          <w:szCs w:val="26"/>
        </w:rPr>
        <w:t xml:space="preserve">It started, as most disasters do, as a wholesome idea — one clean night a week in the early nineties, with no clients, no schedules, no dinner parties where everyone performed affection for people they barely tolerated. </w:t>
      </w:r>
      <w:r w:rsidR="005873F8">
        <w:rPr>
          <w:rFonts w:ascii="garamond" w:hAnsi="garamond"/>
          <w:sz w:val="26"/>
          <w:szCs w:val="26"/>
        </w:rPr>
        <w:t>We played f</w:t>
      </w:r>
      <w:r w:rsidRPr="00485118">
        <w:rPr>
          <w:rFonts w:ascii="garamond" w:hAnsi="garamond"/>
          <w:sz w:val="26"/>
          <w:szCs w:val="26"/>
        </w:rPr>
        <w:t>ive-card stud</w:t>
      </w:r>
      <w:r w:rsidR="005873F8">
        <w:rPr>
          <w:rFonts w:ascii="garamond" w:hAnsi="garamond"/>
          <w:sz w:val="26"/>
          <w:szCs w:val="26"/>
        </w:rPr>
        <w:t xml:space="preserve"> all the way</w:t>
      </w:r>
      <w:r w:rsidRPr="00485118">
        <w:rPr>
          <w:rFonts w:ascii="garamond" w:hAnsi="garamond"/>
          <w:sz w:val="26"/>
          <w:szCs w:val="26"/>
        </w:rPr>
        <w:t>.</w:t>
      </w:r>
    </w:p>
    <w:p w14:paraId="4F4CA158" w14:textId="77FEDABA" w:rsidR="006B15F6" w:rsidRPr="00485118" w:rsidRDefault="006B15F6" w:rsidP="006B15F6">
      <w:pPr>
        <w:rPr>
          <w:rFonts w:ascii="garamond" w:hAnsi="garamond"/>
          <w:sz w:val="26"/>
          <w:szCs w:val="26"/>
        </w:rPr>
      </w:pPr>
      <w:r w:rsidRPr="00485118">
        <w:rPr>
          <w:rFonts w:ascii="garamond" w:hAnsi="garamond"/>
          <w:sz w:val="26"/>
          <w:szCs w:val="26"/>
        </w:rPr>
        <w:t xml:space="preserve">Then someone introduced Texas hold 'em. Full deck. No friction. Deal, bet, reveal, </w:t>
      </w:r>
      <w:r w:rsidR="00A564FA">
        <w:rPr>
          <w:rFonts w:ascii="garamond" w:hAnsi="garamond"/>
          <w:sz w:val="26"/>
          <w:szCs w:val="26"/>
        </w:rPr>
        <w:t xml:space="preserve">clear, </w:t>
      </w:r>
      <w:r w:rsidRPr="00485118">
        <w:rPr>
          <w:rFonts w:ascii="garamond" w:hAnsi="garamond"/>
          <w:sz w:val="26"/>
          <w:szCs w:val="26"/>
        </w:rPr>
        <w:t xml:space="preserve">deal again. </w:t>
      </w:r>
      <w:r w:rsidR="00A564FA">
        <w:rPr>
          <w:rFonts w:ascii="garamond" w:hAnsi="garamond"/>
          <w:sz w:val="26"/>
          <w:szCs w:val="26"/>
        </w:rPr>
        <w:t xml:space="preserve">The </w:t>
      </w:r>
      <w:r w:rsidRPr="00485118">
        <w:rPr>
          <w:rFonts w:ascii="garamond" w:hAnsi="garamond"/>
          <w:sz w:val="26"/>
          <w:szCs w:val="26"/>
        </w:rPr>
        <w:t>game that turn</w:t>
      </w:r>
      <w:r w:rsidR="00A564FA">
        <w:rPr>
          <w:rFonts w:ascii="garamond" w:hAnsi="garamond"/>
          <w:sz w:val="26"/>
          <w:szCs w:val="26"/>
        </w:rPr>
        <w:t>ed</w:t>
      </w:r>
      <w:r w:rsidRPr="00485118">
        <w:rPr>
          <w:rFonts w:ascii="garamond" w:hAnsi="garamond"/>
          <w:sz w:val="26"/>
          <w:szCs w:val="26"/>
        </w:rPr>
        <w:t xml:space="preserve"> boredom into </w:t>
      </w:r>
      <w:r w:rsidR="00A564FA" w:rsidRPr="00485118">
        <w:rPr>
          <w:rFonts w:ascii="garamond" w:hAnsi="garamond"/>
          <w:sz w:val="26"/>
          <w:szCs w:val="26"/>
        </w:rPr>
        <w:t>compulsion</w:t>
      </w:r>
      <w:r w:rsidR="00842B11">
        <w:rPr>
          <w:rFonts w:ascii="garamond" w:hAnsi="garamond"/>
          <w:sz w:val="26"/>
          <w:szCs w:val="26"/>
        </w:rPr>
        <w:t>.</w:t>
      </w:r>
      <w:r w:rsidR="00A564FA">
        <w:rPr>
          <w:rFonts w:ascii="garamond" w:hAnsi="garamond"/>
          <w:sz w:val="26"/>
          <w:szCs w:val="26"/>
        </w:rPr>
        <w:t xml:space="preserve"> </w:t>
      </w:r>
    </w:p>
    <w:p w14:paraId="4973DD0A" w14:textId="223A7A82" w:rsidR="006B15F6" w:rsidRPr="00485118" w:rsidRDefault="006B15F6" w:rsidP="006B15F6">
      <w:pPr>
        <w:rPr>
          <w:rFonts w:ascii="garamond" w:hAnsi="garamond"/>
          <w:sz w:val="26"/>
          <w:szCs w:val="26"/>
        </w:rPr>
      </w:pPr>
      <w:r w:rsidRPr="00485118">
        <w:rPr>
          <w:rFonts w:ascii="garamond" w:hAnsi="garamond"/>
          <w:sz w:val="26"/>
          <w:szCs w:val="26"/>
        </w:rPr>
        <w:t>The club grew through referral</w:t>
      </w:r>
      <w:r w:rsidR="00842B11">
        <w:rPr>
          <w:rFonts w:ascii="garamond" w:hAnsi="garamond"/>
          <w:sz w:val="26"/>
          <w:szCs w:val="26"/>
        </w:rPr>
        <w:t>s</w:t>
      </w:r>
      <w:r w:rsidRPr="00485118">
        <w:rPr>
          <w:rFonts w:ascii="garamond" w:hAnsi="garamond"/>
          <w:sz w:val="26"/>
          <w:szCs w:val="26"/>
        </w:rPr>
        <w:t xml:space="preserve">. By the third year, we </w:t>
      </w:r>
      <w:r w:rsidR="00842B11">
        <w:rPr>
          <w:rFonts w:ascii="garamond" w:hAnsi="garamond"/>
          <w:sz w:val="26"/>
          <w:szCs w:val="26"/>
        </w:rPr>
        <w:t>rented</w:t>
      </w:r>
      <w:r w:rsidRPr="00485118">
        <w:rPr>
          <w:rFonts w:ascii="garamond" w:hAnsi="garamond"/>
          <w:sz w:val="26"/>
          <w:szCs w:val="26"/>
        </w:rPr>
        <w:t xml:space="preserve"> </w:t>
      </w:r>
      <w:r w:rsidR="00842B11">
        <w:rPr>
          <w:rFonts w:ascii="garamond" w:hAnsi="garamond"/>
          <w:sz w:val="26"/>
          <w:szCs w:val="26"/>
        </w:rPr>
        <w:t xml:space="preserve">a </w:t>
      </w:r>
      <w:r w:rsidRPr="00485118">
        <w:rPr>
          <w:rFonts w:ascii="garamond" w:hAnsi="garamond"/>
          <w:sz w:val="26"/>
          <w:szCs w:val="26"/>
        </w:rPr>
        <w:t>townhouse</w:t>
      </w:r>
      <w:r w:rsidR="00A11E2C">
        <w:rPr>
          <w:rFonts w:ascii="garamond" w:hAnsi="garamond"/>
          <w:sz w:val="26"/>
          <w:szCs w:val="26"/>
        </w:rPr>
        <w:t xml:space="preserve"> </w:t>
      </w:r>
      <w:r w:rsidRPr="00485118">
        <w:rPr>
          <w:rFonts w:ascii="garamond" w:hAnsi="garamond"/>
          <w:sz w:val="26"/>
          <w:szCs w:val="26"/>
        </w:rPr>
        <w:t xml:space="preserve">on the Upper East Side: a living room where the television played sports no one watched, a </w:t>
      </w:r>
      <w:r w:rsidR="00A564FA">
        <w:rPr>
          <w:rFonts w:ascii="garamond" w:hAnsi="garamond"/>
          <w:sz w:val="26"/>
          <w:szCs w:val="26"/>
        </w:rPr>
        <w:t xml:space="preserve">kitchen, and a </w:t>
      </w:r>
      <w:r w:rsidRPr="00485118">
        <w:rPr>
          <w:rFonts w:ascii="garamond" w:hAnsi="garamond"/>
          <w:sz w:val="26"/>
          <w:szCs w:val="26"/>
        </w:rPr>
        <w:t>dining area where poker was the only even</w:t>
      </w:r>
      <w:r w:rsidR="00A11E2C">
        <w:rPr>
          <w:rFonts w:ascii="garamond" w:hAnsi="garamond"/>
          <w:sz w:val="26"/>
          <w:szCs w:val="26"/>
        </w:rPr>
        <w:t>t</w:t>
      </w:r>
      <w:r w:rsidRPr="00485118">
        <w:rPr>
          <w:rFonts w:ascii="garamond" w:hAnsi="garamond"/>
          <w:sz w:val="26"/>
          <w:szCs w:val="26"/>
        </w:rPr>
        <w:t>.</w:t>
      </w:r>
      <w:r w:rsidR="00A11E2C">
        <w:rPr>
          <w:rFonts w:ascii="garamond" w:hAnsi="garamond"/>
          <w:sz w:val="26"/>
          <w:szCs w:val="26"/>
        </w:rPr>
        <w:t xml:space="preserve"> </w:t>
      </w:r>
      <w:r w:rsidRPr="00485118">
        <w:rPr>
          <w:rFonts w:ascii="garamond" w:hAnsi="garamond"/>
          <w:sz w:val="26"/>
          <w:szCs w:val="26"/>
        </w:rPr>
        <w:t xml:space="preserve">We called it TPC — Texas Poker Club. </w:t>
      </w:r>
    </w:p>
    <w:p w14:paraId="7CF39EB9" w14:textId="43D021B2" w:rsidR="006B15F6" w:rsidRPr="00485118" w:rsidRDefault="006B15F6" w:rsidP="006B15F6">
      <w:pPr>
        <w:rPr>
          <w:rFonts w:ascii="garamond" w:hAnsi="garamond"/>
          <w:sz w:val="26"/>
          <w:szCs w:val="26"/>
        </w:rPr>
      </w:pPr>
      <w:r w:rsidRPr="00485118">
        <w:rPr>
          <w:rFonts w:ascii="garamond" w:hAnsi="garamond"/>
          <w:sz w:val="26"/>
          <w:szCs w:val="26"/>
        </w:rPr>
        <w:t xml:space="preserve">There were rules. No wives. Phones answered outside. No rake, by law. The founding members were professionals </w:t>
      </w:r>
      <w:r w:rsidR="00842B11">
        <w:rPr>
          <w:rFonts w:ascii="garamond" w:hAnsi="garamond"/>
          <w:sz w:val="26"/>
          <w:szCs w:val="26"/>
        </w:rPr>
        <w:t>from most industry sectors</w:t>
      </w:r>
      <w:r w:rsidRPr="00485118">
        <w:rPr>
          <w:rFonts w:ascii="garamond" w:hAnsi="garamond"/>
          <w:sz w:val="26"/>
          <w:szCs w:val="26"/>
        </w:rPr>
        <w:t>. Poker is designed for that. It is mathematics with an ego problem.</w:t>
      </w:r>
    </w:p>
    <w:p w14:paraId="291D1419" w14:textId="653C8867" w:rsidR="006B15F6" w:rsidRPr="00485118" w:rsidRDefault="006B15F6" w:rsidP="006B15F6">
      <w:pPr>
        <w:rPr>
          <w:rFonts w:ascii="garamond" w:hAnsi="garamond"/>
          <w:sz w:val="26"/>
          <w:szCs w:val="26"/>
        </w:rPr>
      </w:pPr>
      <w:r w:rsidRPr="00485118">
        <w:rPr>
          <w:rFonts w:ascii="garamond" w:hAnsi="garamond"/>
          <w:sz w:val="26"/>
          <w:szCs w:val="26"/>
        </w:rPr>
        <w:t xml:space="preserve">By the time TPC reached its stride, it was no longer just one night a week. Three or four. At home, wives treated it like an affair. In the club, we treated it like exercise: miss a session, feel the absence. There was even a ritual — if a man appeared on his wife's birthday, he received a standing ovation and three hundred dollars in chips on the house. </w:t>
      </w:r>
    </w:p>
    <w:p w14:paraId="0EB145D4" w14:textId="5A65F44E" w:rsidR="006B15F6" w:rsidRPr="00485118" w:rsidRDefault="006B15F6" w:rsidP="006B15F6">
      <w:pPr>
        <w:rPr>
          <w:rFonts w:ascii="garamond" w:hAnsi="garamond"/>
          <w:sz w:val="26"/>
          <w:szCs w:val="26"/>
        </w:rPr>
      </w:pPr>
      <w:r w:rsidRPr="00485118">
        <w:rPr>
          <w:rFonts w:ascii="garamond" w:hAnsi="garamond"/>
          <w:sz w:val="26"/>
          <w:szCs w:val="26"/>
        </w:rPr>
        <w:t>I was the patsy in the early years</w:t>
      </w:r>
      <w:r w:rsidR="00A433A2">
        <w:rPr>
          <w:rFonts w:ascii="garamond" w:hAnsi="garamond"/>
          <w:sz w:val="26"/>
          <w:szCs w:val="26"/>
        </w:rPr>
        <w:t xml:space="preserve">. </w:t>
      </w:r>
      <w:r w:rsidRPr="00485118">
        <w:rPr>
          <w:rFonts w:ascii="garamond" w:hAnsi="garamond"/>
          <w:sz w:val="26"/>
          <w:szCs w:val="26"/>
        </w:rPr>
        <w:t xml:space="preserve">The truth beneath that was less flattering: losing was leverage. The man who lost consistently was the one everyone wanted present. </w:t>
      </w:r>
      <w:r w:rsidR="00A433A2">
        <w:rPr>
          <w:rFonts w:ascii="garamond" w:hAnsi="garamond"/>
          <w:sz w:val="26"/>
          <w:szCs w:val="26"/>
        </w:rPr>
        <w:t xml:space="preserve">He </w:t>
      </w:r>
      <w:r w:rsidR="00A564FA">
        <w:rPr>
          <w:rFonts w:ascii="garamond" w:hAnsi="garamond"/>
          <w:sz w:val="26"/>
          <w:szCs w:val="26"/>
        </w:rPr>
        <w:t>owned</w:t>
      </w:r>
      <w:r w:rsidRPr="00485118">
        <w:rPr>
          <w:rFonts w:ascii="garamond" w:hAnsi="garamond"/>
          <w:sz w:val="26"/>
          <w:szCs w:val="26"/>
        </w:rPr>
        <w:t xml:space="preserve"> the room. When I </w:t>
      </w:r>
      <w:r w:rsidR="00A433A2">
        <w:rPr>
          <w:rFonts w:ascii="garamond" w:hAnsi="garamond"/>
          <w:sz w:val="26"/>
          <w:szCs w:val="26"/>
        </w:rPr>
        <w:t>played, t</w:t>
      </w:r>
      <w:r w:rsidRPr="00485118">
        <w:rPr>
          <w:rFonts w:ascii="garamond" w:hAnsi="garamond"/>
          <w:sz w:val="26"/>
          <w:szCs w:val="26"/>
        </w:rPr>
        <w:t xml:space="preserve">he men translated the threat into an opportunity. Let him come. Let him bark. </w:t>
      </w:r>
      <w:r w:rsidR="00A433A2" w:rsidRPr="00485118">
        <w:rPr>
          <w:rFonts w:ascii="garamond" w:hAnsi="garamond"/>
          <w:sz w:val="26"/>
          <w:szCs w:val="26"/>
        </w:rPr>
        <w:t xml:space="preserve">Let him lose. </w:t>
      </w:r>
      <w:r w:rsidRPr="00485118">
        <w:rPr>
          <w:rFonts w:ascii="garamond" w:hAnsi="garamond"/>
          <w:sz w:val="26"/>
          <w:szCs w:val="26"/>
        </w:rPr>
        <w:t>We'll take his money.</w:t>
      </w:r>
    </w:p>
    <w:p w14:paraId="41D09209" w14:textId="0BF76A4F" w:rsidR="006B15F6" w:rsidRPr="00485118" w:rsidRDefault="006B15F6" w:rsidP="006B15F6">
      <w:pPr>
        <w:rPr>
          <w:rFonts w:ascii="garamond" w:hAnsi="garamond"/>
          <w:sz w:val="26"/>
          <w:szCs w:val="26"/>
        </w:rPr>
      </w:pPr>
      <w:r w:rsidRPr="00485118">
        <w:rPr>
          <w:rFonts w:ascii="garamond" w:hAnsi="garamond"/>
          <w:sz w:val="26"/>
          <w:szCs w:val="26"/>
        </w:rPr>
        <w:lastRenderedPageBreak/>
        <w:t>I made many mistakes</w:t>
      </w:r>
      <w:r w:rsidR="004B5015">
        <w:rPr>
          <w:rFonts w:ascii="garamond" w:hAnsi="garamond"/>
          <w:sz w:val="26"/>
          <w:szCs w:val="26"/>
        </w:rPr>
        <w:t xml:space="preserve">, </w:t>
      </w:r>
      <w:r w:rsidR="00A433A2">
        <w:rPr>
          <w:rFonts w:ascii="garamond" w:hAnsi="garamond"/>
          <w:sz w:val="26"/>
          <w:szCs w:val="26"/>
        </w:rPr>
        <w:t>and</w:t>
      </w:r>
      <w:r w:rsidRPr="00485118">
        <w:rPr>
          <w:rFonts w:ascii="garamond" w:hAnsi="garamond"/>
          <w:sz w:val="26"/>
          <w:szCs w:val="26"/>
        </w:rPr>
        <w:t xml:space="preserve"> I made them predictable</w:t>
      </w:r>
      <w:r w:rsidR="004B5015">
        <w:rPr>
          <w:rFonts w:ascii="garamond" w:hAnsi="garamond"/>
          <w:sz w:val="26"/>
          <w:szCs w:val="26"/>
        </w:rPr>
        <w:t xml:space="preserve">. </w:t>
      </w:r>
      <w:r w:rsidRPr="00485118">
        <w:rPr>
          <w:rFonts w:ascii="garamond" w:hAnsi="garamond"/>
          <w:sz w:val="26"/>
          <w:szCs w:val="26"/>
        </w:rPr>
        <w:t>I compensated by controlling the only variable I could: the environment.</w:t>
      </w:r>
    </w:p>
    <w:p w14:paraId="797F29B3" w14:textId="77777777" w:rsidR="006B15F6" w:rsidRPr="00485118" w:rsidRDefault="006B15F6" w:rsidP="006B15F6">
      <w:pPr>
        <w:rPr>
          <w:rFonts w:ascii="garamond" w:hAnsi="garamond"/>
          <w:sz w:val="26"/>
          <w:szCs w:val="26"/>
        </w:rPr>
      </w:pPr>
      <w:r w:rsidRPr="00485118">
        <w:rPr>
          <w:rFonts w:ascii="garamond" w:hAnsi="garamond"/>
          <w:sz w:val="26"/>
          <w:szCs w:val="26"/>
        </w:rPr>
        <w:t>Then came the Aspen trip.</w:t>
      </w:r>
    </w:p>
    <w:p w14:paraId="1E6FAE57" w14:textId="7F9DF3F3" w:rsidR="006B15F6" w:rsidRPr="00485118" w:rsidRDefault="005873F8" w:rsidP="006B15F6">
      <w:pPr>
        <w:rPr>
          <w:rFonts w:ascii="garamond" w:hAnsi="garamond"/>
          <w:sz w:val="26"/>
          <w:szCs w:val="26"/>
        </w:rPr>
      </w:pPr>
      <w:r>
        <w:rPr>
          <w:rFonts w:ascii="garamond" w:hAnsi="garamond"/>
          <w:sz w:val="26"/>
          <w:szCs w:val="26"/>
        </w:rPr>
        <w:t>It was o</w:t>
      </w:r>
      <w:r w:rsidR="00A433A2">
        <w:rPr>
          <w:rFonts w:ascii="garamond" w:hAnsi="garamond"/>
          <w:sz w:val="26"/>
          <w:szCs w:val="26"/>
        </w:rPr>
        <w:t xml:space="preserve">n a </w:t>
      </w:r>
      <w:r w:rsidR="006B15F6" w:rsidRPr="00485118">
        <w:rPr>
          <w:rFonts w:ascii="garamond" w:hAnsi="garamond"/>
          <w:sz w:val="26"/>
          <w:szCs w:val="26"/>
        </w:rPr>
        <w:t>February morning, years into TP</w:t>
      </w:r>
      <w:r w:rsidR="00A433A2">
        <w:rPr>
          <w:rFonts w:ascii="garamond" w:hAnsi="garamond"/>
          <w:sz w:val="26"/>
          <w:szCs w:val="26"/>
        </w:rPr>
        <w:t>C</w:t>
      </w:r>
      <w:r>
        <w:rPr>
          <w:rFonts w:ascii="garamond" w:hAnsi="garamond"/>
          <w:sz w:val="26"/>
          <w:szCs w:val="26"/>
        </w:rPr>
        <w:t>,</w:t>
      </w:r>
      <w:r w:rsidR="00A433A2">
        <w:rPr>
          <w:rFonts w:ascii="garamond" w:hAnsi="garamond"/>
          <w:sz w:val="26"/>
          <w:szCs w:val="26"/>
        </w:rPr>
        <w:t xml:space="preserve"> </w:t>
      </w:r>
      <w:r w:rsidR="006B15F6" w:rsidRPr="00485118">
        <w:rPr>
          <w:rFonts w:ascii="garamond" w:hAnsi="garamond"/>
          <w:sz w:val="26"/>
          <w:szCs w:val="26"/>
        </w:rPr>
        <w:t>I promised to be home by one</w:t>
      </w:r>
      <w:r w:rsidR="00C26C96">
        <w:rPr>
          <w:rFonts w:ascii="garamond" w:hAnsi="garamond"/>
          <w:sz w:val="26"/>
          <w:szCs w:val="26"/>
        </w:rPr>
        <w:t>.</w:t>
      </w:r>
    </w:p>
    <w:p w14:paraId="3D801240" w14:textId="2BC36CF6" w:rsidR="006B15F6" w:rsidRPr="00485118" w:rsidRDefault="006B15F6" w:rsidP="006B15F6">
      <w:pPr>
        <w:rPr>
          <w:rFonts w:ascii="garamond" w:hAnsi="garamond"/>
          <w:sz w:val="26"/>
          <w:szCs w:val="26"/>
        </w:rPr>
      </w:pPr>
      <w:r w:rsidRPr="00485118">
        <w:rPr>
          <w:rFonts w:ascii="garamond" w:hAnsi="garamond"/>
          <w:sz w:val="26"/>
          <w:szCs w:val="26"/>
        </w:rPr>
        <w:t xml:space="preserve">That night, I went to TPC to show my face. The phrase is always a lie. You do not show your face at a poker club. You </w:t>
      </w:r>
      <w:r w:rsidR="004B5015">
        <w:rPr>
          <w:rFonts w:ascii="garamond" w:hAnsi="garamond"/>
          <w:sz w:val="26"/>
          <w:szCs w:val="26"/>
        </w:rPr>
        <w:t xml:space="preserve">instead </w:t>
      </w:r>
      <w:r w:rsidRPr="00485118">
        <w:rPr>
          <w:rFonts w:ascii="garamond" w:hAnsi="garamond"/>
          <w:sz w:val="26"/>
          <w:szCs w:val="26"/>
        </w:rPr>
        <w:t>surrender your nervous system to it.</w:t>
      </w:r>
    </w:p>
    <w:p w14:paraId="75490880" w14:textId="6097A8AF" w:rsidR="006B15F6" w:rsidRPr="00485118" w:rsidRDefault="006B15F6" w:rsidP="006B15F6">
      <w:pPr>
        <w:rPr>
          <w:rFonts w:ascii="garamond" w:hAnsi="garamond"/>
          <w:sz w:val="26"/>
          <w:szCs w:val="26"/>
        </w:rPr>
      </w:pPr>
      <w:r w:rsidRPr="00485118">
        <w:rPr>
          <w:rFonts w:ascii="garamond" w:hAnsi="garamond"/>
          <w:sz w:val="26"/>
          <w:szCs w:val="26"/>
        </w:rPr>
        <w:t xml:space="preserve">The townhouse was already lively when I arrived, with chips clicking and men laughing. Alexander was there — smooth, charming, </w:t>
      </w:r>
      <w:r w:rsidR="00C26C96">
        <w:rPr>
          <w:rFonts w:ascii="garamond" w:hAnsi="garamond"/>
          <w:sz w:val="26"/>
          <w:szCs w:val="26"/>
        </w:rPr>
        <w:t xml:space="preserve">as </w:t>
      </w:r>
      <w:r w:rsidRPr="00485118">
        <w:rPr>
          <w:rFonts w:ascii="garamond" w:hAnsi="garamond"/>
          <w:sz w:val="26"/>
          <w:szCs w:val="26"/>
        </w:rPr>
        <w:t>always just a bit too composed for a disheveled room. Around the table sat Zachary, Mark, John, Gary, and Michael</w:t>
      </w:r>
      <w:r w:rsidR="005873F8">
        <w:rPr>
          <w:rFonts w:ascii="garamond" w:hAnsi="garamond"/>
          <w:sz w:val="26"/>
          <w:szCs w:val="26"/>
        </w:rPr>
        <w:t xml:space="preserve">. </w:t>
      </w:r>
      <w:r w:rsidRPr="00485118">
        <w:rPr>
          <w:rFonts w:ascii="garamond" w:hAnsi="garamond"/>
          <w:sz w:val="26"/>
          <w:szCs w:val="26"/>
        </w:rPr>
        <w:t>The table was full. There was no graceful exit.</w:t>
      </w:r>
    </w:p>
    <w:p w14:paraId="0DD7FBE2" w14:textId="2D7160C7" w:rsidR="006B15F6" w:rsidRPr="00485118" w:rsidRDefault="00C26C96" w:rsidP="006B15F6">
      <w:pPr>
        <w:rPr>
          <w:rFonts w:ascii="garamond" w:hAnsi="garamond"/>
          <w:sz w:val="26"/>
          <w:szCs w:val="26"/>
        </w:rPr>
      </w:pPr>
      <w:r>
        <w:rPr>
          <w:rFonts w:ascii="garamond" w:hAnsi="garamond"/>
          <w:sz w:val="26"/>
          <w:szCs w:val="26"/>
        </w:rPr>
        <w:t>I laid my c</w:t>
      </w:r>
      <w:r w:rsidR="006B15F6" w:rsidRPr="00485118">
        <w:rPr>
          <w:rFonts w:ascii="garamond" w:hAnsi="garamond"/>
          <w:sz w:val="26"/>
          <w:szCs w:val="26"/>
        </w:rPr>
        <w:t xml:space="preserve">oat on the chair, </w:t>
      </w:r>
      <w:r>
        <w:rPr>
          <w:rFonts w:ascii="garamond" w:hAnsi="garamond"/>
          <w:sz w:val="26"/>
          <w:szCs w:val="26"/>
        </w:rPr>
        <w:t xml:space="preserve">with a </w:t>
      </w:r>
      <w:r w:rsidR="006B15F6" w:rsidRPr="00485118">
        <w:rPr>
          <w:rFonts w:ascii="garamond" w:hAnsi="garamond"/>
          <w:sz w:val="26"/>
          <w:szCs w:val="26"/>
        </w:rPr>
        <w:t xml:space="preserve">drink in </w:t>
      </w:r>
      <w:r>
        <w:rPr>
          <w:rFonts w:ascii="garamond" w:hAnsi="garamond"/>
          <w:sz w:val="26"/>
          <w:szCs w:val="26"/>
        </w:rPr>
        <w:t xml:space="preserve">my </w:t>
      </w:r>
      <w:r w:rsidR="006B15F6" w:rsidRPr="00485118">
        <w:rPr>
          <w:rFonts w:ascii="garamond" w:hAnsi="garamond"/>
          <w:sz w:val="26"/>
          <w:szCs w:val="26"/>
        </w:rPr>
        <w:t xml:space="preserve">hand. </w:t>
      </w:r>
    </w:p>
    <w:p w14:paraId="31E6B770" w14:textId="77777777" w:rsidR="006B15F6" w:rsidRPr="00485118" w:rsidRDefault="006B15F6" w:rsidP="006B15F6">
      <w:pPr>
        <w:rPr>
          <w:rFonts w:ascii="garamond" w:hAnsi="garamond"/>
          <w:sz w:val="26"/>
          <w:szCs w:val="26"/>
        </w:rPr>
      </w:pPr>
      <w:r w:rsidRPr="00485118">
        <w:rPr>
          <w:rFonts w:ascii="garamond" w:hAnsi="garamond"/>
          <w:sz w:val="26"/>
          <w:szCs w:val="26"/>
        </w:rPr>
        <w:t>At midnight, my phone vibrated. Carole. I let it ring — answering meant hearing the disappointment I had already earned. At 12:19, a text: Are you on your way? At 12:31, the driver arrives at 5:45. Please tell me you're leaving.</w:t>
      </w:r>
    </w:p>
    <w:p w14:paraId="7B180F36" w14:textId="77777777" w:rsidR="006B15F6" w:rsidRPr="00485118" w:rsidRDefault="006B15F6" w:rsidP="006B15F6">
      <w:pPr>
        <w:rPr>
          <w:rFonts w:ascii="garamond" w:hAnsi="garamond"/>
          <w:sz w:val="26"/>
          <w:szCs w:val="26"/>
        </w:rPr>
      </w:pPr>
      <w:r w:rsidRPr="00485118">
        <w:rPr>
          <w:rFonts w:ascii="garamond" w:hAnsi="garamond"/>
          <w:sz w:val="26"/>
          <w:szCs w:val="26"/>
        </w:rPr>
        <w:t>I replied with the lie I had refined to its most credible form: Ten minutes.</w:t>
      </w:r>
    </w:p>
    <w:p w14:paraId="650C8E6A" w14:textId="77777777" w:rsidR="006B15F6" w:rsidRPr="00485118" w:rsidRDefault="006B15F6" w:rsidP="006B15F6">
      <w:pPr>
        <w:rPr>
          <w:rFonts w:ascii="garamond" w:hAnsi="garamond"/>
          <w:sz w:val="26"/>
          <w:szCs w:val="26"/>
        </w:rPr>
      </w:pPr>
      <w:r w:rsidRPr="00485118">
        <w:rPr>
          <w:rFonts w:ascii="garamond" w:hAnsi="garamond"/>
          <w:sz w:val="26"/>
          <w:szCs w:val="26"/>
        </w:rPr>
        <w:t>Poker teaches you that ten minutes can feel like an eternity. By one a.m., I was ahead, which made me reckless. By three, I was chasing losses, which made me dangerous — to myself, not to anyone else.</w:t>
      </w:r>
    </w:p>
    <w:p w14:paraId="2DC065D4" w14:textId="77777777" w:rsidR="006B15F6" w:rsidRPr="00485118" w:rsidRDefault="006B15F6" w:rsidP="006B15F6">
      <w:pPr>
        <w:rPr>
          <w:rFonts w:ascii="garamond" w:hAnsi="garamond"/>
          <w:sz w:val="26"/>
          <w:szCs w:val="26"/>
        </w:rPr>
      </w:pPr>
      <w:r w:rsidRPr="00485118">
        <w:rPr>
          <w:rFonts w:ascii="garamond" w:hAnsi="garamond"/>
          <w:sz w:val="26"/>
          <w:szCs w:val="26"/>
        </w:rPr>
        <w:t>Carole called again. I took the phone outside to the porch and answered.</w:t>
      </w:r>
    </w:p>
    <w:p w14:paraId="490F5061" w14:textId="77777777" w:rsidR="006B15F6" w:rsidRPr="00485118" w:rsidRDefault="006B15F6" w:rsidP="006B15F6">
      <w:pPr>
        <w:rPr>
          <w:rFonts w:ascii="garamond" w:hAnsi="garamond"/>
          <w:sz w:val="26"/>
          <w:szCs w:val="26"/>
        </w:rPr>
      </w:pPr>
      <w:r w:rsidRPr="00485118">
        <w:rPr>
          <w:rFonts w:ascii="garamond" w:hAnsi="garamond"/>
          <w:sz w:val="26"/>
          <w:szCs w:val="26"/>
        </w:rPr>
        <w:t>"I'm leaving now," I said. I wasn't.</w:t>
      </w:r>
    </w:p>
    <w:p w14:paraId="6674144B" w14:textId="77777777" w:rsidR="006B15F6" w:rsidRPr="00485118" w:rsidRDefault="006B15F6" w:rsidP="006B15F6">
      <w:pPr>
        <w:rPr>
          <w:rFonts w:ascii="garamond" w:hAnsi="garamond"/>
          <w:sz w:val="26"/>
          <w:szCs w:val="26"/>
        </w:rPr>
      </w:pPr>
      <w:r w:rsidRPr="00485118">
        <w:rPr>
          <w:rFonts w:ascii="garamond" w:hAnsi="garamond"/>
          <w:sz w:val="26"/>
          <w:szCs w:val="26"/>
        </w:rPr>
        <w:t>"Okay," she said. "Just get home." Then she hung up.</w:t>
      </w:r>
    </w:p>
    <w:p w14:paraId="0E3B8114" w14:textId="77777777" w:rsidR="006B15F6" w:rsidRPr="00485118" w:rsidRDefault="006B15F6" w:rsidP="006B15F6">
      <w:pPr>
        <w:rPr>
          <w:rFonts w:ascii="garamond" w:hAnsi="garamond"/>
          <w:sz w:val="26"/>
          <w:szCs w:val="26"/>
        </w:rPr>
      </w:pPr>
      <w:r w:rsidRPr="00485118">
        <w:rPr>
          <w:rFonts w:ascii="garamond" w:hAnsi="garamond"/>
          <w:sz w:val="26"/>
          <w:szCs w:val="26"/>
        </w:rPr>
        <w:t>That silence was worse than rage.</w:t>
      </w:r>
    </w:p>
    <w:p w14:paraId="1BD38B19" w14:textId="6A8EB8CD" w:rsidR="006B15F6" w:rsidRPr="00485118" w:rsidRDefault="006B15F6" w:rsidP="006B15F6">
      <w:pPr>
        <w:rPr>
          <w:rFonts w:ascii="garamond" w:hAnsi="garamond"/>
          <w:sz w:val="26"/>
          <w:szCs w:val="26"/>
        </w:rPr>
      </w:pPr>
      <w:r w:rsidRPr="00485118">
        <w:rPr>
          <w:rFonts w:ascii="garamond" w:hAnsi="garamond"/>
          <w:sz w:val="26"/>
          <w:szCs w:val="26"/>
        </w:rPr>
        <w:t xml:space="preserve">Around four a.m., I </w:t>
      </w:r>
      <w:r w:rsidR="00C26C96">
        <w:rPr>
          <w:rFonts w:ascii="garamond" w:hAnsi="garamond"/>
          <w:sz w:val="26"/>
          <w:szCs w:val="26"/>
        </w:rPr>
        <w:t xml:space="preserve">fixated on </w:t>
      </w:r>
      <w:r w:rsidRPr="00485118">
        <w:rPr>
          <w:rFonts w:ascii="garamond" w:hAnsi="garamond"/>
          <w:sz w:val="26"/>
          <w:szCs w:val="26"/>
        </w:rPr>
        <w:t xml:space="preserve">Alexander's </w:t>
      </w:r>
      <w:r w:rsidR="005933EE">
        <w:rPr>
          <w:rFonts w:ascii="garamond" w:hAnsi="garamond"/>
          <w:sz w:val="26"/>
          <w:szCs w:val="26"/>
        </w:rPr>
        <w:t xml:space="preserve">eyes and </w:t>
      </w:r>
      <w:r w:rsidRPr="00485118">
        <w:rPr>
          <w:rFonts w:ascii="garamond" w:hAnsi="garamond"/>
          <w:sz w:val="26"/>
          <w:szCs w:val="26"/>
        </w:rPr>
        <w:t>hands</w:t>
      </w:r>
      <w:r w:rsidR="00C26C96">
        <w:rPr>
          <w:rFonts w:ascii="garamond" w:hAnsi="garamond"/>
          <w:sz w:val="26"/>
          <w:szCs w:val="26"/>
        </w:rPr>
        <w:t xml:space="preserve"> when he was dealing</w:t>
      </w:r>
      <w:r w:rsidRPr="00485118">
        <w:rPr>
          <w:rFonts w:ascii="garamond" w:hAnsi="garamond"/>
          <w:sz w:val="26"/>
          <w:szCs w:val="26"/>
        </w:rPr>
        <w:t xml:space="preserve">. </w:t>
      </w:r>
      <w:r w:rsidR="00A433A2">
        <w:rPr>
          <w:rFonts w:ascii="garamond" w:hAnsi="garamond"/>
          <w:sz w:val="26"/>
          <w:szCs w:val="26"/>
        </w:rPr>
        <w:t xml:space="preserve">His </w:t>
      </w:r>
      <w:r w:rsidR="00C26C96">
        <w:rPr>
          <w:rFonts w:ascii="garamond" w:hAnsi="garamond"/>
          <w:sz w:val="26"/>
          <w:szCs w:val="26"/>
        </w:rPr>
        <w:t xml:space="preserve">shuffling style had changed. It appeared </w:t>
      </w:r>
      <w:r w:rsidR="004B5015">
        <w:rPr>
          <w:rFonts w:ascii="garamond" w:hAnsi="garamond"/>
          <w:sz w:val="26"/>
          <w:szCs w:val="26"/>
        </w:rPr>
        <w:t>he could see</w:t>
      </w:r>
      <w:r w:rsidR="00C26C96">
        <w:rPr>
          <w:rFonts w:ascii="garamond" w:hAnsi="garamond"/>
          <w:sz w:val="26"/>
          <w:szCs w:val="26"/>
        </w:rPr>
        <w:t xml:space="preserve"> two of the five covered community cards. </w:t>
      </w:r>
      <w:r w:rsidRPr="00485118">
        <w:rPr>
          <w:rFonts w:ascii="garamond" w:hAnsi="garamond"/>
          <w:sz w:val="26"/>
          <w:szCs w:val="26"/>
        </w:rPr>
        <w:t>His hands moved with rehearsed precision</w:t>
      </w:r>
      <w:r w:rsidR="0010629F">
        <w:rPr>
          <w:rFonts w:ascii="garamond" w:hAnsi="garamond"/>
          <w:sz w:val="26"/>
          <w:szCs w:val="26"/>
        </w:rPr>
        <w:t>. H</w:t>
      </w:r>
      <w:r w:rsidR="00C26C96">
        <w:rPr>
          <w:rFonts w:ascii="garamond" w:hAnsi="garamond"/>
          <w:sz w:val="26"/>
          <w:szCs w:val="26"/>
        </w:rPr>
        <w:t xml:space="preserve">e had always boasted </w:t>
      </w:r>
      <w:r w:rsidR="0010629F">
        <w:rPr>
          <w:rFonts w:ascii="garamond" w:hAnsi="garamond"/>
          <w:sz w:val="26"/>
          <w:szCs w:val="26"/>
        </w:rPr>
        <w:t>that</w:t>
      </w:r>
      <w:r w:rsidR="00C26C96">
        <w:rPr>
          <w:rFonts w:ascii="garamond" w:hAnsi="garamond"/>
          <w:sz w:val="26"/>
          <w:szCs w:val="26"/>
        </w:rPr>
        <w:t xml:space="preserve"> he w</w:t>
      </w:r>
      <w:r w:rsidR="0010629F">
        <w:rPr>
          <w:rFonts w:ascii="garamond" w:hAnsi="garamond"/>
          <w:sz w:val="26"/>
          <w:szCs w:val="26"/>
        </w:rPr>
        <w:t>a</w:t>
      </w:r>
      <w:r w:rsidR="00C26C96">
        <w:rPr>
          <w:rFonts w:ascii="garamond" w:hAnsi="garamond"/>
          <w:sz w:val="26"/>
          <w:szCs w:val="26"/>
        </w:rPr>
        <w:t>s an excellent card magician for decades.</w:t>
      </w:r>
      <w:r w:rsidR="00E40612">
        <w:rPr>
          <w:rFonts w:ascii="garamond" w:hAnsi="garamond"/>
          <w:sz w:val="26"/>
          <w:szCs w:val="26"/>
        </w:rPr>
        <w:t xml:space="preserve"> </w:t>
      </w:r>
    </w:p>
    <w:p w14:paraId="1FC409D6" w14:textId="0AD6AB1A" w:rsidR="006B15F6" w:rsidRPr="00485118" w:rsidRDefault="006B15F6" w:rsidP="006B15F6">
      <w:pPr>
        <w:rPr>
          <w:rFonts w:ascii="garamond" w:hAnsi="garamond"/>
          <w:sz w:val="26"/>
          <w:szCs w:val="26"/>
        </w:rPr>
      </w:pPr>
      <w:r w:rsidRPr="00485118">
        <w:rPr>
          <w:rFonts w:ascii="garamond" w:hAnsi="garamond"/>
          <w:sz w:val="26"/>
          <w:szCs w:val="26"/>
        </w:rPr>
        <w:t xml:space="preserve">The game broke at six-fifteen. I left around seven and drove home with trembling hands — not from fear, but from chemistry. </w:t>
      </w:r>
    </w:p>
    <w:p w14:paraId="3EBA0DBD" w14:textId="41A1A686" w:rsidR="006B15F6" w:rsidRPr="00485118" w:rsidRDefault="006B15F6" w:rsidP="006B15F6">
      <w:pPr>
        <w:rPr>
          <w:rFonts w:ascii="garamond" w:hAnsi="garamond"/>
          <w:sz w:val="26"/>
          <w:szCs w:val="26"/>
        </w:rPr>
      </w:pPr>
      <w:r w:rsidRPr="00485118">
        <w:rPr>
          <w:rFonts w:ascii="garamond" w:hAnsi="garamond"/>
          <w:sz w:val="26"/>
          <w:szCs w:val="26"/>
        </w:rPr>
        <w:lastRenderedPageBreak/>
        <w:t xml:space="preserve">I walked into my apartment and found it empty. No scent of breakfast. No ski jackets draped over chairs. No voices. </w:t>
      </w:r>
    </w:p>
    <w:p w14:paraId="66275BB4" w14:textId="77777777" w:rsidR="006B15F6" w:rsidRPr="00485118" w:rsidRDefault="006B15F6" w:rsidP="006B15F6">
      <w:pPr>
        <w:rPr>
          <w:rFonts w:ascii="garamond" w:hAnsi="garamond"/>
          <w:sz w:val="26"/>
          <w:szCs w:val="26"/>
        </w:rPr>
      </w:pPr>
      <w:r w:rsidRPr="00485118">
        <w:rPr>
          <w:rFonts w:ascii="garamond" w:hAnsi="garamond"/>
          <w:sz w:val="26"/>
          <w:szCs w:val="26"/>
        </w:rPr>
        <w:t>On the dresser, a note, written with the economy of a memo: We're gone. Don't follow.</w:t>
      </w:r>
    </w:p>
    <w:p w14:paraId="0EF5E83B" w14:textId="77777777" w:rsidR="006B15F6" w:rsidRPr="00485118" w:rsidRDefault="006B15F6" w:rsidP="006B15F6">
      <w:pPr>
        <w:rPr>
          <w:rFonts w:ascii="garamond" w:hAnsi="garamond"/>
          <w:sz w:val="26"/>
          <w:szCs w:val="26"/>
        </w:rPr>
      </w:pPr>
      <w:r w:rsidRPr="00485118">
        <w:rPr>
          <w:rFonts w:ascii="garamond" w:hAnsi="garamond"/>
          <w:sz w:val="26"/>
          <w:szCs w:val="26"/>
        </w:rPr>
        <w:t>On the cold tile floor, I arrived at something simple and unignorable: you did this.</w:t>
      </w:r>
    </w:p>
    <w:p w14:paraId="0ADACFC4" w14:textId="77777777" w:rsidR="006B15F6" w:rsidRDefault="006B15F6" w:rsidP="006B15F6">
      <w:pPr>
        <w:rPr>
          <w:rFonts w:ascii="garamond" w:hAnsi="garamond"/>
          <w:sz w:val="26"/>
          <w:szCs w:val="26"/>
        </w:rPr>
      </w:pPr>
      <w:r w:rsidRPr="00485118">
        <w:rPr>
          <w:rFonts w:ascii="garamond" w:hAnsi="garamond"/>
          <w:sz w:val="26"/>
          <w:szCs w:val="26"/>
        </w:rPr>
        <w:t>And as certain as I was that I had missed the flight, I still drove to the airport. There was the slimmest chance the flight might have been canceled or delayed, despite Carole’s messages. That was my shame talking.</w:t>
      </w:r>
    </w:p>
    <w:p w14:paraId="446588A4" w14:textId="77777777" w:rsidR="009B5249" w:rsidRPr="00485118" w:rsidRDefault="009B5249" w:rsidP="009B5249">
      <w:pPr>
        <w:rPr>
          <w:rFonts w:ascii="garamond" w:hAnsi="garamond"/>
          <w:sz w:val="26"/>
          <w:szCs w:val="26"/>
        </w:rPr>
      </w:pPr>
      <w:r w:rsidRPr="00485118">
        <w:rPr>
          <w:rFonts w:ascii="garamond" w:hAnsi="garamond"/>
          <w:sz w:val="26"/>
          <w:szCs w:val="26"/>
        </w:rPr>
        <w:t>At the airport, standing under the fluorescent lights, the only comfort I held against what I had done was a fact I knew: my children were with their mother, their undeclared captain.</w:t>
      </w:r>
    </w:p>
    <w:p w14:paraId="0637E05C" w14:textId="77777777" w:rsidR="009B5249" w:rsidRPr="00485118" w:rsidRDefault="009B5249" w:rsidP="009B5249">
      <w:pPr>
        <w:rPr>
          <w:rFonts w:ascii="garamond" w:hAnsi="garamond"/>
          <w:sz w:val="26"/>
          <w:szCs w:val="26"/>
        </w:rPr>
      </w:pPr>
      <w:r w:rsidRPr="00485118">
        <w:rPr>
          <w:rFonts w:ascii="garamond" w:hAnsi="garamond"/>
          <w:sz w:val="26"/>
          <w:szCs w:val="26"/>
        </w:rPr>
        <w:t>The Aspen trip had been planned by her — flights, transfers, lodging, and ski rentals. She ran the Lebanon trips that way. She ran the European driving tours with three children and an itinerary in place. She ran the hiking trips and the school breaks, many of them without me, as I stayed in New York and worked. I financed the activities.</w:t>
      </w:r>
    </w:p>
    <w:p w14:paraId="28A6E8AA" w14:textId="01E756A8" w:rsidR="009B5249" w:rsidRPr="00485118" w:rsidRDefault="009B5249" w:rsidP="009B5249">
      <w:pPr>
        <w:rPr>
          <w:rFonts w:ascii="garamond" w:hAnsi="garamond"/>
          <w:sz w:val="26"/>
          <w:szCs w:val="26"/>
        </w:rPr>
      </w:pPr>
      <w:r w:rsidRPr="00485118">
        <w:rPr>
          <w:rFonts w:ascii="garamond" w:hAnsi="garamond"/>
          <w:sz w:val="26"/>
          <w:szCs w:val="26"/>
        </w:rPr>
        <w:t xml:space="preserve">Carole had a distinct maternal instinct attuned to our children’s recreation and rest — a dimension my Beirut sensor </w:t>
      </w:r>
      <w:r w:rsidR="009E5C0E">
        <w:rPr>
          <w:rFonts w:ascii="garamond" w:hAnsi="garamond"/>
          <w:sz w:val="26"/>
          <w:szCs w:val="26"/>
        </w:rPr>
        <w:t>did not meet</w:t>
      </w:r>
      <w:r w:rsidRPr="00485118">
        <w:rPr>
          <w:rFonts w:ascii="garamond" w:hAnsi="garamond"/>
          <w:sz w:val="26"/>
          <w:szCs w:val="26"/>
        </w:rPr>
        <w:t>.</w:t>
      </w:r>
    </w:p>
    <w:p w14:paraId="40BA413D" w14:textId="60B6BC4B" w:rsidR="009B5249" w:rsidRDefault="009B5249" w:rsidP="006B15F6">
      <w:pPr>
        <w:rPr>
          <w:rFonts w:ascii="garamond" w:hAnsi="garamond"/>
          <w:sz w:val="26"/>
          <w:szCs w:val="26"/>
        </w:rPr>
      </w:pPr>
      <w:r w:rsidRPr="00485118">
        <w:rPr>
          <w:rFonts w:ascii="garamond" w:hAnsi="garamond"/>
          <w:sz w:val="26"/>
          <w:szCs w:val="26"/>
        </w:rPr>
        <w:t>What I failed to give the kids, Carole gave. That did not absolve me of the airport, of what was waiting at home, or of what the next eight days would bring.</w:t>
      </w:r>
    </w:p>
    <w:p w14:paraId="6430F0B7" w14:textId="52AECBF0" w:rsidR="009B5249" w:rsidRPr="00485118" w:rsidRDefault="009B5249" w:rsidP="006B15F6">
      <w:pPr>
        <w:rPr>
          <w:rFonts w:ascii="garamond" w:hAnsi="garamond"/>
          <w:sz w:val="26"/>
          <w:szCs w:val="26"/>
        </w:rPr>
      </w:pPr>
      <w:r w:rsidRPr="00485118">
        <w:rPr>
          <w:rFonts w:ascii="garamond" w:hAnsi="garamond"/>
          <w:sz w:val="26"/>
          <w:szCs w:val="26"/>
        </w:rPr>
        <w:t>Aspen happened without me. The kids returned with photographs — smiling on a mountain, cheeks red, faces lit — evidence that life continued in my absence. That is a particular difficulty for a controlling man: the discovery that the story does not pause when he leaves the room.</w:t>
      </w:r>
    </w:p>
    <w:p w14:paraId="07614BC0" w14:textId="717E285C" w:rsidR="006B15F6" w:rsidRPr="00485118" w:rsidRDefault="006B15F6" w:rsidP="006B15F6">
      <w:pPr>
        <w:rPr>
          <w:rFonts w:ascii="garamond" w:hAnsi="garamond"/>
          <w:sz w:val="26"/>
          <w:szCs w:val="26"/>
        </w:rPr>
      </w:pPr>
      <w:r w:rsidRPr="00485118">
        <w:rPr>
          <w:rFonts w:ascii="garamond" w:hAnsi="garamond"/>
          <w:sz w:val="26"/>
          <w:szCs w:val="26"/>
        </w:rPr>
        <w:t xml:space="preserve">A week later, I asked Alexander to meet for coffee. </w:t>
      </w:r>
    </w:p>
    <w:p w14:paraId="3AA3CB68" w14:textId="35153D1F" w:rsidR="006B15F6" w:rsidRPr="00485118" w:rsidRDefault="006B15F6" w:rsidP="006B15F6">
      <w:pPr>
        <w:rPr>
          <w:rFonts w:ascii="garamond" w:hAnsi="garamond"/>
          <w:sz w:val="26"/>
          <w:szCs w:val="26"/>
        </w:rPr>
      </w:pPr>
      <w:r w:rsidRPr="00485118">
        <w:rPr>
          <w:rFonts w:ascii="garamond" w:hAnsi="garamond"/>
          <w:sz w:val="26"/>
          <w:szCs w:val="26"/>
        </w:rPr>
        <w:t xml:space="preserve">Without skipping a beat, I </w:t>
      </w:r>
      <w:r w:rsidR="0010629F">
        <w:rPr>
          <w:rFonts w:ascii="garamond" w:hAnsi="garamond"/>
          <w:sz w:val="26"/>
          <w:szCs w:val="26"/>
        </w:rPr>
        <w:t>whispered</w:t>
      </w:r>
      <w:r w:rsidRPr="00485118">
        <w:rPr>
          <w:rFonts w:ascii="garamond" w:hAnsi="garamond"/>
          <w:sz w:val="26"/>
          <w:szCs w:val="26"/>
        </w:rPr>
        <w:t xml:space="preserve">, "You were cheating at poker." </w:t>
      </w:r>
    </w:p>
    <w:p w14:paraId="38BF39A3" w14:textId="58506F94" w:rsidR="006B15F6" w:rsidRPr="00485118" w:rsidRDefault="006B15F6" w:rsidP="006B15F6">
      <w:pPr>
        <w:rPr>
          <w:rFonts w:ascii="garamond" w:hAnsi="garamond"/>
          <w:sz w:val="26"/>
          <w:szCs w:val="26"/>
        </w:rPr>
      </w:pPr>
      <w:r w:rsidRPr="00485118">
        <w:rPr>
          <w:rFonts w:ascii="garamond" w:hAnsi="garamond"/>
          <w:sz w:val="26"/>
          <w:szCs w:val="26"/>
        </w:rPr>
        <w:t>I said, “</w:t>
      </w:r>
      <w:r w:rsidR="00B9738B">
        <w:rPr>
          <w:rFonts w:ascii="garamond" w:hAnsi="garamond"/>
          <w:sz w:val="26"/>
          <w:szCs w:val="26"/>
        </w:rPr>
        <w:t>First, yo</w:t>
      </w:r>
      <w:r w:rsidRPr="00485118">
        <w:rPr>
          <w:rFonts w:ascii="garamond" w:hAnsi="garamond"/>
          <w:sz w:val="26"/>
          <w:szCs w:val="26"/>
        </w:rPr>
        <w:t>u are a cheat, and your penalty is to pay back what has been taken, which</w:t>
      </w:r>
      <w:r w:rsidR="00B9738B">
        <w:rPr>
          <w:rFonts w:ascii="garamond" w:hAnsi="garamond"/>
          <w:sz w:val="26"/>
          <w:szCs w:val="26"/>
        </w:rPr>
        <w:t xml:space="preserve"> I </w:t>
      </w:r>
      <w:r w:rsidRPr="00485118">
        <w:rPr>
          <w:rFonts w:ascii="garamond" w:hAnsi="garamond"/>
          <w:sz w:val="26"/>
          <w:szCs w:val="26"/>
        </w:rPr>
        <w:t>have an estimate o</w:t>
      </w:r>
      <w:r w:rsidR="00B9738B">
        <w:rPr>
          <w:rFonts w:ascii="garamond" w:hAnsi="garamond"/>
          <w:sz w:val="26"/>
          <w:szCs w:val="26"/>
        </w:rPr>
        <w:t>f</w:t>
      </w:r>
      <w:r w:rsidRPr="00485118">
        <w:rPr>
          <w:rFonts w:ascii="garamond" w:hAnsi="garamond"/>
          <w:sz w:val="26"/>
          <w:szCs w:val="26"/>
        </w:rPr>
        <w:t xml:space="preserve">, and </w:t>
      </w:r>
      <w:r w:rsidR="00B9738B">
        <w:rPr>
          <w:rFonts w:ascii="garamond" w:hAnsi="garamond"/>
          <w:sz w:val="26"/>
          <w:szCs w:val="26"/>
        </w:rPr>
        <w:t xml:space="preserve">second, </w:t>
      </w:r>
      <w:r w:rsidRPr="00485118">
        <w:rPr>
          <w:rFonts w:ascii="garamond" w:hAnsi="garamond"/>
          <w:sz w:val="26"/>
          <w:szCs w:val="26"/>
        </w:rPr>
        <w:t xml:space="preserve">you will be expelled from TPC. That’s it.” </w:t>
      </w:r>
    </w:p>
    <w:p w14:paraId="24239F8C" w14:textId="396D6700" w:rsidR="009E5C0E" w:rsidRDefault="006B15F6" w:rsidP="006B15F6">
      <w:pPr>
        <w:rPr>
          <w:rFonts w:ascii="garamond" w:hAnsi="garamond"/>
          <w:sz w:val="26"/>
          <w:szCs w:val="26"/>
        </w:rPr>
      </w:pPr>
      <w:r w:rsidRPr="00485118">
        <w:rPr>
          <w:rFonts w:ascii="garamond" w:hAnsi="garamond"/>
          <w:sz w:val="26"/>
          <w:szCs w:val="26"/>
        </w:rPr>
        <w:t>After a long pause, he nodded once. "I apologize."</w:t>
      </w:r>
      <w:r w:rsidR="009B5249">
        <w:rPr>
          <w:rFonts w:ascii="garamond" w:hAnsi="garamond"/>
          <w:sz w:val="26"/>
          <w:szCs w:val="26"/>
        </w:rPr>
        <w:t xml:space="preserve"> </w:t>
      </w:r>
    </w:p>
    <w:p w14:paraId="3F6B58A4" w14:textId="19A2AFF1" w:rsidR="006B15F6" w:rsidRPr="00485118" w:rsidRDefault="006B15F6" w:rsidP="006B15F6">
      <w:pPr>
        <w:rPr>
          <w:rFonts w:ascii="garamond" w:hAnsi="garamond"/>
          <w:sz w:val="26"/>
          <w:szCs w:val="26"/>
        </w:rPr>
      </w:pPr>
      <w:r w:rsidRPr="00485118">
        <w:rPr>
          <w:rFonts w:ascii="garamond" w:hAnsi="garamond"/>
          <w:sz w:val="26"/>
          <w:szCs w:val="26"/>
        </w:rPr>
        <w:lastRenderedPageBreak/>
        <w:t>I said, “</w:t>
      </w:r>
      <w:r w:rsidR="009E5C0E">
        <w:rPr>
          <w:rFonts w:ascii="garamond" w:hAnsi="garamond"/>
          <w:sz w:val="26"/>
          <w:szCs w:val="26"/>
        </w:rPr>
        <w:t>Bring</w:t>
      </w:r>
      <w:r w:rsidRPr="00485118">
        <w:rPr>
          <w:rFonts w:ascii="garamond" w:hAnsi="garamond"/>
          <w:sz w:val="26"/>
          <w:szCs w:val="26"/>
        </w:rPr>
        <w:t xml:space="preserve"> the </w:t>
      </w:r>
      <w:r w:rsidR="009E5C0E">
        <w:rPr>
          <w:rFonts w:ascii="garamond" w:hAnsi="garamond"/>
          <w:sz w:val="26"/>
          <w:szCs w:val="26"/>
        </w:rPr>
        <w:t>money</w:t>
      </w:r>
      <w:r w:rsidRPr="00485118">
        <w:rPr>
          <w:rFonts w:ascii="garamond" w:hAnsi="garamond"/>
          <w:sz w:val="26"/>
          <w:szCs w:val="26"/>
        </w:rPr>
        <w:t xml:space="preserve"> to the next game. This conversation is over</w:t>
      </w:r>
      <w:r w:rsidR="009E5C0E">
        <w:rPr>
          <w:rFonts w:ascii="garamond" w:hAnsi="garamond"/>
          <w:sz w:val="26"/>
          <w:szCs w:val="26"/>
        </w:rPr>
        <w:t>.”</w:t>
      </w:r>
      <w:r w:rsidRPr="00485118">
        <w:rPr>
          <w:rFonts w:ascii="garamond" w:hAnsi="garamond"/>
          <w:sz w:val="26"/>
          <w:szCs w:val="26"/>
        </w:rPr>
        <w:t xml:space="preserve"> </w:t>
      </w:r>
    </w:p>
    <w:p w14:paraId="39E702C0" w14:textId="52B2A8F3" w:rsidR="006B15F6" w:rsidRPr="00485118" w:rsidRDefault="00B9738B" w:rsidP="006B15F6">
      <w:pPr>
        <w:rPr>
          <w:rFonts w:ascii="garamond" w:hAnsi="garamond"/>
          <w:sz w:val="26"/>
          <w:szCs w:val="26"/>
        </w:rPr>
      </w:pPr>
      <w:r>
        <w:rPr>
          <w:rFonts w:ascii="garamond" w:hAnsi="garamond"/>
          <w:sz w:val="26"/>
          <w:szCs w:val="26"/>
        </w:rPr>
        <w:t xml:space="preserve">Alexander paid </w:t>
      </w:r>
      <w:r w:rsidR="009B5249">
        <w:rPr>
          <w:rFonts w:ascii="garamond" w:hAnsi="garamond"/>
          <w:sz w:val="26"/>
          <w:szCs w:val="26"/>
        </w:rPr>
        <w:t>the funds he stole</w:t>
      </w:r>
      <w:r>
        <w:rPr>
          <w:rFonts w:ascii="garamond" w:hAnsi="garamond"/>
          <w:sz w:val="26"/>
          <w:szCs w:val="26"/>
        </w:rPr>
        <w:t xml:space="preserve">. </w:t>
      </w:r>
      <w:r w:rsidR="009E5C0E">
        <w:rPr>
          <w:rFonts w:ascii="garamond" w:hAnsi="garamond"/>
          <w:sz w:val="26"/>
          <w:szCs w:val="26"/>
        </w:rPr>
        <w:t>He</w:t>
      </w:r>
      <w:r w:rsidR="006B15F6" w:rsidRPr="00485118">
        <w:rPr>
          <w:rFonts w:ascii="garamond" w:hAnsi="garamond"/>
          <w:sz w:val="26"/>
          <w:szCs w:val="26"/>
        </w:rPr>
        <w:t xml:space="preserve"> lost his membership in TPC.</w:t>
      </w:r>
      <w:r w:rsidR="009B5249">
        <w:rPr>
          <w:rFonts w:ascii="garamond" w:hAnsi="garamond"/>
          <w:sz w:val="26"/>
          <w:szCs w:val="26"/>
        </w:rPr>
        <w:t xml:space="preserve"> </w:t>
      </w:r>
    </w:p>
    <w:p w14:paraId="6E614D73" w14:textId="77777777" w:rsidR="006B15F6" w:rsidRPr="00485118" w:rsidRDefault="006B15F6" w:rsidP="006B15F6">
      <w:pPr>
        <w:rPr>
          <w:rFonts w:ascii="garamond" w:hAnsi="garamond"/>
          <w:sz w:val="26"/>
          <w:szCs w:val="26"/>
        </w:rPr>
      </w:pPr>
      <w:r w:rsidRPr="00485118">
        <w:rPr>
          <w:rFonts w:ascii="garamond" w:hAnsi="garamond"/>
          <w:sz w:val="26"/>
          <w:szCs w:val="26"/>
        </w:rPr>
        <w:t>It should have felt righteous. Instead, it felt exposing — because the arithmetic was plain: cheating at a poker table could be policed, but the compulsion that kept me sitting there could not.</w:t>
      </w:r>
    </w:p>
    <w:p w14:paraId="7BE097EF" w14:textId="622C4166" w:rsidR="004F0555" w:rsidRPr="00485118" w:rsidRDefault="00CF6DB8" w:rsidP="004F0555">
      <w:pPr>
        <w:rPr>
          <w:rFonts w:ascii="garamond" w:hAnsi="garamond"/>
          <w:sz w:val="26"/>
          <w:szCs w:val="26"/>
        </w:rPr>
      </w:pPr>
      <w:r>
        <w:rPr>
          <w:rFonts w:ascii="garamond" w:hAnsi="garamond"/>
          <w:sz w:val="26"/>
          <w:szCs w:val="26"/>
        </w:rPr>
        <w:t xml:space="preserve">The relief had gone. Shame had won. </w:t>
      </w:r>
    </w:p>
    <w:p w14:paraId="7231A9C7" w14:textId="1479DD07" w:rsidR="004F0555" w:rsidRPr="00485118" w:rsidRDefault="004F0555" w:rsidP="004F0555">
      <w:pPr>
        <w:rPr>
          <w:rFonts w:ascii="garamond" w:hAnsi="garamond"/>
          <w:sz w:val="26"/>
          <w:szCs w:val="26"/>
        </w:rPr>
      </w:pPr>
      <w:r w:rsidRPr="00485118">
        <w:rPr>
          <w:rFonts w:ascii="garamond" w:hAnsi="garamond"/>
          <w:sz w:val="26"/>
          <w:szCs w:val="26"/>
        </w:rPr>
        <w:t>I was</w:t>
      </w:r>
      <w:r w:rsidR="00CF6DB8">
        <w:rPr>
          <w:rFonts w:ascii="garamond" w:hAnsi="garamond"/>
          <w:sz w:val="26"/>
          <w:szCs w:val="26"/>
        </w:rPr>
        <w:t>n’</w:t>
      </w:r>
      <w:r w:rsidRPr="00485118">
        <w:rPr>
          <w:rFonts w:ascii="garamond" w:hAnsi="garamond"/>
          <w:sz w:val="26"/>
          <w:szCs w:val="26"/>
        </w:rPr>
        <w:t>t losing at poker. I was losing at fatherhood.</w:t>
      </w:r>
    </w:p>
    <w:p w14:paraId="0093F904" w14:textId="77777777" w:rsidR="006B15F6" w:rsidRPr="00485118" w:rsidRDefault="006B15F6" w:rsidP="006B15F6">
      <w:pPr>
        <w:rPr>
          <w:rFonts w:ascii="garamond" w:hAnsi="garamond"/>
          <w:sz w:val="26"/>
          <w:szCs w:val="26"/>
        </w:rPr>
      </w:pPr>
    </w:p>
    <w:p w14:paraId="1917B601" w14:textId="77777777" w:rsidR="006B15F6" w:rsidRDefault="006B15F6">
      <w:pPr>
        <w:rPr>
          <w:rFonts w:ascii="garamond" w:hAnsi="garamond"/>
          <w:b/>
          <w:bCs/>
          <w:sz w:val="26"/>
          <w:szCs w:val="26"/>
        </w:rPr>
      </w:pPr>
      <w:r>
        <w:rPr>
          <w:rFonts w:ascii="garamond" w:hAnsi="garamond"/>
          <w:b/>
          <w:bCs/>
          <w:sz w:val="26"/>
          <w:szCs w:val="26"/>
        </w:rPr>
        <w:br w:type="page"/>
      </w:r>
    </w:p>
    <w:p w14:paraId="47C4C048" w14:textId="6B939DC0" w:rsidR="006B15F6" w:rsidRPr="00485118" w:rsidRDefault="006B15F6" w:rsidP="006B15F6">
      <w:pPr>
        <w:rPr>
          <w:rFonts w:ascii="garamond" w:hAnsi="garamond"/>
          <w:sz w:val="26"/>
          <w:szCs w:val="26"/>
        </w:rPr>
      </w:pPr>
      <w:r w:rsidRPr="00485118">
        <w:rPr>
          <w:rFonts w:ascii="garamond" w:hAnsi="garamond"/>
          <w:b/>
          <w:bCs/>
          <w:sz w:val="26"/>
          <w:szCs w:val="26"/>
        </w:rPr>
        <w:lastRenderedPageBreak/>
        <w:t>CHAPTER 28 — NO ADULT SUPERVISION</w:t>
      </w:r>
      <w:r w:rsidRPr="00485118">
        <w:rPr>
          <w:rFonts w:ascii="garamond" w:hAnsi="garamond"/>
          <w:sz w:val="26"/>
          <w:szCs w:val="26"/>
        </w:rPr>
        <w:t xml:space="preserve"> </w:t>
      </w:r>
      <w:r w:rsidRPr="00485118">
        <w:rPr>
          <w:rFonts w:ascii="garamond" w:hAnsi="garamond"/>
          <w:sz w:val="26"/>
          <w:szCs w:val="26"/>
        </w:rPr>
        <w:br/>
      </w:r>
      <w:r w:rsidRPr="00485118">
        <w:rPr>
          <w:rFonts w:ascii="garamond" w:hAnsi="garamond"/>
          <w:b/>
          <w:bCs/>
          <w:sz w:val="26"/>
          <w:szCs w:val="26"/>
        </w:rPr>
        <w:t>Without Witnesses, I Didn't Have To Pretend.</w:t>
      </w:r>
    </w:p>
    <w:p w14:paraId="62115BFA" w14:textId="77777777" w:rsidR="006B15F6" w:rsidRPr="00485118" w:rsidRDefault="006B15F6" w:rsidP="006B15F6">
      <w:pPr>
        <w:rPr>
          <w:rFonts w:ascii="garamond" w:hAnsi="garamond"/>
          <w:sz w:val="26"/>
          <w:szCs w:val="26"/>
        </w:rPr>
      </w:pPr>
      <w:r w:rsidRPr="00485118">
        <w:rPr>
          <w:rFonts w:ascii="garamond" w:hAnsi="garamond"/>
          <w:sz w:val="26"/>
          <w:szCs w:val="26"/>
        </w:rPr>
        <w:t>The summer of 2000 began in our apartment the way it usually did: noise first, then logistics. Daniel and Anthony bounced off furniture like pinballs. Phones rang. The air-conditioning strained against New York's wet heat. Carole sat at the dining table, surrounded by printouts, itineraries, and passports, with a tone that screamed, 'Someone has been doing everything, and they want you to know it.'</w:t>
      </w:r>
    </w:p>
    <w:p w14:paraId="4F02789C" w14:textId="77777777" w:rsidR="006B15F6" w:rsidRPr="00485118" w:rsidRDefault="006B15F6" w:rsidP="006B15F6">
      <w:pPr>
        <w:rPr>
          <w:rFonts w:ascii="garamond" w:hAnsi="garamond"/>
          <w:sz w:val="26"/>
          <w:szCs w:val="26"/>
        </w:rPr>
      </w:pPr>
      <w:r w:rsidRPr="00485118">
        <w:rPr>
          <w:rFonts w:ascii="garamond" w:hAnsi="garamond"/>
          <w:sz w:val="26"/>
          <w:szCs w:val="26"/>
        </w:rPr>
        <w:t>"Just tell me your dates," she said, still not looking up.</w:t>
      </w:r>
    </w:p>
    <w:p w14:paraId="2CD9DD01" w14:textId="77777777" w:rsidR="006B15F6" w:rsidRPr="00485118" w:rsidRDefault="006B15F6" w:rsidP="006B15F6">
      <w:pPr>
        <w:rPr>
          <w:rFonts w:ascii="garamond" w:hAnsi="garamond"/>
          <w:sz w:val="26"/>
          <w:szCs w:val="26"/>
        </w:rPr>
      </w:pPr>
      <w:r w:rsidRPr="00485118">
        <w:rPr>
          <w:rFonts w:ascii="garamond" w:hAnsi="garamond"/>
          <w:sz w:val="26"/>
          <w:szCs w:val="26"/>
        </w:rPr>
        <w:t>I didn't have them. Not real ones. On Wall Street, calendar commitments were soft until they weren't. You could think you had a week — then a client would cough, and suddenly you were in a conference room at midnight explaining why a billion dollars should price five basis points wider than comparable securities in the market. Carole knew this. She also hated it.</w:t>
      </w:r>
    </w:p>
    <w:p w14:paraId="3D002B28" w14:textId="77777777" w:rsidR="006B15F6" w:rsidRPr="00485118" w:rsidRDefault="006B15F6" w:rsidP="006B15F6">
      <w:pPr>
        <w:rPr>
          <w:rFonts w:ascii="garamond" w:hAnsi="garamond"/>
          <w:sz w:val="26"/>
          <w:szCs w:val="26"/>
        </w:rPr>
      </w:pPr>
      <w:r w:rsidRPr="00485118">
        <w:rPr>
          <w:rFonts w:ascii="garamond" w:hAnsi="garamond"/>
          <w:sz w:val="26"/>
          <w:szCs w:val="26"/>
        </w:rPr>
        <w:t>"It's fine," she said, voice edged with sarcasm. "Because my time is apparently not as important as yours."</w:t>
      </w:r>
    </w:p>
    <w:p w14:paraId="4A84756C" w14:textId="77777777" w:rsidR="006B15F6" w:rsidRPr="00485118" w:rsidRDefault="006B15F6" w:rsidP="006B15F6">
      <w:pPr>
        <w:rPr>
          <w:rFonts w:ascii="garamond" w:hAnsi="garamond"/>
          <w:sz w:val="26"/>
          <w:szCs w:val="26"/>
        </w:rPr>
      </w:pPr>
      <w:r w:rsidRPr="00485118">
        <w:rPr>
          <w:rFonts w:ascii="garamond" w:hAnsi="garamond"/>
          <w:sz w:val="26"/>
          <w:szCs w:val="26"/>
        </w:rPr>
        <w:t>I watched her stack the plane tickets into neat piles, watched the kids fight over a toy they would forget in five minutes — and did what I had done for years: swallowed the response, nodded, said something neutral, let the resentment ferment.</w:t>
      </w:r>
    </w:p>
    <w:p w14:paraId="56998C8C" w14:textId="77777777" w:rsidR="006B15F6" w:rsidRPr="00485118" w:rsidRDefault="006B15F6" w:rsidP="006B15F6">
      <w:pPr>
        <w:rPr>
          <w:rFonts w:ascii="garamond" w:hAnsi="garamond"/>
          <w:sz w:val="26"/>
          <w:szCs w:val="26"/>
        </w:rPr>
      </w:pPr>
      <w:r w:rsidRPr="00485118">
        <w:rPr>
          <w:rFonts w:ascii="garamond" w:hAnsi="garamond"/>
          <w:sz w:val="26"/>
          <w:szCs w:val="26"/>
        </w:rPr>
        <w:t>Carole finalized the plan anyway. She and the kids would spend the early part of the summer in Lebanon. I would stay in New York and try to join them for a week to ten days, depending on my schedule.</w:t>
      </w:r>
    </w:p>
    <w:p w14:paraId="5BB1A84E" w14:textId="77777777" w:rsidR="006B15F6" w:rsidRPr="00485118" w:rsidRDefault="006B15F6" w:rsidP="006B15F6">
      <w:pPr>
        <w:rPr>
          <w:rFonts w:ascii="garamond" w:hAnsi="garamond"/>
          <w:sz w:val="26"/>
          <w:szCs w:val="26"/>
        </w:rPr>
      </w:pPr>
      <w:r w:rsidRPr="00485118">
        <w:rPr>
          <w:rFonts w:ascii="garamond" w:hAnsi="garamond"/>
          <w:sz w:val="26"/>
          <w:szCs w:val="26"/>
        </w:rPr>
        <w:t>When they left, the apartment changed so quickly it felt staged. I stood in the living room — alone, floating above the city — and listened to nothing. No bickering. No in-laws stopping by. No curfew. No one waiting to judge how late I came home. Freedom — at its finest.</w:t>
      </w:r>
    </w:p>
    <w:p w14:paraId="4992A32F" w14:textId="11F56AE1" w:rsidR="006B15F6" w:rsidRPr="00485118" w:rsidRDefault="006B15F6" w:rsidP="006B15F6">
      <w:pPr>
        <w:rPr>
          <w:rFonts w:ascii="garamond" w:hAnsi="garamond"/>
          <w:sz w:val="26"/>
          <w:szCs w:val="26"/>
        </w:rPr>
      </w:pPr>
      <w:r w:rsidRPr="00485118">
        <w:rPr>
          <w:rFonts w:ascii="garamond" w:hAnsi="garamond"/>
          <w:sz w:val="26"/>
          <w:szCs w:val="26"/>
        </w:rPr>
        <w:t>By mid-July</w:t>
      </w:r>
      <w:r w:rsidR="00CE5CA3">
        <w:rPr>
          <w:rFonts w:ascii="garamond" w:hAnsi="garamond"/>
          <w:sz w:val="26"/>
          <w:szCs w:val="26"/>
        </w:rPr>
        <w:t xml:space="preserve"> 2000</w:t>
      </w:r>
      <w:r w:rsidRPr="00485118">
        <w:rPr>
          <w:rFonts w:ascii="garamond" w:hAnsi="garamond"/>
          <w:sz w:val="26"/>
          <w:szCs w:val="26"/>
        </w:rPr>
        <w:t>, the unraveling accelerated. At home, unchecked and unobserved, I indulged in stupid luxuries — walking around half-dressed, eating what I wanted, playing poker and music too loudly, drinking freely, self-medicating with painkillers for the back pain that never fully left me, almost without thinking. Relieving years of pressure, I told myself. Catching up on rest. A lot of things that sounded reasonable if you didn't hold them still for too long.</w:t>
      </w:r>
    </w:p>
    <w:p w14:paraId="198B1CAA" w14:textId="77777777" w:rsidR="006B15F6" w:rsidRPr="00485118" w:rsidRDefault="006B15F6" w:rsidP="006B15F6">
      <w:pPr>
        <w:rPr>
          <w:rFonts w:ascii="garamond" w:hAnsi="garamond"/>
          <w:sz w:val="26"/>
          <w:szCs w:val="26"/>
        </w:rPr>
      </w:pPr>
      <w:r w:rsidRPr="00485118">
        <w:rPr>
          <w:rFonts w:ascii="garamond" w:hAnsi="garamond"/>
          <w:sz w:val="26"/>
          <w:szCs w:val="26"/>
        </w:rPr>
        <w:t>The simpler truth: without witnesses, I didn't have to pretend.</w:t>
      </w:r>
    </w:p>
    <w:p w14:paraId="08D77064" w14:textId="77777777" w:rsidR="006B15F6" w:rsidRPr="00485118" w:rsidRDefault="006B15F6" w:rsidP="006B15F6">
      <w:pPr>
        <w:rPr>
          <w:rFonts w:ascii="garamond" w:hAnsi="garamond"/>
          <w:sz w:val="26"/>
          <w:szCs w:val="26"/>
        </w:rPr>
      </w:pPr>
      <w:r w:rsidRPr="00485118">
        <w:rPr>
          <w:rFonts w:ascii="garamond" w:hAnsi="garamond"/>
          <w:sz w:val="26"/>
          <w:szCs w:val="26"/>
        </w:rPr>
        <w:lastRenderedPageBreak/>
        <w:t>I cheated on Carole. I won't dress it up. I wanted to be wanted. At home, we couldn't connect anymore — we were civil roommates with a monthly duty schedule. When you stop being touched, you start reaching for proof that you still exist. My rules were the kind people invent to feel ethical while behaving otherwise. No one in our social circle. No woman who knew Carole. No collateral damage that could reach my children's lives.</w:t>
      </w:r>
    </w:p>
    <w:p w14:paraId="4BFF5C82" w14:textId="77777777" w:rsidR="006B15F6" w:rsidRPr="00485118" w:rsidRDefault="006B15F6" w:rsidP="006B15F6">
      <w:pPr>
        <w:rPr>
          <w:rFonts w:ascii="garamond" w:hAnsi="garamond"/>
          <w:sz w:val="26"/>
          <w:szCs w:val="26"/>
        </w:rPr>
      </w:pPr>
      <w:r w:rsidRPr="00485118">
        <w:rPr>
          <w:rFonts w:ascii="garamond" w:hAnsi="garamond"/>
          <w:sz w:val="26"/>
          <w:szCs w:val="26"/>
        </w:rPr>
        <w:t>First Friday alone in mid-July began deceptively calm. Markets slow. City half empty. Home mid-afternoon, one drink becoming two, then three, pills following, not out of panic but familiarity. A dull shame in how automatic it felt, how little thought preceded the act.</w:t>
      </w:r>
    </w:p>
    <w:p w14:paraId="1E8CB933" w14:textId="77777777" w:rsidR="006B15F6" w:rsidRPr="00485118" w:rsidRDefault="006B15F6" w:rsidP="006B15F6">
      <w:pPr>
        <w:rPr>
          <w:rFonts w:ascii="garamond" w:hAnsi="garamond"/>
          <w:sz w:val="26"/>
          <w:szCs w:val="26"/>
        </w:rPr>
      </w:pPr>
      <w:r w:rsidRPr="00485118">
        <w:rPr>
          <w:rFonts w:ascii="garamond" w:hAnsi="garamond"/>
          <w:sz w:val="26"/>
          <w:szCs w:val="26"/>
        </w:rPr>
        <w:t>Saturday blurred into a social performance I could execute in my sleep. Drinks with colleagues. Beer became vodka, vodka became tequila, laughter became a soundtrack used to drown out the hum underneath: you're alone, you're drifting, you're running out of brakes. I got home near dawn and took Vicodin and Valium to dampen the ache in my back — and the ache that wasn't in my back.</w:t>
      </w:r>
    </w:p>
    <w:p w14:paraId="17A9A86E" w14:textId="77777777" w:rsidR="006B15F6" w:rsidRPr="00485118" w:rsidRDefault="006B15F6" w:rsidP="006B15F6">
      <w:pPr>
        <w:rPr>
          <w:rFonts w:ascii="garamond" w:hAnsi="garamond"/>
          <w:sz w:val="26"/>
          <w:szCs w:val="26"/>
        </w:rPr>
      </w:pPr>
      <w:r w:rsidRPr="00485118">
        <w:rPr>
          <w:rFonts w:ascii="garamond" w:hAnsi="garamond"/>
          <w:sz w:val="26"/>
          <w:szCs w:val="26"/>
        </w:rPr>
        <w:t>Sunday was punishment — woke late, head like a cement mixer, stomach sour, nerves raw. Called Carole and the kids and put on a cheerful front, hating how convincing it sounded. By evening, the restlessness returned. One drink to steady things. Four hours later, the bartender announced last call. Two vodka martinis quickly, then home, drunk, depressed, and numb.</w:t>
      </w:r>
    </w:p>
    <w:p w14:paraId="62AF41B3" w14:textId="77777777" w:rsidR="006B15F6" w:rsidRPr="00485118" w:rsidRDefault="006B15F6" w:rsidP="006B15F6">
      <w:pPr>
        <w:rPr>
          <w:rFonts w:ascii="garamond" w:hAnsi="garamond"/>
          <w:sz w:val="26"/>
          <w:szCs w:val="26"/>
        </w:rPr>
      </w:pPr>
      <w:r w:rsidRPr="00485118">
        <w:rPr>
          <w:rFonts w:ascii="garamond" w:hAnsi="garamond"/>
          <w:sz w:val="26"/>
          <w:szCs w:val="26"/>
        </w:rPr>
        <w:t>Monday morning exposed the lie.</w:t>
      </w:r>
    </w:p>
    <w:p w14:paraId="787863A3" w14:textId="77777777" w:rsidR="006B15F6" w:rsidRPr="00485118" w:rsidRDefault="006B15F6" w:rsidP="006B15F6">
      <w:pPr>
        <w:rPr>
          <w:rFonts w:ascii="garamond" w:hAnsi="garamond"/>
          <w:sz w:val="26"/>
          <w:szCs w:val="26"/>
        </w:rPr>
      </w:pPr>
      <w:r w:rsidRPr="00485118">
        <w:rPr>
          <w:rFonts w:ascii="garamond" w:hAnsi="garamond"/>
          <w:sz w:val="26"/>
          <w:szCs w:val="26"/>
        </w:rPr>
        <w:t>The 7:00 a.m. conference call was a no-excuses event — clients and senior capital markets professionals dialing in for an open discussion of tactics, strategies, and trends. Nancy had connected my home-office line at 6:45, added colleagues, and distributed the dial-in number.</w:t>
      </w:r>
    </w:p>
    <w:p w14:paraId="3D936ED5" w14:textId="77777777" w:rsidR="006B15F6" w:rsidRPr="00485118" w:rsidRDefault="006B15F6" w:rsidP="006B15F6">
      <w:pPr>
        <w:rPr>
          <w:rFonts w:ascii="garamond" w:hAnsi="garamond"/>
          <w:sz w:val="26"/>
          <w:szCs w:val="26"/>
        </w:rPr>
      </w:pPr>
      <w:r w:rsidRPr="00485118">
        <w:rPr>
          <w:rFonts w:ascii="garamond" w:hAnsi="garamond"/>
          <w:sz w:val="26"/>
          <w:szCs w:val="26"/>
        </w:rPr>
        <w:t>I sat in my home office chair with an excruciating hangover. With a few minutes before the start, I closed my eyes briefly to clear my head.</w:t>
      </w:r>
    </w:p>
    <w:p w14:paraId="5C0FBC91" w14:textId="77777777" w:rsidR="006B15F6" w:rsidRPr="00485118" w:rsidRDefault="006B15F6" w:rsidP="006B15F6">
      <w:pPr>
        <w:rPr>
          <w:rFonts w:ascii="garamond" w:hAnsi="garamond"/>
          <w:sz w:val="26"/>
          <w:szCs w:val="26"/>
        </w:rPr>
      </w:pPr>
      <w:r w:rsidRPr="00485118">
        <w:rPr>
          <w:rFonts w:ascii="garamond" w:hAnsi="garamond"/>
          <w:sz w:val="26"/>
          <w:szCs w:val="26"/>
        </w:rPr>
        <w:t>I woke up to a silence that didn't make sense.</w:t>
      </w:r>
    </w:p>
    <w:p w14:paraId="62C1E2B0" w14:textId="77777777" w:rsidR="006B15F6" w:rsidRPr="00485118" w:rsidRDefault="006B15F6" w:rsidP="006B15F6">
      <w:pPr>
        <w:rPr>
          <w:rFonts w:ascii="garamond" w:hAnsi="garamond"/>
          <w:sz w:val="26"/>
          <w:szCs w:val="26"/>
        </w:rPr>
      </w:pPr>
      <w:r w:rsidRPr="00485118">
        <w:rPr>
          <w:rFonts w:ascii="garamond" w:hAnsi="garamond"/>
          <w:sz w:val="26"/>
          <w:szCs w:val="26"/>
        </w:rPr>
        <w:t>The call had started. My voice should have been the first thing anyone heard — I was supposed to open with introductory remarks. Instead: nothing. My body jolted as if someone had poured ice water down my spine, the chair nearly tipping as I stood, mouth dry and sour, heart scrambling for rhythm. My cell phone vibrated. Nancy.</w:t>
      </w:r>
    </w:p>
    <w:p w14:paraId="432255E0" w14:textId="77777777" w:rsidR="006B15F6" w:rsidRPr="00485118" w:rsidRDefault="006B15F6" w:rsidP="006B15F6">
      <w:pPr>
        <w:rPr>
          <w:rFonts w:ascii="garamond" w:hAnsi="garamond"/>
          <w:sz w:val="26"/>
          <w:szCs w:val="26"/>
        </w:rPr>
      </w:pPr>
      <w:r w:rsidRPr="00485118">
        <w:rPr>
          <w:rFonts w:ascii="garamond" w:hAnsi="garamond"/>
          <w:sz w:val="26"/>
          <w:szCs w:val="26"/>
        </w:rPr>
        <w:lastRenderedPageBreak/>
        <w:t>"Where are you?" she hissed. I could hear other voices behind her — polite panic.</w:t>
      </w:r>
    </w:p>
    <w:p w14:paraId="17454759" w14:textId="77777777" w:rsidR="006B15F6" w:rsidRPr="00485118" w:rsidRDefault="006B15F6" w:rsidP="006B15F6">
      <w:pPr>
        <w:rPr>
          <w:rFonts w:ascii="garamond" w:hAnsi="garamond"/>
          <w:sz w:val="26"/>
          <w:szCs w:val="26"/>
        </w:rPr>
      </w:pPr>
      <w:r w:rsidRPr="00485118">
        <w:rPr>
          <w:rFonts w:ascii="garamond" w:hAnsi="garamond"/>
          <w:sz w:val="26"/>
          <w:szCs w:val="26"/>
        </w:rPr>
        <w:t>"I'm here," I said, as if that made it true. "Nancy, put me through to the call again, please."</w:t>
      </w:r>
    </w:p>
    <w:p w14:paraId="57CED40F" w14:textId="77777777" w:rsidR="006B15F6" w:rsidRPr="00485118" w:rsidRDefault="006B15F6" w:rsidP="006B15F6">
      <w:pPr>
        <w:rPr>
          <w:rFonts w:ascii="garamond" w:hAnsi="garamond"/>
          <w:sz w:val="26"/>
          <w:szCs w:val="26"/>
        </w:rPr>
      </w:pPr>
      <w:r w:rsidRPr="00485118">
        <w:rPr>
          <w:rFonts w:ascii="garamond" w:hAnsi="garamond"/>
          <w:sz w:val="26"/>
          <w:szCs w:val="26"/>
        </w:rPr>
        <w:t>When I rejoined, I delivered the cleanest lie I could manufacture in real time: "Good morning, and apologies — I had an issue with the call connection. My name is Marwan Marshi, Head of the Capital Markets Group at Salomon Smith Barney. Thank you for joining us today on our market update call. Let's begin."</w:t>
      </w:r>
    </w:p>
    <w:p w14:paraId="34AA1C2A" w14:textId="77777777" w:rsidR="006B15F6" w:rsidRPr="00485118" w:rsidRDefault="006B15F6" w:rsidP="006B15F6">
      <w:pPr>
        <w:rPr>
          <w:rFonts w:ascii="garamond" w:hAnsi="garamond"/>
          <w:sz w:val="26"/>
          <w:szCs w:val="26"/>
        </w:rPr>
      </w:pPr>
      <w:r w:rsidRPr="00485118">
        <w:rPr>
          <w:rFonts w:ascii="garamond" w:hAnsi="garamond"/>
          <w:sz w:val="26"/>
          <w:szCs w:val="26"/>
        </w:rPr>
        <w:t>I introduced our Credit Research Director. I muted the line and tried to regain composure. No one challenged me. On Wall Street, confidence is often mistaken for competence, especially when the speaker holds seniority.</w:t>
      </w:r>
    </w:p>
    <w:p w14:paraId="7D07537E" w14:textId="77777777" w:rsidR="006B15F6" w:rsidRPr="00485118" w:rsidRDefault="006B15F6" w:rsidP="006B15F6">
      <w:pPr>
        <w:rPr>
          <w:rFonts w:ascii="garamond" w:hAnsi="garamond"/>
          <w:sz w:val="26"/>
          <w:szCs w:val="26"/>
        </w:rPr>
      </w:pPr>
      <w:r w:rsidRPr="00485118">
        <w:rPr>
          <w:rFonts w:ascii="garamond" w:hAnsi="garamond"/>
          <w:sz w:val="26"/>
          <w:szCs w:val="26"/>
        </w:rPr>
        <w:t>After the call, Nancy phoned me at home. "Are you okay, Marwan?" Collected, voice cleared, answered gently: "I'm fine. Just tired from my back pain."</w:t>
      </w:r>
    </w:p>
    <w:p w14:paraId="1D1AF99E" w14:textId="77777777" w:rsidR="006B15F6" w:rsidRPr="00485118" w:rsidRDefault="006B15F6" w:rsidP="006B15F6">
      <w:pPr>
        <w:rPr>
          <w:rFonts w:ascii="garamond" w:hAnsi="garamond"/>
          <w:sz w:val="26"/>
          <w:szCs w:val="26"/>
        </w:rPr>
      </w:pPr>
      <w:r w:rsidRPr="00485118">
        <w:rPr>
          <w:rFonts w:ascii="garamond" w:hAnsi="garamond"/>
          <w:sz w:val="26"/>
          <w:szCs w:val="26"/>
        </w:rPr>
        <w:t>Nancy replied, “Let me know if you need anything. By the way, can I leave early today? It is very quiet.”</w:t>
      </w:r>
    </w:p>
    <w:p w14:paraId="2EE6EB01" w14:textId="77777777" w:rsidR="006B15F6" w:rsidRPr="00485118" w:rsidRDefault="006B15F6" w:rsidP="006B15F6">
      <w:pPr>
        <w:rPr>
          <w:rFonts w:ascii="garamond" w:hAnsi="garamond"/>
          <w:sz w:val="26"/>
          <w:szCs w:val="26"/>
        </w:rPr>
      </w:pPr>
      <w:r w:rsidRPr="00485118">
        <w:rPr>
          <w:rFonts w:ascii="garamond" w:hAnsi="garamond"/>
          <w:sz w:val="26"/>
          <w:szCs w:val="26"/>
        </w:rPr>
        <w:t>I said, ”Sure, just make sure the phones are covered.”</w:t>
      </w:r>
    </w:p>
    <w:p w14:paraId="6BD25F93" w14:textId="77777777" w:rsidR="006B15F6" w:rsidRPr="00485118" w:rsidRDefault="006B15F6" w:rsidP="006B15F6">
      <w:pPr>
        <w:rPr>
          <w:rFonts w:ascii="garamond" w:hAnsi="garamond"/>
          <w:sz w:val="26"/>
          <w:szCs w:val="26"/>
        </w:rPr>
      </w:pPr>
      <w:r w:rsidRPr="00485118">
        <w:rPr>
          <w:rFonts w:ascii="garamond" w:hAnsi="garamond"/>
          <w:sz w:val="26"/>
          <w:szCs w:val="26"/>
        </w:rPr>
        <w:t>I had just given Nancy a gift for what I put her through.</w:t>
      </w:r>
    </w:p>
    <w:p w14:paraId="00A97EEC" w14:textId="77777777" w:rsidR="006B15F6" w:rsidRPr="00485118" w:rsidRDefault="006B15F6" w:rsidP="006B15F6">
      <w:pPr>
        <w:rPr>
          <w:rFonts w:ascii="garamond" w:hAnsi="garamond"/>
          <w:sz w:val="26"/>
          <w:szCs w:val="26"/>
        </w:rPr>
      </w:pPr>
      <w:r w:rsidRPr="00485118">
        <w:rPr>
          <w:rFonts w:ascii="garamond" w:hAnsi="garamond"/>
          <w:sz w:val="26"/>
          <w:szCs w:val="26"/>
        </w:rPr>
        <w:t>I can't bear the weight of twenty lives without eventually breaking down. Over the years, I quietly laid the financial and emotional groundwork for my extended family—navigating obstacles, managing crises, and maintaining their safety.</w:t>
      </w:r>
    </w:p>
    <w:p w14:paraId="0176C23C" w14:textId="77777777" w:rsidR="006B15F6" w:rsidRPr="00485118" w:rsidRDefault="006B15F6" w:rsidP="006B15F6">
      <w:pPr>
        <w:rPr>
          <w:rFonts w:ascii="garamond" w:hAnsi="garamond"/>
          <w:sz w:val="26"/>
          <w:szCs w:val="26"/>
        </w:rPr>
      </w:pPr>
      <w:r w:rsidRPr="00485118">
        <w:rPr>
          <w:rFonts w:ascii="garamond" w:hAnsi="garamond"/>
          <w:sz w:val="26"/>
          <w:szCs w:val="26"/>
        </w:rPr>
        <w:t>I convinced myself that this came at little personal cost since our bank accounts were enough to cover expenses. But wealth isn't the same as presence in the mind. For me, alcohol and prescription pills weren't a lifestyle; they were the dark, heavy currency I borrowed each afternoon to numb exhaustion and keep the family afloat. I wasn't after a high—I was just trying to get through each night.</w:t>
      </w:r>
    </w:p>
    <w:p w14:paraId="44062880" w14:textId="77777777" w:rsidR="006B15F6" w:rsidRPr="00485118" w:rsidRDefault="006B15F6" w:rsidP="006B15F6">
      <w:pPr>
        <w:rPr>
          <w:rFonts w:ascii="garamond" w:hAnsi="garamond"/>
          <w:sz w:val="26"/>
          <w:szCs w:val="26"/>
        </w:rPr>
      </w:pPr>
      <w:r w:rsidRPr="00485118">
        <w:rPr>
          <w:rFonts w:ascii="garamond" w:hAnsi="garamond"/>
          <w:sz w:val="26"/>
          <w:szCs w:val="26"/>
        </w:rPr>
        <w:t>Tuesday morning was the real reckoning. Soaked in sweat, clothes still on, shoes half removed, the body locked in revolt — heart racing erratically, hands shaking so badly a glass was impossible to hold. Light felt offensive. Sound felt sharp. Fear arrived without narrative: no anxiety about something, just anxiety, bare and formless.</w:t>
      </w:r>
    </w:p>
    <w:p w14:paraId="3B4C9E63" w14:textId="77777777" w:rsidR="006B15F6" w:rsidRPr="00485118" w:rsidRDefault="006B15F6" w:rsidP="006B15F6">
      <w:pPr>
        <w:rPr>
          <w:rFonts w:ascii="garamond" w:hAnsi="garamond"/>
          <w:sz w:val="26"/>
          <w:szCs w:val="26"/>
        </w:rPr>
      </w:pPr>
      <w:r w:rsidRPr="00485118">
        <w:rPr>
          <w:rFonts w:ascii="garamond" w:hAnsi="garamond"/>
          <w:sz w:val="26"/>
          <w:szCs w:val="26"/>
        </w:rPr>
        <w:t>I staggered to the bathroom and vomited, gasping as my chest fluttered. The humiliation stripped away denial. I was no longer in control of basic functions.</w:t>
      </w:r>
    </w:p>
    <w:p w14:paraId="05650C11" w14:textId="77777777" w:rsidR="006B15F6" w:rsidRPr="00485118" w:rsidRDefault="006B15F6" w:rsidP="006B15F6">
      <w:pPr>
        <w:rPr>
          <w:rFonts w:ascii="garamond" w:hAnsi="garamond"/>
          <w:sz w:val="26"/>
          <w:szCs w:val="26"/>
        </w:rPr>
      </w:pPr>
      <w:r w:rsidRPr="00485118">
        <w:rPr>
          <w:rFonts w:ascii="garamond" w:hAnsi="garamond"/>
          <w:sz w:val="26"/>
          <w:szCs w:val="26"/>
        </w:rPr>
        <w:lastRenderedPageBreak/>
        <w:t>When the shaking eased, I did what worked. I went to the kitchen, grabbed a bottle of Tito’s vodka for shot-sized gulps. The effect was immediate — hands steadied, heart slowed, fear retreated. And that was the most devastating clarity of all: alcohol was no longer pleasure. It was medicine. Its absence caused a breakdown; its return restored order. I was no longer choosing. I was responding.</w:t>
      </w:r>
    </w:p>
    <w:p w14:paraId="108CA253" w14:textId="77777777" w:rsidR="006B15F6" w:rsidRPr="00485118" w:rsidRDefault="006B15F6" w:rsidP="006B15F6">
      <w:pPr>
        <w:rPr>
          <w:rFonts w:ascii="garamond" w:hAnsi="garamond"/>
          <w:sz w:val="26"/>
          <w:szCs w:val="26"/>
        </w:rPr>
      </w:pPr>
      <w:r w:rsidRPr="00485118">
        <w:rPr>
          <w:rFonts w:ascii="garamond" w:hAnsi="garamond"/>
          <w:sz w:val="26"/>
          <w:szCs w:val="26"/>
        </w:rPr>
        <w:t>I went to my desk, searching the internet for sites on alcohol withdrawal and detoxification — probabilities, timeframes, failure modes. Hospitals. Detox. Rehabilitation Centers. The language was new; the process understood: diagnose, isolate, stabilize. Even then, the executive in me resisted the label implicit in those words. Patient. Patients wait, comply, surrender control. None of that fit.</w:t>
      </w:r>
    </w:p>
    <w:p w14:paraId="7E3BFBD4" w14:textId="77777777" w:rsidR="006B15F6" w:rsidRPr="00485118" w:rsidRDefault="006B15F6" w:rsidP="006B15F6">
      <w:pPr>
        <w:rPr>
          <w:rFonts w:ascii="garamond" w:hAnsi="garamond"/>
          <w:sz w:val="26"/>
          <w:szCs w:val="26"/>
        </w:rPr>
      </w:pPr>
      <w:r w:rsidRPr="00485118">
        <w:rPr>
          <w:rFonts w:ascii="garamond" w:hAnsi="garamond"/>
          <w:sz w:val="26"/>
          <w:szCs w:val="26"/>
        </w:rPr>
        <w:t>It was clearer by the minute that the tools I had used no longer worked — willpower was irrelevant, strategy became useless. CMG ran on certainty, and I was running on vodka.</w:t>
      </w:r>
    </w:p>
    <w:p w14:paraId="5E38DE43" w14:textId="77777777" w:rsidR="006B15F6" w:rsidRPr="00485118" w:rsidRDefault="006B15F6" w:rsidP="006B15F6">
      <w:pPr>
        <w:rPr>
          <w:rFonts w:ascii="garamond" w:hAnsi="garamond"/>
          <w:sz w:val="26"/>
          <w:szCs w:val="26"/>
        </w:rPr>
      </w:pPr>
      <w:r w:rsidRPr="00485118">
        <w:rPr>
          <w:rFonts w:ascii="garamond" w:hAnsi="garamond"/>
          <w:sz w:val="26"/>
          <w:szCs w:val="26"/>
        </w:rPr>
        <w:t>By midday, one decision sat in front of me like a door I had been avoiding for a long time: get help, or break.</w:t>
      </w:r>
    </w:p>
    <w:p w14:paraId="46B39FE8" w14:textId="77777777" w:rsidR="006B15F6" w:rsidRPr="00485118" w:rsidRDefault="006B15F6" w:rsidP="006B15F6">
      <w:pPr>
        <w:rPr>
          <w:rFonts w:ascii="garamond" w:hAnsi="garamond"/>
          <w:sz w:val="26"/>
          <w:szCs w:val="26"/>
        </w:rPr>
      </w:pPr>
      <w:r w:rsidRPr="00485118">
        <w:rPr>
          <w:rFonts w:ascii="garamond" w:hAnsi="garamond"/>
          <w:sz w:val="26"/>
          <w:szCs w:val="26"/>
        </w:rPr>
        <w:t>I had not fully made it yet. That is the part that is easy to skip over, and I will not skip it here. The brain was still negotiating. Vodka was pulling in one direction — potent, available, offering thirty minutes of quiet. Sobriety was pulling in the other — distant, uncertain, requiring a surrender I had never made in my life. And somewhere in the middle, not moving, was the part of me that understood both sides perfectly and could not yet choose.</w:t>
      </w:r>
    </w:p>
    <w:p w14:paraId="740A72E0" w14:textId="77777777" w:rsidR="006B15F6" w:rsidRPr="00485118" w:rsidRDefault="006B15F6" w:rsidP="006B15F6">
      <w:pPr>
        <w:rPr>
          <w:rFonts w:ascii="garamond" w:hAnsi="garamond"/>
          <w:sz w:val="26"/>
          <w:szCs w:val="26"/>
        </w:rPr>
      </w:pPr>
      <w:r w:rsidRPr="00485118">
        <w:rPr>
          <w:rFonts w:ascii="garamond" w:hAnsi="garamond"/>
          <w:sz w:val="26"/>
          <w:szCs w:val="26"/>
        </w:rPr>
        <w:t>I cleared my schedule first. Called Nancy, then Coley — the same cover story, travel, spotty reception, the markets are slow. Standard procedure for a man whose first instinct, even in collapse, was to manage the perimeter before addressing the center.</w:t>
      </w:r>
    </w:p>
    <w:p w14:paraId="4FE5F548" w14:textId="77777777" w:rsidR="006B15F6" w:rsidRPr="00485118" w:rsidRDefault="006B15F6" w:rsidP="006B15F6">
      <w:pPr>
        <w:rPr>
          <w:rFonts w:ascii="garamond" w:hAnsi="garamond"/>
          <w:sz w:val="26"/>
          <w:szCs w:val="26"/>
        </w:rPr>
      </w:pPr>
      <w:r w:rsidRPr="00485118">
        <w:rPr>
          <w:rFonts w:ascii="garamond" w:hAnsi="garamond"/>
          <w:sz w:val="26"/>
          <w:szCs w:val="26"/>
        </w:rPr>
        <w:t>Then I called Carole in Lebanon. Not to tell her anything, rather to get the ordinary weight of the marriage out of the way, to find some ground to stand on before deciding what to do next.</w:t>
      </w:r>
    </w:p>
    <w:p w14:paraId="43FFB960" w14:textId="77777777" w:rsidR="006B15F6" w:rsidRPr="00485118" w:rsidRDefault="006B15F6" w:rsidP="006B15F6">
      <w:pPr>
        <w:rPr>
          <w:rFonts w:ascii="garamond" w:hAnsi="garamond"/>
          <w:sz w:val="26"/>
          <w:szCs w:val="26"/>
        </w:rPr>
      </w:pPr>
      <w:r w:rsidRPr="00485118">
        <w:rPr>
          <w:rFonts w:ascii="garamond" w:hAnsi="garamond"/>
          <w:sz w:val="26"/>
          <w:szCs w:val="26"/>
        </w:rPr>
        <w:t>She answered. We talked about nothing important — the kids, the heat, how Lebanon was, how New York was. And then, without planning it, I asked to speak to them.</w:t>
      </w:r>
    </w:p>
    <w:p w14:paraId="44777922" w14:textId="77777777" w:rsidR="006B15F6" w:rsidRPr="00485118" w:rsidRDefault="006B15F6" w:rsidP="006B15F6">
      <w:pPr>
        <w:rPr>
          <w:rFonts w:ascii="garamond" w:hAnsi="garamond"/>
          <w:sz w:val="26"/>
          <w:szCs w:val="26"/>
        </w:rPr>
      </w:pPr>
      <w:r w:rsidRPr="00485118">
        <w:rPr>
          <w:rFonts w:ascii="garamond" w:hAnsi="garamond"/>
          <w:sz w:val="26"/>
          <w:szCs w:val="26"/>
        </w:rPr>
        <w:t>Daniel came on first. Then Anthony. Then Tara, with cute baby-talk.</w:t>
      </w:r>
    </w:p>
    <w:p w14:paraId="366EDE5A" w14:textId="77777777" w:rsidR="006B15F6" w:rsidRPr="00485118" w:rsidRDefault="006B15F6" w:rsidP="006B15F6">
      <w:pPr>
        <w:rPr>
          <w:rFonts w:ascii="garamond" w:hAnsi="garamond"/>
          <w:sz w:val="26"/>
          <w:szCs w:val="26"/>
        </w:rPr>
      </w:pPr>
      <w:r w:rsidRPr="00485118">
        <w:rPr>
          <w:rFonts w:ascii="garamond" w:hAnsi="garamond"/>
          <w:sz w:val="26"/>
          <w:szCs w:val="26"/>
        </w:rPr>
        <w:lastRenderedPageBreak/>
        <w:t>Three voices. Each one was completely unaware of what was happening with me in the apartment. Each one was a child on a phone call with their father, saying the ordinary things children say.</w:t>
      </w:r>
    </w:p>
    <w:p w14:paraId="5654E3BB" w14:textId="77777777" w:rsidR="006B15F6" w:rsidRPr="00485118" w:rsidRDefault="006B15F6" w:rsidP="006B15F6">
      <w:pPr>
        <w:rPr>
          <w:rFonts w:ascii="garamond" w:hAnsi="garamond"/>
          <w:sz w:val="26"/>
          <w:szCs w:val="26"/>
        </w:rPr>
      </w:pPr>
      <w:r w:rsidRPr="00485118">
        <w:rPr>
          <w:rFonts w:ascii="garamond" w:hAnsi="garamond"/>
          <w:sz w:val="26"/>
          <w:szCs w:val="26"/>
        </w:rPr>
        <w:t>The vase was further cracked but not yet broken. But I understood, holding the phone in my apartment, that it had accumulated many cracks over time while I was too busy to see or hear them.</w:t>
      </w:r>
    </w:p>
    <w:p w14:paraId="11B17040" w14:textId="77777777" w:rsidR="006B15F6" w:rsidRPr="00485118" w:rsidRDefault="006B15F6" w:rsidP="006B15F6">
      <w:pPr>
        <w:rPr>
          <w:rFonts w:ascii="garamond" w:hAnsi="garamond"/>
          <w:sz w:val="26"/>
          <w:szCs w:val="26"/>
        </w:rPr>
      </w:pPr>
      <w:r w:rsidRPr="00485118">
        <w:rPr>
          <w:rFonts w:ascii="garamond" w:hAnsi="garamond"/>
          <w:sz w:val="26"/>
          <w:szCs w:val="26"/>
        </w:rPr>
        <w:t>That was the debate breaker.</w:t>
      </w:r>
    </w:p>
    <w:p w14:paraId="5F2C0FA1" w14:textId="77777777" w:rsidR="006B15F6" w:rsidRPr="00485118" w:rsidRDefault="006B15F6" w:rsidP="006B15F6">
      <w:pPr>
        <w:rPr>
          <w:rFonts w:ascii="garamond" w:hAnsi="garamond"/>
          <w:sz w:val="26"/>
          <w:szCs w:val="26"/>
        </w:rPr>
      </w:pPr>
      <w:r w:rsidRPr="00485118">
        <w:rPr>
          <w:rFonts w:ascii="garamond" w:hAnsi="garamond"/>
          <w:sz w:val="26"/>
          <w:szCs w:val="26"/>
        </w:rPr>
        <w:t>Not a revelation. Not a dramatic moment of clarity. Just three voices that had no idea they were deciding anything, and a man on the other end of the line who suddenly understood that the negotiation was over.</w:t>
      </w:r>
    </w:p>
    <w:p w14:paraId="38607F29" w14:textId="77777777" w:rsidR="006B15F6" w:rsidRPr="00485118" w:rsidRDefault="006B15F6" w:rsidP="006B15F6">
      <w:pPr>
        <w:rPr>
          <w:rFonts w:ascii="garamond" w:hAnsi="garamond"/>
          <w:sz w:val="26"/>
          <w:szCs w:val="26"/>
        </w:rPr>
      </w:pPr>
      <w:r w:rsidRPr="00485118">
        <w:rPr>
          <w:rFonts w:ascii="garamond" w:hAnsi="garamond"/>
          <w:sz w:val="26"/>
          <w:szCs w:val="26"/>
        </w:rPr>
        <w:t>Not by me.</w:t>
      </w:r>
    </w:p>
    <w:p w14:paraId="68FB2268" w14:textId="77777777" w:rsidR="006B15F6" w:rsidRPr="00485118" w:rsidRDefault="006B15F6" w:rsidP="006B15F6">
      <w:pPr>
        <w:rPr>
          <w:rFonts w:ascii="garamond" w:hAnsi="garamond"/>
          <w:sz w:val="26"/>
          <w:szCs w:val="26"/>
        </w:rPr>
      </w:pPr>
      <w:r w:rsidRPr="00485118">
        <w:rPr>
          <w:rFonts w:ascii="garamond" w:hAnsi="garamond"/>
          <w:sz w:val="26"/>
          <w:szCs w:val="26"/>
        </w:rPr>
        <w:t>By them.</w:t>
      </w:r>
    </w:p>
    <w:p w14:paraId="0563D9CF" w14:textId="77777777" w:rsidR="006B15F6" w:rsidRPr="00485118" w:rsidRDefault="006B15F6" w:rsidP="006B15F6">
      <w:pPr>
        <w:rPr>
          <w:rFonts w:ascii="garamond" w:hAnsi="garamond"/>
          <w:sz w:val="26"/>
          <w:szCs w:val="26"/>
        </w:rPr>
      </w:pPr>
      <w:r w:rsidRPr="00485118">
        <w:rPr>
          <w:rFonts w:ascii="garamond" w:hAnsi="garamond"/>
          <w:sz w:val="26"/>
          <w:szCs w:val="26"/>
        </w:rPr>
        <w:t>If I was not going to do it for myself — and I wasn't sure yet that I was — I would do it for the people whose voices I had just heard.</w:t>
      </w:r>
    </w:p>
    <w:p w14:paraId="62A78E7F" w14:textId="77777777" w:rsidR="006B15F6" w:rsidRPr="00485118" w:rsidRDefault="006B15F6" w:rsidP="006B15F6">
      <w:pPr>
        <w:rPr>
          <w:rFonts w:ascii="garamond" w:hAnsi="garamond"/>
          <w:sz w:val="26"/>
          <w:szCs w:val="26"/>
        </w:rPr>
      </w:pPr>
      <w:r w:rsidRPr="00485118">
        <w:rPr>
          <w:rFonts w:ascii="garamond" w:hAnsi="garamond"/>
          <w:sz w:val="26"/>
          <w:szCs w:val="26"/>
        </w:rPr>
        <w:t>After bidding them goodnight, I hung up. I sat for a moment, relieved that I had decided.</w:t>
      </w:r>
    </w:p>
    <w:p w14:paraId="51129619" w14:textId="77777777" w:rsidR="006B15F6" w:rsidRPr="00485118" w:rsidRDefault="006B15F6" w:rsidP="006B15F6">
      <w:pPr>
        <w:rPr>
          <w:rFonts w:ascii="garamond" w:hAnsi="garamond"/>
          <w:sz w:val="26"/>
          <w:szCs w:val="26"/>
        </w:rPr>
      </w:pPr>
      <w:r w:rsidRPr="00485118">
        <w:rPr>
          <w:rFonts w:ascii="garamond" w:hAnsi="garamond"/>
          <w:sz w:val="26"/>
          <w:szCs w:val="26"/>
        </w:rPr>
        <w:t>If I stayed in control, I might die.</w:t>
      </w:r>
    </w:p>
    <w:p w14:paraId="51150F81" w14:textId="77777777" w:rsidR="006B15F6" w:rsidRPr="00485118" w:rsidRDefault="006B15F6" w:rsidP="006B15F6">
      <w:pPr>
        <w:rPr>
          <w:rFonts w:ascii="garamond" w:hAnsi="garamond"/>
          <w:sz w:val="26"/>
          <w:szCs w:val="26"/>
        </w:rPr>
      </w:pPr>
      <w:r w:rsidRPr="00485118">
        <w:rPr>
          <w:rFonts w:ascii="garamond" w:hAnsi="garamond"/>
          <w:sz w:val="26"/>
          <w:szCs w:val="26"/>
        </w:rPr>
        <w:t>If I handed it off, I might not.</w:t>
      </w:r>
    </w:p>
    <w:p w14:paraId="3211AFD7" w14:textId="77777777" w:rsidR="006B15F6" w:rsidRDefault="006B15F6">
      <w:pPr>
        <w:rPr>
          <w:rFonts w:ascii="garamond" w:hAnsi="garamond"/>
          <w:b/>
          <w:bCs/>
          <w:sz w:val="26"/>
          <w:szCs w:val="26"/>
        </w:rPr>
      </w:pPr>
      <w:r>
        <w:rPr>
          <w:rFonts w:ascii="garamond" w:hAnsi="garamond"/>
          <w:b/>
          <w:bCs/>
          <w:sz w:val="26"/>
          <w:szCs w:val="26"/>
        </w:rPr>
        <w:br w:type="page"/>
      </w:r>
    </w:p>
    <w:p w14:paraId="367950A3" w14:textId="13800A24" w:rsidR="00AC5EEC" w:rsidRPr="00E4573B" w:rsidRDefault="00000000" w:rsidP="00C37C2C">
      <w:pPr>
        <w:rPr>
          <w:rFonts w:ascii="garamond" w:hAnsi="garamond"/>
          <w:sz w:val="26"/>
          <w:szCs w:val="26"/>
        </w:rPr>
      </w:pPr>
      <w:r w:rsidRPr="00E4573B">
        <w:rPr>
          <w:rFonts w:ascii="garamond" w:hAnsi="garamond"/>
          <w:b/>
          <w:bCs/>
          <w:sz w:val="26"/>
          <w:szCs w:val="26"/>
        </w:rPr>
        <w:lastRenderedPageBreak/>
        <w:t>CHAPTER 29 — THE PROGRAM</w:t>
      </w:r>
      <w:r w:rsidRPr="00E4573B">
        <w:rPr>
          <w:rFonts w:ascii="garamond" w:hAnsi="garamond"/>
          <w:sz w:val="26"/>
          <w:szCs w:val="26"/>
        </w:rPr>
        <w:t xml:space="preserve"> </w:t>
      </w:r>
      <w:r w:rsidRPr="00E4573B">
        <w:rPr>
          <w:rFonts w:ascii="garamond" w:hAnsi="garamond"/>
          <w:sz w:val="26"/>
          <w:szCs w:val="26"/>
        </w:rPr>
        <w:br/>
      </w:r>
      <w:r w:rsidRPr="00E4573B">
        <w:rPr>
          <w:rFonts w:ascii="garamond" w:hAnsi="garamond"/>
          <w:b/>
          <w:bCs/>
          <w:sz w:val="26"/>
          <w:szCs w:val="26"/>
        </w:rPr>
        <w:t>Every Room Has A Structure.</w:t>
      </w:r>
    </w:p>
    <w:p w14:paraId="6717461E" w14:textId="77777777" w:rsidR="00AC5EEC" w:rsidRPr="00E4573B" w:rsidRDefault="00000000" w:rsidP="00C37C2C">
      <w:pPr>
        <w:rPr>
          <w:rFonts w:ascii="garamond" w:hAnsi="garamond"/>
          <w:sz w:val="26"/>
          <w:szCs w:val="26"/>
        </w:rPr>
      </w:pPr>
      <w:r w:rsidRPr="00E4573B">
        <w:rPr>
          <w:rFonts w:ascii="garamond" w:hAnsi="garamond"/>
          <w:sz w:val="26"/>
          <w:szCs w:val="26"/>
        </w:rPr>
        <w:t>New York City has no shortage of detox centers, each promising its own philosophy, its own miracle. I didn’t know what I was doing — I only knew what I wanted: close, discreet, efficient. Hospitals felt safest. They went straight to the point: stabilization, supervision, and discharge. No scare tactics, no cheerful slogans — just medical problems and solutions, stated plainly.</w:t>
      </w:r>
    </w:p>
    <w:p w14:paraId="02E9E2FD" w14:textId="1D1F4939" w:rsidR="00AC5EEC" w:rsidRPr="00E4573B" w:rsidRDefault="00000000" w:rsidP="00C37C2C">
      <w:pPr>
        <w:rPr>
          <w:rFonts w:ascii="garamond" w:hAnsi="garamond"/>
          <w:sz w:val="26"/>
          <w:szCs w:val="26"/>
        </w:rPr>
      </w:pPr>
      <w:r w:rsidRPr="00E4573B">
        <w:rPr>
          <w:rFonts w:ascii="garamond" w:hAnsi="garamond"/>
          <w:sz w:val="26"/>
          <w:szCs w:val="26"/>
        </w:rPr>
        <w:t xml:space="preserve">Saint Vincent’s Hospital. No </w:t>
      </w:r>
      <w:r w:rsidR="00781958">
        <w:rPr>
          <w:rFonts w:ascii="garamond" w:hAnsi="garamond"/>
          <w:sz w:val="26"/>
          <w:szCs w:val="26"/>
        </w:rPr>
        <w:t xml:space="preserve">doctor </w:t>
      </w:r>
      <w:r w:rsidRPr="00E4573B">
        <w:rPr>
          <w:rFonts w:ascii="garamond" w:hAnsi="garamond"/>
          <w:sz w:val="26"/>
          <w:szCs w:val="26"/>
        </w:rPr>
        <w:t>referral, no waiting list — pack a bag, call for an appointment, and show up. Voluntary admission: I could leave whenever I wanted. Eight hundred dollars a day. I was drunk and flying blind, buying relief the way I had bought everything else: with speed and a price.</w:t>
      </w:r>
    </w:p>
    <w:p w14:paraId="61B5C193" w14:textId="77777777" w:rsidR="00AC5EEC" w:rsidRPr="00E4573B" w:rsidRDefault="00000000" w:rsidP="00C37C2C">
      <w:pPr>
        <w:rPr>
          <w:rFonts w:ascii="garamond" w:hAnsi="garamond"/>
          <w:sz w:val="26"/>
          <w:szCs w:val="26"/>
        </w:rPr>
      </w:pPr>
      <w:r w:rsidRPr="00E4573B">
        <w:rPr>
          <w:rFonts w:ascii="garamond" w:hAnsi="garamond"/>
          <w:sz w:val="26"/>
          <w:szCs w:val="26"/>
        </w:rPr>
        <w:t>I picked up my phone, called Saint Vincent's toll-free number, answered some questions on the keypad, and was eventually connected with Admissions. I provided my personal data, selected the payment method, and chose no insurance. The staff was to determine the best program for me upon admission. The process was smooth and somewhat friendly.</w:t>
      </w:r>
    </w:p>
    <w:p w14:paraId="14D0110E" w14:textId="77777777" w:rsidR="00AC5EEC" w:rsidRPr="00E4573B" w:rsidRDefault="00000000" w:rsidP="00C37C2C">
      <w:pPr>
        <w:rPr>
          <w:rFonts w:ascii="garamond" w:hAnsi="garamond"/>
          <w:sz w:val="26"/>
          <w:szCs w:val="26"/>
        </w:rPr>
      </w:pPr>
      <w:r w:rsidRPr="00E4573B">
        <w:rPr>
          <w:rFonts w:ascii="garamond" w:hAnsi="garamond"/>
          <w:sz w:val="26"/>
          <w:szCs w:val="26"/>
        </w:rPr>
        <w:t>The moment the phone hit the cradle, my hands started to shake again. Small tremors at first, then a noticeable rattle, followed by an accelerating, throbbing heartbeat. I sipped more vodka.</w:t>
      </w:r>
    </w:p>
    <w:p w14:paraId="0D2AF8BE" w14:textId="77777777" w:rsidR="00AC5EEC" w:rsidRPr="00E4573B" w:rsidRDefault="00000000" w:rsidP="00C37C2C">
      <w:pPr>
        <w:rPr>
          <w:rFonts w:ascii="garamond" w:hAnsi="garamond"/>
          <w:sz w:val="26"/>
          <w:szCs w:val="26"/>
        </w:rPr>
      </w:pPr>
      <w:r w:rsidRPr="00E4573B">
        <w:rPr>
          <w:rFonts w:ascii="garamond" w:hAnsi="garamond"/>
          <w:sz w:val="26"/>
          <w:szCs w:val="26"/>
        </w:rPr>
        <w:t>I went to my bedroom and packed up. I jammed underwear, a few shirts, jeans, sneakers, and a shaving kit — packed the way years of business travel had trained me. Laptop, phone, chargers, wallet, all into a duffel bag. A wad of cash in my back pocket for incidentals. Money usually created an exit option when nothing else did. Last, I wrapped a half-filled bottle of Grey Goose in a white t-shirt and shoved it into the bag.</w:t>
      </w:r>
    </w:p>
    <w:p w14:paraId="44953C68" w14:textId="77777777" w:rsidR="00AC5EEC" w:rsidRPr="00E4573B" w:rsidRDefault="00000000" w:rsidP="00C37C2C">
      <w:pPr>
        <w:rPr>
          <w:rFonts w:ascii="garamond" w:hAnsi="garamond"/>
          <w:sz w:val="26"/>
          <w:szCs w:val="26"/>
        </w:rPr>
      </w:pPr>
      <w:r w:rsidRPr="00E4573B">
        <w:rPr>
          <w:rFonts w:ascii="garamond" w:hAnsi="garamond"/>
          <w:sz w:val="26"/>
          <w:szCs w:val="26"/>
        </w:rPr>
        <w:t xml:space="preserve">It was one o’clock in the afternoon. Miserable, terrified, held upright by alcohol-induced resolve. I took the elevator down and asked the doorman to hail a cab — I told him I was leaving on a short business </w:t>
      </w:r>
      <w:proofErr w:type="gramStart"/>
      <w:r w:rsidRPr="00E4573B">
        <w:rPr>
          <w:rFonts w:ascii="garamond" w:hAnsi="garamond"/>
          <w:sz w:val="26"/>
          <w:szCs w:val="26"/>
        </w:rPr>
        <w:t>trip, and</w:t>
      </w:r>
      <w:proofErr w:type="gramEnd"/>
      <w:r w:rsidRPr="00E4573B">
        <w:rPr>
          <w:rFonts w:ascii="garamond" w:hAnsi="garamond"/>
          <w:sz w:val="26"/>
          <w:szCs w:val="26"/>
        </w:rPr>
        <w:t xml:space="preserve"> asked him to hold my mail.</w:t>
      </w:r>
    </w:p>
    <w:p w14:paraId="2C3B4224" w14:textId="77777777" w:rsidR="00AC5EEC" w:rsidRPr="00E4573B" w:rsidRDefault="00000000" w:rsidP="00C37C2C">
      <w:pPr>
        <w:rPr>
          <w:rFonts w:ascii="garamond" w:hAnsi="garamond"/>
          <w:sz w:val="26"/>
          <w:szCs w:val="26"/>
        </w:rPr>
      </w:pPr>
      <w:r w:rsidRPr="00E4573B">
        <w:rPr>
          <w:rFonts w:ascii="garamond" w:hAnsi="garamond"/>
          <w:sz w:val="26"/>
          <w:szCs w:val="26"/>
        </w:rPr>
        <w:t>When I got in the cab, I said: “LaGuardia Airport, please.”</w:t>
      </w:r>
    </w:p>
    <w:p w14:paraId="7865292E" w14:textId="77777777" w:rsidR="00AC5EEC" w:rsidRPr="00E4573B" w:rsidRDefault="00000000" w:rsidP="00C37C2C">
      <w:pPr>
        <w:rPr>
          <w:rFonts w:ascii="garamond" w:hAnsi="garamond"/>
          <w:sz w:val="26"/>
          <w:szCs w:val="26"/>
        </w:rPr>
      </w:pPr>
      <w:r w:rsidRPr="00E4573B">
        <w:rPr>
          <w:rFonts w:ascii="garamond" w:hAnsi="garamond"/>
          <w:sz w:val="26"/>
          <w:szCs w:val="26"/>
        </w:rPr>
        <w:t>Once the door closed and the car pulled away, I corrected myself. “Actually — Saint Vincent’s Hospital. Downtown. Main entrance.”</w:t>
      </w:r>
    </w:p>
    <w:p w14:paraId="5BE9BC33" w14:textId="77777777" w:rsidR="00AC5EEC" w:rsidRPr="00E4573B" w:rsidRDefault="00000000" w:rsidP="00C37C2C">
      <w:pPr>
        <w:rPr>
          <w:rFonts w:ascii="garamond" w:hAnsi="garamond"/>
          <w:sz w:val="26"/>
          <w:szCs w:val="26"/>
        </w:rPr>
      </w:pPr>
      <w:r w:rsidRPr="00E4573B">
        <w:rPr>
          <w:rFonts w:ascii="garamond" w:hAnsi="garamond"/>
          <w:sz w:val="26"/>
          <w:szCs w:val="26"/>
        </w:rPr>
        <w:lastRenderedPageBreak/>
        <w:t>I did not want my doorman, Neal, to hear my destination. There was shame. There was also regard for Neal, the kind I would extend to any person I knew. The driver didn’t react — just changed lanes.</w:t>
      </w:r>
    </w:p>
    <w:p w14:paraId="30E5DF59" w14:textId="77777777" w:rsidR="00AC5EEC" w:rsidRPr="00E4573B" w:rsidRDefault="00000000" w:rsidP="00C37C2C">
      <w:pPr>
        <w:rPr>
          <w:rFonts w:ascii="garamond" w:hAnsi="garamond"/>
          <w:sz w:val="26"/>
          <w:szCs w:val="26"/>
        </w:rPr>
      </w:pPr>
      <w:r w:rsidRPr="00E4573B">
        <w:rPr>
          <w:rFonts w:ascii="garamond" w:hAnsi="garamond"/>
          <w:sz w:val="26"/>
          <w:szCs w:val="26"/>
        </w:rPr>
        <w:t>Along the way, I took sips from the bottle. At the hospital, I paid the driver, then walked the bottle wrapped in the shirt to the nearest garbage bin on a street corner and dumped it.</w:t>
      </w:r>
    </w:p>
    <w:p w14:paraId="7DB6259B" w14:textId="77777777" w:rsidR="00AC5EEC" w:rsidRPr="00E4573B" w:rsidRDefault="00000000" w:rsidP="00C37C2C">
      <w:pPr>
        <w:rPr>
          <w:rFonts w:ascii="garamond" w:hAnsi="garamond"/>
          <w:sz w:val="26"/>
          <w:szCs w:val="26"/>
        </w:rPr>
      </w:pPr>
      <w:r w:rsidRPr="00E4573B">
        <w:rPr>
          <w:rFonts w:ascii="garamond" w:hAnsi="garamond"/>
          <w:sz w:val="26"/>
          <w:szCs w:val="26"/>
        </w:rPr>
        <w:t>At Saint Vincent’s reception desk on the fourth floor, I was handed stacks of medical forms. I filled them out with a hand that kept trying to betray me, then waited nearly an hour before my name was called. A long hour.</w:t>
      </w:r>
    </w:p>
    <w:p w14:paraId="4FCDA810" w14:textId="77777777" w:rsidR="00AC5EEC" w:rsidRPr="00E4573B" w:rsidRDefault="00000000" w:rsidP="00C37C2C">
      <w:pPr>
        <w:rPr>
          <w:rFonts w:ascii="garamond" w:hAnsi="garamond"/>
          <w:sz w:val="26"/>
          <w:szCs w:val="26"/>
        </w:rPr>
      </w:pPr>
      <w:r w:rsidRPr="00E4573B">
        <w:rPr>
          <w:rFonts w:ascii="garamond" w:hAnsi="garamond"/>
          <w:sz w:val="26"/>
          <w:szCs w:val="26"/>
        </w:rPr>
        <w:t>When I stepped forward, I was met by a loud, rude, and utterly indifferent nurse who repeated most of the questions I had already answered in writing, as if forcing me to say them aloud were part of the treatment. When she asked for my insurance card, I told her I was paying out of pocket. I didn’t want this on any record. She required a minimum payment of $2,400, which I charged to my credit card.</w:t>
      </w:r>
    </w:p>
    <w:p w14:paraId="1FB5584A" w14:textId="77777777" w:rsidR="00AC5EEC" w:rsidRPr="00E4573B" w:rsidRDefault="00000000" w:rsidP="00C37C2C">
      <w:pPr>
        <w:rPr>
          <w:rFonts w:ascii="garamond" w:hAnsi="garamond"/>
          <w:sz w:val="26"/>
          <w:szCs w:val="26"/>
        </w:rPr>
      </w:pPr>
      <w:r w:rsidRPr="00E4573B">
        <w:rPr>
          <w:rFonts w:ascii="garamond" w:hAnsi="garamond"/>
          <w:sz w:val="26"/>
          <w:szCs w:val="26"/>
        </w:rPr>
        <w:t>After another long wait, I was sent to a private office, with a doctor and a security guard waiting. The guard searched my bag thoroughly — laptop, phone, chargers, shaving kit — taking everything, itemizing it, and removing it.</w:t>
      </w:r>
    </w:p>
    <w:p w14:paraId="0B08C6A2" w14:textId="77777777" w:rsidR="00AC5EEC" w:rsidRPr="00E4573B" w:rsidRDefault="00000000" w:rsidP="00C37C2C">
      <w:pPr>
        <w:rPr>
          <w:rFonts w:ascii="garamond" w:hAnsi="garamond"/>
          <w:sz w:val="26"/>
          <w:szCs w:val="26"/>
        </w:rPr>
      </w:pPr>
      <w:r w:rsidRPr="00E4573B">
        <w:rPr>
          <w:rFonts w:ascii="garamond" w:hAnsi="garamond"/>
          <w:sz w:val="26"/>
          <w:szCs w:val="26"/>
        </w:rPr>
        <w:t>My wallet was taken, its contents recorded. My mouth was checked with a small flashlight, patted down swiftly, shoes inspected, laces and belt removed and taken. A claim ticket was handed over. My life was now a number in a safe-deposit box.</w:t>
      </w:r>
    </w:p>
    <w:p w14:paraId="6AB8EDB8" w14:textId="77777777" w:rsidR="00AC5EEC" w:rsidRPr="00E4573B" w:rsidRDefault="00000000" w:rsidP="00C37C2C">
      <w:pPr>
        <w:rPr>
          <w:rFonts w:ascii="garamond" w:hAnsi="garamond"/>
          <w:sz w:val="26"/>
          <w:szCs w:val="26"/>
        </w:rPr>
      </w:pPr>
      <w:r w:rsidRPr="00E4573B">
        <w:rPr>
          <w:rFonts w:ascii="garamond" w:hAnsi="garamond"/>
          <w:sz w:val="26"/>
          <w:szCs w:val="26"/>
        </w:rPr>
        <w:t>I was lucky he did not notice the cash I had placed in my back pocket at home.</w:t>
      </w:r>
    </w:p>
    <w:p w14:paraId="5384A6E0" w14:textId="77777777" w:rsidR="00AC5EEC" w:rsidRPr="00E4573B" w:rsidRDefault="00000000" w:rsidP="00C37C2C">
      <w:pPr>
        <w:rPr>
          <w:rFonts w:ascii="garamond" w:hAnsi="garamond"/>
          <w:sz w:val="26"/>
          <w:szCs w:val="26"/>
        </w:rPr>
      </w:pPr>
      <w:r w:rsidRPr="00E4573B">
        <w:rPr>
          <w:rFonts w:ascii="garamond" w:hAnsi="garamond"/>
          <w:sz w:val="26"/>
          <w:szCs w:val="26"/>
        </w:rPr>
        <w:t>Dr. Bob Dunn conducted the intake exam — exhausted-looking, forcing a thin smile, sweating despite the air-conditioning blasting at his head. Endless questions, many of which he already seemed to know the answers to; I suspected I fit a familiar profile, affluent people suffering a similar ailment, which oddly gave me a measure of ease. Then, midway through, his demeanor shifted. Abrupt. Dismissive. Vitals were taken, blood drawn, and tests ordered.</w:t>
      </w:r>
    </w:p>
    <w:p w14:paraId="2302C2F5" w14:textId="77777777" w:rsidR="00AC5EEC" w:rsidRPr="00E4573B" w:rsidRDefault="00000000" w:rsidP="00C37C2C">
      <w:pPr>
        <w:rPr>
          <w:rFonts w:ascii="garamond" w:hAnsi="garamond"/>
          <w:sz w:val="26"/>
          <w:szCs w:val="26"/>
        </w:rPr>
      </w:pPr>
      <w:r w:rsidRPr="00E4573B">
        <w:rPr>
          <w:rFonts w:ascii="garamond" w:hAnsi="garamond"/>
          <w:sz w:val="26"/>
          <w:szCs w:val="26"/>
        </w:rPr>
        <w:t>When I told him I wanted to detox quickly and return to work, he ignored me. When I told him I was about to vomit, he pointed to a restroom behind him with his pen and kept shuffling papers.</w:t>
      </w:r>
    </w:p>
    <w:p w14:paraId="3BFDF3D7" w14:textId="77777777" w:rsidR="00AC5EEC" w:rsidRPr="00E4573B" w:rsidRDefault="00000000" w:rsidP="00C37C2C">
      <w:pPr>
        <w:rPr>
          <w:rFonts w:ascii="garamond" w:hAnsi="garamond"/>
          <w:sz w:val="26"/>
          <w:szCs w:val="26"/>
        </w:rPr>
      </w:pPr>
      <w:r w:rsidRPr="00E4573B">
        <w:rPr>
          <w:rFonts w:ascii="garamond" w:hAnsi="garamond"/>
          <w:sz w:val="26"/>
          <w:szCs w:val="26"/>
        </w:rPr>
        <w:t>He lectured me, “Medication will be dispensed at med time, before dinner.”</w:t>
      </w:r>
    </w:p>
    <w:p w14:paraId="188059D9" w14:textId="77777777" w:rsidR="00AC5EEC" w:rsidRPr="00E4573B" w:rsidRDefault="00000000" w:rsidP="00C37C2C">
      <w:pPr>
        <w:rPr>
          <w:rFonts w:ascii="garamond" w:hAnsi="garamond"/>
          <w:sz w:val="26"/>
          <w:szCs w:val="26"/>
        </w:rPr>
      </w:pPr>
      <w:r w:rsidRPr="00E4573B">
        <w:rPr>
          <w:rFonts w:ascii="garamond" w:hAnsi="garamond"/>
          <w:sz w:val="26"/>
          <w:szCs w:val="26"/>
        </w:rPr>
        <w:lastRenderedPageBreak/>
        <w:t>I protested that I needed it immediately. He brushed me off without looking up.</w:t>
      </w:r>
    </w:p>
    <w:p w14:paraId="0F038C0A" w14:textId="77777777" w:rsidR="00AC5EEC" w:rsidRPr="00E4573B" w:rsidRDefault="00000000" w:rsidP="00C37C2C">
      <w:pPr>
        <w:rPr>
          <w:rFonts w:ascii="garamond" w:hAnsi="garamond"/>
          <w:sz w:val="26"/>
          <w:szCs w:val="26"/>
        </w:rPr>
      </w:pPr>
      <w:r w:rsidRPr="00E4573B">
        <w:rPr>
          <w:rFonts w:ascii="garamond" w:hAnsi="garamond"/>
          <w:sz w:val="26"/>
          <w:szCs w:val="26"/>
        </w:rPr>
        <w:t>“When do you think I can leave, in your medical opinion?” I asked.</w:t>
      </w:r>
    </w:p>
    <w:p w14:paraId="16200393" w14:textId="77777777" w:rsidR="00AC5EEC" w:rsidRPr="00E4573B" w:rsidRDefault="00000000" w:rsidP="00C37C2C">
      <w:pPr>
        <w:rPr>
          <w:rFonts w:ascii="garamond" w:hAnsi="garamond"/>
          <w:sz w:val="26"/>
          <w:szCs w:val="26"/>
        </w:rPr>
      </w:pPr>
      <w:r w:rsidRPr="00E4573B">
        <w:rPr>
          <w:rFonts w:ascii="garamond" w:hAnsi="garamond"/>
          <w:sz w:val="26"/>
          <w:szCs w:val="26"/>
        </w:rPr>
        <w:t>“You’ll get your answers tomorrow after we run your tests.”</w:t>
      </w:r>
    </w:p>
    <w:p w14:paraId="6535CAC2" w14:textId="77777777" w:rsidR="00AC5EEC" w:rsidRPr="00E4573B" w:rsidRDefault="00000000" w:rsidP="00C37C2C">
      <w:pPr>
        <w:rPr>
          <w:rFonts w:ascii="garamond" w:hAnsi="garamond"/>
          <w:sz w:val="26"/>
          <w:szCs w:val="26"/>
        </w:rPr>
      </w:pPr>
      <w:r w:rsidRPr="00E4573B">
        <w:rPr>
          <w:rFonts w:ascii="garamond" w:hAnsi="garamond"/>
          <w:sz w:val="26"/>
          <w:szCs w:val="26"/>
        </w:rPr>
        <w:t>“I understand, but do you think I would be released in a few days?”</w:t>
      </w:r>
    </w:p>
    <w:p w14:paraId="5BB062B2" w14:textId="77777777" w:rsidR="00AC5EEC" w:rsidRPr="00E4573B" w:rsidRDefault="00000000" w:rsidP="00C37C2C">
      <w:pPr>
        <w:rPr>
          <w:rFonts w:ascii="garamond" w:hAnsi="garamond"/>
          <w:sz w:val="26"/>
          <w:szCs w:val="26"/>
        </w:rPr>
      </w:pPr>
      <w:r w:rsidRPr="00E4573B">
        <w:rPr>
          <w:rFonts w:ascii="garamond" w:hAnsi="garamond"/>
          <w:sz w:val="26"/>
          <w:szCs w:val="26"/>
        </w:rPr>
        <w:t>“If I were you, Mr. Marshi, I wouldn’t be thinking about the next few days. I’d think about a much longer routine.”</w:t>
      </w:r>
    </w:p>
    <w:p w14:paraId="18C727EC" w14:textId="77777777" w:rsidR="00AC5EEC" w:rsidRPr="00E4573B" w:rsidRDefault="00000000" w:rsidP="00C37C2C">
      <w:pPr>
        <w:rPr>
          <w:rFonts w:ascii="garamond" w:hAnsi="garamond"/>
          <w:sz w:val="26"/>
          <w:szCs w:val="26"/>
        </w:rPr>
      </w:pPr>
      <w:r w:rsidRPr="00E4573B">
        <w:rPr>
          <w:rFonts w:ascii="garamond" w:hAnsi="garamond"/>
          <w:sz w:val="26"/>
          <w:szCs w:val="26"/>
        </w:rPr>
        <w:t>I was furious. If not for the security guard, the thought crossed my mind.</w:t>
      </w:r>
    </w:p>
    <w:p w14:paraId="2B5359BC" w14:textId="77777777" w:rsidR="00AC5EEC" w:rsidRPr="00E4573B" w:rsidRDefault="00000000" w:rsidP="00C37C2C">
      <w:pPr>
        <w:rPr>
          <w:rFonts w:ascii="garamond" w:hAnsi="garamond"/>
          <w:sz w:val="26"/>
          <w:szCs w:val="26"/>
        </w:rPr>
      </w:pPr>
      <w:r w:rsidRPr="00E4573B">
        <w:rPr>
          <w:rFonts w:ascii="garamond" w:hAnsi="garamond"/>
          <w:sz w:val="26"/>
          <w:szCs w:val="26"/>
        </w:rPr>
        <w:t>He had no idea who I was, what I ran, or what would happen if I disappeared for more than a week. And yet he was the one holding the pen.</w:t>
      </w:r>
    </w:p>
    <w:p w14:paraId="37A64256" w14:textId="58484402" w:rsidR="00AC5EEC" w:rsidRPr="00E4573B" w:rsidRDefault="00000000" w:rsidP="00C37C2C">
      <w:pPr>
        <w:rPr>
          <w:rFonts w:ascii="garamond" w:hAnsi="garamond"/>
          <w:sz w:val="26"/>
          <w:szCs w:val="26"/>
        </w:rPr>
      </w:pPr>
      <w:r w:rsidRPr="00E4573B">
        <w:rPr>
          <w:rFonts w:ascii="garamond" w:hAnsi="garamond"/>
          <w:sz w:val="26"/>
          <w:szCs w:val="26"/>
        </w:rPr>
        <w:t xml:space="preserve">Then the anger passed, the way anger does when you are too exhausted to sustain it. Dunn probably had many patients and a difficult job. He was </w:t>
      </w:r>
      <w:r w:rsidR="00816F17">
        <w:rPr>
          <w:rFonts w:ascii="garamond" w:hAnsi="garamond"/>
          <w:sz w:val="26"/>
          <w:szCs w:val="26"/>
        </w:rPr>
        <w:t>likely</w:t>
      </w:r>
      <w:r w:rsidRPr="00E4573B">
        <w:rPr>
          <w:rFonts w:ascii="garamond" w:hAnsi="garamond"/>
          <w:sz w:val="26"/>
          <w:szCs w:val="26"/>
        </w:rPr>
        <w:t xml:space="preserve"> doing his best. Who was I to say otherwise? The thought settled something in my mind and eased my frustration.</w:t>
      </w:r>
    </w:p>
    <w:p w14:paraId="004BAA33" w14:textId="77777777" w:rsidR="00AC5EEC" w:rsidRPr="00E4573B" w:rsidRDefault="00000000" w:rsidP="00C37C2C">
      <w:pPr>
        <w:rPr>
          <w:rFonts w:ascii="garamond" w:hAnsi="garamond"/>
          <w:sz w:val="26"/>
          <w:szCs w:val="26"/>
        </w:rPr>
      </w:pPr>
      <w:r w:rsidRPr="00E4573B">
        <w:rPr>
          <w:rFonts w:ascii="garamond" w:hAnsi="garamond"/>
          <w:sz w:val="26"/>
          <w:szCs w:val="26"/>
        </w:rPr>
        <w:t>After the exam, a nurse arrived with a wheelchair. She was taking me to the fifth floor, at long last, the expensive lounge that cost $800 a night. I needed to lie down. My back had been arguing with me for hours.</w:t>
      </w:r>
    </w:p>
    <w:p w14:paraId="71CD088B" w14:textId="77777777" w:rsidR="00AC5EEC" w:rsidRPr="00E4573B" w:rsidRDefault="00000000" w:rsidP="00C37C2C">
      <w:pPr>
        <w:rPr>
          <w:rFonts w:ascii="garamond" w:hAnsi="garamond"/>
          <w:sz w:val="26"/>
          <w:szCs w:val="26"/>
        </w:rPr>
      </w:pPr>
      <w:r w:rsidRPr="00E4573B">
        <w:rPr>
          <w:rFonts w:ascii="garamond" w:hAnsi="garamond"/>
          <w:sz w:val="26"/>
          <w:szCs w:val="26"/>
        </w:rPr>
        <w:t>The elevator doors on the fifth floor opened. The nurse pushed me out several yards, swiped her badge, which swung open two wooden doors with small windows at eye level, the kind meant to let staff see in without letting patients see out. She rolled me through into the main room that hit before it was seen.</w:t>
      </w:r>
    </w:p>
    <w:p w14:paraId="61CDA82B" w14:textId="77777777" w:rsidR="00AC5EEC" w:rsidRPr="00E4573B" w:rsidRDefault="00000000" w:rsidP="00C37C2C">
      <w:pPr>
        <w:rPr>
          <w:rFonts w:ascii="garamond" w:hAnsi="garamond"/>
          <w:sz w:val="26"/>
          <w:szCs w:val="26"/>
        </w:rPr>
      </w:pPr>
      <w:r w:rsidRPr="00E4573B">
        <w:rPr>
          <w:rFonts w:ascii="garamond" w:hAnsi="garamond"/>
          <w:sz w:val="26"/>
          <w:szCs w:val="26"/>
        </w:rPr>
        <w:t>Heat first. Then smell.</w:t>
      </w:r>
    </w:p>
    <w:p w14:paraId="29B96273" w14:textId="77777777" w:rsidR="00AC5EEC" w:rsidRPr="00E4573B" w:rsidRDefault="00000000" w:rsidP="00C37C2C">
      <w:pPr>
        <w:rPr>
          <w:rFonts w:ascii="garamond" w:hAnsi="garamond"/>
          <w:sz w:val="26"/>
          <w:szCs w:val="26"/>
        </w:rPr>
      </w:pPr>
      <w:r w:rsidRPr="00E4573B">
        <w:rPr>
          <w:rFonts w:ascii="garamond" w:hAnsi="garamond"/>
          <w:sz w:val="26"/>
          <w:szCs w:val="26"/>
        </w:rPr>
        <w:t>Body odor, sweat, urine, unwashed clothes — all fused into a thick, vaporous stench, with the air stale and heavy as if it hadn’t circulated in months.</w:t>
      </w:r>
    </w:p>
    <w:p w14:paraId="48028DAC" w14:textId="77777777" w:rsidR="00AC5EEC" w:rsidRPr="00E4573B" w:rsidRDefault="00000000" w:rsidP="00C37C2C">
      <w:pPr>
        <w:rPr>
          <w:rFonts w:ascii="garamond" w:hAnsi="garamond"/>
          <w:sz w:val="26"/>
          <w:szCs w:val="26"/>
        </w:rPr>
      </w:pPr>
      <w:r w:rsidRPr="00E4573B">
        <w:rPr>
          <w:rFonts w:ascii="garamond" w:hAnsi="garamond"/>
          <w:sz w:val="26"/>
          <w:szCs w:val="26"/>
        </w:rPr>
        <w:t>And noise from everywhere: shouting, crying, moaning, manic laughter, phones ringing, televisions blaring from somewhere unseen. All of it at once.</w:t>
      </w:r>
    </w:p>
    <w:p w14:paraId="2501ECA8" w14:textId="77777777" w:rsidR="00AC5EEC" w:rsidRPr="00E4573B" w:rsidRDefault="00000000" w:rsidP="00C37C2C">
      <w:pPr>
        <w:rPr>
          <w:rFonts w:ascii="garamond" w:hAnsi="garamond"/>
          <w:sz w:val="26"/>
          <w:szCs w:val="26"/>
        </w:rPr>
      </w:pPr>
      <w:r w:rsidRPr="00E4573B">
        <w:rPr>
          <w:rFonts w:ascii="garamond" w:hAnsi="garamond"/>
          <w:sz w:val="26"/>
          <w:szCs w:val="26"/>
        </w:rPr>
        <w:t>Tattoos crawled up necks and arms like maps of old battles. Carpets were torn and threadbare, stained with dark patches that told stories I didn’t want to imagine. Mildew-laced walls and sagging ceiling tiles.</w:t>
      </w:r>
    </w:p>
    <w:p w14:paraId="55E0B575" w14:textId="77777777" w:rsidR="00AC5EEC" w:rsidRPr="00E4573B" w:rsidRDefault="00000000" w:rsidP="00C37C2C">
      <w:pPr>
        <w:rPr>
          <w:rFonts w:ascii="garamond" w:hAnsi="garamond"/>
          <w:sz w:val="26"/>
          <w:szCs w:val="26"/>
        </w:rPr>
      </w:pPr>
      <w:r w:rsidRPr="00E4573B">
        <w:rPr>
          <w:rFonts w:ascii="garamond" w:hAnsi="garamond"/>
          <w:sz w:val="26"/>
          <w:szCs w:val="26"/>
        </w:rPr>
        <w:lastRenderedPageBreak/>
        <w:t>Patients packed the corridors shoulder to shoulder. Faces were bloated, sunken, scarred, lost, or hollow with despair. Some paced endlessly. Others sat on half-scraped benches, slumped against walls, eyes vacant, and heads lolling. A few stared at me openly, sizing me without embarrassment.</w:t>
      </w:r>
    </w:p>
    <w:p w14:paraId="289E2DD6" w14:textId="77777777" w:rsidR="00AC5EEC" w:rsidRPr="00E4573B" w:rsidRDefault="00000000" w:rsidP="00C37C2C">
      <w:pPr>
        <w:rPr>
          <w:rFonts w:ascii="garamond" w:hAnsi="garamond"/>
          <w:sz w:val="26"/>
          <w:szCs w:val="26"/>
        </w:rPr>
      </w:pPr>
      <w:r w:rsidRPr="00E4573B">
        <w:rPr>
          <w:rFonts w:ascii="garamond" w:hAnsi="garamond"/>
          <w:sz w:val="26"/>
          <w:szCs w:val="26"/>
        </w:rPr>
        <w:t>It felt less like a hospital than a holding pen.</w:t>
      </w:r>
    </w:p>
    <w:p w14:paraId="57512689" w14:textId="750AB193" w:rsidR="00AC5EEC" w:rsidRPr="00E4573B" w:rsidRDefault="00000000" w:rsidP="00C37C2C">
      <w:pPr>
        <w:rPr>
          <w:rFonts w:ascii="garamond" w:hAnsi="garamond"/>
          <w:sz w:val="26"/>
          <w:szCs w:val="26"/>
        </w:rPr>
      </w:pPr>
      <w:r w:rsidRPr="00E4573B">
        <w:rPr>
          <w:rFonts w:ascii="garamond" w:hAnsi="garamond"/>
          <w:sz w:val="26"/>
          <w:szCs w:val="26"/>
        </w:rPr>
        <w:t xml:space="preserve">I was wheeled to a room with four beds, four mini wood clothes cabinets, and no toilet — only a rusty wash basin in a corner. Two beds were occupied, one with a massive man groaning, and the other with a skinny man who was passed out cold. Eight hundred dollars a night for what could best be described as a run-down, </w:t>
      </w:r>
      <w:r w:rsidR="00816F17">
        <w:rPr>
          <w:rFonts w:ascii="garamond" w:hAnsi="garamond"/>
          <w:sz w:val="26"/>
          <w:szCs w:val="26"/>
        </w:rPr>
        <w:t xml:space="preserve">rusty, and </w:t>
      </w:r>
      <w:r w:rsidRPr="00E4573B">
        <w:rPr>
          <w:rFonts w:ascii="garamond" w:hAnsi="garamond"/>
          <w:sz w:val="26"/>
          <w:szCs w:val="26"/>
        </w:rPr>
        <w:t xml:space="preserve">dirty storage bin. There were two </w:t>
      </w:r>
      <w:r w:rsidR="00816F17">
        <w:rPr>
          <w:rFonts w:ascii="garamond" w:hAnsi="garamond"/>
          <w:sz w:val="26"/>
          <w:szCs w:val="26"/>
        </w:rPr>
        <w:t xml:space="preserve">remaining </w:t>
      </w:r>
      <w:r w:rsidRPr="00E4573B">
        <w:rPr>
          <w:rFonts w:ascii="garamond" w:hAnsi="garamond"/>
          <w:sz w:val="26"/>
          <w:szCs w:val="26"/>
        </w:rPr>
        <w:t>empty beds, with one to be mine soon.</w:t>
      </w:r>
    </w:p>
    <w:p w14:paraId="5F402DA9" w14:textId="482D5E59" w:rsidR="00AC5EEC" w:rsidRPr="00E4573B" w:rsidRDefault="00000000" w:rsidP="00C37C2C">
      <w:pPr>
        <w:rPr>
          <w:rFonts w:ascii="garamond" w:hAnsi="garamond"/>
          <w:sz w:val="26"/>
          <w:szCs w:val="26"/>
        </w:rPr>
      </w:pPr>
      <w:r w:rsidRPr="00E4573B">
        <w:rPr>
          <w:rFonts w:ascii="garamond" w:hAnsi="garamond"/>
          <w:sz w:val="26"/>
          <w:szCs w:val="26"/>
        </w:rPr>
        <w:t>I introduced myself to the conscious man and asked if he needed anything</w:t>
      </w:r>
      <w:r w:rsidR="00816F17">
        <w:rPr>
          <w:rFonts w:ascii="garamond" w:hAnsi="garamond"/>
          <w:sz w:val="26"/>
          <w:szCs w:val="26"/>
        </w:rPr>
        <w:t>.</w:t>
      </w:r>
      <w:r w:rsidRPr="00E4573B">
        <w:rPr>
          <w:rFonts w:ascii="garamond" w:hAnsi="garamond"/>
          <w:sz w:val="26"/>
          <w:szCs w:val="26"/>
        </w:rPr>
        <w:t xml:space="preserve"> </w:t>
      </w:r>
      <w:r w:rsidR="00816F17">
        <w:rPr>
          <w:rFonts w:ascii="garamond" w:hAnsi="garamond"/>
          <w:sz w:val="26"/>
          <w:szCs w:val="26"/>
        </w:rPr>
        <w:t>H</w:t>
      </w:r>
      <w:r w:rsidRPr="00E4573B">
        <w:rPr>
          <w:rFonts w:ascii="garamond" w:hAnsi="garamond"/>
          <w:sz w:val="26"/>
          <w:szCs w:val="26"/>
        </w:rPr>
        <w:t>e glared at me without answering. I unpacked in silence.</w:t>
      </w:r>
    </w:p>
    <w:p w14:paraId="3C2488B5" w14:textId="77777777" w:rsidR="00AC5EEC" w:rsidRPr="00E4573B" w:rsidRDefault="00000000" w:rsidP="00C37C2C">
      <w:pPr>
        <w:rPr>
          <w:rFonts w:ascii="garamond" w:hAnsi="garamond"/>
          <w:sz w:val="26"/>
          <w:szCs w:val="26"/>
        </w:rPr>
      </w:pPr>
      <w:r w:rsidRPr="00E4573B">
        <w:rPr>
          <w:rFonts w:ascii="garamond" w:hAnsi="garamond"/>
          <w:sz w:val="26"/>
          <w:szCs w:val="26"/>
        </w:rPr>
        <w:t>Med time was announced over the PA system. I lined up with dozens of other patients — the line moving the way lines move when no one cares about your urgency, slow, indifferent, and inevitable. By the time I received my medications, a cocktail of Librium, Lithium, and Atenolol, my hands were shaking badly.</w:t>
      </w:r>
    </w:p>
    <w:p w14:paraId="609D5933" w14:textId="77777777" w:rsidR="00AC5EEC" w:rsidRPr="00E4573B" w:rsidRDefault="00000000" w:rsidP="00C37C2C">
      <w:pPr>
        <w:rPr>
          <w:rFonts w:ascii="garamond" w:hAnsi="garamond"/>
          <w:sz w:val="26"/>
          <w:szCs w:val="26"/>
        </w:rPr>
      </w:pPr>
      <w:r w:rsidRPr="00E4573B">
        <w:rPr>
          <w:rFonts w:ascii="garamond" w:hAnsi="garamond"/>
          <w:sz w:val="26"/>
          <w:szCs w:val="26"/>
        </w:rPr>
        <w:t>Back on the floor, I stood out immediately — clothes, watch, posture, all of it marking me as different. One patient mistook me for a doctor and asked me to adjust his medications. Another simply stared at my wrist as if my Timex were a meal.</w:t>
      </w:r>
    </w:p>
    <w:p w14:paraId="0F73E461" w14:textId="77777777" w:rsidR="00AC5EEC" w:rsidRPr="00E4573B" w:rsidRDefault="00000000" w:rsidP="00C37C2C">
      <w:pPr>
        <w:rPr>
          <w:rFonts w:ascii="garamond" w:hAnsi="garamond"/>
          <w:sz w:val="26"/>
          <w:szCs w:val="26"/>
        </w:rPr>
      </w:pPr>
      <w:r w:rsidRPr="00E4573B">
        <w:rPr>
          <w:rFonts w:ascii="garamond" w:hAnsi="garamond"/>
          <w:sz w:val="26"/>
          <w:szCs w:val="26"/>
        </w:rPr>
        <w:t>Every room has a structure. I scanned for it — who people deferred to, who spoke, and who listened, who moved freely, and who hugged the walls. Within minutes, it revealed itself.</w:t>
      </w:r>
    </w:p>
    <w:p w14:paraId="6C0D1176" w14:textId="77777777" w:rsidR="00AC5EEC" w:rsidRPr="00E4573B" w:rsidRDefault="00000000" w:rsidP="00C37C2C">
      <w:pPr>
        <w:rPr>
          <w:rFonts w:ascii="garamond" w:hAnsi="garamond"/>
          <w:sz w:val="26"/>
          <w:szCs w:val="26"/>
        </w:rPr>
      </w:pPr>
      <w:r w:rsidRPr="00E4573B">
        <w:rPr>
          <w:rFonts w:ascii="garamond" w:hAnsi="garamond"/>
          <w:sz w:val="26"/>
          <w:szCs w:val="26"/>
        </w:rPr>
        <w:t>Hernando was calm in a way that signaled authority without noise — other men waiting for his cues, bodies making space when he stood, the table settling when he sat. I approached slowly, visible but not intrusive, and when I reached him, I made eye contact, extended my hand, and as we shook, placed three hundred-dollar bills into his palm. Not rushed, not apologetic. Deliberate.</w:t>
      </w:r>
    </w:p>
    <w:p w14:paraId="4C63CCDC" w14:textId="77777777" w:rsidR="00AC5EEC" w:rsidRPr="00E4573B" w:rsidRDefault="00000000" w:rsidP="00C37C2C">
      <w:pPr>
        <w:rPr>
          <w:rFonts w:ascii="garamond" w:hAnsi="garamond"/>
          <w:sz w:val="26"/>
          <w:szCs w:val="26"/>
        </w:rPr>
      </w:pPr>
      <w:r w:rsidRPr="00E4573B">
        <w:rPr>
          <w:rFonts w:ascii="garamond" w:hAnsi="garamond"/>
          <w:sz w:val="26"/>
          <w:szCs w:val="26"/>
        </w:rPr>
        <w:t>I said, “Hi, I am Marwan. I think I rode in a limousine with you once. Maybe I am wrong.”</w:t>
      </w:r>
    </w:p>
    <w:p w14:paraId="2BB6EA77" w14:textId="77777777" w:rsidR="00AC5EEC" w:rsidRPr="00E4573B" w:rsidRDefault="00000000" w:rsidP="00C37C2C">
      <w:pPr>
        <w:rPr>
          <w:rFonts w:ascii="garamond" w:hAnsi="garamond"/>
          <w:sz w:val="26"/>
          <w:szCs w:val="26"/>
        </w:rPr>
      </w:pPr>
      <w:r w:rsidRPr="00E4573B">
        <w:rPr>
          <w:rFonts w:ascii="garamond" w:hAnsi="garamond"/>
          <w:sz w:val="26"/>
          <w:szCs w:val="26"/>
        </w:rPr>
        <w:t>His facial expression remained locked for a few seconds, observing me longer than necessary, weighing whether I was stupid or sincere. Then he cracked a smile.</w:t>
      </w:r>
    </w:p>
    <w:p w14:paraId="234DA934" w14:textId="77777777" w:rsidR="00AC5EEC" w:rsidRPr="00E4573B" w:rsidRDefault="00000000" w:rsidP="00C37C2C">
      <w:pPr>
        <w:rPr>
          <w:rFonts w:ascii="garamond" w:hAnsi="garamond"/>
          <w:sz w:val="26"/>
          <w:szCs w:val="26"/>
        </w:rPr>
      </w:pPr>
      <w:r w:rsidRPr="00E4573B">
        <w:rPr>
          <w:rFonts w:ascii="garamond" w:hAnsi="garamond"/>
          <w:sz w:val="26"/>
          <w:szCs w:val="26"/>
        </w:rPr>
        <w:lastRenderedPageBreak/>
        <w:t>Hernando said, “Of course, I remember you. You gave me a good tip. Thanks again, brother.”</w:t>
      </w:r>
    </w:p>
    <w:p w14:paraId="7560FECA" w14:textId="77777777" w:rsidR="00AC5EEC" w:rsidRPr="00E4573B" w:rsidRDefault="00000000" w:rsidP="00C37C2C">
      <w:pPr>
        <w:rPr>
          <w:rFonts w:ascii="garamond" w:hAnsi="garamond"/>
          <w:sz w:val="26"/>
          <w:szCs w:val="26"/>
        </w:rPr>
      </w:pPr>
      <w:r w:rsidRPr="00E4573B">
        <w:rPr>
          <w:rFonts w:ascii="garamond" w:hAnsi="garamond"/>
          <w:sz w:val="26"/>
          <w:szCs w:val="26"/>
        </w:rPr>
        <w:t>Hernando’s posture softened. He accepted me. He introduced himself, then introduced me to his group — one by one, name by name.</w:t>
      </w:r>
    </w:p>
    <w:p w14:paraId="251B6F7D" w14:textId="77777777" w:rsidR="00AC5EEC" w:rsidRPr="00E4573B" w:rsidRDefault="00000000" w:rsidP="00C37C2C">
      <w:pPr>
        <w:rPr>
          <w:rFonts w:ascii="garamond" w:hAnsi="garamond"/>
          <w:sz w:val="26"/>
          <w:szCs w:val="26"/>
        </w:rPr>
      </w:pPr>
      <w:r w:rsidRPr="00E4573B">
        <w:rPr>
          <w:rFonts w:ascii="garamond" w:hAnsi="garamond"/>
          <w:sz w:val="26"/>
          <w:szCs w:val="26"/>
        </w:rPr>
        <w:t>Conversations resumed, but now I was inside Hernando’s circle, not orbiting it.</w:t>
      </w:r>
    </w:p>
    <w:p w14:paraId="2890DBAA" w14:textId="77777777" w:rsidR="00AC5EEC" w:rsidRPr="00E4573B" w:rsidRDefault="00000000" w:rsidP="00C37C2C">
      <w:pPr>
        <w:rPr>
          <w:rFonts w:ascii="garamond" w:hAnsi="garamond"/>
          <w:sz w:val="26"/>
          <w:szCs w:val="26"/>
        </w:rPr>
      </w:pPr>
      <w:r w:rsidRPr="00E4573B">
        <w:rPr>
          <w:rFonts w:ascii="garamond" w:hAnsi="garamond"/>
          <w:sz w:val="26"/>
          <w:szCs w:val="26"/>
        </w:rPr>
        <w:t>By dinner, I was sitting with my new group — mirroring their movements, expressions, laughter, cadence, listening more than speaking. Hernando managed the table effortlessly, directing attention with subtle gestures and positioning himself so I was always within sight. The message was clear.</w:t>
      </w:r>
    </w:p>
    <w:p w14:paraId="5847C6A6" w14:textId="77777777" w:rsidR="00AC5EEC" w:rsidRPr="00E4573B" w:rsidRDefault="00000000" w:rsidP="00C37C2C">
      <w:pPr>
        <w:rPr>
          <w:rFonts w:ascii="garamond" w:hAnsi="garamond"/>
          <w:sz w:val="26"/>
          <w:szCs w:val="26"/>
        </w:rPr>
      </w:pPr>
      <w:r w:rsidRPr="00E4573B">
        <w:rPr>
          <w:rFonts w:ascii="garamond" w:hAnsi="garamond"/>
          <w:sz w:val="26"/>
          <w:szCs w:val="26"/>
        </w:rPr>
        <w:t>In less than an hour, I belonged — protection secured, orientation established, a fragile sense of safety assembled from three hundred dollars and a borrowed story.</w:t>
      </w:r>
    </w:p>
    <w:p w14:paraId="549CA97E" w14:textId="77777777" w:rsidR="00AC5EEC" w:rsidRPr="00E4573B" w:rsidRDefault="00000000" w:rsidP="00C37C2C">
      <w:pPr>
        <w:rPr>
          <w:rFonts w:ascii="garamond" w:hAnsi="garamond"/>
          <w:sz w:val="26"/>
          <w:szCs w:val="26"/>
        </w:rPr>
      </w:pPr>
      <w:r w:rsidRPr="00E4573B">
        <w:rPr>
          <w:rFonts w:ascii="garamond" w:hAnsi="garamond"/>
          <w:sz w:val="26"/>
          <w:szCs w:val="26"/>
        </w:rPr>
        <w:t>Not executive power. Survival. Control of a different kind entirely.</w:t>
      </w:r>
    </w:p>
    <w:p w14:paraId="2EE99E69" w14:textId="536EF683" w:rsidR="00AC5EEC" w:rsidRPr="00E4573B" w:rsidRDefault="00E4573B" w:rsidP="00C37C2C">
      <w:pPr>
        <w:rPr>
          <w:rFonts w:ascii="garamond" w:hAnsi="garamond"/>
          <w:sz w:val="26"/>
          <w:szCs w:val="26"/>
        </w:rPr>
      </w:pPr>
      <w:r w:rsidRPr="00E4573B">
        <w:rPr>
          <w:rFonts w:ascii="garamond" w:hAnsi="garamond"/>
          <w:sz w:val="26"/>
          <w:szCs w:val="26"/>
        </w:rPr>
        <w:br w:type="page"/>
      </w:r>
    </w:p>
    <w:p w14:paraId="5A8654F5" w14:textId="77777777" w:rsidR="00AC5EEC" w:rsidRPr="00E4573B" w:rsidRDefault="00000000" w:rsidP="00C37C2C">
      <w:pPr>
        <w:rPr>
          <w:rFonts w:ascii="garamond" w:hAnsi="garamond"/>
          <w:sz w:val="26"/>
          <w:szCs w:val="26"/>
        </w:rPr>
      </w:pPr>
      <w:r w:rsidRPr="00E4573B">
        <w:rPr>
          <w:rFonts w:ascii="garamond" w:hAnsi="garamond"/>
          <w:b/>
          <w:bCs/>
          <w:sz w:val="26"/>
          <w:szCs w:val="26"/>
        </w:rPr>
        <w:lastRenderedPageBreak/>
        <w:t>CHAPTER 30 — JUNGLE FEVER</w:t>
      </w:r>
      <w:r w:rsidRPr="00E4573B">
        <w:rPr>
          <w:rFonts w:ascii="garamond" w:hAnsi="garamond"/>
          <w:sz w:val="26"/>
          <w:szCs w:val="26"/>
        </w:rPr>
        <w:t xml:space="preserve"> </w:t>
      </w:r>
      <w:r w:rsidRPr="00E4573B">
        <w:rPr>
          <w:rFonts w:ascii="garamond" w:hAnsi="garamond"/>
          <w:sz w:val="26"/>
          <w:szCs w:val="26"/>
        </w:rPr>
        <w:br/>
      </w:r>
      <w:r w:rsidRPr="00E4573B">
        <w:rPr>
          <w:rFonts w:ascii="garamond" w:hAnsi="garamond"/>
          <w:b/>
          <w:bCs/>
          <w:sz w:val="26"/>
          <w:szCs w:val="26"/>
        </w:rPr>
        <w:t>Why Are You In This Joint?</w:t>
      </w:r>
    </w:p>
    <w:p w14:paraId="6E760FF8" w14:textId="77777777" w:rsidR="00AC5EEC" w:rsidRPr="00E4573B" w:rsidRDefault="00000000" w:rsidP="00C37C2C">
      <w:pPr>
        <w:rPr>
          <w:rFonts w:ascii="garamond" w:hAnsi="garamond"/>
          <w:sz w:val="26"/>
          <w:szCs w:val="26"/>
        </w:rPr>
      </w:pPr>
      <w:r w:rsidRPr="00E4573B">
        <w:rPr>
          <w:rFonts w:ascii="garamond" w:hAnsi="garamond"/>
          <w:sz w:val="26"/>
          <w:szCs w:val="26"/>
        </w:rPr>
        <w:t>Bruce, from Alcoholics Anonymous (AA), was our guest speaker for the evening. He walked to the front of the common area and sat behind a folding table beside Ben, his sponsor. The room settled into AA protocol the way a trading floor does when a desk head walks in — not because anyone necessarily believes, but because rules breed survival.</w:t>
      </w:r>
    </w:p>
    <w:p w14:paraId="424F9C8C" w14:textId="5B741240" w:rsidR="00AC5EEC" w:rsidRPr="00E4573B" w:rsidRDefault="00000000" w:rsidP="00C37C2C">
      <w:pPr>
        <w:rPr>
          <w:rFonts w:ascii="garamond" w:hAnsi="garamond"/>
          <w:sz w:val="26"/>
          <w:szCs w:val="26"/>
        </w:rPr>
      </w:pPr>
      <w:r w:rsidRPr="00E4573B">
        <w:rPr>
          <w:rFonts w:ascii="garamond" w:hAnsi="garamond"/>
          <w:sz w:val="26"/>
          <w:szCs w:val="26"/>
        </w:rPr>
        <w:t xml:space="preserve">Ben introduced himself, announced his sobriety — fifteen years and three months — and introduced Bruce. He laid out the rules for listening and sharing experiences. He then passed a basket for the traditional $1 voluntary donations and informed us </w:t>
      </w:r>
      <w:r w:rsidR="00816F17">
        <w:rPr>
          <w:rFonts w:ascii="garamond" w:hAnsi="garamond"/>
          <w:sz w:val="26"/>
          <w:szCs w:val="26"/>
        </w:rPr>
        <w:t>that</w:t>
      </w:r>
      <w:r w:rsidRPr="00E4573B">
        <w:rPr>
          <w:rFonts w:ascii="garamond" w:hAnsi="garamond"/>
          <w:sz w:val="26"/>
          <w:szCs w:val="26"/>
        </w:rPr>
        <w:t xml:space="preserve"> AA literature </w:t>
      </w:r>
      <w:r w:rsidR="00816F17">
        <w:rPr>
          <w:rFonts w:ascii="garamond" w:hAnsi="garamond"/>
          <w:sz w:val="26"/>
          <w:szCs w:val="26"/>
        </w:rPr>
        <w:t xml:space="preserve">was </w:t>
      </w:r>
      <w:r w:rsidRPr="00E4573B">
        <w:rPr>
          <w:rFonts w:ascii="garamond" w:hAnsi="garamond"/>
          <w:sz w:val="26"/>
          <w:szCs w:val="26"/>
        </w:rPr>
        <w:t xml:space="preserve">available </w:t>
      </w:r>
      <w:r w:rsidR="00816F17">
        <w:rPr>
          <w:rFonts w:ascii="garamond" w:hAnsi="garamond"/>
          <w:sz w:val="26"/>
          <w:szCs w:val="26"/>
        </w:rPr>
        <w:t>at</w:t>
      </w:r>
      <w:r w:rsidRPr="00E4573B">
        <w:rPr>
          <w:rFonts w:ascii="garamond" w:hAnsi="garamond"/>
          <w:sz w:val="26"/>
          <w:szCs w:val="26"/>
        </w:rPr>
        <w:t xml:space="preserve"> the back of the room. He then introduced Bruce and passed the floor over to him.</w:t>
      </w:r>
    </w:p>
    <w:p w14:paraId="03357FA7" w14:textId="77777777" w:rsidR="00AC5EEC" w:rsidRPr="00E4573B" w:rsidRDefault="00000000" w:rsidP="00C37C2C">
      <w:pPr>
        <w:rPr>
          <w:rFonts w:ascii="garamond" w:hAnsi="garamond"/>
          <w:sz w:val="26"/>
          <w:szCs w:val="26"/>
        </w:rPr>
      </w:pPr>
      <w:r w:rsidRPr="00E4573B">
        <w:rPr>
          <w:rFonts w:ascii="garamond" w:hAnsi="garamond"/>
          <w:sz w:val="26"/>
          <w:szCs w:val="26"/>
        </w:rPr>
        <w:t>"Hi. My name is Bruce, and I'm a recovering alcoholic. Next month, I will be three years sober, and I owe much of that to AA — and to Ben, my sponsor, equally." He leaned over and hugged Ben. We welcomed Bruce by name and applauded.</w:t>
      </w:r>
    </w:p>
    <w:p w14:paraId="366EE683" w14:textId="77777777" w:rsidR="00AC5EEC" w:rsidRPr="00E4573B" w:rsidRDefault="00000000" w:rsidP="00C37C2C">
      <w:pPr>
        <w:rPr>
          <w:rFonts w:ascii="garamond" w:hAnsi="garamond"/>
          <w:sz w:val="26"/>
          <w:szCs w:val="26"/>
        </w:rPr>
      </w:pPr>
      <w:r w:rsidRPr="00E4573B">
        <w:rPr>
          <w:rFonts w:ascii="garamond" w:hAnsi="garamond"/>
          <w:sz w:val="26"/>
          <w:szCs w:val="26"/>
        </w:rPr>
        <w:t>Bruce's story was simple in structure and brutal in outcome: a marriage dissolved, a DWI, jail, a job lost, friends gone, homeless, ready to jump in front of a subway train — until fear stopped him. Someone mentioned AA, and that casual sentence became the rope. He didn't dramatize it. That made it worse.</w:t>
      </w:r>
    </w:p>
    <w:p w14:paraId="578DF5F3" w14:textId="5558B4D5" w:rsidR="00AC5EEC" w:rsidRPr="00E4573B" w:rsidRDefault="00000000" w:rsidP="00C37C2C">
      <w:pPr>
        <w:rPr>
          <w:rFonts w:ascii="garamond" w:hAnsi="garamond"/>
          <w:sz w:val="26"/>
          <w:szCs w:val="26"/>
        </w:rPr>
      </w:pPr>
      <w:r w:rsidRPr="00E4573B">
        <w:rPr>
          <w:rFonts w:ascii="garamond" w:hAnsi="garamond"/>
          <w:sz w:val="26"/>
          <w:szCs w:val="26"/>
        </w:rPr>
        <w:t>I didn't relate to Bruce, and that unsettled me more than his story did. He sounded like a cautionary tale for someone else — someone weaker, with fewer options. Then the thought I tried to avoid surfaced anyway: most people here had once believed that.</w:t>
      </w:r>
    </w:p>
    <w:p w14:paraId="7C214B42" w14:textId="77777777" w:rsidR="00AC5EEC" w:rsidRPr="00E4573B" w:rsidRDefault="00000000" w:rsidP="00C37C2C">
      <w:pPr>
        <w:rPr>
          <w:rFonts w:ascii="garamond" w:hAnsi="garamond"/>
          <w:sz w:val="26"/>
          <w:szCs w:val="26"/>
        </w:rPr>
      </w:pPr>
      <w:r w:rsidRPr="00E4573B">
        <w:rPr>
          <w:rFonts w:ascii="garamond" w:hAnsi="garamond"/>
          <w:sz w:val="26"/>
          <w:szCs w:val="26"/>
        </w:rPr>
        <w:t>The basket came around. I reached into my back pocket and felt the crisp edges of fifties and hundreds. No one-dollar bills. Hernando leaned toward me without turning his head.</w:t>
      </w:r>
    </w:p>
    <w:p w14:paraId="245116F8" w14:textId="3535C594" w:rsidR="00AC5EEC" w:rsidRPr="00E4573B" w:rsidRDefault="00000000" w:rsidP="00C37C2C">
      <w:pPr>
        <w:rPr>
          <w:rFonts w:ascii="garamond" w:hAnsi="garamond"/>
          <w:sz w:val="26"/>
          <w:szCs w:val="26"/>
        </w:rPr>
      </w:pPr>
      <w:r w:rsidRPr="00E4573B">
        <w:rPr>
          <w:rFonts w:ascii="garamond" w:hAnsi="garamond"/>
          <w:sz w:val="26"/>
          <w:szCs w:val="26"/>
        </w:rPr>
        <w:t>"Forget it if you don't have change," he said softly. I smiled and passed the basket. The correction wasn't threatening.</w:t>
      </w:r>
    </w:p>
    <w:p w14:paraId="55EAE276" w14:textId="77777777" w:rsidR="00AC5EEC" w:rsidRPr="00E4573B" w:rsidRDefault="00000000" w:rsidP="00C37C2C">
      <w:pPr>
        <w:rPr>
          <w:rFonts w:ascii="garamond" w:hAnsi="garamond"/>
          <w:sz w:val="26"/>
          <w:szCs w:val="26"/>
        </w:rPr>
      </w:pPr>
      <w:r w:rsidRPr="00E4573B">
        <w:rPr>
          <w:rFonts w:ascii="garamond" w:hAnsi="garamond"/>
          <w:sz w:val="26"/>
          <w:szCs w:val="26"/>
        </w:rPr>
        <w:t>It was an instruction in his jungle: don't flash your difference. Don't try to buy your way out of discomfort.</w:t>
      </w:r>
    </w:p>
    <w:p w14:paraId="2EFEB5D0" w14:textId="77777777" w:rsidR="00AC5EEC" w:rsidRPr="00E4573B" w:rsidRDefault="00000000" w:rsidP="00C37C2C">
      <w:pPr>
        <w:rPr>
          <w:rFonts w:ascii="garamond" w:hAnsi="garamond"/>
          <w:sz w:val="26"/>
          <w:szCs w:val="26"/>
        </w:rPr>
      </w:pPr>
      <w:r w:rsidRPr="00E4573B">
        <w:rPr>
          <w:rFonts w:ascii="garamond" w:hAnsi="garamond"/>
          <w:sz w:val="26"/>
          <w:szCs w:val="26"/>
        </w:rPr>
        <w:t>At the end, we stood in a circle, held hands, and recited the Serenity Prayer. I held Hernando's left hand and Pepe's right hand.</w:t>
      </w:r>
    </w:p>
    <w:p w14:paraId="7C91CA72" w14:textId="77777777" w:rsidR="00AC5EEC" w:rsidRPr="00C969FB" w:rsidRDefault="00000000" w:rsidP="00C37C2C">
      <w:pPr>
        <w:rPr>
          <w:rFonts w:ascii="garamond" w:hAnsi="garamond" w:cstheme="minorHAnsi"/>
          <w:sz w:val="26"/>
          <w:szCs w:val="26"/>
        </w:rPr>
      </w:pPr>
      <w:r w:rsidRPr="00003BEC">
        <w:rPr>
          <w:rFonts w:asciiTheme="minorHAnsi" w:hAnsiTheme="minorHAnsi" w:cstheme="minorHAnsi"/>
          <w:sz w:val="26"/>
          <w:szCs w:val="26"/>
        </w:rPr>
        <w:lastRenderedPageBreak/>
        <w:t>"</w:t>
      </w:r>
      <w:r w:rsidRPr="00C969FB">
        <w:rPr>
          <w:rFonts w:ascii="garamond" w:hAnsi="garamond" w:cstheme="minorHAnsi"/>
          <w:sz w:val="26"/>
          <w:szCs w:val="26"/>
        </w:rPr>
        <w:t>God, grant me the serenity to accept the things I cannot change, the courage to change the things I can, and the wisdom to know the difference."</w:t>
      </w:r>
    </w:p>
    <w:p w14:paraId="0010681C" w14:textId="1C377F03" w:rsidR="00AC5EEC" w:rsidRPr="00C969FB" w:rsidRDefault="00000000" w:rsidP="00C37C2C">
      <w:pPr>
        <w:rPr>
          <w:rFonts w:ascii="garamond" w:hAnsi="garamond" w:cstheme="minorHAnsi"/>
          <w:color w:val="000000" w:themeColor="text1"/>
          <w:sz w:val="26"/>
          <w:szCs w:val="26"/>
        </w:rPr>
      </w:pPr>
      <w:r w:rsidRPr="00C969FB">
        <w:rPr>
          <w:rFonts w:ascii="garamond" w:hAnsi="garamond" w:cstheme="minorHAnsi"/>
          <w:sz w:val="26"/>
          <w:szCs w:val="26"/>
        </w:rPr>
        <w:t xml:space="preserve">After the prayer, we lifted our arms and pumped our fists, chanting, </w:t>
      </w:r>
      <w:r w:rsidRPr="00C969FB">
        <w:rPr>
          <w:rFonts w:ascii="garamond" w:hAnsi="garamond" w:cstheme="minorHAnsi"/>
          <w:color w:val="000000" w:themeColor="text1"/>
          <w:sz w:val="26"/>
          <w:szCs w:val="26"/>
        </w:rPr>
        <w:t>“Keep coming back</w:t>
      </w:r>
      <w:r w:rsidR="00816F17">
        <w:rPr>
          <w:rFonts w:ascii="garamond" w:hAnsi="garamond" w:cstheme="minorHAnsi"/>
          <w:color w:val="000000" w:themeColor="text1"/>
          <w:sz w:val="26"/>
          <w:szCs w:val="26"/>
        </w:rPr>
        <w:t>;</w:t>
      </w:r>
      <w:r w:rsidRPr="00C969FB">
        <w:rPr>
          <w:rFonts w:ascii="garamond" w:hAnsi="garamond" w:cstheme="minorHAnsi"/>
          <w:color w:val="000000" w:themeColor="text1"/>
          <w:sz w:val="26"/>
          <w:szCs w:val="26"/>
        </w:rPr>
        <w:t xml:space="preserve"> it works if you work it.”</w:t>
      </w:r>
    </w:p>
    <w:p w14:paraId="1076B4D8" w14:textId="77777777" w:rsidR="00AC5EEC" w:rsidRPr="00C969FB" w:rsidRDefault="00000000" w:rsidP="00C37C2C">
      <w:pPr>
        <w:rPr>
          <w:rFonts w:ascii="garamond" w:hAnsi="garamond" w:cstheme="minorHAnsi"/>
          <w:sz w:val="26"/>
          <w:szCs w:val="26"/>
        </w:rPr>
      </w:pPr>
      <w:r w:rsidRPr="00C969FB">
        <w:rPr>
          <w:rFonts w:ascii="garamond" w:hAnsi="garamond" w:cstheme="minorHAnsi"/>
          <w:sz w:val="26"/>
          <w:szCs w:val="26"/>
        </w:rPr>
        <w:t>At the end, I made a point of embracing each of our eight guys by name. Hernando noticed. On that floor, names mattered more than credentials.</w:t>
      </w:r>
    </w:p>
    <w:p w14:paraId="35047E90" w14:textId="6CC92BB4" w:rsidR="00AC5EEC" w:rsidRPr="00C969FB" w:rsidRDefault="00000000" w:rsidP="00C37C2C">
      <w:pPr>
        <w:rPr>
          <w:rFonts w:ascii="garamond" w:hAnsi="garamond" w:cstheme="minorHAnsi"/>
          <w:sz w:val="26"/>
          <w:szCs w:val="26"/>
        </w:rPr>
      </w:pPr>
      <w:r w:rsidRPr="00C969FB">
        <w:rPr>
          <w:rFonts w:ascii="garamond" w:hAnsi="garamond" w:cstheme="minorHAnsi"/>
          <w:sz w:val="26"/>
          <w:szCs w:val="26"/>
        </w:rPr>
        <w:t>I bid my t</w:t>
      </w:r>
      <w:r w:rsidR="004B071B" w:rsidRPr="00C969FB">
        <w:rPr>
          <w:rFonts w:ascii="garamond" w:hAnsi="garamond" w:cstheme="minorHAnsi"/>
          <w:sz w:val="26"/>
          <w:szCs w:val="26"/>
        </w:rPr>
        <w:t>eam</w:t>
      </w:r>
      <w:r w:rsidRPr="00C969FB">
        <w:rPr>
          <w:rFonts w:ascii="garamond" w:hAnsi="garamond" w:cstheme="minorHAnsi"/>
          <w:sz w:val="26"/>
          <w:szCs w:val="26"/>
        </w:rPr>
        <w:t xml:space="preserve"> goodnight, and I returned to my room around 10:00 p.m. The conscious roommate looked up. "So, where do you know Hernando from, man? My name is Joe."</w:t>
      </w:r>
    </w:p>
    <w:p w14:paraId="0878355F" w14:textId="77777777" w:rsidR="00AC5EEC" w:rsidRPr="00C969FB" w:rsidRDefault="00000000" w:rsidP="00C37C2C">
      <w:pPr>
        <w:rPr>
          <w:rFonts w:ascii="garamond" w:hAnsi="garamond" w:cstheme="minorHAnsi"/>
          <w:sz w:val="26"/>
          <w:szCs w:val="26"/>
        </w:rPr>
      </w:pPr>
      <w:r w:rsidRPr="00C969FB">
        <w:rPr>
          <w:rFonts w:ascii="garamond" w:hAnsi="garamond" w:cstheme="minorHAnsi"/>
          <w:sz w:val="26"/>
          <w:szCs w:val="26"/>
        </w:rPr>
        <w:t>Joe, who had ignored me earlier, suddenly wanted a late-night conversation because he found out I knew Hernando. By now, I had a better feel for Saint Vincent's unspoken rules.</w:t>
      </w:r>
    </w:p>
    <w:p w14:paraId="06A443C3" w14:textId="77777777" w:rsidR="00AC5EEC" w:rsidRPr="00C969FB" w:rsidRDefault="00000000" w:rsidP="00C37C2C">
      <w:pPr>
        <w:rPr>
          <w:rFonts w:ascii="garamond" w:hAnsi="garamond" w:cstheme="minorHAnsi"/>
          <w:sz w:val="26"/>
          <w:szCs w:val="26"/>
        </w:rPr>
      </w:pPr>
      <w:r w:rsidRPr="00C969FB">
        <w:rPr>
          <w:rFonts w:ascii="garamond" w:hAnsi="garamond" w:cstheme="minorHAnsi"/>
          <w:sz w:val="26"/>
          <w:szCs w:val="26"/>
        </w:rPr>
        <w:t>"Shut up," I said.</w:t>
      </w:r>
    </w:p>
    <w:p w14:paraId="66C83B2F" w14:textId="77777777" w:rsidR="00AC5EEC" w:rsidRPr="00C969FB" w:rsidRDefault="00000000" w:rsidP="00C37C2C">
      <w:pPr>
        <w:rPr>
          <w:rFonts w:ascii="garamond" w:hAnsi="garamond" w:cstheme="minorHAnsi"/>
          <w:sz w:val="26"/>
          <w:szCs w:val="26"/>
        </w:rPr>
      </w:pPr>
      <w:r w:rsidRPr="00C969FB">
        <w:rPr>
          <w:rFonts w:ascii="garamond" w:hAnsi="garamond" w:cstheme="minorHAnsi"/>
          <w:sz w:val="26"/>
          <w:szCs w:val="26"/>
        </w:rPr>
        <w:t>Joe blinked, then tried again. "I'm wiped out. I'm a heroin addict. The white guy across from me is Jack — he's into H, too."</w:t>
      </w:r>
    </w:p>
    <w:p w14:paraId="2A936A22" w14:textId="77777777" w:rsidR="00AC5EEC" w:rsidRPr="00C969FB" w:rsidRDefault="00000000" w:rsidP="00C37C2C">
      <w:pPr>
        <w:rPr>
          <w:rFonts w:ascii="garamond" w:hAnsi="garamond" w:cstheme="minorHAnsi"/>
          <w:sz w:val="26"/>
          <w:szCs w:val="26"/>
        </w:rPr>
      </w:pPr>
      <w:r w:rsidRPr="00C969FB">
        <w:rPr>
          <w:rFonts w:ascii="garamond" w:hAnsi="garamond" w:cstheme="minorHAnsi"/>
          <w:sz w:val="26"/>
          <w:szCs w:val="26"/>
        </w:rPr>
        <w:t>"Shut up," I said again.</w:t>
      </w:r>
    </w:p>
    <w:p w14:paraId="745B535E" w14:textId="77777777" w:rsidR="00AC5EEC" w:rsidRPr="00C969FB" w:rsidRDefault="00000000" w:rsidP="00C37C2C">
      <w:pPr>
        <w:rPr>
          <w:rFonts w:ascii="garamond" w:hAnsi="garamond" w:cstheme="minorHAnsi"/>
          <w:sz w:val="26"/>
          <w:szCs w:val="26"/>
        </w:rPr>
      </w:pPr>
      <w:r w:rsidRPr="00C969FB">
        <w:rPr>
          <w:rFonts w:ascii="garamond" w:hAnsi="garamond" w:cstheme="minorHAnsi"/>
          <w:sz w:val="26"/>
          <w:szCs w:val="26"/>
        </w:rPr>
        <w:t>The lights went out at 10:30 p.m. sharp. Jack never spoke. He snored intermittently, as if warming up a chainsaw. Sleep didn't come easily. Even with Hernando's protection, the place felt exposed. I repeated the words of the Serenity Prayer as a placeholder for something sturdier.</w:t>
      </w:r>
    </w:p>
    <w:p w14:paraId="6E9A461D" w14:textId="77777777" w:rsidR="00AC5EEC" w:rsidRPr="00E4573B" w:rsidRDefault="00000000" w:rsidP="00C37C2C">
      <w:pPr>
        <w:rPr>
          <w:rFonts w:ascii="garamond" w:hAnsi="garamond"/>
          <w:sz w:val="26"/>
          <w:szCs w:val="26"/>
        </w:rPr>
      </w:pPr>
      <w:r w:rsidRPr="00E4573B">
        <w:rPr>
          <w:rFonts w:ascii="garamond" w:hAnsi="garamond"/>
          <w:sz w:val="26"/>
          <w:szCs w:val="26"/>
        </w:rPr>
        <w:t>Around 3:00 a.m., I woke with the unmistakable sense that someone was watching me. The room was dark, thick with breathing and snoring. A man in a wheelchair sat a few feet away — motionless, staring at me.</w:t>
      </w:r>
    </w:p>
    <w:p w14:paraId="2F80C83D" w14:textId="77777777" w:rsidR="00AC5EEC" w:rsidRPr="00E4573B" w:rsidRDefault="00000000" w:rsidP="00C37C2C">
      <w:pPr>
        <w:rPr>
          <w:rFonts w:ascii="garamond" w:hAnsi="garamond"/>
          <w:sz w:val="26"/>
          <w:szCs w:val="26"/>
        </w:rPr>
      </w:pPr>
      <w:r w:rsidRPr="00E4573B">
        <w:rPr>
          <w:rFonts w:ascii="garamond" w:hAnsi="garamond"/>
          <w:sz w:val="26"/>
          <w:szCs w:val="26"/>
        </w:rPr>
        <w:t>"I'm sorry to disturb you. I am Bob. I can't sleep. I feel comfortable rolling around and watching people sleep. It relaxes me."</w:t>
      </w:r>
    </w:p>
    <w:p w14:paraId="7A8E8FD1" w14:textId="77777777" w:rsidR="00AC5EEC" w:rsidRPr="00E4573B" w:rsidRDefault="00000000" w:rsidP="00C37C2C">
      <w:pPr>
        <w:rPr>
          <w:rFonts w:ascii="garamond" w:hAnsi="garamond"/>
          <w:sz w:val="26"/>
          <w:szCs w:val="26"/>
        </w:rPr>
      </w:pPr>
      <w:r w:rsidRPr="00E4573B">
        <w:rPr>
          <w:rFonts w:ascii="garamond" w:hAnsi="garamond"/>
          <w:sz w:val="26"/>
          <w:szCs w:val="26"/>
        </w:rPr>
        <w:t>Bob explained he'd been admitted several times over the past five years, as if describing a frequent flyer program. He told me he was homeless and HIV-positive.</w:t>
      </w:r>
    </w:p>
    <w:p w14:paraId="4A3045F4" w14:textId="77777777" w:rsidR="00AC5EEC" w:rsidRPr="00E4573B" w:rsidRDefault="00000000" w:rsidP="00C37C2C">
      <w:pPr>
        <w:rPr>
          <w:rFonts w:ascii="garamond" w:hAnsi="garamond"/>
          <w:sz w:val="26"/>
          <w:szCs w:val="26"/>
        </w:rPr>
      </w:pPr>
      <w:r w:rsidRPr="00E4573B">
        <w:rPr>
          <w:rFonts w:ascii="garamond" w:hAnsi="garamond"/>
          <w:sz w:val="26"/>
          <w:szCs w:val="26"/>
        </w:rPr>
        <w:t>When he asked what I was there for, I said, "Bob, I am Marwan. We are all here for one reason or another. I would rather not discuss my malady. By the way, I am claustrophobic. Perhaps you should return to your bed and try to relax."</w:t>
      </w:r>
    </w:p>
    <w:p w14:paraId="38F8733D" w14:textId="77777777" w:rsidR="00AC5EEC" w:rsidRPr="00E4573B" w:rsidRDefault="00000000" w:rsidP="00C37C2C">
      <w:pPr>
        <w:rPr>
          <w:rFonts w:ascii="garamond" w:hAnsi="garamond"/>
          <w:sz w:val="26"/>
          <w:szCs w:val="26"/>
        </w:rPr>
      </w:pPr>
      <w:r w:rsidRPr="00E4573B">
        <w:rPr>
          <w:rFonts w:ascii="garamond" w:hAnsi="garamond"/>
          <w:sz w:val="26"/>
          <w:szCs w:val="26"/>
        </w:rPr>
        <w:lastRenderedPageBreak/>
        <w:t>"Apologies for asking. Good night and see you tomorrow."</w:t>
      </w:r>
    </w:p>
    <w:p w14:paraId="2E69BD95" w14:textId="77777777" w:rsidR="00AC5EEC" w:rsidRPr="00E4573B" w:rsidRDefault="00000000" w:rsidP="00C37C2C">
      <w:pPr>
        <w:rPr>
          <w:rFonts w:ascii="garamond" w:hAnsi="garamond"/>
          <w:sz w:val="26"/>
          <w:szCs w:val="26"/>
        </w:rPr>
      </w:pPr>
      <w:r w:rsidRPr="00E4573B">
        <w:rPr>
          <w:rFonts w:ascii="garamond" w:hAnsi="garamond"/>
          <w:sz w:val="26"/>
          <w:szCs w:val="26"/>
        </w:rPr>
        <w:t>As he spun his wheelchair around, I saw he was in a hospital gown.</w:t>
      </w:r>
    </w:p>
    <w:p w14:paraId="299ACF7A" w14:textId="77777777" w:rsidR="00AC5EEC" w:rsidRPr="00E4573B" w:rsidRDefault="00000000" w:rsidP="00C37C2C">
      <w:pPr>
        <w:rPr>
          <w:rFonts w:ascii="garamond" w:hAnsi="garamond"/>
          <w:sz w:val="26"/>
          <w:szCs w:val="26"/>
        </w:rPr>
      </w:pPr>
      <w:r w:rsidRPr="00E4573B">
        <w:rPr>
          <w:rFonts w:ascii="garamond" w:hAnsi="garamond"/>
          <w:sz w:val="26"/>
          <w:szCs w:val="26"/>
        </w:rPr>
        <w:t>I asked Bob if he had any clothes. He said he didn't — but that the hospital would provide some in the morning. "The facility over here is amazing," he added, without irony.</w:t>
      </w:r>
    </w:p>
    <w:p w14:paraId="331646B3" w14:textId="77777777" w:rsidR="00AC5EEC" w:rsidRPr="00E4573B" w:rsidRDefault="00000000" w:rsidP="00C37C2C">
      <w:pPr>
        <w:rPr>
          <w:rFonts w:ascii="garamond" w:hAnsi="garamond"/>
          <w:sz w:val="26"/>
          <w:szCs w:val="26"/>
        </w:rPr>
      </w:pPr>
      <w:r w:rsidRPr="00E4573B">
        <w:rPr>
          <w:rFonts w:ascii="garamond" w:hAnsi="garamond"/>
          <w:sz w:val="26"/>
          <w:szCs w:val="26"/>
        </w:rPr>
        <w:t>As he got into bed, I lay wide awake — not angry at him but shaken by how thin the wall was between my life and his.</w:t>
      </w:r>
    </w:p>
    <w:p w14:paraId="78A31086" w14:textId="77777777" w:rsidR="00AC5EEC" w:rsidRPr="00E4573B" w:rsidRDefault="00000000" w:rsidP="00C37C2C">
      <w:pPr>
        <w:rPr>
          <w:rFonts w:ascii="garamond" w:hAnsi="garamond"/>
          <w:sz w:val="26"/>
          <w:szCs w:val="26"/>
        </w:rPr>
      </w:pPr>
      <w:r w:rsidRPr="00E4573B">
        <w:rPr>
          <w:rFonts w:ascii="garamond" w:hAnsi="garamond"/>
          <w:sz w:val="26"/>
          <w:szCs w:val="26"/>
        </w:rPr>
        <w:t>Joe woke up suddenly. "Is Bob here, man?"</w:t>
      </w:r>
    </w:p>
    <w:p w14:paraId="22BDDA2B" w14:textId="77777777" w:rsidR="00AC5EEC" w:rsidRPr="00E4573B" w:rsidRDefault="00000000" w:rsidP="00C37C2C">
      <w:pPr>
        <w:rPr>
          <w:rFonts w:ascii="garamond" w:hAnsi="garamond"/>
          <w:sz w:val="26"/>
          <w:szCs w:val="26"/>
        </w:rPr>
      </w:pPr>
      <w:r w:rsidRPr="00E4573B">
        <w:rPr>
          <w:rFonts w:ascii="garamond" w:hAnsi="garamond"/>
          <w:sz w:val="26"/>
          <w:szCs w:val="26"/>
        </w:rPr>
        <w:t>"Hi Joe," Bob said.</w:t>
      </w:r>
    </w:p>
    <w:p w14:paraId="68677644" w14:textId="77777777" w:rsidR="00AC5EEC" w:rsidRPr="00E4573B" w:rsidRDefault="00000000" w:rsidP="00C37C2C">
      <w:pPr>
        <w:rPr>
          <w:rFonts w:ascii="garamond" w:hAnsi="garamond"/>
          <w:sz w:val="26"/>
          <w:szCs w:val="26"/>
        </w:rPr>
      </w:pPr>
      <w:r w:rsidRPr="00E4573B">
        <w:rPr>
          <w:rFonts w:ascii="garamond" w:hAnsi="garamond"/>
          <w:sz w:val="26"/>
          <w:szCs w:val="26"/>
        </w:rPr>
        <w:t>"Hey Bob, how've you been?"</w:t>
      </w:r>
    </w:p>
    <w:p w14:paraId="6430F5F4" w14:textId="77777777" w:rsidR="00AC5EEC" w:rsidRPr="00E4573B" w:rsidRDefault="00000000" w:rsidP="00C37C2C">
      <w:pPr>
        <w:rPr>
          <w:rFonts w:ascii="garamond" w:hAnsi="garamond"/>
          <w:sz w:val="26"/>
          <w:szCs w:val="26"/>
        </w:rPr>
      </w:pPr>
      <w:r w:rsidRPr="00E4573B">
        <w:rPr>
          <w:rFonts w:ascii="garamond" w:hAnsi="garamond"/>
          <w:sz w:val="26"/>
          <w:szCs w:val="26"/>
        </w:rPr>
        <w:t>"Not too well these past five days. It’s too hot outside. I'm happy to be back."</w:t>
      </w:r>
    </w:p>
    <w:p w14:paraId="45587705" w14:textId="77777777" w:rsidR="00AC5EEC" w:rsidRPr="00E4573B" w:rsidRDefault="00000000" w:rsidP="00C37C2C">
      <w:pPr>
        <w:rPr>
          <w:rFonts w:ascii="garamond" w:hAnsi="garamond"/>
          <w:sz w:val="26"/>
          <w:szCs w:val="26"/>
        </w:rPr>
      </w:pPr>
      <w:r w:rsidRPr="00E4573B">
        <w:rPr>
          <w:rFonts w:ascii="garamond" w:hAnsi="garamond"/>
          <w:sz w:val="26"/>
          <w:szCs w:val="26"/>
        </w:rPr>
        <w:t>“Welcome back, brother.”</w:t>
      </w:r>
    </w:p>
    <w:p w14:paraId="6DDACB70" w14:textId="77777777" w:rsidR="00AC5EEC" w:rsidRPr="00E4573B" w:rsidRDefault="00000000" w:rsidP="00C37C2C">
      <w:pPr>
        <w:rPr>
          <w:rFonts w:ascii="garamond" w:hAnsi="garamond"/>
          <w:sz w:val="26"/>
          <w:szCs w:val="26"/>
        </w:rPr>
      </w:pPr>
      <w:r w:rsidRPr="00E4573B">
        <w:rPr>
          <w:rFonts w:ascii="garamond" w:hAnsi="garamond"/>
          <w:sz w:val="26"/>
          <w:szCs w:val="26"/>
        </w:rPr>
        <w:t>It sounded like a reunion.</w:t>
      </w:r>
    </w:p>
    <w:p w14:paraId="7DBB729B" w14:textId="60C5DBEB" w:rsidR="00AC5EEC" w:rsidRPr="00E4573B" w:rsidRDefault="00000000" w:rsidP="00C37C2C">
      <w:pPr>
        <w:rPr>
          <w:rFonts w:ascii="garamond" w:hAnsi="garamond"/>
          <w:sz w:val="26"/>
          <w:szCs w:val="26"/>
        </w:rPr>
      </w:pPr>
      <w:r w:rsidRPr="00E4573B">
        <w:rPr>
          <w:rFonts w:ascii="garamond" w:hAnsi="garamond"/>
          <w:sz w:val="26"/>
          <w:szCs w:val="26"/>
        </w:rPr>
        <w:t>The rest of the night was a battle against noise and proximity. All three roommates snored — unsynchronized, loud, and irregular. I tried whistling, tongue-clicking, snapping fingers, and intermittent clapping. Nothing worked. I was defeated and unexpectedly homesick — not for my air-conditioned apartment, but for something specific: my brother Walid's snoring and the way I had learned to shut it down after twenty years of practice.</w:t>
      </w:r>
    </w:p>
    <w:p w14:paraId="1B28AC4E" w14:textId="77777777" w:rsidR="00AC5EEC" w:rsidRPr="00E4573B" w:rsidRDefault="00000000" w:rsidP="00C37C2C">
      <w:pPr>
        <w:rPr>
          <w:rFonts w:ascii="garamond" w:hAnsi="garamond"/>
          <w:sz w:val="26"/>
          <w:szCs w:val="26"/>
        </w:rPr>
      </w:pPr>
      <w:r w:rsidRPr="00E4573B">
        <w:rPr>
          <w:rFonts w:ascii="garamond" w:hAnsi="garamond"/>
          <w:sz w:val="26"/>
          <w:szCs w:val="26"/>
        </w:rPr>
        <w:t>I woke up at six and showered. I left clean clothes folded neatly on Bob's bed. He thanked me.</w:t>
      </w:r>
    </w:p>
    <w:p w14:paraId="0266F9E4" w14:textId="77777777" w:rsidR="00AC5EEC" w:rsidRPr="00E4573B" w:rsidRDefault="00000000" w:rsidP="00C37C2C">
      <w:pPr>
        <w:rPr>
          <w:rFonts w:ascii="garamond" w:hAnsi="garamond"/>
          <w:sz w:val="26"/>
          <w:szCs w:val="26"/>
        </w:rPr>
      </w:pPr>
      <w:r w:rsidRPr="00E4573B">
        <w:rPr>
          <w:rFonts w:ascii="garamond" w:hAnsi="garamond"/>
          <w:sz w:val="26"/>
          <w:szCs w:val="26"/>
        </w:rPr>
        <w:t>Joe asked for a shirt. I told him to shut up.</w:t>
      </w:r>
    </w:p>
    <w:p w14:paraId="438D533B" w14:textId="77777777" w:rsidR="00AC5EEC" w:rsidRPr="00E4573B" w:rsidRDefault="00000000" w:rsidP="00C37C2C">
      <w:pPr>
        <w:rPr>
          <w:rFonts w:ascii="garamond" w:hAnsi="garamond"/>
          <w:sz w:val="26"/>
          <w:szCs w:val="26"/>
        </w:rPr>
      </w:pPr>
      <w:r w:rsidRPr="00E4573B">
        <w:rPr>
          <w:rFonts w:ascii="garamond" w:hAnsi="garamond"/>
          <w:sz w:val="26"/>
          <w:szCs w:val="26"/>
        </w:rPr>
        <w:t>Dr. Dunn arrived at 8:30 a.m. He flipped through my chart without looking at me. When I said I might be ready to leave in a few days, he looked up. "Mr. Marshi, addiction is a lifelong disease, not an episode to be scheduled around. My opinion is that you should undergo a full detoxification program and the standard four-week rehab therapy."</w:t>
      </w:r>
    </w:p>
    <w:p w14:paraId="1FBEC924" w14:textId="77777777" w:rsidR="00AC5EEC" w:rsidRPr="00E4573B" w:rsidRDefault="00000000" w:rsidP="00C37C2C">
      <w:pPr>
        <w:rPr>
          <w:rFonts w:ascii="garamond" w:hAnsi="garamond"/>
          <w:sz w:val="26"/>
          <w:szCs w:val="26"/>
        </w:rPr>
      </w:pPr>
      <w:r w:rsidRPr="00E4573B">
        <w:rPr>
          <w:rFonts w:ascii="garamond" w:hAnsi="garamond"/>
          <w:sz w:val="26"/>
          <w:szCs w:val="26"/>
        </w:rPr>
        <w:lastRenderedPageBreak/>
        <w:t>In my world, a phone call could solve most problems. Dunn spoke as if time, money, and influence were irrelevant. He didn't negotiate. He didn't have to. His sole focus appeared to be maintaining his upper hand with patients. And there I was, without my phone, without my computer, without Nancy — trying to have a conversation with a man who had located my helplessness and used it to steady himself.</w:t>
      </w:r>
    </w:p>
    <w:p w14:paraId="7537383A" w14:textId="77777777" w:rsidR="00AC5EEC" w:rsidRPr="00E4573B" w:rsidRDefault="00000000" w:rsidP="00C37C2C">
      <w:pPr>
        <w:rPr>
          <w:rFonts w:ascii="garamond" w:hAnsi="garamond"/>
          <w:sz w:val="26"/>
          <w:szCs w:val="26"/>
        </w:rPr>
      </w:pPr>
      <w:r w:rsidRPr="00E4573B">
        <w:rPr>
          <w:rFonts w:ascii="garamond" w:hAnsi="garamond"/>
          <w:sz w:val="26"/>
          <w:szCs w:val="26"/>
        </w:rPr>
        <w:t>At midday, I had lunch alone with Hernando. He had been to Saint Vincent's four times. He knew the floor the way a veteran knows a theater of war — not from the manual, but from the memory of having survived it. Without his gang, he was friendly and affable, building up slowly, describing the place first, its rhythms, its unwritten rules, before easing into something more personal.</w:t>
      </w:r>
    </w:p>
    <w:p w14:paraId="6274F437" w14:textId="77777777" w:rsidR="00AC5EEC" w:rsidRPr="00E4573B" w:rsidRDefault="00000000" w:rsidP="00C37C2C">
      <w:pPr>
        <w:rPr>
          <w:rFonts w:ascii="garamond" w:hAnsi="garamond"/>
          <w:sz w:val="26"/>
          <w:szCs w:val="26"/>
        </w:rPr>
      </w:pPr>
      <w:r w:rsidRPr="00E4573B">
        <w:rPr>
          <w:rFonts w:ascii="garamond" w:hAnsi="garamond"/>
          <w:sz w:val="26"/>
          <w:szCs w:val="26"/>
        </w:rPr>
        <w:t>"It's not my business," he said, "but why are you in this joint?" Not what are you here for — why this environment? There are many other places that would fit you better.</w:t>
      </w:r>
    </w:p>
    <w:p w14:paraId="3BC9D871" w14:textId="754147D9" w:rsidR="00AC5EEC" w:rsidRPr="00E4573B" w:rsidRDefault="00000000" w:rsidP="00C37C2C">
      <w:pPr>
        <w:rPr>
          <w:rFonts w:ascii="garamond" w:hAnsi="garamond"/>
          <w:sz w:val="26"/>
          <w:szCs w:val="26"/>
        </w:rPr>
      </w:pPr>
      <w:r w:rsidRPr="00E4573B">
        <w:rPr>
          <w:rFonts w:ascii="garamond" w:hAnsi="garamond"/>
          <w:sz w:val="26"/>
          <w:szCs w:val="26"/>
        </w:rPr>
        <w:t>I told him straight</w:t>
      </w:r>
      <w:r w:rsidR="001D61F4">
        <w:rPr>
          <w:rFonts w:ascii="garamond" w:hAnsi="garamond"/>
          <w:sz w:val="26"/>
          <w:szCs w:val="26"/>
        </w:rPr>
        <w:t>, “</w:t>
      </w:r>
      <w:r w:rsidRPr="00E4573B">
        <w:rPr>
          <w:rFonts w:ascii="garamond" w:hAnsi="garamond"/>
          <w:sz w:val="26"/>
          <w:szCs w:val="26"/>
        </w:rPr>
        <w:t>I had found Saint Vincent's on the internet and needed to detox.</w:t>
      </w:r>
      <w:r w:rsidR="001D61F4">
        <w:rPr>
          <w:rFonts w:ascii="garamond" w:hAnsi="garamond"/>
          <w:sz w:val="26"/>
          <w:szCs w:val="26"/>
        </w:rPr>
        <w:t>”</w:t>
      </w:r>
      <w:r w:rsidRPr="00E4573B">
        <w:rPr>
          <w:rFonts w:ascii="garamond" w:hAnsi="garamond"/>
          <w:sz w:val="26"/>
          <w:szCs w:val="26"/>
        </w:rPr>
        <w:t xml:space="preserve"> He smiled warmly.</w:t>
      </w:r>
    </w:p>
    <w:p w14:paraId="4981478F" w14:textId="77777777" w:rsidR="00AC5EEC" w:rsidRPr="00E4573B" w:rsidRDefault="00000000" w:rsidP="00C37C2C">
      <w:pPr>
        <w:rPr>
          <w:rFonts w:ascii="garamond" w:hAnsi="garamond"/>
          <w:sz w:val="26"/>
          <w:szCs w:val="26"/>
        </w:rPr>
      </w:pPr>
      <w:r w:rsidRPr="00E4573B">
        <w:rPr>
          <w:rFonts w:ascii="garamond" w:hAnsi="garamond"/>
          <w:sz w:val="26"/>
          <w:szCs w:val="26"/>
        </w:rPr>
        <w:t>"I hear you. You're not the first, nor the last. Still, did your therapist not advise you of a better option?"</w:t>
      </w:r>
    </w:p>
    <w:p w14:paraId="7FA310FD" w14:textId="77777777" w:rsidR="00AC5EEC" w:rsidRPr="00E4573B" w:rsidRDefault="00000000" w:rsidP="00C37C2C">
      <w:pPr>
        <w:rPr>
          <w:rFonts w:ascii="garamond" w:hAnsi="garamond"/>
          <w:sz w:val="26"/>
          <w:szCs w:val="26"/>
        </w:rPr>
      </w:pPr>
      <w:r w:rsidRPr="00E4573B">
        <w:rPr>
          <w:rFonts w:ascii="garamond" w:hAnsi="garamond"/>
          <w:sz w:val="26"/>
          <w:szCs w:val="26"/>
        </w:rPr>
        <w:t>I told him I didn't have a therapist.</w:t>
      </w:r>
    </w:p>
    <w:p w14:paraId="2DCFA429" w14:textId="77777777" w:rsidR="00AC5EEC" w:rsidRPr="00E4573B" w:rsidRDefault="00000000" w:rsidP="00C37C2C">
      <w:pPr>
        <w:rPr>
          <w:rFonts w:ascii="garamond" w:hAnsi="garamond"/>
          <w:sz w:val="26"/>
          <w:szCs w:val="26"/>
        </w:rPr>
      </w:pPr>
      <w:r w:rsidRPr="00E4573B">
        <w:rPr>
          <w:rFonts w:ascii="garamond" w:hAnsi="garamond"/>
          <w:sz w:val="26"/>
          <w:szCs w:val="26"/>
        </w:rPr>
        <w:t>Something clicked behind his eyes. He got it without further elaboration.</w:t>
      </w:r>
    </w:p>
    <w:p w14:paraId="11D9821A" w14:textId="77777777" w:rsidR="00AC5EEC" w:rsidRPr="00E4573B" w:rsidRDefault="00000000" w:rsidP="00C37C2C">
      <w:pPr>
        <w:rPr>
          <w:rFonts w:ascii="garamond" w:hAnsi="garamond"/>
          <w:sz w:val="26"/>
          <w:szCs w:val="26"/>
        </w:rPr>
      </w:pPr>
      <w:r w:rsidRPr="00E4573B">
        <w:rPr>
          <w:rFonts w:ascii="garamond" w:hAnsi="garamond"/>
          <w:sz w:val="26"/>
          <w:szCs w:val="26"/>
        </w:rPr>
        <w:t>His response was authoritative, "Okay. I get it now. My advice is to leave once you’re rooted. See a psychiatrist to guide you. This is not the place to treat you."</w:t>
      </w:r>
    </w:p>
    <w:p w14:paraId="6060E4AD" w14:textId="77777777" w:rsidR="00AC5EEC" w:rsidRPr="00E4573B" w:rsidRDefault="00000000" w:rsidP="00C37C2C">
      <w:pPr>
        <w:rPr>
          <w:rFonts w:ascii="garamond" w:hAnsi="garamond"/>
          <w:sz w:val="26"/>
          <w:szCs w:val="26"/>
        </w:rPr>
      </w:pPr>
      <w:r w:rsidRPr="00E4573B">
        <w:rPr>
          <w:rFonts w:ascii="garamond" w:hAnsi="garamond"/>
          <w:sz w:val="26"/>
          <w:szCs w:val="26"/>
        </w:rPr>
        <w:t>He said it with the calm of a man who had earned the right to say it. No credentials. No pen. No chart. Just four admissions and the specific intelligence that comes from having been where you are and having found the way out.</w:t>
      </w:r>
    </w:p>
    <w:p w14:paraId="0031BAC3" w14:textId="77777777" w:rsidR="00AC5EEC" w:rsidRPr="00E4573B" w:rsidRDefault="00000000" w:rsidP="00C37C2C">
      <w:pPr>
        <w:rPr>
          <w:rFonts w:ascii="garamond" w:hAnsi="garamond"/>
          <w:sz w:val="26"/>
          <w:szCs w:val="26"/>
        </w:rPr>
      </w:pPr>
      <w:r w:rsidRPr="00E4573B">
        <w:rPr>
          <w:rFonts w:ascii="garamond" w:hAnsi="garamond"/>
          <w:sz w:val="26"/>
          <w:szCs w:val="26"/>
        </w:rPr>
        <w:t>I held Hernando in higher regard than Dunn. He understood the floor, and therefore me. The Beirut sensor does not read credentials. It reads authority—the real kind, earned through experience rather than conferred by a title.</w:t>
      </w:r>
    </w:p>
    <w:p w14:paraId="0ED66C43" w14:textId="42CBEEAC" w:rsidR="00AC5EEC" w:rsidRPr="00E4573B" w:rsidRDefault="00000000" w:rsidP="00C37C2C">
      <w:pPr>
        <w:rPr>
          <w:rFonts w:ascii="garamond" w:hAnsi="garamond"/>
          <w:sz w:val="26"/>
          <w:szCs w:val="26"/>
        </w:rPr>
      </w:pPr>
      <w:r w:rsidRPr="00E4573B">
        <w:rPr>
          <w:rFonts w:ascii="garamond" w:hAnsi="garamond"/>
          <w:sz w:val="26"/>
          <w:szCs w:val="26"/>
        </w:rPr>
        <w:t>Dunn had the pen and the chart. Hernando had the</w:t>
      </w:r>
      <w:r w:rsidR="001B2A36">
        <w:rPr>
          <w:rFonts w:ascii="garamond" w:hAnsi="garamond"/>
          <w:sz w:val="26"/>
          <w:szCs w:val="26"/>
        </w:rPr>
        <w:t xml:space="preserve"> experience and</w:t>
      </w:r>
      <w:r w:rsidRPr="00E4573B">
        <w:rPr>
          <w:rFonts w:ascii="garamond" w:hAnsi="garamond"/>
          <w:sz w:val="26"/>
          <w:szCs w:val="26"/>
        </w:rPr>
        <w:t xml:space="preserve"> intelligence that only four admissions can produce. I knew which one to trust.</w:t>
      </w:r>
    </w:p>
    <w:p w14:paraId="5303FA44" w14:textId="77777777" w:rsidR="00AC5EEC" w:rsidRPr="00E4573B" w:rsidRDefault="00000000" w:rsidP="00C37C2C">
      <w:pPr>
        <w:rPr>
          <w:rFonts w:ascii="garamond" w:hAnsi="garamond"/>
          <w:sz w:val="26"/>
          <w:szCs w:val="26"/>
        </w:rPr>
      </w:pPr>
      <w:r w:rsidRPr="00E4573B">
        <w:rPr>
          <w:rFonts w:ascii="garamond" w:hAnsi="garamond"/>
          <w:sz w:val="26"/>
          <w:szCs w:val="26"/>
        </w:rPr>
        <w:lastRenderedPageBreak/>
        <w:t>I had told Geoff and Nancy that I was in Lebanon. I needed to check in with Carole daily. One call from those payphones and my cover was gone by the loud surrounding noise — cellphones were totally prohibited on the fifth floor.</w:t>
      </w:r>
    </w:p>
    <w:p w14:paraId="5AA4E630" w14:textId="75549241" w:rsidR="00AC5EEC" w:rsidRPr="00E4573B" w:rsidRDefault="00000000" w:rsidP="00C37C2C">
      <w:pPr>
        <w:rPr>
          <w:rFonts w:ascii="garamond" w:hAnsi="garamond"/>
          <w:sz w:val="26"/>
          <w:szCs w:val="26"/>
        </w:rPr>
      </w:pPr>
      <w:r w:rsidRPr="00E4573B">
        <w:rPr>
          <w:rFonts w:ascii="garamond" w:hAnsi="garamond"/>
          <w:sz w:val="26"/>
          <w:szCs w:val="26"/>
        </w:rPr>
        <w:t>I mentioned my situation. He understood immediately.</w:t>
      </w:r>
    </w:p>
    <w:p w14:paraId="031FA98A" w14:textId="77777777" w:rsidR="00AC5EEC" w:rsidRPr="00E4573B" w:rsidRDefault="00000000" w:rsidP="00C37C2C">
      <w:pPr>
        <w:rPr>
          <w:rFonts w:ascii="garamond" w:hAnsi="garamond"/>
          <w:sz w:val="26"/>
          <w:szCs w:val="26"/>
        </w:rPr>
      </w:pPr>
      <w:r w:rsidRPr="00E4573B">
        <w:rPr>
          <w:rFonts w:ascii="garamond" w:hAnsi="garamond"/>
          <w:sz w:val="26"/>
          <w:szCs w:val="26"/>
        </w:rPr>
        <w:t>"It would please me to help you, Marwan," he said, slipping a cell phone discreetly to my side.</w:t>
      </w:r>
    </w:p>
    <w:p w14:paraId="70B7CE66" w14:textId="77777777" w:rsidR="00AC5EEC" w:rsidRPr="00E4573B" w:rsidRDefault="00000000" w:rsidP="00C37C2C">
      <w:pPr>
        <w:rPr>
          <w:rFonts w:ascii="garamond" w:hAnsi="garamond"/>
          <w:sz w:val="26"/>
          <w:szCs w:val="26"/>
        </w:rPr>
      </w:pPr>
      <w:r w:rsidRPr="00E4573B">
        <w:rPr>
          <w:rFonts w:ascii="garamond" w:hAnsi="garamond"/>
          <w:sz w:val="26"/>
          <w:szCs w:val="26"/>
        </w:rPr>
        <w:t>"Are we allowed to use these on this floor?"</w:t>
      </w:r>
    </w:p>
    <w:p w14:paraId="567612E5" w14:textId="77777777" w:rsidR="00AC5EEC" w:rsidRPr="00E4573B" w:rsidRDefault="00000000" w:rsidP="00C37C2C">
      <w:pPr>
        <w:rPr>
          <w:rFonts w:ascii="garamond" w:hAnsi="garamond"/>
          <w:sz w:val="26"/>
          <w:szCs w:val="26"/>
        </w:rPr>
      </w:pPr>
      <w:r w:rsidRPr="00E4573B">
        <w:rPr>
          <w:rFonts w:ascii="garamond" w:hAnsi="garamond"/>
          <w:sz w:val="26"/>
          <w:szCs w:val="26"/>
        </w:rPr>
        <w:t>"No," he replied. "That's what makes them exciting."</w:t>
      </w:r>
    </w:p>
    <w:p w14:paraId="0ABFC4EB" w14:textId="77777777" w:rsidR="00AC5EEC" w:rsidRPr="00E4573B" w:rsidRDefault="00000000" w:rsidP="00C37C2C">
      <w:pPr>
        <w:rPr>
          <w:rFonts w:ascii="garamond" w:hAnsi="garamond"/>
          <w:sz w:val="26"/>
          <w:szCs w:val="26"/>
        </w:rPr>
      </w:pPr>
      <w:r w:rsidRPr="00E4573B">
        <w:rPr>
          <w:rFonts w:ascii="garamond" w:hAnsi="garamond"/>
          <w:sz w:val="26"/>
          <w:szCs w:val="26"/>
        </w:rPr>
        <w:t>He pointed to a secluded spot outside a small, vacant office with hardly any foot traffic. "From over there, you can make your calls uninterrupted. If you have a cap, stick the cell to your ear under the cap to hold it, then drop your arms — no one should see you."</w:t>
      </w:r>
    </w:p>
    <w:p w14:paraId="79F22A28" w14:textId="77777777" w:rsidR="00AC5EEC" w:rsidRPr="00E4573B" w:rsidRDefault="00000000" w:rsidP="00C37C2C">
      <w:pPr>
        <w:rPr>
          <w:rFonts w:ascii="garamond" w:hAnsi="garamond"/>
          <w:sz w:val="26"/>
          <w:szCs w:val="26"/>
        </w:rPr>
      </w:pPr>
      <w:r w:rsidRPr="00E4573B">
        <w:rPr>
          <w:rFonts w:ascii="garamond" w:hAnsi="garamond"/>
          <w:sz w:val="26"/>
          <w:szCs w:val="26"/>
        </w:rPr>
        <w:t>I did not have such a cap, but Hernando did.</w:t>
      </w:r>
    </w:p>
    <w:p w14:paraId="5A4848F9" w14:textId="77777777" w:rsidR="00AC5EEC" w:rsidRPr="00E4573B" w:rsidRDefault="00000000" w:rsidP="00C37C2C">
      <w:pPr>
        <w:rPr>
          <w:rFonts w:ascii="garamond" w:hAnsi="garamond"/>
          <w:sz w:val="26"/>
          <w:szCs w:val="26"/>
        </w:rPr>
      </w:pPr>
      <w:r w:rsidRPr="00E4573B">
        <w:rPr>
          <w:rFonts w:ascii="garamond" w:hAnsi="garamond"/>
          <w:sz w:val="26"/>
          <w:szCs w:val="26"/>
        </w:rPr>
        <w:t>"Anything for my man, Marwan. If they catch you with the phone, just give it to them and say you found it in the restroom. No names, no faces. You’re not a patient they want to expel. You pay their bills."</w:t>
      </w:r>
    </w:p>
    <w:p w14:paraId="22246FD2" w14:textId="77777777" w:rsidR="00AC5EEC" w:rsidRPr="00E4573B" w:rsidRDefault="00000000" w:rsidP="00C37C2C">
      <w:pPr>
        <w:rPr>
          <w:rFonts w:ascii="garamond" w:hAnsi="garamond"/>
          <w:sz w:val="26"/>
          <w:szCs w:val="26"/>
        </w:rPr>
      </w:pPr>
      <w:r w:rsidRPr="00E4573B">
        <w:rPr>
          <w:rFonts w:ascii="garamond" w:hAnsi="garamond"/>
          <w:sz w:val="26"/>
          <w:szCs w:val="26"/>
        </w:rPr>
        <w:t>He said it with the calmness of a professional who had executed the scheme before.</w:t>
      </w:r>
    </w:p>
    <w:p w14:paraId="6AE28C53" w14:textId="77777777" w:rsidR="00AC5EEC" w:rsidRPr="00E4573B" w:rsidRDefault="00000000" w:rsidP="00C37C2C">
      <w:pPr>
        <w:rPr>
          <w:rFonts w:ascii="garamond" w:hAnsi="garamond"/>
          <w:sz w:val="26"/>
          <w:szCs w:val="26"/>
        </w:rPr>
      </w:pPr>
      <w:r w:rsidRPr="00E4573B">
        <w:rPr>
          <w:rFonts w:ascii="garamond" w:hAnsi="garamond"/>
          <w:sz w:val="26"/>
          <w:szCs w:val="26"/>
        </w:rPr>
        <w:t>Hernando had seen me feeling down and solved it with a concealed mobile, a disguise, and a position. I was set for my three daily calls. Every call went undetected.</w:t>
      </w:r>
    </w:p>
    <w:p w14:paraId="102E3F78" w14:textId="77777777" w:rsidR="00AC5EEC" w:rsidRPr="00E4573B" w:rsidRDefault="00000000" w:rsidP="00C37C2C">
      <w:pPr>
        <w:rPr>
          <w:rFonts w:ascii="garamond" w:hAnsi="garamond"/>
          <w:sz w:val="26"/>
          <w:szCs w:val="26"/>
        </w:rPr>
      </w:pPr>
      <w:r w:rsidRPr="00E4573B">
        <w:rPr>
          <w:rFonts w:ascii="garamond" w:hAnsi="garamond"/>
          <w:sz w:val="26"/>
          <w:szCs w:val="26"/>
        </w:rPr>
        <w:t>By the second day, the fifth floor had invented its own rules: don't stare, don't brag, don't yell, don’t eat while walking, don’t drink, don't ask questions you don't want answered, don't tell answers you don't want repeated, and never touch anyone.</w:t>
      </w:r>
    </w:p>
    <w:p w14:paraId="5945A70C" w14:textId="77777777" w:rsidR="00AC5EEC" w:rsidRPr="00E4573B" w:rsidRDefault="00000000" w:rsidP="00C37C2C">
      <w:pPr>
        <w:rPr>
          <w:rFonts w:ascii="garamond" w:hAnsi="garamond"/>
          <w:sz w:val="26"/>
          <w:szCs w:val="26"/>
        </w:rPr>
      </w:pPr>
      <w:r w:rsidRPr="00E4573B">
        <w:rPr>
          <w:rFonts w:ascii="garamond" w:hAnsi="garamond"/>
          <w:sz w:val="26"/>
          <w:szCs w:val="26"/>
        </w:rPr>
        <w:t>Recovery was the stated goal. Survival was the method.</w:t>
      </w:r>
    </w:p>
    <w:p w14:paraId="602669FF" w14:textId="77777777" w:rsidR="00AC5EEC" w:rsidRPr="00E4573B" w:rsidRDefault="00000000" w:rsidP="00C37C2C">
      <w:pPr>
        <w:rPr>
          <w:rFonts w:ascii="garamond" w:hAnsi="garamond"/>
          <w:sz w:val="26"/>
          <w:szCs w:val="26"/>
        </w:rPr>
      </w:pPr>
      <w:r w:rsidRPr="00E4573B">
        <w:rPr>
          <w:rFonts w:ascii="garamond" w:hAnsi="garamond"/>
          <w:sz w:val="26"/>
          <w:szCs w:val="26"/>
        </w:rPr>
        <w:t>By the fourth day, I decided there was only one course of action: I had to leave. Saint Vincent's was not a good example to assess what recovery could look like.</w:t>
      </w:r>
    </w:p>
    <w:p w14:paraId="3CBD5865" w14:textId="77777777" w:rsidR="00AC5EEC" w:rsidRPr="00E4573B" w:rsidRDefault="00000000" w:rsidP="00C37C2C">
      <w:pPr>
        <w:rPr>
          <w:rFonts w:ascii="garamond" w:hAnsi="garamond"/>
          <w:sz w:val="26"/>
          <w:szCs w:val="26"/>
        </w:rPr>
      </w:pPr>
      <w:r w:rsidRPr="00E4573B">
        <w:rPr>
          <w:rFonts w:ascii="garamond" w:hAnsi="garamond"/>
          <w:sz w:val="26"/>
          <w:szCs w:val="26"/>
        </w:rPr>
        <w:t>I checked myself out against medical advice.</w:t>
      </w:r>
    </w:p>
    <w:p w14:paraId="46F4DEBA" w14:textId="77777777" w:rsidR="00AC5EEC" w:rsidRPr="00E4573B" w:rsidRDefault="00000000" w:rsidP="00C37C2C">
      <w:pPr>
        <w:rPr>
          <w:rFonts w:ascii="garamond" w:hAnsi="garamond"/>
          <w:sz w:val="26"/>
          <w:szCs w:val="26"/>
        </w:rPr>
      </w:pPr>
      <w:r w:rsidRPr="00E4573B">
        <w:rPr>
          <w:rFonts w:ascii="garamond" w:hAnsi="garamond"/>
          <w:sz w:val="26"/>
          <w:szCs w:val="26"/>
        </w:rPr>
        <w:t>Relief washed over me immediately — and failure settled in right behind it. I hadn't fixed myself. I had simply sobered up and was leaving unfinished.</w:t>
      </w:r>
    </w:p>
    <w:p w14:paraId="3B115CB6" w14:textId="368517E0" w:rsidR="00AC5EEC" w:rsidRPr="00E4573B" w:rsidRDefault="00000000" w:rsidP="00C37C2C">
      <w:pPr>
        <w:rPr>
          <w:rFonts w:ascii="garamond" w:hAnsi="garamond"/>
          <w:sz w:val="26"/>
          <w:szCs w:val="26"/>
        </w:rPr>
      </w:pPr>
      <w:r w:rsidRPr="00E4573B">
        <w:rPr>
          <w:rFonts w:ascii="garamond" w:hAnsi="garamond"/>
          <w:sz w:val="26"/>
          <w:szCs w:val="26"/>
        </w:rPr>
        <w:lastRenderedPageBreak/>
        <w:t xml:space="preserve">At least I was wiser: </w:t>
      </w:r>
      <w:r w:rsidR="00837CDA">
        <w:rPr>
          <w:rFonts w:ascii="garamond" w:hAnsi="garamond"/>
          <w:sz w:val="26"/>
          <w:szCs w:val="26"/>
        </w:rPr>
        <w:t>If, or when,</w:t>
      </w:r>
      <w:r w:rsidRPr="00E4573B">
        <w:rPr>
          <w:rFonts w:ascii="garamond" w:hAnsi="garamond"/>
          <w:sz w:val="26"/>
          <w:szCs w:val="26"/>
        </w:rPr>
        <w:t xml:space="preserve"> a future scenario materialized, I </w:t>
      </w:r>
      <w:r w:rsidR="00837CDA">
        <w:rPr>
          <w:rFonts w:ascii="garamond" w:hAnsi="garamond"/>
          <w:sz w:val="26"/>
          <w:szCs w:val="26"/>
        </w:rPr>
        <w:t>would ne</w:t>
      </w:r>
      <w:r w:rsidRPr="00E4573B">
        <w:rPr>
          <w:rFonts w:ascii="garamond" w:hAnsi="garamond"/>
          <w:sz w:val="26"/>
          <w:szCs w:val="26"/>
        </w:rPr>
        <w:t xml:space="preserve">ed professional advice on how to choose </w:t>
      </w:r>
      <w:r w:rsidR="00837CDA">
        <w:rPr>
          <w:rFonts w:ascii="garamond" w:hAnsi="garamond"/>
          <w:sz w:val="26"/>
          <w:szCs w:val="26"/>
        </w:rPr>
        <w:t xml:space="preserve">a </w:t>
      </w:r>
      <w:r w:rsidRPr="00E4573B">
        <w:rPr>
          <w:rFonts w:ascii="garamond" w:hAnsi="garamond"/>
          <w:sz w:val="26"/>
          <w:szCs w:val="26"/>
        </w:rPr>
        <w:t>treatment.</w:t>
      </w:r>
    </w:p>
    <w:p w14:paraId="241E9579" w14:textId="77777777" w:rsidR="00AC5EEC" w:rsidRPr="00E4573B" w:rsidRDefault="00000000" w:rsidP="00C37C2C">
      <w:pPr>
        <w:rPr>
          <w:rFonts w:ascii="garamond" w:hAnsi="garamond"/>
          <w:sz w:val="26"/>
          <w:szCs w:val="26"/>
        </w:rPr>
      </w:pPr>
      <w:r w:rsidRPr="00E4573B">
        <w:rPr>
          <w:rFonts w:ascii="garamond" w:hAnsi="garamond"/>
          <w:sz w:val="26"/>
          <w:szCs w:val="26"/>
        </w:rPr>
        <w:t>Before leaving the fifth floor, I found Hernando and thanked him.</w:t>
      </w:r>
    </w:p>
    <w:p w14:paraId="44591740" w14:textId="77777777" w:rsidR="00AC5EEC" w:rsidRPr="00E4573B" w:rsidRDefault="00000000" w:rsidP="00C37C2C">
      <w:pPr>
        <w:rPr>
          <w:rFonts w:ascii="garamond" w:hAnsi="garamond"/>
          <w:sz w:val="26"/>
          <w:szCs w:val="26"/>
        </w:rPr>
      </w:pPr>
      <w:r w:rsidRPr="00E4573B">
        <w:rPr>
          <w:rFonts w:ascii="garamond" w:hAnsi="garamond"/>
          <w:sz w:val="26"/>
          <w:szCs w:val="26"/>
        </w:rPr>
        <w:t>Hernando hugged me and said, "I hope I never see you again. Be good and stay strong, my friend."</w:t>
      </w:r>
    </w:p>
    <w:p w14:paraId="28DDD95A" w14:textId="77777777" w:rsidR="00AC5EEC" w:rsidRPr="00E4573B" w:rsidRDefault="00000000" w:rsidP="00C37C2C">
      <w:pPr>
        <w:rPr>
          <w:rFonts w:ascii="garamond" w:hAnsi="garamond"/>
          <w:sz w:val="26"/>
          <w:szCs w:val="26"/>
        </w:rPr>
      </w:pPr>
      <w:r w:rsidRPr="00E4573B">
        <w:rPr>
          <w:rFonts w:ascii="garamond" w:hAnsi="garamond"/>
          <w:sz w:val="26"/>
          <w:szCs w:val="26"/>
        </w:rPr>
        <w:t>I believed him.</w:t>
      </w:r>
    </w:p>
    <w:p w14:paraId="15928E0A" w14:textId="77777777" w:rsidR="00A64E77" w:rsidRPr="00E4573B" w:rsidRDefault="00000000" w:rsidP="00A64E77">
      <w:pPr>
        <w:rPr>
          <w:rFonts w:ascii="garamond" w:hAnsi="garamond"/>
          <w:sz w:val="26"/>
          <w:szCs w:val="26"/>
        </w:rPr>
      </w:pPr>
      <w:r w:rsidRPr="00E4573B">
        <w:rPr>
          <w:rFonts w:ascii="garamond" w:hAnsi="garamond"/>
          <w:sz w:val="26"/>
          <w:szCs w:val="26"/>
        </w:rPr>
        <w:t>I pressed two hundred dollars into his hand — the second installment of what had passed between us. Five hundred dollars total. Not a fee</w:t>
      </w:r>
      <w:r w:rsidR="00A64E77">
        <w:rPr>
          <w:rFonts w:ascii="garamond" w:hAnsi="garamond"/>
          <w:sz w:val="26"/>
          <w:szCs w:val="26"/>
        </w:rPr>
        <w:t xml:space="preserve"> or</w:t>
      </w:r>
      <w:r w:rsidRPr="00E4573B">
        <w:rPr>
          <w:rFonts w:ascii="garamond" w:hAnsi="garamond"/>
          <w:sz w:val="26"/>
          <w:szCs w:val="26"/>
        </w:rPr>
        <w:t xml:space="preserve"> charity. </w:t>
      </w:r>
      <w:r w:rsidR="00A64E77">
        <w:rPr>
          <w:rFonts w:ascii="garamond" w:hAnsi="garamond"/>
          <w:sz w:val="26"/>
          <w:szCs w:val="26"/>
        </w:rPr>
        <w:t>It was for</w:t>
      </w:r>
      <w:r w:rsidR="00A64E77" w:rsidRPr="00E4573B">
        <w:rPr>
          <w:rFonts w:ascii="garamond" w:hAnsi="garamond"/>
          <w:sz w:val="26"/>
          <w:szCs w:val="26"/>
        </w:rPr>
        <w:t xml:space="preserve"> his phone, his advice, his protection, and his farewell</w:t>
      </w:r>
      <w:r w:rsidR="00A64E77">
        <w:rPr>
          <w:rFonts w:ascii="garamond" w:hAnsi="garamond"/>
          <w:sz w:val="26"/>
          <w:szCs w:val="26"/>
        </w:rPr>
        <w:t>. They</w:t>
      </w:r>
      <w:r w:rsidR="00A64E77" w:rsidRPr="00E4573B">
        <w:rPr>
          <w:rFonts w:ascii="garamond" w:hAnsi="garamond"/>
          <w:sz w:val="26"/>
          <w:szCs w:val="26"/>
        </w:rPr>
        <w:t xml:space="preserve"> were worth considerably more to me than anything Dunn had told me.</w:t>
      </w:r>
    </w:p>
    <w:p w14:paraId="7CACA3F0" w14:textId="77777777" w:rsidR="00AC5EEC" w:rsidRPr="00E4573B" w:rsidRDefault="00000000" w:rsidP="00C37C2C">
      <w:pPr>
        <w:rPr>
          <w:rFonts w:ascii="garamond" w:hAnsi="garamond"/>
          <w:sz w:val="26"/>
          <w:szCs w:val="26"/>
        </w:rPr>
      </w:pPr>
      <w:r w:rsidRPr="00E4573B">
        <w:rPr>
          <w:rFonts w:ascii="garamond" w:hAnsi="garamond"/>
          <w:sz w:val="26"/>
          <w:szCs w:val="26"/>
        </w:rPr>
        <w:t>Stepping out of Saint Vincent's, the city looked almost indecently alive — trees bright, traffic steady, heat rising off the asphalt, taxis honking, people weaving through their routines.</w:t>
      </w:r>
    </w:p>
    <w:p w14:paraId="57096177" w14:textId="1DECE5A1" w:rsidR="00AC5EEC" w:rsidRPr="00E4573B" w:rsidRDefault="00E4573B" w:rsidP="00C37C2C">
      <w:pPr>
        <w:rPr>
          <w:rFonts w:ascii="garamond" w:hAnsi="garamond"/>
          <w:sz w:val="26"/>
          <w:szCs w:val="26"/>
        </w:rPr>
      </w:pPr>
      <w:r w:rsidRPr="00E4573B">
        <w:rPr>
          <w:rFonts w:ascii="garamond" w:hAnsi="garamond"/>
          <w:sz w:val="26"/>
          <w:szCs w:val="26"/>
        </w:rPr>
        <w:br w:type="page"/>
      </w:r>
    </w:p>
    <w:p w14:paraId="31E90CBD" w14:textId="77777777" w:rsidR="00AC5EEC" w:rsidRPr="00E4573B" w:rsidRDefault="00000000" w:rsidP="00C37C2C">
      <w:pPr>
        <w:rPr>
          <w:rFonts w:ascii="garamond" w:hAnsi="garamond"/>
          <w:sz w:val="26"/>
          <w:szCs w:val="26"/>
        </w:rPr>
      </w:pPr>
      <w:r w:rsidRPr="00E4573B">
        <w:rPr>
          <w:rFonts w:ascii="garamond" w:hAnsi="garamond"/>
          <w:b/>
          <w:bCs/>
          <w:sz w:val="26"/>
          <w:szCs w:val="26"/>
        </w:rPr>
        <w:lastRenderedPageBreak/>
        <w:t>CHAPTER 31 — THE PEACE GENTLY HELD</w:t>
      </w:r>
      <w:r w:rsidRPr="00E4573B">
        <w:rPr>
          <w:rFonts w:ascii="garamond" w:hAnsi="garamond"/>
          <w:sz w:val="26"/>
          <w:szCs w:val="26"/>
        </w:rPr>
        <w:t xml:space="preserve"> </w:t>
      </w:r>
      <w:r w:rsidRPr="00E4573B">
        <w:rPr>
          <w:rFonts w:ascii="garamond" w:hAnsi="garamond"/>
          <w:sz w:val="26"/>
          <w:szCs w:val="26"/>
        </w:rPr>
        <w:br/>
      </w:r>
      <w:r w:rsidRPr="00E4573B">
        <w:rPr>
          <w:rFonts w:ascii="garamond" w:hAnsi="garamond"/>
          <w:b/>
          <w:bCs/>
          <w:sz w:val="26"/>
          <w:szCs w:val="26"/>
        </w:rPr>
        <w:t>In New York They Could Share a Room.</w:t>
      </w:r>
    </w:p>
    <w:p w14:paraId="549A81D4" w14:textId="77777777" w:rsidR="00AC5EEC" w:rsidRPr="00E4573B" w:rsidRDefault="00000000" w:rsidP="00C37C2C">
      <w:pPr>
        <w:rPr>
          <w:rFonts w:ascii="garamond" w:hAnsi="garamond"/>
          <w:sz w:val="26"/>
          <w:szCs w:val="26"/>
        </w:rPr>
      </w:pPr>
      <w:r w:rsidRPr="00E4573B">
        <w:rPr>
          <w:rFonts w:ascii="garamond" w:hAnsi="garamond"/>
          <w:sz w:val="26"/>
          <w:szCs w:val="26"/>
        </w:rPr>
        <w:t xml:space="preserve">The misunderstandings between the two families had quieted by the </w:t>
      </w:r>
      <w:r w:rsidRPr="00E44C25">
        <w:rPr>
          <w:rFonts w:ascii="garamond" w:hAnsi="garamond"/>
          <w:b/>
          <w:bCs/>
          <w:sz w:val="26"/>
          <w:szCs w:val="26"/>
        </w:rPr>
        <w:t>summer of 1998.</w:t>
      </w:r>
      <w:r w:rsidRPr="00E4573B">
        <w:rPr>
          <w:rFonts w:ascii="garamond" w:hAnsi="garamond"/>
          <w:sz w:val="26"/>
          <w:szCs w:val="26"/>
        </w:rPr>
        <w:t xml:space="preserve"> Not ended — quieted. Carole and my mother had not become friends. They had become two women who could be in the same apartment without breaking it. That was the form the peace took. It was real. It was gently held.</w:t>
      </w:r>
    </w:p>
    <w:p w14:paraId="467393AF" w14:textId="1ACCC092" w:rsidR="00AC5EEC" w:rsidRPr="00E4573B" w:rsidRDefault="00000000" w:rsidP="00C37C2C">
      <w:pPr>
        <w:rPr>
          <w:rFonts w:ascii="garamond" w:hAnsi="garamond"/>
          <w:sz w:val="26"/>
          <w:szCs w:val="26"/>
        </w:rPr>
      </w:pPr>
      <w:r w:rsidRPr="00E4573B">
        <w:rPr>
          <w:rFonts w:ascii="garamond" w:hAnsi="garamond"/>
          <w:sz w:val="26"/>
          <w:szCs w:val="26"/>
        </w:rPr>
        <w:t>My parents came to New York that summer and stayed at a small inn five blocks away on Madison Avenue. Distance was part of how the peace between my mother and Carole worked. S</w:t>
      </w:r>
      <w:r w:rsidR="00013C2A">
        <w:rPr>
          <w:rFonts w:ascii="garamond" w:hAnsi="garamond"/>
          <w:sz w:val="26"/>
          <w:szCs w:val="26"/>
        </w:rPr>
        <w:t>he</w:t>
      </w:r>
      <w:r w:rsidRPr="00E4573B">
        <w:rPr>
          <w:rFonts w:ascii="garamond" w:hAnsi="garamond"/>
          <w:sz w:val="26"/>
          <w:szCs w:val="26"/>
        </w:rPr>
        <w:t xml:space="preserve"> slept five blocks from Carole. They saw each other every day. They saw each other less than they would have if my parents had stayed with us.</w:t>
      </w:r>
    </w:p>
    <w:p w14:paraId="5AF5691A" w14:textId="77777777" w:rsidR="00AC5EEC" w:rsidRPr="00E4573B" w:rsidRDefault="00000000" w:rsidP="00C37C2C">
      <w:pPr>
        <w:rPr>
          <w:rFonts w:ascii="garamond" w:hAnsi="garamond"/>
          <w:sz w:val="26"/>
          <w:szCs w:val="26"/>
        </w:rPr>
      </w:pPr>
      <w:r w:rsidRPr="00E4573B">
        <w:rPr>
          <w:rFonts w:ascii="garamond" w:hAnsi="garamond"/>
          <w:sz w:val="26"/>
          <w:szCs w:val="26"/>
        </w:rPr>
        <w:t>The children carried what the adults could not yet carry. Daniel was five. Anthony was two. Salma was a grandmother in their presence and a complicated mother-in-law everywhere else. Carole watched Salma with the children and saw what she could not quite name — the woman who had once lectured her and made her cry in Beirut was the same woman bouncing Daniel on her knee. The contradiction was not resolved. It was held in suspension. The grandchildren made it possible to hold. In any event, there was a level of détente with ease.</w:t>
      </w:r>
    </w:p>
    <w:p w14:paraId="13CE040F" w14:textId="77777777" w:rsidR="00AC5EEC" w:rsidRPr="00E4573B" w:rsidRDefault="00000000" w:rsidP="00C37C2C">
      <w:pPr>
        <w:rPr>
          <w:rFonts w:ascii="garamond" w:hAnsi="garamond"/>
          <w:sz w:val="26"/>
          <w:szCs w:val="26"/>
        </w:rPr>
      </w:pPr>
      <w:r w:rsidRPr="00E4573B">
        <w:rPr>
          <w:rFonts w:ascii="garamond" w:hAnsi="garamond"/>
          <w:sz w:val="26"/>
          <w:szCs w:val="26"/>
        </w:rPr>
        <w:t>I took my father, mother, Carole, and Carole’s parents to a restaurant, Indochine one night. Adib said it was the best restaurant he had ever eaten at — and he knew his restaurants. I think it was less about the food than about the hostesses and waitresses, who were all models. He went back two nights in a row, each time with a different combination of people. By the third night, the staff knew him.</w:t>
      </w:r>
    </w:p>
    <w:p w14:paraId="617E5F5B" w14:textId="77777777" w:rsidR="00AC5EEC" w:rsidRPr="00E4573B" w:rsidRDefault="00000000" w:rsidP="00C37C2C">
      <w:pPr>
        <w:rPr>
          <w:rFonts w:ascii="garamond" w:hAnsi="garamond"/>
          <w:sz w:val="26"/>
          <w:szCs w:val="26"/>
        </w:rPr>
      </w:pPr>
      <w:r w:rsidRPr="00E4573B">
        <w:rPr>
          <w:rFonts w:ascii="garamond" w:hAnsi="garamond"/>
          <w:sz w:val="26"/>
          <w:szCs w:val="26"/>
        </w:rPr>
        <w:t xml:space="preserve">One weekend that summer, we drove out to Princeton. Alan, Carole’s brother, hosted a barbecue at his house. About ten people, including the kids. Alan cooked — the best food. Greta and Arfan hosted alongside him. My parents and Carole’s parents were in the same backyard for an entire afternoon, and nothing broke. Carole’s parents and my parents also buried the hatchet. The hatchet stayed buried as long as we were in New Jersey. In Lebanon, it would still be polite avoidance. But in New Jersey, on a Sunday afternoon, the two sides of the family </w:t>
      </w:r>
      <w:proofErr w:type="gramStart"/>
      <w:r w:rsidRPr="00E4573B">
        <w:rPr>
          <w:rFonts w:ascii="garamond" w:hAnsi="garamond"/>
          <w:sz w:val="26"/>
          <w:szCs w:val="26"/>
        </w:rPr>
        <w:t>ate</w:t>
      </w:r>
      <w:proofErr w:type="gramEnd"/>
      <w:r w:rsidRPr="00E4573B">
        <w:rPr>
          <w:rFonts w:ascii="garamond" w:hAnsi="garamond"/>
          <w:sz w:val="26"/>
          <w:szCs w:val="26"/>
        </w:rPr>
        <w:t xml:space="preserve"> Alan’s barbecue together. The children ran in the yard. Nobody mentioned the past.</w:t>
      </w:r>
    </w:p>
    <w:p w14:paraId="481D10D5" w14:textId="61518B09" w:rsidR="00AC5EEC" w:rsidRPr="00E4573B" w:rsidRDefault="00C02956" w:rsidP="00C37C2C">
      <w:pPr>
        <w:rPr>
          <w:rFonts w:ascii="garamond" w:hAnsi="garamond"/>
          <w:sz w:val="26"/>
          <w:szCs w:val="26"/>
        </w:rPr>
      </w:pPr>
      <w:r>
        <w:rPr>
          <w:rFonts w:ascii="garamond" w:hAnsi="garamond"/>
          <w:b/>
          <w:bCs/>
          <w:sz w:val="26"/>
          <w:szCs w:val="26"/>
        </w:rPr>
        <w:t>In mid-</w:t>
      </w:r>
      <w:r w:rsidR="007A2B83" w:rsidRPr="00E44C25">
        <w:rPr>
          <w:rFonts w:ascii="garamond" w:hAnsi="garamond"/>
          <w:b/>
          <w:bCs/>
          <w:sz w:val="26"/>
          <w:szCs w:val="26"/>
        </w:rPr>
        <w:t>1998</w:t>
      </w:r>
      <w:r w:rsidRPr="00E44C25">
        <w:rPr>
          <w:rFonts w:ascii="garamond" w:hAnsi="garamond"/>
          <w:b/>
          <w:bCs/>
          <w:sz w:val="26"/>
          <w:szCs w:val="26"/>
        </w:rPr>
        <w:t>,</w:t>
      </w:r>
      <w:r w:rsidRPr="00E4573B">
        <w:rPr>
          <w:rFonts w:ascii="garamond" w:hAnsi="garamond"/>
          <w:sz w:val="26"/>
          <w:szCs w:val="26"/>
        </w:rPr>
        <w:t xml:space="preserve"> we began applying to the </w:t>
      </w:r>
      <w:r>
        <w:rPr>
          <w:rFonts w:ascii="garamond" w:hAnsi="garamond"/>
          <w:sz w:val="26"/>
          <w:szCs w:val="26"/>
        </w:rPr>
        <w:t xml:space="preserve">Cooperative </w:t>
      </w:r>
      <w:r w:rsidRPr="00E4573B">
        <w:rPr>
          <w:rFonts w:ascii="garamond" w:hAnsi="garamond"/>
          <w:sz w:val="26"/>
          <w:szCs w:val="26"/>
        </w:rPr>
        <w:t>board</w:t>
      </w:r>
      <w:r>
        <w:rPr>
          <w:rFonts w:ascii="garamond" w:hAnsi="garamond"/>
          <w:sz w:val="26"/>
          <w:szCs w:val="26"/>
        </w:rPr>
        <w:t>s</w:t>
      </w:r>
      <w:r w:rsidRPr="00E4573B">
        <w:rPr>
          <w:rFonts w:ascii="garamond" w:hAnsi="garamond"/>
          <w:sz w:val="26"/>
          <w:szCs w:val="26"/>
        </w:rPr>
        <w:t xml:space="preserve"> of </w:t>
      </w:r>
      <w:r>
        <w:rPr>
          <w:rFonts w:ascii="garamond" w:hAnsi="garamond"/>
          <w:sz w:val="26"/>
          <w:szCs w:val="26"/>
        </w:rPr>
        <w:t xml:space="preserve">upper east side </w:t>
      </w:r>
      <w:r w:rsidRPr="00E4573B">
        <w:rPr>
          <w:rFonts w:ascii="garamond" w:hAnsi="garamond"/>
          <w:sz w:val="26"/>
          <w:szCs w:val="26"/>
        </w:rPr>
        <w:t>apartment building</w:t>
      </w:r>
      <w:r>
        <w:rPr>
          <w:rFonts w:ascii="garamond" w:hAnsi="garamond"/>
          <w:sz w:val="26"/>
          <w:szCs w:val="26"/>
        </w:rPr>
        <w:t>s</w:t>
      </w:r>
      <w:r w:rsidRPr="00E4573B">
        <w:rPr>
          <w:rFonts w:ascii="garamond" w:hAnsi="garamond"/>
          <w:sz w:val="26"/>
          <w:szCs w:val="26"/>
        </w:rPr>
        <w:t>. Carole had been wanting more space. So had I. We waited. We were politely rejected</w:t>
      </w:r>
      <w:r>
        <w:rPr>
          <w:rFonts w:ascii="garamond" w:hAnsi="garamond"/>
          <w:sz w:val="26"/>
          <w:szCs w:val="26"/>
        </w:rPr>
        <w:t xml:space="preserve"> by many established buildings, something I was used to</w:t>
      </w:r>
      <w:r w:rsidRPr="00E4573B">
        <w:rPr>
          <w:rFonts w:ascii="garamond" w:hAnsi="garamond"/>
          <w:sz w:val="26"/>
          <w:szCs w:val="26"/>
        </w:rPr>
        <w:t xml:space="preserve">. We applied again. We were rejected again. Six months of polite letters and unspoken </w:t>
      </w:r>
      <w:r w:rsidRPr="00E4573B">
        <w:rPr>
          <w:rFonts w:ascii="garamond" w:hAnsi="garamond"/>
          <w:sz w:val="26"/>
          <w:szCs w:val="26"/>
        </w:rPr>
        <w:lastRenderedPageBreak/>
        <w:t xml:space="preserve">explanations. People like us did not buy into </w:t>
      </w:r>
      <w:r>
        <w:rPr>
          <w:rFonts w:ascii="garamond" w:hAnsi="garamond"/>
          <w:sz w:val="26"/>
          <w:szCs w:val="26"/>
        </w:rPr>
        <w:t>prestigious</w:t>
      </w:r>
      <w:r w:rsidRPr="00E4573B">
        <w:rPr>
          <w:rFonts w:ascii="garamond" w:hAnsi="garamond"/>
          <w:sz w:val="26"/>
          <w:szCs w:val="26"/>
        </w:rPr>
        <w:t xml:space="preserve"> building</w:t>
      </w:r>
      <w:r>
        <w:rPr>
          <w:rFonts w:ascii="garamond" w:hAnsi="garamond"/>
          <w:sz w:val="26"/>
          <w:szCs w:val="26"/>
        </w:rPr>
        <w:t>s without some support</w:t>
      </w:r>
      <w:r w:rsidRPr="00E4573B">
        <w:rPr>
          <w:rFonts w:ascii="garamond" w:hAnsi="garamond"/>
          <w:sz w:val="26"/>
          <w:szCs w:val="26"/>
        </w:rPr>
        <w:t>. The final rejection</w:t>
      </w:r>
      <w:r>
        <w:rPr>
          <w:rFonts w:ascii="garamond" w:hAnsi="garamond"/>
          <w:sz w:val="26"/>
          <w:szCs w:val="26"/>
        </w:rPr>
        <w:t xml:space="preserve"> for a building we were most interested in</w:t>
      </w:r>
      <w:r w:rsidRPr="00E4573B">
        <w:rPr>
          <w:rFonts w:ascii="garamond" w:hAnsi="garamond"/>
          <w:sz w:val="26"/>
          <w:szCs w:val="26"/>
        </w:rPr>
        <w:t xml:space="preserve"> came in early 1999. I called my CEO, Sir Deryck Maughan, the next morning. Maughan</w:t>
      </w:r>
      <w:r>
        <w:rPr>
          <w:rFonts w:ascii="garamond" w:hAnsi="garamond"/>
          <w:sz w:val="26"/>
          <w:szCs w:val="26"/>
        </w:rPr>
        <w:t xml:space="preserve"> </w:t>
      </w:r>
      <w:r w:rsidRPr="00E4573B">
        <w:rPr>
          <w:rFonts w:ascii="garamond" w:hAnsi="garamond"/>
          <w:sz w:val="26"/>
          <w:szCs w:val="26"/>
        </w:rPr>
        <w:t>was Chairman of the New York Stock Exchange</w:t>
      </w:r>
      <w:r>
        <w:rPr>
          <w:rFonts w:ascii="garamond" w:hAnsi="garamond"/>
          <w:sz w:val="26"/>
          <w:szCs w:val="26"/>
        </w:rPr>
        <w:t>. T</w:t>
      </w:r>
      <w:r w:rsidRPr="00E4573B">
        <w:rPr>
          <w:rFonts w:ascii="garamond" w:hAnsi="garamond"/>
          <w:sz w:val="26"/>
          <w:szCs w:val="26"/>
        </w:rPr>
        <w:t>he President of the Co-op Board of the Building we were interested in, owned a seat on the Exchange Floor</w:t>
      </w:r>
      <w:r>
        <w:rPr>
          <w:rFonts w:ascii="garamond" w:hAnsi="garamond"/>
          <w:sz w:val="26"/>
          <w:szCs w:val="26"/>
        </w:rPr>
        <w:t>, and was a friend of Sir Deryck</w:t>
      </w:r>
      <w:r w:rsidRPr="00E4573B">
        <w:rPr>
          <w:rFonts w:ascii="garamond" w:hAnsi="garamond"/>
          <w:sz w:val="26"/>
          <w:szCs w:val="26"/>
        </w:rPr>
        <w:t xml:space="preserve">. Maughan </w:t>
      </w:r>
      <w:r>
        <w:rPr>
          <w:rFonts w:ascii="garamond" w:hAnsi="garamond"/>
          <w:sz w:val="26"/>
          <w:szCs w:val="26"/>
        </w:rPr>
        <w:t>was happy to oblige</w:t>
      </w:r>
      <w:r w:rsidRPr="00E4573B">
        <w:rPr>
          <w:rFonts w:ascii="garamond" w:hAnsi="garamond"/>
          <w:sz w:val="26"/>
          <w:szCs w:val="26"/>
        </w:rPr>
        <w:t>. He made one call. The day after th</w:t>
      </w:r>
      <w:r>
        <w:rPr>
          <w:rFonts w:ascii="garamond" w:hAnsi="garamond"/>
          <w:sz w:val="26"/>
          <w:szCs w:val="26"/>
        </w:rPr>
        <w:t>e</w:t>
      </w:r>
      <w:r w:rsidRPr="00E4573B">
        <w:rPr>
          <w:rFonts w:ascii="garamond" w:hAnsi="garamond"/>
          <w:sz w:val="26"/>
          <w:szCs w:val="26"/>
        </w:rPr>
        <w:t xml:space="preserve"> call, </w:t>
      </w:r>
      <w:r>
        <w:rPr>
          <w:rFonts w:ascii="garamond" w:hAnsi="garamond"/>
          <w:sz w:val="26"/>
          <w:szCs w:val="26"/>
        </w:rPr>
        <w:t>our application to purchase an apartment was</w:t>
      </w:r>
      <w:r w:rsidRPr="00E4573B">
        <w:rPr>
          <w:rFonts w:ascii="garamond" w:hAnsi="garamond"/>
          <w:sz w:val="26"/>
          <w:szCs w:val="26"/>
        </w:rPr>
        <w:t xml:space="preserve"> accepted.</w:t>
      </w:r>
    </w:p>
    <w:p w14:paraId="1E1B8F00" w14:textId="77777777" w:rsidR="00AC5EEC" w:rsidRPr="00E4573B" w:rsidRDefault="00000000" w:rsidP="00C37C2C">
      <w:pPr>
        <w:rPr>
          <w:rFonts w:ascii="garamond" w:hAnsi="garamond"/>
          <w:sz w:val="26"/>
          <w:szCs w:val="26"/>
        </w:rPr>
      </w:pPr>
      <w:r w:rsidRPr="00E4573B">
        <w:rPr>
          <w:rFonts w:ascii="garamond" w:hAnsi="garamond"/>
          <w:sz w:val="26"/>
          <w:szCs w:val="26"/>
        </w:rPr>
        <w:t>Carole had not asked me to make the call. I had not announced that I made it. But she understood — apartments in that building did not open to people with our background without someone like Maughan. That call was about the new apartment.</w:t>
      </w:r>
    </w:p>
    <w:p w14:paraId="2249C1C0" w14:textId="77777777" w:rsidR="00AC5EEC" w:rsidRPr="00E4573B" w:rsidRDefault="00000000" w:rsidP="00C37C2C">
      <w:pPr>
        <w:rPr>
          <w:rFonts w:ascii="garamond" w:hAnsi="garamond"/>
          <w:sz w:val="26"/>
          <w:szCs w:val="26"/>
        </w:rPr>
      </w:pPr>
      <w:r w:rsidRPr="00E44C25">
        <w:rPr>
          <w:rFonts w:ascii="garamond" w:hAnsi="garamond"/>
          <w:b/>
          <w:bCs/>
          <w:sz w:val="26"/>
          <w:szCs w:val="26"/>
        </w:rPr>
        <w:t xml:space="preserve">Tara was born in April 1999. </w:t>
      </w:r>
      <w:r w:rsidRPr="00E4573B">
        <w:rPr>
          <w:rFonts w:ascii="garamond" w:hAnsi="garamond"/>
          <w:sz w:val="26"/>
          <w:szCs w:val="26"/>
        </w:rPr>
        <w:t>The gifts came from the floor — flowers, Tiffany trinkets, cards from people Carole had never met. Carole noticed who had sent them. She had been watching me for nine years; now she was beginning to see me through other people’s eyes. It was not the gifts themselves. It was the stature behind them.</w:t>
      </w:r>
    </w:p>
    <w:p w14:paraId="029AB8EC" w14:textId="2639D8D9" w:rsidR="00AC5EEC" w:rsidRPr="00E4573B" w:rsidRDefault="00000000" w:rsidP="00C37C2C">
      <w:pPr>
        <w:rPr>
          <w:rFonts w:ascii="garamond" w:hAnsi="garamond"/>
          <w:sz w:val="26"/>
          <w:szCs w:val="26"/>
        </w:rPr>
      </w:pPr>
      <w:r w:rsidRPr="00E44C25">
        <w:rPr>
          <w:rFonts w:ascii="garamond" w:hAnsi="garamond"/>
          <w:b/>
          <w:bCs/>
          <w:sz w:val="26"/>
          <w:szCs w:val="26"/>
        </w:rPr>
        <w:t>By October 2000</w:t>
      </w:r>
      <w:r w:rsidRPr="00E4573B">
        <w:rPr>
          <w:rFonts w:ascii="garamond" w:hAnsi="garamond"/>
          <w:sz w:val="26"/>
          <w:szCs w:val="26"/>
        </w:rPr>
        <w:t xml:space="preserve">, the purchase of the new apartment </w:t>
      </w:r>
      <w:r w:rsidR="005120A8">
        <w:rPr>
          <w:rFonts w:ascii="garamond" w:hAnsi="garamond"/>
          <w:sz w:val="26"/>
          <w:szCs w:val="26"/>
        </w:rPr>
        <w:t>had</w:t>
      </w:r>
      <w:r w:rsidRPr="00E4573B">
        <w:rPr>
          <w:rFonts w:ascii="garamond" w:hAnsi="garamond"/>
          <w:sz w:val="26"/>
          <w:szCs w:val="26"/>
        </w:rPr>
        <w:t xml:space="preserve"> already </w:t>
      </w:r>
      <w:r w:rsidR="005120A8">
        <w:rPr>
          <w:rFonts w:ascii="garamond" w:hAnsi="garamond"/>
          <w:sz w:val="26"/>
          <w:szCs w:val="26"/>
        </w:rPr>
        <w:t xml:space="preserve">been </w:t>
      </w:r>
      <w:r w:rsidRPr="00E4573B">
        <w:rPr>
          <w:rFonts w:ascii="garamond" w:hAnsi="garamond"/>
          <w:sz w:val="26"/>
          <w:szCs w:val="26"/>
        </w:rPr>
        <w:t xml:space="preserve">settled, and the second visit </w:t>
      </w:r>
      <w:r w:rsidR="005120A8">
        <w:rPr>
          <w:rFonts w:ascii="garamond" w:hAnsi="garamond"/>
          <w:sz w:val="26"/>
          <w:szCs w:val="26"/>
        </w:rPr>
        <w:t>had begu</w:t>
      </w:r>
      <w:r w:rsidRPr="00E4573B">
        <w:rPr>
          <w:rFonts w:ascii="garamond" w:hAnsi="garamond"/>
          <w:sz w:val="26"/>
          <w:szCs w:val="26"/>
        </w:rPr>
        <w:t>n. My parents came for two weeks. They stayed in a furnished apartment we had taken nearby. My birthday was on October 22. My father’s was on October 27.</w:t>
      </w:r>
    </w:p>
    <w:p w14:paraId="04B4E4DE" w14:textId="4F396097" w:rsidR="00AC5EEC" w:rsidRPr="00E4573B" w:rsidRDefault="00000000" w:rsidP="00C37C2C">
      <w:pPr>
        <w:rPr>
          <w:rFonts w:ascii="garamond" w:hAnsi="garamond"/>
          <w:sz w:val="26"/>
          <w:szCs w:val="26"/>
        </w:rPr>
      </w:pPr>
      <w:r w:rsidRPr="00E4573B">
        <w:rPr>
          <w:rFonts w:ascii="garamond" w:hAnsi="garamond"/>
          <w:sz w:val="26"/>
          <w:szCs w:val="26"/>
        </w:rPr>
        <w:t xml:space="preserve">Carole hosted a party in the new apartment for both birthdays — a sit-down dinner, the kind of evening she did well. Adib, Salma, Carole, </w:t>
      </w:r>
      <w:r w:rsidR="00C02956">
        <w:rPr>
          <w:rFonts w:ascii="garamond" w:hAnsi="garamond"/>
          <w:sz w:val="26"/>
          <w:szCs w:val="26"/>
        </w:rPr>
        <w:t xml:space="preserve">and her family, </w:t>
      </w:r>
      <w:r w:rsidRPr="00E4573B">
        <w:rPr>
          <w:rFonts w:ascii="garamond" w:hAnsi="garamond"/>
          <w:sz w:val="26"/>
          <w:szCs w:val="26"/>
        </w:rPr>
        <w:t xml:space="preserve">and </w:t>
      </w:r>
      <w:r w:rsidR="001D61F4">
        <w:rPr>
          <w:rFonts w:ascii="garamond" w:hAnsi="garamond"/>
          <w:sz w:val="26"/>
          <w:szCs w:val="26"/>
        </w:rPr>
        <w:t>me</w:t>
      </w:r>
      <w:r w:rsidRPr="00E4573B">
        <w:rPr>
          <w:rFonts w:ascii="garamond" w:hAnsi="garamond"/>
          <w:sz w:val="26"/>
          <w:szCs w:val="26"/>
        </w:rPr>
        <w:t xml:space="preserve">. </w:t>
      </w:r>
    </w:p>
    <w:p w14:paraId="2ABCD5CB" w14:textId="77777777" w:rsidR="00AC5EEC" w:rsidRPr="00E4573B" w:rsidRDefault="00000000" w:rsidP="00C37C2C">
      <w:pPr>
        <w:rPr>
          <w:rFonts w:ascii="garamond" w:hAnsi="garamond"/>
          <w:sz w:val="26"/>
          <w:szCs w:val="26"/>
        </w:rPr>
      </w:pPr>
      <w:r w:rsidRPr="00E4573B">
        <w:rPr>
          <w:rFonts w:ascii="garamond" w:hAnsi="garamond"/>
          <w:sz w:val="26"/>
          <w:szCs w:val="26"/>
        </w:rPr>
        <w:t>Salma and Carole moved by each other that night the way two women move around each other when they have agreed, without saying so, to keep the surface level. Not for themselves. For the people in the room who were not part of the fights.</w:t>
      </w:r>
    </w:p>
    <w:p w14:paraId="138CF7C9" w14:textId="77777777" w:rsidR="005120A8" w:rsidRDefault="00000000" w:rsidP="00C37C2C">
      <w:pPr>
        <w:rPr>
          <w:rFonts w:ascii="garamond" w:hAnsi="garamond"/>
          <w:sz w:val="26"/>
          <w:szCs w:val="26"/>
        </w:rPr>
      </w:pPr>
      <w:r w:rsidRPr="00E44C25">
        <w:rPr>
          <w:rFonts w:ascii="garamond" w:hAnsi="garamond"/>
          <w:b/>
          <w:bCs/>
          <w:sz w:val="26"/>
          <w:szCs w:val="26"/>
        </w:rPr>
        <w:t xml:space="preserve">One morning </w:t>
      </w:r>
      <w:r w:rsidR="00E44C25" w:rsidRPr="00E44C25">
        <w:rPr>
          <w:rFonts w:ascii="garamond" w:hAnsi="garamond"/>
          <w:b/>
          <w:bCs/>
          <w:sz w:val="26"/>
          <w:szCs w:val="26"/>
        </w:rPr>
        <w:t>in October 2000</w:t>
      </w:r>
      <w:r w:rsidRPr="00E4573B">
        <w:rPr>
          <w:rFonts w:ascii="garamond" w:hAnsi="garamond"/>
          <w:sz w:val="26"/>
          <w:szCs w:val="26"/>
        </w:rPr>
        <w:t xml:space="preserve">, Carole and I were coming out of our building when Sir Deryck Maughan was walking past on the sidewalk. He stopped. He talked with us for a long while. </w:t>
      </w:r>
    </w:p>
    <w:p w14:paraId="29629F9D" w14:textId="1440C331" w:rsidR="00AC5EEC" w:rsidRPr="00E4573B" w:rsidRDefault="00000000" w:rsidP="00C37C2C">
      <w:pPr>
        <w:rPr>
          <w:rFonts w:ascii="garamond" w:hAnsi="garamond"/>
          <w:sz w:val="26"/>
          <w:szCs w:val="26"/>
        </w:rPr>
      </w:pPr>
      <w:r w:rsidRPr="00E4573B">
        <w:rPr>
          <w:rFonts w:ascii="garamond" w:hAnsi="garamond"/>
          <w:sz w:val="26"/>
          <w:szCs w:val="26"/>
        </w:rPr>
        <w:t>He remembered Carole’s name. She had met him at the MD Promotion Dinner when we were seated at his table. He asked about Daniel, Anthony, and Tara by name, all while standing in front of her on the sidewalk. People in finance treated me with deference, and she watched it happen</w:t>
      </w:r>
      <w:r w:rsidR="001D61F4">
        <w:rPr>
          <w:rFonts w:ascii="garamond" w:hAnsi="garamond"/>
          <w:sz w:val="26"/>
          <w:szCs w:val="26"/>
        </w:rPr>
        <w:t>. I</w:t>
      </w:r>
      <w:r w:rsidRPr="00E4573B">
        <w:rPr>
          <w:rFonts w:ascii="garamond" w:hAnsi="garamond"/>
          <w:sz w:val="26"/>
          <w:szCs w:val="26"/>
        </w:rPr>
        <w:t>t changed how she saw me—for a while.</w:t>
      </w:r>
    </w:p>
    <w:p w14:paraId="4792182F" w14:textId="77777777" w:rsidR="00AC5EEC" w:rsidRPr="00E4573B" w:rsidRDefault="00000000" w:rsidP="00C37C2C">
      <w:pPr>
        <w:rPr>
          <w:rFonts w:ascii="garamond" w:hAnsi="garamond"/>
          <w:sz w:val="26"/>
          <w:szCs w:val="26"/>
        </w:rPr>
      </w:pPr>
      <w:r w:rsidRPr="00E4573B">
        <w:rPr>
          <w:rFonts w:ascii="garamond" w:hAnsi="garamond"/>
          <w:sz w:val="26"/>
          <w:szCs w:val="26"/>
        </w:rPr>
        <w:t xml:space="preserve">That week, I took Salma on a horse-and-carriage ride through Central Park. It was chilly. We rode with a blanket across our laps. She loved it. Salma — strong-willed, </w:t>
      </w:r>
      <w:r w:rsidRPr="00E4573B">
        <w:rPr>
          <w:rFonts w:ascii="garamond" w:hAnsi="garamond"/>
          <w:sz w:val="26"/>
          <w:szCs w:val="26"/>
        </w:rPr>
        <w:lastRenderedPageBreak/>
        <w:t>educated, tough — sat in a horse-and-carriage in Manhattan with a blanket and watched the trees go by, the way a woman lets herself be a tourist in her son’s city. I had never seen her so quiet.</w:t>
      </w:r>
    </w:p>
    <w:p w14:paraId="4AB6AE39" w14:textId="0C83C76A" w:rsidR="00AC5EEC" w:rsidRPr="00E4573B" w:rsidRDefault="00000000" w:rsidP="00C37C2C">
      <w:pPr>
        <w:rPr>
          <w:rFonts w:ascii="garamond" w:hAnsi="garamond"/>
          <w:sz w:val="26"/>
          <w:szCs w:val="26"/>
        </w:rPr>
      </w:pPr>
      <w:r w:rsidRPr="00E4573B">
        <w:rPr>
          <w:rFonts w:ascii="garamond" w:hAnsi="garamond"/>
          <w:sz w:val="26"/>
          <w:szCs w:val="26"/>
        </w:rPr>
        <w:t xml:space="preserve">We saw two Broadway shows that visit — Les Misérables and The Lion King. My father, who hardly goes to the theatre, sat through both. He </w:t>
      </w:r>
      <w:r w:rsidR="001D61F4">
        <w:rPr>
          <w:rFonts w:ascii="garamond" w:hAnsi="garamond"/>
          <w:sz w:val="26"/>
          <w:szCs w:val="26"/>
        </w:rPr>
        <w:t>watched</w:t>
      </w:r>
      <w:r w:rsidRPr="00E4573B">
        <w:rPr>
          <w:rFonts w:ascii="garamond" w:hAnsi="garamond"/>
          <w:sz w:val="26"/>
          <w:szCs w:val="26"/>
        </w:rPr>
        <w:t xml:space="preserve"> The Lion King the way a man sits through what his son has built.</w:t>
      </w:r>
    </w:p>
    <w:p w14:paraId="5D4690CE" w14:textId="5CF6E896" w:rsidR="00AC5EEC" w:rsidRPr="00E4573B" w:rsidRDefault="00F4588C" w:rsidP="00C37C2C">
      <w:pPr>
        <w:rPr>
          <w:rFonts w:ascii="garamond" w:hAnsi="garamond"/>
          <w:sz w:val="26"/>
          <w:szCs w:val="26"/>
        </w:rPr>
      </w:pPr>
      <w:r w:rsidRPr="00E4573B">
        <w:rPr>
          <w:rFonts w:ascii="garamond" w:hAnsi="garamond"/>
          <w:sz w:val="26"/>
          <w:szCs w:val="26"/>
        </w:rPr>
        <w:t xml:space="preserve">The peace was geographic. </w:t>
      </w:r>
      <w:r w:rsidR="001D61F4" w:rsidRPr="00E4573B">
        <w:rPr>
          <w:rFonts w:ascii="garamond" w:hAnsi="garamond"/>
          <w:sz w:val="26"/>
          <w:szCs w:val="26"/>
        </w:rPr>
        <w:t>In New York, in the same apartment, we ate together.</w:t>
      </w:r>
      <w:r w:rsidR="001D61F4">
        <w:rPr>
          <w:rFonts w:ascii="garamond" w:hAnsi="garamond"/>
          <w:sz w:val="26"/>
          <w:szCs w:val="26"/>
        </w:rPr>
        <w:t xml:space="preserve"> </w:t>
      </w:r>
      <w:r w:rsidRPr="00E4573B">
        <w:rPr>
          <w:rFonts w:ascii="garamond" w:hAnsi="garamond"/>
          <w:sz w:val="26"/>
          <w:szCs w:val="26"/>
        </w:rPr>
        <w:t xml:space="preserve">In </w:t>
      </w:r>
      <w:r>
        <w:rPr>
          <w:rFonts w:ascii="garamond" w:hAnsi="garamond"/>
          <w:sz w:val="26"/>
          <w:szCs w:val="26"/>
        </w:rPr>
        <w:t>Beirut</w:t>
      </w:r>
      <w:r w:rsidRPr="00E4573B">
        <w:rPr>
          <w:rFonts w:ascii="garamond" w:hAnsi="garamond"/>
          <w:sz w:val="26"/>
          <w:szCs w:val="26"/>
        </w:rPr>
        <w:t xml:space="preserve">, the families still did not see each other regularly, only at major events. </w:t>
      </w:r>
      <w:r>
        <w:rPr>
          <w:rFonts w:ascii="garamond" w:hAnsi="garamond"/>
          <w:sz w:val="26"/>
          <w:szCs w:val="26"/>
        </w:rPr>
        <w:t>M</w:t>
      </w:r>
      <w:r w:rsidRPr="00E4573B">
        <w:rPr>
          <w:rFonts w:ascii="garamond" w:hAnsi="garamond"/>
          <w:sz w:val="26"/>
          <w:szCs w:val="26"/>
        </w:rPr>
        <w:t>y parents and Carole’s parents lived in the same city without crossing paths. Both things were true. We did not pretend otherwise.</w:t>
      </w:r>
    </w:p>
    <w:p w14:paraId="772E0F57" w14:textId="5E84AC1E" w:rsidR="00AC5EEC" w:rsidRPr="00E4573B" w:rsidRDefault="00000000" w:rsidP="00C37C2C">
      <w:pPr>
        <w:rPr>
          <w:rFonts w:ascii="garamond" w:hAnsi="garamond"/>
          <w:sz w:val="26"/>
          <w:szCs w:val="26"/>
        </w:rPr>
      </w:pPr>
      <w:r w:rsidRPr="00E4573B">
        <w:rPr>
          <w:rFonts w:ascii="garamond" w:hAnsi="garamond"/>
          <w:sz w:val="26"/>
          <w:szCs w:val="26"/>
        </w:rPr>
        <w:t xml:space="preserve">For the children, peace meant grandparents who all came at once. Daniel was seven. Anthony was four. Tara was eighteen months old. They had no idea </w:t>
      </w:r>
      <w:r w:rsidR="00F4588C">
        <w:rPr>
          <w:rFonts w:ascii="garamond" w:hAnsi="garamond"/>
          <w:sz w:val="26"/>
          <w:szCs w:val="26"/>
        </w:rPr>
        <w:t xml:space="preserve">of </w:t>
      </w:r>
      <w:r w:rsidRPr="00E4573B">
        <w:rPr>
          <w:rFonts w:ascii="garamond" w:hAnsi="garamond"/>
          <w:sz w:val="26"/>
          <w:szCs w:val="26"/>
        </w:rPr>
        <w:t xml:space="preserve">the conflicts </w:t>
      </w:r>
      <w:r w:rsidR="00F4588C">
        <w:rPr>
          <w:rFonts w:ascii="garamond" w:hAnsi="garamond"/>
          <w:sz w:val="26"/>
          <w:szCs w:val="26"/>
        </w:rPr>
        <w:t>that</w:t>
      </w:r>
      <w:r w:rsidRPr="00E4573B">
        <w:rPr>
          <w:rFonts w:ascii="garamond" w:hAnsi="garamond"/>
          <w:sz w:val="26"/>
          <w:szCs w:val="26"/>
        </w:rPr>
        <w:t xml:space="preserve"> existed. They had grandparents who were kind to each other in their presence, and that was all they needed. The peace was for them. </w:t>
      </w:r>
      <w:r w:rsidR="00F4588C">
        <w:rPr>
          <w:rFonts w:ascii="garamond" w:hAnsi="garamond"/>
          <w:sz w:val="26"/>
          <w:szCs w:val="26"/>
        </w:rPr>
        <w:t>E</w:t>
      </w:r>
      <w:r w:rsidRPr="00E4573B">
        <w:rPr>
          <w:rFonts w:ascii="garamond" w:hAnsi="garamond"/>
          <w:sz w:val="26"/>
          <w:szCs w:val="26"/>
        </w:rPr>
        <w:t xml:space="preserve">verything </w:t>
      </w:r>
      <w:r w:rsidR="00F4588C">
        <w:rPr>
          <w:rFonts w:ascii="garamond" w:hAnsi="garamond"/>
          <w:sz w:val="26"/>
          <w:szCs w:val="26"/>
        </w:rPr>
        <w:t xml:space="preserve">was </w:t>
      </w:r>
      <w:r w:rsidRPr="00E4573B">
        <w:rPr>
          <w:rFonts w:ascii="garamond" w:hAnsi="garamond"/>
          <w:sz w:val="26"/>
          <w:szCs w:val="26"/>
        </w:rPr>
        <w:t>for the kids.</w:t>
      </w:r>
    </w:p>
    <w:p w14:paraId="3D0F7B03" w14:textId="15E11D49" w:rsidR="00AC5EEC" w:rsidRPr="00E4573B" w:rsidRDefault="00F4588C" w:rsidP="00C37C2C">
      <w:pPr>
        <w:rPr>
          <w:rFonts w:ascii="garamond" w:hAnsi="garamond"/>
          <w:sz w:val="26"/>
          <w:szCs w:val="26"/>
        </w:rPr>
      </w:pPr>
      <w:r>
        <w:rPr>
          <w:rFonts w:ascii="garamond" w:hAnsi="garamond"/>
          <w:sz w:val="26"/>
          <w:szCs w:val="26"/>
        </w:rPr>
        <w:t>Unfortunately, i</w:t>
      </w:r>
      <w:r w:rsidRPr="00E4573B">
        <w:rPr>
          <w:rFonts w:ascii="garamond" w:hAnsi="garamond"/>
          <w:sz w:val="26"/>
          <w:szCs w:val="26"/>
        </w:rPr>
        <w:t xml:space="preserve">t would not last. Some of it broke later, in ways the children would </w:t>
      </w:r>
      <w:r>
        <w:rPr>
          <w:rFonts w:ascii="garamond" w:hAnsi="garamond"/>
          <w:sz w:val="26"/>
          <w:szCs w:val="26"/>
        </w:rPr>
        <w:t>remember</w:t>
      </w:r>
      <w:r w:rsidRPr="00E4573B">
        <w:rPr>
          <w:rFonts w:ascii="garamond" w:hAnsi="garamond"/>
          <w:sz w:val="26"/>
          <w:szCs w:val="26"/>
        </w:rPr>
        <w:t xml:space="preserve"> </w:t>
      </w:r>
      <w:r>
        <w:rPr>
          <w:rFonts w:ascii="garamond" w:hAnsi="garamond"/>
          <w:sz w:val="26"/>
          <w:szCs w:val="26"/>
        </w:rPr>
        <w:t>as well</w:t>
      </w:r>
      <w:r w:rsidRPr="00E4573B">
        <w:rPr>
          <w:rFonts w:ascii="garamond" w:hAnsi="garamond"/>
          <w:sz w:val="26"/>
          <w:szCs w:val="26"/>
        </w:rPr>
        <w:t xml:space="preserve">. But in the </w:t>
      </w:r>
      <w:r w:rsidRPr="00E44C25">
        <w:rPr>
          <w:rFonts w:ascii="garamond" w:hAnsi="garamond"/>
          <w:b/>
          <w:bCs/>
          <w:sz w:val="26"/>
          <w:szCs w:val="26"/>
        </w:rPr>
        <w:t>summer of 1998 and</w:t>
      </w:r>
      <w:r w:rsidRPr="00E4573B">
        <w:rPr>
          <w:rFonts w:ascii="garamond" w:hAnsi="garamond"/>
          <w:sz w:val="26"/>
          <w:szCs w:val="26"/>
        </w:rPr>
        <w:t xml:space="preserve"> </w:t>
      </w:r>
      <w:r w:rsidRPr="00E44C25">
        <w:rPr>
          <w:rFonts w:ascii="garamond" w:hAnsi="garamond"/>
          <w:b/>
          <w:bCs/>
          <w:sz w:val="26"/>
          <w:szCs w:val="26"/>
        </w:rPr>
        <w:t>the autumn of 2000</w:t>
      </w:r>
      <w:r w:rsidRPr="00E4573B">
        <w:rPr>
          <w:rFonts w:ascii="garamond" w:hAnsi="garamond"/>
          <w:sz w:val="26"/>
          <w:szCs w:val="26"/>
        </w:rPr>
        <w:t>, the peace was real, it was gently held, and it had been arranged by people who had decided — separately, without ever discussing it — that the next generation deserved better than what we had given each other.</w:t>
      </w:r>
    </w:p>
    <w:p w14:paraId="15EEE60D" w14:textId="77777777" w:rsidR="00AC5EEC" w:rsidRPr="00E4573B" w:rsidRDefault="00AC5EEC" w:rsidP="00C37C2C">
      <w:pPr>
        <w:rPr>
          <w:rFonts w:ascii="garamond" w:hAnsi="garamond"/>
          <w:sz w:val="26"/>
          <w:szCs w:val="26"/>
        </w:rPr>
      </w:pPr>
    </w:p>
    <w:p w14:paraId="4919D90A" w14:textId="77777777" w:rsidR="00CF019F" w:rsidRDefault="00CF019F">
      <w:pPr>
        <w:rPr>
          <w:rFonts w:ascii="garamond" w:hAnsi="garamond"/>
          <w:b/>
          <w:bCs/>
          <w:sz w:val="26"/>
          <w:szCs w:val="26"/>
        </w:rPr>
      </w:pPr>
      <w:r>
        <w:rPr>
          <w:rFonts w:ascii="garamond" w:hAnsi="garamond"/>
          <w:b/>
          <w:bCs/>
          <w:sz w:val="26"/>
          <w:szCs w:val="26"/>
        </w:rPr>
        <w:br w:type="page"/>
      </w:r>
    </w:p>
    <w:p w14:paraId="743A3952" w14:textId="7BC0C25B" w:rsidR="00E94081" w:rsidRPr="005A3E8B" w:rsidRDefault="00E94081" w:rsidP="00E94081">
      <w:pPr>
        <w:rPr>
          <w:rFonts w:ascii="garamond" w:hAnsi="garamond"/>
          <w:sz w:val="26"/>
          <w:szCs w:val="26"/>
        </w:rPr>
      </w:pPr>
      <w:r w:rsidRPr="00081F60">
        <w:rPr>
          <w:rFonts w:ascii="garamond" w:hAnsi="garamond"/>
          <w:b/>
          <w:sz w:val="26"/>
          <w:szCs w:val="26"/>
        </w:rPr>
        <w:lastRenderedPageBreak/>
        <w:t>CHAPTER 32 — THE INHERITANCE</w:t>
      </w:r>
      <w:r w:rsidR="005A3E8B">
        <w:rPr>
          <w:rFonts w:ascii="garamond" w:hAnsi="garamond"/>
          <w:sz w:val="26"/>
          <w:szCs w:val="26"/>
        </w:rPr>
        <w:br/>
      </w:r>
      <w:r w:rsidRPr="00081F60">
        <w:rPr>
          <w:rFonts w:ascii="garamond" w:hAnsi="garamond"/>
          <w:b/>
          <w:bCs/>
          <w:sz w:val="26"/>
          <w:szCs w:val="26"/>
        </w:rPr>
        <w:t>The Walks Were the Architecture.</w:t>
      </w:r>
    </w:p>
    <w:p w14:paraId="78B5F16D"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By the time Uncle Emile began our Madison Avenue walks in 1995, the role had already been mine for two years. My father had lost his job in 1993, one year after my marriage to Carole. Walid and I shared the responsibility of our parents’ expenses at first, but the carrying drifted toward me as my career did. By 1995, it had drifted fully. I was the structural support of my parents. Walid would still help on occasion, in his way. But the role was no longer split. It was mine.</w:t>
      </w:r>
    </w:p>
    <w:p w14:paraId="76FBDF5A" w14:textId="0A615CC4" w:rsidR="00E94081" w:rsidRPr="00081F60" w:rsidRDefault="00E94081" w:rsidP="00E94081">
      <w:pPr>
        <w:spacing w:after="160"/>
        <w:rPr>
          <w:rFonts w:ascii="garamond" w:hAnsi="garamond"/>
          <w:sz w:val="26"/>
          <w:szCs w:val="26"/>
        </w:rPr>
      </w:pPr>
      <w:r w:rsidRPr="00081F60">
        <w:rPr>
          <w:rFonts w:ascii="garamond" w:hAnsi="garamond"/>
          <w:sz w:val="26"/>
          <w:szCs w:val="26"/>
        </w:rPr>
        <w:t xml:space="preserve">Emile </w:t>
      </w:r>
      <w:r w:rsidR="005120A8">
        <w:rPr>
          <w:rFonts w:ascii="garamond" w:hAnsi="garamond"/>
          <w:sz w:val="26"/>
          <w:szCs w:val="26"/>
        </w:rPr>
        <w:t>visited</w:t>
      </w:r>
      <w:r w:rsidRPr="00081F60">
        <w:rPr>
          <w:rFonts w:ascii="garamond" w:hAnsi="garamond"/>
          <w:sz w:val="26"/>
          <w:szCs w:val="26"/>
        </w:rPr>
        <w:t xml:space="preserve"> New York </w:t>
      </w:r>
      <w:r w:rsidR="005120A8">
        <w:rPr>
          <w:rFonts w:ascii="garamond" w:hAnsi="garamond"/>
          <w:sz w:val="26"/>
          <w:szCs w:val="26"/>
        </w:rPr>
        <w:t xml:space="preserve">for </w:t>
      </w:r>
      <w:r w:rsidRPr="00081F60">
        <w:rPr>
          <w:rFonts w:ascii="garamond" w:hAnsi="garamond"/>
          <w:sz w:val="26"/>
          <w:szCs w:val="26"/>
        </w:rPr>
        <w:t>two days e</w:t>
      </w:r>
      <w:r w:rsidR="005120A8">
        <w:rPr>
          <w:rFonts w:ascii="garamond" w:hAnsi="garamond"/>
          <w:sz w:val="26"/>
          <w:szCs w:val="26"/>
        </w:rPr>
        <w:t>very year</w:t>
      </w:r>
      <w:r w:rsidRPr="00081F60">
        <w:rPr>
          <w:rFonts w:ascii="garamond" w:hAnsi="garamond"/>
          <w:sz w:val="26"/>
          <w:szCs w:val="26"/>
        </w:rPr>
        <w:t xml:space="preserve"> — one for the bank, one for me. What passed between us was not a transfer. It was an accompaniment. Emile walked alongside the role I had already accepted. He was not handing it to me. He was teaching me to carry it more lightly.</w:t>
      </w:r>
    </w:p>
    <w:p w14:paraId="37B46A2B" w14:textId="64224340" w:rsidR="00E94081" w:rsidRPr="00081F60" w:rsidRDefault="00E94081" w:rsidP="00E94081">
      <w:pPr>
        <w:spacing w:after="160"/>
        <w:rPr>
          <w:rFonts w:ascii="garamond" w:hAnsi="garamond"/>
          <w:sz w:val="26"/>
          <w:szCs w:val="26"/>
        </w:rPr>
      </w:pPr>
      <w:r w:rsidRPr="00081F60">
        <w:rPr>
          <w:rFonts w:ascii="garamond" w:hAnsi="garamond"/>
          <w:sz w:val="26"/>
          <w:szCs w:val="26"/>
        </w:rPr>
        <w:t>We had a walk routine. We met at the Mark Hotel, walked down Madison Avenue from E. 77th Street to E. 42nd Street, then crossed and walked back up. Two and a half miles each way. We window</w:t>
      </w:r>
      <w:r w:rsidR="005120A8">
        <w:rPr>
          <w:rFonts w:ascii="garamond" w:hAnsi="garamond"/>
          <w:sz w:val="26"/>
          <w:szCs w:val="26"/>
        </w:rPr>
        <w:t>-</w:t>
      </w:r>
      <w:r w:rsidRPr="00081F60">
        <w:rPr>
          <w:rFonts w:ascii="garamond" w:hAnsi="garamond"/>
          <w:sz w:val="26"/>
          <w:szCs w:val="26"/>
        </w:rPr>
        <w:t>shopped the whole way. Two loaded guys, and we never bought anything. Everything appeared expensive. We talked about family, life, marriage, the markets, the dollar, and how the Marshi family would always need someone to look out for it.</w:t>
      </w:r>
    </w:p>
    <w:p w14:paraId="1F59D1CF"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Ninety percent of the time, lunch came midway through our walk at the Bull and Bear restaurant at the Waldorf Astoria. The lunch was the bracket. The walk was the substance. Madison Avenue, once, usually twice a year, was a loop we shared with a respected and guarded conversation for both.</w:t>
      </w:r>
    </w:p>
    <w:p w14:paraId="53D2B20A"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Emile had been the Patriarch of the Marshi family for decades. He was two years older than Adib, and his closest brother and friend.</w:t>
      </w:r>
    </w:p>
    <w:p w14:paraId="5504FA2E"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 xml:space="preserve">Patriarchy in our family was never a biblical term. It was an </w:t>
      </w:r>
      <w:proofErr w:type="spellStart"/>
      <w:r w:rsidRPr="00081F60">
        <w:rPr>
          <w:rFonts w:ascii="garamond" w:hAnsi="garamond"/>
          <w:sz w:val="26"/>
          <w:szCs w:val="26"/>
        </w:rPr>
        <w:t>unreciprocal</w:t>
      </w:r>
      <w:proofErr w:type="spellEnd"/>
      <w:r w:rsidRPr="00081F60">
        <w:rPr>
          <w:rFonts w:ascii="garamond" w:hAnsi="garamond"/>
          <w:sz w:val="26"/>
          <w:szCs w:val="26"/>
        </w:rPr>
        <w:t xml:space="preserve"> gesture of giving based on need, never authority.</w:t>
      </w:r>
    </w:p>
    <w:p w14:paraId="3AFE9AAA"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Emile supported his parents. He had five siblings. He supported three of them and placed two in jobs outside Lebanon. He kept an eye on everyone in our extended family who was in need.</w:t>
      </w:r>
    </w:p>
    <w:p w14:paraId="5480516F"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 xml:space="preserve">There was a moment that captured how he carried it. Emile was considering buying a car but was hesitant. He refused because the cost could have supported one of his brothers in need for two years. When I tried to push him to do it, he asked me, </w:t>
      </w:r>
      <w:r w:rsidRPr="00081F60">
        <w:rPr>
          <w:rFonts w:ascii="garamond" w:hAnsi="garamond"/>
          <w:sz w:val="26"/>
          <w:szCs w:val="26"/>
        </w:rPr>
        <w:lastRenderedPageBreak/>
        <w:t>“What would you do if your brother were in need?” I said, “I would get a bicycle.” He laughed wholeheartedly.</w:t>
      </w:r>
    </w:p>
    <w:p w14:paraId="59C0FBD2"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Emile and his wife, Mary, lived primarily in Geneva, with short stints in London. Their children, Nicholas and Anna, graduated in the U.S. and subsequently settled in Los Angeles and London with their spouses and kids.</w:t>
      </w:r>
    </w:p>
    <w:p w14:paraId="5B8981BA"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Emile’s Beirut was the Beirut of the early to mid-1970s, after which he stopped going. He had carried the Marshi family from a distance — not because he was absent, but because diaspora was the form his presence had to take.</w:t>
      </w:r>
    </w:p>
    <w:p w14:paraId="45429FA0"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One winter, the cold caught us on the walk. We crossed Madison Avenue into Saks Fifth Avenue. We bought warm wool knit caps, far cheaper and more comfortable than the expensive leather variety. We were as happy as two little boys — we could extend our walk. It was the only purchase we ever made during our walks.</w:t>
      </w:r>
    </w:p>
    <w:p w14:paraId="27F29BE9" w14:textId="56C8FC60" w:rsidR="00E94081" w:rsidRPr="00081F60" w:rsidRDefault="00E94081" w:rsidP="00E94081">
      <w:pPr>
        <w:spacing w:after="160"/>
        <w:rPr>
          <w:rFonts w:ascii="garamond" w:hAnsi="garamond"/>
          <w:sz w:val="26"/>
          <w:szCs w:val="26"/>
        </w:rPr>
      </w:pPr>
      <w:r w:rsidRPr="00081F60">
        <w:rPr>
          <w:rFonts w:ascii="garamond" w:hAnsi="garamond"/>
          <w:sz w:val="26"/>
          <w:szCs w:val="26"/>
        </w:rPr>
        <w:t>In mid-1999 — Adib, Emile, and I — dined together in London. It was the only time in my life that my father, my uncle, and I sat down together at a table without other family present. Just the three of us. The two men who had carried me, and the man they had carried.</w:t>
      </w:r>
    </w:p>
    <w:p w14:paraId="21540ADE"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We did not name what the dinner was about. We spoke around it. We talked about the markets, the city, the family, the children, and the weather. The conversation never named itself. But all three of us knew. Emile had said to me that my father needed to watch his expenses on a Madison Avenue walk earlier that year, and the sentence had carried into this room. Adib knew his brother was naming, gently, what was already true. Adib did not protest. He let it stand. The role had been formally acknowledged, in the Lebanese way, by what we did not say.</w:t>
      </w:r>
    </w:p>
    <w:p w14:paraId="3031BC98" w14:textId="5A4A9DFB" w:rsidR="00E94081" w:rsidRPr="00081F60" w:rsidRDefault="00E94081" w:rsidP="00E94081">
      <w:pPr>
        <w:spacing w:after="160"/>
        <w:rPr>
          <w:rFonts w:ascii="garamond" w:hAnsi="garamond"/>
          <w:sz w:val="26"/>
          <w:szCs w:val="26"/>
        </w:rPr>
      </w:pPr>
      <w:r w:rsidRPr="00081F60">
        <w:rPr>
          <w:rFonts w:ascii="garamond" w:hAnsi="garamond"/>
          <w:sz w:val="26"/>
          <w:szCs w:val="26"/>
        </w:rPr>
        <w:t xml:space="preserve">After that dinner, Emile spent one more year in Geneva. Then he retired. He was stricken with the disease Ataxia, which </w:t>
      </w:r>
      <w:r w:rsidR="00842B11">
        <w:rPr>
          <w:rFonts w:ascii="garamond" w:hAnsi="garamond"/>
          <w:sz w:val="26"/>
          <w:szCs w:val="26"/>
        </w:rPr>
        <w:t xml:space="preserve">began </w:t>
      </w:r>
      <w:r w:rsidRPr="00081F60">
        <w:rPr>
          <w:rFonts w:ascii="garamond" w:hAnsi="garamond"/>
          <w:sz w:val="26"/>
          <w:szCs w:val="26"/>
        </w:rPr>
        <w:t>gradually in 2000. He sold his villa in Geneva and moved to his apartment in London, where Mary, his daughter, Anna, his daughter’s husband, David, and three grandchildren shared his apartment. He spent the rest of his life there.</w:t>
      </w:r>
    </w:p>
    <w:p w14:paraId="244DF24B" w14:textId="77777777" w:rsidR="005120A8" w:rsidRDefault="00E94081" w:rsidP="00E94081">
      <w:pPr>
        <w:spacing w:after="160"/>
        <w:rPr>
          <w:rFonts w:ascii="garamond" w:hAnsi="garamond"/>
          <w:sz w:val="26"/>
          <w:szCs w:val="26"/>
        </w:rPr>
      </w:pPr>
      <w:r w:rsidRPr="00081F60">
        <w:rPr>
          <w:rFonts w:ascii="garamond" w:hAnsi="garamond"/>
          <w:sz w:val="26"/>
          <w:szCs w:val="26"/>
        </w:rPr>
        <w:t xml:space="preserve">On our last Madison Avenue walk together, in 1999, I remember </w:t>
      </w:r>
      <w:r w:rsidR="00A7794E">
        <w:rPr>
          <w:rFonts w:ascii="garamond" w:hAnsi="garamond"/>
          <w:sz w:val="26"/>
          <w:szCs w:val="26"/>
        </w:rPr>
        <w:t>U</w:t>
      </w:r>
      <w:r w:rsidRPr="00081F60">
        <w:rPr>
          <w:rFonts w:ascii="garamond" w:hAnsi="garamond"/>
          <w:sz w:val="26"/>
          <w:szCs w:val="26"/>
        </w:rPr>
        <w:t>ncle Emile’s direct</w:t>
      </w:r>
      <w:r w:rsidR="00A7794E">
        <w:rPr>
          <w:rFonts w:ascii="garamond" w:hAnsi="garamond"/>
          <w:sz w:val="26"/>
          <w:szCs w:val="26"/>
        </w:rPr>
        <w:t xml:space="preserve">ion </w:t>
      </w:r>
      <w:r w:rsidRPr="00081F60">
        <w:rPr>
          <w:rFonts w:ascii="garamond" w:hAnsi="garamond"/>
          <w:sz w:val="26"/>
          <w:szCs w:val="26"/>
        </w:rPr>
        <w:t xml:space="preserve">toward </w:t>
      </w:r>
      <w:r w:rsidR="00A7794E">
        <w:rPr>
          <w:rFonts w:ascii="garamond" w:hAnsi="garamond"/>
          <w:sz w:val="26"/>
          <w:szCs w:val="26"/>
        </w:rPr>
        <w:t xml:space="preserve">Marshi family relatives who needed support. His concern was that they would not ask out of pride. I told him that as Marshi’s they should not worry about assistance. I did not know them, but I took their information. The conversation was intense such that Uncle Emile stopped, turned around, and hugged </w:t>
      </w:r>
      <w:r w:rsidR="00A7794E">
        <w:rPr>
          <w:rFonts w:ascii="garamond" w:hAnsi="garamond"/>
          <w:sz w:val="26"/>
          <w:szCs w:val="26"/>
        </w:rPr>
        <w:lastRenderedPageBreak/>
        <w:t>me as tightly as he could, with his weakening muscles. I hugged him b</w:t>
      </w:r>
      <w:r w:rsidR="005120A8">
        <w:rPr>
          <w:rFonts w:ascii="garamond" w:hAnsi="garamond"/>
          <w:sz w:val="26"/>
          <w:szCs w:val="26"/>
        </w:rPr>
        <w:t>a</w:t>
      </w:r>
      <w:r w:rsidR="00A7794E">
        <w:rPr>
          <w:rFonts w:ascii="garamond" w:hAnsi="garamond"/>
          <w:sz w:val="26"/>
          <w:szCs w:val="26"/>
        </w:rPr>
        <w:t>ck and whispered in his ear, “Ever</w:t>
      </w:r>
      <w:r w:rsidR="005120A8">
        <w:rPr>
          <w:rFonts w:ascii="garamond" w:hAnsi="garamond"/>
          <w:sz w:val="26"/>
          <w:szCs w:val="26"/>
        </w:rPr>
        <w:t xml:space="preserve">ything will be fine. I can handle whatever situation.” As we separated, I could see his red eyes with tears flowing down. He looked a little lost, but then he flashed his vintage smile, and we continued our walk. </w:t>
      </w:r>
      <w:r w:rsidRPr="00081F60">
        <w:rPr>
          <w:rFonts w:ascii="garamond" w:hAnsi="garamond"/>
          <w:sz w:val="26"/>
          <w:szCs w:val="26"/>
        </w:rPr>
        <w:t xml:space="preserve"> My role, by then, was the financial discipline under his direction. </w:t>
      </w:r>
    </w:p>
    <w:p w14:paraId="7F1CD3CE" w14:textId="60F14E19" w:rsidR="00E94081" w:rsidRDefault="00E94081" w:rsidP="00E94081">
      <w:pPr>
        <w:spacing w:after="160"/>
        <w:rPr>
          <w:rFonts w:ascii="garamond" w:hAnsi="garamond"/>
          <w:sz w:val="26"/>
          <w:szCs w:val="26"/>
        </w:rPr>
      </w:pPr>
      <w:r w:rsidRPr="00081F60">
        <w:rPr>
          <w:rFonts w:ascii="garamond" w:hAnsi="garamond"/>
          <w:sz w:val="26"/>
          <w:szCs w:val="26"/>
        </w:rPr>
        <w:t>Emile’s sentence acknowledged what was already true — that the structure of giving in our family ran from Adib’s instinct through my discipline. He never asked me to take over from my father. He named what had already been the case.</w:t>
      </w:r>
    </w:p>
    <w:p w14:paraId="27FD4A00" w14:textId="77777777" w:rsidR="00081F60" w:rsidRPr="00081F60" w:rsidRDefault="00081F60">
      <w:pPr>
        <w:rPr>
          <w:rFonts w:ascii="garamond" w:hAnsi="garamond"/>
          <w:b/>
          <w:sz w:val="26"/>
          <w:szCs w:val="26"/>
        </w:rPr>
      </w:pPr>
      <w:r w:rsidRPr="00081F60">
        <w:rPr>
          <w:rFonts w:ascii="garamond" w:hAnsi="garamond"/>
          <w:b/>
          <w:sz w:val="26"/>
          <w:szCs w:val="26"/>
        </w:rPr>
        <w:br w:type="page"/>
      </w:r>
    </w:p>
    <w:p w14:paraId="2ADBE06F" w14:textId="1F2F4906" w:rsidR="00E94081" w:rsidRPr="00081F60" w:rsidRDefault="00E94081" w:rsidP="00E94081">
      <w:pPr>
        <w:rPr>
          <w:rFonts w:ascii="garamond" w:hAnsi="garamond"/>
          <w:sz w:val="26"/>
          <w:szCs w:val="26"/>
        </w:rPr>
      </w:pPr>
      <w:r w:rsidRPr="00081F60">
        <w:rPr>
          <w:rFonts w:ascii="garamond" w:hAnsi="garamond"/>
          <w:b/>
          <w:sz w:val="26"/>
          <w:szCs w:val="26"/>
        </w:rPr>
        <w:lastRenderedPageBreak/>
        <w:t>CHAPTER 33 — THE ROLE WAS THE WORK</w:t>
      </w:r>
      <w:r w:rsidR="005A3E8B">
        <w:rPr>
          <w:rFonts w:ascii="garamond" w:hAnsi="garamond"/>
          <w:sz w:val="26"/>
          <w:szCs w:val="26"/>
        </w:rPr>
        <w:br/>
      </w:r>
      <w:r w:rsidRPr="00081F60">
        <w:rPr>
          <w:rFonts w:ascii="garamond" w:hAnsi="garamond"/>
          <w:b/>
          <w:sz w:val="26"/>
          <w:szCs w:val="26"/>
        </w:rPr>
        <w:t>What I Did With the Inheritance</w:t>
      </w:r>
      <w:r w:rsidRPr="00081F60">
        <w:rPr>
          <w:rFonts w:ascii="garamond" w:hAnsi="garamond"/>
          <w:sz w:val="26"/>
          <w:szCs w:val="26"/>
        </w:rPr>
        <w:t>.</w:t>
      </w:r>
    </w:p>
    <w:p w14:paraId="503DC77B"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 xml:space="preserve">The role I was carrying by then was larger than what Emile had passed. I had the resources, and I was able to provide. The expansion was natural to me. I branched out beyond the Marshi side into my mother’s family — the Salma side, with its own needs and dignities — and into Carole’s family. Greta, Arfan, and Alan. People who had become mine through </w:t>
      </w:r>
      <w:proofErr w:type="gramStart"/>
      <w:r w:rsidRPr="00081F60">
        <w:rPr>
          <w:rFonts w:ascii="garamond" w:hAnsi="garamond"/>
          <w:sz w:val="26"/>
          <w:szCs w:val="26"/>
        </w:rPr>
        <w:t>marriage, and</w:t>
      </w:r>
      <w:proofErr w:type="gramEnd"/>
      <w:r w:rsidRPr="00081F60">
        <w:rPr>
          <w:rFonts w:ascii="garamond" w:hAnsi="garamond"/>
          <w:sz w:val="26"/>
          <w:szCs w:val="26"/>
        </w:rPr>
        <w:t xml:space="preserve"> entered our lives. I helped them when they needed help. I did this because I believed it was the right thing to do, and because I could afford it.</w:t>
      </w:r>
    </w:p>
    <w:p w14:paraId="6D1AAC9F"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I am not very religious. I am superstitious. Giving was, in certain ways, selfish — it made me feel good. The instructions, I believed, went something like this: what I had was for me and, as needed, for others. I do not know exactly where the instructions came from. Beirut, perhaps. My father, perhaps. The accumulation of forty years of watching certain men carry families and other men fail to. The instructions were mine, but I had not written them.</w:t>
      </w:r>
    </w:p>
    <w:p w14:paraId="335D4207"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I had not accepted help from anyone since I took the SATs for other students in Austin in 1981 to afford my schooling. The same instinct that made me refuse help made it natural to give it.</w:t>
      </w:r>
    </w:p>
    <w:p w14:paraId="1BBAE089"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By mid-2001, the inner circle of people whose lives I touched with monetary assistance or by securing employment — my so-called “qua” — was somewhere around twenty-five or thirty people I knew and around ten people I hardly knew, but who were described to me by my father.</w:t>
      </w:r>
    </w:p>
    <w:p w14:paraId="6B44A103"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Beyond them was charity, which I treated the way I treated the family: as a standing obligation, not an occasional generosity. Every year I gave to the same four fronts, the way a man tends four fields he has no intention of letting go fallow. Education, because a scholarship had once been the only thing standing between me and a return ticket to Beirut. Healthcare, because I had learned on a hospital floor what money can buy in an emergency and what it cannot.</w:t>
      </w:r>
    </w:p>
    <w:p w14:paraId="42E1E79A"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 xml:space="preserve">The United Nations work, because I had been a refugee in everything but the paperwork, and I knew what it meant to be a file in someone else’s system. And finance — the industry that had made me, funding the programs that pulled the next Lebanese-Palestinian kid with a strange name onto a trading floor he had no business reaching. I picked specific institutions in each sector and gave to them annually, without ceremony, the checks leaving my account on roughly the same dates the way </w:t>
      </w:r>
      <w:r w:rsidRPr="00081F60">
        <w:rPr>
          <w:rFonts w:ascii="garamond" w:hAnsi="garamond"/>
          <w:sz w:val="26"/>
          <w:szCs w:val="26"/>
        </w:rPr>
        <w:lastRenderedPageBreak/>
        <w:t>mortgage payments do. I did not announce it. Giving was, in certain ways, still selfish — it made me feel like the man I had decided to be.</w:t>
      </w:r>
    </w:p>
    <w:p w14:paraId="6F7ECDFE" w14:textId="33CC70BD" w:rsidR="00E94081" w:rsidRPr="00081F60" w:rsidRDefault="00E94081" w:rsidP="00E94081">
      <w:pPr>
        <w:spacing w:after="160"/>
        <w:rPr>
          <w:rFonts w:ascii="garamond" w:hAnsi="garamond"/>
          <w:sz w:val="26"/>
          <w:szCs w:val="26"/>
        </w:rPr>
      </w:pPr>
      <w:r w:rsidRPr="00081F60">
        <w:rPr>
          <w:rFonts w:ascii="garamond" w:hAnsi="garamond"/>
          <w:sz w:val="26"/>
          <w:szCs w:val="26"/>
        </w:rPr>
        <w:t xml:space="preserve">One of those commitments was different because I had helped build it. I was a founding member of </w:t>
      </w:r>
      <w:r w:rsidR="00D80CA7">
        <w:rPr>
          <w:rFonts w:ascii="garamond" w:hAnsi="garamond"/>
          <w:sz w:val="26"/>
          <w:szCs w:val="26"/>
        </w:rPr>
        <w:t>Social and Economic Action for Lebanon (‘SEAL’)</w:t>
      </w:r>
      <w:r w:rsidRPr="00081F60">
        <w:rPr>
          <w:rFonts w:ascii="garamond" w:hAnsi="garamond"/>
          <w:sz w:val="26"/>
          <w:szCs w:val="26"/>
        </w:rPr>
        <w:t>, a Lebanese philanthropic foundation — a board, a mission, a seat at a table I had helped set. It was the one piece of my giving that was not a check mailed in silence but a room I sat in, a thing with my hands on it.</w:t>
      </w:r>
    </w:p>
    <w:p w14:paraId="6EB17B50" w14:textId="43C86DC3" w:rsidR="00E94081" w:rsidRPr="00081F60" w:rsidRDefault="00E94081" w:rsidP="00E94081">
      <w:pPr>
        <w:spacing w:after="160"/>
        <w:rPr>
          <w:rFonts w:ascii="garamond" w:hAnsi="garamond"/>
          <w:sz w:val="26"/>
          <w:szCs w:val="26"/>
        </w:rPr>
      </w:pPr>
      <w:r w:rsidRPr="00081F60">
        <w:rPr>
          <w:rFonts w:ascii="garamond" w:hAnsi="garamond"/>
          <w:sz w:val="26"/>
          <w:szCs w:val="26"/>
        </w:rPr>
        <w:t xml:space="preserve">Carole was not a believer in philanthropy. She tolerated it the way you tolerate a spouse’s expensive hobby — an outflow that bought nothing she could see, a column on the household ledger marked waste. The arguments about the giving were quieter than the arguments about the </w:t>
      </w:r>
      <w:r w:rsidR="00A7794E">
        <w:rPr>
          <w:rFonts w:ascii="garamond" w:hAnsi="garamond"/>
          <w:sz w:val="26"/>
          <w:szCs w:val="26"/>
        </w:rPr>
        <w:t xml:space="preserve">rich and </w:t>
      </w:r>
      <w:r w:rsidRPr="00081F60">
        <w:rPr>
          <w:rFonts w:ascii="garamond" w:hAnsi="garamond"/>
          <w:sz w:val="26"/>
          <w:szCs w:val="26"/>
        </w:rPr>
        <w:t>spinach, but they were the same argument: I was pouring energy and money into people and causes that would never sit at our table, while she measured a life by what stayed inside the walls.</w:t>
      </w:r>
    </w:p>
    <w:p w14:paraId="29D49770" w14:textId="4AE9AAD2" w:rsidR="00E94081" w:rsidRPr="00081F60" w:rsidRDefault="00E94081" w:rsidP="00E94081">
      <w:pPr>
        <w:spacing w:after="160"/>
        <w:rPr>
          <w:rFonts w:ascii="garamond" w:hAnsi="garamond"/>
          <w:sz w:val="26"/>
          <w:szCs w:val="26"/>
        </w:rPr>
      </w:pPr>
      <w:r w:rsidRPr="00081F60">
        <w:rPr>
          <w:rFonts w:ascii="garamond" w:hAnsi="garamond"/>
          <w:sz w:val="26"/>
          <w:szCs w:val="26"/>
        </w:rPr>
        <w:t xml:space="preserve">When SEAL needed more of my time than </w:t>
      </w:r>
      <w:r w:rsidR="002B005A">
        <w:rPr>
          <w:rFonts w:ascii="garamond" w:hAnsi="garamond"/>
          <w:sz w:val="26"/>
          <w:szCs w:val="26"/>
        </w:rPr>
        <w:t>I</w:t>
      </w:r>
      <w:r w:rsidRPr="00081F60">
        <w:rPr>
          <w:rFonts w:ascii="garamond" w:hAnsi="garamond"/>
          <w:sz w:val="26"/>
          <w:szCs w:val="26"/>
        </w:rPr>
        <w:t xml:space="preserve"> </w:t>
      </w:r>
      <w:r w:rsidR="002B005A">
        <w:rPr>
          <w:rFonts w:ascii="garamond" w:hAnsi="garamond"/>
          <w:sz w:val="26"/>
          <w:szCs w:val="26"/>
        </w:rPr>
        <w:t>c</w:t>
      </w:r>
      <w:r w:rsidRPr="00081F60">
        <w:rPr>
          <w:rFonts w:ascii="garamond" w:hAnsi="garamond"/>
          <w:sz w:val="26"/>
          <w:szCs w:val="26"/>
        </w:rPr>
        <w:t xml:space="preserve">ould spare, I did what I always did with a thing I valued and could not personally carry: I handed it to family. I gave Carole my </w:t>
      </w:r>
      <w:r w:rsidR="00A7794E">
        <w:rPr>
          <w:rFonts w:ascii="garamond" w:hAnsi="garamond"/>
          <w:sz w:val="26"/>
          <w:szCs w:val="26"/>
        </w:rPr>
        <w:t>position</w:t>
      </w:r>
      <w:r w:rsidRPr="00081F60">
        <w:rPr>
          <w:rFonts w:ascii="garamond" w:hAnsi="garamond"/>
          <w:sz w:val="26"/>
          <w:szCs w:val="26"/>
        </w:rPr>
        <w:t>. I told myself I was bringing her into the part of my life she had always stood outside of, that the giving might finally become ours instead of mine. I thought I was opening a door for her.</w:t>
      </w:r>
    </w:p>
    <w:p w14:paraId="5BC26267"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I was. I simply did not yet know which door it was or who was waiting on the other side. Once a need entered my line of sight, I could not unsee it. Most of the time I gave, something good happened. I cannot prove the pattern. I trusted it anyway.</w:t>
      </w:r>
    </w:p>
    <w:p w14:paraId="4B45E488"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In May 2001, Adib and Salma came to New York for two weeks. One afternoon, Artie Hyde — by then Head of Global Equities at Salomon Smith Barney — arranged a private tour of the NYSE for my parents.</w:t>
      </w:r>
    </w:p>
    <w:p w14:paraId="535D0A73"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Artie presided over the tour. He walked them through the trading floor, explained what they were seeing, and talked about me throughout. He told my father what kind of man he had raised, in a building where the answer was being demonstrated all around them. My father listened. My mother listened. They had walked into the New York Stock Exchange because their son had arrived there first, and an American partner of one of the most important firms on Wall Street was telling them what their son had built.</w:t>
      </w:r>
    </w:p>
    <w:p w14:paraId="3366BDD6"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Adib said little. Salma said little. They did not need to say anything. The building was the sentence. Artie’s voice over the trading floor was the verdict. The Lebanese-</w:t>
      </w:r>
      <w:r w:rsidRPr="00081F60">
        <w:rPr>
          <w:rFonts w:ascii="garamond" w:hAnsi="garamond"/>
          <w:sz w:val="26"/>
          <w:szCs w:val="26"/>
        </w:rPr>
        <w:lastRenderedPageBreak/>
        <w:t>Palestinian boy from Beirut, who left for Austin in 1979 for a chemical engineering degree and no other plan, was now standing on the floor of the New York Stock Exchange with his parents. And one of the most senior men on Wall Street described his son to him. My father had carried me through my first few years in Austin. Now he was being shown what the carrying had become.</w:t>
      </w:r>
    </w:p>
    <w:p w14:paraId="078D8F57"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I visited Emile in London when I could. His silver hair was still impeccably combed even after his speech began to thicken. The Old Spice cologne was preserved even when cognition was not. The prince in decline. He was fading in stages, and the stages were dignified the way he had always been dignified.</w:t>
      </w:r>
    </w:p>
    <w:p w14:paraId="5CC0B2DA" w14:textId="6EED2E8E" w:rsidR="00E94081" w:rsidRPr="00081F60" w:rsidRDefault="00E94081" w:rsidP="00E94081">
      <w:pPr>
        <w:spacing w:after="160"/>
        <w:rPr>
          <w:rFonts w:ascii="garamond" w:hAnsi="garamond"/>
          <w:sz w:val="26"/>
          <w:szCs w:val="26"/>
        </w:rPr>
      </w:pPr>
      <w:r w:rsidRPr="00081F60">
        <w:rPr>
          <w:rFonts w:ascii="garamond" w:hAnsi="garamond"/>
          <w:sz w:val="26"/>
          <w:szCs w:val="26"/>
        </w:rPr>
        <w:t xml:space="preserve">Emile passed away in April 2004. The funeral in London was small — twenty people. My father and mother came from Beirut. My father stood at his older brother’s funeral in tears. The grief was real. The death itself was a mercy. The decline had been long, and Emile </w:t>
      </w:r>
      <w:r w:rsidR="00AB076A">
        <w:rPr>
          <w:rFonts w:ascii="garamond" w:hAnsi="garamond"/>
          <w:sz w:val="26"/>
          <w:szCs w:val="26"/>
        </w:rPr>
        <w:t>passed away</w:t>
      </w:r>
      <w:r w:rsidR="00B20118">
        <w:rPr>
          <w:rFonts w:ascii="garamond" w:hAnsi="garamond"/>
          <w:sz w:val="26"/>
          <w:szCs w:val="26"/>
        </w:rPr>
        <w:t>, among his family</w:t>
      </w:r>
      <w:r w:rsidR="00AB076A">
        <w:rPr>
          <w:rFonts w:ascii="garamond" w:hAnsi="garamond"/>
          <w:sz w:val="26"/>
          <w:szCs w:val="26"/>
        </w:rPr>
        <w:t>,</w:t>
      </w:r>
      <w:r w:rsidR="00AB076A" w:rsidRPr="00081F60">
        <w:rPr>
          <w:rFonts w:ascii="garamond" w:hAnsi="garamond"/>
          <w:sz w:val="26"/>
          <w:szCs w:val="26"/>
        </w:rPr>
        <w:t xml:space="preserve"> pain</w:t>
      </w:r>
      <w:r w:rsidRPr="00081F60">
        <w:rPr>
          <w:rFonts w:ascii="garamond" w:hAnsi="garamond"/>
          <w:sz w:val="26"/>
          <w:szCs w:val="26"/>
        </w:rPr>
        <w:t>-free.</w:t>
      </w:r>
    </w:p>
    <w:p w14:paraId="679A4283" w14:textId="2B84620E" w:rsidR="00E94081" w:rsidRDefault="00E94081" w:rsidP="00E94081">
      <w:pPr>
        <w:spacing w:after="160"/>
        <w:rPr>
          <w:rFonts w:ascii="garamond" w:hAnsi="garamond"/>
          <w:sz w:val="26"/>
          <w:szCs w:val="26"/>
        </w:rPr>
      </w:pPr>
      <w:r w:rsidRPr="00081F60">
        <w:rPr>
          <w:rFonts w:ascii="garamond" w:hAnsi="garamond"/>
          <w:sz w:val="26"/>
          <w:szCs w:val="26"/>
        </w:rPr>
        <w:t xml:space="preserve">Nicholas, his son, delivered the eulogy. Afterward, my father hosted a small gathering at a nearby restaurant, and I spoke there — words I would not say in front of the larger family, but words my father needed me to say, </w:t>
      </w:r>
      <w:r w:rsidR="00B20118">
        <w:rPr>
          <w:rFonts w:ascii="garamond" w:hAnsi="garamond"/>
          <w:sz w:val="26"/>
          <w:szCs w:val="26"/>
        </w:rPr>
        <w:t>knowing</w:t>
      </w:r>
      <w:r w:rsidRPr="00081F60">
        <w:rPr>
          <w:rFonts w:ascii="garamond" w:hAnsi="garamond"/>
          <w:sz w:val="26"/>
          <w:szCs w:val="26"/>
        </w:rPr>
        <w:t xml:space="preserve"> Emile</w:t>
      </w:r>
      <w:r w:rsidR="00B20118">
        <w:rPr>
          <w:rFonts w:ascii="garamond" w:hAnsi="garamond"/>
          <w:sz w:val="26"/>
          <w:szCs w:val="26"/>
        </w:rPr>
        <w:t xml:space="preserve"> would</w:t>
      </w:r>
      <w:r w:rsidRPr="00081F60">
        <w:rPr>
          <w:rFonts w:ascii="garamond" w:hAnsi="garamond"/>
          <w:sz w:val="26"/>
          <w:szCs w:val="26"/>
        </w:rPr>
        <w:t xml:space="preserve"> hear</w:t>
      </w:r>
      <w:r w:rsidR="00B20118">
        <w:rPr>
          <w:rFonts w:ascii="garamond" w:hAnsi="garamond"/>
          <w:sz w:val="26"/>
          <w:szCs w:val="26"/>
        </w:rPr>
        <w:t xml:space="preserve"> them</w:t>
      </w:r>
      <w:r w:rsidRPr="00081F60">
        <w:rPr>
          <w:rFonts w:ascii="garamond" w:hAnsi="garamond"/>
          <w:sz w:val="26"/>
          <w:szCs w:val="26"/>
        </w:rPr>
        <w:t>.</w:t>
      </w:r>
    </w:p>
    <w:p w14:paraId="0F7816CA" w14:textId="13B3957E" w:rsidR="00B20118" w:rsidRPr="00081F60" w:rsidRDefault="00B20118" w:rsidP="00E94081">
      <w:pPr>
        <w:spacing w:after="160"/>
        <w:rPr>
          <w:rFonts w:ascii="garamond" w:hAnsi="garamond"/>
          <w:sz w:val="26"/>
          <w:szCs w:val="26"/>
        </w:rPr>
      </w:pPr>
      <w:r>
        <w:rPr>
          <w:rFonts w:ascii="garamond" w:hAnsi="garamond"/>
          <w:sz w:val="26"/>
          <w:szCs w:val="26"/>
        </w:rPr>
        <w:t>It was all in the spirit of being Emile. His generosity was limitless, and his ability to solve people’s problems was sincere. Any person who has met him is immediately struck by his innate duty to give, whatever the cost may be. He passed away at the tender age of 74</w:t>
      </w:r>
    </w:p>
    <w:p w14:paraId="23F69C52" w14:textId="77777777" w:rsidR="00E94081" w:rsidRPr="00081F60" w:rsidRDefault="00E94081" w:rsidP="00E94081">
      <w:pPr>
        <w:spacing w:after="160"/>
        <w:rPr>
          <w:rFonts w:ascii="garamond" w:hAnsi="garamond"/>
          <w:sz w:val="26"/>
          <w:szCs w:val="26"/>
        </w:rPr>
      </w:pPr>
      <w:r w:rsidRPr="00081F60">
        <w:rPr>
          <w:rFonts w:ascii="garamond" w:hAnsi="garamond"/>
          <w:sz w:val="26"/>
          <w:szCs w:val="26"/>
        </w:rPr>
        <w:t>The walks down Madison Avenue had ended. The Bull and Bear lunches had ended. The chairmanship of the Marshi family had passed. I was forty-three years old. I had been training since I was thirty-two. The training was over. The role was the work.</w:t>
      </w:r>
    </w:p>
    <w:p w14:paraId="19ABD2A2" w14:textId="77777777" w:rsidR="00E94081" w:rsidRPr="00081F60" w:rsidRDefault="00E94081" w:rsidP="00C37C2C">
      <w:pPr>
        <w:rPr>
          <w:rFonts w:ascii="garamond" w:hAnsi="garamond"/>
          <w:b/>
          <w:bCs/>
          <w:sz w:val="26"/>
          <w:szCs w:val="26"/>
        </w:rPr>
      </w:pPr>
    </w:p>
    <w:p w14:paraId="1C2FABA3" w14:textId="77777777" w:rsidR="00E94081" w:rsidRPr="00081F60" w:rsidRDefault="00E94081">
      <w:pPr>
        <w:rPr>
          <w:rFonts w:ascii="garamond" w:hAnsi="garamond"/>
          <w:b/>
          <w:bCs/>
          <w:sz w:val="26"/>
          <w:szCs w:val="26"/>
        </w:rPr>
      </w:pPr>
      <w:r w:rsidRPr="00081F60">
        <w:rPr>
          <w:rFonts w:ascii="garamond" w:hAnsi="garamond"/>
          <w:b/>
          <w:bCs/>
          <w:sz w:val="26"/>
          <w:szCs w:val="26"/>
        </w:rPr>
        <w:br w:type="page"/>
      </w:r>
    </w:p>
    <w:p w14:paraId="39470215" w14:textId="07F655AA" w:rsidR="00E4573B" w:rsidRPr="00E4573B" w:rsidRDefault="00E4573B" w:rsidP="00E4573B">
      <w:pPr>
        <w:rPr>
          <w:rFonts w:ascii="garamond" w:hAnsi="garamond"/>
          <w:color w:val="000000"/>
          <w:sz w:val="26"/>
          <w:szCs w:val="26"/>
        </w:rPr>
      </w:pPr>
      <w:r w:rsidRPr="00E4573B">
        <w:rPr>
          <w:rFonts w:ascii="garamond" w:hAnsi="garamond"/>
          <w:b/>
          <w:bCs/>
          <w:color w:val="000000"/>
          <w:sz w:val="26"/>
          <w:szCs w:val="26"/>
        </w:rPr>
        <w:lastRenderedPageBreak/>
        <w:t>CHAPTER 3</w:t>
      </w:r>
      <w:r w:rsidR="003D3B2B">
        <w:rPr>
          <w:rFonts w:ascii="garamond" w:hAnsi="garamond"/>
          <w:b/>
          <w:bCs/>
          <w:color w:val="000000"/>
          <w:sz w:val="26"/>
          <w:szCs w:val="26"/>
        </w:rPr>
        <w:t>4</w:t>
      </w:r>
      <w:r w:rsidRPr="00E4573B">
        <w:rPr>
          <w:rFonts w:ascii="garamond" w:hAnsi="garamond"/>
          <w:b/>
          <w:bCs/>
          <w:color w:val="000000"/>
          <w:sz w:val="26"/>
          <w:szCs w:val="26"/>
        </w:rPr>
        <w:t xml:space="preserve"> — FRIENDS I</w:t>
      </w:r>
      <w:r w:rsidRPr="00E4573B">
        <w:rPr>
          <w:rFonts w:ascii="garamond" w:hAnsi="garamond"/>
          <w:color w:val="000000"/>
          <w:sz w:val="26"/>
          <w:szCs w:val="26"/>
        </w:rPr>
        <w:br/>
      </w:r>
      <w:r w:rsidRPr="00E4573B">
        <w:rPr>
          <w:rFonts w:ascii="garamond" w:hAnsi="garamond"/>
          <w:b/>
          <w:bCs/>
          <w:color w:val="000000"/>
          <w:sz w:val="26"/>
          <w:szCs w:val="26"/>
        </w:rPr>
        <w:t>Private Performance.</w:t>
      </w:r>
    </w:p>
    <w:p w14:paraId="7427B57E" w14:textId="1EBA84D5"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Carole told me about the dinner the way a bank tells you about a quick meeting — not as an invitation, but as a fact. "We're having dinner with Liz and George on Friday at eight-thirty." She said it from the doorway. The sentence arrived fully formed, carrying its own certainty — its own clock.</w:t>
      </w:r>
    </w:p>
    <w:p w14:paraId="326AA91F" w14:textId="6D18268F"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was in bed, not asleep. The room was dark and quiet, as if the day had already been decided somewhere else — sheets cool, phone face down on the nightstand</w:t>
      </w:r>
      <w:r w:rsidR="00EE109B">
        <w:rPr>
          <w:rFonts w:ascii="garamond" w:hAnsi="garamond"/>
          <w:color w:val="000000"/>
          <w:sz w:val="26"/>
          <w:szCs w:val="26"/>
        </w:rPr>
        <w:t>.</w:t>
      </w:r>
    </w:p>
    <w:p w14:paraId="40E6D7F6"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"We said we'd do it at the house," I remarked. I didn't raise my voice. I didn't sit up. I delivered it flat, like a reminder sent too late.</w:t>
      </w:r>
    </w:p>
    <w:p w14:paraId="72F7E011"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"We were going to," she said. "Liz changed it. She made a reservation. It's done."</w:t>
      </w:r>
    </w:p>
    <w:p w14:paraId="2A5BD501" w14:textId="78B04938"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 xml:space="preserve">Done didn't mean finished. It meant settled without you. Whatever conversation I thought we were about to have had </w:t>
      </w:r>
      <w:r w:rsidR="00835E11">
        <w:rPr>
          <w:rFonts w:ascii="garamond" w:hAnsi="garamond"/>
          <w:color w:val="000000"/>
          <w:sz w:val="26"/>
          <w:szCs w:val="26"/>
        </w:rPr>
        <w:t xml:space="preserve">had </w:t>
      </w:r>
      <w:r w:rsidRPr="00E4573B">
        <w:rPr>
          <w:rFonts w:ascii="garamond" w:hAnsi="garamond"/>
          <w:color w:val="000000"/>
          <w:sz w:val="26"/>
          <w:szCs w:val="26"/>
        </w:rPr>
        <w:t>already been completed in her head.</w:t>
      </w:r>
    </w:p>
    <w:p w14:paraId="20073F56"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"I'm not going," I said.</w:t>
      </w:r>
    </w:p>
    <w:p w14:paraId="51159404" w14:textId="00A5C428"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Carole stayed in the doorway. She didn't argue. She pivoted</w:t>
      </w:r>
      <w:r w:rsidR="00835E11">
        <w:rPr>
          <w:rFonts w:ascii="garamond" w:hAnsi="garamond"/>
          <w:color w:val="000000"/>
          <w:sz w:val="26"/>
          <w:szCs w:val="26"/>
        </w:rPr>
        <w:t xml:space="preserve">, </w:t>
      </w:r>
      <w:r w:rsidRPr="00E4573B">
        <w:rPr>
          <w:rFonts w:ascii="garamond" w:hAnsi="garamond"/>
          <w:color w:val="000000"/>
          <w:sz w:val="26"/>
          <w:szCs w:val="26"/>
        </w:rPr>
        <w:t>"You should go," she said. "It's normal."</w:t>
      </w:r>
    </w:p>
    <w:p w14:paraId="43DC4C1F"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Normal was her most efficient word. It carried no meaning of its own. It simply implied deviation.</w:t>
      </w:r>
    </w:p>
    <w:p w14:paraId="756125F6"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"For whom?" I asked.</w:t>
      </w:r>
    </w:p>
    <w:p w14:paraId="2AFA535E"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"For adults," she said, as if the issue were developmental rather than situational.</w:t>
      </w:r>
    </w:p>
    <w:p w14:paraId="605D0082" w14:textId="7262E388"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"I've got an early day."</w:t>
      </w:r>
    </w:p>
    <w:p w14:paraId="6AE96061" w14:textId="1654BF2A"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 xml:space="preserve">She smiled, thin and transactional. "You always do." She stepped into the room and turned on the lamp beside my side of the bed "Put something decent on," she said. </w:t>
      </w:r>
    </w:p>
    <w:p w14:paraId="16234B53"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"You're going," she said.</w:t>
      </w:r>
    </w:p>
    <w:p w14:paraId="630D59C9"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"Or what?"</w:t>
      </w:r>
    </w:p>
    <w:p w14:paraId="123A5B6C" w14:textId="0A0B5862"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 xml:space="preserve">The pause was brief. "Or I'm going," she said. "And I'm done explaining why you don't show up." </w:t>
      </w:r>
    </w:p>
    <w:p w14:paraId="63D20B2F"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lastRenderedPageBreak/>
        <w:t>Down the hall, I could hear the kids. A door closed. Someone laughed. Life continued without reference to the negotiation in the bedroom.</w:t>
      </w:r>
    </w:p>
    <w:p w14:paraId="0C03F8D2"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swung my legs over to the side of the bed. Once the decision was made, my movement was fast, and delay was dangerous. I went straight to the bathroom for a hot shower. I stood until the fog lifted, before I turned the water as cold as bearable, long enough to wake every cell.</w:t>
      </w:r>
    </w:p>
    <w:p w14:paraId="0F6D559A"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hopped out, leaned into my mirror, inspecting the reflection, the way a pilot checks instruments before takeoff. My eyes were steady enough, and my face was composed. Not looking for reassurance. Looking for permission.</w:t>
      </w:r>
    </w:p>
    <w:p w14:paraId="7079A918"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dressed swiftly. Pants lifted, shirt worn, cuffs buttoned, watch selected, sports jacket on, shoes selected, all without hesitation. Carole passed through the bedroom, glanced once, and kept moving. She always trusted my presentation.</w:t>
      </w:r>
    </w:p>
    <w:p w14:paraId="0658E7BF" w14:textId="704A4E1D"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"I'm getting the car," I said, already in the hallway.</w:t>
      </w:r>
    </w:p>
    <w:p w14:paraId="1BBF3EC4" w14:textId="6D2479CC"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 xml:space="preserve">I stopped at my corner deli and bought two plastic bottles of Coca-Cola. At the liquor store next to my garage, I purchased a third-liter bottle of Absolut. The man behind the counter passed it across as if he were above it. I paid cash. </w:t>
      </w:r>
    </w:p>
    <w:p w14:paraId="12D79768" w14:textId="2B617A20"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In the alley next to the store, I twisted off the Coke caps, poured half the contents of each bottle onto the street, then topped them with vodka. I lifted one bottle and drank it quickly.</w:t>
      </w:r>
    </w:p>
    <w:p w14:paraId="73D83F14"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The routine was nothing like home, where the bottles were elegant, comfortably nestled in the freezer, and anxiously waiting. They whispered in accented voices, "Marwan, I am here, and I miss you. I am freezing, and you can warm me up. No one will see us. I will not let you drink too much — we will pace ourselves with cold sparkling water." It was high-end bottle-speak, and they were multilingual, unlike the Absolut from the local liquor store.</w:t>
      </w:r>
    </w:p>
    <w:p w14:paraId="49F8DB59" w14:textId="5596F092"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 xml:space="preserve">By then, my life ran on two kinds of discipline: the visible one — meetings, calls, promises delivered on time — and the invisible one, the preparation required to leave the house, the quiet chemical adjustments that made participation possible. </w:t>
      </w:r>
    </w:p>
    <w:p w14:paraId="6B03D38D" w14:textId="2DA8C315" w:rsidR="00E4573B" w:rsidRPr="00E4573B" w:rsidRDefault="00835E11" w:rsidP="00E4573B">
      <w:pPr>
        <w:rPr>
          <w:rFonts w:ascii="garamond" w:hAnsi="garamond"/>
          <w:color w:val="000000"/>
          <w:sz w:val="26"/>
          <w:szCs w:val="26"/>
        </w:rPr>
      </w:pPr>
      <w:r>
        <w:rPr>
          <w:rFonts w:ascii="garamond" w:hAnsi="garamond"/>
          <w:color w:val="000000"/>
          <w:sz w:val="26"/>
          <w:szCs w:val="26"/>
        </w:rPr>
        <w:t>I d</w:t>
      </w:r>
      <w:r w:rsidR="00E4573B" w:rsidRPr="00E4573B">
        <w:rPr>
          <w:rFonts w:ascii="garamond" w:hAnsi="garamond"/>
          <w:color w:val="000000"/>
          <w:sz w:val="26"/>
          <w:szCs w:val="26"/>
        </w:rPr>
        <w:t xml:space="preserve">rove back to the building, </w:t>
      </w:r>
      <w:r>
        <w:rPr>
          <w:rFonts w:ascii="garamond" w:hAnsi="garamond"/>
          <w:color w:val="000000"/>
          <w:sz w:val="26"/>
          <w:szCs w:val="26"/>
        </w:rPr>
        <w:t xml:space="preserve">with </w:t>
      </w:r>
      <w:r w:rsidR="00E4573B" w:rsidRPr="00E4573B">
        <w:rPr>
          <w:rFonts w:ascii="garamond" w:hAnsi="garamond"/>
          <w:color w:val="000000"/>
          <w:sz w:val="26"/>
          <w:szCs w:val="26"/>
        </w:rPr>
        <w:t>the second bottle hidden. Carole was waiting downstairs.</w:t>
      </w:r>
    </w:p>
    <w:p w14:paraId="0CD7A97C" w14:textId="3B666C1D"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lastRenderedPageBreak/>
        <w:t>"Will you drive?" I handed her the keys. She hesitated just long enough to register suspicion, then took them.</w:t>
      </w:r>
    </w:p>
    <w:p w14:paraId="488DA4AE" w14:textId="547F9871"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 xml:space="preserve">As we drove, we talked about nothing. Traffic. A headline. I held the second bottle low, out of sight, and drank steadily. </w:t>
      </w:r>
    </w:p>
    <w:p w14:paraId="7CF38E9C" w14:textId="77C7EFAF"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 xml:space="preserve">Carole parked and stayed in the car, flipping down the visor to check her face — buying a minute. I stepped out, finished the second bottle, </w:t>
      </w:r>
      <w:r w:rsidR="00A80D07">
        <w:rPr>
          <w:rFonts w:ascii="garamond" w:hAnsi="garamond"/>
          <w:color w:val="000000"/>
          <w:sz w:val="26"/>
          <w:szCs w:val="26"/>
        </w:rPr>
        <w:t>trashed it</w:t>
      </w:r>
      <w:r w:rsidRPr="00E4573B">
        <w:rPr>
          <w:rFonts w:ascii="garamond" w:hAnsi="garamond"/>
          <w:color w:val="000000"/>
          <w:sz w:val="26"/>
          <w:szCs w:val="26"/>
        </w:rPr>
        <w:t xml:space="preserve">, </w:t>
      </w:r>
      <w:r w:rsidR="00A80D07">
        <w:rPr>
          <w:rFonts w:ascii="garamond" w:hAnsi="garamond"/>
          <w:color w:val="000000"/>
          <w:sz w:val="26"/>
          <w:szCs w:val="26"/>
        </w:rPr>
        <w:t>and</w:t>
      </w:r>
      <w:r w:rsidRPr="00E4573B">
        <w:rPr>
          <w:rFonts w:ascii="garamond" w:hAnsi="garamond"/>
          <w:color w:val="000000"/>
          <w:sz w:val="26"/>
          <w:szCs w:val="26"/>
        </w:rPr>
        <w:t xml:space="preserve"> walked over to the </w:t>
      </w:r>
      <w:r w:rsidR="00A80D07">
        <w:rPr>
          <w:rFonts w:ascii="garamond" w:hAnsi="garamond"/>
          <w:color w:val="000000"/>
          <w:sz w:val="26"/>
          <w:szCs w:val="26"/>
        </w:rPr>
        <w:t xml:space="preserve">garage </w:t>
      </w:r>
      <w:r w:rsidRPr="00E4573B">
        <w:rPr>
          <w:rFonts w:ascii="garamond" w:hAnsi="garamond"/>
          <w:color w:val="000000"/>
          <w:sz w:val="26"/>
          <w:szCs w:val="26"/>
        </w:rPr>
        <w:t>attendant and handed him fifty dollars.</w:t>
      </w:r>
    </w:p>
    <w:p w14:paraId="26B2E9FD"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"Keep it close," I said.</w:t>
      </w:r>
    </w:p>
    <w:p w14:paraId="526F7D6D" w14:textId="41A4932E"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 xml:space="preserve">As we walked toward the restaurant, I realized I still didn't know where we were. Then we passed a building I recognized, and everything snapped into place. </w:t>
      </w:r>
    </w:p>
    <w:p w14:paraId="1A2B94FE" w14:textId="17A4FF5F"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 xml:space="preserve">The alcohol didn’t create the performance. It made the performance possible. The rest was discipline. By the time we reached the door, I felt ready. </w:t>
      </w:r>
    </w:p>
    <w:p w14:paraId="14FF9850" w14:textId="3687887F"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George and Liz were already seated</w:t>
      </w:r>
      <w:r w:rsidR="00A80D07">
        <w:rPr>
          <w:rFonts w:ascii="garamond" w:hAnsi="garamond"/>
          <w:color w:val="000000"/>
          <w:sz w:val="26"/>
          <w:szCs w:val="26"/>
        </w:rPr>
        <w:t>.</w:t>
      </w:r>
      <w:r w:rsidRPr="00E4573B">
        <w:rPr>
          <w:rFonts w:ascii="garamond" w:hAnsi="garamond"/>
          <w:color w:val="000000"/>
          <w:sz w:val="26"/>
          <w:szCs w:val="26"/>
        </w:rPr>
        <w:t xml:space="preserve"> George was a miser: careful with his money in direct proportion to his assumptions about mine. Within ten minutes, he would ask about work. He needed to know where I stood so he could position himself accordingly.</w:t>
      </w:r>
    </w:p>
    <w:p w14:paraId="34B84C76" w14:textId="0D9987ED"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What no one at that table understood was the operational complexity of my presence. My mouth was running a calibrated fiction for George.</w:t>
      </w:r>
      <w:r w:rsidR="00A80D07">
        <w:rPr>
          <w:rFonts w:ascii="garamond" w:hAnsi="garamond"/>
          <w:color w:val="000000"/>
          <w:sz w:val="26"/>
          <w:szCs w:val="26"/>
        </w:rPr>
        <w:t xml:space="preserve"> </w:t>
      </w:r>
      <w:r w:rsidRPr="00E4573B">
        <w:rPr>
          <w:rFonts w:ascii="garamond" w:hAnsi="garamond"/>
          <w:color w:val="000000"/>
          <w:sz w:val="26"/>
          <w:szCs w:val="26"/>
        </w:rPr>
        <w:t>My left ear was positioned on him, tracking the question</w:t>
      </w:r>
      <w:r w:rsidR="00A80D07">
        <w:rPr>
          <w:rFonts w:ascii="garamond" w:hAnsi="garamond"/>
          <w:color w:val="000000"/>
          <w:sz w:val="26"/>
          <w:szCs w:val="26"/>
        </w:rPr>
        <w:t>s</w:t>
      </w:r>
      <w:r w:rsidRPr="00E4573B">
        <w:rPr>
          <w:rFonts w:ascii="garamond" w:hAnsi="garamond"/>
          <w:color w:val="000000"/>
          <w:sz w:val="26"/>
          <w:szCs w:val="26"/>
        </w:rPr>
        <w:t>. My right ear was on Carole — monitoring her conversation with Liz</w:t>
      </w:r>
      <w:r w:rsidR="00A80D07">
        <w:rPr>
          <w:rFonts w:ascii="garamond" w:hAnsi="garamond"/>
          <w:color w:val="000000"/>
          <w:sz w:val="26"/>
          <w:szCs w:val="26"/>
        </w:rPr>
        <w:t xml:space="preserve">. </w:t>
      </w:r>
      <w:r w:rsidRPr="00E4573B">
        <w:rPr>
          <w:rFonts w:ascii="garamond" w:hAnsi="garamond"/>
          <w:color w:val="000000"/>
          <w:sz w:val="26"/>
          <w:szCs w:val="26"/>
        </w:rPr>
        <w:t>One eye on the menu, calculating the fastest path to dessert and the exit.</w:t>
      </w:r>
    </w:p>
    <w:p w14:paraId="1D5A1F2A" w14:textId="6B33563E"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And underneath all of it, the vodka — which was supposed to make the evening bearable —was making me sweat. The one symptom I could not afford.</w:t>
      </w:r>
    </w:p>
    <w:p w14:paraId="256A4EFF" w14:textId="7BD3A748"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 xml:space="preserve">That is what a social dinner looked like from the inside. Not a meal. A trading floor with tablecloths. In an alley in Athens, I needed one negotiation and fifty drachmas. At George's table, I needed a coherent narrative across two conversations, a read on two women, while designing an exit strategy. </w:t>
      </w:r>
    </w:p>
    <w:p w14:paraId="1EBD2C22" w14:textId="7A312CEE"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also paid the bill. Just like every time. Not because I was generous — I was, but that was not why. I paid because waiting for George to reach for the check would have taken an hour longer</w:t>
      </w:r>
      <w:r w:rsidR="00A80D07">
        <w:rPr>
          <w:rFonts w:ascii="garamond" w:hAnsi="garamond"/>
          <w:color w:val="000000"/>
          <w:sz w:val="26"/>
          <w:szCs w:val="26"/>
        </w:rPr>
        <w:t xml:space="preserve">. </w:t>
      </w:r>
      <w:r w:rsidRPr="00E4573B">
        <w:rPr>
          <w:rFonts w:ascii="garamond" w:hAnsi="garamond"/>
          <w:color w:val="000000"/>
          <w:sz w:val="26"/>
          <w:szCs w:val="26"/>
        </w:rPr>
        <w:t>The man who pays can leave. The man who owes something must stay until the account is settled.</w:t>
      </w:r>
    </w:p>
    <w:p w14:paraId="5A52D829"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lastRenderedPageBreak/>
        <w:t>Around eleven, I was done. I was nauseated, depleted, and had body aches all over. Carole suddenly said she had a throbbing headache and wanted to leave. It was a gift from heaven. We got up, bid our friends farewell, and walked to the garage.</w:t>
      </w:r>
    </w:p>
    <w:p w14:paraId="373B857F" w14:textId="6F0C83C0"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 xml:space="preserve">Carole instinctively took the driver's seat. The alcohol was fermenting, pushing toward the edge. I exhaled as I got in. Half an hour later, we were home, in the elevator, at our door. Carole went to the bedroom, as I strolled to the </w:t>
      </w:r>
      <w:r w:rsidR="00A80D07">
        <w:rPr>
          <w:rFonts w:ascii="garamond" w:hAnsi="garamond"/>
          <w:color w:val="000000"/>
          <w:sz w:val="26"/>
          <w:szCs w:val="26"/>
        </w:rPr>
        <w:t>bathroom</w:t>
      </w:r>
      <w:r w:rsidRPr="00E4573B">
        <w:rPr>
          <w:rFonts w:ascii="garamond" w:hAnsi="garamond"/>
          <w:color w:val="000000"/>
          <w:sz w:val="26"/>
          <w:szCs w:val="26"/>
        </w:rPr>
        <w:t>. I took a warm shower. I took a Valium and a Vicodin to delay the hangover, fool the system, and fall asleep.</w:t>
      </w:r>
    </w:p>
    <w:p w14:paraId="7D12703A" w14:textId="77777777" w:rsidR="00A80D07" w:rsidRDefault="00E4573B" w:rsidP="00E4573B">
      <w:pPr>
        <w:rPr>
          <w:rFonts w:ascii="garamond" w:hAnsi="garamond"/>
          <w:color w:val="000000"/>
          <w:sz w:val="26"/>
          <w:szCs w:val="26"/>
        </w:rPr>
      </w:pPr>
      <w:r w:rsidRPr="00E4573B">
        <w:rPr>
          <w:rFonts w:ascii="garamond" w:hAnsi="garamond"/>
          <w:color w:val="000000"/>
          <w:sz w:val="26"/>
          <w:szCs w:val="26"/>
        </w:rPr>
        <w:t xml:space="preserve">That was the invisible discipline. No one applauded it. No one priced it. It simply had to be done. </w:t>
      </w:r>
    </w:p>
    <w:p w14:paraId="017D227F" w14:textId="444A9A68"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The floor ran on performance. So did the marriage.</w:t>
      </w:r>
    </w:p>
    <w:p w14:paraId="7345A02D" w14:textId="511ED03D" w:rsidR="00E4573B" w:rsidRPr="00E4573B" w:rsidRDefault="00E4573B" w:rsidP="00E4573B">
      <w:pPr>
        <w:rPr>
          <w:rFonts w:ascii="garamond" w:hAnsi="garamond"/>
          <w:color w:val="000000"/>
          <w:sz w:val="26"/>
          <w:szCs w:val="26"/>
        </w:rPr>
      </w:pPr>
      <w:r>
        <w:rPr>
          <w:rFonts w:ascii="garamond" w:hAnsi="garamond"/>
          <w:color w:val="000000"/>
          <w:sz w:val="26"/>
          <w:szCs w:val="26"/>
        </w:rPr>
        <w:br w:type="page"/>
      </w:r>
    </w:p>
    <w:p w14:paraId="15C72539" w14:textId="29AC7267" w:rsidR="00E4573B" w:rsidRPr="00E4573B" w:rsidRDefault="00E4573B" w:rsidP="00E4573B">
      <w:pPr>
        <w:rPr>
          <w:rFonts w:ascii="garamond" w:hAnsi="garamond"/>
          <w:color w:val="000000"/>
          <w:sz w:val="26"/>
          <w:szCs w:val="26"/>
        </w:rPr>
      </w:pPr>
      <w:r w:rsidRPr="00E4573B">
        <w:rPr>
          <w:rFonts w:ascii="garamond" w:hAnsi="garamond"/>
          <w:b/>
          <w:bCs/>
          <w:color w:val="000000"/>
          <w:sz w:val="26"/>
          <w:szCs w:val="26"/>
        </w:rPr>
        <w:lastRenderedPageBreak/>
        <w:t>CHAPTER 3</w:t>
      </w:r>
      <w:r w:rsidR="003D3B2B">
        <w:rPr>
          <w:rFonts w:ascii="garamond" w:hAnsi="garamond"/>
          <w:b/>
          <w:bCs/>
          <w:color w:val="000000"/>
          <w:sz w:val="26"/>
          <w:szCs w:val="26"/>
        </w:rPr>
        <w:t>5</w:t>
      </w:r>
      <w:r w:rsidRPr="00E4573B">
        <w:rPr>
          <w:rFonts w:ascii="garamond" w:hAnsi="garamond"/>
          <w:b/>
          <w:bCs/>
          <w:color w:val="000000"/>
          <w:sz w:val="26"/>
          <w:szCs w:val="26"/>
        </w:rPr>
        <w:t xml:space="preserve"> — FRIENDS II</w:t>
      </w:r>
      <w:r w:rsidRPr="00E4573B">
        <w:rPr>
          <w:rFonts w:ascii="garamond" w:hAnsi="garamond"/>
          <w:color w:val="000000"/>
          <w:sz w:val="26"/>
          <w:szCs w:val="26"/>
        </w:rPr>
        <w:br/>
      </w:r>
      <w:r w:rsidRPr="00E4573B">
        <w:rPr>
          <w:rFonts w:ascii="garamond" w:hAnsi="garamond"/>
          <w:b/>
          <w:bCs/>
          <w:color w:val="000000"/>
          <w:sz w:val="26"/>
          <w:szCs w:val="26"/>
        </w:rPr>
        <w:t>Public Display.</w:t>
      </w:r>
    </w:p>
    <w:p w14:paraId="13EBA957"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The dinner below was not the one with George and Liz — it came later, days or maybe a week, long enough for the previous argument to cool without resolving anything. A different invitation for a different reason. Carole accepted it without discussion once the pattern was established, and by the time I knew we were going, the decision had already hardened into logistics. That was how these nights worked. Not inevitable. Just easier than reopening the argument.</w:t>
      </w:r>
    </w:p>
    <w:p w14:paraId="52CC39D5"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We ended up back in the car again, with Carole driving. No confrontation before we left, no raised voices — just preparation, the ritual repeating itself, thinner and less effective than before. Hot shower ending with cold water. Standing in front of the mirror longer than usual, waiting for a lift that didn’t quite come. My head felt heavy, still carrying the residue of a previous late night with clients. I dressed carefully anyway. Habit outlasted intention.</w:t>
      </w:r>
    </w:p>
    <w:p w14:paraId="7FD3884D"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Carole watched from the edge of the room and didn’t say much. I hadn’t been drinking when we left. That mattered to me — I wanted to track the room, stay sharp enough not to become a problem. But sobriety didn’t bring relief. It amplified everything.</w:t>
      </w:r>
    </w:p>
    <w:p w14:paraId="7120EFB3"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The drive was quiet, city lights sliding across the windshield in long streaks. The endurance math came up short. Already the evening was pressing in on me — the way meaningless conversation can feel physical when you’re tired enough.</w:t>
      </w:r>
    </w:p>
    <w:p w14:paraId="17989E4A"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Inside the restaurant, the noise hit first — not loud, just constant, voices overlapping, chairs scraping, servers moving too quickly for any conversation to matter, the kind of place where people mistake activity for connection. Our friends already seated. Greetings exchanged, hands shaken automatically, a smile produced on schedule. The table filled around us, menus opened, someone asking if we’d been there before.</w:t>
      </w:r>
    </w:p>
    <w:p w14:paraId="54FD44E3"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George and Liz were there. They always were.</w:t>
      </w:r>
    </w:p>
    <w:p w14:paraId="1348A7A9"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Five minutes in, he turned to me. “How’s work?” Same question, same angle, same attention — a formula he had been running for years. I gave him something calibrated: a deal in progress, a client cautiously optimistic, the market doing what markets do. He nodded. Whatever he needed from the answer, he’d gotten it. The conversation moved.</w:t>
      </w:r>
    </w:p>
    <w:p w14:paraId="6554C726"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lastRenderedPageBreak/>
        <w:t>The waiter launched into the specials with theatrical seriousness: fish flown in that morning, veal three ways, a salad no one understood but everyone pretended to. What are you getting, are you splitting, should we share — plates negotiated like small treaties, everyone talking in unison, no one listening.</w:t>
      </w:r>
    </w:p>
    <w:p w14:paraId="0068E4F6"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stared at the menu without reading it. The words blurred. I picked something safe and waited for the chaos to pass.</w:t>
      </w:r>
    </w:p>
    <w:p w14:paraId="532450E9"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Wine was ordered. One glass accepted without enthusiasm — its effect diluted compared to hard liquor, which made it worse rather than better. Unless drinking the whole bottle, one drink only sharpened the discomfort: enough to numb the noise would make the ride home a confrontation; refusing would leave me raw while Carole watched.</w:t>
      </w:r>
    </w:p>
    <w:p w14:paraId="3340E68B"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Across the table, friends kept talking, pretending not to notice the strain. Small sips. Counting minutes. Trying to look normal while my mind ran through exit routes.</w:t>
      </w:r>
    </w:p>
    <w:p w14:paraId="5BD939F0"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Carole was in her element — Master of Ceremonies, deciding which questions to direct my way, conversation providing cover through collective performance rather than genuine engagement. Friends maintaining the flow without listening, the table a relay race of indirect boasts and hints at success. I added comments where required, nodded and smiled when laughter broke out, even when I hadn’t heard the joke. When she looked at me, it was a check, not a question. I failed it. Halfway through the meal, I stopped trying.</w:t>
      </w:r>
    </w:p>
    <w:p w14:paraId="3790850E"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The food arrived. Eating mechanically, aware of the effort it took to stay engaged — head throbbing lightly, a warning rather than a symptom. The familiar thirst was building, not for the drink in my glass but for the relief that came after leaving the entire establishment.</w:t>
      </w:r>
    </w:p>
    <w:p w14:paraId="3E4D2DE5"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Dinner concluded, coffee finished. Someone suggested going to another place nearby — a nightcap, one more round, keep it going. The extension landed immediately in my chest.</w:t>
      </w:r>
    </w:p>
    <w:p w14:paraId="31E692CB"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need to head out, early morning,” I said evenly. Not apologetically. Just enough to register.</w:t>
      </w:r>
    </w:p>
    <w:p w14:paraId="759A3F19"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There was a mild protest — the kind that expects resistance but not compliance. Carole looked at me for a moment, measuring. “I’ll stay,” she said. “You go.”</w:t>
      </w:r>
    </w:p>
    <w:p w14:paraId="39739B9E"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“Okay. I will take the car if someone can drop you off.”</w:t>
      </w:r>
    </w:p>
    <w:p w14:paraId="2325C7B4"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lastRenderedPageBreak/>
        <w:t>Outside, the air felt sharper. Cleaner. I walked to the garage alone; the relief was immediate and unmistakable. The car was there. I drove home without music, without distraction, focused only on getting back safely.</w:t>
      </w:r>
    </w:p>
    <w:p w14:paraId="7B6B0CEB"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At the apartment, I poured a drink and downed it quickly. Then another. The warmth spread, dulling the edges, settling my system back into something tolerable.</w:t>
      </w:r>
    </w:p>
    <w:p w14:paraId="54DB8CFB"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On the bed, I lay waiting. Carole came home hours later, slipped under the covers without a word. I moved closer — instinctively, touching her softly, trying to bridge the distance the only way I knew how.</w:t>
      </w:r>
    </w:p>
    <w:p w14:paraId="05BC4B89"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“How was it?” I asked.</w:t>
      </w:r>
    </w:p>
    <w:p w14:paraId="23AA6BC9"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She pushed my hand away and turned toward me. “Everyone knows you’ve been drinking,” she said. “You know that.”</w:t>
      </w:r>
    </w:p>
    <w:p w14:paraId="5BF5CD84"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“But I didn’t drink,” I replied honestly.</w:t>
      </w:r>
    </w:p>
    <w:p w14:paraId="7FDA3670"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“You don’t get it,” she said quietly. “To them, you drink whenever we go out.”</w:t>
      </w:r>
    </w:p>
    <w:p w14:paraId="71675FB2"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“So I’m guilty even when I’m sober?”</w:t>
      </w:r>
    </w:p>
    <w:p w14:paraId="25CF16FE"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She exhaled. “Don’t flatter yourself. You’re usually guilty. And you need to do something about your drinking.” She turned her back to me. She went to sleep almost immediately.</w:t>
      </w:r>
    </w:p>
    <w:p w14:paraId="14B1D456"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There was no talk of what that something might be — no help, no support, no plan. Just a verdict delivered and a back turned.</w:t>
      </w:r>
    </w:p>
    <w:p w14:paraId="052B945A"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It got me thinking along the same routes I always follow, not because they bring pleasantness, but because they reveal reality.</w:t>
      </w:r>
    </w:p>
    <w:p w14:paraId="73E70181"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What no one at that table understood — what Carole either didn’t understand or chose not to — was what it cost to sit in the restaurant sober. Not the effort of pretending to enjoy the evening. The specific exhaustion of performing sobriety.</w:t>
      </w:r>
    </w:p>
    <w:p w14:paraId="0031B6A4"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There is no defense against a verdict that precedes the evidence. You can be precise, composed, lucid, present — and it changes nothing, because the story about you was written before you arrived. But the verdict itself was not what landed the hardest blow. It was the sourcing of it. To receive the kind of information that Carole told me, you have to give information.</w:t>
      </w:r>
    </w:p>
    <w:p w14:paraId="578C0BDC" w14:textId="77777777" w:rsidR="00405097" w:rsidRPr="00405097" w:rsidRDefault="00405097" w:rsidP="00405097">
      <w:pPr>
        <w:spacing w:after="0"/>
        <w:rPr>
          <w:rFonts w:ascii="garamond" w:hAnsi="garamond" w:cs="Arial"/>
          <w:color w:val="1F1F1F"/>
          <w:sz w:val="26"/>
          <w:szCs w:val="26"/>
          <w:bdr w:val="none" w:sz="0" w:space="0" w:color="auto" w:frame="1"/>
        </w:rPr>
      </w:pPr>
      <w:r w:rsidRPr="00DF6D0C">
        <w:rPr>
          <w:rFonts w:ascii="garamond" w:hAnsi="garamond" w:cs="Arial"/>
          <w:color w:val="1F1F1F"/>
          <w:sz w:val="26"/>
          <w:szCs w:val="26"/>
          <w:bdr w:val="none" w:sz="0" w:space="0" w:color="auto" w:frame="1"/>
        </w:rPr>
        <w:lastRenderedPageBreak/>
        <w:t>There is no defense against a verdict that precedes the evidence. You can be precise, composed, and entirely present—and it alters nothing</w:t>
      </w:r>
      <w:r w:rsidRPr="00405097">
        <w:rPr>
          <w:rFonts w:ascii="garamond" w:hAnsi="garamond" w:cs="Arial"/>
          <w:color w:val="1F1F1F"/>
          <w:sz w:val="26"/>
          <w:szCs w:val="26"/>
          <w:bdr w:val="none" w:sz="0" w:space="0" w:color="auto" w:frame="1"/>
        </w:rPr>
        <w:t>. T</w:t>
      </w:r>
      <w:r w:rsidRPr="00DF6D0C">
        <w:rPr>
          <w:rFonts w:ascii="garamond" w:hAnsi="garamond" w:cs="Arial"/>
          <w:color w:val="1F1F1F"/>
          <w:sz w:val="26"/>
          <w:szCs w:val="26"/>
          <w:bdr w:val="none" w:sz="0" w:space="0" w:color="auto" w:frame="1"/>
        </w:rPr>
        <w:t xml:space="preserve">he narrative asymmetry was drafted before you walked through the restaurant door. But the verdict itself was not what landed the hardest blow; it was the slow, structural sourcing of it. To receive that kind of granular summary from Carole in our bedroom, information had to be exchanged long before the wine was poured. </w:t>
      </w:r>
    </w:p>
    <w:p w14:paraId="0190696C" w14:textId="77777777" w:rsidR="00405097" w:rsidRPr="00405097" w:rsidRDefault="00405097" w:rsidP="00405097">
      <w:pPr>
        <w:spacing w:after="0"/>
        <w:rPr>
          <w:rFonts w:ascii="garamond" w:hAnsi="garamond" w:cs="Arial"/>
          <w:color w:val="1F1F1F"/>
          <w:sz w:val="26"/>
          <w:szCs w:val="26"/>
          <w:bdr w:val="none" w:sz="0" w:space="0" w:color="auto" w:frame="1"/>
        </w:rPr>
      </w:pPr>
      <w:r w:rsidRPr="00DF6D0C">
        <w:rPr>
          <w:rFonts w:ascii="garamond" w:hAnsi="garamond" w:cs="Arial"/>
          <w:color w:val="1F1F1F"/>
          <w:sz w:val="26"/>
          <w:szCs w:val="26"/>
          <w:bdr w:val="none" w:sz="0" w:space="0" w:color="auto" w:frame="1"/>
        </w:rPr>
        <w:t xml:space="preserve">Someone in our social circle had been collecting inventory, Carole had been listening and contributing, and the table had </w:t>
      </w:r>
      <w:r w:rsidRPr="00405097">
        <w:rPr>
          <w:rFonts w:ascii="garamond" w:hAnsi="garamond" w:cs="Arial"/>
          <w:color w:val="1F1F1F"/>
          <w:sz w:val="26"/>
          <w:szCs w:val="26"/>
          <w:bdr w:val="none" w:sz="0" w:space="0" w:color="auto" w:frame="1"/>
        </w:rPr>
        <w:t xml:space="preserve">likely </w:t>
      </w:r>
      <w:r w:rsidRPr="00DF6D0C">
        <w:rPr>
          <w:rFonts w:ascii="garamond" w:hAnsi="garamond" w:cs="Arial"/>
          <w:color w:val="1F1F1F"/>
          <w:sz w:val="26"/>
          <w:szCs w:val="26"/>
          <w:bdr w:val="none" w:sz="0" w:space="0" w:color="auto" w:frame="1"/>
        </w:rPr>
        <w:t xml:space="preserve">spent months quietly certifying my guilt while I was busy funding the scenery. </w:t>
      </w:r>
    </w:p>
    <w:p w14:paraId="0E385FF6" w14:textId="3C764DF8" w:rsidR="00E4573B" w:rsidRPr="00405097" w:rsidRDefault="00405097" w:rsidP="00405097">
      <w:pPr>
        <w:spacing w:after="0"/>
        <w:rPr>
          <w:rFonts w:ascii="garamond" w:hAnsi="garamond" w:cs="Arial"/>
          <w:color w:val="1F1F1F"/>
          <w:sz w:val="26"/>
          <w:szCs w:val="26"/>
        </w:rPr>
      </w:pPr>
      <w:r w:rsidRPr="00DF6D0C">
        <w:rPr>
          <w:rFonts w:ascii="garamond" w:hAnsi="garamond" w:cs="Arial"/>
          <w:color w:val="1F1F1F"/>
          <w:sz w:val="26"/>
          <w:szCs w:val="26"/>
          <w:bdr w:val="none" w:sz="0" w:space="0" w:color="auto" w:frame="1"/>
        </w:rPr>
        <w:t xml:space="preserve">The ambush that would eventually detonate on </w:t>
      </w:r>
      <w:r w:rsidRPr="00405097">
        <w:rPr>
          <w:rFonts w:ascii="garamond" w:hAnsi="garamond" w:cs="Arial"/>
          <w:color w:val="1F1F1F"/>
          <w:sz w:val="26"/>
          <w:szCs w:val="26"/>
          <w:bdr w:val="none" w:sz="0" w:space="0" w:color="auto" w:frame="1"/>
        </w:rPr>
        <w:t>the</w:t>
      </w:r>
      <w:r w:rsidRPr="00DF6D0C">
        <w:rPr>
          <w:rFonts w:ascii="garamond" w:hAnsi="garamond" w:cs="Arial"/>
          <w:color w:val="1F1F1F"/>
          <w:sz w:val="26"/>
          <w:szCs w:val="26"/>
          <w:bdr w:val="none" w:sz="0" w:space="0" w:color="auto" w:frame="1"/>
        </w:rPr>
        <w:t xml:space="preserve"> late</w:t>
      </w:r>
      <w:r w:rsidR="0051039E">
        <w:rPr>
          <w:rFonts w:ascii="garamond" w:hAnsi="garamond" w:cs="Arial"/>
          <w:color w:val="1F1F1F"/>
          <w:sz w:val="26"/>
          <w:szCs w:val="26"/>
          <w:bdr w:val="none" w:sz="0" w:space="0" w:color="auto" w:frame="1"/>
        </w:rPr>
        <w:t>-</w:t>
      </w:r>
      <w:r w:rsidRPr="00DF6D0C">
        <w:rPr>
          <w:rFonts w:ascii="garamond" w:hAnsi="garamond" w:cs="Arial"/>
          <w:color w:val="1F1F1F"/>
          <w:sz w:val="26"/>
          <w:szCs w:val="26"/>
          <w:bdr w:val="none" w:sz="0" w:space="0" w:color="auto" w:frame="1"/>
        </w:rPr>
        <w:t>October Sunday</w:t>
      </w:r>
      <w:r w:rsidR="0051039E">
        <w:rPr>
          <w:rFonts w:ascii="garamond" w:hAnsi="garamond" w:cs="Arial"/>
          <w:color w:val="1F1F1F"/>
          <w:sz w:val="26"/>
          <w:szCs w:val="26"/>
          <w:bdr w:val="none" w:sz="0" w:space="0" w:color="auto" w:frame="1"/>
        </w:rPr>
        <w:t xml:space="preserve"> in 2010</w:t>
      </w:r>
      <w:r w:rsidRPr="00DF6D0C">
        <w:rPr>
          <w:rFonts w:ascii="garamond" w:hAnsi="garamond" w:cs="Arial"/>
          <w:color w:val="1F1F1F"/>
          <w:sz w:val="26"/>
          <w:szCs w:val="26"/>
          <w:bdr w:val="none" w:sz="0" w:space="0" w:color="auto" w:frame="1"/>
        </w:rPr>
        <w:t xml:space="preserve"> was already </w:t>
      </w:r>
      <w:r w:rsidR="0051039E">
        <w:rPr>
          <w:rFonts w:ascii="garamond" w:hAnsi="garamond" w:cs="Arial"/>
          <w:color w:val="1F1F1F"/>
          <w:sz w:val="26"/>
          <w:szCs w:val="26"/>
          <w:bdr w:val="none" w:sz="0" w:space="0" w:color="auto" w:frame="1"/>
        </w:rPr>
        <w:t>conducting</w:t>
      </w:r>
      <w:r w:rsidRPr="00DF6D0C">
        <w:rPr>
          <w:rFonts w:ascii="garamond" w:hAnsi="garamond" w:cs="Arial"/>
          <w:color w:val="1F1F1F"/>
          <w:sz w:val="26"/>
          <w:szCs w:val="26"/>
          <w:bdr w:val="none" w:sz="0" w:space="0" w:color="auto" w:frame="1"/>
        </w:rPr>
        <w:t xml:space="preserve"> practice </w:t>
      </w:r>
      <w:r w:rsidR="0051039E">
        <w:rPr>
          <w:rFonts w:ascii="garamond" w:hAnsi="garamond" w:cs="Arial"/>
          <w:color w:val="1F1F1F"/>
          <w:sz w:val="26"/>
          <w:szCs w:val="26"/>
          <w:bdr w:val="none" w:sz="0" w:space="0" w:color="auto" w:frame="1"/>
        </w:rPr>
        <w:t>run</w:t>
      </w:r>
      <w:r w:rsidRPr="00405097">
        <w:rPr>
          <w:rFonts w:ascii="garamond" w:hAnsi="garamond" w:cs="Arial"/>
          <w:color w:val="1F1F1F"/>
          <w:sz w:val="26"/>
          <w:szCs w:val="26"/>
          <w:bdr w:val="none" w:sz="0" w:space="0" w:color="auto" w:frame="1"/>
        </w:rPr>
        <w:t>s.</w:t>
      </w:r>
      <w:r w:rsidRPr="00DF6D0C">
        <w:rPr>
          <w:rFonts w:ascii="garamond" w:hAnsi="garamond" w:cs="Arial"/>
          <w:color w:val="1F1F1F"/>
          <w:sz w:val="26"/>
          <w:szCs w:val="26"/>
          <w:bdr w:val="none" w:sz="0" w:space="0" w:color="auto" w:frame="1"/>
        </w:rPr>
        <w:t xml:space="preserve"> I was the only one in the room operating on the assumption that the records were clean.</w:t>
      </w:r>
      <w:r w:rsidRPr="00DF6D0C">
        <w:rPr>
          <w:rFonts w:ascii="garamond" w:hAnsi="garamond" w:cs="Arial"/>
          <w:color w:val="1F1F1F"/>
          <w:sz w:val="26"/>
          <w:szCs w:val="26"/>
        </w:rPr>
        <w:t xml:space="preserve"> </w:t>
      </w:r>
    </w:p>
    <w:p w14:paraId="23C6248E"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was always on Team Marshi. I had taken everything the street demanded and delivered every result. Still, somewhere in those same circles, my wife had been having a different conversation about me. That was the tell. Not the accusation — the direction it came from. I was the one most people discussed, including my wife.</w:t>
      </w:r>
    </w:p>
    <w:p w14:paraId="037528AC"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lay in bed awake.</w:t>
      </w:r>
    </w:p>
    <w:p w14:paraId="40A6064E"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Still married on paper.</w:t>
      </w:r>
    </w:p>
    <w:p w14:paraId="3C4CC48A"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Just not together anymore.</w:t>
      </w:r>
    </w:p>
    <w:p w14:paraId="681CB2AE"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In the still of the night, I heard the vase cracking.</w:t>
      </w:r>
    </w:p>
    <w:p w14:paraId="2FFFA12B" w14:textId="77777777" w:rsidR="00E4573B" w:rsidRPr="00E4573B" w:rsidRDefault="00E4573B" w:rsidP="00E4573B">
      <w:pPr>
        <w:rPr>
          <w:rFonts w:ascii="garamond" w:hAnsi="garamond"/>
          <w:color w:val="000000"/>
          <w:sz w:val="26"/>
          <w:szCs w:val="26"/>
        </w:rPr>
      </w:pPr>
    </w:p>
    <w:p w14:paraId="1F667998" w14:textId="77777777" w:rsidR="00E4573B" w:rsidRDefault="00E4573B" w:rsidP="00E4573B">
      <w:pPr>
        <w:rPr>
          <w:rFonts w:ascii="garamond" w:hAnsi="garamond"/>
          <w:b/>
          <w:bCs/>
          <w:color w:val="000000"/>
          <w:sz w:val="26"/>
          <w:szCs w:val="26"/>
        </w:rPr>
      </w:pPr>
    </w:p>
    <w:p w14:paraId="522A233D" w14:textId="77777777" w:rsidR="00E4573B" w:rsidRDefault="00E4573B" w:rsidP="00E4573B">
      <w:pPr>
        <w:rPr>
          <w:rFonts w:ascii="garamond" w:hAnsi="garamond"/>
          <w:b/>
          <w:bCs/>
          <w:color w:val="000000"/>
          <w:sz w:val="26"/>
          <w:szCs w:val="26"/>
        </w:rPr>
      </w:pPr>
    </w:p>
    <w:p w14:paraId="40111D27" w14:textId="77777777" w:rsidR="00CF019F" w:rsidRDefault="00CF019F">
      <w:pPr>
        <w:rPr>
          <w:rFonts w:ascii="garamond" w:hAnsi="garamond"/>
          <w:b/>
          <w:bCs/>
          <w:color w:val="000000"/>
          <w:sz w:val="26"/>
          <w:szCs w:val="26"/>
        </w:rPr>
      </w:pPr>
      <w:r>
        <w:rPr>
          <w:rFonts w:ascii="garamond" w:hAnsi="garamond"/>
          <w:b/>
          <w:bCs/>
          <w:color w:val="000000"/>
          <w:sz w:val="26"/>
          <w:szCs w:val="26"/>
        </w:rPr>
        <w:br w:type="page"/>
      </w:r>
    </w:p>
    <w:p w14:paraId="7CD6ADEF" w14:textId="3C360E7F" w:rsidR="00E4573B" w:rsidRPr="00E4573B" w:rsidRDefault="00E4573B" w:rsidP="00E4573B">
      <w:pPr>
        <w:rPr>
          <w:rFonts w:ascii="garamond" w:hAnsi="garamond"/>
          <w:color w:val="000000"/>
          <w:sz w:val="26"/>
          <w:szCs w:val="26"/>
        </w:rPr>
      </w:pPr>
      <w:r w:rsidRPr="00E4573B">
        <w:rPr>
          <w:rFonts w:ascii="garamond" w:hAnsi="garamond"/>
          <w:b/>
          <w:bCs/>
          <w:color w:val="000000"/>
          <w:sz w:val="26"/>
          <w:szCs w:val="26"/>
        </w:rPr>
        <w:lastRenderedPageBreak/>
        <w:t>CHAPTER 3</w:t>
      </w:r>
      <w:r w:rsidR="003D3B2B">
        <w:rPr>
          <w:rFonts w:ascii="garamond" w:hAnsi="garamond"/>
          <w:b/>
          <w:bCs/>
          <w:color w:val="000000"/>
          <w:sz w:val="26"/>
          <w:szCs w:val="26"/>
        </w:rPr>
        <w:t>6</w:t>
      </w:r>
      <w:r w:rsidRPr="00E4573B">
        <w:rPr>
          <w:rFonts w:ascii="garamond" w:hAnsi="garamond"/>
          <w:b/>
          <w:bCs/>
          <w:color w:val="000000"/>
          <w:sz w:val="26"/>
          <w:szCs w:val="26"/>
        </w:rPr>
        <w:t xml:space="preserve"> — SEPTEMBER 11</w:t>
      </w:r>
      <w:r w:rsidRPr="00E4573B">
        <w:rPr>
          <w:rFonts w:ascii="garamond" w:hAnsi="garamond"/>
          <w:color w:val="000000"/>
          <w:sz w:val="26"/>
          <w:szCs w:val="26"/>
        </w:rPr>
        <w:br/>
      </w:r>
      <w:r w:rsidRPr="00E4573B">
        <w:rPr>
          <w:rFonts w:ascii="garamond" w:hAnsi="garamond"/>
          <w:b/>
          <w:bCs/>
          <w:color w:val="000000"/>
          <w:sz w:val="26"/>
          <w:szCs w:val="26"/>
        </w:rPr>
        <w:t>When Terror Loomed.</w:t>
      </w:r>
    </w:p>
    <w:p w14:paraId="52DB9652"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September 11, 2001. Tuesday. Blue sky, low humidity — a New York morning that makes you forget the city can be fragile. In a taxi on the West Side Highway heading south toward the Financial District, thinking about a client call, my mind already elsewhere.</w:t>
      </w:r>
    </w:p>
    <w:p w14:paraId="4D22A23A"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As we approached our exit, traffic slowed. The driver made a left turn and stopped on a side street. He turned up the radio and looked at me in the mirror. “They’re saying a plane hit the World Trade Center,” he said.</w:t>
      </w:r>
    </w:p>
    <w:p w14:paraId="44B66E20"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The taxi’s right-side windows faced the North Tower. A beam of fire was piercing the building, as black smoke spilled turbulently into a clear sky. My phone started buzzing — messages, missed calls.</w:t>
      </w:r>
    </w:p>
    <w:p w14:paraId="25ABA069"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“Do you see that?” the driver asked.</w:t>
      </w:r>
    </w:p>
    <w:p w14:paraId="4435AD5E"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see it,” I answered, and heard my own voice go flat.</w:t>
      </w:r>
    </w:p>
    <w:p w14:paraId="5A48C517"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Someone ran past the car with a radio pressed to his ear. Another man yelled: “A plane hit the Trade Center!” I didn’t understand the words at first. Planes don’t hit buildings. My phone lit up again — one of the guys at the desk. “Where are you? Turn on a TV. Now.”</w:t>
      </w:r>
    </w:p>
    <w:p w14:paraId="34BDEA4F"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see the disaster unfolding, live,” I responded.</w:t>
      </w:r>
    </w:p>
    <w:p w14:paraId="74D2A233"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told the driver: “Go down the road, turn left to Greenwich Street, and drop me off in front of the first building on the right.” I placed the fare on the front passenger seat, as I got out of the cab. I was about fifteen blocks north of the North Tower. People stood in doorways with the blank look New Yorkers get when they don’t want to believe what they’re seeing.</w:t>
      </w:r>
    </w:p>
    <w:p w14:paraId="4FA585FF"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In our building’s lobby, two security guards allowed people to proceed without checking IDs. That was the first sign that matters were serious: rules were ignored.</w:t>
      </w:r>
    </w:p>
    <w:p w14:paraId="1C127110"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The fixed-income floor hadn't yet fallen into complete chaos — screens flickered, phones rang, and traders struggled to keep calm. But their faces were confused and stunned. Nothing like this had ever occurred, and it quickly became clear that the markets would close. Hundreds of screens showed CNBC or CNN, all cameras focused on the North Tower and the billowing smoke. Everyone remained in shock.</w:t>
      </w:r>
    </w:p>
    <w:p w14:paraId="0A883C19"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lastRenderedPageBreak/>
        <w:t>The camera angle was almost too perfect, as if staged to evoke disbelief. Across from me, a young analyst held his phone to his ear and said, “Mom, I’m at work.” He listened, nodded once, and set the phone down as if it were hot. Nobody had training for this. In the corner, someone kept refreshing headline news with the intensity of a nervous tic. Denial on a trading floor doesn’t look like screaming — it looks like people doing their jobs a little too obsessively.</w:t>
      </w:r>
    </w:p>
    <w:p w14:paraId="277630EC"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had left Beirut under the sound of sustained bombing. I subconsciously braced for more.</w:t>
      </w:r>
    </w:p>
    <w:p w14:paraId="7C3F9D28" w14:textId="6151226F"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A second plane hit the South Tower — precise, televised, almost surgical. The entire floor inhaled together: one long, involuntary breath that sounded like grief arriving early. Heat flushing my face, heart pounding, hands trembling, a dry</w:t>
      </w:r>
      <w:r w:rsidR="00116FCC">
        <w:rPr>
          <w:rFonts w:ascii="garamond" w:hAnsi="garamond"/>
          <w:color w:val="000000"/>
          <w:sz w:val="26"/>
          <w:szCs w:val="26"/>
        </w:rPr>
        <w:t xml:space="preserve"> </w:t>
      </w:r>
      <w:r w:rsidRPr="00E4573B">
        <w:rPr>
          <w:rFonts w:ascii="garamond" w:hAnsi="garamond"/>
          <w:color w:val="000000"/>
          <w:sz w:val="26"/>
          <w:szCs w:val="26"/>
        </w:rPr>
        <w:t>taste in my mouth. Just standing there.</w:t>
      </w:r>
    </w:p>
    <w:p w14:paraId="2F7CF60D"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Someone shouted, “Evacuate.” Another voice, calmer, said, "Cross the halls on the same level. No elevators.” Second floor. The bottle-neck was people passing out in high alert — we moved quickly and in coordination, pretending we weren’t scared. In the stairwell: shoes on concrete, handrails slick from too many hands. No one spoke.</w:t>
      </w:r>
    </w:p>
    <w:p w14:paraId="67F82790"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Downtown was in utter chaos — firefighters, police officers, and first responders filled every street, traffic at a standstill, sirens blaring. Thousands of people covered in ash scramble northward as officers direct them to safe areas and shelters. The sidewalk flows like a river.</w:t>
      </w:r>
    </w:p>
    <w:p w14:paraId="3612AD29"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tried calling home, but the lines were jammed. When the call finally went through, Carole’s voice came on: “Where are you?” “At the office. I’m okay. Are the kids okay?” “Yes, I got them from school. They’re with me. We’re okay.” I asked her to keep everyone inside and told her I’d come home as soon as I could. At that moment, I didn’t even know what home meant because the city itself felt unanchored.</w:t>
      </w:r>
    </w:p>
    <w:p w14:paraId="0589BC50"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Within an hour, both the South and North Towers collapsed, followed by 7 World Trade Center, Salomon Brothers’ global headquarters, until we vacated it after the Travelers acquisition. Not seen live. Seen in fragments: people shouting, crying, screaming, new plumes of smoke, television images shifting to a gray blizzard, and the sickening silence that followed.</w:t>
      </w:r>
    </w:p>
    <w:p w14:paraId="100A084E"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was in New York during the first World Trade Center bombing in 1993. That day taught me that buildings are not sacred. It did not teach me that they can fall.</w:t>
      </w:r>
    </w:p>
    <w:p w14:paraId="6BED5780"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lastRenderedPageBreak/>
        <w:t>Soon, the city smelled of burning wire and crushed concrete — fires consuming everything at extreme temperatures. On Wall Street, we talk about events as if they were points on a chart. Not this. This was a rupture.</w:t>
      </w:r>
    </w:p>
    <w:p w14:paraId="0B42A810"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In the weeks afterward, the firm sent emails about resilience and teamwork — refined, corporate coping. People nodded, then went back to work. Work is how Wall Street handles terror.</w:t>
      </w:r>
    </w:p>
    <w:p w14:paraId="17362A22"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Something had changed. Not insight — instinct. The same instinct that warns you when a counterparty is smiling too politely. You can sense the system starting to fool itself.</w:t>
      </w:r>
    </w:p>
    <w:p w14:paraId="13FB164C"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Six weeks after September 11, New York felt like a city that had been shouting and suddenly remembered how to whisper — sidewalks crowded and tense, people moving purposefully, eyes up. The city was covered in paper. Photocopied faces. Handwritten phone numbers. PLEASE CALL. HAVE YOU SEEN?</w:t>
      </w:r>
    </w:p>
    <w:p w14:paraId="22932113"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The posters were so personal that they felt like an intrusion even to read. At intersections, strangers made eye contact for the first time — with no words for what was being carried, so small exchanges took place instead: an extra second holding a door, a nod that said I see you. It was the closest thing to tenderness the streets could manage.</w:t>
      </w:r>
    </w:p>
    <w:p w14:paraId="0168A9FA"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In the first few weeks, grief gave us permission — people went home earlier, hugged in hallways without apologizing, and expressed their fears openly. I remember thinking: is this what it takes for us to act like humans? Then the permission was taken away.</w:t>
      </w:r>
    </w:p>
    <w:p w14:paraId="274D87A8"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Within a few months, we acted like we were going back to normal. But normal had shifted. The phones rang. The screens glowed. People discussed deals, meetings, and staying close to clients, but every conversation had a second layer: How long until the other shoe drops?</w:t>
      </w:r>
    </w:p>
    <w:p w14:paraId="6459F579"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noticed my own reflexes more than anyone else’s — polite, productive, and fine by every visible measure. Still, my body kept searching for impact: flinching at sirens, listening for the next sudden sound, scanning the sky for any unusual changes.</w:t>
      </w:r>
    </w:p>
    <w:p w14:paraId="6A2B0633"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Meetings resumed. Expectations returned. The old rhythm picked up — and I followed suit, slipping back into the driver’s seat the way I always did: effectively, without asking if I wanted it.</w:t>
      </w:r>
    </w:p>
    <w:p w14:paraId="0F99AF97"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lastRenderedPageBreak/>
        <w:t>On my way out one night, passing the reception lobby where the television replayed the same footage, a security guard shook his head and muttered: “I can’t watch it anymore.” I nodded as if I agreed. My problem wasn’t watching. My problem was not knowing how to stop.</w:t>
      </w:r>
    </w:p>
    <w:p w14:paraId="15F1FE43"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By November 2001, we were back in conference rooms discussing compensation and promotion — the old way of measuring status. It felt wrong. It was also exactly what the Street does: keep moving, because stopping would mean feeling.</w:t>
      </w:r>
    </w:p>
    <w:p w14:paraId="7FB411F9" w14:textId="77777777" w:rsidR="00E4573B" w:rsidRDefault="00E4573B" w:rsidP="00E4573B">
      <w:pPr>
        <w:rPr>
          <w:rFonts w:ascii="garamond" w:hAnsi="garamond"/>
          <w:color w:val="000000"/>
          <w:sz w:val="26"/>
          <w:szCs w:val="26"/>
        </w:rPr>
      </w:pPr>
    </w:p>
    <w:p w14:paraId="2701D018" w14:textId="77777777" w:rsidR="00E4573B" w:rsidRDefault="00E4573B" w:rsidP="00E4573B">
      <w:pPr>
        <w:rPr>
          <w:rFonts w:ascii="garamond" w:hAnsi="garamond"/>
          <w:color w:val="000000"/>
          <w:sz w:val="26"/>
          <w:szCs w:val="26"/>
        </w:rPr>
      </w:pPr>
    </w:p>
    <w:p w14:paraId="030D72CA" w14:textId="77777777" w:rsidR="00E4573B" w:rsidRDefault="00E4573B" w:rsidP="00E4573B">
      <w:pPr>
        <w:rPr>
          <w:rFonts w:ascii="garamond" w:hAnsi="garamond"/>
          <w:color w:val="000000"/>
          <w:sz w:val="26"/>
          <w:szCs w:val="26"/>
        </w:rPr>
      </w:pPr>
    </w:p>
    <w:p w14:paraId="384486C6" w14:textId="77777777" w:rsidR="00E4573B" w:rsidRPr="00E4573B" w:rsidRDefault="00E4573B" w:rsidP="00E4573B">
      <w:pPr>
        <w:rPr>
          <w:rFonts w:ascii="garamond" w:hAnsi="garamond"/>
          <w:color w:val="000000"/>
          <w:sz w:val="26"/>
          <w:szCs w:val="26"/>
        </w:rPr>
      </w:pPr>
    </w:p>
    <w:p w14:paraId="075679D2" w14:textId="77777777" w:rsidR="00A119C7" w:rsidRDefault="00A119C7">
      <w:pPr>
        <w:rPr>
          <w:rFonts w:ascii="garamond" w:hAnsi="garamond"/>
          <w:b/>
          <w:bCs/>
          <w:color w:val="000000"/>
          <w:sz w:val="26"/>
          <w:szCs w:val="26"/>
        </w:rPr>
      </w:pPr>
      <w:r>
        <w:rPr>
          <w:rFonts w:ascii="garamond" w:hAnsi="garamond"/>
          <w:b/>
          <w:bCs/>
          <w:color w:val="000000"/>
          <w:sz w:val="26"/>
          <w:szCs w:val="26"/>
        </w:rPr>
        <w:br w:type="page"/>
      </w:r>
    </w:p>
    <w:p w14:paraId="3A228228" w14:textId="50E00FE8" w:rsidR="00E4573B" w:rsidRPr="003C57AB" w:rsidRDefault="00E4573B" w:rsidP="00E4573B">
      <w:pPr>
        <w:rPr>
          <w:rFonts w:ascii="garamond" w:hAnsi="garamond"/>
          <w:b/>
          <w:bCs/>
          <w:color w:val="000000"/>
          <w:sz w:val="26"/>
          <w:szCs w:val="26"/>
        </w:rPr>
      </w:pPr>
      <w:r w:rsidRPr="00E4573B">
        <w:rPr>
          <w:rFonts w:ascii="garamond" w:hAnsi="garamond"/>
          <w:b/>
          <w:bCs/>
          <w:color w:val="000000"/>
          <w:sz w:val="26"/>
          <w:szCs w:val="26"/>
        </w:rPr>
        <w:lastRenderedPageBreak/>
        <w:t>CHAPTER 3</w:t>
      </w:r>
      <w:r w:rsidR="003D3B2B">
        <w:rPr>
          <w:rFonts w:ascii="garamond" w:hAnsi="garamond"/>
          <w:b/>
          <w:bCs/>
          <w:color w:val="000000"/>
          <w:sz w:val="26"/>
          <w:szCs w:val="26"/>
        </w:rPr>
        <w:t>7</w:t>
      </w:r>
      <w:r w:rsidRPr="00E4573B">
        <w:rPr>
          <w:rFonts w:ascii="garamond" w:hAnsi="garamond"/>
          <w:b/>
          <w:bCs/>
          <w:color w:val="000000"/>
          <w:sz w:val="26"/>
          <w:szCs w:val="26"/>
        </w:rPr>
        <w:t xml:space="preserve"> — LOURDES PEREZ BERKLEY</w:t>
      </w:r>
      <w:r w:rsidRPr="00E4573B">
        <w:rPr>
          <w:rFonts w:ascii="garamond" w:hAnsi="garamond"/>
          <w:color w:val="000000"/>
          <w:sz w:val="26"/>
          <w:szCs w:val="26"/>
        </w:rPr>
        <w:br/>
      </w:r>
      <w:r w:rsidRPr="00E4573B">
        <w:rPr>
          <w:rFonts w:ascii="garamond" w:hAnsi="garamond"/>
          <w:b/>
          <w:bCs/>
          <w:color w:val="000000"/>
          <w:sz w:val="26"/>
          <w:szCs w:val="26"/>
        </w:rPr>
        <w:t>In Memory Of Michael Berkley</w:t>
      </w:r>
    </w:p>
    <w:p w14:paraId="58E80661" w14:textId="77777777" w:rsidR="00E4573B" w:rsidRPr="00E4573B" w:rsidRDefault="00E4573B" w:rsidP="00E4573B">
      <w:pPr>
        <w:rPr>
          <w:rFonts w:ascii="garamond" w:hAnsi="garamond"/>
          <w:color w:val="000000"/>
          <w:sz w:val="26"/>
          <w:szCs w:val="26"/>
        </w:rPr>
      </w:pPr>
      <w:r w:rsidRPr="00E4573B">
        <w:rPr>
          <w:rFonts w:ascii="garamond" w:hAnsi="garamond"/>
          <w:b/>
          <w:bCs/>
          <w:color w:val="000000"/>
          <w:sz w:val="26"/>
          <w:szCs w:val="26"/>
        </w:rPr>
        <w:t>When The Towers Collapsed.</w:t>
      </w:r>
    </w:p>
    <w:p w14:paraId="5849ACE0"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Lourdes Perez Berkley was a Managing Director on my team — CMG’s star in the telecom sector. She joined Salomon Brothers in 1989, a Harvard MBA, Puerto Rican, one of those rare people whose intelligence and warmth came in one package. By September 11, 2001, we had been good friends and colleagues for twelve years.</w:t>
      </w:r>
    </w:p>
    <w:p w14:paraId="1D79EDF6"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On the morning of September 11, she was at her desk when the first plane hit the North Tower. Her husband, Michael, was in the North Tower—on the 79th floor, where he had founded the Berkeley Group. It was his birthday. He had planned to take the day off but decided to come in for a morning meeting.</w:t>
      </w:r>
    </w:p>
    <w:p w14:paraId="69AAAF03"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The plane struck the North Tower between the 93rd and 99th floors — fourteen floors above him. In those initial moments, Lourdes had reason to hope. Floor 79 was below the impact.</w:t>
      </w:r>
    </w:p>
    <w:p w14:paraId="5408EC37"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Lourdes called Michael on his cell. He answered in a panic.</w:t>
      </w:r>
    </w:p>
    <w:p w14:paraId="755AE9EC"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They were talking when the connection disappeared.</w:t>
      </w:r>
    </w:p>
    <w:p w14:paraId="3BCCEACF"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Many people below the impact survived. She believed he could reach the stairwells and climb down. It was not an unreasonable thought. It was the thought she held, and then kept holding, long after the world had moved on from it — not for herself, but for her boys, who were waiting for their father the same way she was.</w:t>
      </w:r>
    </w:p>
    <w:p w14:paraId="3F58EC94"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What followed for Lourdes was not grief in the usual sense — not a collapse or the visible rupture others could see and respond to. What came next was refusal. For three months, Lourdes Perez Berkley refused to accept that Michael was gone. She spoke of him in the present tense. She moved through her days as if he had simply not come home yet, as if their connection had dropped and would eventually reconnect.</w:t>
      </w:r>
    </w:p>
    <w:p w14:paraId="5178BA63"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had seen people absorb impossible things in my career. I had never seen emotions flow like that. It was not denial in the clinical sense. It was love refusing to adapt in real time.</w:t>
      </w:r>
    </w:p>
    <w:p w14:paraId="1F9352E4"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Lourdes and Michael had two children. A boy of six and a boy of three.</w:t>
      </w:r>
    </w:p>
    <w:p w14:paraId="71DFB005"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lastRenderedPageBreak/>
        <w:t>Their apartment was on Rector Street — the heart of the residential area around Ground Zero, the ash-covered disaster zone Lower Manhattan transformed into. There was no way back to that apartment. Even when the building became accessible, she couldn’t bring her boys back into that air, that silence, that landscape of loss.</w:t>
      </w:r>
    </w:p>
    <w:p w14:paraId="2D709CB0"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went to Human Resources. I did not ask; I just told them what was going to happen: we were securing Lourdes a temporary apartment in Midtown, on a low floor, immediately, for however long she needed it. This wasn’t a conversation about policy or precedent. It was about what a firm with Citigroup’s resources was going to do for a Managing Director whose husband had been killed at the World Trade Center while she was on the phone with him, from her seat at the Capital Markets desk.</w:t>
      </w:r>
    </w:p>
    <w:p w14:paraId="5437E2EE"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The apartment was secured. In the meantime, I sent a small team from the desk to Rector Street. They entered her apartment and collected clothes — for her and the boys. They brought what she needed. By the time they got back, the new apartment was ready. One step led to the next — not because I had a plan, but because each step made the next clear, and the only choice was to keep going.</w:t>
      </w:r>
    </w:p>
    <w:p w14:paraId="7F0999E0"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Her parents were in Philadelphia. They drove to New York the day after the Manhattan lockdown was lifted, to be with their daughter and grandsons — to do what parents do when the worst has happened: just be present. I arranged a town car for them, available 24/7, with a driver who knew where to go.</w:t>
      </w:r>
    </w:p>
    <w:p w14:paraId="2E612947"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On the first evening after Lourdes settled in, I took Daniel with me. He was eight years old. We went to the rental apartment and had dinner—all of us together: Lourdes and her two boys, her parents, Daniel, and me—sitting around a table in an apartment in a city that still smelled of smoke.</w:t>
      </w:r>
    </w:p>
    <w:p w14:paraId="607948DB"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 xml:space="preserve">Her boys were two and five years younger than Daniel—young enough that the weight of what had happened hadn’t fully hit them, old enough to feel that something in their world had </w:t>
      </w:r>
      <w:proofErr w:type="gramStart"/>
      <w:r w:rsidRPr="00E4573B">
        <w:rPr>
          <w:rFonts w:ascii="garamond" w:hAnsi="garamond"/>
          <w:color w:val="000000"/>
          <w:sz w:val="26"/>
          <w:szCs w:val="26"/>
        </w:rPr>
        <w:t>changed, and</w:t>
      </w:r>
      <w:proofErr w:type="gramEnd"/>
      <w:r w:rsidRPr="00E4573B">
        <w:rPr>
          <w:rFonts w:ascii="garamond" w:hAnsi="garamond"/>
          <w:color w:val="000000"/>
          <w:sz w:val="26"/>
          <w:szCs w:val="26"/>
        </w:rPr>
        <w:t xml:space="preserve"> changed forever.</w:t>
      </w:r>
    </w:p>
    <w:p w14:paraId="27ECDF03"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Daniel was quiet and kind in the way children sometimes are when they sense the room needs it. We ate. We talked about small things. We left when it was time. We went back several times after that.</w:t>
      </w:r>
    </w:p>
    <w:p w14:paraId="45344DAE"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 xml:space="preserve">I told Lourdes she had open access to me and everything Citigroup could offer. Not just as a corporate statement — as a personal promise. If she needed something, I </w:t>
      </w:r>
      <w:r w:rsidRPr="00E4573B">
        <w:rPr>
          <w:rFonts w:ascii="garamond" w:hAnsi="garamond"/>
          <w:color w:val="000000"/>
          <w:sz w:val="26"/>
          <w:szCs w:val="26"/>
        </w:rPr>
        <w:lastRenderedPageBreak/>
        <w:t>would get it for her. If she didn’t want to come to the office, she wouldn’t have to, and her position would be waiting when she was ready.</w:t>
      </w:r>
    </w:p>
    <w:p w14:paraId="0294F304"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As the weeks passed, I found myself watching her with a feeling I hadn’t expected. Not pity — Lourdes wouldn’t accept pity. It felt more like contemplation. Life had dealt her a hand so cruel and random that it made you want to look away. But I didn’t look away. I watched her manage the unmanageable with a focus so intense it almost seemed physical — her boys as the central point around which everything else revolved. She wasn’t surviving for herself; she was doing it for them, and that was evident in all her actions.</w:t>
      </w:r>
    </w:p>
    <w:p w14:paraId="273B9C06"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reflected on Michael. I didn’t know him well, but I understood what Lourdes was, what she had built, and what she contributed to those around her every day. If he observed her, I believe he would thank his lucky stars for the woman he married. He faced the ultimate loss, leaving behind a rare person on earth to carry his name and raise his sons. There is fairness in that, if you seek it. And the grimmer the situation, the more important it is to seek.</w:t>
      </w:r>
    </w:p>
    <w:p w14:paraId="34DD552B"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About a month after September 11, Carole and I took Lourdes to dinner. She was still in denial — still talking about Michael in the present tense, still holding reality at arm’s length. During dinner, she started to cry. Not quietly. She said she was afraid that people around her were getting frustrated, that they expected her by now to have accepted what had happened, to have said the words out loud, to have moved toward something that looked like grieving.</w:t>
      </w:r>
    </w:p>
    <w:p w14:paraId="2A192BF0"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Then she said, </w:t>
      </w:r>
      <w:r w:rsidRPr="00E4573B">
        <w:rPr>
          <w:rFonts w:ascii="garamond" w:hAnsi="garamond"/>
          <w:i/>
          <w:iCs/>
          <w:color w:val="000000"/>
          <w:sz w:val="26"/>
          <w:szCs w:val="26"/>
        </w:rPr>
        <w:t>“How can I tell my kids that their father, their hero, is dead? They wait for him every day. And so I must.”</w:t>
      </w:r>
    </w:p>
    <w:p w14:paraId="22B75D72"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had no answer for that, and neither did Carole.</w:t>
      </w:r>
    </w:p>
    <w:p w14:paraId="6F88AE49"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Carole and I drove home quietly. When we returned to the apartment, we went into separate rooms. I could hear Carole crying on the other side of the wall, and I was crying too. Some feelings go beyond the distance that grows between two people and find them anyway. That night was one of those moments.</w:t>
      </w:r>
    </w:p>
    <w:p w14:paraId="6993187C"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It took Lourdes three months to accept that Michael was not coming back. I later understood that the timing wasn’t accidental. She had held the truth at bay long enough for her boys to find their footing—long enough for a six-year-old and a three-year-old to establish enough routine in the new apartment, in the new normal, to be able to handle what was coming.</w:t>
      </w:r>
    </w:p>
    <w:p w14:paraId="4B1F3186"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lastRenderedPageBreak/>
        <w:t>The delay was not a sign of weakness. It was the most selfless act of motherhood I have ever seen. She managed the timing of her grief around her children’s ability to process it.</w:t>
      </w:r>
    </w:p>
    <w:p w14:paraId="06BBD1C7"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When she finally let it come over her, the wave hit her all at once — the grief she had been denying, the reality of two boys who would grow up without their father, the life that needed to be rebuilt.</w:t>
      </w:r>
    </w:p>
    <w:p w14:paraId="6E6B6893"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She held a funeral for Michael. A large one. Everyone from CMG attended, along with family, friends, and people from the sports world — Michael had been a semi-pro golfer, a man with a wide circle and a commanding presence. The room was packed. It was the right kind of farewell.</w:t>
      </w:r>
    </w:p>
    <w:p w14:paraId="2997D2D4"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Lourdes decided to take a leave of absence. Before she left, I gave her, as her year-end bonus for 2001, the same amount she had earned in 2000. The last four months of the year — September through December — she hadn’t worked in any traditional sense. She had survived those months. In my view, those two words meant the same thing. While she was away, I temporarily took over her accounts — her clients, people who had built relationships with her over the years, people who deserved continuity. I would keep them all until she was ready, quietly hoping she would return within the year.</w:t>
      </w:r>
    </w:p>
    <w:p w14:paraId="407FD96B"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She came back in six months.</w:t>
      </w:r>
    </w:p>
    <w:p w14:paraId="03C4C5E0"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For the first three months after her return, I flew with her to meet clients. Not because she needed supervision — she was as sharp as ever — but because some clients had noticed the gaps, and I wanted to be in the room when she reconnected with those relationships. I wanted my presence to communicate what it needed to say: she is one of ours, she is back, and nothing has changed.</w:t>
      </w:r>
    </w:p>
    <w:p w14:paraId="2EE7DA59"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We also went apartment hunting together. She wasn’t going back to a high floor — that was already decided — and she needed a home that felt like a new start rather than a diminished version of what had been. She found one on a low floor in midtown Manhattan. She settled her boys into it. After a year back, she retired from Citigroup on her own terms, with her dignity fully intact.</w:t>
      </w:r>
    </w:p>
    <w:p w14:paraId="0FB0561C"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Lourdes called me her hero. I told her the word was too large — and by then, I meant it differently than I had in the beginning.</w:t>
      </w:r>
    </w:p>
    <w:p w14:paraId="7AE43879"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lastRenderedPageBreak/>
        <w:t>I want to be honest about how I was feeling during all of this. Most of it came from genuine friendship and collegiality — twelve years of it, the kind built in the daily proximity where you see someone at their best and worst yet trust them anyway. Some of it originated from something older and less comfortable.</w:t>
      </w:r>
    </w:p>
    <w:p w14:paraId="20578507"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am Lebanese American. September 11 changed how some people perceived my roots, making them seem suspicious. I noticed this in the days that followed the attack—longer glances and a different tone in the silence.</w:t>
      </w:r>
    </w:p>
    <w:p w14:paraId="589715D0"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Doing everything I could for Lourdes was partly a way of refusing—refusing to let what was done in the name of a region I come from define what someone from that region would do next. The guilt was real, and I could not escape it.</w:t>
      </w:r>
    </w:p>
    <w:p w14:paraId="372CB636"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did not examine my thinking process closely at the time. I just moved along.</w:t>
      </w:r>
    </w:p>
    <w:p w14:paraId="495713CD"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My education would come in the months ahead. I watched Lourdes hold her boys’ world together while her own was falling apart. I saw her manage the timing of grief so her children could process it, and I watched her return to the floor to reclaim every account and relationship she had built before retiring.</w:t>
      </w:r>
    </w:p>
    <w:p w14:paraId="2C9F85AD"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stopped focusing on what I was doing for her and started understanding what she was teaching me.</w:t>
      </w:r>
    </w:p>
    <w:p w14:paraId="7ED80E64"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appreciate what displacement costs, and what it means when your city is no longer yours. Still, my experience was young and primitive. Lourdes showed me what it looks like to focus on what matters and let the rest go. She showed me that even the ugliest situations have the clearest lessons if you seek them. She showed me that life should be celebrated and respected, whatever the outcomes.</w:t>
      </w:r>
    </w:p>
    <w:p w14:paraId="41AD1CA5"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know what I saw.</w:t>
      </w:r>
    </w:p>
    <w:p w14:paraId="2930CB9F"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Michael had a rare agent on earth.</w:t>
      </w:r>
    </w:p>
    <w:p w14:paraId="500058E5"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And she showed me the light.</w:t>
      </w:r>
    </w:p>
    <w:p w14:paraId="385F23A1" w14:textId="77777777" w:rsidR="00E4573B" w:rsidRDefault="00E4573B" w:rsidP="00E4573B">
      <w:pPr>
        <w:rPr>
          <w:rFonts w:ascii="garamond" w:hAnsi="garamond"/>
          <w:color w:val="000000"/>
          <w:sz w:val="26"/>
          <w:szCs w:val="26"/>
        </w:rPr>
      </w:pPr>
    </w:p>
    <w:p w14:paraId="06F94B0C" w14:textId="77777777" w:rsidR="00E4573B" w:rsidRDefault="00E4573B" w:rsidP="00E4573B">
      <w:pPr>
        <w:rPr>
          <w:rFonts w:ascii="garamond" w:hAnsi="garamond"/>
          <w:color w:val="000000"/>
          <w:sz w:val="26"/>
          <w:szCs w:val="26"/>
        </w:rPr>
      </w:pPr>
    </w:p>
    <w:p w14:paraId="0F3B2261" w14:textId="77777777" w:rsidR="00E4573B" w:rsidRPr="00E4573B" w:rsidRDefault="00E4573B" w:rsidP="00E4573B">
      <w:pPr>
        <w:rPr>
          <w:rFonts w:ascii="garamond" w:hAnsi="garamond"/>
          <w:color w:val="000000"/>
          <w:sz w:val="26"/>
          <w:szCs w:val="26"/>
        </w:rPr>
      </w:pPr>
    </w:p>
    <w:p w14:paraId="34E6BA8B" w14:textId="106F96D6" w:rsidR="00E4573B" w:rsidRPr="00E4573B" w:rsidRDefault="00E4573B" w:rsidP="00E4573B">
      <w:pPr>
        <w:rPr>
          <w:rFonts w:ascii="garamond" w:hAnsi="garamond"/>
          <w:color w:val="000000"/>
          <w:sz w:val="26"/>
          <w:szCs w:val="26"/>
        </w:rPr>
      </w:pPr>
      <w:r w:rsidRPr="00E4573B">
        <w:rPr>
          <w:rFonts w:ascii="garamond" w:hAnsi="garamond"/>
          <w:b/>
          <w:bCs/>
          <w:color w:val="000000"/>
          <w:sz w:val="26"/>
          <w:szCs w:val="26"/>
        </w:rPr>
        <w:lastRenderedPageBreak/>
        <w:t>CHAPTER 3</w:t>
      </w:r>
      <w:r w:rsidR="003D3B2B">
        <w:rPr>
          <w:rFonts w:ascii="garamond" w:hAnsi="garamond"/>
          <w:b/>
          <w:bCs/>
          <w:color w:val="000000"/>
          <w:sz w:val="26"/>
          <w:szCs w:val="26"/>
        </w:rPr>
        <w:t>8</w:t>
      </w:r>
      <w:r w:rsidRPr="00E4573B">
        <w:rPr>
          <w:rFonts w:ascii="garamond" w:hAnsi="garamond"/>
          <w:b/>
          <w:bCs/>
          <w:color w:val="000000"/>
          <w:sz w:val="26"/>
          <w:szCs w:val="26"/>
        </w:rPr>
        <w:t xml:space="preserve"> — THE PHOTOGRAPH</w:t>
      </w:r>
      <w:r w:rsidRPr="00E4573B">
        <w:rPr>
          <w:rFonts w:ascii="garamond" w:hAnsi="garamond"/>
          <w:color w:val="000000"/>
          <w:sz w:val="26"/>
          <w:szCs w:val="26"/>
        </w:rPr>
        <w:br/>
      </w:r>
      <w:r w:rsidRPr="00E4573B">
        <w:rPr>
          <w:rFonts w:ascii="garamond" w:hAnsi="garamond"/>
          <w:b/>
          <w:bCs/>
          <w:color w:val="000000"/>
          <w:sz w:val="26"/>
          <w:szCs w:val="26"/>
        </w:rPr>
        <w:t>Six Weeks After 9/11.</w:t>
      </w:r>
    </w:p>
    <w:p w14:paraId="128F4549"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came to the United States with almost nothing. I navigated the rejection letters, the expired visas, and the rooms where I was the only one who looked like me and had a name no one knew how to pronounce. I built through all of that — not around it, but through it — and I arrived somewhere real. Fifteen years of work on Wall Street supported by seven years of studying. A floor I ran. A platform I built. A title that meant something.</w:t>
      </w:r>
    </w:p>
    <w:p w14:paraId="1D61AC62"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And then September 11 happened, and I did not know what anyone was thinking anymore. That is the specific fear I am trying to explain — not physical danger, not legal trouble, but the sudden, complete uncertainty about what was happening behind other people's eyes.</w:t>
      </w:r>
    </w:p>
    <w:p w14:paraId="471EDB2E"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September 11 changed the world. That is not just a figure of speech; it is a clear and lasting fact. The day transformed how people move through airports, lobbies, and streets. It even altered the way a stranger's glance in a crowded space could feel. Every ordinary moment gained a second layer. I no longer knew what any of it meant, or what I looked like inside it, or what conclusions were being drawn in the silence between sentences.</w:t>
      </w:r>
    </w:p>
    <w:p w14:paraId="05CB5AAB"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It redefined what it means to have a name that sounds like it comes from a specific part of the world. It also changed how it might appear to someone that they could be from that place.</w:t>
      </w:r>
    </w:p>
    <w:p w14:paraId="6561F543"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It was worse than when I arrived in this country as a young man. Then, I had been nobody — anonymous, unplaced, a foreign student trying to find a foothold. I understood the landscape, and I knew what I was navigating. Now, I was somebody. I had a name on a trading floor, a reputation in the market, a face people recognized. And that visibility, which I had spent a total of twenty-two years building, suddenly felt like exposure.</w:t>
      </w:r>
    </w:p>
    <w:p w14:paraId="7A0AEC72"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carried it quietly. There was no other way to carry it.</w:t>
      </w:r>
    </w:p>
    <w:p w14:paraId="101DBAD7"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 xml:space="preserve">Several weeks after September 11, when we returned to 390 Greenwich, I walked onto the trading floor. It was a Tuesday morning, ordinary in every visible way. I have a sixth sense on the trading floor. After fifteen years, I could tell what was happening before anyone spoke — I knew when a trade was going poorly, when a desk had </w:t>
      </w:r>
      <w:r w:rsidRPr="00E4573B">
        <w:rPr>
          <w:rFonts w:ascii="garamond" w:hAnsi="garamond"/>
          <w:color w:val="000000"/>
          <w:sz w:val="26"/>
          <w:szCs w:val="26"/>
        </w:rPr>
        <w:lastRenderedPageBreak/>
        <w:t>scored a win, or when a group had ordered lunch. I didn't understand where it came from, but it never led me astray.</w:t>
      </w:r>
    </w:p>
    <w:p w14:paraId="5F959375"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On that Tuesday, the moment I walked through the door, I felt it. Something was off. Not hostile, not loud. Just wrong, like a room feels wrong when everyone in it knows something you don't.</w:t>
      </w:r>
    </w:p>
    <w:p w14:paraId="0846E90B"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My desk is fifty yards from the entrance. I looked ahead with solemn eyes — that’s my instinct under pressure, always has been — and I started walking. Each step made me feel a hundred pounds heavier than the step before. I didn’t look left or right. I kept walking.</w:t>
      </w:r>
    </w:p>
    <w:p w14:paraId="2366EFF0"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reached my desk, and I sat down. I looked up at the ceiling, soothing my eyes with the palms of my hands before glancing at my Bloomberg screen.</w:t>
      </w:r>
    </w:p>
    <w:p w14:paraId="3F0F92B8"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felt the paper on my desk before I saw it clearly. I looked down—just for a moment, ever so quickly—and I immediately perked up from my seat. From standing height, I could see what I couldn't see from my chair: every other desk on the floor had a similar piece of paper on it. They all had the same copied black-and-white ink pattern.</w:t>
      </w:r>
    </w:p>
    <w:p w14:paraId="537C7017"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got the punch. I sat down to think.</w:t>
      </w:r>
    </w:p>
    <w:p w14:paraId="67E4F4A0"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A newspaper had published the names and photographs of all nineteen hijackers. Someone took that page, whited out the lead terrorist's photo and name — the one most connected to the terror — and replaced it with my photo. Beneath my face, there was a caption, naming me the head of the ring. The page was copied and left on trading desks on the floor while it was empty.</w:t>
      </w:r>
    </w:p>
    <w:p w14:paraId="558988E6"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was the only Arab on the floor with senior standing.</w:t>
      </w:r>
    </w:p>
    <w:p w14:paraId="1855B32D"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didn't shout. I didn't make a scene. I stayed very still — the shock was too overwhelming and too specific to process immediately, while everyone nearby was watching me. Some were likely watching as people do when they're ashamed of what someone else had done. Others may have been watching in a completely different way. That was the point. After September 11, I could no longer tell the difference.</w:t>
      </w:r>
    </w:p>
    <w:p w14:paraId="2AC79419"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wanted to know who had done it.</w:t>
      </w:r>
    </w:p>
    <w:p w14:paraId="45895940"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 xml:space="preserve">It didn't take long to find out. His name was Sean Fennel, a bond trader reporting to someone under me. I helped bring him onto the floor through my chain of </w:t>
      </w:r>
      <w:r w:rsidRPr="00E4573B">
        <w:rPr>
          <w:rFonts w:ascii="garamond" w:hAnsi="garamond"/>
          <w:color w:val="000000"/>
          <w:sz w:val="26"/>
          <w:szCs w:val="26"/>
        </w:rPr>
        <w:lastRenderedPageBreak/>
        <w:t>command. I trained him through presence, standards, and years of demonstrating the work, and watched him develop.</w:t>
      </w:r>
    </w:p>
    <w:p w14:paraId="4131C1BE"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If Sean could think it and do it, then who could not?</w:t>
      </w:r>
    </w:p>
    <w:p w14:paraId="2CE27988"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The question did not leave me.</w:t>
      </w:r>
    </w:p>
    <w:p w14:paraId="075D1247"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His direct boss approached me and said, "Marchenko, it’s up to you on how we discipline him." I thanked him for his comment. It was good to hear my nickname — a needed flash of my adopted identity. I found myself wondering, briefly, what Sean's nickname, if he ever got one, would be. I could not think of anything that wasn't derogatory.</w:t>
      </w:r>
    </w:p>
    <w:p w14:paraId="1892E64B"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took a few days. I spoke with Human Resources and evaluated the situation from every angle. The case for termination was clear — what he did wasn't a joke; it was defamation, specifically using my nationality as the basis for an accusation. Weeks after the deadliest attack on American soil in recent memory, he looked at the Arab man who manages his floor and decided his face was guilty. That isn't a prank gone wrong. That's something uglier masked as a prank to hide it.</w:t>
      </w:r>
    </w:p>
    <w:p w14:paraId="56997D13"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was close to firing him.</w:t>
      </w:r>
    </w:p>
    <w:p w14:paraId="596013B9"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His wife called me. She was someone I knew well, and she was pregnant. She told me she had heard what her husband had done and was disgusted. She was not calling to defend him. She was calling because she knew that if he was dismissed for cause, his Human Resources record would follow him, and the kind of mark this would leave would effectively make him unemployable. She was not asking for mercy for him. She was asking for mercy for the child and for herself.</w:t>
      </w:r>
    </w:p>
    <w:p w14:paraId="55E18788"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sat with that for a while.</w:t>
      </w:r>
    </w:p>
    <w:p w14:paraId="481958C1"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The city and the floor were already carrying more than enough. Weeks earlier, Lourdes had been on the phone with her husband when the North Tower was hit, and he was in it. The missing-person posters were still going up on walls and fences across the city. The last thing any of us needed was another story that would find its way into the papers, becoming one more piece of wreckage for people to navigate.</w:t>
      </w:r>
    </w:p>
    <w:p w14:paraId="0F6EB09E"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 xml:space="preserve">I had had enough. And I knew — in the precise way I had learned to recognize things on that floor — what enough meant. It was my duty, as a leader, to do whatever I could to stop further agitation and hatred on the floor. If I pushed any further, it </w:t>
      </w:r>
      <w:r w:rsidRPr="00E4573B">
        <w:rPr>
          <w:rFonts w:ascii="garamond" w:hAnsi="garamond"/>
          <w:color w:val="000000"/>
          <w:sz w:val="26"/>
          <w:szCs w:val="26"/>
        </w:rPr>
        <w:lastRenderedPageBreak/>
        <w:t>might turn into an incident that could create unknowable collateral damage. I wasn't willing to let that happen.</w:t>
      </w:r>
    </w:p>
    <w:p w14:paraId="247A6256"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spent two hours with Sean Fennel. He was sorry. Not the performative sorry of a man trying to save his job — the genuine sorry of someone who had done something he could not take back and was only now understanding the full weight of it. I believed him. That mattered to me because I was not going to perform forgiveness any more than I was going to perform outrage. Whatever I did, it was going to be real.</w:t>
      </w:r>
    </w:p>
    <w:p w14:paraId="061B34EB"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made two decisions. I did not fire him, and I recused myself from any more involvement in his future career. I wanted nothing from that situation — neither the satisfaction of punishment nor the credit of mercy. I wanted a clean break. I made one.</w:t>
      </w:r>
    </w:p>
    <w:p w14:paraId="5CC9CD46"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There was no grade. It was Pass/Fail. He failed. He was away from me.</w:t>
      </w:r>
    </w:p>
    <w:p w14:paraId="44D4CF38"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Six months later, Sean Fennel resigned. Not a single conversation with me. He was a brilliant person — except for those twenty-five minutes of making copies.</w:t>
      </w:r>
    </w:p>
    <w:p w14:paraId="331E7A8D"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What I could not cut was what the incident confirmed.</w:t>
      </w:r>
    </w:p>
    <w:p w14:paraId="33503995"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The feelings I had since September 11 were not just in my mind. The realization that how some people saw me had shifted — that was not paranoia. It was clarity. Sean exposed it. He took what was deemed unnoticed and invisible, put it on a page, and placed it on every desk.</w:t>
      </w:r>
    </w:p>
    <w:p w14:paraId="27BDD21C"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Things changed after that, in ways I could measure, and in ways I could not. I felt watched — in the elevator, on the trading floor, in meetings, in the small transactions of a day at the office. Not by everyone. Not even by most. But it was possible that someone in the building could look at me, as Sean did. The fact didn’t leave me cleanly. It finds you in the gaps, in the moment before a conversation begins, and in that half-second before someone's expression settles.</w:t>
      </w:r>
    </w:p>
    <w:p w14:paraId="383252DD"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I came to this country and built something. I earned everything I have. And September 11 reminded me — in the way only real experiences do — that there are limits to what building can protect you from. That performance of belonging, no matter how long it lasts or how decorated it is, doesn’t erase what some people will always see when they look at a face like mine.</w:t>
      </w:r>
    </w:p>
    <w:p w14:paraId="7DA1C831"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lastRenderedPageBreak/>
        <w:t>There is a human nature that destroys pride and depletes dignity. Sean showed me that version on a morning I will never forget.</w:t>
      </w:r>
    </w:p>
    <w:p w14:paraId="4289ECD2" w14:textId="77777777" w:rsidR="00E4573B" w:rsidRPr="00E4573B" w:rsidRDefault="00E4573B" w:rsidP="00E4573B">
      <w:pPr>
        <w:rPr>
          <w:rFonts w:ascii="garamond" w:hAnsi="garamond"/>
          <w:color w:val="000000"/>
          <w:sz w:val="26"/>
          <w:szCs w:val="26"/>
        </w:rPr>
      </w:pPr>
      <w:r w:rsidRPr="00E4573B">
        <w:rPr>
          <w:rFonts w:ascii="garamond" w:hAnsi="garamond"/>
          <w:color w:val="000000"/>
          <w:sz w:val="26"/>
          <w:szCs w:val="26"/>
        </w:rPr>
        <w:t>But there is another human nature — a version that upholds pride and honors dignity, that builds in the face of what tries to diminish it.</w:t>
      </w:r>
    </w:p>
    <w:p w14:paraId="404F1938" w14:textId="77777777" w:rsidR="00E4573B" w:rsidRDefault="00E4573B" w:rsidP="00E4573B">
      <w:pPr>
        <w:rPr>
          <w:rFonts w:ascii="garamond" w:hAnsi="garamond"/>
          <w:color w:val="000000"/>
          <w:sz w:val="26"/>
          <w:szCs w:val="26"/>
        </w:rPr>
      </w:pPr>
      <w:r w:rsidRPr="00E4573B">
        <w:rPr>
          <w:rFonts w:ascii="garamond" w:hAnsi="garamond"/>
          <w:color w:val="000000"/>
          <w:sz w:val="26"/>
          <w:szCs w:val="26"/>
        </w:rPr>
        <w:t>I built what I built with that second version of human nature. It is the only one I have ever known how to be.</w:t>
      </w:r>
    </w:p>
    <w:p w14:paraId="4DF491AD" w14:textId="77777777" w:rsidR="000913E4" w:rsidRPr="00E4573B" w:rsidRDefault="000913E4" w:rsidP="00E4573B">
      <w:pPr>
        <w:rPr>
          <w:rFonts w:ascii="garamond" w:hAnsi="garamond"/>
          <w:color w:val="000000"/>
          <w:sz w:val="26"/>
          <w:szCs w:val="26"/>
        </w:rPr>
      </w:pPr>
    </w:p>
    <w:p w14:paraId="35874685" w14:textId="77777777" w:rsidR="00E4573B" w:rsidRPr="00E4573B" w:rsidRDefault="00E4573B" w:rsidP="00E4573B">
      <w:pPr>
        <w:spacing w:before="0" w:after="0" w:line="240" w:lineRule="auto"/>
        <w:rPr>
          <w:color w:val="000000"/>
        </w:rPr>
      </w:pPr>
    </w:p>
    <w:p w14:paraId="21A9399B" w14:textId="77777777" w:rsidR="00E4573B" w:rsidRPr="00E4573B" w:rsidRDefault="00E4573B" w:rsidP="00E4573B">
      <w:pPr>
        <w:spacing w:before="0" w:after="0" w:line="240" w:lineRule="auto"/>
      </w:pPr>
    </w:p>
    <w:p w14:paraId="1D19A149" w14:textId="77777777" w:rsidR="000913E4" w:rsidRDefault="000913E4">
      <w:pPr>
        <w:rPr>
          <w:rFonts w:ascii="garamond" w:hAnsi="garamond"/>
          <w:b/>
          <w:bCs/>
          <w:color w:val="000000"/>
          <w:sz w:val="26"/>
          <w:szCs w:val="26"/>
        </w:rPr>
      </w:pPr>
      <w:r>
        <w:rPr>
          <w:rFonts w:ascii="garamond" w:hAnsi="garamond"/>
          <w:b/>
          <w:bCs/>
          <w:color w:val="000000"/>
          <w:sz w:val="26"/>
          <w:szCs w:val="26"/>
        </w:rPr>
        <w:br w:type="page"/>
      </w:r>
    </w:p>
    <w:p w14:paraId="0145FDB9" w14:textId="7068418D" w:rsidR="006F2138" w:rsidRPr="005A3E8B" w:rsidRDefault="006F2138" w:rsidP="006F2138">
      <w:pPr>
        <w:rPr>
          <w:rFonts w:ascii="garamond" w:hAnsi="garamond"/>
          <w:sz w:val="26"/>
          <w:szCs w:val="26"/>
        </w:rPr>
      </w:pPr>
      <w:r w:rsidRPr="00E33CC3">
        <w:rPr>
          <w:rFonts w:ascii="garamond" w:hAnsi="garamond"/>
          <w:b/>
          <w:sz w:val="26"/>
          <w:szCs w:val="26"/>
        </w:rPr>
        <w:lastRenderedPageBreak/>
        <w:t>CHAPTER 3</w:t>
      </w:r>
      <w:r w:rsidR="003D3B2B">
        <w:rPr>
          <w:rFonts w:ascii="garamond" w:hAnsi="garamond"/>
          <w:b/>
          <w:sz w:val="26"/>
          <w:szCs w:val="26"/>
        </w:rPr>
        <w:t>9</w:t>
      </w:r>
      <w:r w:rsidRPr="00E33CC3">
        <w:rPr>
          <w:rFonts w:ascii="garamond" w:hAnsi="garamond"/>
          <w:b/>
          <w:sz w:val="26"/>
          <w:szCs w:val="26"/>
        </w:rPr>
        <w:t xml:space="preserve"> — THE PENALTY</w:t>
      </w:r>
      <w:r w:rsidR="005A3E8B">
        <w:rPr>
          <w:rFonts w:ascii="garamond" w:hAnsi="garamond"/>
          <w:sz w:val="26"/>
          <w:szCs w:val="26"/>
        </w:rPr>
        <w:br/>
      </w:r>
      <w:r w:rsidRPr="00E33CC3">
        <w:rPr>
          <w:rFonts w:ascii="garamond" w:hAnsi="garamond"/>
          <w:b/>
          <w:bCs/>
          <w:iCs/>
          <w:sz w:val="26"/>
          <w:szCs w:val="26"/>
        </w:rPr>
        <w:t>Loyalty Is a Costly Currency.</w:t>
      </w:r>
    </w:p>
    <w:p w14:paraId="66395C27"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A month earlier, we had watched the skyline burn. A month later, we were back to pricing people on paper. It felt obscene — and inevitable.</w:t>
      </w:r>
    </w:p>
    <w:p w14:paraId="41913130"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Roughly six weeks after September 11, we were sitting in conference rooms again, speaking in the calm, flattened Wall Street tone that pretends grief can be managed if it is kept abstract. Someone asked — without irony — what the bonus pool would look like in the current environment. No one objected. It wasn’t cruelty. It was the institution reasserting itself.</w:t>
      </w:r>
    </w:p>
    <w:p w14:paraId="7A18E34A"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The pay and promotion system on Wall Street was deliberately opaque — governed by political capital as much as production, understood by everyone in the room and spoken about by almost no one directly.</w:t>
      </w:r>
    </w:p>
    <w:p w14:paraId="27D47A75"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At the MD level, the discipline of market bands disappeared. The bonus was not just a number. It served as the scoreboard — people doing mental math in real time, tracking who was rising, who was fading, who was protected, and who was merely tolerated. It was audible in jokes, visible in hallway deference, felt in who could speak freely in meetings and who could not, and who commanded the last words.</w:t>
      </w:r>
    </w:p>
    <w:p w14:paraId="1D6A95A0"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There was an art to paying people that most managers never mastered. A senior colleague whose judgment I respected put it best: you know you paid someone the right bonus if he leaves your office pissed off. If he is thrilled, you overpaid. If he is devastated, you underpaid. Either way, you got it wrong. The right number lands in the specific territory between relief and resentment — close enough to fair that the person cannot argue with it, far enough from generous that they are motivated to close the gap. That was reading the compensation room. I considered myself one of its practitioners.</w:t>
      </w:r>
    </w:p>
    <w:p w14:paraId="1CFADAAB"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Senior compensation reflected productivity, leadership, internal leverage, political capital, loyalty, and whatever narrative senior management needed. Two people with the same title could earn radically different amounts, and everyone understood what that difference signified.</w:t>
      </w:r>
    </w:p>
    <w:p w14:paraId="5EA386CB"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 xml:space="preserve">This disparity explains why one question dominates all others: Who do you report to? After reviewing Human Resources charts, people would often ask me outright who their actual boss was. My response was always the same. “Your boss,” I would tell </w:t>
      </w:r>
      <w:r w:rsidRPr="00E33CC3">
        <w:rPr>
          <w:rFonts w:ascii="garamond" w:hAnsi="garamond"/>
          <w:iCs/>
          <w:sz w:val="26"/>
          <w:szCs w:val="26"/>
        </w:rPr>
        <w:lastRenderedPageBreak/>
        <w:t>them, “is the person who decides your bonus and communicates it to you at year’s end.”</w:t>
      </w:r>
    </w:p>
    <w:p w14:paraId="42770E2F"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In 2001, that truth carried significant weight. After weeks of funerals and mourning, Citigroup leadership decided to increase year-end bonus pools — meant as a symbol of stability and solidarity. Our downtown community had been left shattered. Seven World Trade Center, longtime headquarters of Salomon Brothers, was the third tower to collapse.</w:t>
      </w:r>
    </w:p>
    <w:p w14:paraId="6C680540"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For weeks, we worked across the river in New Jersey, gazing at Ground Zero. When we returned to our Headquarters in the Financial Sector on Greenwich Street in Manhattan, the atmosphere was heavy and surreal; people spoke quietly, and empty desks remained longer than usual.</w:t>
      </w:r>
    </w:p>
    <w:p w14:paraId="6D9E62D5"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That December, our annual holiday party was transformed into a 9/11 fundraising and solidarity event. The Fixed Income Committee issued a clear directive weeks in advance: all New York MD’s were required to attend. The goal was not symbolic — it was operational. Leadership needed to be visible and present.</w:t>
      </w:r>
    </w:p>
    <w:p w14:paraId="70426582"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Paul Deards did not attend. He was an MD, one of my direct reports, and head of risk-management strategies, overseeing more than 70 employees and four MD’s worldwide. We had worked together for fifteen years, going back to Salomon. For the first three of those years, he was senior to me, until I headed CMG and folded his group into mine.</w:t>
      </w:r>
    </w:p>
    <w:p w14:paraId="3E3D2E3A"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Deards was intelligent, effective with clients, and historically reliable, with stretches where his focus would oscillate. I was usually faulted for overpaying him. People assumed I held him in high regard because we were friends. I kept him on high pay because I saw his contribution even in the years he wasn’t fully focused. His bonus under me kept rising. The floor read it as loyalty to a friend. It was loyalty to a longer view.</w:t>
      </w:r>
    </w:p>
    <w:p w14:paraId="4C23469A"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He had bought four tickets to the New York premiere of the first Lord of the Rings movie, scheduled for December 13 — the same day as our fundraising event. He was going with his wife and two children. When I suggested he stop by the event briefly and then leave, he refused, citing traffic. I told Deards his absence would be noticed. He acknowledged that — and still refused.</w:t>
      </w:r>
    </w:p>
    <w:p w14:paraId="0058727E"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 xml:space="preserve">I gave him many outs. Twenty minutes. Thirty. Show up, show face, and leave. Deards and I discussed in detail how he could attend and still make the premiere on </w:t>
      </w:r>
      <w:r w:rsidRPr="00E33CC3">
        <w:rPr>
          <w:rFonts w:ascii="garamond" w:hAnsi="garamond"/>
          <w:iCs/>
          <w:sz w:val="26"/>
          <w:szCs w:val="26"/>
        </w:rPr>
        <w:lastRenderedPageBreak/>
        <w:t>time. Toward the end, he cut the discussion short, saying he had already made up his mind.</w:t>
      </w:r>
    </w:p>
    <w:p w14:paraId="5C2CF881"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I said, “Paul. I’m not spending time on your personal activities just because it suits me. I’m emphasizing the importance of the situation to you. Respect the conversation.”</w:t>
      </w:r>
    </w:p>
    <w:p w14:paraId="44465790"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Deards said, “You’re right. I apologize, but I have nothing more to add.”</w:t>
      </w:r>
    </w:p>
    <w:p w14:paraId="599A0A59"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I responded firmly, “Understood, but I have. There is one issue you need to be aware of. I must put your name on the list of non-attending MD’s for Maheras. I also need to specify the reason. Yours will be: even though you could spend twenty to thirty minutes and still make your pre-scheduled engagement, you chose not to attend our event.”</w:t>
      </w:r>
    </w:p>
    <w:p w14:paraId="058BECC6"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Paul asked: “Can you use fifteen minutes instead of twenty to thirty, and say traffic is the issue?”</w:t>
      </w:r>
    </w:p>
    <w:p w14:paraId="640725BE"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I got irritated. “Enough, Paul. This is not a negotiation — or a sick note for school. It is per Maheras’ directive. I will not deliver anything inaccurate. The only thing you can do to change matters is show up. Now, the conversation is over.”</w:t>
      </w:r>
    </w:p>
    <w:p w14:paraId="013FE49C"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Leadership obligations are not optional. They exist precisely when they are inconvenient.</w:t>
      </w:r>
    </w:p>
    <w:p w14:paraId="0B31EE72"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As bonus submissions neared, I discovered a structural shortfall in my pool — a sizeable 7-figure total, allocated to about thirty exceptional junior and mid-level performers.</w:t>
      </w:r>
    </w:p>
    <w:p w14:paraId="1595409E"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In a bonus pool worth hundreds of millions, it seemed insignificant. But at the last minute, it was not insignificant.</w:t>
      </w:r>
    </w:p>
    <w:p w14:paraId="19DCAB08"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My first instinct: cover half of the total from my bonus and take the other half from four of my highest-paid direct reports. Tommy Maheras refused that solution. There was no alternative found elsewhere in the group that wouldn’t cause collateral damage.</w:t>
      </w:r>
    </w:p>
    <w:p w14:paraId="419A0186"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Around 6:00 p.m. that evening, I walked to Maheras’ office to submit my final compensation figures. I asked Deards to meet me in the conference room next to Tommy’s office. I had already spoken with all my other directs — each of them had been squeezed on their numbers.</w:t>
      </w:r>
    </w:p>
    <w:p w14:paraId="4C3948EF"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lastRenderedPageBreak/>
        <w:t>Deards was the only direct I had not yet spoken to, mainly because he was always unavailable. Finally, I got five minutes with him. He had no room. The numbers, he said, were already shaved as much as they could be.</w:t>
      </w:r>
    </w:p>
    <w:p w14:paraId="4CAFD37D"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I walked into Maheras’s office, with Coles there, and handed in the final sheets. Maheras asked if I had fixed the plug. “No,” I said.</w:t>
      </w:r>
    </w:p>
    <w:p w14:paraId="10513403"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He inquired who I had just spoken to outside his office.</w:t>
      </w:r>
    </w:p>
    <w:p w14:paraId="16450327"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“Paul Deards,” I responded, surprised he even asked. Then it hit me.</w:t>
      </w:r>
    </w:p>
    <w:p w14:paraId="70969B26"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Maheras already knew Deards had skipped the 9/11 event.</w:t>
      </w:r>
    </w:p>
    <w:p w14:paraId="5CCAF28B"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And then the bomb landed.</w:t>
      </w:r>
    </w:p>
    <w:p w14:paraId="70C7B45B" w14:textId="77777777" w:rsidR="006F2138" w:rsidRPr="00E33CC3" w:rsidRDefault="006F2138" w:rsidP="006F2138">
      <w:pPr>
        <w:spacing w:after="160"/>
        <w:rPr>
          <w:rFonts w:ascii="garamond" w:hAnsi="garamond"/>
          <w:iCs/>
          <w:sz w:val="26"/>
          <w:szCs w:val="26"/>
        </w:rPr>
      </w:pPr>
      <w:r w:rsidRPr="00E33CC3">
        <w:rPr>
          <w:rFonts w:ascii="garamond" w:hAnsi="garamond"/>
          <w:iCs/>
          <w:sz w:val="26"/>
          <w:szCs w:val="26"/>
        </w:rPr>
        <w:t>“Take it from Deards,” Maheras said.</w:t>
      </w:r>
    </w:p>
    <w:p w14:paraId="385EFC8C" w14:textId="77777777" w:rsidR="006F2138" w:rsidRPr="00E33CC3" w:rsidRDefault="006F2138" w:rsidP="001920CF">
      <w:pPr>
        <w:spacing w:after="160"/>
        <w:rPr>
          <w:rFonts w:ascii="garamond" w:hAnsi="garamond"/>
          <w:iCs/>
          <w:sz w:val="26"/>
          <w:szCs w:val="26"/>
        </w:rPr>
      </w:pPr>
      <w:r w:rsidRPr="00E33CC3">
        <w:rPr>
          <w:rFonts w:ascii="garamond" w:hAnsi="garamond"/>
          <w:iCs/>
          <w:sz w:val="26"/>
          <w:szCs w:val="26"/>
        </w:rPr>
        <w:t>I objected. I told him the penalty was excessive and the message disproportionate. Coles agreed with me. Maheras was unmoved. He would have made the same decision regardless of who the individual was. It was not personal. It was institutional enforcement. I proposed a compromise — still severe, but less punitive. Eventually, Maheras agreed to cut Deards’ bonus by three-quarters of the original amount and cover the remaining quarter from a discretionary account he managed. I reduced Deards’ bonus accordingly.</w:t>
      </w:r>
    </w:p>
    <w:p w14:paraId="2F0B5982" w14:textId="77777777" w:rsidR="006F2138" w:rsidRPr="00E33CC3" w:rsidRDefault="006F2138" w:rsidP="001920CF">
      <w:pPr>
        <w:spacing w:after="160"/>
        <w:rPr>
          <w:rFonts w:ascii="garamond" w:hAnsi="garamond"/>
          <w:iCs/>
          <w:sz w:val="26"/>
          <w:szCs w:val="26"/>
        </w:rPr>
      </w:pPr>
      <w:r w:rsidRPr="00E33CC3">
        <w:rPr>
          <w:rFonts w:ascii="garamond" w:hAnsi="garamond"/>
          <w:iCs/>
          <w:sz w:val="26"/>
          <w:szCs w:val="26"/>
        </w:rPr>
        <w:t>Loyalty at Salomon was a costly currency — expected, monitored, expensive to show, and expensive to deny. As a partner, there are times when judgment gives way to direction. In reality, Tommy’s penalty matched Deards’ transgression and his increasing pattern of absence. Deards had been drifting for almost two years. I had known about it and protected it. That was loyalty. It was also avoidance.</w:t>
      </w:r>
    </w:p>
    <w:p w14:paraId="6175911D" w14:textId="77777777" w:rsidR="006F2138" w:rsidRPr="00E33CC3" w:rsidRDefault="006F2138" w:rsidP="001920CF">
      <w:pPr>
        <w:spacing w:after="160"/>
        <w:rPr>
          <w:rFonts w:ascii="garamond" w:hAnsi="garamond"/>
          <w:iCs/>
          <w:sz w:val="26"/>
          <w:szCs w:val="26"/>
        </w:rPr>
      </w:pPr>
      <w:r w:rsidRPr="00E33CC3">
        <w:rPr>
          <w:rFonts w:ascii="garamond" w:hAnsi="garamond"/>
          <w:iCs/>
          <w:sz w:val="26"/>
          <w:szCs w:val="26"/>
        </w:rPr>
        <w:t>During Deards’ year-end performance review in late January 2002, Paul was flabbergasted. His bonus came in significantly below what he expected. He asked me, “Are you sure these are the final approved numbers?” I told him the number stood. He asked who set it. I gave him my standard response: “The Committee reviewed the range of all MD bonuses.” Then, to remain on message, I added: “Your final number was initially unacceptable to me, and I changed it.” He thanked me, assuming I had fought it up, which is what I would normally do if I disagreed with a figure in my group. He was too aloof to grasp it.</w:t>
      </w:r>
    </w:p>
    <w:p w14:paraId="764CEAE9" w14:textId="77777777" w:rsidR="006F2138" w:rsidRPr="00E33CC3" w:rsidRDefault="006F2138" w:rsidP="001920CF">
      <w:pPr>
        <w:spacing w:after="160"/>
        <w:rPr>
          <w:rFonts w:ascii="garamond" w:hAnsi="garamond"/>
          <w:iCs/>
          <w:sz w:val="26"/>
          <w:szCs w:val="26"/>
        </w:rPr>
      </w:pPr>
      <w:r w:rsidRPr="00E33CC3">
        <w:rPr>
          <w:rFonts w:ascii="garamond" w:hAnsi="garamond"/>
          <w:iCs/>
          <w:sz w:val="26"/>
          <w:szCs w:val="26"/>
        </w:rPr>
        <w:t>“You shouldn’t thank me,” I replied. “If anything, it’s the opposite.”</w:t>
      </w:r>
    </w:p>
    <w:p w14:paraId="7FDCE3A1" w14:textId="77777777" w:rsidR="006F2138" w:rsidRPr="00E33CC3" w:rsidRDefault="006F2138" w:rsidP="001920CF">
      <w:pPr>
        <w:spacing w:after="160"/>
        <w:rPr>
          <w:rFonts w:ascii="garamond" w:hAnsi="garamond"/>
          <w:iCs/>
          <w:sz w:val="26"/>
          <w:szCs w:val="26"/>
        </w:rPr>
      </w:pPr>
      <w:r w:rsidRPr="00E33CC3">
        <w:rPr>
          <w:rFonts w:ascii="garamond" w:hAnsi="garamond"/>
          <w:iCs/>
          <w:sz w:val="26"/>
          <w:szCs w:val="26"/>
        </w:rPr>
        <w:lastRenderedPageBreak/>
        <w:t>He paused. “What do you mean?”</w:t>
      </w:r>
    </w:p>
    <w:p w14:paraId="58158269" w14:textId="77777777" w:rsidR="006F2138" w:rsidRPr="00E33CC3" w:rsidRDefault="006F2138" w:rsidP="001920CF">
      <w:pPr>
        <w:spacing w:after="160"/>
        <w:rPr>
          <w:rFonts w:ascii="garamond" w:hAnsi="garamond"/>
          <w:iCs/>
          <w:sz w:val="26"/>
          <w:szCs w:val="26"/>
        </w:rPr>
      </w:pPr>
      <w:r w:rsidRPr="00E33CC3">
        <w:rPr>
          <w:rFonts w:ascii="garamond" w:hAnsi="garamond"/>
          <w:iCs/>
          <w:sz w:val="26"/>
          <w:szCs w:val="26"/>
        </w:rPr>
        <w:t>I said, “You’re smart enough. You’ll figure it out.” He did. He left my office shaken, nearly in tears.</w:t>
      </w:r>
    </w:p>
    <w:p w14:paraId="4C38D7C7" w14:textId="77777777" w:rsidR="006F2138" w:rsidRPr="00E33CC3" w:rsidRDefault="006F2138" w:rsidP="001920CF">
      <w:pPr>
        <w:spacing w:after="160"/>
        <w:rPr>
          <w:rFonts w:ascii="garamond" w:hAnsi="garamond"/>
          <w:iCs/>
          <w:sz w:val="26"/>
          <w:szCs w:val="26"/>
        </w:rPr>
      </w:pPr>
      <w:r w:rsidRPr="00E33CC3">
        <w:rPr>
          <w:rFonts w:ascii="garamond" w:hAnsi="garamond"/>
          <w:iCs/>
          <w:sz w:val="26"/>
          <w:szCs w:val="26"/>
        </w:rPr>
        <w:t>I never referenced Maheras or Coley in any follow-up discussion. The decision was ultimately mine. That, too, was deliberate.</w:t>
      </w:r>
    </w:p>
    <w:p w14:paraId="3BBABAC5" w14:textId="77777777" w:rsidR="006F2138" w:rsidRPr="00E33CC3" w:rsidRDefault="006F2138" w:rsidP="001920CF">
      <w:pPr>
        <w:spacing w:after="160"/>
        <w:rPr>
          <w:rFonts w:ascii="garamond" w:hAnsi="garamond"/>
          <w:iCs/>
          <w:sz w:val="26"/>
          <w:szCs w:val="26"/>
        </w:rPr>
      </w:pPr>
      <w:r w:rsidRPr="00E33CC3">
        <w:rPr>
          <w:rFonts w:ascii="garamond" w:hAnsi="garamond"/>
          <w:iCs/>
          <w:sz w:val="26"/>
          <w:szCs w:val="26"/>
        </w:rPr>
        <w:t>He had his warning. He had many outs. He chose the premiere. Was the penalty severe? Yes. Was it possible to compound previous years of drifting that I had carried at full pay against the floor’s criticism? Maybe. The institutional moment chose the harsher case, and I executed it. The man delivering the line had earned the right to deliver it — through fifteen years of carrying him, not despite them.</w:t>
      </w:r>
    </w:p>
    <w:p w14:paraId="059BEA5E" w14:textId="77777777" w:rsidR="006F2138" w:rsidRPr="00E33CC3" w:rsidRDefault="006F2138" w:rsidP="001920CF">
      <w:pPr>
        <w:spacing w:after="160"/>
        <w:rPr>
          <w:rFonts w:ascii="garamond" w:hAnsi="garamond"/>
          <w:iCs/>
          <w:sz w:val="26"/>
          <w:szCs w:val="26"/>
        </w:rPr>
      </w:pPr>
      <w:r w:rsidRPr="00E33CC3">
        <w:rPr>
          <w:rFonts w:ascii="garamond" w:hAnsi="garamond"/>
          <w:iCs/>
          <w:sz w:val="26"/>
          <w:szCs w:val="26"/>
        </w:rPr>
        <w:t>Weeks later, Deards apologized for missing the event — re-engaged for six months, then drifted away again. By October, his output had halved, as had his presence. It wasn’t insubordination that worried me. It was Paul’s distance, his lack of urgency. After fifteen years of camaraderie, I was entrusted with a sizable, profitable group leadership role that required energy, ownership, and presence. When his lapse started affecting the MD’s below him, protecting him was no longer sustainable. A commander cannot be shielded from his command.</w:t>
      </w:r>
    </w:p>
    <w:p w14:paraId="3F135AD9" w14:textId="77777777" w:rsidR="00582440" w:rsidRDefault="006F2138" w:rsidP="001920CF">
      <w:pPr>
        <w:spacing w:after="160"/>
        <w:rPr>
          <w:rFonts w:ascii="garamond" w:hAnsi="garamond"/>
          <w:iCs/>
          <w:sz w:val="26"/>
          <w:szCs w:val="26"/>
        </w:rPr>
      </w:pPr>
      <w:r w:rsidRPr="00E33CC3">
        <w:rPr>
          <w:rFonts w:ascii="garamond" w:hAnsi="garamond"/>
          <w:iCs/>
          <w:sz w:val="26"/>
          <w:szCs w:val="26"/>
        </w:rPr>
        <w:t xml:space="preserve">Twelve months after 9/11 — when steadiness and conviction mattered more than ever — I knew Deards was no longer the right person to lead that group. I let him go by the end of 2002. I called a friend at Nomura Securities. Deards worked there for two years and did well. </w:t>
      </w:r>
    </w:p>
    <w:p w14:paraId="497AC09C" w14:textId="6AA7B68E" w:rsidR="006F2138" w:rsidRPr="00E33CC3" w:rsidRDefault="006F2138" w:rsidP="001920CF">
      <w:pPr>
        <w:spacing w:after="160"/>
        <w:rPr>
          <w:rFonts w:ascii="garamond" w:hAnsi="garamond"/>
          <w:iCs/>
          <w:sz w:val="26"/>
          <w:szCs w:val="26"/>
        </w:rPr>
      </w:pPr>
      <w:r w:rsidRPr="00E33CC3">
        <w:rPr>
          <w:rFonts w:ascii="garamond" w:hAnsi="garamond"/>
          <w:iCs/>
          <w:sz w:val="26"/>
          <w:szCs w:val="26"/>
        </w:rPr>
        <w:t>He is now an elementary school teacher. It turns out that was never a joke. It was a quiet ending, but it suited him.</w:t>
      </w:r>
    </w:p>
    <w:p w14:paraId="053BFDD0" w14:textId="77777777" w:rsidR="006F2138" w:rsidRPr="00E33CC3" w:rsidRDefault="006F2138" w:rsidP="006F2138">
      <w:pPr>
        <w:rPr>
          <w:rFonts w:ascii="garamond" w:hAnsi="garamond"/>
          <w:iCs/>
          <w:sz w:val="26"/>
          <w:szCs w:val="26"/>
        </w:rPr>
      </w:pPr>
      <w:r w:rsidRPr="00E33CC3">
        <w:rPr>
          <w:rFonts w:ascii="garamond" w:hAnsi="garamond"/>
          <w:iCs/>
          <w:sz w:val="26"/>
          <w:szCs w:val="26"/>
        </w:rPr>
        <w:br w:type="page"/>
      </w:r>
    </w:p>
    <w:p w14:paraId="24B627EC" w14:textId="4A2F5503" w:rsidR="006F2138" w:rsidRPr="005A3E8B" w:rsidRDefault="006F2138" w:rsidP="006F2138">
      <w:pPr>
        <w:rPr>
          <w:rFonts w:ascii="garamond" w:hAnsi="garamond"/>
          <w:b/>
          <w:bCs/>
          <w:iCs/>
          <w:sz w:val="26"/>
          <w:szCs w:val="26"/>
        </w:rPr>
      </w:pPr>
      <w:r w:rsidRPr="001920CF">
        <w:rPr>
          <w:rFonts w:ascii="garamond" w:hAnsi="garamond"/>
          <w:b/>
          <w:bCs/>
          <w:iCs/>
          <w:sz w:val="26"/>
          <w:szCs w:val="26"/>
        </w:rPr>
        <w:lastRenderedPageBreak/>
        <w:t xml:space="preserve">CHAPTER </w:t>
      </w:r>
      <w:r w:rsidR="003D3B2B">
        <w:rPr>
          <w:rFonts w:ascii="garamond" w:hAnsi="garamond"/>
          <w:b/>
          <w:bCs/>
          <w:iCs/>
          <w:sz w:val="26"/>
          <w:szCs w:val="26"/>
        </w:rPr>
        <w:t>40</w:t>
      </w:r>
      <w:r w:rsidRPr="001920CF">
        <w:rPr>
          <w:rFonts w:ascii="garamond" w:hAnsi="garamond"/>
          <w:b/>
          <w:bCs/>
          <w:iCs/>
          <w:sz w:val="26"/>
          <w:szCs w:val="26"/>
        </w:rPr>
        <w:t xml:space="preserve"> — </w:t>
      </w:r>
      <w:r w:rsidR="005A3E8B">
        <w:rPr>
          <w:rFonts w:ascii="garamond" w:hAnsi="garamond"/>
          <w:b/>
          <w:bCs/>
          <w:iCs/>
          <w:sz w:val="26"/>
          <w:szCs w:val="26"/>
        </w:rPr>
        <w:t>‘</w:t>
      </w:r>
      <w:r w:rsidRPr="001920CF">
        <w:rPr>
          <w:rFonts w:ascii="garamond" w:hAnsi="garamond"/>
          <w:b/>
          <w:bCs/>
          <w:iCs/>
          <w:sz w:val="26"/>
          <w:szCs w:val="26"/>
        </w:rPr>
        <w:t>WHY ARE YOU HERE, ANYWAY</w:t>
      </w:r>
      <w:r w:rsidR="003D3B2B">
        <w:rPr>
          <w:rFonts w:ascii="garamond" w:hAnsi="garamond"/>
          <w:b/>
          <w:bCs/>
          <w:iCs/>
          <w:sz w:val="26"/>
          <w:szCs w:val="26"/>
        </w:rPr>
        <w:t>?</w:t>
      </w:r>
      <w:r w:rsidR="005A3E8B">
        <w:rPr>
          <w:rFonts w:ascii="garamond" w:hAnsi="garamond"/>
          <w:b/>
          <w:bCs/>
          <w:iCs/>
          <w:sz w:val="26"/>
          <w:szCs w:val="26"/>
        </w:rPr>
        <w:t>’</w:t>
      </w:r>
      <w:r w:rsidR="005A3E8B">
        <w:rPr>
          <w:rFonts w:ascii="garamond" w:hAnsi="garamond"/>
          <w:b/>
          <w:bCs/>
          <w:iCs/>
          <w:sz w:val="26"/>
          <w:szCs w:val="26"/>
        </w:rPr>
        <w:br/>
      </w:r>
      <w:r w:rsidRPr="001920CF">
        <w:rPr>
          <w:rFonts w:ascii="garamond" w:hAnsi="garamond"/>
          <w:b/>
          <w:bCs/>
          <w:iCs/>
          <w:sz w:val="26"/>
          <w:szCs w:val="26"/>
        </w:rPr>
        <w:t>Promotion Exposes Hierarchy.</w:t>
      </w:r>
    </w:p>
    <w:p w14:paraId="7B264114" w14:textId="77777777" w:rsidR="006F2138" w:rsidRPr="00E33CC3" w:rsidRDefault="006F2138" w:rsidP="006F2138">
      <w:pPr>
        <w:spacing w:after="160"/>
        <w:rPr>
          <w:rFonts w:ascii="garamond" w:hAnsi="garamond"/>
          <w:sz w:val="26"/>
          <w:szCs w:val="26"/>
        </w:rPr>
      </w:pPr>
      <w:r w:rsidRPr="00E33CC3">
        <w:rPr>
          <w:rFonts w:ascii="garamond" w:hAnsi="garamond"/>
          <w:sz w:val="26"/>
          <w:szCs w:val="26"/>
        </w:rPr>
        <w:t>Promotion was a distinct arena — if compensation disciplined behavior, promotion revealed power. MD compensation and MD promotions were decided simultaneously through separate discussions and different criteria. No process was more political than that one. Production and partnership were necessary, but not sufficient. Sponsorship, leadership, and protection were also required.</w:t>
      </w:r>
    </w:p>
    <w:p w14:paraId="059B8CE3" w14:textId="77777777" w:rsidR="006F2138" w:rsidRPr="00E33CC3" w:rsidRDefault="006F2138" w:rsidP="006F2138">
      <w:pPr>
        <w:spacing w:after="160"/>
        <w:rPr>
          <w:rFonts w:ascii="garamond" w:hAnsi="garamond"/>
          <w:sz w:val="26"/>
          <w:szCs w:val="26"/>
        </w:rPr>
      </w:pPr>
      <w:r w:rsidRPr="00E33CC3">
        <w:rPr>
          <w:rFonts w:ascii="garamond" w:hAnsi="garamond"/>
          <w:sz w:val="26"/>
          <w:szCs w:val="26"/>
        </w:rPr>
        <w:t>In 2001, one of my top candidates for promotion to MD was Peter Aherne. He was a leading producer, a respected leader, and well-regarded on the trading floor. Ted “Teddy” Seelye, head of international bond sales and trading and an inner-circle MD, opposed him. I looked into Teddy’s objection and realized it had nothing to do with merit.</w:t>
      </w:r>
    </w:p>
    <w:p w14:paraId="3B78943E" w14:textId="77777777" w:rsidR="006F2138" w:rsidRPr="00E33CC3" w:rsidRDefault="006F2138" w:rsidP="006F2138">
      <w:pPr>
        <w:spacing w:after="160"/>
        <w:rPr>
          <w:rFonts w:ascii="garamond" w:hAnsi="garamond"/>
          <w:sz w:val="26"/>
          <w:szCs w:val="26"/>
        </w:rPr>
      </w:pPr>
      <w:r w:rsidRPr="00E33CC3">
        <w:rPr>
          <w:rFonts w:ascii="garamond" w:hAnsi="garamond"/>
          <w:sz w:val="26"/>
          <w:szCs w:val="26"/>
        </w:rPr>
        <w:t>Peter and Teddy both lived in Bronxville. Their sons had applied to Dartmouth from the same high school. Teddy’s son was more accomplished on paper. Peter’s son was the only one accepted. Teddy believed Peter’s Dartmouth connections had influenced the decision. Peter assured me, beyond a reasonable doubt, that no connections were involved.</w:t>
      </w:r>
    </w:p>
    <w:p w14:paraId="1BDBD5B5" w14:textId="77777777" w:rsidR="006F2138" w:rsidRPr="00E33CC3" w:rsidRDefault="006F2138" w:rsidP="006F2138">
      <w:pPr>
        <w:spacing w:after="160"/>
        <w:rPr>
          <w:rFonts w:ascii="garamond" w:hAnsi="garamond"/>
          <w:sz w:val="26"/>
          <w:szCs w:val="26"/>
        </w:rPr>
      </w:pPr>
      <w:r w:rsidRPr="00E33CC3">
        <w:rPr>
          <w:rFonts w:ascii="garamond" w:hAnsi="garamond"/>
          <w:sz w:val="26"/>
          <w:szCs w:val="26"/>
        </w:rPr>
        <w:t>Before the final MD promotion meeting, I met privately with Teddy. I asked him, as a favor to me, to abstain from voting on Peter’s promotion rather than vote against it. Teddy agreed.</w:t>
      </w:r>
    </w:p>
    <w:p w14:paraId="5BA249A8" w14:textId="77777777" w:rsidR="006F2138" w:rsidRPr="00E33CC3" w:rsidRDefault="006F2138" w:rsidP="006F2138">
      <w:pPr>
        <w:spacing w:after="160"/>
        <w:rPr>
          <w:rFonts w:ascii="garamond" w:hAnsi="garamond"/>
          <w:sz w:val="26"/>
          <w:szCs w:val="26"/>
        </w:rPr>
      </w:pPr>
      <w:r w:rsidRPr="00E33CC3">
        <w:rPr>
          <w:rFonts w:ascii="garamond" w:hAnsi="garamond"/>
          <w:sz w:val="26"/>
          <w:szCs w:val="26"/>
        </w:rPr>
        <w:t>Maheras then met with the committee MD’s to confirm the agreed-upon names. I gave him the list of CMG candidates with consensus, with Peter Aherne at the top of the list. At the meeting, after I previewed Aherne’s credentials one last time, I looked to Tommy for his reaction, expecting a thumbs-up. Suddenly and completely unexpectedly, Teddy attacked Aherne. “I think he can wait a year or two. Why are you pushing him so hard?” The room went silent. Teddy continued his attack, and every eye turned to me.</w:t>
      </w:r>
    </w:p>
    <w:p w14:paraId="7BF0A81D" w14:textId="77777777" w:rsidR="006F2138" w:rsidRPr="00E33CC3" w:rsidRDefault="006F2138" w:rsidP="006F2138">
      <w:pPr>
        <w:spacing w:after="160"/>
        <w:rPr>
          <w:rFonts w:ascii="garamond" w:hAnsi="garamond"/>
          <w:sz w:val="26"/>
          <w:szCs w:val="26"/>
        </w:rPr>
      </w:pPr>
      <w:r w:rsidRPr="00E33CC3">
        <w:rPr>
          <w:rFonts w:ascii="garamond" w:hAnsi="garamond"/>
          <w:sz w:val="26"/>
          <w:szCs w:val="26"/>
        </w:rPr>
        <w:t xml:space="preserve">Thirty seconds to respond. Artie Hyde’s rule: there are two ways to react in front of senior leadership — take it </w:t>
      </w:r>
      <w:proofErr w:type="gramStart"/>
      <w:r w:rsidRPr="00E33CC3">
        <w:rPr>
          <w:rFonts w:ascii="garamond" w:hAnsi="garamond"/>
          <w:sz w:val="26"/>
          <w:szCs w:val="26"/>
        </w:rPr>
        <w:t>offline, or</w:t>
      </w:r>
      <w:proofErr w:type="gramEnd"/>
      <w:r w:rsidRPr="00E33CC3">
        <w:rPr>
          <w:rFonts w:ascii="garamond" w:hAnsi="garamond"/>
          <w:sz w:val="26"/>
          <w:szCs w:val="26"/>
        </w:rPr>
        <w:t xml:space="preserve"> shut it down. The sensor picked. This was not a moment to take offline. Aherne’s chance at promotion would be gone for years if the room closed against him here, and there was no scenario in which the meeting ended in a tie. There was going to be a winner and a loser. The sensor read the field — Maheras was predisposed to back me, Seelye was on weak ground because his </w:t>
      </w:r>
      <w:r w:rsidRPr="00E33CC3">
        <w:rPr>
          <w:rFonts w:ascii="garamond" w:hAnsi="garamond"/>
          <w:sz w:val="26"/>
          <w:szCs w:val="26"/>
        </w:rPr>
        <w:lastRenderedPageBreak/>
        <w:t xml:space="preserve">objection was personal, the room available to be moved if the response was strong enough. I had a clear view into an </w:t>
      </w:r>
      <w:proofErr w:type="gramStart"/>
      <w:r w:rsidRPr="00E33CC3">
        <w:rPr>
          <w:rFonts w:ascii="garamond" w:hAnsi="garamond"/>
          <w:sz w:val="26"/>
          <w:szCs w:val="26"/>
        </w:rPr>
        <w:t>open end</w:t>
      </w:r>
      <w:proofErr w:type="gramEnd"/>
      <w:r w:rsidRPr="00E33CC3">
        <w:rPr>
          <w:rFonts w:ascii="garamond" w:hAnsi="garamond"/>
          <w:sz w:val="26"/>
          <w:szCs w:val="26"/>
        </w:rPr>
        <w:t xml:space="preserve"> zone. I went strong and long.</w:t>
      </w:r>
    </w:p>
    <w:p w14:paraId="5A6E6AED" w14:textId="77777777" w:rsidR="006F2138" w:rsidRPr="00E33CC3" w:rsidRDefault="006F2138" w:rsidP="006F2138">
      <w:pPr>
        <w:spacing w:after="160"/>
        <w:rPr>
          <w:rFonts w:ascii="garamond" w:hAnsi="garamond"/>
          <w:sz w:val="26"/>
          <w:szCs w:val="26"/>
        </w:rPr>
      </w:pPr>
      <w:r w:rsidRPr="00E33CC3">
        <w:rPr>
          <w:rFonts w:ascii="garamond" w:hAnsi="garamond"/>
          <w:sz w:val="26"/>
          <w:szCs w:val="26"/>
        </w:rPr>
        <w:t>I asked. “Teddy, why are you here, anyway?”</w:t>
      </w:r>
    </w:p>
    <w:p w14:paraId="5908F2D1" w14:textId="77777777" w:rsidR="006F2138" w:rsidRPr="00E33CC3" w:rsidRDefault="006F2138" w:rsidP="006F2138">
      <w:pPr>
        <w:spacing w:after="160"/>
        <w:rPr>
          <w:rFonts w:ascii="garamond" w:hAnsi="garamond"/>
          <w:sz w:val="26"/>
          <w:szCs w:val="26"/>
        </w:rPr>
      </w:pPr>
      <w:r w:rsidRPr="00E33CC3">
        <w:rPr>
          <w:rFonts w:ascii="garamond" w:hAnsi="garamond"/>
          <w:sz w:val="26"/>
          <w:szCs w:val="26"/>
        </w:rPr>
        <w:t>The room erupted, and Maheras calmed everyone down. Teddy objected, saying, “Well, wait a minute. I have my opinion.”</w:t>
      </w:r>
    </w:p>
    <w:p w14:paraId="47582B45" w14:textId="77777777" w:rsidR="006F2138" w:rsidRPr="00E33CC3" w:rsidRDefault="006F2138" w:rsidP="006F2138">
      <w:pPr>
        <w:spacing w:after="160"/>
        <w:rPr>
          <w:rFonts w:ascii="garamond" w:hAnsi="garamond"/>
          <w:sz w:val="26"/>
          <w:szCs w:val="26"/>
        </w:rPr>
      </w:pPr>
      <w:r w:rsidRPr="00E33CC3">
        <w:rPr>
          <w:rFonts w:ascii="garamond" w:hAnsi="garamond"/>
          <w:sz w:val="26"/>
          <w:szCs w:val="26"/>
        </w:rPr>
        <w:t>As Teddy spoke, Tommy cut him off. “Aherne has been voted on before. I see clear support in credit markets for him, and I don’t believe Aherne works much with your group.”</w:t>
      </w:r>
    </w:p>
    <w:p w14:paraId="1C80CCC3" w14:textId="77777777" w:rsidR="006F2138" w:rsidRPr="00E33CC3" w:rsidRDefault="006F2138" w:rsidP="006F2138">
      <w:pPr>
        <w:spacing w:after="160"/>
        <w:rPr>
          <w:rFonts w:ascii="garamond" w:hAnsi="garamond"/>
          <w:sz w:val="26"/>
          <w:szCs w:val="26"/>
        </w:rPr>
      </w:pPr>
      <w:r w:rsidRPr="00E33CC3">
        <w:rPr>
          <w:rFonts w:ascii="garamond" w:hAnsi="garamond"/>
          <w:sz w:val="26"/>
          <w:szCs w:val="26"/>
        </w:rPr>
        <w:t>Tommy summarized, “So, Marchenko has a point, Teddy, why are you here, anyway?”</w:t>
      </w:r>
    </w:p>
    <w:p w14:paraId="143C0E63" w14:textId="77777777" w:rsidR="006F2138" w:rsidRPr="00E33CC3" w:rsidRDefault="006F2138" w:rsidP="006F2138">
      <w:pPr>
        <w:spacing w:after="160"/>
        <w:rPr>
          <w:rFonts w:ascii="garamond" w:hAnsi="garamond"/>
          <w:sz w:val="26"/>
          <w:szCs w:val="26"/>
        </w:rPr>
      </w:pPr>
      <w:r w:rsidRPr="00E33CC3">
        <w:rPr>
          <w:rFonts w:ascii="garamond" w:hAnsi="garamond"/>
          <w:sz w:val="26"/>
          <w:szCs w:val="26"/>
        </w:rPr>
        <w:t>That was harsh. The room erupted in laughter as Teddy got up to leave. Tommy snapped, “Sit down, Teddy. Don’t be a baby. Aherne is done. Let’s keep going.” Teddy sat back down, the room quieted, and the meeting carried on.</w:t>
      </w:r>
    </w:p>
    <w:p w14:paraId="5F00B29F" w14:textId="77777777" w:rsidR="006F2138" w:rsidRPr="00E33CC3" w:rsidRDefault="006F2138" w:rsidP="006F2138">
      <w:pPr>
        <w:spacing w:after="160"/>
        <w:rPr>
          <w:rFonts w:ascii="garamond" w:hAnsi="garamond"/>
          <w:sz w:val="26"/>
          <w:szCs w:val="26"/>
        </w:rPr>
      </w:pPr>
      <w:r w:rsidRPr="00E33CC3">
        <w:rPr>
          <w:rFonts w:ascii="garamond" w:hAnsi="garamond"/>
          <w:sz w:val="26"/>
          <w:szCs w:val="26"/>
        </w:rPr>
        <w:t>Six weeks after bonuses were paid, Seelye retired on his planned schedule. Nothing in the timing was accelerated by what happened in the room.</w:t>
      </w:r>
    </w:p>
    <w:p w14:paraId="38D1629E" w14:textId="77777777" w:rsidR="006F2138" w:rsidRPr="00E33CC3" w:rsidRDefault="006F2138" w:rsidP="006F2138">
      <w:pPr>
        <w:spacing w:after="160"/>
        <w:rPr>
          <w:rFonts w:ascii="garamond" w:hAnsi="garamond"/>
          <w:sz w:val="26"/>
          <w:szCs w:val="26"/>
        </w:rPr>
      </w:pPr>
      <w:r w:rsidRPr="00E33CC3">
        <w:rPr>
          <w:rFonts w:ascii="garamond" w:hAnsi="garamond"/>
          <w:sz w:val="26"/>
          <w:szCs w:val="26"/>
        </w:rPr>
        <w:t>But on Wall Street, a long-tenured MD walks off the floor through applause. Seelye walked off in silence. That was the verdict.</w:t>
      </w:r>
    </w:p>
    <w:p w14:paraId="53C10D9B" w14:textId="77777777" w:rsidR="006F2138" w:rsidRPr="00E33CC3" w:rsidRDefault="006F2138" w:rsidP="006F2138">
      <w:pPr>
        <w:spacing w:after="160"/>
        <w:rPr>
          <w:rFonts w:ascii="garamond" w:hAnsi="garamond"/>
          <w:sz w:val="26"/>
          <w:szCs w:val="26"/>
        </w:rPr>
      </w:pPr>
      <w:r w:rsidRPr="00E33CC3">
        <w:rPr>
          <w:rFonts w:ascii="garamond" w:hAnsi="garamond"/>
          <w:sz w:val="26"/>
          <w:szCs w:val="26"/>
        </w:rPr>
        <w:t>Pay and promotion are discussed during the same season but involve different kinds of work. Pay can correct behavior quickly. Promotion is slower and more detached — it determines who gains real influence, who will be protected when things go wrong, and who will be left to explain themselves alone.</w:t>
      </w:r>
    </w:p>
    <w:p w14:paraId="3033D4B7" w14:textId="77777777" w:rsidR="006F2138" w:rsidRPr="00E33CC3" w:rsidRDefault="006F2138" w:rsidP="006F2138">
      <w:pPr>
        <w:spacing w:after="160"/>
        <w:rPr>
          <w:rFonts w:ascii="garamond" w:hAnsi="garamond"/>
          <w:sz w:val="26"/>
          <w:szCs w:val="26"/>
        </w:rPr>
      </w:pPr>
      <w:r w:rsidRPr="00E33CC3">
        <w:rPr>
          <w:rFonts w:ascii="garamond" w:hAnsi="garamond"/>
          <w:sz w:val="26"/>
          <w:szCs w:val="26"/>
        </w:rPr>
        <w:t>Pay disciplines behavior. Promotion exposes hierarchy. Loyalty stands between the two.</w:t>
      </w:r>
    </w:p>
    <w:p w14:paraId="5B796124" w14:textId="4FFD6A46" w:rsidR="006F2138" w:rsidRDefault="006F2138" w:rsidP="000913E4">
      <w:pPr>
        <w:spacing w:line="240" w:lineRule="auto"/>
        <w:rPr>
          <w:rFonts w:ascii="garamond" w:hAnsi="garamond"/>
          <w:b/>
          <w:bCs/>
          <w:color w:val="000000"/>
          <w:sz w:val="26"/>
          <w:szCs w:val="26"/>
        </w:rPr>
      </w:pPr>
    </w:p>
    <w:p w14:paraId="5CD1B2F4" w14:textId="77777777" w:rsidR="000913E4" w:rsidRDefault="000913E4">
      <w:pPr>
        <w:rPr>
          <w:rFonts w:ascii="garamond" w:hAnsi="garamond"/>
          <w:b/>
          <w:bCs/>
          <w:color w:val="000000"/>
          <w:sz w:val="26"/>
          <w:szCs w:val="26"/>
        </w:rPr>
      </w:pPr>
      <w:r>
        <w:rPr>
          <w:rFonts w:ascii="garamond" w:hAnsi="garamond"/>
          <w:b/>
          <w:bCs/>
          <w:color w:val="000000"/>
          <w:sz w:val="26"/>
          <w:szCs w:val="26"/>
        </w:rPr>
        <w:br w:type="page"/>
      </w:r>
    </w:p>
    <w:p w14:paraId="27BD0EE5" w14:textId="609B5984" w:rsidR="000913E4" w:rsidRPr="000913E4" w:rsidRDefault="000913E4" w:rsidP="000913E4">
      <w:pPr>
        <w:spacing w:line="240" w:lineRule="auto"/>
        <w:rPr>
          <w:rFonts w:ascii="garamond" w:hAnsi="garamond"/>
          <w:color w:val="000000"/>
          <w:sz w:val="26"/>
          <w:szCs w:val="26"/>
        </w:rPr>
      </w:pPr>
      <w:r w:rsidRPr="000913E4">
        <w:rPr>
          <w:rFonts w:ascii="garamond" w:hAnsi="garamond"/>
          <w:b/>
          <w:bCs/>
          <w:color w:val="000000"/>
          <w:sz w:val="26"/>
          <w:szCs w:val="26"/>
        </w:rPr>
        <w:lastRenderedPageBreak/>
        <w:t xml:space="preserve">CHAPTER </w:t>
      </w:r>
      <w:r w:rsidR="003D3B2B">
        <w:rPr>
          <w:rFonts w:ascii="garamond" w:hAnsi="garamond"/>
          <w:b/>
          <w:bCs/>
          <w:color w:val="000000"/>
          <w:sz w:val="26"/>
          <w:szCs w:val="26"/>
        </w:rPr>
        <w:t>41</w:t>
      </w:r>
      <w:r w:rsidRPr="000913E4">
        <w:rPr>
          <w:rFonts w:ascii="garamond" w:hAnsi="garamond"/>
          <w:b/>
          <w:bCs/>
          <w:color w:val="000000"/>
          <w:sz w:val="26"/>
          <w:szCs w:val="26"/>
        </w:rPr>
        <w:t xml:space="preserve"> — STROKING MY PAIN</w:t>
      </w:r>
      <w:r w:rsidRPr="000913E4">
        <w:rPr>
          <w:rFonts w:ascii="garamond" w:hAnsi="garamond"/>
          <w:color w:val="000000"/>
          <w:sz w:val="26"/>
          <w:szCs w:val="26"/>
        </w:rPr>
        <w:br/>
      </w:r>
      <w:r w:rsidRPr="000913E4">
        <w:rPr>
          <w:rFonts w:ascii="garamond" w:hAnsi="garamond"/>
          <w:b/>
          <w:bCs/>
          <w:color w:val="000000"/>
          <w:sz w:val="26"/>
          <w:szCs w:val="26"/>
        </w:rPr>
        <w:t>The Breach.</w:t>
      </w:r>
    </w:p>
    <w:p w14:paraId="1AF13A37"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Beginning in 2002, my fights with Carole increased considerably. Most of them occurred on weekdays when I returned home in the early evening, around 7:00 p.m. We engaged in a sad, unpleasant routine that quickly worsened. To me, it was the home I had created. To Carole, it was her palace, and I was the ATM with a key — mostly an unwelcome visitor in my own apartment.</w:t>
      </w:r>
    </w:p>
    <w:p w14:paraId="33530D59" w14:textId="037341A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always wished Carole health and happiness — she is the mother of my children. But love between us was gone, and if she felt otherwise by then, I didn’t care. We stayed together only for the children.</w:t>
      </w:r>
    </w:p>
    <w:p w14:paraId="1433E01C"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A couple of weeks before Thanksgiving in 2002, the workday was long and frustrating — the kind that adds to problems rather than solves them—around seven, having drinks with coworkers. A drive home. Two Vicodins for the back pain, which had become a daily struggle.</w:t>
      </w:r>
    </w:p>
    <w:p w14:paraId="25293E4E"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Home around eight, tipsy, with painkillers and alcohol mixing the way I’d learned to handle — not well, but functioning. At first, the mood stayed steady. I talked, asked questions, and played with the kids.</w:t>
      </w:r>
    </w:p>
    <w:p w14:paraId="5E8687F3" w14:textId="77777777" w:rsidR="00C3227C"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 xml:space="preserve">By nine, my mood had shifted. I was beginning to crash. The kids were in bed, and the television was on. I tried to engage in small talk, but I was ignored — Carole barely looked up. </w:t>
      </w:r>
    </w:p>
    <w:p w14:paraId="5DC9AD82" w14:textId="1D1234F6" w:rsidR="00C3227C"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 xml:space="preserve">Around nine thirty, the familiar slide began: the transition from tired to exhausted, my mood darkened, and a feral impatience surfaced. I could feel how fragile my restraint was, how easily a single sarcastic word could ignite it. I needed to get out of the apartment, and the only exit I knew how to open was through a fight. </w:t>
      </w:r>
    </w:p>
    <w:p w14:paraId="3A480FA7" w14:textId="77AA5D49"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was not losing control. I was building the argument to get the pass. The Beirut sensor, which had spent years reading trading floors and alleys, was reading my kitchen — calculating the fastest route to the front door. It found one.</w:t>
      </w:r>
    </w:p>
    <w:p w14:paraId="798D40EC"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hadn’t eaten dinner. “So, Carole,” I asked, “what’s for dinner?”</w:t>
      </w:r>
    </w:p>
    <w:p w14:paraId="3B0093F9"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“Spinach and rice, and a salad — just like the kids ate,” she replied.</w:t>
      </w:r>
    </w:p>
    <w:p w14:paraId="20398310"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There it was — the little hook. My heart raced. “How many times are we going to eat spinach and rice every week?” I snapped. “Why didn’t you cook something different? You had all day. We’re tired of spinach.”</w:t>
      </w:r>
    </w:p>
    <w:p w14:paraId="5965BADA"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Carole could have ended it right there — given me the exit pass I was begging for. She didn’t. She wanted the performance. “You can eat what’s here. Or not eat. I don’t care,” she said.</w:t>
      </w:r>
    </w:p>
    <w:p w14:paraId="2EBE2652"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lastRenderedPageBreak/>
        <w:t>I wanted out, but I also needed to unload the years of grievances I had been holding onto. “No,” I exploded. “I’ve asked you so many times to hire someone to cook. But you’d rather save money on the stupidest things. You never hesitate to buy Prada bags or Gucci shoes, but when it comes to us, you economize.”</w:t>
      </w:r>
    </w:p>
    <w:p w14:paraId="4FD0EB8F"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She shot back immediately. “How dare you speak to me like that? Leave me alone.”</w:t>
      </w:r>
    </w:p>
    <w:p w14:paraId="1CE9A9A3"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 words hit like a blade. My anger sharpened into obsession, my tone turning vicious — because if she knew what I was carrying — the pain, the agony, the loneliness — she wouldn’t be standing there like that.</w:t>
      </w:r>
    </w:p>
    <w:p w14:paraId="4B1DA024"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“You never think beyond what’s right in front of you,” I yelled. “You’re selfish. The woman I married is gone. Shame on me for being fooled. Shame on you for fooling me.”</w:t>
      </w:r>
    </w:p>
    <w:p w14:paraId="4A955B52"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“Get out of here,” she said.</w:t>
      </w:r>
    </w:p>
    <w:p w14:paraId="5EDD3540"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Out of the apartment, to the neighborhood bar—both refuge and weapon. The place buzzed with laughter, flirting, and bodies leaning into each other. I gulped down an Absolut vodka martini quickly, then another. My heart rate slowed, as relief swept in. I was at home around midnight.</w:t>
      </w:r>
    </w:p>
    <w:p w14:paraId="6750B7A2"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Carole threatened to leave the bedroom if I stayed there. That was an easy fix. I moved to the guest room, undressed, and lay down, staring at shadows until exhaustion finally took over.</w:t>
      </w:r>
    </w:p>
    <w:p w14:paraId="1EA1A476"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 next morning, my head ached. I showered and dressed. I opened the bedroom door to see Carole coming toward me with a new seriousness.</w:t>
      </w:r>
    </w:p>
    <w:p w14:paraId="3A2EF7D8"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“Please sit,” she said.</w:t>
      </w:r>
    </w:p>
    <w:p w14:paraId="36E6DD0E"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For the first time in what felt like years, she spoke calmly — with logic, even kindness. She told me I needed professional help and that she would support me. Hope flickered. It felt fragile but genuine — a brief moment where concern replaced contempt.</w:t>
      </w:r>
    </w:p>
    <w:p w14:paraId="51BB35C8"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Most credible paths led to Dr. Robert Millman, a psychiatrist at Weill Cornell Hospital — renowned, discreet, and powerful. His waiting list disappeared the moment I mentioned Citigroup. Millman dressed in black, speaking with the certainty of someone used to authority. I mistook that confidence for safety.</w:t>
      </w:r>
    </w:p>
    <w:p w14:paraId="160B0F61"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 xml:space="preserve">At first, I played the cooperative patient. Then, small things began to feel off. On a trading floor, when something is too accurate, it’s either brilliant analysis or a leak. I started testing Millman the way I tested counterparties — repeating stories with altered details, changing timelines, and introducing contradictions. Millman nodded </w:t>
      </w:r>
      <w:r w:rsidRPr="000913E4">
        <w:rPr>
          <w:rFonts w:ascii="garamond" w:hAnsi="garamond"/>
          <w:color w:val="000000"/>
          <w:sz w:val="26"/>
          <w:szCs w:val="26"/>
        </w:rPr>
        <w:lastRenderedPageBreak/>
        <w:t>along as if everything matched. Either he wasn’t listening, or he was listening to someone else in my life.</w:t>
      </w:r>
    </w:p>
    <w:p w14:paraId="4159A7EC"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Millman began referencing details I hadn’t remembered sharing — conversations with Carole, as if he had been present for them, and a dinner party I had never mentioned. I didn’t accuse him. I watched.</w:t>
      </w:r>
    </w:p>
    <w:p w14:paraId="278BDE9B"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Then an American Express statement arrived. I rarely reviewed those closely — but that day, without knowing why, I went through it line by line. Then I saw it. A charge. Then another. Then another. Dr. Robert Millman. Three separate payments, on days that didn’t match any appointment I had kept.</w:t>
      </w:r>
    </w:p>
    <w:p w14:paraId="3BE799EE"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For a moment, the brain tried to dismiss it as harmless — an administrative error, a billing mistake. Then memories shifted: a Saturday morning when Carole said she was running errands, a late afternoon when she was meeting friends, how quickly those days faded, and how light her tone was when she came back.</w:t>
      </w:r>
    </w:p>
    <w:p w14:paraId="3F090D16"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held the page closer. In my world, you can forgive almost anything — anger, distance, even cruelty. But lying while pretending to be honest crosses a line.</w:t>
      </w:r>
    </w:p>
    <w:p w14:paraId="5947E5B9"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That night, I waited to see if Carole would bring it up. She watched me eat dinner and said nothing — not neutrality, but strategy.</w:t>
      </w:r>
    </w:p>
    <w:p w14:paraId="3644D727" w14:textId="3F072B30"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 next morning, I asked casually, “Have you spoken to Millman without me?” Her eyes flicked once—a tiny involuntary movement. “No,” she said too quickly. “Why would I?” I slid the statement across the table. She stared at it. Then at me. Then back to the page.</w:t>
      </w:r>
    </w:p>
    <w:p w14:paraId="09FED10F"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don’t know what that is,” she said sharply. “You’re spying on me. This is insane.”</w:t>
      </w:r>
    </w:p>
    <w:p w14:paraId="0FA6D06B"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“It’s American Express,” I replied. “Not a hidden camera. A bill.”</w:t>
      </w:r>
    </w:p>
    <w:p w14:paraId="0D96538B"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She immediately shifted to outrage — paranoid and sick, she was worried and had no choice but to seek information because I was acting strange. The lie disguised as virtue. Arguing would have been a gift, an emotional distraction. I didn’t give her that. I had the only thing that mattered: data.</w:t>
      </w:r>
    </w:p>
    <w:p w14:paraId="5B0FB796"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That afternoon, I called Millman’s assistant, Janet, and asked her to quietly confirm something. She didn’t ask questions. She checked. When she called back, her voice was tight. “Carole had three appointments,” she said. “They’re in his calendar.”</w:t>
      </w:r>
    </w:p>
    <w:p w14:paraId="0502E943"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Three sessions. At my next appointment with Millman, I cut straight to the chase: why was my American Express being billed for sessions I didn't attend? He opened his mouth. I raised my hand, listed the dates, and watched his composure falter — not dramatically. Worse, a bureaucratic panic.</w:t>
      </w:r>
    </w:p>
    <w:p w14:paraId="5BBB54CD"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lastRenderedPageBreak/>
        <w:t>At home, I confronted Carole. She dismissed it, deflected, then used Millman’s words as a weapon. “You’re an alcoholic,” she said. “You’ll never stop. That’s what Millman thinks.”</w:t>
      </w:r>
    </w:p>
    <w:p w14:paraId="3CB135C8"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was done arguing. I stood silently while she yelled, letting it wash over me. The next morning, I called Millman — too disgusted to see him in person. I told him I would go to the Retreat, the high-end, $ 2,500-a-day, four-week program he had co-founded and kept recommending, but on my own terms: he would pay for it, and afterward he would continue treating me free of charge. He agreed immediately. I hung up, hands shaking, heart pounding. Help had become coercion.</w:t>
      </w:r>
    </w:p>
    <w:p w14:paraId="7569166A" w14:textId="0A093212"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 xml:space="preserve">I slept hurt but strangely at peace — for the first time in a long while, feeling </w:t>
      </w:r>
      <w:r w:rsidR="005D60F2">
        <w:rPr>
          <w:rFonts w:ascii="garamond" w:hAnsi="garamond"/>
          <w:color w:val="000000"/>
          <w:sz w:val="26"/>
          <w:szCs w:val="26"/>
        </w:rPr>
        <w:t xml:space="preserve">some level of cautious </w:t>
      </w:r>
      <w:r w:rsidRPr="000913E4">
        <w:rPr>
          <w:rFonts w:ascii="garamond" w:hAnsi="garamond"/>
          <w:color w:val="000000"/>
          <w:sz w:val="26"/>
          <w:szCs w:val="26"/>
        </w:rPr>
        <w:t>comfor</w:t>
      </w:r>
      <w:r w:rsidR="005D60F2">
        <w:rPr>
          <w:rFonts w:ascii="garamond" w:hAnsi="garamond"/>
          <w:color w:val="000000"/>
          <w:sz w:val="26"/>
          <w:szCs w:val="26"/>
        </w:rPr>
        <w:t>t and control</w:t>
      </w:r>
      <w:r w:rsidRPr="000913E4">
        <w:rPr>
          <w:rFonts w:ascii="garamond" w:hAnsi="garamond"/>
          <w:color w:val="000000"/>
          <w:sz w:val="26"/>
          <w:szCs w:val="26"/>
        </w:rPr>
        <w:t>.</w:t>
      </w:r>
    </w:p>
    <w:p w14:paraId="6C34C066" w14:textId="6FC654BA" w:rsidR="000913E4" w:rsidRPr="000913E4" w:rsidRDefault="005D60F2" w:rsidP="000913E4">
      <w:pPr>
        <w:spacing w:line="240" w:lineRule="auto"/>
        <w:rPr>
          <w:rFonts w:ascii="garamond" w:hAnsi="garamond"/>
          <w:color w:val="000000"/>
          <w:sz w:val="26"/>
          <w:szCs w:val="26"/>
        </w:rPr>
      </w:pPr>
      <w:r w:rsidRPr="005D60F2">
        <w:rPr>
          <w:rFonts w:ascii="garamond" w:hAnsi="garamond"/>
          <w:color w:val="000000"/>
          <w:sz w:val="26"/>
          <w:szCs w:val="26"/>
        </w:rPr>
        <w:t>The irony, unnoticed from within, was that control was precisely what was fading away.</w:t>
      </w:r>
    </w:p>
    <w:p w14:paraId="50538A90" w14:textId="77777777" w:rsidR="000913E4" w:rsidRDefault="000913E4">
      <w:pPr>
        <w:rPr>
          <w:rFonts w:ascii="garamond" w:hAnsi="garamond"/>
          <w:b/>
          <w:bCs/>
          <w:color w:val="000000"/>
          <w:sz w:val="26"/>
          <w:szCs w:val="26"/>
        </w:rPr>
      </w:pPr>
      <w:r>
        <w:rPr>
          <w:rFonts w:ascii="garamond" w:hAnsi="garamond"/>
          <w:b/>
          <w:bCs/>
          <w:color w:val="000000"/>
          <w:sz w:val="26"/>
          <w:szCs w:val="26"/>
        </w:rPr>
        <w:br w:type="page"/>
      </w:r>
    </w:p>
    <w:p w14:paraId="3EC5ECDC" w14:textId="42AA581D" w:rsidR="000913E4" w:rsidRPr="000913E4" w:rsidRDefault="000913E4" w:rsidP="000913E4">
      <w:pPr>
        <w:spacing w:line="240" w:lineRule="auto"/>
        <w:rPr>
          <w:rFonts w:ascii="garamond" w:hAnsi="garamond"/>
          <w:color w:val="000000"/>
          <w:sz w:val="26"/>
          <w:szCs w:val="26"/>
        </w:rPr>
      </w:pPr>
      <w:r w:rsidRPr="000913E4">
        <w:rPr>
          <w:rFonts w:ascii="garamond" w:hAnsi="garamond"/>
          <w:b/>
          <w:bCs/>
          <w:color w:val="000000"/>
          <w:sz w:val="26"/>
          <w:szCs w:val="26"/>
        </w:rPr>
        <w:lastRenderedPageBreak/>
        <w:t>CHAPTER 4</w:t>
      </w:r>
      <w:r w:rsidR="003D3B2B">
        <w:rPr>
          <w:rFonts w:ascii="garamond" w:hAnsi="garamond"/>
          <w:b/>
          <w:bCs/>
          <w:color w:val="000000"/>
          <w:sz w:val="26"/>
          <w:szCs w:val="26"/>
        </w:rPr>
        <w:t>2</w:t>
      </w:r>
      <w:r w:rsidRPr="000913E4">
        <w:rPr>
          <w:rFonts w:ascii="garamond" w:hAnsi="garamond"/>
          <w:b/>
          <w:bCs/>
          <w:color w:val="000000"/>
          <w:sz w:val="26"/>
          <w:szCs w:val="26"/>
        </w:rPr>
        <w:t xml:space="preserve"> — CLUB CELEB</w:t>
      </w:r>
      <w:r w:rsidRPr="000913E4">
        <w:rPr>
          <w:rFonts w:ascii="garamond" w:hAnsi="garamond"/>
          <w:color w:val="000000"/>
          <w:sz w:val="26"/>
          <w:szCs w:val="26"/>
        </w:rPr>
        <w:br/>
      </w:r>
      <w:r w:rsidRPr="000913E4">
        <w:rPr>
          <w:rFonts w:ascii="garamond" w:hAnsi="garamond"/>
          <w:b/>
          <w:bCs/>
          <w:color w:val="000000"/>
          <w:sz w:val="26"/>
          <w:szCs w:val="26"/>
        </w:rPr>
        <w:t>Welcome To Paradise.</w:t>
      </w:r>
    </w:p>
    <w:p w14:paraId="4A1C8BAA" w14:textId="638CBC7F" w:rsidR="000913E4" w:rsidRPr="000913E4" w:rsidRDefault="000913E4" w:rsidP="00A119C7">
      <w:pPr>
        <w:spacing w:line="240" w:lineRule="auto"/>
        <w:rPr>
          <w:rFonts w:ascii="garamond" w:hAnsi="garamond"/>
          <w:color w:val="000000"/>
          <w:sz w:val="26"/>
          <w:szCs w:val="26"/>
        </w:rPr>
      </w:pPr>
      <w:r w:rsidRPr="000913E4">
        <w:rPr>
          <w:rFonts w:ascii="garamond" w:hAnsi="garamond"/>
          <w:color w:val="000000"/>
          <w:sz w:val="26"/>
          <w:szCs w:val="26"/>
        </w:rPr>
        <w:t>Before I left for the Retreat</w:t>
      </w:r>
      <w:r w:rsidR="00E44C25">
        <w:rPr>
          <w:rFonts w:ascii="garamond" w:hAnsi="garamond"/>
          <w:color w:val="000000"/>
          <w:sz w:val="26"/>
          <w:szCs w:val="26"/>
        </w:rPr>
        <w:t xml:space="preserve"> at the end of 2002</w:t>
      </w:r>
      <w:r w:rsidRPr="000913E4">
        <w:rPr>
          <w:rFonts w:ascii="garamond" w:hAnsi="garamond"/>
          <w:color w:val="000000"/>
          <w:sz w:val="26"/>
          <w:szCs w:val="26"/>
        </w:rPr>
        <w:t xml:space="preserve">, I </w:t>
      </w:r>
      <w:r w:rsidR="00D914AB">
        <w:rPr>
          <w:rFonts w:ascii="garamond" w:hAnsi="garamond"/>
          <w:color w:val="000000"/>
          <w:sz w:val="26"/>
          <w:szCs w:val="26"/>
        </w:rPr>
        <w:t>spoke with</w:t>
      </w:r>
      <w:r w:rsidRPr="000913E4">
        <w:rPr>
          <w:rFonts w:ascii="garamond" w:hAnsi="garamond"/>
          <w:color w:val="000000"/>
          <w:sz w:val="26"/>
          <w:szCs w:val="26"/>
        </w:rPr>
        <w:t xml:space="preserve"> Coley. I had to — four weeks is not a business trip. He listened without interruption, which was unusual for him. When I finished, he was quiet for a moment. Then he said, with the lightness of a man who means something without being ready to confess it: “With all the merger work, I think the whole division should go.” </w:t>
      </w:r>
      <w:r w:rsidR="00A119C7" w:rsidRPr="00A119C7">
        <w:rPr>
          <w:rFonts w:ascii="garamond" w:hAnsi="garamond"/>
          <w:color w:val="000000"/>
          <w:sz w:val="26"/>
        </w:rPr>
        <w:t>I listened to what was underneath and chose not to push further. That was the floor’s way of being honest: share just enough to be clear, then rely on the other person not to demand more explanation.</w:t>
      </w:r>
      <w:r w:rsidR="00A119C7">
        <w:rPr>
          <w:rFonts w:ascii="garamond" w:hAnsi="garamond"/>
          <w:color w:val="000000"/>
          <w:sz w:val="26"/>
        </w:rPr>
        <w:t xml:space="preserve"> </w:t>
      </w:r>
      <w:r w:rsidRPr="000913E4">
        <w:rPr>
          <w:rFonts w:ascii="garamond" w:hAnsi="garamond"/>
          <w:color w:val="000000"/>
          <w:sz w:val="26"/>
          <w:szCs w:val="26"/>
        </w:rPr>
        <w:t>Then he asked if I had told Maheras. I had not. Coley thought I should.</w:t>
      </w:r>
    </w:p>
    <w:p w14:paraId="4426C722"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saw Tommy that afternoon. He was understanding in a way that surprised me — not performatively, not with the warmth reserved for people you need to keep functional. Genuinely. What I understood in that conversation was that I was hardly the first. And I was certainly not going to be the last.</w:t>
      </w:r>
    </w:p>
    <w:p w14:paraId="1EB23D0B"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As for Nancy and my direct reports, I told them that I was taking an extended vacation with my family in Lebanon. It was a trip I did on occasion. They could reach me through Nancy.</w:t>
      </w:r>
    </w:p>
    <w:p w14:paraId="36DC92BB"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It was December 2002. The Retreat sat hidden in Westchester, like a private club masquerading as therapy. Trees muffled the road. The driveway curved as if designed to preserve last-minute courage. When my car service turned in, I felt the familiar sense of arrival: money’s solid confidence and the soft authority of people who don’t rush. Even as I pulled up, I was still bargaining.</w:t>
      </w:r>
    </w:p>
    <w:p w14:paraId="46F5F191"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 main building looked like a lodge — wood beams, stone, and a tasteful rustic style that costs more than marble. A staff member greeted me the way resorts greet you: pleasant, practiced, unhurried. My bags disappeared. My phone disappeared too, politely. A counselor handed me a schedule printed on thick paper, as if font weight could make suffering feel upscale.</w:t>
      </w:r>
    </w:p>
    <w:p w14:paraId="64411526"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Rules came first: no outside contact except approved calls, no closed doors, no physical intimacy, no deals, no drugs, no alcohol, and — most threatening of all for a man like me — no negotiating. I nodded as if I was absorbing wisdom. Internally, I was already calculating how much I could bend without breaking.</w:t>
      </w:r>
    </w:p>
    <w:p w14:paraId="2FD54BF7"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They gave me a room overlooking trees and a slice of manicured lawn. I unpacked calmly, then did what I always did when exposed: I looked for hierarchy.</w:t>
      </w:r>
    </w:p>
    <w:p w14:paraId="24D0118F"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 xml:space="preserve">At dinner, I found it. Eric and Steve sat together, two men with the loose confidence of people who’d already been embarrassed in public and survived. They were both in real estate. Eric was loud, funny, and reckless in the way only successful New Yorkers can afford to be. Steve was older and sharper, with the tired humor of a man who’d </w:t>
      </w:r>
      <w:r w:rsidRPr="000913E4">
        <w:rPr>
          <w:rFonts w:ascii="garamond" w:hAnsi="garamond"/>
          <w:color w:val="000000"/>
          <w:sz w:val="26"/>
          <w:szCs w:val="26"/>
        </w:rPr>
        <w:lastRenderedPageBreak/>
        <w:t>watched himself repeat the same mistake and still couldn’t stop. They waved me over as if we were old friends.</w:t>
      </w:r>
    </w:p>
    <w:p w14:paraId="5D3E51B8"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“Fresh meat,” Eric said. “What are you in for?”</w:t>
      </w:r>
    </w:p>
    <w:p w14:paraId="3AD1F794"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“Back pain,” I lied. “And exhaustion,”</w:t>
      </w:r>
    </w:p>
    <w:p w14:paraId="2413CCA6"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Steve smirked. “That’s adorable.”</w:t>
      </w:r>
    </w:p>
    <w:p w14:paraId="269EB4A7"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laughed, grateful for something that felt like normality. On the first night, their sarcasm did more for me than any counselor ever could.</w:t>
      </w:r>
    </w:p>
    <w:p w14:paraId="318534EC" w14:textId="1E8381E2"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 next morning, Dr. Gloria Stepson introduced herself as my psychologist with an easy confidence. She was cordial, efficient, and attuned to status without being seduced by it. She told me the Retreat was designed to give people space to stabilize, not to indulge.</w:t>
      </w:r>
    </w:p>
    <w:p w14:paraId="28D347B0" w14:textId="1D432761"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knew she wasn’t going to let me run the room. I was to see her every other day for an hour session, three times a week. And there was no skipping her therapy.</w:t>
      </w:r>
      <w:r w:rsidR="005D60F2">
        <w:rPr>
          <w:rFonts w:ascii="garamond" w:hAnsi="garamond"/>
          <w:color w:val="000000"/>
          <w:sz w:val="26"/>
          <w:szCs w:val="26"/>
        </w:rPr>
        <w:t xml:space="preserve"> </w:t>
      </w:r>
      <w:r w:rsidRPr="000913E4">
        <w:rPr>
          <w:rFonts w:ascii="garamond" w:hAnsi="garamond"/>
          <w:color w:val="000000"/>
          <w:sz w:val="26"/>
          <w:szCs w:val="26"/>
        </w:rPr>
        <w:t xml:space="preserve">Stepson conducted the best sessions I ever received, with the right levels of </w:t>
      </w:r>
      <w:r w:rsidR="005D60F2">
        <w:rPr>
          <w:rFonts w:ascii="garamond" w:hAnsi="garamond"/>
          <w:color w:val="000000"/>
          <w:sz w:val="26"/>
          <w:szCs w:val="26"/>
        </w:rPr>
        <w:t xml:space="preserve">insightfulness, </w:t>
      </w:r>
      <w:r w:rsidRPr="000913E4">
        <w:rPr>
          <w:rFonts w:ascii="garamond" w:hAnsi="garamond"/>
          <w:color w:val="000000"/>
          <w:sz w:val="26"/>
          <w:szCs w:val="26"/>
        </w:rPr>
        <w:t>humor</w:t>
      </w:r>
      <w:r w:rsidR="005D60F2">
        <w:rPr>
          <w:rFonts w:ascii="garamond" w:hAnsi="garamond"/>
          <w:color w:val="000000"/>
          <w:sz w:val="26"/>
          <w:szCs w:val="26"/>
        </w:rPr>
        <w:t>,</w:t>
      </w:r>
      <w:r w:rsidRPr="000913E4">
        <w:rPr>
          <w:rFonts w:ascii="garamond" w:hAnsi="garamond"/>
          <w:color w:val="000000"/>
          <w:sz w:val="26"/>
          <w:szCs w:val="26"/>
        </w:rPr>
        <w:t xml:space="preserve"> and seriousness.</w:t>
      </w:r>
    </w:p>
    <w:p w14:paraId="4B428E14" w14:textId="1A2EC6B9"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Millman moved through the Retreat like a co-founder at a company picnic.</w:t>
      </w:r>
      <w:r w:rsidR="00746B93">
        <w:rPr>
          <w:rFonts w:ascii="garamond" w:hAnsi="garamond"/>
          <w:color w:val="000000"/>
          <w:sz w:val="26"/>
          <w:szCs w:val="26"/>
        </w:rPr>
        <w:t xml:space="preserve"> I always knew when Millman was at the Retreat. The Beirut sensor would be on full alert. </w:t>
      </w:r>
      <w:r w:rsidRPr="000913E4">
        <w:rPr>
          <w:rFonts w:ascii="garamond" w:hAnsi="garamond"/>
          <w:color w:val="000000"/>
          <w:sz w:val="26"/>
          <w:szCs w:val="26"/>
        </w:rPr>
        <w:t xml:space="preserve">Familiarity clung to </w:t>
      </w:r>
      <w:r w:rsidR="00746B93">
        <w:rPr>
          <w:rFonts w:ascii="garamond" w:hAnsi="garamond"/>
          <w:color w:val="000000"/>
          <w:sz w:val="26"/>
          <w:szCs w:val="26"/>
        </w:rPr>
        <w:t>Millman, and p</w:t>
      </w:r>
      <w:r w:rsidRPr="000913E4">
        <w:rPr>
          <w:rFonts w:ascii="garamond" w:hAnsi="garamond"/>
          <w:color w:val="000000"/>
          <w:sz w:val="26"/>
          <w:szCs w:val="26"/>
        </w:rPr>
        <w:t>eople deferred. Staff smiled in a way that said, “Don’t make this man uncomfortable.” When he saw me, his face tightened briefly, then smoothed into professional warmth. “Marwan, how are you?” he said, as if we were resuming a normal relationship. I gave him a polite nod — the kind you give a man you recognize as powerful but no longer trust. I answered, “I’ve had better days.”</w:t>
      </w:r>
    </w:p>
    <w:p w14:paraId="53517CD1"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Eric was a patient of Millman’s. He had the perfect nickname for him. “Dr. Milkman,” he said quietly at dinner, watching Millman work the room. “He milks every client for what they have and leaves them worse off than when they arrived.” I laughed — the genuine kind, the kind that only lands when someone has named exactly the thing you had been carrying alone. I did not tell Eric what Millman had done — the sessions with Carole, the American Express statement, the ethics of a man who had made himself useful to both sides of a marriage simultaneously. Some things you do not share, because sharing them makes them real in a way that requires a response you are not yet ready to give.</w:t>
      </w:r>
    </w:p>
    <w:p w14:paraId="782E38D0"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 xml:space="preserve">The Retreat’s schedule was structured enough to keep you busy, but not so packed that you couldn’t think. Group therapy, meals at set times, three AA meetings a day, regular smoke breaks — long stretches of idle time when your mind does what it </w:t>
      </w:r>
      <w:r w:rsidRPr="000913E4">
        <w:rPr>
          <w:rFonts w:ascii="garamond" w:hAnsi="garamond"/>
          <w:color w:val="000000"/>
          <w:sz w:val="26"/>
          <w:szCs w:val="26"/>
        </w:rPr>
        <w:lastRenderedPageBreak/>
        <w:t>always does when deprived of distraction: it turns on itself. The only clearly enforced rule was: No negotiations with anyone prescribing medications.</w:t>
      </w:r>
    </w:p>
    <w:p w14:paraId="20466A11"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 Retreat’s design was looser than Saint Vincent’s. All the patients were wealthy, functional, and terrified — not of substances but of being seen without them. Everyone had a polished story fit for a dinner party. Beneath the polish, the same cracked foundation.</w:t>
      </w:r>
    </w:p>
    <w:p w14:paraId="485FD43C"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Eric, Steve, and I quickly became a team. We sat together, walked together, and shared sarcasm like cigarettes. In that place, you didn’t choose a connection; you grabbed it the way you grab a rail when the room tilts.</w:t>
      </w:r>
    </w:p>
    <w:p w14:paraId="1F5DD545" w14:textId="4B0C3AE1"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 xml:space="preserve">At the beginning of my second week, the rumor spread through the dining room like gossip on a trading floor: fast, confident, and instantly understood. A celebrity was coming. The staff tried to stop </w:t>
      </w:r>
      <w:r w:rsidR="00D914AB" w:rsidRPr="000913E4">
        <w:rPr>
          <w:rFonts w:ascii="garamond" w:hAnsi="garamond"/>
          <w:color w:val="000000"/>
          <w:sz w:val="26"/>
          <w:szCs w:val="26"/>
        </w:rPr>
        <w:t>it but</w:t>
      </w:r>
      <w:r w:rsidRPr="000913E4">
        <w:rPr>
          <w:rFonts w:ascii="garamond" w:hAnsi="garamond"/>
          <w:color w:val="000000"/>
          <w:sz w:val="26"/>
          <w:szCs w:val="26"/>
        </w:rPr>
        <w:t xml:space="preserve"> only made it worse.</w:t>
      </w:r>
    </w:p>
    <w:p w14:paraId="6DCB78E0"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When she arrived, she didn’t make a grand entrance — baseball cap pulled low, shoulders slightly hunched, as if making herself smaller could make the world less interested. Staff moved around her protectively. We watched with practiced detachment.</w:t>
      </w:r>
    </w:p>
    <w:p w14:paraId="31E92E26"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Sally. I recognized her instantly. Everyone did. She was a stunning Hollywood star with natural beauty and grace. Eric nudged me. “That’s her.” Steve whispered, “Don’t be idiots.” All three of us were captivated.</w:t>
      </w:r>
    </w:p>
    <w:p w14:paraId="599C3C8C"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 following early afternoon, I was walking past the common area when I heard a staff member muttering at a television. The picture was frozen. The remote was being stabbed to get it to operate. Sally stood a few feet away, arms folded, trying to look patient.</w:t>
      </w:r>
    </w:p>
    <w:p w14:paraId="59CBB168"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Something in me — some old Wall Street reflex — kicked in. When a system fails, you either fix it or exploit it.</w:t>
      </w:r>
    </w:p>
    <w:p w14:paraId="7661C7DB"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chose to fix it.</w:t>
      </w:r>
    </w:p>
    <w:p w14:paraId="203D1E09"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can take a look,” I said. The staff member hesitated. Sally glanced at me, then away quickly. “It’s fine,” she said softly. “I’ll just rest.”</w:t>
      </w:r>
    </w:p>
    <w:p w14:paraId="63B61450"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That would have been the clean choice: leave her alone, keep my head down, and do the work I came to do. Instead, I made the other choice — the one I’d been making for years.</w:t>
      </w:r>
    </w:p>
    <w:p w14:paraId="5B36211F"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“Five minutes,” I said. “If I can’t fix it, I’ll stop. Promise.”</w:t>
      </w:r>
    </w:p>
    <w:p w14:paraId="46A176DB"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Sally’s face softened — not into flirtation, but into something like relief. She nodded. The staff member, grateful to have the problem outsourced, handed me the remote.</w:t>
      </w:r>
    </w:p>
    <w:p w14:paraId="3B598C2C"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lastRenderedPageBreak/>
        <w:t>Her door was open, as required. She stood to the side while I crouched near the TV, unplugging cables, resetting the box. Two adults in a space — one person doing a simple task, the other pretending the task wasn’t an excuse to be near another human being.</w:t>
      </w:r>
    </w:p>
    <w:p w14:paraId="75633AF0"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“So,” I said, keeping my voice light, “welcome to the Ritz-Carlton for broken people.”</w:t>
      </w:r>
    </w:p>
    <w:p w14:paraId="7AD909E9"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She laughed — one quick burst, surprised even by herself. “This is not what I expected.”</w:t>
      </w:r>
    </w:p>
    <w:p w14:paraId="735E3218"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“Same,” I said. “But I’ve learned to adjust expectations in facilities with locked doors.”</w:t>
      </w:r>
    </w:p>
    <w:p w14:paraId="7FB4A5B2"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got the picture back. Sally’s shoulders loosened. She let out a breath. “Thank you,” she said. Her voice was gentle, sincere. It shouldn’t have mattered. It did.</w:t>
      </w:r>
    </w:p>
    <w:p w14:paraId="50459BEB"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We talked for a few minutes — nothing dramatic, nothing confessional. Little things. Food. Sleep. How strange it felt to be cut off from your usual world. Sally spoke carefully, as if even casual words could be quoted out of context later.</w:t>
      </w:r>
    </w:p>
    <w:p w14:paraId="197B62C3"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Then footsteps sounded in the hallway. Dr. Millman appeared at the doorway. His smile arrived before his eyes. He looked from me to Sally to the TV like a man arriving at a crime scene. “What’s going on?” he asked, too casually.</w:t>
      </w:r>
    </w:p>
    <w:p w14:paraId="2D8884E5"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Sally stiffened. “The TV was broken,” I said. “I fixed it.”</w:t>
      </w:r>
    </w:p>
    <w:p w14:paraId="695F058D"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Millman nodded slowly. “Be careful,” he said, tone mild, meaning sharp. “Boundaries are here for a reason.”</w:t>
      </w:r>
    </w:p>
    <w:p w14:paraId="7D64F38C"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could have apologized. I could have shown humility. Instead, I smiled.</w:t>
      </w:r>
    </w:p>
    <w:p w14:paraId="24E02F55"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“Doctor,” I said, “if broken electronics are the boundary that saves this place, you’re in trouble.”</w:t>
      </w:r>
    </w:p>
    <w:p w14:paraId="478491E4"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Millman’s eyes hardened. Sally’s gaze dropped.</w:t>
      </w:r>
    </w:p>
    <w:p w14:paraId="5044D535" w14:textId="77777777" w:rsidR="00D914AB"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 xml:space="preserve">I had just done what I always did when cornered: made a joke and asserted dominance. On a trading floor, that move earns you space. In rehab, it earns you attention you don’t want. The sensor had read Millman the way it read every room: who is the authority, what do they want, what is the fastest way to neutralize the threat. Millman was the threat. The joke was the neutralization. </w:t>
      </w:r>
    </w:p>
    <w:p w14:paraId="43DDB2A4" w14:textId="5CA20FCB"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Beirut had found its application even here — in a wood-beamed lodge in Westchester, where the stated purpose was to stop doing exactly what I had just done.</w:t>
      </w:r>
    </w:p>
    <w:p w14:paraId="2B1B1D1D"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lastRenderedPageBreak/>
        <w:t>Millman stepped closer to Sally, his body positioning subtle but clear — shielding her from me, or shielding the Retreat from liability, or shielding his own sense impulses.</w:t>
      </w:r>
    </w:p>
    <w:p w14:paraId="4A38ABB7"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“Sally,” he said gently, “let’s get you settled.” She nodded and looked at me once, quick — not flirtatious. Recognition. A thank-you. A warning. Something in between.</w:t>
      </w:r>
    </w:p>
    <w:p w14:paraId="7B205E93"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As I walked back down the hall, adrenaline rose in my chest, the wrong kind. It wasn’t the steadiness of sobriety. It was the old hit: winning a moment — attention, access, a little leverage. And underneath it, colder: the awareness that I’d just traded recovery for distraction in real time.</w:t>
      </w:r>
    </w:p>
    <w:p w14:paraId="23D9181A"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At dinner, Eric and Steve pounced. “You were in her place?” Eric whispered, delighted. “The door was open,” I said. Steve shook his head. “You can’t help yourself.” He was right. Not yet.</w:t>
      </w:r>
    </w:p>
    <w:p w14:paraId="5A7E6A18"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 Retreat was beautiful, structured, and full of rules meant to keep your life from collapsing. I kept trying to turn it into a trading floor anyway — a place where charisma and smiles could outmaneuver consequences.</w:t>
      </w:r>
    </w:p>
    <w:p w14:paraId="3EB913F4"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Paradise could still be a trap. And I was still the kind of man who walked into traps with a smile.</w:t>
      </w:r>
    </w:p>
    <w:p w14:paraId="5D3F4D6F" w14:textId="77777777" w:rsidR="000913E4" w:rsidRPr="000913E4" w:rsidRDefault="000913E4" w:rsidP="000913E4">
      <w:pPr>
        <w:spacing w:line="240" w:lineRule="auto"/>
        <w:rPr>
          <w:rFonts w:ascii="garamond" w:hAnsi="garamond"/>
          <w:color w:val="000000"/>
          <w:sz w:val="26"/>
          <w:szCs w:val="26"/>
        </w:rPr>
      </w:pPr>
    </w:p>
    <w:p w14:paraId="4836B045" w14:textId="77777777" w:rsidR="000913E4" w:rsidRDefault="000913E4">
      <w:pPr>
        <w:rPr>
          <w:rFonts w:ascii="garamond" w:hAnsi="garamond"/>
          <w:b/>
          <w:bCs/>
          <w:color w:val="000000"/>
          <w:sz w:val="26"/>
          <w:szCs w:val="26"/>
        </w:rPr>
      </w:pPr>
      <w:r>
        <w:rPr>
          <w:rFonts w:ascii="garamond" w:hAnsi="garamond"/>
          <w:b/>
          <w:bCs/>
          <w:color w:val="000000"/>
          <w:sz w:val="26"/>
          <w:szCs w:val="26"/>
        </w:rPr>
        <w:br w:type="page"/>
      </w:r>
    </w:p>
    <w:p w14:paraId="608A7456" w14:textId="3E8C2CEC" w:rsidR="000913E4" w:rsidRPr="000913E4" w:rsidRDefault="000913E4" w:rsidP="000913E4">
      <w:pPr>
        <w:spacing w:line="240" w:lineRule="auto"/>
        <w:rPr>
          <w:rFonts w:ascii="garamond" w:hAnsi="garamond"/>
          <w:color w:val="000000"/>
          <w:sz w:val="26"/>
          <w:szCs w:val="26"/>
        </w:rPr>
      </w:pPr>
      <w:r w:rsidRPr="000913E4">
        <w:rPr>
          <w:rFonts w:ascii="garamond" w:hAnsi="garamond"/>
          <w:b/>
          <w:bCs/>
          <w:color w:val="000000"/>
          <w:sz w:val="26"/>
          <w:szCs w:val="26"/>
        </w:rPr>
        <w:lastRenderedPageBreak/>
        <w:t>CHAPTER 4</w:t>
      </w:r>
      <w:r w:rsidR="003D3B2B">
        <w:rPr>
          <w:rFonts w:ascii="garamond" w:hAnsi="garamond"/>
          <w:b/>
          <w:bCs/>
          <w:color w:val="000000"/>
          <w:sz w:val="26"/>
          <w:szCs w:val="26"/>
        </w:rPr>
        <w:t>3</w:t>
      </w:r>
      <w:r w:rsidRPr="000913E4">
        <w:rPr>
          <w:rFonts w:ascii="garamond" w:hAnsi="garamond"/>
          <w:b/>
          <w:bCs/>
          <w:color w:val="000000"/>
          <w:sz w:val="26"/>
          <w:szCs w:val="26"/>
        </w:rPr>
        <w:t xml:space="preserve"> — THE UNUSUAL SUSPECTS</w:t>
      </w:r>
      <w:r w:rsidRPr="000913E4">
        <w:rPr>
          <w:rFonts w:ascii="garamond" w:hAnsi="garamond"/>
          <w:color w:val="000000"/>
          <w:sz w:val="26"/>
          <w:szCs w:val="26"/>
        </w:rPr>
        <w:br/>
      </w:r>
      <w:r w:rsidRPr="000913E4">
        <w:rPr>
          <w:rFonts w:ascii="garamond" w:hAnsi="garamond"/>
          <w:b/>
          <w:bCs/>
          <w:color w:val="000000"/>
          <w:sz w:val="26"/>
          <w:szCs w:val="26"/>
        </w:rPr>
        <w:t>Lift My Ego.</w:t>
      </w:r>
    </w:p>
    <w:p w14:paraId="3A9DFF5A"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With Sally’s arrival and the presence of Eric, Steve, and me, we had a full house with all six rooms for December 2002. The other two patients were Dr. Ray and Martha.</w:t>
      </w:r>
    </w:p>
    <w:p w14:paraId="5A5A000D"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Dr. Ray was, sadly, our favorite form of distraction. He was a brilliant plastic surgeon, Ivy League trained, who had operated on wealthy clients across the U.S. He joked openly about performing some of his finest surgeries while high.</w:t>
      </w:r>
    </w:p>
    <w:p w14:paraId="49C0E331"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Ray had three hours of mental clarity a day, usually around dinner. The rest of the time, he drifted in and out of coherence. He lived off a trust fund. At times he would stop mid-sentence, his eyes glazing over as tears streamed down his face. Watching him felt like watching a brilliant machine slowly dismantle itself. He left ten days after I arrived, transferred to another facility.</w:t>
      </w:r>
    </w:p>
    <w:p w14:paraId="07D89AEF"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Martha was Ray’s opposite. She was a seventy-eight-year-old widow — elegant, calm, and dignified — with black hair, green eyes, and a warmth that filled every room. She dressed every evening at six as if she were attending the opera. Martha had been wealthy all her life. I suspected her children had taken legal ownership of her finances. She repeated stories endlessly, lost track of conversations, and drifted through memories without beginning, middle, or end. Her husband of fifty years had died several years earlier. Grief had broken her. Alcohol and medication filled the rest.</w:t>
      </w:r>
    </w:p>
    <w:p w14:paraId="1BBC64EB"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Visitors appeared frequently — never to linger. They came with papers needing signatures and legal documents requiring notarization. No one stayed long.</w:t>
      </w:r>
    </w:p>
    <w:p w14:paraId="257857A6"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 Retreat had strict boundaries. Doors remained open. Physical contact was monitored. Patients were supposed to rebuild discipline — not test it.</w:t>
      </w:r>
    </w:p>
    <w:p w14:paraId="14C751B3"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Once, Sally briefly rested her hand on mine during a conversation. Staff intervened immediately. Boundaries were the final defense against chaos.</w:t>
      </w:r>
    </w:p>
    <w:p w14:paraId="3D960410"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Whenever my emotions overwhelmed me, I didn’t talk to staff or counselors. I talked to Eric. He understood me best. We could talk about anything — business, life, absurdities — and in doing so, we temporarily sidestepped the reasons we were there.</w:t>
      </w:r>
    </w:p>
    <w:p w14:paraId="3F26B0F4"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Eric and Steve treated my time at the Retreat like a betting market. Their favorite speculation: Sally. They noticed the ease between us. Eric was convinced we would end up together — if not at the Retreat, then later. Steve believed we might fool around, but nothing more.</w:t>
      </w:r>
    </w:p>
    <w:p w14:paraId="4A5F63FF"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laughed it off. “She’s way out of my league,” I said. Eric shook his head. “Are you kidding? You’re way out of hers.” I tried logic. “She lives in Los Angeles.” Eric waved it away. “You have clients there.”</w:t>
      </w:r>
    </w:p>
    <w:p w14:paraId="488C01EE"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lastRenderedPageBreak/>
        <w:t>I reminded them I was married and supposedly trying to recover.  “Sally is trouble.” I said.</w:t>
      </w:r>
    </w:p>
    <w:p w14:paraId="3E32EE90"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“Sally’s not trouble,” Eric responded. “She’s honey.”</w:t>
      </w:r>
    </w:p>
    <w:p w14:paraId="42F6E1C1"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We joked about it endlessly. None of us admitted the truth. It was simply another way to avoid discussing why we were there.</w:t>
      </w:r>
    </w:p>
    <w:p w14:paraId="143F81FB" w14:textId="1121B92A"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 xml:space="preserve">Visiting day arrived. Families poured into the dayroom — paper bags, coats, laughter, awkward reunions. Eric's wife came with their two kids. Steve's daughter flew in from Boston. Dr. Ray's sister </w:t>
      </w:r>
      <w:r w:rsidR="00CF319A">
        <w:rPr>
          <w:rFonts w:ascii="garamond" w:hAnsi="garamond"/>
          <w:color w:val="000000"/>
          <w:sz w:val="26"/>
          <w:szCs w:val="26"/>
        </w:rPr>
        <w:t>visited</w:t>
      </w:r>
      <w:r w:rsidRPr="000913E4">
        <w:rPr>
          <w:rFonts w:ascii="garamond" w:hAnsi="garamond"/>
          <w:color w:val="000000"/>
          <w:sz w:val="26"/>
          <w:szCs w:val="26"/>
        </w:rPr>
        <w:t xml:space="preserve"> </w:t>
      </w:r>
      <w:r w:rsidR="00CF319A">
        <w:rPr>
          <w:rFonts w:ascii="garamond" w:hAnsi="garamond"/>
          <w:color w:val="000000"/>
          <w:sz w:val="26"/>
          <w:szCs w:val="26"/>
        </w:rPr>
        <w:t>a few times while he was there</w:t>
      </w:r>
      <w:r w:rsidRPr="000913E4">
        <w:rPr>
          <w:rFonts w:ascii="garamond" w:hAnsi="garamond"/>
          <w:color w:val="000000"/>
          <w:sz w:val="26"/>
          <w:szCs w:val="26"/>
        </w:rPr>
        <w:t xml:space="preserve">, stayed </w:t>
      </w:r>
      <w:r w:rsidR="00CF319A">
        <w:rPr>
          <w:rFonts w:ascii="garamond" w:hAnsi="garamond"/>
          <w:color w:val="000000"/>
          <w:sz w:val="26"/>
          <w:szCs w:val="26"/>
        </w:rPr>
        <w:t xml:space="preserve">for </w:t>
      </w:r>
      <w:r w:rsidRPr="000913E4">
        <w:rPr>
          <w:rFonts w:ascii="garamond" w:hAnsi="garamond"/>
          <w:color w:val="000000"/>
          <w:sz w:val="26"/>
          <w:szCs w:val="26"/>
        </w:rPr>
        <w:t>twenty minutes, and left with papers. Martha’s children arrived with documents to sign and expressions that said they had somewhere else to be. Eventually, the room emptied. I was the only one left staring at the door.</w:t>
      </w:r>
    </w:p>
    <w:p w14:paraId="636A3DFE" w14:textId="5B2C93F9"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 xml:space="preserve">My family was away in Lebanon for two of the four weeks. The other two, Carole and I spoke </w:t>
      </w:r>
      <w:r w:rsidR="004F611F">
        <w:rPr>
          <w:rFonts w:ascii="garamond" w:hAnsi="garamond"/>
          <w:color w:val="000000"/>
          <w:sz w:val="26"/>
          <w:szCs w:val="26"/>
        </w:rPr>
        <w:t>a few</w:t>
      </w:r>
      <w:r w:rsidRPr="000913E4">
        <w:rPr>
          <w:rFonts w:ascii="garamond" w:hAnsi="garamond"/>
          <w:color w:val="000000"/>
          <w:sz w:val="26"/>
          <w:szCs w:val="26"/>
        </w:rPr>
        <w:t xml:space="preserve"> times a week. The children thought I was in London on an extended business trip.</w:t>
      </w:r>
    </w:p>
    <w:p w14:paraId="1833742F"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 hurt I felt watching people embrace their families was not self-pity. I was sitting in a twenty-five-hundred-dollar-a-day facility. I had incubated myself inside it so completely that I had convinced myself I was unworthy of the help I received.</w:t>
      </w:r>
    </w:p>
    <w:p w14:paraId="08FCDAFC"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finished my four-week stay and left with an outpatient plan that included the classic commitment: ninety AA meetings in ninety days. I never saw Dr. Millman again. His conduct during my treatment — and his involvement with Carole — had destroyed any trust I had in him. I preferred to pay for professionalism rather than accept free dishonesty.</w:t>
      </w:r>
    </w:p>
    <w:p w14:paraId="6769B9F4"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During my first week out, I chose a sponsor who stayed with me for six months. Eventually, our relationship became routine, and I continued my recovery without him, relying mostly on meetings and readings.</w:t>
      </w:r>
    </w:p>
    <w:p w14:paraId="2868822D" w14:textId="1F2A3004" w:rsidR="000913E4" w:rsidRPr="000913E4" w:rsidRDefault="000913E4" w:rsidP="000913E4">
      <w:pPr>
        <w:spacing w:line="240" w:lineRule="auto"/>
        <w:rPr>
          <w:rFonts w:ascii="garamond" w:hAnsi="garamond"/>
          <w:color w:val="000000"/>
          <w:sz w:val="26"/>
          <w:szCs w:val="26"/>
        </w:rPr>
      </w:pPr>
      <w:r>
        <w:rPr>
          <w:rFonts w:ascii="garamond" w:hAnsi="garamond"/>
          <w:sz w:val="26"/>
        </w:rPr>
        <w:t xml:space="preserve">A few weeks later, Sally called me at the office. She was in New York and asked whether I wanted </w:t>
      </w:r>
      <w:r w:rsidR="004F611F">
        <w:rPr>
          <w:rFonts w:ascii="garamond" w:hAnsi="garamond"/>
          <w:sz w:val="26"/>
        </w:rPr>
        <w:t xml:space="preserve">to get </w:t>
      </w:r>
      <w:r>
        <w:rPr>
          <w:rFonts w:ascii="garamond" w:hAnsi="garamond"/>
          <w:sz w:val="26"/>
        </w:rPr>
        <w:t xml:space="preserve">dinner. I was stunned. It was a beautiful illusion. We met privately, then again, and again. For a few months, Sally became my companion — hidden, intoxicating, restorative. When I traveled to Los Angeles to meet clients, I stayed with her, and we </w:t>
      </w:r>
      <w:r w:rsidR="00133CB1">
        <w:rPr>
          <w:rFonts w:ascii="garamond" w:hAnsi="garamond"/>
          <w:sz w:val="26"/>
        </w:rPr>
        <w:t>mostl</w:t>
      </w:r>
      <w:r>
        <w:rPr>
          <w:rFonts w:ascii="garamond" w:hAnsi="garamond"/>
          <w:sz w:val="26"/>
        </w:rPr>
        <w:t xml:space="preserve">y </w:t>
      </w:r>
      <w:r w:rsidR="00133CB1">
        <w:rPr>
          <w:rFonts w:ascii="garamond" w:hAnsi="garamond"/>
          <w:sz w:val="26"/>
        </w:rPr>
        <w:t>stayed</w:t>
      </w:r>
      <w:r>
        <w:rPr>
          <w:rFonts w:ascii="garamond" w:hAnsi="garamond"/>
          <w:sz w:val="26"/>
        </w:rPr>
        <w:t xml:space="preserve"> indoors.</w:t>
      </w:r>
    </w:p>
    <w:p w14:paraId="34806A06" w14:textId="77777777" w:rsidR="000913E4" w:rsidRPr="000913E4" w:rsidRDefault="000913E4" w:rsidP="000913E4">
      <w:pPr>
        <w:spacing w:line="240" w:lineRule="auto"/>
        <w:rPr>
          <w:rFonts w:ascii="garamond" w:hAnsi="garamond"/>
          <w:color w:val="000000"/>
          <w:sz w:val="26"/>
          <w:szCs w:val="26"/>
        </w:rPr>
      </w:pPr>
      <w:r>
        <w:rPr>
          <w:rFonts w:ascii="garamond" w:hAnsi="garamond"/>
          <w:sz w:val="26"/>
        </w:rPr>
        <w:t>When Sally was in New York and her schedule was clear, we would get together, hiding in plain sight. I knew the manager at the Pierre Hotel, Jonathan. Whenever I needed him, I called his cell. I would give him a date and a time, and he would do the rest.</w:t>
      </w:r>
    </w:p>
    <w:p w14:paraId="3D70320F" w14:textId="320214B7" w:rsidR="000913E4" w:rsidRPr="000913E4" w:rsidRDefault="000913E4" w:rsidP="000913E4">
      <w:pPr>
        <w:spacing w:line="240" w:lineRule="auto"/>
        <w:rPr>
          <w:rFonts w:ascii="garamond" w:hAnsi="garamond"/>
          <w:color w:val="000000"/>
          <w:sz w:val="26"/>
          <w:szCs w:val="26"/>
        </w:rPr>
      </w:pPr>
      <w:r>
        <w:rPr>
          <w:rFonts w:ascii="garamond" w:hAnsi="garamond"/>
          <w:sz w:val="26"/>
        </w:rPr>
        <w:t xml:space="preserve">Jonathan would book me a suite and handle the choreography, treating discretion as a paid amenity. No questions at check-in. Just elevators </w:t>
      </w:r>
      <w:r w:rsidR="004F611F">
        <w:rPr>
          <w:rFonts w:ascii="garamond" w:hAnsi="garamond"/>
          <w:sz w:val="26"/>
        </w:rPr>
        <w:t>upping</w:t>
      </w:r>
      <w:r>
        <w:rPr>
          <w:rFonts w:ascii="garamond" w:hAnsi="garamond"/>
          <w:sz w:val="26"/>
        </w:rPr>
        <w:t xml:space="preserve"> and </w:t>
      </w:r>
      <w:r w:rsidR="004F611F">
        <w:rPr>
          <w:rFonts w:ascii="garamond" w:hAnsi="garamond"/>
          <w:sz w:val="26"/>
        </w:rPr>
        <w:t>downing</w:t>
      </w:r>
      <w:r>
        <w:rPr>
          <w:rFonts w:ascii="garamond" w:hAnsi="garamond"/>
          <w:sz w:val="26"/>
        </w:rPr>
        <w:t xml:space="preserve">, as if </w:t>
      </w:r>
      <w:r>
        <w:rPr>
          <w:rFonts w:ascii="garamond" w:hAnsi="garamond"/>
          <w:sz w:val="26"/>
        </w:rPr>
        <w:lastRenderedPageBreak/>
        <w:t>nothing were happening. At checkout, Jonathan ran everything and charged it to my card.</w:t>
      </w:r>
      <w:r w:rsidR="008F58B9">
        <w:rPr>
          <w:rFonts w:ascii="garamond" w:hAnsi="garamond"/>
          <w:sz w:val="26"/>
        </w:rPr>
        <w:t xml:space="preserve"> The procedures we had to go through were sometimes overwhelming to the point they destroyed the fun they produced. You can try to hide as much as you want, but </w:t>
      </w:r>
      <w:r w:rsidR="00133CB1">
        <w:rPr>
          <w:rFonts w:ascii="garamond" w:hAnsi="garamond"/>
          <w:sz w:val="26"/>
        </w:rPr>
        <w:t xml:space="preserve">the paparazzi are parasite-like; if they want you, they’ll catch you.     </w:t>
      </w:r>
    </w:p>
    <w:p w14:paraId="143D470A" w14:textId="4615931C" w:rsidR="000913E4" w:rsidRDefault="000913E4" w:rsidP="000913E4">
      <w:pPr>
        <w:spacing w:line="240" w:lineRule="auto"/>
        <w:rPr>
          <w:rFonts w:ascii="garamond" w:hAnsi="garamond"/>
          <w:sz w:val="26"/>
        </w:rPr>
      </w:pPr>
      <w:r>
        <w:rPr>
          <w:rFonts w:ascii="garamond" w:hAnsi="garamond"/>
          <w:sz w:val="26"/>
        </w:rPr>
        <w:t>Sally and I never drank</w:t>
      </w:r>
      <w:r w:rsidR="00133CB1">
        <w:rPr>
          <w:rFonts w:ascii="garamond" w:hAnsi="garamond"/>
          <w:sz w:val="26"/>
        </w:rPr>
        <w:t>, and it was she who stopped me</w:t>
      </w:r>
      <w:r>
        <w:rPr>
          <w:rFonts w:ascii="garamond" w:hAnsi="garamond"/>
          <w:sz w:val="26"/>
        </w:rPr>
        <w:t>. I stayed sober through that relationship and felt almost normal. We kept up our random meetings for three months before things began to recede. She came to New York less often, and I had handed off day-to-day coverage of several West Coast accounts; the trips were taking too much of a toll on my back and neck.</w:t>
      </w:r>
    </w:p>
    <w:p w14:paraId="261CBF14" w14:textId="3EAC7B32" w:rsidR="00CF319A" w:rsidRDefault="004F611F" w:rsidP="000913E4">
      <w:pPr>
        <w:spacing w:line="240" w:lineRule="auto"/>
        <w:rPr>
          <w:rFonts w:ascii="garamond" w:hAnsi="garamond"/>
          <w:sz w:val="26"/>
        </w:rPr>
      </w:pPr>
      <w:r>
        <w:rPr>
          <w:rFonts w:ascii="garamond" w:hAnsi="garamond"/>
          <w:sz w:val="26"/>
        </w:rPr>
        <w:t xml:space="preserve">I was aware of my indiscretion and my infidelity, yet I believed that my emotional status was teetering on collapse. There was no intimacy with Carole, and the situation was depleting all my energy. I was careful to steer </w:t>
      </w:r>
      <w:r w:rsidR="00133CB1">
        <w:rPr>
          <w:rFonts w:ascii="garamond" w:hAnsi="garamond"/>
          <w:sz w:val="26"/>
        </w:rPr>
        <w:t>clear</w:t>
      </w:r>
      <w:r>
        <w:rPr>
          <w:rFonts w:ascii="garamond" w:hAnsi="garamond"/>
          <w:sz w:val="26"/>
        </w:rPr>
        <w:t xml:space="preserve"> </w:t>
      </w:r>
      <w:r w:rsidR="00133CB1">
        <w:rPr>
          <w:rFonts w:ascii="garamond" w:hAnsi="garamond"/>
          <w:sz w:val="26"/>
        </w:rPr>
        <w:t>of</w:t>
      </w:r>
      <w:r>
        <w:rPr>
          <w:rFonts w:ascii="garamond" w:hAnsi="garamond"/>
          <w:sz w:val="26"/>
        </w:rPr>
        <w:t xml:space="preserve"> Carole and the kids</w:t>
      </w:r>
      <w:r w:rsidR="00133CB1">
        <w:rPr>
          <w:rFonts w:ascii="garamond" w:hAnsi="garamond"/>
          <w:sz w:val="26"/>
        </w:rPr>
        <w:t xml:space="preserve"> </w:t>
      </w:r>
      <w:r w:rsidR="00CF319A">
        <w:rPr>
          <w:rFonts w:ascii="garamond" w:hAnsi="garamond"/>
          <w:sz w:val="26"/>
        </w:rPr>
        <w:t>when I</w:t>
      </w:r>
      <w:r w:rsidR="00133CB1">
        <w:rPr>
          <w:rFonts w:ascii="garamond" w:hAnsi="garamond"/>
          <w:sz w:val="26"/>
        </w:rPr>
        <w:t xml:space="preserve"> engage</w:t>
      </w:r>
      <w:r w:rsidR="00CF319A">
        <w:rPr>
          <w:rFonts w:ascii="garamond" w:hAnsi="garamond"/>
          <w:sz w:val="26"/>
        </w:rPr>
        <w:t>d</w:t>
      </w:r>
      <w:r w:rsidR="00133CB1">
        <w:rPr>
          <w:rFonts w:ascii="garamond" w:hAnsi="garamond"/>
          <w:sz w:val="26"/>
        </w:rPr>
        <w:t xml:space="preserve"> with Sally</w:t>
      </w:r>
      <w:r w:rsidR="00CF319A">
        <w:rPr>
          <w:rFonts w:ascii="garamond" w:hAnsi="garamond"/>
          <w:sz w:val="26"/>
        </w:rPr>
        <w:t xml:space="preserve">. It </w:t>
      </w:r>
      <w:r>
        <w:rPr>
          <w:rFonts w:ascii="garamond" w:hAnsi="garamond"/>
          <w:sz w:val="26"/>
        </w:rPr>
        <w:t xml:space="preserve">was easy enough since we controlled the </w:t>
      </w:r>
      <w:r w:rsidR="00CF319A">
        <w:rPr>
          <w:rFonts w:ascii="garamond" w:hAnsi="garamond"/>
          <w:sz w:val="26"/>
        </w:rPr>
        <w:t>timing and locations across a wide range of indoor meetings across</w:t>
      </w:r>
      <w:r>
        <w:rPr>
          <w:rFonts w:ascii="garamond" w:hAnsi="garamond"/>
          <w:sz w:val="26"/>
        </w:rPr>
        <w:t xml:space="preserve"> different </w:t>
      </w:r>
      <w:r w:rsidR="00CF319A">
        <w:rPr>
          <w:rFonts w:ascii="garamond" w:hAnsi="garamond"/>
          <w:sz w:val="26"/>
        </w:rPr>
        <w:t>coasts.</w:t>
      </w:r>
      <w:r>
        <w:rPr>
          <w:rFonts w:ascii="garamond" w:hAnsi="garamond"/>
          <w:sz w:val="26"/>
        </w:rPr>
        <w:t xml:space="preserve"> </w:t>
      </w:r>
    </w:p>
    <w:p w14:paraId="5B56226A" w14:textId="55C949B0" w:rsidR="004F611F" w:rsidRPr="000913E4" w:rsidRDefault="004F611F" w:rsidP="000913E4">
      <w:pPr>
        <w:spacing w:line="240" w:lineRule="auto"/>
        <w:rPr>
          <w:rFonts w:ascii="garamond" w:hAnsi="garamond"/>
          <w:color w:val="000000"/>
          <w:sz w:val="26"/>
          <w:szCs w:val="26"/>
        </w:rPr>
      </w:pPr>
      <w:r>
        <w:rPr>
          <w:rFonts w:ascii="garamond" w:hAnsi="garamond"/>
          <w:sz w:val="26"/>
        </w:rPr>
        <w:t>I never mentioned Sally to anyone, and she followed the same code. We both knew that a finale would materialize in a short time — neither of us had any long-term expectations, and the relationship was hardly founded to sustain anything real. I never told Eric or Steve about Sally. I thought it would not be discreet.</w:t>
      </w:r>
    </w:p>
    <w:p w14:paraId="02611FD4" w14:textId="77777777" w:rsidR="00CF319A" w:rsidRDefault="000913E4" w:rsidP="000913E4">
      <w:pPr>
        <w:spacing w:line="240" w:lineRule="auto"/>
        <w:rPr>
          <w:rFonts w:ascii="garamond" w:hAnsi="garamond"/>
          <w:sz w:val="26"/>
        </w:rPr>
      </w:pPr>
      <w:r>
        <w:rPr>
          <w:rFonts w:ascii="garamond" w:hAnsi="garamond"/>
          <w:sz w:val="26"/>
        </w:rPr>
        <w:t>Sally lifted my ego</w:t>
      </w:r>
      <w:r w:rsidR="008F58B9">
        <w:rPr>
          <w:rFonts w:ascii="garamond" w:hAnsi="garamond"/>
          <w:sz w:val="26"/>
        </w:rPr>
        <w:t xml:space="preserve"> </w:t>
      </w:r>
      <w:r w:rsidR="00133CB1">
        <w:rPr>
          <w:rFonts w:ascii="garamond" w:hAnsi="garamond"/>
          <w:sz w:val="26"/>
        </w:rPr>
        <w:t>compassionately</w:t>
      </w:r>
      <w:r>
        <w:rPr>
          <w:rFonts w:ascii="garamond" w:hAnsi="garamond"/>
          <w:sz w:val="26"/>
        </w:rPr>
        <w:t xml:space="preserve"> and soothed my wounds, but she did not treat me</w:t>
      </w:r>
      <w:r w:rsidR="00CF319A">
        <w:rPr>
          <w:rFonts w:ascii="garamond" w:hAnsi="garamond"/>
          <w:sz w:val="26"/>
        </w:rPr>
        <w:t>, nor was I expecting her to</w:t>
      </w:r>
      <w:r>
        <w:rPr>
          <w:rFonts w:ascii="garamond" w:hAnsi="garamond"/>
          <w:sz w:val="26"/>
        </w:rPr>
        <w:t xml:space="preserve">. </w:t>
      </w:r>
      <w:r w:rsidR="008F58B9">
        <w:rPr>
          <w:rFonts w:ascii="garamond" w:hAnsi="garamond"/>
          <w:sz w:val="26"/>
        </w:rPr>
        <w:t xml:space="preserve">There remained a part of me that was with her, thrilled at the occasion, yet knowing it would end soon, and actually being pleased about it. </w:t>
      </w:r>
      <w:r>
        <w:rPr>
          <w:rFonts w:ascii="garamond" w:hAnsi="garamond"/>
          <w:sz w:val="26"/>
        </w:rPr>
        <w:t xml:space="preserve">Control had simply found another temporary disguise. </w:t>
      </w:r>
    </w:p>
    <w:p w14:paraId="0DDAF917" w14:textId="0C4560DF" w:rsidR="000913E4" w:rsidRPr="000913E4" w:rsidRDefault="008F58B9" w:rsidP="000913E4">
      <w:pPr>
        <w:spacing w:line="240" w:lineRule="auto"/>
        <w:rPr>
          <w:rFonts w:ascii="garamond" w:hAnsi="garamond"/>
          <w:color w:val="000000"/>
          <w:sz w:val="26"/>
          <w:szCs w:val="26"/>
        </w:rPr>
      </w:pPr>
      <w:r>
        <w:rPr>
          <w:rFonts w:ascii="garamond" w:hAnsi="garamond"/>
          <w:sz w:val="26"/>
        </w:rPr>
        <w:t>I had to go back to b</w:t>
      </w:r>
      <w:r w:rsidR="00CF319A">
        <w:rPr>
          <w:rFonts w:ascii="garamond" w:hAnsi="garamond"/>
          <w:sz w:val="26"/>
        </w:rPr>
        <w:t>e</w:t>
      </w:r>
      <w:r>
        <w:rPr>
          <w:rFonts w:ascii="garamond" w:hAnsi="garamond"/>
          <w:sz w:val="26"/>
        </w:rPr>
        <w:t>ing on in exhausting fashions, fearing I was boring her, and at the same time</w:t>
      </w:r>
      <w:r w:rsidR="00133CB1">
        <w:rPr>
          <w:rFonts w:ascii="garamond" w:hAnsi="garamond"/>
          <w:sz w:val="26"/>
        </w:rPr>
        <w:t>,</w:t>
      </w:r>
      <w:r>
        <w:rPr>
          <w:rFonts w:ascii="garamond" w:hAnsi="garamond"/>
          <w:sz w:val="26"/>
        </w:rPr>
        <w:t xml:space="preserve"> my own switch was consuming my ability to act sociably. T</w:t>
      </w:r>
      <w:r w:rsidR="000913E4">
        <w:rPr>
          <w:rFonts w:ascii="garamond" w:hAnsi="garamond"/>
          <w:sz w:val="26"/>
        </w:rPr>
        <w:t>he most honest thing I can say about th</w:t>
      </w:r>
      <w:r w:rsidR="00D914AB">
        <w:rPr>
          <w:rFonts w:ascii="garamond" w:hAnsi="garamond"/>
          <w:sz w:val="26"/>
        </w:rPr>
        <w:t>e 3 months</w:t>
      </w:r>
      <w:r w:rsidR="000913E4">
        <w:rPr>
          <w:rFonts w:ascii="garamond" w:hAnsi="garamond"/>
          <w:sz w:val="26"/>
        </w:rPr>
        <w:t xml:space="preserve"> </w:t>
      </w:r>
      <w:r w:rsidR="00CF319A">
        <w:rPr>
          <w:rFonts w:ascii="garamond" w:hAnsi="garamond"/>
          <w:sz w:val="26"/>
        </w:rPr>
        <w:t>after</w:t>
      </w:r>
      <w:r w:rsidR="000913E4">
        <w:rPr>
          <w:rFonts w:ascii="garamond" w:hAnsi="garamond"/>
          <w:sz w:val="26"/>
        </w:rPr>
        <w:t xml:space="preserve"> I left the Retreat </w:t>
      </w:r>
      <w:r w:rsidR="00CF319A">
        <w:rPr>
          <w:rFonts w:ascii="garamond" w:hAnsi="garamond"/>
          <w:sz w:val="26"/>
        </w:rPr>
        <w:t xml:space="preserve">I was </w:t>
      </w:r>
      <w:r w:rsidR="000913E4">
        <w:rPr>
          <w:rFonts w:ascii="garamond" w:hAnsi="garamond"/>
          <w:sz w:val="26"/>
        </w:rPr>
        <w:t>sober, functional, and not yet ready — which is to say: I left exactly as I had arrived, only with better posture.</w:t>
      </w:r>
    </w:p>
    <w:p w14:paraId="2492B283" w14:textId="77777777" w:rsidR="000913E4" w:rsidRPr="000913E4" w:rsidRDefault="000913E4" w:rsidP="000913E4">
      <w:pPr>
        <w:spacing w:line="240" w:lineRule="auto"/>
        <w:rPr>
          <w:rFonts w:ascii="garamond" w:hAnsi="garamond"/>
          <w:color w:val="000000"/>
          <w:sz w:val="26"/>
          <w:szCs w:val="26"/>
        </w:rPr>
      </w:pPr>
      <w:r>
        <w:rPr>
          <w:rFonts w:ascii="garamond" w:hAnsi="garamond"/>
          <w:sz w:val="26"/>
        </w:rPr>
        <w:t>I was drifting — waiting for something to wake me up before I went too far.</w:t>
      </w:r>
    </w:p>
    <w:p w14:paraId="5EE90CBD"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My mind, which only knew how to survive through constant motion, immediately treated my recovery as just another goal to conquer. I mapped out meeting halls across Manhattan, scheduled the times, and checked off boxes with a mechanical, frantic efficiency. From the outside, it appeared flawless, but beneath the surface, nothing had truly changed.</w:t>
      </w:r>
    </w:p>
    <w:p w14:paraId="2D9A8D85" w14:textId="172C3469"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had merely discovered a healthier way to stay busy, avoiding the wreckage I didn’t want to face. Even Sally became part of the routine—a comforting distraction to protect my ego and escape the terrifying, echoing silence of an apartment I didn’t know how to live in alone. I had stopped drinking, but I hadn’t stopped running.</w:t>
      </w:r>
    </w:p>
    <w:p w14:paraId="1D33FF82" w14:textId="77777777" w:rsidR="000913E4" w:rsidRPr="000913E4" w:rsidRDefault="000913E4" w:rsidP="000913E4">
      <w:pPr>
        <w:spacing w:line="240" w:lineRule="auto"/>
        <w:rPr>
          <w:rFonts w:ascii="garamond" w:hAnsi="garamond"/>
          <w:color w:val="000000"/>
          <w:sz w:val="26"/>
          <w:szCs w:val="26"/>
        </w:rPr>
      </w:pPr>
    </w:p>
    <w:p w14:paraId="46D5B35E" w14:textId="77777777" w:rsidR="000913E4" w:rsidRDefault="000913E4">
      <w:pPr>
        <w:rPr>
          <w:rFonts w:ascii="garamond" w:hAnsi="garamond"/>
          <w:b/>
          <w:bCs/>
          <w:color w:val="000000"/>
          <w:sz w:val="26"/>
          <w:szCs w:val="26"/>
        </w:rPr>
      </w:pPr>
      <w:r>
        <w:rPr>
          <w:rFonts w:ascii="garamond" w:hAnsi="garamond"/>
          <w:b/>
          <w:bCs/>
          <w:color w:val="000000"/>
          <w:sz w:val="26"/>
          <w:szCs w:val="26"/>
        </w:rPr>
        <w:br w:type="page"/>
      </w:r>
    </w:p>
    <w:p w14:paraId="6EDDF00C" w14:textId="0DE5DC66" w:rsidR="000913E4" w:rsidRPr="000913E4" w:rsidRDefault="000913E4" w:rsidP="000913E4">
      <w:pPr>
        <w:spacing w:line="240" w:lineRule="auto"/>
        <w:rPr>
          <w:rFonts w:ascii="garamond" w:hAnsi="garamond"/>
          <w:color w:val="000000"/>
          <w:sz w:val="26"/>
          <w:szCs w:val="26"/>
        </w:rPr>
      </w:pPr>
      <w:r w:rsidRPr="000913E4">
        <w:rPr>
          <w:rFonts w:ascii="garamond" w:hAnsi="garamond"/>
          <w:b/>
          <w:bCs/>
          <w:color w:val="000000"/>
          <w:sz w:val="26"/>
          <w:szCs w:val="26"/>
        </w:rPr>
        <w:lastRenderedPageBreak/>
        <w:t>CHAPTER 4</w:t>
      </w:r>
      <w:r w:rsidR="003D3B2B">
        <w:rPr>
          <w:rFonts w:ascii="garamond" w:hAnsi="garamond"/>
          <w:b/>
          <w:bCs/>
          <w:color w:val="000000"/>
          <w:sz w:val="26"/>
          <w:szCs w:val="26"/>
        </w:rPr>
        <w:t>4</w:t>
      </w:r>
      <w:r w:rsidRPr="000913E4">
        <w:rPr>
          <w:rFonts w:ascii="garamond" w:hAnsi="garamond"/>
          <w:b/>
          <w:bCs/>
          <w:color w:val="000000"/>
          <w:sz w:val="26"/>
          <w:szCs w:val="26"/>
        </w:rPr>
        <w:t xml:space="preserve"> — AND NOW, THE CITI END IS NEAR</w:t>
      </w:r>
      <w:r w:rsidRPr="000913E4">
        <w:rPr>
          <w:rFonts w:ascii="garamond" w:hAnsi="garamond"/>
          <w:color w:val="000000"/>
          <w:sz w:val="26"/>
          <w:szCs w:val="26"/>
        </w:rPr>
        <w:br/>
      </w:r>
      <w:r w:rsidRPr="000913E4">
        <w:rPr>
          <w:rFonts w:ascii="garamond" w:hAnsi="garamond"/>
          <w:b/>
          <w:bCs/>
          <w:color w:val="000000"/>
          <w:sz w:val="26"/>
          <w:szCs w:val="26"/>
        </w:rPr>
        <w:t>Farewell, Fellas.</w:t>
      </w:r>
    </w:p>
    <w:p w14:paraId="534EE3AF"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 first time it appeared, it wasn't a memo. It was a look — walking into a senior meeting, someone I had worked with for years glancing up then down again, as if I'd become a risk factor instead of a colleague. The conversation continued without me for a beat too long. I took a seat anyway. I had spent a whole life taking seats I was not invited to.</w:t>
      </w:r>
    </w:p>
    <w:p w14:paraId="14819D00"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By early 2006, CMG was printing money — and that didn't buy protection. It bought attention. CMG had always been an interesting enigma by design: client relationships married to product structuring married to balance-sheet and market risk management. Now, the instinct above us was to separate the organs and call it 'focus'.</w:t>
      </w:r>
    </w:p>
    <w:p w14:paraId="4B70B61B"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In one of the first restructuring meetings, a senior manager slid a thin deck across the table as if it were a peace offering. It was titled something bland — CMG 2.0 or Alignment — because naming the crime is considered impolite. He clicked to a slide that showed CMG as two clean columns. Client Relationships. New Products. Two boxes. Two heads. Two compensation pools. Two reporting lines. Two ways to make sure nobody could ever say, again, that one person managed the platform.</w:t>
      </w:r>
    </w:p>
    <w:p w14:paraId="3E0710FC"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He looked up and smiled. "This will create focus," he said.</w:t>
      </w:r>
    </w:p>
    <w:p w14:paraId="302371F5"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stared at the slide for a second, then asked, "Who requested this?" No sound. Not hostile. Just managerial. "It's a natural evolution," someone else offered. "Evolution toward what?" I asked. "A brokerage on one side and a laboratory on the other?"</w:t>
      </w:r>
    </w:p>
    <w:p w14:paraId="5AD798BF"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A few people shifted in their seats. I pointed at the boxes. "Client relationships without product authority become a referral business. Product authority without client relationships becomes an academic exercise. The profit in CMG comes from the braid. You're proposing we cut the braid and then argue about who owns the hair."</w:t>
      </w:r>
    </w:p>
    <w:p w14:paraId="1C0BC1F0"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Someone laughed — too quickly, like they were trying to be brave. The senior manager smiled again. "We hear you," he said. "We'll take your feedback." That's how you know you're done. When people hear you but don't answer the question you asked.</w:t>
      </w:r>
    </w:p>
    <w:p w14:paraId="0A1BD2E8"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After the meeting, one of my team members caught me in the hallway. "Are they trying to break us up?" I told him, "No," because I didn't want the panic. Then I went back to my office and stared at the city through the glass, as if the skyline could offer a strategy.</w:t>
      </w:r>
    </w:p>
    <w:p w14:paraId="6876C307" w14:textId="0D136391"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 xml:space="preserve">They tried again over the next few months. </w:t>
      </w:r>
      <w:r w:rsidR="004F611F" w:rsidRPr="000913E4">
        <w:rPr>
          <w:rFonts w:ascii="garamond" w:hAnsi="garamond"/>
          <w:color w:val="000000"/>
          <w:sz w:val="26"/>
          <w:szCs w:val="26"/>
        </w:rPr>
        <w:t>Each time</w:t>
      </w:r>
      <w:r w:rsidRPr="000913E4">
        <w:rPr>
          <w:rFonts w:ascii="garamond" w:hAnsi="garamond"/>
          <w:color w:val="000000"/>
          <w:sz w:val="26"/>
          <w:szCs w:val="26"/>
        </w:rPr>
        <w:t xml:space="preserve"> neutralized the only way I knew: outworking the politics, making the business case unavoidable, calling the right</w:t>
      </w:r>
      <w:r w:rsidR="00594811">
        <w:rPr>
          <w:rFonts w:ascii="garamond" w:hAnsi="garamond"/>
          <w:color w:val="000000"/>
          <w:sz w:val="26"/>
          <w:szCs w:val="26"/>
        </w:rPr>
        <w:t xml:space="preserve"> </w:t>
      </w:r>
      <w:r w:rsidRPr="000913E4">
        <w:rPr>
          <w:rFonts w:ascii="garamond" w:hAnsi="garamond"/>
          <w:color w:val="000000"/>
          <w:sz w:val="26"/>
          <w:szCs w:val="26"/>
        </w:rPr>
        <w:lastRenderedPageBreak/>
        <w:t>people. What I didn't understand then was that neutralizing wasn't a victory. It was a delay on someone else's calendar.</w:t>
      </w:r>
    </w:p>
    <w:p w14:paraId="2F24DEF4"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It was more nuanced than a simple power grab. Tommy and Geoff had drifted upward into management the way successful men drift toward golf: slowly, without admitting it, convinced it's still work because it involves schedules. They weren't in the daily fights — coverage, pricing, process, people, culture. I was. I was still acting like the architect and the foreman. They were acting like the owners.</w:t>
      </w:r>
    </w:p>
    <w:p w14:paraId="3489F056"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 firm didn't have a clean script for pushing me out. I was visible, profitable, and embedded. The script they chose was simple: split CMG into two verticals and pretend the split was focus. It was not focus. It was an amputation.</w:t>
      </w:r>
    </w:p>
    <w:p w14:paraId="29E499A9" w14:textId="77777777" w:rsidR="00B16B43"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 xml:space="preserve">What nobody said out loud in any of those meetings was that CMG had nothing to do with what was coming. The mortgage machine was not mine. Collateralized mortgage obligations, subprime securitization, the structured credit apparatus that Citigroup had been quietly assembling — that belonged to the Credit Derivatives Division. Different floor, different mandate, different risk profile, different leadership. </w:t>
      </w:r>
    </w:p>
    <w:p w14:paraId="2AD5E7D6" w14:textId="099DB571"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had no authority over it, no visibility into it, and no stake in its outcomes. CMG's platform was built on client relationships and risk management. The Credit Derivatives Division divorced risk management from revenue. From 2002 to 2006, CMG more than doubled its earnings — the largest growth in its history. That distinction mattered enormously to me. Nobody mentioned it when they handed me the exit package.</w:t>
      </w:r>
    </w:p>
    <w:p w14:paraId="6B2BD95A"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 meeting that ended my Citigroup career happened in Tommy's office. I walked in and saw Geoff already seated. That alone told me the outcome. Real conversations don't come pre-staged. Tommy stood up and offered the kind of smile you use when you're about to deliver harm and would like to be forgiven in advance. Geoff avoided my eyes.</w:t>
      </w:r>
    </w:p>
    <w:p w14:paraId="0C3E3F05"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They started talking. I let them go for thirty seconds — just long enough to confirm they were about to pretend this was a mutual decision, a great opportunity, a strategic evolution. I held up my hand. "Save it."</w:t>
      </w:r>
    </w:p>
    <w:p w14:paraId="4B0456E4"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Both froze. I wasn't yelling. I wasn't theatrical. I was simply refusing to participate in the fake language. I had been on the other side of enough of those meetings to know every sentence that was coming.</w:t>
      </w:r>
    </w:p>
    <w:p w14:paraId="00864BE3"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They offered the consolation prize: lead one of the two new sub-groups. I looked at them — the two men I had trusted most inside the machine — and felt something in me go quiet. Betrayal doesn't always arrive as rage. Sometimes it arrives as clarity.</w:t>
      </w:r>
    </w:p>
    <w:p w14:paraId="3B19FBE3"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lastRenderedPageBreak/>
        <w:t>I smiled — small, cold, involuntary — and said, "Farewell, fellas." Then I stood and walked out before either of them could turn it into a negotiation.</w:t>
      </w:r>
    </w:p>
    <w:p w14:paraId="6EE104B0"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want to be honest about what I came to understand later. It would have changed my thoughts as I walked out of that office.</w:t>
      </w:r>
    </w:p>
    <w:p w14:paraId="6FD1AEF8" w14:textId="77777777" w:rsidR="00B16B43"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was exceptionally paid and</w:t>
      </w:r>
      <w:r w:rsidR="007846C1">
        <w:rPr>
          <w:rFonts w:ascii="garamond" w:hAnsi="garamond"/>
          <w:color w:val="000000"/>
          <w:sz w:val="26"/>
          <w:szCs w:val="26"/>
        </w:rPr>
        <w:t xml:space="preserve"> had a</w:t>
      </w:r>
      <w:r w:rsidRPr="000913E4">
        <w:rPr>
          <w:rFonts w:ascii="garamond" w:hAnsi="garamond"/>
          <w:color w:val="000000"/>
          <w:sz w:val="26"/>
          <w:szCs w:val="26"/>
        </w:rPr>
        <w:t xml:space="preserve"> top-level </w:t>
      </w:r>
      <w:r w:rsidR="007846C1">
        <w:rPr>
          <w:rFonts w:ascii="garamond" w:hAnsi="garamond"/>
          <w:color w:val="000000"/>
          <w:sz w:val="26"/>
          <w:szCs w:val="26"/>
        </w:rPr>
        <w:t xml:space="preserve">performance </w:t>
      </w:r>
      <w:r w:rsidRPr="000913E4">
        <w:rPr>
          <w:rFonts w:ascii="garamond" w:hAnsi="garamond"/>
          <w:color w:val="000000"/>
          <w:sz w:val="26"/>
          <w:szCs w:val="26"/>
        </w:rPr>
        <w:t xml:space="preserve">review </w:t>
      </w:r>
      <w:r w:rsidR="007846C1">
        <w:rPr>
          <w:rFonts w:ascii="garamond" w:hAnsi="garamond"/>
          <w:color w:val="000000"/>
          <w:sz w:val="26"/>
          <w:szCs w:val="26"/>
        </w:rPr>
        <w:t>for all of 2005. Salomon Brothers, Smith Barney</w:t>
      </w:r>
      <w:r w:rsidR="00B16B43">
        <w:rPr>
          <w:rFonts w:ascii="garamond" w:hAnsi="garamond"/>
          <w:color w:val="000000"/>
          <w:sz w:val="26"/>
          <w:szCs w:val="26"/>
        </w:rPr>
        <w:t>,</w:t>
      </w:r>
      <w:r w:rsidR="007846C1">
        <w:rPr>
          <w:rFonts w:ascii="garamond" w:hAnsi="garamond"/>
          <w:color w:val="000000"/>
          <w:sz w:val="26"/>
          <w:szCs w:val="26"/>
        </w:rPr>
        <w:t xml:space="preserve"> and Citibank </w:t>
      </w:r>
      <w:r w:rsidR="00B16B43">
        <w:rPr>
          <w:rFonts w:ascii="garamond" w:hAnsi="garamond"/>
          <w:color w:val="000000"/>
          <w:sz w:val="26"/>
          <w:szCs w:val="26"/>
        </w:rPr>
        <w:t>Capital</w:t>
      </w:r>
      <w:r w:rsidR="007846C1">
        <w:rPr>
          <w:rFonts w:ascii="garamond" w:hAnsi="garamond"/>
          <w:color w:val="000000"/>
          <w:sz w:val="26"/>
          <w:szCs w:val="26"/>
        </w:rPr>
        <w:t xml:space="preserve"> </w:t>
      </w:r>
      <w:r w:rsidR="00B16B43">
        <w:rPr>
          <w:rFonts w:ascii="garamond" w:hAnsi="garamond"/>
          <w:color w:val="000000"/>
          <w:sz w:val="26"/>
          <w:szCs w:val="26"/>
        </w:rPr>
        <w:t>Markets</w:t>
      </w:r>
      <w:r w:rsidR="007846C1">
        <w:rPr>
          <w:rFonts w:ascii="garamond" w:hAnsi="garamond"/>
          <w:color w:val="000000"/>
          <w:sz w:val="26"/>
          <w:szCs w:val="26"/>
        </w:rPr>
        <w:t xml:space="preserve"> operat</w:t>
      </w:r>
      <w:r w:rsidR="00B16B43">
        <w:rPr>
          <w:rFonts w:ascii="garamond" w:hAnsi="garamond"/>
          <w:color w:val="000000"/>
          <w:sz w:val="26"/>
          <w:szCs w:val="26"/>
        </w:rPr>
        <w:t>ed</w:t>
      </w:r>
      <w:r w:rsidR="007846C1">
        <w:rPr>
          <w:rFonts w:ascii="garamond" w:hAnsi="garamond"/>
          <w:color w:val="000000"/>
          <w:sz w:val="26"/>
          <w:szCs w:val="26"/>
        </w:rPr>
        <w:t xml:space="preserve"> in partnership under my leaders</w:t>
      </w:r>
      <w:r w:rsidR="00B16B43">
        <w:rPr>
          <w:rFonts w:ascii="garamond" w:hAnsi="garamond"/>
          <w:color w:val="000000"/>
          <w:sz w:val="26"/>
          <w:szCs w:val="26"/>
        </w:rPr>
        <w:t>h</w:t>
      </w:r>
      <w:r w:rsidR="007846C1">
        <w:rPr>
          <w:rFonts w:ascii="garamond" w:hAnsi="garamond"/>
          <w:color w:val="000000"/>
          <w:sz w:val="26"/>
          <w:szCs w:val="26"/>
        </w:rPr>
        <w:t>ip</w:t>
      </w:r>
      <w:r w:rsidRPr="000913E4">
        <w:rPr>
          <w:rFonts w:ascii="garamond" w:hAnsi="garamond"/>
          <w:color w:val="000000"/>
          <w:sz w:val="26"/>
          <w:szCs w:val="26"/>
        </w:rPr>
        <w:t xml:space="preserve">. </w:t>
      </w:r>
      <w:r w:rsidR="00B16B43">
        <w:rPr>
          <w:rFonts w:ascii="garamond" w:hAnsi="garamond"/>
          <w:color w:val="000000"/>
          <w:sz w:val="26"/>
          <w:szCs w:val="26"/>
        </w:rPr>
        <w:t>CMG was expected to generate all-time profits in 2007</w:t>
      </w:r>
      <w:r w:rsidRPr="000913E4">
        <w:rPr>
          <w:rFonts w:ascii="garamond" w:hAnsi="garamond"/>
          <w:color w:val="000000"/>
          <w:sz w:val="26"/>
          <w:szCs w:val="26"/>
        </w:rPr>
        <w:t>.</w:t>
      </w:r>
      <w:r w:rsidR="00B16B43">
        <w:rPr>
          <w:rFonts w:ascii="garamond" w:hAnsi="garamond"/>
          <w:color w:val="000000"/>
          <w:sz w:val="26"/>
          <w:szCs w:val="26"/>
        </w:rPr>
        <w:t xml:space="preserve"> </w:t>
      </w:r>
    </w:p>
    <w:p w14:paraId="0D928BD5" w14:textId="5C5E0945" w:rsidR="00346F25" w:rsidRDefault="00B16B43" w:rsidP="000913E4">
      <w:pPr>
        <w:spacing w:line="240" w:lineRule="auto"/>
        <w:rPr>
          <w:rFonts w:ascii="garamond" w:hAnsi="garamond"/>
          <w:color w:val="000000"/>
          <w:sz w:val="26"/>
          <w:szCs w:val="26"/>
        </w:rPr>
      </w:pPr>
      <w:r>
        <w:rPr>
          <w:rFonts w:ascii="garamond" w:hAnsi="garamond"/>
          <w:color w:val="000000"/>
          <w:sz w:val="26"/>
          <w:szCs w:val="26"/>
        </w:rPr>
        <w:t>S</w:t>
      </w:r>
      <w:commentRangeStart w:id="0"/>
      <w:commentRangeStart w:id="1"/>
      <w:r w:rsidR="000913E4" w:rsidRPr="000913E4">
        <w:rPr>
          <w:rFonts w:ascii="garamond" w:hAnsi="garamond"/>
          <w:color w:val="000000"/>
          <w:sz w:val="26"/>
          <w:szCs w:val="26"/>
        </w:rPr>
        <w:t>enior Citigroup management wanted</w:t>
      </w:r>
      <w:r>
        <w:rPr>
          <w:rFonts w:ascii="garamond" w:hAnsi="garamond"/>
          <w:color w:val="000000"/>
          <w:sz w:val="26"/>
          <w:szCs w:val="26"/>
        </w:rPr>
        <w:t xml:space="preserve"> to expand the product line in credit derivatives, and the Structured Credit Products Division was expanded to capitalize on collateralized </w:t>
      </w:r>
      <w:r w:rsidR="00265AEC">
        <w:rPr>
          <w:rFonts w:ascii="garamond" w:hAnsi="garamond"/>
          <w:color w:val="000000"/>
          <w:sz w:val="26"/>
          <w:szCs w:val="26"/>
        </w:rPr>
        <w:t xml:space="preserve">subprime </w:t>
      </w:r>
      <w:r>
        <w:rPr>
          <w:rFonts w:ascii="garamond" w:hAnsi="garamond"/>
          <w:color w:val="000000"/>
          <w:sz w:val="26"/>
          <w:szCs w:val="26"/>
        </w:rPr>
        <w:t>mortgage obligations (CMOs). While m</w:t>
      </w:r>
      <w:r w:rsidRPr="000913E4">
        <w:rPr>
          <w:rFonts w:ascii="garamond" w:hAnsi="garamond"/>
          <w:color w:val="000000"/>
          <w:sz w:val="26"/>
          <w:szCs w:val="26"/>
        </w:rPr>
        <w:t xml:space="preserve">ost new Division </w:t>
      </w:r>
      <w:r>
        <w:rPr>
          <w:rFonts w:ascii="garamond" w:hAnsi="garamond"/>
          <w:color w:val="000000"/>
          <w:sz w:val="26"/>
          <w:szCs w:val="26"/>
        </w:rPr>
        <w:t xml:space="preserve">Heads are selected internally, CMO was an area where Citigroup lacked sufficient expertise, </w:t>
      </w:r>
      <w:r w:rsidR="00346F25">
        <w:rPr>
          <w:rFonts w:ascii="garamond" w:hAnsi="garamond"/>
          <w:color w:val="000000"/>
          <w:sz w:val="26"/>
          <w:szCs w:val="26"/>
        </w:rPr>
        <w:t>and</w:t>
      </w:r>
      <w:r>
        <w:rPr>
          <w:rFonts w:ascii="garamond" w:hAnsi="garamond"/>
          <w:color w:val="000000"/>
          <w:sz w:val="26"/>
          <w:szCs w:val="26"/>
        </w:rPr>
        <w:t xml:space="preserve"> </w:t>
      </w:r>
      <w:r w:rsidR="000913E4" w:rsidRPr="000913E4">
        <w:rPr>
          <w:rFonts w:ascii="garamond" w:hAnsi="garamond"/>
          <w:color w:val="000000"/>
          <w:sz w:val="26"/>
          <w:szCs w:val="26"/>
        </w:rPr>
        <w:t xml:space="preserve">senior </w:t>
      </w:r>
      <w:r>
        <w:rPr>
          <w:rFonts w:ascii="garamond" w:hAnsi="garamond"/>
          <w:color w:val="000000"/>
          <w:sz w:val="26"/>
          <w:szCs w:val="26"/>
        </w:rPr>
        <w:t>professionals</w:t>
      </w:r>
      <w:r w:rsidR="000913E4" w:rsidRPr="000913E4">
        <w:rPr>
          <w:rFonts w:ascii="garamond" w:hAnsi="garamond"/>
          <w:color w:val="000000"/>
          <w:sz w:val="26"/>
          <w:szCs w:val="26"/>
        </w:rPr>
        <w:t xml:space="preserve"> from Deutsche Bank</w:t>
      </w:r>
      <w:commentRangeEnd w:id="0"/>
      <w:r w:rsidR="00F55520" w:rsidRPr="000913E4">
        <w:rPr>
          <w:rStyle w:val="CommentReference"/>
          <w:rFonts w:ascii="garamond" w:hAnsi="garamond"/>
          <w:color w:val="000000"/>
          <w:sz w:val="26"/>
          <w:szCs w:val="26"/>
        </w:rPr>
        <w:commentReference w:id="0"/>
      </w:r>
      <w:commentRangeEnd w:id="1"/>
      <w:r w:rsidR="007846C1">
        <w:rPr>
          <w:rStyle w:val="CommentReference"/>
        </w:rPr>
        <w:commentReference w:id="1"/>
      </w:r>
      <w:r>
        <w:rPr>
          <w:rFonts w:ascii="garamond" w:hAnsi="garamond"/>
          <w:color w:val="000000"/>
          <w:sz w:val="26"/>
          <w:szCs w:val="26"/>
        </w:rPr>
        <w:t xml:space="preserve"> were identified to assume the positions</w:t>
      </w:r>
      <w:r w:rsidR="000913E4" w:rsidRPr="000913E4">
        <w:rPr>
          <w:rFonts w:ascii="garamond" w:hAnsi="garamond"/>
          <w:color w:val="000000"/>
          <w:sz w:val="26"/>
          <w:szCs w:val="26"/>
        </w:rPr>
        <w:t xml:space="preserve">. </w:t>
      </w:r>
    </w:p>
    <w:p w14:paraId="497DB558" w14:textId="6FDBD91C"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 xml:space="preserve">The </w:t>
      </w:r>
      <w:r w:rsidR="00346F25">
        <w:rPr>
          <w:rFonts w:ascii="garamond" w:hAnsi="garamond"/>
          <w:color w:val="000000"/>
          <w:sz w:val="26"/>
          <w:szCs w:val="26"/>
        </w:rPr>
        <w:t>funding for the investment is a separate issue. It</w:t>
      </w:r>
      <w:r w:rsidR="00A119C7">
        <w:rPr>
          <w:rFonts w:ascii="garamond" w:hAnsi="garamond"/>
          <w:color w:val="000000"/>
          <w:sz w:val="26"/>
          <w:szCs w:val="26"/>
        </w:rPr>
        <w:t xml:space="preserve"> </w:t>
      </w:r>
      <w:r w:rsidR="00346F25">
        <w:rPr>
          <w:rFonts w:ascii="garamond" w:hAnsi="garamond"/>
          <w:color w:val="000000"/>
          <w:sz w:val="26"/>
          <w:szCs w:val="26"/>
        </w:rPr>
        <w:t xml:space="preserve">generally comes from high-performing groups, and there was no candidate better suited to that bill than CMG. The implication was not positive for me. As the group's leader and highest-paid individual, my name, along with some others, would need to be removed to make room in the compensation budget. CMG was running perfectly; there was an assumption that it needed less monitoring. Such was the name of the game. In hindsight, if </w:t>
      </w:r>
      <w:r w:rsidR="00A119C7">
        <w:rPr>
          <w:rFonts w:ascii="garamond" w:hAnsi="garamond"/>
          <w:color w:val="000000"/>
          <w:sz w:val="26"/>
          <w:szCs w:val="26"/>
        </w:rPr>
        <w:t>that</w:t>
      </w:r>
      <w:r w:rsidR="00346F25">
        <w:rPr>
          <w:rFonts w:ascii="garamond" w:hAnsi="garamond"/>
          <w:color w:val="000000"/>
          <w:sz w:val="26"/>
          <w:szCs w:val="26"/>
        </w:rPr>
        <w:t xml:space="preserve"> was the calculus behind the process, I should not feel any disloyalty, as I would give both Maheras and Coley the benefit of the doubt </w:t>
      </w:r>
      <w:r w:rsidR="00A119C7">
        <w:rPr>
          <w:rFonts w:ascii="garamond" w:hAnsi="garamond"/>
          <w:color w:val="000000"/>
          <w:sz w:val="26"/>
          <w:szCs w:val="26"/>
        </w:rPr>
        <w:t>and</w:t>
      </w:r>
      <w:r w:rsidR="00346F25">
        <w:rPr>
          <w:rFonts w:ascii="garamond" w:hAnsi="garamond"/>
          <w:color w:val="000000"/>
          <w:sz w:val="26"/>
          <w:szCs w:val="26"/>
        </w:rPr>
        <w:t xml:space="preserve"> </w:t>
      </w:r>
      <w:r w:rsidR="00A119C7">
        <w:rPr>
          <w:rFonts w:ascii="garamond" w:hAnsi="garamond"/>
          <w:color w:val="000000"/>
          <w:sz w:val="26"/>
          <w:szCs w:val="26"/>
        </w:rPr>
        <w:t>assume they</w:t>
      </w:r>
      <w:r w:rsidR="00346F25">
        <w:rPr>
          <w:rFonts w:ascii="garamond" w:hAnsi="garamond"/>
          <w:color w:val="000000"/>
          <w:sz w:val="26"/>
          <w:szCs w:val="26"/>
        </w:rPr>
        <w:t xml:space="preserve"> tried </w:t>
      </w:r>
      <w:r w:rsidR="00A119C7">
        <w:rPr>
          <w:rFonts w:ascii="garamond" w:hAnsi="garamond"/>
          <w:color w:val="000000"/>
          <w:sz w:val="26"/>
          <w:szCs w:val="26"/>
        </w:rPr>
        <w:t>to</w:t>
      </w:r>
      <w:r w:rsidR="00346F25">
        <w:rPr>
          <w:rFonts w:ascii="garamond" w:hAnsi="garamond"/>
          <w:color w:val="000000"/>
          <w:sz w:val="26"/>
          <w:szCs w:val="26"/>
        </w:rPr>
        <w:t xml:space="preserve"> protect me. It is not easy to go against an institutional decision, no matter how flawed it may turn out to be in retrospect. </w:t>
      </w:r>
    </w:p>
    <w:p w14:paraId="76A2CFE6" w14:textId="7615D9D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 xml:space="preserve">Tommy and Coley </w:t>
      </w:r>
      <w:r w:rsidR="00A119C7">
        <w:rPr>
          <w:rFonts w:ascii="garamond" w:hAnsi="garamond"/>
          <w:color w:val="000000"/>
          <w:sz w:val="26"/>
          <w:szCs w:val="26"/>
        </w:rPr>
        <w:t>may not have</w:t>
      </w:r>
      <w:r w:rsidRPr="000913E4">
        <w:rPr>
          <w:rFonts w:ascii="garamond" w:hAnsi="garamond"/>
          <w:color w:val="000000"/>
          <w:sz w:val="26"/>
          <w:szCs w:val="26"/>
        </w:rPr>
        <w:t xml:space="preserve"> initiate</w:t>
      </w:r>
      <w:r w:rsidR="00A119C7">
        <w:rPr>
          <w:rFonts w:ascii="garamond" w:hAnsi="garamond"/>
          <w:color w:val="000000"/>
          <w:sz w:val="26"/>
          <w:szCs w:val="26"/>
        </w:rPr>
        <w:t>d</w:t>
      </w:r>
      <w:r w:rsidRPr="000913E4">
        <w:rPr>
          <w:rFonts w:ascii="garamond" w:hAnsi="garamond"/>
          <w:color w:val="000000"/>
          <w:sz w:val="26"/>
          <w:szCs w:val="26"/>
        </w:rPr>
        <w:t xml:space="preserve"> the decision</w:t>
      </w:r>
      <w:r w:rsidR="00A119C7">
        <w:rPr>
          <w:rFonts w:ascii="garamond" w:hAnsi="garamond"/>
          <w:color w:val="000000"/>
          <w:sz w:val="26"/>
          <w:szCs w:val="26"/>
        </w:rPr>
        <w:t xml:space="preserve"> against me</w:t>
      </w:r>
      <w:r w:rsidRPr="000913E4">
        <w:rPr>
          <w:rFonts w:ascii="garamond" w:hAnsi="garamond"/>
          <w:color w:val="000000"/>
          <w:sz w:val="26"/>
          <w:szCs w:val="26"/>
        </w:rPr>
        <w:t>. They received it. It was a senior management business-segment decision that led to my departure, rather than a reflection on CMG's performance, its structure, or my leadership.</w:t>
      </w:r>
    </w:p>
    <w:p w14:paraId="5F0EB013" w14:textId="409D024A" w:rsidR="000913E4" w:rsidRPr="000913E4" w:rsidRDefault="00B16B43" w:rsidP="000913E4">
      <w:pPr>
        <w:spacing w:line="240" w:lineRule="auto"/>
        <w:rPr>
          <w:rFonts w:ascii="garamond" w:hAnsi="garamond"/>
          <w:color w:val="000000"/>
          <w:sz w:val="26"/>
          <w:szCs w:val="26"/>
        </w:rPr>
      </w:pPr>
      <w:r>
        <w:rPr>
          <w:rFonts w:ascii="garamond" w:hAnsi="garamond"/>
          <w:color w:val="000000"/>
          <w:sz w:val="26"/>
          <w:szCs w:val="26"/>
        </w:rPr>
        <w:t>I was b</w:t>
      </w:r>
      <w:r w:rsidR="000913E4" w:rsidRPr="000913E4">
        <w:rPr>
          <w:rFonts w:ascii="garamond" w:hAnsi="garamond"/>
          <w:color w:val="000000"/>
          <w:sz w:val="26"/>
          <w:szCs w:val="26"/>
        </w:rPr>
        <w:t xml:space="preserve">ack </w:t>
      </w:r>
      <w:r>
        <w:rPr>
          <w:rFonts w:ascii="garamond" w:hAnsi="garamond"/>
          <w:color w:val="000000"/>
          <w:sz w:val="26"/>
          <w:szCs w:val="26"/>
        </w:rPr>
        <w:t>in</w:t>
      </w:r>
      <w:r w:rsidR="000913E4" w:rsidRPr="000913E4">
        <w:rPr>
          <w:rFonts w:ascii="garamond" w:hAnsi="garamond"/>
          <w:color w:val="000000"/>
          <w:sz w:val="26"/>
          <w:szCs w:val="26"/>
        </w:rPr>
        <w:t xml:space="preserve"> my office, </w:t>
      </w:r>
      <w:r>
        <w:rPr>
          <w:rFonts w:ascii="garamond" w:hAnsi="garamond"/>
          <w:color w:val="000000"/>
          <w:sz w:val="26"/>
          <w:szCs w:val="26"/>
        </w:rPr>
        <w:t xml:space="preserve">with the </w:t>
      </w:r>
      <w:r w:rsidR="000913E4" w:rsidRPr="000913E4">
        <w:rPr>
          <w:rFonts w:ascii="garamond" w:hAnsi="garamond"/>
          <w:color w:val="000000"/>
          <w:sz w:val="26"/>
          <w:szCs w:val="26"/>
        </w:rPr>
        <w:t xml:space="preserve">door closed. </w:t>
      </w:r>
      <w:r>
        <w:rPr>
          <w:rFonts w:ascii="garamond" w:hAnsi="garamond"/>
          <w:color w:val="000000"/>
          <w:sz w:val="26"/>
          <w:szCs w:val="26"/>
        </w:rPr>
        <w:t xml:space="preserve">I </w:t>
      </w:r>
      <w:r w:rsidR="00145BE7">
        <w:rPr>
          <w:rFonts w:ascii="garamond" w:hAnsi="garamond"/>
          <w:color w:val="000000"/>
          <w:sz w:val="26"/>
          <w:szCs w:val="26"/>
        </w:rPr>
        <w:t xml:space="preserve">splurged five minutes </w:t>
      </w:r>
      <w:r w:rsidR="000913E4" w:rsidRPr="000913E4">
        <w:rPr>
          <w:rFonts w:ascii="garamond" w:hAnsi="garamond"/>
          <w:color w:val="000000"/>
          <w:sz w:val="26"/>
          <w:szCs w:val="26"/>
        </w:rPr>
        <w:t xml:space="preserve">of </w:t>
      </w:r>
      <w:r w:rsidR="00145BE7">
        <w:rPr>
          <w:rFonts w:ascii="garamond" w:hAnsi="garamond"/>
          <w:color w:val="000000"/>
          <w:sz w:val="26"/>
          <w:szCs w:val="26"/>
        </w:rPr>
        <w:t>silence</w:t>
      </w:r>
      <w:r w:rsidR="000913E4" w:rsidRPr="000913E4">
        <w:rPr>
          <w:rFonts w:ascii="garamond" w:hAnsi="garamond"/>
          <w:color w:val="000000"/>
          <w:sz w:val="26"/>
          <w:szCs w:val="26"/>
        </w:rPr>
        <w:t xml:space="preserve"> — no call, no email, no next move. Just s</w:t>
      </w:r>
      <w:r w:rsidR="00412BB6">
        <w:rPr>
          <w:rFonts w:ascii="garamond" w:hAnsi="garamond"/>
          <w:color w:val="000000"/>
          <w:sz w:val="26"/>
          <w:szCs w:val="26"/>
        </w:rPr>
        <w:t>ilence, which may be terrifying</w:t>
      </w:r>
      <w:r w:rsidR="000913E4" w:rsidRPr="000913E4">
        <w:rPr>
          <w:rFonts w:ascii="garamond" w:hAnsi="garamond"/>
          <w:color w:val="000000"/>
          <w:sz w:val="26"/>
          <w:szCs w:val="26"/>
        </w:rPr>
        <w:t xml:space="preserve"> because it means you're not working.</w:t>
      </w:r>
    </w:p>
    <w:p w14:paraId="5185BCF7" w14:textId="59E2731E" w:rsidR="000913E4" w:rsidRPr="000913E4" w:rsidRDefault="00145BE7" w:rsidP="000913E4">
      <w:pPr>
        <w:spacing w:line="240" w:lineRule="auto"/>
        <w:rPr>
          <w:rFonts w:ascii="garamond" w:hAnsi="garamond"/>
          <w:color w:val="000000"/>
          <w:sz w:val="26"/>
          <w:szCs w:val="26"/>
        </w:rPr>
      </w:pPr>
      <w:r>
        <w:rPr>
          <w:rFonts w:ascii="garamond" w:hAnsi="garamond"/>
          <w:color w:val="000000"/>
          <w:sz w:val="26"/>
          <w:szCs w:val="26"/>
        </w:rPr>
        <w:t>I had a</w:t>
      </w:r>
      <w:r w:rsidR="000913E4" w:rsidRPr="000913E4">
        <w:rPr>
          <w:rFonts w:ascii="garamond" w:hAnsi="garamond"/>
          <w:color w:val="000000"/>
          <w:sz w:val="26"/>
          <w:szCs w:val="26"/>
        </w:rPr>
        <w:t xml:space="preserve"> bruised kind of grief — not for the money, not for the title. Grief for the idea that loyalty mattered.</w:t>
      </w:r>
      <w:r>
        <w:rPr>
          <w:rFonts w:ascii="garamond" w:hAnsi="garamond"/>
          <w:color w:val="000000"/>
          <w:sz w:val="26"/>
          <w:szCs w:val="26"/>
        </w:rPr>
        <w:t xml:space="preserve"> I called Carole and gave her the headline news. I told her to remain calm, as there were several opportunities for me, some of which I had already been contemplating. Carole had sensed for about a year that my frustration at Citigroup had been rising. My function had many responsibilities, especially for </w:t>
      </w:r>
      <w:r w:rsidR="00346F25">
        <w:rPr>
          <w:rFonts w:ascii="garamond" w:hAnsi="garamond"/>
          <w:color w:val="000000"/>
          <w:sz w:val="26"/>
          <w:szCs w:val="26"/>
        </w:rPr>
        <w:t xml:space="preserve">identifying opportunities to </w:t>
      </w:r>
      <w:r>
        <w:rPr>
          <w:rFonts w:ascii="garamond" w:hAnsi="garamond"/>
          <w:color w:val="000000"/>
          <w:sz w:val="26"/>
          <w:szCs w:val="26"/>
        </w:rPr>
        <w:t>downsiz</w:t>
      </w:r>
      <w:r w:rsidR="00346F25">
        <w:rPr>
          <w:rFonts w:ascii="garamond" w:hAnsi="garamond"/>
          <w:color w:val="000000"/>
          <w:sz w:val="26"/>
          <w:szCs w:val="26"/>
        </w:rPr>
        <w:t>e</w:t>
      </w:r>
      <w:r>
        <w:rPr>
          <w:rFonts w:ascii="garamond" w:hAnsi="garamond"/>
          <w:color w:val="000000"/>
          <w:sz w:val="26"/>
          <w:szCs w:val="26"/>
        </w:rPr>
        <w:t xml:space="preserve"> an action I detested, and presiding over a vast new infrastructure, which allowed for slippage in control, an issue that was not </w:t>
      </w:r>
      <w:r w:rsidR="00CF3296">
        <w:rPr>
          <w:rFonts w:ascii="garamond" w:hAnsi="garamond"/>
          <w:color w:val="000000"/>
          <w:sz w:val="26"/>
          <w:szCs w:val="26"/>
        </w:rPr>
        <w:t>under</w:t>
      </w:r>
      <w:r>
        <w:rPr>
          <w:rFonts w:ascii="garamond" w:hAnsi="garamond"/>
          <w:color w:val="000000"/>
          <w:sz w:val="26"/>
          <w:szCs w:val="26"/>
        </w:rPr>
        <w:t xml:space="preserve"> m</w:t>
      </w:r>
      <w:r w:rsidR="00CF3296">
        <w:rPr>
          <w:rFonts w:ascii="garamond" w:hAnsi="garamond"/>
          <w:color w:val="000000"/>
          <w:sz w:val="26"/>
          <w:szCs w:val="26"/>
        </w:rPr>
        <w:t>y control</w:t>
      </w:r>
      <w:r>
        <w:rPr>
          <w:rFonts w:ascii="garamond" w:hAnsi="garamond"/>
          <w:color w:val="000000"/>
          <w:sz w:val="26"/>
          <w:szCs w:val="26"/>
        </w:rPr>
        <w:t xml:space="preserve">. She understood my position, and we decided to talk that night. I said, </w:t>
      </w:r>
      <w:r>
        <w:rPr>
          <w:rFonts w:ascii="garamond" w:hAnsi="garamond"/>
          <w:color w:val="000000"/>
          <w:sz w:val="26"/>
          <w:szCs w:val="26"/>
        </w:rPr>
        <w:lastRenderedPageBreak/>
        <w:t>“This may all be for the better, especially with Citigroup’s jumbled growth and the softness in the market many were anticipating.”</w:t>
      </w:r>
    </w:p>
    <w:p w14:paraId="12AF376F" w14:textId="03A85B4D"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called my closest lieutenants one by one, not a group meeting, individual</w:t>
      </w:r>
      <w:r w:rsidR="00CF019F">
        <w:rPr>
          <w:rFonts w:ascii="garamond" w:hAnsi="garamond"/>
          <w:color w:val="000000"/>
          <w:sz w:val="26"/>
          <w:szCs w:val="26"/>
        </w:rPr>
        <w:t>ly</w:t>
      </w:r>
      <w:r w:rsidRPr="000913E4">
        <w:rPr>
          <w:rFonts w:ascii="garamond" w:hAnsi="garamond"/>
          <w:color w:val="000000"/>
          <w:sz w:val="26"/>
          <w:szCs w:val="26"/>
        </w:rPr>
        <w:t>. Group meetings breed rumors; individual conversations instill loyalty. I didn't tell them everything. Only the part that mattered: "There's a restructuring coming that breaks CMG in half. I'm not staying for it." One of them stared at me and said, "They can't do that." I said, "They can. They will." I didn't answer when they asked if it was because of Tommy and Geoff. I didn't want them to hate the men they still had to work for. I wanted them to survive.</w:t>
      </w:r>
    </w:p>
    <w:p w14:paraId="66EE5FC9"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 hardest part wasn't leaving. It was watching faces change as people recalculated their safety. That is the cruel genius of a firm: it can turn grown adults into children again, afraid of losing lunch money.</w:t>
      </w:r>
    </w:p>
    <w:p w14:paraId="61DD8047"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didn't fight the decision itself. Wall Street decisions of that magnitude are not reversible. I kept my gunpowder dry for the only fight that mattered: the exit package.</w:t>
      </w:r>
    </w:p>
    <w:p w14:paraId="098F10F8" w14:textId="39A96C1D"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 xml:space="preserve">The exit negotiation was </w:t>
      </w:r>
      <w:r w:rsidR="00D914AB">
        <w:rPr>
          <w:rFonts w:ascii="garamond" w:hAnsi="garamond"/>
          <w:color w:val="000000"/>
          <w:sz w:val="26"/>
          <w:szCs w:val="26"/>
        </w:rPr>
        <w:t>a novice production</w:t>
      </w:r>
      <w:r w:rsidRPr="000913E4">
        <w:rPr>
          <w:rFonts w:ascii="garamond" w:hAnsi="garamond"/>
          <w:color w:val="000000"/>
          <w:sz w:val="26"/>
          <w:szCs w:val="26"/>
        </w:rPr>
        <w:t>. An HR person — polite, young enough to be my daughter — sat across from me with a folder and said the word policy the way a priest says sin. She slid a paper forward and pointed to a number: $250,000. It was absurdly small relative to my firm’s contributions. I almost laughed. I didn't. I let the silence do the laughing for me.</w:t>
      </w:r>
    </w:p>
    <w:p w14:paraId="508AA028"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She cleared her throat. "That's the standard —" "I'm not standard," I said. She blinked. "I realize that, but —" "I want last year's bonus," I said, calmly, as if I were ordering coffee. Her eyes widened. "That's... not possible." "Then this conversation is short," I said.</w:t>
      </w:r>
    </w:p>
    <w:p w14:paraId="712F02DC"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Here's the part people misunderstand about negotiations: you don't win by being loud. You win by being willing to walk away from the table. I had already walked away from the job. That made me dangerous. They came back with something more appropriate. I declined. They came back again. We ended at roughly eighty percent of the prior year’s bonus, framed as special compensation.</w:t>
      </w:r>
    </w:p>
    <w:p w14:paraId="338D9414"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signed. In return for the added compensation, I agreed not to recruit Citigroup employees for two years.</w:t>
      </w:r>
    </w:p>
    <w:p w14:paraId="59769B28" w14:textId="0DCE552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 xml:space="preserve">There was another layer of ugliness I only learned indirectly. A senior colleague pulled me aside and said, "After 9/11, there were comments. Their wives </w:t>
      </w:r>
      <w:bookmarkStart w:id="2" w:name="OLE_LINK1"/>
      <w:r w:rsidRPr="000913E4">
        <w:rPr>
          <w:rFonts w:ascii="garamond" w:hAnsi="garamond"/>
          <w:color w:val="000000"/>
          <w:sz w:val="26"/>
          <w:szCs w:val="26"/>
        </w:rPr>
        <w:t xml:space="preserve">— </w:t>
      </w:r>
      <w:bookmarkEnd w:id="2"/>
      <w:r w:rsidR="00D914AB">
        <w:rPr>
          <w:rFonts w:ascii="garamond" w:hAnsi="garamond"/>
          <w:color w:val="000000"/>
          <w:sz w:val="26"/>
          <w:szCs w:val="26"/>
        </w:rPr>
        <w:t xml:space="preserve">Tommy’s and Geof’s </w:t>
      </w:r>
      <w:r w:rsidR="00D914AB" w:rsidRPr="000913E4">
        <w:rPr>
          <w:rFonts w:ascii="garamond" w:hAnsi="garamond"/>
          <w:color w:val="000000"/>
          <w:sz w:val="26"/>
          <w:szCs w:val="26"/>
        </w:rPr>
        <w:t xml:space="preserve">— </w:t>
      </w:r>
      <w:r w:rsidRPr="000913E4">
        <w:rPr>
          <w:rFonts w:ascii="garamond" w:hAnsi="garamond"/>
          <w:color w:val="000000"/>
          <w:sz w:val="26"/>
          <w:szCs w:val="26"/>
        </w:rPr>
        <w:t>started talking about you and Carole as foreigners." He didn't use the word as a neutral descriptor. He used it the way people use the word parasite.</w:t>
      </w:r>
    </w:p>
    <w:p w14:paraId="362B29D8"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lastRenderedPageBreak/>
        <w:t>I didn't know what to do with that information. Part of me laughed — because it was so stupid it didn't deserve emotion. Another part felt the old, familiar chill: the reminder that no amount of performance makes you fully safe from someone else's ignorance. I let it go. Not because it didn't matter, but because it wouldn't change the outcome. When power wants you gone, it'll find whatever story it needs.</w:t>
      </w:r>
    </w:p>
    <w:p w14:paraId="30F114EB" w14:textId="3E83A9E8"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 xml:space="preserve">On my last day, I packed </w:t>
      </w:r>
      <w:r w:rsidR="00D914AB">
        <w:rPr>
          <w:rFonts w:ascii="garamond" w:hAnsi="garamond"/>
          <w:color w:val="000000"/>
          <w:sz w:val="26"/>
          <w:szCs w:val="26"/>
        </w:rPr>
        <w:t xml:space="preserve">up </w:t>
      </w:r>
      <w:r w:rsidRPr="000913E4">
        <w:rPr>
          <w:rFonts w:ascii="garamond" w:hAnsi="garamond"/>
          <w:color w:val="000000"/>
          <w:sz w:val="26"/>
          <w:szCs w:val="26"/>
        </w:rPr>
        <w:t>my office</w:t>
      </w:r>
      <w:r w:rsidR="00D914AB">
        <w:rPr>
          <w:rFonts w:ascii="garamond" w:hAnsi="garamond"/>
          <w:color w:val="000000"/>
          <w:sz w:val="26"/>
          <w:szCs w:val="26"/>
        </w:rPr>
        <w:t xml:space="preserve"> </w:t>
      </w:r>
      <w:r w:rsidRPr="000913E4">
        <w:rPr>
          <w:rFonts w:ascii="garamond" w:hAnsi="garamond"/>
          <w:color w:val="000000"/>
          <w:sz w:val="26"/>
          <w:szCs w:val="26"/>
        </w:rPr>
        <w:t>without looking at anything</w:t>
      </w:r>
      <w:r w:rsidR="00D914AB">
        <w:rPr>
          <w:rFonts w:ascii="garamond" w:hAnsi="garamond"/>
          <w:color w:val="000000"/>
          <w:sz w:val="26"/>
          <w:szCs w:val="26"/>
        </w:rPr>
        <w:t xml:space="preserve"> for too long. I wanted to exit the building quickly to escape its toxic vibes</w:t>
      </w:r>
      <w:r w:rsidRPr="000913E4">
        <w:rPr>
          <w:rFonts w:ascii="garamond" w:hAnsi="garamond"/>
          <w:color w:val="000000"/>
          <w:sz w:val="26"/>
          <w:szCs w:val="26"/>
        </w:rPr>
        <w:t>. A junior banker I had mentored came by and hovered in the doorway. "I didn't think they could do this to you." I realized he was watching his own future. "They can do it to anyone," I said. "The mistake is thinking you're exempt."</w:t>
      </w:r>
    </w:p>
    <w:p w14:paraId="2BBC3FDB"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took the delivery elevator. Not out of humility. Out of pride — no parade wanted. Just an exit.</w:t>
      </w:r>
    </w:p>
    <w:p w14:paraId="6FEA8F25"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 door opened, and there was Coley. I stepped in as he exited. I said, "Take care of CMG. It's bigger than you think. And it doesn't run on organization charts. It runs on connective tissue." Geoff nodded quickly, as if agreement could rewind time.</w:t>
      </w:r>
    </w:p>
    <w:p w14:paraId="14826F70"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ended, "Don't confuse the machine with the method." The elevator doors closed, and I left the firm for good. Twenty years of partnership compressed into a thin line of metal.</w:t>
      </w:r>
    </w:p>
    <w:p w14:paraId="6AF9CBDD"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 left Citigroup in July 2006 at the peak of CMG production. People started calling me the Legend — the Legend of Capital Markets. I never enjoyed accolades. This one landed anyway: not because I believed it, but because I understood what it had cost to earn it.</w:t>
      </w:r>
    </w:p>
    <w:p w14:paraId="0C0ED5A0"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In 2007, the subprime mortgage collapse produced losses at Citigroup exceeding $50 billion. The Structured Credit Products Division — the one with its own mandate, even as I was told the firm needed focus — became the source of what nearly brought the institution to an end. Government intervention was required. Geoff Coley and Tommy Maheras left the firm, as most senior fixed-income managers were shown the door. Chuck Prince, Citigroup’s CEO, resigned.</w:t>
      </w:r>
    </w:p>
    <w:p w14:paraId="302603AA"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CMG — the platform that was to be split into two clean boxes for focus — remained intact and profitable throughout.</w:t>
      </w:r>
    </w:p>
    <w:p w14:paraId="3D674E80"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At Citigroup, the professional vase had cracked beyond repair.</w:t>
      </w:r>
    </w:p>
    <w:p w14:paraId="3F3B51C0"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At home, a similar process was advancing, more slowly and quietly.</w:t>
      </w:r>
    </w:p>
    <w:p w14:paraId="61BC1701" w14:textId="77777777" w:rsidR="000913E4" w:rsidRPr="000913E4" w:rsidRDefault="000913E4" w:rsidP="000913E4">
      <w:pPr>
        <w:spacing w:line="240" w:lineRule="auto"/>
        <w:rPr>
          <w:rFonts w:ascii="garamond" w:hAnsi="garamond"/>
          <w:color w:val="000000"/>
          <w:sz w:val="26"/>
          <w:szCs w:val="26"/>
        </w:rPr>
      </w:pPr>
      <w:r w:rsidRPr="000913E4">
        <w:rPr>
          <w:rFonts w:ascii="garamond" w:hAnsi="garamond"/>
          <w:color w:val="000000"/>
          <w:sz w:val="26"/>
          <w:szCs w:val="26"/>
        </w:rPr>
        <w:t>The hard part was only beginning.</w:t>
      </w:r>
    </w:p>
    <w:p w14:paraId="07CB5C8E" w14:textId="77777777" w:rsidR="000913E4" w:rsidRPr="000913E4" w:rsidRDefault="000913E4" w:rsidP="000913E4">
      <w:pPr>
        <w:spacing w:line="240" w:lineRule="auto"/>
        <w:rPr>
          <w:rFonts w:ascii="garamond" w:hAnsi="garamond"/>
          <w:color w:val="000000"/>
          <w:sz w:val="26"/>
          <w:szCs w:val="26"/>
        </w:rPr>
      </w:pPr>
    </w:p>
    <w:p w14:paraId="0EC972FC" w14:textId="5F8D7910" w:rsidR="004017EE" w:rsidRPr="00A119C7" w:rsidRDefault="005759CB" w:rsidP="00310FED">
      <w:pPr>
        <w:rPr>
          <w:rFonts w:ascii="garamond" w:hAnsi="garamond"/>
          <w:b/>
          <w:bCs/>
          <w:color w:val="000000"/>
          <w:sz w:val="26"/>
          <w:szCs w:val="26"/>
        </w:rPr>
      </w:pPr>
      <w:r>
        <w:rPr>
          <w:rFonts w:ascii="garamond" w:hAnsi="garamond"/>
          <w:b/>
          <w:bCs/>
          <w:color w:val="000000"/>
          <w:sz w:val="26"/>
          <w:szCs w:val="26"/>
        </w:rPr>
        <w:br w:type="page"/>
      </w:r>
      <w:r w:rsidR="004017EE" w:rsidRPr="004017EE">
        <w:rPr>
          <w:rFonts w:ascii="garamond" w:hAnsi="garamond"/>
          <w:b/>
          <w:bCs/>
          <w:color w:val="000000"/>
          <w:sz w:val="26"/>
          <w:szCs w:val="26"/>
        </w:rPr>
        <w:lastRenderedPageBreak/>
        <w:t>CHAPTER 4</w:t>
      </w:r>
      <w:r w:rsidR="003D3B2B">
        <w:rPr>
          <w:rFonts w:ascii="garamond" w:hAnsi="garamond"/>
          <w:b/>
          <w:bCs/>
          <w:color w:val="000000"/>
          <w:sz w:val="26"/>
          <w:szCs w:val="26"/>
        </w:rPr>
        <w:t>5</w:t>
      </w:r>
      <w:r w:rsidR="004017EE" w:rsidRPr="004017EE">
        <w:rPr>
          <w:rFonts w:ascii="garamond" w:hAnsi="garamond"/>
          <w:b/>
          <w:bCs/>
          <w:color w:val="000000"/>
          <w:sz w:val="26"/>
          <w:szCs w:val="26"/>
        </w:rPr>
        <w:t xml:space="preserve"> — THE DEUTSCHE LANDING</w:t>
      </w:r>
      <w:r w:rsidR="004017EE" w:rsidRPr="004017EE">
        <w:rPr>
          <w:rFonts w:ascii="garamond" w:hAnsi="garamond"/>
          <w:color w:val="000000"/>
          <w:sz w:val="26"/>
          <w:szCs w:val="26"/>
        </w:rPr>
        <w:br/>
      </w:r>
      <w:r w:rsidR="004017EE" w:rsidRPr="004017EE">
        <w:rPr>
          <w:rFonts w:ascii="garamond" w:hAnsi="garamond"/>
          <w:b/>
          <w:bCs/>
          <w:color w:val="000000"/>
          <w:sz w:val="26"/>
          <w:szCs w:val="26"/>
        </w:rPr>
        <w:t>In Memory Of Anshu Jain (1963—2022).</w:t>
      </w:r>
    </w:p>
    <w:p w14:paraId="614CDE2C" w14:textId="77777777" w:rsidR="004017EE" w:rsidRPr="004017EE" w:rsidRDefault="004017EE" w:rsidP="00310FED">
      <w:pPr>
        <w:rPr>
          <w:rFonts w:ascii="garamond" w:hAnsi="garamond"/>
          <w:color w:val="000000"/>
          <w:sz w:val="26"/>
          <w:szCs w:val="26"/>
        </w:rPr>
      </w:pPr>
      <w:r w:rsidRPr="004017EE">
        <w:rPr>
          <w:rFonts w:ascii="garamond" w:hAnsi="garamond"/>
          <w:b/>
          <w:bCs/>
          <w:color w:val="000000"/>
          <w:sz w:val="26"/>
          <w:szCs w:val="26"/>
        </w:rPr>
        <w:t>New Firm. New Language. Same Bruises.</w:t>
      </w:r>
    </w:p>
    <w:p w14:paraId="5CF439C4"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Anshu Jain called me in August 2006. He was building something ambitious — a Deutsche Bank institutional platform capable of competing with the American firms on their own terrain. He wanted to talk in London.</w:t>
      </w:r>
    </w:p>
    <w:p w14:paraId="2058F0BE"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Anshu and I hit it off spectacularly. We knew many of the same people on Wall Street in New York, and we went down Memory Lane. He then drilled me for two hours, asking me tens of questions. How did I view capital markets as a platform? How is his Salesforce ranked? Where did Citi have a real advantage? What risk limits did different trading desks carry? Who truly controlled fixed income and equities? It was the conversation I had been missing — strategy as surgery, not as branding.</w:t>
      </w:r>
    </w:p>
    <w:p w14:paraId="0F186904"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After the interview, two of the Fixed Income Management Directors and their Business Unit Manager met with me separately. Each told me, in roughly the same words, “You can get whatever you want from Anshu. He adores you. He never spends more than 15 minutes with anyone.” My Beirut sensor picked up the signal. They sounded sincere enough, but it was unclear why they would offer such information.</w:t>
      </w:r>
    </w:p>
    <w:p w14:paraId="36817693"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When Anshu made me an offer a few hours later, he did so almost gently, as if the numbers might offend. I wrote them down anyway — not because I doubted him, but because my brain needed physical confirmation. Eight figures per year. Two and a half years. Board-approved. Guaranteed. It was by far the largest offer I had ever seen, far beyond what I had expected.</w:t>
      </w:r>
    </w:p>
    <w:p w14:paraId="1FAEC11E"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Anshu wanted me to accept on the spot. I told him I couldn’t commit at that moment because I was in discussions with both JPMorgan and Morgan Stanley and needed to give them feedback. He understood. He asked me to meet the CEO of Deutsche Bank Americas, Seth Wau, in New York. I did. He was the only person I met at Deutsche in New York, where I was to be hired and based. That was it, no capital markets professionals, trading and sales, or investment banker MDs.</w:t>
      </w:r>
    </w:p>
    <w:p w14:paraId="0E335BF7"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The interview was complete. Anshu, three of his London generals, and the New York CEO. That was the level at which Anshu hired his direct team.</w:t>
      </w:r>
    </w:p>
    <w:p w14:paraId="635BD1D1"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lastRenderedPageBreak/>
        <w:t>Back in New York, both Jamie Dimon and John Mack listened, asked a few questions, and both responded along the lines of, “Take it. It’s a hell of a deal. We won’t match it.” </w:t>
      </w:r>
    </w:p>
    <w:p w14:paraId="548D3CE1"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accepted Anshu’s offer, and the countdown began. </w:t>
      </w:r>
    </w:p>
    <w:p w14:paraId="49656A8A"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On my first day at DB, I went to the New York office. I knew Seth Wau. I knew Anshu, three thousand miles away in London. I did not know anyone else.</w:t>
      </w:r>
    </w:p>
    <w:p w14:paraId="52B51210" w14:textId="3F8137F2"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was parachuted in as the enemy general who was to command the Deutsche Bank troops. The troops were already split into two camps. On the one side, the Merrill Lynch team was originally recruited by Edson Mitchell</w:t>
      </w:r>
      <w:r w:rsidR="00F01F47">
        <w:rPr>
          <w:rFonts w:ascii="garamond" w:hAnsi="garamond"/>
          <w:color w:val="000000"/>
          <w:sz w:val="26"/>
          <w:szCs w:val="26"/>
        </w:rPr>
        <w:t>,</w:t>
      </w:r>
      <w:r w:rsidRPr="004017EE">
        <w:rPr>
          <w:rFonts w:ascii="garamond" w:hAnsi="garamond"/>
          <w:color w:val="000000"/>
          <w:sz w:val="26"/>
          <w:szCs w:val="26"/>
        </w:rPr>
        <w:t xml:space="preserve"> </w:t>
      </w:r>
      <w:r w:rsidR="00F01F47">
        <w:rPr>
          <w:rFonts w:ascii="garamond" w:hAnsi="garamond"/>
          <w:color w:val="000000"/>
          <w:sz w:val="26"/>
          <w:szCs w:val="26"/>
        </w:rPr>
        <w:t>beginning in</w:t>
      </w:r>
      <w:r w:rsidRPr="004017EE">
        <w:rPr>
          <w:rFonts w:ascii="garamond" w:hAnsi="garamond"/>
          <w:color w:val="000000"/>
          <w:sz w:val="26"/>
          <w:szCs w:val="26"/>
        </w:rPr>
        <w:t xml:space="preserve"> 1995 until his death in 2000, to build DB's American institutional platform. On the other side was Bankers Trust, acquired by DB in 1999. Each camp was guarding its turf and its political balance. The camps had only one joint mission: to eliminate the Citigroup threat first, then resume their own war.</w:t>
      </w:r>
    </w:p>
    <w:p w14:paraId="0782D92A" w14:textId="2E3E22F2"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had no air cover. I knew no one. There was no one in the building whose career was tied to m</w:t>
      </w:r>
      <w:r w:rsidR="00F01F47">
        <w:rPr>
          <w:rFonts w:ascii="garamond" w:hAnsi="garamond"/>
          <w:color w:val="000000"/>
          <w:sz w:val="26"/>
          <w:szCs w:val="26"/>
        </w:rPr>
        <w:t>y</w:t>
      </w:r>
      <w:r w:rsidRPr="004017EE">
        <w:rPr>
          <w:rFonts w:ascii="garamond" w:hAnsi="garamond"/>
          <w:color w:val="000000"/>
          <w:sz w:val="26"/>
          <w:szCs w:val="26"/>
        </w:rPr>
        <w:t xml:space="preserve"> succe</w:t>
      </w:r>
      <w:r w:rsidR="00F01F47">
        <w:rPr>
          <w:rFonts w:ascii="garamond" w:hAnsi="garamond"/>
          <w:color w:val="000000"/>
          <w:sz w:val="26"/>
          <w:szCs w:val="26"/>
        </w:rPr>
        <w:t>ss</w:t>
      </w:r>
      <w:r w:rsidRPr="004017EE">
        <w:rPr>
          <w:rFonts w:ascii="garamond" w:hAnsi="garamond"/>
          <w:color w:val="000000"/>
          <w:sz w:val="26"/>
          <w:szCs w:val="26"/>
        </w:rPr>
        <w:t>, and there was no one to trust.</w:t>
      </w:r>
    </w:p>
    <w:p w14:paraId="41D1E292"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In the months that followed, my Beirut sensor learned to detect three separate forms of tissue rejection. </w:t>
      </w:r>
    </w:p>
    <w:p w14:paraId="2BEDCB5D"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Individual tissue rejection was easy. There were senior MD bankers all over the floor — kiss-asses from one camp or another, or simply acting on their own volition, gathering any sort of information on the senior comer that would enhance their function and respect within their groups. Those are the easy ones to spot. They are slow, older, and often do not recall what messages they were supposed to extract, or their demeanor gives away their personality. They are diffusible</w:t>
      </w:r>
    </w:p>
    <w:p w14:paraId="5C9F7DD5"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Institutional tissue rejection was harder to control. When two groups that ordinarily feuded put their fights aside to deal with me together, the math changed. A group, especially a highly profitable one, can attack from more than one position at once. They do not need to meet to coordinate. And I was operating in their own backyard.</w:t>
      </w:r>
    </w:p>
    <w:p w14:paraId="6DAB466B"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Group tissue rejection was the hardest. It is the condition where the rejection becomes ambient — not from any one operator, not from any one group, but from the institution itself, recognizing the foreign body. </w:t>
      </w:r>
    </w:p>
    <w:p w14:paraId="5EB9623E"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 xml:space="preserve">In retrospect, the conditions through which I joined DB made me susceptible to all forms of tissue rejection. Anshu did not officially introduce me to his staff over a </w:t>
      </w:r>
      <w:r w:rsidRPr="004017EE">
        <w:rPr>
          <w:rFonts w:ascii="garamond" w:hAnsi="garamond"/>
          <w:color w:val="000000"/>
          <w:sz w:val="26"/>
          <w:szCs w:val="26"/>
        </w:rPr>
        <w:lastRenderedPageBreak/>
        <w:t>relatively comfortable period, nor did he socialize my arrival to opposing senior MDs from the Merrill and Bankers teams. Anshu had parachuted me into New York with no protection from London. The DB CEO of the Americas had welcomed me only after a courtesy meeting. </w:t>
      </w:r>
    </w:p>
    <w:p w14:paraId="2300BE05" w14:textId="77777777" w:rsidR="00B8073B" w:rsidRPr="00B8073B" w:rsidRDefault="004017EE" w:rsidP="00B8073B">
      <w:pPr>
        <w:rPr>
          <w:rFonts w:ascii="garamond" w:hAnsi="garamond"/>
          <w:sz w:val="26"/>
          <w:szCs w:val="26"/>
        </w:rPr>
      </w:pPr>
      <w:r w:rsidRPr="00B8073B">
        <w:rPr>
          <w:rFonts w:ascii="garamond" w:hAnsi="garamond"/>
          <w:color w:val="000000"/>
          <w:sz w:val="26"/>
          <w:szCs w:val="26"/>
        </w:rPr>
        <w:t xml:space="preserve">As for me, I am not blameless. After 20 years of service, the Citi exit left a bruise. I was confident I could secure a new position with seniority, stature, and pay higher than what I had at Citigroup. </w:t>
      </w:r>
      <w:r w:rsidR="00B8073B" w:rsidRPr="00B8073B">
        <w:rPr>
          <w:rFonts w:ascii="garamond" w:hAnsi="garamond"/>
          <w:sz w:val="26"/>
          <w:szCs w:val="26"/>
        </w:rPr>
        <w:t xml:space="preserve">The mistake was not mathematical; it was systemic. The Beirut sensor was not broken, but it was executing an American operating system on a European grid that rejected the graft on sight. </w:t>
      </w:r>
    </w:p>
    <w:p w14:paraId="08FAC99B" w14:textId="0A7DE6B2" w:rsidR="004017EE" w:rsidRPr="00B8073B" w:rsidRDefault="00B8073B" w:rsidP="00B8073B">
      <w:pPr>
        <w:rPr>
          <w:rFonts w:ascii="garamond" w:hAnsi="garamond"/>
          <w:color w:val="000000"/>
          <w:sz w:val="26"/>
          <w:szCs w:val="26"/>
        </w:rPr>
      </w:pPr>
      <w:r w:rsidRPr="00B8073B">
        <w:rPr>
          <w:rFonts w:ascii="garamond" w:hAnsi="garamond"/>
          <w:sz w:val="26"/>
          <w:szCs w:val="26"/>
        </w:rPr>
        <w:t xml:space="preserve">Anshu Jain had purchased a U.S.-pedigreed general to conquer a specific terrain, but he had parachuted me into the New York sector without providing the institutional cover to survive the feuds between the Merrill and Bankers Trust factions. I had spent twenty years on a floor where the sensor’s data translated directly into executive command. At Deutsche, the sensor correctly identified every weapon in the </w:t>
      </w:r>
      <w:r w:rsidR="00646B88">
        <w:rPr>
          <w:rFonts w:ascii="garamond" w:hAnsi="garamond"/>
          <w:sz w:val="26"/>
          <w:szCs w:val="26"/>
        </w:rPr>
        <w:t>field</w:t>
      </w:r>
      <w:r w:rsidRPr="00B8073B">
        <w:rPr>
          <w:rFonts w:ascii="garamond" w:hAnsi="garamond"/>
          <w:sz w:val="26"/>
          <w:szCs w:val="26"/>
        </w:rPr>
        <w:t>, but not the structural alignment—the ground troops operated on different risk metrics, and no level of ambition would allow foreign blending</w:t>
      </w:r>
      <w:r w:rsidR="00F01F47">
        <w:rPr>
          <w:rFonts w:ascii="garamond" w:hAnsi="garamond"/>
          <w:sz w:val="26"/>
          <w:szCs w:val="26"/>
        </w:rPr>
        <w:t>, or even infiltration</w:t>
      </w:r>
      <w:r w:rsidRPr="00B8073B">
        <w:rPr>
          <w:rFonts w:ascii="garamond" w:hAnsi="garamond"/>
          <w:sz w:val="26"/>
          <w:szCs w:val="26"/>
        </w:rPr>
        <w:t xml:space="preserve">. It was the highest-paying failure of my life, executed with absolute clarity. I chose to override the political alarms in order to prove that the Legend could survive alone. </w:t>
      </w:r>
      <w:r w:rsidR="004017EE" w:rsidRPr="00B8073B">
        <w:rPr>
          <w:rFonts w:ascii="garamond" w:hAnsi="garamond"/>
          <w:color w:val="000000"/>
          <w:sz w:val="26"/>
          <w:szCs w:val="26"/>
        </w:rPr>
        <w:t>The Beirut sensor was warning me about all the structural and political risks at DB, all of which I chose to ignore. If egos are involved, a human sensor knows that the clearest signal can be overridden. We all know that egos can always be more careful.</w:t>
      </w:r>
    </w:p>
    <w:p w14:paraId="1814F410"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That loss followed me back to New York. Not as a thought. As a condition.</w:t>
      </w:r>
    </w:p>
    <w:p w14:paraId="76E3B87D"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returned home later than usual one evening, early into my Deutsche Bank tenure. Carole was at the kitchen counter, going through papers the way she always did — receipts aligned, numbers squared, a process that had nothing to do with money and everything to do with control.</w:t>
      </w:r>
    </w:p>
    <w:p w14:paraId="192999D6"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“You’re late,” she said without looking up.</w:t>
      </w:r>
    </w:p>
    <w:p w14:paraId="6BFF54F8"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was in London, and the flights were delayed,” I answered. “You knew that.”</w:t>
      </w:r>
    </w:p>
    <w:p w14:paraId="3D6BB112" w14:textId="1E8F1502"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She nodded once.</w:t>
      </w:r>
    </w:p>
    <w:p w14:paraId="6774C67E"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poured a drink. Not because I needed one. Because I knew I would.</w:t>
      </w:r>
    </w:p>
    <w:p w14:paraId="05EFD081"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“How was it?” she asked. “Good,” I said. “What does that mean?” “It means good.”</w:t>
      </w:r>
    </w:p>
    <w:p w14:paraId="5C1E9A96"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lastRenderedPageBreak/>
        <w:t>She looked up then, studying my face the way she used to when something didn’t add up. “You always say that when something’s wrong.”</w:t>
      </w:r>
    </w:p>
    <w:p w14:paraId="1D1D4F66"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That irritated me — not because she was wrong, but because she was right in the one place I couldn’t afford her to be. “Nothing’s wrong,” I said.</w:t>
      </w:r>
    </w:p>
    <w:p w14:paraId="087BCCE8"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She smiled. Not warmly. “Then why do you look like you’ve already been fired?”</w:t>
      </w:r>
    </w:p>
    <w:p w14:paraId="10709363"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That was the first time I felt it clearly. Not failure. Displacement.</w:t>
      </w:r>
    </w:p>
    <w:p w14:paraId="49D2EBCB" w14:textId="1CE2D5EE"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 xml:space="preserve">At Deutsche Bank, I had entered a system that rejected me. At home, I had returned to one that no longer needed me. The fracture inside the firm came immediately. Chris Whitman — senior MD in capital markets — hadn’t known I was coming until the day I arrived. Within weeks, he was transferred to Frankfurt as Group Treasurer: a prominent title, but </w:t>
      </w:r>
      <w:r w:rsidR="00F01F47">
        <w:rPr>
          <w:rFonts w:ascii="garamond" w:hAnsi="garamond"/>
          <w:color w:val="000000"/>
          <w:sz w:val="26"/>
          <w:szCs w:val="26"/>
        </w:rPr>
        <w:t>he was uprooted</w:t>
      </w:r>
      <w:r w:rsidRPr="004017EE">
        <w:rPr>
          <w:rFonts w:ascii="garamond" w:hAnsi="garamond"/>
          <w:color w:val="000000"/>
          <w:sz w:val="26"/>
          <w:szCs w:val="26"/>
        </w:rPr>
        <w:t>. I moved into his glass-walled office on the trading floor, with his assistants reporting to me. I hadn’t earned the office. That is not how you start a leadership relationship.</w:t>
      </w:r>
    </w:p>
    <w:p w14:paraId="3BACB8BE" w14:textId="0B3A91C2"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One afternoon, a senior salesman pulled me aside. “They think your guarantee is obscene,” he said. “It is not,” I replied. “They think it means you’re untouchable.” “I’m here to work,” I said. </w:t>
      </w:r>
    </w:p>
    <w:p w14:paraId="6C381D5F"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He shrugged. “That’s what they’re worried about.” </w:t>
      </w:r>
    </w:p>
    <w:p w14:paraId="3FCBC93C"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The first real conflict happened during a routine planning meeting — clear client ownership, fewer overlapping efforts. A senior MD — smart, respected, English — listened with a polite expression and then said, “This is very American.” He didn’t say it as a compliment.</w:t>
      </w:r>
    </w:p>
    <w:p w14:paraId="07F3E914"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“What do you mean?” I asked. He smiled. “In America, you think you can measure everything and then force the measurement to become reality.” A few people chuckled quietly, relieved that someone had said what they were thinking.</w:t>
      </w:r>
    </w:p>
    <w:p w14:paraId="3341556B" w14:textId="0943CCDD"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could have pushed harder. Instead, I paused. Then I said, “We don’t have to do it my way. But we do have to do it in a way that produces results. Pick a system you believe in, and I’ll hold you to it.” The room went silent. Accountability is a form of intimacy. People hate it until they trust you. They didn’t trust me.</w:t>
      </w:r>
    </w:p>
    <w:p w14:paraId="6C76C9B4"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After the meeting, someone said, with a smile that looked friendly until you felt it, “You will find that Deutsche is not Citigroup.” “I’m counting on it,” I said.</w:t>
      </w:r>
    </w:p>
    <w:p w14:paraId="2424E472"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lastRenderedPageBreak/>
        <w:t>That resistance followed me home. One night, after a long day of small, pointless defeats, I walked into the apartment. Dinner was over. The plates were cleared. The room had moved on without me.</w:t>
      </w:r>
    </w:p>
    <w:p w14:paraId="3B43BF57" w14:textId="77777777" w:rsidR="00F01F47" w:rsidRDefault="004017EE" w:rsidP="00310FED">
      <w:pPr>
        <w:rPr>
          <w:rFonts w:ascii="garamond" w:hAnsi="garamond"/>
          <w:color w:val="000000"/>
          <w:sz w:val="26"/>
          <w:szCs w:val="26"/>
        </w:rPr>
      </w:pPr>
      <w:r w:rsidRPr="004017EE">
        <w:rPr>
          <w:rFonts w:ascii="garamond" w:hAnsi="garamond"/>
          <w:color w:val="000000"/>
          <w:sz w:val="26"/>
          <w:szCs w:val="26"/>
        </w:rPr>
        <w:t xml:space="preserve">“You ate?” I asked. “Yes,” Carole said. “We didn’t know when you’d be back.” It wasn’t accusatory. It was procedural. </w:t>
      </w:r>
    </w:p>
    <w:p w14:paraId="365CAC07" w14:textId="4535C7EE"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stood there holding my jacket, unsure where to place myself in my own home. “Do you want something?” she asked. “No,” I said. That was the truth. Not because I wasn’t hungry. Because I wasn’t included.</w:t>
      </w:r>
    </w:p>
    <w:p w14:paraId="1C404E61" w14:textId="634BC33C"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 xml:space="preserve">At Deutsche, I was the leader without authority. At home, I was the provider without presence. In both places, I had a role. In neither place did I have </w:t>
      </w:r>
      <w:r w:rsidR="00F01F47">
        <w:rPr>
          <w:rFonts w:ascii="garamond" w:hAnsi="garamond"/>
          <w:color w:val="000000"/>
          <w:sz w:val="26"/>
          <w:szCs w:val="26"/>
        </w:rPr>
        <w:t xml:space="preserve">a </w:t>
      </w:r>
      <w:r w:rsidRPr="004017EE">
        <w:rPr>
          <w:rFonts w:ascii="garamond" w:hAnsi="garamond"/>
          <w:color w:val="000000"/>
          <w:sz w:val="26"/>
          <w:szCs w:val="26"/>
        </w:rPr>
        <w:t>belonging.</w:t>
      </w:r>
    </w:p>
    <w:p w14:paraId="6A0B9DCD" w14:textId="5B13D5F4"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 xml:space="preserve">The Beirut sensor had been recalibrated before. It had grown up </w:t>
      </w:r>
      <w:r w:rsidR="00F01F47">
        <w:rPr>
          <w:rFonts w:ascii="garamond" w:hAnsi="garamond"/>
          <w:color w:val="000000"/>
          <w:sz w:val="26"/>
          <w:szCs w:val="26"/>
        </w:rPr>
        <w:t>in Athens and Austin, matured at Salomon</w:t>
      </w:r>
      <w:r w:rsidRPr="004017EE">
        <w:rPr>
          <w:rFonts w:ascii="garamond" w:hAnsi="garamond"/>
          <w:color w:val="000000"/>
          <w:sz w:val="26"/>
          <w:szCs w:val="26"/>
        </w:rPr>
        <w:t xml:space="preserve">, recalibrated for the Travelers acquisition, </w:t>
      </w:r>
      <w:r w:rsidR="00F01F47">
        <w:rPr>
          <w:rFonts w:ascii="garamond" w:hAnsi="garamond"/>
          <w:color w:val="000000"/>
          <w:sz w:val="26"/>
          <w:szCs w:val="26"/>
        </w:rPr>
        <w:t xml:space="preserve">and </w:t>
      </w:r>
      <w:r w:rsidRPr="004017EE">
        <w:rPr>
          <w:rFonts w:ascii="garamond" w:hAnsi="garamond"/>
          <w:color w:val="000000"/>
          <w:sz w:val="26"/>
          <w:szCs w:val="26"/>
        </w:rPr>
        <w:t>re</w:t>
      </w:r>
      <w:r w:rsidR="00F01F47">
        <w:rPr>
          <w:rFonts w:ascii="garamond" w:hAnsi="garamond"/>
          <w:color w:val="000000"/>
          <w:sz w:val="26"/>
          <w:szCs w:val="26"/>
        </w:rPr>
        <w:t>structured</w:t>
      </w:r>
      <w:r w:rsidRPr="004017EE">
        <w:rPr>
          <w:rFonts w:ascii="garamond" w:hAnsi="garamond"/>
          <w:color w:val="000000"/>
          <w:sz w:val="26"/>
          <w:szCs w:val="26"/>
        </w:rPr>
        <w:t xml:space="preserve"> again for the Citi merger. It had built CMG through every one of those institutional currents. Each recalibration had worked because the commanding officer and the ground troops were operating under the same business philosophy. The sensor told the man what to do, the man told the floor, and the floor moved.</w:t>
      </w:r>
    </w:p>
    <w:p w14:paraId="5AB1B503" w14:textId="4C904AB4"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 xml:space="preserve">At Deutsche, </w:t>
      </w:r>
      <w:r w:rsidR="0069284C">
        <w:rPr>
          <w:rFonts w:ascii="garamond" w:hAnsi="garamond"/>
          <w:color w:val="000000"/>
          <w:sz w:val="26"/>
          <w:szCs w:val="26"/>
        </w:rPr>
        <w:t>it</w:t>
      </w:r>
      <w:r w:rsidRPr="004017EE">
        <w:rPr>
          <w:rFonts w:ascii="garamond" w:hAnsi="garamond"/>
          <w:color w:val="000000"/>
          <w:sz w:val="26"/>
          <w:szCs w:val="26"/>
        </w:rPr>
        <w:t xml:space="preserve"> was not recalibrated. It kept reading the field as if it were a U.S. firm with a New York center of gravity, when the firm was European with its center of gravity in London and Frankfurt. Anshu had hired me precisely because of the Citigroup sensor — he wanted a U.S.-pedigreed general — but </w:t>
      </w:r>
      <w:proofErr w:type="gramStart"/>
      <w:r w:rsidRPr="004017EE">
        <w:rPr>
          <w:rFonts w:ascii="garamond" w:hAnsi="garamond"/>
          <w:color w:val="000000"/>
          <w:sz w:val="26"/>
          <w:szCs w:val="26"/>
        </w:rPr>
        <w:t xml:space="preserve">the </w:t>
      </w:r>
      <w:r w:rsidR="0069284C">
        <w:rPr>
          <w:rFonts w:ascii="garamond" w:hAnsi="garamond"/>
          <w:color w:val="000000"/>
          <w:sz w:val="26"/>
          <w:szCs w:val="26"/>
        </w:rPr>
        <w:t>its</w:t>
      </w:r>
      <w:proofErr w:type="gramEnd"/>
      <w:r w:rsidR="0069284C">
        <w:rPr>
          <w:rFonts w:ascii="garamond" w:hAnsi="garamond"/>
          <w:color w:val="000000"/>
          <w:sz w:val="26"/>
          <w:szCs w:val="26"/>
        </w:rPr>
        <w:t xml:space="preserve"> </w:t>
      </w:r>
      <w:r w:rsidRPr="004017EE">
        <w:rPr>
          <w:rFonts w:ascii="garamond" w:hAnsi="garamond"/>
          <w:color w:val="000000"/>
          <w:sz w:val="26"/>
          <w:szCs w:val="26"/>
        </w:rPr>
        <w:t>instructions were aimed at a battlefield that wasn’t there.</w:t>
      </w:r>
    </w:p>
    <w:p w14:paraId="6E7A1160"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Worse, the commanding officer was asking the troops to follow U.S. business philosophy. The troops were not on board. The sensor wasn’t broken. It was correctly executing an operating system that the army would not adopt.</w:t>
      </w:r>
    </w:p>
    <w:p w14:paraId="5BF96F2F"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By the ninth month, something settled in. Not panic. Not anger. Not frustration. Something far worse. Resignation — the one feeling that had never found me in more than twenty years on the floor. The feeling that made me shudder, because it was the most potent weapon against me.</w:t>
      </w:r>
    </w:p>
    <w:p w14:paraId="0B2B39B7"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At Deutsche, I stopped trying to win the room. I managed it. At home, I stopped trying to fix anything. I avoided making it worse. I had nowhere left to recover. Not the office. Not the house. Not even within myself.</w:t>
      </w:r>
    </w:p>
    <w:p w14:paraId="1451DA94"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lastRenderedPageBreak/>
        <w:t>Then the sensor did the last thing it was capable of doing in that field. It registered that the situation could not be fixed. It registered that staying longer would damage my reputation, or worse, force me out under terms I could not control</w:t>
      </w:r>
    </w:p>
    <w:p w14:paraId="233B22FA"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After nine months of deliberation, Jain and I agreed that the best move for both of us was for me to leave. I felt relief and shame at the same time. Relief because I was exhausted. Shame because I had failed at the one thing I’m supposed to do: impose structure. But the real failure was that I kept believing structure could fix a life built to avoid feeling.</w:t>
      </w:r>
    </w:p>
    <w:p w14:paraId="2EB9A80A" w14:textId="3EB49E49"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had assumed Deutsche would want to cut the contract or stall it in arbitration. Anshu refused to even consider it. “It is nonsense</w:t>
      </w:r>
      <w:r w:rsidR="005A35F8">
        <w:rPr>
          <w:rFonts w:ascii="garamond" w:hAnsi="garamond"/>
          <w:color w:val="000000"/>
          <w:sz w:val="26"/>
          <w:szCs w:val="26"/>
        </w:rPr>
        <w:t>; we tried, and it didn’t work.</w:t>
      </w:r>
      <w:r w:rsidRPr="004017EE">
        <w:rPr>
          <w:rFonts w:ascii="garamond" w:hAnsi="garamond"/>
          <w:color w:val="000000"/>
          <w:sz w:val="26"/>
          <w:szCs w:val="26"/>
        </w:rPr>
        <w:t>” he told me directly, in his office in London. He kept his word.</w:t>
      </w:r>
    </w:p>
    <w:p w14:paraId="23704B98"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had spent 20 years at a U.S. institution running global markets within a U.S.-centric strategic framework. Deutsche ran global markets under a European-centric strategic frame. The responsibilities at the surface were the same. The operating philosophy underneath was not. The graft did not take.</w:t>
      </w:r>
    </w:p>
    <w:p w14:paraId="2610D665"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left Deutsche Bank in late 2007. People prefer a cleaner story. This wasn’t one.</w:t>
      </w:r>
    </w:p>
    <w:p w14:paraId="6EFDA1CD"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What I carried out of the building, the army could not touch. I exited with my legacy intact, my name high, because I exited at the right time. The sensor’s last working function had been to register that staying longer would damage twenty years of standing on Wall Street, and in highly detrimental ways. </w:t>
      </w:r>
    </w:p>
    <w:p w14:paraId="13352FC2"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Nine months. I had spent more time on individual transactions. Longer negotiating a single exit package. Longer watching a single restructuring play out in slow motion. It was the longest nine months of my career and by far the highest-paying.</w:t>
      </w:r>
    </w:p>
    <w:p w14:paraId="7A75E9BC" w14:textId="051D0145"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walked out of the glass office. For the first time in my career, my armor w</w:t>
      </w:r>
      <w:r w:rsidR="0069284C">
        <w:rPr>
          <w:rFonts w:ascii="garamond" w:hAnsi="garamond"/>
          <w:color w:val="000000"/>
          <w:sz w:val="26"/>
          <w:szCs w:val="26"/>
        </w:rPr>
        <w:t>as</w:t>
      </w:r>
      <w:r w:rsidRPr="004017EE">
        <w:rPr>
          <w:rFonts w:ascii="garamond" w:hAnsi="garamond"/>
          <w:color w:val="000000"/>
          <w:sz w:val="26"/>
          <w:szCs w:val="26"/>
        </w:rPr>
        <w:t xml:space="preserve"> operating in a field that wasn’t built for what I was. Such was the discovery I had been avoiding. The tools I had used to prevent failure could not be carried into every field. </w:t>
      </w:r>
    </w:p>
    <w:p w14:paraId="1894BD59" w14:textId="77777777" w:rsidR="004017EE" w:rsidRPr="004017EE" w:rsidRDefault="004017EE" w:rsidP="00310FED">
      <w:pPr>
        <w:rPr>
          <w:rFonts w:ascii="garamond" w:hAnsi="garamond"/>
          <w:color w:val="000000"/>
          <w:sz w:val="26"/>
          <w:szCs w:val="26"/>
        </w:rPr>
      </w:pPr>
    </w:p>
    <w:p w14:paraId="495864F2" w14:textId="77777777" w:rsidR="00594811" w:rsidRDefault="00594811">
      <w:pPr>
        <w:rPr>
          <w:rFonts w:ascii="garamond" w:hAnsi="garamond"/>
          <w:b/>
          <w:bCs/>
          <w:color w:val="000000"/>
          <w:sz w:val="26"/>
          <w:szCs w:val="26"/>
        </w:rPr>
      </w:pPr>
      <w:r>
        <w:rPr>
          <w:rFonts w:ascii="garamond" w:hAnsi="garamond"/>
          <w:b/>
          <w:bCs/>
          <w:color w:val="000000"/>
          <w:sz w:val="26"/>
          <w:szCs w:val="26"/>
        </w:rPr>
        <w:br w:type="page"/>
      </w:r>
    </w:p>
    <w:p w14:paraId="1D30AFF7" w14:textId="76AE6B95" w:rsidR="004017EE" w:rsidRPr="004017EE" w:rsidRDefault="004017EE" w:rsidP="00310FED">
      <w:pPr>
        <w:rPr>
          <w:rFonts w:ascii="garamond" w:hAnsi="garamond"/>
          <w:color w:val="000000"/>
          <w:sz w:val="26"/>
          <w:szCs w:val="26"/>
        </w:rPr>
      </w:pPr>
      <w:r w:rsidRPr="004017EE">
        <w:rPr>
          <w:rFonts w:ascii="garamond" w:hAnsi="garamond"/>
          <w:b/>
          <w:bCs/>
          <w:color w:val="000000"/>
          <w:sz w:val="26"/>
          <w:szCs w:val="26"/>
        </w:rPr>
        <w:lastRenderedPageBreak/>
        <w:t>CHAPTER 4</w:t>
      </w:r>
      <w:r w:rsidR="003D3B2B">
        <w:rPr>
          <w:rFonts w:ascii="garamond" w:hAnsi="garamond"/>
          <w:b/>
          <w:bCs/>
          <w:color w:val="000000"/>
          <w:sz w:val="26"/>
          <w:szCs w:val="26"/>
        </w:rPr>
        <w:t>6</w:t>
      </w:r>
      <w:r w:rsidRPr="004017EE">
        <w:rPr>
          <w:rFonts w:ascii="garamond" w:hAnsi="garamond"/>
          <w:b/>
          <w:bCs/>
          <w:color w:val="000000"/>
          <w:sz w:val="26"/>
          <w:szCs w:val="26"/>
        </w:rPr>
        <w:t xml:space="preserve"> — THE STRIKER</w:t>
      </w:r>
      <w:r w:rsidRPr="004017EE">
        <w:rPr>
          <w:rFonts w:ascii="garamond" w:hAnsi="garamond"/>
          <w:color w:val="000000"/>
          <w:sz w:val="26"/>
          <w:szCs w:val="26"/>
        </w:rPr>
        <w:br/>
      </w:r>
      <w:r w:rsidRPr="004017EE">
        <w:rPr>
          <w:rFonts w:ascii="garamond" w:hAnsi="garamond"/>
          <w:b/>
          <w:bCs/>
          <w:color w:val="000000"/>
          <w:sz w:val="26"/>
          <w:szCs w:val="26"/>
        </w:rPr>
        <w:t>Of Soccer &amp; Central Park.</w:t>
      </w:r>
    </w:p>
    <w:p w14:paraId="6FDB45C8" w14:textId="2B7926C3"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It was May 2009</w:t>
      </w:r>
      <w:r w:rsidR="002C7498">
        <w:rPr>
          <w:rFonts w:ascii="garamond" w:hAnsi="garamond"/>
          <w:color w:val="000000"/>
          <w:sz w:val="26"/>
          <w:szCs w:val="26"/>
        </w:rPr>
        <w:t>, and</w:t>
      </w:r>
      <w:r w:rsidRPr="004017EE">
        <w:rPr>
          <w:rFonts w:ascii="garamond" w:hAnsi="garamond"/>
          <w:color w:val="000000"/>
          <w:sz w:val="26"/>
          <w:szCs w:val="26"/>
        </w:rPr>
        <w:t xml:space="preserve"> Anthony was fourteen. He had a soccer match.</w:t>
      </w:r>
    </w:p>
    <w:p w14:paraId="4A110C8E"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The Lycée Français was playing a public school from across the borough on a Saturday afternoon — a neutral field, aluminum bleachers, October light coming in at the low angle that makes everything look more consequential than it is.</w:t>
      </w:r>
    </w:p>
    <w:p w14:paraId="0B1B8A04"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drove Anthony to the game early. We always arrived early to walk the field together — to evaluate the bumps, find the slippage areas, and decide which sides were faster. It defused tension before the warm-up. It was our ritual. I left him afterward and took a seat. He jogged toward his team and strapped the captain’s band around his arm.</w:t>
      </w:r>
    </w:p>
    <w:p w14:paraId="3A8A7A8B"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Anthony was the striker. He had been the striker since the age of seven, when it became clear that he had two qualities that a striker requires above all others: speed with the ball and an absolute refusal to accept that a play was finished. Other kids would stop when the moment looked over. Anthony was still moving.</w:t>
      </w:r>
    </w:p>
    <w:p w14:paraId="6D8BFE16" w14:textId="7BCDBABD"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 xml:space="preserve">I had taught him soccer in the park — Central Park, on weekend mornings when the city was still quiet, and we had the grass to ourselves. I would roll the ball, and he would charge. I would set up small goals from whatever was available — a jacket, a water bottle — and he would shoot until he got it </w:t>
      </w:r>
      <w:r w:rsidR="00703353" w:rsidRPr="004017EE">
        <w:rPr>
          <w:rFonts w:ascii="garamond" w:hAnsi="garamond"/>
          <w:color w:val="000000"/>
          <w:sz w:val="26"/>
          <w:szCs w:val="26"/>
        </w:rPr>
        <w:t>right and</w:t>
      </w:r>
      <w:r w:rsidRPr="004017EE">
        <w:rPr>
          <w:rFonts w:ascii="garamond" w:hAnsi="garamond"/>
          <w:color w:val="000000"/>
          <w:sz w:val="26"/>
          <w:szCs w:val="26"/>
        </w:rPr>
        <w:t xml:space="preserve"> then shoot until he could get it right </w:t>
      </w:r>
      <w:proofErr w:type="gramStart"/>
      <w:r w:rsidRPr="004017EE">
        <w:rPr>
          <w:rFonts w:ascii="garamond" w:hAnsi="garamond"/>
          <w:color w:val="000000"/>
          <w:sz w:val="26"/>
          <w:szCs w:val="26"/>
        </w:rPr>
        <w:t>consistently, and</w:t>
      </w:r>
      <w:proofErr w:type="gramEnd"/>
      <w:r w:rsidRPr="004017EE">
        <w:rPr>
          <w:rFonts w:ascii="garamond" w:hAnsi="garamond"/>
          <w:color w:val="000000"/>
          <w:sz w:val="26"/>
          <w:szCs w:val="26"/>
        </w:rPr>
        <w:t xml:space="preserve"> then shoot until consistent wasn’t good enough anymore. He was not the easiest student. He had opinions about technique. He argued. I let him argue and then showed him why I was right. He would scowl and try it my way, and the ball would go in. He would pretend that it had always been his plan.</w:t>
      </w:r>
    </w:p>
    <w:p w14:paraId="2E9F78CC"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Those mornings were ours. The park version of me — not the man at the desk, not the man on the phone. The version with the windbreaker jacket, the improvised goalposts, the arguing, and the ball in the net.</w:t>
      </w:r>
    </w:p>
    <w:p w14:paraId="36E9E5AE"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The game began. The Lycée was good. The other team was physical — the kind of physical that tests a fourteen-year-old’s willingness to stay on his feet when someone decides the ball is less important than the man. Anthony was shoved. Hard. In the box.</w:t>
      </w:r>
    </w:p>
    <w:p w14:paraId="461D0732"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Penalty.</w:t>
      </w:r>
    </w:p>
    <w:p w14:paraId="62A9F1D6"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lastRenderedPageBreak/>
        <w:t>I watched the Referee place the ball on the spot. Anthony was the captain. He stepped back, took his approach, and shot — and the keeper got it. A good save, low to the right. There was a collective exhale from one side and a collective groan from the other.</w:t>
      </w:r>
    </w:p>
    <w:p w14:paraId="2CAF956E"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The ball bounced as it left the keeper’s hands.</w:t>
      </w:r>
    </w:p>
    <w:p w14:paraId="67046C02"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Anthony was already sprinting forward.</w:t>
      </w:r>
    </w:p>
    <w:p w14:paraId="2FB07AC5"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He had never stopped. He read the bounce before the keeper saved it, or before the keeper could have saved it — some calculation that happens in a striker’s body before the conscious mind catches up. The ball came off the keeper’s arms, and Anthony was already there, and he chipped it in.</w:t>
      </w:r>
    </w:p>
    <w:p w14:paraId="20629C94"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The Lycée won by one.</w:t>
      </w:r>
    </w:p>
    <w:p w14:paraId="021D9869"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His teammates rushed him. That is what footballers do — they converge, they pile on, they celebrate in the specific unself-conscious way of boys who have just done something together and can feel it. Anthony accepted this for approximately fifteen seconds.</w:t>
      </w:r>
    </w:p>
    <w:p w14:paraId="446CA1ED"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Then he came to me.</w:t>
      </w:r>
    </w:p>
    <w:p w14:paraId="168CDA44"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He came off the field and across the track and up a few steps to where I was seated, breathing hard. He hugged me the way he used to hug me when he was small enough that the hug was his whole body. He whispered in my ear: “Thank you for teaching me soccer in the park, Dad.”</w:t>
      </w:r>
    </w:p>
    <w:p w14:paraId="349E3307"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He added, “I’m famous now.”</w:t>
      </w:r>
    </w:p>
    <w:p w14:paraId="34186298"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held him for a moment. My thirteen-year-old son, who had just won a game by refusing to accept that the play was finished, who had turned a missed penalty into a goal by staying in motion when everyone else had exhaled, who came to me first before the celebration had even properly begun.</w:t>
      </w:r>
    </w:p>
    <w:p w14:paraId="268B2CE6"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“Famous and handsome,” I told him. And I kissed him.</w:t>
      </w:r>
    </w:p>
    <w:p w14:paraId="44463890"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He grinned — the Anthony grin, the one he tries to suppress because fourteen requires a certain composure — and then turned back to his team. I watched him go. The October light did what October light does to moments you want to keep.</w:t>
      </w:r>
    </w:p>
    <w:p w14:paraId="54F4D151"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None of it mattered for those forty-five seconds. He came to me first.</w:t>
      </w:r>
    </w:p>
    <w:p w14:paraId="4F0EE492" w14:textId="50B9CFE4" w:rsidR="004017EE" w:rsidRPr="00EE6211" w:rsidRDefault="00310FED" w:rsidP="00310FED">
      <w:pPr>
        <w:rPr>
          <w:rFonts w:ascii="garamond" w:hAnsi="garamond"/>
          <w:b/>
          <w:bCs/>
          <w:color w:val="000000"/>
          <w:sz w:val="26"/>
          <w:szCs w:val="26"/>
        </w:rPr>
      </w:pPr>
      <w:r>
        <w:rPr>
          <w:rFonts w:ascii="garamond" w:hAnsi="garamond"/>
          <w:b/>
          <w:bCs/>
          <w:color w:val="000000"/>
          <w:sz w:val="26"/>
          <w:szCs w:val="26"/>
        </w:rPr>
        <w:br w:type="page"/>
      </w:r>
      <w:r w:rsidR="004017EE" w:rsidRPr="004017EE">
        <w:rPr>
          <w:rFonts w:ascii="garamond" w:hAnsi="garamond"/>
          <w:b/>
          <w:bCs/>
          <w:color w:val="000000"/>
          <w:sz w:val="26"/>
          <w:szCs w:val="26"/>
        </w:rPr>
        <w:lastRenderedPageBreak/>
        <w:t>CHAPTER 4</w:t>
      </w:r>
      <w:r w:rsidR="003D3B2B">
        <w:rPr>
          <w:rFonts w:ascii="garamond" w:hAnsi="garamond"/>
          <w:b/>
          <w:bCs/>
          <w:color w:val="000000"/>
          <w:sz w:val="26"/>
          <w:szCs w:val="26"/>
        </w:rPr>
        <w:t>7</w:t>
      </w:r>
      <w:r w:rsidR="004017EE" w:rsidRPr="004017EE">
        <w:rPr>
          <w:rFonts w:ascii="garamond" w:hAnsi="garamond"/>
          <w:b/>
          <w:bCs/>
          <w:color w:val="000000"/>
          <w:sz w:val="26"/>
          <w:szCs w:val="26"/>
        </w:rPr>
        <w:t xml:space="preserve"> — </w:t>
      </w:r>
      <w:r w:rsidR="007865D6">
        <w:rPr>
          <w:rFonts w:ascii="garamond" w:hAnsi="garamond"/>
          <w:b/>
          <w:bCs/>
          <w:color w:val="000000"/>
          <w:sz w:val="26"/>
          <w:szCs w:val="26"/>
        </w:rPr>
        <w:t>FROM SELL TO BUY</w:t>
      </w:r>
      <w:r w:rsidR="004017EE" w:rsidRPr="004017EE">
        <w:rPr>
          <w:rFonts w:ascii="garamond" w:hAnsi="garamond"/>
          <w:color w:val="000000"/>
          <w:sz w:val="26"/>
          <w:szCs w:val="26"/>
        </w:rPr>
        <w:br/>
      </w:r>
      <w:r w:rsidR="004017EE" w:rsidRPr="004017EE">
        <w:rPr>
          <w:rFonts w:ascii="garamond" w:hAnsi="garamond"/>
          <w:b/>
          <w:bCs/>
          <w:color w:val="000000"/>
          <w:sz w:val="26"/>
          <w:szCs w:val="26"/>
        </w:rPr>
        <w:t xml:space="preserve">The </w:t>
      </w:r>
      <w:r w:rsidR="007865D6">
        <w:rPr>
          <w:rFonts w:ascii="garamond" w:hAnsi="garamond"/>
          <w:b/>
          <w:bCs/>
          <w:color w:val="000000"/>
          <w:sz w:val="26"/>
          <w:szCs w:val="26"/>
        </w:rPr>
        <w:t>Hunter Becomes The Hunted.</w:t>
      </w:r>
    </w:p>
    <w:p w14:paraId="09638E35" w14:textId="41C1A4A6"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The call came from Max Holmes in 2008, a former Salomon Brothers colleague and one of the sharpest bankruptcy workout specialists in the business. Max was a veteran of the Drexel Burnham Lambert era, having worked under Milken during the high-octane junk-bond years. He was brilliant and possessed the kind of calm that only comes from navigating multi-billion-dollar</w:t>
      </w:r>
      <w:r w:rsidR="005A35F8">
        <w:rPr>
          <w:rFonts w:ascii="garamond" w:hAnsi="garamond"/>
          <w:color w:val="000000"/>
          <w:sz w:val="26"/>
          <w:szCs w:val="26"/>
        </w:rPr>
        <w:t xml:space="preserve"> restructurings</w:t>
      </w:r>
      <w:r w:rsidRPr="004017EE">
        <w:rPr>
          <w:rFonts w:ascii="garamond" w:hAnsi="garamond"/>
          <w:color w:val="000000"/>
          <w:sz w:val="26"/>
          <w:szCs w:val="26"/>
        </w:rPr>
        <w:t>.</w:t>
      </w:r>
    </w:p>
    <w:p w14:paraId="4B534093"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"Marwan," he said, "are you still at Deutsche?"</w:t>
      </w:r>
    </w:p>
    <w:p w14:paraId="53E11F84"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am out," I replied.</w:t>
      </w:r>
    </w:p>
    <w:p w14:paraId="7E82FC2B"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Max continued, "Good. I'm running something that needs grownups. Come up to Greenwich."</w:t>
      </w:r>
    </w:p>
    <w:p w14:paraId="0210E913" w14:textId="55845AC9"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 xml:space="preserve">He couldn't have known the state of the man on the other end of the line. For twenty-two years, I had been permanently on. I had led global capital markets groups at two of the world's largest investment banks, </w:t>
      </w:r>
      <w:r w:rsidR="00721D96">
        <w:rPr>
          <w:rFonts w:ascii="garamond" w:hAnsi="garamond"/>
          <w:color w:val="000000"/>
          <w:sz w:val="26"/>
          <w:szCs w:val="26"/>
        </w:rPr>
        <w:t>survived</w:t>
      </w:r>
      <w:r w:rsidRPr="004017EE">
        <w:rPr>
          <w:rFonts w:ascii="garamond" w:hAnsi="garamond"/>
          <w:color w:val="000000"/>
          <w:sz w:val="26"/>
          <w:szCs w:val="26"/>
        </w:rPr>
        <w:t xml:space="preserve"> the 1991 Salomon Treasury auction scandal, and </w:t>
      </w:r>
      <w:r w:rsidR="00684387">
        <w:rPr>
          <w:rFonts w:ascii="garamond" w:hAnsi="garamond"/>
          <w:color w:val="000000"/>
          <w:sz w:val="26"/>
          <w:szCs w:val="26"/>
        </w:rPr>
        <w:t xml:space="preserve">maneuvered </w:t>
      </w:r>
      <w:r w:rsidRPr="004017EE">
        <w:rPr>
          <w:rFonts w:ascii="garamond" w:hAnsi="garamond"/>
          <w:color w:val="000000"/>
          <w:sz w:val="26"/>
          <w:szCs w:val="26"/>
        </w:rPr>
        <w:t>the 1998 merger of the century.</w:t>
      </w:r>
    </w:p>
    <w:p w14:paraId="5DCA1D25"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If success were measured in wealth, the game was already won. But inside my body, something was melting. Fatigue — a rarity on Wall Street, where fear is the only sanctioned emotion — had curdled into something closer to combustion. A machine can run at its redline for a long time, but eventually the friction exceeds the cooling, and the burn is all over.</w:t>
      </w:r>
    </w:p>
    <w:p w14:paraId="2DCD0AD5"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accepted Max's invitation. The Metro-North ride to Greenwich felt like a slow-motion exit from my own life. As the New York City skyline receded in the window, the air seemed to change. The city's roar was replaced by the suburban calmness of Connecticut.</w:t>
      </w:r>
    </w:p>
    <w:p w14:paraId="2E25578F"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Plainfield Asset Management sat behind a discreet, almost apologetic façade. No neon, no soaring atrium, none of the predatory swagger of the bulge-bracket firms downtown. Just money trying very hard to look like it didn't want attention.</w:t>
      </w:r>
    </w:p>
    <w:p w14:paraId="699CDC0B"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Max met me in the lobby and walked me upstairs. No small talk. We sat in his office, which overlooked a landscape far too quiet for a man used to the 1.8-acre internal chaos of 390 Greenwich Street.</w:t>
      </w:r>
    </w:p>
    <w:p w14:paraId="41B27CB2"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want you here," Max said. "You'll love the buy side. We keep it simple."</w:t>
      </w:r>
    </w:p>
    <w:p w14:paraId="77668550"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lastRenderedPageBreak/>
        <w:t>At the time, Plainfield was a powerhouse hedge fund with multi-billion-dollar in capital. Its primary focus was on distressed and bankruptcy debt. A boutique shop operating with an autonomy that felt alien to a man who had lived within the invasive bureaucracies of Citigroup and Deutsche.</w:t>
      </w:r>
    </w:p>
    <w:p w14:paraId="3315474C"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"I've never done the buy side," I admitted.</w:t>
      </w:r>
    </w:p>
    <w:p w14:paraId="525D0467"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Max shrugged, his eyes drifting toward the flickering Bloomberg screens behind him. "You'll learn. The sell side is about to get uglier than you can imagine."</w:t>
      </w:r>
    </w:p>
    <w:p w14:paraId="557EBC6F"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He was right. The global financial system was not just trembling — it was in the early stages of a massive cardiac arrest. The banking world had spent years addicted to cheap liquidity, bundling subprime mortgages into tranches of junk that no one truly understood. Bear Stearns had already collapsed and been sold to JPMorgan for a fistful of dollars. Lehman Brothers was wobbling. We were knocking on the grand door of the Great Recession.</w:t>
      </w:r>
    </w:p>
    <w:p w14:paraId="7A0FC011"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wanted to say no. A deeper part of me was tired of being the anchor, tired of being the man everyone depended on. But I was a nomad who had forgotten how to stand still. Without a mission, I was a ghost. My identity was so intertwined with deals and deadlines that the prospect of a quiet life felt more dangerous than a market collapse.</w:t>
      </w:r>
    </w:p>
    <w:p w14:paraId="494852E6"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shook Max's hand. "I am in," I said. On Wall Street, a handshake is either the most sacred bond or the ultimate delusion. With Max, I knew it was the former.</w:t>
      </w:r>
    </w:p>
    <w:p w14:paraId="76A10BA8"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said, "Being in the right seat with the right people is the only asset that hasn't been devalued yet."</w:t>
      </w:r>
    </w:p>
    <w:p w14:paraId="1B491E86"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Max placed his other hand on our joined hands. "Who said good people change? Welcome to Plainfield."</w:t>
      </w:r>
    </w:p>
    <w:p w14:paraId="5F24C322"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shifted from selling risk to buying risk. The timing was a masterpiece of irony. I had entered the buy side precisely when the verb buy had disappeared from the global vocabulary. The markets were dislocating violently, and while Plainfield specialized in the very distressed credit that should have thrived in such chaos, we were trapped by a fundamental flaw: our capital was not patient.</w:t>
      </w:r>
    </w:p>
    <w:p w14:paraId="205EE1FE"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 xml:space="preserve">Our assets required time to mature, to work through the slow processes of bankruptcy courts and restructurings. But our investors had short lock-up periods. When the panic of 2008 reached fever pitch, redemption requests came in like a landslide. You can survive almost any storm if your anchor holds, but when your </w:t>
      </w:r>
      <w:r w:rsidRPr="004017EE">
        <w:rPr>
          <w:rFonts w:ascii="garamond" w:hAnsi="garamond"/>
          <w:color w:val="000000"/>
          <w:sz w:val="26"/>
          <w:szCs w:val="26"/>
        </w:rPr>
        <w:lastRenderedPageBreak/>
        <w:t>anchor is investor sentiment, it drags you down. We were forced to sell good assets at basement prices just to meet the calls. That isn't investing. It is an orderly surrender.</w:t>
      </w:r>
    </w:p>
    <w:p w14:paraId="7310A3AA"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remember the meeting when the numbers shifted from uncomfortable to lethal. We sat around a conference table in the manicured hush of Greenwich. The coffee was cold. The spreadsheets on the wall were no longer tools. They were indictments.</w:t>
      </w:r>
    </w:p>
    <w:p w14:paraId="60639B28"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"We can't meet our redemptions," a partner said, his voice flattened by shock. "Not without liquidating the core of the fund at fire-sale discounts."</w:t>
      </w:r>
    </w:p>
    <w:p w14:paraId="684424AC"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"We can raise the gates," another offered.</w:t>
      </w:r>
    </w:p>
    <w:p w14:paraId="193FBDD8"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In the hedge-fund lexicon, raising the gates is the equivalent of a death sentence. It means trapping your investors' money against their will. It buys you time, but it costs you reputation. It guarantees a resentment that no future return can ever truly erase.</w:t>
      </w:r>
    </w:p>
    <w:p w14:paraId="3D62B566"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For more than twenty years, I had been the hunter — tracking clients, trades, and trends, never missing a signal, never skipping a beat. Now something much larger was hunting us. Liquidity was the sniper, and we were caught in an open alley.</w:t>
      </w:r>
    </w:p>
    <w:p w14:paraId="0ED5F129"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By the end of 2010, the orderly liquidation was in full swing. A career spent building global platforms had reached its final act: I was now dismantling one. One of our remaining assets was Summit Securities, a nimble Manhattan broker-dealer specializing in high-yield fixed-income. Max asked me to oversee its sale — much like a finale for a man who had closed thousands of deals.</w:t>
      </w:r>
    </w:p>
    <w:p w14:paraId="409162F9" w14:textId="0462CE2D"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 xml:space="preserve">We closed the </w:t>
      </w:r>
      <w:r w:rsidR="00192B53">
        <w:rPr>
          <w:rFonts w:ascii="garamond" w:hAnsi="garamond"/>
          <w:color w:val="000000"/>
          <w:sz w:val="26"/>
          <w:szCs w:val="26"/>
        </w:rPr>
        <w:t>sale of Summit Securities</w:t>
      </w:r>
      <w:r w:rsidRPr="004017EE">
        <w:rPr>
          <w:rFonts w:ascii="garamond" w:hAnsi="garamond"/>
          <w:color w:val="000000"/>
          <w:sz w:val="26"/>
          <w:szCs w:val="26"/>
        </w:rPr>
        <w:t xml:space="preserve"> in early 2011, and with that, the lights at Plainfield began to dim. The firm fired ninety-five percent of its staff, </w:t>
      </w:r>
      <w:r w:rsidR="00721D96" w:rsidRPr="004017EE">
        <w:rPr>
          <w:rFonts w:ascii="garamond" w:hAnsi="garamond"/>
          <w:color w:val="000000"/>
          <w:sz w:val="26"/>
          <w:szCs w:val="26"/>
        </w:rPr>
        <w:t>me</w:t>
      </w:r>
      <w:r w:rsidRPr="004017EE">
        <w:rPr>
          <w:rFonts w:ascii="garamond" w:hAnsi="garamond"/>
          <w:color w:val="000000"/>
          <w:sz w:val="26"/>
          <w:szCs w:val="26"/>
        </w:rPr>
        <w:t xml:space="preserve"> included.</w:t>
      </w:r>
    </w:p>
    <w:p w14:paraId="41C2A9D6" w14:textId="1882C7CD" w:rsidR="004017EE" w:rsidRPr="004017EE" w:rsidRDefault="004017EE" w:rsidP="00310FED">
      <w:pPr>
        <w:rPr>
          <w:rFonts w:ascii="garamond" w:hAnsi="garamond"/>
          <w:color w:val="000000"/>
          <w:sz w:val="26"/>
          <w:szCs w:val="26"/>
        </w:rPr>
      </w:pPr>
      <w:r>
        <w:rPr>
          <w:rFonts w:ascii="garamond" w:hAnsi="garamond"/>
          <w:sz w:val="26"/>
        </w:rPr>
        <w:t xml:space="preserve">The firm was finished. </w:t>
      </w:r>
      <w:r w:rsidR="007865D6">
        <w:rPr>
          <w:rFonts w:ascii="garamond" w:hAnsi="garamond"/>
          <w:sz w:val="26"/>
        </w:rPr>
        <w:t xml:space="preserve">I should have been finished. </w:t>
      </w:r>
      <w:r>
        <w:rPr>
          <w:rFonts w:ascii="garamond" w:hAnsi="garamond"/>
          <w:sz w:val="26"/>
        </w:rPr>
        <w:t>But the Street has a way of finding the people who know how to take things apart, and a man who has just closed the sale of a broker-dealer in a collapsing market is, briefly, the most valuable kind of person there is.</w:t>
      </w:r>
    </w:p>
    <w:p w14:paraId="5B974556" w14:textId="46A1F75D" w:rsidR="007865D6" w:rsidRDefault="007865D6" w:rsidP="0041407A">
      <w:pPr>
        <w:rPr>
          <w:rFonts w:ascii="garamond" w:hAnsi="garamond" w:cs="Calibri"/>
          <w:sz w:val="28"/>
          <w:szCs w:val="28"/>
        </w:rPr>
      </w:pPr>
      <w:r>
        <w:rPr>
          <w:rFonts w:ascii="garamond" w:hAnsi="garamond" w:cs="Calibri"/>
          <w:sz w:val="28"/>
          <w:szCs w:val="28"/>
        </w:rPr>
        <w:t>And t</w:t>
      </w:r>
      <w:r w:rsidR="0041407A" w:rsidRPr="00740982">
        <w:rPr>
          <w:rFonts w:ascii="garamond" w:hAnsi="garamond" w:cs="Calibri"/>
          <w:sz w:val="28"/>
          <w:szCs w:val="28"/>
        </w:rPr>
        <w:t xml:space="preserve">he call came. </w:t>
      </w:r>
    </w:p>
    <w:p w14:paraId="5C1EBFE8" w14:textId="77777777" w:rsidR="007865D6" w:rsidRDefault="007865D6" w:rsidP="0041407A">
      <w:pPr>
        <w:rPr>
          <w:rFonts w:ascii="garamond" w:hAnsi="garamond" w:cs="Calibri"/>
          <w:sz w:val="28"/>
          <w:szCs w:val="28"/>
        </w:rPr>
      </w:pPr>
    </w:p>
    <w:p w14:paraId="1699A12F" w14:textId="77777777" w:rsidR="007865D6" w:rsidRDefault="007865D6" w:rsidP="0041407A">
      <w:pPr>
        <w:rPr>
          <w:rFonts w:ascii="garamond" w:hAnsi="garamond" w:cs="Calibri"/>
          <w:sz w:val="28"/>
          <w:szCs w:val="28"/>
        </w:rPr>
      </w:pPr>
    </w:p>
    <w:p w14:paraId="224F2FED" w14:textId="77777777" w:rsidR="007865D6" w:rsidRDefault="007865D6" w:rsidP="00310FED">
      <w:pPr>
        <w:rPr>
          <w:rFonts w:ascii="garamond" w:hAnsi="garamond" w:cs="Calibri"/>
          <w:sz w:val="28"/>
          <w:szCs w:val="28"/>
        </w:rPr>
      </w:pPr>
    </w:p>
    <w:p w14:paraId="1F52E5AA" w14:textId="6A154378" w:rsidR="007865D6" w:rsidRPr="007865D6" w:rsidRDefault="007865D6" w:rsidP="00310FED">
      <w:pPr>
        <w:rPr>
          <w:rFonts w:ascii="garamond" w:hAnsi="garamond"/>
          <w:b/>
          <w:bCs/>
          <w:color w:val="000000"/>
          <w:sz w:val="26"/>
          <w:szCs w:val="26"/>
        </w:rPr>
      </w:pPr>
      <w:r w:rsidRPr="004017EE">
        <w:rPr>
          <w:rFonts w:ascii="garamond" w:hAnsi="garamond"/>
          <w:b/>
          <w:bCs/>
          <w:color w:val="000000"/>
          <w:sz w:val="26"/>
          <w:szCs w:val="26"/>
        </w:rPr>
        <w:lastRenderedPageBreak/>
        <w:t>CHAPTER 4</w:t>
      </w:r>
      <w:r>
        <w:rPr>
          <w:rFonts w:ascii="garamond" w:hAnsi="garamond"/>
          <w:b/>
          <w:bCs/>
          <w:color w:val="000000"/>
          <w:sz w:val="26"/>
          <w:szCs w:val="26"/>
        </w:rPr>
        <w:t>7</w:t>
      </w:r>
      <w:r w:rsidR="00205075">
        <w:rPr>
          <w:rFonts w:ascii="garamond" w:hAnsi="garamond"/>
          <w:b/>
          <w:bCs/>
          <w:color w:val="000000"/>
          <w:sz w:val="26"/>
          <w:szCs w:val="26"/>
        </w:rPr>
        <w:t>A</w:t>
      </w:r>
      <w:r w:rsidRPr="004017EE">
        <w:rPr>
          <w:rFonts w:ascii="garamond" w:hAnsi="garamond"/>
          <w:b/>
          <w:bCs/>
          <w:color w:val="000000"/>
          <w:sz w:val="26"/>
          <w:szCs w:val="26"/>
        </w:rPr>
        <w:t xml:space="preserve"> — THE HIGHWAY EMPTIES</w:t>
      </w:r>
      <w:r w:rsidRPr="004017EE">
        <w:rPr>
          <w:rFonts w:ascii="garamond" w:hAnsi="garamond"/>
          <w:color w:val="000000"/>
          <w:sz w:val="26"/>
          <w:szCs w:val="26"/>
        </w:rPr>
        <w:br/>
      </w:r>
      <w:r w:rsidRPr="004017EE">
        <w:rPr>
          <w:rFonts w:ascii="garamond" w:hAnsi="garamond"/>
          <w:b/>
          <w:bCs/>
          <w:color w:val="000000"/>
          <w:sz w:val="26"/>
          <w:szCs w:val="26"/>
        </w:rPr>
        <w:t>The Legend Becomes A Passenger.</w:t>
      </w:r>
    </w:p>
    <w:p w14:paraId="5CA5D72A" w14:textId="52EE6985" w:rsidR="0041407A" w:rsidRPr="007865D6" w:rsidRDefault="0041407A" w:rsidP="00310FED">
      <w:pPr>
        <w:rPr>
          <w:rFonts w:ascii="garamond" w:hAnsi="garamond" w:cs="Calibri"/>
          <w:color w:val="000000"/>
          <w:sz w:val="28"/>
          <w:szCs w:val="28"/>
        </w:rPr>
      </w:pPr>
      <w:r w:rsidRPr="00740982">
        <w:rPr>
          <w:rFonts w:ascii="garamond" w:hAnsi="garamond" w:cs="Calibri"/>
          <w:sz w:val="28"/>
          <w:szCs w:val="28"/>
        </w:rPr>
        <w:t xml:space="preserve">The </w:t>
      </w:r>
      <w:r w:rsidRPr="00740982">
        <w:rPr>
          <w:rFonts w:ascii="garamond" w:hAnsi="garamond" w:cs="Calibri"/>
          <w:sz w:val="26"/>
          <w:szCs w:val="26"/>
        </w:rPr>
        <w:t>Carlyl</w:t>
      </w:r>
      <w:r w:rsidRPr="00740982">
        <w:rPr>
          <w:rFonts w:ascii="garamond" w:hAnsi="garamond" w:cs="Calibri"/>
          <w:sz w:val="28"/>
          <w:szCs w:val="28"/>
        </w:rPr>
        <w:t xml:space="preserve">e Group called unexpectedly—with the kind of position I was groomed for throughout my </w:t>
      </w:r>
      <w:r w:rsidR="007865D6">
        <w:rPr>
          <w:rFonts w:ascii="garamond" w:hAnsi="garamond" w:cs="Calibri"/>
          <w:sz w:val="28"/>
          <w:szCs w:val="28"/>
        </w:rPr>
        <w:t>25-</w:t>
      </w:r>
      <w:r w:rsidRPr="00740982">
        <w:rPr>
          <w:rFonts w:ascii="garamond" w:hAnsi="garamond" w:cs="Calibri"/>
          <w:sz w:val="28"/>
          <w:szCs w:val="28"/>
        </w:rPr>
        <w:t xml:space="preserve">year </w:t>
      </w:r>
      <w:r w:rsidR="007865D6">
        <w:rPr>
          <w:rFonts w:ascii="garamond" w:hAnsi="garamond" w:cs="Calibri"/>
          <w:sz w:val="28"/>
          <w:szCs w:val="28"/>
        </w:rPr>
        <w:t>career</w:t>
      </w:r>
      <w:r w:rsidRPr="00740982">
        <w:rPr>
          <w:rFonts w:ascii="garamond" w:hAnsi="garamond" w:cs="Calibri"/>
          <w:sz w:val="28"/>
          <w:szCs w:val="28"/>
        </w:rPr>
        <w:t>. And I understood exactly what it was. It was not a job. It was the road, my road, opening again at the precise moment it was most tempting to me.</w:t>
      </w:r>
    </w:p>
    <w:p w14:paraId="12CA4EA2" w14:textId="5B382A8C" w:rsidR="004017EE" w:rsidRPr="004017EE" w:rsidRDefault="004017EE" w:rsidP="00310FED">
      <w:pPr>
        <w:rPr>
          <w:rFonts w:ascii="garamond" w:hAnsi="garamond"/>
          <w:color w:val="000000"/>
          <w:sz w:val="26"/>
          <w:szCs w:val="26"/>
        </w:rPr>
      </w:pPr>
      <w:r>
        <w:rPr>
          <w:rFonts w:ascii="garamond" w:hAnsi="garamond"/>
          <w:sz w:val="26"/>
        </w:rPr>
        <w:t>People think a market collapse is when you leave Wall Street. For me</w:t>
      </w:r>
      <w:r w:rsidR="00582440">
        <w:rPr>
          <w:rFonts w:ascii="garamond" w:hAnsi="garamond"/>
          <w:sz w:val="26"/>
        </w:rPr>
        <w:t>,</w:t>
      </w:r>
      <w:r>
        <w:rPr>
          <w:rFonts w:ascii="garamond" w:hAnsi="garamond"/>
          <w:sz w:val="26"/>
        </w:rPr>
        <w:t xml:space="preserve"> it was the opposite. A collapse was the best weather I knew. </w:t>
      </w:r>
      <w:r w:rsidR="00B8649F">
        <w:rPr>
          <w:rFonts w:ascii="garamond" w:hAnsi="garamond"/>
          <w:sz w:val="26"/>
        </w:rPr>
        <w:t>It</w:t>
      </w:r>
      <w:r>
        <w:rPr>
          <w:rFonts w:ascii="garamond" w:hAnsi="garamond"/>
          <w:sz w:val="26"/>
        </w:rPr>
        <w:t xml:space="preserve"> w</w:t>
      </w:r>
      <w:r w:rsidR="00B8649F">
        <w:rPr>
          <w:rFonts w:ascii="garamond" w:hAnsi="garamond"/>
          <w:sz w:val="26"/>
        </w:rPr>
        <w:t>as</w:t>
      </w:r>
      <w:r>
        <w:rPr>
          <w:rFonts w:ascii="garamond" w:hAnsi="garamond"/>
          <w:sz w:val="26"/>
        </w:rPr>
        <w:t xml:space="preserve"> the time that defined my work, my persona, my drive. </w:t>
      </w:r>
      <w:r w:rsidR="00B8649F">
        <w:rPr>
          <w:rFonts w:ascii="garamond" w:hAnsi="garamond"/>
          <w:sz w:val="26"/>
        </w:rPr>
        <w:t>It</w:t>
      </w:r>
      <w:r>
        <w:rPr>
          <w:rFonts w:ascii="garamond" w:hAnsi="garamond"/>
          <w:sz w:val="26"/>
        </w:rPr>
        <w:t xml:space="preserve"> </w:t>
      </w:r>
      <w:r w:rsidR="009F0F41">
        <w:rPr>
          <w:rFonts w:ascii="garamond" w:hAnsi="garamond"/>
          <w:sz w:val="26"/>
        </w:rPr>
        <w:t xml:space="preserve">was what </w:t>
      </w:r>
      <w:r>
        <w:rPr>
          <w:rFonts w:ascii="garamond" w:hAnsi="garamond"/>
          <w:sz w:val="26"/>
        </w:rPr>
        <w:t>made me Marchenko.</w:t>
      </w:r>
    </w:p>
    <w:p w14:paraId="763767DA" w14:textId="14C51F05" w:rsidR="004017EE" w:rsidRPr="004017EE" w:rsidRDefault="004017EE" w:rsidP="00310FED">
      <w:pPr>
        <w:rPr>
          <w:rFonts w:ascii="garamond" w:hAnsi="garamond"/>
          <w:color w:val="000000"/>
          <w:sz w:val="26"/>
          <w:szCs w:val="26"/>
        </w:rPr>
      </w:pPr>
      <w:r>
        <w:rPr>
          <w:rFonts w:ascii="garamond" w:hAnsi="garamond"/>
          <w:sz w:val="26"/>
        </w:rPr>
        <w:t>So this was not the easy no. The easy no is when the market is dead</w:t>
      </w:r>
      <w:r w:rsidR="00582440">
        <w:rPr>
          <w:rFonts w:ascii="garamond" w:hAnsi="garamond"/>
          <w:sz w:val="26"/>
        </w:rPr>
        <w:t>,</w:t>
      </w:r>
      <w:r>
        <w:rPr>
          <w:rFonts w:ascii="garamond" w:hAnsi="garamond"/>
          <w:sz w:val="26"/>
        </w:rPr>
        <w:t xml:space="preserve"> and there is nothing left to want. This was the hard one. The road was open, it was the kind of road I loved most, and I was being invited onto it by name.</w:t>
      </w:r>
    </w:p>
    <w:p w14:paraId="46980F94" w14:textId="77777777" w:rsidR="004017EE" w:rsidRPr="004017EE" w:rsidRDefault="004017EE" w:rsidP="00310FED">
      <w:pPr>
        <w:rPr>
          <w:rFonts w:ascii="garamond" w:hAnsi="garamond"/>
          <w:color w:val="000000"/>
          <w:sz w:val="26"/>
          <w:szCs w:val="26"/>
        </w:rPr>
      </w:pPr>
      <w:r>
        <w:rPr>
          <w:rFonts w:ascii="garamond" w:hAnsi="garamond"/>
          <w:sz w:val="26"/>
        </w:rPr>
        <w:t>I said no.</w:t>
      </w:r>
    </w:p>
    <w:p w14:paraId="529A847F" w14:textId="77777777" w:rsidR="004017EE" w:rsidRPr="004017EE" w:rsidRDefault="004017EE" w:rsidP="00310FED">
      <w:pPr>
        <w:rPr>
          <w:rFonts w:ascii="garamond" w:hAnsi="garamond"/>
          <w:color w:val="000000"/>
          <w:sz w:val="26"/>
          <w:szCs w:val="26"/>
        </w:rPr>
      </w:pPr>
      <w:r>
        <w:rPr>
          <w:rFonts w:ascii="garamond" w:hAnsi="garamond"/>
          <w:sz w:val="26"/>
        </w:rPr>
        <w:t>Not because I couldn't. Not because I was too tired, though I was. I said no because I no longer wanted that road. I had spent my life learning how to run, and I had never learned how to walk. My children were older now. They could understand me. They could meet me where I was — not because I needed them to slow me down, but because, for the first time, I wanted it. I wanted to be there for them with no look back over my shoulder at the floor.</w:t>
      </w:r>
    </w:p>
    <w:p w14:paraId="0CD9CCEA" w14:textId="4FB71FD2" w:rsidR="004017EE" w:rsidRPr="004017EE" w:rsidRDefault="004017EE" w:rsidP="00310FED">
      <w:pPr>
        <w:rPr>
          <w:rFonts w:ascii="garamond" w:hAnsi="garamond"/>
          <w:color w:val="000000"/>
          <w:sz w:val="26"/>
          <w:szCs w:val="26"/>
        </w:rPr>
      </w:pPr>
      <w:r>
        <w:rPr>
          <w:rFonts w:ascii="garamond" w:hAnsi="garamond"/>
          <w:sz w:val="26"/>
        </w:rPr>
        <w:t>It was the first time in my career I had turned down the road while the road was still good. Every other exit I had ever made was a move to a better seat. This was not a move to a better seat. This was stepping off the belt entirely.</w:t>
      </w:r>
    </w:p>
    <w:p w14:paraId="1A96D925" w14:textId="63CF3434" w:rsidR="004017EE" w:rsidRPr="004017EE" w:rsidRDefault="004017EE" w:rsidP="00310FED">
      <w:pPr>
        <w:rPr>
          <w:rFonts w:ascii="garamond" w:hAnsi="garamond"/>
          <w:color w:val="000000"/>
          <w:sz w:val="26"/>
          <w:szCs w:val="26"/>
        </w:rPr>
      </w:pPr>
      <w:r>
        <w:rPr>
          <w:rFonts w:ascii="garamond" w:hAnsi="garamond"/>
          <w:sz w:val="26"/>
        </w:rPr>
        <w:t xml:space="preserve">If a twenty-five-year-old asked me today how to succeed on Wall Street, I would tell them the truth. You have to be a warrior. If you are not willing to be one, do not start — you will collapse inside five years. It is consecutive marathons, and the Street will take every ounce of energy. </w:t>
      </w:r>
      <w:r w:rsidR="009472B0">
        <w:rPr>
          <w:rFonts w:ascii="garamond" w:hAnsi="garamond"/>
          <w:sz w:val="26"/>
        </w:rPr>
        <w:t>T</w:t>
      </w:r>
      <w:r>
        <w:rPr>
          <w:rFonts w:ascii="garamond" w:hAnsi="garamond"/>
          <w:sz w:val="26"/>
        </w:rPr>
        <w:t xml:space="preserve">he most important talent </w:t>
      </w:r>
      <w:r w:rsidR="009472B0">
        <w:rPr>
          <w:rFonts w:ascii="garamond" w:hAnsi="garamond"/>
          <w:sz w:val="26"/>
        </w:rPr>
        <w:t>to</w:t>
      </w:r>
      <w:r>
        <w:rPr>
          <w:rFonts w:ascii="garamond" w:hAnsi="garamond"/>
          <w:sz w:val="26"/>
        </w:rPr>
        <w:t xml:space="preserve"> have is not </w:t>
      </w:r>
      <w:r w:rsidR="009472B0">
        <w:rPr>
          <w:rFonts w:ascii="garamond" w:hAnsi="garamond"/>
          <w:sz w:val="26"/>
        </w:rPr>
        <w:t xml:space="preserve">at </w:t>
      </w:r>
      <w:r>
        <w:rPr>
          <w:rFonts w:ascii="garamond" w:hAnsi="garamond"/>
          <w:sz w:val="26"/>
        </w:rPr>
        <w:t xml:space="preserve">the entrance. It is knowing when to exit. Knowing when to slow down, turn around, and meet your audience while they are still there. </w:t>
      </w:r>
    </w:p>
    <w:p w14:paraId="7873E3F5" w14:textId="5D582830" w:rsidR="009472B0" w:rsidRDefault="004017EE" w:rsidP="00310FED">
      <w:pPr>
        <w:rPr>
          <w:rFonts w:ascii="garamond" w:hAnsi="garamond"/>
          <w:color w:val="000000"/>
          <w:sz w:val="26"/>
          <w:szCs w:val="26"/>
        </w:rPr>
      </w:pPr>
      <w:r>
        <w:rPr>
          <w:rFonts w:ascii="garamond" w:hAnsi="garamond"/>
          <w:sz w:val="26"/>
        </w:rPr>
        <w:t xml:space="preserve">I had begun mine with a </w:t>
      </w:r>
      <w:r w:rsidR="009472B0">
        <w:rPr>
          <w:rFonts w:ascii="garamond" w:hAnsi="garamond"/>
          <w:sz w:val="26"/>
        </w:rPr>
        <w:t>sprint and</w:t>
      </w:r>
      <w:r>
        <w:rPr>
          <w:rFonts w:ascii="garamond" w:hAnsi="garamond"/>
          <w:sz w:val="26"/>
        </w:rPr>
        <w:t xml:space="preserve"> r</w:t>
      </w:r>
      <w:r w:rsidR="009472B0">
        <w:rPr>
          <w:rFonts w:ascii="garamond" w:hAnsi="garamond"/>
          <w:sz w:val="26"/>
        </w:rPr>
        <w:t>a</w:t>
      </w:r>
      <w:r>
        <w:rPr>
          <w:rFonts w:ascii="garamond" w:hAnsi="garamond"/>
          <w:sz w:val="26"/>
        </w:rPr>
        <w:t>n it a</w:t>
      </w:r>
      <w:r w:rsidR="009472B0">
        <w:rPr>
          <w:rFonts w:ascii="garamond" w:hAnsi="garamond"/>
          <w:sz w:val="26"/>
        </w:rPr>
        <w:t xml:space="preserve">s </w:t>
      </w:r>
      <w:r>
        <w:rPr>
          <w:rFonts w:ascii="garamond" w:hAnsi="garamond"/>
          <w:sz w:val="26"/>
        </w:rPr>
        <w:t xml:space="preserve">a sprint for twenty-five years. </w:t>
      </w:r>
      <w:r w:rsidR="009472B0" w:rsidRPr="004017EE">
        <w:rPr>
          <w:rFonts w:ascii="garamond" w:hAnsi="garamond"/>
          <w:color w:val="000000"/>
          <w:sz w:val="26"/>
          <w:szCs w:val="26"/>
        </w:rPr>
        <w:t>For two and a half decades, my life had been defined by the high-frequency vibration of the on button. The noise of the floor was the only soundtrack I knew.</w:t>
      </w:r>
      <w:r w:rsidR="009472B0">
        <w:rPr>
          <w:rFonts w:ascii="garamond" w:hAnsi="garamond"/>
          <w:color w:val="000000"/>
          <w:sz w:val="26"/>
          <w:szCs w:val="26"/>
        </w:rPr>
        <w:t xml:space="preserve"> </w:t>
      </w:r>
    </w:p>
    <w:p w14:paraId="28151365" w14:textId="1DC061C7" w:rsidR="004017EE" w:rsidRDefault="004017EE" w:rsidP="00310FED">
      <w:pPr>
        <w:rPr>
          <w:rFonts w:ascii="garamond" w:hAnsi="garamond"/>
          <w:sz w:val="26"/>
        </w:rPr>
      </w:pPr>
      <w:r>
        <w:rPr>
          <w:rFonts w:ascii="garamond" w:hAnsi="garamond"/>
          <w:sz w:val="26"/>
        </w:rPr>
        <w:lastRenderedPageBreak/>
        <w:t xml:space="preserve">The no to </w:t>
      </w:r>
      <w:r w:rsidR="002C7498">
        <w:rPr>
          <w:rFonts w:ascii="garamond" w:hAnsi="garamond"/>
          <w:sz w:val="26"/>
        </w:rPr>
        <w:t>Carlyle</w:t>
      </w:r>
      <w:r>
        <w:rPr>
          <w:rFonts w:ascii="garamond" w:hAnsi="garamond"/>
          <w:sz w:val="26"/>
        </w:rPr>
        <w:t xml:space="preserve"> was the first time I paced myself for what came after the finish line.</w:t>
      </w:r>
    </w:p>
    <w:p w14:paraId="10907269" w14:textId="61EAEA65" w:rsidR="009472B0" w:rsidRPr="004017EE" w:rsidRDefault="009472B0" w:rsidP="00310FED">
      <w:pPr>
        <w:rPr>
          <w:rFonts w:ascii="garamond" w:hAnsi="garamond"/>
          <w:color w:val="000000"/>
          <w:sz w:val="26"/>
          <w:szCs w:val="26"/>
        </w:rPr>
      </w:pPr>
      <w:r w:rsidRPr="004017EE">
        <w:rPr>
          <w:rFonts w:ascii="garamond" w:hAnsi="garamond"/>
          <w:color w:val="000000"/>
          <w:sz w:val="26"/>
          <w:szCs w:val="26"/>
        </w:rPr>
        <w:t>The motion, the hum, the tickers — the noise stopped all at once.</w:t>
      </w:r>
    </w:p>
    <w:p w14:paraId="248EC353"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The silence that followed was abrasive.</w:t>
      </w:r>
    </w:p>
    <w:p w14:paraId="47F967F8"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It was only in the halting that I understood something I could not have felt while moving: Wall Street's speed had been my camouflage.</w:t>
      </w:r>
    </w:p>
    <w:p w14:paraId="46165E73" w14:textId="09D15784" w:rsidR="004017EE" w:rsidRPr="004017EE" w:rsidRDefault="009472B0" w:rsidP="00310FED">
      <w:pPr>
        <w:rPr>
          <w:rFonts w:ascii="garamond" w:hAnsi="garamond"/>
          <w:color w:val="000000"/>
          <w:sz w:val="26"/>
          <w:szCs w:val="26"/>
        </w:rPr>
      </w:pPr>
      <w:r>
        <w:rPr>
          <w:rFonts w:ascii="garamond" w:hAnsi="garamond"/>
          <w:color w:val="000000"/>
          <w:sz w:val="26"/>
          <w:szCs w:val="26"/>
        </w:rPr>
        <w:t>M</w:t>
      </w:r>
      <w:r w:rsidR="004017EE" w:rsidRPr="004017EE">
        <w:rPr>
          <w:rFonts w:ascii="garamond" w:hAnsi="garamond"/>
          <w:color w:val="000000"/>
          <w:sz w:val="26"/>
          <w:szCs w:val="26"/>
        </w:rPr>
        <w:t xml:space="preserve">otion was my identity. </w:t>
      </w:r>
      <w:r>
        <w:rPr>
          <w:rFonts w:ascii="garamond" w:hAnsi="garamond"/>
          <w:color w:val="000000"/>
          <w:sz w:val="26"/>
          <w:szCs w:val="26"/>
        </w:rPr>
        <w:t>B</w:t>
      </w:r>
      <w:r w:rsidR="004017EE" w:rsidRPr="004017EE">
        <w:rPr>
          <w:rFonts w:ascii="garamond" w:hAnsi="garamond"/>
          <w:color w:val="000000"/>
          <w:sz w:val="26"/>
          <w:szCs w:val="26"/>
        </w:rPr>
        <w:t>usyness was my excuse for everything I wasn't doing at home. As long as I was leading fifteen hundred people and moving billions, I didn't have to look at the cracks in the vase — not even the primary ones. I didn't have to look at the Architecture of Avoidance that had become my marriage.</w:t>
      </w:r>
    </w:p>
    <w:p w14:paraId="633234F2" w14:textId="4825A29D"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Suddenly, the highway was empty. And I realized that I had never learned to walk.</w:t>
      </w:r>
    </w:p>
    <w:p w14:paraId="18261995"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The real danger was never the speed. The real danger was the Stop.</w:t>
      </w:r>
    </w:p>
    <w:p w14:paraId="08B031AA"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When the world slowed down, everything I had been escaping caught up to me. My marriage fell apart. My professional life fractured. My personal life teetered. They arrived together, all at once, without mercy.</w:t>
      </w:r>
    </w:p>
    <w:p w14:paraId="1728ACDA" w14:textId="0E7632D1"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One night, I sat alone at my desk. I stared at the wealth I had accumulated and felt nothing but a cold, hollow dread.</w:t>
      </w:r>
      <w:r w:rsidR="009472B0">
        <w:rPr>
          <w:rFonts w:ascii="garamond" w:hAnsi="garamond"/>
          <w:color w:val="000000"/>
          <w:sz w:val="26"/>
          <w:szCs w:val="26"/>
        </w:rPr>
        <w:t xml:space="preserve"> </w:t>
      </w:r>
      <w:r w:rsidRPr="004017EE">
        <w:rPr>
          <w:rFonts w:ascii="garamond" w:hAnsi="garamond"/>
          <w:color w:val="000000"/>
          <w:sz w:val="26"/>
          <w:szCs w:val="26"/>
        </w:rPr>
        <w:t>I was out of moves. No more trades to make, no more liability programs to manage, no more Marchenko armor to wear as a shield. I bowed my head and whispered a prayer I hadn't used since that 2:00 a.m. subway car in 1989.</w:t>
      </w:r>
    </w:p>
    <w:p w14:paraId="0E7BEB9C"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"God, it may seem like I have it all. But I have lost my road. Please have mercy on my family and me. Please guide me."</w:t>
      </w:r>
    </w:p>
    <w:p w14:paraId="430A6CEE" w14:textId="3F305C8B" w:rsidR="004017EE" w:rsidRPr="004017EE" w:rsidRDefault="00D800AA" w:rsidP="00310FED">
      <w:pPr>
        <w:rPr>
          <w:rFonts w:ascii="garamond" w:hAnsi="garamond"/>
          <w:color w:val="000000"/>
          <w:sz w:val="26"/>
          <w:szCs w:val="26"/>
        </w:rPr>
      </w:pPr>
      <w:r>
        <w:rPr>
          <w:rFonts w:ascii="garamond" w:hAnsi="garamond"/>
          <w:color w:val="000000"/>
          <w:sz w:val="26"/>
          <w:szCs w:val="26"/>
        </w:rPr>
        <w:t>I had the most expensive portfolio, yet I had never felt poorer. I had spent my entire life running. I had never learned how to simply be.</w:t>
      </w:r>
    </w:p>
    <w:p w14:paraId="4B95D0F3" w14:textId="30CFD348" w:rsidR="004017EE" w:rsidRPr="004017EE" w:rsidRDefault="004017EE" w:rsidP="00310FED">
      <w:pPr>
        <w:rPr>
          <w:rFonts w:ascii="garamond" w:hAnsi="garamond"/>
          <w:color w:val="000000"/>
          <w:sz w:val="26"/>
          <w:szCs w:val="26"/>
        </w:rPr>
      </w:pPr>
      <w:r>
        <w:rPr>
          <w:rFonts w:ascii="garamond" w:hAnsi="garamond"/>
          <w:sz w:val="26"/>
        </w:rPr>
        <w:t>My eyes filled, and I let them. Alone in that hotel-clean room, with no one to see the Legend leak, I wept for the road. Twenty-five years of it.</w:t>
      </w:r>
      <w:r w:rsidR="00B8649F">
        <w:rPr>
          <w:rFonts w:ascii="garamond" w:hAnsi="garamond"/>
          <w:sz w:val="26"/>
        </w:rPr>
        <w:t xml:space="preserve"> </w:t>
      </w:r>
      <w:r>
        <w:rPr>
          <w:rFonts w:ascii="garamond" w:hAnsi="garamond"/>
          <w:sz w:val="26"/>
        </w:rPr>
        <w:t>I do not apologize for those tears</w:t>
      </w:r>
      <w:r w:rsidR="00AB462F">
        <w:rPr>
          <w:rFonts w:ascii="garamond" w:hAnsi="garamond"/>
          <w:sz w:val="26"/>
        </w:rPr>
        <w:t>,</w:t>
      </w:r>
      <w:r>
        <w:rPr>
          <w:rFonts w:ascii="garamond" w:hAnsi="garamond"/>
          <w:sz w:val="26"/>
        </w:rPr>
        <w:t xml:space="preserve"> and I will not dress them up as something nobler than they were. They</w:t>
      </w:r>
      <w:r w:rsidR="00AB462F">
        <w:rPr>
          <w:rFonts w:ascii="garamond" w:hAnsi="garamond"/>
          <w:sz w:val="26"/>
        </w:rPr>
        <w:t>’re</w:t>
      </w:r>
      <w:r>
        <w:rPr>
          <w:rFonts w:ascii="garamond" w:hAnsi="garamond"/>
          <w:sz w:val="26"/>
        </w:rPr>
        <w:t xml:space="preserve"> </w:t>
      </w:r>
      <w:r w:rsidR="00AB462F">
        <w:rPr>
          <w:rFonts w:ascii="garamond" w:hAnsi="garamond"/>
          <w:sz w:val="26"/>
        </w:rPr>
        <w:t xml:space="preserve">honest, heartfelt </w:t>
      </w:r>
      <w:r>
        <w:rPr>
          <w:rFonts w:ascii="garamond" w:hAnsi="garamond"/>
          <w:sz w:val="26"/>
        </w:rPr>
        <w:t xml:space="preserve">grief. I had lost my road, and </w:t>
      </w:r>
      <w:r w:rsidR="00B8649F">
        <w:rPr>
          <w:rFonts w:ascii="garamond" w:hAnsi="garamond"/>
          <w:sz w:val="26"/>
        </w:rPr>
        <w:t xml:space="preserve">I was </w:t>
      </w:r>
      <w:r w:rsidR="00AB462F">
        <w:rPr>
          <w:rFonts w:ascii="garamond" w:hAnsi="garamond"/>
          <w:sz w:val="26"/>
        </w:rPr>
        <w:t>standing on the side, not knowing how to proceed</w:t>
      </w:r>
      <w:r>
        <w:rPr>
          <w:rFonts w:ascii="garamond" w:hAnsi="garamond"/>
          <w:sz w:val="26"/>
        </w:rPr>
        <w:t>.</w:t>
      </w:r>
    </w:p>
    <w:p w14:paraId="4D7DCA27" w14:textId="5FF9BCED" w:rsidR="004017EE" w:rsidRPr="004017EE" w:rsidRDefault="004017EE" w:rsidP="00310FED">
      <w:pPr>
        <w:rPr>
          <w:rFonts w:ascii="garamond" w:hAnsi="garamond"/>
          <w:color w:val="000000"/>
          <w:sz w:val="26"/>
          <w:szCs w:val="26"/>
        </w:rPr>
      </w:pPr>
      <w:r>
        <w:rPr>
          <w:rFonts w:ascii="garamond" w:hAnsi="garamond"/>
          <w:sz w:val="26"/>
        </w:rPr>
        <w:t xml:space="preserve">What I </w:t>
      </w:r>
      <w:r w:rsidR="00B8649F">
        <w:rPr>
          <w:rFonts w:ascii="garamond" w:hAnsi="garamond"/>
          <w:sz w:val="26"/>
        </w:rPr>
        <w:t>did</w:t>
      </w:r>
      <w:r>
        <w:rPr>
          <w:rFonts w:ascii="garamond" w:hAnsi="garamond"/>
          <w:sz w:val="26"/>
        </w:rPr>
        <w:t xml:space="preserve"> not know, sitting there, was the price of what I was grieving — or what it was buying.</w:t>
      </w:r>
    </w:p>
    <w:p w14:paraId="0201B537" w14:textId="0AD1C7E9"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lastRenderedPageBreak/>
        <w:t>The Beirut sensor was scanning a pitch-dark room for an exit it couldn't find. My hands were trembling. My heart was racing. The vaccination from the 1987 conference call with Procter and Gamble had finally expired. There was nothing left to hide behind.</w:t>
      </w:r>
    </w:p>
    <w:p w14:paraId="1691AECA" w14:textId="21BD79F9"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 xml:space="preserve">But as the professional locomotion died, something else </w:t>
      </w:r>
      <w:r w:rsidR="00B8649F">
        <w:rPr>
          <w:rFonts w:ascii="garamond" w:hAnsi="garamond"/>
          <w:color w:val="000000"/>
          <w:sz w:val="26"/>
          <w:szCs w:val="26"/>
        </w:rPr>
        <w:t>appeared</w:t>
      </w:r>
      <w:r w:rsidRPr="004017EE">
        <w:rPr>
          <w:rFonts w:ascii="garamond" w:hAnsi="garamond"/>
          <w:color w:val="000000"/>
          <w:sz w:val="26"/>
          <w:szCs w:val="26"/>
        </w:rPr>
        <w:t>. My children — Daniel, Anthony, and Tara — were the only audience that still mattered. They were the assets I had almost lost in my pursuit of the Legend.</w:t>
      </w:r>
    </w:p>
    <w:p w14:paraId="6DEB2A83"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In that silence, I remembered the car wash. Whish. Whish.</w:t>
      </w:r>
    </w:p>
    <w:p w14:paraId="71CADE18" w14:textId="70901B6C"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 xml:space="preserve">I remembered sitting in the back seat with Daniel, going through the automated brushes </w:t>
      </w:r>
      <w:r w:rsidR="002C7498">
        <w:rPr>
          <w:rFonts w:ascii="garamond" w:hAnsi="garamond"/>
          <w:color w:val="000000"/>
          <w:sz w:val="26"/>
          <w:szCs w:val="26"/>
        </w:rPr>
        <w:t>fif</w:t>
      </w:r>
      <w:r w:rsidRPr="004017EE">
        <w:rPr>
          <w:rFonts w:ascii="garamond" w:hAnsi="garamond"/>
          <w:color w:val="000000"/>
          <w:sz w:val="26"/>
          <w:szCs w:val="26"/>
        </w:rPr>
        <w:t>teen times just to find a moment of peace. The car wash was the only environment where nothing was asked of me. No signal. No negotiation. No exit. Just the brushes, the water, and my son.</w:t>
      </w:r>
    </w:p>
    <w:p w14:paraId="0EB73E53"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I had been the machine for far too many years. It was time to become the passenger.</w:t>
      </w:r>
    </w:p>
    <w:p w14:paraId="26DEB685" w14:textId="77777777" w:rsidR="004017EE" w:rsidRPr="004017EE" w:rsidRDefault="004017EE" w:rsidP="00310FED">
      <w:pPr>
        <w:rPr>
          <w:rFonts w:ascii="garamond" w:hAnsi="garamond"/>
          <w:color w:val="000000"/>
          <w:sz w:val="26"/>
          <w:szCs w:val="26"/>
        </w:rPr>
      </w:pPr>
      <w:r w:rsidRPr="004017EE">
        <w:rPr>
          <w:rFonts w:ascii="garamond" w:hAnsi="garamond"/>
          <w:color w:val="000000"/>
          <w:sz w:val="26"/>
          <w:szCs w:val="26"/>
        </w:rPr>
        <w:t>The highway was empty. For the first time in my life, I wasn't looking for a car. I was looking for the road my children had built for me — and praying they would not let me walk it alone.</w:t>
      </w:r>
    </w:p>
    <w:p w14:paraId="490CC0EA" w14:textId="77777777" w:rsidR="004017EE" w:rsidRPr="00310FED" w:rsidRDefault="004017EE" w:rsidP="00310FED">
      <w:pPr>
        <w:rPr>
          <w:rFonts w:ascii="garamond" w:hAnsi="garamond"/>
          <w:color w:val="000000"/>
          <w:sz w:val="26"/>
          <w:szCs w:val="26"/>
        </w:rPr>
      </w:pPr>
    </w:p>
    <w:p w14:paraId="4E4E9549" w14:textId="77777777" w:rsidR="00310FED" w:rsidRPr="00310FED" w:rsidRDefault="00310FED" w:rsidP="00310FED">
      <w:pPr>
        <w:rPr>
          <w:rFonts w:ascii="garamond" w:hAnsi="garamond"/>
          <w:color w:val="000000"/>
          <w:sz w:val="26"/>
          <w:szCs w:val="26"/>
        </w:rPr>
      </w:pPr>
    </w:p>
    <w:p w14:paraId="0BF4C3FB" w14:textId="77777777" w:rsidR="00310FED" w:rsidRDefault="00310FED">
      <w:pPr>
        <w:rPr>
          <w:rFonts w:ascii="garamond" w:hAnsi="garamond"/>
          <w:b/>
          <w:bCs/>
          <w:color w:val="000000"/>
          <w:sz w:val="26"/>
          <w:szCs w:val="26"/>
        </w:rPr>
      </w:pPr>
      <w:r>
        <w:rPr>
          <w:rFonts w:ascii="garamond" w:hAnsi="garamond"/>
          <w:b/>
          <w:bCs/>
          <w:color w:val="000000"/>
          <w:sz w:val="26"/>
          <w:szCs w:val="26"/>
        </w:rPr>
        <w:br w:type="page"/>
      </w:r>
    </w:p>
    <w:p w14:paraId="65B9CFF8" w14:textId="0A73DF58" w:rsidR="00310FED" w:rsidRPr="00310FED" w:rsidRDefault="00310FED" w:rsidP="00310FED">
      <w:pPr>
        <w:rPr>
          <w:rFonts w:ascii="garamond" w:hAnsi="garamond"/>
          <w:color w:val="000000"/>
          <w:sz w:val="26"/>
          <w:szCs w:val="26"/>
        </w:rPr>
      </w:pPr>
      <w:r w:rsidRPr="00310FED">
        <w:rPr>
          <w:rFonts w:ascii="garamond" w:hAnsi="garamond"/>
          <w:b/>
          <w:bCs/>
          <w:color w:val="000000"/>
          <w:sz w:val="26"/>
          <w:szCs w:val="26"/>
        </w:rPr>
        <w:lastRenderedPageBreak/>
        <w:t>CHAPTER 4</w:t>
      </w:r>
      <w:r w:rsidR="003D3B2B">
        <w:rPr>
          <w:rFonts w:ascii="garamond" w:hAnsi="garamond"/>
          <w:b/>
          <w:bCs/>
          <w:color w:val="000000"/>
          <w:sz w:val="26"/>
          <w:szCs w:val="26"/>
        </w:rPr>
        <w:t>8</w:t>
      </w:r>
      <w:r w:rsidRPr="00310FED">
        <w:rPr>
          <w:rFonts w:ascii="garamond" w:hAnsi="garamond"/>
          <w:b/>
          <w:bCs/>
          <w:color w:val="000000"/>
          <w:sz w:val="26"/>
          <w:szCs w:val="26"/>
        </w:rPr>
        <w:t xml:space="preserve"> — DANIEL MARWAN MARSHI</w:t>
      </w:r>
      <w:r w:rsidRPr="00310FED">
        <w:rPr>
          <w:rFonts w:ascii="garamond" w:hAnsi="garamond"/>
          <w:color w:val="000000"/>
          <w:sz w:val="26"/>
          <w:szCs w:val="26"/>
        </w:rPr>
        <w:br/>
      </w:r>
      <w:r w:rsidRPr="00310FED">
        <w:rPr>
          <w:rFonts w:ascii="garamond" w:hAnsi="garamond"/>
          <w:b/>
          <w:bCs/>
          <w:color w:val="000000"/>
          <w:sz w:val="26"/>
          <w:szCs w:val="26"/>
        </w:rPr>
        <w:t>The Gentleman.</w:t>
      </w:r>
    </w:p>
    <w:p w14:paraId="246C391C" w14:textId="21EB4838"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Whish</w:t>
      </w:r>
      <w:r w:rsidR="005B5ADD">
        <w:rPr>
          <w:rFonts w:ascii="garamond" w:hAnsi="garamond"/>
          <w:color w:val="000000"/>
          <w:sz w:val="26"/>
          <w:szCs w:val="26"/>
        </w:rPr>
        <w:t>.</w:t>
      </w:r>
      <w:r w:rsidRPr="00310FED">
        <w:rPr>
          <w:rFonts w:ascii="garamond" w:hAnsi="garamond"/>
          <w:color w:val="000000"/>
          <w:sz w:val="26"/>
          <w:szCs w:val="26"/>
        </w:rPr>
        <w:t xml:space="preserve"> Whish. I do not know where it came from — whether he invented it for the sound the water made against the windows or for the colored shampoo foaming across the glass in slow, extravagant waves. It did not matter. The word existed. We adopted it. A man who spent his days in capital markets meetings, negotiating billion-dollar transactions across conference tables, began saying to himself on Sunday afternoons: "We are going for Whish</w:t>
      </w:r>
      <w:r w:rsidR="005B5ADD">
        <w:rPr>
          <w:rFonts w:ascii="garamond" w:hAnsi="garamond"/>
          <w:color w:val="000000"/>
          <w:sz w:val="26"/>
          <w:szCs w:val="26"/>
        </w:rPr>
        <w:t>.</w:t>
      </w:r>
      <w:r w:rsidRPr="00310FED">
        <w:rPr>
          <w:rFonts w:ascii="garamond" w:hAnsi="garamond"/>
          <w:color w:val="000000"/>
          <w:sz w:val="26"/>
          <w:szCs w:val="26"/>
        </w:rPr>
        <w:t xml:space="preserve"> Whish.”</w:t>
      </w:r>
    </w:p>
    <w:p w14:paraId="66D79CBE"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Daniel cried. This requires no qualification or context — he simply cried, the way some people are left-handed or have a gift for mathematics. It was not distress. It was not an illness. It was his primary mode of engaging with the world, a continuous editorial on the quality of existence that he delivered at volume from approximately the moment of his birth until he was five years old. He cried when he was tired. He cried when he was happy, and the happiness was too large to contain. He cried when Anthony looked at him the wrong way. He cried, memorably, at a birthday party because the candles on someone else's cake were the wrong color.</w:t>
      </w:r>
    </w:p>
    <w:p w14:paraId="78A5205A"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When the crying reached a certain pitch — not the theatrical cry, not the exhaustion cry, but the sustained cry of a boy who has worked himself into a state from which no amount of reason or comfort can retrieve him — I would pick him up, put him in the car, and drive to the car wash.</w:t>
      </w:r>
    </w:p>
    <w:p w14:paraId="71D71C25"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The first time, Daniel was two years old, and I was desperate. He had been crying for forty minutes. Carole was exhausted. The apartment had taken on the acoustics of a space that had been full of a child's distress for too long. I needed to move. I put Daniel in his car seat and drove with no destination until I passed a car wash on the corner and thought, Why not?</w:t>
      </w:r>
    </w:p>
    <w:p w14:paraId="645FB698"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The moment the brushes hit the car, he stopped crying.</w:t>
      </w:r>
    </w:p>
    <w:p w14:paraId="46ECC880"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Not gradually. Immediately. The water came over the windshield in a sheet, and Daniel went completely still, his face tilted up, watching the colors move across the glass — the soap, the rinse, the blue wax — with the total absorption of a person witnessing something that answers a question he did not know he had been asking. By the time we came out the other side into the drying jets, he was almost asleep.</w:t>
      </w:r>
    </w:p>
    <w:p w14:paraId="04D4A3D4"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I drove home. I told Carole. She looked at the clean car, then at the sleeping child, and said nothing — the most eloquent response available.</w:t>
      </w:r>
    </w:p>
    <w:p w14:paraId="6C9DC0DF" w14:textId="232B758E"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lastRenderedPageBreak/>
        <w:t>The second time he cried that week, I drove to Whish</w:t>
      </w:r>
      <w:r w:rsidR="005B5ADD">
        <w:rPr>
          <w:rFonts w:ascii="garamond" w:hAnsi="garamond"/>
          <w:color w:val="000000"/>
          <w:sz w:val="26"/>
          <w:szCs w:val="26"/>
        </w:rPr>
        <w:t>.</w:t>
      </w:r>
      <w:r w:rsidRPr="00310FED">
        <w:rPr>
          <w:rFonts w:ascii="garamond" w:hAnsi="garamond"/>
          <w:color w:val="000000"/>
          <w:sz w:val="26"/>
          <w:szCs w:val="26"/>
        </w:rPr>
        <w:t xml:space="preserve"> Whish</w:t>
      </w:r>
      <w:r w:rsidR="005B5ADD">
        <w:rPr>
          <w:rFonts w:ascii="garamond" w:hAnsi="garamond"/>
          <w:color w:val="000000"/>
          <w:sz w:val="26"/>
          <w:szCs w:val="26"/>
        </w:rPr>
        <w:t>.</w:t>
      </w:r>
      <w:r w:rsidRPr="00310FED">
        <w:rPr>
          <w:rFonts w:ascii="garamond" w:hAnsi="garamond"/>
          <w:color w:val="000000"/>
          <w:sz w:val="26"/>
          <w:szCs w:val="26"/>
        </w:rPr>
        <w:t xml:space="preserve"> again.</w:t>
      </w:r>
    </w:p>
    <w:p w14:paraId="7AFD2870" w14:textId="742588C1"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Once was a solution. Twice was a method. By the third time, it became clear that this was not going to be an occasional intervention but a standing arrangement between my son and the car wash on the corner. I was running a two-year-old through an automated car wash fifteen times in a single session</w:t>
      </w:r>
      <w:r w:rsidR="002C7498">
        <w:rPr>
          <w:rFonts w:ascii="garamond" w:hAnsi="garamond"/>
          <w:color w:val="000000"/>
          <w:sz w:val="26"/>
          <w:szCs w:val="26"/>
        </w:rPr>
        <w:t xml:space="preserve"> to keep him asleep.</w:t>
      </w:r>
      <w:r w:rsidRPr="00310FED">
        <w:rPr>
          <w:rFonts w:ascii="garamond" w:hAnsi="garamond"/>
          <w:color w:val="000000"/>
          <w:sz w:val="26"/>
          <w:szCs w:val="26"/>
        </w:rPr>
        <w:t xml:space="preserve"> The </w:t>
      </w:r>
      <w:r w:rsidR="002C7498">
        <w:rPr>
          <w:rFonts w:ascii="garamond" w:hAnsi="garamond"/>
          <w:color w:val="000000"/>
          <w:sz w:val="26"/>
          <w:szCs w:val="26"/>
        </w:rPr>
        <w:t xml:space="preserve">car </w:t>
      </w:r>
      <w:r w:rsidRPr="00310FED">
        <w:rPr>
          <w:rFonts w:ascii="garamond" w:hAnsi="garamond"/>
          <w:color w:val="000000"/>
          <w:sz w:val="26"/>
          <w:szCs w:val="26"/>
        </w:rPr>
        <w:t xml:space="preserve">paint did not stand a chance. I did not care. The </w:t>
      </w:r>
      <w:r w:rsidR="002C7498">
        <w:rPr>
          <w:rFonts w:ascii="garamond" w:hAnsi="garamond"/>
          <w:color w:val="000000"/>
          <w:sz w:val="26"/>
          <w:szCs w:val="26"/>
        </w:rPr>
        <w:t>car</w:t>
      </w:r>
      <w:r w:rsidRPr="00310FED">
        <w:rPr>
          <w:rFonts w:ascii="garamond" w:hAnsi="garamond"/>
          <w:color w:val="000000"/>
          <w:sz w:val="26"/>
          <w:szCs w:val="26"/>
        </w:rPr>
        <w:t xml:space="preserve"> could be repainted</w:t>
      </w:r>
      <w:r w:rsidR="002C7498">
        <w:rPr>
          <w:rFonts w:ascii="garamond" w:hAnsi="garamond"/>
          <w:color w:val="000000"/>
          <w:sz w:val="26"/>
          <w:szCs w:val="26"/>
        </w:rPr>
        <w:t>, as long as my</w:t>
      </w:r>
      <w:r w:rsidRPr="00310FED">
        <w:rPr>
          <w:rFonts w:ascii="garamond" w:hAnsi="garamond"/>
          <w:color w:val="000000"/>
          <w:sz w:val="26"/>
          <w:szCs w:val="26"/>
        </w:rPr>
        <w:t xml:space="preserve"> son </w:t>
      </w:r>
      <w:r w:rsidR="002C7498">
        <w:rPr>
          <w:rFonts w:ascii="garamond" w:hAnsi="garamond"/>
          <w:color w:val="000000"/>
          <w:sz w:val="26"/>
          <w:szCs w:val="26"/>
        </w:rPr>
        <w:t>remained</w:t>
      </w:r>
      <w:r w:rsidRPr="00310FED">
        <w:rPr>
          <w:rFonts w:ascii="garamond" w:hAnsi="garamond"/>
          <w:color w:val="000000"/>
          <w:sz w:val="26"/>
          <w:szCs w:val="26"/>
        </w:rPr>
        <w:t xml:space="preserve"> calm.</w:t>
      </w:r>
    </w:p>
    <w:p w14:paraId="5D055370" w14:textId="40E38B12"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We would sit together — Daniel in his car seat, me in the front, both watching the water — and something would settle. Not just in him. In me. Sometimes I would move to the back and sit next to him. Although he’d get excited about my presence, he would calm down once the water sprang.</w:t>
      </w:r>
    </w:p>
    <w:p w14:paraId="305EC82E" w14:textId="027E6082"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 xml:space="preserve">The car wash was one of the few environments </w:t>
      </w:r>
      <w:r w:rsidR="00710A46">
        <w:rPr>
          <w:rFonts w:ascii="garamond" w:hAnsi="garamond"/>
          <w:color w:val="000000"/>
          <w:sz w:val="26"/>
          <w:szCs w:val="26"/>
        </w:rPr>
        <w:t>where</w:t>
      </w:r>
      <w:r w:rsidRPr="00310FED">
        <w:rPr>
          <w:rFonts w:ascii="garamond" w:hAnsi="garamond"/>
          <w:color w:val="000000"/>
          <w:sz w:val="26"/>
          <w:szCs w:val="26"/>
        </w:rPr>
        <w:t xml:space="preserve"> nothing was asked of you. There was no phone signal. There was no exit. The machine did what it did, the water fell where it fell, and you sat inside it and waited. For a man whose life ran on momentum, </w:t>
      </w:r>
      <w:r w:rsidR="00710A46">
        <w:rPr>
          <w:rFonts w:ascii="garamond" w:hAnsi="garamond"/>
          <w:color w:val="000000"/>
          <w:sz w:val="26"/>
          <w:szCs w:val="26"/>
        </w:rPr>
        <w:t>fifteen</w:t>
      </w:r>
      <w:r w:rsidRPr="00310FED">
        <w:rPr>
          <w:rFonts w:ascii="garamond" w:hAnsi="garamond"/>
          <w:color w:val="000000"/>
          <w:sz w:val="26"/>
          <w:szCs w:val="26"/>
        </w:rPr>
        <w:t xml:space="preserve"> loops with a semi-asleep child was, in its way, the most peaceful part of the week.</w:t>
      </w:r>
    </w:p>
    <w:p w14:paraId="3F32540B" w14:textId="0FD4C0A3" w:rsidR="00310FED" w:rsidRPr="00310FED" w:rsidRDefault="00710A46" w:rsidP="00310FED">
      <w:pPr>
        <w:rPr>
          <w:rFonts w:ascii="garamond" w:hAnsi="garamond"/>
          <w:color w:val="000000"/>
          <w:sz w:val="26"/>
          <w:szCs w:val="26"/>
        </w:rPr>
      </w:pPr>
      <w:r>
        <w:rPr>
          <w:rFonts w:ascii="garamond" w:hAnsi="garamond"/>
          <w:color w:val="000000"/>
          <w:sz w:val="26"/>
          <w:szCs w:val="26"/>
        </w:rPr>
        <w:t>Daniel</w:t>
      </w:r>
      <w:r w:rsidR="00310FED" w:rsidRPr="00310FED">
        <w:rPr>
          <w:rFonts w:ascii="garamond" w:hAnsi="garamond"/>
          <w:color w:val="000000"/>
          <w:sz w:val="26"/>
          <w:szCs w:val="26"/>
        </w:rPr>
        <w:t xml:space="preserve"> would calm down. He would nap. I would take him home to Carole. She never asked how many times we had gone through. I never told her. Some things between a father and a son are private.</w:t>
      </w:r>
    </w:p>
    <w:p w14:paraId="08CF00D7"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The day after Daniel was born, I stood at the window of the hospital nursery and looked at my son for the first time, the way strangers see a newborn — objectively, in a row with other newborns, each wrapped and tagged and announced to the world by a small card. Daniel's blue card said, "Hi, I am Daniel."</w:t>
      </w:r>
    </w:p>
    <w:p w14:paraId="085FFF97"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He was crying.</w:t>
      </w:r>
    </w:p>
    <w:p w14:paraId="65DD0245" w14:textId="3914772B"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 xml:space="preserve">A man </w:t>
      </w:r>
      <w:r w:rsidR="00710A46">
        <w:rPr>
          <w:rFonts w:ascii="garamond" w:hAnsi="garamond"/>
          <w:color w:val="000000"/>
          <w:sz w:val="26"/>
          <w:szCs w:val="26"/>
        </w:rPr>
        <w:t>stood</w:t>
      </w:r>
      <w:r w:rsidRPr="00310FED">
        <w:rPr>
          <w:rFonts w:ascii="garamond" w:hAnsi="garamond"/>
          <w:color w:val="000000"/>
          <w:sz w:val="26"/>
          <w:szCs w:val="26"/>
        </w:rPr>
        <w:t xml:space="preserve"> beside me — another new father, chest out, pointing to a pink bundle. Hi, I am Jessica on a pink card. "That's mine," he said. "Adorable, right?" Then he looked along the row, landed on Daniel, and said — with the casual cruelty of a man who has no idea what he is about to do — "I hope yours isn't that one. The one called Daniel. He's been going since last night. His poor parents."</w:t>
      </w:r>
    </w:p>
    <w:p w14:paraId="6AACF6AB"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I looked at my son. I looked at this stranger. And I pointed to a different baby — a quiet boy wrapped in blue — and said: "No, ours is Jonathon. He's a good sleeper."</w:t>
      </w:r>
    </w:p>
    <w:p w14:paraId="087FE3A7"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lastRenderedPageBreak/>
        <w:t>I dispossessed my son. For a stranger. For a moment of comfort at a maternity ward window. I have not fully forgiven myself for it ever since. What I should have said was: that one is mine. He has strong lungs. He is going to use them.</w:t>
      </w:r>
    </w:p>
    <w:p w14:paraId="2D4D35DE" w14:textId="34D4E0EB"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 xml:space="preserve">Daniel cried for five years. Then, at five, something shifted — as if a decision had been made at a cellular level that the editorial was complete. What emerged in its place was something I had not expected: manners. Genuine, instinctive, unprompted manners. The kind that are not performed because someone is </w:t>
      </w:r>
      <w:r w:rsidR="00EE6211" w:rsidRPr="00310FED">
        <w:rPr>
          <w:rFonts w:ascii="garamond" w:hAnsi="garamond"/>
          <w:color w:val="000000"/>
          <w:sz w:val="26"/>
          <w:szCs w:val="26"/>
        </w:rPr>
        <w:t>watching but</w:t>
      </w:r>
      <w:r w:rsidRPr="00310FED">
        <w:rPr>
          <w:rFonts w:ascii="garamond" w:hAnsi="garamond"/>
          <w:color w:val="000000"/>
          <w:sz w:val="26"/>
          <w:szCs w:val="26"/>
        </w:rPr>
        <w:t xml:space="preserve"> practiced because that is simply who the person has decided to be.</w:t>
      </w:r>
    </w:p>
    <w:p w14:paraId="061841F8"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He became the child you cannot be upset with. The one who apologizes before you have finished explaining what you are upset about. The one who holds doors, remembers names, and asks follow-up questions. The young gentleman with a heart of gold. The person in the room whose goodness is not a performance but a fact — visible in the small things, the unremarkable moments, the way he treats people when nothing is at stake.</w:t>
      </w:r>
    </w:p>
    <w:p w14:paraId="6BA78309" w14:textId="0385962C"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He was also convinced early on that the car was his domain. On the drives between New York and Princeton, Daniel sat in the back with the authority of someone who had been appointed to a position he had not applied for but fully intended to honor. When Tara and Anthony began the formless, escalating noise of siblings with too much time and not enough space, Daniel would turn to them with the gravity of a judge.</w:t>
      </w:r>
    </w:p>
    <w:p w14:paraId="145AD61A"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"Please be quiet," he would say. "I am trying to study."</w:t>
      </w:r>
    </w:p>
    <w:p w14:paraId="7BD45139"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After this announcement, I checked the rearview mirror. Daniel had a book open on his lap. He was holding it with great seriousness. The book was upside down. He was not reading. He was performing authority. The content was irrelevant. What mattered was that he had established, for the record, that he was a person with priorities being interrupted. Tara and Anthony went quiet. They always did.</w:t>
      </w:r>
    </w:p>
    <w:p w14:paraId="1B3CF73D"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On a different drive — Daniel was perhaps nine — he looked out the window at a man sleeping on a bench under a blanket of newspapers and asked, with the complete seriousness of someone who has thought about this carefully:</w:t>
      </w:r>
    </w:p>
    <w:p w14:paraId="0CE5987C"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"Where do homeless people get their mail?"</w:t>
      </w:r>
    </w:p>
    <w:p w14:paraId="5F177ECC"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 xml:space="preserve">The car went quiet. Not the quiet of children being silenced — the quiet of everyone confronting a question sharper than they knew it was. He was asking about the mail. </w:t>
      </w:r>
      <w:r w:rsidRPr="00310FED">
        <w:rPr>
          <w:rFonts w:ascii="garamond" w:hAnsi="garamond"/>
          <w:color w:val="000000"/>
          <w:sz w:val="26"/>
          <w:szCs w:val="26"/>
        </w:rPr>
        <w:lastRenderedPageBreak/>
        <w:t>He was also asking about address as identity, about what it means to exist in a system that requires an identity and a location to recognize you. He was nine years old, and he had just asked one of the better questions about structural inequality I had heard from anyone, at any age.</w:t>
      </w:r>
    </w:p>
    <w:p w14:paraId="23684954" w14:textId="2C6F164D"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I told him some cities have programs — post office boxes and shelters that accept mail on behalf of residents. He listened, nodded once, and returned to the window. The question delivered, the answer received, and the matter filed away for now. Daniel’s expression was clear; he did not believe a word I said. He was giving me a pass because he knew I didn’t have an answer, and he likely did not want to hear my voice scrambling out loud. One thing was for sure: his question would most certainly come again and would require more logical elaboration. Not that day, though. That day, he let his Dad concentrate on driving.</w:t>
      </w:r>
      <w:r w:rsidR="00D800AA">
        <w:rPr>
          <w:rFonts w:ascii="garamond" w:hAnsi="garamond"/>
          <w:color w:val="000000"/>
          <w:sz w:val="26"/>
          <w:szCs w:val="26"/>
        </w:rPr>
        <w:br/>
      </w:r>
      <w:r w:rsidRPr="00310FED">
        <w:rPr>
          <w:rFonts w:ascii="garamond" w:hAnsi="garamond"/>
          <w:color w:val="000000"/>
          <w:sz w:val="26"/>
          <w:szCs w:val="26"/>
        </w:rPr>
        <w:br/>
        <w:t>When Daniel turned thirteen, we threw him a birthday party at FAO Schwarz — the famous toy store on Fifth Avenue, open to the public on a Sunday morning, with thirty children let loose among unwrapped toys, a mascot at the door, each child given a token and a gift to take home. My friend Sam, the General Manager, had arranged it. Three hours. No lines. No strangers. The entire first floor belonged, for one morning, to Daniel.</w:t>
      </w:r>
    </w:p>
    <w:p w14:paraId="72D1E099"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He stood at the door and greeted his friends with the composure of someone who has arranged a good event and intends to enjoy it. Composed. Gracious. Not crying.</w:t>
      </w:r>
    </w:p>
    <w:p w14:paraId="78A2398D" w14:textId="554990F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He had come a long way from the nursery window. From Whish</w:t>
      </w:r>
      <w:r w:rsidR="005B5ADD">
        <w:rPr>
          <w:rFonts w:ascii="garamond" w:hAnsi="garamond"/>
          <w:color w:val="000000"/>
          <w:sz w:val="26"/>
          <w:szCs w:val="26"/>
        </w:rPr>
        <w:t>.</w:t>
      </w:r>
      <w:r w:rsidRPr="00310FED">
        <w:rPr>
          <w:rFonts w:ascii="garamond" w:hAnsi="garamond"/>
          <w:color w:val="000000"/>
          <w:sz w:val="26"/>
          <w:szCs w:val="26"/>
        </w:rPr>
        <w:t xml:space="preserve"> Whish. From the boy with the upside-down book, who wanted everyone to know he was busy, and was curious about how and where homeless people received mail.</w:t>
      </w:r>
    </w:p>
    <w:p w14:paraId="0286CCB0"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Years later, Daniel got into Boston College — his first choice.</w:t>
      </w:r>
    </w:p>
    <w:p w14:paraId="08673629"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I had pointed to another man's child and called him mine. I have spent every year since making sure Daniel knew that was the worst mistake I ever made in a maternity ward, and one of the easier ones to correct. He is mine. He has always been mine. He will always be mine. Strong lungs, heart of gold, and questions that stop cars. I couldn’t be prouder of him. I am glad he is mine.</w:t>
      </w:r>
    </w:p>
    <w:p w14:paraId="7A957B8A" w14:textId="77777777" w:rsidR="00310FED" w:rsidRPr="00310FED" w:rsidRDefault="00310FED" w:rsidP="00310FED">
      <w:pPr>
        <w:rPr>
          <w:rFonts w:ascii="garamond" w:hAnsi="garamond"/>
          <w:color w:val="000000"/>
          <w:sz w:val="26"/>
          <w:szCs w:val="26"/>
        </w:rPr>
      </w:pPr>
    </w:p>
    <w:p w14:paraId="53B15A41" w14:textId="6A7BB01D" w:rsidR="00310FED" w:rsidRPr="00D800AA" w:rsidRDefault="00310FED" w:rsidP="00310FED">
      <w:pPr>
        <w:rPr>
          <w:rFonts w:ascii="garamond" w:hAnsi="garamond"/>
          <w:b/>
          <w:bCs/>
          <w:color w:val="000000"/>
          <w:sz w:val="26"/>
          <w:szCs w:val="26"/>
        </w:rPr>
      </w:pPr>
      <w:r>
        <w:rPr>
          <w:rFonts w:ascii="garamond" w:hAnsi="garamond"/>
          <w:b/>
          <w:bCs/>
          <w:color w:val="000000"/>
          <w:sz w:val="26"/>
          <w:szCs w:val="26"/>
        </w:rPr>
        <w:br w:type="page"/>
      </w:r>
      <w:r w:rsidRPr="00310FED">
        <w:rPr>
          <w:rFonts w:ascii="garamond" w:hAnsi="garamond"/>
          <w:b/>
          <w:bCs/>
          <w:color w:val="000000"/>
          <w:sz w:val="26"/>
          <w:szCs w:val="26"/>
        </w:rPr>
        <w:lastRenderedPageBreak/>
        <w:t>CHAPTER 4</w:t>
      </w:r>
      <w:r w:rsidR="003D3B2B">
        <w:rPr>
          <w:rFonts w:ascii="garamond" w:hAnsi="garamond"/>
          <w:b/>
          <w:bCs/>
          <w:color w:val="000000"/>
          <w:sz w:val="26"/>
          <w:szCs w:val="26"/>
        </w:rPr>
        <w:t>9</w:t>
      </w:r>
      <w:r w:rsidRPr="00310FED">
        <w:rPr>
          <w:rFonts w:ascii="garamond" w:hAnsi="garamond"/>
          <w:b/>
          <w:bCs/>
          <w:color w:val="000000"/>
          <w:sz w:val="26"/>
          <w:szCs w:val="26"/>
        </w:rPr>
        <w:t xml:space="preserve"> — ANTHONY NABIL MARSHI</w:t>
      </w:r>
      <w:r w:rsidRPr="00310FED">
        <w:rPr>
          <w:rFonts w:ascii="garamond" w:hAnsi="garamond"/>
          <w:color w:val="000000"/>
          <w:sz w:val="26"/>
          <w:szCs w:val="26"/>
        </w:rPr>
        <w:br/>
      </w:r>
      <w:r w:rsidRPr="00310FED">
        <w:rPr>
          <w:rFonts w:ascii="garamond" w:hAnsi="garamond"/>
          <w:b/>
          <w:bCs/>
          <w:color w:val="000000"/>
          <w:sz w:val="26"/>
          <w:szCs w:val="26"/>
        </w:rPr>
        <w:t>The Ally.</w:t>
      </w:r>
    </w:p>
    <w:p w14:paraId="55E04734"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Anthony came into the world easily. No sustained crying, no sustained distress — a happy baby, content in a way that seemed almost unfair after Daniel's five-year editorial on the quality of existence. Where Daniel had announced himself to the world at volume and kept announcing, Anthony arrived and looked around with the calm of someone who had already assessed the situation and decided it would be fine.</w:t>
      </w:r>
    </w:p>
    <w:p w14:paraId="18187CB2"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He had to learn to walk at nine months. Not because he was exceptional, although he was. But because Daniel was three. Daniel was everywhere, and survival required mobility. You learn to move when staying still is no longer safe.</w:t>
      </w:r>
    </w:p>
    <w:p w14:paraId="7E74743B"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The day after Anthony was born, Daniel spent exactly one hour at Carole's bedside at the hospital — then done, no further interest in the new arrangement. When Anthony arrived at the apartment, Daniel ran up and down the corridor like a man whose territory had been breached without his consent. He did not know what to do with his feelings, so he converted them into speed. It took him a while. But he came through. And when he did, Anthony looked up at him the way you look at someone you have decided, without evidence, is a god.</w:t>
      </w:r>
    </w:p>
    <w:p w14:paraId="549BE4C8"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He imitated Daniel. Everything Daniel did, Anthony studied and reproduced — the walk, the tone, the authority, the way Daniel silenced a room by announcing he was trying to study. But Anthony was easier in the doing of it. Where Daniel burned, Anthony warmed. Where Daniel announced, Anthony observed. Same raw material, different temperature.</w:t>
      </w:r>
    </w:p>
    <w:p w14:paraId="7BA4B554"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If Daniel was Carole's closest boy, Anthony was mine — not because either of us chose it, but because something between us recognized itself in the other. He acted like me. Not the version of me that ran capital markets groups and negotiated guarantees in conference rooms. The version underneath: the one who needed to feel the room, who watched before speaking, who stayed close to the people he loved and called it protection even when it was really just love, with nowhere else to go.</w:t>
      </w:r>
    </w:p>
    <w:p w14:paraId="78CD4E33"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His favorite activity as a small child was the bathroom. Not the bathroom in any complicated sense — the toilet bowl specifically, and the water in it, and whatever could be done with that water over the course of an afternoon. Whenever he went quiet and could not be found, that was where he was. Sitting on the floor, perfectly occupied, conducting experiments that no one had asked him to conduct and that produced results no one wanted to document.</w:t>
      </w:r>
    </w:p>
    <w:p w14:paraId="773DEFF0"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lastRenderedPageBreak/>
        <w:t>Once, he accidentally locked the door from the inside. The lock was old, the kind that requires a key from both sides, and Anthony did not have a key. He was in there with his research and his water. The door would not open. We called the Fire Department. They came. They broke the door down with an axe. Anthony looked up at the firefighters with the expression of a man interrupted mid-thought — not afraid, not apologetic, simply waiting for the intrusion to conclude so he could return to whatever he had been doing.</w:t>
      </w:r>
    </w:p>
    <w:p w14:paraId="1E2ABC4E"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That was Anthony. The world could arrive at the door with axes, and he would wait it out.</w:t>
      </w:r>
    </w:p>
    <w:p w14:paraId="6886C863"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He was popular, much like easy people are — not because he performed for the room, but because being around him felt uncomplicated. He dated Lourdes, Madonna's daughter, who was in his class. Lola. I remember wanting to arrange a playdate, imagining what it would mean to knock on that door. Anthony found the whole thing mildly amusing and entirely normal. Of course, she was in his class. Of course, they were friends. He lived in a world without the friction the rest of us carried.</w:t>
      </w:r>
    </w:p>
    <w:p w14:paraId="15C265D1"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He always wanted to show me he was strong. On the soccer field, he would not stop running — not to impress, not to compete, but because stopping felt wrong to him. Lap after lap, long after the other kids had eased off, Anthony would still be moving, still covering ground. He swam fast. He skied fast. He learned everything physical with the speed of someone who trusts their body completely and does not spend time asking it permission.</w:t>
      </w:r>
    </w:p>
    <w:p w14:paraId="5DC8D353"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When Carole and I fought — and we tried to hide it, the way parents try to hide things from children who have already seen everything — Anthony was the most affected. Not the most vocal. The most affected. He would come to my side quietly, without announcement, and sit close. He would try to make me laugh. If I had moved to the guest bedroom, he would appear at the door without knocking too hard, and he would lie beside me, and we would watch television in companionable silence of two people who do not need to explain themselves to each other.</w:t>
      </w:r>
    </w:p>
    <w:p w14:paraId="7C5FED2B"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I remember the smell of him after his bath. Powdered, warm, in his pajamas, still carrying the softness of a child who remains innocent. He would climb into the space beside me and stay there — not asking for anything, not offering anything specific, just present. That presence was the thing. He had decided I needed an ally and appointed himself to the role without a conversation, without a negotiation, without conditions.</w:t>
      </w:r>
    </w:p>
    <w:p w14:paraId="071A788B"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lastRenderedPageBreak/>
        <w:t>I did not ask. I received.</w:t>
      </w:r>
    </w:p>
    <w:p w14:paraId="1D8F31F5"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In my home office, he was a regular visitor. He would come in and settle on the couch, on the floor, wherever — and watch me work. Not the distracted watching of a child waiting for attention. The focused watching of someone genuinely curious about what the numbers meant, what the calls were about, what the papers on the desk were trying to say. He asked questions. Real ones, the kind that required real answers. I gave them to him as honestly as I could, simplified where necessary, but never condescending. He absorbed it all with the attention of someone taking notes for a test he intended to pass.</w:t>
      </w:r>
    </w:p>
    <w:p w14:paraId="197C4618"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He also watched The Sopranos. He was young enough that he did not understand all of it — the violence, the politics of it, the moral architecture of a man who loves his family and destroys everything around him in the same breath. But he watched, thought, and wrote. He kept a notebook in which he recorded passages about our family. How we compared. Who was who.</w:t>
      </w:r>
    </w:p>
    <w:p w14:paraId="4F99C223"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In his notebook, I was Tony Soprano.</w:t>
      </w:r>
    </w:p>
    <w:p w14:paraId="58B99420"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I do not know whether to be flattered or terrified by that assessment. Probably both. Tony Soprano was a man of enormous capability and enormous damage, who loved his children with a completeness that his life made impossible to sustain, and who knew — in his clearest moments — exactly what he was and could not stop being it. Anthony was perhaps ten years old when he wrote this. He saw more clearly than most adults I had worked with for decades.</w:t>
      </w:r>
    </w:p>
    <w:p w14:paraId="6274808A"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He was the most cynical of the three and the most courageous — which is not a contradiction. Cynicism in a child is just clarity that has not yet learned to be polite. And courage, in Anthony's case, was not the dramatic kind. It was the quiet kind: the courage to stay in the room when the room was difficult, to sit beside someone who was struggling without needing to fix it, to be present when presence was the only thing on offer.</w:t>
      </w:r>
    </w:p>
    <w:p w14:paraId="2A742412"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He recognized early that being on his mother's side during our fights was the right thing to do — not because he loved her more, but because he understood that I was likely stronger and could absorb the loss of his allegiance, while she perhaps could not. That calculation, in a child, is not strategy. It is compassion wearing the clothes of loyalty. I knew what it cost him. I tried to let it be.</w:t>
      </w:r>
    </w:p>
    <w:p w14:paraId="44989CA2"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lastRenderedPageBreak/>
        <w:t>There is one moment I think about more than the others. Carole and I were in the kitchen discussing Daniel's upcoming school exchange program to Mexico — talking about getting the host family a gift.</w:t>
      </w:r>
    </w:p>
    <w:p w14:paraId="2DBDC161"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Anthony was ten years old. He walked in mid-sentence, just as Carole said, “ We should get them something special, something they would appreciate.”</w:t>
      </w:r>
    </w:p>
    <w:p w14:paraId="63B06780"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Anthony said, without pause or irony, "Green Cards."</w:t>
      </w:r>
    </w:p>
    <w:p w14:paraId="017F7B5C"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Anthony stood there watching us, satisfied, not smiling yet, waiting to confirm the joke had landed before permitting himself to enjoy it. It landed. Carole and I looked at each other and lost it completely. Full, unguarded, helpless laughter — the kind that does not happen often in a kitchen that has hosted too many difficult conversations. Anthony smiled the smile of a man who knew exactly what he was doing. He understood immigration, aspiration, the weight of documentation in a family like ours, and the specific comedy of saying the truest thing in a room where everyone is dancing around it.</w:t>
      </w:r>
    </w:p>
    <w:p w14:paraId="12AC3471"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For his fifteenth birthday, I took Anthony and twenty of his friends to Madison Square Garden — a corporate suite, with the New York Knicks hosting the Philadelphia 76ers. My back was aching that night, and the markets had been volatile all week, and at some point, I lay down on the couch while the boys watched the game. Anthony came over without a word, sat near me, and gave me a pass — no questions, no concern that I was missing the action, just quiet permission to rest. I will never forget that evening. I am grateful for it, and I carry some guilt for it too, as I do for all the moments when I was not fully present. But that night, Anthony's grace was larger than my absence.</w:t>
      </w:r>
    </w:p>
    <w:p w14:paraId="7364997B"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There is another memory that belongs to Anthony, Daniel, and Tara, all together, and to the whole family. I took everyone to the US Open at Flushing Meadows for Super Saturday. Jimmy Connors was coaching Andy Roddick that year, and we were seated in the row directly behind Connors — seats that cost an arm and a leg.</w:t>
      </w:r>
    </w:p>
    <w:p w14:paraId="7561057E"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During a break in Roddick's match play, I grabbed Daniel and Anthony, and we walked down one step. Security jumped to attention. I looked at Connors and said, "Mr. Connors, I just want to introduce a legend to my two kids." He waved us through.</w:t>
      </w:r>
    </w:p>
    <w:p w14:paraId="261CBA52"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 xml:space="preserve">Each of them introduced himself. I introduced myself last and said, "These are my boys, and I am glad your boy is doing well down there." Connors waved to his </w:t>
      </w:r>
      <w:r w:rsidRPr="00310FED">
        <w:rPr>
          <w:rFonts w:ascii="garamond" w:hAnsi="garamond"/>
          <w:color w:val="000000"/>
          <w:sz w:val="26"/>
          <w:szCs w:val="26"/>
        </w:rPr>
        <w:lastRenderedPageBreak/>
        <w:t>handler, who produced two balls. Connors asked for two more. Then he signed them — two for Anthony, two for Daniel. He wasn't signing balls that day. He just did it. A generous, entirely unexpected gesture.</w:t>
      </w:r>
    </w:p>
    <w:p w14:paraId="3724A5E5"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Daniel and Anthony had no idea who Jimmy Connors was, what he had meant to American tennis, or what that crowd had seen him do on that same court over the decades. They would not appreciate it for another ten years. They still do not fully understand how I got to him. I always tell them I had two weapons with me and two behind me — the weapons with me were both of them, and the weapons behind them were the beauty of their mother and their sister.</w:t>
      </w:r>
    </w:p>
    <w:p w14:paraId="13FD0E52"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In Lebanon in the early 2010s, when our family's geography had shifted, and visits were negotiated rather than assumed, Anthony always slept at my house. Not at Carole's. Mine. He chose it, the way he had always chosen — quietly, without announcement, simply by being where he decided he needed to be.</w:t>
      </w:r>
    </w:p>
    <w:p w14:paraId="6E1B283E"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Years later, Anthony got into Georgetown University — his first choice.</w:t>
      </w:r>
    </w:p>
    <w:p w14:paraId="22E3C52A"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He grew into a version of me I would have chosen to be if I had been given better tools. The same instincts — reading rooms, loyalty, and observing before speaking. But easier. Without the complications. Without the weight I had accumulated before I knew it was piling up.</w:t>
      </w:r>
    </w:p>
    <w:p w14:paraId="170FB2A7"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Daniel at thirteen, Anthony at ten, Tara at seven. If I could have one day back — just one — that is the day. Not a specific occasion. Just a Tuesday, ordinary, the three of them in the apartment, Daniel performing authority, Tara negotiating something, Anthony watching all of it with that calm that was never quite stillness, always readiness.</w:t>
      </w:r>
    </w:p>
    <w:p w14:paraId="504574B4"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One day. I would not waste a minute of it.</w:t>
      </w:r>
    </w:p>
    <w:p w14:paraId="139AF489"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I am glad they are mine.</w:t>
      </w:r>
    </w:p>
    <w:p w14:paraId="7894891E" w14:textId="77777777" w:rsidR="00310FED" w:rsidRDefault="00310FED">
      <w:pPr>
        <w:rPr>
          <w:rFonts w:ascii="garamond" w:hAnsi="garamond"/>
          <w:b/>
          <w:bCs/>
          <w:color w:val="000000"/>
          <w:sz w:val="26"/>
          <w:szCs w:val="26"/>
        </w:rPr>
      </w:pPr>
      <w:r>
        <w:rPr>
          <w:rFonts w:ascii="garamond" w:hAnsi="garamond"/>
          <w:b/>
          <w:bCs/>
          <w:color w:val="000000"/>
          <w:sz w:val="26"/>
          <w:szCs w:val="26"/>
        </w:rPr>
        <w:br w:type="page"/>
      </w:r>
    </w:p>
    <w:p w14:paraId="3D255522" w14:textId="21525449" w:rsidR="00310FED" w:rsidRPr="00310FED" w:rsidRDefault="00310FED" w:rsidP="00310FED">
      <w:pPr>
        <w:rPr>
          <w:rFonts w:ascii="garamond" w:hAnsi="garamond"/>
          <w:color w:val="000000"/>
          <w:sz w:val="26"/>
          <w:szCs w:val="26"/>
        </w:rPr>
      </w:pPr>
      <w:r w:rsidRPr="00310FED">
        <w:rPr>
          <w:rFonts w:ascii="garamond" w:hAnsi="garamond"/>
          <w:b/>
          <w:bCs/>
          <w:color w:val="000000"/>
          <w:sz w:val="26"/>
          <w:szCs w:val="26"/>
        </w:rPr>
        <w:lastRenderedPageBreak/>
        <w:t xml:space="preserve">CHAPTER </w:t>
      </w:r>
      <w:r w:rsidR="003D3B2B">
        <w:rPr>
          <w:rFonts w:ascii="garamond" w:hAnsi="garamond"/>
          <w:b/>
          <w:bCs/>
          <w:color w:val="000000"/>
          <w:sz w:val="26"/>
          <w:szCs w:val="26"/>
        </w:rPr>
        <w:t>50</w:t>
      </w:r>
      <w:r w:rsidRPr="00310FED">
        <w:rPr>
          <w:rFonts w:ascii="garamond" w:hAnsi="garamond"/>
          <w:b/>
          <w:bCs/>
          <w:color w:val="000000"/>
          <w:sz w:val="26"/>
          <w:szCs w:val="26"/>
        </w:rPr>
        <w:t>— TARA CHRISTINA MARSHI</w:t>
      </w:r>
      <w:r w:rsidR="00F06675">
        <w:rPr>
          <w:rFonts w:ascii="garamond" w:hAnsi="garamond"/>
          <w:color w:val="000000"/>
          <w:sz w:val="26"/>
          <w:szCs w:val="26"/>
        </w:rPr>
        <w:br/>
      </w:r>
      <w:r w:rsidRPr="00310FED">
        <w:rPr>
          <w:rFonts w:ascii="garamond" w:hAnsi="garamond"/>
          <w:b/>
          <w:bCs/>
          <w:color w:val="000000"/>
          <w:sz w:val="26"/>
          <w:szCs w:val="26"/>
        </w:rPr>
        <w:t>The Closer.</w:t>
      </w:r>
    </w:p>
    <w:p w14:paraId="5C3FE074"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It is a truth not universally acknowledged but universally experienced by fathers of daughters: the girl will run the room long before the room knows it is being run.</w:t>
      </w:r>
    </w:p>
    <w:p w14:paraId="19929996"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Tara was the youngest. She was also, from approximately age five, the most dangerous negotiator in the family. Not dangerous in the way children are sometimes called dangerous — loud, willful, prone to scenes. Dangerous in the precise sense: she identified leverage, assessed her counterparties, priced the transaction, and closed. The rest of us were participants in a market she had already mapped.</w:t>
      </w:r>
    </w:p>
    <w:p w14:paraId="281AC1FF"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I watched her do it to her brothers for years before she did it to me.</w:t>
      </w:r>
    </w:p>
    <w:p w14:paraId="25911773"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It was the beginning of the summer of 2002. Daniel was eleven, Anthony was eight, and Tara was five. My boys had been lobbying for weeks to replace the Ford Navigator with a Range Rover. The decision was essentially made — I was going to do it — but I was enjoying the campaign more than the outcome, so I kept saying: later, not yet, we'll see.</w:t>
      </w:r>
    </w:p>
    <w:p w14:paraId="4A3D5903"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One evening I passed Daniel's room and heard whispering. I stopped in the hallway and listened.</w:t>
      </w:r>
    </w:p>
    <w:p w14:paraId="2E8CB7CF"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Daniel was delivering what I can only describe as a closing argument. He had assembled his siblings. He had laid out the case — the Range Rover was superior, the Navigator was old, Dad was stalling, the solution was obvious. Then he said, with the authority of someone who has done his research:</w:t>
      </w:r>
    </w:p>
    <w:p w14:paraId="6774535E"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"Dad only listens to you, Tara. We tried. He says later. But if you ask him, he always says yes. We need you to ask him."</w:t>
      </w:r>
    </w:p>
    <w:p w14:paraId="74AF2ED0"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I stood in the hallway, slightly insulted and completely accurate. Anthony backed him up: "You're a girl. That's what we've been saying all along. Dad will say yes to you."</w:t>
      </w:r>
    </w:p>
    <w:p w14:paraId="7FA3D074"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A pause. I held my breath.</w:t>
      </w:r>
    </w:p>
    <w:p w14:paraId="4A80EBC0"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Tara said, "I actually like our car now."</w:t>
      </w:r>
    </w:p>
    <w:p w14:paraId="4EE0F718"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Something was about to happen.</w:t>
      </w:r>
    </w:p>
    <w:p w14:paraId="27744576"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Daniel, genuinely baffled: "What do you mean? You can't like the old car over a new Range Rover."</w:t>
      </w:r>
    </w:p>
    <w:p w14:paraId="32998F5E"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lastRenderedPageBreak/>
        <w:t>Tara said, "Don't tell me what to think. You want the Range Rover. Not me."</w:t>
      </w:r>
    </w:p>
    <w:p w14:paraId="481DD846"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Daniel, pivoting to diplomacy: "Okay, Tara."</w:t>
      </w:r>
    </w:p>
    <w:p w14:paraId="3BFEC813"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Then Tara delivered the line. The one I have used in business. The one that closes rooms.</w:t>
      </w:r>
    </w:p>
    <w:p w14:paraId="384E6828"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"Okay, what?" she said.</w:t>
      </w:r>
    </w:p>
    <w:p w14:paraId="32FE858C"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Daniel fell through the floor. "Okay — what do you want?"</w:t>
      </w:r>
    </w:p>
    <w:p w14:paraId="69561C7B"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My daughter, age five: "You need to clean my room for two months."</w:t>
      </w:r>
    </w:p>
    <w:p w14:paraId="278F859C"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The boys stepped away to confer. They came back with a counter: one month.</w:t>
      </w:r>
    </w:p>
    <w:p w14:paraId="48056CDD"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Tara stood up to leave.</w:t>
      </w:r>
    </w:p>
    <w:p w14:paraId="132E4729"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Both boys said simultaneously: "Okay. We agree."</w:t>
      </w:r>
    </w:p>
    <w:p w14:paraId="716CA072"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She had out-traded them. I ran back to my office before I could be heard laughing.</w:t>
      </w:r>
    </w:p>
    <w:p w14:paraId="6F542A3A"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She did not come to me that day. She understood the value of timing. The next morning, she appeared in my office doorway, walked in, settled herself on the couch with the ease of someone who has a standing appointment, and said, "I just want to say I love you."</w:t>
      </w:r>
    </w:p>
    <w:p w14:paraId="0AE4D3CE"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I told her I adored her. I waited. I could feel the ask approaching the way you feel a change in pressure before rain.</w:t>
      </w:r>
    </w:p>
    <w:p w14:paraId="079E4C7F"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Then: "Okay, I have to be honest."</w:t>
      </w:r>
    </w:p>
    <w:p w14:paraId="5EE962A0"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When a five-year-old tells you she has to be honest, you are about to be handled. I knew it. I sat there and let it happen.</w:t>
      </w:r>
    </w:p>
    <w:p w14:paraId="3A7980B2"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"Daniel and Anthony and I would really love it if we got the Range Rover. They like it because it's new. But Daddy — I like it because the back seats are more comfortable and spacious, and they're perfect for children's car seats. Could we please change the car, if we can afford it, and if you feel it's time to. Please, please, Daddy."</w:t>
      </w:r>
    </w:p>
    <w:p w14:paraId="624B0E12"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The Pleases. The Daddys. The logic. The children's car seats — invoking safety, invoking a concern that was entirely fabricated and completely reasonable at the same time.</w:t>
      </w:r>
    </w:p>
    <w:p w14:paraId="7467A778"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lastRenderedPageBreak/>
        <w:t>I said, "We'll go next weekend and pick the color."</w:t>
      </w:r>
    </w:p>
    <w:p w14:paraId="4790AC1E"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She thanked me, came over, hugged me, and sat on my lap for thirty minutes watching television. She had closed me the same way she closed her brothers — by making the transaction feel like love. Because for her it was. Negotiation and affection were not separate. She genuinely loved me. She also genuinely wanted the car. These things were not in conflict. They were, in her five-year-old view of the world, simply the way things got done between people who care about each other.</w:t>
      </w:r>
    </w:p>
    <w:p w14:paraId="1427C89A"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I had raised a closer.</w:t>
      </w:r>
    </w:p>
    <w:p w14:paraId="55477D48"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There was another thing about Tara that Carole and I could never quite resolve, and that we eventually stopped trying to.</w:t>
      </w:r>
    </w:p>
    <w:p w14:paraId="329E1BFB"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From a young age — eight, perhaps earlier — Tara slept with us. In our bed, between us, every night. I believe she thought her presence eased something between Carole and me, that a child in the middle of a difficult marriage could soften the distance between two adults who had stopped knowing how to bridge it themselves. Whether she was right about that, I cannot say. What I can say is that she kicked.</w:t>
      </w:r>
    </w:p>
    <w:p w14:paraId="76A44A71"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Not occasionally. Consistently, systematically, with the complete commitment of someone who has no awareness that they are doing it. A foot to the ribs. A knee to the back, with the randomness of a sleeping child who occupies space the way water occupies a container — completely, without apology, filling every available corner.</w:t>
      </w:r>
    </w:p>
    <w:p w14:paraId="17C8BE39"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I would lie there absorbing it for as long as I could, and then I would get up quietly and go to the guest bedroom. Not with resentment. Without a word. That was the deal I made with myself: I could take it, and I would not complain about it, because complaining about your daughter's kicks is a complaint you simply do not make. The guest bedroom was fine. The guest bedroom was mine for as long as Tara needed the space.</w:t>
      </w:r>
    </w:p>
    <w:p w14:paraId="0B365D36"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Carole saw the comedy in it before I did.</w:t>
      </w:r>
    </w:p>
    <w:p w14:paraId="3FA2A58D"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One night, watching me gather my pillow with the quiet resignation of a man who has accepted his fate, she said — trying not to smile and failing — "I think she will sleep with us until she is eighteen."</w:t>
      </w:r>
    </w:p>
    <w:p w14:paraId="5DB5F042"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 xml:space="preserve">I looked at her. We both laughed. Not the strained laughter of two people performing normalcy, but the real kind — the kind that comes when something is genuinely funny, and you are both present enough to feel it at the same time. Carole </w:t>
      </w:r>
      <w:r w:rsidRPr="00310FED">
        <w:rPr>
          <w:rFonts w:ascii="garamond" w:hAnsi="garamond"/>
          <w:color w:val="000000"/>
          <w:sz w:val="26"/>
          <w:szCs w:val="26"/>
        </w:rPr>
        <w:lastRenderedPageBreak/>
        <w:t>felt the absurdity of my situation. She also appreciated my willingness to absorb it without complaint. That was one of the things she understood about me, even in the years when understanding between us was harder to come by: that I could take it. Whatever it was. I would take it quietly and not make it anyone else's problem.</w:t>
      </w:r>
    </w:p>
    <w:p w14:paraId="27CEEC3E"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Tara did not sleep with us until she was eighteen. But she did not outgrow it as early as either of us expected. And I did not mind as much as I pretended to. The guest bedroom was quieter. But the bed I had been removed from had Tara in it, and Tara sleeping — deeply, completely, occupying every inch of available space with total confidence — was one of the better things in any room she was ever in.</w:t>
      </w:r>
    </w:p>
    <w:p w14:paraId="4849DF50"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When Tara turned ten, I threw her a birthday party at an art studio — a full floor given over to thirty children with brushes and pencils and handprints, drawing on paper and canvas, and a small carpet on which birthday wishes were inscribed to her in permanent marker.</w:t>
      </w:r>
    </w:p>
    <w:p w14:paraId="5508E344"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She moved through the room the way she always moved through rooms: touching everything, interested in everyone, directing without appearing to direct. By the end of the afternoon, the carpet was covered with names, drawings, and small declarations of affection.</w:t>
      </w:r>
    </w:p>
    <w:p w14:paraId="5103946C"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She stood in the middle of it, satisfied with a job well done. She was ten. She had been doing this since she was five.</w:t>
      </w:r>
    </w:p>
    <w:p w14:paraId="1161E295"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Years later, Tara got into Brown University — her first choice.</w:t>
      </w:r>
    </w:p>
    <w:p w14:paraId="733E1E74"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She did not get that from me. I closed deals in conference rooms. She closed them in hallways, in the middle of the night, between two parents who needed the laughter she accidentally produced more than they knew.</w:t>
      </w:r>
    </w:p>
    <w:p w14:paraId="31234E6A"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She amazes me every time I see her. Her attitude, her demeanor, her glamour — even her clothes, let alone the precision of her conversation — tells me she is going to lead in ways I cannot yet imagine, but ways that are additive to humanity and on a global scale. She simply has that look. That spunk. The combination of warmth and sharpness that makes people want to follow someone, not because they have been told to, but because they cannot think of a better direction to go.</w:t>
      </w:r>
    </w:p>
    <w:p w14:paraId="3283FF2B"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She holds my heart wherever she is. She is in my dreams and my prayers. I know that she will do something grand in her life — and with her splendid curiosity and her instinct for people, it will be grand in ways that benefit many, all over.</w:t>
      </w:r>
    </w:p>
    <w:p w14:paraId="0CE0D31D"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lastRenderedPageBreak/>
        <w:t>She is better at it than I am.</w:t>
      </w:r>
    </w:p>
    <w:p w14:paraId="280FC5BF" w14:textId="77777777" w:rsidR="00310FED" w:rsidRPr="00310FED" w:rsidRDefault="00310FED" w:rsidP="00310FED">
      <w:pPr>
        <w:rPr>
          <w:rFonts w:ascii="garamond" w:hAnsi="garamond"/>
          <w:color w:val="000000"/>
          <w:sz w:val="26"/>
          <w:szCs w:val="26"/>
        </w:rPr>
      </w:pPr>
      <w:r w:rsidRPr="00310FED">
        <w:rPr>
          <w:rFonts w:ascii="garamond" w:hAnsi="garamond"/>
          <w:color w:val="000000"/>
          <w:sz w:val="26"/>
          <w:szCs w:val="26"/>
        </w:rPr>
        <w:t>I am glad she is mine.</w:t>
      </w:r>
    </w:p>
    <w:p w14:paraId="0021EB6F" w14:textId="77777777" w:rsidR="00310FED" w:rsidRPr="00310FED" w:rsidRDefault="00310FED" w:rsidP="00310FED">
      <w:pPr>
        <w:rPr>
          <w:rFonts w:ascii="garamond" w:hAnsi="garamond"/>
          <w:color w:val="000000"/>
          <w:sz w:val="26"/>
          <w:szCs w:val="26"/>
        </w:rPr>
      </w:pPr>
    </w:p>
    <w:p w14:paraId="0D755F22" w14:textId="77777777" w:rsidR="00310FED" w:rsidRDefault="00310FED">
      <w:pPr>
        <w:rPr>
          <w:rFonts w:ascii="garamond" w:hAnsi="garamond"/>
          <w:b/>
          <w:bCs/>
          <w:color w:val="000000"/>
          <w:sz w:val="26"/>
          <w:szCs w:val="26"/>
        </w:rPr>
      </w:pPr>
      <w:r>
        <w:rPr>
          <w:rFonts w:ascii="garamond" w:hAnsi="garamond"/>
          <w:b/>
          <w:bCs/>
          <w:color w:val="000000"/>
          <w:sz w:val="26"/>
          <w:szCs w:val="26"/>
        </w:rPr>
        <w:br w:type="page"/>
      </w:r>
    </w:p>
    <w:p w14:paraId="2AB4A69C" w14:textId="38F1FEF1" w:rsidR="00B431D4" w:rsidRPr="00E4470B" w:rsidRDefault="00B431D4" w:rsidP="00F06675">
      <w:pPr>
        <w:spacing w:before="120" w:after="0"/>
        <w:outlineLvl w:val="2"/>
        <w:rPr>
          <w:rFonts w:ascii="garamond" w:hAnsi="garamond" w:cs="Arial"/>
          <w:b/>
          <w:bCs/>
          <w:color w:val="1F1F1F"/>
          <w:sz w:val="26"/>
          <w:szCs w:val="26"/>
        </w:rPr>
      </w:pPr>
      <w:r w:rsidRPr="00E4470B">
        <w:rPr>
          <w:rFonts w:ascii="garamond" w:hAnsi="garamond" w:cs="Arial"/>
          <w:b/>
          <w:bCs/>
          <w:color w:val="1F1F1F"/>
          <w:sz w:val="26"/>
          <w:szCs w:val="26"/>
        </w:rPr>
        <w:lastRenderedPageBreak/>
        <w:t xml:space="preserve">CHAPTER </w:t>
      </w:r>
      <w:r w:rsidR="003D3B2B">
        <w:rPr>
          <w:rFonts w:ascii="garamond" w:hAnsi="garamond" w:cs="Arial"/>
          <w:b/>
          <w:bCs/>
          <w:color w:val="1F1F1F"/>
          <w:sz w:val="26"/>
          <w:szCs w:val="26"/>
        </w:rPr>
        <w:t>51</w:t>
      </w:r>
      <w:r w:rsidRPr="00E4470B">
        <w:rPr>
          <w:rFonts w:ascii="garamond" w:hAnsi="garamond" w:cs="Arial"/>
          <w:b/>
          <w:bCs/>
          <w:color w:val="1F1F1F"/>
          <w:sz w:val="26"/>
          <w:szCs w:val="26"/>
        </w:rPr>
        <w:t xml:space="preserve"> — LOOK UP &amp; STARE DOWN</w:t>
      </w:r>
      <w:r w:rsidR="00F06675">
        <w:rPr>
          <w:rFonts w:ascii="garamond" w:hAnsi="garamond" w:cs="Arial"/>
          <w:b/>
          <w:bCs/>
          <w:color w:val="1F1F1F"/>
          <w:sz w:val="26"/>
          <w:szCs w:val="26"/>
        </w:rPr>
        <w:br/>
      </w:r>
      <w:r w:rsidRPr="00E4470B">
        <w:rPr>
          <w:rFonts w:ascii="garamond" w:hAnsi="garamond" w:cs="Arial"/>
          <w:b/>
          <w:bCs/>
          <w:color w:val="1F1F1F"/>
          <w:sz w:val="26"/>
          <w:szCs w:val="26"/>
          <w:bdr w:val="none" w:sz="0" w:space="0" w:color="auto" w:frame="1"/>
        </w:rPr>
        <w:t>Fifteen Blocks From Home.</w:t>
      </w:r>
    </w:p>
    <w:p w14:paraId="6F688B95"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By early 2009, a constant low-grade fear settled into my chest: Carole and I were headed for a painful emotional beating, with no idea when, where, or how the blow would land. We had grown apart, harboring negative feelings that hardened into a permanent cold war. She clearly did not have my interests at heart, and I was never at ease around her. The feeling, I am certain, was mutual.</w:t>
      </w:r>
      <w:r w:rsidRPr="00E4470B">
        <w:rPr>
          <w:rFonts w:ascii="garamond" w:hAnsi="garamond" w:cs="Arial"/>
          <w:color w:val="1F1F1F"/>
          <w:sz w:val="26"/>
          <w:szCs w:val="26"/>
        </w:rPr>
        <w:t xml:space="preserve"> </w:t>
      </w:r>
    </w:p>
    <w:p w14:paraId="18BFB5F6"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Every Wednesday, Carole staged her favorite ritual. After returning from her health club workout, she spread the household bills across my desk like a prosecutor laying out exhibits. Receipts I didn’t recognize, charges that meant nothing to our actual financial reality—yet the tone never varied: contained, investigative, slightly triumphant.</w:t>
      </w:r>
      <w:r w:rsidRPr="00E4470B">
        <w:rPr>
          <w:rFonts w:ascii="garamond" w:hAnsi="garamond" w:cs="Arial"/>
          <w:color w:val="1F1F1F"/>
          <w:sz w:val="26"/>
          <w:szCs w:val="26"/>
        </w:rPr>
        <w:t xml:space="preserve"> </w:t>
      </w:r>
    </w:p>
    <w:p w14:paraId="0DB46853"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"I need to go over expenses," she’d say, as if we were a middle-class couple on the edge of ruin instead of a family whose net worth was secure for generations.</w:t>
      </w:r>
      <w:r w:rsidRPr="00E4470B">
        <w:rPr>
          <w:rFonts w:ascii="garamond" w:hAnsi="garamond" w:cs="Arial"/>
          <w:color w:val="1F1F1F"/>
          <w:sz w:val="26"/>
          <w:szCs w:val="26"/>
        </w:rPr>
        <w:t xml:space="preserve"> </w:t>
      </w:r>
    </w:p>
    <w:p w14:paraId="5D12F657"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I would sit, nod, and pretend the numbers mattered. It was an exercise in survival, not agreement. Carole talked without looking at me, occasionally lobbing a sarcastic comment about my generosity. To cope, I scribbled nonsense notes—fake to-do lists, random words, little drawings—while staring at the cleaning supplies in the corner, plotting strategies to break my record time in wiping my table clean after she left.</w:t>
      </w:r>
      <w:r w:rsidRPr="00E4470B">
        <w:rPr>
          <w:rFonts w:ascii="garamond" w:hAnsi="garamond" w:cs="Arial"/>
          <w:color w:val="1F1F1F"/>
          <w:sz w:val="26"/>
          <w:szCs w:val="26"/>
        </w:rPr>
        <w:t xml:space="preserve"> </w:t>
      </w:r>
    </w:p>
    <w:p w14:paraId="3B815EAB"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One day, she pushed a stack of papers toward me: "Do you even care?"</w:t>
      </w:r>
      <w:r w:rsidRPr="00E4470B">
        <w:rPr>
          <w:rFonts w:ascii="garamond" w:hAnsi="garamond" w:cs="Arial"/>
          <w:color w:val="1F1F1F"/>
          <w:sz w:val="26"/>
          <w:szCs w:val="26"/>
        </w:rPr>
        <w:t xml:space="preserve"> </w:t>
      </w:r>
    </w:p>
    <w:p w14:paraId="6D1991A5"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 xml:space="preserve">The truth sat unsaid: </w:t>
      </w:r>
      <w:r w:rsidRPr="00E4470B">
        <w:rPr>
          <w:rFonts w:ascii="garamond" w:hAnsi="garamond" w:cs="Arial"/>
          <w:i/>
          <w:iCs/>
          <w:color w:val="1F1F1F"/>
          <w:sz w:val="26"/>
          <w:szCs w:val="26"/>
          <w:bdr w:val="none" w:sz="0" w:space="0" w:color="auto" w:frame="1"/>
        </w:rPr>
        <w:t>I care about the children, about my sanity, about not detonating our lives in front of them.</w:t>
      </w:r>
      <w:r w:rsidRPr="00E4470B">
        <w:rPr>
          <w:rFonts w:ascii="garamond" w:hAnsi="garamond" w:cs="Arial"/>
          <w:color w:val="1F1F1F"/>
          <w:sz w:val="26"/>
          <w:szCs w:val="26"/>
          <w:bdr w:val="none" w:sz="0" w:space="0" w:color="auto" w:frame="1"/>
        </w:rPr>
        <w:t xml:space="preserve"> Instead, I muttered, "Of course I care," watching myself shrink into the geography of a room I no longer knew how to win.</w:t>
      </w:r>
      <w:r w:rsidRPr="00E4470B">
        <w:rPr>
          <w:rFonts w:ascii="garamond" w:hAnsi="garamond" w:cs="Arial"/>
          <w:color w:val="1F1F1F"/>
          <w:sz w:val="26"/>
          <w:szCs w:val="26"/>
        </w:rPr>
        <w:t xml:space="preserve"> </w:t>
      </w:r>
    </w:p>
    <w:p w14:paraId="08F56ABE"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She once launched into a granular lecture on how we could save twenty-five dollars a month by switching cellular providers, a move that required me to forfeit the mobile number I had operated for fifteen years. On Wall Street, cell connectivity was life; to Carole, it was a variable she could manipulate to test my limits. I didn’t argue. I simply stared at the stove clock and quieted my response. Those Wednesday interrogations were never about money. They were about process—who set the agenda, who defined the story, who got to sit in judgment.</w:t>
      </w:r>
      <w:r w:rsidRPr="00E4470B">
        <w:rPr>
          <w:rFonts w:ascii="garamond" w:hAnsi="garamond" w:cs="Arial"/>
          <w:color w:val="1F1F1F"/>
          <w:sz w:val="26"/>
          <w:szCs w:val="26"/>
        </w:rPr>
        <w:t xml:space="preserve"> </w:t>
      </w:r>
    </w:p>
    <w:p w14:paraId="4A0CC1FB"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 xml:space="preserve">Contempt soon replaced distrust, and the apartment felt less like home and more like contested territory. Doors closed too softly. Conversations ended too quickly. The children learned exactly when to disappear. The worst of it wasn’t the yelling; it was the posture. We were two adults under the same roof preparing cases against each </w:t>
      </w:r>
      <w:r w:rsidRPr="00E4470B">
        <w:rPr>
          <w:rFonts w:ascii="garamond" w:hAnsi="garamond" w:cs="Arial"/>
          <w:color w:val="1F1F1F"/>
          <w:sz w:val="26"/>
          <w:szCs w:val="26"/>
          <w:bdr w:val="none" w:sz="0" w:space="0" w:color="auto" w:frame="1"/>
        </w:rPr>
        <w:lastRenderedPageBreak/>
        <w:t>other, collecting evidence, and polishing narratives for an audience that didn’t yet exist.</w:t>
      </w:r>
      <w:r w:rsidRPr="00E4470B">
        <w:rPr>
          <w:rFonts w:ascii="garamond" w:hAnsi="garamond" w:cs="Arial"/>
          <w:color w:val="1F1F1F"/>
          <w:sz w:val="26"/>
          <w:szCs w:val="26"/>
        </w:rPr>
        <w:t xml:space="preserve"> </w:t>
      </w:r>
    </w:p>
    <w:p w14:paraId="667A948C"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New furniture appeared without conversation. The apartment was a full-floor prewar, yet I still felt like a guest in it. Carole moved through it with the ease of absolute ownership; I moved through it like someone trying not to trigger a motion sensor.</w:t>
      </w:r>
      <w:r w:rsidRPr="00E4470B">
        <w:rPr>
          <w:rFonts w:ascii="garamond" w:hAnsi="garamond" w:cs="Arial"/>
          <w:color w:val="1F1F1F"/>
          <w:sz w:val="26"/>
          <w:szCs w:val="26"/>
        </w:rPr>
        <w:t xml:space="preserve"> </w:t>
      </w:r>
    </w:p>
    <w:p w14:paraId="07A19AF3"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Then came the gossip. Friends began telling me—carefully, almost apologetically—that Carole spoke about me behind my back. The most painful accusations questioned my closeness to my own children.</w:t>
      </w:r>
      <w:r w:rsidRPr="00E4470B">
        <w:rPr>
          <w:rFonts w:ascii="garamond" w:hAnsi="garamond" w:cs="Arial"/>
          <w:color w:val="1F1F1F"/>
          <w:sz w:val="26"/>
          <w:szCs w:val="26"/>
        </w:rPr>
        <w:t xml:space="preserve"> </w:t>
      </w:r>
    </w:p>
    <w:p w14:paraId="5DC218D1"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One evening, after the kids went to bed, I confronted her.</w:t>
      </w:r>
      <w:r w:rsidRPr="00E4470B">
        <w:rPr>
          <w:rFonts w:ascii="garamond" w:hAnsi="garamond" w:cs="Arial"/>
          <w:color w:val="1F1F1F"/>
          <w:sz w:val="26"/>
          <w:szCs w:val="26"/>
        </w:rPr>
        <w:t xml:space="preserve"> </w:t>
      </w:r>
    </w:p>
    <w:p w14:paraId="7A3F0122"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"I'm hearing things," I said. "Things you're saying."</w:t>
      </w:r>
      <w:r w:rsidRPr="00E4470B">
        <w:rPr>
          <w:rFonts w:ascii="garamond" w:hAnsi="garamond" w:cs="Arial"/>
          <w:color w:val="1F1F1F"/>
          <w:sz w:val="26"/>
          <w:szCs w:val="26"/>
        </w:rPr>
        <w:t xml:space="preserve"> </w:t>
      </w:r>
    </w:p>
    <w:p w14:paraId="5E1B752D"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Carole didn't deny it, nor did she admit it. "I despise idle gossip," she said coldly. Just then, her phone buzzed on the credenza. She looked at it quickly, then flipped it face down with an exaggerated casualness that would have been funny if it hadn't been my life.</w:t>
      </w:r>
      <w:r w:rsidRPr="00E4470B">
        <w:rPr>
          <w:rFonts w:ascii="garamond" w:hAnsi="garamond" w:cs="Arial"/>
          <w:color w:val="1F1F1F"/>
          <w:sz w:val="26"/>
          <w:szCs w:val="26"/>
        </w:rPr>
        <w:t xml:space="preserve"> </w:t>
      </w:r>
    </w:p>
    <w:p w14:paraId="5E6B3AE7"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What I felt in that moment was not anger, but the specific weakness of a man watching someone else set all the terms in his own house. My world was exhaling defeat while hers was inhaling glory. The irony sat heavy in my chest: I had built the very platform she was dancing on, paid for the credit cards, the lifestyle, and the journey she was taking—and I had to eat all of it.</w:t>
      </w:r>
      <w:r w:rsidRPr="00E4470B">
        <w:rPr>
          <w:rFonts w:ascii="garamond" w:hAnsi="garamond" w:cs="Arial"/>
          <w:color w:val="1F1F1F"/>
          <w:sz w:val="26"/>
          <w:szCs w:val="26"/>
        </w:rPr>
        <w:t xml:space="preserve"> </w:t>
      </w:r>
    </w:p>
    <w:p w14:paraId="52BF9DE9"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The Beirut sensor had read trading floors, boardrooms, and volatile international alleys without missing a signal for thirty years. Now, it was being defeated by a phone turned face down on a bedstand. To lose at home is a specific kind of humiliation, one that has no language on the trading floor because the floor never prepared you for a domestic defeat.</w:t>
      </w:r>
      <w:r w:rsidRPr="00E4470B">
        <w:rPr>
          <w:rFonts w:ascii="garamond" w:hAnsi="garamond" w:cs="Arial"/>
          <w:color w:val="1F1F1F"/>
          <w:sz w:val="26"/>
          <w:szCs w:val="26"/>
        </w:rPr>
        <w:t xml:space="preserve"> </w:t>
      </w:r>
    </w:p>
    <w:p w14:paraId="1C19E65D"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"Who is that?" I asked.</w:t>
      </w:r>
      <w:r w:rsidRPr="00E4470B">
        <w:rPr>
          <w:rFonts w:ascii="garamond" w:hAnsi="garamond" w:cs="Arial"/>
          <w:color w:val="1F1F1F"/>
          <w:sz w:val="26"/>
          <w:szCs w:val="26"/>
        </w:rPr>
        <w:t xml:space="preserve"> </w:t>
      </w:r>
    </w:p>
    <w:p w14:paraId="28A734C9"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"No one," she said, her tone sharpening. "Why are you interrogating me?"</w:t>
      </w:r>
      <w:r w:rsidRPr="00E4470B">
        <w:rPr>
          <w:rFonts w:ascii="garamond" w:hAnsi="garamond" w:cs="Arial"/>
          <w:color w:val="1F1F1F"/>
          <w:sz w:val="26"/>
          <w:szCs w:val="26"/>
        </w:rPr>
        <w:t xml:space="preserve"> </w:t>
      </w:r>
    </w:p>
    <w:p w14:paraId="31A0C2EF"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"Then let me see the phone and figure out who this 'no one' is."</w:t>
      </w:r>
      <w:r w:rsidRPr="00E4470B">
        <w:rPr>
          <w:rFonts w:ascii="garamond" w:hAnsi="garamond" w:cs="Arial"/>
          <w:color w:val="1F1F1F"/>
          <w:sz w:val="26"/>
          <w:szCs w:val="26"/>
        </w:rPr>
        <w:t xml:space="preserve"> </w:t>
      </w:r>
    </w:p>
    <w:p w14:paraId="7F632256"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She didn't move. Neither did I. The phone stayed face down, and that silence was her answer.</w:t>
      </w:r>
      <w:r w:rsidRPr="00E4470B">
        <w:rPr>
          <w:rFonts w:ascii="garamond" w:hAnsi="garamond" w:cs="Arial"/>
          <w:color w:val="1F1F1F"/>
          <w:sz w:val="26"/>
          <w:szCs w:val="26"/>
        </w:rPr>
        <w:t xml:space="preserve"> </w:t>
      </w:r>
    </w:p>
    <w:p w14:paraId="19294371"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 xml:space="preserve">I already knew. The sensor had not failed me after all; it had simply delivered intelligence I had no room to act on. There was infidelity. She was dismissing me in my own home while conducting another life on the other side of a screen. The reason I could not act was the same reason I endured the Wednesday interrogations: the children, the life built together, and the catastrophic cost of detonating it all before </w:t>
      </w:r>
      <w:r w:rsidRPr="00E4470B">
        <w:rPr>
          <w:rFonts w:ascii="garamond" w:hAnsi="garamond" w:cs="Arial"/>
          <w:color w:val="1F1F1F"/>
          <w:sz w:val="26"/>
          <w:szCs w:val="26"/>
          <w:bdr w:val="none" w:sz="0" w:space="0" w:color="auto" w:frame="1"/>
        </w:rPr>
        <w:lastRenderedPageBreak/>
        <w:t>the time was right. Full intelligence with zero room to act yields a specific kind of helplessness.</w:t>
      </w:r>
      <w:r w:rsidRPr="00E4470B">
        <w:rPr>
          <w:rFonts w:ascii="garamond" w:hAnsi="garamond" w:cs="Arial"/>
          <w:color w:val="1F1F1F"/>
          <w:sz w:val="26"/>
          <w:szCs w:val="26"/>
        </w:rPr>
        <w:t xml:space="preserve"> </w:t>
      </w:r>
    </w:p>
    <w:p w14:paraId="5F0D05D0"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Fifteen blocks from home—an absurdly short distance for a man who had spent a career flying across oceans for meetings. I quietly rented a private office at the Lipstick Building because I needed a place that was entirely mine, where my shoulders could lower and my breath could come without being observed.</w:t>
      </w:r>
      <w:r w:rsidRPr="00E4470B">
        <w:rPr>
          <w:rFonts w:ascii="garamond" w:hAnsi="garamond" w:cs="Arial"/>
          <w:color w:val="1F1F1F"/>
          <w:sz w:val="26"/>
          <w:szCs w:val="26"/>
        </w:rPr>
        <w:t xml:space="preserve"> </w:t>
      </w:r>
    </w:p>
    <w:p w14:paraId="11A4EC82"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The extraordinary part was the structure of the secret. Carole knew nothing about it. I orchestrated the lease, the move, and the daily disappearance without her commentary. On a floor where I had lost every room, I had quietly taken one back. For the first time in years, I knew exactly where everyone was, and no one knew where I was. It was full situational awareness with zero exposure. In Beirut, danger was unpredictable, forcing you to escape; in my apartment, the danger was known, but escape was impossible. But in the Lipstick Building, fifteen blocks away, the nervous system could unclench.</w:t>
      </w:r>
      <w:r w:rsidRPr="00E4470B">
        <w:rPr>
          <w:rFonts w:ascii="garamond" w:hAnsi="garamond" w:cs="Arial"/>
          <w:color w:val="1F1F1F"/>
          <w:sz w:val="26"/>
          <w:szCs w:val="26"/>
        </w:rPr>
        <w:t xml:space="preserve"> </w:t>
      </w:r>
    </w:p>
    <w:p w14:paraId="7F11F8EF"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The day I signed the lease, the pen felt heavier than it should have. I sat in a chair facing a blank wall in that empty, closed office. No children yelling, no bills spread across my desk, no sarcasm. Just a silence that didn't feel like punishment. I worked there, rested there, and occasionally watched daytime television like a teenager playing hooky, drinking coffee slowly. It was a specific relief—the end of performing presence in a room where I was unwanted. For the first time in a long time, I was not waiting to be hit.</w:t>
      </w:r>
      <w:r w:rsidRPr="00E4470B">
        <w:rPr>
          <w:rFonts w:ascii="garamond" w:hAnsi="garamond" w:cs="Arial"/>
          <w:color w:val="1F1F1F"/>
          <w:sz w:val="26"/>
          <w:szCs w:val="26"/>
        </w:rPr>
        <w:t xml:space="preserve"> </w:t>
      </w:r>
    </w:p>
    <w:p w14:paraId="6F87F47D"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The escape didn't fix anything, but it helped. In a strange way, it was easy because it was the one thing we both wanted: I needed to not be where she was, and she needed me gone. We were two people moving toward the same exit from opposite directions, neither willing to say it aloud yet. The Lipstick Building was the first honest act of a marriage that was already over.</w:t>
      </w:r>
      <w:r w:rsidRPr="00E4470B">
        <w:rPr>
          <w:rFonts w:ascii="garamond" w:hAnsi="garamond" w:cs="Arial"/>
          <w:color w:val="1F1F1F"/>
          <w:sz w:val="26"/>
          <w:szCs w:val="26"/>
        </w:rPr>
        <w:t xml:space="preserve"> </w:t>
      </w:r>
    </w:p>
    <w:p w14:paraId="4DBB4F6D"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 xml:space="preserve">At dark, I returned to the apartment. Carole's moods still dictated the temperature, the children lived in a tension everyone pretended not to notice, and the questions kept returning: </w:t>
      </w:r>
      <w:r w:rsidRPr="00E4470B">
        <w:rPr>
          <w:rFonts w:ascii="garamond" w:hAnsi="garamond" w:cs="Arial"/>
          <w:i/>
          <w:iCs/>
          <w:color w:val="1F1F1F"/>
          <w:sz w:val="26"/>
          <w:szCs w:val="26"/>
          <w:bdr w:val="none" w:sz="0" w:space="0" w:color="auto" w:frame="1"/>
        </w:rPr>
        <w:t>Why had we ended up here? What happens next?</w:t>
      </w:r>
      <w:r w:rsidRPr="00E4470B">
        <w:rPr>
          <w:rFonts w:ascii="garamond" w:hAnsi="garamond" w:cs="Arial"/>
          <w:color w:val="1F1F1F"/>
          <w:sz w:val="26"/>
          <w:szCs w:val="26"/>
          <w:bdr w:val="none" w:sz="0" w:space="0" w:color="auto" w:frame="1"/>
        </w:rPr>
        <w:t xml:space="preserve"> No answers came. Only the sense that divorce was waiting in the dark, expanding the cracks in the vase.</w:t>
      </w:r>
      <w:r w:rsidRPr="00E4470B">
        <w:rPr>
          <w:rFonts w:ascii="garamond" w:hAnsi="garamond" w:cs="Arial"/>
          <w:color w:val="1F1F1F"/>
          <w:sz w:val="26"/>
          <w:szCs w:val="26"/>
        </w:rPr>
        <w:t xml:space="preserve"> </w:t>
      </w:r>
    </w:p>
    <w:p w14:paraId="25E2F7B8" w14:textId="77777777" w:rsidR="00B431D4" w:rsidRPr="00E4470B" w:rsidRDefault="00B431D4" w:rsidP="00B431D4">
      <w:pPr>
        <w:spacing w:before="120"/>
        <w:rPr>
          <w:rFonts w:ascii="garamond" w:hAnsi="garamond" w:cs="Arial"/>
          <w:b/>
          <w:bCs/>
          <w:color w:val="1F1F1F"/>
          <w:sz w:val="26"/>
          <w:szCs w:val="26"/>
        </w:rPr>
      </w:pPr>
      <w:r w:rsidRPr="00E4470B">
        <w:rPr>
          <w:rFonts w:ascii="garamond" w:hAnsi="garamond" w:cs="Arial"/>
          <w:b/>
          <w:bCs/>
          <w:color w:val="1F1F1F"/>
          <w:sz w:val="26"/>
          <w:szCs w:val="26"/>
        </w:rPr>
        <w:br w:type="page"/>
      </w:r>
    </w:p>
    <w:p w14:paraId="0DD27FC3" w14:textId="15CB4D1A" w:rsidR="00B431D4" w:rsidRPr="00E4470B" w:rsidRDefault="00B431D4" w:rsidP="00F06675">
      <w:pPr>
        <w:spacing w:before="120" w:after="0"/>
        <w:outlineLvl w:val="2"/>
        <w:rPr>
          <w:rFonts w:ascii="garamond" w:hAnsi="garamond" w:cs="Arial"/>
          <w:b/>
          <w:bCs/>
          <w:color w:val="1F1F1F"/>
          <w:sz w:val="26"/>
          <w:szCs w:val="26"/>
        </w:rPr>
      </w:pPr>
      <w:r w:rsidRPr="00E4470B">
        <w:rPr>
          <w:rFonts w:ascii="garamond" w:hAnsi="garamond" w:cs="Arial"/>
          <w:b/>
          <w:bCs/>
          <w:color w:val="1F1F1F"/>
          <w:sz w:val="26"/>
          <w:szCs w:val="26"/>
        </w:rPr>
        <w:lastRenderedPageBreak/>
        <w:t>CHAPTER 5</w:t>
      </w:r>
      <w:r w:rsidR="003D3B2B">
        <w:rPr>
          <w:rFonts w:ascii="garamond" w:hAnsi="garamond" w:cs="Arial"/>
          <w:b/>
          <w:bCs/>
          <w:color w:val="1F1F1F"/>
          <w:sz w:val="26"/>
          <w:szCs w:val="26"/>
        </w:rPr>
        <w:t>2</w:t>
      </w:r>
      <w:r w:rsidRPr="00E4470B">
        <w:rPr>
          <w:rFonts w:ascii="garamond" w:hAnsi="garamond" w:cs="Arial"/>
          <w:b/>
          <w:bCs/>
          <w:color w:val="1F1F1F"/>
          <w:sz w:val="26"/>
          <w:szCs w:val="26"/>
        </w:rPr>
        <w:t xml:space="preserve"> — HERE COMES TROUBLE</w:t>
      </w:r>
      <w:r w:rsidR="00F06675">
        <w:rPr>
          <w:rFonts w:ascii="garamond" w:hAnsi="garamond" w:cs="Arial"/>
          <w:b/>
          <w:bCs/>
          <w:color w:val="1F1F1F"/>
          <w:sz w:val="26"/>
          <w:szCs w:val="26"/>
        </w:rPr>
        <w:br/>
      </w:r>
      <w:r w:rsidRPr="00E4470B">
        <w:rPr>
          <w:rFonts w:ascii="garamond" w:hAnsi="garamond" w:cs="Arial"/>
          <w:b/>
          <w:bCs/>
          <w:color w:val="1F1F1F"/>
          <w:sz w:val="26"/>
          <w:szCs w:val="26"/>
          <w:bdr w:val="none" w:sz="0" w:space="0" w:color="auto" w:frame="1"/>
        </w:rPr>
        <w:t>The JFK Shuffle.</w:t>
      </w:r>
    </w:p>
    <w:p w14:paraId="5F7C215F"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I am not a man who accumulates grievances passively. When I sense the shape of a threat, I test it—the way you test a market position before committing capital. The signals were all there before I named them: a phone held too tightly, a smile that vanished the moment she put the screen down, a silence that felt entirely rehearsed. My confirmation arrived in a summer airport, in front of my children, in the specific form of a woman lunging for a telephone.</w:t>
      </w:r>
      <w:r w:rsidRPr="00E4470B">
        <w:rPr>
          <w:rFonts w:ascii="garamond" w:hAnsi="garamond" w:cs="Arial"/>
          <w:color w:val="1F1F1F"/>
          <w:sz w:val="26"/>
          <w:szCs w:val="26"/>
        </w:rPr>
        <w:t xml:space="preserve"> </w:t>
      </w:r>
    </w:p>
    <w:p w14:paraId="381928EE"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In the summer of 2010, my family planned a trip to Mykonos along with my siblings, their spouses, and children. We were checking in at JFK Airport, Carole and I at the counter with the kids behind us. Anthony and Tara started fighting; when Daniel tried to separate them, Anthony pushed Tara to the floor, causing her to cry. Carole turned to separate them—and then a vibration cut through the chaos.</w:t>
      </w:r>
      <w:r w:rsidRPr="00E4470B">
        <w:rPr>
          <w:rFonts w:ascii="garamond" w:hAnsi="garamond" w:cs="Arial"/>
          <w:color w:val="1F1F1F"/>
          <w:sz w:val="26"/>
          <w:szCs w:val="26"/>
        </w:rPr>
        <w:t xml:space="preserve"> </w:t>
      </w:r>
    </w:p>
    <w:p w14:paraId="3844101F"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It was Carole’s cell phone, sitting directly in front of me on the ticket counter. Before I could even reach for it, she lunged back and screamed: "That’s my phone. No one touch it."</w:t>
      </w:r>
      <w:r w:rsidRPr="00E4470B">
        <w:rPr>
          <w:rFonts w:ascii="garamond" w:hAnsi="garamond" w:cs="Arial"/>
          <w:color w:val="1F1F1F"/>
          <w:sz w:val="26"/>
          <w:szCs w:val="26"/>
        </w:rPr>
        <w:t xml:space="preserve"> </w:t>
      </w:r>
    </w:p>
    <w:p w14:paraId="262B510D"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I picked it up with two fingers and handed it over. The kids went still; the surrounding crowd went quiet. I kept my face completely neutral—the blankness of a man who knows that public reactions only extend a scene. Beirut had taught me that long before Wall Street confirmed it: when the room is watching, give them nothing to read.</w:t>
      </w:r>
      <w:r w:rsidRPr="00E4470B">
        <w:rPr>
          <w:rFonts w:ascii="garamond" w:hAnsi="garamond" w:cs="Arial"/>
          <w:color w:val="1F1F1F"/>
          <w:sz w:val="26"/>
          <w:szCs w:val="26"/>
        </w:rPr>
        <w:t xml:space="preserve"> </w:t>
      </w:r>
    </w:p>
    <w:p w14:paraId="66D126C1"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Carole realized she’d made a scene. "I’m sorry, the kids are impossible," she muttered, shoving the phone into the back pocket of her jeans without checking the message. The incident passed, but the line had been drawn.</w:t>
      </w:r>
      <w:r w:rsidRPr="00E4470B">
        <w:rPr>
          <w:rFonts w:ascii="garamond" w:hAnsi="garamond" w:cs="Arial"/>
          <w:color w:val="1F1F1F"/>
          <w:sz w:val="26"/>
          <w:szCs w:val="26"/>
        </w:rPr>
        <w:t xml:space="preserve"> </w:t>
      </w:r>
    </w:p>
    <w:p w14:paraId="00C89B73"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Mykonos was beautiful—white walls, blue shutters, salt air—but none of it helped. Carole and I moved past each other like inmates sharing a yard, refusing to share the same bed. At dinner the first night, someone joked about my age and stubbornness. Everyone laughed, and Carole smiled politely while checking her phone under the table. When I reached for her hand, she let me hold it for a single second before pulling away as if the contact were an accident. That small movement did more damage than any insult could have.</w:t>
      </w:r>
      <w:r w:rsidRPr="00E4470B">
        <w:rPr>
          <w:rFonts w:ascii="garamond" w:hAnsi="garamond" w:cs="Arial"/>
          <w:color w:val="1F1F1F"/>
          <w:sz w:val="26"/>
          <w:szCs w:val="26"/>
        </w:rPr>
        <w:t xml:space="preserve"> </w:t>
      </w:r>
    </w:p>
    <w:p w14:paraId="2B003C62"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Later in our room, I tried softly: "Are we okay?"</w:t>
      </w:r>
      <w:r w:rsidRPr="00E4470B">
        <w:rPr>
          <w:rFonts w:ascii="garamond" w:hAnsi="garamond" w:cs="Arial"/>
          <w:color w:val="1F1F1F"/>
          <w:sz w:val="26"/>
          <w:szCs w:val="26"/>
        </w:rPr>
        <w:t xml:space="preserve"> </w:t>
      </w:r>
    </w:p>
    <w:p w14:paraId="43193885"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She didn’t look up. "We’re not okay," she said, her voice flat, framing it as a question that shouldn’t have needed asking. She wanted neither argument nor explanation; her posture made it clear she was elsewhere entirely.</w:t>
      </w:r>
      <w:r w:rsidRPr="00E4470B">
        <w:rPr>
          <w:rFonts w:ascii="garamond" w:hAnsi="garamond" w:cs="Arial"/>
          <w:color w:val="1F1F1F"/>
          <w:sz w:val="26"/>
          <w:szCs w:val="26"/>
        </w:rPr>
        <w:t xml:space="preserve"> </w:t>
      </w:r>
    </w:p>
    <w:p w14:paraId="399A1F25"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lastRenderedPageBreak/>
        <w:t>Throughout the trip, she was tethered to her phone—texting, waiting for vibrations, radiant when looking at the screen, and watching it like a guard when she wasn't. At dinners, she would step away to take international calls while I covered for her, wondering what could be so critical five thousand miles away from home. On the flight back, the connection was entirely gone. The kids watched us with the knowing eyes of children who already have the answer and are simply waiting for the adults to catch up.</w:t>
      </w:r>
      <w:r w:rsidRPr="00E4470B">
        <w:rPr>
          <w:rFonts w:ascii="garamond" w:hAnsi="garamond" w:cs="Arial"/>
          <w:color w:val="1F1F1F"/>
          <w:sz w:val="26"/>
          <w:szCs w:val="26"/>
        </w:rPr>
        <w:t xml:space="preserve"> </w:t>
      </w:r>
    </w:p>
    <w:p w14:paraId="68A9A1FC"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Carole was preparing, and I needed intelligence. I approached Jane McAllister, a mother at our children’s school and a philanthropist whose charities I had supported for years. Jane had originally introduced Carole to her psychiatrist, Dr. Helen Feltman—a recommendation she deeply regretted. Feltman was what I came to call a "Dr. Divorce," the type of therapist who diagnoses the marriage as the illness and departure as the cure. She had dismantled Jane's own marriage, leaving Jane with a quiet guilt that made her the weakest, and most useful, link in Carole's circle.</w:t>
      </w:r>
      <w:r w:rsidRPr="00E4470B">
        <w:rPr>
          <w:rFonts w:ascii="garamond" w:hAnsi="garamond" w:cs="Arial"/>
          <w:color w:val="1F1F1F"/>
          <w:sz w:val="26"/>
          <w:szCs w:val="26"/>
        </w:rPr>
        <w:t xml:space="preserve"> </w:t>
      </w:r>
    </w:p>
    <w:p w14:paraId="4EB82EB1"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Carole had been seeing Feltman for two years when she suggested a joint session. I went once, and one hour was sufficient to see the framework.</w:t>
      </w:r>
      <w:r w:rsidRPr="00E4470B">
        <w:rPr>
          <w:rFonts w:ascii="garamond" w:hAnsi="garamond" w:cs="Arial"/>
          <w:color w:val="1F1F1F"/>
          <w:sz w:val="26"/>
          <w:szCs w:val="26"/>
        </w:rPr>
        <w:t xml:space="preserve"> </w:t>
      </w:r>
    </w:p>
    <w:p w14:paraId="0AE41698"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I asked, "Dr. Feltman, how long do these therapy programs typically last before some of the cracks in the marriage appear?"</w:t>
      </w:r>
      <w:r w:rsidRPr="00E4470B">
        <w:rPr>
          <w:rFonts w:ascii="garamond" w:hAnsi="garamond" w:cs="Arial"/>
          <w:color w:val="1F1F1F"/>
          <w:sz w:val="26"/>
          <w:szCs w:val="26"/>
        </w:rPr>
        <w:t xml:space="preserve"> </w:t>
      </w:r>
    </w:p>
    <w:p w14:paraId="6B4373F9"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She answered smoothly, "Mr. Marshi, there is no definitive answer to that. Still, knowing Carole’s stories, I believe there are fundamental issues that need to be resolved, and they need to be separated carefully."</w:t>
      </w:r>
      <w:r w:rsidRPr="00E4470B">
        <w:rPr>
          <w:rFonts w:ascii="garamond" w:hAnsi="garamond" w:cs="Arial"/>
          <w:color w:val="1F1F1F"/>
          <w:sz w:val="26"/>
          <w:szCs w:val="26"/>
        </w:rPr>
        <w:t xml:space="preserve"> </w:t>
      </w:r>
    </w:p>
    <w:p w14:paraId="15C4FE7D"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 xml:space="preserve">"So, is there a good psychiatrist or therapist you recommend </w:t>
      </w:r>
      <w:proofErr w:type="gramStart"/>
      <w:r w:rsidRPr="00E4470B">
        <w:rPr>
          <w:rFonts w:ascii="garamond" w:hAnsi="garamond" w:cs="Arial"/>
          <w:color w:val="1F1F1F"/>
          <w:sz w:val="26"/>
          <w:szCs w:val="26"/>
          <w:bdr w:val="none" w:sz="0" w:space="0" w:color="auto" w:frame="1"/>
        </w:rPr>
        <w:t>to handle</w:t>
      </w:r>
      <w:proofErr w:type="gramEnd"/>
      <w:r w:rsidRPr="00E4470B">
        <w:rPr>
          <w:rFonts w:ascii="garamond" w:hAnsi="garamond" w:cs="Arial"/>
          <w:color w:val="1F1F1F"/>
          <w:sz w:val="26"/>
          <w:szCs w:val="26"/>
          <w:bdr w:val="none" w:sz="0" w:space="0" w:color="auto" w:frame="1"/>
        </w:rPr>
        <w:t xml:space="preserve"> us?" I pressed.</w:t>
      </w:r>
      <w:r w:rsidRPr="00E4470B">
        <w:rPr>
          <w:rFonts w:ascii="garamond" w:hAnsi="garamond" w:cs="Arial"/>
          <w:color w:val="1F1F1F"/>
          <w:sz w:val="26"/>
          <w:szCs w:val="26"/>
        </w:rPr>
        <w:t xml:space="preserve"> </w:t>
      </w:r>
    </w:p>
    <w:p w14:paraId="4163AB98"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Feltman looked surprised. "Oh, I am the one who will be conducting the psychoanalysis with both of you."</w:t>
      </w:r>
      <w:r w:rsidRPr="00E4470B">
        <w:rPr>
          <w:rFonts w:ascii="garamond" w:hAnsi="garamond" w:cs="Arial"/>
          <w:color w:val="1F1F1F"/>
          <w:sz w:val="26"/>
          <w:szCs w:val="26"/>
        </w:rPr>
        <w:t xml:space="preserve"> </w:t>
      </w:r>
    </w:p>
    <w:p w14:paraId="27BACA2D"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"Excuse me," I said, the sensor flashing red. "Do you think you can be unbiased? We have been here for close to an hour, with you referring to me as Mr. Marshi and my wife by her first name. You have been seeing Carole for two years, and you already have a preview of our life without any input from me. Is that even ethical?"</w:t>
      </w:r>
      <w:r w:rsidRPr="00E4470B">
        <w:rPr>
          <w:rFonts w:ascii="garamond" w:hAnsi="garamond" w:cs="Arial"/>
          <w:color w:val="1F1F1F"/>
          <w:sz w:val="26"/>
          <w:szCs w:val="26"/>
        </w:rPr>
        <w:t xml:space="preserve"> </w:t>
      </w:r>
    </w:p>
    <w:p w14:paraId="43EADFAA"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Feltman remained calm. "Yes, it is ethical. I am professional enough to sideline my sessions with Carole and focus on the issue at hand."</w:t>
      </w:r>
      <w:r w:rsidRPr="00E4470B">
        <w:rPr>
          <w:rFonts w:ascii="garamond" w:hAnsi="garamond" w:cs="Arial"/>
          <w:color w:val="1F1F1F"/>
          <w:sz w:val="26"/>
          <w:szCs w:val="26"/>
        </w:rPr>
        <w:t xml:space="preserve"> </w:t>
      </w:r>
    </w:p>
    <w:p w14:paraId="249342E5"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I lost my temper. "Are you fucking kidding me? You call yourself a psychiatrist? You want to treat us after my wife had a two-year head start? I cannot believe this."</w:t>
      </w:r>
      <w:r w:rsidRPr="00E4470B">
        <w:rPr>
          <w:rFonts w:ascii="garamond" w:hAnsi="garamond" w:cs="Arial"/>
          <w:color w:val="1F1F1F"/>
          <w:sz w:val="26"/>
          <w:szCs w:val="26"/>
        </w:rPr>
        <w:t xml:space="preserve"> </w:t>
      </w:r>
    </w:p>
    <w:p w14:paraId="4079FF44"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 xml:space="preserve">When she claimed my agitation was "strictly within the realm of possibilities," I snapped back. "I would rather stick needles in my eyes than have you involved in our married life. Let’s go, Carole." I stormed out, leaving Carole apologizing to her </w:t>
      </w:r>
      <w:r w:rsidRPr="00E4470B">
        <w:rPr>
          <w:rFonts w:ascii="garamond" w:hAnsi="garamond" w:cs="Arial"/>
          <w:color w:val="1F1F1F"/>
          <w:sz w:val="26"/>
          <w:szCs w:val="26"/>
          <w:bdr w:val="none" w:sz="0" w:space="0" w:color="auto" w:frame="1"/>
        </w:rPr>
        <w:lastRenderedPageBreak/>
        <w:t>therapist. At home, Carole accused me of being insulting, rude, and stubborn. I stared at her and asked, "Who are you? Where is my wife?" It was the last I saw of Feltman, though Carole kept her.</w:t>
      </w:r>
      <w:r w:rsidRPr="00E4470B">
        <w:rPr>
          <w:rFonts w:ascii="garamond" w:hAnsi="garamond" w:cs="Arial"/>
          <w:color w:val="1F1F1F"/>
          <w:sz w:val="26"/>
          <w:szCs w:val="26"/>
        </w:rPr>
        <w:t xml:space="preserve"> </w:t>
      </w:r>
    </w:p>
    <w:p w14:paraId="2342B6C3"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Jane McAllister agreed to a lunch invitation at a neutral white-tablecloth restaurant. After a brief discussion about my charitable donations, Jane studied my face and asked, "How are things with Carole?"</w:t>
      </w:r>
      <w:r w:rsidRPr="00E4470B">
        <w:rPr>
          <w:rFonts w:ascii="garamond" w:hAnsi="garamond" w:cs="Arial"/>
          <w:color w:val="1F1F1F"/>
          <w:sz w:val="26"/>
          <w:szCs w:val="26"/>
        </w:rPr>
        <w:t xml:space="preserve"> </w:t>
      </w:r>
    </w:p>
    <w:p w14:paraId="516A0F43"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"I think she’s angling for a divorce," I said openly. "That’s why I called you. I need advice—direction."</w:t>
      </w:r>
      <w:r w:rsidRPr="00E4470B">
        <w:rPr>
          <w:rFonts w:ascii="garamond" w:hAnsi="garamond" w:cs="Arial"/>
          <w:color w:val="1F1F1F"/>
          <w:sz w:val="26"/>
          <w:szCs w:val="26"/>
        </w:rPr>
        <w:t xml:space="preserve"> </w:t>
      </w:r>
    </w:p>
    <w:p w14:paraId="6CD84E8F"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Jane didn’t flinch. "I think you are right. I’m really sorry," she said softly. She paused, then delivered the baseline data: "I believe she is seeing someone who lives in Paris and travels internationally on business. I believe he is a successful Lebanese businessman. You need to protect yourself, Marwan. Not with anger. With preparation."</w:t>
      </w:r>
      <w:r w:rsidRPr="00E4470B">
        <w:rPr>
          <w:rFonts w:ascii="garamond" w:hAnsi="garamond" w:cs="Arial"/>
          <w:color w:val="1F1F1F"/>
          <w:sz w:val="26"/>
          <w:szCs w:val="26"/>
        </w:rPr>
        <w:t xml:space="preserve"> </w:t>
      </w:r>
    </w:p>
    <w:p w14:paraId="414AC041"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I tried to break the tension with a joke about being un-divorceable because my estate was too complicated, but Jane didn’t laugh. She placed her hand over mine. "You’re smart. Don’t let smart become denial."</w:t>
      </w:r>
      <w:r w:rsidRPr="00E4470B">
        <w:rPr>
          <w:rFonts w:ascii="garamond" w:hAnsi="garamond" w:cs="Arial"/>
          <w:color w:val="1F1F1F"/>
          <w:sz w:val="26"/>
          <w:szCs w:val="26"/>
        </w:rPr>
        <w:t xml:space="preserve"> </w:t>
      </w:r>
    </w:p>
    <w:p w14:paraId="6BBE64A3" w14:textId="77777777" w:rsidR="00B431D4" w:rsidRPr="00E4470B" w:rsidRDefault="00B431D4" w:rsidP="00B431D4">
      <w:pPr>
        <w:spacing w:before="120" w:after="0"/>
        <w:rPr>
          <w:rFonts w:ascii="garamond" w:hAnsi="garamond" w:cs="Arial"/>
          <w:color w:val="1F1F1F"/>
          <w:sz w:val="26"/>
          <w:szCs w:val="26"/>
        </w:rPr>
      </w:pPr>
      <w:r w:rsidRPr="00E4470B">
        <w:rPr>
          <w:rFonts w:ascii="garamond" w:hAnsi="garamond" w:cs="Arial"/>
          <w:color w:val="1F1F1F"/>
          <w:sz w:val="26"/>
          <w:szCs w:val="26"/>
          <w:bdr w:val="none" w:sz="0" w:space="0" w:color="auto" w:frame="1"/>
        </w:rPr>
        <w:t>Outside on the street, the city was exactly the same, but the internal shift was final. I stopped pretending the signals weren't there.</w:t>
      </w:r>
      <w:r w:rsidRPr="00E4470B">
        <w:rPr>
          <w:rFonts w:ascii="garamond" w:hAnsi="garamond" w:cs="Arial"/>
          <w:color w:val="1F1F1F"/>
          <w:sz w:val="26"/>
          <w:szCs w:val="26"/>
        </w:rPr>
        <w:t xml:space="preserve"> </w:t>
      </w:r>
    </w:p>
    <w:p w14:paraId="0227B80E" w14:textId="77777777" w:rsidR="00B431D4" w:rsidRPr="00E4470B" w:rsidRDefault="00B431D4" w:rsidP="00B431D4">
      <w:pPr>
        <w:spacing w:before="120"/>
        <w:rPr>
          <w:rFonts w:ascii="garamond" w:hAnsi="garamond" w:cs="Arial"/>
          <w:b/>
          <w:bCs/>
          <w:color w:val="1F1F1F"/>
          <w:sz w:val="26"/>
          <w:szCs w:val="26"/>
        </w:rPr>
      </w:pPr>
      <w:r w:rsidRPr="00E4470B">
        <w:rPr>
          <w:rFonts w:ascii="garamond" w:hAnsi="garamond" w:cs="Arial"/>
          <w:b/>
          <w:bCs/>
          <w:color w:val="1F1F1F"/>
          <w:sz w:val="26"/>
          <w:szCs w:val="26"/>
        </w:rPr>
        <w:br w:type="page"/>
      </w:r>
    </w:p>
    <w:p w14:paraId="4DCA7F36" w14:textId="79CA66F8" w:rsidR="00C85A6B" w:rsidRPr="00021069" w:rsidRDefault="00C85A6B" w:rsidP="00F06675">
      <w:pPr>
        <w:spacing w:after="0" w:line="240" w:lineRule="auto"/>
        <w:outlineLvl w:val="2"/>
        <w:rPr>
          <w:rFonts w:ascii="garamond" w:hAnsi="garamond" w:cs="Arial"/>
          <w:b/>
          <w:bCs/>
          <w:color w:val="1F1F1F"/>
          <w:sz w:val="26"/>
          <w:szCs w:val="26"/>
        </w:rPr>
      </w:pPr>
      <w:r w:rsidRPr="00021069">
        <w:rPr>
          <w:rFonts w:ascii="garamond" w:hAnsi="garamond" w:cs="Arial"/>
          <w:b/>
          <w:bCs/>
          <w:color w:val="1F1F1F"/>
          <w:sz w:val="26"/>
          <w:szCs w:val="26"/>
        </w:rPr>
        <w:lastRenderedPageBreak/>
        <w:t>CHAPTER 5</w:t>
      </w:r>
      <w:r w:rsidR="003D3B2B">
        <w:rPr>
          <w:rFonts w:ascii="garamond" w:hAnsi="garamond" w:cs="Arial"/>
          <w:b/>
          <w:bCs/>
          <w:color w:val="1F1F1F"/>
          <w:sz w:val="26"/>
          <w:szCs w:val="26"/>
        </w:rPr>
        <w:t>3</w:t>
      </w:r>
      <w:r w:rsidRPr="00021069">
        <w:rPr>
          <w:rFonts w:ascii="garamond" w:hAnsi="garamond" w:cs="Arial"/>
          <w:b/>
          <w:bCs/>
          <w:color w:val="1F1F1F"/>
          <w:sz w:val="26"/>
          <w:szCs w:val="26"/>
        </w:rPr>
        <w:t xml:space="preserve"> — YOU MUST BE KIDDING ME</w:t>
      </w:r>
      <w:r w:rsidR="00F06675">
        <w:rPr>
          <w:rFonts w:ascii="garamond" w:hAnsi="garamond" w:cs="Arial"/>
          <w:b/>
          <w:bCs/>
          <w:color w:val="1F1F1F"/>
          <w:sz w:val="26"/>
          <w:szCs w:val="26"/>
        </w:rPr>
        <w:br/>
      </w:r>
      <w:r w:rsidRPr="00021069">
        <w:rPr>
          <w:rFonts w:ascii="garamond" w:hAnsi="garamond" w:cs="Arial"/>
          <w:b/>
          <w:bCs/>
          <w:color w:val="1F1F1F"/>
          <w:sz w:val="26"/>
          <w:szCs w:val="26"/>
          <w:bdr w:val="none" w:sz="0" w:space="0" w:color="auto" w:frame="1"/>
        </w:rPr>
        <w:t>Deceit’s In The Air.</w:t>
      </w:r>
    </w:p>
    <w:p w14:paraId="6C7F289C"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Through the second half of 2010, the waiting became its own form of water torture. Carole and I spoke strictly in logistics—kids, calendars, administrative duties—while the silence did the heavy lifting.</w:t>
      </w:r>
      <w:r w:rsidRPr="00021069">
        <w:rPr>
          <w:rFonts w:ascii="garamond" w:hAnsi="garamond" w:cs="Arial"/>
          <w:color w:val="1F1F1F"/>
          <w:sz w:val="26"/>
          <w:szCs w:val="26"/>
        </w:rPr>
        <w:t xml:space="preserve"> </w:t>
      </w:r>
    </w:p>
    <w:p w14:paraId="6545DB63"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One afternoon in June 2010, shortly after my lunch with Jane, I walked into the room and caught Carole hiding on her phone. I demanded to know who she was talking to, and she disconnected the call instantly. This time, when I demanded the device, she handed it over too quickly, too willingly. I took it straight into my bathroom and locked the door behind me.</w:t>
      </w:r>
      <w:r w:rsidRPr="00021069">
        <w:rPr>
          <w:rFonts w:ascii="garamond" w:hAnsi="garamond" w:cs="Arial"/>
          <w:color w:val="1F1F1F"/>
          <w:sz w:val="26"/>
          <w:szCs w:val="26"/>
        </w:rPr>
        <w:t xml:space="preserve"> </w:t>
      </w:r>
    </w:p>
    <w:p w14:paraId="43FE4267"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Within seconds, she was pounding violently on the door, screaming for the phone.</w:t>
      </w:r>
      <w:r w:rsidRPr="00021069">
        <w:rPr>
          <w:rFonts w:ascii="garamond" w:hAnsi="garamond" w:cs="Arial"/>
          <w:color w:val="1F1F1F"/>
          <w:sz w:val="26"/>
          <w:szCs w:val="26"/>
        </w:rPr>
        <w:t xml:space="preserve"> </w:t>
      </w:r>
    </w:p>
    <w:p w14:paraId="0C46304E"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"Carole, go away," I shouted through the wood. "I didn’t steal it; you gave it to me. I’ll hand it back when I'm done."</w:t>
      </w:r>
      <w:r w:rsidRPr="00021069">
        <w:rPr>
          <w:rFonts w:ascii="garamond" w:hAnsi="garamond" w:cs="Arial"/>
          <w:color w:val="1F1F1F"/>
          <w:sz w:val="26"/>
          <w:szCs w:val="26"/>
        </w:rPr>
        <w:t xml:space="preserve"> </w:t>
      </w:r>
    </w:p>
    <w:p w14:paraId="7BB7CD5D"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When I told her I was redialing the last number to see who was on the other end, her veneer cracked entirely. The language she hurled was crude and unfiltered, completely uncharacteristic of the woman I knew. Then came the theatrical, loud crying before she finally retreated down the hall.</w:t>
      </w:r>
      <w:r w:rsidRPr="00021069">
        <w:rPr>
          <w:rFonts w:ascii="garamond" w:hAnsi="garamond" w:cs="Arial"/>
          <w:color w:val="1F1F1F"/>
          <w:sz w:val="26"/>
          <w:szCs w:val="26"/>
        </w:rPr>
        <w:t xml:space="preserve"> </w:t>
      </w:r>
    </w:p>
    <w:p w14:paraId="554E6F5B"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My hands were shaking, a wave of nausea hitting me. The options ran through my head: calling him felt like a humiliation; ignoring it felt like cowardice. I pressed redial. A Memphis area code. Four rings, then voicemail. I hung up, paced the bathroom tile, steadying my pitch, and dialed again to leave a message.</w:t>
      </w:r>
      <w:r w:rsidRPr="00021069">
        <w:rPr>
          <w:rFonts w:ascii="garamond" w:hAnsi="garamond" w:cs="Arial"/>
          <w:color w:val="1F1F1F"/>
          <w:sz w:val="26"/>
          <w:szCs w:val="26"/>
        </w:rPr>
        <w:t xml:space="preserve"> </w:t>
      </w:r>
    </w:p>
    <w:p w14:paraId="3D12D897"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"This is Marwan Marshi, Carole’s husband," I said, my voice leveled by sheer effort. "I don’t know who you are, but I know you’re seeing my wife. You need to resolve this situation; there’s no avoiding the exposure of this infidelity now. Contact me within a week. You can get my number from Carole."</w:t>
      </w:r>
      <w:r w:rsidRPr="00021069">
        <w:rPr>
          <w:rFonts w:ascii="garamond" w:hAnsi="garamond" w:cs="Arial"/>
          <w:color w:val="1F1F1F"/>
          <w:sz w:val="26"/>
          <w:szCs w:val="26"/>
        </w:rPr>
        <w:t xml:space="preserve"> </w:t>
      </w:r>
    </w:p>
    <w:p w14:paraId="170BED3A"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I hung up and immediately threw up in the sink.</w:t>
      </w:r>
      <w:r w:rsidRPr="00021069">
        <w:rPr>
          <w:rFonts w:ascii="garamond" w:hAnsi="garamond" w:cs="Arial"/>
          <w:color w:val="1F1F1F"/>
          <w:sz w:val="26"/>
          <w:szCs w:val="26"/>
        </w:rPr>
        <w:t xml:space="preserve"> </w:t>
      </w:r>
    </w:p>
    <w:p w14:paraId="3F9891C7"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Ten minutes later, I walked into the kitchen and placed the device on the table. "Give my number to your boyfriend. He has one week," I told her. She followed me, shouting accusations of intimidation, but I turned on her with the cold look that usually ended floor debates. "We have a serious problem. Give him my number." I informed her the guest room was now my permanent quarters. No contact, no interactions.</w:t>
      </w:r>
      <w:r w:rsidRPr="00021069">
        <w:rPr>
          <w:rFonts w:ascii="garamond" w:hAnsi="garamond" w:cs="Arial"/>
          <w:color w:val="1F1F1F"/>
          <w:sz w:val="26"/>
          <w:szCs w:val="26"/>
        </w:rPr>
        <w:t xml:space="preserve"> </w:t>
      </w:r>
    </w:p>
    <w:p w14:paraId="5B1D529D"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"Yes," she whispered. I walked out of the apartment into the New York streets, realizing that for the first time in decades, New York no longer felt like home.</w:t>
      </w:r>
      <w:r w:rsidRPr="00021069">
        <w:rPr>
          <w:rFonts w:ascii="garamond" w:hAnsi="garamond" w:cs="Arial"/>
          <w:color w:val="1F1F1F"/>
          <w:sz w:val="26"/>
          <w:szCs w:val="26"/>
        </w:rPr>
        <w:t xml:space="preserve"> </w:t>
      </w:r>
    </w:p>
    <w:p w14:paraId="0EF72A47"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lastRenderedPageBreak/>
        <w:t>Five days later, Carole knocked softly on my office door. She looked diminished, her hands unsteady.</w:t>
      </w:r>
      <w:r w:rsidRPr="00021069">
        <w:rPr>
          <w:rFonts w:ascii="garamond" w:hAnsi="garamond" w:cs="Arial"/>
          <w:color w:val="1F1F1F"/>
          <w:sz w:val="26"/>
          <w:szCs w:val="26"/>
        </w:rPr>
        <w:t xml:space="preserve"> </w:t>
      </w:r>
    </w:p>
    <w:p w14:paraId="3B1DA615"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"Did you and your lover decide what you’re going to tell me?" I asked.</w:t>
      </w:r>
      <w:r w:rsidRPr="00021069">
        <w:rPr>
          <w:rFonts w:ascii="garamond" w:hAnsi="garamond" w:cs="Arial"/>
          <w:color w:val="1F1F1F"/>
          <w:sz w:val="26"/>
          <w:szCs w:val="26"/>
        </w:rPr>
        <w:t xml:space="preserve"> </w:t>
      </w:r>
    </w:p>
    <w:p w14:paraId="7B79479F"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She broke down entirely, unable to speak, before finally admitting the marriage was irredeemable. There was someone else, she said, and he wanted a future with her. I demanded the name.</w:t>
      </w:r>
      <w:r w:rsidRPr="00021069">
        <w:rPr>
          <w:rFonts w:ascii="garamond" w:hAnsi="garamond" w:cs="Arial"/>
          <w:color w:val="1F1F1F"/>
          <w:sz w:val="26"/>
          <w:szCs w:val="26"/>
        </w:rPr>
        <w:t xml:space="preserve"> </w:t>
      </w:r>
    </w:p>
    <w:p w14:paraId="76BD905A"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She hesitated, then said: "Carlos Ghosn."</w:t>
      </w:r>
      <w:r w:rsidRPr="00021069">
        <w:rPr>
          <w:rFonts w:ascii="garamond" w:hAnsi="garamond" w:cs="Arial"/>
          <w:color w:val="1F1F1F"/>
          <w:sz w:val="26"/>
          <w:szCs w:val="26"/>
        </w:rPr>
        <w:t xml:space="preserve"> </w:t>
      </w:r>
    </w:p>
    <w:p w14:paraId="6157B49F"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 xml:space="preserve">The name carried immediate corporate and international weight—the global automotive titan running Renault and Nissan. She explained they had met through SEAL, the Lebanese philanthropic foundation I </w:t>
      </w:r>
      <w:r w:rsidRPr="00406ED1">
        <w:rPr>
          <w:rFonts w:ascii="garamond" w:hAnsi="garamond" w:cs="Arial"/>
          <w:color w:val="1F1F1F"/>
          <w:sz w:val="26"/>
          <w:szCs w:val="26"/>
          <w:bdr w:val="none" w:sz="0" w:space="0" w:color="auto" w:frame="1"/>
        </w:rPr>
        <w:t>was a member</w:t>
      </w:r>
      <w:r w:rsidRPr="00021069">
        <w:rPr>
          <w:rFonts w:ascii="garamond" w:hAnsi="garamond" w:cs="Arial"/>
          <w:color w:val="1F1F1F"/>
          <w:sz w:val="26"/>
          <w:szCs w:val="26"/>
          <w:bdr w:val="none" w:sz="0" w:space="0" w:color="auto" w:frame="1"/>
        </w:rPr>
        <w:t xml:space="preserve"> </w:t>
      </w:r>
      <w:r w:rsidRPr="00406ED1">
        <w:rPr>
          <w:rFonts w:ascii="garamond" w:hAnsi="garamond" w:cs="Arial"/>
          <w:color w:val="1F1F1F"/>
          <w:sz w:val="26"/>
          <w:szCs w:val="26"/>
          <w:bdr w:val="none" w:sz="0" w:space="0" w:color="auto" w:frame="1"/>
        </w:rPr>
        <w:t xml:space="preserve">of </w:t>
      </w:r>
      <w:r w:rsidRPr="00021069">
        <w:rPr>
          <w:rFonts w:ascii="garamond" w:hAnsi="garamond" w:cs="Arial"/>
          <w:color w:val="1F1F1F"/>
          <w:sz w:val="26"/>
          <w:szCs w:val="26"/>
          <w:bdr w:val="none" w:sz="0" w:space="0" w:color="auto" w:frame="1"/>
        </w:rPr>
        <w:t xml:space="preserve">years </w:t>
      </w:r>
      <w:proofErr w:type="gramStart"/>
      <w:r w:rsidRPr="00021069">
        <w:rPr>
          <w:rFonts w:ascii="garamond" w:hAnsi="garamond" w:cs="Arial"/>
          <w:color w:val="1F1F1F"/>
          <w:sz w:val="26"/>
          <w:szCs w:val="26"/>
          <w:bdr w:val="none" w:sz="0" w:space="0" w:color="auto" w:frame="1"/>
        </w:rPr>
        <w:t>earlier</w:t>
      </w:r>
      <w:r w:rsidRPr="00406ED1">
        <w:rPr>
          <w:rFonts w:ascii="garamond" w:hAnsi="garamond" w:cs="Arial"/>
          <w:color w:val="1F1F1F"/>
          <w:sz w:val="26"/>
          <w:szCs w:val="26"/>
          <w:bdr w:val="none" w:sz="0" w:space="0" w:color="auto" w:frame="1"/>
        </w:rPr>
        <w:t>,</w:t>
      </w:r>
      <w:r w:rsidRPr="00021069">
        <w:rPr>
          <w:rFonts w:ascii="garamond" w:hAnsi="garamond" w:cs="Arial"/>
          <w:color w:val="1F1F1F"/>
          <w:sz w:val="26"/>
          <w:szCs w:val="26"/>
          <w:bdr w:val="none" w:sz="0" w:space="0" w:color="auto" w:frame="1"/>
        </w:rPr>
        <w:t xml:space="preserve"> and</w:t>
      </w:r>
      <w:proofErr w:type="gramEnd"/>
      <w:r w:rsidRPr="00021069">
        <w:rPr>
          <w:rFonts w:ascii="garamond" w:hAnsi="garamond" w:cs="Arial"/>
          <w:color w:val="1F1F1F"/>
          <w:sz w:val="26"/>
          <w:szCs w:val="26"/>
          <w:bdr w:val="none" w:sz="0" w:space="0" w:color="auto" w:frame="1"/>
        </w:rPr>
        <w:t xml:space="preserve"> later handed </w:t>
      </w:r>
      <w:r w:rsidRPr="00406ED1">
        <w:rPr>
          <w:rFonts w:ascii="garamond" w:hAnsi="garamond" w:cs="Arial"/>
          <w:color w:val="1F1F1F"/>
          <w:sz w:val="26"/>
          <w:szCs w:val="26"/>
          <w:bdr w:val="none" w:sz="0" w:space="0" w:color="auto" w:frame="1"/>
        </w:rPr>
        <w:t xml:space="preserve">it </w:t>
      </w:r>
      <w:r w:rsidRPr="00021069">
        <w:rPr>
          <w:rFonts w:ascii="garamond" w:hAnsi="garamond" w:cs="Arial"/>
          <w:color w:val="1F1F1F"/>
          <w:sz w:val="26"/>
          <w:szCs w:val="26"/>
          <w:bdr w:val="none" w:sz="0" w:space="0" w:color="auto" w:frame="1"/>
        </w:rPr>
        <w:t>over to her to manage. Ghosn had joined the advisory board for local visibility. She added, defensively, that her family knew and approved.</w:t>
      </w:r>
      <w:r w:rsidRPr="00021069">
        <w:rPr>
          <w:rFonts w:ascii="garamond" w:hAnsi="garamond" w:cs="Arial"/>
          <w:color w:val="1F1F1F"/>
          <w:sz w:val="26"/>
          <w:szCs w:val="26"/>
        </w:rPr>
        <w:t xml:space="preserve"> </w:t>
      </w:r>
    </w:p>
    <w:p w14:paraId="7CB90F33"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"How precious!" I said, the sarcasm masking the impact. "Is your brother’s import-export auto part business part of the deal?" She hurled a finger at me in rage.</w:t>
      </w:r>
      <w:r w:rsidRPr="00021069">
        <w:rPr>
          <w:rFonts w:ascii="garamond" w:hAnsi="garamond" w:cs="Arial"/>
          <w:color w:val="1F1F1F"/>
          <w:sz w:val="26"/>
          <w:szCs w:val="26"/>
        </w:rPr>
        <w:t xml:space="preserve"> </w:t>
      </w:r>
    </w:p>
    <w:p w14:paraId="628916C1"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Then, a strange internal calculation occurred. The primary sensation that hit me wasn’t devastation—it was relief. Ghosn was older, established, and independently wealthy in a way that had nothing to do with my estate. Whatever assets she received in the settlement wouldn't be handed down to an unsuitable opportunist. By the cold logic of the situation, he was an acceptable custodian for the mother of my children. I was instantly grateful I had never met the man; that clean absence felt like the only untainted thing left in the room.</w:t>
      </w:r>
      <w:r w:rsidRPr="00021069">
        <w:rPr>
          <w:rFonts w:ascii="garamond" w:hAnsi="garamond" w:cs="Arial"/>
          <w:color w:val="1F1F1F"/>
          <w:sz w:val="26"/>
          <w:szCs w:val="26"/>
        </w:rPr>
        <w:t xml:space="preserve"> </w:t>
      </w:r>
    </w:p>
    <w:p w14:paraId="403AD449"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Carole tried to reframe the dialogue, noting that her friends don't divorce quickly—they "try to duke it out and hold things together."</w:t>
      </w:r>
      <w:r w:rsidRPr="00021069">
        <w:rPr>
          <w:rFonts w:ascii="garamond" w:hAnsi="garamond" w:cs="Arial"/>
          <w:color w:val="1F1F1F"/>
          <w:sz w:val="26"/>
          <w:szCs w:val="26"/>
        </w:rPr>
        <w:t xml:space="preserve"> </w:t>
      </w:r>
    </w:p>
    <w:p w14:paraId="2BEEDD1F"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"Then why aren’t you?" I asked.</w:t>
      </w:r>
      <w:r w:rsidRPr="00021069">
        <w:rPr>
          <w:rFonts w:ascii="garamond" w:hAnsi="garamond" w:cs="Arial"/>
          <w:color w:val="1F1F1F"/>
          <w:sz w:val="26"/>
          <w:szCs w:val="26"/>
        </w:rPr>
        <w:t xml:space="preserve"> </w:t>
      </w:r>
    </w:p>
    <w:p w14:paraId="05A5B79F"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Her answer was immediate and transactional: "Do you think my friends would skip divorce if they had a Carlos Ghosn after them?"</w:t>
      </w:r>
      <w:r w:rsidRPr="00021069">
        <w:rPr>
          <w:rFonts w:ascii="garamond" w:hAnsi="garamond" w:cs="Arial"/>
          <w:color w:val="1F1F1F"/>
          <w:sz w:val="26"/>
          <w:szCs w:val="26"/>
        </w:rPr>
        <w:t xml:space="preserve"> </w:t>
      </w:r>
    </w:p>
    <w:p w14:paraId="4181FB92"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I looked at her with pure disgust. "I wonder what Tara would say when she hears that expression at eighteen."</w:t>
      </w:r>
      <w:r w:rsidRPr="00021069">
        <w:rPr>
          <w:rFonts w:ascii="garamond" w:hAnsi="garamond" w:cs="Arial"/>
          <w:color w:val="1F1F1F"/>
          <w:sz w:val="26"/>
          <w:szCs w:val="26"/>
        </w:rPr>
        <w:t xml:space="preserve"> </w:t>
      </w:r>
    </w:p>
    <w:p w14:paraId="329CDB58"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Carole couldn't hold my gaze. "Don’t take this the wrong way," she stammered. "You know what I mean."</w:t>
      </w:r>
      <w:r w:rsidRPr="00021069">
        <w:rPr>
          <w:rFonts w:ascii="garamond" w:hAnsi="garamond" w:cs="Arial"/>
          <w:color w:val="1F1F1F"/>
          <w:sz w:val="26"/>
          <w:szCs w:val="26"/>
        </w:rPr>
        <w:t xml:space="preserve"> </w:t>
      </w:r>
    </w:p>
    <w:p w14:paraId="46978780"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"I have no idea what you mean," I said, and closed the conversation. She walked to the kitchen and called him; I overheard her voice soften instantly—frightened, needing reassurance, calming as he spoke. The calculation and the ease of my replacement were what stung.</w:t>
      </w:r>
      <w:r w:rsidRPr="00021069">
        <w:rPr>
          <w:rFonts w:ascii="garamond" w:hAnsi="garamond" w:cs="Arial"/>
          <w:color w:val="1F1F1F"/>
          <w:sz w:val="26"/>
          <w:szCs w:val="26"/>
        </w:rPr>
        <w:t xml:space="preserve"> </w:t>
      </w:r>
    </w:p>
    <w:p w14:paraId="3E360CBF"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lastRenderedPageBreak/>
        <w:t xml:space="preserve">When she returned, I poured out years of stored resentment in a single passage: "Do you truly believe Ghosn would have paid attention to you if you weren’t my wife? If I hadn’t elevated you to your current status in New York? You took that assumption and ran with it. Let me warn you: there are no shortcuts to greatness, and you’ve barely made a step. </w:t>
      </w:r>
    </w:p>
    <w:p w14:paraId="3A93CDA9"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She listened silently, insulated and prepared. Tears streamed down my face as I walked out, realizing this was the end of an eighteen-year marriage, and the beginning of a cold legal campaign where our three children had to remain the primary priority.</w:t>
      </w:r>
      <w:r w:rsidRPr="00021069">
        <w:rPr>
          <w:rFonts w:ascii="garamond" w:hAnsi="garamond" w:cs="Arial"/>
          <w:color w:val="1F1F1F"/>
          <w:sz w:val="26"/>
          <w:szCs w:val="26"/>
        </w:rPr>
        <w:t xml:space="preserve"> </w:t>
      </w:r>
    </w:p>
    <w:p w14:paraId="534590CE" w14:textId="77777777" w:rsidR="00C85A6B" w:rsidRPr="00406ED1" w:rsidRDefault="00C85A6B" w:rsidP="00C85A6B">
      <w:pPr>
        <w:spacing w:line="240" w:lineRule="auto"/>
        <w:rPr>
          <w:rFonts w:ascii="garamond" w:hAnsi="garamond" w:cs="Arial"/>
          <w:b/>
          <w:bCs/>
          <w:color w:val="1F1F1F"/>
          <w:sz w:val="26"/>
          <w:szCs w:val="26"/>
        </w:rPr>
      </w:pPr>
      <w:r w:rsidRPr="00406ED1">
        <w:rPr>
          <w:rFonts w:ascii="garamond" w:hAnsi="garamond" w:cs="Arial"/>
          <w:b/>
          <w:bCs/>
          <w:color w:val="1F1F1F"/>
          <w:sz w:val="26"/>
          <w:szCs w:val="26"/>
        </w:rPr>
        <w:br w:type="page"/>
      </w:r>
    </w:p>
    <w:p w14:paraId="23581141" w14:textId="2EDAE354" w:rsidR="00C85A6B" w:rsidRPr="00021069" w:rsidRDefault="00C85A6B" w:rsidP="00F06675">
      <w:pPr>
        <w:spacing w:after="0" w:line="240" w:lineRule="auto"/>
        <w:outlineLvl w:val="2"/>
        <w:rPr>
          <w:rFonts w:ascii="garamond" w:hAnsi="garamond" w:cs="Arial"/>
          <w:b/>
          <w:bCs/>
          <w:color w:val="1F1F1F"/>
          <w:sz w:val="26"/>
          <w:szCs w:val="26"/>
        </w:rPr>
      </w:pPr>
      <w:r w:rsidRPr="00021069">
        <w:rPr>
          <w:rFonts w:ascii="garamond" w:hAnsi="garamond" w:cs="Arial"/>
          <w:b/>
          <w:bCs/>
          <w:color w:val="1F1F1F"/>
          <w:sz w:val="26"/>
          <w:szCs w:val="26"/>
        </w:rPr>
        <w:lastRenderedPageBreak/>
        <w:t>CHAPTER 5</w:t>
      </w:r>
      <w:r w:rsidR="003D3B2B">
        <w:rPr>
          <w:rFonts w:ascii="garamond" w:hAnsi="garamond" w:cs="Arial"/>
          <w:b/>
          <w:bCs/>
          <w:color w:val="1F1F1F"/>
          <w:sz w:val="26"/>
          <w:szCs w:val="26"/>
        </w:rPr>
        <w:t>4</w:t>
      </w:r>
      <w:r w:rsidRPr="00021069">
        <w:rPr>
          <w:rFonts w:ascii="garamond" w:hAnsi="garamond" w:cs="Arial"/>
          <w:b/>
          <w:bCs/>
          <w:color w:val="1F1F1F"/>
          <w:sz w:val="26"/>
          <w:szCs w:val="26"/>
        </w:rPr>
        <w:t xml:space="preserve"> — LEGAL EAGLES</w:t>
      </w:r>
      <w:r w:rsidR="00F06675">
        <w:rPr>
          <w:rFonts w:ascii="garamond" w:hAnsi="garamond" w:cs="Arial"/>
          <w:b/>
          <w:bCs/>
          <w:color w:val="1F1F1F"/>
          <w:sz w:val="26"/>
          <w:szCs w:val="26"/>
        </w:rPr>
        <w:br/>
      </w:r>
      <w:r w:rsidRPr="00021069">
        <w:rPr>
          <w:rFonts w:ascii="garamond" w:hAnsi="garamond" w:cs="Arial"/>
          <w:b/>
          <w:bCs/>
          <w:color w:val="1F1F1F"/>
          <w:sz w:val="26"/>
          <w:szCs w:val="26"/>
          <w:bdr w:val="none" w:sz="0" w:space="0" w:color="auto" w:frame="1"/>
        </w:rPr>
        <w:t>The Dissolution of a Marriage.</w:t>
      </w:r>
    </w:p>
    <w:p w14:paraId="049AC0C9"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The emotional warfare ended the moment I engaged the family practice division of my law firm. My lawyer, Alan Speer, recommended independent counsel for Carole to ensure efficiency. When we set up the initial conference call in my office, putting Speer on speakerphone, the temperature in the room shifted instantly. The drama vanished; it was now entirely procedural, a ledger balancing custody guidelines and the reallocation of my net worth and assets.</w:t>
      </w:r>
      <w:r w:rsidRPr="00021069">
        <w:rPr>
          <w:rFonts w:ascii="garamond" w:hAnsi="garamond" w:cs="Arial"/>
          <w:color w:val="1F1F1F"/>
          <w:sz w:val="26"/>
          <w:szCs w:val="26"/>
        </w:rPr>
        <w:t xml:space="preserve"> </w:t>
      </w:r>
    </w:p>
    <w:p w14:paraId="3FE28E26"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Then the corporate insulation cracked. Speer inform</w:t>
      </w:r>
      <w:r w:rsidRPr="00406ED1">
        <w:rPr>
          <w:rFonts w:ascii="garamond" w:hAnsi="garamond" w:cs="Arial"/>
          <w:color w:val="1F1F1F"/>
          <w:sz w:val="26"/>
          <w:szCs w:val="26"/>
          <w:bdr w:val="none" w:sz="0" w:space="0" w:color="auto" w:frame="1"/>
        </w:rPr>
        <w:t>ed</w:t>
      </w:r>
      <w:r w:rsidRPr="00021069">
        <w:rPr>
          <w:rFonts w:ascii="garamond" w:hAnsi="garamond" w:cs="Arial"/>
          <w:color w:val="1F1F1F"/>
          <w:sz w:val="26"/>
          <w:szCs w:val="26"/>
          <w:bdr w:val="none" w:sz="0" w:space="0" w:color="auto" w:frame="1"/>
        </w:rPr>
        <w:t xml:space="preserve"> me that Ghosn had accompanied Carole to her lawyer’s office—not just once, but consistently.</w:t>
      </w:r>
      <w:r w:rsidRPr="00021069">
        <w:rPr>
          <w:rFonts w:ascii="garamond" w:hAnsi="garamond" w:cs="Arial"/>
          <w:color w:val="1F1F1F"/>
          <w:sz w:val="26"/>
          <w:szCs w:val="26"/>
        </w:rPr>
        <w:t xml:space="preserve"> </w:t>
      </w:r>
    </w:p>
    <w:p w14:paraId="71742B4F"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I confronted her immediately. Her first response wasn't a defense, but a defensive question: "Who told you?" If she required a male presence for security, her father or brother were available. But having Ghosn in that room</w:t>
      </w:r>
      <w:r w:rsidRPr="00406ED1">
        <w:rPr>
          <w:rFonts w:ascii="garamond" w:hAnsi="garamond" w:cs="Arial"/>
          <w:color w:val="1F1F1F"/>
          <w:sz w:val="26"/>
          <w:szCs w:val="26"/>
          <w:bdr w:val="none" w:sz="0" w:space="0" w:color="auto" w:frame="1"/>
        </w:rPr>
        <w:t xml:space="preserve"> </w:t>
      </w:r>
      <w:r w:rsidRPr="00021069">
        <w:rPr>
          <w:rFonts w:ascii="garamond" w:hAnsi="garamond" w:cs="Arial"/>
          <w:color w:val="1F1F1F"/>
          <w:sz w:val="26"/>
          <w:szCs w:val="26"/>
          <w:bdr w:val="none" w:sz="0" w:space="0" w:color="auto" w:frame="1"/>
        </w:rPr>
        <w:t>was the ultimate indignity.</w:t>
      </w:r>
      <w:r w:rsidRPr="00021069">
        <w:rPr>
          <w:rFonts w:ascii="garamond" w:hAnsi="garamond" w:cs="Arial"/>
          <w:color w:val="1F1F1F"/>
          <w:sz w:val="26"/>
          <w:szCs w:val="26"/>
        </w:rPr>
        <w:t xml:space="preserve"> </w:t>
      </w:r>
    </w:p>
    <w:p w14:paraId="10AE57EF"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I capped the exposure. "As long as we are living under the same roof, until this is finalized, you will be humiliating our entire family if you see him publicly in New York," I told her. "Neither of us talks to the kids alone. We will script a message with the lawyers, deliver it together, and meet with the kids on the last Sunday in October. Do you agree?"</w:t>
      </w:r>
      <w:r w:rsidRPr="00021069">
        <w:rPr>
          <w:rFonts w:ascii="garamond" w:hAnsi="garamond" w:cs="Arial"/>
          <w:color w:val="1F1F1F"/>
          <w:sz w:val="26"/>
          <w:szCs w:val="26"/>
        </w:rPr>
        <w:t xml:space="preserve"> </w:t>
      </w:r>
    </w:p>
    <w:p w14:paraId="0B702466"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Carole nodded.</w:t>
      </w:r>
      <w:r w:rsidRPr="00021069">
        <w:rPr>
          <w:rFonts w:ascii="garamond" w:hAnsi="garamond" w:cs="Arial"/>
          <w:color w:val="1F1F1F"/>
          <w:sz w:val="26"/>
          <w:szCs w:val="26"/>
        </w:rPr>
        <w:t xml:space="preserve"> </w:t>
      </w:r>
    </w:p>
    <w:p w14:paraId="683115D9"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"That’s not good enough," I demanded. "I want to hear you say it."</w:t>
      </w:r>
      <w:r w:rsidRPr="00021069">
        <w:rPr>
          <w:rFonts w:ascii="garamond" w:hAnsi="garamond" w:cs="Arial"/>
          <w:color w:val="1F1F1F"/>
          <w:sz w:val="26"/>
          <w:szCs w:val="26"/>
        </w:rPr>
        <w:t xml:space="preserve"> </w:t>
      </w:r>
    </w:p>
    <w:p w14:paraId="3E2019E5"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"Yes, I agree," she said. "No independent talk with the kids. Deliver the scripted message together on the last Sunday in October." Yet she was barely listening, clearly checked out and focused on her upcoming international life. Friends quickly reported seeing them dining openly at the Four Seasons restaurant.</w:t>
      </w:r>
      <w:r w:rsidRPr="00021069">
        <w:rPr>
          <w:rFonts w:ascii="garamond" w:hAnsi="garamond" w:cs="Arial"/>
          <w:color w:val="1F1F1F"/>
          <w:sz w:val="26"/>
          <w:szCs w:val="26"/>
        </w:rPr>
        <w:t xml:space="preserve"> </w:t>
      </w:r>
    </w:p>
    <w:p w14:paraId="708E4DE4"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The administrative weight of relocating, finding a permanent job, and securing a new home all at once became crushing, prompting me to call Lebanon for some semblance of tribal solidarity. I dialed my brother Walid, my sister</w:t>
      </w:r>
      <w:r w:rsidRPr="00406ED1">
        <w:rPr>
          <w:rFonts w:ascii="garamond" w:hAnsi="garamond" w:cs="Arial"/>
          <w:color w:val="1F1F1F"/>
          <w:sz w:val="26"/>
          <w:szCs w:val="26"/>
          <w:bdr w:val="none" w:sz="0" w:space="0" w:color="auto" w:frame="1"/>
        </w:rPr>
        <w:t>,</w:t>
      </w:r>
      <w:r w:rsidRPr="00021069">
        <w:rPr>
          <w:rFonts w:ascii="garamond" w:hAnsi="garamond" w:cs="Arial"/>
          <w:color w:val="1F1F1F"/>
          <w:sz w:val="26"/>
          <w:szCs w:val="26"/>
          <w:bdr w:val="none" w:sz="0" w:space="0" w:color="auto" w:frame="1"/>
        </w:rPr>
        <w:t xml:space="preserve"> Hania, and my parents, looking for a protective shield while my fortress was being dismantled around me.</w:t>
      </w:r>
      <w:r w:rsidRPr="00021069">
        <w:rPr>
          <w:rFonts w:ascii="garamond" w:hAnsi="garamond" w:cs="Arial"/>
          <w:color w:val="1F1F1F"/>
          <w:sz w:val="26"/>
          <w:szCs w:val="26"/>
        </w:rPr>
        <w:t xml:space="preserve"> </w:t>
      </w:r>
    </w:p>
    <w:p w14:paraId="1E4F0CA8"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Walid answered first. He was concerned for the children but paralyzed by the scale of my crisis. "Maybe you can do what you advised me to do," he offered tentatively. "Get a single negotiator to settle the disputes."</w:t>
      </w:r>
      <w:r w:rsidRPr="00021069">
        <w:rPr>
          <w:rFonts w:ascii="garamond" w:hAnsi="garamond" w:cs="Arial"/>
          <w:color w:val="1F1F1F"/>
          <w:sz w:val="26"/>
          <w:szCs w:val="26"/>
        </w:rPr>
        <w:t xml:space="preserve"> </w:t>
      </w:r>
    </w:p>
    <w:p w14:paraId="59A54100"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The irony was thick. I had tracked down Walid's negotiator and helped him through</w:t>
      </w:r>
      <w:r w:rsidRPr="00406ED1">
        <w:rPr>
          <w:rFonts w:ascii="garamond" w:hAnsi="garamond" w:cs="Arial"/>
          <w:color w:val="1F1F1F"/>
          <w:sz w:val="26"/>
          <w:szCs w:val="26"/>
          <w:bdr w:val="none" w:sz="0" w:space="0" w:color="auto" w:frame="1"/>
        </w:rPr>
        <w:t xml:space="preserve"> </w:t>
      </w:r>
      <w:r w:rsidRPr="00021069">
        <w:rPr>
          <w:rFonts w:ascii="garamond" w:hAnsi="garamond" w:cs="Arial"/>
          <w:color w:val="1F1F1F"/>
          <w:sz w:val="26"/>
          <w:szCs w:val="26"/>
          <w:bdr w:val="none" w:sz="0" w:space="0" w:color="auto" w:frame="1"/>
        </w:rPr>
        <w:t xml:space="preserve">his own divorce when his focus was blurred. Now, facing the American legal landscape, he had no practical solutions to offer in return. When he offered to fly to </w:t>
      </w:r>
      <w:r w:rsidRPr="00021069">
        <w:rPr>
          <w:rFonts w:ascii="garamond" w:hAnsi="garamond" w:cs="Arial"/>
          <w:color w:val="1F1F1F"/>
          <w:sz w:val="26"/>
          <w:szCs w:val="26"/>
          <w:bdr w:val="none" w:sz="0" w:space="0" w:color="auto" w:frame="1"/>
        </w:rPr>
        <w:lastRenderedPageBreak/>
        <w:t>New York, I declined; he didn't understand our finances or the system here, and his presence would change nothing.</w:t>
      </w:r>
      <w:r w:rsidRPr="00021069">
        <w:rPr>
          <w:rFonts w:ascii="garamond" w:hAnsi="garamond" w:cs="Arial"/>
          <w:color w:val="1F1F1F"/>
          <w:sz w:val="26"/>
          <w:szCs w:val="26"/>
        </w:rPr>
        <w:t xml:space="preserve"> </w:t>
      </w:r>
    </w:p>
    <w:p w14:paraId="33BB9124"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Next, I called Hania. In our long conversations, she sounded entirely aligned with me, offering sharp, semi-derogatory comments about Carole and her mother Greta's behavior. But Hania had been friends with Carole for years. When Hania called the apartment to speak to her, I stayed on the line in absolute silence</w:t>
      </w:r>
      <w:r w:rsidRPr="00406ED1">
        <w:rPr>
          <w:rFonts w:ascii="garamond" w:hAnsi="garamond" w:cs="Arial"/>
          <w:color w:val="1F1F1F"/>
          <w:sz w:val="26"/>
          <w:szCs w:val="26"/>
          <w:bdr w:val="none" w:sz="0" w:space="0" w:color="auto" w:frame="1"/>
        </w:rPr>
        <w:t>.</w:t>
      </w:r>
      <w:r w:rsidRPr="00021069">
        <w:rPr>
          <w:rFonts w:ascii="garamond" w:hAnsi="garamond" w:cs="Arial"/>
          <w:color w:val="1F1F1F"/>
          <w:sz w:val="26"/>
          <w:szCs w:val="26"/>
          <w:bdr w:val="none" w:sz="0" w:space="0" w:color="auto" w:frame="1"/>
        </w:rPr>
        <w:t xml:space="preserve"> I desperately needed to know the true alignment of the room.</w:t>
      </w:r>
      <w:r w:rsidRPr="00021069">
        <w:rPr>
          <w:rFonts w:ascii="garamond" w:hAnsi="garamond" w:cs="Arial"/>
          <w:color w:val="1F1F1F"/>
          <w:sz w:val="26"/>
          <w:szCs w:val="26"/>
        </w:rPr>
        <w:t xml:space="preserve"> </w:t>
      </w:r>
    </w:p>
    <w:p w14:paraId="3DBBDA62"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My sister’s tone shifted entirely. There was no mention of the critical language she had shared with me. Hania was employing a defensive strategy</w:t>
      </w:r>
      <w:r w:rsidRPr="00406ED1">
        <w:rPr>
          <w:rFonts w:ascii="garamond" w:hAnsi="garamond" w:cs="Arial"/>
          <w:color w:val="1F1F1F"/>
          <w:sz w:val="26"/>
          <w:szCs w:val="26"/>
          <w:bdr w:val="none" w:sz="0" w:space="0" w:color="auto" w:frame="1"/>
        </w:rPr>
        <w:t xml:space="preserve">, </w:t>
      </w:r>
      <w:r w:rsidRPr="00021069">
        <w:rPr>
          <w:rFonts w:ascii="garamond" w:hAnsi="garamond" w:cs="Arial"/>
          <w:color w:val="1F1F1F"/>
          <w:sz w:val="26"/>
          <w:szCs w:val="26"/>
          <w:bdr w:val="none" w:sz="0" w:space="0" w:color="auto" w:frame="1"/>
        </w:rPr>
        <w:t xml:space="preserve">navigating neutrally around the issue. </w:t>
      </w:r>
    </w:p>
    <w:p w14:paraId="6AB5C64E"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Finally, I called my parents, who lived in the Mediterranean-view luxury apartment I had purchased for them in Beirut. Supporting them was my honor, and my mother often reflected on how her children were her greatest blessing, calling me more generous than her own patriarchal uncle.</w:t>
      </w:r>
      <w:r w:rsidRPr="00021069">
        <w:rPr>
          <w:rFonts w:ascii="garamond" w:hAnsi="garamond" w:cs="Arial"/>
          <w:color w:val="1F1F1F"/>
          <w:sz w:val="26"/>
          <w:szCs w:val="26"/>
        </w:rPr>
        <w:t xml:space="preserve"> </w:t>
      </w:r>
    </w:p>
    <w:p w14:paraId="5A857CF8"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 xml:space="preserve">My mother spoke softly, testing the air, before my father asked if I wanted her to come to New York for a week. </w:t>
      </w:r>
    </w:p>
    <w:p w14:paraId="4E181FBE"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 xml:space="preserve">The words "one week" landed with the weight of a definitive rejection letter. Standing in that silent room, the cold reality of absolute isolation settled into my bones. A private monologue surged through my chest, one I refused to release aloud: </w:t>
      </w:r>
      <w:r w:rsidRPr="00021069">
        <w:rPr>
          <w:rFonts w:ascii="garamond" w:hAnsi="garamond" w:cs="Arial"/>
          <w:i/>
          <w:iCs/>
          <w:color w:val="1F1F1F"/>
          <w:sz w:val="26"/>
          <w:szCs w:val="26"/>
          <w:bdr w:val="none" w:sz="0" w:space="0" w:color="auto" w:frame="1"/>
        </w:rPr>
        <w:t>You did not help me when I got married, and you are not going to help me when I get divorced. I am going to close this chapter entirely on my own.</w:t>
      </w:r>
      <w:r w:rsidRPr="00021069">
        <w:rPr>
          <w:rFonts w:ascii="garamond" w:hAnsi="garamond" w:cs="Arial"/>
          <w:color w:val="1F1F1F"/>
          <w:sz w:val="26"/>
          <w:szCs w:val="26"/>
        </w:rPr>
        <w:t xml:space="preserve"> </w:t>
      </w:r>
    </w:p>
    <w:p w14:paraId="0E869A36"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I sucked my pride back in, kept my voice steady, and told her it wasn't necessary for her to fly out. I hung up the phone.</w:t>
      </w:r>
      <w:r w:rsidRPr="00021069">
        <w:rPr>
          <w:rFonts w:ascii="garamond" w:hAnsi="garamond" w:cs="Arial"/>
          <w:color w:val="1F1F1F"/>
          <w:sz w:val="26"/>
          <w:szCs w:val="26"/>
        </w:rPr>
        <w:t xml:space="preserve"> </w:t>
      </w:r>
    </w:p>
    <w:p w14:paraId="5CD6C974"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The line went dead. I looked down at the twenty-dollar Timex ticking against my wrist and spoke my own name into the empty air: "Marwan, you are on your own. Nobody is coming to help you."</w:t>
      </w:r>
      <w:r w:rsidRPr="00021069">
        <w:rPr>
          <w:rFonts w:ascii="garamond" w:hAnsi="garamond" w:cs="Arial"/>
          <w:color w:val="1F1F1F"/>
          <w:sz w:val="26"/>
          <w:szCs w:val="26"/>
        </w:rPr>
        <w:t xml:space="preserve"> </w:t>
      </w:r>
    </w:p>
    <w:p w14:paraId="36FB5E0D"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 xml:space="preserve">This was the ultimate, inescapable logic of the Patriarch Mandate. For thirty-five years, I had trained every person in my universe to believe I was an engine without variables—a machine that funded, solved, and optimized every crisis without ever needing a lifeline thrown back. I had built the dome so high they assumed the weather couldn't touch me. Now, in the silence of my own collapse, their careful distance delivered the final tribal verdict: </w:t>
      </w:r>
      <w:r w:rsidRPr="00021069">
        <w:rPr>
          <w:rFonts w:ascii="garamond" w:hAnsi="garamond" w:cs="Arial"/>
          <w:i/>
          <w:iCs/>
          <w:color w:val="1F1F1F"/>
          <w:sz w:val="26"/>
          <w:szCs w:val="26"/>
          <w:bdr w:val="none" w:sz="0" w:space="0" w:color="auto" w:frame="1"/>
        </w:rPr>
        <w:t>You told us you could handle everything. Now, show us.</w:t>
      </w:r>
      <w:r w:rsidRPr="00021069">
        <w:rPr>
          <w:rFonts w:ascii="garamond" w:hAnsi="garamond" w:cs="Arial"/>
          <w:color w:val="1F1F1F"/>
          <w:sz w:val="26"/>
          <w:szCs w:val="26"/>
        </w:rPr>
        <w:t xml:space="preserve"> </w:t>
      </w:r>
    </w:p>
    <w:p w14:paraId="6453FCAD"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 xml:space="preserve">I was fighting Carole on multiple fronts with zero external support. She was ensconced in a fortress of her family, the children, her lover, and our shared social </w:t>
      </w:r>
      <w:r w:rsidRPr="00021069">
        <w:rPr>
          <w:rFonts w:ascii="garamond" w:hAnsi="garamond" w:cs="Arial"/>
          <w:color w:val="1F1F1F"/>
          <w:sz w:val="26"/>
          <w:szCs w:val="26"/>
          <w:bdr w:val="none" w:sz="0" w:space="0" w:color="auto" w:frame="1"/>
        </w:rPr>
        <w:lastRenderedPageBreak/>
        <w:t>circle; I was left standing in a mud hut. I had spent thirty years constructing shelter for everyone close to me, but I had never built a durable shelter over my own head.</w:t>
      </w:r>
      <w:r w:rsidRPr="00021069">
        <w:rPr>
          <w:rFonts w:ascii="garamond" w:hAnsi="garamond" w:cs="Arial"/>
          <w:color w:val="1F1F1F"/>
          <w:sz w:val="26"/>
          <w:szCs w:val="26"/>
        </w:rPr>
        <w:t xml:space="preserve"> </w:t>
      </w:r>
    </w:p>
    <w:p w14:paraId="05115E87" w14:textId="77777777" w:rsidR="00C85A6B" w:rsidRPr="00406ED1" w:rsidRDefault="00C85A6B" w:rsidP="00C85A6B">
      <w:pPr>
        <w:spacing w:line="240" w:lineRule="auto"/>
        <w:rPr>
          <w:rFonts w:ascii="garamond" w:hAnsi="garamond" w:cs="Arial"/>
          <w:b/>
          <w:bCs/>
          <w:color w:val="1F1F1F"/>
          <w:sz w:val="26"/>
          <w:szCs w:val="26"/>
        </w:rPr>
      </w:pPr>
      <w:r w:rsidRPr="00406ED1">
        <w:rPr>
          <w:rFonts w:ascii="garamond" w:hAnsi="garamond" w:cs="Arial"/>
          <w:b/>
          <w:bCs/>
          <w:color w:val="1F1F1F"/>
          <w:sz w:val="26"/>
          <w:szCs w:val="26"/>
        </w:rPr>
        <w:br w:type="page"/>
      </w:r>
    </w:p>
    <w:p w14:paraId="4B3FC3C9" w14:textId="4DF9818D" w:rsidR="00C85A6B" w:rsidRPr="00021069" w:rsidRDefault="00C85A6B" w:rsidP="00F06675">
      <w:pPr>
        <w:spacing w:after="0" w:line="240" w:lineRule="auto"/>
        <w:outlineLvl w:val="2"/>
        <w:rPr>
          <w:rFonts w:ascii="garamond" w:hAnsi="garamond" w:cs="Arial"/>
          <w:b/>
          <w:bCs/>
          <w:color w:val="1F1F1F"/>
          <w:sz w:val="26"/>
          <w:szCs w:val="26"/>
        </w:rPr>
      </w:pPr>
      <w:r w:rsidRPr="00021069">
        <w:rPr>
          <w:rFonts w:ascii="garamond" w:hAnsi="garamond" w:cs="Arial"/>
          <w:b/>
          <w:bCs/>
          <w:color w:val="1F1F1F"/>
          <w:sz w:val="26"/>
          <w:szCs w:val="26"/>
        </w:rPr>
        <w:lastRenderedPageBreak/>
        <w:t>CHAPTER 5</w:t>
      </w:r>
      <w:r w:rsidR="003D3B2B">
        <w:rPr>
          <w:rFonts w:ascii="garamond" w:hAnsi="garamond" w:cs="Arial"/>
          <w:b/>
          <w:bCs/>
          <w:color w:val="1F1F1F"/>
          <w:sz w:val="26"/>
          <w:szCs w:val="26"/>
        </w:rPr>
        <w:t>5</w:t>
      </w:r>
      <w:r w:rsidRPr="00021069">
        <w:rPr>
          <w:rFonts w:ascii="garamond" w:hAnsi="garamond" w:cs="Arial"/>
          <w:b/>
          <w:bCs/>
          <w:color w:val="1F1F1F"/>
          <w:sz w:val="26"/>
          <w:szCs w:val="26"/>
        </w:rPr>
        <w:t xml:space="preserve"> — JOSEPH ON BOARD</w:t>
      </w:r>
      <w:r w:rsidR="00F06675">
        <w:rPr>
          <w:rFonts w:ascii="garamond" w:hAnsi="garamond" w:cs="Arial"/>
          <w:b/>
          <w:bCs/>
          <w:color w:val="1F1F1F"/>
          <w:sz w:val="26"/>
          <w:szCs w:val="26"/>
        </w:rPr>
        <w:br/>
      </w:r>
      <w:r w:rsidRPr="00021069">
        <w:rPr>
          <w:rFonts w:ascii="garamond" w:hAnsi="garamond" w:cs="Arial"/>
          <w:b/>
          <w:bCs/>
          <w:color w:val="1F1F1F"/>
          <w:sz w:val="26"/>
          <w:szCs w:val="26"/>
          <w:bdr w:val="none" w:sz="0" w:space="0" w:color="auto" w:frame="1"/>
        </w:rPr>
        <w:t>Nephew to New York.</w:t>
      </w:r>
    </w:p>
    <w:p w14:paraId="6846D913"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In the early summer of 2011, a few months before the legal proceedings drew to a close, I traveled to Beirut for a brief escape. There, I was immediately confronted by a crisis. My brother's younger son, Joseph—who was exactly one week older than Daniel—was coming apart. He had detached himself from the family entirely, disappearing and reappearing at random in the city.</w:t>
      </w:r>
      <w:r w:rsidRPr="00021069">
        <w:rPr>
          <w:rFonts w:ascii="garamond" w:hAnsi="garamond" w:cs="Arial"/>
          <w:color w:val="1F1F1F"/>
          <w:sz w:val="26"/>
          <w:szCs w:val="26"/>
        </w:rPr>
        <w:t xml:space="preserve"> </w:t>
      </w:r>
    </w:p>
    <w:p w14:paraId="01028CB1"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It took me five days of tracking him through the Beirut networks before I finally cornered him and forced a lunch invitation. Joseph was two months shy of turning eighteen.</w:t>
      </w:r>
      <w:r w:rsidRPr="00021069">
        <w:rPr>
          <w:rFonts w:ascii="garamond" w:hAnsi="garamond" w:cs="Arial"/>
          <w:color w:val="1F1F1F"/>
          <w:sz w:val="26"/>
          <w:szCs w:val="26"/>
        </w:rPr>
        <w:t xml:space="preserve"> </w:t>
      </w:r>
    </w:p>
    <w:p w14:paraId="59DC0D29"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 xml:space="preserve">The moment he sat down across from </w:t>
      </w:r>
      <w:proofErr w:type="gramStart"/>
      <w:r w:rsidRPr="00021069">
        <w:rPr>
          <w:rFonts w:ascii="garamond" w:hAnsi="garamond" w:cs="Arial"/>
          <w:color w:val="1F1F1F"/>
          <w:sz w:val="26"/>
          <w:szCs w:val="26"/>
          <w:bdr w:val="none" w:sz="0" w:space="0" w:color="auto" w:frame="1"/>
        </w:rPr>
        <w:t>me,</w:t>
      </w:r>
      <w:proofErr w:type="gramEnd"/>
      <w:r w:rsidRPr="00021069">
        <w:rPr>
          <w:rFonts w:ascii="garamond" w:hAnsi="garamond" w:cs="Arial"/>
          <w:color w:val="1F1F1F"/>
          <w:sz w:val="26"/>
          <w:szCs w:val="26"/>
          <w:bdr w:val="none" w:sz="0" w:space="0" w:color="auto" w:frame="1"/>
        </w:rPr>
        <w:t xml:space="preserve"> the room lost its color. My internal sensor didn't need a forensic audit: the boy was drowning in heavy narcotics, completely unanchored, and running out of time.</w:t>
      </w:r>
      <w:r w:rsidRPr="00021069">
        <w:rPr>
          <w:rFonts w:ascii="garamond" w:hAnsi="garamond" w:cs="Arial"/>
          <w:color w:val="1F1F1F"/>
          <w:sz w:val="26"/>
          <w:szCs w:val="26"/>
        </w:rPr>
        <w:t xml:space="preserve"> </w:t>
      </w:r>
    </w:p>
    <w:p w14:paraId="69F1B3D6"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I went straight to my brother and his ex-wife with zero tolerance. "Are you guys crazy?" I demanded. "Look at your son. Placed before the raw data, they finally cracked and admitted they had no map out of the wreckage.</w:t>
      </w:r>
      <w:r w:rsidRPr="00021069">
        <w:rPr>
          <w:rFonts w:ascii="garamond" w:hAnsi="garamond" w:cs="Arial"/>
          <w:color w:val="1F1F1F"/>
          <w:sz w:val="26"/>
          <w:szCs w:val="26"/>
        </w:rPr>
        <w:t xml:space="preserve"> </w:t>
      </w:r>
    </w:p>
    <w:p w14:paraId="788D0B28"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"Fine," I told them. "Here is the contract: I am taking him back to New York with me right now, and we are going to figure this out."</w:t>
      </w:r>
      <w:r w:rsidRPr="00021069">
        <w:rPr>
          <w:rFonts w:ascii="garamond" w:hAnsi="garamond" w:cs="Arial"/>
          <w:color w:val="1F1F1F"/>
          <w:sz w:val="26"/>
          <w:szCs w:val="26"/>
        </w:rPr>
        <w:t xml:space="preserve"> </w:t>
      </w:r>
    </w:p>
    <w:p w14:paraId="55F1E561"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 xml:space="preserve">I had no formal manual for adolescent rehabilitation, only a memory of an episode of </w:t>
      </w:r>
      <w:r w:rsidRPr="00021069">
        <w:rPr>
          <w:rFonts w:ascii="garamond" w:hAnsi="garamond" w:cs="Arial"/>
          <w:i/>
          <w:iCs/>
          <w:color w:val="1F1F1F"/>
          <w:sz w:val="26"/>
          <w:szCs w:val="26"/>
          <w:bdr w:val="none" w:sz="0" w:space="0" w:color="auto" w:frame="1"/>
        </w:rPr>
        <w:t>The Sopranos</w:t>
      </w:r>
      <w:r w:rsidRPr="00021069">
        <w:rPr>
          <w:rFonts w:ascii="garamond" w:hAnsi="garamond" w:cs="Arial"/>
          <w:color w:val="1F1F1F"/>
          <w:sz w:val="26"/>
          <w:szCs w:val="26"/>
          <w:bdr w:val="none" w:sz="0" w:space="0" w:color="auto" w:frame="1"/>
        </w:rPr>
        <w:t xml:space="preserve"> I had watched late one night in my office. That spark guided my research; I located an intensive Wilderness Program and retained a specialized psychiatrist in New York to conduct the medical intake.</w:t>
      </w:r>
      <w:r w:rsidRPr="00021069">
        <w:rPr>
          <w:rFonts w:ascii="garamond" w:hAnsi="garamond" w:cs="Arial"/>
          <w:color w:val="1F1F1F"/>
          <w:sz w:val="26"/>
          <w:szCs w:val="26"/>
        </w:rPr>
        <w:t xml:space="preserve"> </w:t>
      </w:r>
    </w:p>
    <w:p w14:paraId="3BF9B100"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Joseph's age allowed us to intervene decisively before his choices became legally irreversible. He needed a country with the clinical infrastructure to save his life. It was my responsibility under the mandate.</w:t>
      </w:r>
      <w:r w:rsidRPr="00021069">
        <w:rPr>
          <w:rFonts w:ascii="garamond" w:hAnsi="garamond" w:cs="Arial"/>
          <w:color w:val="1F1F1F"/>
          <w:sz w:val="26"/>
          <w:szCs w:val="26"/>
        </w:rPr>
        <w:t xml:space="preserve"> </w:t>
      </w:r>
    </w:p>
    <w:p w14:paraId="75082304"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I flew him back to Manhattan. For two weeks, my Upper West Side rental apartment served as a temporary refuge for both of us. The architecture of the space was surreal: in one room, a veteran corporate general managed the fallout of divorce lawyers; in the next, a seventeen-year-old boy detoxed and sweated out heavy toxins. We shared a heavy, protective silence—two displaced nomads waiting for a change in the wind. At the end of the fortnight, his mother arrived to sign the final clearances, and Joseph disappeared into the wilderness to begin his true recovery.</w:t>
      </w:r>
      <w:r w:rsidRPr="00021069">
        <w:rPr>
          <w:rFonts w:ascii="garamond" w:hAnsi="garamond" w:cs="Arial"/>
          <w:color w:val="1F1F1F"/>
          <w:sz w:val="26"/>
          <w:szCs w:val="26"/>
        </w:rPr>
        <w:t xml:space="preserve"> </w:t>
      </w:r>
    </w:p>
    <w:p w14:paraId="54343E5F"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 xml:space="preserve">After the program, Joseph finished high school and enrolled in college. Over the next few years, my Upper West Side apartment naturally transformed into a sanctuary for my kids and nephews, most of whom were attending Northeastern universities. Every weekend, two to four nephews would sleep over at my place. I cooked badly, we </w:t>
      </w:r>
      <w:r w:rsidRPr="00021069">
        <w:rPr>
          <w:rFonts w:ascii="garamond" w:hAnsi="garamond" w:cs="Arial"/>
          <w:color w:val="1F1F1F"/>
          <w:sz w:val="26"/>
          <w:szCs w:val="26"/>
          <w:bdr w:val="none" w:sz="0" w:space="0" w:color="auto" w:frame="1"/>
        </w:rPr>
        <w:lastRenderedPageBreak/>
        <w:t>laughed, and the reciprocity of getting to know them on foot became the best part of my routine.</w:t>
      </w:r>
      <w:r w:rsidRPr="00021069">
        <w:rPr>
          <w:rFonts w:ascii="garamond" w:hAnsi="garamond" w:cs="Arial"/>
          <w:color w:val="1F1F1F"/>
          <w:sz w:val="26"/>
          <w:szCs w:val="26"/>
        </w:rPr>
        <w:t xml:space="preserve"> </w:t>
      </w:r>
    </w:p>
    <w:p w14:paraId="7349AE55"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Looking back at that summer timeline, the compounding of the metrics seems impossible. I do not know how I maintained the capacity or the absolute focus to shepherd another man's child through high school and rehabilitation while my own world was detonating in real time.</w:t>
      </w:r>
      <w:r w:rsidRPr="00021069">
        <w:rPr>
          <w:rFonts w:ascii="garamond" w:hAnsi="garamond" w:cs="Arial"/>
          <w:color w:val="1F1F1F"/>
          <w:sz w:val="26"/>
          <w:szCs w:val="26"/>
        </w:rPr>
        <w:t xml:space="preserve"> </w:t>
      </w:r>
    </w:p>
    <w:p w14:paraId="6CB1DB54"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But I didn't have the luxury of an emotional collapse. There was a kid dying in my lane, there was nobody else there to catch him, and the Patriarch Mandate doesn't allow you to lower the wheel just because your own armor is leaking.</w:t>
      </w:r>
      <w:r w:rsidRPr="00021069">
        <w:rPr>
          <w:rFonts w:ascii="garamond" w:hAnsi="garamond" w:cs="Arial"/>
          <w:color w:val="1F1F1F"/>
          <w:sz w:val="26"/>
          <w:szCs w:val="26"/>
        </w:rPr>
        <w:t xml:space="preserve"> </w:t>
      </w:r>
    </w:p>
    <w:p w14:paraId="7E38074B" w14:textId="77777777" w:rsidR="00C85A6B" w:rsidRPr="00406ED1" w:rsidRDefault="00C85A6B" w:rsidP="00C85A6B">
      <w:pPr>
        <w:spacing w:after="0" w:line="240" w:lineRule="auto"/>
        <w:rPr>
          <w:rFonts w:ascii="garamond" w:hAnsi="garamond" w:cs="Arial"/>
          <w:color w:val="1F1F1F"/>
          <w:sz w:val="26"/>
          <w:szCs w:val="26"/>
          <w:bdr w:val="none" w:sz="0" w:space="0" w:color="auto" w:frame="1"/>
        </w:rPr>
      </w:pPr>
      <w:r w:rsidRPr="00021069">
        <w:rPr>
          <w:rFonts w:ascii="garamond" w:hAnsi="garamond" w:cs="Arial"/>
          <w:color w:val="1F1F1F"/>
          <w:sz w:val="26"/>
          <w:szCs w:val="26"/>
          <w:bdr w:val="none" w:sz="0" w:space="0" w:color="auto" w:frame="1"/>
        </w:rPr>
        <w:t xml:space="preserve">At night, sitting in that apartment, something hardened inside me. It wasn't rage or revenge. It was resolve. </w:t>
      </w:r>
    </w:p>
    <w:p w14:paraId="467CCA19"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Whatever was coming, I would face it standing.</w:t>
      </w:r>
      <w:r w:rsidRPr="00021069">
        <w:rPr>
          <w:rFonts w:ascii="garamond" w:hAnsi="garamond" w:cs="Arial"/>
          <w:color w:val="1F1F1F"/>
          <w:sz w:val="26"/>
          <w:szCs w:val="26"/>
        </w:rPr>
        <w:t xml:space="preserve"> </w:t>
      </w:r>
    </w:p>
    <w:p w14:paraId="3C61F2AE" w14:textId="77777777" w:rsidR="00C85A6B" w:rsidRPr="00406ED1" w:rsidRDefault="00C85A6B" w:rsidP="00C85A6B">
      <w:pPr>
        <w:spacing w:line="240" w:lineRule="auto"/>
        <w:rPr>
          <w:rFonts w:ascii="garamond" w:hAnsi="garamond" w:cs="Arial"/>
          <w:b/>
          <w:bCs/>
          <w:color w:val="1F1F1F"/>
          <w:sz w:val="26"/>
          <w:szCs w:val="26"/>
        </w:rPr>
      </w:pPr>
      <w:r w:rsidRPr="00406ED1">
        <w:rPr>
          <w:rFonts w:ascii="garamond" w:hAnsi="garamond" w:cs="Arial"/>
          <w:b/>
          <w:bCs/>
          <w:color w:val="1F1F1F"/>
          <w:sz w:val="26"/>
          <w:szCs w:val="26"/>
        </w:rPr>
        <w:br w:type="page"/>
      </w:r>
    </w:p>
    <w:p w14:paraId="04D54C34" w14:textId="686DB9C5" w:rsidR="00C85A6B" w:rsidRPr="00021069" w:rsidRDefault="00C85A6B" w:rsidP="00F06675">
      <w:pPr>
        <w:spacing w:after="0" w:line="240" w:lineRule="auto"/>
        <w:outlineLvl w:val="2"/>
        <w:rPr>
          <w:rFonts w:ascii="garamond" w:hAnsi="garamond" w:cs="Arial"/>
          <w:b/>
          <w:bCs/>
          <w:color w:val="1F1F1F"/>
          <w:sz w:val="26"/>
          <w:szCs w:val="26"/>
        </w:rPr>
      </w:pPr>
      <w:r w:rsidRPr="00021069">
        <w:rPr>
          <w:rFonts w:ascii="garamond" w:hAnsi="garamond" w:cs="Arial"/>
          <w:b/>
          <w:bCs/>
          <w:color w:val="1F1F1F"/>
          <w:sz w:val="26"/>
          <w:szCs w:val="26"/>
        </w:rPr>
        <w:lastRenderedPageBreak/>
        <w:t>CHAPTER 5</w:t>
      </w:r>
      <w:r w:rsidR="003D3B2B">
        <w:rPr>
          <w:rFonts w:ascii="garamond" w:hAnsi="garamond" w:cs="Arial"/>
          <w:b/>
          <w:bCs/>
          <w:color w:val="1F1F1F"/>
          <w:sz w:val="26"/>
          <w:szCs w:val="26"/>
        </w:rPr>
        <w:t>6</w:t>
      </w:r>
      <w:r w:rsidRPr="00021069">
        <w:rPr>
          <w:rFonts w:ascii="garamond" w:hAnsi="garamond" w:cs="Arial"/>
          <w:b/>
          <w:bCs/>
          <w:color w:val="1F1F1F"/>
          <w:sz w:val="26"/>
          <w:szCs w:val="26"/>
        </w:rPr>
        <w:t xml:space="preserve"> — TRUTH BE TOLD</w:t>
      </w:r>
      <w:r w:rsidR="00F06675">
        <w:rPr>
          <w:rFonts w:ascii="garamond" w:hAnsi="garamond" w:cs="Arial"/>
          <w:b/>
          <w:bCs/>
          <w:color w:val="1F1F1F"/>
          <w:sz w:val="26"/>
          <w:szCs w:val="26"/>
        </w:rPr>
        <w:br/>
      </w:r>
      <w:r w:rsidRPr="00021069">
        <w:rPr>
          <w:rFonts w:ascii="garamond" w:hAnsi="garamond" w:cs="Arial"/>
          <w:b/>
          <w:bCs/>
          <w:color w:val="1F1F1F"/>
          <w:sz w:val="26"/>
          <w:szCs w:val="26"/>
          <w:bdr w:val="none" w:sz="0" w:space="0" w:color="auto" w:frame="1"/>
        </w:rPr>
        <w:t>‘You’re Bad At Explaining Things, Dad. But I Understand.’</w:t>
      </w:r>
    </w:p>
    <w:p w14:paraId="05D90BE9"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Months before the fateful Sunday afternoon when our household finally detonated, I came home to the apartment earlier than usual. The rooms were serene in that specific, mid-afternoon way that usually signaled the children were deep into their homework.</w:t>
      </w:r>
      <w:r w:rsidRPr="00021069">
        <w:rPr>
          <w:rFonts w:ascii="garamond" w:hAnsi="garamond" w:cs="Arial"/>
          <w:color w:val="1F1F1F"/>
          <w:sz w:val="26"/>
          <w:szCs w:val="26"/>
        </w:rPr>
        <w:t xml:space="preserve"> </w:t>
      </w:r>
    </w:p>
    <w:p w14:paraId="72AA92C7"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Then I heard the soft click of a door closing down the hall.</w:t>
      </w:r>
      <w:r w:rsidRPr="00021069">
        <w:rPr>
          <w:rFonts w:ascii="garamond" w:hAnsi="garamond" w:cs="Arial"/>
          <w:color w:val="1F1F1F"/>
          <w:sz w:val="26"/>
          <w:szCs w:val="26"/>
        </w:rPr>
        <w:t xml:space="preserve"> </w:t>
      </w:r>
    </w:p>
    <w:p w14:paraId="14CDD1C9"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Carole was in Daniel’s room with the door shut. Through the wood, I could hear Carole’s voice: low, steady, deliberately un-angry. Daniel answered once or twice, briefly, before the murmur resolved back into silence.</w:t>
      </w:r>
      <w:r w:rsidRPr="00021069">
        <w:rPr>
          <w:rFonts w:ascii="garamond" w:hAnsi="garamond" w:cs="Arial"/>
          <w:color w:val="1F1F1F"/>
          <w:sz w:val="26"/>
          <w:szCs w:val="26"/>
        </w:rPr>
        <w:t xml:space="preserve"> </w:t>
      </w:r>
    </w:p>
    <w:p w14:paraId="36F5B84E"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 xml:space="preserve">The door opened. Daniel walked out, his face carefully masked in neutrality, with Carole following closely behind. </w:t>
      </w:r>
    </w:p>
    <w:p w14:paraId="0BAC493A"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“What’s going on?” I asked.</w:t>
      </w:r>
      <w:r w:rsidRPr="00021069">
        <w:rPr>
          <w:rFonts w:ascii="garamond" w:hAnsi="garamond" w:cs="Arial"/>
          <w:color w:val="1F1F1F"/>
          <w:sz w:val="26"/>
          <w:szCs w:val="26"/>
        </w:rPr>
        <w:t xml:space="preserve"> </w:t>
      </w:r>
    </w:p>
    <w:p w14:paraId="6B81F515"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“Nothing,” she said, her response arriving too quickly. “Just talking.”</w:t>
      </w:r>
      <w:r w:rsidRPr="00021069">
        <w:rPr>
          <w:rFonts w:ascii="garamond" w:hAnsi="garamond" w:cs="Arial"/>
          <w:color w:val="1F1F1F"/>
          <w:sz w:val="26"/>
          <w:szCs w:val="26"/>
        </w:rPr>
        <w:t xml:space="preserve"> </w:t>
      </w:r>
    </w:p>
    <w:p w14:paraId="73A41D9D"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She walked right past me toward Anthony’s room. A few minutes later, the same low, calibrated voice pattern repeated, and Anthony stepped into the hallway. Finally, she went to Tara’s door—the most innocent room, met with the gentlest, most careful cadence of all.</w:t>
      </w:r>
      <w:r w:rsidRPr="00021069">
        <w:rPr>
          <w:rFonts w:ascii="garamond" w:hAnsi="garamond" w:cs="Arial"/>
          <w:color w:val="1F1F1F"/>
          <w:sz w:val="26"/>
          <w:szCs w:val="26"/>
        </w:rPr>
        <w:t xml:space="preserve"> </w:t>
      </w:r>
    </w:p>
    <w:p w14:paraId="7A10FAF4"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Carole was calibrating each child separately. Homework constraints, teenage mood swings, the exhausting logistics of school runs—the ordinary explanations assembled themselves readily enough in my mind. I was uneasy, but the market data of my own life was moving too fast</w:t>
      </w:r>
      <w:r w:rsidRPr="00406ED1">
        <w:rPr>
          <w:rFonts w:ascii="garamond" w:hAnsi="garamond" w:cs="Arial"/>
          <w:color w:val="1F1F1F"/>
          <w:sz w:val="26"/>
          <w:szCs w:val="26"/>
          <w:bdr w:val="none" w:sz="0" w:space="0" w:color="auto" w:frame="1"/>
        </w:rPr>
        <w:t>.</w:t>
      </w:r>
    </w:p>
    <w:p w14:paraId="78786AA2"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Carole left the house an hour after her rounds were complete. Left to themselves, I heard Daniel, Anthony, and Tara gather in Daniel's bedroom. This time, the door was locked from the inside. I could hear the three of them talking</w:t>
      </w:r>
      <w:r w:rsidRPr="00406ED1">
        <w:rPr>
          <w:rFonts w:ascii="garamond" w:hAnsi="garamond" w:cs="Arial"/>
          <w:color w:val="1F1F1F"/>
          <w:sz w:val="26"/>
          <w:szCs w:val="26"/>
          <w:bdr w:val="none" w:sz="0" w:space="0" w:color="auto" w:frame="1"/>
        </w:rPr>
        <w:t xml:space="preserve">. </w:t>
      </w:r>
      <w:r w:rsidRPr="00021069">
        <w:rPr>
          <w:rFonts w:ascii="garamond" w:hAnsi="garamond" w:cs="Arial"/>
          <w:color w:val="1F1F1F"/>
          <w:sz w:val="26"/>
          <w:szCs w:val="26"/>
          <w:bdr w:val="none" w:sz="0" w:space="0" w:color="auto" w:frame="1"/>
        </w:rPr>
        <w:t>I knocked gently on the wood.</w:t>
      </w:r>
      <w:r w:rsidRPr="00021069">
        <w:rPr>
          <w:rFonts w:ascii="garamond" w:hAnsi="garamond" w:cs="Arial"/>
          <w:color w:val="1F1F1F"/>
          <w:sz w:val="26"/>
          <w:szCs w:val="26"/>
        </w:rPr>
        <w:t xml:space="preserve"> </w:t>
      </w:r>
    </w:p>
    <w:p w14:paraId="3E9FBCC4"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Daniel told me they were busy. I asked what they were working on.</w:t>
      </w:r>
      <w:r w:rsidRPr="00021069">
        <w:rPr>
          <w:rFonts w:ascii="garamond" w:hAnsi="garamond" w:cs="Arial"/>
          <w:color w:val="1F1F1F"/>
          <w:sz w:val="26"/>
          <w:szCs w:val="26"/>
        </w:rPr>
        <w:t xml:space="preserve"> </w:t>
      </w:r>
    </w:p>
    <w:p w14:paraId="1119850C"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Some hurried whispering followed, then: “A school project.”</w:t>
      </w:r>
      <w:r w:rsidRPr="00021069">
        <w:rPr>
          <w:rFonts w:ascii="garamond" w:hAnsi="garamond" w:cs="Arial"/>
          <w:color w:val="1F1F1F"/>
          <w:sz w:val="26"/>
          <w:szCs w:val="26"/>
        </w:rPr>
        <w:t xml:space="preserve"> </w:t>
      </w:r>
    </w:p>
    <w:p w14:paraId="1B11C8AC"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I believed him. The Beirut sensor generally rested around my children, its predictive rays sleeping in the one room I assumed was safe, but that afternoon it awakened from its nap, zapping soft, useless signals into the dark.</w:t>
      </w:r>
      <w:r w:rsidRPr="00021069">
        <w:rPr>
          <w:rFonts w:ascii="garamond" w:hAnsi="garamond" w:cs="Arial"/>
          <w:color w:val="1F1F1F"/>
          <w:sz w:val="26"/>
          <w:szCs w:val="26"/>
        </w:rPr>
        <w:t xml:space="preserve"> </w:t>
      </w:r>
    </w:p>
    <w:p w14:paraId="144C2183" w14:textId="72394BA3"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lastRenderedPageBreak/>
        <w:t>The sensor was</w:t>
      </w:r>
      <w:r w:rsidR="0069284C">
        <w:rPr>
          <w:rFonts w:ascii="garamond" w:hAnsi="garamond" w:cs="Arial"/>
          <w:color w:val="1F1F1F"/>
          <w:sz w:val="26"/>
          <w:szCs w:val="26"/>
          <w:bdr w:val="none" w:sz="0" w:space="0" w:color="auto" w:frame="1"/>
        </w:rPr>
        <w:t xml:space="preserve"> </w:t>
      </w:r>
      <w:r w:rsidRPr="00021069">
        <w:rPr>
          <w:rFonts w:ascii="garamond" w:hAnsi="garamond" w:cs="Arial"/>
          <w:color w:val="1F1F1F"/>
          <w:sz w:val="26"/>
          <w:szCs w:val="26"/>
          <w:bdr w:val="none" w:sz="0" w:space="0" w:color="auto" w:frame="1"/>
        </w:rPr>
        <w:t xml:space="preserve">right: my kids weren’t doing homework. They were processing the raw metrics they had received from Carole, closing the data loop among themselves to prepare their response for Sunday. </w:t>
      </w:r>
    </w:p>
    <w:p w14:paraId="47AE6CD1"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If that was Carole’s strategy for shaping the final verdict, she had lied to me, and I was badly, permanently out-traded. We had agreed—explicitly, and I had made her repeat the words to me in my office—that we would only speak to our children together. She broke the contract while I sat at my desk, leaving me to walk into that living room blind, carrying half a vocabulary because I refused to break my own promise.</w:t>
      </w:r>
      <w:r w:rsidRPr="00021069">
        <w:rPr>
          <w:rFonts w:ascii="garamond" w:hAnsi="garamond" w:cs="Arial"/>
          <w:color w:val="1F1F1F"/>
          <w:sz w:val="26"/>
          <w:szCs w:val="26"/>
        </w:rPr>
        <w:t xml:space="preserve"> </w:t>
      </w:r>
    </w:p>
    <w:p w14:paraId="099159AF"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Kids do not live in adult explanations. They do not care about option pricing, liability models, or the long-term borrowing of time from home to keep a trading floor operational. They live in who shows up, who keeps the baseline promises, and who doesn’t disappear behind a closed door. I had cheated the timeline through my distance; Carole had cheated along a sharper, more combustible track within our tight social circle. My children are older now, equipped to look back at the ledger and decide for themselves what broke—and what stayed whole.</w:t>
      </w:r>
      <w:r w:rsidRPr="00021069">
        <w:rPr>
          <w:rFonts w:ascii="garamond" w:hAnsi="garamond" w:cs="Arial"/>
          <w:color w:val="1F1F1F"/>
          <w:sz w:val="26"/>
          <w:szCs w:val="26"/>
        </w:rPr>
        <w:t xml:space="preserve"> </w:t>
      </w:r>
    </w:p>
    <w:p w14:paraId="282A3431"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When the out-of-court mediation was signed to keep my kids away from the witness stands, I didn’t storm out or cause a scene. I packed five suitcases and left our six-thousand-square-foot apartment to Carole and the children. I did it because I wanted my children anchored to the familiar geometry of home: the same bedrooms, the same school runs, the same layouts.</w:t>
      </w:r>
      <w:r w:rsidRPr="00021069">
        <w:rPr>
          <w:rFonts w:ascii="garamond" w:hAnsi="garamond" w:cs="Arial"/>
          <w:color w:val="1F1F1F"/>
          <w:sz w:val="26"/>
          <w:szCs w:val="26"/>
        </w:rPr>
        <w:t xml:space="preserve"> </w:t>
      </w:r>
    </w:p>
    <w:p w14:paraId="7620F651"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I moved into a</w:t>
      </w:r>
      <w:r w:rsidRPr="00406ED1">
        <w:rPr>
          <w:rFonts w:ascii="garamond" w:hAnsi="garamond" w:cs="Arial"/>
          <w:color w:val="1F1F1F"/>
          <w:sz w:val="26"/>
          <w:szCs w:val="26"/>
          <w:bdr w:val="none" w:sz="0" w:space="0" w:color="auto" w:frame="1"/>
        </w:rPr>
        <w:t>n</w:t>
      </w:r>
      <w:r w:rsidRPr="00021069">
        <w:rPr>
          <w:rFonts w:ascii="garamond" w:hAnsi="garamond" w:cs="Arial"/>
          <w:color w:val="1F1F1F"/>
          <w:sz w:val="26"/>
          <w:szCs w:val="26"/>
          <w:bdr w:val="none" w:sz="0" w:space="0" w:color="auto" w:frame="1"/>
        </w:rPr>
        <w:t xml:space="preserve"> apartment on the Upper West Side, directly across Central Park from my past life. The rooms were smaller, the corners darker, and the silence was infinitely larger. </w:t>
      </w:r>
      <w:r w:rsidRPr="00021069">
        <w:rPr>
          <w:rFonts w:ascii="garamond" w:hAnsi="garamond" w:cs="Arial"/>
          <w:i/>
          <w:iCs/>
          <w:color w:val="1F1F1F"/>
          <w:sz w:val="26"/>
          <w:szCs w:val="26"/>
          <w:bdr w:val="none" w:sz="0" w:space="0" w:color="auto" w:frame="1"/>
        </w:rPr>
        <w:t>This is the ledger now.</w:t>
      </w:r>
      <w:r w:rsidRPr="00021069">
        <w:rPr>
          <w:rFonts w:ascii="garamond" w:hAnsi="garamond" w:cs="Arial"/>
          <w:color w:val="1F1F1F"/>
          <w:sz w:val="26"/>
          <w:szCs w:val="26"/>
        </w:rPr>
        <w:t xml:space="preserve"> </w:t>
      </w:r>
    </w:p>
    <w:p w14:paraId="69967C4E"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Weeks later, in mid-January 2011, the first true shift occurred. Tara came to stay overnight. She sat on the edge of the unfamiliar bed and cried softly—confused that nothing was the same, sensing the lies, telling me her mother was always gone, confirming that children are never fools.</w:t>
      </w:r>
      <w:r w:rsidRPr="00021069">
        <w:rPr>
          <w:rFonts w:ascii="garamond" w:hAnsi="garamond" w:cs="Arial"/>
          <w:color w:val="1F1F1F"/>
          <w:sz w:val="26"/>
          <w:szCs w:val="26"/>
        </w:rPr>
        <w:t xml:space="preserve"> </w:t>
      </w:r>
    </w:p>
    <w:p w14:paraId="4D2BB857"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 xml:space="preserve">I listened. I did not correct her description of her mother, and I refused to launch an attack from a smaller room. I simply steadied </w:t>
      </w:r>
      <w:proofErr w:type="gramStart"/>
      <w:r w:rsidRPr="00021069">
        <w:rPr>
          <w:rFonts w:ascii="garamond" w:hAnsi="garamond" w:cs="Arial"/>
          <w:color w:val="1F1F1F"/>
          <w:sz w:val="26"/>
          <w:szCs w:val="26"/>
          <w:bdr w:val="none" w:sz="0" w:space="0" w:color="auto" w:frame="1"/>
        </w:rPr>
        <w:t>her,</w:t>
      </w:r>
      <w:proofErr w:type="gramEnd"/>
      <w:r w:rsidRPr="00021069">
        <w:rPr>
          <w:rFonts w:ascii="garamond" w:hAnsi="garamond" w:cs="Arial"/>
          <w:color w:val="1F1F1F"/>
          <w:sz w:val="26"/>
          <w:szCs w:val="26"/>
          <w:bdr w:val="none" w:sz="0" w:space="0" w:color="auto" w:frame="1"/>
        </w:rPr>
        <w:t xml:space="preserve"> told her she was entirely loved</w:t>
      </w:r>
      <w:r w:rsidRPr="00406ED1">
        <w:rPr>
          <w:rFonts w:ascii="garamond" w:hAnsi="garamond" w:cs="Arial"/>
          <w:color w:val="1F1F1F"/>
          <w:sz w:val="26"/>
          <w:szCs w:val="26"/>
          <w:bdr w:val="none" w:sz="0" w:space="0" w:color="auto" w:frame="1"/>
        </w:rPr>
        <w:t>.</w:t>
      </w:r>
    </w:p>
    <w:p w14:paraId="214BD30D"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She smiled through her tears, her eyes brightening in the dim light, and said, “You’re bad at explaining things, Dad. But I understand.”</w:t>
      </w:r>
      <w:r w:rsidRPr="00021069">
        <w:rPr>
          <w:rFonts w:ascii="garamond" w:hAnsi="garamond" w:cs="Arial"/>
          <w:color w:val="1F1F1F"/>
          <w:sz w:val="26"/>
          <w:szCs w:val="26"/>
        </w:rPr>
        <w:t xml:space="preserve"> </w:t>
      </w:r>
    </w:p>
    <w:p w14:paraId="74EC4D58"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Tara wasn’t praising my corporate reasoning or my grasp of the data. She was validating the only metric that ultimately counted on Mean Street.</w:t>
      </w:r>
      <w:r w:rsidRPr="00021069">
        <w:rPr>
          <w:rFonts w:ascii="garamond" w:hAnsi="garamond" w:cs="Arial"/>
          <w:color w:val="1F1F1F"/>
          <w:sz w:val="26"/>
          <w:szCs w:val="26"/>
        </w:rPr>
        <w:t xml:space="preserve"> </w:t>
      </w:r>
    </w:p>
    <w:p w14:paraId="28602EF1"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Being there.</w:t>
      </w:r>
      <w:r w:rsidRPr="00021069">
        <w:rPr>
          <w:rFonts w:ascii="garamond" w:hAnsi="garamond" w:cs="Arial"/>
          <w:color w:val="1F1F1F"/>
          <w:sz w:val="26"/>
          <w:szCs w:val="26"/>
        </w:rPr>
        <w:t xml:space="preserve"> </w:t>
      </w:r>
    </w:p>
    <w:p w14:paraId="0CF5A4B4" w14:textId="77777777" w:rsidR="00C85A6B" w:rsidRPr="00406ED1" w:rsidRDefault="00C85A6B" w:rsidP="00C85A6B">
      <w:pPr>
        <w:spacing w:line="240" w:lineRule="auto"/>
        <w:rPr>
          <w:rFonts w:ascii="garamond" w:hAnsi="garamond" w:cs="Arial"/>
          <w:b/>
          <w:bCs/>
          <w:color w:val="1F1F1F"/>
          <w:sz w:val="26"/>
          <w:szCs w:val="26"/>
        </w:rPr>
      </w:pPr>
      <w:r w:rsidRPr="00406ED1">
        <w:rPr>
          <w:rFonts w:ascii="garamond" w:hAnsi="garamond" w:cs="Arial"/>
          <w:b/>
          <w:bCs/>
          <w:color w:val="1F1F1F"/>
          <w:sz w:val="26"/>
          <w:szCs w:val="26"/>
        </w:rPr>
        <w:br w:type="page"/>
      </w:r>
    </w:p>
    <w:p w14:paraId="3D708913" w14:textId="34510478" w:rsidR="00C85A6B" w:rsidRPr="00021069" w:rsidRDefault="00C85A6B" w:rsidP="00F06675">
      <w:pPr>
        <w:spacing w:after="0" w:line="240" w:lineRule="auto"/>
        <w:outlineLvl w:val="2"/>
        <w:rPr>
          <w:rFonts w:ascii="garamond" w:hAnsi="garamond" w:cs="Arial"/>
          <w:b/>
          <w:bCs/>
          <w:color w:val="1F1F1F"/>
          <w:sz w:val="26"/>
          <w:szCs w:val="26"/>
        </w:rPr>
      </w:pPr>
      <w:r w:rsidRPr="00021069">
        <w:rPr>
          <w:rFonts w:ascii="garamond" w:hAnsi="garamond" w:cs="Arial"/>
          <w:b/>
          <w:bCs/>
          <w:color w:val="1F1F1F"/>
          <w:sz w:val="26"/>
          <w:szCs w:val="26"/>
        </w:rPr>
        <w:lastRenderedPageBreak/>
        <w:t>CHAPTER 5</w:t>
      </w:r>
      <w:r w:rsidR="003D3B2B">
        <w:rPr>
          <w:rFonts w:ascii="garamond" w:hAnsi="garamond" w:cs="Arial"/>
          <w:b/>
          <w:bCs/>
          <w:color w:val="1F1F1F"/>
          <w:sz w:val="26"/>
          <w:szCs w:val="26"/>
        </w:rPr>
        <w:t>7</w:t>
      </w:r>
      <w:r w:rsidRPr="00021069">
        <w:rPr>
          <w:rFonts w:ascii="garamond" w:hAnsi="garamond" w:cs="Arial"/>
          <w:b/>
          <w:bCs/>
          <w:color w:val="1F1F1F"/>
          <w:sz w:val="26"/>
          <w:szCs w:val="26"/>
        </w:rPr>
        <w:t xml:space="preserve"> — THE RECKONING</w:t>
      </w:r>
      <w:r w:rsidR="00F06675">
        <w:rPr>
          <w:rFonts w:ascii="garamond" w:hAnsi="garamond" w:cs="Arial"/>
          <w:b/>
          <w:bCs/>
          <w:color w:val="1F1F1F"/>
          <w:sz w:val="26"/>
          <w:szCs w:val="26"/>
        </w:rPr>
        <w:br/>
      </w:r>
      <w:r w:rsidRPr="00021069">
        <w:rPr>
          <w:rFonts w:ascii="garamond" w:hAnsi="garamond" w:cs="Arial"/>
          <w:b/>
          <w:bCs/>
          <w:color w:val="1F1F1F"/>
          <w:sz w:val="26"/>
          <w:szCs w:val="26"/>
          <w:bdr w:val="none" w:sz="0" w:space="0" w:color="auto" w:frame="1"/>
        </w:rPr>
        <w:t>You Can Be Right, Or You Can Be Free.</w:t>
      </w:r>
    </w:p>
    <w:p w14:paraId="21476709"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The night after we told the kids, I went straight to my office in the Lipstick Building. It was the only place left where my life still possessed a recognizable syntax: screens, numbers, rules, and consequences. At home, there were unmapped feelings; at work, there were predictable inputs.</w:t>
      </w:r>
      <w:r w:rsidRPr="00021069">
        <w:rPr>
          <w:rFonts w:ascii="garamond" w:hAnsi="garamond" w:cs="Arial"/>
          <w:color w:val="1F1F1F"/>
          <w:sz w:val="26"/>
          <w:szCs w:val="26"/>
        </w:rPr>
        <w:t xml:space="preserve"> </w:t>
      </w:r>
    </w:p>
    <w:p w14:paraId="4B488289"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 xml:space="preserve">I sat at my desk and did what I had always done when fear showed up in a room: I tried to model it. I created complex Excel files containing randomly generated, numerically sequenced names across various custody scenarios. I wanted to test the long-term impact on the children if Carole spent more time in Paris than in New York. </w:t>
      </w:r>
    </w:p>
    <w:p w14:paraId="37C49970" w14:textId="70A6D033"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 xml:space="preserve">I followed the exact protocols I used for multi-billion-dollar client deals. The sudden realization was absolute: I had no idea what I was doing. Even numbers, my oldest and most dependable friends, were defriending me. Their </w:t>
      </w:r>
      <w:r w:rsidR="0013428A">
        <w:rPr>
          <w:rFonts w:ascii="garamond" w:hAnsi="garamond" w:cs="Arial"/>
          <w:color w:val="1F1F1F"/>
          <w:sz w:val="26"/>
          <w:szCs w:val="26"/>
          <w:bdr w:val="none" w:sz="0" w:space="0" w:color="auto" w:frame="1"/>
        </w:rPr>
        <w:t>time</w:t>
      </w:r>
      <w:r w:rsidRPr="00021069">
        <w:rPr>
          <w:rFonts w:ascii="garamond" w:hAnsi="garamond" w:cs="Arial"/>
          <w:color w:val="1F1F1F"/>
          <w:sz w:val="26"/>
          <w:szCs w:val="26"/>
          <w:bdr w:val="none" w:sz="0" w:space="0" w:color="auto" w:frame="1"/>
        </w:rPr>
        <w:t xml:space="preserve"> had come. Marriages and human lives cannot be modeled like option prices, risk parameters, or callable bonds. I laughed out loud into the empty room just to entertain myself—a harsh sound against the glass.</w:t>
      </w:r>
      <w:r w:rsidRPr="00021069">
        <w:rPr>
          <w:rFonts w:ascii="garamond" w:hAnsi="garamond" w:cs="Arial"/>
          <w:color w:val="1F1F1F"/>
          <w:sz w:val="26"/>
          <w:szCs w:val="26"/>
        </w:rPr>
        <w:t xml:space="preserve"> </w:t>
      </w:r>
    </w:p>
    <w:p w14:paraId="0C3F2519" w14:textId="72BD7C30"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There was no row in th</w:t>
      </w:r>
      <w:r w:rsidR="0013428A">
        <w:rPr>
          <w:rFonts w:ascii="garamond" w:hAnsi="garamond" w:cs="Arial"/>
          <w:color w:val="1F1F1F"/>
          <w:sz w:val="26"/>
          <w:szCs w:val="26"/>
          <w:bdr w:val="none" w:sz="0" w:space="0" w:color="auto" w:frame="1"/>
        </w:rPr>
        <w:t>e</w:t>
      </w:r>
      <w:r w:rsidRPr="00021069">
        <w:rPr>
          <w:rFonts w:ascii="garamond" w:hAnsi="garamond" w:cs="Arial"/>
          <w:color w:val="1F1F1F"/>
          <w:sz w:val="26"/>
          <w:szCs w:val="26"/>
          <w:bdr w:val="none" w:sz="0" w:space="0" w:color="auto" w:frame="1"/>
        </w:rPr>
        <w:t xml:space="preserve"> spreadsheet for the look on Daniel’s face when he realized he wasn’t hearing news, but a final decision already signed and traded. There was no column for Anthony’s rigid posture when he delivered a verdict protecting his mother by destroying his father. There was no formula for Tara’s wide, trembling eyes, already working on a plan to keep both parents alive without being forced to choose either.</w:t>
      </w:r>
      <w:r w:rsidRPr="00021069">
        <w:rPr>
          <w:rFonts w:ascii="garamond" w:hAnsi="garamond" w:cs="Arial"/>
          <w:color w:val="1F1F1F"/>
          <w:sz w:val="26"/>
          <w:szCs w:val="26"/>
        </w:rPr>
        <w:t xml:space="preserve"> </w:t>
      </w:r>
    </w:p>
    <w:p w14:paraId="6D7EE787"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rPr>
        <w:t>An old man, a veteran of the hard yards, had once given me a baseline truth that I had spent years ignoring. He had looked at me through the smoke of a different room and said, "Marwan, you can be right, or you can be free."</w:t>
      </w:r>
    </w:p>
    <w:p w14:paraId="38850FC4"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For twenty years, my instinct in every conflict had been escalation and total enforcement: more data, more argument, more leverage. I had been obsessed with being right, with winning the room, with building a narrative so airtight that no one could find a structural flaw in it. But winning had left me completely bankrupt. True freedom required something harder and slower: a rare, quiet surrender.</w:t>
      </w:r>
      <w:r w:rsidRPr="00021069">
        <w:rPr>
          <w:rFonts w:ascii="garamond" w:hAnsi="garamond" w:cs="Arial"/>
          <w:color w:val="1F1F1F"/>
          <w:sz w:val="26"/>
          <w:szCs w:val="26"/>
        </w:rPr>
        <w:t xml:space="preserve"> </w:t>
      </w:r>
    </w:p>
    <w:p w14:paraId="63BAB76E" w14:textId="5A4E16DE"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rPr>
        <w:t xml:space="preserve">When I first heard of the divorce, there were bipolar feelings along a calibrated balance. On one end, clinical relief rested, offering comfort against financial abuses. On the other end, emotional betrayal weighed in with jealousy and abandonment. Both were humbling, </w:t>
      </w:r>
      <w:r w:rsidR="00665EF9">
        <w:rPr>
          <w:rFonts w:ascii="garamond" w:hAnsi="garamond" w:cs="Arial"/>
          <w:color w:val="1F1F1F"/>
          <w:sz w:val="26"/>
          <w:szCs w:val="26"/>
        </w:rPr>
        <w:t>yet</w:t>
      </w:r>
      <w:r w:rsidRPr="00021069">
        <w:rPr>
          <w:rFonts w:ascii="garamond" w:hAnsi="garamond" w:cs="Arial"/>
          <w:color w:val="1F1F1F"/>
          <w:sz w:val="26"/>
          <w:szCs w:val="26"/>
        </w:rPr>
        <w:t xml:space="preserve"> neither was </w:t>
      </w:r>
      <w:r w:rsidR="00665EF9">
        <w:rPr>
          <w:rFonts w:ascii="garamond" w:hAnsi="garamond" w:cs="Arial"/>
          <w:color w:val="1F1F1F"/>
          <w:sz w:val="26"/>
          <w:szCs w:val="26"/>
        </w:rPr>
        <w:t>commanding</w:t>
      </w:r>
      <w:r w:rsidRPr="00021069">
        <w:rPr>
          <w:rFonts w:ascii="garamond" w:hAnsi="garamond" w:cs="Arial"/>
          <w:color w:val="1F1F1F"/>
          <w:sz w:val="26"/>
          <w:szCs w:val="26"/>
        </w:rPr>
        <w:t>.</w:t>
      </w:r>
    </w:p>
    <w:p w14:paraId="0D1BE004" w14:textId="4B02C70E"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 xml:space="preserve">I was entirely stunned by Carole’s power to detach so cleanly, so effortlessly, from a twenty-one-year relationship, including our earliest dating history. Her capacity to </w:t>
      </w:r>
      <w:r w:rsidRPr="00021069">
        <w:rPr>
          <w:rFonts w:ascii="garamond" w:hAnsi="garamond" w:cs="Arial"/>
          <w:color w:val="1F1F1F"/>
          <w:sz w:val="26"/>
          <w:szCs w:val="26"/>
          <w:bdr w:val="none" w:sz="0" w:space="0" w:color="auto" w:frame="1"/>
        </w:rPr>
        <w:lastRenderedPageBreak/>
        <w:t xml:space="preserve">simply walk away and leave me adrift broke something inside my definition of who I thought I had married. Knowing how entirely insulated she would always remain financially, and matched with her crude comment about her girlfriends, I confronted a devastating metric: I did not know </w:t>
      </w:r>
      <w:r w:rsidRPr="00406ED1">
        <w:rPr>
          <w:rFonts w:ascii="garamond" w:hAnsi="garamond" w:cs="Arial"/>
          <w:color w:val="1F1F1F"/>
          <w:sz w:val="26"/>
          <w:szCs w:val="26"/>
          <w:bdr w:val="none" w:sz="0" w:space="0" w:color="auto" w:frame="1"/>
        </w:rPr>
        <w:t>Carole</w:t>
      </w:r>
      <w:r w:rsidRPr="00021069">
        <w:rPr>
          <w:rFonts w:ascii="garamond" w:hAnsi="garamond" w:cs="Arial"/>
          <w:color w:val="1F1F1F"/>
          <w:sz w:val="26"/>
          <w:szCs w:val="26"/>
          <w:bdr w:val="none" w:sz="0" w:space="0" w:color="auto" w:frame="1"/>
        </w:rPr>
        <w:t>. The supreme asymmetry</w:t>
      </w:r>
      <w:r w:rsidR="00336134">
        <w:rPr>
          <w:rFonts w:ascii="garamond" w:hAnsi="garamond" w:cs="Arial"/>
          <w:color w:val="1F1F1F"/>
          <w:sz w:val="26"/>
          <w:szCs w:val="26"/>
          <w:bdr w:val="none" w:sz="0" w:space="0" w:color="auto" w:frame="1"/>
        </w:rPr>
        <w:t xml:space="preserve"> </w:t>
      </w:r>
      <w:r w:rsidRPr="00021069">
        <w:rPr>
          <w:rFonts w:ascii="garamond" w:hAnsi="garamond" w:cs="Arial"/>
          <w:color w:val="1F1F1F"/>
          <w:sz w:val="26"/>
          <w:szCs w:val="26"/>
          <w:bdr w:val="none" w:sz="0" w:space="0" w:color="auto" w:frame="1"/>
        </w:rPr>
        <w:t xml:space="preserve">had simply grown </w:t>
      </w:r>
      <w:r w:rsidR="00336134">
        <w:rPr>
          <w:rFonts w:ascii="garamond" w:hAnsi="garamond" w:cs="Arial"/>
          <w:color w:val="1F1F1F"/>
          <w:sz w:val="26"/>
          <w:szCs w:val="26"/>
          <w:bdr w:val="none" w:sz="0" w:space="0" w:color="auto" w:frame="1"/>
        </w:rPr>
        <w:t>to</w:t>
      </w:r>
      <w:r w:rsidRPr="00021069">
        <w:rPr>
          <w:rFonts w:ascii="garamond" w:hAnsi="garamond" w:cs="Arial"/>
          <w:color w:val="1F1F1F"/>
          <w:sz w:val="26"/>
          <w:szCs w:val="26"/>
          <w:bdr w:val="none" w:sz="0" w:space="0" w:color="auto" w:frame="1"/>
        </w:rPr>
        <w:t xml:space="preserve"> ambush me on the Sunday massacre.</w:t>
      </w:r>
      <w:r w:rsidRPr="00021069">
        <w:rPr>
          <w:rFonts w:ascii="garamond" w:hAnsi="garamond" w:cs="Arial"/>
          <w:color w:val="1F1F1F"/>
          <w:sz w:val="26"/>
          <w:szCs w:val="26"/>
        </w:rPr>
        <w:t xml:space="preserve"> </w:t>
      </w:r>
    </w:p>
    <w:p w14:paraId="016D9FE5" w14:textId="026C17AD"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I felt disposable. It hurt deeply</w:t>
      </w:r>
      <w:r w:rsidR="00336134">
        <w:rPr>
          <w:rFonts w:ascii="garamond" w:hAnsi="garamond" w:cs="Arial"/>
          <w:color w:val="1F1F1F"/>
          <w:sz w:val="26"/>
          <w:szCs w:val="26"/>
          <w:bdr w:val="none" w:sz="0" w:space="0" w:color="auto" w:frame="1"/>
        </w:rPr>
        <w:t xml:space="preserve">. </w:t>
      </w:r>
      <w:r w:rsidRPr="00021069">
        <w:rPr>
          <w:rFonts w:ascii="garamond" w:hAnsi="garamond" w:cs="Arial"/>
          <w:color w:val="1F1F1F"/>
          <w:sz w:val="26"/>
          <w:szCs w:val="26"/>
          <w:bdr w:val="none" w:sz="0" w:space="0" w:color="auto" w:frame="1"/>
        </w:rPr>
        <w:t xml:space="preserve">If there had been no genuine depth between us in the early years, we would never have </w:t>
      </w:r>
      <w:r w:rsidR="00336134">
        <w:rPr>
          <w:rFonts w:ascii="garamond" w:hAnsi="garamond" w:cs="Arial"/>
          <w:color w:val="1F1F1F"/>
          <w:sz w:val="26"/>
          <w:szCs w:val="26"/>
          <w:bdr w:val="none" w:sz="0" w:space="0" w:color="auto" w:frame="1"/>
        </w:rPr>
        <w:t>had</w:t>
      </w:r>
      <w:r w:rsidRPr="00021069">
        <w:rPr>
          <w:rFonts w:ascii="garamond" w:hAnsi="garamond" w:cs="Arial"/>
          <w:color w:val="1F1F1F"/>
          <w:sz w:val="26"/>
          <w:szCs w:val="26"/>
          <w:bdr w:val="none" w:sz="0" w:space="0" w:color="auto" w:frame="1"/>
        </w:rPr>
        <w:t xml:space="preserve"> three extraordinary children. The kids were real, which meant the marriage had been real, too—making the ease of her departure all the more jarring.</w:t>
      </w:r>
      <w:r w:rsidRPr="00021069">
        <w:rPr>
          <w:rFonts w:ascii="garamond" w:hAnsi="garamond" w:cs="Arial"/>
          <w:color w:val="1F1F1F"/>
          <w:sz w:val="26"/>
          <w:szCs w:val="26"/>
        </w:rPr>
        <w:t xml:space="preserve"> </w:t>
      </w:r>
    </w:p>
    <w:p w14:paraId="659BCEA2" w14:textId="0415AA1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Staring at those invisible variables, I understood that the lever I pulled in every boardroom and trading floor was not pure intelligence, nor was it money. It was control itself—pulled so automatically, so seamlessly, that I had stopped noticing my own hand.</w:t>
      </w:r>
      <w:r w:rsidRPr="00021069">
        <w:rPr>
          <w:rFonts w:ascii="garamond" w:hAnsi="garamond" w:cs="Arial"/>
          <w:color w:val="1F1F1F"/>
          <w:sz w:val="26"/>
          <w:szCs w:val="26"/>
        </w:rPr>
        <w:t xml:space="preserve"> </w:t>
      </w:r>
    </w:p>
    <w:p w14:paraId="255310C5" w14:textId="277F9DCA"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I would n</w:t>
      </w:r>
      <w:r w:rsidR="00336134">
        <w:rPr>
          <w:rFonts w:ascii="garamond" w:hAnsi="garamond" w:cs="Arial"/>
          <w:color w:val="1F1F1F"/>
          <w:sz w:val="26"/>
          <w:szCs w:val="26"/>
          <w:bdr w:val="none" w:sz="0" w:space="0" w:color="auto" w:frame="1"/>
        </w:rPr>
        <w:t>ot</w:t>
      </w:r>
      <w:r w:rsidRPr="00021069">
        <w:rPr>
          <w:rFonts w:ascii="garamond" w:hAnsi="garamond" w:cs="Arial"/>
          <w:color w:val="1F1F1F"/>
          <w:sz w:val="26"/>
          <w:szCs w:val="26"/>
          <w:bdr w:val="none" w:sz="0" w:space="0" w:color="auto" w:frame="1"/>
        </w:rPr>
        <w:t xml:space="preserve"> have taken the exit. I would have endured and called it responsibility. But the ambiguity had ended; the enterprise was concluded. The transition developed its own pattern of avoidance, maintaining a façade that looked load-bearing from the outside, while a sharper awareness of how alone I had been settled inside me.</w:t>
      </w:r>
      <w:r w:rsidRPr="00021069">
        <w:rPr>
          <w:rFonts w:ascii="garamond" w:hAnsi="garamond" w:cs="Arial"/>
          <w:color w:val="1F1F1F"/>
          <w:sz w:val="26"/>
          <w:szCs w:val="26"/>
        </w:rPr>
        <w:t xml:space="preserve"> </w:t>
      </w:r>
    </w:p>
    <w:p w14:paraId="7EB7146E"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I had spent a career compensating for the loneliness at home by tightening everything else. Pain I couldn’t manage became a physical dosage of painkillers I could. Loneliness I couldn’t manage became a calculated distance. The marriage I couldn’t manage became a controlled story—what was said, what wasn’t, and who was allowed to record the data.</w:t>
      </w:r>
      <w:r w:rsidRPr="00021069">
        <w:rPr>
          <w:rFonts w:ascii="garamond" w:hAnsi="garamond" w:cs="Arial"/>
          <w:color w:val="1F1F1F"/>
          <w:sz w:val="26"/>
          <w:szCs w:val="26"/>
        </w:rPr>
        <w:t xml:space="preserve"> </w:t>
      </w:r>
    </w:p>
    <w:p w14:paraId="5097A902"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I had spent decades believing the worst thing that could happen to a man was to be powerless. Beirut had instilled that baseline panic in me early: instability, noise, things you cannot stop. Wall Street had sharpened the reflex: uncertainty can always be priced. But marriage had turned the sensor inward, ensuring that the one place I should have been safe became the space where staying alert was a matter of survival. The long domestic arguments were never actually about spinach and rice. They were the sounds of a man frantically looking for a door in a room he did not know how to win.</w:t>
      </w:r>
      <w:r w:rsidRPr="00021069">
        <w:rPr>
          <w:rFonts w:ascii="garamond" w:hAnsi="garamond" w:cs="Arial"/>
          <w:color w:val="1F1F1F"/>
          <w:sz w:val="26"/>
          <w:szCs w:val="26"/>
        </w:rPr>
        <w:t xml:space="preserve"> </w:t>
      </w:r>
    </w:p>
    <w:p w14:paraId="653BA4E4" w14:textId="65D5163D"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 xml:space="preserve">That is the trap of the invisible lever: you keep pulling it because it works, until it becomes the only way you know how to exist. I wish I had understood that dynamic decades earlier. </w:t>
      </w:r>
    </w:p>
    <w:p w14:paraId="3C319FA3"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The office in the Lipstick Building went completely silent, the kind of quiet that makes your own breathing sound like a confession. The radiator ticked. The trading screens were dark. There was just a blank laptop and an unsaved spreadsheet.</w:t>
      </w:r>
      <w:r w:rsidRPr="00021069">
        <w:rPr>
          <w:rFonts w:ascii="garamond" w:hAnsi="garamond" w:cs="Arial"/>
          <w:color w:val="1F1F1F"/>
          <w:sz w:val="26"/>
          <w:szCs w:val="26"/>
        </w:rPr>
        <w:t xml:space="preserve"> </w:t>
      </w:r>
    </w:p>
    <w:p w14:paraId="56C5FDC4"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lastRenderedPageBreak/>
        <w:t>One afternoon, after everything began to fall apart, I sat holding a mug of coffee I didn’t even want. At the window, I stared at the city the way I used to stare at screens. Nothing moved to save me.</w:t>
      </w:r>
      <w:r w:rsidRPr="00021069">
        <w:rPr>
          <w:rFonts w:ascii="garamond" w:hAnsi="garamond" w:cs="Arial"/>
          <w:color w:val="1F1F1F"/>
          <w:sz w:val="26"/>
          <w:szCs w:val="26"/>
        </w:rPr>
        <w:t xml:space="preserve"> </w:t>
      </w:r>
    </w:p>
    <w:p w14:paraId="04A521F9"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The next day, the most unglamorous thing imaginable happened: I simply showed up. I helped Tara with something small and mundane. I took Anthony somewhere ordinary. I asked Daniel a question and listened to his voice without interrupting him with an answer. There was no grand speech, no theatrical gesture—just a single inch of trust earned on foot.</w:t>
      </w:r>
      <w:r w:rsidRPr="00021069">
        <w:rPr>
          <w:rFonts w:ascii="garamond" w:hAnsi="garamond" w:cs="Arial"/>
          <w:color w:val="1F1F1F"/>
          <w:sz w:val="26"/>
          <w:szCs w:val="26"/>
        </w:rPr>
        <w:t xml:space="preserve"> </w:t>
      </w:r>
    </w:p>
    <w:p w14:paraId="4E14F1CC"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What matters now is clean and simple: showing up each day for my children with sobriety, integrity, and humility.</w:t>
      </w:r>
      <w:r w:rsidRPr="00021069">
        <w:rPr>
          <w:rFonts w:ascii="garamond" w:hAnsi="garamond" w:cs="Arial"/>
          <w:color w:val="1F1F1F"/>
          <w:sz w:val="26"/>
          <w:szCs w:val="26"/>
        </w:rPr>
        <w:t xml:space="preserve"> </w:t>
      </w:r>
    </w:p>
    <w:p w14:paraId="148CFC9F"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Stop narrating. Start being.</w:t>
      </w:r>
      <w:r w:rsidRPr="00021069">
        <w:rPr>
          <w:rFonts w:ascii="garamond" w:hAnsi="garamond" w:cs="Arial"/>
          <w:color w:val="1F1F1F"/>
          <w:sz w:val="26"/>
          <w:szCs w:val="26"/>
        </w:rPr>
        <w:t xml:space="preserve"> </w:t>
      </w:r>
    </w:p>
    <w:p w14:paraId="7FC42D9C" w14:textId="77777777" w:rsidR="00C85A6B" w:rsidRPr="00406ED1" w:rsidRDefault="00C85A6B" w:rsidP="00C85A6B">
      <w:pPr>
        <w:spacing w:line="240" w:lineRule="auto"/>
        <w:rPr>
          <w:rFonts w:ascii="garamond" w:hAnsi="garamond" w:cs="Arial"/>
          <w:b/>
          <w:bCs/>
          <w:color w:val="1F1F1F"/>
          <w:sz w:val="26"/>
          <w:szCs w:val="26"/>
        </w:rPr>
      </w:pPr>
      <w:r w:rsidRPr="00406ED1">
        <w:rPr>
          <w:rFonts w:ascii="garamond" w:hAnsi="garamond" w:cs="Arial"/>
          <w:b/>
          <w:bCs/>
          <w:color w:val="1F1F1F"/>
          <w:sz w:val="26"/>
          <w:szCs w:val="26"/>
        </w:rPr>
        <w:br w:type="page"/>
      </w:r>
    </w:p>
    <w:p w14:paraId="2416AF50" w14:textId="6099A7F9" w:rsidR="00C85A6B" w:rsidRPr="00021069" w:rsidRDefault="00C85A6B" w:rsidP="00C85A6B">
      <w:pPr>
        <w:spacing w:after="0" w:line="240" w:lineRule="auto"/>
        <w:outlineLvl w:val="2"/>
        <w:rPr>
          <w:rFonts w:ascii="garamond" w:hAnsi="garamond" w:cs="Arial"/>
          <w:b/>
          <w:bCs/>
          <w:color w:val="1F1F1F"/>
          <w:sz w:val="26"/>
          <w:szCs w:val="26"/>
        </w:rPr>
      </w:pPr>
      <w:r w:rsidRPr="00021069">
        <w:rPr>
          <w:rFonts w:ascii="garamond" w:hAnsi="garamond" w:cs="Arial"/>
          <w:b/>
          <w:bCs/>
          <w:color w:val="1F1F1F"/>
          <w:sz w:val="26"/>
          <w:szCs w:val="26"/>
        </w:rPr>
        <w:lastRenderedPageBreak/>
        <w:t>CHAPTER 5</w:t>
      </w:r>
      <w:r w:rsidR="007462BE">
        <w:rPr>
          <w:rFonts w:ascii="garamond" w:hAnsi="garamond" w:cs="Arial"/>
          <w:b/>
          <w:bCs/>
          <w:color w:val="1F1F1F"/>
          <w:sz w:val="26"/>
          <w:szCs w:val="26"/>
        </w:rPr>
        <w:t>8</w:t>
      </w:r>
      <w:r w:rsidRPr="00021069">
        <w:rPr>
          <w:rFonts w:ascii="garamond" w:hAnsi="garamond" w:cs="Arial"/>
          <w:b/>
          <w:bCs/>
          <w:color w:val="1F1F1F"/>
          <w:sz w:val="26"/>
          <w:szCs w:val="26"/>
        </w:rPr>
        <w:t xml:space="preserve"> — THE QUIET REVERSAL</w:t>
      </w:r>
    </w:p>
    <w:p w14:paraId="15504A49" w14:textId="77777777" w:rsidR="00C85A6B" w:rsidRPr="00021069" w:rsidRDefault="00C85A6B" w:rsidP="00C85A6B">
      <w:pPr>
        <w:spacing w:after="0" w:line="240" w:lineRule="auto"/>
        <w:rPr>
          <w:rFonts w:ascii="garamond" w:hAnsi="garamond" w:cs="Arial"/>
          <w:b/>
          <w:bCs/>
          <w:color w:val="1F1F1F"/>
          <w:sz w:val="26"/>
          <w:szCs w:val="26"/>
        </w:rPr>
      </w:pPr>
      <w:r w:rsidRPr="00021069">
        <w:rPr>
          <w:rFonts w:ascii="garamond" w:hAnsi="garamond" w:cs="Arial"/>
          <w:b/>
          <w:bCs/>
          <w:color w:val="1F1F1F"/>
          <w:sz w:val="26"/>
          <w:szCs w:val="26"/>
          <w:bdr w:val="none" w:sz="0" w:space="0" w:color="auto" w:frame="1"/>
        </w:rPr>
        <w:t>I Pray They’ll Help Me Build My Roads.</w:t>
      </w:r>
    </w:p>
    <w:p w14:paraId="443E8B2A"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The months after the divorce were calmer than I expected—no dramatic collapse, no public war, no courtroom drama. The children kept their rooms, their schools, their routines, their lives not needing to be rebuilt around our failure. That mattered more to me than any question of square footage or pride.</w:t>
      </w:r>
      <w:r w:rsidRPr="00021069">
        <w:rPr>
          <w:rFonts w:ascii="garamond" w:hAnsi="garamond" w:cs="Arial"/>
          <w:color w:val="1F1F1F"/>
          <w:sz w:val="26"/>
          <w:szCs w:val="26"/>
        </w:rPr>
        <w:t xml:space="preserve"> </w:t>
      </w:r>
    </w:p>
    <w:p w14:paraId="2E6DB063"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The silence was its own kind of work. No new relationships, not seriously—occasional dates, quiet ones. The only thing that mattered was my children.</w:t>
      </w:r>
      <w:r w:rsidRPr="00021069">
        <w:rPr>
          <w:rFonts w:ascii="garamond" w:hAnsi="garamond" w:cs="Arial"/>
          <w:color w:val="1F1F1F"/>
          <w:sz w:val="26"/>
          <w:szCs w:val="26"/>
        </w:rPr>
        <w:t xml:space="preserve"> </w:t>
      </w:r>
    </w:p>
    <w:p w14:paraId="41148F8B"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The weeks after I moved into the Upper West Side apartment brought the first real conversations I’d had with any of them in years—not managed conversations, not conversations designed to deliver a message or prevent a reaction, just presence. I would call and say, "Come over for dinner." Sometimes they came. Sometimes they didn’t. When they did, I cooked badly, and we laughed about it.</w:t>
      </w:r>
      <w:r w:rsidRPr="00021069">
        <w:rPr>
          <w:rFonts w:ascii="garamond" w:hAnsi="garamond" w:cs="Arial"/>
          <w:color w:val="1F1F1F"/>
          <w:sz w:val="26"/>
          <w:szCs w:val="26"/>
        </w:rPr>
        <w:t xml:space="preserve"> </w:t>
      </w:r>
    </w:p>
    <w:p w14:paraId="4CD3AF92"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Daniel came first. He sat at the kitchen counter and watched me burn eggs with a focus that reminded me of him at eight. We talked about Boston College—the professors he’d started to find, the ones he liked. I listened. He was good at distinguishing them, and I told him so. He looked up from the eggs and said, “You’re different here.” I asked him what he meant. He said: “You’re looser. Like you left something behind.” I told him, "I think I did." He was spot on.</w:t>
      </w:r>
      <w:r w:rsidRPr="00021069">
        <w:rPr>
          <w:rFonts w:ascii="garamond" w:hAnsi="garamond" w:cs="Arial"/>
          <w:color w:val="1F1F1F"/>
          <w:sz w:val="26"/>
          <w:szCs w:val="26"/>
        </w:rPr>
        <w:t xml:space="preserve"> </w:t>
      </w:r>
    </w:p>
    <w:p w14:paraId="70035957"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Anthony came next, and he came differently guarded, testing the air before he settled. He sat across from me in the living room, arms folded the way they always were when he was deciding something. I didn’t try to crack it open. I let him sit in his own silence. After a while, he asked me something directly: “Do you regret it? All of it?” I told him the truth: "This may sound self-evident. I regret the damage. I don’t regret the life. There’s a difference, and I’m still learning it." He nodded once, slowly—the way he nods when something has registered but he’s not ready to say so.</w:t>
      </w:r>
      <w:r w:rsidRPr="00021069">
        <w:rPr>
          <w:rFonts w:ascii="garamond" w:hAnsi="garamond" w:cs="Arial"/>
          <w:color w:val="1F1F1F"/>
          <w:sz w:val="26"/>
          <w:szCs w:val="26"/>
        </w:rPr>
        <w:t xml:space="preserve"> </w:t>
      </w:r>
    </w:p>
    <w:p w14:paraId="4B874E9F"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Tara was the easiest and the hardest. She arrived with the energy she always carried—quick, warm, already halfway through three sentences at once. She hugged me at the door the way people hug when they’ve been worried about you and won’t admit it. We sat on the floor with food containers, and she told me everything: school, her friends, her mother, things she was afraid of, things she was proud of. She talked the way people talk when someone has finally given them the room to do it. When she finally ran out of words, she looked at me and said, “I missed you. Even when you were home, I missed you.” That one landed somewhere—I was never able to determine where, but it landed.</w:t>
      </w:r>
      <w:r w:rsidRPr="00021069">
        <w:rPr>
          <w:rFonts w:ascii="garamond" w:hAnsi="garamond" w:cs="Arial"/>
          <w:color w:val="1F1F1F"/>
          <w:sz w:val="26"/>
          <w:szCs w:val="26"/>
        </w:rPr>
        <w:t xml:space="preserve"> </w:t>
      </w:r>
    </w:p>
    <w:p w14:paraId="20E018E2"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 xml:space="preserve">Something was beginning. I could not yet name it. Not a performance of family, not the choreography the marriage had required—something quieter, the kind of </w:t>
      </w:r>
      <w:r w:rsidRPr="00021069">
        <w:rPr>
          <w:rFonts w:ascii="garamond" w:hAnsi="garamond" w:cs="Arial"/>
          <w:color w:val="1F1F1F"/>
          <w:sz w:val="26"/>
          <w:szCs w:val="26"/>
          <w:bdr w:val="none" w:sz="0" w:space="0" w:color="auto" w:frame="1"/>
        </w:rPr>
        <w:lastRenderedPageBreak/>
        <w:t>exchange that happens when two people stop managing a third thing between them and start speaking directly. They were not yet asking the questions they would ask later. I was not yet answering the way I would learn to answer. But the room had changed. We were no longer arranging ourselves around an absent center.</w:t>
      </w:r>
      <w:r w:rsidRPr="00021069">
        <w:rPr>
          <w:rFonts w:ascii="garamond" w:hAnsi="garamond" w:cs="Arial"/>
          <w:color w:val="1F1F1F"/>
          <w:sz w:val="26"/>
          <w:szCs w:val="26"/>
        </w:rPr>
        <w:t xml:space="preserve"> </w:t>
      </w:r>
    </w:p>
    <w:p w14:paraId="502757E3"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In the summer of 2012, I organized a trip to the Bahamas on a single night’s notice. Carole was in Paris. Each of the three came, and each brought a friend. Seven of us, nothing planned beyond the destination. It was the first vacation I had ever taken alone with my children—truly alone, without the weight of the marriage sitting at the table with us.</w:t>
      </w:r>
      <w:r w:rsidRPr="00021069">
        <w:rPr>
          <w:rFonts w:ascii="garamond" w:hAnsi="garamond" w:cs="Arial"/>
          <w:color w:val="1F1F1F"/>
          <w:sz w:val="26"/>
          <w:szCs w:val="26"/>
        </w:rPr>
        <w:t xml:space="preserve"> </w:t>
      </w:r>
    </w:p>
    <w:p w14:paraId="10638BBD"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I was ecstatic the entire time. Not because everything was perfect. Because nothing needed to be. We swam. We ate badly. We laughed about things that required no explanation. That is what the quiet reversal looked like when it arrived: not a ceremony, not a conversation, just a spontaneous trip that confirmed something had genuinely changed.</w:t>
      </w:r>
      <w:r w:rsidRPr="00021069">
        <w:rPr>
          <w:rFonts w:ascii="garamond" w:hAnsi="garamond" w:cs="Arial"/>
          <w:color w:val="1F1F1F"/>
          <w:sz w:val="26"/>
          <w:szCs w:val="26"/>
        </w:rPr>
        <w:t xml:space="preserve"> </w:t>
      </w:r>
    </w:p>
    <w:p w14:paraId="55F49731"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A few years earlier, I assumed a role that filled me with a sense of honor: Mr. University. Daniel wanted Boston College, Anthony aimed for Georgetown, and Tara dreamed of Brown. I approached the admissions process the way I approached capital markets mandates: carefully, methodically, with full focus. All three were accepted to their school of choice. It was the proudest work I had done.</w:t>
      </w:r>
      <w:r w:rsidRPr="00021069">
        <w:rPr>
          <w:rFonts w:ascii="garamond" w:hAnsi="garamond" w:cs="Arial"/>
          <w:color w:val="1F1F1F"/>
          <w:sz w:val="26"/>
          <w:szCs w:val="26"/>
        </w:rPr>
        <w:t xml:space="preserve"> </w:t>
      </w:r>
    </w:p>
    <w:p w14:paraId="23592239"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Over time, the atmosphere improved, the tension eased, and holidays started to feel as normal as normal could be—Thanksgiving, Christmas, Easter together as a family again, no arguments, no posturing, no old accusations resurfaced.</w:t>
      </w:r>
      <w:r w:rsidRPr="00021069">
        <w:rPr>
          <w:rFonts w:ascii="garamond" w:hAnsi="garamond" w:cs="Arial"/>
          <w:color w:val="1F1F1F"/>
          <w:sz w:val="26"/>
          <w:szCs w:val="26"/>
        </w:rPr>
        <w:t xml:space="preserve"> </w:t>
      </w:r>
    </w:p>
    <w:p w14:paraId="2D829C01"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 xml:space="preserve">The first Thanksgiving was the hardest. It was also the most important. I drove to the apartment—my former apartment—rang the </w:t>
      </w:r>
      <w:proofErr w:type="gramStart"/>
      <w:r w:rsidRPr="00021069">
        <w:rPr>
          <w:rFonts w:ascii="garamond" w:hAnsi="garamond" w:cs="Arial"/>
          <w:color w:val="1F1F1F"/>
          <w:sz w:val="26"/>
          <w:szCs w:val="26"/>
          <w:bdr w:val="none" w:sz="0" w:space="0" w:color="auto" w:frame="1"/>
        </w:rPr>
        <w:t>bell, and</w:t>
      </w:r>
      <w:proofErr w:type="gramEnd"/>
      <w:r w:rsidRPr="00021069">
        <w:rPr>
          <w:rFonts w:ascii="garamond" w:hAnsi="garamond" w:cs="Arial"/>
          <w:color w:val="1F1F1F"/>
          <w:sz w:val="26"/>
          <w:szCs w:val="26"/>
          <w:bdr w:val="none" w:sz="0" w:space="0" w:color="auto" w:frame="1"/>
        </w:rPr>
        <w:t xml:space="preserve"> stood in the hallway while someone I used to live with opened the door. The children were already there. There was a moment, maybe five seconds, when the apartment felt like a question no one knew how to answer. Then Tara took my coat and Anthony said something mildly rude about the wine I’d brought, and the moment passed. We sat around the same table, in the same seats, eating the same things we’d always eaten.</w:t>
      </w:r>
      <w:r w:rsidRPr="00021069">
        <w:rPr>
          <w:rFonts w:ascii="garamond" w:hAnsi="garamond" w:cs="Arial"/>
          <w:color w:val="1F1F1F"/>
          <w:sz w:val="26"/>
          <w:szCs w:val="26"/>
        </w:rPr>
        <w:t xml:space="preserve"> </w:t>
      </w:r>
    </w:p>
    <w:p w14:paraId="06A7AE27"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Carole and I were careful with each other—not cold, just careful, the way people are careful in a room where old furniture is still present. The kids were watching us. They wanted to know whether this was survivable. I wanted them to know that it was. By the time dessert arrived, Anthony had made two people laugh, Daniel had argued for something with precision, and Tara had hugged me twice without needing a reason. I drove home alone through Central Park in the dark, and what I felt wasn’t loneliness. We were still a family. We had just found a new shape for it.</w:t>
      </w:r>
      <w:r w:rsidRPr="00021069">
        <w:rPr>
          <w:rFonts w:ascii="garamond" w:hAnsi="garamond" w:cs="Arial"/>
          <w:color w:val="1F1F1F"/>
          <w:sz w:val="26"/>
          <w:szCs w:val="26"/>
        </w:rPr>
        <w:t xml:space="preserve"> </w:t>
      </w:r>
    </w:p>
    <w:p w14:paraId="69D0D533"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 xml:space="preserve">The children speak to me differently now—confiding more than before, sometimes more than with their mother, sharing problems, fears, and mistakes they might once </w:t>
      </w:r>
      <w:r w:rsidRPr="00021069">
        <w:rPr>
          <w:rFonts w:ascii="garamond" w:hAnsi="garamond" w:cs="Arial"/>
          <w:color w:val="1F1F1F"/>
          <w:sz w:val="26"/>
          <w:szCs w:val="26"/>
          <w:bdr w:val="none" w:sz="0" w:space="0" w:color="auto" w:frame="1"/>
        </w:rPr>
        <w:lastRenderedPageBreak/>
        <w:t>have kept private. They tell me I’m easier to talk to because I listen without broadcasting their stories. Not perfectly. Sometimes I talk when I should listen. But I’ve learned something simple: people can’t deal with their problems until they voice them. My job isn’t to fix. It’s to listen.</w:t>
      </w:r>
      <w:r w:rsidRPr="00021069">
        <w:rPr>
          <w:rFonts w:ascii="garamond" w:hAnsi="garamond" w:cs="Arial"/>
          <w:color w:val="1F1F1F"/>
          <w:sz w:val="26"/>
          <w:szCs w:val="26"/>
        </w:rPr>
        <w:t xml:space="preserve"> </w:t>
      </w:r>
    </w:p>
    <w:p w14:paraId="0B8FE6DD"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Anthony once asked me a question that stayed with me. “Dad,” he said, “the divorce went so fast I barely remember it. How come?”</w:t>
      </w:r>
      <w:r w:rsidRPr="00021069">
        <w:rPr>
          <w:rFonts w:ascii="garamond" w:hAnsi="garamond" w:cs="Arial"/>
          <w:color w:val="1F1F1F"/>
          <w:sz w:val="26"/>
          <w:szCs w:val="26"/>
        </w:rPr>
        <w:t xml:space="preserve"> </w:t>
      </w:r>
    </w:p>
    <w:p w14:paraId="2A985DE4" w14:textId="77777777" w:rsidR="00C85A6B" w:rsidRPr="00021069" w:rsidRDefault="00C85A6B" w:rsidP="00C85A6B">
      <w:pPr>
        <w:spacing w:after="0" w:line="240" w:lineRule="auto"/>
        <w:rPr>
          <w:rFonts w:ascii="garamond" w:hAnsi="garamond" w:cs="Arial"/>
          <w:color w:val="1F1F1F"/>
          <w:sz w:val="26"/>
          <w:szCs w:val="26"/>
        </w:rPr>
      </w:pPr>
      <w:r w:rsidRPr="00406ED1">
        <w:rPr>
          <w:rFonts w:ascii="garamond" w:hAnsi="garamond" w:cs="Arial"/>
          <w:color w:val="1F1F1F"/>
          <w:sz w:val="26"/>
          <w:szCs w:val="26"/>
          <w:bdr w:val="none" w:sz="0" w:space="0" w:color="auto" w:frame="1"/>
        </w:rPr>
        <w:t>It was the</w:t>
      </w:r>
      <w:r w:rsidRPr="00021069">
        <w:rPr>
          <w:rFonts w:ascii="garamond" w:hAnsi="garamond" w:cs="Arial"/>
          <w:color w:val="1F1F1F"/>
          <w:sz w:val="26"/>
          <w:szCs w:val="26"/>
          <w:bdr w:val="none" w:sz="0" w:space="0" w:color="auto" w:frame="1"/>
        </w:rPr>
        <w:t xml:space="preserve"> greatest compliment I have ever received. The storm hadn’t consumed them.</w:t>
      </w:r>
      <w:r w:rsidRPr="00021069">
        <w:rPr>
          <w:rFonts w:ascii="garamond" w:hAnsi="garamond" w:cs="Arial"/>
          <w:color w:val="1F1F1F"/>
          <w:sz w:val="26"/>
          <w:szCs w:val="26"/>
        </w:rPr>
        <w:t xml:space="preserve"> </w:t>
      </w:r>
    </w:p>
    <w:p w14:paraId="3256B0BF"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Three reasons, I told him: Daniel, Anthony, and Tara.</w:t>
      </w:r>
      <w:r w:rsidRPr="00021069">
        <w:rPr>
          <w:rFonts w:ascii="garamond" w:hAnsi="garamond" w:cs="Arial"/>
          <w:color w:val="1F1F1F"/>
          <w:sz w:val="26"/>
          <w:szCs w:val="26"/>
        </w:rPr>
        <w:t xml:space="preserve"> </w:t>
      </w:r>
    </w:p>
    <w:p w14:paraId="42C75CB6"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 xml:space="preserve">My children know my off version better than the man who once lived on trading floors—and they love me now in a smooth, uncomplicated way that I did not know was available to me. </w:t>
      </w:r>
    </w:p>
    <w:p w14:paraId="753C9D56"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Years ago, in our living room, during the worst Sunday afternoon of my life, I asked Anthony a question that haunted me for a long time: “Why do you hate me so much?” I understand now that he never hated me. He was just a boy trying to understand two adults who could no longer live together.</w:t>
      </w:r>
      <w:r w:rsidRPr="00021069">
        <w:rPr>
          <w:rFonts w:ascii="garamond" w:hAnsi="garamond" w:cs="Arial"/>
          <w:color w:val="1F1F1F"/>
          <w:sz w:val="26"/>
          <w:szCs w:val="26"/>
        </w:rPr>
        <w:t xml:space="preserve"> </w:t>
      </w:r>
    </w:p>
    <w:p w14:paraId="316CE9AC"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If my children read this one day—and I believe they will—I do not need them to admire me. I do not need them to excuse me. I need them to understand what I did not understand in time.</w:t>
      </w:r>
      <w:r w:rsidRPr="00021069">
        <w:rPr>
          <w:rFonts w:ascii="garamond" w:hAnsi="garamond" w:cs="Arial"/>
          <w:color w:val="1F1F1F"/>
          <w:sz w:val="26"/>
          <w:szCs w:val="26"/>
        </w:rPr>
        <w:t xml:space="preserve"> </w:t>
      </w:r>
    </w:p>
    <w:p w14:paraId="3A4D47DF"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What I couldn’t see clearly enough was that protection without presence still leaves distance. When I was on, I was sharp, decisive, useful. But being on all the time meant that even when I was physically present, a part of me was accelerating away.</w:t>
      </w:r>
      <w:r w:rsidRPr="00021069">
        <w:rPr>
          <w:rFonts w:ascii="garamond" w:hAnsi="garamond" w:cs="Arial"/>
          <w:color w:val="1F1F1F"/>
          <w:sz w:val="26"/>
          <w:szCs w:val="26"/>
        </w:rPr>
        <w:t xml:space="preserve"> </w:t>
      </w:r>
    </w:p>
    <w:p w14:paraId="41CB0E6D"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 xml:space="preserve">That is not indifference. </w:t>
      </w:r>
    </w:p>
    <w:p w14:paraId="25F55254"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The years when I confused combustion with care cannot be undone. But the living can be different now. Slower. More deliberate.</w:t>
      </w:r>
      <w:r w:rsidRPr="00021069">
        <w:rPr>
          <w:rFonts w:ascii="garamond" w:hAnsi="garamond" w:cs="Arial"/>
          <w:color w:val="1F1F1F"/>
          <w:sz w:val="26"/>
          <w:szCs w:val="26"/>
        </w:rPr>
        <w:t xml:space="preserve"> </w:t>
      </w:r>
    </w:p>
    <w:p w14:paraId="4F64151D"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 xml:space="preserve">If my children understand that I loved them even when I was imperfect in how I showed it, then this book has done its job. </w:t>
      </w:r>
      <w:r w:rsidRPr="00021069">
        <w:rPr>
          <w:rFonts w:ascii="garamond" w:hAnsi="garamond" w:cs="Arial"/>
          <w:color w:val="1F1F1F"/>
          <w:sz w:val="26"/>
          <w:szCs w:val="26"/>
        </w:rPr>
        <w:t xml:space="preserve"> </w:t>
      </w:r>
    </w:p>
    <w:p w14:paraId="4D8AE701"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What’s left between us isn’t arguments.</w:t>
      </w:r>
      <w:r w:rsidRPr="00021069">
        <w:rPr>
          <w:rFonts w:ascii="garamond" w:hAnsi="garamond" w:cs="Arial"/>
          <w:color w:val="1F1F1F"/>
          <w:sz w:val="26"/>
          <w:szCs w:val="26"/>
        </w:rPr>
        <w:t xml:space="preserve"> </w:t>
      </w:r>
    </w:p>
    <w:p w14:paraId="64CCF9A9" w14:textId="77777777" w:rsidR="00C85A6B" w:rsidRPr="00021069" w:rsidRDefault="00C85A6B" w:rsidP="00C85A6B">
      <w:pPr>
        <w:spacing w:after="0" w:line="240" w:lineRule="auto"/>
        <w:rPr>
          <w:rFonts w:ascii="garamond" w:hAnsi="garamond" w:cs="Arial"/>
          <w:color w:val="1F1F1F"/>
          <w:sz w:val="26"/>
          <w:szCs w:val="26"/>
        </w:rPr>
      </w:pPr>
      <w:r w:rsidRPr="00021069">
        <w:rPr>
          <w:rFonts w:ascii="garamond" w:hAnsi="garamond" w:cs="Arial"/>
          <w:color w:val="1F1F1F"/>
          <w:sz w:val="26"/>
          <w:szCs w:val="26"/>
          <w:bdr w:val="none" w:sz="0" w:space="0" w:color="auto" w:frame="1"/>
        </w:rPr>
        <w:t>It isn’t distance.</w:t>
      </w:r>
      <w:r w:rsidRPr="00021069">
        <w:rPr>
          <w:rFonts w:ascii="garamond" w:hAnsi="garamond" w:cs="Arial"/>
          <w:color w:val="1F1F1F"/>
          <w:sz w:val="26"/>
          <w:szCs w:val="26"/>
        </w:rPr>
        <w:t xml:space="preserve"> </w:t>
      </w:r>
    </w:p>
    <w:p w14:paraId="2692C29B" w14:textId="77777777" w:rsidR="00C85A6B" w:rsidRPr="00406ED1" w:rsidRDefault="00C85A6B" w:rsidP="00C85A6B">
      <w:pPr>
        <w:spacing w:line="240" w:lineRule="auto"/>
        <w:rPr>
          <w:rFonts w:ascii="garamond" w:hAnsi="garamond"/>
          <w:sz w:val="26"/>
          <w:szCs w:val="26"/>
        </w:rPr>
      </w:pPr>
      <w:r w:rsidRPr="00406ED1">
        <w:rPr>
          <w:rFonts w:ascii="garamond" w:hAnsi="garamond"/>
          <w:sz w:val="26"/>
          <w:szCs w:val="26"/>
        </w:rPr>
        <w:t>It’s love.</w:t>
      </w:r>
    </w:p>
    <w:p w14:paraId="715F4866" w14:textId="5B1ED68D" w:rsidR="00EE30FF" w:rsidRDefault="00EE30FF" w:rsidP="00EE30FF">
      <w:pPr>
        <w:rPr>
          <w:rFonts w:ascii="garamond" w:hAnsi="garamond"/>
          <w:b/>
          <w:bCs/>
          <w:sz w:val="26"/>
          <w:szCs w:val="26"/>
        </w:rPr>
      </w:pPr>
    </w:p>
    <w:p w14:paraId="3927577C" w14:textId="77777777" w:rsidR="00336134" w:rsidRDefault="00336134" w:rsidP="00336134">
      <w:pPr>
        <w:spacing w:before="180" w:after="0" w:line="240" w:lineRule="auto"/>
        <w:outlineLvl w:val="2"/>
        <w:rPr>
          <w:rFonts w:ascii="garamond" w:hAnsi="garamond"/>
          <w:b/>
          <w:bCs/>
          <w:sz w:val="26"/>
          <w:szCs w:val="26"/>
        </w:rPr>
      </w:pPr>
    </w:p>
    <w:p w14:paraId="58239291" w14:textId="553C7F93" w:rsidR="00336134" w:rsidRPr="00592987" w:rsidRDefault="00336134" w:rsidP="00336134">
      <w:pPr>
        <w:spacing w:before="180" w:after="0" w:line="240" w:lineRule="auto"/>
        <w:outlineLvl w:val="2"/>
        <w:rPr>
          <w:rFonts w:ascii="garamond" w:hAnsi="garamond" w:cs="Arial"/>
          <w:b/>
          <w:bCs/>
          <w:color w:val="1F1F1F"/>
          <w:sz w:val="26"/>
          <w:szCs w:val="26"/>
        </w:rPr>
      </w:pPr>
      <w:r w:rsidRPr="00592987">
        <w:rPr>
          <w:rFonts w:ascii="garamond" w:hAnsi="garamond" w:cs="Arial"/>
          <w:b/>
          <w:bCs/>
          <w:color w:val="1F1F1F"/>
          <w:sz w:val="26"/>
          <w:szCs w:val="26"/>
        </w:rPr>
        <w:lastRenderedPageBreak/>
        <w:t>CHAPTER 5</w:t>
      </w:r>
      <w:r w:rsidR="007462BE">
        <w:rPr>
          <w:rFonts w:ascii="garamond" w:hAnsi="garamond" w:cs="Arial"/>
          <w:b/>
          <w:bCs/>
          <w:color w:val="1F1F1F"/>
          <w:sz w:val="26"/>
          <w:szCs w:val="26"/>
        </w:rPr>
        <w:t>9</w:t>
      </w:r>
      <w:r w:rsidRPr="00592987">
        <w:rPr>
          <w:rFonts w:ascii="garamond" w:hAnsi="garamond" w:cs="Arial"/>
          <w:b/>
          <w:bCs/>
          <w:color w:val="1F1F1F"/>
          <w:sz w:val="26"/>
          <w:szCs w:val="26"/>
        </w:rPr>
        <w:t xml:space="preserve"> — REPACKING</w:t>
      </w:r>
    </w:p>
    <w:p w14:paraId="67BAA722" w14:textId="7CF81C09" w:rsidR="00336134" w:rsidRPr="00592987" w:rsidRDefault="001B5E9E" w:rsidP="00336134">
      <w:pPr>
        <w:spacing w:before="180" w:after="0" w:line="240" w:lineRule="auto"/>
        <w:rPr>
          <w:rFonts w:ascii="garamond" w:hAnsi="garamond" w:cs="Arial"/>
          <w:color w:val="1F1F1F"/>
          <w:sz w:val="26"/>
          <w:szCs w:val="26"/>
        </w:rPr>
      </w:pPr>
      <w:r>
        <w:rPr>
          <w:rFonts w:ascii="garamond" w:hAnsi="garamond" w:cs="Arial"/>
          <w:b/>
          <w:bCs/>
          <w:color w:val="1F1F1F"/>
          <w:sz w:val="26"/>
          <w:szCs w:val="26"/>
          <w:bdr w:val="none" w:sz="0" w:space="0" w:color="auto" w:frame="1"/>
        </w:rPr>
        <w:t>“Grow-Up”</w:t>
      </w:r>
    </w:p>
    <w:p w14:paraId="7EAAA7C1"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 xml:space="preserve">In September 1986, before my first day at Salomon Brothers, I went to One New York Plaza as a practice run for the subway. I needed to know the route before the morning that mattered. I came up from the station and turned onto the street. There was a high school band, marching and playing the melody of </w:t>
      </w:r>
      <w:r w:rsidRPr="00592987">
        <w:rPr>
          <w:rFonts w:ascii="garamond" w:hAnsi="garamond" w:cs="Arial"/>
          <w:i/>
          <w:iCs/>
          <w:color w:val="1F1F1F"/>
          <w:sz w:val="26"/>
          <w:szCs w:val="26"/>
          <w:bdr w:val="none" w:sz="0" w:space="0" w:color="auto" w:frame="1"/>
        </w:rPr>
        <w:t>‘New York, New York.’</w:t>
      </w:r>
      <w:r w:rsidRPr="00592987">
        <w:rPr>
          <w:rFonts w:ascii="garamond" w:hAnsi="garamond" w:cs="Arial"/>
          <w:color w:val="1F1F1F"/>
          <w:sz w:val="26"/>
          <w:szCs w:val="26"/>
        </w:rPr>
        <w:t xml:space="preserve"> </w:t>
      </w:r>
    </w:p>
    <w:p w14:paraId="73F2803C"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I stopped walking.</w:t>
      </w:r>
      <w:r w:rsidRPr="00592987">
        <w:rPr>
          <w:rFonts w:ascii="garamond" w:hAnsi="garamond" w:cs="Arial"/>
          <w:color w:val="1F1F1F"/>
          <w:sz w:val="26"/>
          <w:szCs w:val="26"/>
        </w:rPr>
        <w:t xml:space="preserve"> </w:t>
      </w:r>
    </w:p>
    <w:p w14:paraId="392E7801"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The band was not there for me. I knew that. It didn't matter in that moment; I allowed myself to believe it was. I was twenty-four, standing on a sidewalk in lower Manhattan in the autumn of 1986, with almost nothing in my pocket, and all of New York ahead of me. It was when I started packing. Everything I would spend the next twenty-five years building went into the suitcase I carried from Beirut in that moment, on that street, with that band playing.</w:t>
      </w:r>
      <w:r w:rsidRPr="00592987">
        <w:rPr>
          <w:rFonts w:ascii="garamond" w:hAnsi="garamond" w:cs="Arial"/>
          <w:color w:val="1F1F1F"/>
          <w:sz w:val="26"/>
          <w:szCs w:val="26"/>
        </w:rPr>
        <w:t xml:space="preserve"> </w:t>
      </w:r>
    </w:p>
    <w:p w14:paraId="46BEA218"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The Beirut sensor, which had been running at full alert since I arrived in the city—scanning for threats, mapping exits, calculating odds—did something it had never done before. It went quiet. And in that quiet, something else came through: the feeling, for the first time since leaving Beirut, that I had arrived. Not at a building. At the life I had been moving toward since I was fourteen, running from five boys on Bliss Street with a backpack full of textbooks.</w:t>
      </w:r>
      <w:r w:rsidRPr="00592987">
        <w:rPr>
          <w:rFonts w:ascii="garamond" w:hAnsi="garamond" w:cs="Arial"/>
          <w:color w:val="1F1F1F"/>
          <w:sz w:val="26"/>
          <w:szCs w:val="26"/>
        </w:rPr>
        <w:t xml:space="preserve"> </w:t>
      </w:r>
    </w:p>
    <w:p w14:paraId="1A5D437E"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What was built between the ages of three and fourteen, in sniper alleys and football pitches and the back of a taxi tracking vehicles in the rear window, survived everything the years demanded of it. It was not extinguished by Salomon Brothers, Citigroup, Deutsche Bank, Plainfield, or the prayer at the desk, or the divorce. It was waiting. And it is running again—recalibrated by everything that happened. It is scanning, finding new signals.</w:t>
      </w:r>
      <w:r w:rsidRPr="00592987">
        <w:rPr>
          <w:rFonts w:ascii="garamond" w:hAnsi="garamond" w:cs="Arial"/>
          <w:color w:val="1F1F1F"/>
          <w:sz w:val="26"/>
          <w:szCs w:val="26"/>
        </w:rPr>
        <w:t xml:space="preserve"> </w:t>
      </w:r>
    </w:p>
    <w:p w14:paraId="06F30B46"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Twenty-five years later, I was standing in the same spot.</w:t>
      </w:r>
      <w:r w:rsidRPr="00592987">
        <w:rPr>
          <w:rFonts w:ascii="garamond" w:hAnsi="garamond" w:cs="Arial"/>
          <w:color w:val="1F1F1F"/>
          <w:sz w:val="26"/>
          <w:szCs w:val="26"/>
        </w:rPr>
        <w:t xml:space="preserve"> </w:t>
      </w:r>
    </w:p>
    <w:p w14:paraId="35042F62" w14:textId="7BFABE5A"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The band was gone. The suitcase was open on the pavement, and I had no idea what to do with what was inside it.</w:t>
      </w:r>
      <w:r w:rsidRPr="00592987">
        <w:rPr>
          <w:rFonts w:ascii="garamond" w:hAnsi="garamond" w:cs="Arial"/>
          <w:color w:val="1F1F1F"/>
          <w:sz w:val="26"/>
          <w:szCs w:val="26"/>
        </w:rPr>
        <w:t xml:space="preserve"> </w:t>
      </w:r>
    </w:p>
    <w:p w14:paraId="7C9A89DB"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It was the winter of 2011, six months before the divorce would be finalized. Lower Manhattan in January, with people moving fast, heads down, collars up, everyone with somewhere to be. I had nowhere specific to be. I was walking because walking was the only thing that felt like forward motion.</w:t>
      </w:r>
      <w:r w:rsidRPr="00592987">
        <w:rPr>
          <w:rFonts w:ascii="garamond" w:hAnsi="garamond" w:cs="Arial"/>
          <w:color w:val="1F1F1F"/>
          <w:sz w:val="26"/>
          <w:szCs w:val="26"/>
        </w:rPr>
        <w:t xml:space="preserve"> </w:t>
      </w:r>
    </w:p>
    <w:p w14:paraId="4FA78CCB"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I called Carole.</w:t>
      </w:r>
      <w:r w:rsidRPr="00592987">
        <w:rPr>
          <w:rFonts w:ascii="garamond" w:hAnsi="garamond" w:cs="Arial"/>
          <w:color w:val="1F1F1F"/>
          <w:sz w:val="26"/>
          <w:szCs w:val="26"/>
        </w:rPr>
        <w:t xml:space="preserve"> </w:t>
      </w:r>
    </w:p>
    <w:p w14:paraId="69D139B6"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 xml:space="preserve">The divorce was being navigated alone. Friends had drifted, or I had kept them at a distance, unwilling to let anyone close to my children or the proceedings. What I reached for was the nearest familiar voice—not out of need, but out of the </w:t>
      </w:r>
      <w:r w:rsidRPr="00592987">
        <w:rPr>
          <w:rFonts w:ascii="garamond" w:hAnsi="garamond" w:cs="Arial"/>
          <w:color w:val="1F1F1F"/>
          <w:sz w:val="26"/>
          <w:szCs w:val="26"/>
          <w:bdr w:val="none" w:sz="0" w:space="0" w:color="auto" w:frame="1"/>
        </w:rPr>
        <w:lastRenderedPageBreak/>
        <w:t>disorientation of a man who had just walked past the building where he started work two and a half decades earlier.</w:t>
      </w:r>
      <w:r w:rsidRPr="00592987">
        <w:rPr>
          <w:rFonts w:ascii="garamond" w:hAnsi="garamond" w:cs="Arial"/>
          <w:color w:val="1F1F1F"/>
          <w:sz w:val="26"/>
          <w:szCs w:val="26"/>
        </w:rPr>
        <w:t xml:space="preserve"> </w:t>
      </w:r>
    </w:p>
    <w:p w14:paraId="1A9FDF86"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"I am homesick," I said. "I want to come home."</w:t>
      </w:r>
      <w:r w:rsidRPr="00592987">
        <w:rPr>
          <w:rFonts w:ascii="garamond" w:hAnsi="garamond" w:cs="Arial"/>
          <w:color w:val="1F1F1F"/>
          <w:sz w:val="26"/>
          <w:szCs w:val="26"/>
        </w:rPr>
        <w:t xml:space="preserve"> </w:t>
      </w:r>
    </w:p>
    <w:p w14:paraId="024EDA72"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There were tears, on a crowded street in January, on a cell phone, with people moving around me.</w:t>
      </w:r>
      <w:r w:rsidRPr="00592987">
        <w:rPr>
          <w:rFonts w:ascii="garamond" w:hAnsi="garamond" w:cs="Arial"/>
          <w:color w:val="1F1F1F"/>
          <w:sz w:val="26"/>
          <w:szCs w:val="26"/>
        </w:rPr>
        <w:t xml:space="preserve"> </w:t>
      </w:r>
    </w:p>
    <w:p w14:paraId="261EF4D3"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She said, "Grow up," in a stern way. She may have worried about my delaying the proceedings, but the word landed exactly where it was aimed.</w:t>
      </w:r>
      <w:r w:rsidRPr="00592987">
        <w:rPr>
          <w:rFonts w:ascii="garamond" w:hAnsi="garamond" w:cs="Arial"/>
          <w:color w:val="1F1F1F"/>
          <w:sz w:val="26"/>
          <w:szCs w:val="26"/>
        </w:rPr>
        <w:t xml:space="preserve"> </w:t>
      </w:r>
    </w:p>
    <w:p w14:paraId="0CA2F8FB"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I had no ready response except, "I understand." And I hung up.</w:t>
      </w:r>
      <w:r w:rsidRPr="00592987">
        <w:rPr>
          <w:rFonts w:ascii="garamond" w:hAnsi="garamond" w:cs="Arial"/>
          <w:color w:val="1F1F1F"/>
          <w:sz w:val="26"/>
          <w:szCs w:val="26"/>
        </w:rPr>
        <w:t xml:space="preserve"> </w:t>
      </w:r>
    </w:p>
    <w:p w14:paraId="633673BF"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I stood with the phone in my hand and looked up at the building. The first building I ever worked in. One New York Plaza. Salomon Brothers. 1986.</w:t>
      </w:r>
      <w:r w:rsidRPr="00592987">
        <w:rPr>
          <w:rFonts w:ascii="garamond" w:hAnsi="garamond" w:cs="Arial"/>
          <w:color w:val="1F1F1F"/>
          <w:sz w:val="26"/>
          <w:szCs w:val="26"/>
        </w:rPr>
        <w:t xml:space="preserve"> </w:t>
      </w:r>
    </w:p>
    <w:p w14:paraId="3B0359ED"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I was feeling sorry for myself. And One New York Plaza, the building that received me as a stranger and watched me become whatever I became, was feeling sorry for me too. Twenty-five years of history between a man and a building. It was still standing. So was I.</w:t>
      </w:r>
      <w:r w:rsidRPr="00592987">
        <w:rPr>
          <w:rFonts w:ascii="garamond" w:hAnsi="garamond" w:cs="Arial"/>
          <w:color w:val="1F1F1F"/>
          <w:sz w:val="26"/>
          <w:szCs w:val="26"/>
        </w:rPr>
        <w:t xml:space="preserve"> </w:t>
      </w:r>
    </w:p>
    <w:p w14:paraId="0A9DB663"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In 1986, I packed with the confidence of a man who believed the city owed him nothing and would give him everything if he worked for it. Now I was nearing fifty, standing where I started building, being told to grow up by the person I had built some of it with.</w:t>
      </w:r>
      <w:r w:rsidRPr="00592987">
        <w:rPr>
          <w:rFonts w:ascii="garamond" w:hAnsi="garamond" w:cs="Arial"/>
          <w:color w:val="1F1F1F"/>
          <w:sz w:val="26"/>
          <w:szCs w:val="26"/>
        </w:rPr>
        <w:t xml:space="preserve"> </w:t>
      </w:r>
    </w:p>
    <w:p w14:paraId="5F6AACE9"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The suitcase is being repacked. Not with everything that was in it before. Some things were never worth carrying, and others do not survive the unpacking. What goes back in is lighter and more deliberate: the work of a man who knows the weight of what he is choosing this time.</w:t>
      </w:r>
      <w:r w:rsidRPr="00592987">
        <w:rPr>
          <w:rFonts w:ascii="garamond" w:hAnsi="garamond" w:cs="Arial"/>
          <w:color w:val="1F1F1F"/>
          <w:sz w:val="26"/>
          <w:szCs w:val="26"/>
        </w:rPr>
        <w:t xml:space="preserve"> </w:t>
      </w:r>
    </w:p>
    <w:p w14:paraId="1A784249"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I began the inventory of what to keep and what to leave behind. I looked at the red tie I had exchanged with a valet at the U.N. Plaza for the interview that started this entire twenty-five-year journey. It had been a necessary prop for the performance, a tool used to read a room I wasn’t yet invited into. I no longer needed the red tie. I left it on a pavement by the old life, along with the TPC-colored ceramic poker chips inscribed with designated dollar amounts—a form of leverage I had used to buy a room that would have me when I was sloppy. They did not survive the unpacking.</w:t>
      </w:r>
      <w:r w:rsidRPr="00592987">
        <w:rPr>
          <w:rFonts w:ascii="garamond" w:hAnsi="garamond" w:cs="Arial"/>
          <w:color w:val="1F1F1F"/>
          <w:sz w:val="26"/>
          <w:szCs w:val="26"/>
        </w:rPr>
        <w:t xml:space="preserve"> </w:t>
      </w:r>
    </w:p>
    <w:p w14:paraId="1293A39E"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What went back in was lighter and more deliberate. I reached into my watch vault—a safe containing forty expensive timepieces, the precious-metal proof of Marchenko the Legend. In the center, I positioned my twenty-dollar Timex, just as always. It was the one thing that never changed. It had been my good luck charm for physical and spiritual protection on the late-night subway ride, on my day of recognition as an MD, and on my naturalization as a U.S. citizen.</w:t>
      </w:r>
      <w:r w:rsidRPr="00592987">
        <w:rPr>
          <w:rFonts w:ascii="garamond" w:hAnsi="garamond" w:cs="Arial"/>
          <w:color w:val="1F1F1F"/>
          <w:sz w:val="26"/>
          <w:szCs w:val="26"/>
        </w:rPr>
        <w:t xml:space="preserve"> </w:t>
      </w:r>
    </w:p>
    <w:p w14:paraId="44F8A79C"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I could hear my father’s voice saying, “Finally, my son has a watch that tells time, not one that tracks the universe in three colors.”</w:t>
      </w:r>
      <w:r w:rsidRPr="00592987">
        <w:rPr>
          <w:rFonts w:ascii="garamond" w:hAnsi="garamond" w:cs="Arial"/>
          <w:color w:val="1F1F1F"/>
          <w:sz w:val="26"/>
          <w:szCs w:val="26"/>
        </w:rPr>
        <w:t xml:space="preserve"> </w:t>
      </w:r>
    </w:p>
    <w:p w14:paraId="1242E2E4"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lastRenderedPageBreak/>
        <w:t>In the silence of the repacking, the Timex was music against noise.</w:t>
      </w:r>
      <w:r w:rsidRPr="00592987">
        <w:rPr>
          <w:rFonts w:ascii="garamond" w:hAnsi="garamond" w:cs="Arial"/>
          <w:color w:val="1F1F1F"/>
          <w:sz w:val="26"/>
          <w:szCs w:val="26"/>
        </w:rPr>
        <w:t xml:space="preserve"> </w:t>
      </w:r>
    </w:p>
    <w:p w14:paraId="2B0708CA" w14:textId="77777777" w:rsidR="00336134" w:rsidRPr="00592987" w:rsidRDefault="00336134" w:rsidP="00336134">
      <w:pPr>
        <w:spacing w:before="180" w:after="0" w:line="240" w:lineRule="auto"/>
        <w:outlineLvl w:val="2"/>
        <w:rPr>
          <w:rFonts w:ascii="garamond" w:hAnsi="garamond" w:cs="Arial"/>
          <w:b/>
          <w:bCs/>
          <w:color w:val="1F1F1F"/>
          <w:sz w:val="26"/>
          <w:szCs w:val="26"/>
        </w:rPr>
      </w:pPr>
    </w:p>
    <w:p w14:paraId="47E8FD8E" w14:textId="77777777" w:rsidR="00336134" w:rsidRPr="00592987" w:rsidRDefault="00336134" w:rsidP="00336134">
      <w:pPr>
        <w:spacing w:before="180" w:after="0" w:line="240" w:lineRule="auto"/>
        <w:outlineLvl w:val="2"/>
        <w:rPr>
          <w:rFonts w:ascii="garamond" w:hAnsi="garamond" w:cs="Arial"/>
          <w:b/>
          <w:bCs/>
          <w:color w:val="1F1F1F"/>
          <w:sz w:val="26"/>
          <w:szCs w:val="26"/>
        </w:rPr>
      </w:pPr>
    </w:p>
    <w:p w14:paraId="50541810" w14:textId="77777777" w:rsidR="00336134" w:rsidRDefault="00336134" w:rsidP="00336134">
      <w:pPr>
        <w:rPr>
          <w:rFonts w:ascii="garamond" w:hAnsi="garamond" w:cs="Arial"/>
          <w:b/>
          <w:bCs/>
          <w:color w:val="1F1F1F"/>
          <w:sz w:val="26"/>
          <w:szCs w:val="26"/>
        </w:rPr>
      </w:pPr>
      <w:r>
        <w:rPr>
          <w:rFonts w:ascii="garamond" w:hAnsi="garamond" w:cs="Arial"/>
          <w:b/>
          <w:bCs/>
          <w:color w:val="1F1F1F"/>
          <w:sz w:val="26"/>
          <w:szCs w:val="26"/>
        </w:rPr>
        <w:br w:type="page"/>
      </w:r>
    </w:p>
    <w:p w14:paraId="452BF1BB" w14:textId="569FC64C" w:rsidR="00336134" w:rsidRPr="00592987" w:rsidRDefault="00336134" w:rsidP="00336134">
      <w:pPr>
        <w:spacing w:before="180" w:after="0" w:line="240" w:lineRule="auto"/>
        <w:outlineLvl w:val="2"/>
        <w:rPr>
          <w:rFonts w:ascii="garamond" w:hAnsi="garamond" w:cs="Arial"/>
          <w:b/>
          <w:bCs/>
          <w:color w:val="1F1F1F"/>
          <w:sz w:val="26"/>
          <w:szCs w:val="26"/>
        </w:rPr>
      </w:pPr>
      <w:r w:rsidRPr="00592987">
        <w:rPr>
          <w:rFonts w:ascii="garamond" w:hAnsi="garamond" w:cs="Arial"/>
          <w:b/>
          <w:bCs/>
          <w:color w:val="1F1F1F"/>
          <w:sz w:val="26"/>
          <w:szCs w:val="26"/>
        </w:rPr>
        <w:lastRenderedPageBreak/>
        <w:t xml:space="preserve">CHAPTER </w:t>
      </w:r>
      <w:r w:rsidR="007462BE">
        <w:rPr>
          <w:rFonts w:ascii="garamond" w:hAnsi="garamond" w:cs="Arial"/>
          <w:b/>
          <w:bCs/>
          <w:color w:val="1F1F1F"/>
          <w:sz w:val="26"/>
          <w:szCs w:val="26"/>
        </w:rPr>
        <w:t>60</w:t>
      </w:r>
      <w:r w:rsidRPr="00592987">
        <w:rPr>
          <w:rFonts w:ascii="garamond" w:hAnsi="garamond" w:cs="Arial"/>
          <w:b/>
          <w:bCs/>
          <w:color w:val="1F1F1F"/>
          <w:sz w:val="26"/>
          <w:szCs w:val="26"/>
        </w:rPr>
        <w:t xml:space="preserve"> — REDEMPTION</w:t>
      </w:r>
    </w:p>
    <w:p w14:paraId="41E57D8F" w14:textId="77777777" w:rsidR="00336134" w:rsidRPr="00592987" w:rsidRDefault="00336134" w:rsidP="00336134">
      <w:pPr>
        <w:spacing w:before="180" w:after="0" w:line="240" w:lineRule="auto"/>
        <w:rPr>
          <w:rFonts w:ascii="garamond" w:hAnsi="garamond" w:cs="Arial"/>
          <w:b/>
          <w:bCs/>
          <w:color w:val="1F1F1F"/>
          <w:sz w:val="26"/>
          <w:szCs w:val="26"/>
        </w:rPr>
      </w:pPr>
      <w:r w:rsidRPr="00592987">
        <w:rPr>
          <w:rFonts w:ascii="garamond" w:hAnsi="garamond" w:cs="Arial"/>
          <w:b/>
          <w:bCs/>
          <w:color w:val="1F1F1F"/>
          <w:sz w:val="26"/>
          <w:szCs w:val="26"/>
          <w:bdr w:val="none" w:sz="0" w:space="0" w:color="auto" w:frame="1"/>
        </w:rPr>
        <w:t>Marwan The Father.</w:t>
      </w:r>
    </w:p>
    <w:p w14:paraId="1C0E9CA3"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By 2013, two years after the divorce, I was still learning what it meant to be alone.</w:t>
      </w:r>
      <w:r w:rsidRPr="00592987">
        <w:rPr>
          <w:rFonts w:ascii="garamond" w:hAnsi="garamond" w:cs="Arial"/>
          <w:color w:val="1F1F1F"/>
          <w:sz w:val="26"/>
          <w:szCs w:val="26"/>
        </w:rPr>
        <w:t xml:space="preserve"> </w:t>
      </w:r>
    </w:p>
    <w:p w14:paraId="779BC9D7"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 xml:space="preserve">Not loneliness. That was a different condition entirely. Solitude was only bearable when the option to break it existed; it did not have to be </w:t>
      </w:r>
      <w:proofErr w:type="gramStart"/>
      <w:r w:rsidRPr="00592987">
        <w:rPr>
          <w:rFonts w:ascii="garamond" w:hAnsi="garamond" w:cs="Arial"/>
          <w:color w:val="1F1F1F"/>
          <w:sz w:val="26"/>
          <w:szCs w:val="26"/>
          <w:bdr w:val="none" w:sz="0" w:space="0" w:color="auto" w:frame="1"/>
        </w:rPr>
        <w:t>used,</w:t>
      </w:r>
      <w:proofErr w:type="gramEnd"/>
      <w:r w:rsidRPr="00592987">
        <w:rPr>
          <w:rFonts w:ascii="garamond" w:hAnsi="garamond" w:cs="Arial"/>
          <w:color w:val="1F1F1F"/>
          <w:sz w:val="26"/>
          <w:szCs w:val="26"/>
          <w:bdr w:val="none" w:sz="0" w:space="0" w:color="auto" w:frame="1"/>
        </w:rPr>
        <w:t xml:space="preserve"> it simply had to exist. Take the option away, and the solitude changes character. It stopped being freely chosen and started being imposed. That was not solitude—that was isolation. The divorce took the option away.</w:t>
      </w:r>
      <w:r w:rsidRPr="00592987">
        <w:rPr>
          <w:rFonts w:ascii="garamond" w:hAnsi="garamond" w:cs="Arial"/>
          <w:color w:val="1F1F1F"/>
          <w:sz w:val="26"/>
          <w:szCs w:val="26"/>
        </w:rPr>
        <w:t xml:space="preserve"> </w:t>
      </w:r>
    </w:p>
    <w:p w14:paraId="2E9B38E3"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People told me I should feel free. I had money, more than one home, and the ability to wake up when I wanted, leave when I wanted, travel wherever I wanted, do whatever I wanted, and answer to no one. Some people would have called that arriving; I called it vertigo.</w:t>
      </w:r>
      <w:r w:rsidRPr="00592987">
        <w:rPr>
          <w:rFonts w:ascii="garamond" w:hAnsi="garamond" w:cs="Arial"/>
          <w:color w:val="1F1F1F"/>
          <w:sz w:val="26"/>
          <w:szCs w:val="26"/>
        </w:rPr>
        <w:t xml:space="preserve"> </w:t>
      </w:r>
    </w:p>
    <w:p w14:paraId="13E23901"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I am the kind of man who would go to his own surprise birthday party and leave within fifteen minutes—alone. Not out of rudeness, but out of the specific exhaustion of performing sociability when the energy wasn't there. The divorce gave me solitude with no audience in sight. That was not freedom; that was a room without a door.</w:t>
      </w:r>
      <w:r w:rsidRPr="00592987">
        <w:rPr>
          <w:rFonts w:ascii="garamond" w:hAnsi="garamond" w:cs="Arial"/>
          <w:color w:val="1F1F1F"/>
          <w:sz w:val="26"/>
          <w:szCs w:val="26"/>
        </w:rPr>
        <w:t xml:space="preserve"> </w:t>
      </w:r>
    </w:p>
    <w:p w14:paraId="68B19B5A"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Habit was the architecture I had always lived inside. Habit was reliability, reliability was form, and form was control. The trading floor had it, and the marriage, whatever its difficulties, had it too: the children's schedules, the school runs, the dinners that needed to happen at certain times. I had chafed against all of it for years. Now, standing outside it, I understood for the first time what it had actually been providing.</w:t>
      </w:r>
      <w:r w:rsidRPr="00592987">
        <w:rPr>
          <w:rFonts w:ascii="garamond" w:hAnsi="garamond" w:cs="Arial"/>
          <w:color w:val="1F1F1F"/>
          <w:sz w:val="26"/>
          <w:szCs w:val="26"/>
        </w:rPr>
        <w:t xml:space="preserve"> </w:t>
      </w:r>
    </w:p>
    <w:p w14:paraId="00A1AA2F"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What I needed, and what I was only beginning to understand, was people who already had my coordinates. Not people I had to explain myself to, or people who needed the version of me that worked rooms and closed deals, but people who could find me without directions.</w:t>
      </w:r>
      <w:r w:rsidRPr="00592987">
        <w:rPr>
          <w:rFonts w:ascii="garamond" w:hAnsi="garamond" w:cs="Arial"/>
          <w:color w:val="1F1F1F"/>
          <w:sz w:val="26"/>
          <w:szCs w:val="26"/>
        </w:rPr>
        <w:t xml:space="preserve"> </w:t>
      </w:r>
    </w:p>
    <w:p w14:paraId="550A826C"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Those people were three.</w:t>
      </w:r>
      <w:r w:rsidRPr="00592987">
        <w:rPr>
          <w:rFonts w:ascii="garamond" w:hAnsi="garamond" w:cs="Arial"/>
          <w:color w:val="1F1F1F"/>
          <w:sz w:val="26"/>
          <w:szCs w:val="26"/>
        </w:rPr>
        <w:t xml:space="preserve"> </w:t>
      </w:r>
    </w:p>
    <w:p w14:paraId="0F3A4FAA"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The conversations that had been frozen for years began to move again. Slowly at first—a question here, a confidence there, the way water works through ground that had been hard for too long.</w:t>
      </w:r>
      <w:r w:rsidRPr="00592987">
        <w:rPr>
          <w:rFonts w:ascii="garamond" w:hAnsi="garamond" w:cs="Arial"/>
          <w:color w:val="1F1F1F"/>
          <w:sz w:val="26"/>
          <w:szCs w:val="26"/>
        </w:rPr>
        <w:t xml:space="preserve"> </w:t>
      </w:r>
    </w:p>
    <w:p w14:paraId="4B0EF750"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Divorce produced separate versions, each side edited from memory and motive, and children absorbed whatever arrived with the most frequency and force. What was unusual was the speed with which they began comparing them, once they were old enough to measure the narrative against their own experience.</w:t>
      </w:r>
      <w:r w:rsidRPr="00592987">
        <w:rPr>
          <w:rFonts w:ascii="garamond" w:hAnsi="garamond" w:cs="Arial"/>
          <w:color w:val="1F1F1F"/>
          <w:sz w:val="26"/>
          <w:szCs w:val="26"/>
        </w:rPr>
        <w:t xml:space="preserve"> </w:t>
      </w:r>
    </w:p>
    <w:p w14:paraId="183287A4"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 xml:space="preserve">Questions started arriving that had previously gone elsewhere—questions about decisions, values, and how the world worked when it didn't cooperate. They started telling me things. Sitting with one of them—Tara, or Anthony, or Daniel—I would </w:t>
      </w:r>
      <w:r w:rsidRPr="00592987">
        <w:rPr>
          <w:rFonts w:ascii="garamond" w:hAnsi="garamond" w:cs="Arial"/>
          <w:color w:val="1F1F1F"/>
          <w:sz w:val="26"/>
          <w:szCs w:val="26"/>
          <w:bdr w:val="none" w:sz="0" w:space="0" w:color="auto" w:frame="1"/>
        </w:rPr>
        <w:lastRenderedPageBreak/>
        <w:t>feel the conversation reach somewhere it hadn't been before. Deeper. More honest. They were choosing to be there, not performing a visit. They were choosing it.</w:t>
      </w:r>
      <w:r w:rsidRPr="00592987">
        <w:rPr>
          <w:rFonts w:ascii="garamond" w:hAnsi="garamond" w:cs="Arial"/>
          <w:color w:val="1F1F1F"/>
          <w:sz w:val="26"/>
          <w:szCs w:val="26"/>
        </w:rPr>
        <w:t xml:space="preserve"> </w:t>
      </w:r>
    </w:p>
    <w:p w14:paraId="658A4E4E"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I eventually came up with a name for it. It started as a thaw. What emerged looked like a branch—the kind that appeared on a tree after a hard winter, tentative and reaching, carrying no leaves yet but alive in every fiber.</w:t>
      </w:r>
      <w:r w:rsidRPr="00592987">
        <w:rPr>
          <w:rFonts w:ascii="garamond" w:hAnsi="garamond" w:cs="Arial"/>
          <w:color w:val="1F1F1F"/>
          <w:sz w:val="26"/>
          <w:szCs w:val="26"/>
        </w:rPr>
        <w:t xml:space="preserve"> </w:t>
      </w:r>
    </w:p>
    <w:p w14:paraId="05EAFB3A"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I did not press them to declare a side or revise the story they had been given. I understood that the only way to earn a different verdict is to be a different witness—to show up, consistently, over time, without demanding that the showing up be acknowledged. The floor didn’t applaud you; it priced you. I had always known that was true on Wall Street, and I was learning it was true everywhere.</w:t>
      </w:r>
      <w:r w:rsidRPr="00592987">
        <w:rPr>
          <w:rFonts w:ascii="garamond" w:hAnsi="garamond" w:cs="Arial"/>
          <w:color w:val="1F1F1F"/>
          <w:sz w:val="26"/>
          <w:szCs w:val="26"/>
        </w:rPr>
        <w:t xml:space="preserve"> </w:t>
      </w:r>
    </w:p>
    <w:p w14:paraId="22B4A156"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The marriage had two people with different histories, blind spots, characters, and failures. I was not the easiest man to be married to; I know that clearly and have never argued otherwise. The reader who has come this far already knows the record, and I trust that knowledge.</w:t>
      </w:r>
      <w:r w:rsidRPr="00592987">
        <w:rPr>
          <w:rFonts w:ascii="garamond" w:hAnsi="garamond" w:cs="Arial"/>
          <w:color w:val="1F1F1F"/>
          <w:sz w:val="26"/>
          <w:szCs w:val="26"/>
        </w:rPr>
        <w:t xml:space="preserve"> </w:t>
      </w:r>
    </w:p>
    <w:p w14:paraId="069E1BBD"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My children are the only audience I still care about impressing. Not with money, not with access, not with the name on a door, but with something harder and slower: the evidence, accumulated over years, that their father showed up, told the truth, and tried, genuinely, to be worth showing up for.</w:t>
      </w:r>
      <w:r w:rsidRPr="00592987">
        <w:rPr>
          <w:rFonts w:ascii="garamond" w:hAnsi="garamond" w:cs="Arial"/>
          <w:color w:val="1F1F1F"/>
          <w:sz w:val="26"/>
          <w:szCs w:val="26"/>
        </w:rPr>
        <w:t xml:space="preserve"> </w:t>
      </w:r>
    </w:p>
    <w:p w14:paraId="7A9ADDAD" w14:textId="0D25FEA1"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The branch is still growing. I watch it and I feel something I did not expect to feel at this stage of my life: real hope. Quiet, specific, and not guaranteed.</w:t>
      </w:r>
      <w:r w:rsidRPr="00592987">
        <w:rPr>
          <w:rFonts w:ascii="garamond" w:hAnsi="garamond" w:cs="Arial"/>
          <w:color w:val="1F1F1F"/>
          <w:sz w:val="26"/>
          <w:szCs w:val="26"/>
        </w:rPr>
        <w:t xml:space="preserve"> </w:t>
      </w:r>
    </w:p>
    <w:p w14:paraId="223722A5"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My fiftieth birthday was on a Saturday in 2011. The divorce had been filed a month earlier. I was in the new apartment. The day arrived and the phone did not. No text came, and I did not reach out. I told myself they were with friends, which was probably true and entirely beside the point. I had turned fifty, and the room was empty.</w:t>
      </w:r>
      <w:r w:rsidRPr="00592987">
        <w:rPr>
          <w:rFonts w:ascii="garamond" w:hAnsi="garamond" w:cs="Arial"/>
          <w:color w:val="1F1F1F"/>
          <w:sz w:val="26"/>
          <w:szCs w:val="26"/>
        </w:rPr>
        <w:t xml:space="preserve"> </w:t>
      </w:r>
    </w:p>
    <w:p w14:paraId="3838E3E4"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It reminded me of my first birthday in New York, in 1986. I had turned twenty-five, knew no one, spent it alone, and called it independence. Somewhere in the back of my mind, I started counting. Twenty-five. The next one would be fifty, a superstition I never said out loud. The next one I would miss would be seventy-five; that was the deal I had made with myself. My children broke it before I had to keep it.</w:t>
      </w:r>
      <w:r w:rsidRPr="00592987">
        <w:rPr>
          <w:rFonts w:ascii="garamond" w:hAnsi="garamond" w:cs="Arial"/>
          <w:color w:val="1F1F1F"/>
          <w:sz w:val="26"/>
          <w:szCs w:val="26"/>
        </w:rPr>
        <w:t xml:space="preserve"> </w:t>
      </w:r>
    </w:p>
    <w:p w14:paraId="798B7465"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A friend called in the evening and asked me to dinner. I agreed. The restaurant turned out to be booked for a private event, and when I told him we could go elsewhere, he said, "Let’s see if they’ll let us in anyway." The sensor, which would have caught this in any other decade, did not catch it. We walked in. The shout came from fifty people.</w:t>
      </w:r>
      <w:r w:rsidRPr="00592987">
        <w:rPr>
          <w:rFonts w:ascii="garamond" w:hAnsi="garamond" w:cs="Arial"/>
          <w:color w:val="1F1F1F"/>
          <w:sz w:val="26"/>
          <w:szCs w:val="26"/>
        </w:rPr>
        <w:t xml:space="preserve"> </w:t>
      </w:r>
    </w:p>
    <w:p w14:paraId="75FD4D56" w14:textId="52374C5E"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My children had organized it. My favorite restaurant, and the fifty people were mine. I cried in front of all of them.</w:t>
      </w:r>
      <w:r w:rsidRPr="00592987">
        <w:rPr>
          <w:rFonts w:ascii="garamond" w:hAnsi="garamond" w:cs="Arial"/>
          <w:color w:val="1F1F1F"/>
          <w:sz w:val="26"/>
          <w:szCs w:val="26"/>
        </w:rPr>
        <w:t xml:space="preserve"> </w:t>
      </w:r>
    </w:p>
    <w:p w14:paraId="118CC5D2" w14:textId="2072125A"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lastRenderedPageBreak/>
        <w:t xml:space="preserve">The Marchenko armor that had kept me operational and distant is collapsing. What developed in its place </w:t>
      </w:r>
      <w:r w:rsidR="00D61773">
        <w:rPr>
          <w:rFonts w:ascii="garamond" w:hAnsi="garamond" w:cs="Arial"/>
          <w:color w:val="1F1F1F"/>
          <w:sz w:val="26"/>
          <w:szCs w:val="26"/>
          <w:bdr w:val="none" w:sz="0" w:space="0" w:color="auto" w:frame="1"/>
        </w:rPr>
        <w:t>i</w:t>
      </w:r>
      <w:r w:rsidRPr="00592987">
        <w:rPr>
          <w:rFonts w:ascii="garamond" w:hAnsi="garamond" w:cs="Arial"/>
          <w:color w:val="1F1F1F"/>
          <w:sz w:val="26"/>
          <w:szCs w:val="26"/>
          <w:bdr w:val="none" w:sz="0" w:space="0" w:color="auto" w:frame="1"/>
        </w:rPr>
        <w:t>s simpler and more real. I no longer wish to be in control, driving the machine. It is neither my path nor my goal. I have shifted to a new comfort zone where I am a passenger—out of reach of any wheel, unbothered by any destination. The wisdom I gained in hardship and suffering has taught me lessons far more valuable than any Wall Street education. It redirected my focus to the most important room of all—the one where my children are.</w:t>
      </w:r>
      <w:r w:rsidRPr="00592987">
        <w:rPr>
          <w:rFonts w:ascii="garamond" w:hAnsi="garamond" w:cs="Arial"/>
          <w:color w:val="1F1F1F"/>
          <w:sz w:val="26"/>
          <w:szCs w:val="26"/>
        </w:rPr>
        <w:t xml:space="preserve"> </w:t>
      </w:r>
    </w:p>
    <w:p w14:paraId="608DBA37"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Not as Marchenko the Legend, arrogant, powerful, and impatient.</w:t>
      </w:r>
      <w:r w:rsidRPr="00592987">
        <w:rPr>
          <w:rFonts w:ascii="garamond" w:hAnsi="garamond" w:cs="Arial"/>
          <w:color w:val="1F1F1F"/>
          <w:sz w:val="26"/>
          <w:szCs w:val="26"/>
        </w:rPr>
        <w:t xml:space="preserve"> </w:t>
      </w:r>
    </w:p>
    <w:p w14:paraId="382DC146"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But as Marwan the Father, gracious, content, and carefree.</w:t>
      </w:r>
      <w:r w:rsidRPr="00592987">
        <w:rPr>
          <w:rFonts w:ascii="garamond" w:hAnsi="garamond" w:cs="Arial"/>
          <w:color w:val="1F1F1F"/>
          <w:sz w:val="26"/>
          <w:szCs w:val="26"/>
        </w:rPr>
        <w:t xml:space="preserve"> </w:t>
      </w:r>
    </w:p>
    <w:p w14:paraId="4E5C667B" w14:textId="2D6528CC"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I am still a Nomad. I am out of the compression chamber, with clearer vision. I do not seek forgiveness or offer apologies for my acts; perhaps they were proper at the time, perhaps they were not</w:t>
      </w:r>
      <w:r w:rsidR="00D61773">
        <w:rPr>
          <w:rFonts w:ascii="garamond" w:hAnsi="garamond" w:cs="Arial"/>
          <w:color w:val="1F1F1F"/>
          <w:sz w:val="26"/>
          <w:szCs w:val="26"/>
          <w:bdr w:val="none" w:sz="0" w:space="0" w:color="auto" w:frame="1"/>
        </w:rPr>
        <w:t xml:space="preserve">. </w:t>
      </w:r>
      <w:r w:rsidRPr="00592987">
        <w:rPr>
          <w:rFonts w:ascii="garamond" w:hAnsi="garamond" w:cs="Arial"/>
          <w:color w:val="1F1F1F"/>
          <w:sz w:val="26"/>
          <w:szCs w:val="26"/>
          <w:bdr w:val="none" w:sz="0" w:space="0" w:color="auto" w:frame="1"/>
        </w:rPr>
        <w:t>I am not smart enough to answer that. What I do know—what remains universally true and what I always lived by—is that there are no do-overs in life. Only a humble appreciation of learning from mistakes, so as not to apply them again, wearing any costume, in any room, and in front of any audience.</w:t>
      </w:r>
      <w:r w:rsidRPr="00592987">
        <w:rPr>
          <w:rFonts w:ascii="garamond" w:hAnsi="garamond" w:cs="Arial"/>
          <w:color w:val="1F1F1F"/>
          <w:sz w:val="26"/>
          <w:szCs w:val="26"/>
        </w:rPr>
        <w:t xml:space="preserve"> </w:t>
      </w:r>
    </w:p>
    <w:p w14:paraId="7421AC2A"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I am back in Beirut. I left with half a suitcase—a boy carrying what a city had installed in him before he had a name for it. I return with efficient luggage. Not empty, not defeated—lighter by design.</w:t>
      </w:r>
      <w:r w:rsidRPr="00592987">
        <w:rPr>
          <w:rFonts w:ascii="garamond" w:hAnsi="garamond" w:cs="Arial"/>
          <w:color w:val="1F1F1F"/>
          <w:sz w:val="26"/>
          <w:szCs w:val="26"/>
        </w:rPr>
        <w:t xml:space="preserve"> </w:t>
      </w:r>
    </w:p>
    <w:p w14:paraId="4AD6C3A3"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The Beirut sensor is calm here. Not dormant—calm. For forty years, it read rooms for danger, for leverage, for the exit before the door closed. It was no longer such a device. It morphed into a sense organ that scans the room for something it was never calibrated for: love and compassion. They are the feelings I live for, the ones I deliver for cause, hoping for my children’s applause. It takes time to acclimate and change, and the branch grows slowly. But it grows.</w:t>
      </w:r>
      <w:r w:rsidRPr="00592987">
        <w:rPr>
          <w:rFonts w:ascii="garamond" w:hAnsi="garamond" w:cs="Arial"/>
          <w:color w:val="1F1F1F"/>
          <w:sz w:val="26"/>
          <w:szCs w:val="26"/>
        </w:rPr>
        <w:t xml:space="preserve"> </w:t>
      </w:r>
    </w:p>
    <w:p w14:paraId="2C1C3223"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It is not to show them I arrived.</w:t>
      </w:r>
      <w:r w:rsidRPr="00592987">
        <w:rPr>
          <w:rFonts w:ascii="garamond" w:hAnsi="garamond" w:cs="Arial"/>
          <w:color w:val="1F1F1F"/>
          <w:sz w:val="26"/>
          <w:szCs w:val="26"/>
        </w:rPr>
        <w:t xml:space="preserve"> </w:t>
      </w:r>
    </w:p>
    <w:p w14:paraId="50BC2E19" w14:textId="77777777" w:rsidR="00336134" w:rsidRPr="00592987" w:rsidRDefault="00336134" w:rsidP="00336134">
      <w:pPr>
        <w:spacing w:before="180" w:after="0" w:line="240" w:lineRule="auto"/>
        <w:rPr>
          <w:rFonts w:ascii="garamond" w:hAnsi="garamond" w:cs="Arial"/>
          <w:color w:val="1F1F1F"/>
          <w:sz w:val="26"/>
          <w:szCs w:val="26"/>
        </w:rPr>
      </w:pPr>
      <w:r w:rsidRPr="00592987">
        <w:rPr>
          <w:rFonts w:ascii="garamond" w:hAnsi="garamond" w:cs="Arial"/>
          <w:color w:val="1F1F1F"/>
          <w:sz w:val="26"/>
          <w:szCs w:val="26"/>
          <w:bdr w:val="none" w:sz="0" w:space="0" w:color="auto" w:frame="1"/>
        </w:rPr>
        <w:t>It is to welcome me to stay.</w:t>
      </w:r>
      <w:r w:rsidRPr="00592987">
        <w:rPr>
          <w:rFonts w:ascii="garamond" w:hAnsi="garamond" w:cs="Arial"/>
          <w:color w:val="1F1F1F"/>
          <w:sz w:val="26"/>
          <w:szCs w:val="26"/>
        </w:rPr>
        <w:t xml:space="preserve"> </w:t>
      </w:r>
    </w:p>
    <w:p w14:paraId="5E415690" w14:textId="77777777" w:rsidR="00336134" w:rsidRPr="00592987" w:rsidRDefault="00336134" w:rsidP="00336134">
      <w:pPr>
        <w:spacing w:before="180" w:line="240" w:lineRule="auto"/>
        <w:rPr>
          <w:rFonts w:ascii="garamond" w:hAnsi="garamond"/>
          <w:sz w:val="26"/>
          <w:szCs w:val="26"/>
        </w:rPr>
      </w:pPr>
    </w:p>
    <w:p w14:paraId="1BAC67B9" w14:textId="5D1062A7" w:rsidR="00336134" w:rsidRDefault="00336134">
      <w:pPr>
        <w:rPr>
          <w:rFonts w:ascii="garamond" w:hAnsi="garamond"/>
          <w:b/>
          <w:bCs/>
          <w:sz w:val="26"/>
          <w:szCs w:val="26"/>
        </w:rPr>
      </w:pPr>
      <w:r>
        <w:rPr>
          <w:rFonts w:ascii="garamond" w:hAnsi="garamond"/>
          <w:b/>
          <w:bCs/>
          <w:sz w:val="26"/>
          <w:szCs w:val="26"/>
        </w:rPr>
        <w:br w:type="page"/>
      </w:r>
    </w:p>
    <w:p w14:paraId="58A587D8" w14:textId="77777777" w:rsidR="00EE30FF" w:rsidRDefault="00EE30FF">
      <w:pPr>
        <w:rPr>
          <w:rFonts w:ascii="garamond" w:hAnsi="garamond"/>
          <w:b/>
          <w:bCs/>
          <w:color w:val="000000"/>
          <w:sz w:val="26"/>
          <w:szCs w:val="26"/>
        </w:rPr>
      </w:pPr>
    </w:p>
    <w:p w14:paraId="09874D1B" w14:textId="3EB48B49" w:rsidR="00586442" w:rsidRPr="00586442" w:rsidRDefault="00586442" w:rsidP="00586442">
      <w:pPr>
        <w:rPr>
          <w:rFonts w:ascii="garamond" w:hAnsi="garamond"/>
          <w:color w:val="000000"/>
          <w:sz w:val="26"/>
          <w:szCs w:val="26"/>
        </w:rPr>
      </w:pPr>
      <w:r w:rsidRPr="00586442">
        <w:rPr>
          <w:rFonts w:ascii="garamond" w:hAnsi="garamond"/>
          <w:b/>
          <w:bCs/>
          <w:color w:val="000000"/>
          <w:sz w:val="26"/>
          <w:szCs w:val="26"/>
        </w:rPr>
        <w:t>CHAPTER  — THE LETTER</w:t>
      </w:r>
      <w:r w:rsidRPr="00586442">
        <w:rPr>
          <w:rFonts w:ascii="garamond" w:hAnsi="garamond"/>
          <w:color w:val="000000"/>
          <w:sz w:val="26"/>
          <w:szCs w:val="26"/>
        </w:rPr>
        <w:br/>
      </w:r>
      <w:r w:rsidRPr="00586442">
        <w:rPr>
          <w:rFonts w:ascii="garamond" w:hAnsi="garamond"/>
          <w:b/>
          <w:bCs/>
          <w:color w:val="000000"/>
          <w:sz w:val="26"/>
          <w:szCs w:val="26"/>
        </w:rPr>
        <w:t>‘Adults Are You And Mom.’</w:t>
      </w:r>
    </w:p>
    <w:p w14:paraId="26A5AE05"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 had worked on all the college applications with Tara — the essays, the formatting, and logic. Her favorites were Georgetown, where Anthony had gone and she had visited, and Brown, which she chose with an unexplainable certainty only an eighteen-year-old can have.</w:t>
      </w:r>
    </w:p>
    <w:p w14:paraId="3D11CBE9"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 had worried about Brown. It may be a stretch, I told her — gently, more than once. Georgetown made sense.</w:t>
      </w:r>
    </w:p>
    <w:p w14:paraId="6EC8782B"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The Georgetown letter came on a Friday. A rejection.</w:t>
      </w:r>
    </w:p>
    <w:p w14:paraId="1BB6F140"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 nearly collapsed. Tara was fine. She had her mother’s optimism when her mother was at her best — uncomplicated, forward-facing, the kind that doesn’t require the situation to cooperate. She told me she had faith in Brown. She told me Brown was the one she wanted anyway.</w:t>
      </w:r>
    </w:p>
    <w:p w14:paraId="5451DFD1"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The Brown letter came a week later, also on a Friday, late afternoon, to my apartment. It was where the applications were sent from — I had made sure of it, not for any reason I examined too closely at the time.</w:t>
      </w:r>
    </w:p>
    <w:p w14:paraId="64043E46"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 called Tara immediately and said, “The Brown letter arrived. What do you want to do?”</w:t>
      </w:r>
    </w:p>
    <w:p w14:paraId="11D5EC1C"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She was quiet for a moment. She was at home with three girlfriends, getting ready to go out. I doubted she would want me to open it, and she appeared too busy to do anything about it.</w:t>
      </w:r>
    </w:p>
    <w:p w14:paraId="56CF9821"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Tara said calmly, “I cannot come over, so let’s be adults about this. We will open it tomorrow morning, OK, Dad?”</w:t>
      </w:r>
    </w:p>
    <w:p w14:paraId="750C1F66"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 said all I could say, “OK!”</w:t>
      </w:r>
    </w:p>
    <w:p w14:paraId="6D1D7E18"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She was 18, telling me to behave like an adult. She had inherited something from her mother that I had not managed to give her — the ability to wait for a thing without needing to manage the waiting.</w:t>
      </w:r>
    </w:p>
    <w:p w14:paraId="1F7B4A18"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 sat down, placing the envelope on my living room table for eighteen minutes.</w:t>
      </w:r>
    </w:p>
    <w:p w14:paraId="57D6396F" w14:textId="328049D8" w:rsidR="00586442" w:rsidRPr="00586442" w:rsidRDefault="00D61773" w:rsidP="00586442">
      <w:pPr>
        <w:rPr>
          <w:rFonts w:ascii="garamond" w:hAnsi="garamond"/>
          <w:color w:val="000000"/>
          <w:sz w:val="26"/>
          <w:szCs w:val="26"/>
        </w:rPr>
      </w:pPr>
      <w:r>
        <w:rPr>
          <w:rFonts w:ascii="garamond" w:hAnsi="garamond"/>
          <w:color w:val="000000"/>
          <w:sz w:val="26"/>
          <w:szCs w:val="26"/>
        </w:rPr>
        <w:lastRenderedPageBreak/>
        <w:t>M</w:t>
      </w:r>
      <w:r w:rsidR="00586442" w:rsidRPr="00586442">
        <w:rPr>
          <w:rFonts w:ascii="garamond" w:hAnsi="garamond"/>
          <w:color w:val="000000"/>
          <w:sz w:val="26"/>
          <w:szCs w:val="26"/>
        </w:rPr>
        <w:t xml:space="preserve">y front door </w:t>
      </w:r>
      <w:r>
        <w:rPr>
          <w:rFonts w:ascii="garamond" w:hAnsi="garamond"/>
          <w:color w:val="000000"/>
          <w:sz w:val="26"/>
          <w:szCs w:val="26"/>
        </w:rPr>
        <w:t xml:space="preserve">suddenly </w:t>
      </w:r>
      <w:r w:rsidR="00586442" w:rsidRPr="00586442">
        <w:rPr>
          <w:rFonts w:ascii="garamond" w:hAnsi="garamond"/>
          <w:color w:val="000000"/>
          <w:sz w:val="26"/>
          <w:szCs w:val="26"/>
        </w:rPr>
        <w:t>opened.</w:t>
      </w:r>
    </w:p>
    <w:p w14:paraId="50663270"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Tara had her own key. She came through at a pace that was not quite running — the pace of someone who had decided to be dignified about this and had lost the argument with herself. She asked where the letter was.</w:t>
      </w:r>
    </w:p>
    <w:p w14:paraId="7BA9C7BA"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 reminded her. I said, “Tomorrow? Adults?”</w:t>
      </w:r>
    </w:p>
    <w:p w14:paraId="3B6030FE"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She looked at me with the expression Tara reserves for the moments when she finds me most transparent. “Adults are you and Mom,” she said. “Please give it to me.”</w:t>
      </w:r>
    </w:p>
    <w:p w14:paraId="744454DD"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She opened it and read it twice, then gave it to me; I read it twice while she was screaming. Tara was accepted to Brown University. And just to make sure we were both right, we read it together one more time, out loud, while screaming.</w:t>
      </w:r>
    </w:p>
    <w:p w14:paraId="7C78A542"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For a moment, neither of us moved. Then, we were hugging each other and dancing in the apartment, in no specific direction — the specific motion of two people who have just received news too large to stand still with. We laughed. We may have made sounds that were not words. We found orange juice in the refrigerator, which was what I had, and we toasted Brown University with two glasses of orange juice in my kitchen on a Friday afternoon, and it was exactly right.</w:t>
      </w:r>
    </w:p>
    <w:p w14:paraId="3B68C24C"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 walked her home the long way.</w:t>
      </w:r>
    </w:p>
    <w:p w14:paraId="3CF2B80C"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An hour and thirty minutes through the park, across the streets that have the best light in the evening, along the roads that we had no reason to walk except that we were not ready to stop. We talked the way we rarely got to talk — not around logistics, not alongside the machinery of the week, but directly, at the pace of walking, about what was coming, what it meant, and what she wanted from it. She was eighteen. She knew exactly what she wanted. I listened.</w:t>
      </w:r>
    </w:p>
    <w:p w14:paraId="468B876A"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When we reached Carole’s apartment — Tara’s home, the apartment where the children lived — we went up together.</w:t>
      </w:r>
    </w:p>
    <w:p w14:paraId="71D6CC4A"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Carole opened the door. Tara told her. I watched Carole’s face do what it did when something genuine broke through — the same face from the delivery room eighteen years earlier, the same face that couldn’t hold its composure against joy. Within seconds, the three of us were jumping — actually jumping, in the same spot, in the front hallway of that apartment — in the exact place where, eighteen years before, we had carried Tara in from the hospital for the first time and looked at each other over her head  — both likely thinking  — our first girl.</w:t>
      </w:r>
    </w:p>
    <w:p w14:paraId="58682A78"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lastRenderedPageBreak/>
        <w:t>Here she was. The same hallway. Brown University.</w:t>
      </w:r>
    </w:p>
    <w:p w14:paraId="2F32138A"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 xml:space="preserve">I did not stay long. The evening had given me what it had to give, and I knew when a scene was complete. I kissed Tara and Carole. I said something to Carole that I don’t </w:t>
      </w:r>
      <w:proofErr w:type="gramStart"/>
      <w:r w:rsidRPr="00586442">
        <w:rPr>
          <w:rFonts w:ascii="garamond" w:hAnsi="garamond"/>
          <w:color w:val="000000"/>
          <w:sz w:val="26"/>
          <w:szCs w:val="26"/>
        </w:rPr>
        <w:t>remember, but</w:t>
      </w:r>
      <w:proofErr w:type="gramEnd"/>
      <w:r w:rsidRPr="00586442">
        <w:rPr>
          <w:rFonts w:ascii="garamond" w:hAnsi="garamond"/>
          <w:color w:val="000000"/>
          <w:sz w:val="26"/>
          <w:szCs w:val="26"/>
        </w:rPr>
        <w:t xml:space="preserve"> meant. I took the elevator down and walked back into the city.</w:t>
      </w:r>
    </w:p>
    <w:p w14:paraId="2F2455B9"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The divorce had been settled for six years. The apartment across the park was mine — smaller and quieter than anything I had lived in since the divorce. I had been learning, slowly and without much grace, how to be alone without being lost.</w:t>
      </w:r>
    </w:p>
    <w:p w14:paraId="1FF963B7"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That evening, as the light dropped, I was not lost.</w:t>
      </w:r>
    </w:p>
    <w:p w14:paraId="3D731E3A"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 had a daughter going to Brown. I had an hour and thirty minutes that I would not trade for any transaction I had ever closed. I had a hallway where three people had jumped for joy in the same spot twice, eighteen years apart.</w:t>
      </w:r>
    </w:p>
    <w:p w14:paraId="045B5A23"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The road was not gone. It was just different now.</w:t>
      </w:r>
    </w:p>
    <w:p w14:paraId="3F9D93A2"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 walked home.</w:t>
      </w:r>
    </w:p>
    <w:p w14:paraId="1B357A0E" w14:textId="77777777" w:rsidR="00586442" w:rsidRPr="00586442" w:rsidRDefault="00586442" w:rsidP="00586442">
      <w:pPr>
        <w:rPr>
          <w:rFonts w:ascii="garamond" w:hAnsi="garamond"/>
          <w:color w:val="000000"/>
          <w:sz w:val="26"/>
          <w:szCs w:val="26"/>
        </w:rPr>
      </w:pPr>
    </w:p>
    <w:p w14:paraId="41B1229D" w14:textId="77777777" w:rsidR="00586442" w:rsidRDefault="00586442">
      <w:pPr>
        <w:rPr>
          <w:rFonts w:ascii="garamond" w:hAnsi="garamond"/>
          <w:b/>
          <w:bCs/>
          <w:color w:val="000000"/>
          <w:sz w:val="26"/>
          <w:szCs w:val="26"/>
        </w:rPr>
      </w:pPr>
      <w:r>
        <w:rPr>
          <w:rFonts w:ascii="garamond" w:hAnsi="garamond"/>
          <w:b/>
          <w:bCs/>
          <w:color w:val="000000"/>
          <w:sz w:val="26"/>
          <w:szCs w:val="26"/>
        </w:rPr>
        <w:br w:type="page"/>
      </w:r>
    </w:p>
    <w:p w14:paraId="6D983A82" w14:textId="515EECD9" w:rsidR="00586442" w:rsidRPr="00586442" w:rsidRDefault="00586442" w:rsidP="00586442">
      <w:pPr>
        <w:rPr>
          <w:rFonts w:ascii="garamond" w:hAnsi="garamond"/>
          <w:color w:val="000000"/>
          <w:sz w:val="26"/>
          <w:szCs w:val="26"/>
        </w:rPr>
      </w:pPr>
      <w:r w:rsidRPr="00586442">
        <w:rPr>
          <w:rFonts w:ascii="garamond" w:hAnsi="garamond"/>
          <w:b/>
          <w:bCs/>
          <w:color w:val="000000"/>
          <w:sz w:val="26"/>
          <w:szCs w:val="26"/>
        </w:rPr>
        <w:lastRenderedPageBreak/>
        <w:t>EPILOGUE I </w:t>
      </w:r>
      <w:r w:rsidRPr="00586442">
        <w:rPr>
          <w:rFonts w:ascii="garamond" w:hAnsi="garamond"/>
          <w:color w:val="000000"/>
          <w:sz w:val="26"/>
          <w:szCs w:val="26"/>
        </w:rPr>
        <w:t>— </w:t>
      </w:r>
      <w:r w:rsidRPr="00586442">
        <w:rPr>
          <w:rFonts w:ascii="garamond" w:hAnsi="garamond"/>
          <w:b/>
          <w:bCs/>
          <w:color w:val="000000"/>
          <w:sz w:val="26"/>
          <w:szCs w:val="26"/>
        </w:rPr>
        <w:t>THE ROAD LEFT OPEN</w:t>
      </w:r>
    </w:p>
    <w:p w14:paraId="04097BC0"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This is not the ending Wall Street trains you for. The Street teaches you to exit with force — to be fired dramatically, to resign in protest, to die at your desk, or be carried out in a way that becomes a story people tell. Quiet endings read as failure. </w:t>
      </w:r>
    </w:p>
    <w:p w14:paraId="7ADD253A"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Disappearing without noise suggests you were never loud enough to matter.</w:t>
      </w:r>
    </w:p>
    <w:p w14:paraId="10EA0FEB"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 disagree. I mattered. I know it because I was there. I know it in the clients who called years later, in the people I promoted who ran platforms I built, in the deals that still exist as lines on contracts, and in the structures that paid out the way I said they would. I know it in the floor's memory — which is longer and wider than most people believe.</w:t>
      </w:r>
    </w:p>
    <w:p w14:paraId="7E7168C8"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But the floor's ledger was always the easier one to manage. I knew the rules. I knew the penalties. I knew, even at my lowest, that I could find another seat at another desk in another building and begin again. I had done it before. The career was replaceable in ways I understood.</w:t>
      </w:r>
    </w:p>
    <w:p w14:paraId="5FCDCC9F"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The family was not. That is the lesson I paid the highest price to learn, and the one I would most want the reader to carry. Not the deals. Not the mandates. Not the mergers. The arithmetic of what may be impossible to rebuild when you have borrowed against it long enough.</w:t>
      </w:r>
    </w:p>
    <w:p w14:paraId="752FD549"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My children are grown now. They carry none of my worst habits and some of my best instincts. They call. They show up. They have made, each in their own way, a life that is better than the conditions they were handed. That is not my achievement. That is theirs. What I can claim is that I stayed close enough, long enough, honest enough, that the distance closed.</w:t>
      </w:r>
    </w:p>
    <w:p w14:paraId="47165671"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Did I tell the truth? Did I stay? Did I do less damage in the second half than I did in the first? I think so. Imperfectly, with relapses and revisions and overcorrections that cost everyone around me something. But I think so.</w:t>
      </w:r>
    </w:p>
    <w:p w14:paraId="3EFF0FBB"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 am still building. Not deals. Not platforms. Not legacy in the way the Street defines legacy. Something smaller and more durable: the kind of presence that makes my children feel they can call at any hour, about anything, and find someone on the other end who is genuinely glad they did.</w:t>
      </w:r>
    </w:p>
    <w:p w14:paraId="5A0B5B3D"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lastRenderedPageBreak/>
        <w:t xml:space="preserve">The Nomad is still moving. But the road he is on now was not the one he built. It is the one his children left open for him while he was away. </w:t>
      </w:r>
      <w:proofErr w:type="gramStart"/>
      <w:r w:rsidRPr="00586442">
        <w:rPr>
          <w:rFonts w:ascii="garamond" w:hAnsi="garamond"/>
          <w:color w:val="000000"/>
          <w:sz w:val="26"/>
          <w:szCs w:val="26"/>
        </w:rPr>
        <w:t>And,</w:t>
      </w:r>
      <w:proofErr w:type="gramEnd"/>
      <w:r w:rsidRPr="00586442">
        <w:rPr>
          <w:rFonts w:ascii="garamond" w:hAnsi="garamond"/>
          <w:color w:val="000000"/>
          <w:sz w:val="26"/>
          <w:szCs w:val="26"/>
        </w:rPr>
        <w:t xml:space="preserve"> I hope they will walk it with me.</w:t>
      </w:r>
    </w:p>
    <w:p w14:paraId="00B818FE"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 didn't leave in a blaze. I moved the way water leaves a shore — quietly, steadily, with everything essential still intact.</w:t>
      </w:r>
    </w:p>
    <w:p w14:paraId="31A375FB"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And I kept moving.</w:t>
      </w:r>
    </w:p>
    <w:p w14:paraId="66F1F061" w14:textId="77777777" w:rsidR="00586442" w:rsidRPr="00586442" w:rsidRDefault="00586442" w:rsidP="00586442">
      <w:pPr>
        <w:rPr>
          <w:rFonts w:ascii="garamond" w:hAnsi="garamond"/>
          <w:color w:val="000000"/>
          <w:sz w:val="26"/>
          <w:szCs w:val="26"/>
        </w:rPr>
      </w:pPr>
    </w:p>
    <w:p w14:paraId="644C66CF" w14:textId="77777777" w:rsidR="005B5ADD" w:rsidRDefault="005B5ADD">
      <w:pPr>
        <w:rPr>
          <w:rFonts w:ascii="garamond" w:hAnsi="garamond"/>
          <w:b/>
          <w:bCs/>
          <w:color w:val="000000"/>
          <w:sz w:val="26"/>
          <w:szCs w:val="26"/>
        </w:rPr>
      </w:pPr>
      <w:r>
        <w:rPr>
          <w:rFonts w:ascii="garamond" w:hAnsi="garamond"/>
          <w:b/>
          <w:bCs/>
          <w:color w:val="000000"/>
          <w:sz w:val="26"/>
          <w:szCs w:val="26"/>
        </w:rPr>
        <w:br w:type="page"/>
      </w:r>
    </w:p>
    <w:p w14:paraId="6A9FA88B" w14:textId="4502B646" w:rsidR="00586442" w:rsidRPr="005B5ADD" w:rsidRDefault="00586442" w:rsidP="00586442">
      <w:pPr>
        <w:rPr>
          <w:rFonts w:ascii="garamond" w:hAnsi="garamond"/>
          <w:b/>
          <w:bCs/>
          <w:color w:val="000000"/>
          <w:sz w:val="26"/>
          <w:szCs w:val="26"/>
        </w:rPr>
      </w:pPr>
      <w:r w:rsidRPr="00586442">
        <w:rPr>
          <w:rFonts w:ascii="garamond" w:hAnsi="garamond"/>
          <w:b/>
          <w:bCs/>
          <w:color w:val="000000"/>
          <w:sz w:val="26"/>
          <w:szCs w:val="26"/>
        </w:rPr>
        <w:lastRenderedPageBreak/>
        <w:t>EPILOGUE II </w:t>
      </w:r>
      <w:r w:rsidRPr="00586442">
        <w:rPr>
          <w:rFonts w:ascii="garamond" w:hAnsi="garamond"/>
          <w:color w:val="000000"/>
          <w:sz w:val="26"/>
          <w:szCs w:val="26"/>
        </w:rPr>
        <w:t>— </w:t>
      </w:r>
      <w:r w:rsidRPr="00586442">
        <w:rPr>
          <w:rFonts w:ascii="garamond" w:hAnsi="garamond"/>
          <w:b/>
          <w:bCs/>
          <w:color w:val="000000"/>
          <w:sz w:val="26"/>
          <w:szCs w:val="26"/>
        </w:rPr>
        <w:t>WHISH</w:t>
      </w:r>
      <w:r w:rsidR="005B5ADD">
        <w:rPr>
          <w:rFonts w:ascii="garamond" w:hAnsi="garamond"/>
          <w:b/>
          <w:bCs/>
          <w:color w:val="000000"/>
          <w:sz w:val="26"/>
          <w:szCs w:val="26"/>
        </w:rPr>
        <w:t>. WHISH.</w:t>
      </w:r>
      <w:r w:rsidR="005B5ADD" w:rsidRPr="00586442">
        <w:rPr>
          <w:rFonts w:ascii="garamond" w:hAnsi="garamond"/>
          <w:b/>
          <w:bCs/>
          <w:color w:val="000000"/>
          <w:sz w:val="26"/>
          <w:szCs w:val="26"/>
        </w:rPr>
        <w:t xml:space="preserve"> </w:t>
      </w:r>
      <w:r w:rsidRPr="00586442">
        <w:rPr>
          <w:rFonts w:ascii="garamond" w:hAnsi="garamond"/>
          <w:b/>
          <w:bCs/>
          <w:color w:val="000000"/>
          <w:sz w:val="26"/>
          <w:szCs w:val="26"/>
        </w:rPr>
        <w:t>ALLEY</w:t>
      </w:r>
    </w:p>
    <w:p w14:paraId="0A11C2ED"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 am sixty-five years old, and I have finally found the only investment with a guaranteed, infinite return.</w:t>
      </w:r>
    </w:p>
    <w:p w14:paraId="666FBD2F"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For thirty years, I was the architect of the high-frequency life. I built global platforms on the premise that motion was identity and that the only room worth owning was the one with a view of the Hudson and a "Stairway to Heaven". I ran toward deals with the same "ballistic geometry" I used to dodge snipers in Beirut, convinced that if I just moved fast enough, the vacuum of my own life wouldn't catch me.</w:t>
      </w:r>
    </w:p>
    <w:p w14:paraId="67B9B207"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 was wrong. The real danger was never the speed. The real danger was the Stop.</w:t>
      </w:r>
    </w:p>
    <w:p w14:paraId="59EF9D58"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When the world finally slowed down, I realized I didn’t need a bigger office or a more complex derivative. I needed a loop.</w:t>
      </w:r>
    </w:p>
    <w:p w14:paraId="58741AE6" w14:textId="60292A33"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 have a fantasy that I want to bring to reality. I am going to buy a car wash. Not a business—a sanctuary. I will call it “Whish</w:t>
      </w:r>
      <w:r w:rsidR="005B5ADD">
        <w:rPr>
          <w:rFonts w:ascii="garamond" w:hAnsi="garamond"/>
          <w:color w:val="000000"/>
          <w:sz w:val="26"/>
          <w:szCs w:val="26"/>
        </w:rPr>
        <w:t>.</w:t>
      </w:r>
      <w:r w:rsidRPr="00586442">
        <w:rPr>
          <w:rFonts w:ascii="garamond" w:hAnsi="garamond"/>
          <w:color w:val="000000"/>
          <w:sz w:val="26"/>
          <w:szCs w:val="26"/>
        </w:rPr>
        <w:t xml:space="preserve"> Whish</w:t>
      </w:r>
      <w:r w:rsidR="005B5ADD">
        <w:rPr>
          <w:rFonts w:ascii="garamond" w:hAnsi="garamond"/>
          <w:color w:val="000000"/>
          <w:sz w:val="26"/>
          <w:szCs w:val="26"/>
        </w:rPr>
        <w:t>.</w:t>
      </w:r>
      <w:r w:rsidRPr="00586442">
        <w:rPr>
          <w:rFonts w:ascii="garamond" w:hAnsi="garamond"/>
          <w:color w:val="000000"/>
          <w:sz w:val="26"/>
          <w:szCs w:val="26"/>
        </w:rPr>
        <w:t xml:space="preserve"> Alley.” It will not be for service; it will be for the people I love and the friends who, like me, spent too many years sweating through expensive suits in rooms where the oxygen was priced by the minute.</w:t>
      </w:r>
    </w:p>
    <w:p w14:paraId="7938D2E7"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In my mind, the scene is already archived as a fact.</w:t>
      </w:r>
    </w:p>
    <w:p w14:paraId="13FFD099"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 am in the back passenger’s seat of a comfortable 4x4, the kind of robust vehicle that can handle the antiquated roads of Lebanon and the shifting terrain of a post-Wall Street life. Beside me, and in front of me, are the familiar faces of my children—Daniel, Anthony, and Tara. They are grown now, but in the car's hush, the decades compress.</w:t>
      </w:r>
    </w:p>
    <w:p w14:paraId="57F2279E"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We roll toward the entrance. There is no cell signal there. No Bloomberg terminals flickering with government auction results, no "JFK Shuffle" of lunging for telephones, no Wednesday interrogations over household receipts. No October Sunday ambushes.</w:t>
      </w:r>
    </w:p>
    <w:p w14:paraId="7FE6AE6A"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We pay the fee and enter the car wash tunnel.</w:t>
      </w:r>
    </w:p>
    <w:p w14:paraId="4FBE066D"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 spent my entire life running on the pavement, convinced that if I ever stopped moving, everything I loved would fall apart. It was an exhausting way to live and almost impossible as a father. The peace of the car wash lies in its complete silence—it forces the world to go quiet. </w:t>
      </w:r>
    </w:p>
    <w:p w14:paraId="48096F6B" w14:textId="6ED4985D"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lastRenderedPageBreak/>
        <w:t>Once the track locks your wheels and the soapy water coats the glass, your leverage disappears. You can't outwork the tunnel, nor can you fix the past during the rinse cycle. For three minutes, the Legend fades, and all armor dissolves. Sitting in the backseat's deep hush, surrounded by Daniel, Anthony, and Tara, I finally relinquish control of the wheel. The highway has emptied, the exits are closed, and nothing remains for me to manage.</w:t>
      </w:r>
      <w:r w:rsidRPr="00586442">
        <w:rPr>
          <w:rFonts w:ascii="garamond" w:hAnsi="garamond"/>
          <w:color w:val="000000"/>
          <w:sz w:val="26"/>
          <w:szCs w:val="26"/>
        </w:rPr>
        <w:br/>
      </w:r>
      <w:r w:rsidRPr="00586442">
        <w:rPr>
          <w:rFonts w:ascii="garamond" w:hAnsi="garamond"/>
          <w:color w:val="000000"/>
          <w:sz w:val="26"/>
          <w:szCs w:val="26"/>
        </w:rPr>
        <w:br/>
        <w:t>Only later did I understand what had happened to me. The closest image I have is industrial. A conveyor belt. At the beginning, the spacing was generous. One bolt arrived, then another, each far enough apart before the next one appeared. Beirut. Immigration. Degrees. Visas. Family. Wall Street. Obligation. Patriarchy. Philanthropy. Children. The machine rewarded speed, and I was good at speed. Better than good. I could absorb more pressure than most without visibly bending. I mistook strength for tolerance, and tolerance for acceleration.</w:t>
      </w:r>
      <w:r w:rsidRPr="00586442">
        <w:rPr>
          <w:rFonts w:ascii="garamond" w:hAnsi="garamond"/>
          <w:color w:val="000000"/>
          <w:sz w:val="26"/>
          <w:szCs w:val="26"/>
        </w:rPr>
        <w:br/>
      </w:r>
      <w:r w:rsidRPr="00586442">
        <w:rPr>
          <w:rFonts w:ascii="garamond" w:hAnsi="garamond"/>
          <w:color w:val="000000"/>
          <w:sz w:val="26"/>
          <w:szCs w:val="26"/>
        </w:rPr>
        <w:br/>
        <w:t>So I accelerated the belt myself.</w:t>
      </w:r>
      <w:r w:rsidRPr="00586442">
        <w:rPr>
          <w:rFonts w:ascii="garamond" w:hAnsi="garamond"/>
          <w:color w:val="000000"/>
          <w:sz w:val="26"/>
          <w:szCs w:val="26"/>
        </w:rPr>
        <w:br/>
        <w:t>At first, the increase felt intelligent. Responsible. Needed. Stanford University was for publishers. It was not for printers. It was not for me. Once I accepted that, there was no reverse gear. The belt moved one way.</w:t>
      </w:r>
      <w:r w:rsidRPr="00586442">
        <w:rPr>
          <w:rFonts w:ascii="garamond" w:hAnsi="garamond"/>
          <w:color w:val="000000"/>
          <w:sz w:val="26"/>
          <w:szCs w:val="26"/>
        </w:rPr>
        <w:br/>
      </w:r>
      <w:r w:rsidRPr="00586442">
        <w:rPr>
          <w:rFonts w:ascii="garamond" w:hAnsi="garamond"/>
          <w:color w:val="000000"/>
          <w:sz w:val="26"/>
          <w:szCs w:val="26"/>
        </w:rPr>
        <w:br/>
        <w:t>Over the years, the spacing narrowed. The bolts were arriving jumbled. Obligations inherited and obligations volunteered for — all landing together at super speed. I kept accelerating, convinced that a faster speed would prevent collisions. But systems get stubborn with age. The bolts were striking each other faster than I could separate them. Metal crashing metal. Heat. Friction. Sparks. Noise. One giant compressed hunk of unfinished collisions.</w:t>
      </w:r>
      <w:r w:rsidRPr="00586442">
        <w:rPr>
          <w:rFonts w:ascii="garamond" w:hAnsi="garamond"/>
          <w:color w:val="000000"/>
          <w:sz w:val="26"/>
          <w:szCs w:val="26"/>
        </w:rPr>
        <w:br/>
      </w:r>
      <w:r w:rsidRPr="00586442">
        <w:rPr>
          <w:rFonts w:ascii="garamond" w:hAnsi="garamond"/>
          <w:color w:val="000000"/>
          <w:sz w:val="26"/>
          <w:szCs w:val="26"/>
        </w:rPr>
        <w:br/>
        <w:t>And then one day, I turned the belt off.</w:t>
      </w:r>
      <w:r w:rsidRPr="00586442">
        <w:rPr>
          <w:rFonts w:ascii="garamond" w:hAnsi="garamond"/>
          <w:color w:val="000000"/>
          <w:sz w:val="26"/>
          <w:szCs w:val="26"/>
        </w:rPr>
        <w:br/>
        <w:t>Not gracefully. Not heroically. I was deafened by the machinery noise.</w:t>
      </w:r>
      <w:r w:rsidRPr="00586442">
        <w:rPr>
          <w:rFonts w:ascii="garamond" w:hAnsi="garamond"/>
          <w:color w:val="000000"/>
          <w:sz w:val="26"/>
          <w:szCs w:val="26"/>
        </w:rPr>
        <w:br/>
        <w:t>For most of my life, I believed pressure was proof of purpose. That movement was meaning. That carrying everyone was love in action. Maybe sometimes it was. But somewhere along the way, I forgot something simple: machines are not built to feel relief when they stop.</w:t>
      </w:r>
      <w:r w:rsidRPr="00586442">
        <w:rPr>
          <w:rFonts w:ascii="garamond" w:hAnsi="garamond"/>
          <w:color w:val="000000"/>
          <w:sz w:val="26"/>
          <w:szCs w:val="26"/>
        </w:rPr>
        <w:br/>
        <w:t>Human beings are.</w:t>
      </w:r>
      <w:r w:rsidRPr="00586442">
        <w:rPr>
          <w:rFonts w:ascii="garamond" w:hAnsi="garamond"/>
          <w:color w:val="000000"/>
          <w:sz w:val="26"/>
          <w:szCs w:val="26"/>
        </w:rPr>
        <w:br/>
      </w:r>
      <w:r w:rsidR="005B5ADD">
        <w:rPr>
          <w:rFonts w:ascii="garamond" w:hAnsi="garamond"/>
          <w:color w:val="000000"/>
          <w:sz w:val="26"/>
          <w:szCs w:val="26"/>
        </w:rPr>
        <w:br/>
      </w:r>
      <w:r w:rsidRPr="00586442">
        <w:rPr>
          <w:rFonts w:ascii="garamond" w:hAnsi="garamond"/>
          <w:color w:val="000000"/>
          <w:sz w:val="26"/>
          <w:szCs w:val="26"/>
        </w:rPr>
        <w:t>Whish. Whish. |</w:t>
      </w:r>
      <w:r w:rsidRPr="00586442">
        <w:rPr>
          <w:rFonts w:ascii="garamond" w:hAnsi="garamond"/>
          <w:color w:val="000000"/>
          <w:sz w:val="26"/>
          <w:szCs w:val="26"/>
        </w:rPr>
        <w:br/>
      </w:r>
      <w:r w:rsidRPr="00586442">
        <w:rPr>
          <w:rFonts w:ascii="garamond" w:hAnsi="garamond"/>
          <w:color w:val="000000"/>
          <w:sz w:val="26"/>
          <w:szCs w:val="26"/>
        </w:rPr>
        <w:br/>
        <w:t xml:space="preserve">The Beirut Sensor does not scan for an exit. It doesn't need to. The water is a cloth </w:t>
      </w:r>
      <w:r w:rsidRPr="00586442">
        <w:rPr>
          <w:rFonts w:ascii="garamond" w:hAnsi="garamond"/>
          <w:color w:val="000000"/>
          <w:sz w:val="26"/>
          <w:szCs w:val="26"/>
        </w:rPr>
        <w:lastRenderedPageBreak/>
        <w:t>curtain with a steel-wall quality, separating myself and my family from the machinery and its noise, but not from the melody of glass greeting water.</w:t>
      </w:r>
    </w:p>
    <w:p w14:paraId="2D044453"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Colored shampoo foams across the windshield in slow, extravagant waves—the "colors of the rainbow" that Daniel first identified twenty years ago when he was the one teaching me how to be a father. Back then, we went through fifteen times in a single session because I was a man who didn't know how to stand still without a machine to hold me.</w:t>
      </w:r>
    </w:p>
    <w:p w14:paraId="17BDDF93"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Now, I don't need the machine. I am the passenger.</w:t>
      </w:r>
    </w:p>
    <w:p w14:paraId="6A36BF73"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 look at Daniel, who no longer needs a car wash to stop crying. I look at Anthony, who no longer needs to appoint himself as my ally in a confrontation that is finally over. I look at Tara, who taught me that the most powerful "Adults" are the ones who know when to jump for joy.</w:t>
      </w:r>
    </w:p>
    <w:p w14:paraId="6DC105C5" w14:textId="77777777" w:rsidR="00586442" w:rsidRPr="00586442" w:rsidRDefault="00586442" w:rsidP="00586442">
      <w:pPr>
        <w:rPr>
          <w:rFonts w:ascii="garamond" w:hAnsi="garamond"/>
          <w:color w:val="000000"/>
          <w:sz w:val="26"/>
          <w:szCs w:val="26"/>
        </w:rPr>
      </w:pPr>
      <w:r>
        <w:rPr>
          <w:rFonts w:ascii="garamond" w:hAnsi="garamond"/>
          <w:sz w:val="26"/>
        </w:rPr>
        <w:t>There is something I understand now that I could not understand at that desk, the night the firm went dark and I prayed for a road. I wept that night. I was certain I knew why. I believed I was grieving — the floor, the motion, the twenty-five years, the only road I had ever traveled. I thought the tears were for what I had lost.</w:t>
      </w:r>
    </w:p>
    <w:p w14:paraId="21073AF9" w14:textId="77777777" w:rsidR="00586442" w:rsidRPr="00586442" w:rsidRDefault="00586442" w:rsidP="00586442">
      <w:pPr>
        <w:rPr>
          <w:rFonts w:ascii="garamond" w:hAnsi="garamond"/>
          <w:color w:val="000000"/>
          <w:sz w:val="26"/>
          <w:szCs w:val="26"/>
        </w:rPr>
      </w:pPr>
      <w:r>
        <w:rPr>
          <w:rFonts w:ascii="garamond" w:hAnsi="garamond"/>
          <w:sz w:val="26"/>
        </w:rPr>
        <w:t>They were not a mistake, and they were not secretly something else. They were grief, and the grief was true. I had not lost a road by accident that night — I had stepped off one, on purpose. What I did not yet know was the price. It was the most expensive loss I could afford. I had priced everything in my life: every trade, every relationship, every obligation. Somehow I had never run the numbers on this one, because I never believed I would have to. When the loss finally came, it turned out to be the only purchase that ever paid me back in full. I gave up the road I knew, and the road I knew was the fare. What it bought was this back seat, this water on the glass, these three people who waited for me while I was too busy running to see the toll booth at all.</w:t>
      </w:r>
    </w:p>
    <w:p w14:paraId="2D6E2538" w14:textId="77777777" w:rsidR="00586442" w:rsidRPr="00586442" w:rsidRDefault="00586442" w:rsidP="00586442">
      <w:pPr>
        <w:rPr>
          <w:rFonts w:ascii="garamond" w:hAnsi="garamond"/>
          <w:color w:val="000000"/>
          <w:sz w:val="26"/>
          <w:szCs w:val="26"/>
        </w:rPr>
      </w:pPr>
      <w:r>
        <w:rPr>
          <w:rFonts w:ascii="garamond" w:hAnsi="garamond"/>
          <w:sz w:val="26"/>
        </w:rPr>
        <w:t>I would weep for that road again. The grief was true. I would simply pay it again, gladly, now that I know what it was the price of.</w:t>
      </w:r>
    </w:p>
    <w:p w14:paraId="515B8FB2"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In the car’s total silence, we watch faces illuminated by the colorful suds beaming in . We don't talk about mandates or mergers. We listen to the water.</w:t>
      </w:r>
    </w:p>
    <w:p w14:paraId="40A46F3D"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All of it was preparation for this.</w:t>
      </w:r>
    </w:p>
    <w:p w14:paraId="7F4C4D40"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The highway is no longer empty. It leads here.</w:t>
      </w:r>
    </w:p>
    <w:p w14:paraId="2D3C8524"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lastRenderedPageBreak/>
        <w:t>If I could, I would go on a fifty-mile-long car wash. I would stay in this Nirvana until the water washed away every trace of "Marchenko The Legend" and left only Marwan the Father.</w:t>
      </w:r>
    </w:p>
    <w:p w14:paraId="05CC7758"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The exit light blinks green. The dryers roar, and we emerge into the light of a new Beirut afternoon.</w:t>
      </w:r>
    </w:p>
    <w:p w14:paraId="100B2677"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 am home, with love and compassion, and no armor on me.</w:t>
      </w:r>
    </w:p>
    <w:p w14:paraId="16CF5F40" w14:textId="77777777" w:rsidR="00586442" w:rsidRPr="00586442" w:rsidRDefault="00586442" w:rsidP="00586442">
      <w:pPr>
        <w:rPr>
          <w:rFonts w:ascii="garamond" w:hAnsi="garamond"/>
          <w:color w:val="000000"/>
          <w:sz w:val="26"/>
          <w:szCs w:val="26"/>
        </w:rPr>
      </w:pPr>
      <w:r w:rsidRPr="00586442">
        <w:rPr>
          <w:rFonts w:ascii="garamond" w:hAnsi="garamond"/>
          <w:color w:val="000000"/>
          <w:sz w:val="26"/>
          <w:szCs w:val="26"/>
        </w:rPr>
        <w:t>I have finished my journey, and I am finally content to let the road lead wherever it wants to go, as long as I am on the road with me, and I am a passenger in the backseat.</w:t>
      </w:r>
    </w:p>
    <w:p w14:paraId="2C85E0AF" w14:textId="77777777" w:rsidR="00586442" w:rsidRPr="00586442" w:rsidRDefault="00586442" w:rsidP="00586442">
      <w:pPr>
        <w:rPr>
          <w:rFonts w:ascii="garamond" w:hAnsi="garamond"/>
          <w:color w:val="000000"/>
          <w:sz w:val="26"/>
          <w:szCs w:val="26"/>
        </w:rPr>
      </w:pPr>
    </w:p>
    <w:p w14:paraId="27096986" w14:textId="77777777" w:rsidR="00586442" w:rsidRPr="00586442" w:rsidRDefault="00586442" w:rsidP="00586442">
      <w:pPr>
        <w:rPr>
          <w:rFonts w:ascii="garamond" w:hAnsi="garamond"/>
          <w:sz w:val="26"/>
          <w:szCs w:val="26"/>
        </w:rPr>
      </w:pPr>
    </w:p>
    <w:p w14:paraId="4CFAEAD9" w14:textId="77777777" w:rsidR="00E4573B" w:rsidRPr="00C37C2C" w:rsidRDefault="00E4573B" w:rsidP="000913E4">
      <w:pPr>
        <w:spacing w:line="240" w:lineRule="auto"/>
        <w:rPr>
          <w:rFonts w:ascii="garamond" w:hAnsi="garamond"/>
          <w:sz w:val="28"/>
          <w:szCs w:val="28"/>
        </w:rPr>
      </w:pPr>
    </w:p>
    <w:sectPr w:rsidR="00E4573B" w:rsidRPr="00C37C2C" w:rsidSect="00C37C2C">
      <w:footerReference w:type="even" r:id="rId12"/>
      <w:footerReference w:type="default" r:id="rId13"/>
      <w:pgSz w:w="12240" w:h="15840"/>
      <w:pgMar w:top="1440" w:right="1800" w:bottom="1440" w:left="180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oseph M" w:date="2026-05-31T14:38:00Z" w:initials="JM">
    <w:p w14:paraId="0129496F" w14:textId="77777777" w:rsidR="00F55520" w:rsidRDefault="00F55520" w:rsidP="00F55520">
      <w:r>
        <w:rPr>
          <w:rStyle w:val="CommentReference"/>
        </w:rPr>
        <w:annotationRef/>
      </w:r>
      <w:r>
        <w:rPr>
          <w:sz w:val="20"/>
          <w:szCs w:val="20"/>
        </w:rPr>
        <w:t>Clarification needed, is the wording accurate?</w:t>
      </w:r>
    </w:p>
  </w:comment>
  <w:comment w:id="1" w:author="Marwan Marshi" w:date="2026-05-31T16:04:00Z" w:initials="MM">
    <w:p w14:paraId="1E549CB2" w14:textId="77777777" w:rsidR="007846C1" w:rsidRDefault="007846C1" w:rsidP="007846C1">
      <w:r>
        <w:rPr>
          <w:rStyle w:val="CommentReference"/>
        </w:rPr>
        <w:annotationRef/>
      </w:r>
      <w:r>
        <w:rPr>
          <w:sz w:val="20"/>
          <w:szCs w:val="20"/>
        </w:rPr>
        <w:t>GOOD Catch</w:t>
      </w:r>
    </w:p>
    <w:p w14:paraId="2C88B92B" w14:textId="77777777" w:rsidR="007846C1" w:rsidRDefault="007846C1" w:rsidP="007846C1"/>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129496F" w15:done="0"/>
  <w15:commentEx w15:paraId="2C88B92B" w15:paraIdParent="0129496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3BF9430" w16cex:dateUtc="2026-05-31T11:38:00Z"/>
  <w16cex:commentExtensible w16cex:durableId="6AC76849" w16cex:dateUtc="2026-05-31T13: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129496F" w16cid:durableId="03BF9430"/>
  <w16cid:commentId w16cid:paraId="2C88B92B" w16cid:durableId="6AC7684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8A739" w14:textId="77777777" w:rsidR="000B2DCE" w:rsidRDefault="000B2DCE" w:rsidP="00753DB9">
      <w:pPr>
        <w:spacing w:before="0" w:after="0" w:line="240" w:lineRule="auto"/>
      </w:pPr>
      <w:r>
        <w:separator/>
      </w:r>
    </w:p>
  </w:endnote>
  <w:endnote w:type="continuationSeparator" w:id="0">
    <w:p w14:paraId="0F1CF2B1" w14:textId="77777777" w:rsidR="000B2DCE" w:rsidRDefault="000B2DCE" w:rsidP="00753DB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2"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91399801"/>
      <w:docPartObj>
        <w:docPartGallery w:val="Page Numbers (Bottom of Page)"/>
        <w:docPartUnique/>
      </w:docPartObj>
    </w:sdtPr>
    <w:sdtContent>
      <w:p w14:paraId="6A42D3C2" w14:textId="672F52D7" w:rsidR="00753DB9" w:rsidRDefault="00753DB9" w:rsidP="006964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A11DC73" w14:textId="77777777" w:rsidR="00753DB9" w:rsidRDefault="00753DB9" w:rsidP="00753DB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58712484"/>
      <w:docPartObj>
        <w:docPartGallery w:val="Page Numbers (Bottom of Page)"/>
        <w:docPartUnique/>
      </w:docPartObj>
    </w:sdtPr>
    <w:sdtContent>
      <w:p w14:paraId="5ED9C59D" w14:textId="339DD6DD" w:rsidR="00753DB9" w:rsidRDefault="00753DB9" w:rsidP="006964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4EFA01" w14:textId="77777777" w:rsidR="00753DB9" w:rsidRDefault="00753DB9" w:rsidP="00753DB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16004" w14:textId="77777777" w:rsidR="000B2DCE" w:rsidRDefault="000B2DCE" w:rsidP="00753DB9">
      <w:pPr>
        <w:spacing w:before="0" w:after="0" w:line="240" w:lineRule="auto"/>
      </w:pPr>
      <w:r>
        <w:separator/>
      </w:r>
    </w:p>
  </w:footnote>
  <w:footnote w:type="continuationSeparator" w:id="0">
    <w:p w14:paraId="25AED6AE" w14:textId="77777777" w:rsidR="000B2DCE" w:rsidRDefault="000B2DCE" w:rsidP="00753DB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93342137">
    <w:abstractNumId w:val="8"/>
  </w:num>
  <w:num w:numId="2" w16cid:durableId="1958948890">
    <w:abstractNumId w:val="6"/>
  </w:num>
  <w:num w:numId="3" w16cid:durableId="1156065764">
    <w:abstractNumId w:val="5"/>
  </w:num>
  <w:num w:numId="4" w16cid:durableId="126241726">
    <w:abstractNumId w:val="4"/>
  </w:num>
  <w:num w:numId="5" w16cid:durableId="1503546965">
    <w:abstractNumId w:val="7"/>
  </w:num>
  <w:num w:numId="6" w16cid:durableId="26295761">
    <w:abstractNumId w:val="3"/>
  </w:num>
  <w:num w:numId="7" w16cid:durableId="1968923906">
    <w:abstractNumId w:val="2"/>
  </w:num>
  <w:num w:numId="8" w16cid:durableId="1619868520">
    <w:abstractNumId w:val="1"/>
  </w:num>
  <w:num w:numId="9" w16cid:durableId="170316765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seph M">
    <w15:presenceInfo w15:providerId="Windows Live" w15:userId="68d7fe303db42733"/>
  </w15:person>
  <w15:person w15:author="Marwan Marshi">
    <w15:presenceInfo w15:providerId="Windows Live" w15:userId="9abdd75668f036b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EEC"/>
    <w:rsid w:val="000028EE"/>
    <w:rsid w:val="00003BEC"/>
    <w:rsid w:val="00012942"/>
    <w:rsid w:val="00013C2A"/>
    <w:rsid w:val="00015334"/>
    <w:rsid w:val="0001721C"/>
    <w:rsid w:val="00023683"/>
    <w:rsid w:val="000661F2"/>
    <w:rsid w:val="00081F60"/>
    <w:rsid w:val="00083623"/>
    <w:rsid w:val="000913E4"/>
    <w:rsid w:val="00092629"/>
    <w:rsid w:val="0009754A"/>
    <w:rsid w:val="000B2DCE"/>
    <w:rsid w:val="000C02B7"/>
    <w:rsid w:val="000C6AA6"/>
    <w:rsid w:val="000D5EE1"/>
    <w:rsid w:val="000D6747"/>
    <w:rsid w:val="0010629F"/>
    <w:rsid w:val="0011234C"/>
    <w:rsid w:val="00116FCC"/>
    <w:rsid w:val="0013152B"/>
    <w:rsid w:val="0013185A"/>
    <w:rsid w:val="00133CB1"/>
    <w:rsid w:val="0013428A"/>
    <w:rsid w:val="00145BE7"/>
    <w:rsid w:val="001620D6"/>
    <w:rsid w:val="00167E6F"/>
    <w:rsid w:val="00182D8D"/>
    <w:rsid w:val="001920CF"/>
    <w:rsid w:val="00192B53"/>
    <w:rsid w:val="001A16B8"/>
    <w:rsid w:val="001A7C32"/>
    <w:rsid w:val="001B2A36"/>
    <w:rsid w:val="001B5E9E"/>
    <w:rsid w:val="001D61F4"/>
    <w:rsid w:val="001E6569"/>
    <w:rsid w:val="001E7914"/>
    <w:rsid w:val="00205075"/>
    <w:rsid w:val="00214CCB"/>
    <w:rsid w:val="0021746C"/>
    <w:rsid w:val="00263518"/>
    <w:rsid w:val="00265AEC"/>
    <w:rsid w:val="00265F06"/>
    <w:rsid w:val="00271A80"/>
    <w:rsid w:val="002726CE"/>
    <w:rsid w:val="002742F5"/>
    <w:rsid w:val="002A2AC9"/>
    <w:rsid w:val="002A5B54"/>
    <w:rsid w:val="002A605C"/>
    <w:rsid w:val="002B005A"/>
    <w:rsid w:val="002C7498"/>
    <w:rsid w:val="002D586C"/>
    <w:rsid w:val="00310FED"/>
    <w:rsid w:val="0031338E"/>
    <w:rsid w:val="00317B6B"/>
    <w:rsid w:val="00336134"/>
    <w:rsid w:val="00341237"/>
    <w:rsid w:val="003464AD"/>
    <w:rsid w:val="00346F25"/>
    <w:rsid w:val="00351FA4"/>
    <w:rsid w:val="00397287"/>
    <w:rsid w:val="003A6F3C"/>
    <w:rsid w:val="003A744E"/>
    <w:rsid w:val="003B58C7"/>
    <w:rsid w:val="003B5927"/>
    <w:rsid w:val="003C57AB"/>
    <w:rsid w:val="003D346A"/>
    <w:rsid w:val="003D3B2B"/>
    <w:rsid w:val="003D402F"/>
    <w:rsid w:val="003D58C2"/>
    <w:rsid w:val="003E29C6"/>
    <w:rsid w:val="003E7949"/>
    <w:rsid w:val="004017EE"/>
    <w:rsid w:val="00405097"/>
    <w:rsid w:val="00412BB6"/>
    <w:rsid w:val="0041407A"/>
    <w:rsid w:val="0042484B"/>
    <w:rsid w:val="00432866"/>
    <w:rsid w:val="00447005"/>
    <w:rsid w:val="004565C6"/>
    <w:rsid w:val="00482B67"/>
    <w:rsid w:val="004B071B"/>
    <w:rsid w:val="004B5015"/>
    <w:rsid w:val="004C0996"/>
    <w:rsid w:val="004D224C"/>
    <w:rsid w:val="004F0555"/>
    <w:rsid w:val="004F4E62"/>
    <w:rsid w:val="004F611F"/>
    <w:rsid w:val="00502AF8"/>
    <w:rsid w:val="0051039E"/>
    <w:rsid w:val="0051203A"/>
    <w:rsid w:val="005120A8"/>
    <w:rsid w:val="00570289"/>
    <w:rsid w:val="00572EC1"/>
    <w:rsid w:val="005759CB"/>
    <w:rsid w:val="00576A50"/>
    <w:rsid w:val="0058120D"/>
    <w:rsid w:val="00582440"/>
    <w:rsid w:val="00586442"/>
    <w:rsid w:val="005873F8"/>
    <w:rsid w:val="005933EE"/>
    <w:rsid w:val="00594811"/>
    <w:rsid w:val="00594DB4"/>
    <w:rsid w:val="00596F88"/>
    <w:rsid w:val="005A35F8"/>
    <w:rsid w:val="005A3E8B"/>
    <w:rsid w:val="005B54CD"/>
    <w:rsid w:val="005B5ADD"/>
    <w:rsid w:val="005C4B3C"/>
    <w:rsid w:val="005C51B3"/>
    <w:rsid w:val="005D60F2"/>
    <w:rsid w:val="005E1717"/>
    <w:rsid w:val="005E3CEC"/>
    <w:rsid w:val="005F2B34"/>
    <w:rsid w:val="006212E5"/>
    <w:rsid w:val="00625BF8"/>
    <w:rsid w:val="00646B88"/>
    <w:rsid w:val="00665EF9"/>
    <w:rsid w:val="00680A6A"/>
    <w:rsid w:val="00681602"/>
    <w:rsid w:val="00684387"/>
    <w:rsid w:val="00686EF3"/>
    <w:rsid w:val="00690E1E"/>
    <w:rsid w:val="00691C81"/>
    <w:rsid w:val="0069284C"/>
    <w:rsid w:val="0069498C"/>
    <w:rsid w:val="00695C93"/>
    <w:rsid w:val="006A1C3E"/>
    <w:rsid w:val="006B15F6"/>
    <w:rsid w:val="006B5ED1"/>
    <w:rsid w:val="006E1E0B"/>
    <w:rsid w:val="006F2138"/>
    <w:rsid w:val="00703353"/>
    <w:rsid w:val="00710A46"/>
    <w:rsid w:val="00721D96"/>
    <w:rsid w:val="007462BE"/>
    <w:rsid w:val="00746B93"/>
    <w:rsid w:val="00753DB9"/>
    <w:rsid w:val="007628FB"/>
    <w:rsid w:val="0076437F"/>
    <w:rsid w:val="00772C34"/>
    <w:rsid w:val="00774ECA"/>
    <w:rsid w:val="00781958"/>
    <w:rsid w:val="007846C1"/>
    <w:rsid w:val="00784845"/>
    <w:rsid w:val="007865D6"/>
    <w:rsid w:val="007869E7"/>
    <w:rsid w:val="00786C2A"/>
    <w:rsid w:val="007904D5"/>
    <w:rsid w:val="007A2B83"/>
    <w:rsid w:val="007A39EC"/>
    <w:rsid w:val="007A63FF"/>
    <w:rsid w:val="007C12E2"/>
    <w:rsid w:val="007D7022"/>
    <w:rsid w:val="007E78A8"/>
    <w:rsid w:val="00814651"/>
    <w:rsid w:val="00816F17"/>
    <w:rsid w:val="0083050B"/>
    <w:rsid w:val="00835E11"/>
    <w:rsid w:val="00837CDA"/>
    <w:rsid w:val="00842B11"/>
    <w:rsid w:val="008821FB"/>
    <w:rsid w:val="00884A4C"/>
    <w:rsid w:val="008906A9"/>
    <w:rsid w:val="008C322B"/>
    <w:rsid w:val="008D25EE"/>
    <w:rsid w:val="008D3D5F"/>
    <w:rsid w:val="008F58B9"/>
    <w:rsid w:val="00906E7E"/>
    <w:rsid w:val="009079C5"/>
    <w:rsid w:val="009472B0"/>
    <w:rsid w:val="00957BF4"/>
    <w:rsid w:val="0096450C"/>
    <w:rsid w:val="009A284A"/>
    <w:rsid w:val="009B5249"/>
    <w:rsid w:val="009B5352"/>
    <w:rsid w:val="009C4300"/>
    <w:rsid w:val="009D1676"/>
    <w:rsid w:val="009E1E22"/>
    <w:rsid w:val="009E5C0E"/>
    <w:rsid w:val="009F0F41"/>
    <w:rsid w:val="00A00285"/>
    <w:rsid w:val="00A0257F"/>
    <w:rsid w:val="00A104CF"/>
    <w:rsid w:val="00A119C7"/>
    <w:rsid w:val="00A11E2C"/>
    <w:rsid w:val="00A121E4"/>
    <w:rsid w:val="00A1669B"/>
    <w:rsid w:val="00A17B93"/>
    <w:rsid w:val="00A32B7E"/>
    <w:rsid w:val="00A433A2"/>
    <w:rsid w:val="00A46082"/>
    <w:rsid w:val="00A52131"/>
    <w:rsid w:val="00A564FA"/>
    <w:rsid w:val="00A64E77"/>
    <w:rsid w:val="00A71E08"/>
    <w:rsid w:val="00A73ECD"/>
    <w:rsid w:val="00A77805"/>
    <w:rsid w:val="00A7794E"/>
    <w:rsid w:val="00A80D07"/>
    <w:rsid w:val="00A96D58"/>
    <w:rsid w:val="00AB076A"/>
    <w:rsid w:val="00AB462F"/>
    <w:rsid w:val="00AB7685"/>
    <w:rsid w:val="00AC0072"/>
    <w:rsid w:val="00AC2C65"/>
    <w:rsid w:val="00AC2E7A"/>
    <w:rsid w:val="00AC5225"/>
    <w:rsid w:val="00AC5EEC"/>
    <w:rsid w:val="00AD38F7"/>
    <w:rsid w:val="00AF6FE3"/>
    <w:rsid w:val="00B12662"/>
    <w:rsid w:val="00B16B43"/>
    <w:rsid w:val="00B20118"/>
    <w:rsid w:val="00B431D4"/>
    <w:rsid w:val="00B466BD"/>
    <w:rsid w:val="00B57977"/>
    <w:rsid w:val="00B60C01"/>
    <w:rsid w:val="00B61099"/>
    <w:rsid w:val="00B63DA4"/>
    <w:rsid w:val="00B65A73"/>
    <w:rsid w:val="00B70FC3"/>
    <w:rsid w:val="00B71186"/>
    <w:rsid w:val="00B71864"/>
    <w:rsid w:val="00B8073B"/>
    <w:rsid w:val="00B8544F"/>
    <w:rsid w:val="00B8649F"/>
    <w:rsid w:val="00B9738B"/>
    <w:rsid w:val="00BA2071"/>
    <w:rsid w:val="00BD0503"/>
    <w:rsid w:val="00BD5C2C"/>
    <w:rsid w:val="00BD6FAA"/>
    <w:rsid w:val="00BE7604"/>
    <w:rsid w:val="00C02956"/>
    <w:rsid w:val="00C119C6"/>
    <w:rsid w:val="00C25FEE"/>
    <w:rsid w:val="00C26C96"/>
    <w:rsid w:val="00C311ED"/>
    <w:rsid w:val="00C319BC"/>
    <w:rsid w:val="00C3227C"/>
    <w:rsid w:val="00C35E57"/>
    <w:rsid w:val="00C37C2C"/>
    <w:rsid w:val="00C81107"/>
    <w:rsid w:val="00C85A6B"/>
    <w:rsid w:val="00C969FB"/>
    <w:rsid w:val="00CA73F1"/>
    <w:rsid w:val="00CB0D99"/>
    <w:rsid w:val="00CC2BF8"/>
    <w:rsid w:val="00CC73D6"/>
    <w:rsid w:val="00CD58A1"/>
    <w:rsid w:val="00CE5CA3"/>
    <w:rsid w:val="00CF019F"/>
    <w:rsid w:val="00CF319A"/>
    <w:rsid w:val="00CF3296"/>
    <w:rsid w:val="00CF6DB8"/>
    <w:rsid w:val="00D018EA"/>
    <w:rsid w:val="00D1076E"/>
    <w:rsid w:val="00D21ED8"/>
    <w:rsid w:val="00D256B9"/>
    <w:rsid w:val="00D30A64"/>
    <w:rsid w:val="00D4172F"/>
    <w:rsid w:val="00D45E26"/>
    <w:rsid w:val="00D46FFA"/>
    <w:rsid w:val="00D57E0A"/>
    <w:rsid w:val="00D61773"/>
    <w:rsid w:val="00D64F98"/>
    <w:rsid w:val="00D800AA"/>
    <w:rsid w:val="00D80CA7"/>
    <w:rsid w:val="00D914AB"/>
    <w:rsid w:val="00DA1807"/>
    <w:rsid w:val="00DB1A28"/>
    <w:rsid w:val="00DB2F63"/>
    <w:rsid w:val="00DB33D9"/>
    <w:rsid w:val="00DB6B0B"/>
    <w:rsid w:val="00DC6376"/>
    <w:rsid w:val="00DC65D5"/>
    <w:rsid w:val="00E05035"/>
    <w:rsid w:val="00E065B9"/>
    <w:rsid w:val="00E142AF"/>
    <w:rsid w:val="00E40612"/>
    <w:rsid w:val="00E44C25"/>
    <w:rsid w:val="00E4573B"/>
    <w:rsid w:val="00E47DC0"/>
    <w:rsid w:val="00E542EA"/>
    <w:rsid w:val="00E54BA0"/>
    <w:rsid w:val="00E753BB"/>
    <w:rsid w:val="00E94081"/>
    <w:rsid w:val="00EB0DFC"/>
    <w:rsid w:val="00EB20EF"/>
    <w:rsid w:val="00EB32DE"/>
    <w:rsid w:val="00EE109B"/>
    <w:rsid w:val="00EE2A61"/>
    <w:rsid w:val="00EE30FF"/>
    <w:rsid w:val="00EE486D"/>
    <w:rsid w:val="00EE6211"/>
    <w:rsid w:val="00F01F47"/>
    <w:rsid w:val="00F06675"/>
    <w:rsid w:val="00F25FEF"/>
    <w:rsid w:val="00F30441"/>
    <w:rsid w:val="00F42A75"/>
    <w:rsid w:val="00F4588C"/>
    <w:rsid w:val="00F45F7E"/>
    <w:rsid w:val="00F51FF2"/>
    <w:rsid w:val="00F546AD"/>
    <w:rsid w:val="00F55520"/>
    <w:rsid w:val="00F706B2"/>
    <w:rsid w:val="00F77F92"/>
    <w:rsid w:val="00FB2317"/>
    <w:rsid w:val="00FC5A53"/>
    <w:rsid w:val="00FE0318"/>
    <w:rsid w:val="00FF2ED3"/>
    <w:rsid w:val="00FF6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015E4"/>
  <w15:docId w15:val="{C7495BBF-1AC8-984B-BCCF-D1D557426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pacing w:before="240"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after="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after="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after="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after="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after="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after="0"/>
      <w:outlineLvl w:val="5"/>
    </w:pPr>
    <w:rPr>
      <w:b/>
      <w:bCs/>
      <w:color w:val="1F3763"/>
      <w:sz w:val="16"/>
      <w:szCs w:val="16"/>
    </w:rPr>
  </w:style>
  <w:style w:type="paragraph" w:styleId="Heading7">
    <w:name w:val="heading 7"/>
    <w:basedOn w:val="Normal"/>
    <w:next w:val="Normal"/>
    <w:link w:val="Heading7Char"/>
    <w:uiPriority w:val="9"/>
    <w:semiHidden/>
    <w:unhideWhenUsed/>
    <w:qFormat/>
    <w:rsid w:val="005B5ADD"/>
    <w:pPr>
      <w:keepNext/>
      <w:keepLines/>
      <w:spacing w:before="200" w:after="0"/>
      <w:outlineLvl w:val="6"/>
    </w:pPr>
    <w:rPr>
      <w:rFonts w:asciiTheme="majorHAnsi" w:eastAsiaTheme="majorEastAsia" w:hAnsiTheme="majorHAnsi" w:cstheme="majorBidi"/>
      <w:i/>
      <w:iCs/>
      <w:color w:val="404040" w:themeColor="text1" w:themeTint="BF"/>
      <w:sz w:val="22"/>
      <w:szCs w:val="22"/>
    </w:rPr>
  </w:style>
  <w:style w:type="paragraph" w:styleId="Heading8">
    <w:name w:val="heading 8"/>
    <w:basedOn w:val="Normal"/>
    <w:next w:val="Normal"/>
    <w:link w:val="Heading8Char"/>
    <w:uiPriority w:val="9"/>
    <w:semiHidden/>
    <w:unhideWhenUsed/>
    <w:qFormat/>
    <w:rsid w:val="005B5ADD"/>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5B5AD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customStyle="1" w:styleId="apple-converted-space">
    <w:name w:val="apple-converted-space"/>
    <w:basedOn w:val="DefaultParagraphFont"/>
    <w:rsid w:val="00E4573B"/>
  </w:style>
  <w:style w:type="table" w:styleId="MediumShading2-Accent1">
    <w:name w:val="Medium Shading 2 Accent 1"/>
    <w:basedOn w:val="TableNormal"/>
    <w:uiPriority w:val="64"/>
    <w:unhideWhenUsed/>
    <w:rsid w:val="00681602"/>
    <w:pPr>
      <w:spacing w:before="0"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Footer">
    <w:name w:val="footer"/>
    <w:basedOn w:val="Normal"/>
    <w:link w:val="FooterChar"/>
    <w:uiPriority w:val="99"/>
    <w:unhideWhenUsed/>
    <w:rsid w:val="00753DB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53DB9"/>
    <w:rPr>
      <w:sz w:val="24"/>
      <w:szCs w:val="24"/>
    </w:rPr>
  </w:style>
  <w:style w:type="character" w:styleId="PageNumber">
    <w:name w:val="page number"/>
    <w:basedOn w:val="DefaultParagraphFont"/>
    <w:uiPriority w:val="99"/>
    <w:semiHidden/>
    <w:unhideWhenUsed/>
    <w:rsid w:val="00753DB9"/>
  </w:style>
  <w:style w:type="character" w:styleId="CommentReference">
    <w:name w:val="annotation reference"/>
    <w:basedOn w:val="DefaultParagraphFont"/>
    <w:uiPriority w:val="99"/>
    <w:semiHidden/>
    <w:unhideWhenUsed/>
    <w:rsid w:val="00F55520"/>
    <w:rPr>
      <w:sz w:val="16"/>
      <w:szCs w:val="16"/>
    </w:rPr>
  </w:style>
  <w:style w:type="paragraph" w:styleId="CommentText">
    <w:name w:val="annotation text"/>
    <w:basedOn w:val="Normal"/>
    <w:link w:val="CommentTextChar"/>
    <w:uiPriority w:val="99"/>
    <w:unhideWhenUsed/>
    <w:rsid w:val="00F55520"/>
    <w:pPr>
      <w:spacing w:line="240" w:lineRule="auto"/>
    </w:pPr>
    <w:rPr>
      <w:sz w:val="20"/>
      <w:szCs w:val="20"/>
    </w:rPr>
  </w:style>
  <w:style w:type="character" w:customStyle="1" w:styleId="CommentTextChar">
    <w:name w:val="Comment Text Char"/>
    <w:basedOn w:val="DefaultParagraphFont"/>
    <w:link w:val="CommentText"/>
    <w:uiPriority w:val="99"/>
    <w:rsid w:val="00F55520"/>
  </w:style>
  <w:style w:type="paragraph" w:styleId="CommentSubject">
    <w:name w:val="annotation subject"/>
    <w:basedOn w:val="CommentText"/>
    <w:next w:val="CommentText"/>
    <w:link w:val="CommentSubjectChar"/>
    <w:uiPriority w:val="99"/>
    <w:semiHidden/>
    <w:unhideWhenUsed/>
    <w:rsid w:val="00F55520"/>
    <w:rPr>
      <w:b/>
      <w:bCs/>
    </w:rPr>
  </w:style>
  <w:style w:type="character" w:customStyle="1" w:styleId="CommentSubjectChar">
    <w:name w:val="Comment Subject Char"/>
    <w:basedOn w:val="CommentTextChar"/>
    <w:link w:val="CommentSubject"/>
    <w:uiPriority w:val="99"/>
    <w:semiHidden/>
    <w:rsid w:val="00F55520"/>
    <w:rPr>
      <w:b/>
      <w:bCs/>
    </w:rPr>
  </w:style>
  <w:style w:type="character" w:customStyle="1" w:styleId="Heading7Char">
    <w:name w:val="Heading 7 Char"/>
    <w:basedOn w:val="DefaultParagraphFont"/>
    <w:link w:val="Heading7"/>
    <w:uiPriority w:val="9"/>
    <w:semiHidden/>
    <w:rsid w:val="005B5ADD"/>
    <w:rPr>
      <w:rFonts w:asciiTheme="majorHAnsi" w:eastAsiaTheme="majorEastAsia" w:hAnsiTheme="majorHAnsi" w:cstheme="majorBidi"/>
      <w:i/>
      <w:iCs/>
      <w:color w:val="404040" w:themeColor="text1" w:themeTint="BF"/>
      <w:sz w:val="22"/>
      <w:szCs w:val="22"/>
    </w:rPr>
  </w:style>
  <w:style w:type="character" w:customStyle="1" w:styleId="Heading8Char">
    <w:name w:val="Heading 8 Char"/>
    <w:basedOn w:val="DefaultParagraphFont"/>
    <w:link w:val="Heading8"/>
    <w:uiPriority w:val="9"/>
    <w:semiHidden/>
    <w:rsid w:val="005B5ADD"/>
    <w:rPr>
      <w:rFonts w:asciiTheme="majorHAnsi" w:eastAsiaTheme="majorEastAsia" w:hAnsiTheme="majorHAnsi" w:cstheme="majorBidi"/>
      <w:color w:val="4F81BD" w:themeColor="accent1"/>
    </w:rPr>
  </w:style>
  <w:style w:type="character" w:customStyle="1" w:styleId="Heading9Char">
    <w:name w:val="Heading 9 Char"/>
    <w:basedOn w:val="DefaultParagraphFont"/>
    <w:link w:val="Heading9"/>
    <w:uiPriority w:val="9"/>
    <w:semiHidden/>
    <w:rsid w:val="005B5ADD"/>
    <w:rPr>
      <w:rFonts w:asciiTheme="majorHAnsi" w:eastAsiaTheme="majorEastAsia" w:hAnsiTheme="majorHAnsi" w:cstheme="majorBidi"/>
      <w:i/>
      <w:iCs/>
      <w:color w:val="404040" w:themeColor="text1" w:themeTint="BF"/>
    </w:rPr>
  </w:style>
  <w:style w:type="paragraph" w:styleId="Header">
    <w:name w:val="header"/>
    <w:basedOn w:val="Normal"/>
    <w:link w:val="HeaderChar"/>
    <w:uiPriority w:val="99"/>
    <w:unhideWhenUsed/>
    <w:rsid w:val="005B5ADD"/>
    <w:pPr>
      <w:tabs>
        <w:tab w:val="center" w:pos="4680"/>
        <w:tab w:val="right" w:pos="9360"/>
      </w:tabs>
      <w:spacing w:after="0" w:line="240" w:lineRule="auto"/>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5B5ADD"/>
    <w:rPr>
      <w:rFonts w:asciiTheme="minorHAnsi" w:eastAsiaTheme="minorEastAsia" w:hAnsiTheme="minorHAnsi" w:cstheme="minorBidi"/>
      <w:sz w:val="22"/>
      <w:szCs w:val="22"/>
    </w:rPr>
  </w:style>
  <w:style w:type="paragraph" w:styleId="NoSpacing">
    <w:name w:val="No Spacing"/>
    <w:uiPriority w:val="1"/>
    <w:qFormat/>
    <w:rsid w:val="005B5ADD"/>
    <w:pPr>
      <w:spacing w:after="0" w:line="240" w:lineRule="auto"/>
    </w:pPr>
    <w:rPr>
      <w:rFonts w:asciiTheme="minorHAnsi" w:eastAsiaTheme="minorEastAsia" w:hAnsiTheme="minorHAnsi" w:cstheme="minorBidi"/>
      <w:sz w:val="22"/>
      <w:szCs w:val="22"/>
    </w:rPr>
  </w:style>
  <w:style w:type="paragraph" w:styleId="Title">
    <w:name w:val="Title"/>
    <w:basedOn w:val="Normal"/>
    <w:next w:val="Normal"/>
    <w:link w:val="TitleChar"/>
    <w:uiPriority w:val="10"/>
    <w:qFormat/>
    <w:rsid w:val="005B5AD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B5ADD"/>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5B5ADD"/>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5B5ADD"/>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5B5ADD"/>
    <w:pPr>
      <w:ind w:left="720"/>
      <w:contextualSpacing/>
    </w:pPr>
    <w:rPr>
      <w:rFonts w:asciiTheme="minorHAnsi" w:eastAsiaTheme="minorEastAsia" w:hAnsiTheme="minorHAnsi" w:cstheme="minorBidi"/>
      <w:sz w:val="22"/>
      <w:szCs w:val="22"/>
    </w:rPr>
  </w:style>
  <w:style w:type="paragraph" w:styleId="BodyText">
    <w:name w:val="Body Text"/>
    <w:basedOn w:val="Normal"/>
    <w:link w:val="BodyTextChar"/>
    <w:uiPriority w:val="99"/>
    <w:unhideWhenUsed/>
    <w:rsid w:val="005B5ADD"/>
    <w:rPr>
      <w:rFonts w:asciiTheme="minorHAnsi" w:eastAsiaTheme="minorEastAsia" w:hAnsiTheme="minorHAnsi" w:cstheme="minorBidi"/>
      <w:sz w:val="22"/>
      <w:szCs w:val="22"/>
    </w:rPr>
  </w:style>
  <w:style w:type="character" w:customStyle="1" w:styleId="BodyTextChar">
    <w:name w:val="Body Text Char"/>
    <w:basedOn w:val="DefaultParagraphFont"/>
    <w:link w:val="BodyText"/>
    <w:uiPriority w:val="99"/>
    <w:rsid w:val="005B5ADD"/>
    <w:rPr>
      <w:rFonts w:asciiTheme="minorHAnsi" w:eastAsiaTheme="minorEastAsia" w:hAnsiTheme="minorHAnsi" w:cstheme="minorBidi"/>
      <w:sz w:val="22"/>
      <w:szCs w:val="22"/>
    </w:rPr>
  </w:style>
  <w:style w:type="paragraph" w:styleId="BodyText2">
    <w:name w:val="Body Text 2"/>
    <w:basedOn w:val="Normal"/>
    <w:link w:val="BodyText2Char"/>
    <w:uiPriority w:val="99"/>
    <w:unhideWhenUsed/>
    <w:rsid w:val="005B5ADD"/>
    <w:pPr>
      <w:spacing w:line="480" w:lineRule="auto"/>
    </w:pPr>
    <w:rPr>
      <w:rFonts w:asciiTheme="minorHAnsi" w:eastAsiaTheme="minorEastAsia" w:hAnsiTheme="minorHAnsi" w:cstheme="minorBidi"/>
      <w:sz w:val="22"/>
      <w:szCs w:val="22"/>
    </w:rPr>
  </w:style>
  <w:style w:type="character" w:customStyle="1" w:styleId="BodyText2Char">
    <w:name w:val="Body Text 2 Char"/>
    <w:basedOn w:val="DefaultParagraphFont"/>
    <w:link w:val="BodyText2"/>
    <w:uiPriority w:val="99"/>
    <w:rsid w:val="005B5ADD"/>
    <w:rPr>
      <w:rFonts w:asciiTheme="minorHAnsi" w:eastAsiaTheme="minorEastAsia" w:hAnsiTheme="minorHAnsi" w:cstheme="minorBidi"/>
      <w:sz w:val="22"/>
      <w:szCs w:val="22"/>
    </w:rPr>
  </w:style>
  <w:style w:type="paragraph" w:styleId="BodyText3">
    <w:name w:val="Body Text 3"/>
    <w:basedOn w:val="Normal"/>
    <w:link w:val="BodyText3Char"/>
    <w:uiPriority w:val="99"/>
    <w:unhideWhenUsed/>
    <w:rsid w:val="005B5ADD"/>
    <w:rPr>
      <w:rFonts w:asciiTheme="minorHAnsi" w:eastAsiaTheme="minorEastAsia" w:hAnsiTheme="minorHAnsi" w:cstheme="minorBidi"/>
      <w:sz w:val="16"/>
      <w:szCs w:val="16"/>
    </w:rPr>
  </w:style>
  <w:style w:type="character" w:customStyle="1" w:styleId="BodyText3Char">
    <w:name w:val="Body Text 3 Char"/>
    <w:basedOn w:val="DefaultParagraphFont"/>
    <w:link w:val="BodyText3"/>
    <w:uiPriority w:val="99"/>
    <w:rsid w:val="005B5ADD"/>
    <w:rPr>
      <w:rFonts w:asciiTheme="minorHAnsi" w:eastAsiaTheme="minorEastAsia" w:hAnsiTheme="minorHAnsi" w:cstheme="minorBidi"/>
      <w:sz w:val="16"/>
      <w:szCs w:val="16"/>
    </w:rPr>
  </w:style>
  <w:style w:type="paragraph" w:styleId="List">
    <w:name w:val="List"/>
    <w:basedOn w:val="Normal"/>
    <w:uiPriority w:val="99"/>
    <w:unhideWhenUsed/>
    <w:rsid w:val="005B5ADD"/>
    <w:pPr>
      <w:ind w:left="360" w:hanging="360"/>
      <w:contextualSpacing/>
    </w:pPr>
    <w:rPr>
      <w:rFonts w:asciiTheme="minorHAnsi" w:eastAsiaTheme="minorEastAsia" w:hAnsiTheme="minorHAnsi" w:cstheme="minorBidi"/>
      <w:sz w:val="22"/>
      <w:szCs w:val="22"/>
    </w:rPr>
  </w:style>
  <w:style w:type="paragraph" w:styleId="List2">
    <w:name w:val="List 2"/>
    <w:basedOn w:val="Normal"/>
    <w:uiPriority w:val="99"/>
    <w:unhideWhenUsed/>
    <w:rsid w:val="005B5ADD"/>
    <w:pPr>
      <w:ind w:left="720" w:hanging="360"/>
      <w:contextualSpacing/>
    </w:pPr>
    <w:rPr>
      <w:rFonts w:asciiTheme="minorHAnsi" w:eastAsiaTheme="minorEastAsia" w:hAnsiTheme="minorHAnsi" w:cstheme="minorBidi"/>
      <w:sz w:val="22"/>
      <w:szCs w:val="22"/>
    </w:rPr>
  </w:style>
  <w:style w:type="paragraph" w:styleId="List3">
    <w:name w:val="List 3"/>
    <w:basedOn w:val="Normal"/>
    <w:uiPriority w:val="99"/>
    <w:unhideWhenUsed/>
    <w:rsid w:val="005B5ADD"/>
    <w:pPr>
      <w:ind w:left="1080" w:hanging="360"/>
      <w:contextualSpacing/>
    </w:pPr>
    <w:rPr>
      <w:rFonts w:asciiTheme="minorHAnsi" w:eastAsiaTheme="minorEastAsia" w:hAnsiTheme="minorHAnsi" w:cstheme="minorBidi"/>
      <w:sz w:val="22"/>
      <w:szCs w:val="22"/>
    </w:rPr>
  </w:style>
  <w:style w:type="paragraph" w:styleId="ListBullet">
    <w:name w:val="List Bullet"/>
    <w:basedOn w:val="Normal"/>
    <w:uiPriority w:val="99"/>
    <w:unhideWhenUsed/>
    <w:rsid w:val="005B5ADD"/>
    <w:pPr>
      <w:numPr>
        <w:numId w:val="1"/>
      </w:numPr>
      <w:tabs>
        <w:tab w:val="clear" w:pos="360"/>
      </w:tabs>
      <w:ind w:left="0" w:firstLine="0"/>
      <w:contextualSpacing/>
    </w:pPr>
    <w:rPr>
      <w:rFonts w:asciiTheme="minorHAnsi" w:eastAsiaTheme="minorEastAsia" w:hAnsiTheme="minorHAnsi" w:cstheme="minorBidi"/>
      <w:sz w:val="22"/>
      <w:szCs w:val="22"/>
    </w:rPr>
  </w:style>
  <w:style w:type="paragraph" w:styleId="ListBullet2">
    <w:name w:val="List Bullet 2"/>
    <w:basedOn w:val="Normal"/>
    <w:uiPriority w:val="99"/>
    <w:unhideWhenUsed/>
    <w:rsid w:val="005B5ADD"/>
    <w:pPr>
      <w:numPr>
        <w:numId w:val="2"/>
      </w:numPr>
      <w:tabs>
        <w:tab w:val="clear" w:pos="720"/>
      </w:tabs>
      <w:ind w:left="0" w:firstLine="0"/>
      <w:contextualSpacing/>
    </w:pPr>
    <w:rPr>
      <w:rFonts w:asciiTheme="minorHAnsi" w:eastAsiaTheme="minorEastAsia" w:hAnsiTheme="minorHAnsi" w:cstheme="minorBidi"/>
      <w:sz w:val="22"/>
      <w:szCs w:val="22"/>
    </w:rPr>
  </w:style>
  <w:style w:type="paragraph" w:styleId="ListBullet3">
    <w:name w:val="List Bullet 3"/>
    <w:basedOn w:val="Normal"/>
    <w:uiPriority w:val="99"/>
    <w:unhideWhenUsed/>
    <w:rsid w:val="005B5ADD"/>
    <w:pPr>
      <w:numPr>
        <w:numId w:val="3"/>
      </w:numPr>
      <w:tabs>
        <w:tab w:val="clear" w:pos="1080"/>
      </w:tabs>
      <w:ind w:left="0" w:firstLine="0"/>
      <w:contextualSpacing/>
    </w:pPr>
    <w:rPr>
      <w:rFonts w:asciiTheme="minorHAnsi" w:eastAsiaTheme="minorEastAsia" w:hAnsiTheme="minorHAnsi" w:cstheme="minorBidi"/>
      <w:sz w:val="22"/>
      <w:szCs w:val="22"/>
    </w:rPr>
  </w:style>
  <w:style w:type="paragraph" w:styleId="ListNumber">
    <w:name w:val="List Number"/>
    <w:basedOn w:val="Normal"/>
    <w:uiPriority w:val="99"/>
    <w:unhideWhenUsed/>
    <w:rsid w:val="005B5ADD"/>
    <w:pPr>
      <w:numPr>
        <w:numId w:val="5"/>
      </w:numPr>
      <w:tabs>
        <w:tab w:val="clear" w:pos="360"/>
      </w:tabs>
      <w:ind w:left="0" w:firstLine="0"/>
      <w:contextualSpacing/>
    </w:pPr>
    <w:rPr>
      <w:rFonts w:asciiTheme="minorHAnsi" w:eastAsiaTheme="minorEastAsia" w:hAnsiTheme="minorHAnsi" w:cstheme="minorBidi"/>
      <w:sz w:val="22"/>
      <w:szCs w:val="22"/>
    </w:rPr>
  </w:style>
  <w:style w:type="paragraph" w:styleId="ListNumber2">
    <w:name w:val="List Number 2"/>
    <w:basedOn w:val="Normal"/>
    <w:uiPriority w:val="99"/>
    <w:unhideWhenUsed/>
    <w:rsid w:val="005B5ADD"/>
    <w:pPr>
      <w:numPr>
        <w:numId w:val="6"/>
      </w:numPr>
      <w:tabs>
        <w:tab w:val="clear" w:pos="720"/>
      </w:tabs>
      <w:ind w:left="0" w:firstLine="0"/>
      <w:contextualSpacing/>
    </w:pPr>
    <w:rPr>
      <w:rFonts w:asciiTheme="minorHAnsi" w:eastAsiaTheme="minorEastAsia" w:hAnsiTheme="minorHAnsi" w:cstheme="minorBidi"/>
      <w:sz w:val="22"/>
      <w:szCs w:val="22"/>
    </w:rPr>
  </w:style>
  <w:style w:type="paragraph" w:styleId="ListNumber3">
    <w:name w:val="List Number 3"/>
    <w:basedOn w:val="Normal"/>
    <w:uiPriority w:val="99"/>
    <w:unhideWhenUsed/>
    <w:rsid w:val="005B5ADD"/>
    <w:pPr>
      <w:numPr>
        <w:numId w:val="7"/>
      </w:numPr>
      <w:tabs>
        <w:tab w:val="clear" w:pos="1080"/>
      </w:tabs>
      <w:ind w:left="0" w:firstLine="0"/>
      <w:contextualSpacing/>
    </w:pPr>
    <w:rPr>
      <w:rFonts w:asciiTheme="minorHAnsi" w:eastAsiaTheme="minorEastAsia" w:hAnsiTheme="minorHAnsi" w:cstheme="minorBidi"/>
      <w:sz w:val="22"/>
      <w:szCs w:val="22"/>
    </w:rPr>
  </w:style>
  <w:style w:type="paragraph" w:styleId="ListContinue">
    <w:name w:val="List Continue"/>
    <w:basedOn w:val="Normal"/>
    <w:uiPriority w:val="99"/>
    <w:unhideWhenUsed/>
    <w:rsid w:val="005B5ADD"/>
    <w:pPr>
      <w:ind w:left="360"/>
      <w:contextualSpacing/>
    </w:pPr>
    <w:rPr>
      <w:rFonts w:asciiTheme="minorHAnsi" w:eastAsiaTheme="minorEastAsia" w:hAnsiTheme="minorHAnsi" w:cstheme="minorBidi"/>
      <w:sz w:val="22"/>
      <w:szCs w:val="22"/>
    </w:rPr>
  </w:style>
  <w:style w:type="paragraph" w:styleId="ListContinue2">
    <w:name w:val="List Continue 2"/>
    <w:basedOn w:val="Normal"/>
    <w:uiPriority w:val="99"/>
    <w:unhideWhenUsed/>
    <w:rsid w:val="005B5ADD"/>
    <w:pPr>
      <w:ind w:left="720"/>
      <w:contextualSpacing/>
    </w:pPr>
    <w:rPr>
      <w:rFonts w:asciiTheme="minorHAnsi" w:eastAsiaTheme="minorEastAsia" w:hAnsiTheme="minorHAnsi" w:cstheme="minorBidi"/>
      <w:sz w:val="22"/>
      <w:szCs w:val="22"/>
    </w:rPr>
  </w:style>
  <w:style w:type="paragraph" w:styleId="ListContinue3">
    <w:name w:val="List Continue 3"/>
    <w:basedOn w:val="Normal"/>
    <w:uiPriority w:val="99"/>
    <w:unhideWhenUsed/>
    <w:rsid w:val="005B5ADD"/>
    <w:pPr>
      <w:ind w:left="1080"/>
      <w:contextualSpacing/>
    </w:pPr>
    <w:rPr>
      <w:rFonts w:asciiTheme="minorHAnsi" w:eastAsiaTheme="minorEastAsia" w:hAnsiTheme="minorHAnsi" w:cstheme="minorBidi"/>
      <w:sz w:val="22"/>
      <w:szCs w:val="22"/>
    </w:rPr>
  </w:style>
  <w:style w:type="paragraph" w:styleId="MacroText">
    <w:name w:val="macro"/>
    <w:link w:val="MacroTextChar"/>
    <w:uiPriority w:val="99"/>
    <w:unhideWhenUsed/>
    <w:rsid w:val="005B5ADD"/>
    <w:pPr>
      <w:tabs>
        <w:tab w:val="left" w:pos="576"/>
        <w:tab w:val="left" w:pos="1152"/>
        <w:tab w:val="left" w:pos="1728"/>
        <w:tab w:val="left" w:pos="2304"/>
        <w:tab w:val="left" w:pos="2880"/>
        <w:tab w:val="left" w:pos="3456"/>
        <w:tab w:val="left" w:pos="4032"/>
      </w:tabs>
    </w:pPr>
    <w:rPr>
      <w:rFonts w:ascii="Courier" w:eastAsiaTheme="minorEastAsia" w:hAnsi="Courier" w:cstheme="minorBidi"/>
    </w:rPr>
  </w:style>
  <w:style w:type="character" w:customStyle="1" w:styleId="MacroTextChar">
    <w:name w:val="Macro Text Char"/>
    <w:basedOn w:val="DefaultParagraphFont"/>
    <w:link w:val="MacroText"/>
    <w:uiPriority w:val="99"/>
    <w:rsid w:val="005B5ADD"/>
    <w:rPr>
      <w:rFonts w:ascii="Courier" w:eastAsiaTheme="minorEastAsia" w:hAnsi="Courier" w:cstheme="minorBidi"/>
    </w:rPr>
  </w:style>
  <w:style w:type="paragraph" w:styleId="Quote">
    <w:name w:val="Quote"/>
    <w:basedOn w:val="Normal"/>
    <w:next w:val="Normal"/>
    <w:link w:val="QuoteChar"/>
    <w:uiPriority w:val="29"/>
    <w:qFormat/>
    <w:rsid w:val="005B5ADD"/>
    <w:rPr>
      <w:rFonts w:asciiTheme="minorHAnsi" w:eastAsiaTheme="minorEastAsia" w:hAnsiTheme="minorHAnsi" w:cstheme="minorBidi"/>
      <w:i/>
      <w:iCs/>
      <w:color w:val="000000" w:themeColor="text1"/>
      <w:sz w:val="22"/>
      <w:szCs w:val="22"/>
    </w:rPr>
  </w:style>
  <w:style w:type="character" w:customStyle="1" w:styleId="QuoteChar">
    <w:name w:val="Quote Char"/>
    <w:basedOn w:val="DefaultParagraphFont"/>
    <w:link w:val="Quote"/>
    <w:uiPriority w:val="29"/>
    <w:rsid w:val="005B5ADD"/>
    <w:rPr>
      <w:rFonts w:asciiTheme="minorHAnsi" w:eastAsiaTheme="minorEastAsia" w:hAnsiTheme="minorHAnsi" w:cstheme="minorBidi"/>
      <w:i/>
      <w:iCs/>
      <w:color w:val="000000" w:themeColor="text1"/>
      <w:sz w:val="22"/>
      <w:szCs w:val="22"/>
    </w:rPr>
  </w:style>
  <w:style w:type="paragraph" w:styleId="Caption">
    <w:name w:val="caption"/>
    <w:basedOn w:val="Normal"/>
    <w:next w:val="Normal"/>
    <w:uiPriority w:val="35"/>
    <w:semiHidden/>
    <w:unhideWhenUsed/>
    <w:qFormat/>
    <w:rsid w:val="005B5ADD"/>
    <w:pPr>
      <w:spacing w:line="240" w:lineRule="auto"/>
    </w:pPr>
    <w:rPr>
      <w:rFonts w:asciiTheme="minorHAnsi" w:eastAsiaTheme="minorEastAsia" w:hAnsiTheme="minorHAnsi" w:cstheme="minorBidi"/>
      <w:b/>
      <w:bCs/>
      <w:color w:val="4F81BD" w:themeColor="accent1"/>
      <w:sz w:val="18"/>
      <w:szCs w:val="18"/>
    </w:rPr>
  </w:style>
  <w:style w:type="character" w:styleId="Strong">
    <w:name w:val="Strong"/>
    <w:basedOn w:val="DefaultParagraphFont"/>
    <w:uiPriority w:val="22"/>
    <w:qFormat/>
    <w:rsid w:val="005B5ADD"/>
    <w:rPr>
      <w:b/>
      <w:bCs/>
    </w:rPr>
  </w:style>
  <w:style w:type="character" w:styleId="Emphasis">
    <w:name w:val="Emphasis"/>
    <w:basedOn w:val="DefaultParagraphFont"/>
    <w:uiPriority w:val="20"/>
    <w:qFormat/>
    <w:rsid w:val="005B5ADD"/>
    <w:rPr>
      <w:i/>
      <w:iCs/>
    </w:rPr>
  </w:style>
  <w:style w:type="paragraph" w:styleId="IntenseQuote">
    <w:name w:val="Intense Quote"/>
    <w:basedOn w:val="Normal"/>
    <w:next w:val="Normal"/>
    <w:link w:val="IntenseQuoteChar"/>
    <w:uiPriority w:val="30"/>
    <w:qFormat/>
    <w:rsid w:val="005B5ADD"/>
    <w:pPr>
      <w:pBdr>
        <w:bottom w:val="single" w:sz="4" w:space="4" w:color="4F81BD" w:themeColor="accent1"/>
      </w:pBdr>
      <w:spacing w:before="200" w:after="280"/>
      <w:ind w:left="936" w:right="936"/>
    </w:pPr>
    <w:rPr>
      <w:rFonts w:asciiTheme="minorHAnsi" w:eastAsiaTheme="minorEastAsia" w:hAnsiTheme="minorHAnsi" w:cstheme="minorBidi"/>
      <w:b/>
      <w:bCs/>
      <w:i/>
      <w:iCs/>
      <w:color w:val="4F81BD" w:themeColor="accent1"/>
      <w:sz w:val="22"/>
      <w:szCs w:val="22"/>
    </w:rPr>
  </w:style>
  <w:style w:type="character" w:customStyle="1" w:styleId="IntenseQuoteChar">
    <w:name w:val="Intense Quote Char"/>
    <w:basedOn w:val="DefaultParagraphFont"/>
    <w:link w:val="IntenseQuote"/>
    <w:uiPriority w:val="30"/>
    <w:rsid w:val="005B5ADD"/>
    <w:rPr>
      <w:rFonts w:asciiTheme="minorHAnsi" w:eastAsiaTheme="minorEastAsia" w:hAnsiTheme="minorHAnsi" w:cstheme="minorBidi"/>
      <w:b/>
      <w:bCs/>
      <w:i/>
      <w:iCs/>
      <w:color w:val="4F81BD" w:themeColor="accent1"/>
      <w:sz w:val="22"/>
      <w:szCs w:val="22"/>
    </w:rPr>
  </w:style>
  <w:style w:type="character" w:styleId="SubtleEmphasis">
    <w:name w:val="Subtle Emphasis"/>
    <w:basedOn w:val="DefaultParagraphFont"/>
    <w:uiPriority w:val="19"/>
    <w:qFormat/>
    <w:rsid w:val="005B5ADD"/>
    <w:rPr>
      <w:i/>
      <w:iCs/>
      <w:color w:val="808080" w:themeColor="text1" w:themeTint="7F"/>
    </w:rPr>
  </w:style>
  <w:style w:type="character" w:styleId="IntenseEmphasis">
    <w:name w:val="Intense Emphasis"/>
    <w:basedOn w:val="DefaultParagraphFont"/>
    <w:uiPriority w:val="21"/>
    <w:qFormat/>
    <w:rsid w:val="005B5ADD"/>
    <w:rPr>
      <w:b/>
      <w:bCs/>
      <w:i/>
      <w:iCs/>
      <w:color w:val="4F81BD" w:themeColor="accent1"/>
    </w:rPr>
  </w:style>
  <w:style w:type="character" w:styleId="SubtleReference">
    <w:name w:val="Subtle Reference"/>
    <w:basedOn w:val="DefaultParagraphFont"/>
    <w:uiPriority w:val="31"/>
    <w:qFormat/>
    <w:rsid w:val="005B5ADD"/>
    <w:rPr>
      <w:smallCaps/>
      <w:color w:val="C0504D" w:themeColor="accent2"/>
      <w:u w:val="single"/>
    </w:rPr>
  </w:style>
  <w:style w:type="character" w:styleId="IntenseReference">
    <w:name w:val="Intense Reference"/>
    <w:basedOn w:val="DefaultParagraphFont"/>
    <w:uiPriority w:val="32"/>
    <w:qFormat/>
    <w:rsid w:val="005B5ADD"/>
    <w:rPr>
      <w:b/>
      <w:bCs/>
      <w:smallCaps/>
      <w:color w:val="C0504D" w:themeColor="accent2"/>
      <w:spacing w:val="5"/>
      <w:u w:val="single"/>
    </w:rPr>
  </w:style>
  <w:style w:type="character" w:styleId="BookTitle">
    <w:name w:val="Book Title"/>
    <w:basedOn w:val="DefaultParagraphFont"/>
    <w:uiPriority w:val="33"/>
    <w:qFormat/>
    <w:rsid w:val="005B5ADD"/>
    <w:rPr>
      <w:b/>
      <w:bCs/>
      <w:smallCaps/>
      <w:spacing w:val="5"/>
    </w:rPr>
  </w:style>
  <w:style w:type="paragraph" w:styleId="TOCHeading">
    <w:name w:val="TOC Heading"/>
    <w:basedOn w:val="Heading1"/>
    <w:next w:val="Normal"/>
    <w:uiPriority w:val="39"/>
    <w:semiHidden/>
    <w:unhideWhenUsed/>
    <w:qFormat/>
    <w:rsid w:val="005B5ADD"/>
    <w:pPr>
      <w:spacing w:before="480"/>
      <w:outlineLvl w:val="9"/>
    </w:pPr>
    <w:rPr>
      <w:rFonts w:asciiTheme="majorHAnsi" w:eastAsiaTheme="majorEastAsia" w:hAnsiTheme="majorHAnsi" w:cstheme="majorBidi"/>
      <w:color w:val="365F91" w:themeColor="accent1" w:themeShade="BF"/>
      <w:kern w:val="0"/>
      <w:sz w:val="28"/>
      <w:szCs w:val="28"/>
    </w:rPr>
  </w:style>
  <w:style w:type="table" w:styleId="TableGrid">
    <w:name w:val="Table Grid"/>
    <w:basedOn w:val="TableNormal"/>
    <w:uiPriority w:val="59"/>
    <w:rsid w:val="005B5ADD"/>
    <w:pPr>
      <w:spacing w:after="0" w:line="240" w:lineRule="auto"/>
    </w:pPr>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5B5ADD"/>
    <w:pPr>
      <w:spacing w:after="0" w:line="240" w:lineRule="auto"/>
    </w:pPr>
    <w:rPr>
      <w:rFonts w:asciiTheme="minorHAnsi" w:eastAsiaTheme="minorEastAsia"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5B5ADD"/>
    <w:pPr>
      <w:spacing w:after="0" w:line="240" w:lineRule="auto"/>
    </w:pPr>
    <w:rPr>
      <w:rFonts w:asciiTheme="minorHAnsi" w:eastAsiaTheme="minorEastAsia" w:hAnsiTheme="minorHAnsi" w:cstheme="minorBidi"/>
      <w:color w:val="365F91" w:themeColor="accent1" w:themeShade="BF"/>
      <w:sz w:val="22"/>
      <w:szCs w:val="22"/>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5B5ADD"/>
    <w:pPr>
      <w:spacing w:after="0" w:line="240" w:lineRule="auto"/>
    </w:pPr>
    <w:rPr>
      <w:rFonts w:asciiTheme="minorHAnsi" w:eastAsiaTheme="minorEastAsia" w:hAnsiTheme="minorHAnsi" w:cstheme="minorBidi"/>
      <w:color w:val="943634" w:themeColor="accent2" w:themeShade="BF"/>
      <w:sz w:val="22"/>
      <w:szCs w:val="22"/>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5B5ADD"/>
    <w:pPr>
      <w:spacing w:after="0" w:line="240" w:lineRule="auto"/>
    </w:pPr>
    <w:rPr>
      <w:rFonts w:asciiTheme="minorHAnsi" w:eastAsiaTheme="minorEastAsia" w:hAnsiTheme="minorHAnsi" w:cstheme="minorBidi"/>
      <w:color w:val="76923C" w:themeColor="accent3" w:themeShade="BF"/>
      <w:sz w:val="22"/>
      <w:szCs w:val="22"/>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5B5ADD"/>
    <w:pPr>
      <w:spacing w:after="0" w:line="240" w:lineRule="auto"/>
    </w:pPr>
    <w:rPr>
      <w:rFonts w:asciiTheme="minorHAnsi" w:eastAsiaTheme="minorEastAsia" w:hAnsiTheme="minorHAnsi" w:cstheme="minorBidi"/>
      <w:color w:val="5F497A" w:themeColor="accent4" w:themeShade="BF"/>
      <w:sz w:val="22"/>
      <w:szCs w:val="22"/>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5B5ADD"/>
    <w:pPr>
      <w:spacing w:after="0" w:line="240" w:lineRule="auto"/>
    </w:pPr>
    <w:rPr>
      <w:rFonts w:asciiTheme="minorHAnsi" w:eastAsiaTheme="minorEastAsia" w:hAnsiTheme="minorHAnsi" w:cstheme="minorBidi"/>
      <w:color w:val="31849B" w:themeColor="accent5" w:themeShade="BF"/>
      <w:sz w:val="22"/>
      <w:szCs w:val="22"/>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5B5ADD"/>
    <w:pPr>
      <w:spacing w:after="0" w:line="240" w:lineRule="auto"/>
    </w:pPr>
    <w:rPr>
      <w:rFonts w:asciiTheme="minorHAnsi" w:eastAsiaTheme="minorEastAsia" w:hAnsiTheme="minorHAnsi" w:cstheme="minorBidi"/>
      <w:color w:val="E36C0A" w:themeColor="accent6" w:themeShade="BF"/>
      <w:sz w:val="22"/>
      <w:szCs w:val="22"/>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5B5ADD"/>
    <w:pPr>
      <w:spacing w:after="0" w:line="240" w:lineRule="auto"/>
    </w:pPr>
    <w:rPr>
      <w:rFonts w:asciiTheme="majorHAnsi" w:eastAsiaTheme="majorEastAsia" w:hAnsiTheme="majorHAnsi" w:cstheme="majorBidi"/>
      <w:color w:val="000000" w:themeColor="text1"/>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5B5ADD"/>
    <w:pPr>
      <w:spacing w:after="0" w:line="240" w:lineRule="auto"/>
    </w:pPr>
    <w:rPr>
      <w:rFonts w:asciiTheme="majorHAnsi" w:eastAsiaTheme="majorEastAsia" w:hAnsiTheme="majorHAnsi" w:cstheme="majorBidi"/>
      <w:color w:val="000000" w:themeColor="text1"/>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5B5ADD"/>
    <w:pPr>
      <w:spacing w:after="0" w:line="240" w:lineRule="auto"/>
    </w:pPr>
    <w:rPr>
      <w:rFonts w:asciiTheme="majorHAnsi" w:eastAsiaTheme="majorEastAsia" w:hAnsiTheme="majorHAnsi" w:cstheme="majorBidi"/>
      <w:color w:val="000000" w:themeColor="text1"/>
      <w:sz w:val="22"/>
      <w:szCs w:val="22"/>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5B5ADD"/>
    <w:pPr>
      <w:spacing w:after="0" w:line="240" w:lineRule="auto"/>
    </w:pPr>
    <w:rPr>
      <w:rFonts w:asciiTheme="majorHAnsi" w:eastAsiaTheme="majorEastAsia" w:hAnsiTheme="majorHAnsi" w:cstheme="majorBidi"/>
      <w:color w:val="000000" w:themeColor="text1"/>
      <w:sz w:val="22"/>
      <w:szCs w:val="22"/>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5B5ADD"/>
    <w:pPr>
      <w:spacing w:after="0" w:line="240" w:lineRule="auto"/>
    </w:pPr>
    <w:rPr>
      <w:rFonts w:asciiTheme="majorHAnsi" w:eastAsiaTheme="majorEastAsia" w:hAnsiTheme="majorHAnsi" w:cstheme="majorBidi"/>
      <w:color w:val="000000" w:themeColor="text1"/>
      <w:sz w:val="22"/>
      <w:szCs w:val="22"/>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5B5ADD"/>
    <w:pPr>
      <w:spacing w:after="0" w:line="240" w:lineRule="auto"/>
    </w:pPr>
    <w:rPr>
      <w:rFonts w:asciiTheme="majorHAnsi" w:eastAsiaTheme="majorEastAsia" w:hAnsiTheme="majorHAnsi" w:cstheme="majorBidi"/>
      <w:color w:val="000000" w:themeColor="text1"/>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5B5ADD"/>
    <w:pPr>
      <w:spacing w:after="0" w:line="240" w:lineRule="auto"/>
    </w:pPr>
    <w:rPr>
      <w:rFonts w:asciiTheme="majorHAnsi" w:eastAsiaTheme="majorEastAsia" w:hAnsiTheme="majorHAnsi" w:cstheme="majorBidi"/>
      <w:color w:val="000000" w:themeColor="text1"/>
      <w:sz w:val="22"/>
      <w:szCs w:val="22"/>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5B5ADD"/>
    <w:pPr>
      <w:spacing w:after="0" w:line="240" w:lineRule="auto"/>
    </w:pPr>
    <w:rPr>
      <w:rFonts w:asciiTheme="majorHAnsi" w:eastAsiaTheme="majorEastAsia" w:hAnsiTheme="majorHAnsi" w:cstheme="majorBidi"/>
      <w:color w:val="000000" w:themeColor="text1"/>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5B5ADD"/>
    <w:pPr>
      <w:spacing w:after="0" w:line="240" w:lineRule="auto"/>
    </w:pPr>
    <w:rPr>
      <w:rFonts w:asciiTheme="majorHAnsi" w:eastAsiaTheme="majorEastAsia" w:hAnsiTheme="majorHAnsi" w:cstheme="majorBidi"/>
      <w:color w:val="000000" w:themeColor="text1"/>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5B5ADD"/>
    <w:pPr>
      <w:spacing w:after="0" w:line="240" w:lineRule="auto"/>
    </w:pPr>
    <w:rPr>
      <w:rFonts w:asciiTheme="majorHAnsi" w:eastAsiaTheme="majorEastAsia" w:hAnsiTheme="majorHAnsi" w:cstheme="majorBidi"/>
      <w:color w:val="000000" w:themeColor="text1"/>
      <w:sz w:val="22"/>
      <w:szCs w:val="22"/>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5B5ADD"/>
    <w:pPr>
      <w:spacing w:after="0" w:line="240" w:lineRule="auto"/>
    </w:pPr>
    <w:rPr>
      <w:rFonts w:asciiTheme="majorHAnsi" w:eastAsiaTheme="majorEastAsia" w:hAnsiTheme="majorHAnsi" w:cstheme="majorBidi"/>
      <w:color w:val="000000" w:themeColor="text1"/>
      <w:sz w:val="22"/>
      <w:szCs w:val="22"/>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5B5ADD"/>
    <w:pPr>
      <w:spacing w:after="0" w:line="240" w:lineRule="auto"/>
    </w:pPr>
    <w:rPr>
      <w:rFonts w:asciiTheme="majorHAnsi" w:eastAsiaTheme="majorEastAsia" w:hAnsiTheme="majorHAnsi" w:cstheme="majorBidi"/>
      <w:color w:val="000000" w:themeColor="text1"/>
      <w:sz w:val="22"/>
      <w:szCs w:val="22"/>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5B5ADD"/>
    <w:pPr>
      <w:spacing w:after="0" w:line="240" w:lineRule="auto"/>
    </w:pPr>
    <w:rPr>
      <w:rFonts w:asciiTheme="majorHAnsi" w:eastAsiaTheme="majorEastAsia" w:hAnsiTheme="majorHAnsi" w:cstheme="majorBidi"/>
      <w:color w:val="000000" w:themeColor="text1"/>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5B5ADD"/>
    <w:pPr>
      <w:spacing w:after="0" w:line="240" w:lineRule="auto"/>
    </w:pPr>
    <w:rPr>
      <w:rFonts w:asciiTheme="majorHAnsi" w:eastAsiaTheme="majorEastAsia" w:hAnsiTheme="majorHAnsi" w:cstheme="majorBidi"/>
      <w:color w:val="000000" w:themeColor="text1"/>
      <w:sz w:val="22"/>
      <w:szCs w:val="22"/>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5B5ADD"/>
    <w:pPr>
      <w:spacing w:after="0" w:line="240" w:lineRule="auto"/>
    </w:pPr>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5B5ADD"/>
    <w:pPr>
      <w:spacing w:after="0" w:line="240" w:lineRule="auto"/>
    </w:pPr>
    <w:rPr>
      <w:rFonts w:asciiTheme="minorHAnsi" w:eastAsiaTheme="minorEastAsia" w:hAnsiTheme="minorHAnsi" w:cstheme="minorBidi"/>
      <w:color w:val="FFFFFF" w:themeColor="background1"/>
      <w:sz w:val="22"/>
      <w:szCs w:val="22"/>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5B5ADD"/>
    <w:pPr>
      <w:spacing w:after="0" w:line="240" w:lineRule="auto"/>
    </w:pPr>
    <w:rPr>
      <w:rFonts w:asciiTheme="minorHAnsi" w:eastAsiaTheme="minorEastAsia" w:hAnsiTheme="minorHAnsi" w:cstheme="minorBidi"/>
      <w:color w:val="FFFFFF" w:themeColor="background1"/>
      <w:sz w:val="22"/>
      <w:szCs w:val="22"/>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5B5ADD"/>
    <w:pPr>
      <w:spacing w:after="0" w:line="240" w:lineRule="auto"/>
    </w:pPr>
    <w:rPr>
      <w:rFonts w:asciiTheme="minorHAnsi" w:eastAsiaTheme="minorEastAsia" w:hAnsiTheme="minorHAnsi" w:cstheme="minorBidi"/>
      <w:color w:val="FFFFFF" w:themeColor="background1"/>
      <w:sz w:val="22"/>
      <w:szCs w:val="22"/>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5B5ADD"/>
    <w:pPr>
      <w:spacing w:after="0" w:line="240" w:lineRule="auto"/>
    </w:pPr>
    <w:rPr>
      <w:rFonts w:asciiTheme="minorHAnsi" w:eastAsiaTheme="minorEastAsia" w:hAnsiTheme="minorHAnsi" w:cstheme="minorBidi"/>
      <w:color w:val="FFFFFF" w:themeColor="background1"/>
      <w:sz w:val="22"/>
      <w:szCs w:val="22"/>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5B5ADD"/>
    <w:pPr>
      <w:spacing w:after="0" w:line="240" w:lineRule="auto"/>
    </w:pPr>
    <w:rPr>
      <w:rFonts w:asciiTheme="minorHAnsi" w:eastAsiaTheme="minorEastAsia" w:hAnsiTheme="minorHAnsi" w:cstheme="minorBidi"/>
      <w:color w:val="FFFFFF" w:themeColor="background1"/>
      <w:sz w:val="22"/>
      <w:szCs w:val="22"/>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5B5ADD"/>
    <w:pPr>
      <w:spacing w:after="0" w:line="240" w:lineRule="auto"/>
    </w:pPr>
    <w:rPr>
      <w:rFonts w:asciiTheme="minorHAnsi" w:eastAsiaTheme="minorEastAsia" w:hAnsiTheme="minorHAnsi" w:cstheme="minorBidi"/>
      <w:color w:val="FFFFFF" w:themeColor="background1"/>
      <w:sz w:val="22"/>
      <w:szCs w:val="22"/>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5B5ADD"/>
    <w:pPr>
      <w:spacing w:after="0" w:line="240" w:lineRule="auto"/>
    </w:pPr>
    <w:rPr>
      <w:rFonts w:asciiTheme="minorHAnsi" w:eastAsiaTheme="minorEastAsia" w:hAnsiTheme="minorHAnsi" w:cstheme="minorBidi"/>
      <w:color w:val="FFFFFF" w:themeColor="background1"/>
      <w:sz w:val="22"/>
      <w:szCs w:val="22"/>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5B5ADD"/>
    <w:pPr>
      <w:spacing w:after="0" w:line="240" w:lineRule="auto"/>
    </w:pPr>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ont-claude-response-body">
    <w:name w:val="font-claude-response-body"/>
    <w:basedOn w:val="Normal"/>
    <w:rsid w:val="005B5ADD"/>
    <w:pPr>
      <w:spacing w:before="100" w:beforeAutospacing="1" w:after="100" w:afterAutospacing="1" w:line="240" w:lineRule="auto"/>
    </w:pPr>
  </w:style>
  <w:style w:type="paragraph" w:styleId="Revision">
    <w:name w:val="Revision"/>
    <w:hidden/>
    <w:uiPriority w:val="99"/>
    <w:semiHidden/>
    <w:rsid w:val="005B5ADD"/>
    <w:pPr>
      <w:spacing w:after="0" w:line="240" w:lineRule="auto"/>
    </w:pPr>
    <w:rPr>
      <w:rFonts w:asciiTheme="minorHAnsi" w:eastAsiaTheme="minorEastAsia" w:hAnsiTheme="minorHAnsi" w:cstheme="minorBidi"/>
      <w:sz w:val="22"/>
      <w:szCs w:val="22"/>
    </w:rPr>
  </w:style>
  <w:style w:type="character" w:customStyle="1" w:styleId="citation-359">
    <w:name w:val="citation-359"/>
    <w:basedOn w:val="DefaultParagraphFont"/>
    <w:rsid w:val="005B5ADD"/>
  </w:style>
  <w:style w:type="character" w:customStyle="1" w:styleId="citation-358">
    <w:name w:val="citation-358"/>
    <w:basedOn w:val="DefaultParagraphFont"/>
    <w:rsid w:val="005B5ADD"/>
  </w:style>
  <w:style w:type="character" w:customStyle="1" w:styleId="citation-357">
    <w:name w:val="citation-357"/>
    <w:basedOn w:val="DefaultParagraphFont"/>
    <w:rsid w:val="005B5ADD"/>
  </w:style>
  <w:style w:type="paragraph" w:styleId="NormalWeb">
    <w:name w:val="Normal (Web)"/>
    <w:basedOn w:val="Normal"/>
    <w:uiPriority w:val="99"/>
    <w:semiHidden/>
    <w:unhideWhenUsed/>
    <w:rsid w:val="00DB33D9"/>
    <w:pPr>
      <w:spacing w:before="100" w:beforeAutospacing="1" w:after="100" w:afterAutospacing="1"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4C674-A29F-7A40-B939-4C042B5E9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264</Pages>
  <Words>88380</Words>
  <Characters>414506</Characters>
  <Application>Microsoft Office Word</Application>
  <DocSecurity>0</DocSecurity>
  <Lines>6908</Lines>
  <Paragraphs>2733</Paragraphs>
  <ScaleCrop>false</ScaleCrop>
  <HeadingPairs>
    <vt:vector size="2" baseType="variant">
      <vt:variant>
        <vt:lpstr>Title</vt:lpstr>
      </vt:variant>
      <vt:variant>
        <vt:i4>1</vt:i4>
      </vt:variant>
    </vt:vector>
  </HeadingPairs>
  <TitlesOfParts>
    <vt:vector size="1" baseType="lpstr">
      <vt:lpstr>THE NOMAD</vt:lpstr>
    </vt:vector>
  </TitlesOfParts>
  <Manager/>
  <Company/>
  <LinksUpToDate>false</LinksUpToDate>
  <CharactersWithSpaces>500153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NOMAD</dc:title>
  <dc:subject/>
  <dc:creator>MARWAN MARSHI</dc:creator>
  <cp:keywords/>
  <dc:description/>
  <cp:lastModifiedBy>Marwan Marshi</cp:lastModifiedBy>
  <cp:revision>4</cp:revision>
  <dcterms:created xsi:type="dcterms:W3CDTF">2026-06-07T19:15:00Z</dcterms:created>
  <dcterms:modified xsi:type="dcterms:W3CDTF">2026-06-07T20:09:00Z</dcterms:modified>
  <cp:category/>
</cp:coreProperties>
</file>