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spacing w:before="3000" w:after="240"/>
        <w:jc w:val="center"/>
      </w:pPr>
      <w:r>
        <w:rPr>
          <w:rFonts w:ascii="Georgia" w:hAnsi="Georgia"/>
          <w:color w:val="5C1D1D"/>
          <w:sz w:val="52"/>
        </w:rPr>
        <w:t>North Pole Christmas Slow-Burn</w:t>
      </w:r>
    </w:p>
    <w:p>
      <w:pPr>
        <w:spacing w:after="4000"/>
        <w:jc w:val="center"/>
      </w:pPr>
      <w:r>
        <w:rPr>
          <w:i/>
          <w:color w:val="6E5F50"/>
          <w:sz w:val="26"/>
        </w:rPr>
        <w:t>A holiday romance of books, markets, and magic.</w:t>
      </w:r>
    </w:p>
    <w:p>
      <w:r>
        <w:br w:type="page"/>
      </w:r>
    </w:p>
    <w:p>
      <w:pPr>
        <w:keepNext/>
        <w:spacing w:before="240" w:after="240"/>
      </w:pPr>
      <w:r>
        <w:rPr>
          <w:rFonts w:ascii="Georgia" w:hAnsi="Georgia"/>
          <w:color w:val="5C1D1D"/>
          <w:sz w:val="32"/>
        </w:rPr>
        <w:t>Introduction</w:t>
      </w:r>
    </w:p>
    <w:p>
      <w:pPr>
        <w:spacing w:after="200" w:line="300" w:lineRule="auto"/>
      </w:pPr>
      <w:r>
        <w:rPr>
          <w:rFonts w:ascii="Georgia" w:hAnsi="Georgia"/>
          <w:b w:val="0"/>
          <w:i w:val="0"/>
          <w:sz w:val="22"/>
        </w:rPr>
        <w:t>London turns its pockets of light inward as winter settles - soft streetlamps, quiet bookshops, and the kind of cold that makes you hold your thoughts a little closer.</w:t>
      </w:r>
    </w:p>
    <w:p>
      <w:pPr>
        <w:spacing w:after="200" w:line="300" w:lineRule="auto"/>
        <w:ind w:firstLine="504"/>
      </w:pPr>
      <w:r>
        <w:rPr>
          <w:rFonts w:ascii="Georgia" w:hAnsi="Georgia"/>
          <w:b w:val="0"/>
          <w:i w:val="0"/>
          <w:sz w:val="22"/>
        </w:rPr>
        <w:t>In that hush, Paru is piecing together a holiday that feels less like a performance and more like a promise, map by map and page by page, until the season starts to tug at her life from the other direction.</w:t>
      </w:r>
    </w:p>
    <w:p>
      <w:pPr>
        <w:spacing w:after="200" w:line="300" w:lineRule="auto"/>
        <w:ind w:firstLine="504"/>
      </w:pPr>
      <w:r>
        <w:rPr>
          <w:rFonts w:ascii="Georgia" w:hAnsi="Georgia"/>
          <w:b w:val="0"/>
          <w:i w:val="0"/>
          <w:sz w:val="22"/>
        </w:rPr>
        <w:t>But what happens when a stranger's kindness comes wrapped in questions, and every answer seems to lead farther north than anyone planned?</w:t>
      </w:r>
    </w:p>
    <w:p>
      <w:pPr>
        <w:spacing w:after="200" w:line="300" w:lineRule="auto"/>
        <w:ind w:firstLine="504"/>
      </w:pPr>
      <w:r>
        <w:rPr>
          <w:rFonts w:ascii="Georgia" w:hAnsi="Georgia"/>
          <w:b w:val="0"/>
          <w:i w:val="0"/>
          <w:sz w:val="22"/>
        </w:rPr>
        <w:t>In North Pole Christmas Slow-Burn, the distance between London and the North Pole is only the first measure - because the real journey is toward honesty, one candlelit conversation at a time.</w:t>
      </w:r>
    </w:p>
    <w:p>
      <w:pPr>
        <w:keepNext/>
        <w:spacing w:before="720" w:after="240"/>
      </w:pPr>
      <w:r>
        <w:rPr>
          <w:rFonts w:ascii="Georgia" w:hAnsi="Georgia"/>
          <w:color w:val="5C1D1D"/>
          <w:sz w:val="32"/>
        </w:rPr>
        <w:t>Table of Contents</w:t>
      </w:r>
    </w:p>
    <w:p>
      <w:pPr>
        <w:spacing w:after="120"/>
      </w:pPr>
      <w:r>
        <w:rPr>
          <w:color w:val="6E5F50"/>
        </w:rPr>
        <w:t>Chapter 1: Paru's London Map and Moodboard</w:t>
      </w:r>
    </w:p>
    <w:p>
      <w:pPr>
        <w:spacing w:after="120"/>
      </w:pPr>
      <w:r>
        <w:rPr>
          <w:color w:val="6E5F50"/>
        </w:rPr>
        <w:t>Chapter 2: First Cold Breath at Trafalgar</w:t>
      </w:r>
    </w:p>
    <w:p>
      <w:pPr>
        <w:spacing w:after="120"/>
      </w:pPr>
      <w:r>
        <w:rPr>
          <w:color w:val="6E5F50"/>
        </w:rPr>
        <w:t>Chapter 3: A Stranger's Bookish Christmas Checklist</w:t>
      </w:r>
    </w:p>
    <w:p>
      <w:pPr>
        <w:spacing w:after="120"/>
      </w:pPr>
      <w:r>
        <w:rPr>
          <w:color w:val="6E5F50"/>
        </w:rPr>
        <w:t>Chapter 4: North Pole Tickets and Long Conversations</w:t>
      </w:r>
    </w:p>
    <w:p>
      <w:pPr>
        <w:spacing w:after="120"/>
      </w:pPr>
      <w:r>
        <w:rPr>
          <w:color w:val="6E5F50"/>
        </w:rPr>
        <w:t>Chapter 5: The North Pole Candlelit Christmas Confession</w:t>
      </w:r>
    </w:p>
    <w:p>
      <w:r>
        <w:br w:type="page"/>
      </w:r>
    </w:p>
    <w:p>
      <w:pPr>
        <w:keepNext/>
        <w:spacing w:before="240" w:after="240"/>
      </w:pPr>
      <w:r>
        <w:rPr>
          <w:rFonts w:ascii="Georgia" w:hAnsi="Georgia"/>
          <w:color w:val="5C1D1D"/>
          <w:sz w:val="32"/>
        </w:rPr>
        <w:t>Chapter 1: Paru's London Map and Moodboard</w:t>
      </w:r>
    </w:p>
    <w:p>
      <w:pPr>
        <w:spacing w:after="200" w:line="300" w:lineRule="auto"/>
      </w:pPr>
      <w:r>
        <w:rPr>
          <w:rFonts w:ascii="Georgia" w:hAnsi="Georgia"/>
          <w:b w:val="0"/>
          <w:i w:val="0"/>
          <w:sz w:val="22"/>
        </w:rPr>
        <w:t>Paru's desk in India had its own weather system: a small cyclone of paper, ink, and anticipation. The air smelled faintly of cardamom tea gone cold and the sharp, dry bite of highlighter. Her London map - creased and smoothed so many times the creases looked like old book spines - lay open beside a stack of English classics whose margins were crowded with her handwriting. She had underlined passages the way other people underlined prayers. On the opposite side of the desk, her itinerary sat in neat rows like a timetable for a train she could almost hear. In the quiet, even the clock tick sounded deliberate, as if it understood she didn't have time to be surprised.</w:t>
      </w:r>
    </w:p>
    <w:p>
      <w:pPr>
        <w:spacing w:after="200" w:line="300" w:lineRule="auto"/>
        <w:ind w:firstLine="504"/>
      </w:pPr>
      <w:r>
        <w:rPr>
          <w:rFonts w:ascii="Georgia" w:hAnsi="Georgia"/>
          <w:b w:val="0"/>
          <w:i w:val="0"/>
          <w:sz w:val="22"/>
        </w:rPr>
        <w:t>She leaned closer to the screen and tapped her pen against the paper: a flight window, a train connection, a day marked for Christmas markets and another for museums, another for long walks when the cold would make her feel brave. She'd planned it the way she planned essays - by building the argument brick by brick - because London felt like a thesis she was dying to defend. She'd promised herself she wouldn't arrive with guesswork. She wouldn't arrive with confusion. She would arrive as if she belonged to the city's kind of romance: candlelit and book-bound, full of small miracles that didn't need to be explained.</w:t>
      </w:r>
    </w:p>
    <w:p>
      <w:pPr>
        <w:spacing w:after="200" w:line="300" w:lineRule="auto"/>
        <w:ind w:firstLine="504"/>
      </w:pPr>
      <w:r>
        <w:rPr>
          <w:rFonts w:ascii="Georgia" w:hAnsi="Georgia"/>
          <w:b w:val="0"/>
          <w:i w:val="0"/>
          <w:sz w:val="22"/>
        </w:rPr>
        <w:t>Her notes included everything she loved about England - how the rain made streetlights look like softened pearls, how the brick of certain buildings seemed to hold warmth in memory, how the word "queue" carried a whole personality. There were bookmarks tucked into the classics, each one holding a thought she wanted to live through while she was there. The bookmark in her copy of Dickens was for a line about perseverance; the one in her Austen was for restraint; the one in her poetry collection was for the way grief and joy could share a sentence without tearing it apart. When she was too tired to think, she reread them until her mind settled. Then her laptop chimed.</w:t>
      </w:r>
    </w:p>
    <w:p>
      <w:pPr>
        <w:spacing w:after="200" w:line="300" w:lineRule="auto"/>
        <w:ind w:firstLine="504"/>
      </w:pPr>
      <w:r>
        <w:rPr>
          <w:rFonts w:ascii="Georgia" w:hAnsi="Georgia"/>
          <w:b w:val="0"/>
          <w:i w:val="0"/>
          <w:sz w:val="22"/>
        </w:rPr>
        <w:t>The sound was small, almost polite. It didn't prepare her for the sting that followed. She blinked at the subject line, her fingers still resting on the edge of her map as if it might keep her anchored. A notification banner rose on the screen, crisp and official, and her stomach tightened before she even read the words. She told herself it was nothing—an update, a change of gate, a reminder to pack gloves. She told herself she had already accounted for cold weather, for crowded stations, for the way London moved like a story that refused to pause. But the message wasn't about luggage. It was about permission.</w:t>
      </w:r>
    </w:p>
    <w:p>
      <w:pPr>
        <w:spacing w:after="200" w:line="300" w:lineRule="auto"/>
        <w:ind w:firstLine="504"/>
      </w:pPr>
      <w:r>
        <w:rPr>
          <w:rFonts w:ascii="Georgia" w:hAnsi="Georgia"/>
          <w:b w:val="0"/>
          <w:i w:val="0"/>
          <w:sz w:val="22"/>
        </w:rPr>
        <w:t>Paru clicked, and the room seemed to tilt with the effort of understanding. The visa status - pending, then flagged, then requiring additional documentation - was written in language that didn't care how carefully she'd arranged her life. She stared at the screen until the letters blurred at the edges, until she could feel the heat rising behind her eyes like a fever. The itinerary pages on her desk looked suddenly theatrical, like props from a play she'd rehearsed alone. A place could be ruined without touching it.</w:t>
      </w:r>
    </w:p>
    <w:p>
      <w:pPr>
        <w:spacing w:after="200" w:line="300" w:lineRule="auto"/>
        <w:ind w:firstLine="504"/>
      </w:pPr>
      <w:r>
        <w:rPr>
          <w:rFonts w:ascii="Georgia" w:hAnsi="Georgia"/>
          <w:b w:val="0"/>
          <w:i w:val="0"/>
          <w:sz w:val="22"/>
        </w:rPr>
        <w:t>She pressed her palm flat against the desk, grounding herself in the texture of wood and paper. The map's surface was slightly tacky from how often she'd handled it with anxious hands. Her tea had a film on top now, pale and unappetizing, as if even sweetness had given up. She swallowed and tried to breathe in a way that didn't sound like panic. Her phone buzzed again—another notification, this one from the travel portal. Different wording, same conclusion: her scheduled arrival could not be guaranteed under the current processing requirements. It wasn't a definite denial. It was worse than that. It was uncertainty with teeth.</w:t>
      </w:r>
    </w:p>
    <w:p>
      <w:pPr>
        <w:spacing w:after="200" w:line="300" w:lineRule="auto"/>
        <w:ind w:firstLine="504"/>
      </w:pPr>
      <w:r>
        <w:rPr>
          <w:rFonts w:ascii="Georgia" w:hAnsi="Georgia"/>
          <w:b w:val="0"/>
          <w:i w:val="0"/>
          <w:sz w:val="22"/>
        </w:rPr>
        <w:t>"No," she said under her breath, and the word came out too thin, too exposed. She didn't mean refusal at the world; she meant refusal at the idea that her careful reading of life could be wrong. She had built her hope like a shelf: sturdy, spaced, labeled. You didn't knock it over with one notification.</w:t>
      </w:r>
    </w:p>
    <w:p>
      <w:pPr>
        <w:spacing w:after="200" w:line="300" w:lineRule="auto"/>
        <w:ind w:firstLine="504"/>
      </w:pPr>
      <w:r>
        <w:rPr>
          <w:rFonts w:ascii="Georgia" w:hAnsi="Georgia"/>
          <w:b w:val="0"/>
          <w:i w:val="0"/>
          <w:sz w:val="22"/>
        </w:rPr>
        <w:t>She reopened the itinerary. The days were still there, stubbornly aligned. She zoomed in on the line she'd written with such satisfaction: arrive, check in, walk to a market, get her first cup of something warm, then come back to her room and let the street sounds lull her into a different version of herself. She ran her finger along the sequence as if she could steer it by touch. The problem wasn't just travel; it was timing. It was the exactness of her longing. If she couldn't arrive when she'd planned, what else would shift? What else would unravel?</w:t>
      </w:r>
    </w:p>
    <w:p>
      <w:pPr>
        <w:spacing w:after="200" w:line="300" w:lineRule="auto"/>
        <w:ind w:firstLine="504"/>
      </w:pPr>
      <w:r>
        <w:rPr>
          <w:rFonts w:ascii="Georgia" w:hAnsi="Georgia"/>
          <w:b w:val="0"/>
          <w:i w:val="0"/>
          <w:sz w:val="22"/>
        </w:rPr>
        <w:t>Paru's mind reached for logic, the way it always did when feelings threatened to overwhelm her. She made herself read the visa message again, slower. She highlighted key phrases with the same pen she used to mark favorite lines in books - only this time the ink looked darker, almost cruel. Additional documents. Resubmission or correction required. Processing time that could push her dates. Her heart kept a steady, unhelpful rhythm, as if it believed steady meant safe. She heard her own voice in her head, the one she used when she corrected essays: facts first, feelings later. But her feelings were the facts now. They were the only thing moving fast.</w:t>
      </w:r>
    </w:p>
    <w:p>
      <w:pPr>
        <w:spacing w:after="200" w:line="300" w:lineRule="auto"/>
        <w:ind w:firstLine="504"/>
      </w:pPr>
      <w:r>
        <w:rPr>
          <w:rFonts w:ascii="Georgia" w:hAnsi="Georgia"/>
          <w:b w:val="0"/>
          <w:i w:val="0"/>
          <w:sz w:val="22"/>
        </w:rPr>
        <w:t>She picked up her passport and turned it over in her hands. The cover felt smooth, almost comforting, like it belonged to a different version of her life. Her thumb traced the edge of her photo, and for a moment she wondered whether the person in the photo looked as determined as she felt. Determination, she realized, wasn't the same as control. She'd confused the two.</w:t>
      </w:r>
    </w:p>
    <w:p>
      <w:pPr>
        <w:spacing w:after="200" w:line="300" w:lineRule="auto"/>
        <w:ind w:firstLine="504"/>
      </w:pPr>
      <w:r>
        <w:rPr>
          <w:rFonts w:ascii="Georgia" w:hAnsi="Georgia"/>
          <w:b w:val="0"/>
          <w:i w:val="0"/>
          <w:sz w:val="22"/>
        </w:rPr>
        <w:t>Her phone rang - her mother, probably, or a friend asking if she'd packed enough layers. Paru let it ring twice, then declined. She couldn't bear to explain the shape of this panic out loud. Not yet. Not until she knew what it would become.</w:t>
      </w:r>
    </w:p>
    <w:p>
      <w:pPr>
        <w:spacing w:after="200" w:line="300" w:lineRule="auto"/>
        <w:ind w:firstLine="504"/>
      </w:pPr>
      <w:r>
        <w:rPr>
          <w:rFonts w:ascii="Georgia" w:hAnsi="Georgia"/>
          <w:b w:val="0"/>
          <w:i w:val="0"/>
          <w:sz w:val="22"/>
        </w:rPr>
        <w:t>She opened her email and searched for the visa confirmation document she'd printed weeks ago. The printer whirred in her memory—paper sliding out, ink drying, her fingers smudged with black. She remembered how pleased she'd been with her-self for preparing so early, for being the kind of person who didn't cut it close. That kind of person didn't end up with flagged applications. That kind of person didn't have to beg the world to let them be where they'd already imagined themselves. But life didn't respect the type of person you wanted to be.</w:t>
      </w:r>
    </w:p>
    <w:p>
      <w:pPr>
        <w:spacing w:after="200" w:line="300" w:lineRule="auto"/>
        <w:ind w:firstLine="504"/>
      </w:pPr>
      <w:r>
        <w:rPr>
          <w:rFonts w:ascii="Georgia" w:hAnsi="Georgia"/>
          <w:b w:val="0"/>
          <w:i w:val="0"/>
          <w:sz w:val="22"/>
        </w:rPr>
        <w:t>Paru sat back, and the chair creaked like an old floorboard in a house with secrets. She looked again at her London map and tried to imagine it without her. She imagined the city's cold air brushing her cheeks, imagined her breath turning visible in the morning, imagined the smell of roasted nuts and cinnamon drifting from stalls. Those images were vivid enough to hurt. They had become a kind of private religion. She'd thought she was building a sanctuary. Now the sanctuary might be locked.</w:t>
      </w:r>
    </w:p>
    <w:p>
      <w:pPr>
        <w:spacing w:after="200" w:line="300" w:lineRule="auto"/>
        <w:ind w:firstLine="504"/>
      </w:pPr>
      <w:r>
        <w:rPr>
          <w:rFonts w:ascii="Georgia" w:hAnsi="Georgia"/>
          <w:b w:val="0"/>
          <w:i w:val="0"/>
          <w:sz w:val="22"/>
        </w:rPr>
        <w:t>She stood, restless, and crossed to the bookshelf by instinct. The classics lined up like silent witnesses: Austen, Dickens, Eliot, Hardy—each one a door she'd walked through in her head. She pulled out a thin notebook where she'd been writing her "London moodboard" in words, not pictures. She'd described it like a collage: winter light, red scarves, library steps damp with morning. She'd written down the specific song she wanted playing in the background when she first saw the city from a train window. She'd even written a list of phrases she planned to notice in English conversations, as if the city would speak her language back to her.</w:t>
      </w:r>
    </w:p>
    <w:p>
      <w:pPr>
        <w:spacing w:after="200" w:line="300" w:lineRule="auto"/>
        <w:ind w:firstLine="504"/>
      </w:pPr>
      <w:r>
        <w:rPr>
          <w:rFonts w:ascii="Georgia" w:hAnsi="Georgia"/>
          <w:b w:val="0"/>
          <w:i/>
          <w:sz w:val="22"/>
        </w:rPr>
        <w:t>She flipped to the latest page. At the top she'd scrawled a sentence she'd meant as a promise to herself: Arrive on time for the first snowfall, even if it's only on the edges of the river.</w:t>
      </w:r>
    </w:p>
    <w:p>
      <w:pPr>
        <w:spacing w:after="200" w:line="300" w:lineRule="auto"/>
        <w:ind w:firstLine="504"/>
      </w:pPr>
      <w:r>
        <w:rPr>
          <w:rFonts w:ascii="Georgia" w:hAnsi="Georgia"/>
          <w:b w:val="0"/>
          <w:i w:val="0"/>
          <w:sz w:val="22"/>
        </w:rPr>
        <w:t>The pen hovered above the page now, trembling slightly. Even her handwriting looked uncertain. She could feel the shift in her body like a tide turning: the anxiety didn't just sit in her chest; it moved into her fingertips, her throat, her eyes.</w:t>
      </w:r>
    </w:p>
    <w:p>
      <w:pPr>
        <w:spacing w:after="200" w:line="300" w:lineRule="auto"/>
        <w:ind w:firstLine="504"/>
      </w:pPr>
      <w:r>
        <w:rPr>
          <w:rFonts w:ascii="Georgia" w:hAnsi="Georgia"/>
          <w:b w:val="0"/>
          <w:i w:val="0"/>
          <w:sz w:val="22"/>
        </w:rPr>
        <w:t>When she finally returned to the desk, she didn't let herself collapse into despair. Instead, she did what she always did when the world refused to hold still - she started negotiating with it. She opened the booking portal and clicked through options, her mind splitting into two versions of her: one that wanted to bargain, and one that wanted to grieve the plan she'd loved. The bookings were still possible. The flights weren't cancelled; they were conditional. There was a revised route that could work if she adjusted her dates - if she could accept that her arrival would be later, and that her carefully chosen days for markets and museums might have to be rewritten. It wasn't a dramatic solution. It was a practical one. But practical solutions still meant emotional loss. She would have to let go of the version of London she'd pre-written.</w:t>
      </w:r>
    </w:p>
    <w:p>
      <w:pPr>
        <w:spacing w:after="200" w:line="300" w:lineRule="auto"/>
        <w:ind w:firstLine="504"/>
      </w:pPr>
      <w:r>
        <w:rPr>
          <w:rFonts w:ascii="Georgia" w:hAnsi="Georgia"/>
          <w:b w:val="0"/>
          <w:i w:val="0"/>
          <w:sz w:val="22"/>
        </w:rPr>
        <w:t>Paru stared at the screen, her reflection faint in the dark glass. She could almost see her own face as someone else's character - bookish, stubborn, determined to make beauty happen on schedule. She hated how vulnerable that made her feel.</w:t>
      </w:r>
    </w:p>
    <w:p>
      <w:pPr>
        <w:spacing w:after="200" w:line="300" w:lineRule="auto"/>
        <w:ind w:firstLine="504"/>
      </w:pPr>
      <w:r>
        <w:rPr>
          <w:rFonts w:ascii="Georgia" w:hAnsi="Georgia"/>
          <w:b w:val="0"/>
          <w:i w:val="0"/>
          <w:sz w:val="22"/>
        </w:rPr>
        <w:t>Her phone buzzed again. This time, she answered.</w:t>
      </w:r>
    </w:p>
    <w:p>
      <w:pPr>
        <w:spacing w:after="200" w:line="300" w:lineRule="auto"/>
      </w:pPr>
      <w:r>
        <w:rPr>
          <w:rFonts w:ascii="Georgia" w:hAnsi="Georgia"/>
          <w:b w:val="0"/>
          <w:i w:val="0"/>
          <w:sz w:val="22"/>
        </w:rPr>
        <w:t>"Paru?" her mother's voice carried through the line, warm and slightly suspicious the way it did when she'd been busy and unreachable. "You didn't pick up earlier."</w:t>
      </w:r>
    </w:p>
    <w:p>
      <w:pPr>
        <w:spacing w:after="200" w:line="300" w:lineRule="auto"/>
      </w:pPr>
      <w:r>
        <w:rPr>
          <w:rFonts w:ascii="Georgia" w:hAnsi="Georgia"/>
          <w:b w:val="0"/>
          <w:i w:val="0"/>
          <w:sz w:val="22"/>
        </w:rPr>
        <w:t>Paru pressed her free hand to the bridge of her nose. "I was - busy."</w:t>
      </w:r>
    </w:p>
    <w:p>
      <w:pPr>
        <w:spacing w:after="200" w:line="300" w:lineRule="auto"/>
      </w:pPr>
      <w:r>
        <w:rPr>
          <w:rFonts w:ascii="Georgia" w:hAnsi="Georgia"/>
          <w:b w:val="0"/>
          <w:i w:val="0"/>
          <w:sz w:val="22"/>
        </w:rPr>
        <w:t>There was a pause. "Are you okay?"</w:t>
      </w:r>
    </w:p>
    <w:p>
      <w:pPr>
        <w:spacing w:after="200" w:line="300" w:lineRule="auto"/>
      </w:pPr>
      <w:r>
        <w:rPr>
          <w:rFonts w:ascii="Georgia" w:hAnsi="Georgia"/>
          <w:b w:val="0"/>
          <w:i w:val="0"/>
          <w:sz w:val="22"/>
        </w:rPr>
        <w:t>The question was simple. The answer wasn't. Paru looked at the visa notice on her laptop, the words still there like a bruise. She could tell her mother the truth in a way that sounded manageable, or she could keep it inside until it became heavier.</w:t>
      </w:r>
    </w:p>
    <w:p>
      <w:pPr>
        <w:spacing w:after="200" w:line="300" w:lineRule="auto"/>
      </w:pPr>
      <w:r>
        <w:rPr>
          <w:rFonts w:ascii="Georgia" w:hAnsi="Georgia"/>
          <w:b w:val="0"/>
          <w:i w:val="0"/>
          <w:sz w:val="22"/>
        </w:rPr>
        <w:t>"I think there's a paperwork problem," Paru said carefully. The word problem sounded small compared to the way her chest felt. "They need more documents, and it might change my travel dates."</w:t>
      </w:r>
    </w:p>
    <w:p>
      <w:pPr>
        <w:spacing w:after="200" w:line="300" w:lineRule="auto"/>
      </w:pPr>
      <w:r>
        <w:rPr>
          <w:rFonts w:ascii="Georgia" w:hAnsi="Georgia"/>
          <w:b w:val="0"/>
          <w:i w:val="0"/>
          <w:sz w:val="22"/>
        </w:rPr>
        <w:t>Her mother exhaled, audible even through the phone. "Change? Like... later?"</w:t>
      </w:r>
    </w:p>
    <w:p>
      <w:pPr>
        <w:spacing w:after="200" w:line="300" w:lineRule="auto"/>
      </w:pPr>
      <w:r>
        <w:rPr>
          <w:rFonts w:ascii="Georgia" w:hAnsi="Georgia"/>
          <w:b w:val="0"/>
          <w:i w:val="0"/>
          <w:sz w:val="22"/>
        </w:rPr>
        <w:t>"Yes." Paru swallowed. "Maybe."</w:t>
      </w:r>
    </w:p>
    <w:p>
      <w:pPr>
        <w:spacing w:after="200" w:line="300" w:lineRule="auto"/>
      </w:pPr>
      <w:r>
        <w:rPr>
          <w:rFonts w:ascii="Georgia" w:hAnsi="Georgia"/>
          <w:b w:val="0"/>
          <w:i w:val="0"/>
          <w:sz w:val="22"/>
        </w:rPr>
        <w:t>"Beta," her mother said, and the soft term landed like a blanket she didn't deserve at the moment. "You planned so much. Are you upset?"</w:t>
      </w:r>
    </w:p>
    <w:p>
      <w:pPr>
        <w:spacing w:after="200" w:line="300" w:lineRule="auto"/>
      </w:pPr>
      <w:r>
        <w:rPr>
          <w:rFonts w:ascii="Georgia" w:hAnsi="Georgia"/>
          <w:b w:val="0"/>
          <w:i w:val="0"/>
          <w:sz w:val="22"/>
        </w:rPr>
        <w:t>Paru's throat tightened. She hated that her mother could hear it. She hated that it mattered. "I'm upset," she admitted. "But I'm trying to fix it."</w:t>
      </w:r>
    </w:p>
    <w:p>
      <w:pPr>
        <w:spacing w:after="200" w:line="300" w:lineRule="auto"/>
      </w:pPr>
      <w:r>
        <w:rPr>
          <w:rFonts w:ascii="Georgia" w:hAnsi="Georgia"/>
          <w:b w:val="0"/>
          <w:i w:val="0"/>
          <w:sz w:val="22"/>
        </w:rPr>
        <w:t>There was another pause, and Paru heard the faint sound of her mother moving around the house, as if she was also searching for something she could control.</w:t>
      </w:r>
    </w:p>
    <w:p>
      <w:pPr>
        <w:spacing w:after="200" w:line="300" w:lineRule="auto"/>
      </w:pPr>
      <w:r>
        <w:rPr>
          <w:rFonts w:ascii="Georgia" w:hAnsi="Georgia"/>
          <w:b w:val="0"/>
          <w:i w:val="0"/>
          <w:sz w:val="22"/>
        </w:rPr>
        <w:t>"Then fix it," her mother said finally, with a firmness that felt like love. "We'll manage. You're going to London. Your books will still be there."</w:t>
      </w:r>
    </w:p>
    <w:p>
      <w:pPr>
        <w:spacing w:after="200" w:line="300" w:lineRule="auto"/>
        <w:ind w:firstLine="504"/>
      </w:pPr>
      <w:r>
        <w:rPr>
          <w:rFonts w:ascii="Georgia" w:hAnsi="Georgia"/>
          <w:b w:val="0"/>
          <w:i w:val="0"/>
          <w:sz w:val="22"/>
        </w:rPr>
        <w:t>Paru almost laughed at the comfort of that sentence, because it was both true and incomplete. Books would still be there. But Paru's timing - her first snowfall, her first market, her first moment of belonging - might not. She looked at her map again. Her finger traced the line where she'd planned to start her walk. The route felt like a path through a story. Now it would be a different chapter.</w:t>
      </w:r>
    </w:p>
    <w:p>
      <w:pPr>
        <w:spacing w:after="200" w:line="300" w:lineRule="auto"/>
      </w:pPr>
      <w:r>
        <w:rPr>
          <w:rFonts w:ascii="Georgia" w:hAnsi="Georgia"/>
          <w:b w:val="0"/>
          <w:i w:val="0"/>
          <w:sz w:val="22"/>
        </w:rPr>
        <w:t>"Okay," she said, and the word sounded steadier than she felt. "I'll send you updates."</w:t>
      </w:r>
    </w:p>
    <w:p>
      <w:pPr>
        <w:spacing w:after="200" w:line="300" w:lineRule="auto"/>
        <w:ind w:firstLine="504"/>
      </w:pPr>
      <w:r>
        <w:rPr>
          <w:rFonts w:ascii="Georgia" w:hAnsi="Georgia"/>
          <w:b w:val="0"/>
          <w:i w:val="0"/>
          <w:sz w:val="22"/>
        </w:rPr>
        <w:t>After she hung up, the silence returned with a sharper edge. She sat down and opened her London moodboard notebook again. The pages were full of small, care-fully chosen words meant to anchor her to a world that existed in her imagination. She read her own sentences as if they belonged to someone else. She had described London as if it were inevitable. Now inevitability had become negotiation.</w:t>
      </w:r>
    </w:p>
    <w:p>
      <w:pPr>
        <w:spacing w:after="200" w:line="300" w:lineRule="auto"/>
        <w:ind w:firstLine="504"/>
      </w:pPr>
      <w:r>
        <w:rPr>
          <w:rFonts w:ascii="Georgia" w:hAnsi="Georgia"/>
          <w:b w:val="0"/>
          <w:i w:val="0"/>
          <w:sz w:val="22"/>
        </w:rPr>
        <w:t>Paru pulled out a blank sheet of paper and began to write a revised timeline - not because she was calm, but because she couldn't bear to do nothing. Her pen moved with a familiar discipline. Flights could be shifted. Hotel reservations could be adjusted. Market days could be swapped for ones that still held the same warmth. The city would still smell like winter and sugar and wood smoke. She would still find her-self in a line of people wrapping scarves against the cold. She would still let herself be moved by street lamps and storybooks and the way the air sharpened everything.</w:t>
      </w:r>
    </w:p>
    <w:p>
      <w:pPr>
        <w:spacing w:after="200" w:line="300" w:lineRule="auto"/>
        <w:ind w:firstLine="504"/>
      </w:pPr>
      <w:r>
        <w:rPr>
          <w:rFonts w:ascii="Georgia" w:hAnsi="Georgia"/>
          <w:b w:val="0"/>
          <w:i w:val="0"/>
          <w:sz w:val="22"/>
        </w:rPr>
        <w:t>But she also knew something else now: her control had limits. The world could snatch at her plans without asking permission. That meant she would have to be gentler with herself when she couldn't be perfect. As she revised the dates, her thoughts kept snagging on the same fear - that if she couldn't keep her schedule, she might not keep her heart. She had prepared her-self for London as a destination, but she hadn't fully prepared herself for what could happen while she was there. She'd assumed the romance of it would arrive neatly, like a package on the porch of her life.</w:t>
      </w:r>
    </w:p>
    <w:p>
      <w:pPr>
        <w:spacing w:after="200" w:line="300" w:lineRule="auto"/>
        <w:ind w:firstLine="504"/>
      </w:pPr>
      <w:r>
        <w:rPr>
          <w:rFonts w:ascii="Georgia" w:hAnsi="Georgia"/>
          <w:b w:val="0"/>
          <w:i w:val="0"/>
          <w:sz w:val="22"/>
        </w:rPr>
        <w:t>What if it arrived messy? What if she met someone and couldn't fully predict what it would cost her?</w:t>
      </w:r>
    </w:p>
    <w:p>
      <w:pPr>
        <w:spacing w:after="200" w:line="300" w:lineRule="auto"/>
        <w:ind w:firstLine="504"/>
      </w:pPr>
      <w:r>
        <w:rPr>
          <w:rFonts w:ascii="Georgia" w:hAnsi="Georgia"/>
          <w:b w:val="0"/>
          <w:i w:val="0"/>
          <w:sz w:val="22"/>
        </w:rPr>
        <w:t>The question came uninvited, unwanted, and it still felt like a seed of possibility. She shoved it away by focusing on logistics, on the way she could still make the journey happen. Yet even as she adjusted her route, she felt the emotional shift set-tle in: the trip was real now, precarious and alive, instead of a safe dream sealed in-side a notebook.</w:t>
      </w:r>
    </w:p>
    <w:p>
      <w:pPr>
        <w:spacing w:after="200" w:line="300" w:lineRule="auto"/>
        <w:ind w:firstLine="504"/>
      </w:pPr>
      <w:r>
        <w:rPr>
          <w:rFonts w:ascii="Georgia" w:hAnsi="Georgia"/>
          <w:b w:val="0"/>
          <w:i w:val="0"/>
          <w:sz w:val="22"/>
        </w:rPr>
        <w:t>Her laptop chimed once more, and the revised itinerary appeared: new dates, new connections, the same London pinned to the calendar but with a different shape. She stared at it until her eyes burned. Relief came first, sharp and immediate. She hadn't lost London. She'd lost certainty. That was the cost.</w:t>
      </w:r>
    </w:p>
    <w:p>
      <w:pPr>
        <w:spacing w:after="200" w:line="300" w:lineRule="auto"/>
        <w:ind w:firstLine="504"/>
      </w:pPr>
      <w:r>
        <w:rPr>
          <w:rFonts w:ascii="Georgia" w:hAnsi="Georgia"/>
          <w:b w:val="0"/>
          <w:i w:val="0"/>
          <w:sz w:val="22"/>
        </w:rPr>
        <w:t>Paru leaned back and closed her eyes for a moment, letting the desk hold her up. She could still smell cardamom tea. She could still feel the cold of the screen's sur-face through her palms. Somewhere beyond her room, the world kept moving at its own pace. She had planned a journey like a sentence with a perfect ending. Now she would have to read it as it came, line by line, accepting that not every word would land where she expected.</w:t>
      </w:r>
    </w:p>
    <w:p>
      <w:pPr>
        <w:spacing w:after="200" w:line="300" w:lineRule="auto"/>
        <w:ind w:firstLine="504"/>
      </w:pPr>
      <w:r>
        <w:rPr>
          <w:rFonts w:ascii="Georgia" w:hAnsi="Georgia"/>
          <w:b w:val="0"/>
          <w:i w:val="0"/>
          <w:sz w:val="22"/>
        </w:rPr>
        <w:t>When she opened her eyes again, she reached for her bookmark in Austen and slid it out. The page beneath it held a paragraph she'd loved because it understood restraint as a kind of bravery. Paru read the line once, then again, and this time it didn't feel like a quote for a trip. It felt like a warning and a comfort at the same time: you can't command feelings, but you can decide how you show up for them.</w:t>
      </w:r>
    </w:p>
    <w:p>
      <w:pPr>
        <w:spacing w:after="200" w:line="300" w:lineRule="auto"/>
        <w:ind w:firstLine="504"/>
      </w:pPr>
      <w:r>
        <w:rPr>
          <w:rFonts w:ascii="Georgia" w:hAnsi="Georgia"/>
          <w:b w:val="0"/>
          <w:i/>
          <w:sz w:val="22"/>
        </w:rPr>
        <w:t>She placed the bookmark back, firmer this time, as if pressing it down could make the future behave. Then she wrote one last note on the revised itinerary, in the margin where her handwriting always looked slightly more honest than her planning: London is still coming. Just not on my schedule.</w:t>
      </w:r>
    </w:p>
    <w:p>
      <w:pPr>
        <w:spacing w:after="200" w:line="300" w:lineRule="auto"/>
        <w:ind w:firstLine="504"/>
      </w:pPr>
      <w:r>
        <w:rPr>
          <w:rFonts w:ascii="Georgia" w:hAnsi="Georgia"/>
          <w:b w:val="0"/>
          <w:i w:val="0"/>
          <w:sz w:val="22"/>
        </w:rPr>
        <w:t>Her pen hovered over the paper after that sentence, waiting to be used again. Outside, the house settled with a soft creak, and the sound made her think of pages turning - slow, inevitable, full of possibilities she couldn't yet name. She secured the revised route, saved the confirmations, and reopened her map, not to cling to it, but to study it like a story she would have to survive before she could enjoy it.</w:t>
      </w:r>
    </w:p>
    <w:p>
      <w:pPr>
        <w:spacing w:after="200" w:line="300" w:lineRule="auto"/>
        <w:ind w:firstLine="504"/>
      </w:pPr>
      <w:r>
        <w:rPr>
          <w:rFonts w:ascii="Georgia" w:hAnsi="Georgia"/>
          <w:b w:val="0"/>
          <w:i w:val="0"/>
          <w:sz w:val="22"/>
        </w:rPr>
        <w:t>And in the quiet that followed, the new question took root - if her carefully con-trolled arrival could be undone by a visa notice, what else might slip into her life un-invited, and how would she hold herself together when it did?</w:t>
      </w:r>
    </w:p>
    <w:p>
      <w:r>
        <w:br w:type="page"/>
      </w:r>
    </w:p>
    <w:p>
      <w:pPr>
        <w:keepNext/>
        <w:spacing w:before="240" w:after="240"/>
      </w:pPr>
      <w:r>
        <w:rPr>
          <w:rFonts w:ascii="Georgia" w:hAnsi="Georgia"/>
          <w:color w:val="5C1D1D"/>
          <w:sz w:val="32"/>
        </w:rPr>
        <w:t>Chapter 2: First Cold Breath at Trafalgar</w:t>
      </w:r>
    </w:p>
    <w:p>
      <w:pPr>
        <w:spacing w:after="200" w:line="300" w:lineRule="auto"/>
      </w:pPr>
      <w:r>
        <w:rPr>
          <w:rFonts w:ascii="Georgia" w:hAnsi="Georgia"/>
          <w:b w:val="0"/>
          <w:i w:val="0"/>
          <w:sz w:val="22"/>
        </w:rPr>
        <w:t>My phone screen was still warm from my thumb when the cold found my wrists. I'd barely stepped out onto the pavement near Trafalgar Square before the air turned physical - sharp as paper cuts, biting through the thin layer of warmth I'd managed to pack with all my meticulousness. London didn't ease into winter. It grabbed you by the breath and made you prove you could keep going. The sky looked the colour of steel wool, and the wind came in sideways, threading itself through my hair like it had been waiting for me.</w:t>
      </w:r>
    </w:p>
    <w:p>
      <w:pPr>
        <w:spacing w:after="200" w:line="300" w:lineRule="auto"/>
        <w:ind w:firstLine="504"/>
      </w:pPr>
      <w:r>
        <w:rPr>
          <w:rFonts w:ascii="Georgia" w:hAnsi="Georgia"/>
          <w:b w:val="0"/>
          <w:i w:val="0"/>
          <w:sz w:val="22"/>
        </w:rPr>
        <w:t>I stood there with my revised schedule saved on the screen, the confirmations stacked like tiny promises - Museum at ten, market lanes at eleven, a slow wander that would let my eyes learn the city the way my mind always learned books: cover to spine to the exact shade of gold on the title. I'd planned for this. I'd planned for the cold too, down to the thickness of gloves I bought and the way I'd layer my scarves so I could disappear into warmth when I needed to. Yet my fingers were al-ready numb, and my throat tightened with the humiliating awareness that I was not as ready as I'd pretended to be.</w:t>
      </w:r>
    </w:p>
    <w:p>
      <w:pPr>
        <w:spacing w:after="200" w:line="300" w:lineRule="auto"/>
        <w:ind w:firstLine="504"/>
      </w:pPr>
      <w:r>
        <w:rPr>
          <w:rFonts w:ascii="Georgia" w:hAnsi="Georgia"/>
          <w:b w:val="0"/>
          <w:i w:val="0"/>
          <w:sz w:val="22"/>
        </w:rPr>
        <w:t>The square was alive anyway. Carols drifted from somewhere behind the stone, muffled by distance and wind, and the air smelled like roasted nuts and something sweet - cinnamon, maybe, or spiced pastry - threading through the chill. Somewhere near the edges of the market stalls, someone laughed, and the sound was bright enough to hurt.</w:t>
      </w:r>
    </w:p>
    <w:p>
      <w:pPr>
        <w:spacing w:after="200" w:line="300" w:lineRule="auto"/>
        <w:ind w:firstLine="504"/>
      </w:pPr>
      <w:r>
        <w:rPr>
          <w:rFonts w:ascii="Georgia" w:hAnsi="Georgia"/>
          <w:b w:val="0"/>
          <w:i w:val="0"/>
          <w:sz w:val="22"/>
        </w:rPr>
        <w:t>I pulled my scarf higher, as if fabric could negotiate with weather. My map app blinked and recalculated, and for a moment the spinning circle felt like a question I didn't want to answer. I'd spent so long controlling arrival - revised route, saved con-firmations - because control was the only kind of certainty I trusted. But the last time I'd held a page of certainty, it had ended in that quiet question: if my carefully con-trolled arrival could be undone by a visa notice, what else might slip into my life uninvited?</w:t>
      </w:r>
    </w:p>
    <w:p>
      <w:pPr>
        <w:spacing w:after="200" w:line="300" w:lineRule="auto"/>
        <w:ind w:firstLine="504"/>
      </w:pPr>
      <w:r>
        <w:rPr>
          <w:rFonts w:ascii="Georgia" w:hAnsi="Georgia"/>
          <w:b w:val="0"/>
          <w:i w:val="0"/>
          <w:sz w:val="22"/>
        </w:rPr>
        <w:t>I shifted my bag higher on my shoulder and stepped toward the nearest stalls, letting the smell of warm sugar and smoke lead me like a bookmark. The first stall I found wasn't the one in my plan. It was tucked a little to the side, near the edge of the flow of people, where the light from the market bulbs made the snow on the ground look like it had been sifted there deliberately. Handmade orna-ments glinted on a table beside thick wool scarves. A woman in a red coat arranged candles in their glass holders with the patience of someone setting out a story's characters - each one placed exactly where it belonged.</w:t>
      </w:r>
    </w:p>
    <w:p>
      <w:pPr>
        <w:spacing w:after="200" w:line="300" w:lineRule="auto"/>
        <w:ind w:firstLine="504"/>
      </w:pPr>
      <w:r>
        <w:rPr>
          <w:rFonts w:ascii="Georgia" w:hAnsi="Georgia"/>
          <w:b w:val="0"/>
          <w:i w:val="0"/>
          <w:sz w:val="22"/>
        </w:rPr>
        <w:t>I hovered, trying to decide whether to look too long or not long enough. My brain kept reaching for the version of me who would blend in, who would drift through London like she belonged to it. Instead, my body betrayed me with the small, stub-born shake of cold. A man beside me - older, cheeks reddened, holding a paper cup chuckled at my obviousness. He turned slightly, as if he'd noticed my hesitation and found it charm-ing rather than embarrassing.</w:t>
      </w:r>
    </w:p>
    <w:p>
      <w:pPr>
        <w:spacing w:after="200" w:line="300" w:lineRule="auto"/>
      </w:pPr>
      <w:r>
        <w:rPr>
          <w:rFonts w:ascii="Georgia" w:hAnsi="Georgia"/>
          <w:b w:val="0"/>
          <w:i w:val="0"/>
          <w:sz w:val="22"/>
        </w:rPr>
        <w:t>"You've got the face of someone hunting for the perfect stall," he said, his voice warm in contrast to the wind.</w:t>
      </w:r>
    </w:p>
    <w:p>
      <w:pPr>
        <w:spacing w:after="200" w:line="300" w:lineRule="auto"/>
      </w:pPr>
      <w:r>
        <w:rPr>
          <w:rFonts w:ascii="Georgia" w:hAnsi="Georgia"/>
          <w:b w:val="0"/>
          <w:i w:val="0"/>
          <w:sz w:val="22"/>
        </w:rPr>
        <w:t>I opened my mouth, then closed it. The truth was messy. I wasn't hunting for the perfect stall. I was hunting for proof that my careful planning could still build some-thing comforting. That I could still walk into a place and have it meet me halfway.</w:t>
      </w:r>
    </w:p>
    <w:p>
      <w:pPr>
        <w:spacing w:after="200" w:line="300" w:lineRule="auto"/>
      </w:pPr>
      <w:r>
        <w:rPr>
          <w:rFonts w:ascii="Georgia" w:hAnsi="Georgia"/>
          <w:b w:val="0"/>
          <w:i w:val="0"/>
          <w:sz w:val="22"/>
        </w:rPr>
        <w:t>"It's... my first time," I managed. My accent made the sentence sound more vul-nerable than I intended.</w:t>
      </w:r>
    </w:p>
    <w:p>
      <w:pPr>
        <w:spacing w:after="200" w:line="300" w:lineRule="auto"/>
      </w:pPr>
      <w:r>
        <w:rPr>
          <w:rFonts w:ascii="Georgia" w:hAnsi="Georgia"/>
          <w:b w:val="0"/>
          <w:i w:val="0"/>
          <w:sz w:val="22"/>
        </w:rPr>
        <w:t>His smile softened. "London always feels like it's waiting to be understood. But it helps if you let it."</w:t>
      </w:r>
    </w:p>
    <w:p>
      <w:pPr>
        <w:spacing w:after="200" w:line="300" w:lineRule="auto"/>
        <w:ind w:firstLine="504"/>
      </w:pPr>
      <w:r>
        <w:rPr>
          <w:rFonts w:ascii="Georgia" w:hAnsi="Georgia"/>
          <w:b w:val="0"/>
          <w:i w:val="0"/>
          <w:sz w:val="22"/>
        </w:rPr>
        <w:t>Let it. A simple phrase, but it hit me like the first page of a book you didn't know you needed. I didn't have time for philosophy, not with my fingers going numb and my schedule still saved like a lifeline. Still, I found myself nodding, as if I could earn permission to be here just by agreeing.</w:t>
      </w:r>
    </w:p>
    <w:p>
      <w:pPr>
        <w:spacing w:after="200" w:line="300" w:lineRule="auto"/>
        <w:ind w:firstLine="504"/>
      </w:pPr>
      <w:r>
        <w:rPr>
          <w:rFonts w:ascii="Georgia" w:hAnsi="Georgia"/>
          <w:b w:val="0"/>
          <w:i w:val="0"/>
          <w:sz w:val="22"/>
        </w:rPr>
        <w:t>I reached for a candle, the glass cool under my fingertips. The label was printed in crisp lettering - something about winter evenings, about bringing the scent of pine indoors. The wax inside was a pale gold, and when I held it closer, I could almost feel warmth blooming in my chest before I even lit it.</w:t>
      </w:r>
    </w:p>
    <w:p>
      <w:pPr>
        <w:spacing w:after="200" w:line="300" w:lineRule="auto"/>
      </w:pPr>
      <w:r>
        <w:rPr>
          <w:rFonts w:ascii="Georgia" w:hAnsi="Georgia"/>
          <w:b w:val="0"/>
          <w:i w:val="0"/>
          <w:sz w:val="22"/>
        </w:rPr>
        <w:t>"Do you want to try it?" the woman asked. She didn't sound like she was selling; she sounded like she was offering. "We've got a little flame set up there."</w:t>
      </w:r>
    </w:p>
    <w:p>
      <w:pPr>
        <w:spacing w:after="200" w:line="300" w:lineRule="auto"/>
      </w:pPr>
      <w:r>
        <w:rPr>
          <w:rFonts w:ascii="Georgia" w:hAnsi="Georgia"/>
          <w:b w:val="0"/>
          <w:i w:val="0"/>
          <w:sz w:val="22"/>
        </w:rPr>
        <w:t>I glanced toward the corner she indicated. A small cluster of lanterns and candles sat on a table, and people leaned in reverently, faces lit and softened by the glow.</w:t>
      </w:r>
    </w:p>
    <w:p>
      <w:pPr>
        <w:spacing w:after="200" w:line="300" w:lineRule="auto"/>
      </w:pPr>
      <w:r>
        <w:rPr>
          <w:rFonts w:ascii="Georgia" w:hAnsi="Georgia"/>
          <w:b w:val="0"/>
          <w:i w:val="0"/>
          <w:sz w:val="22"/>
        </w:rPr>
        <w:t>"I-" I started, then swallowed. I'd been alone in airports and on trains, alone with my bag and my timing, alone with the question that had taken root back in India. The idea of choosing warmth in front of strangers felt like a risk. Warmth made you visible. But the cold was already making me visible anyway.</w:t>
      </w:r>
    </w:p>
    <w:p>
      <w:pPr>
        <w:spacing w:after="200" w:line="300" w:lineRule="auto"/>
      </w:pPr>
      <w:r>
        <w:rPr>
          <w:rFonts w:ascii="Georgia" w:hAnsi="Georgia"/>
          <w:b w:val="0"/>
          <w:i w:val="0"/>
          <w:sz w:val="22"/>
        </w:rPr>
        <w:t>"Yes," I said finally. "Please."</w:t>
      </w:r>
    </w:p>
    <w:p>
      <w:pPr>
        <w:spacing w:after="200" w:line="300" w:lineRule="auto"/>
        <w:ind w:firstLine="504"/>
      </w:pPr>
      <w:r>
        <w:rPr>
          <w:rFonts w:ascii="Georgia" w:hAnsi="Georgia"/>
          <w:b w:val="0"/>
          <w:i w:val="0"/>
          <w:sz w:val="22"/>
        </w:rPr>
        <w:t>The flame was gentler than I expected. It didn't roar or demand attention; it sim-ply existed, a steady little heart. When the candle's scent reached me pine, citrus peel, something faintly like clove - I inhaled too deeply and had to blink against the sudden wetness behind my eyes. I didn't let it become a moment. I told myself it was just the shock of weather, just the way London made everything feel twice as sharp when you weren't used to it. I told myself I was fine.</w:t>
      </w:r>
    </w:p>
    <w:p>
      <w:pPr>
        <w:spacing w:after="200" w:line="300" w:lineRule="auto"/>
      </w:pPr>
      <w:r>
        <w:rPr>
          <w:rFonts w:ascii="Georgia" w:hAnsi="Georgia"/>
          <w:b w:val="0"/>
          <w:i w:val="0"/>
          <w:sz w:val="22"/>
        </w:rPr>
        <w:t>Then I turned toward the next stall and nearly collided with someone moving in the opposite direction. He caught my elbow quickly, not gripping, just steadying me. "Sorry. You okay?"</w:t>
      </w:r>
    </w:p>
    <w:p>
      <w:pPr>
        <w:spacing w:after="200" w:line="300" w:lineRule="auto"/>
      </w:pPr>
      <w:r>
        <w:rPr>
          <w:rFonts w:ascii="Georgia" w:hAnsi="Georgia"/>
          <w:b w:val="0"/>
          <w:i w:val="0"/>
          <w:sz w:val="22"/>
        </w:rPr>
        <w:t>His hand was warm through my coat sleeve, and for a second my brain forgot it should be numb. I looked up fast, instinctive - and saw him clearly: dark hair damp-ened by the snow, a scarf wrapped with the kind of care that suggested he'd planned his outfit too, just not in the same anxious, spreadsheet way mine had been planned. His eyes flicked to the candle in my hand, then to my face.</w:t>
      </w:r>
    </w:p>
    <w:p>
      <w:pPr>
        <w:spacing w:after="200" w:line="300" w:lineRule="auto"/>
      </w:pPr>
      <w:r>
        <w:rPr>
          <w:rFonts w:ascii="Georgia" w:hAnsi="Georgia"/>
          <w:b w:val="0"/>
          <w:i w:val="0"/>
          <w:sz w:val="22"/>
        </w:rPr>
        <w:t>"That one smells like someone's trying to make the winter kinder."</w:t>
      </w:r>
    </w:p>
    <w:p>
      <w:pPr>
        <w:spacing w:after="200" w:line="300" w:lineRule="auto"/>
      </w:pPr>
      <w:r>
        <w:rPr>
          <w:rFonts w:ascii="Georgia" w:hAnsi="Georgia"/>
          <w:b w:val="0"/>
          <w:i w:val="0"/>
          <w:sz w:val="22"/>
        </w:rPr>
        <w:t>"I think I'm... letting it," I said, surprised by how true it sounded.</w:t>
      </w:r>
    </w:p>
    <w:p>
      <w:pPr>
        <w:spacing w:after="200" w:line="300" w:lineRule="auto"/>
      </w:pPr>
      <w:r>
        <w:rPr>
          <w:rFonts w:ascii="Georgia" w:hAnsi="Georgia"/>
          <w:b w:val="0"/>
          <w:i w:val="0"/>
          <w:sz w:val="22"/>
        </w:rPr>
        <w:t>He smiled, and there was a rhythm to it like his expression had learned to pause and listen before it fully arrived. "Good. Winter can be rude if you let it."</w:t>
      </w:r>
    </w:p>
    <w:p>
      <w:pPr>
        <w:spacing w:after="200" w:line="300" w:lineRule="auto"/>
        <w:ind w:firstLine="504"/>
      </w:pPr>
      <w:r>
        <w:rPr>
          <w:rFonts w:ascii="Georgia" w:hAnsi="Georgia"/>
          <w:b w:val="0"/>
          <w:i w:val="0"/>
          <w:sz w:val="22"/>
        </w:rPr>
        <w:t>I should have pulled away, should have maintained distance the way I always did when I didn't know the rules of a new place. But the market noise carols, chatter, the faint clink of ornaments - wrapped around us like a curtain. For a moment, we were simply two people standing too close to a shared warmth.</w:t>
      </w:r>
    </w:p>
    <w:p>
      <w:pPr>
        <w:spacing w:after="200" w:line="300" w:lineRule="auto"/>
      </w:pPr>
      <w:r>
        <w:rPr>
          <w:rFonts w:ascii="Georgia" w:hAnsi="Georgia"/>
          <w:b w:val="0"/>
          <w:i w:val="0"/>
          <w:sz w:val="22"/>
        </w:rPr>
        <w:t>"What are you looking for?" he asked.</w:t>
      </w:r>
    </w:p>
    <w:p>
      <w:pPr>
        <w:spacing w:after="200" w:line="300" w:lineRule="auto"/>
      </w:pPr>
      <w:r>
        <w:rPr>
          <w:rFonts w:ascii="Georgia" w:hAnsi="Georgia"/>
          <w:b w:val="0"/>
          <w:i w:val="0"/>
          <w:sz w:val="22"/>
        </w:rPr>
        <w:t>My mind reached for my schedule out of habit, like a reflex. Museum at ten. Market lanes at eleven. But his question cut through the list.</w:t>
      </w:r>
    </w:p>
    <w:p>
      <w:pPr>
        <w:spacing w:after="200" w:line="300" w:lineRule="auto"/>
      </w:pPr>
      <w:r>
        <w:rPr>
          <w:rFonts w:ascii="Georgia" w:hAnsi="Georgia"/>
          <w:b w:val="0"/>
          <w:i w:val="0"/>
          <w:sz w:val="22"/>
        </w:rPr>
        <w:t>"Something that feels like... I don't know," I admitted, and felt the embarrassment flare. "Like it matches what I imagined. Like the city will keep its promises."</w:t>
      </w:r>
    </w:p>
    <w:p>
      <w:pPr>
        <w:spacing w:after="200" w:line="300" w:lineRule="auto"/>
      </w:pPr>
      <w:r>
        <w:rPr>
          <w:rFonts w:ascii="Georgia" w:hAnsi="Georgia"/>
          <w:b w:val="0"/>
          <w:i w:val="0"/>
          <w:sz w:val="22"/>
        </w:rPr>
        <w:t>His gaze held mine, and his subtext was immediate: he understood the desire for promises. The longing wasn't foolish to him. It was human.</w:t>
      </w:r>
    </w:p>
    <w:p>
      <w:pPr>
        <w:spacing w:after="200" w:line="300" w:lineRule="auto"/>
      </w:pPr>
      <w:r>
        <w:rPr>
          <w:rFonts w:ascii="Georgia" w:hAnsi="Georgia"/>
          <w:b w:val="0"/>
          <w:i w:val="0"/>
          <w:sz w:val="22"/>
        </w:rPr>
        <w:t>"I thought I was the only one," he said quietly.</w:t>
      </w:r>
    </w:p>
    <w:p>
      <w:pPr>
        <w:spacing w:after="200" w:line="300" w:lineRule="auto"/>
        <w:ind w:firstLine="504"/>
      </w:pPr>
      <w:r>
        <w:rPr>
          <w:rFonts w:ascii="Georgia" w:hAnsi="Georgia"/>
          <w:b w:val="0"/>
          <w:i w:val="0"/>
          <w:sz w:val="22"/>
        </w:rPr>
        <w:t>The words made a small space open in my chest, the kind that loneliness had been occupying without my permission. I wanted to step back and close it, to restore the old protective distance. But my curiosity my bookish hunger for patterns, for the way characters in stories often collided at the exact moment they needed to - kept me there.</w:t>
      </w:r>
    </w:p>
    <w:p>
      <w:pPr>
        <w:spacing w:after="200" w:line="300" w:lineRule="auto"/>
      </w:pPr>
      <w:r>
        <w:rPr>
          <w:rFonts w:ascii="Georgia" w:hAnsi="Georgia"/>
          <w:b w:val="0"/>
          <w:i w:val="0"/>
          <w:sz w:val="22"/>
        </w:rPr>
        <w:t>"What do you mean?" I asked.</w:t>
      </w:r>
    </w:p>
    <w:p>
      <w:pPr>
        <w:spacing w:after="200" w:line="300" w:lineRule="auto"/>
      </w:pPr>
      <w:r>
        <w:rPr>
          <w:rFonts w:ascii="Georgia" w:hAnsi="Georgia"/>
          <w:b w:val="0"/>
          <w:i w:val="0"/>
          <w:sz w:val="22"/>
        </w:rPr>
        <w:t>He glanced at the candle again, like he was checking whether the scent would answer. "I'm always chasing the feeling. Like - " He searched for the right tone, the same way I did when a sentence didn't land. "Like the lights and the markets and the whole... holiday mess is supposed to mean something. But sometimes it's just cold and crowded and you forget you're meant to enjoy it."</w:t>
      </w:r>
    </w:p>
    <w:p>
      <w:pPr>
        <w:spacing w:after="200" w:line="300" w:lineRule="auto"/>
      </w:pPr>
      <w:r>
        <w:rPr>
          <w:rFonts w:ascii="Georgia" w:hAnsi="Georgia"/>
          <w:b w:val="0"/>
          <w:i w:val="0"/>
          <w:sz w:val="22"/>
        </w:rPr>
        <w:t>I let out a small laugh that came out more breath than sound. "Yes. Exactly. Cold and crowded and I'm... trying not to feel stupid for wanting it to be more."</w:t>
      </w:r>
    </w:p>
    <w:p>
      <w:pPr>
        <w:spacing w:after="200" w:line="300" w:lineRule="auto"/>
      </w:pPr>
      <w:r>
        <w:rPr>
          <w:rFonts w:ascii="Georgia" w:hAnsi="Georgia"/>
          <w:b w:val="0"/>
          <w:i w:val="0"/>
          <w:sz w:val="22"/>
        </w:rPr>
        <w:t>He didn't flinch at that. He didn't make it a joke to smooth over my confession. He simply nodded once, as if he'd been there, as if he'd stood in the same kind of weather with the same kind of private need.</w:t>
      </w:r>
    </w:p>
    <w:p>
      <w:pPr>
        <w:spacing w:after="200" w:line="300" w:lineRule="auto"/>
      </w:pPr>
      <w:r>
        <w:rPr>
          <w:rFonts w:ascii="Georgia" w:hAnsi="Georgia"/>
          <w:b w:val="0"/>
          <w:i w:val="0"/>
          <w:sz w:val="22"/>
        </w:rPr>
        <w:t>"What's your plan?" he asked, and the question had a gentle edge not prying, but inviting.</w:t>
      </w:r>
    </w:p>
    <w:p>
      <w:pPr>
        <w:spacing w:after="200" w:line="300" w:lineRule="auto"/>
      </w:pPr>
      <w:r>
        <w:rPr>
          <w:rFonts w:ascii="Georgia" w:hAnsi="Georgia"/>
          <w:b w:val="0"/>
          <w:i w:val="0"/>
          <w:sz w:val="22"/>
        </w:rPr>
        <w:t>I looked down at my phone. The schedule glowed back at me, bright and stub-born. "It's... structured."</w:t>
      </w:r>
    </w:p>
    <w:p>
      <w:pPr>
        <w:spacing w:after="200" w:line="300" w:lineRule="auto"/>
      </w:pPr>
      <w:r>
        <w:rPr>
          <w:rFonts w:ascii="Georgia" w:hAnsi="Georgia"/>
          <w:b w:val="0"/>
          <w:i w:val="0"/>
          <w:sz w:val="22"/>
        </w:rPr>
        <w:t>"Is it working?" he asked brassly.</w:t>
      </w:r>
    </w:p>
    <w:p>
      <w:pPr>
        <w:spacing w:after="200" w:line="300" w:lineRule="auto"/>
      </w:pPr>
      <w:r>
        <w:rPr>
          <w:rFonts w:ascii="Georgia" w:hAnsi="Georgia"/>
          <w:b w:val="0"/>
          <w:i w:val="0"/>
          <w:sz w:val="22"/>
        </w:rPr>
        <w:t>I hesitated. The truth was that it wasn't failing exactly. The market stalls were right there, the lights were real, the smell of roasted nuts was thick enough to cling to my coat. Yet my body still felt like it was bracing for impact. My certainty still felt bruised. The cold had already slipped through my careful layers and made me feel out of place.</w:t>
      </w:r>
    </w:p>
    <w:p>
      <w:pPr>
        <w:spacing w:after="200" w:line="300" w:lineRule="auto"/>
      </w:pPr>
      <w:r>
        <w:rPr>
          <w:rFonts w:ascii="Georgia" w:hAnsi="Georgia"/>
          <w:b w:val="0"/>
          <w:i w:val="0"/>
          <w:sz w:val="22"/>
        </w:rPr>
        <w:t>"It's working," I said, then corrected myself with honesty that surprised me. "It's not... settling."</w:t>
      </w:r>
    </w:p>
    <w:p>
      <w:pPr>
        <w:spacing w:after="200" w:line="300" w:lineRule="auto"/>
      </w:pPr>
      <w:r>
        <w:rPr>
          <w:rFonts w:ascii="Georgia" w:hAnsi="Georgia"/>
          <w:b w:val="0"/>
          <w:i w:val="0"/>
          <w:sz w:val="22"/>
        </w:rPr>
        <w:t>His expression warmed further, as if he'd been waiting for that answer. "Then maybe you need a new plan. Not a different one. Just... a quieter one."</w:t>
      </w:r>
    </w:p>
    <w:p>
      <w:pPr>
        <w:spacing w:after="200" w:line="300" w:lineRule="auto"/>
        <w:ind w:firstLine="504"/>
      </w:pPr>
      <w:r>
        <w:rPr>
          <w:rFonts w:ascii="Georgia" w:hAnsi="Georgia"/>
          <w:b w:val="0"/>
          <w:i w:val="0"/>
          <w:sz w:val="22"/>
        </w:rPr>
        <w:t>Quieter. The word tugged at something in me. I'd planned so precisely because si-lence, back home, had been where my thoughts got too loud. But in London, silence was impossible - there were always footsteps, voices, music, the constant hum of a city that refused to let you vanish. Still, a quieter corner sounded like a kind of mercy.</w:t>
      </w:r>
    </w:p>
    <w:p>
      <w:pPr>
        <w:spacing w:after="200" w:line="300" w:lineRule="auto"/>
      </w:pPr>
      <w:r>
        <w:rPr>
          <w:rFonts w:ascii="Georgia" w:hAnsi="Georgia"/>
          <w:b w:val="0"/>
          <w:i w:val="0"/>
          <w:sz w:val="22"/>
        </w:rPr>
        <w:t>He gestured toward the small cluster of lanterns and candles behind the stall. "There's room over there. The wind's less mean."</w:t>
      </w:r>
    </w:p>
    <w:p>
      <w:pPr>
        <w:spacing w:after="200" w:line="300" w:lineRule="auto"/>
        <w:ind w:firstLine="504"/>
      </w:pPr>
      <w:r>
        <w:rPr>
          <w:rFonts w:ascii="Georgia" w:hAnsi="Georgia"/>
          <w:b w:val="0"/>
          <w:i w:val="0"/>
          <w:sz w:val="22"/>
        </w:rPr>
        <w:t>I followed his gesture before I could decide not to. My candle bobbed slightly as I walked, and when I stopped beside the table, I felt the wind weaken. The light made the world feel softer at the edges. My fingers warmed around the glass. We stood with others nearby, shoulder to shoulder but not crowded, and I realized the market wasn't just a place. It was a ritual happening in public. People were glow-ing, leaning in, sharing warmth without asking for permission.</w:t>
      </w:r>
    </w:p>
    <w:p>
      <w:pPr>
        <w:spacing w:after="200" w:line="300" w:lineRule="auto"/>
      </w:pPr>
      <w:r>
        <w:rPr>
          <w:rFonts w:ascii="Georgia" w:hAnsi="Georgia"/>
          <w:b w:val="0"/>
          <w:i w:val="0"/>
          <w:sz w:val="22"/>
        </w:rPr>
        <w:t>"Are you from...?" he began, then paused, as if remembering he didn't need to know everything to be respectful.</w:t>
      </w:r>
    </w:p>
    <w:p>
      <w:pPr>
        <w:spacing w:after="200" w:line="300" w:lineRule="auto"/>
      </w:pPr>
      <w:r>
        <w:rPr>
          <w:rFonts w:ascii="Georgia" w:hAnsi="Georgia"/>
          <w:b w:val="0"/>
          <w:i w:val="0"/>
          <w:sz w:val="22"/>
        </w:rPr>
        <w:t>"India," I said. The word landed with weight. The last time I'd said it out loud to anyone in an airport, it had felt like a passport stamp, proof of distance. Here, it felt like a thread linking me to him instead of a barrier between us.</w:t>
      </w:r>
    </w:p>
    <w:p>
      <w:pPr>
        <w:spacing w:after="200" w:line="300" w:lineRule="auto"/>
      </w:pPr>
      <w:r>
        <w:rPr>
          <w:rFonts w:ascii="Georgia" w:hAnsi="Georgia"/>
          <w:b w:val="0"/>
          <w:i w:val="0"/>
          <w:sz w:val="22"/>
        </w:rPr>
        <w:t>He nodded. "Same distance, different direction. I'm " He stopped again, like he'd decided something about honesty. "I'm here for the markets. For the stories. For the books, too."</w:t>
      </w:r>
    </w:p>
    <w:p>
      <w:pPr>
        <w:spacing w:after="200" w:line="300" w:lineRule="auto"/>
      </w:pPr>
      <w:r>
        <w:rPr>
          <w:rFonts w:ascii="Georgia" w:hAnsi="Georgia"/>
          <w:b w:val="0"/>
          <w:i w:val="0"/>
          <w:sz w:val="22"/>
        </w:rPr>
        <w:t>"Books?" The word came out sharper than I meant. My heart reacted too quickly. I'd met people who liked Christmas. I'd met people who liked travel. But books were my secret language - the thing I carried like an annotated bookmark no one else could see.</w:t>
      </w:r>
    </w:p>
    <w:p>
      <w:pPr>
        <w:spacing w:after="200" w:line="300" w:lineRule="auto"/>
      </w:pPr>
      <w:r>
        <w:rPr>
          <w:rFonts w:ascii="Georgia" w:hAnsi="Georgia"/>
          <w:b w:val="0"/>
          <w:i w:val="0"/>
          <w:sz w:val="22"/>
        </w:rPr>
        <w:t>He caught my reaction and smiled as if it amused him. "You have the look."</w:t>
      </w:r>
    </w:p>
    <w:p>
      <w:pPr>
        <w:spacing w:after="200" w:line="300" w:lineRule="auto"/>
      </w:pPr>
      <w:r>
        <w:rPr>
          <w:rFonts w:ascii="Georgia" w:hAnsi="Georgia"/>
          <w:b w:val="0"/>
          <w:i w:val="0"/>
          <w:sz w:val="22"/>
        </w:rPr>
        <w:t>"What look?"</w:t>
      </w:r>
    </w:p>
    <w:p>
      <w:pPr>
        <w:spacing w:after="200" w:line="300" w:lineRule="auto"/>
      </w:pPr>
      <w:r>
        <w:rPr>
          <w:rFonts w:ascii="Georgia" w:hAnsi="Georgia"/>
          <w:b w:val="0"/>
          <w:i w:val="0"/>
          <w:sz w:val="22"/>
        </w:rPr>
        <w:t>"The one that says you're thinking of chapter titles," he said, and his voice held a teasing warmth rather than judgment.</w:t>
      </w:r>
    </w:p>
    <w:p>
      <w:pPr>
        <w:spacing w:after="200" w:line="300" w:lineRule="auto"/>
      </w:pPr>
      <w:r>
        <w:rPr>
          <w:rFonts w:ascii="Georgia" w:hAnsi="Georgia"/>
          <w:b w:val="0"/>
          <w:i w:val="0"/>
          <w:sz w:val="22"/>
        </w:rPr>
        <w:t>I glanced down at my hands, as if I could hide them. "I'm always thinking of chapter titles."</w:t>
      </w:r>
    </w:p>
    <w:p>
      <w:pPr>
        <w:spacing w:after="200" w:line="300" w:lineRule="auto"/>
      </w:pPr>
      <w:r>
        <w:rPr>
          <w:rFonts w:ascii="Georgia" w:hAnsi="Georgia"/>
          <w:b w:val="0"/>
          <w:i w:val="0"/>
          <w:sz w:val="22"/>
        </w:rPr>
        <w:t>"That's a problem," he said, then corrected, his smile lingering. "Or it's a gift. Depends who you're with."</w:t>
      </w:r>
    </w:p>
    <w:p>
      <w:pPr>
        <w:spacing w:after="200" w:line="300" w:lineRule="auto"/>
        <w:ind w:firstLine="504"/>
      </w:pPr>
      <w:r>
        <w:rPr>
          <w:rFonts w:ascii="Georgia" w:hAnsi="Georgia"/>
          <w:b w:val="0"/>
          <w:i w:val="0"/>
          <w:sz w:val="22"/>
        </w:rPr>
        <w:t>The subtext was so clear it made my throat tighten. Who I was with mattered. Who I allowed close mattered. I'd come to London alone, prepared to keep myself composed, to let the city wash over me without asking anyone to witness my longing. Yet here was a stranger offering a shared corner of warmth, and my loneliness - the kind I'd been ignoring because it was inconvenient - felt suddenly loud enough to answer.</w:t>
      </w:r>
    </w:p>
    <w:p>
      <w:pPr>
        <w:spacing w:after="200" w:line="300" w:lineRule="auto"/>
      </w:pPr>
      <w:r>
        <w:rPr>
          <w:rFonts w:ascii="Georgia" w:hAnsi="Georgia"/>
          <w:b w:val="0"/>
          <w:i w:val="0"/>
          <w:sz w:val="22"/>
        </w:rPr>
        <w:t>I tried to regain control with the only tool I trusted: observation. "You said winter can be rude if you let it."</w:t>
      </w:r>
    </w:p>
    <w:p>
      <w:pPr>
        <w:spacing w:after="200" w:line="300" w:lineRule="auto"/>
      </w:pPr>
      <w:r>
        <w:rPr>
          <w:rFonts w:ascii="Georgia" w:hAnsi="Georgia"/>
          <w:b w:val="0"/>
          <w:i w:val="0"/>
          <w:sz w:val="22"/>
        </w:rPr>
        <w:t>He leaned back slightly, letting the lantern light catch his cheekbones. "It can be. But I've found if I complain out loud, it becomes less... personal."</w:t>
      </w:r>
    </w:p>
    <w:p>
      <w:pPr>
        <w:spacing w:after="200" w:line="300" w:lineRule="auto"/>
      </w:pPr>
      <w:r>
        <w:rPr>
          <w:rFonts w:ascii="Georgia" w:hAnsi="Georgia"/>
          <w:b w:val="0"/>
          <w:i w:val="0"/>
          <w:sz w:val="22"/>
        </w:rPr>
        <w:t>I studied him, searching for the edges of the mask. "And if you don't complain?"</w:t>
      </w:r>
    </w:p>
    <w:p>
      <w:pPr>
        <w:spacing w:after="200" w:line="300" w:lineRule="auto"/>
      </w:pPr>
      <w:r>
        <w:rPr>
          <w:rFonts w:ascii="Georgia" w:hAnsi="Georgia"/>
          <w:b w:val="0"/>
          <w:i w:val="0"/>
          <w:sz w:val="22"/>
        </w:rPr>
        <w:t>He hesitated, and in that pause the wind returned, cold slipping through the gap between us. It wasn't dramatic. It was small. But it felt like a reminder: comfort could be temporary. People could be temporary.</w:t>
      </w:r>
    </w:p>
    <w:p>
      <w:pPr>
        <w:spacing w:after="200" w:line="300" w:lineRule="auto"/>
      </w:pPr>
      <w:r>
        <w:rPr>
          <w:rFonts w:ascii="Georgia" w:hAnsi="Georgia"/>
          <w:b w:val="0"/>
          <w:i w:val="0"/>
          <w:sz w:val="22"/>
        </w:rPr>
        <w:t>"Then I pretend I'm fine," he admitted, voice softer. "And I miss things."</w:t>
      </w:r>
    </w:p>
    <w:p>
      <w:pPr>
        <w:spacing w:after="200" w:line="300" w:lineRule="auto"/>
        <w:ind w:firstLine="504"/>
      </w:pPr>
      <w:r>
        <w:rPr>
          <w:rFonts w:ascii="Georgia" w:hAnsi="Georgia"/>
          <w:b w:val="0"/>
          <w:i w:val="0"/>
          <w:sz w:val="22"/>
        </w:rPr>
        <w:t>The vulnerability in his tone hit me hard because it mirrored my own. I'd been pre-tending I was fine since landing. I'd been insisting my plan could protect me from uncertainty. But the cold had already gotten under my skin, and now the warmth - his warmth - was making me want more than a candle. I didn't know what more meant. I only knew it felt like being offered a second sentence after a long silence.</w:t>
      </w:r>
    </w:p>
    <w:p>
      <w:pPr>
        <w:spacing w:after="200" w:line="300" w:lineRule="auto"/>
        <w:ind w:firstLine="504"/>
      </w:pPr>
      <w:r>
        <w:rPr>
          <w:rFonts w:ascii="Georgia" w:hAnsi="Georgia"/>
          <w:b w:val="0"/>
          <w:i w:val="0"/>
          <w:sz w:val="22"/>
        </w:rPr>
        <w:t>A gust of wind shoved against the lantern cluster, and the flame flickered. Someone nearby laughed, as if it was part of the show, then leaned closer. The scent of pine sharpened as the wax warmed.</w:t>
      </w:r>
    </w:p>
    <w:p>
      <w:pPr>
        <w:spacing w:after="200" w:line="300" w:lineRule="auto"/>
        <w:ind w:firstLine="504"/>
      </w:pPr>
      <w:r>
        <w:rPr>
          <w:rFonts w:ascii="Georgia" w:hAnsi="Georgia"/>
          <w:b w:val="0"/>
          <w:i w:val="0"/>
          <w:sz w:val="22"/>
        </w:rPr>
        <w:t>My phone buzzed in my bag, a vibration so ordinary it made my stomach clench. I pulled it out with fingers that didn't feel entirely mine. Another notification - some-thing about an update, a confirmation, a reminder. The screen flashed briefly and then went dark again, as if it didn't want to be seen. My mind immediately tried to fill it with disaster. Visa notices. Travel changes. The world slipping a hand into my carefully arranged pages.</w:t>
      </w:r>
    </w:p>
    <w:p>
      <w:pPr>
        <w:spacing w:after="200" w:line="300" w:lineRule="auto"/>
        <w:ind w:firstLine="504"/>
      </w:pPr>
      <w:r>
        <w:rPr>
          <w:rFonts w:ascii="Georgia" w:hAnsi="Georgia"/>
          <w:b w:val="0"/>
          <w:i w:val="0"/>
          <w:sz w:val="22"/>
        </w:rPr>
        <w:t>I stared at the dark screen longer than I should have.</w:t>
      </w:r>
    </w:p>
    <w:p>
      <w:pPr>
        <w:spacing w:after="200" w:line="300" w:lineRule="auto"/>
      </w:pPr>
      <w:r>
        <w:rPr>
          <w:rFonts w:ascii="Georgia" w:hAnsi="Georgia"/>
          <w:b w:val="0"/>
          <w:i w:val="0"/>
          <w:sz w:val="22"/>
        </w:rPr>
        <w:t>"Sorry," I said quickly, be-cause I needed to move on before my fear made me unbearable. "It's - London being London."</w:t>
      </w:r>
    </w:p>
    <w:p>
      <w:pPr>
        <w:spacing w:after="200" w:line="300" w:lineRule="auto"/>
      </w:pPr>
      <w:r>
        <w:rPr>
          <w:rFonts w:ascii="Georgia" w:hAnsi="Georgia"/>
          <w:b w:val="0"/>
          <w:i w:val="0"/>
          <w:sz w:val="22"/>
        </w:rPr>
        <w:t>He didn't tease me for it. He just nodded, slow. "Sometimes it's just logistics."</w:t>
      </w:r>
    </w:p>
    <w:p>
      <w:pPr>
        <w:spacing w:after="200" w:line="300" w:lineRule="auto"/>
        <w:ind w:firstLine="504"/>
      </w:pPr>
      <w:r>
        <w:rPr>
          <w:rFonts w:ascii="Georgia" w:hAnsi="Georgia"/>
          <w:b w:val="0"/>
          <w:i w:val="0"/>
          <w:sz w:val="22"/>
        </w:rPr>
        <w:t>Logistics. The word felt too clean for what I was feeling. Logistics was what you handled. This - this was what you carried. This was the question that had taken root back in India, and it was still growing in me like a vine that didn't know when to stop.</w:t>
      </w:r>
    </w:p>
    <w:p>
      <w:pPr>
        <w:spacing w:after="200" w:line="300" w:lineRule="auto"/>
      </w:pPr>
      <w:r>
        <w:rPr>
          <w:rFonts w:ascii="Georgia" w:hAnsi="Georgia"/>
          <w:b w:val="0"/>
          <w:i w:val="0"/>
          <w:sz w:val="22"/>
        </w:rPr>
        <w:t>"What if it never settles?" I asked, and my voice betrayed me. The confession sounded like a plea.</w:t>
      </w:r>
    </w:p>
    <w:p>
      <w:pPr>
        <w:spacing w:after="200" w:line="300" w:lineRule="auto"/>
      </w:pPr>
      <w:r>
        <w:rPr>
          <w:rFonts w:ascii="Georgia" w:hAnsi="Georgia"/>
          <w:b w:val="0"/>
          <w:i w:val="0"/>
          <w:sz w:val="22"/>
        </w:rPr>
        <w:t>He looked at me fully then, no distraction, no polite distance. The lantern light made his eyes look darker, deeper. "It will settle," he said, but he didn't sound like he was promising. He sounded like he was choosing to believe, and offering me the same choice.</w:t>
      </w:r>
    </w:p>
    <w:p>
      <w:pPr>
        <w:spacing w:after="200" w:line="300" w:lineRule="auto"/>
        <w:ind w:firstLine="504"/>
      </w:pPr>
      <w:r>
        <w:rPr>
          <w:rFonts w:ascii="Georgia" w:hAnsi="Georgia"/>
          <w:b w:val="0"/>
          <w:i w:val="0"/>
          <w:sz w:val="22"/>
        </w:rPr>
        <w:t>My chest tightened. That was the danger. Belief was intimate. Belief invited you to lean. I wanted to lean.</w:t>
      </w:r>
    </w:p>
    <w:p>
      <w:pPr>
        <w:spacing w:after="200" w:line="300" w:lineRule="auto"/>
      </w:pPr>
      <w:r>
        <w:rPr>
          <w:rFonts w:ascii="Georgia" w:hAnsi="Georgia"/>
          <w:b w:val="0"/>
          <w:i w:val="0"/>
          <w:sz w:val="22"/>
        </w:rPr>
        <w:t>Instead, I tried to steady myself with something practical. "Do you have a book with you?" I asked, because books were safer than feelings. Books could be dis-cussed without admitting you wanted someone to stay.</w:t>
      </w:r>
    </w:p>
    <w:p>
      <w:pPr>
        <w:spacing w:after="200" w:line="300" w:lineRule="auto"/>
      </w:pPr>
      <w:r>
        <w:rPr>
          <w:rFonts w:ascii="Georgia" w:hAnsi="Georgia"/>
          <w:b w:val="0"/>
          <w:i w:val="0"/>
          <w:sz w:val="22"/>
        </w:rPr>
        <w:t>He blinked, then smiled like I'd handed him a familiar key. "Yes."</w:t>
      </w:r>
    </w:p>
    <w:p>
      <w:pPr>
        <w:spacing w:after="200" w:line="300" w:lineRule="auto"/>
        <w:ind w:firstLine="504"/>
      </w:pPr>
      <w:r>
        <w:rPr>
          <w:rFonts w:ascii="Georgia" w:hAnsi="Georgia"/>
          <w:b w:val="0"/>
          <w:i w:val="0"/>
          <w:sz w:val="22"/>
        </w:rPr>
        <w:t>He reached into his coat pocket and pulled out a small paperback, the cover scuffed at the edges as if it had been carried through more than one city. He held it out - not like a performance, but like a quiet offering. I didn't take it. I just leaned in enough to see the title. My breath caught at the fa-miliarity of the spine, the exact kind of worn that meant devotion.</w:t>
      </w:r>
    </w:p>
    <w:p>
      <w:pPr>
        <w:spacing w:after="200" w:line="300" w:lineRule="auto"/>
      </w:pPr>
      <w:r>
        <w:rPr>
          <w:rFonts w:ascii="Georgia" w:hAnsi="Georgia"/>
          <w:b w:val="0"/>
          <w:i w:val="0"/>
          <w:sz w:val="22"/>
        </w:rPr>
        <w:t>"What is it?" I asked, even though I could already guess from the lettering.</w:t>
      </w:r>
    </w:p>
    <w:p>
      <w:pPr>
        <w:spacing w:after="200" w:line="300" w:lineRule="auto"/>
      </w:pPr>
      <w:r>
        <w:rPr>
          <w:rFonts w:ascii="Georgia" w:hAnsi="Georgia"/>
          <w:b w:val="0"/>
          <w:i w:val="0"/>
          <w:sz w:val="22"/>
        </w:rPr>
        <w:t>He looked pleased by my recognition. "A collection of Dickens essays," he said. "I'm trying to read something British every time I come to a new place. It makes the streets... less foreign."</w:t>
      </w:r>
    </w:p>
    <w:p>
      <w:pPr>
        <w:spacing w:after="200" w:line="300" w:lineRule="auto"/>
        <w:ind w:firstLine="504"/>
      </w:pPr>
      <w:r>
        <w:rPr>
          <w:rFonts w:ascii="Georgia" w:hAnsi="Georgia"/>
          <w:b w:val="0"/>
          <w:i w:val="0"/>
          <w:sz w:val="22"/>
        </w:rPr>
        <w:t>My mind flashed to my own annotated notes back in India, to the way I'd planned my London trip around classic English literature the way some people planned around landmarks. The city had always been a library to me, not just a place to visit.</w:t>
      </w:r>
    </w:p>
    <w:p>
      <w:pPr>
        <w:spacing w:after="200" w:line="300" w:lineRule="auto"/>
        <w:ind w:firstLine="504"/>
      </w:pPr>
      <w:r>
        <w:rPr>
          <w:rFonts w:ascii="Georgia" w:hAnsi="Georgia"/>
          <w:b w:val="0"/>
          <w:i w:val="0"/>
          <w:sz w:val="22"/>
        </w:rPr>
        <w:t>Something shifted, subtle but real. The cold still existed. The logistics still threat-ened. But now there was a thread between us that wasn't just shared weather or shared holiday cheer. It was shared hunger - shared need to turn unfamiliar places into stories you could live inside.</w:t>
      </w:r>
    </w:p>
    <w:p>
      <w:pPr>
        <w:spacing w:after="200" w:line="300" w:lineRule="auto"/>
      </w:pPr>
      <w:r>
        <w:rPr>
          <w:rFonts w:ascii="Georgia" w:hAnsi="Georgia"/>
          <w:b w:val="0"/>
          <w:i w:val="0"/>
          <w:sz w:val="22"/>
        </w:rPr>
        <w:t>"Then you get it," I said.</w:t>
      </w:r>
    </w:p>
    <w:p>
      <w:pPr>
        <w:spacing w:after="200" w:line="300" w:lineRule="auto"/>
      </w:pPr>
      <w:r>
        <w:rPr>
          <w:rFonts w:ascii="Georgia" w:hAnsi="Georgia"/>
          <w:b w:val="0"/>
          <w:i w:val="0"/>
          <w:sz w:val="22"/>
        </w:rPr>
        <w:t>He nodded once. "I do."</w:t>
      </w:r>
    </w:p>
    <w:p>
      <w:pPr>
        <w:spacing w:after="200" w:line="300" w:lineRule="auto"/>
        <w:ind w:firstLine="504"/>
      </w:pPr>
      <w:r>
        <w:rPr>
          <w:rFonts w:ascii="Georgia" w:hAnsi="Georgia"/>
          <w:b w:val="0"/>
          <w:i w:val="0"/>
          <w:sz w:val="22"/>
        </w:rPr>
        <w:t>For a moment, the lanterns crackled softly, and the market sounds blurred into a warm hum. My loneliness didn't vanish. It didn't magically become romantic. But it changed shape - from an ache that made me feel alone in my own thoughts to an ache I could admit without shame.</w:t>
      </w:r>
    </w:p>
    <w:p>
      <w:r>
        <w:br w:type="page"/>
      </w:r>
    </w:p>
    <w:p>
      <w:pPr>
        <w:keepNext/>
        <w:spacing w:before="360" w:after="120"/>
      </w:pPr>
      <w:r>
        <w:rPr>
          <w:rFonts w:ascii="Georgia" w:hAnsi="Georgia"/>
          <w:color w:val="5C1D1D"/>
          <w:sz w:val="32"/>
        </w:rPr>
        <w:t>Chapter 3: A Stranger's Bookish Christmas Checklist</w:t>
      </w:r>
    </w:p>
    <w:p>
      <w:pPr>
        <w:spacing w:after="200" w:line="300" w:lineRule="auto"/>
      </w:pPr>
      <w:r>
        <w:rPr>
          <w:rFonts w:ascii="Georgia" w:hAnsi="Georgia"/>
          <w:b w:val="0"/>
          <w:i w:val="0"/>
          <w:sz w:val="22"/>
        </w:rPr>
        <w:t>The thought I'd held close near Trafalgar Square kept warming my fingers as I scrolled through my map app - tiny assurances in a world that kept trying to bite. I'd found a narrow pocket of comfort after the cold, after the crowd's steady shove, after my earlier panic that my carefully controlled arrival had been a fluke. The candle smell from a shop window - pine, bright and sharp followed me like a leash I could choose to hold. Then, right when I started to believe I could be alone in a crowd, my solitude snagged on a question.</w:t>
      </w:r>
    </w:p>
    <w:p>
      <w:pPr>
        <w:spacing w:after="200" w:line="300" w:lineRule="auto"/>
        <w:ind w:firstLine="504"/>
      </w:pPr>
      <w:r>
        <w:rPr>
          <w:rFonts w:ascii="Georgia" w:hAnsi="Georgia"/>
          <w:b w:val="0"/>
          <w:i w:val="0"/>
          <w:sz w:val="22"/>
        </w:rPr>
        <w:t>A bookshop pop-up leaned into the market street as if it had always been there: hand-lettered signs, fairy lights tangled with bare branches, a table piled with paper-backs wearing red and green stickers like festive medals. People drifted past it, laughing and arguing over bookmarks, but I stopped because the air around the ta-ble felt quieter - less loud, more deliberate. My breath fogged the glass of the display case. Someone had arranged a row of Christmas titles beside a small stack of hand-written card recommendations. The top card read, in looping ink: "If you want a vil-lage that feels like a promise, start here."</w:t>
      </w:r>
    </w:p>
    <w:p>
      <w:r>
        <w:br w:type="page"/>
      </w:r>
    </w:p>
    <w:p>
      <w:pPr>
        <w:keepNext/>
        <w:spacing w:before="360" w:after="120"/>
      </w:pPr>
      <w:r>
        <w:rPr>
          <w:rFonts w:ascii="Georgia" w:hAnsi="Georgia"/>
          <w:color w:val="5C1D1D"/>
          <w:sz w:val="32"/>
        </w:rPr>
        <w:t>Chapter 4: North Pole Tickets and Long Conversations</w:t>
      </w:r>
    </w:p>
    <w:p>
      <w:pPr>
        <w:spacing w:after="200" w:line="300" w:lineRule="auto"/>
      </w:pPr>
      <w:r>
        <w:rPr>
          <w:rFonts w:ascii="Georgia" w:hAnsi="Georgia"/>
          <w:b w:val="0"/>
          <w:i w:val="0"/>
          <w:sz w:val="22"/>
        </w:rPr>
        <w:t>The side street beneath the string lights was colder than I expected, as if London had leaned closer to watch me doubt myself. Pine scent - real pine, not the candle version I'd been hugging back in my room - followed me from shop to shop, and my breath came out in quick white puffs that looked like punctuation. My phone buzzed again just as I reached the corner, and my stomach tightened with the practiced reflex of someone who had spent months trying to keep the world from changing its mind.</w:t>
      </w:r>
    </w:p>
    <w:p>
      <w:pPr>
        <w:spacing w:after="200" w:line="300" w:lineRule="auto"/>
        <w:ind w:firstLine="504"/>
      </w:pPr>
      <w:r>
        <w:rPr>
          <w:rFonts w:ascii="Georgia" w:hAnsi="Georgia"/>
          <w:b w:val="0"/>
          <w:i w:val="0"/>
          <w:sz w:val="22"/>
        </w:rPr>
        <w:t>I'd already arranged a second meeting with him. Not "him" as in a stranger I'd met near a pop-up bookshop, but him as in the only person London had offered me so far who spoke about Christmas like it was a language, not a decoration. Still, the notification on my screen didn't care about the poetry of it. A delay. A rebooking. A warning that the next leg might not line up cleanly. I could feel the fragile seam of my plan beginning to pull.</w:t>
      </w:r>
    </w:p>
    <w:p>
      <w:r>
        <w:br w:type="page"/>
      </w:r>
    </w:p>
    <w:p>
      <w:pPr>
        <w:keepNext/>
        <w:spacing w:before="360" w:after="120"/>
      </w:pPr>
      <w:r>
        <w:rPr>
          <w:rFonts w:ascii="Georgia" w:hAnsi="Georgia"/>
          <w:color w:val="5C1D1D"/>
          <w:sz w:val="32"/>
        </w:rPr>
        <w:t>Chapter 5: The North Pole Candlelit Christmas Confession</w:t>
      </w:r>
    </w:p>
    <w:p>
      <w:pPr>
        <w:spacing w:after="200" w:line="300" w:lineRule="auto"/>
      </w:pPr>
      <w:r>
        <w:rPr>
          <w:rFonts w:ascii="Georgia" w:hAnsi="Georgia"/>
          <w:b w:val="0"/>
          <w:i w:val="0"/>
          <w:sz w:val="22"/>
        </w:rPr>
        <w:t>The North Pole didn't so much welcome us as it swallowed us - sound first, then light. Somewhere beyond the low drift of snow, sleigh bells rang with a sweet-ness that didn't quite belong to any real distance, and every exhale came out as a pale ribbon that vanished too quickly. The cold was clean and sharp against my cheeks, but it didn't bite the way London had; here it felt like the world had been pol-ished for a celebration, as if it could only exist in soft focus.</w:t>
      </w:r>
    </w:p>
    <w:p>
      <w:pPr>
        <w:spacing w:after="200" w:line="300" w:lineRule="auto"/>
        <w:ind w:firstLine="504"/>
      </w:pPr>
      <w:r>
        <w:rPr>
          <w:rFonts w:ascii="Georgia" w:hAnsi="Georgia"/>
          <w:b w:val="0"/>
          <w:i w:val="0"/>
          <w:sz w:val="22"/>
        </w:rPr>
        <w:t>He stood close enough that I could feel the warmth of his presence through my red coat, close enough that the hairs along my wrists seemed to agree with my brain before I could decide anything. In the candlelit glow candles everywhere, glass chiming faintly when the wind nudged them - his face looked carved from kindness. Or maybe it only looked that way because I'd spent the whole journey bracing my-self for something imperfect, for some delay notice, for a glitch in the map app that would yank the ground out from under us.</w:t>
      </w:r>
    </w:p>
    <w:p/>
    <w:p>
      <w:pPr>
        <w:spacing w:after="200" w:line="300" w:lineRule="auto"/>
      </w:pPr>
      <w:r>
        <w:rPr>
          <w:rFonts w:ascii="Georgia" w:hAnsi="Georgia"/>
          <w:b/>
          <w:i w:val="0"/>
          <w:sz w:val="22"/>
        </w:rPr>
        <w:t>Final Thoughts</w:t>
      </w:r>
    </w:p>
    <w:p>
      <w:pPr>
        <w:spacing w:after="200" w:line="300" w:lineRule="auto"/>
      </w:pPr>
      <w:r>
        <w:rPr>
          <w:rFonts w:ascii="Georgia" w:hAnsi="Georgia"/>
          <w:b w:val="0"/>
          <w:i/>
          <w:sz w:val="22"/>
        </w:rPr>
        <w:t>By the end of this story, what surprised me most wasn't the destination, but the way small choices - staying a little longer, listening a little more carefully - rewrote the shape of Paru's Christmas. The slow-burn isn't just romance on a timetable; it's the steady courage of letting a heart be found. So when you close these pages, I hope you carry the feeling of a warm light in a cold room: the sense that even the longest winter can open into something tender. That's what North Pole Christmas Slow-Burn leaves behind - an ember of hope that keeps glowing long after the last page turns.</w:t>
      </w:r>
    </w:p>
    <w:sectPr w:rsidR="00FC693F" w:rsidRPr="0006063C" w:rsidSect="00034616">
      <w:pgSz w:w="11909" w:h="16834"/>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Georgia" w:hAnsi="Georgia"/>
      <w:color w:val="2C252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