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ptos Display" w:hAnsi="Aptos Display" w:eastAsia="Aptos Display"/>
          <w:b/>
          <w:color w:val="14365D"/>
          <w:sz w:val="60"/>
        </w:rPr>
        <w:t>DNA DO MÉTODO</w:t>
        <w:br/>
        <w:t>TRILIFE RUNNING</w:t>
      </w:r>
    </w:p>
    <w:p>
      <w:pPr>
        <w:jc w:val="center"/>
      </w:pPr>
      <w:r>
        <w:rPr>
          <w:color w:val="505050"/>
          <w:sz w:val="26"/>
        </w:rPr>
        <w:t>Versão editorial reescrita e consolidada</w:t>
        <w:br/>
        <w:t>Capítulos 1 a 29</w:t>
      </w:r>
    </w:p>
    <w:p>
      <w:pPr>
        <w:jc w:val="center"/>
      </w:pPr>
      <w:r>
        <w:rPr>
          <w:b/>
          <w:color w:val="2E6E4F"/>
          <w:sz w:val="24"/>
        </w:rPr>
        <w:t>Treinos Inteligentes e Personalizados</w:t>
        <w:br/>
        <w:t>Propósito • Foco • Crescimento</w:t>
      </w:r>
    </w:p>
    <w:p>
      <w:r>
        <w:br w:type="page"/>
      </w:r>
    </w:p>
    <w:p>
      <w:pPr>
        <w:pStyle w:val="Title"/>
        <w:jc w:val="center"/>
      </w:pPr>
      <w:r>
        <w:t>SUMÁRIO</w:t>
      </w:r>
    </w:p>
    <w:p>
      <w:pPr/>
      <w:r>
        <w:rPr>
          <w:color w:val="282828"/>
          <w:sz w:val="20"/>
        </w:rPr>
        <w:t>CAPÍTULO 1 — A FILOSOFIA DO MÉTODO TRILIFE RUNNING</w:t>
      </w:r>
    </w:p>
    <w:p>
      <w:pPr/>
      <w:r>
        <w:rPr>
          <w:color w:val="282828"/>
          <w:sz w:val="20"/>
        </w:rPr>
        <w:t>CAPÍTULO 2 — O MÉTODO TRILIFE RUNNING INTERPRETA PESSOAS, NÃO APENAS DADOS</w:t>
      </w:r>
    </w:p>
    <w:p>
      <w:pPr/>
      <w:r>
        <w:rPr>
          <w:color w:val="282828"/>
          <w:sz w:val="20"/>
        </w:rPr>
        <w:t>CAPÍTULO 3 — A CONSTRUÇÃO DA BASE</w:t>
      </w:r>
    </w:p>
    <w:p>
      <w:pPr/>
      <w:r>
        <w:rPr>
          <w:color w:val="282828"/>
          <w:sz w:val="20"/>
        </w:rPr>
        <w:t>CAPÍTULO 4 — RITMO DE LIMIAR: A REFERÊNCIA QUE ORGANIZA A INTENSIDADE</w:t>
      </w:r>
    </w:p>
    <w:p>
      <w:pPr/>
      <w:r>
        <w:rPr>
          <w:color w:val="282828"/>
          <w:sz w:val="20"/>
        </w:rPr>
        <w:t>CAPÍTULO 5 — O SISTEMA PZI: A LINGUAGEM DA INTENSIDADE</w:t>
      </w:r>
    </w:p>
    <w:p>
      <w:pPr/>
      <w:r>
        <w:rPr>
          <w:color w:val="282828"/>
          <w:sz w:val="20"/>
        </w:rPr>
        <w:t>CAPÍTULO 6 — A ARQUITETURA DA PERIODIZAÇÃO TRILIFE</w:t>
      </w:r>
    </w:p>
    <w:p>
      <w:pPr/>
      <w:r>
        <w:rPr>
          <w:color w:val="282828"/>
          <w:sz w:val="20"/>
        </w:rPr>
        <w:t>CAPÍTULO 7 — TEMPO RUN: A FERRAMENTA QUE CONSTRÓI CORREDORES</w:t>
      </w:r>
    </w:p>
    <w:p>
      <w:pPr/>
      <w:r>
        <w:rPr>
          <w:color w:val="282828"/>
          <w:sz w:val="20"/>
        </w:rPr>
        <w:t>CAPÍTULO 8 — FARTLEK: O TREINO QUE ENSINA O ATLETA A CONTROLAR O RITMO</w:t>
      </w:r>
    </w:p>
    <w:p>
      <w:pPr/>
      <w:r>
        <w:rPr>
          <w:color w:val="282828"/>
          <w:sz w:val="20"/>
        </w:rPr>
        <w:t>CAPÍTULO 9 — INTERVALADOS: DESENVOLVENDO POTÊNCIA SEM PERDER EFICIÊNCIA</w:t>
      </w:r>
    </w:p>
    <w:p>
      <w:pPr/>
      <w:r>
        <w:rPr>
          <w:color w:val="282828"/>
          <w:sz w:val="20"/>
        </w:rPr>
        <w:t>CAPÍTULO 10 — TREINAMENTO EM SUBIDAS: CONSTRUINDO FORÇA ESPECÍFICA PARA A CORRIDA</w:t>
      </w:r>
    </w:p>
    <w:p>
      <w:pPr/>
      <w:r>
        <w:rPr>
          <w:color w:val="282828"/>
          <w:sz w:val="20"/>
        </w:rPr>
        <w:t>CAPÍTULO 11 — RECUPERAÇÃO: A ADAPTAÇÃO ACONTECE ENTRE OS TREINOS</w:t>
      </w:r>
    </w:p>
    <w:p>
      <w:pPr/>
      <w:r>
        <w:rPr>
          <w:color w:val="282828"/>
          <w:sz w:val="20"/>
        </w:rPr>
        <w:t>CAPÍTULO 12 — A ARTE DE PRESCREVER: COMO CONSTRUIR UM TREINO</w:t>
      </w:r>
    </w:p>
    <w:p>
      <w:pPr/>
      <w:r>
        <w:rPr>
          <w:color w:val="282828"/>
          <w:sz w:val="20"/>
        </w:rPr>
        <w:t>CAPÍTULO 13 — AQUECIMENTO INTELIGENTE: PREPARANDO O CORPO PARA PRODUZIR MOVIMENTO</w:t>
      </w:r>
    </w:p>
    <w:p>
      <w:pPr/>
      <w:r>
        <w:rPr>
          <w:color w:val="282828"/>
          <w:sz w:val="20"/>
        </w:rPr>
        <w:t>CAPÍTULO 14 — ECONOMIA DE CORRIDA: O VERDADEIRO SEGREDO DA PERFORMANCE</w:t>
      </w:r>
    </w:p>
    <w:p>
      <w:pPr/>
      <w:r>
        <w:rPr>
          <w:color w:val="282828"/>
          <w:sz w:val="20"/>
        </w:rPr>
        <w:t>CAPÍTULO 15 — INDIVIDUALIZAÇÃO: O MAIOR PILAR DOS TREINOS INTELIGENTES</w:t>
      </w:r>
    </w:p>
    <w:p>
      <w:pPr/>
      <w:r>
        <w:rPr>
          <w:color w:val="282828"/>
          <w:sz w:val="20"/>
        </w:rPr>
        <w:t>CAPÍTULO 16 — A CIÊNCIA DA SIMPLICIDADE</w:t>
      </w:r>
    </w:p>
    <w:p>
      <w:pPr/>
      <w:r>
        <w:rPr>
          <w:color w:val="282828"/>
          <w:sz w:val="20"/>
        </w:rPr>
        <w:t>CAPÍTULO 17 — CADÊNCIA: UM DOS PILARES DOS TREINOS INTELIGENTES</w:t>
      </w:r>
    </w:p>
    <w:p>
      <w:pPr/>
      <w:r>
        <w:rPr>
          <w:color w:val="282828"/>
          <w:sz w:val="20"/>
        </w:rPr>
        <w:t>CAPÍTULO 18 — BIOMECÂNICA DA CORRIDA: CORRER MELHOR ANTES DE CORRER MAIS</w:t>
      </w:r>
    </w:p>
    <w:p>
      <w:pPr/>
      <w:r>
        <w:rPr>
          <w:color w:val="282828"/>
          <w:sz w:val="20"/>
        </w:rPr>
        <w:t>CAPÍTULO 19 — LEITURA DE DADOS NO TRAININGPEAKS</w:t>
      </w:r>
    </w:p>
    <w:p>
      <w:pPr/>
      <w:r>
        <w:rPr>
          <w:color w:val="282828"/>
          <w:sz w:val="20"/>
        </w:rPr>
        <w:t>CAPÍTULO 20 — PACE, FREQUÊNCIA CARDÍACA E PACE/HEART</w:t>
      </w:r>
    </w:p>
    <w:p>
      <w:pPr/>
      <w:r>
        <w:rPr>
          <w:color w:val="282828"/>
          <w:sz w:val="20"/>
        </w:rPr>
        <w:t>CAPÍTULO 21 — DECOUPLING / CARDIAC DRIFT</w:t>
      </w:r>
    </w:p>
    <w:p>
      <w:pPr/>
      <w:r>
        <w:rPr>
          <w:color w:val="282828"/>
          <w:sz w:val="20"/>
        </w:rPr>
        <w:t>CAPÍTULO 22 — MICROMETAS E ADESÃO DO ATLETA</w:t>
      </w:r>
    </w:p>
    <w:p>
      <w:pPr/>
      <w:r>
        <w:rPr>
          <w:color w:val="282828"/>
          <w:sz w:val="20"/>
        </w:rPr>
        <w:t>CAPÍTULO 23 — MARGEM DE SEGURANÇA NOS CICLOS</w:t>
      </w:r>
    </w:p>
    <w:p>
      <w:pPr/>
      <w:r>
        <w:rPr>
          <w:color w:val="282828"/>
          <w:sz w:val="20"/>
        </w:rPr>
        <w:t>CAPÍTULO 24 — CREDENCIAIS: 5K → 10K → 21K → 42K</w:t>
      </w:r>
    </w:p>
    <w:p>
      <w:pPr/>
      <w:r>
        <w:rPr>
          <w:color w:val="282828"/>
          <w:sz w:val="20"/>
        </w:rPr>
        <w:t>CAPÍTULO 25 — POLIMENTO / TAPER</w:t>
      </w:r>
    </w:p>
    <w:p>
      <w:pPr/>
      <w:r>
        <w:rPr>
          <w:color w:val="282828"/>
          <w:sz w:val="20"/>
        </w:rPr>
        <w:t>CAPÍTULO 26 — ESTRATÉGIA DE PROVA</w:t>
      </w:r>
    </w:p>
    <w:p>
      <w:pPr/>
      <w:r>
        <w:rPr>
          <w:color w:val="282828"/>
          <w:sz w:val="20"/>
        </w:rPr>
        <w:t>CAPÍTULO 27 — NUTRIÇÃO BÁSICA DENTRO DA METODOLOGIA</w:t>
      </w:r>
    </w:p>
    <w:p>
      <w:pPr/>
      <w:r>
        <w:rPr>
          <w:color w:val="282828"/>
          <w:sz w:val="20"/>
        </w:rPr>
        <w:t>CAPÍTULO 28 — COMO AJUSTAR TREINOS QUANDO O ATLETA FALHA</w:t>
      </w:r>
    </w:p>
    <w:p>
      <w:pPr/>
      <w:r>
        <w:rPr>
          <w:color w:val="282828"/>
          <w:sz w:val="20"/>
        </w:rPr>
        <w:t>CAPÍTULO 29 — COMO O COACH DECIDE SE AUMENTA, MANTÉM OU REDUZ CARGA</w:t>
      </w:r>
    </w:p>
    <w:p>
      <w:r>
        <w:br w:type="page"/>
      </w:r>
    </w:p>
    <w:p>
      <w:pPr>
        <w:pStyle w:val="TriLifeQuote"/>
      </w:pPr>
      <w:r>
        <w:rPr>
          <w:rFonts w:ascii="Aptos" w:hAnsi="Aptos" w:eastAsia="Aptos"/>
          <w:b w:val="0"/>
          <w:i/>
        </w:rPr>
        <w:t>Treinos Inteligentes e Personalizados</w:t>
      </w:r>
    </w:p>
    <w:p>
      <w:pPr>
        <w:pStyle w:val="TriLifeQuote"/>
      </w:pPr>
      <w:r>
        <w:rPr>
          <w:rFonts w:ascii="Aptos" w:hAnsi="Aptos" w:eastAsia="Aptos"/>
          <w:b w:val="0"/>
          <w:i/>
        </w:rPr>
        <w:t>Propósito. Foco. Crescimento.</w:t>
      </w:r>
    </w:p>
    <w:p>
      <w:r>
        <w:br w:type="page"/>
      </w:r>
    </w:p>
    <w:p>
      <w:pPr>
        <w:pStyle w:val="Title"/>
        <w:jc w:val="center"/>
      </w:pPr>
      <w:r>
        <w:t>BLOCO 1</w:t>
      </w:r>
    </w:p>
    <w:p>
      <w:pPr>
        <w:pStyle w:val="Heading1"/>
        <w:jc w:val="center"/>
      </w:pPr>
      <w:r>
        <w:t>FUNDAMENTOS DO DNA TRILIFE RUNNING</w:t>
      </w:r>
    </w:p>
    <w:p>
      <w:r>
        <w:br w:type="page"/>
      </w:r>
    </w:p>
    <w:p>
      <w:pPr>
        <w:pStyle w:val="Heading1"/>
        <w:jc w:val="center"/>
      </w:pPr>
      <w:r>
        <w:t>CAPÍTULO 1</w:t>
      </w:r>
    </w:p>
    <w:p>
      <w:pPr>
        <w:pStyle w:val="Heading1"/>
        <w:jc w:val="center"/>
      </w:pPr>
      <w:r>
        <w:t>A FILOSOFIA DO MÉTODO TRILIFE RUNNING</w:t>
      </w:r>
    </w:p>
    <w:p>
      <w:pPr>
        <w:pStyle w:val="TriLifeQuote"/>
      </w:pPr>
      <w:r>
        <w:rPr>
          <w:rFonts w:ascii="Aptos" w:hAnsi="Aptos" w:eastAsia="Aptos"/>
          <w:b w:val="0"/>
          <w:i/>
        </w:rPr>
        <w:t>“Treinos Inteligentes conectam objetivo, dose e resposta do atleta para produzir adaptação com clareza, controle e continuidade.”</w:t>
      </w:r>
    </w:p>
    <w:p>
      <w:pPr>
        <w:pStyle w:val="Heading2"/>
      </w:pPr>
      <w:r>
        <w:t>Uma metodologia é definida pelas decisões que toma</w:t>
      </w:r>
    </w:p>
    <w:p>
      <w:pPr/>
      <w:r>
        <w:rPr>
          <w:rFonts w:ascii="Aptos" w:hAnsi="Aptos" w:eastAsia="Aptos"/>
          <w:b w:val="0"/>
          <w:i w:val="0"/>
        </w:rPr>
        <w:t xml:space="preserve">Toda metodologia de treinamento nasce de uma pergunta prática: </w:t>
      </w:r>
      <w:r>
        <w:rPr>
          <w:rFonts w:ascii="Aptos" w:hAnsi="Aptos" w:eastAsia="Aptos"/>
          <w:b/>
          <w:i w:val="0"/>
        </w:rPr>
        <w:t>como desenvolver atletas de forma consistente ao longo do tempo?</w:t>
      </w:r>
    </w:p>
    <w:p>
      <w:pPr/>
      <w:r>
        <w:rPr>
          <w:rFonts w:ascii="Aptos" w:hAnsi="Aptos" w:eastAsia="Aptos"/>
          <w:b w:val="0"/>
          <w:i w:val="0"/>
        </w:rPr>
        <w:t>O Método TriLife Running surge dessa necessidade. Não nasce como uma coleção de treinos soltos, nem como uma planilha bonita distribuída em semanas. Ele nasce da observação diária de atletas reais, com rotinas reais, limitações reais e objetivos diferentes.</w:t>
      </w:r>
    </w:p>
    <w:p>
      <w:pPr/>
      <w:r>
        <w:rPr>
          <w:rFonts w:ascii="Aptos" w:hAnsi="Aptos" w:eastAsia="Aptos"/>
          <w:b w:val="0"/>
          <w:i w:val="0"/>
        </w:rPr>
        <w:t>Arthur Scomparim construiu essa metodologia ao longo de anos treinando corredores de diferentes níveis. Iniciantes, atletas em evolução, corredores experientes, triatletas, pessoas voltando depois de lesão, alunos tentando encaixar treino na rotina profissional e atletas que precisavam aprender a treinar antes de pensar em competir melhor.</w:t>
      </w:r>
    </w:p>
    <w:p>
      <w:pPr/>
      <w:r>
        <w:rPr>
          <w:rFonts w:ascii="Aptos" w:hAnsi="Aptos" w:eastAsia="Aptos"/>
          <w:b w:val="0"/>
          <w:i w:val="0"/>
        </w:rPr>
        <w:t>Essa prática gerou uma leitura própria do treinamento. Uma leitura que combina ciência, experiência, observação e simplicidade operacional.</w:t>
      </w:r>
    </w:p>
    <w:p>
      <w:pPr/>
      <w:r>
        <w:rPr>
          <w:rFonts w:ascii="Aptos" w:hAnsi="Aptos" w:eastAsia="Aptos"/>
          <w:b w:val="0"/>
          <w:i w:val="0"/>
        </w:rPr>
        <w:t>O Método TriLife Running recebe influência de referências importantes do treinamento de endurance. Jack Daniels contribui com a organização fisiológica da corrida, a lógica dos ritmos e a compreensão da intensidade. Stephen Seiler e a lógica 80/20 reforçam a importância de distribuir bem os estímulos, protegendo a maior parte do treinamento em intensidades controladas e reservando os esforços fortes para momentos estratégicos. Michael Boyle ajuda a sustentar a importância do movimento, da força funcional, da estabilidade e da prevenção de lesões.</w:t>
      </w:r>
    </w:p>
    <w:p>
      <w:pPr/>
      <w:r>
        <w:rPr>
          <w:rFonts w:ascii="Aptos" w:hAnsi="Aptos" w:eastAsia="Aptos"/>
          <w:b w:val="0"/>
          <w:i w:val="0"/>
        </w:rPr>
        <w:t>Ainda assim, o Método TriLife Running não é uma cópia dessas referências.</w:t>
      </w:r>
    </w:p>
    <w:p>
      <w:pPr/>
      <w:r>
        <w:rPr>
          <w:rFonts w:ascii="Aptos" w:hAnsi="Aptos" w:eastAsia="Aptos"/>
          <w:b w:val="0"/>
          <w:i w:val="0"/>
        </w:rPr>
        <w:t>Ele é a tradução prática desses conhecimentos para a realidade da assessoria esportiva brasileira. Uma realidade onde o treinador precisa lidar com atletas que treinam antes do trabalho, depois do expediente, em dias de sono ruim, com filhos, viagens, trânsito, calor, estresse, lesões antigas e semanas imprevisíveis.</w:t>
      </w:r>
    </w:p>
    <w:p>
      <w:pPr/>
      <w:r>
        <w:rPr>
          <w:rFonts w:ascii="Aptos" w:hAnsi="Aptos" w:eastAsia="Aptos"/>
          <w:b w:val="0"/>
          <w:i w:val="0"/>
        </w:rPr>
        <w:t>Por isso, este livro não tem a proposta de apresentar um novo modelo fisiológico. Também não pretende substituir a literatura científica. A proposta é documentar como a metodologia TriLife pensa, organiza e aplica o treinamento de corrida.</w:t>
      </w:r>
    </w:p>
    <w:p>
      <w:pPr/>
      <w:r>
        <w:rPr>
          <w:rFonts w:ascii="Aptos" w:hAnsi="Aptos" w:eastAsia="Aptos"/>
          <w:b w:val="0"/>
          <w:i w:val="0"/>
        </w:rPr>
        <w:t>O centro do método não está apenas na montagem da planilha. Está na forma de decidir.</w:t>
      </w:r>
    </w:p>
    <w:p>
      <w:pPr/>
      <w:r>
        <w:rPr>
          <w:rFonts w:ascii="Aptos" w:hAnsi="Aptos" w:eastAsia="Aptos"/>
          <w:b w:val="0"/>
          <w:i w:val="0"/>
        </w:rPr>
        <w:t>Uma metodologia não é definida somente pelos treinos que prescreve. Ela é definida pelos critérios que usa para escolher, ajustar, manter, reduzir ou evoluir esses treinos.</w:t>
      </w:r>
    </w:p>
    <w:p>
      <w:pPr/>
      <w:r>
        <w:rPr>
          <w:rFonts w:ascii="Aptos" w:hAnsi="Aptos" w:eastAsia="Aptos"/>
          <w:b w:val="0"/>
          <w:i w:val="0"/>
        </w:rPr>
        <w:t>É exatamente aí que começa a filosofia do Método TriLife Running.</w:t>
      </w:r>
    </w:p>
    <w:p>
      <w:pPr>
        <w:pStyle w:val="Heading2"/>
      </w:pPr>
      <w:r>
        <w:t>1.1 Treinos Inteligentes</w:t>
      </w:r>
    </w:p>
    <w:p>
      <w:pPr/>
      <w:r>
        <w:rPr>
          <w:rFonts w:ascii="Aptos" w:hAnsi="Aptos" w:eastAsia="Aptos"/>
          <w:b w:val="0"/>
          <w:i w:val="0"/>
        </w:rPr>
        <w:t>Treinos Inteligentes são o eixo central da metodologia TriLife Running.</w:t>
      </w:r>
    </w:p>
    <w:p>
      <w:pPr/>
      <w:r>
        <w:rPr>
          <w:rFonts w:ascii="Aptos" w:hAnsi="Aptos" w:eastAsia="Aptos"/>
          <w:b w:val="0"/>
          <w:i w:val="0"/>
        </w:rPr>
        <w:t xml:space="preserve">A ideia é direta: </w:t>
      </w:r>
      <w:r>
        <w:rPr>
          <w:rFonts w:ascii="Aptos" w:hAnsi="Aptos" w:eastAsia="Aptos"/>
          <w:b/>
          <w:i w:val="0"/>
        </w:rPr>
        <w:t>treinar mais não significa evoluir mais. Treinar mais forte também não significa evoluir mais rápido.</w:t>
      </w:r>
    </w:p>
    <w:p>
      <w:pPr/>
      <w:r>
        <w:rPr>
          <w:rFonts w:ascii="Aptos" w:hAnsi="Aptos" w:eastAsia="Aptos"/>
          <w:b w:val="0"/>
          <w:i w:val="0"/>
        </w:rPr>
        <w:t>A evolução aparece quando o atleta recebe o estímulo adequado, na intensidade adequada, no momento adequado do ciclo e com recuperação suficiente para transformar esse estímulo em adaptação.</w:t>
      </w:r>
    </w:p>
    <w:p>
      <w:pPr/>
      <w:r>
        <w:rPr>
          <w:rFonts w:ascii="Aptos" w:hAnsi="Aptos" w:eastAsia="Aptos"/>
          <w:b w:val="0"/>
          <w:i w:val="0"/>
        </w:rPr>
        <w:t>Dentro da metodologia, cada decisão precisa responder a uma pergunta simples:</w:t>
      </w:r>
    </w:p>
    <w:p>
      <w:pPr>
        <w:pStyle w:val="TriLifeQuote"/>
      </w:pPr>
      <w:r>
        <w:rPr>
          <w:rFonts w:ascii="Aptos" w:hAnsi="Aptos" w:eastAsia="Aptos"/>
          <w:b w:val="0"/>
          <w:i/>
        </w:rPr>
        <w:t>qual é a menor dose capaz de gerar a adaptação desejada?</w:t>
      </w:r>
    </w:p>
    <w:p>
      <w:pPr/>
      <w:r>
        <w:rPr>
          <w:rFonts w:ascii="Aptos" w:hAnsi="Aptos" w:eastAsia="Aptos"/>
          <w:b w:val="0"/>
          <w:i w:val="0"/>
        </w:rPr>
        <w:t>Essa pergunta não torna o treinamento fraco. Ela torna o treinamento mais preciso.</w:t>
      </w:r>
    </w:p>
    <w:p>
      <w:pPr/>
      <w:r>
        <w:rPr>
          <w:rFonts w:ascii="Aptos" w:hAnsi="Aptos" w:eastAsia="Aptos"/>
          <w:b w:val="0"/>
          <w:i w:val="0"/>
        </w:rPr>
        <w:t>A menor dose eficaz não significa facilidade. Significa economia de desgaste. Significa evitar carga inútil. Significa entender que o corpo do atleta não evolui porque foi destruído no treino, mas porque recebeu um estímulo coerente, recuperou bem e conseguiu repetir esse processo ao longo das semanas.</w:t>
      </w:r>
    </w:p>
    <w:p>
      <w:pPr/>
      <w:r>
        <w:rPr>
          <w:rFonts w:ascii="Aptos" w:hAnsi="Aptos" w:eastAsia="Aptos"/>
          <w:b w:val="0"/>
          <w:i w:val="0"/>
        </w:rPr>
        <w:t>Essa lógica orienta todas as decisões do método:</w:t>
      </w:r>
    </w:p>
    <w:p>
      <w:pPr>
        <w:pStyle w:val="ListBullet"/>
      </w:pPr>
      <w:r>
        <w:rPr>
          <w:rFonts w:ascii="Aptos" w:hAnsi="Aptos" w:eastAsia="Aptos"/>
          <w:b w:val="0"/>
          <w:i w:val="0"/>
        </w:rPr>
        <w:t>escolha do Ritmo de Limiar;</w:t>
      </w:r>
    </w:p>
    <w:p>
      <w:pPr>
        <w:pStyle w:val="ListBullet"/>
      </w:pPr>
      <w:r>
        <w:rPr>
          <w:rFonts w:ascii="Aptos" w:hAnsi="Aptos" w:eastAsia="Aptos"/>
          <w:b w:val="0"/>
          <w:i w:val="0"/>
        </w:rPr>
        <w:t>construção do PZI;</w:t>
      </w:r>
    </w:p>
    <w:p>
      <w:pPr>
        <w:pStyle w:val="ListBullet"/>
      </w:pPr>
      <w:r>
        <w:rPr>
          <w:rFonts w:ascii="Aptos" w:hAnsi="Aptos" w:eastAsia="Aptos"/>
          <w:b w:val="0"/>
          <w:i w:val="0"/>
        </w:rPr>
        <w:t>distribuição das intensidades;</w:t>
      </w:r>
    </w:p>
    <w:p>
      <w:pPr>
        <w:pStyle w:val="ListBullet"/>
      </w:pPr>
      <w:r>
        <w:rPr>
          <w:rFonts w:ascii="Aptos" w:hAnsi="Aptos" w:eastAsia="Aptos"/>
          <w:b w:val="0"/>
          <w:i w:val="0"/>
        </w:rPr>
        <w:t>uso do Tempo Run;</w:t>
      </w:r>
    </w:p>
    <w:p>
      <w:pPr>
        <w:pStyle w:val="ListBullet"/>
      </w:pPr>
      <w:r>
        <w:rPr>
          <w:rFonts w:ascii="Aptos" w:hAnsi="Aptos" w:eastAsia="Aptos"/>
          <w:b w:val="0"/>
          <w:i w:val="0"/>
        </w:rPr>
        <w:t>aplicação do Fartlek;</w:t>
      </w:r>
    </w:p>
    <w:p>
      <w:pPr>
        <w:pStyle w:val="ListBullet"/>
      </w:pPr>
      <w:r>
        <w:rPr>
          <w:rFonts w:ascii="Aptos" w:hAnsi="Aptos" w:eastAsia="Aptos"/>
          <w:b w:val="0"/>
          <w:i w:val="0"/>
        </w:rPr>
        <w:t>prescrição dos intervalados;</w:t>
      </w:r>
    </w:p>
    <w:p>
      <w:pPr>
        <w:pStyle w:val="ListBullet"/>
      </w:pPr>
      <w:r>
        <w:rPr>
          <w:rFonts w:ascii="Aptos" w:hAnsi="Aptos" w:eastAsia="Aptos"/>
          <w:b w:val="0"/>
          <w:i w:val="0"/>
        </w:rPr>
        <w:t>utilização das subidas;</w:t>
      </w:r>
    </w:p>
    <w:p>
      <w:pPr>
        <w:pStyle w:val="ListBullet"/>
      </w:pPr>
      <w:r>
        <w:rPr>
          <w:rFonts w:ascii="Aptos" w:hAnsi="Aptos" w:eastAsia="Aptos"/>
          <w:b w:val="0"/>
          <w:i w:val="0"/>
        </w:rPr>
        <w:t>organização da recuperação;</w:t>
      </w:r>
    </w:p>
    <w:p>
      <w:pPr>
        <w:pStyle w:val="ListBullet"/>
      </w:pPr>
      <w:r>
        <w:rPr>
          <w:rFonts w:ascii="Aptos" w:hAnsi="Aptos" w:eastAsia="Aptos"/>
          <w:b w:val="0"/>
          <w:i w:val="0"/>
        </w:rPr>
        <w:t>redução de carga antes da prova;</w:t>
      </w:r>
    </w:p>
    <w:p>
      <w:pPr>
        <w:pStyle w:val="ListBullet"/>
      </w:pPr>
      <w:r>
        <w:rPr>
          <w:rFonts w:ascii="Aptos" w:hAnsi="Aptos" w:eastAsia="Aptos"/>
          <w:b w:val="0"/>
          <w:i w:val="0"/>
        </w:rPr>
        <w:t>ajuste do ciclo quando a vida real interfere no planejamento.</w:t>
      </w:r>
    </w:p>
    <w:p>
      <w:pPr/>
      <w:r>
        <w:rPr>
          <w:rFonts w:ascii="Aptos" w:hAnsi="Aptos" w:eastAsia="Aptos"/>
          <w:b w:val="0"/>
          <w:i w:val="0"/>
        </w:rPr>
        <w:t>Nada entra na planilha por tradição. Nada é colocado apenas porque “todo corredor faz”. Cada sessão precisa cumprir uma função dentro do processo.</w:t>
      </w:r>
    </w:p>
    <w:p>
      <w:pPr/>
      <w:r>
        <w:rPr>
          <w:rFonts w:ascii="Aptos" w:hAnsi="Aptos" w:eastAsia="Aptos"/>
          <w:b w:val="0"/>
          <w:i w:val="0"/>
        </w:rPr>
        <w:t>Um treino pode desenvolver base. Outro pode ensinar controle. Outro pode construir resistência específica. Outro pode melhorar potência. Outro pode recuperar. Outro pode apenas preparar o atleta para conseguir executar melhor a sessão seguinte.</w:t>
      </w:r>
    </w:p>
    <w:p>
      <w:pPr/>
      <w:r>
        <w:rPr>
          <w:rFonts w:ascii="Aptos" w:hAnsi="Aptos" w:eastAsia="Aptos"/>
          <w:b w:val="0"/>
          <w:i w:val="0"/>
        </w:rPr>
        <w:t>Treinar de forma inteligente é entender que um treino nunca existe sozinho.</w:t>
      </w:r>
    </w:p>
    <w:p>
      <w:pPr/>
      <w:r>
        <w:rPr>
          <w:rFonts w:ascii="Aptos" w:hAnsi="Aptos" w:eastAsia="Aptos"/>
          <w:b w:val="0"/>
          <w:i w:val="0"/>
        </w:rPr>
        <w:t>Ele prepara o próximo.</w:t>
      </w:r>
    </w:p>
    <w:p>
      <w:pPr/>
      <w:r>
        <w:rPr>
          <w:rFonts w:ascii="Aptos" w:hAnsi="Aptos" w:eastAsia="Aptos"/>
          <w:b w:val="0"/>
          <w:i w:val="0"/>
        </w:rPr>
        <w:t>O próximo prepara o seguinte.</w:t>
      </w:r>
    </w:p>
    <w:p>
      <w:pPr/>
      <w:r>
        <w:rPr>
          <w:rFonts w:ascii="Aptos" w:hAnsi="Aptos" w:eastAsia="Aptos"/>
          <w:b w:val="0"/>
          <w:i w:val="0"/>
        </w:rPr>
        <w:t>A sequência completa constrói o atleta para a prova-alvo.</w:t>
      </w:r>
    </w:p>
    <w:p>
      <w:pPr/>
      <w:r>
        <w:rPr>
          <w:rFonts w:ascii="Aptos" w:hAnsi="Aptos" w:eastAsia="Aptos"/>
          <w:b w:val="0"/>
          <w:i w:val="0"/>
        </w:rPr>
        <w:t>Essa é a diferença entre empilhar sessões e organizar adaptações.</w:t>
      </w:r>
    </w:p>
    <w:p>
      <w:pPr>
        <w:pStyle w:val="Heading2"/>
      </w:pPr>
      <w:r>
        <w:t>1.2 O atleta é mais importante que a planilha</w:t>
      </w:r>
    </w:p>
    <w:p>
      <w:pPr/>
      <w:r>
        <w:rPr>
          <w:rFonts w:ascii="Aptos" w:hAnsi="Aptos" w:eastAsia="Aptos"/>
          <w:b w:val="0"/>
          <w:i w:val="0"/>
        </w:rPr>
        <w:t>No Método TriLife Running, a planilha nunca ocupa o centro do processo.</w:t>
      </w:r>
    </w:p>
    <w:p>
      <w:pPr/>
      <w:r>
        <w:rPr>
          <w:rFonts w:ascii="Aptos" w:hAnsi="Aptos" w:eastAsia="Aptos"/>
          <w:b w:val="0"/>
          <w:i w:val="0"/>
        </w:rPr>
        <w:t>O centro é o atleta.</w:t>
      </w:r>
    </w:p>
    <w:p>
      <w:pPr/>
      <w:r>
        <w:rPr>
          <w:rFonts w:ascii="Aptos" w:hAnsi="Aptos" w:eastAsia="Aptos"/>
          <w:b w:val="0"/>
          <w:i w:val="0"/>
        </w:rPr>
        <w:t>A planilha é apenas a materialização das decisões tomadas pelo treinador dentro da lógica do método. Ela organiza o caminho, distribui estímulos e dá clareza ao processo. Mas não interpreta sozinha a realidade de quem treina.</w:t>
      </w:r>
    </w:p>
    <w:p>
      <w:pPr/>
      <w:r>
        <w:rPr>
          <w:rFonts w:ascii="Aptos" w:hAnsi="Aptos" w:eastAsia="Aptos"/>
          <w:b w:val="0"/>
          <w:i w:val="0"/>
        </w:rPr>
        <w:t>Antes de analisar ritmo, zona, distância, carga ou gráfico, a metodologia procura entender em que condição aquele treino aconteceu.</w:t>
      </w:r>
    </w:p>
    <w:p>
      <w:pPr/>
      <w:r>
        <w:rPr>
          <w:rFonts w:ascii="Aptos" w:hAnsi="Aptos" w:eastAsia="Aptos"/>
          <w:b w:val="0"/>
          <w:i w:val="0"/>
        </w:rPr>
        <w:t>Um treino cumprido no pace previsto pode ter sido mal executado se o atleta terminou destruído, compensando movimento ou acumulando fadiga desnecessária. Da mesma forma, um treino abaixo do previsto pode ter sido uma boa decisão se o atleta estava cansado, com dor, sem dormir ou em uma semana de alta sobrecarga fora do esporte.</w:t>
      </w:r>
    </w:p>
    <w:p>
      <w:pPr/>
      <w:r>
        <w:rPr>
          <w:rFonts w:ascii="Aptos" w:hAnsi="Aptos" w:eastAsia="Aptos"/>
          <w:b w:val="0"/>
          <w:i w:val="0"/>
        </w:rPr>
        <w:t>Por isso, a leitura começa antes dos números.</w:t>
      </w:r>
    </w:p>
    <w:p>
      <w:pPr/>
      <w:r>
        <w:rPr>
          <w:rFonts w:ascii="Aptos" w:hAnsi="Aptos" w:eastAsia="Aptos"/>
          <w:b w:val="0"/>
          <w:i w:val="0"/>
        </w:rPr>
        <w:t>O treinador precisa observar:</w:t>
      </w:r>
    </w:p>
    <w:p>
      <w:pPr>
        <w:pStyle w:val="ListBullet"/>
      </w:pPr>
      <w:r>
        <w:rPr>
          <w:rFonts w:ascii="Aptos" w:hAnsi="Aptos" w:eastAsia="Aptos"/>
          <w:b w:val="0"/>
          <w:i w:val="0"/>
        </w:rPr>
        <w:t>o atleta manteve regularidade nas últimas semanas?</w:t>
      </w:r>
    </w:p>
    <w:p>
      <w:pPr>
        <w:pStyle w:val="ListBullet"/>
      </w:pPr>
      <w:r>
        <w:rPr>
          <w:rFonts w:ascii="Aptos" w:hAnsi="Aptos" w:eastAsia="Aptos"/>
          <w:b w:val="0"/>
          <w:i w:val="0"/>
        </w:rPr>
        <w:t>dormiu bem?</w:t>
      </w:r>
    </w:p>
    <w:p>
      <w:pPr>
        <w:pStyle w:val="ListBullet"/>
      </w:pPr>
      <w:r>
        <w:rPr>
          <w:rFonts w:ascii="Aptos" w:hAnsi="Aptos" w:eastAsia="Aptos"/>
          <w:b w:val="0"/>
          <w:i w:val="0"/>
        </w:rPr>
        <w:t>está recuperando?</w:t>
      </w:r>
    </w:p>
    <w:p>
      <w:pPr>
        <w:pStyle w:val="ListBullet"/>
      </w:pPr>
      <w:r>
        <w:rPr>
          <w:rFonts w:ascii="Aptos" w:hAnsi="Aptos" w:eastAsia="Aptos"/>
          <w:b w:val="0"/>
          <w:i w:val="0"/>
        </w:rPr>
        <w:t>há dor ou desconforto interferindo?</w:t>
      </w:r>
    </w:p>
    <w:p>
      <w:pPr>
        <w:pStyle w:val="ListBullet"/>
      </w:pPr>
      <w:r>
        <w:rPr>
          <w:rFonts w:ascii="Aptos" w:hAnsi="Aptos" w:eastAsia="Aptos"/>
          <w:b w:val="0"/>
          <w:i w:val="0"/>
        </w:rPr>
        <w:t>a rotina profissional mudou?</w:t>
      </w:r>
    </w:p>
    <w:p>
      <w:pPr>
        <w:pStyle w:val="ListBullet"/>
      </w:pPr>
      <w:r>
        <w:rPr>
          <w:rFonts w:ascii="Aptos" w:hAnsi="Aptos" w:eastAsia="Aptos"/>
          <w:b w:val="0"/>
          <w:i w:val="0"/>
        </w:rPr>
        <w:t>existe estresse acumulado?</w:t>
      </w:r>
    </w:p>
    <w:p>
      <w:pPr>
        <w:pStyle w:val="ListBullet"/>
      </w:pPr>
      <w:r>
        <w:rPr>
          <w:rFonts w:ascii="Aptos" w:hAnsi="Aptos" w:eastAsia="Aptos"/>
          <w:b w:val="0"/>
          <w:i w:val="0"/>
        </w:rPr>
        <w:t>os comentários no TrainingPeaks confirmam o que os dados mostram?</w:t>
      </w:r>
    </w:p>
    <w:p>
      <w:pPr>
        <w:pStyle w:val="ListBullet"/>
      </w:pPr>
      <w:r>
        <w:rPr>
          <w:rFonts w:ascii="Aptos" w:hAnsi="Aptos" w:eastAsia="Aptos"/>
          <w:b w:val="0"/>
          <w:i w:val="0"/>
        </w:rPr>
        <w:t>a frequência cardíaca está coerente com o esforço?</w:t>
      </w:r>
    </w:p>
    <w:p>
      <w:pPr>
        <w:pStyle w:val="ListBullet"/>
      </w:pPr>
      <w:r>
        <w:rPr>
          <w:rFonts w:ascii="Aptos" w:hAnsi="Aptos" w:eastAsia="Aptos"/>
          <w:b w:val="0"/>
          <w:i w:val="0"/>
        </w:rPr>
        <w:t>o pace está melhorando sem aumento desproporcional do custo fisiológico?</w:t>
      </w:r>
    </w:p>
    <w:p>
      <w:pPr>
        <w:pStyle w:val="ListBullet"/>
      </w:pPr>
      <w:r>
        <w:rPr>
          <w:rFonts w:ascii="Aptos" w:hAnsi="Aptos" w:eastAsia="Aptos"/>
          <w:b w:val="0"/>
          <w:i w:val="0"/>
        </w:rPr>
        <w:t>o atleta está entendendo a proposta dos treinos?</w:t>
      </w:r>
    </w:p>
    <w:p>
      <w:pPr/>
      <w:r>
        <w:rPr>
          <w:rFonts w:ascii="Aptos" w:hAnsi="Aptos" w:eastAsia="Aptos"/>
          <w:b w:val="0"/>
          <w:i w:val="0"/>
        </w:rPr>
        <w:t>Somente depois dessa leitura global os dados passam a orientar decisões mais finas.</w:t>
      </w:r>
    </w:p>
    <w:p>
      <w:pPr/>
      <w:r>
        <w:rPr>
          <w:rFonts w:ascii="Aptos" w:hAnsi="Aptos" w:eastAsia="Aptos"/>
          <w:b w:val="0"/>
          <w:i w:val="0"/>
        </w:rPr>
        <w:t>Dois atletas podem executar o mesmo treino, no mesmo dia, com a mesma distância e a mesma intensidade relativa. Ainda assim, as respostas podem ser completamente diferentes.</w:t>
      </w:r>
    </w:p>
    <w:p>
      <w:pPr/>
      <w:r>
        <w:rPr>
          <w:rFonts w:ascii="Aptos" w:hAnsi="Aptos" w:eastAsia="Aptos"/>
          <w:b w:val="0"/>
          <w:i w:val="0"/>
        </w:rPr>
        <w:t>Um pode assimilar e evoluir.</w:t>
      </w:r>
    </w:p>
    <w:p>
      <w:pPr/>
      <w:r>
        <w:rPr>
          <w:rFonts w:ascii="Aptos" w:hAnsi="Aptos" w:eastAsia="Aptos"/>
          <w:b w:val="0"/>
          <w:i w:val="0"/>
        </w:rPr>
        <w:t>Outro pode acumular fadiga.</w:t>
      </w:r>
    </w:p>
    <w:p>
      <w:pPr/>
      <w:r>
        <w:rPr>
          <w:rFonts w:ascii="Aptos" w:hAnsi="Aptos" w:eastAsia="Aptos"/>
          <w:b w:val="0"/>
          <w:i w:val="0"/>
        </w:rPr>
        <w:t>Um pode estar pronto para progredir.</w:t>
      </w:r>
    </w:p>
    <w:p>
      <w:pPr/>
      <w:r>
        <w:rPr>
          <w:rFonts w:ascii="Aptos" w:hAnsi="Aptos" w:eastAsia="Aptos"/>
          <w:b w:val="0"/>
          <w:i w:val="0"/>
        </w:rPr>
        <w:t>Outro pode precisar manter ou reduzir.</w:t>
      </w:r>
    </w:p>
    <w:p>
      <w:pPr/>
      <w:r>
        <w:rPr>
          <w:rFonts w:ascii="Aptos" w:hAnsi="Aptos" w:eastAsia="Aptos"/>
          <w:b w:val="0"/>
          <w:i w:val="0"/>
        </w:rPr>
        <w:t>É por isso que a planilha não deve ser interpretada isoladamente. A planilha mostra a intenção. O atleta mostra a resposta.</w:t>
      </w:r>
    </w:p>
    <w:p>
      <w:pPr/>
      <w:r>
        <w:rPr>
          <w:rFonts w:ascii="Aptos" w:hAnsi="Aptos" w:eastAsia="Aptos"/>
          <w:b w:val="0"/>
          <w:i w:val="0"/>
        </w:rPr>
        <w:t>E é a resposta do atleta que orienta a próxima decisão.</w:t>
      </w:r>
    </w:p>
    <w:p>
      <w:pPr>
        <w:pStyle w:val="Heading2"/>
      </w:pPr>
      <w:r>
        <w:t>1.3 O Método interpreta tendências, não eventos isolados</w:t>
      </w:r>
    </w:p>
    <w:p>
      <w:pPr/>
      <w:r>
        <w:rPr>
          <w:rFonts w:ascii="Aptos" w:hAnsi="Aptos" w:eastAsia="Aptos"/>
          <w:b w:val="0"/>
          <w:i w:val="0"/>
        </w:rPr>
        <w:t>Uma das diferenças entre um treinador experiente e um simples montador de planilhas está na leitura do tempo.</w:t>
      </w:r>
    </w:p>
    <w:p>
      <w:pPr/>
      <w:r>
        <w:rPr>
          <w:rFonts w:ascii="Aptos" w:hAnsi="Aptos" w:eastAsia="Aptos"/>
          <w:b w:val="0"/>
          <w:i w:val="0"/>
        </w:rPr>
        <w:t>Um treino isolado mostra um acontecimento. Uma sequência de treinos mostra uma tendência.</w:t>
      </w:r>
    </w:p>
    <w:p>
      <w:pPr/>
      <w:r>
        <w:rPr>
          <w:rFonts w:ascii="Aptos" w:hAnsi="Aptos" w:eastAsia="Aptos"/>
          <w:b w:val="0"/>
          <w:i w:val="0"/>
        </w:rPr>
        <w:t>No Método TriLife Running, um dia excelente não significa automaticamente que o atleta está pronto para receber mais carga. Um dia ruim também não significa, sozinho, perda de desempenho.</w:t>
      </w:r>
    </w:p>
    <w:p>
      <w:pPr/>
      <w:r>
        <w:rPr>
          <w:rFonts w:ascii="Aptos" w:hAnsi="Aptos" w:eastAsia="Aptos"/>
          <w:b w:val="0"/>
          <w:i w:val="0"/>
        </w:rPr>
        <w:t>A metodologia evita decisões precipitadas.</w:t>
      </w:r>
    </w:p>
    <w:p>
      <w:pPr/>
      <w:r>
        <w:rPr>
          <w:rFonts w:ascii="Aptos" w:hAnsi="Aptos" w:eastAsia="Aptos"/>
          <w:b w:val="0"/>
          <w:i w:val="0"/>
        </w:rPr>
        <w:t>A pergunta principal não é apenas:</w:t>
      </w:r>
    </w:p>
    <w:p>
      <w:pPr>
        <w:pStyle w:val="TriLifeQuote"/>
      </w:pPr>
      <w:r>
        <w:rPr>
          <w:rFonts w:ascii="Aptos" w:hAnsi="Aptos" w:eastAsia="Aptos"/>
          <w:b w:val="0"/>
          <w:i/>
        </w:rPr>
        <w:t>“Como foi o treino de hoje?”</w:t>
      </w:r>
    </w:p>
    <w:p>
      <w:pPr/>
      <w:r>
        <w:rPr>
          <w:rFonts w:ascii="Aptos" w:hAnsi="Aptos" w:eastAsia="Aptos"/>
          <w:b w:val="0"/>
          <w:i w:val="0"/>
        </w:rPr>
        <w:t>A pergunta mais importante é:</w:t>
      </w:r>
    </w:p>
    <w:p>
      <w:pPr>
        <w:pStyle w:val="TriLifeQuote"/>
      </w:pPr>
      <w:r>
        <w:rPr>
          <w:rFonts w:ascii="Aptos" w:hAnsi="Aptos" w:eastAsia="Aptos"/>
          <w:b w:val="0"/>
          <w:i/>
        </w:rPr>
        <w:t>“Como o atleta vem respondendo ao processo nas últimas semanas?”</w:t>
      </w:r>
    </w:p>
    <w:p>
      <w:pPr/>
      <w:r>
        <w:rPr>
          <w:rFonts w:ascii="Aptos" w:hAnsi="Aptos" w:eastAsia="Aptos"/>
          <w:b w:val="0"/>
          <w:i w:val="0"/>
        </w:rPr>
        <w:t>Essa mudança de olhar transforma a qualidade da prescrição.</w:t>
      </w:r>
    </w:p>
    <w:p>
      <w:pPr/>
      <w:r>
        <w:rPr>
          <w:rFonts w:ascii="Aptos" w:hAnsi="Aptos" w:eastAsia="Aptos"/>
          <w:b w:val="0"/>
          <w:i w:val="0"/>
        </w:rPr>
        <w:t>O treinador deixa de reagir a cada oscilação e passa a interpretar padrões.</w:t>
      </w:r>
    </w:p>
    <w:p>
      <w:pPr/>
      <w:r>
        <w:rPr>
          <w:rFonts w:ascii="Aptos" w:hAnsi="Aptos" w:eastAsia="Aptos"/>
          <w:b w:val="0"/>
          <w:i w:val="0"/>
        </w:rPr>
        <w:t>Uma sequência de treinos com boa aderência, percepção de esforço controlada, recuperação adequada e melhora progressiva indica que o processo está funcionando. Por outro lado, queda repetida de rendimento, aumento incomum da frequência cardíaca, fadiga persistente, comentários negativos e faltas sucessivas indicam necessidade de investigação.</w:t>
      </w:r>
    </w:p>
    <w:p>
      <w:pPr/>
      <w:r>
        <w:rPr>
          <w:rFonts w:ascii="Aptos" w:hAnsi="Aptos" w:eastAsia="Aptos"/>
          <w:b w:val="0"/>
          <w:i w:val="0"/>
        </w:rPr>
        <w:t>O desempenho deixa de ser visto como uma fotografia.</w:t>
      </w:r>
    </w:p>
    <w:p>
      <w:pPr/>
      <w:r>
        <w:rPr>
          <w:rFonts w:ascii="Aptos" w:hAnsi="Aptos" w:eastAsia="Aptos"/>
          <w:b w:val="0"/>
          <w:i w:val="0"/>
        </w:rPr>
        <w:t>Passa a ser observado como um filme.</w:t>
      </w:r>
    </w:p>
    <w:p>
      <w:pPr/>
      <w:r>
        <w:rPr>
          <w:rFonts w:ascii="Aptos" w:hAnsi="Aptos" w:eastAsia="Aptos"/>
          <w:b w:val="0"/>
          <w:i w:val="0"/>
        </w:rPr>
        <w:t>Essa leitura longitudinal permite entender evolução, estagnação, excesso de fadiga, perda de rotina ou necessidade de recalibração. O método protege o atleta exatamente porque não decide com base em um único recorte.</w:t>
      </w:r>
    </w:p>
    <w:p>
      <w:pPr/>
      <w:r>
        <w:rPr>
          <w:rFonts w:ascii="Aptos" w:hAnsi="Aptos" w:eastAsia="Aptos"/>
          <w:b w:val="0"/>
          <w:i w:val="0"/>
        </w:rPr>
        <w:t>Treinos Inteligentes dependem dessa paciência técnica.</w:t>
      </w:r>
    </w:p>
    <w:p>
      <w:pPr/>
      <w:r>
        <w:rPr>
          <w:rFonts w:ascii="Aptos" w:hAnsi="Aptos" w:eastAsia="Aptos"/>
          <w:b w:val="0"/>
          <w:i w:val="0"/>
        </w:rPr>
        <w:t>O treinador precisa saber quando agir.</w:t>
      </w:r>
    </w:p>
    <w:p>
      <w:pPr/>
      <w:r>
        <w:rPr>
          <w:rFonts w:ascii="Aptos" w:hAnsi="Aptos" w:eastAsia="Aptos"/>
          <w:b w:val="0"/>
          <w:i w:val="0"/>
        </w:rPr>
        <w:t>Também precisa saber quando não mexer.</w:t>
      </w:r>
    </w:p>
    <w:p>
      <w:pPr>
        <w:pStyle w:val="Heading2"/>
      </w:pPr>
      <w:r>
        <w:t>1.4 O treinamento também é uma ferramenta de avaliação</w:t>
      </w:r>
    </w:p>
    <w:p>
      <w:pPr/>
      <w:r>
        <w:rPr>
          <w:rFonts w:ascii="Aptos" w:hAnsi="Aptos" w:eastAsia="Aptos"/>
          <w:b w:val="0"/>
          <w:i w:val="0"/>
        </w:rPr>
        <w:t>Muitos modelos de treinamento começam com testes máximos para definir ritmos. Essa estratégia pode funcionar em determinados contextos, mas não é a única forma de iniciar um processo.</w:t>
      </w:r>
    </w:p>
    <w:p>
      <w:pPr/>
      <w:r>
        <w:rPr>
          <w:rFonts w:ascii="Aptos" w:hAnsi="Aptos" w:eastAsia="Aptos"/>
          <w:b w:val="0"/>
          <w:i w:val="0"/>
        </w:rPr>
        <w:t>O Método TriLife Running entende que, principalmente nas primeiras semanas, o próprio treinamento já fornece informações valiosas.</w:t>
      </w:r>
    </w:p>
    <w:p>
      <w:pPr/>
      <w:r>
        <w:rPr>
          <w:rFonts w:ascii="Aptos" w:hAnsi="Aptos" w:eastAsia="Aptos"/>
          <w:b w:val="0"/>
          <w:i w:val="0"/>
        </w:rPr>
        <w:t>Rodagens mostram regularidade, economia de movimento, respiração e controle. Fartleks revelam a capacidade do atleta de alternar intensidades. Tempo Runs mostram sustentação e percepção de esforço. Intervalados demonstram recuperação entre estímulos. Treinos leves evidenciam se o atleta sabe realmente correr leve. Educativos expõem coordenação, postura, mobilidade e consciência corporal.</w:t>
      </w:r>
    </w:p>
    <w:p>
      <w:pPr/>
      <w:r>
        <w:rPr>
          <w:rFonts w:ascii="Aptos" w:hAnsi="Aptos" w:eastAsia="Aptos"/>
          <w:b w:val="0"/>
          <w:i w:val="0"/>
        </w:rPr>
        <w:t>Cada sessão informa algo.</w:t>
      </w:r>
    </w:p>
    <w:p>
      <w:pPr/>
      <w:r>
        <w:rPr>
          <w:rFonts w:ascii="Aptos" w:hAnsi="Aptos" w:eastAsia="Aptos"/>
          <w:b w:val="0"/>
          <w:i w:val="0"/>
        </w:rPr>
        <w:t>Essa leitura é especialmente importante em atletas iniciantes ou em retorno. Muitos chegam sem domínio de aquecimento, cadência, controle de ritmo, percepção de esforço e execução técnica. Fazer um teste máximo logo no início pode medir mais ansiedade, falta de experiência ou desorganização mecânica do que capacidade real de treinamento.</w:t>
      </w:r>
    </w:p>
    <w:p>
      <w:pPr/>
      <w:r>
        <w:rPr>
          <w:rFonts w:ascii="Aptos" w:hAnsi="Aptos" w:eastAsia="Aptos"/>
          <w:b w:val="0"/>
          <w:i w:val="0"/>
        </w:rPr>
        <w:t>Por isso, a metodologia usa as primeiras semanas como fase de adaptação, observação e calibração.</w:t>
      </w:r>
    </w:p>
    <w:p>
      <w:pPr/>
      <w:r>
        <w:rPr>
          <w:rFonts w:ascii="Aptos" w:hAnsi="Aptos" w:eastAsia="Aptos"/>
          <w:b w:val="0"/>
          <w:i w:val="0"/>
        </w:rPr>
        <w:t>Antes de medir desempenho, o Método TriLife Running ensina o atleta a treinar.</w:t>
      </w:r>
    </w:p>
    <w:p>
      <w:pPr/>
      <w:r>
        <w:rPr>
          <w:rFonts w:ascii="Aptos" w:hAnsi="Aptos" w:eastAsia="Aptos"/>
          <w:b w:val="0"/>
          <w:i w:val="0"/>
        </w:rPr>
        <w:t>Quando o atleta aprende a executar melhor, os dados se tornam mais confiáveis. Quando entende o PZI, controla melhor o ritmo e responde aos estímulos com mais clareza, qualquer teste posterior passa a ter mais qualidade.</w:t>
      </w:r>
    </w:p>
    <w:p>
      <w:pPr/>
      <w:r>
        <w:rPr>
          <w:rFonts w:ascii="Aptos" w:hAnsi="Aptos" w:eastAsia="Aptos"/>
          <w:b w:val="0"/>
          <w:i w:val="0"/>
        </w:rPr>
        <w:t>Avaliar não é apenas aplicar teste.</w:t>
      </w:r>
    </w:p>
    <w:p>
      <w:pPr/>
      <w:r>
        <w:rPr>
          <w:rFonts w:ascii="Aptos" w:hAnsi="Aptos" w:eastAsia="Aptos"/>
          <w:b w:val="0"/>
          <w:i w:val="0"/>
        </w:rPr>
        <w:t>Avaliar é observar resposta.</w:t>
      </w:r>
    </w:p>
    <w:p>
      <w:pPr>
        <w:pStyle w:val="Heading2"/>
      </w:pPr>
      <w:r>
        <w:t>1.5 A experiência do treinador faz parte da metodologia</w:t>
      </w:r>
    </w:p>
    <w:p>
      <w:pPr/>
      <w:r>
        <w:rPr>
          <w:rFonts w:ascii="Aptos" w:hAnsi="Aptos" w:eastAsia="Aptos"/>
          <w:b w:val="0"/>
          <w:i w:val="0"/>
        </w:rPr>
        <w:t>O Método TriLife Running valoriza a ciência, mas não terceiriza a decisão para ela.</w:t>
      </w:r>
    </w:p>
    <w:p>
      <w:pPr/>
      <w:r>
        <w:rPr>
          <w:rFonts w:ascii="Aptos" w:hAnsi="Aptos" w:eastAsia="Aptos"/>
          <w:b w:val="0"/>
          <w:i w:val="0"/>
        </w:rPr>
        <w:t>A literatura oferece bases importantes. Ajuda a entender intensidade, adaptação, distribuição de carga, fisiologia do limiar, economia de corrida, força, recuperação e prevenção de lesões. Sem esse conhecimento, o treinador fica preso à opinião.</w:t>
      </w:r>
    </w:p>
    <w:p>
      <w:pPr/>
      <w:r>
        <w:rPr>
          <w:rFonts w:ascii="Aptos" w:hAnsi="Aptos" w:eastAsia="Aptos"/>
          <w:b w:val="0"/>
          <w:i w:val="0"/>
        </w:rPr>
        <w:t>Ao mesmo tempo, nenhum gráfico substitui completamente a percepção construída por anos acompanhando atletas reais.</w:t>
      </w:r>
    </w:p>
    <w:p>
      <w:pPr/>
      <w:r>
        <w:rPr>
          <w:rFonts w:ascii="Aptos" w:hAnsi="Aptos" w:eastAsia="Aptos"/>
          <w:b w:val="0"/>
          <w:i w:val="0"/>
        </w:rPr>
        <w:t>Arthur Scomparim desenvolveu a metodologia a partir dessa combinação: estudo, prática e leitura diária do comportamento do corredor.</w:t>
      </w:r>
    </w:p>
    <w:p>
      <w:pPr/>
      <w:r>
        <w:rPr>
          <w:rFonts w:ascii="Aptos" w:hAnsi="Aptos" w:eastAsia="Aptos"/>
          <w:b w:val="0"/>
          <w:i w:val="0"/>
        </w:rPr>
        <w:t>Jack Daniels ajuda a organizar intensidades e compreender ritmos. A lógica 80/20 reforça a importância de manter grande parte do treinamento em zonas controladas. Michael Boyle contribui com a visão de movimento, estabilidade e força funcional aplicada à performance e à proteção do atleta.</w:t>
      </w:r>
    </w:p>
    <w:p>
      <w:pPr/>
      <w:r>
        <w:rPr>
          <w:rFonts w:ascii="Aptos" w:hAnsi="Aptos" w:eastAsia="Aptos"/>
          <w:b w:val="0"/>
          <w:i w:val="0"/>
        </w:rPr>
        <w:t>A TriLife usa essas referências como ferramentas.</w:t>
      </w:r>
    </w:p>
    <w:p>
      <w:pPr/>
      <w:r>
        <w:rPr>
          <w:rFonts w:ascii="Aptos" w:hAnsi="Aptos" w:eastAsia="Aptos"/>
          <w:b w:val="0"/>
          <w:i w:val="0"/>
        </w:rPr>
        <w:t>Não como prisão.</w:t>
      </w:r>
    </w:p>
    <w:p>
      <w:pPr/>
      <w:r>
        <w:rPr>
          <w:rFonts w:ascii="Aptos" w:hAnsi="Aptos" w:eastAsia="Aptos"/>
          <w:b w:val="0"/>
          <w:i w:val="0"/>
        </w:rPr>
        <w:t>Quando a prática mostra necessidade de adaptação, o método traduz a ciência para a realidade da assessoria. Quando a literatura indica um caminho, a experiência ajuda a aplicar esse caminho sem perder o atleta no processo.</w:t>
      </w:r>
    </w:p>
    <w:p>
      <w:pPr/>
      <w:r>
        <w:rPr>
          <w:rFonts w:ascii="Aptos" w:hAnsi="Aptos" w:eastAsia="Aptos"/>
          <w:b w:val="0"/>
          <w:i w:val="0"/>
        </w:rPr>
        <w:t>A definição inicial do Ritmo de Limiar, a construção das zonas, a escolha da progressão, a leitura do TrainingPeaks, a decisão de testar ou não testar, a hora de reduzir carga e o momento de avançar dependem dessa interação entre conhecimento técnico e percepção prática.</w:t>
      </w:r>
    </w:p>
    <w:p>
      <w:pPr/>
      <w:r>
        <w:rPr>
          <w:rFonts w:ascii="Aptos" w:hAnsi="Aptos" w:eastAsia="Aptos"/>
          <w:b w:val="0"/>
          <w:i w:val="0"/>
        </w:rPr>
        <w:t>O objetivo nunca foi repetir livros.</w:t>
      </w:r>
    </w:p>
    <w:p>
      <w:pPr/>
      <w:r>
        <w:rPr>
          <w:rFonts w:ascii="Aptos" w:hAnsi="Aptos" w:eastAsia="Aptos"/>
          <w:b w:val="0"/>
          <w:i w:val="0"/>
        </w:rPr>
        <w:t>O objetivo é transformar conhecimento em decisão.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filosofia dos Treinos Inteligentes conversa diretamente com a literatura sobre distribuição de intensidade no endurance. Os estudos de Stephen Seiler ajudaram a popularizar a observação de que atletas de resistência bem treinados tendem a organizar grande parte do volume em baixa intensidade, reservando uma parcela menor para estímulos moderados e altos.</w:t>
            </w:r>
          </w:p>
          <w:p>
            <w:pPr/>
            <w:r>
              <w:rPr>
                <w:rFonts w:ascii="Aptos" w:hAnsi="Aptos" w:eastAsia="Aptos"/>
                <w:b w:val="0"/>
                <w:i w:val="0"/>
              </w:rPr>
              <w:t>Essa lógica sustenta a ideia de que evolução não depende de transformar todos os treinos em esforço forte. O ganho aparece quando a intensidade é distribuída com inteligência: muito trabalho controlado para construir base, economia e capacidade aeróbia; estímulos fortes bem posicionados para desenvolver adaptações específicas.</w:t>
            </w:r>
          </w:p>
          <w:p>
            <w:pPr/>
            <w:r>
              <w:rPr>
                <w:rFonts w:ascii="Aptos" w:hAnsi="Aptos" w:eastAsia="Aptos"/>
                <w:b w:val="0"/>
                <w:i w:val="0"/>
              </w:rPr>
              <w:t>Dentro do Método TriLife Running, essa visão não aparece como regra engessada. Ela aparece como princípio de tomada de decisão. O treinador organiza intensidade, recuperação e progressão para que o atleta consiga treinar com consistência, assimilar carga e chegar mais preparado ao objetivo.</w:t>
            </w:r>
          </w:p>
          <w:p>
            <w:pPr/>
            <w:r>
              <w:rPr>
                <w:rFonts w:ascii="Aptos" w:hAnsi="Aptos" w:eastAsia="Aptos"/>
                <w:b w:val="0"/>
                <w:i w:val="0"/>
              </w:rPr>
              <w:t>O método não busca apenas cansar. Busca produzir adaptação.</w:t>
            </w:r>
          </w:p>
        </w:tc>
      </w:tr>
    </w:tbl>
    <w:p/>
    <w:p>
      <w:pPr>
        <w:pStyle w:val="Heading2"/>
      </w:pPr>
      <w:r>
        <w:t>1.6 Um método, diferentes aplicações</w:t>
      </w:r>
    </w:p>
    <w:p>
      <w:pPr/>
      <w:r>
        <w:rPr>
          <w:rFonts w:ascii="Aptos" w:hAnsi="Aptos" w:eastAsia="Aptos"/>
          <w:b w:val="0"/>
          <w:i w:val="0"/>
        </w:rPr>
        <w:t>O Método TriLife Running não foi construído para uma única distância, uma única prova ou um único perfil de atleta.</w:t>
      </w:r>
    </w:p>
    <w:p>
      <w:pPr/>
      <w:r>
        <w:rPr>
          <w:rFonts w:ascii="Aptos" w:hAnsi="Aptos" w:eastAsia="Aptos"/>
          <w:b w:val="0"/>
          <w:i w:val="0"/>
        </w:rPr>
        <w:t>Seus princípios servem para organizar a preparação a partir de quatro elementos:</w:t>
      </w:r>
    </w:p>
    <w:p>
      <w:pPr>
        <w:pStyle w:val="ListBullet"/>
      </w:pPr>
      <w:r>
        <w:rPr>
          <w:rFonts w:ascii="Aptos" w:hAnsi="Aptos" w:eastAsia="Aptos"/>
          <w:b w:val="0"/>
          <w:i w:val="0"/>
        </w:rPr>
        <w:t>objetivo;</w:t>
      </w:r>
    </w:p>
    <w:p>
      <w:pPr>
        <w:pStyle w:val="ListBullet"/>
      </w:pPr>
      <w:r>
        <w:rPr>
          <w:rFonts w:ascii="Aptos" w:hAnsi="Aptos" w:eastAsia="Aptos"/>
          <w:b w:val="0"/>
          <w:i w:val="0"/>
        </w:rPr>
        <w:t>fase do ciclo;</w:t>
      </w:r>
    </w:p>
    <w:p>
      <w:pPr>
        <w:pStyle w:val="ListBullet"/>
      </w:pPr>
      <w:r>
        <w:rPr>
          <w:rFonts w:ascii="Aptos" w:hAnsi="Aptos" w:eastAsia="Aptos"/>
          <w:b w:val="0"/>
          <w:i w:val="0"/>
        </w:rPr>
        <w:t>nível atual do corredor;</w:t>
      </w:r>
    </w:p>
    <w:p>
      <w:pPr>
        <w:pStyle w:val="ListBullet"/>
      </w:pPr>
      <w:r>
        <w:rPr>
          <w:rFonts w:ascii="Aptos" w:hAnsi="Aptos" w:eastAsia="Aptos"/>
          <w:b w:val="0"/>
          <w:i w:val="0"/>
        </w:rPr>
        <w:t>resposta real ao treinamento.</w:t>
      </w:r>
    </w:p>
    <w:p>
      <w:pPr/>
      <w:r>
        <w:rPr>
          <w:rFonts w:ascii="Aptos" w:hAnsi="Aptos" w:eastAsia="Aptos"/>
          <w:b w:val="0"/>
          <w:i w:val="0"/>
        </w:rPr>
        <w:t>Essa lógica permite aplicar o método em contextos diferentes sem perder identidade.</w:t>
      </w:r>
    </w:p>
    <w:p>
      <w:pPr/>
      <w:r>
        <w:rPr>
          <w:rFonts w:ascii="Aptos" w:hAnsi="Aptos" w:eastAsia="Aptos"/>
          <w:b w:val="0"/>
          <w:i w:val="0"/>
        </w:rPr>
        <w:t>A forma muda.</w:t>
      </w:r>
    </w:p>
    <w:p>
      <w:pPr/>
      <w:r>
        <w:rPr>
          <w:rFonts w:ascii="Aptos" w:hAnsi="Aptos" w:eastAsia="Aptos"/>
          <w:b w:val="0"/>
          <w:i w:val="0"/>
        </w:rPr>
        <w:t>O princípio permanece.</w:t>
      </w:r>
    </w:p>
    <w:p>
      <w:pPr/>
      <w:r>
        <w:rPr>
          <w:rFonts w:ascii="Aptos" w:hAnsi="Aptos" w:eastAsia="Aptos"/>
          <w:b w:val="0"/>
          <w:i w:val="0"/>
        </w:rPr>
        <w:t>Um atleta que busca correr melhor 5 km precisa de determinadas exigências. Um corredor que se prepara para maratona precisa de outras. Um triatleta precisa considerar a corrida dentro de um sistema maior. O praticante de trail precisa lidar com terreno, variação e força específica. O atleta de HYROX precisa correr sob fadiga funcional.</w:t>
      </w:r>
    </w:p>
    <w:p>
      <w:pPr/>
      <w:r>
        <w:rPr>
          <w:rFonts w:ascii="Aptos" w:hAnsi="Aptos" w:eastAsia="Aptos"/>
          <w:b w:val="0"/>
          <w:i w:val="0"/>
        </w:rPr>
        <w:t>A metodologia não precisa repetir a mesma lista de aplicações em cada capítulo. Basta compreender a lógica: o método ajusta dose, intensidade, volume, recuperação, técnica e estratégia conforme a exigência real do objetivo.</w:t>
      </w:r>
    </w:p>
    <w:p>
      <w:pPr/>
      <w:r>
        <w:rPr>
          <w:rFonts w:ascii="Aptos" w:hAnsi="Aptos" w:eastAsia="Aptos"/>
          <w:b w:val="0"/>
          <w:i w:val="0"/>
        </w:rPr>
        <w:t>O DNA TriLife está menos na aparência da planilha e mais nos critérios que orientam cada decisão.</w:t>
      </w:r>
    </w:p>
    <w:p>
      <w:pPr/>
      <w:r>
        <w:rPr>
          <w:rFonts w:ascii="Aptos" w:hAnsi="Aptos" w:eastAsia="Aptos"/>
          <w:b w:val="0"/>
          <w:i w:val="0"/>
        </w:rPr>
        <w:t>Quando esse critério está claro, o método consegue mudar a aplicação sem perder sua essência.</w:t>
      </w:r>
    </w:p>
    <w:p>
      <w:pPr>
        <w:pStyle w:val="Heading2"/>
      </w:pPr>
      <w:r>
        <w:t>Conclusão</w:t>
      </w:r>
    </w:p>
    <w:p>
      <w:pPr/>
      <w:r>
        <w:rPr>
          <w:rFonts w:ascii="Aptos" w:hAnsi="Aptos" w:eastAsia="Aptos"/>
          <w:b w:val="0"/>
          <w:i w:val="0"/>
        </w:rPr>
        <w:t>O Método TriLife Running é uma metodologia construída para desenvolver corredores por meio de decisões inteligentes, individualização prática e evolução consistente.</w:t>
      </w:r>
    </w:p>
    <w:p>
      <w:pPr/>
      <w:r>
        <w:rPr>
          <w:rFonts w:ascii="Aptos" w:hAnsi="Aptos" w:eastAsia="Aptos"/>
          <w:b w:val="0"/>
          <w:i w:val="0"/>
        </w:rPr>
        <w:t>Sua identidade não está apenas nos treinos prescritos. Está na forma como o treinador interpreta o atleta, organiza a carga, distribui intensidade, utiliza ferramentas e ajusta o processo conforme as respostas produzidas ao longo da preparação.</w:t>
      </w:r>
    </w:p>
    <w:p>
      <w:pPr/>
      <w:r>
        <w:rPr>
          <w:rFonts w:ascii="Aptos" w:hAnsi="Aptos" w:eastAsia="Aptos"/>
          <w:b w:val="0"/>
          <w:i w:val="0"/>
        </w:rPr>
        <w:t>Mais do que ensinar atletas a correr mais rápido, o método ensina uma forma de pensar o treinamento.</w:t>
      </w:r>
    </w:p>
    <w:p>
      <w:pPr/>
      <w:r>
        <w:rPr>
          <w:rFonts w:ascii="Aptos" w:hAnsi="Aptos" w:eastAsia="Aptos"/>
          <w:b w:val="0"/>
          <w:i w:val="0"/>
        </w:rPr>
        <w:t>Essa é a essência dos Treinos Inteligentes: ciência aplicada, experiência prática, simplicidade operacional e tomada de decisão trabalhando juntas para transformar treinamento em desempenho.</w:t>
      </w:r>
    </w:p>
    <w:p>
      <w:pPr>
        <w:pStyle w:val="Heading2"/>
      </w:pPr>
      <w:r>
        <w:t>Princípios Fundamentais do Método TriLife Running</w:t>
      </w:r>
    </w:p>
    <w:p>
      <w:pPr>
        <w:pStyle w:val="TriLifeQuote"/>
      </w:pPr>
      <w:r>
        <w:rPr>
          <w:rFonts w:ascii="Aptos" w:hAnsi="Aptos" w:eastAsia="Aptos"/>
          <w:b w:val="0"/>
          <w:i/>
        </w:rPr>
        <w:t>Princípio Fundamental nº 1</w:t>
      </w:r>
    </w:p>
    <w:p>
      <w:pPr/>
      <w:r>
        <w:rPr>
          <w:rFonts w:ascii="Aptos" w:hAnsi="Aptos" w:eastAsia="Aptos"/>
          <w:b w:val="0"/>
          <w:i w:val="0"/>
        </w:rPr>
        <w:t>Treine pessoas. Não planilhas.</w:t>
      </w:r>
    </w:p>
    <w:p>
      <w:pPr>
        <w:pStyle w:val="TriLifeQuote"/>
      </w:pPr>
      <w:r>
        <w:rPr>
          <w:rFonts w:ascii="Aptos" w:hAnsi="Aptos" w:eastAsia="Aptos"/>
          <w:b w:val="0"/>
          <w:i/>
        </w:rPr>
        <w:t>Princípio Fundamental nº 2</w:t>
      </w:r>
    </w:p>
    <w:p>
      <w:pPr/>
      <w:r>
        <w:rPr>
          <w:rFonts w:ascii="Aptos" w:hAnsi="Aptos" w:eastAsia="Aptos"/>
          <w:b w:val="0"/>
          <w:i w:val="0"/>
        </w:rPr>
        <w:t>Treinadores analisam tendências. Não fotografias.</w:t>
      </w:r>
    </w:p>
    <w:p>
      <w:pPr>
        <w:pStyle w:val="TriLifeQuote"/>
      </w:pPr>
      <w:r>
        <w:rPr>
          <w:rFonts w:ascii="Aptos" w:hAnsi="Aptos" w:eastAsia="Aptos"/>
          <w:b w:val="0"/>
          <w:i/>
        </w:rPr>
        <w:t>Princípio Fundamental nº 3</w:t>
      </w:r>
    </w:p>
    <w:p>
      <w:pPr/>
      <w:r>
        <w:rPr>
          <w:rFonts w:ascii="Aptos" w:hAnsi="Aptos" w:eastAsia="Aptos"/>
          <w:b w:val="0"/>
          <w:i w:val="0"/>
        </w:rPr>
        <w:t>Antes de medir desempenho, ensine o atleta a treinar.</w:t>
      </w:r>
    </w:p>
    <w:p>
      <w:pPr>
        <w:pStyle w:val="TriLifeQuote"/>
      </w:pPr>
      <w:r>
        <w:rPr>
          <w:rFonts w:ascii="Aptos" w:hAnsi="Aptos" w:eastAsia="Aptos"/>
          <w:b w:val="0"/>
          <w:i/>
        </w:rPr>
        <w:t>Princípio Fundamental nº 4</w:t>
      </w:r>
    </w:p>
    <w:p>
      <w:pPr/>
      <w:r>
        <w:rPr>
          <w:rFonts w:ascii="Aptos" w:hAnsi="Aptos" w:eastAsia="Aptos"/>
          <w:b w:val="0"/>
          <w:i w:val="0"/>
        </w:rPr>
        <w:t>Os dados orientam. O Método interpreta. A decisão pertence ao treinador.</w:t>
      </w:r>
    </w:p>
    <w:p>
      <w:r>
        <w:br w:type="page"/>
      </w:r>
    </w:p>
    <w:p>
      <w:pPr>
        <w:pStyle w:val="Heading1"/>
        <w:jc w:val="center"/>
      </w:pPr>
      <w:r>
        <w:t>CAPÍTULO 2</w:t>
      </w:r>
    </w:p>
    <w:p>
      <w:pPr>
        <w:pStyle w:val="Heading1"/>
        <w:jc w:val="center"/>
      </w:pPr>
      <w:r>
        <w:t>O MÉTODO TRILIFE RUNNING INTERPRETA PESSOAS, NÃO APENAS DADOS</w:t>
      </w:r>
    </w:p>
    <w:p>
      <w:pPr>
        <w:pStyle w:val="TriLifeQuote"/>
      </w:pPr>
      <w:r>
        <w:rPr>
          <w:rFonts w:ascii="Aptos" w:hAnsi="Aptos" w:eastAsia="Aptos"/>
          <w:b w:val="0"/>
          <w:i/>
        </w:rPr>
        <w:t>Métrica sem contexto é informação incompleta. A leitura do treinador transforma dados em decisão.</w:t>
      </w:r>
    </w:p>
    <w:p>
      <w:pPr>
        <w:pStyle w:val="Heading2"/>
      </w:pPr>
      <w:r>
        <w:t>2.1 A inteligência da metodologia está na interpretação</w:t>
      </w:r>
    </w:p>
    <w:p>
      <w:pPr/>
      <w:r>
        <w:rPr>
          <w:rFonts w:ascii="Aptos" w:hAnsi="Aptos" w:eastAsia="Aptos"/>
          <w:b w:val="0"/>
          <w:i w:val="0"/>
        </w:rPr>
        <w:t>Todo processo de treinamento gera informação.</w:t>
      </w:r>
    </w:p>
    <w:p>
      <w:pPr/>
      <w:r>
        <w:rPr>
          <w:rFonts w:ascii="Aptos" w:hAnsi="Aptos" w:eastAsia="Aptos"/>
          <w:b w:val="0"/>
          <w:i w:val="0"/>
        </w:rPr>
        <w:t>Relógios registram pace, frequência cardíaca, cadência, distância, tempo, elevação, carga e ritmo médio. Plataformas como o TrainingPeaks organizam calendário, aderência, histórico, zonas, comentários e gráficos. Testes fisiológicos ajudam a estabelecer referências. Métricas de desempenho mostram respostas importantes.</w:t>
      </w:r>
    </w:p>
    <w:p>
      <w:pPr/>
      <w:r>
        <w:rPr>
          <w:rFonts w:ascii="Aptos" w:hAnsi="Aptos" w:eastAsia="Aptos"/>
          <w:b w:val="0"/>
          <w:i w:val="0"/>
        </w:rPr>
        <w:t>Mesmo assim, nenhuma ferramenta interpreta sozinha o atleta.</w:t>
      </w:r>
    </w:p>
    <w:p>
      <w:pPr/>
      <w:r>
        <w:rPr>
          <w:rFonts w:ascii="Aptos" w:hAnsi="Aptos" w:eastAsia="Aptos"/>
          <w:b w:val="0"/>
          <w:i w:val="0"/>
        </w:rPr>
        <w:t>Dados mostram uma parte da realidade. O treinador precisa compreender o contexto em que essa realidade foi produzida.</w:t>
      </w:r>
    </w:p>
    <w:p>
      <w:pPr/>
      <w:r>
        <w:rPr>
          <w:rFonts w:ascii="Aptos" w:hAnsi="Aptos" w:eastAsia="Aptos"/>
          <w:b w:val="0"/>
          <w:i w:val="0"/>
        </w:rPr>
        <w:t>O Método TriLife Running não rejeita tecnologia. Pelo contrário: utiliza os dados como parte importante da leitura do processo. A diferença está no lugar que esses dados ocupam. Eles não comandam a metodologia. Eles orientam perguntas.</w:t>
      </w:r>
    </w:p>
    <w:p>
      <w:pPr/>
      <w:r>
        <w:rPr>
          <w:rFonts w:ascii="Aptos" w:hAnsi="Aptos" w:eastAsia="Aptos"/>
          <w:b w:val="0"/>
          <w:i w:val="0"/>
        </w:rPr>
        <w:t>O dado mostra o que aconteceu.</w:t>
      </w:r>
    </w:p>
    <w:p>
      <w:pPr/>
      <w:r>
        <w:rPr>
          <w:rFonts w:ascii="Aptos" w:hAnsi="Aptos" w:eastAsia="Aptos"/>
          <w:b w:val="0"/>
          <w:i w:val="0"/>
        </w:rPr>
        <w:t>A interpretação procura entender por que aconteceu.</w:t>
      </w:r>
    </w:p>
    <w:p>
      <w:pPr/>
      <w:r>
        <w:rPr>
          <w:rFonts w:ascii="Aptos" w:hAnsi="Aptos" w:eastAsia="Aptos"/>
          <w:b w:val="0"/>
          <w:i w:val="0"/>
        </w:rPr>
        <w:t>A decisão nasce dessa combinação.</w:t>
      </w:r>
    </w:p>
    <w:p>
      <w:pPr/>
      <w:r>
        <w:rPr>
          <w:rFonts w:ascii="Aptos" w:hAnsi="Aptos" w:eastAsia="Aptos"/>
          <w:b w:val="0"/>
          <w:i w:val="0"/>
        </w:rPr>
        <w:t>Essa é uma das marcas da metodologia TriLife: transformar informação em decisão sem perder o atleta de vista.</w:t>
      </w:r>
    </w:p>
    <w:p>
      <w:pPr/>
      <w:r>
        <w:rPr>
          <w:rFonts w:ascii="Aptos" w:hAnsi="Aptos" w:eastAsia="Aptos"/>
          <w:b w:val="0"/>
          <w:i w:val="0"/>
        </w:rPr>
        <w:t>Um algoritmo pode indicar carga, forma, fadiga ou desempenho. Mas ele não sabe se o atleta dormiu mal, discutiu no trabalho, treinou no calor, correu em terreno irregular, esqueceu de se alimentar, iniciou uma dor no joelho ou executou a sessão com postura ruim.</w:t>
      </w:r>
    </w:p>
    <w:p>
      <w:pPr/>
      <w:r>
        <w:rPr>
          <w:rFonts w:ascii="Aptos" w:hAnsi="Aptos" w:eastAsia="Aptos"/>
          <w:b w:val="0"/>
          <w:i w:val="0"/>
        </w:rPr>
        <w:t>O treinador precisa enxergar o que o número não mostra.</w:t>
      </w:r>
    </w:p>
    <w:p>
      <w:pPr/>
      <w:r>
        <w:rPr>
          <w:rFonts w:ascii="Aptos" w:hAnsi="Aptos" w:eastAsia="Aptos"/>
          <w:b w:val="0"/>
          <w:i w:val="0"/>
        </w:rPr>
        <w:t>Por isso, no Método TriLife Running, interpretar pessoas vem antes de interpretar dados.</w:t>
      </w:r>
    </w:p>
    <w:p>
      <w:pPr>
        <w:pStyle w:val="Heading2"/>
      </w:pPr>
      <w:r>
        <w:t>2.2 Um treino nunca conta a história completa</w:t>
      </w:r>
    </w:p>
    <w:p>
      <w:pPr/>
      <w:r>
        <w:rPr>
          <w:rFonts w:ascii="Aptos" w:hAnsi="Aptos" w:eastAsia="Aptos"/>
          <w:b w:val="0"/>
          <w:i w:val="0"/>
        </w:rPr>
        <w:t>Um treino isolado tem valor limitado quando analisado sozinho.</w:t>
      </w:r>
    </w:p>
    <w:p>
      <w:pPr/>
      <w:r>
        <w:rPr>
          <w:rFonts w:ascii="Aptos" w:hAnsi="Aptos" w:eastAsia="Aptos"/>
          <w:b w:val="0"/>
          <w:i w:val="0"/>
        </w:rPr>
        <w:t>Uma sessão abaixo do esperado pode acontecer por diversos motivos:</w:t>
      </w:r>
    </w:p>
    <w:p>
      <w:pPr>
        <w:pStyle w:val="ListBullet"/>
      </w:pPr>
      <w:r>
        <w:rPr>
          <w:rFonts w:ascii="Aptos" w:hAnsi="Aptos" w:eastAsia="Aptos"/>
          <w:b w:val="0"/>
          <w:i w:val="0"/>
        </w:rPr>
        <w:t>noite mal dormida;</w:t>
      </w:r>
    </w:p>
    <w:p>
      <w:pPr>
        <w:pStyle w:val="ListBullet"/>
      </w:pPr>
      <w:r>
        <w:rPr>
          <w:rFonts w:ascii="Aptos" w:hAnsi="Aptos" w:eastAsia="Aptos"/>
          <w:b w:val="0"/>
          <w:i w:val="0"/>
        </w:rPr>
        <w:t>semana profissional desgastante;</w:t>
      </w:r>
    </w:p>
    <w:p>
      <w:pPr>
        <w:pStyle w:val="ListBullet"/>
      </w:pPr>
      <w:r>
        <w:rPr>
          <w:rFonts w:ascii="Aptos" w:hAnsi="Aptos" w:eastAsia="Aptos"/>
          <w:b w:val="0"/>
          <w:i w:val="0"/>
        </w:rPr>
        <w:t>alimentação ruim;</w:t>
      </w:r>
    </w:p>
    <w:p>
      <w:pPr>
        <w:pStyle w:val="ListBullet"/>
      </w:pPr>
      <w:r>
        <w:rPr>
          <w:rFonts w:ascii="Aptos" w:hAnsi="Aptos" w:eastAsia="Aptos"/>
          <w:b w:val="0"/>
          <w:i w:val="0"/>
        </w:rPr>
        <w:t>calor excessivo;</w:t>
      </w:r>
    </w:p>
    <w:p>
      <w:pPr>
        <w:pStyle w:val="ListBullet"/>
      </w:pPr>
      <w:r>
        <w:rPr>
          <w:rFonts w:ascii="Aptos" w:hAnsi="Aptos" w:eastAsia="Aptos"/>
          <w:b w:val="0"/>
          <w:i w:val="0"/>
        </w:rPr>
        <w:t>desidratação;</w:t>
      </w:r>
    </w:p>
    <w:p>
      <w:pPr>
        <w:pStyle w:val="ListBullet"/>
      </w:pPr>
      <w:r>
        <w:rPr>
          <w:rFonts w:ascii="Aptos" w:hAnsi="Aptos" w:eastAsia="Aptos"/>
          <w:b w:val="0"/>
          <w:i w:val="0"/>
        </w:rPr>
        <w:t>estresse emocional;</w:t>
      </w:r>
    </w:p>
    <w:p>
      <w:pPr>
        <w:pStyle w:val="ListBullet"/>
      </w:pPr>
      <w:r>
        <w:rPr>
          <w:rFonts w:ascii="Aptos" w:hAnsi="Aptos" w:eastAsia="Aptos"/>
          <w:b w:val="0"/>
          <w:i w:val="0"/>
        </w:rPr>
        <w:t>dor muscular;</w:t>
      </w:r>
    </w:p>
    <w:p>
      <w:pPr>
        <w:pStyle w:val="ListBullet"/>
      </w:pPr>
      <w:r>
        <w:rPr>
          <w:rFonts w:ascii="Aptos" w:hAnsi="Aptos" w:eastAsia="Aptos"/>
          <w:b w:val="0"/>
          <w:i w:val="0"/>
        </w:rPr>
        <w:t>início de processo inflamatório;</w:t>
      </w:r>
    </w:p>
    <w:p>
      <w:pPr>
        <w:pStyle w:val="ListBullet"/>
      </w:pPr>
      <w:r>
        <w:rPr>
          <w:rFonts w:ascii="Aptos" w:hAnsi="Aptos" w:eastAsia="Aptos"/>
          <w:b w:val="0"/>
          <w:i w:val="0"/>
        </w:rPr>
        <w:t>recuperação incompleta;</w:t>
      </w:r>
    </w:p>
    <w:p>
      <w:pPr>
        <w:pStyle w:val="ListBullet"/>
      </w:pPr>
      <w:r>
        <w:rPr>
          <w:rFonts w:ascii="Aptos" w:hAnsi="Aptos" w:eastAsia="Aptos"/>
          <w:b w:val="0"/>
          <w:i w:val="0"/>
        </w:rPr>
        <w:t>execução inadequada do aquecimento;</w:t>
      </w:r>
    </w:p>
    <w:p>
      <w:pPr>
        <w:pStyle w:val="ListBullet"/>
      </w:pPr>
      <w:r>
        <w:rPr>
          <w:rFonts w:ascii="Aptos" w:hAnsi="Aptos" w:eastAsia="Aptos"/>
          <w:b w:val="0"/>
          <w:i w:val="0"/>
        </w:rPr>
        <w:t>erro de intensidade nos primeiros minutos.</w:t>
      </w:r>
    </w:p>
    <w:p>
      <w:pPr/>
      <w:r>
        <w:rPr>
          <w:rFonts w:ascii="Aptos" w:hAnsi="Aptos" w:eastAsia="Aptos"/>
          <w:b w:val="0"/>
          <w:i w:val="0"/>
        </w:rPr>
        <w:t>Nenhuma dessas situações significa, obrigatoriamente, perda de condicionamento.</w:t>
      </w:r>
    </w:p>
    <w:p>
      <w:pPr/>
      <w:r>
        <w:rPr>
          <w:rFonts w:ascii="Aptos" w:hAnsi="Aptos" w:eastAsia="Aptos"/>
          <w:b w:val="0"/>
          <w:i w:val="0"/>
        </w:rPr>
        <w:t>Da mesma forma, uma sessão muito boa não garante que o atleta está pronto para aumentar carga. Às vezes, um treino excelente acontece porque o atleta estava descansado, motivado, em clima favorável ou executou uma sessão mais leve antes. O resultado precisa ser interpretado dentro da sequência.</w:t>
      </w:r>
    </w:p>
    <w:p>
      <w:pPr/>
      <w:r>
        <w:rPr>
          <w:rFonts w:ascii="Aptos" w:hAnsi="Aptos" w:eastAsia="Aptos"/>
          <w:b w:val="0"/>
          <w:i w:val="0"/>
        </w:rPr>
        <w:t>Treinos Inteligentes não reagem de forma impulsiva a um único dia.</w:t>
      </w:r>
    </w:p>
    <w:p>
      <w:pPr/>
      <w:r>
        <w:rPr>
          <w:rFonts w:ascii="Aptos" w:hAnsi="Aptos" w:eastAsia="Aptos"/>
          <w:b w:val="0"/>
          <w:i w:val="0"/>
        </w:rPr>
        <w:t>A metodologia procura tendência.</w:t>
      </w:r>
    </w:p>
    <w:p>
      <w:pPr/>
      <w:r>
        <w:rPr>
          <w:rFonts w:ascii="Aptos" w:hAnsi="Aptos" w:eastAsia="Aptos"/>
          <w:b w:val="0"/>
          <w:i w:val="0"/>
        </w:rPr>
        <w:t>Quando vários sinais aparecem juntos, a leitura ganha força. Queda de rendimento repetida, frequência cardíaca alta em ritmos antes controlados, percepção de esforço desproporcional, comentários de fadiga e faltas sucessivas indicam que algo precisa ser investigado.</w:t>
      </w:r>
    </w:p>
    <w:p>
      <w:pPr/>
      <w:r>
        <w:rPr>
          <w:rFonts w:ascii="Aptos" w:hAnsi="Aptos" w:eastAsia="Aptos"/>
          <w:b w:val="0"/>
          <w:i w:val="0"/>
        </w:rPr>
        <w:t>O contrário também vale. Boa aderência, recuperação adequada, execução consistente, estabilidade emocional e melhora progressiva indicam que o atleta está assimilando o processo.</w:t>
      </w:r>
    </w:p>
    <w:p>
      <w:pPr/>
      <w:r>
        <w:rPr>
          <w:rFonts w:ascii="Aptos" w:hAnsi="Aptos" w:eastAsia="Aptos"/>
          <w:b w:val="0"/>
          <w:i w:val="0"/>
        </w:rPr>
        <w:t>O treino de hoje importa.</w:t>
      </w:r>
    </w:p>
    <w:p>
      <w:pPr/>
      <w:r>
        <w:rPr>
          <w:rFonts w:ascii="Aptos" w:hAnsi="Aptos" w:eastAsia="Aptos"/>
          <w:b w:val="0"/>
          <w:i w:val="0"/>
        </w:rPr>
        <w:t>Mas a história das últimas semanas importa mais.</w:t>
      </w:r>
    </w:p>
    <w:p>
      <w:pPr>
        <w:pStyle w:val="Heading2"/>
      </w:pPr>
      <w:r>
        <w:t>2.3 A interpretação começa antes dos números</w:t>
      </w:r>
    </w:p>
    <w:p>
      <w:pPr/>
      <w:r>
        <w:rPr>
          <w:rFonts w:ascii="Aptos" w:hAnsi="Aptos" w:eastAsia="Aptos"/>
          <w:b w:val="0"/>
          <w:i w:val="0"/>
        </w:rPr>
        <w:t>Dentro do Método TriLife Running, a sequência de interpretação é tão importante quanto os dados analisados.</w:t>
      </w:r>
    </w:p>
    <w:p>
      <w:pPr/>
      <w:r>
        <w:rPr>
          <w:rFonts w:ascii="Aptos" w:hAnsi="Aptos" w:eastAsia="Aptos"/>
          <w:b w:val="0"/>
          <w:i w:val="0"/>
        </w:rPr>
        <w:t>O treinador não deve começar perguntando apenas se o pace foi cumprido. Antes disso, precisa entender a condição do atleta.</w:t>
      </w:r>
    </w:p>
    <w:p>
      <w:pPr/>
      <w:r>
        <w:rPr>
          <w:rFonts w:ascii="Aptos" w:hAnsi="Aptos" w:eastAsia="Aptos"/>
          <w:b w:val="0"/>
          <w:i w:val="0"/>
        </w:rPr>
        <w:t>Algumas perguntas vêm primeiro:</w:t>
      </w:r>
    </w:p>
    <w:p>
      <w:pPr>
        <w:pStyle w:val="ListBullet"/>
      </w:pPr>
      <w:r>
        <w:rPr>
          <w:rFonts w:ascii="Aptos" w:hAnsi="Aptos" w:eastAsia="Aptos"/>
          <w:b w:val="0"/>
          <w:i w:val="0"/>
        </w:rPr>
        <w:t>O atleta está treinando com regularidade?</w:t>
      </w:r>
    </w:p>
    <w:p>
      <w:pPr>
        <w:pStyle w:val="ListBullet"/>
      </w:pPr>
      <w:r>
        <w:rPr>
          <w:rFonts w:ascii="Aptos" w:hAnsi="Aptos" w:eastAsia="Aptos"/>
          <w:b w:val="0"/>
          <w:i w:val="0"/>
        </w:rPr>
        <w:t>A rotina está permitindo recuperação?</w:t>
      </w:r>
    </w:p>
    <w:p>
      <w:pPr>
        <w:pStyle w:val="ListBullet"/>
      </w:pPr>
      <w:r>
        <w:rPr>
          <w:rFonts w:ascii="Aptos" w:hAnsi="Aptos" w:eastAsia="Aptos"/>
          <w:b w:val="0"/>
          <w:i w:val="0"/>
        </w:rPr>
        <w:t>A carga evoluiu de forma progressiva?</w:t>
      </w:r>
    </w:p>
    <w:p>
      <w:pPr>
        <w:pStyle w:val="ListBullet"/>
      </w:pPr>
      <w:r>
        <w:rPr>
          <w:rFonts w:ascii="Aptos" w:hAnsi="Aptos" w:eastAsia="Aptos"/>
          <w:b w:val="0"/>
          <w:i w:val="0"/>
        </w:rPr>
        <w:t>A percepção de esforço está coerente?</w:t>
      </w:r>
    </w:p>
    <w:p>
      <w:pPr>
        <w:pStyle w:val="ListBullet"/>
      </w:pPr>
      <w:r>
        <w:rPr>
          <w:rFonts w:ascii="Aptos" w:hAnsi="Aptos" w:eastAsia="Aptos"/>
          <w:b w:val="0"/>
          <w:i w:val="0"/>
        </w:rPr>
        <w:t>Existe sinal de fadiga acumulada?</w:t>
      </w:r>
    </w:p>
    <w:p>
      <w:pPr>
        <w:pStyle w:val="ListBullet"/>
      </w:pPr>
      <w:r>
        <w:rPr>
          <w:rFonts w:ascii="Aptos" w:hAnsi="Aptos" w:eastAsia="Aptos"/>
          <w:b w:val="0"/>
          <w:i w:val="0"/>
        </w:rPr>
        <w:t>A dor aparece de forma pontual ou persistente?</w:t>
      </w:r>
    </w:p>
    <w:p>
      <w:pPr>
        <w:pStyle w:val="ListBullet"/>
      </w:pPr>
      <w:r>
        <w:rPr>
          <w:rFonts w:ascii="Aptos" w:hAnsi="Aptos" w:eastAsia="Aptos"/>
          <w:b w:val="0"/>
          <w:i w:val="0"/>
        </w:rPr>
        <w:t>O atleta está executando corretamente as zonas?</w:t>
      </w:r>
    </w:p>
    <w:p>
      <w:pPr>
        <w:pStyle w:val="ListBullet"/>
      </w:pPr>
      <w:r>
        <w:rPr>
          <w:rFonts w:ascii="Aptos" w:hAnsi="Aptos" w:eastAsia="Aptos"/>
          <w:b w:val="0"/>
          <w:i w:val="0"/>
        </w:rPr>
        <w:t>O contexto de vida permite sustentar a planilha?</w:t>
      </w:r>
    </w:p>
    <w:p>
      <w:pPr>
        <w:pStyle w:val="ListBullet"/>
      </w:pPr>
      <w:r>
        <w:rPr>
          <w:rFonts w:ascii="Aptos" w:hAnsi="Aptos" w:eastAsia="Aptos"/>
          <w:b w:val="0"/>
          <w:i w:val="0"/>
        </w:rPr>
        <w:t>Os comentários confirmam os dados?</w:t>
      </w:r>
    </w:p>
    <w:p>
      <w:pPr>
        <w:pStyle w:val="ListBullet"/>
      </w:pPr>
      <w:r>
        <w:rPr>
          <w:rFonts w:ascii="Aptos" w:hAnsi="Aptos" w:eastAsia="Aptos"/>
          <w:b w:val="0"/>
          <w:i w:val="0"/>
        </w:rPr>
        <w:t>A execução técnica está melhorando ou piorando?</w:t>
      </w:r>
    </w:p>
    <w:p>
      <w:pPr/>
      <w:r>
        <w:rPr>
          <w:rFonts w:ascii="Aptos" w:hAnsi="Aptos" w:eastAsia="Aptos"/>
          <w:b w:val="0"/>
          <w:i w:val="0"/>
        </w:rPr>
        <w:t>Só depois dessa leitura faz sentido entrar nas métricas com mais profundidade.</w:t>
      </w:r>
    </w:p>
    <w:p>
      <w:pPr/>
      <w:r>
        <w:rPr>
          <w:rFonts w:ascii="Aptos" w:hAnsi="Aptos" w:eastAsia="Aptos"/>
          <w:b w:val="0"/>
          <w:i w:val="0"/>
        </w:rPr>
        <w:t>Pace, frequência cardíaca, cadência, Pace/Heart, decoupling e carga de treino ganham valor quando são interpretados dentro do contexto certo.</w:t>
      </w:r>
    </w:p>
    <w:p>
      <w:pPr/>
      <w:r>
        <w:rPr>
          <w:rFonts w:ascii="Aptos" w:hAnsi="Aptos" w:eastAsia="Aptos"/>
          <w:b w:val="0"/>
          <w:i w:val="0"/>
        </w:rPr>
        <w:t>Um pace mais lento pode representar fadiga. Pode representar calor. Pode representar terreno ruim. Pode representar vento. Pode representar uma escolha inteligente para cumprir a zona correta.</w:t>
      </w:r>
    </w:p>
    <w:p>
      <w:pPr/>
      <w:r>
        <w:rPr>
          <w:rFonts w:ascii="Aptos" w:hAnsi="Aptos" w:eastAsia="Aptos"/>
          <w:b w:val="0"/>
          <w:i w:val="0"/>
        </w:rPr>
        <w:t>Uma frequência cardíaca mais alta pode indicar esforço excessivo. Também pode aparecer por desidratação, estresse, sono ruim, cafeína, calor ou ansiedade.</w:t>
      </w:r>
    </w:p>
    <w:p>
      <w:pPr/>
      <w:r>
        <w:rPr>
          <w:rFonts w:ascii="Aptos" w:hAnsi="Aptos" w:eastAsia="Aptos"/>
          <w:b w:val="0"/>
          <w:i w:val="0"/>
        </w:rPr>
        <w:t>O número raramente explica tudo sozinho.</w:t>
      </w:r>
    </w:p>
    <w:p>
      <w:pPr/>
      <w:r>
        <w:rPr>
          <w:rFonts w:ascii="Aptos" w:hAnsi="Aptos" w:eastAsia="Aptos"/>
          <w:b w:val="0"/>
          <w:i w:val="0"/>
        </w:rPr>
        <w:t>A função do treinador é cruzar sinais.</w:t>
      </w:r>
    </w:p>
    <w:p>
      <w:pPr/>
      <w:r>
        <w:rPr>
          <w:rFonts w:ascii="Aptos" w:hAnsi="Aptos" w:eastAsia="Aptos"/>
          <w:b w:val="0"/>
          <w:i w:val="0"/>
        </w:rPr>
        <w:t>Quando essa leitura é bem feita, a prescrição deixa de ser automática e passa a ser individualizada de verdade.</w:t>
      </w:r>
    </w:p>
    <w:p>
      <w:pPr>
        <w:pStyle w:val="Heading2"/>
      </w:pPr>
      <w:r>
        <w:t>2.4 A leitura do TrainingPeaks conta uma história</w:t>
      </w:r>
    </w:p>
    <w:p>
      <w:pPr/>
      <w:r>
        <w:rPr>
          <w:rFonts w:ascii="Aptos" w:hAnsi="Aptos" w:eastAsia="Aptos"/>
          <w:b w:val="0"/>
          <w:i w:val="0"/>
        </w:rPr>
        <w:t>Na prática da TriLife, o TrainingPeaks não é apenas um local para entregar planilhas.</w:t>
      </w:r>
    </w:p>
    <w:p>
      <w:pPr/>
      <w:r>
        <w:rPr>
          <w:rFonts w:ascii="Aptos" w:hAnsi="Aptos" w:eastAsia="Aptos"/>
          <w:b w:val="0"/>
          <w:i w:val="0"/>
        </w:rPr>
        <w:t>Ele funciona como ambiente de leitura do processo.</w:t>
      </w:r>
    </w:p>
    <w:p>
      <w:pPr/>
      <w:r>
        <w:rPr>
          <w:rFonts w:ascii="Aptos" w:hAnsi="Aptos" w:eastAsia="Aptos"/>
          <w:b w:val="0"/>
          <w:i w:val="0"/>
        </w:rPr>
        <w:t>O calendário mostra aderência. As cores revelam consistência, falhas ou execução fora do planejado. O histórico mostra continuidade. Os comentários aproximam o treinador da percepção do atleta. As métricas ajudam a entender se a carga está sendo assimilada. A sequência das semanas mostra se a periodização está construindo uma evolução real ou apenas acumulando sessões.</w:t>
      </w:r>
    </w:p>
    <w:p>
      <w:pPr/>
      <w:r>
        <w:rPr>
          <w:rFonts w:ascii="Aptos" w:hAnsi="Aptos" w:eastAsia="Aptos"/>
          <w:b w:val="0"/>
          <w:i w:val="0"/>
        </w:rPr>
        <w:t>Uma semana verde pode indicar boa execução.</w:t>
      </w:r>
    </w:p>
    <w:p>
      <w:pPr/>
      <w:r>
        <w:rPr>
          <w:rFonts w:ascii="Aptos" w:hAnsi="Aptos" w:eastAsia="Aptos"/>
          <w:b w:val="0"/>
          <w:i w:val="0"/>
        </w:rPr>
        <w:t>Uma sequência de treinos amarelos pode indicar intensidade acima ou abaixo do planejado.</w:t>
      </w:r>
    </w:p>
    <w:p>
      <w:pPr/>
      <w:r>
        <w:rPr>
          <w:rFonts w:ascii="Aptos" w:hAnsi="Aptos" w:eastAsia="Aptos"/>
          <w:b w:val="0"/>
          <w:i w:val="0"/>
        </w:rPr>
        <w:t>Treinos vermelhos frequentes podem revelar falha de rotina, dificuldade de adesão, excesso de carga ou falta de compreensão da proposta.</w:t>
      </w:r>
    </w:p>
    <w:p>
      <w:pPr/>
      <w:r>
        <w:rPr>
          <w:rFonts w:ascii="Aptos" w:hAnsi="Aptos" w:eastAsia="Aptos"/>
          <w:b w:val="0"/>
          <w:i w:val="0"/>
        </w:rPr>
        <w:t>Nada disso gera resposta automática.</w:t>
      </w:r>
    </w:p>
    <w:p>
      <w:pPr/>
      <w:r>
        <w:rPr>
          <w:rFonts w:ascii="Aptos" w:hAnsi="Aptos" w:eastAsia="Aptos"/>
          <w:b w:val="0"/>
          <w:i w:val="0"/>
        </w:rPr>
        <w:t>Gera investigação.</w:t>
      </w:r>
    </w:p>
    <w:p>
      <w:pPr/>
      <w:r>
        <w:rPr>
          <w:rFonts w:ascii="Aptos" w:hAnsi="Aptos" w:eastAsia="Aptos"/>
          <w:b w:val="0"/>
          <w:i w:val="0"/>
        </w:rPr>
        <w:t>O treinador observa o calendário como quem lê uma narrativa. Cada treino é uma frase. Cada semana é um parágrafo. O ciclo completo forma a história do atleta.</w:t>
      </w:r>
    </w:p>
    <w:p>
      <w:pPr/>
      <w:r>
        <w:rPr>
          <w:rFonts w:ascii="Aptos" w:hAnsi="Aptos" w:eastAsia="Aptos"/>
          <w:b w:val="0"/>
          <w:i w:val="0"/>
        </w:rPr>
        <w:t>Quando essa história é coerente, o processo avança. Quando apresenta rupturas, o coach precisa entender onde a lógica quebrou.</w:t>
      </w:r>
    </w:p>
    <w:p>
      <w:pPr/>
      <w:r>
        <w:rPr>
          <w:rFonts w:ascii="Aptos" w:hAnsi="Aptos" w:eastAsia="Aptos"/>
          <w:b w:val="0"/>
          <w:i w:val="0"/>
        </w:rPr>
        <w:t>TrainingPeaks, nesse sentido, não é metodologia.</w:t>
      </w:r>
    </w:p>
    <w:p>
      <w:pPr/>
      <w:r>
        <w:rPr>
          <w:rFonts w:ascii="Aptos" w:hAnsi="Aptos" w:eastAsia="Aptos"/>
          <w:b w:val="0"/>
          <w:i w:val="0"/>
        </w:rPr>
        <w:t>É ferramenta.</w:t>
      </w:r>
    </w:p>
    <w:p>
      <w:pPr/>
      <w:r>
        <w:rPr>
          <w:rFonts w:ascii="Aptos" w:hAnsi="Aptos" w:eastAsia="Aptos"/>
          <w:b w:val="0"/>
          <w:i w:val="0"/>
        </w:rPr>
        <w:t>O método está na forma como o treinador interpreta o que a ferramenta mostra.</w:t>
      </w:r>
    </w:p>
    <w:p>
      <w:pPr>
        <w:pStyle w:val="Heading2"/>
      </w:pPr>
      <w:r>
        <w:t>2.5 O desempenho é consequência do processo</w:t>
      </w:r>
    </w:p>
    <w:p>
      <w:pPr/>
      <w:r>
        <w:rPr>
          <w:rFonts w:ascii="Aptos" w:hAnsi="Aptos" w:eastAsia="Aptos"/>
          <w:b w:val="0"/>
          <w:i w:val="0"/>
        </w:rPr>
        <w:t>Dentro da filosofia TriLife, existe uma frase forte de Arthur Scomparim:</w:t>
      </w:r>
    </w:p>
    <w:p>
      <w:pPr>
        <w:pStyle w:val="TriLifeQuote"/>
      </w:pPr>
      <w:r>
        <w:rPr>
          <w:rFonts w:ascii="Aptos" w:hAnsi="Aptos" w:eastAsia="Aptos"/>
          <w:b w:val="0"/>
          <w:i/>
        </w:rPr>
        <w:t>“O pace é a última coisa que importa.”</w:t>
      </w:r>
    </w:p>
    <w:p>
      <w:pPr/>
      <w:r>
        <w:rPr>
          <w:rFonts w:ascii="Aptos" w:hAnsi="Aptos" w:eastAsia="Aptos"/>
          <w:b w:val="0"/>
          <w:i w:val="0"/>
        </w:rPr>
        <w:t>Em um livro de corrida, essa frase chama atenção. Mas ela revela um ponto central da metodologia.</w:t>
      </w:r>
    </w:p>
    <w:p>
      <w:pPr/>
      <w:r>
        <w:rPr>
          <w:rFonts w:ascii="Aptos" w:hAnsi="Aptos" w:eastAsia="Aptos"/>
          <w:b w:val="0"/>
          <w:i w:val="0"/>
        </w:rPr>
        <w:t>O pace importa. Só não deve ser tratado como ponto de partida absoluto.</w:t>
      </w:r>
    </w:p>
    <w:p>
      <w:pPr/>
      <w:r>
        <w:rPr>
          <w:rFonts w:ascii="Aptos" w:hAnsi="Aptos" w:eastAsia="Aptos"/>
          <w:b w:val="0"/>
          <w:i w:val="0"/>
        </w:rPr>
        <w:t>Antes dele, existem elementos que sustentam a melhora:</w:t>
      </w:r>
    </w:p>
    <w:p>
      <w:pPr>
        <w:pStyle w:val="ListBullet"/>
      </w:pPr>
      <w:r>
        <w:rPr>
          <w:rFonts w:ascii="Aptos" w:hAnsi="Aptos" w:eastAsia="Aptos"/>
          <w:b w:val="0"/>
          <w:i w:val="0"/>
        </w:rPr>
        <w:t>regularidade;</w:t>
      </w:r>
    </w:p>
    <w:p>
      <w:pPr>
        <w:pStyle w:val="ListBullet"/>
      </w:pPr>
      <w:r>
        <w:rPr>
          <w:rFonts w:ascii="Aptos" w:hAnsi="Aptos" w:eastAsia="Aptos"/>
          <w:b w:val="0"/>
          <w:i w:val="0"/>
        </w:rPr>
        <w:t>recuperação;</w:t>
      </w:r>
    </w:p>
    <w:p>
      <w:pPr>
        <w:pStyle w:val="ListBullet"/>
      </w:pPr>
      <w:r>
        <w:rPr>
          <w:rFonts w:ascii="Aptos" w:hAnsi="Aptos" w:eastAsia="Aptos"/>
          <w:b w:val="0"/>
          <w:i w:val="0"/>
        </w:rPr>
        <w:t>controle de intensidade;</w:t>
      </w:r>
    </w:p>
    <w:p>
      <w:pPr>
        <w:pStyle w:val="ListBullet"/>
      </w:pPr>
      <w:r>
        <w:rPr>
          <w:rFonts w:ascii="Aptos" w:hAnsi="Aptos" w:eastAsia="Aptos"/>
          <w:b w:val="0"/>
          <w:i w:val="0"/>
        </w:rPr>
        <w:t>compreensão do PZI;</w:t>
      </w:r>
    </w:p>
    <w:p>
      <w:pPr>
        <w:pStyle w:val="ListBullet"/>
      </w:pPr>
      <w:r>
        <w:rPr>
          <w:rFonts w:ascii="Aptos" w:hAnsi="Aptos" w:eastAsia="Aptos"/>
          <w:b w:val="0"/>
          <w:i w:val="0"/>
        </w:rPr>
        <w:t>execução técnica;</w:t>
      </w:r>
    </w:p>
    <w:p>
      <w:pPr>
        <w:pStyle w:val="ListBullet"/>
      </w:pPr>
      <w:r>
        <w:rPr>
          <w:rFonts w:ascii="Aptos" w:hAnsi="Aptos" w:eastAsia="Aptos"/>
          <w:b w:val="0"/>
          <w:i w:val="0"/>
        </w:rPr>
        <w:t>cadência;</w:t>
      </w:r>
    </w:p>
    <w:p>
      <w:pPr>
        <w:pStyle w:val="ListBullet"/>
      </w:pPr>
      <w:r>
        <w:rPr>
          <w:rFonts w:ascii="Aptos" w:hAnsi="Aptos" w:eastAsia="Aptos"/>
          <w:b w:val="0"/>
          <w:i w:val="0"/>
        </w:rPr>
        <w:t>economia de corrida;</w:t>
      </w:r>
    </w:p>
    <w:p>
      <w:pPr>
        <w:pStyle w:val="ListBullet"/>
      </w:pPr>
      <w:r>
        <w:rPr>
          <w:rFonts w:ascii="Aptos" w:hAnsi="Aptos" w:eastAsia="Aptos"/>
          <w:b w:val="0"/>
          <w:i w:val="0"/>
        </w:rPr>
        <w:t>percepção de esforço;</w:t>
      </w:r>
    </w:p>
    <w:p>
      <w:pPr>
        <w:pStyle w:val="ListBullet"/>
      </w:pPr>
      <w:r>
        <w:rPr>
          <w:rFonts w:ascii="Aptos" w:hAnsi="Aptos" w:eastAsia="Aptos"/>
          <w:b w:val="0"/>
          <w:i w:val="0"/>
        </w:rPr>
        <w:t>aderência ao ciclo;</w:t>
      </w:r>
    </w:p>
    <w:p>
      <w:pPr>
        <w:pStyle w:val="ListBullet"/>
      </w:pPr>
      <w:r>
        <w:rPr>
          <w:rFonts w:ascii="Aptos" w:hAnsi="Aptos" w:eastAsia="Aptos"/>
          <w:b w:val="0"/>
          <w:i w:val="0"/>
        </w:rPr>
        <w:t>progressão coerente;</w:t>
      </w:r>
    </w:p>
    <w:p>
      <w:pPr>
        <w:pStyle w:val="ListBullet"/>
      </w:pPr>
      <w:r>
        <w:rPr>
          <w:rFonts w:ascii="Aptos" w:hAnsi="Aptos" w:eastAsia="Aptos"/>
          <w:b w:val="0"/>
          <w:i w:val="0"/>
        </w:rPr>
        <w:t>consistência emocional.</w:t>
      </w:r>
    </w:p>
    <w:p>
      <w:pPr/>
      <w:r>
        <w:rPr>
          <w:rFonts w:ascii="Aptos" w:hAnsi="Aptos" w:eastAsia="Aptos"/>
          <w:b w:val="0"/>
          <w:i w:val="0"/>
        </w:rPr>
        <w:t>Quando esses fatores estão bem construídos, o pace tende a melhorar como consequência.</w:t>
      </w:r>
    </w:p>
    <w:p>
      <w:pPr/>
      <w:r>
        <w:rPr>
          <w:rFonts w:ascii="Aptos" w:hAnsi="Aptos" w:eastAsia="Aptos"/>
          <w:b w:val="0"/>
          <w:i w:val="0"/>
        </w:rPr>
        <w:t>O erro de muitos corredores é inverter a ordem. Buscam o ritmo antes de construir a estrutura que sustenta aquele ritmo.</w:t>
      </w:r>
    </w:p>
    <w:p>
      <w:pPr/>
      <w:r>
        <w:rPr>
          <w:rFonts w:ascii="Aptos" w:hAnsi="Aptos" w:eastAsia="Aptos"/>
          <w:b w:val="0"/>
          <w:i w:val="0"/>
        </w:rPr>
        <w:t>O Método TriLife Running organiza essa construção. Primeiro melhora o processo. Depois o desempenho aparece de forma mais sólida.</w:t>
      </w:r>
    </w:p>
    <w:p>
      <w:pPr/>
      <w:r>
        <w:rPr>
          <w:rFonts w:ascii="Aptos" w:hAnsi="Aptos" w:eastAsia="Aptos"/>
          <w:b w:val="0"/>
          <w:i w:val="0"/>
        </w:rPr>
        <w:t>Esse raciocínio protege o atleta de uma armadilha comum: tentar provar performance em todos os treinos.</w:t>
      </w:r>
    </w:p>
    <w:p>
      <w:pPr/>
      <w:r>
        <w:rPr>
          <w:rFonts w:ascii="Aptos" w:hAnsi="Aptos" w:eastAsia="Aptos"/>
          <w:b w:val="0"/>
          <w:i w:val="0"/>
        </w:rPr>
        <w:t>Treino não é prova.</w:t>
      </w:r>
    </w:p>
    <w:p>
      <w:pPr/>
      <w:r>
        <w:rPr>
          <w:rFonts w:ascii="Aptos" w:hAnsi="Aptos" w:eastAsia="Aptos"/>
          <w:b w:val="0"/>
          <w:i w:val="0"/>
        </w:rPr>
        <w:t>Treino constrói prova.</w:t>
      </w:r>
    </w:p>
    <w:p>
      <w:pPr>
        <w:pStyle w:val="Heading2"/>
      </w:pPr>
      <w:r>
        <w:t>2.6 Intervenção precoce faz parte dos Treinos Inteligentes</w:t>
      </w:r>
    </w:p>
    <w:p>
      <w:pPr/>
      <w:r>
        <w:rPr>
          <w:rFonts w:ascii="Aptos" w:hAnsi="Aptos" w:eastAsia="Aptos"/>
          <w:b w:val="0"/>
          <w:i w:val="0"/>
        </w:rPr>
        <w:t>Um dos objetivos da metodologia é agir antes que pequenos sinais se tornem grandes problemas.</w:t>
      </w:r>
    </w:p>
    <w:p>
      <w:pPr/>
      <w:r>
        <w:rPr>
          <w:rFonts w:ascii="Aptos" w:hAnsi="Aptos" w:eastAsia="Aptos"/>
          <w:b w:val="0"/>
          <w:i w:val="0"/>
        </w:rPr>
        <w:t>Queda persistente de rendimento, dores recorrentes, fadiga fora do padrão, dificuldade para cumprir zonas leves, aumento incomum da frequência cardíaca, sono ruim e comentários negativos não devem ser ignorados.</w:t>
      </w:r>
    </w:p>
    <w:p>
      <w:pPr/>
      <w:r>
        <w:rPr>
          <w:rFonts w:ascii="Aptos" w:hAnsi="Aptos" w:eastAsia="Aptos"/>
          <w:b w:val="0"/>
          <w:i w:val="0"/>
        </w:rPr>
        <w:t>Esses sinais podem indicar necessidade de ajuste.</w:t>
      </w:r>
    </w:p>
    <w:p>
      <w:pPr/>
      <w:r>
        <w:rPr>
          <w:rFonts w:ascii="Aptos" w:hAnsi="Aptos" w:eastAsia="Aptos"/>
          <w:b w:val="0"/>
          <w:i w:val="0"/>
        </w:rPr>
        <w:t>Em alguns momentos, o melhor caminho é progredir. Em outros, manter. Em outros, reduzir.</w:t>
      </w:r>
    </w:p>
    <w:p>
      <w:pPr/>
      <w:r>
        <w:rPr>
          <w:rFonts w:ascii="Aptos" w:hAnsi="Aptos" w:eastAsia="Aptos"/>
          <w:b w:val="0"/>
          <w:i w:val="0"/>
        </w:rPr>
        <w:t>Treinos Inteligentes não significam insistir na planilha a qualquer custo. Significam preservar a evolução do atleta.</w:t>
      </w:r>
    </w:p>
    <w:p>
      <w:pPr/>
      <w:r>
        <w:rPr>
          <w:rFonts w:ascii="Aptos" w:hAnsi="Aptos" w:eastAsia="Aptos"/>
          <w:b w:val="0"/>
          <w:i w:val="0"/>
        </w:rPr>
        <w:t>Se uma semana precisa ser reorganizada para evitar uma lesão, isso não representa fraqueza do método. Representa inteligência de processo.</w:t>
      </w:r>
    </w:p>
    <w:p>
      <w:pPr/>
      <w:r>
        <w:rPr>
          <w:rFonts w:ascii="Aptos" w:hAnsi="Aptos" w:eastAsia="Aptos"/>
          <w:b w:val="0"/>
          <w:i w:val="0"/>
        </w:rPr>
        <w:t>O treinador precisa ter coragem técnica para ajustar.</w:t>
      </w:r>
    </w:p>
    <w:p>
      <w:pPr/>
      <w:r>
        <w:rPr>
          <w:rFonts w:ascii="Aptos" w:hAnsi="Aptos" w:eastAsia="Aptos"/>
          <w:b w:val="0"/>
          <w:i w:val="0"/>
        </w:rPr>
        <w:t>Manter uma planilha inadequada apenas para cumprir o que estava escrito é uma forma de negligência.</w:t>
      </w:r>
    </w:p>
    <w:p>
      <w:pPr/>
      <w:r>
        <w:rPr>
          <w:rFonts w:ascii="Aptos" w:hAnsi="Aptos" w:eastAsia="Aptos"/>
          <w:b w:val="0"/>
          <w:i w:val="0"/>
        </w:rPr>
        <w:t>A metodologia TriLife entende que evolução sustentável exige leitura preventiva.</w:t>
      </w:r>
    </w:p>
    <w:p>
      <w:pPr/>
      <w:r>
        <w:rPr>
          <w:rFonts w:ascii="Aptos" w:hAnsi="Aptos" w:eastAsia="Aptos"/>
          <w:b w:val="0"/>
          <w:i w:val="0"/>
        </w:rPr>
        <w:t>Intervir cedo pode salvar semanas de preparação.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leitura integrada do atleta se conecta ao conceito de carga interna e carga externa no treinamento esportivo. A carga externa representa aquilo que foi prescrito ou realizado: distância, pace, duração, altimetria e volume. A carga interna mostra como o organismo respondeu: frequência cardíaca, percepção subjetiva de esforço, fadiga, dor, recuperação e sensação geral.</w:t>
            </w:r>
          </w:p>
          <w:p>
            <w:pPr/>
            <w:r>
              <w:rPr>
                <w:rFonts w:ascii="Aptos" w:hAnsi="Aptos" w:eastAsia="Aptos"/>
                <w:b w:val="0"/>
                <w:i w:val="0"/>
              </w:rPr>
              <w:t>Dois atletas podem receber a mesma carga externa e apresentar respostas internas diferentes. Por isso, interpretar apenas o treino prescrito ou o ritmo realizado é insuficiente.</w:t>
            </w:r>
          </w:p>
          <w:p>
            <w:pPr/>
            <w:r>
              <w:rPr>
                <w:rFonts w:ascii="Aptos" w:hAnsi="Aptos" w:eastAsia="Aptos"/>
                <w:b w:val="0"/>
                <w:i w:val="0"/>
              </w:rPr>
              <w:t>O Método TriLife Running usa essa lógica de forma prática: observa o que foi feito, como foi feito e como o atleta respondeu. Essa combinação permite decisões mais seguras sobre progressão, manutenção ou redução da carga.</w:t>
            </w:r>
          </w:p>
          <w:p>
            <w:pPr/>
            <w:r>
              <w:rPr>
                <w:rFonts w:ascii="Aptos" w:hAnsi="Aptos" w:eastAsia="Aptos"/>
                <w:b w:val="0"/>
                <w:i w:val="0"/>
              </w:rPr>
              <w:t>O dado isolado informa. A integração dos sinais orienta.</w:t>
            </w:r>
          </w:p>
        </w:tc>
      </w:tr>
    </w:tbl>
    <w:p/>
    <w:p>
      <w:pPr>
        <w:pStyle w:val="Heading2"/>
      </w:pPr>
      <w:r>
        <w:t>2.7 O treinador como gestor do processo de evolução</w:t>
      </w:r>
    </w:p>
    <w:p>
      <w:pPr/>
      <w:r>
        <w:rPr>
          <w:rFonts w:ascii="Aptos" w:hAnsi="Aptos" w:eastAsia="Aptos"/>
          <w:b w:val="0"/>
          <w:i w:val="0"/>
        </w:rPr>
        <w:t>O treinador, dentro do Método TriLife Running, não é apenas quem monta treinos.</w:t>
      </w:r>
    </w:p>
    <w:p>
      <w:pPr/>
      <w:r>
        <w:rPr>
          <w:rFonts w:ascii="Aptos" w:hAnsi="Aptos" w:eastAsia="Aptos"/>
          <w:b w:val="0"/>
          <w:i w:val="0"/>
        </w:rPr>
        <w:t>Ele gerencia o processo de evolução.</w:t>
      </w:r>
    </w:p>
    <w:p>
      <w:pPr/>
      <w:r>
        <w:rPr>
          <w:rFonts w:ascii="Aptos" w:hAnsi="Aptos" w:eastAsia="Aptos"/>
          <w:b w:val="0"/>
          <w:i w:val="0"/>
        </w:rPr>
        <w:t>Cada sessão executada produz novas informações. Essas informações alimentam novas decisões. As decisões ajustam a periodização. A periodização reorganizada gera novas adaptações.</w:t>
      </w:r>
    </w:p>
    <w:p>
      <w:pPr/>
      <w:r>
        <w:rPr>
          <w:rFonts w:ascii="Aptos" w:hAnsi="Aptos" w:eastAsia="Aptos"/>
          <w:b w:val="0"/>
          <w:i w:val="0"/>
        </w:rPr>
        <w:t>Esse ciclo de observação, interpretação, ajuste e evolução sustenta a metodologia.</w:t>
      </w:r>
    </w:p>
    <w:p>
      <w:pPr/>
      <w:r>
        <w:rPr>
          <w:rFonts w:ascii="Aptos" w:hAnsi="Aptos" w:eastAsia="Aptos"/>
          <w:b w:val="0"/>
          <w:i w:val="0"/>
        </w:rPr>
        <w:t>Na prática, o treinador assume quatro funções ao mesmo tempo:</w:t>
      </w:r>
    </w:p>
    <w:p>
      <w:pPr>
        <w:pStyle w:val="ListBullet"/>
      </w:pPr>
      <w:r>
        <w:rPr>
          <w:rFonts w:ascii="Aptos" w:hAnsi="Aptos" w:eastAsia="Aptos"/>
          <w:b/>
          <w:i w:val="0"/>
        </w:rPr>
        <w:t>Técnico:</w:t>
      </w:r>
      <w:r>
        <w:rPr>
          <w:rFonts w:ascii="Aptos" w:hAnsi="Aptos" w:eastAsia="Aptos"/>
          <w:b w:val="0"/>
          <w:i w:val="0"/>
        </w:rPr>
        <w:t xml:space="preserve"> prescreve sessões, organiza cargas e estrutura o ciclo.</w:t>
      </w:r>
    </w:p>
    <w:p>
      <w:pPr>
        <w:pStyle w:val="ListBullet"/>
      </w:pPr>
      <w:r>
        <w:rPr>
          <w:rFonts w:ascii="Aptos" w:hAnsi="Aptos" w:eastAsia="Aptos"/>
          <w:b/>
          <w:i w:val="0"/>
        </w:rPr>
        <w:t>Analista:</w:t>
      </w:r>
      <w:r>
        <w:rPr>
          <w:rFonts w:ascii="Aptos" w:hAnsi="Aptos" w:eastAsia="Aptos"/>
          <w:b w:val="0"/>
          <w:i w:val="0"/>
        </w:rPr>
        <w:t xml:space="preserve"> interpreta métricas, tendências, comentários e padrões.</w:t>
      </w:r>
    </w:p>
    <w:p>
      <w:pPr>
        <w:pStyle w:val="ListBullet"/>
      </w:pPr>
      <w:r>
        <w:rPr>
          <w:rFonts w:ascii="Aptos" w:hAnsi="Aptos" w:eastAsia="Aptos"/>
          <w:b/>
          <w:i w:val="0"/>
        </w:rPr>
        <w:t>Professor:</w:t>
      </w:r>
      <w:r>
        <w:rPr>
          <w:rFonts w:ascii="Aptos" w:hAnsi="Aptos" w:eastAsia="Aptos"/>
          <w:b w:val="0"/>
          <w:i w:val="0"/>
        </w:rPr>
        <w:t xml:space="preserve"> ensina execução, cadência, aquecimento, percepção e estratégia.</w:t>
      </w:r>
    </w:p>
    <w:p>
      <w:pPr>
        <w:pStyle w:val="ListBullet"/>
      </w:pPr>
      <w:r>
        <w:rPr>
          <w:rFonts w:ascii="Aptos" w:hAnsi="Aptos" w:eastAsia="Aptos"/>
          <w:b/>
          <w:i w:val="0"/>
        </w:rPr>
        <w:t>Gestor:</w:t>
      </w:r>
      <w:r>
        <w:rPr>
          <w:rFonts w:ascii="Aptos" w:hAnsi="Aptos" w:eastAsia="Aptos"/>
          <w:b w:val="0"/>
          <w:i w:val="0"/>
        </w:rPr>
        <w:t xml:space="preserve"> conduz o atleta ao longo do processo, ajustando o caminho sem perder o objetivo.</w:t>
      </w:r>
    </w:p>
    <w:p>
      <w:pPr/>
      <w:r>
        <w:rPr>
          <w:rFonts w:ascii="Aptos" w:hAnsi="Aptos" w:eastAsia="Aptos"/>
          <w:b w:val="0"/>
          <w:i w:val="0"/>
        </w:rPr>
        <w:t>Essa combinação permite que a metodologia use os mesmos princípios em atletas diferentes sem virar receita pronta.</w:t>
      </w:r>
    </w:p>
    <w:p>
      <w:pPr/>
      <w:r>
        <w:rPr>
          <w:rFonts w:ascii="Aptos" w:hAnsi="Aptos" w:eastAsia="Aptos"/>
          <w:b w:val="0"/>
          <w:i w:val="0"/>
        </w:rPr>
        <w:t>O atleta não recebe apenas uma planilha.</w:t>
      </w:r>
    </w:p>
    <w:p>
      <w:pPr/>
      <w:r>
        <w:rPr>
          <w:rFonts w:ascii="Aptos" w:hAnsi="Aptos" w:eastAsia="Aptos"/>
          <w:b w:val="0"/>
          <w:i w:val="0"/>
        </w:rPr>
        <w:t>Recebe um processo orientado.</w:t>
      </w:r>
    </w:p>
    <w:p>
      <w:pPr/>
      <w:r>
        <w:rPr>
          <w:rFonts w:ascii="Aptos" w:hAnsi="Aptos" w:eastAsia="Aptos"/>
          <w:b w:val="0"/>
          <w:i w:val="0"/>
        </w:rPr>
        <w:t>A diferença está na leitura.</w:t>
      </w:r>
    </w:p>
    <w:p>
      <w:pPr>
        <w:pStyle w:val="Heading2"/>
      </w:pPr>
      <w:r>
        <w:t>Conclusão</w:t>
      </w:r>
    </w:p>
    <w:p>
      <w:pPr/>
      <w:r>
        <w:rPr>
          <w:rFonts w:ascii="Aptos" w:hAnsi="Aptos" w:eastAsia="Aptos"/>
          <w:b w:val="0"/>
          <w:i w:val="0"/>
        </w:rPr>
        <w:t>O Método TriLife Running entende que nenhuma métrica possui valor completo quando analisada fora do contexto do atleta.</w:t>
      </w:r>
    </w:p>
    <w:p>
      <w:pPr/>
      <w:r>
        <w:rPr>
          <w:rFonts w:ascii="Aptos" w:hAnsi="Aptos" w:eastAsia="Aptos"/>
          <w:b w:val="0"/>
          <w:i w:val="0"/>
        </w:rPr>
        <w:t>Os dados mostram acontecimentos. A metodologia procura entender padrões. O treinador transforma essa leitura em decisão.</w:t>
      </w:r>
    </w:p>
    <w:p>
      <w:pPr/>
      <w:r>
        <w:rPr>
          <w:rFonts w:ascii="Aptos" w:hAnsi="Aptos" w:eastAsia="Aptos"/>
          <w:b w:val="0"/>
          <w:i w:val="0"/>
        </w:rPr>
        <w:t>Essa lógica melhora a individualização, reduz ajustes precipitados, permite intervenções mais precisas e sustenta uma evolução mais consistente ao longo da periodização.</w:t>
      </w:r>
    </w:p>
    <w:p>
      <w:pPr/>
      <w:r>
        <w:rPr>
          <w:rFonts w:ascii="Aptos" w:hAnsi="Aptos" w:eastAsia="Aptos"/>
          <w:b w:val="0"/>
          <w:i w:val="0"/>
        </w:rPr>
        <w:t>No DNA TriLife, interpretar pessoas vem antes de interpretar planilhas, gráficos e números.</w:t>
      </w:r>
    </w:p>
    <w:p>
      <w:pPr>
        <w:pStyle w:val="Heading2"/>
      </w:pPr>
      <w:r>
        <w:t>Princípios Fundamentais do Método TriLife Running</w:t>
      </w:r>
    </w:p>
    <w:p>
      <w:pPr>
        <w:pStyle w:val="TriLifeQuote"/>
      </w:pPr>
      <w:r>
        <w:rPr>
          <w:rFonts w:ascii="Aptos" w:hAnsi="Aptos" w:eastAsia="Aptos"/>
          <w:b w:val="0"/>
          <w:i/>
        </w:rPr>
        <w:t>Princípio Fundamental nº 5</w:t>
      </w:r>
    </w:p>
    <w:p>
      <w:pPr/>
      <w:r>
        <w:rPr>
          <w:rFonts w:ascii="Aptos" w:hAnsi="Aptos" w:eastAsia="Aptos"/>
          <w:b w:val="0"/>
          <w:i w:val="0"/>
        </w:rPr>
        <w:t>Nenhuma métrica deve ser interpretada fora do contexto do atleta.</w:t>
      </w:r>
    </w:p>
    <w:p>
      <w:pPr>
        <w:pStyle w:val="TriLifeQuote"/>
      </w:pPr>
      <w:r>
        <w:rPr>
          <w:rFonts w:ascii="Aptos" w:hAnsi="Aptos" w:eastAsia="Aptos"/>
          <w:b w:val="0"/>
          <w:i/>
        </w:rPr>
        <w:t>Princípio Fundamental nº 6</w:t>
      </w:r>
    </w:p>
    <w:p>
      <w:pPr/>
      <w:r>
        <w:rPr>
          <w:rFonts w:ascii="Aptos" w:hAnsi="Aptos" w:eastAsia="Aptos"/>
          <w:b w:val="0"/>
          <w:i w:val="0"/>
        </w:rPr>
        <w:t>Treinos isolados mostram acontecimentos. Tendências revelam evolução.</w:t>
      </w:r>
    </w:p>
    <w:p>
      <w:pPr>
        <w:pStyle w:val="TriLifeQuote"/>
      </w:pPr>
      <w:r>
        <w:rPr>
          <w:rFonts w:ascii="Aptos" w:hAnsi="Aptos" w:eastAsia="Aptos"/>
          <w:b w:val="0"/>
          <w:i/>
        </w:rPr>
        <w:t>Princípio Fundamental nº 7</w:t>
      </w:r>
    </w:p>
    <w:p>
      <w:pPr/>
      <w:r>
        <w:rPr>
          <w:rFonts w:ascii="Aptos" w:hAnsi="Aptos" w:eastAsia="Aptos"/>
          <w:b w:val="0"/>
          <w:i w:val="0"/>
        </w:rPr>
        <w:t>Antes de analisar números, compreenda o contexto do atleta.</w:t>
      </w:r>
    </w:p>
    <w:p>
      <w:pPr>
        <w:pStyle w:val="TriLifeQuote"/>
      </w:pPr>
      <w:r>
        <w:rPr>
          <w:rFonts w:ascii="Aptos" w:hAnsi="Aptos" w:eastAsia="Aptos"/>
          <w:b w:val="0"/>
          <w:i/>
        </w:rPr>
        <w:t>Princípio Fundamental nº 8</w:t>
      </w:r>
    </w:p>
    <w:p>
      <w:pPr/>
      <w:r>
        <w:rPr>
          <w:rFonts w:ascii="Aptos" w:hAnsi="Aptos" w:eastAsia="Aptos"/>
          <w:b w:val="0"/>
          <w:i w:val="0"/>
        </w:rPr>
        <w:t>O conceito permanece. A aplicação muda conforme prova, fase e atleta.</w:t>
      </w:r>
    </w:p>
    <w:p>
      <w:r>
        <w:br w:type="page"/>
      </w:r>
    </w:p>
    <w:p>
      <w:pPr>
        <w:pStyle w:val="Heading1"/>
        <w:jc w:val="center"/>
      </w:pPr>
      <w:r>
        <w:t>CAPÍTULO 3</w:t>
      </w:r>
    </w:p>
    <w:p>
      <w:pPr>
        <w:pStyle w:val="Heading1"/>
        <w:jc w:val="center"/>
      </w:pPr>
      <w:r>
        <w:t>A CONSTRUÇÃO DA BASE</w:t>
      </w:r>
    </w:p>
    <w:p>
      <w:pPr>
        <w:pStyle w:val="TriLifeQuote"/>
      </w:pPr>
      <w:r>
        <w:rPr>
          <w:rFonts w:ascii="Aptos" w:hAnsi="Aptos" w:eastAsia="Aptos"/>
          <w:b w:val="0"/>
          <w:i/>
        </w:rPr>
        <w:t>“Nenhum atleta deveria iniciar um ciclo específico antes de construir as adaptações necessárias para suportá-lo.”</w:t>
      </w:r>
    </w:p>
    <w:p>
      <w:pPr>
        <w:pStyle w:val="Heading2"/>
      </w:pPr>
      <w:r>
        <w:t>3.1 A base prepara o atleta para treinar, não apenas para competir</w:t>
      </w:r>
    </w:p>
    <w:p>
      <w:pPr/>
      <w:r>
        <w:rPr>
          <w:rFonts w:ascii="Aptos" w:hAnsi="Aptos" w:eastAsia="Aptos"/>
          <w:b w:val="0"/>
          <w:i w:val="0"/>
        </w:rPr>
        <w:t>No Método TriLife Running, a base representa o primeiro compromisso do treinador com a evolução segura do atleta.</w:t>
      </w:r>
    </w:p>
    <w:p>
      <w:pPr/>
      <w:r>
        <w:rPr>
          <w:rFonts w:ascii="Aptos" w:hAnsi="Aptos" w:eastAsia="Aptos"/>
          <w:b w:val="0"/>
          <w:i w:val="0"/>
        </w:rPr>
        <w:t>Antes de preparar o corredor para suportar uma prova, é preciso prepará-lo para suportar o treinamento que o levará até ela.</w:t>
      </w:r>
    </w:p>
    <w:p>
      <w:pPr/>
      <w:r>
        <w:rPr>
          <w:rFonts w:ascii="Aptos" w:hAnsi="Aptos" w:eastAsia="Aptos"/>
          <w:b w:val="0"/>
          <w:i w:val="0"/>
        </w:rPr>
        <w:t>Essa diferença muda tudo.</w:t>
      </w:r>
    </w:p>
    <w:p>
      <w:pPr/>
      <w:r>
        <w:rPr>
          <w:rFonts w:ascii="Aptos" w:hAnsi="Aptos" w:eastAsia="Aptos"/>
          <w:b w:val="0"/>
          <w:i w:val="0"/>
        </w:rPr>
        <w:t>Uma prova exige desempenho em um dia. Um ciclo exige consistência durante semanas ou meses. O atleta precisa tolerar volume, intensidade, recuperação, ajustes, treinos leves, treinos fortes, educativos, rotina, cansaço e repetição.</w:t>
      </w:r>
    </w:p>
    <w:p>
      <w:pPr/>
      <w:r>
        <w:rPr>
          <w:rFonts w:ascii="Aptos" w:hAnsi="Aptos" w:eastAsia="Aptos"/>
          <w:b w:val="0"/>
          <w:i w:val="0"/>
        </w:rPr>
        <w:t>Sem base, o corredor pode até começar motivado. Mas tende a quebrar no caminho.</w:t>
      </w:r>
    </w:p>
    <w:p>
      <w:pPr/>
      <w:r>
        <w:rPr>
          <w:rFonts w:ascii="Aptos" w:hAnsi="Aptos" w:eastAsia="Aptos"/>
          <w:b w:val="0"/>
          <w:i w:val="0"/>
        </w:rPr>
        <w:t>A metodologia entende que um atleta sem regularidade, resistência musculoesquelética, coordenação, percepção de esforço e capacidade de recuperação ainda não está pronto para aproveitar plenamente um ciclo específico.</w:t>
      </w:r>
    </w:p>
    <w:p>
      <w:pPr/>
      <w:r>
        <w:rPr>
          <w:rFonts w:ascii="Aptos" w:hAnsi="Aptos" w:eastAsia="Aptos"/>
          <w:b w:val="0"/>
          <w:i w:val="0"/>
        </w:rPr>
        <w:t>Por isso, a base não é fase menor.</w:t>
      </w:r>
    </w:p>
    <w:p>
      <w:pPr/>
      <w:r>
        <w:rPr>
          <w:rFonts w:ascii="Aptos" w:hAnsi="Aptos" w:eastAsia="Aptos"/>
          <w:b w:val="0"/>
          <w:i w:val="0"/>
        </w:rPr>
        <w:t>Ela é a fase que permite todo o restante acontecer.</w:t>
      </w:r>
    </w:p>
    <w:p>
      <w:pPr/>
      <w:r>
        <w:rPr>
          <w:rFonts w:ascii="Aptos" w:hAnsi="Aptos" w:eastAsia="Aptos"/>
          <w:b w:val="0"/>
          <w:i w:val="0"/>
        </w:rPr>
        <w:t>É nela que o atleta aprende a treinar, entende a linguagem do método, desenvolve rotina e cria as condições necessárias para suportar cargas maiores nas etapas seguintes.</w:t>
      </w:r>
    </w:p>
    <w:p>
      <w:pPr/>
      <w:r>
        <w:rPr>
          <w:rFonts w:ascii="Aptos" w:hAnsi="Aptos" w:eastAsia="Aptos"/>
          <w:b w:val="0"/>
          <w:i w:val="0"/>
        </w:rPr>
        <w:t>Treinos Inteligentes começam antes da performance.</w:t>
      </w:r>
    </w:p>
    <w:p>
      <w:pPr/>
      <w:r>
        <w:rPr>
          <w:rFonts w:ascii="Aptos" w:hAnsi="Aptos" w:eastAsia="Aptos"/>
          <w:b w:val="0"/>
          <w:i w:val="0"/>
        </w:rPr>
        <w:t>Começam pela construção do atleta.</w:t>
      </w:r>
    </w:p>
    <w:p>
      <w:pPr>
        <w:pStyle w:val="Heading2"/>
      </w:pPr>
      <w:r>
        <w:t>3.2 A base vai muito além do condicionamento físico</w:t>
      </w:r>
    </w:p>
    <w:p>
      <w:pPr/>
      <w:r>
        <w:rPr>
          <w:rFonts w:ascii="Aptos" w:hAnsi="Aptos" w:eastAsia="Aptos"/>
          <w:b w:val="0"/>
          <w:i w:val="0"/>
        </w:rPr>
        <w:t>Muitos corredores associam base apenas a volume leve.</w:t>
      </w:r>
    </w:p>
    <w:p>
      <w:pPr/>
      <w:r>
        <w:rPr>
          <w:rFonts w:ascii="Aptos" w:hAnsi="Aptos" w:eastAsia="Aptos"/>
          <w:b w:val="0"/>
          <w:i w:val="0"/>
        </w:rPr>
        <w:t>Correr leve e acumular quilômetros controlados faz parte do processo. Mas, dentro da filosofia TriLife, base é muito mais do que isso.</w:t>
      </w:r>
    </w:p>
    <w:p>
      <w:pPr/>
      <w:r>
        <w:rPr>
          <w:rFonts w:ascii="Aptos" w:hAnsi="Aptos" w:eastAsia="Aptos"/>
          <w:b w:val="0"/>
          <w:i w:val="0"/>
        </w:rPr>
        <w:t>Base é construção física, técnica, comportamental e metodológica.</w:t>
      </w:r>
    </w:p>
    <w:p>
      <w:pPr/>
      <w:r>
        <w:rPr>
          <w:rFonts w:ascii="Aptos" w:hAnsi="Aptos" w:eastAsia="Aptos"/>
          <w:b w:val="0"/>
          <w:i w:val="0"/>
        </w:rPr>
        <w:t>Durante esse período, o atleta desenvolve competências que vão sustentar o restante do ciclo:</w:t>
      </w:r>
    </w:p>
    <w:p>
      <w:pPr>
        <w:pStyle w:val="ListBullet"/>
      </w:pPr>
      <w:r>
        <w:rPr>
          <w:rFonts w:ascii="Aptos" w:hAnsi="Aptos" w:eastAsia="Aptos"/>
          <w:b w:val="0"/>
          <w:i w:val="0"/>
        </w:rPr>
        <w:t>rotina de treinamento;</w:t>
      </w:r>
    </w:p>
    <w:p>
      <w:pPr>
        <w:pStyle w:val="ListBullet"/>
      </w:pPr>
      <w:r>
        <w:rPr>
          <w:rFonts w:ascii="Aptos" w:hAnsi="Aptos" w:eastAsia="Aptos"/>
          <w:b w:val="0"/>
          <w:i w:val="0"/>
        </w:rPr>
        <w:t>compreensão do PZI;</w:t>
      </w:r>
    </w:p>
    <w:p>
      <w:pPr>
        <w:pStyle w:val="ListBullet"/>
      </w:pPr>
      <w:r>
        <w:rPr>
          <w:rFonts w:ascii="Aptos" w:hAnsi="Aptos" w:eastAsia="Aptos"/>
          <w:b w:val="0"/>
          <w:i w:val="0"/>
        </w:rPr>
        <w:t>controle das zonas de intensidade;</w:t>
      </w:r>
    </w:p>
    <w:p>
      <w:pPr>
        <w:pStyle w:val="ListBullet"/>
      </w:pPr>
      <w:r>
        <w:rPr>
          <w:rFonts w:ascii="Aptos" w:hAnsi="Aptos" w:eastAsia="Aptos"/>
          <w:b w:val="0"/>
          <w:i w:val="0"/>
        </w:rPr>
        <w:t>percepção de esforço;</w:t>
      </w:r>
    </w:p>
    <w:p>
      <w:pPr>
        <w:pStyle w:val="ListBullet"/>
      </w:pPr>
      <w:r>
        <w:rPr>
          <w:rFonts w:ascii="Aptos" w:hAnsi="Aptos" w:eastAsia="Aptos"/>
          <w:b w:val="0"/>
          <w:i w:val="0"/>
        </w:rPr>
        <w:t>execução dos educativos;</w:t>
      </w:r>
    </w:p>
    <w:p>
      <w:pPr>
        <w:pStyle w:val="ListBullet"/>
      </w:pPr>
      <w:r>
        <w:rPr>
          <w:rFonts w:ascii="Aptos" w:hAnsi="Aptos" w:eastAsia="Aptos"/>
          <w:b w:val="0"/>
          <w:i w:val="0"/>
        </w:rPr>
        <w:t>cadência como referência técnica;</w:t>
      </w:r>
    </w:p>
    <w:p>
      <w:pPr>
        <w:pStyle w:val="ListBullet"/>
      </w:pPr>
      <w:r>
        <w:rPr>
          <w:rFonts w:ascii="Aptos" w:hAnsi="Aptos" w:eastAsia="Aptos"/>
          <w:b w:val="0"/>
          <w:i w:val="0"/>
        </w:rPr>
        <w:t>adaptação musculoesquelética;</w:t>
      </w:r>
    </w:p>
    <w:p>
      <w:pPr>
        <w:pStyle w:val="ListBullet"/>
      </w:pPr>
      <w:r>
        <w:rPr>
          <w:rFonts w:ascii="Aptos" w:hAnsi="Aptos" w:eastAsia="Aptos"/>
          <w:b w:val="0"/>
          <w:i w:val="0"/>
        </w:rPr>
        <w:t>fortalecimento específico;</w:t>
      </w:r>
    </w:p>
    <w:p>
      <w:pPr>
        <w:pStyle w:val="ListBullet"/>
      </w:pPr>
      <w:r>
        <w:rPr>
          <w:rFonts w:ascii="Aptos" w:hAnsi="Aptos" w:eastAsia="Aptos"/>
          <w:b w:val="0"/>
          <w:i w:val="0"/>
        </w:rPr>
        <w:t>economia de movimento;</w:t>
      </w:r>
    </w:p>
    <w:p>
      <w:pPr>
        <w:pStyle w:val="ListBullet"/>
      </w:pPr>
      <w:r>
        <w:rPr>
          <w:rFonts w:ascii="Aptos" w:hAnsi="Aptos" w:eastAsia="Aptos"/>
          <w:b w:val="0"/>
          <w:i w:val="0"/>
        </w:rPr>
        <w:t>recuperação;</w:t>
      </w:r>
    </w:p>
    <w:p>
      <w:pPr>
        <w:pStyle w:val="ListBullet"/>
      </w:pPr>
      <w:r>
        <w:rPr>
          <w:rFonts w:ascii="Aptos" w:hAnsi="Aptos" w:eastAsia="Aptos"/>
          <w:b w:val="0"/>
          <w:i w:val="0"/>
        </w:rPr>
        <w:t>confiança;</w:t>
      </w:r>
    </w:p>
    <w:p>
      <w:pPr>
        <w:pStyle w:val="ListBullet"/>
      </w:pPr>
      <w:r>
        <w:rPr>
          <w:rFonts w:ascii="Aptos" w:hAnsi="Aptos" w:eastAsia="Aptos"/>
          <w:b w:val="0"/>
          <w:i w:val="0"/>
        </w:rPr>
        <w:t>disciplina para treinar leve quando precisa ser leve;</w:t>
      </w:r>
    </w:p>
    <w:p>
      <w:pPr>
        <w:pStyle w:val="ListBullet"/>
      </w:pPr>
      <w:r>
        <w:rPr>
          <w:rFonts w:ascii="Aptos" w:hAnsi="Aptos" w:eastAsia="Aptos"/>
          <w:b w:val="0"/>
          <w:i w:val="0"/>
        </w:rPr>
        <w:t>capacidade de sustentar intensidade quando o treino pede mais.</w:t>
      </w:r>
    </w:p>
    <w:p>
      <w:pPr/>
      <w:r>
        <w:rPr>
          <w:rFonts w:ascii="Aptos" w:hAnsi="Aptos" w:eastAsia="Aptos"/>
          <w:b w:val="0"/>
          <w:i w:val="0"/>
        </w:rPr>
        <w:t>A base também ensina o atleta a não transformar tudo em teste.</w:t>
      </w:r>
    </w:p>
    <w:p>
      <w:pPr/>
      <w:r>
        <w:rPr>
          <w:rFonts w:ascii="Aptos" w:hAnsi="Aptos" w:eastAsia="Aptos"/>
          <w:b w:val="0"/>
          <w:i w:val="0"/>
        </w:rPr>
        <w:t>Esse aprendizado é decisivo.</w:t>
      </w:r>
    </w:p>
    <w:p>
      <w:pPr/>
      <w:r>
        <w:rPr>
          <w:rFonts w:ascii="Aptos" w:hAnsi="Aptos" w:eastAsia="Aptos"/>
          <w:b w:val="0"/>
          <w:i w:val="0"/>
        </w:rPr>
        <w:t>O corredor que não sabe correr leve compromete a recuperação. O atleta que não entende zona de intensidade erra a proposta da sessão. Quem não domina aquecimento e educativos costuma entrar na parte principal do treino sem preparo mecânico. Quem não desenvolve regularidade dificilmente sustenta um ciclo mais exigente.</w:t>
      </w:r>
    </w:p>
    <w:p>
      <w:pPr/>
      <w:r>
        <w:rPr>
          <w:rFonts w:ascii="Aptos" w:hAnsi="Aptos" w:eastAsia="Aptos"/>
          <w:b w:val="0"/>
          <w:i w:val="0"/>
        </w:rPr>
        <w:t>Base não é apenas capacidade aeróbia.</w:t>
      </w:r>
    </w:p>
    <w:p>
      <w:pPr/>
      <w:r>
        <w:rPr>
          <w:rFonts w:ascii="Aptos" w:hAnsi="Aptos" w:eastAsia="Aptos"/>
          <w:b w:val="0"/>
          <w:i w:val="0"/>
        </w:rPr>
        <w:t>Base é competência para evoluir.</w:t>
      </w:r>
    </w:p>
    <w:p>
      <w:pPr>
        <w:pStyle w:val="Heading2"/>
      </w:pPr>
      <w:r>
        <w:t>3.3 O treinamento como ferramenta de avaliação</w:t>
      </w:r>
    </w:p>
    <w:p>
      <w:pPr/>
      <w:r>
        <w:rPr>
          <w:rFonts w:ascii="Aptos" w:hAnsi="Aptos" w:eastAsia="Aptos"/>
          <w:b w:val="0"/>
          <w:i w:val="0"/>
        </w:rPr>
        <w:t>O Método TriLife Running reconhece o valor dos testes, mas não depende exclusivamente deles para entender o atleta.</w:t>
      </w:r>
    </w:p>
    <w:p>
      <w:pPr/>
      <w:r>
        <w:rPr>
          <w:rFonts w:ascii="Aptos" w:hAnsi="Aptos" w:eastAsia="Aptos"/>
          <w:b w:val="0"/>
          <w:i w:val="0"/>
        </w:rPr>
        <w:t>Nas primeiras semanas, o treinamento já funciona como diagnóstico.</w:t>
      </w:r>
    </w:p>
    <w:p>
      <w:pPr/>
      <w:r>
        <w:rPr>
          <w:rFonts w:ascii="Aptos" w:hAnsi="Aptos" w:eastAsia="Aptos"/>
          <w:b w:val="0"/>
          <w:i w:val="0"/>
        </w:rPr>
        <w:t>Cada sessão revela uma informação:</w:t>
      </w:r>
    </w:p>
    <w:p>
      <w:pPr>
        <w:pStyle w:val="ListBullet"/>
      </w:pPr>
      <w:r>
        <w:rPr>
          <w:rFonts w:ascii="Aptos" w:hAnsi="Aptos" w:eastAsia="Aptos"/>
          <w:b w:val="0"/>
          <w:i w:val="0"/>
        </w:rPr>
        <w:t>rodagens mostram controle, economia e consistência;</w:t>
      </w:r>
    </w:p>
    <w:p>
      <w:pPr>
        <w:pStyle w:val="ListBullet"/>
      </w:pPr>
      <w:r>
        <w:rPr>
          <w:rFonts w:ascii="Aptos" w:hAnsi="Aptos" w:eastAsia="Aptos"/>
          <w:b w:val="0"/>
          <w:i w:val="0"/>
        </w:rPr>
        <w:t>Fartleks expõem a capacidade de alternar intensidades;</w:t>
      </w:r>
    </w:p>
    <w:p>
      <w:pPr>
        <w:pStyle w:val="ListBullet"/>
      </w:pPr>
      <w:r>
        <w:rPr>
          <w:rFonts w:ascii="Aptos" w:hAnsi="Aptos" w:eastAsia="Aptos"/>
          <w:b w:val="0"/>
          <w:i w:val="0"/>
        </w:rPr>
        <w:t>intervalados revelam recuperação entre estímulos;</w:t>
      </w:r>
    </w:p>
    <w:p>
      <w:pPr>
        <w:pStyle w:val="ListBullet"/>
      </w:pPr>
      <w:r>
        <w:rPr>
          <w:rFonts w:ascii="Aptos" w:hAnsi="Aptos" w:eastAsia="Aptos"/>
          <w:b w:val="0"/>
          <w:i w:val="0"/>
        </w:rPr>
        <w:t>Tempo Runs mostram sustentação de esforço;</w:t>
      </w:r>
    </w:p>
    <w:p>
      <w:pPr>
        <w:pStyle w:val="ListBullet"/>
      </w:pPr>
      <w:r>
        <w:rPr>
          <w:rFonts w:ascii="Aptos" w:hAnsi="Aptos" w:eastAsia="Aptos"/>
          <w:b w:val="0"/>
          <w:i w:val="0"/>
        </w:rPr>
        <w:t>treinos regenerativos indicam se o atleta sabe reduzir;</w:t>
      </w:r>
    </w:p>
    <w:p>
      <w:pPr>
        <w:pStyle w:val="ListBullet"/>
      </w:pPr>
      <w:r>
        <w:rPr>
          <w:rFonts w:ascii="Aptos" w:hAnsi="Aptos" w:eastAsia="Aptos"/>
          <w:b w:val="0"/>
          <w:i w:val="0"/>
        </w:rPr>
        <w:t>educativos mostram coordenação, postura e mobilidade;</w:t>
      </w:r>
    </w:p>
    <w:p>
      <w:pPr>
        <w:pStyle w:val="ListBullet"/>
      </w:pPr>
      <w:r>
        <w:rPr>
          <w:rFonts w:ascii="Aptos" w:hAnsi="Aptos" w:eastAsia="Aptos"/>
          <w:b w:val="0"/>
          <w:i w:val="0"/>
        </w:rPr>
        <w:t>aquecimentos revelam consciência corporal;</w:t>
      </w:r>
    </w:p>
    <w:p>
      <w:pPr>
        <w:pStyle w:val="ListBullet"/>
      </w:pPr>
      <w:r>
        <w:rPr>
          <w:rFonts w:ascii="Aptos" w:hAnsi="Aptos" w:eastAsia="Aptos"/>
          <w:b w:val="0"/>
          <w:i w:val="0"/>
        </w:rPr>
        <w:t>comentários no TrainingPeaks ajudam a interpretar percepção e comportamento.</w:t>
      </w:r>
    </w:p>
    <w:p>
      <w:pPr/>
      <w:r>
        <w:rPr>
          <w:rFonts w:ascii="Aptos" w:hAnsi="Aptos" w:eastAsia="Aptos"/>
          <w:b w:val="0"/>
          <w:i w:val="0"/>
        </w:rPr>
        <w:t>Essa leitura é valiosa porque ocorre dentro do ambiente real de treino.</w:t>
      </w:r>
    </w:p>
    <w:p>
      <w:pPr/>
      <w:r>
        <w:rPr>
          <w:rFonts w:ascii="Aptos" w:hAnsi="Aptos" w:eastAsia="Aptos"/>
          <w:b w:val="0"/>
          <w:i w:val="0"/>
        </w:rPr>
        <w:t>Um teste máximo pode trazer números úteis. Mas ele também pode ser influenciado por ansiedade, falta de experiência, calor, terreno, má estratégia, dor, sono ruim ou dificuldade de controlar ritmo.</w:t>
      </w:r>
    </w:p>
    <w:p>
      <w:pPr/>
      <w:r>
        <w:rPr>
          <w:rFonts w:ascii="Aptos" w:hAnsi="Aptos" w:eastAsia="Aptos"/>
          <w:b w:val="0"/>
          <w:i w:val="0"/>
        </w:rPr>
        <w:t>O treinamento diário mostra algo mais amplo: como o atleta responde ao processo.</w:t>
      </w:r>
    </w:p>
    <w:p>
      <w:pPr/>
      <w:r>
        <w:rPr>
          <w:rFonts w:ascii="Aptos" w:hAnsi="Aptos" w:eastAsia="Aptos"/>
          <w:b w:val="0"/>
          <w:i w:val="0"/>
        </w:rPr>
        <w:t>À medida que essa resposta se torna mais consistente, a prescrição fica mais precisa. O treinador passa a entender onde o atleta sustenta bem, onde quebra, onde recupera, onde exagera e onde precisa ser educado.</w:t>
      </w:r>
    </w:p>
    <w:p>
      <w:pPr/>
      <w:r>
        <w:rPr>
          <w:rFonts w:ascii="Aptos" w:hAnsi="Aptos" w:eastAsia="Aptos"/>
          <w:b w:val="0"/>
          <w:i w:val="0"/>
        </w:rPr>
        <w:t>Avaliar também faz parte do treinamento.</w:t>
      </w:r>
    </w:p>
    <w:p>
      <w:pPr>
        <w:pStyle w:val="Heading2"/>
      </w:pPr>
      <w:r>
        <w:t>3.4 A construção das credenciais</w:t>
      </w:r>
    </w:p>
    <w:p>
      <w:pPr/>
      <w:r>
        <w:rPr>
          <w:rFonts w:ascii="Aptos" w:hAnsi="Aptos" w:eastAsia="Aptos"/>
          <w:b w:val="0"/>
          <w:i w:val="0"/>
        </w:rPr>
        <w:t>Dentro da metodologia TriLife, credencial é um conceito importante.</w:t>
      </w:r>
    </w:p>
    <w:p>
      <w:pPr/>
      <w:r>
        <w:rPr>
          <w:rFonts w:ascii="Aptos" w:hAnsi="Aptos" w:eastAsia="Aptos"/>
          <w:b w:val="0"/>
          <w:i w:val="0"/>
        </w:rPr>
        <w:t>Uma prova não deve ser vista apenas como um evento isolado. Ela também representa uma etapa dentro da formação esportiva do atleta.</w:t>
      </w:r>
    </w:p>
    <w:p>
      <w:pPr/>
      <w:r>
        <w:rPr>
          <w:rFonts w:ascii="Aptos" w:hAnsi="Aptos" w:eastAsia="Aptos"/>
          <w:b w:val="0"/>
          <w:i w:val="0"/>
        </w:rPr>
        <w:t>Nem todo corredor que deseja correr uma maratona está pronto para iniciar um ciclo de maratona. Antes disso, precisa demonstrar capacidade de sustentar treinamento, recuperar, cumprir semanas, lidar com volume e respeitar intensidade.</w:t>
      </w:r>
    </w:p>
    <w:p>
      <w:pPr/>
      <w:r>
        <w:rPr>
          <w:rFonts w:ascii="Aptos" w:hAnsi="Aptos" w:eastAsia="Aptos"/>
          <w:b w:val="0"/>
          <w:i w:val="0"/>
        </w:rPr>
        <w:t>A lógica das credenciais protege o processo.</w:t>
      </w:r>
    </w:p>
    <w:p>
      <w:pPr/>
      <w:r>
        <w:rPr>
          <w:rFonts w:ascii="Aptos" w:hAnsi="Aptos" w:eastAsia="Aptos"/>
          <w:b w:val="0"/>
          <w:i w:val="0"/>
        </w:rPr>
        <w:t>O atleta pode usar o 5 km para desenvolver velocidade, técnica, controle de intensidade e experiência competitiva. O 10 km consolida resistência e capacidade de sustentar esforço. A meia maratona amplia volume, estratégia e resistência específica. A maratona exige maturidade, consistência e histórico de preparação.</w:t>
      </w:r>
    </w:p>
    <w:p>
      <w:pPr/>
      <w:r>
        <w:rPr>
          <w:rFonts w:ascii="Aptos" w:hAnsi="Aptos" w:eastAsia="Aptos"/>
          <w:b w:val="0"/>
          <w:i w:val="0"/>
        </w:rPr>
        <w:t>Essa progressão não limita o atleta.</w:t>
      </w:r>
    </w:p>
    <w:p>
      <w:pPr/>
      <w:r>
        <w:rPr>
          <w:rFonts w:ascii="Aptos" w:hAnsi="Aptos" w:eastAsia="Aptos"/>
          <w:b w:val="0"/>
          <w:i w:val="0"/>
        </w:rPr>
        <w:t>Ela prepara.</w:t>
      </w:r>
    </w:p>
    <w:p>
      <w:pPr/>
      <w:r>
        <w:rPr>
          <w:rFonts w:ascii="Aptos" w:hAnsi="Aptos" w:eastAsia="Aptos"/>
          <w:b w:val="0"/>
          <w:i w:val="0"/>
        </w:rPr>
        <w:t>Em objetivos com maior complexidade, como contextos de fadiga acumulada, terreno variável ou demandas combinadas, as credenciais também precisam considerar força específica, controle técnico, resistência muscular e capacidade de manter organização sob esforço.</w:t>
      </w:r>
    </w:p>
    <w:p>
      <w:pPr/>
      <w:r>
        <w:rPr>
          <w:rFonts w:ascii="Aptos" w:hAnsi="Aptos" w:eastAsia="Aptos"/>
          <w:b w:val="0"/>
          <w:i w:val="0"/>
        </w:rPr>
        <w:t>O atleta não apenas escolhe uma prova.</w:t>
      </w:r>
    </w:p>
    <w:p>
      <w:pPr/>
      <w:r>
        <w:rPr>
          <w:rFonts w:ascii="Aptos" w:hAnsi="Aptos" w:eastAsia="Aptos"/>
          <w:b w:val="0"/>
          <w:i w:val="0"/>
        </w:rPr>
        <w:t>Ele constrói a capacidade de treiná-la.</w:t>
      </w:r>
    </w:p>
    <w:p>
      <w:pPr>
        <w:pStyle w:val="Heading2"/>
      </w:pPr>
      <w:r>
        <w:t>3.5 Planejar também significa prever imprevistos</w:t>
      </w:r>
    </w:p>
    <w:p>
      <w:pPr/>
      <w:r>
        <w:rPr>
          <w:rFonts w:ascii="Aptos" w:hAnsi="Aptos" w:eastAsia="Aptos"/>
          <w:b w:val="0"/>
          <w:i w:val="0"/>
        </w:rPr>
        <w:t>Uma periodização eficiente não pode depender de uma vida perfeita.</w:t>
      </w:r>
    </w:p>
    <w:p>
      <w:pPr/>
      <w:r>
        <w:rPr>
          <w:rFonts w:ascii="Aptos" w:hAnsi="Aptos" w:eastAsia="Aptos"/>
          <w:b w:val="0"/>
          <w:i w:val="0"/>
        </w:rPr>
        <w:t>Atletas viajam. Ficam doentes. Dormem mal. Trabalham demais. Têm compromissos familiares. Sentem dores. Passam por semanas de estresse. Perdem treinos. Mudam a rotina.</w:t>
      </w:r>
    </w:p>
    <w:p>
      <w:pPr/>
      <w:r>
        <w:rPr>
          <w:rFonts w:ascii="Aptos" w:hAnsi="Aptos" w:eastAsia="Aptos"/>
          <w:b w:val="0"/>
          <w:i w:val="0"/>
        </w:rPr>
        <w:t>Ignorar essa realidade torna a planilha frágil.</w:t>
      </w:r>
    </w:p>
    <w:p>
      <w:pPr/>
      <w:r>
        <w:rPr>
          <w:rFonts w:ascii="Aptos" w:hAnsi="Aptos" w:eastAsia="Aptos"/>
          <w:b w:val="0"/>
          <w:i w:val="0"/>
        </w:rPr>
        <w:t>O Método TriLife Running organiza ciclos com margem de segurança porque entende que o treinamento precisa sobreviver à vida real.</w:t>
      </w:r>
    </w:p>
    <w:p>
      <w:pPr/>
      <w:r>
        <w:rPr>
          <w:rFonts w:ascii="Aptos" w:hAnsi="Aptos" w:eastAsia="Aptos"/>
          <w:b w:val="0"/>
          <w:i w:val="0"/>
        </w:rPr>
        <w:t>Quando tudo sai conforme planejado, a margem ajuda a consolidar adaptações, melhorar recuperação e ajustar detalhes. Quando imprevistos aparecem, ela evita que o ciclo inteiro desmorone.</w:t>
      </w:r>
    </w:p>
    <w:p>
      <w:pPr/>
      <w:r>
        <w:rPr>
          <w:rFonts w:ascii="Aptos" w:hAnsi="Aptos" w:eastAsia="Aptos"/>
          <w:b w:val="0"/>
          <w:i w:val="0"/>
        </w:rPr>
        <w:t>Treinos Inteligentes não são construídos para um atleta imaginário, com agenda perfeita e recuperação ideal.</w:t>
      </w:r>
    </w:p>
    <w:p>
      <w:pPr/>
      <w:r>
        <w:rPr>
          <w:rFonts w:ascii="Aptos" w:hAnsi="Aptos" w:eastAsia="Aptos"/>
          <w:b w:val="0"/>
          <w:i w:val="0"/>
        </w:rPr>
        <w:t>São construídos para pessoas reais.</w:t>
      </w:r>
    </w:p>
    <w:p>
      <w:pPr/>
      <w:r>
        <w:rPr>
          <w:rFonts w:ascii="Aptos" w:hAnsi="Aptos" w:eastAsia="Aptos"/>
          <w:b w:val="0"/>
          <w:i w:val="0"/>
        </w:rPr>
        <w:t>A margem de segurança não é falta de ambição. É proteção metodológica.</w:t>
      </w:r>
    </w:p>
    <w:p>
      <w:pPr/>
      <w:r>
        <w:rPr>
          <w:rFonts w:ascii="Aptos" w:hAnsi="Aptos" w:eastAsia="Aptos"/>
          <w:b w:val="0"/>
          <w:i w:val="0"/>
        </w:rPr>
        <w:t>Ela permite que o treinador ajuste sem perder o objetivo.</w:t>
      </w:r>
    </w:p>
    <w:p>
      <w:pPr>
        <w:pStyle w:val="Heading2"/>
      </w:pPr>
      <w:r>
        <w:t>3.6 O aprendizado começa antes da primeira planilha</w:t>
      </w:r>
    </w:p>
    <w:p>
      <w:pPr/>
      <w:r>
        <w:rPr>
          <w:rFonts w:ascii="Aptos" w:hAnsi="Aptos" w:eastAsia="Aptos"/>
          <w:b w:val="0"/>
          <w:i w:val="0"/>
        </w:rPr>
        <w:t>Na metodologia TriLife, o primeiro contato do atleta com o método não acontece apenas quando ele recebe acesso ao TrainingPeaks.</w:t>
      </w:r>
    </w:p>
    <w:p>
      <w:pPr/>
      <w:r>
        <w:rPr>
          <w:rFonts w:ascii="Aptos" w:hAnsi="Aptos" w:eastAsia="Aptos"/>
          <w:b w:val="0"/>
          <w:i w:val="0"/>
        </w:rPr>
        <w:t>Começa quando ele entende como deve treinar.</w:t>
      </w:r>
    </w:p>
    <w:p>
      <w:pPr/>
      <w:r>
        <w:rPr>
          <w:rFonts w:ascii="Aptos" w:hAnsi="Aptos" w:eastAsia="Aptos"/>
          <w:b w:val="0"/>
          <w:i w:val="0"/>
        </w:rPr>
        <w:t>Antes de aumentar carga, a metodologia ensina execução.</w:t>
      </w:r>
    </w:p>
    <w:p>
      <w:pPr/>
      <w:r>
        <w:rPr>
          <w:rFonts w:ascii="Aptos" w:hAnsi="Aptos" w:eastAsia="Aptos"/>
          <w:b w:val="0"/>
          <w:i w:val="0"/>
        </w:rPr>
        <w:t>Os primeiros encontros e primeiras semanas apresentam conceitos que acompanharão toda a preparação:</w:t>
      </w:r>
    </w:p>
    <w:p>
      <w:pPr>
        <w:pStyle w:val="ListBullet"/>
      </w:pPr>
      <w:r>
        <w:rPr>
          <w:rFonts w:ascii="Aptos" w:hAnsi="Aptos" w:eastAsia="Aptos"/>
          <w:b w:val="0"/>
          <w:i w:val="0"/>
        </w:rPr>
        <w:t>cadência;</w:t>
      </w:r>
    </w:p>
    <w:p>
      <w:pPr>
        <w:pStyle w:val="ListBullet"/>
      </w:pPr>
      <w:r>
        <w:rPr>
          <w:rFonts w:ascii="Aptos" w:hAnsi="Aptos" w:eastAsia="Aptos"/>
          <w:b w:val="0"/>
          <w:i w:val="0"/>
        </w:rPr>
        <w:t>educativos;</w:t>
      </w:r>
    </w:p>
    <w:p>
      <w:pPr>
        <w:pStyle w:val="ListBullet"/>
      </w:pPr>
      <w:r>
        <w:rPr>
          <w:rFonts w:ascii="Aptos" w:hAnsi="Aptos" w:eastAsia="Aptos"/>
          <w:b w:val="0"/>
          <w:i w:val="0"/>
        </w:rPr>
        <w:t>aquecimento inteligente;</w:t>
      </w:r>
    </w:p>
    <w:p>
      <w:pPr>
        <w:pStyle w:val="ListBullet"/>
      </w:pPr>
      <w:r>
        <w:rPr>
          <w:rFonts w:ascii="Aptos" w:hAnsi="Aptos" w:eastAsia="Aptos"/>
          <w:b w:val="0"/>
          <w:i w:val="0"/>
        </w:rPr>
        <w:t>percepção de esforço;</w:t>
      </w:r>
    </w:p>
    <w:p>
      <w:pPr>
        <w:pStyle w:val="ListBullet"/>
      </w:pPr>
      <w:r>
        <w:rPr>
          <w:rFonts w:ascii="Aptos" w:hAnsi="Aptos" w:eastAsia="Aptos"/>
          <w:b w:val="0"/>
          <w:i w:val="0"/>
        </w:rPr>
        <w:t>controle de ritmo;</w:t>
      </w:r>
    </w:p>
    <w:p>
      <w:pPr>
        <w:pStyle w:val="ListBullet"/>
      </w:pPr>
      <w:r>
        <w:rPr>
          <w:rFonts w:ascii="Aptos" w:hAnsi="Aptos" w:eastAsia="Aptos"/>
          <w:b w:val="0"/>
          <w:i w:val="0"/>
        </w:rPr>
        <w:t>postura;</w:t>
      </w:r>
    </w:p>
    <w:p>
      <w:pPr>
        <w:pStyle w:val="ListBullet"/>
      </w:pPr>
      <w:r>
        <w:rPr>
          <w:rFonts w:ascii="Aptos" w:hAnsi="Aptos" w:eastAsia="Aptos"/>
          <w:b w:val="0"/>
          <w:i w:val="0"/>
        </w:rPr>
        <w:t>respiração;</w:t>
      </w:r>
    </w:p>
    <w:p>
      <w:pPr>
        <w:pStyle w:val="ListBullet"/>
      </w:pPr>
      <w:r>
        <w:rPr>
          <w:rFonts w:ascii="Aptos" w:hAnsi="Aptos" w:eastAsia="Aptos"/>
          <w:b w:val="0"/>
          <w:i w:val="0"/>
        </w:rPr>
        <w:t>entrada progressiva na intensidade;</w:t>
      </w:r>
    </w:p>
    <w:p>
      <w:pPr>
        <w:pStyle w:val="ListBullet"/>
      </w:pPr>
      <w:r>
        <w:rPr>
          <w:rFonts w:ascii="Aptos" w:hAnsi="Aptos" w:eastAsia="Aptos"/>
          <w:b w:val="0"/>
          <w:i w:val="0"/>
        </w:rPr>
        <w:t>recuperação;</w:t>
      </w:r>
    </w:p>
    <w:p>
      <w:pPr>
        <w:pStyle w:val="ListBullet"/>
      </w:pPr>
      <w:r>
        <w:rPr>
          <w:rFonts w:ascii="Aptos" w:hAnsi="Aptos" w:eastAsia="Aptos"/>
          <w:b w:val="0"/>
          <w:i w:val="0"/>
        </w:rPr>
        <w:t>comunicação com o treinador.</w:t>
      </w:r>
    </w:p>
    <w:p>
      <w:pPr/>
      <w:r>
        <w:rPr>
          <w:rFonts w:ascii="Aptos" w:hAnsi="Aptos" w:eastAsia="Aptos"/>
          <w:b w:val="0"/>
          <w:i w:val="0"/>
        </w:rPr>
        <w:t>Esse aprendizado reduz erro de execução e melhora a qualidade dos dados observados depois.</w:t>
      </w:r>
    </w:p>
    <w:p>
      <w:pPr/>
      <w:r>
        <w:rPr>
          <w:rFonts w:ascii="Aptos" w:hAnsi="Aptos" w:eastAsia="Aptos"/>
          <w:b w:val="0"/>
          <w:i w:val="0"/>
        </w:rPr>
        <w:t>Um atleta que não sabe aquecer pode interpretar mal o treino. Quem não entende cadência pode correr desperdiçando energia. Quem não conhece o PZI pode transformar zona leve em zona moderada. Quem não domina percepção de esforço depende demais do relógio.</w:t>
      </w:r>
    </w:p>
    <w:p>
      <w:pPr/>
      <w:r>
        <w:rPr>
          <w:rFonts w:ascii="Aptos" w:hAnsi="Aptos" w:eastAsia="Aptos"/>
          <w:b w:val="0"/>
          <w:i w:val="0"/>
        </w:rPr>
        <w:t>Por isso, a metodologia ensina antes de cobrar.</w:t>
      </w:r>
    </w:p>
    <w:p>
      <w:pPr/>
      <w:r>
        <w:rPr>
          <w:rFonts w:ascii="Aptos" w:hAnsi="Aptos" w:eastAsia="Aptos"/>
          <w:b w:val="0"/>
          <w:i w:val="0"/>
        </w:rPr>
        <w:t>O treino bem executado é parte da formação.</w:t>
      </w:r>
    </w:p>
    <w:p>
      <w:pPr>
        <w:pStyle w:val="Heading2"/>
      </w:pPr>
      <w:r>
        <w:t>3.7 Confiança antes da performance</w:t>
      </w:r>
    </w:p>
    <w:p>
      <w:pPr/>
      <w:r>
        <w:rPr>
          <w:rFonts w:ascii="Aptos" w:hAnsi="Aptos" w:eastAsia="Aptos"/>
          <w:b w:val="0"/>
          <w:i w:val="0"/>
        </w:rPr>
        <w:t>Um atleta iniciante não precisa provar imediatamente que é rápido.</w:t>
      </w:r>
    </w:p>
    <w:p>
      <w:pPr/>
      <w:r>
        <w:rPr>
          <w:rFonts w:ascii="Aptos" w:hAnsi="Aptos" w:eastAsia="Aptos"/>
          <w:b w:val="0"/>
          <w:i w:val="0"/>
        </w:rPr>
        <w:t>Precisa descobrir que consegue treinar com regularidade.</w:t>
      </w:r>
    </w:p>
    <w:p>
      <w:pPr/>
      <w:r>
        <w:rPr>
          <w:rFonts w:ascii="Aptos" w:hAnsi="Aptos" w:eastAsia="Aptos"/>
          <w:b w:val="0"/>
          <w:i w:val="0"/>
        </w:rPr>
        <w:t>Essa é uma decisão importante na metodologia TriLife. Os primeiros ciclos devem construir experiências positivas, controladas e progressivas. O objetivo é fazer o atleta perceber evolução sem associar treinamento apenas a sofrimento ou exaustão.</w:t>
      </w:r>
    </w:p>
    <w:p>
      <w:pPr/>
      <w:r>
        <w:rPr>
          <w:rFonts w:ascii="Aptos" w:hAnsi="Aptos" w:eastAsia="Aptos"/>
          <w:b w:val="0"/>
          <w:i w:val="0"/>
        </w:rPr>
        <w:t>A confiança aumenta quando o corredor termina treinos sentindo que cumpriu a proposta. Quando percebe que consegue repetir semanas. Quando entende as zonas. Quando melhora sem precisar se destruir. Quando vê que a planilha tem lógica.</w:t>
      </w:r>
    </w:p>
    <w:p>
      <w:pPr/>
      <w:r>
        <w:rPr>
          <w:rFonts w:ascii="Aptos" w:hAnsi="Aptos" w:eastAsia="Aptos"/>
          <w:b w:val="0"/>
          <w:i w:val="0"/>
        </w:rPr>
        <w:t>Essa confiança melhora adesão.</w:t>
      </w:r>
    </w:p>
    <w:p>
      <w:pPr/>
      <w:r>
        <w:rPr>
          <w:rFonts w:ascii="Aptos" w:hAnsi="Aptos" w:eastAsia="Aptos"/>
          <w:b w:val="0"/>
          <w:i w:val="0"/>
        </w:rPr>
        <w:t>E adesão é parte central da evolução.</w:t>
      </w:r>
    </w:p>
    <w:p>
      <w:pPr/>
      <w:r>
        <w:rPr>
          <w:rFonts w:ascii="Aptos" w:hAnsi="Aptos" w:eastAsia="Aptos"/>
          <w:b w:val="0"/>
          <w:i w:val="0"/>
        </w:rPr>
        <w:t>O atleta que acredita no processo treina melhor, comenta melhor, executa melhor e sustenta o ciclo por mais tempo.</w:t>
      </w:r>
    </w:p>
    <w:p>
      <w:pPr/>
      <w:r>
        <w:rPr>
          <w:rFonts w:ascii="Aptos" w:hAnsi="Aptos" w:eastAsia="Aptos"/>
          <w:b w:val="0"/>
          <w:i w:val="0"/>
        </w:rPr>
        <w:t>Confiança também é adaptação.</w:t>
      </w:r>
    </w:p>
    <w:p>
      <w:pPr/>
      <w:r>
        <w:rPr>
          <w:rFonts w:ascii="Aptos" w:hAnsi="Aptos" w:eastAsia="Aptos"/>
          <w:b w:val="0"/>
          <w:i w:val="0"/>
        </w:rPr>
        <w:t>E precisa ser construída.</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construção da base se relaciona com adaptações aeróbias, neuromusculares e musculoesqueléticas. Treinos controlados e consistentes favorecem aumento da eficiência cardiovascular, melhora da utilização de oxigênio, desenvolvimento da resistência muscular local e maior tolerância dos tecidos à repetição de impacto.</w:t>
            </w:r>
          </w:p>
          <w:p>
            <w:pPr/>
            <w:r>
              <w:rPr>
                <w:rFonts w:ascii="Aptos" w:hAnsi="Aptos" w:eastAsia="Aptos"/>
                <w:b w:val="0"/>
                <w:i w:val="0"/>
              </w:rPr>
              <w:t>Na prática, o corpo precisa se adaptar não apenas ao esforço metabólico, mas também à carga mecânica da corrida. Tendões, músculos, articulações e sistema nervoso precisam de tempo para suportar volume e intensidade com menor risco.</w:t>
            </w:r>
          </w:p>
          <w:p>
            <w:pPr/>
            <w:r>
              <w:rPr>
                <w:rFonts w:ascii="Aptos" w:hAnsi="Aptos" w:eastAsia="Aptos"/>
                <w:b w:val="0"/>
                <w:i w:val="0"/>
              </w:rPr>
              <w:t>Por isso, a base não deve ser entendida apenas como “correr leve”. Ela cria as condições para que estímulos mais intensos sejam aproveitados com qualidade nas fases seguintes.</w:t>
            </w:r>
          </w:p>
          <w:p>
            <w:pPr/>
            <w:r>
              <w:rPr>
                <w:rFonts w:ascii="Aptos" w:hAnsi="Aptos" w:eastAsia="Aptos"/>
                <w:b w:val="0"/>
                <w:i w:val="0"/>
              </w:rPr>
              <w:t>O Método TriLife Running usa essa lógica ao preparar o atleta para treinar antes de exigir que ele performe.</w:t>
            </w:r>
          </w:p>
        </w:tc>
      </w:tr>
    </w:tbl>
    <w:p/>
    <w:p>
      <w:pPr>
        <w:pStyle w:val="Heading2"/>
      </w:pPr>
      <w:r>
        <w:t>3.8 A base aplicada ao objetivo</w:t>
      </w:r>
    </w:p>
    <w:p>
      <w:pPr/>
      <w:r>
        <w:rPr>
          <w:rFonts w:ascii="Aptos" w:hAnsi="Aptos" w:eastAsia="Aptos"/>
          <w:b w:val="0"/>
          <w:i w:val="0"/>
        </w:rPr>
        <w:t>A função da base permanece a mesma: preparar o atleta para suportar o processo.</w:t>
      </w:r>
    </w:p>
    <w:p>
      <w:pPr/>
      <w:r>
        <w:rPr>
          <w:rFonts w:ascii="Aptos" w:hAnsi="Aptos" w:eastAsia="Aptos"/>
          <w:b w:val="0"/>
          <w:i w:val="0"/>
        </w:rPr>
        <w:t>A aplicação muda conforme a exigência do objetivo.</w:t>
      </w:r>
    </w:p>
    <w:p>
      <w:pPr/>
      <w:r>
        <w:rPr>
          <w:rFonts w:ascii="Aptos" w:hAnsi="Aptos" w:eastAsia="Aptos"/>
          <w:b w:val="0"/>
          <w:i w:val="0"/>
        </w:rPr>
        <w:t>Em ciclos mais curtos, a base sustenta a progressão para ritmos mais altos e melhora a capacidade técnica. Em ciclos mais longos, cria suporte para volume, economia e recuperação. Em contextos de maior fadiga, variação de terreno ou demandas combinadas, prepara o corpo para manter organização mesmo quando o esforço se torna mais complexo.</w:t>
      </w:r>
    </w:p>
    <w:p>
      <w:pPr/>
      <w:r>
        <w:rPr>
          <w:rFonts w:ascii="Aptos" w:hAnsi="Aptos" w:eastAsia="Aptos"/>
          <w:b w:val="0"/>
          <w:i w:val="0"/>
        </w:rPr>
        <w:t>A base não é igual para todos.</w:t>
      </w:r>
    </w:p>
    <w:p>
      <w:pPr/>
      <w:r>
        <w:rPr>
          <w:rFonts w:ascii="Aptos" w:hAnsi="Aptos" w:eastAsia="Aptos"/>
          <w:b w:val="0"/>
          <w:i w:val="0"/>
        </w:rPr>
        <w:t>Mas todos precisam de base.</w:t>
      </w:r>
    </w:p>
    <w:p>
      <w:pPr/>
      <w:r>
        <w:rPr>
          <w:rFonts w:ascii="Aptos" w:hAnsi="Aptos" w:eastAsia="Aptos"/>
          <w:b w:val="0"/>
          <w:i w:val="0"/>
        </w:rPr>
        <w:t>O conceito permanece.</w:t>
      </w:r>
    </w:p>
    <w:p>
      <w:pPr/>
      <w:r>
        <w:rPr>
          <w:rFonts w:ascii="Aptos" w:hAnsi="Aptos" w:eastAsia="Aptos"/>
          <w:b w:val="0"/>
          <w:i w:val="0"/>
        </w:rPr>
        <w:t>A aplicação se ajusta ao atleta.</w:t>
      </w:r>
    </w:p>
    <w:p>
      <w:pPr>
        <w:pStyle w:val="Heading2"/>
      </w:pPr>
      <w:r>
        <w:t>Conclusão</w:t>
      </w:r>
    </w:p>
    <w:p>
      <w:pPr/>
      <w:r>
        <w:rPr>
          <w:rFonts w:ascii="Aptos" w:hAnsi="Aptos" w:eastAsia="Aptos"/>
          <w:b w:val="0"/>
          <w:i w:val="0"/>
        </w:rPr>
        <w:t>O Método TriLife Running entende que uma boa preparação começa antes do treinamento específico.</w:t>
      </w:r>
    </w:p>
    <w:p>
      <w:pPr/>
      <w:r>
        <w:rPr>
          <w:rFonts w:ascii="Aptos" w:hAnsi="Aptos" w:eastAsia="Aptos"/>
          <w:b w:val="0"/>
          <w:i w:val="0"/>
        </w:rPr>
        <w:t>Construir base significa desenvolver um atleta capaz de assimilar cargas, compreender a metodologia, executar melhor, recuperar com qualidade e manter consistência ao longo do ciclo.</w:t>
      </w:r>
    </w:p>
    <w:p>
      <w:pPr/>
      <w:r>
        <w:rPr>
          <w:rFonts w:ascii="Aptos" w:hAnsi="Aptos" w:eastAsia="Aptos"/>
          <w:b w:val="0"/>
          <w:i w:val="0"/>
        </w:rPr>
        <w:t>Independentemente do objetivo, a base não prepara apenas o atleta para competir.</w:t>
      </w:r>
    </w:p>
    <w:p>
      <w:pPr/>
      <w:r>
        <w:rPr>
          <w:rFonts w:ascii="Aptos" w:hAnsi="Aptos" w:eastAsia="Aptos"/>
          <w:b w:val="0"/>
          <w:i w:val="0"/>
        </w:rPr>
        <w:t>Prepara o atleta para evoluir.</w:t>
      </w:r>
    </w:p>
    <w:p>
      <w:pPr>
        <w:pStyle w:val="Heading2"/>
      </w:pPr>
      <w:r>
        <w:t>Princípios Fundamentais do Método TriLife Running</w:t>
      </w:r>
    </w:p>
    <w:p>
      <w:pPr>
        <w:pStyle w:val="TriLifeQuote"/>
      </w:pPr>
      <w:r>
        <w:rPr>
          <w:rFonts w:ascii="Aptos" w:hAnsi="Aptos" w:eastAsia="Aptos"/>
          <w:b w:val="0"/>
          <w:i/>
        </w:rPr>
        <w:t>Princípio Fundamental nº 9</w:t>
      </w:r>
    </w:p>
    <w:p>
      <w:pPr/>
      <w:r>
        <w:rPr>
          <w:rFonts w:ascii="Aptos" w:hAnsi="Aptos" w:eastAsia="Aptos"/>
          <w:b w:val="0"/>
          <w:i w:val="0"/>
        </w:rPr>
        <w:t>Antes de preparar o atleta para a prova, prepare-o para suportar o treinamento.</w:t>
      </w:r>
    </w:p>
    <w:p>
      <w:pPr>
        <w:pStyle w:val="TriLifeQuote"/>
      </w:pPr>
      <w:r>
        <w:rPr>
          <w:rFonts w:ascii="Aptos" w:hAnsi="Aptos" w:eastAsia="Aptos"/>
          <w:b w:val="0"/>
          <w:i/>
        </w:rPr>
        <w:t>Princípio Fundamental nº 10</w:t>
      </w:r>
    </w:p>
    <w:p>
      <w:pPr/>
      <w:r>
        <w:rPr>
          <w:rFonts w:ascii="Aptos" w:hAnsi="Aptos" w:eastAsia="Aptos"/>
          <w:b w:val="0"/>
          <w:i w:val="0"/>
        </w:rPr>
        <w:t>A base não desenvolve apenas condicionamento. Desenvolve competência para evoluir.</w:t>
      </w:r>
    </w:p>
    <w:p>
      <w:pPr>
        <w:pStyle w:val="TriLifeQuote"/>
      </w:pPr>
      <w:r>
        <w:rPr>
          <w:rFonts w:ascii="Aptos" w:hAnsi="Aptos" w:eastAsia="Aptos"/>
          <w:b w:val="0"/>
          <w:i/>
        </w:rPr>
        <w:t>Princípio Fundamental nº 11</w:t>
      </w:r>
    </w:p>
    <w:p>
      <w:pPr/>
      <w:r>
        <w:rPr>
          <w:rFonts w:ascii="Aptos" w:hAnsi="Aptos" w:eastAsia="Aptos"/>
          <w:b w:val="0"/>
          <w:i w:val="0"/>
        </w:rPr>
        <w:t>O treinamento também é uma ferramenta de avaliação.</w:t>
      </w:r>
    </w:p>
    <w:p>
      <w:pPr>
        <w:pStyle w:val="TriLifeQuote"/>
      </w:pPr>
      <w:r>
        <w:rPr>
          <w:rFonts w:ascii="Aptos" w:hAnsi="Aptos" w:eastAsia="Aptos"/>
          <w:b w:val="0"/>
          <w:i/>
        </w:rPr>
        <w:t>Princípio Fundamental nº 12</w:t>
      </w:r>
    </w:p>
    <w:p>
      <w:pPr/>
      <w:r>
        <w:rPr>
          <w:rFonts w:ascii="Aptos" w:hAnsi="Aptos" w:eastAsia="Aptos"/>
          <w:b w:val="0"/>
          <w:i w:val="0"/>
        </w:rPr>
        <w:t>O conceito permanece. A aplicação evolui conforme o atleta e a prova.</w:t>
      </w:r>
    </w:p>
    <w:p>
      <w:r>
        <w:br w:type="page"/>
      </w:r>
    </w:p>
    <w:p>
      <w:pPr>
        <w:pStyle w:val="Heading1"/>
        <w:jc w:val="center"/>
      </w:pPr>
      <w:r>
        <w:t>CAPÍTULO 4</w:t>
      </w:r>
    </w:p>
    <w:p>
      <w:pPr>
        <w:pStyle w:val="Heading1"/>
        <w:jc w:val="center"/>
      </w:pPr>
      <w:r>
        <w:t>RITMO DE LIMIAR: A REFERÊNCIA QUE ORGANIZA A INTENSIDADE</w:t>
      </w:r>
    </w:p>
    <w:p>
      <w:pPr>
        <w:pStyle w:val="TriLifeQuote"/>
      </w:pPr>
      <w:r>
        <w:rPr>
          <w:rFonts w:ascii="Aptos" w:hAnsi="Aptos" w:eastAsia="Aptos"/>
          <w:b w:val="0"/>
          <w:i/>
        </w:rPr>
        <w:t>“Toda metodologia precisa de um ponto de referência. No Método TriLife Running, esse ponto é o Ritmo de Limiar.”</w:t>
      </w:r>
    </w:p>
    <w:p>
      <w:pPr>
        <w:pStyle w:val="Heading2"/>
      </w:pPr>
      <w:r>
        <w:t>4.1 Toda metodologia precisa de uma referência</w:t>
      </w:r>
    </w:p>
    <w:p>
      <w:pPr/>
      <w:r>
        <w:rPr>
          <w:rFonts w:ascii="Aptos" w:hAnsi="Aptos" w:eastAsia="Aptos"/>
          <w:b w:val="0"/>
          <w:i w:val="0"/>
        </w:rPr>
        <w:t>Toda metodologia de treinamento precisa de uma referência para organizar intensidade.</w:t>
      </w:r>
    </w:p>
    <w:p>
      <w:pPr/>
      <w:r>
        <w:rPr>
          <w:rFonts w:ascii="Aptos" w:hAnsi="Aptos" w:eastAsia="Aptos"/>
          <w:b w:val="0"/>
          <w:i w:val="0"/>
        </w:rPr>
        <w:t>Sem referência, a prescrição fica solta. O treinador passa a depender de sensação vaga, ritmos genéricos ou comparações inadequadas entre atletas diferentes.</w:t>
      </w:r>
    </w:p>
    <w:p>
      <w:pPr/>
      <w:r>
        <w:rPr>
          <w:rFonts w:ascii="Aptos" w:hAnsi="Aptos" w:eastAsia="Aptos"/>
          <w:b w:val="0"/>
          <w:i w:val="0"/>
        </w:rPr>
        <w:t>Alguns modelos utilizam frequência cardíaca como eixo principal. Outros usam potência, percepção subjetiva de esforço, testes laboratoriais ou ritmos derivados de provas. O Método TriLife Running utiliza o Ritmo de Limiar como referência operacional para organizar o treinamento de corrida.</w:t>
      </w:r>
    </w:p>
    <w:p>
      <w:pPr/>
      <w:r>
        <w:rPr>
          <w:rFonts w:ascii="Aptos" w:hAnsi="Aptos" w:eastAsia="Aptos"/>
          <w:b w:val="0"/>
          <w:i w:val="0"/>
        </w:rPr>
        <w:t>Mais do que um pace isolado, o Ritmo de Limiar funciona como ponto de partida para individualizar a prescrição.</w:t>
      </w:r>
    </w:p>
    <w:p>
      <w:pPr/>
      <w:r>
        <w:rPr>
          <w:rFonts w:ascii="Aptos" w:hAnsi="Aptos" w:eastAsia="Aptos"/>
          <w:b w:val="0"/>
          <w:i w:val="0"/>
        </w:rPr>
        <w:t>A partir dele, o sistema PZI é construído. As zonas passam a ter sentido. O atleta entende qual intensidade precisa executar. O treinador consegue ajustar a planilha com coerência. A comunicação entre método e atleta fica mais clara.</w:t>
      </w:r>
    </w:p>
    <w:p>
      <w:pPr/>
      <w:r>
        <w:rPr>
          <w:rFonts w:ascii="Aptos" w:hAnsi="Aptos" w:eastAsia="Aptos"/>
          <w:b w:val="0"/>
          <w:i w:val="0"/>
        </w:rPr>
        <w:t>Quando o Ritmo de Limiar muda, as zonas mudam.</w:t>
      </w:r>
    </w:p>
    <w:p>
      <w:pPr/>
      <w:r>
        <w:rPr>
          <w:rFonts w:ascii="Aptos" w:hAnsi="Aptos" w:eastAsia="Aptos"/>
          <w:b w:val="0"/>
          <w:i w:val="0"/>
        </w:rPr>
        <w:t>Quando as zonas mudam, a planilha volta a conversar com a capacidade atual do corredor.</w:t>
      </w:r>
    </w:p>
    <w:p>
      <w:pPr/>
      <w:r>
        <w:rPr>
          <w:rFonts w:ascii="Aptos" w:hAnsi="Aptos" w:eastAsia="Aptos"/>
          <w:b w:val="0"/>
          <w:i w:val="0"/>
        </w:rPr>
        <w:t>Por isso, dentro da TriLife, o Ritmo de Limiar não é número decorativo. Ele é uma referência viva para organizar intensidade, calibrar estímulos, acompanhar evolução e interpretar resposta ao treinamento.</w:t>
      </w:r>
    </w:p>
    <w:p>
      <w:pPr>
        <w:pStyle w:val="Heading2"/>
      </w:pPr>
      <w:r>
        <w:t>4.2 Ritmo de Limiar não é apenas teste. É referência dinâmica</w:t>
      </w:r>
    </w:p>
    <w:p>
      <w:pPr/>
      <w:r>
        <w:rPr>
          <w:rFonts w:ascii="Aptos" w:hAnsi="Aptos" w:eastAsia="Aptos"/>
          <w:b w:val="0"/>
          <w:i w:val="0"/>
        </w:rPr>
        <w:t>Um erro comum é imaginar que o Ritmo de Limiar precisa representar de forma perfeita e definitiva um resultado laboratorial.</w:t>
      </w:r>
    </w:p>
    <w:p>
      <w:pPr/>
      <w:r>
        <w:rPr>
          <w:rFonts w:ascii="Aptos" w:hAnsi="Aptos" w:eastAsia="Aptos"/>
          <w:b w:val="0"/>
          <w:i w:val="0"/>
        </w:rPr>
        <w:t>A metodologia TriLife trabalha com outra lógica.</w:t>
      </w:r>
    </w:p>
    <w:p>
      <w:pPr/>
      <w:r>
        <w:rPr>
          <w:rFonts w:ascii="Aptos" w:hAnsi="Aptos" w:eastAsia="Aptos"/>
          <w:b w:val="0"/>
          <w:i w:val="0"/>
        </w:rPr>
        <w:t>O Ritmo de Limiar é uma referência operacional. Ele representa o ritmo usado para construir zonas, orientar prescrição e organizar a execução prática do treinamento.</w:t>
      </w:r>
    </w:p>
    <w:p>
      <w:pPr/>
      <w:r>
        <w:rPr>
          <w:rFonts w:ascii="Aptos" w:hAnsi="Aptos" w:eastAsia="Aptos"/>
          <w:b w:val="0"/>
          <w:i w:val="0"/>
        </w:rPr>
        <w:t>Sua função não é explicar toda a fisiologia do atleta em um único número.</w:t>
      </w:r>
    </w:p>
    <w:p>
      <w:pPr/>
      <w:r>
        <w:rPr>
          <w:rFonts w:ascii="Aptos" w:hAnsi="Aptos" w:eastAsia="Aptos"/>
          <w:b w:val="0"/>
          <w:i w:val="0"/>
        </w:rPr>
        <w:t>Sua função é permitir que o treino seja prescrito, comunicado, executado e ajustado com coerência.</w:t>
      </w:r>
    </w:p>
    <w:p>
      <w:pPr/>
      <w:r>
        <w:rPr>
          <w:rFonts w:ascii="Aptos" w:hAnsi="Aptos" w:eastAsia="Aptos"/>
          <w:b w:val="0"/>
          <w:i w:val="0"/>
        </w:rPr>
        <w:t>Essa diferença é decisiva.</w:t>
      </w:r>
    </w:p>
    <w:p>
      <w:pPr/>
      <w:r>
        <w:rPr>
          <w:rFonts w:ascii="Aptos" w:hAnsi="Aptos" w:eastAsia="Aptos"/>
          <w:b w:val="0"/>
          <w:i w:val="0"/>
        </w:rPr>
        <w:t>O Método TriLife Running não ignora fisiologia. Ele entende que a prática da assessoria exige uma referência aplicável no cotidiano, capaz de orientar centenas de decisões sem tornar cada treino complexo demais para o atleta executar.</w:t>
      </w:r>
    </w:p>
    <w:p>
      <w:pPr/>
      <w:r>
        <w:rPr>
          <w:rFonts w:ascii="Aptos" w:hAnsi="Aptos" w:eastAsia="Aptos"/>
          <w:b w:val="0"/>
          <w:i w:val="0"/>
        </w:rPr>
        <w:t>O Ritmo de Limiar acompanha o processo.</w:t>
      </w:r>
    </w:p>
    <w:p>
      <w:pPr/>
      <w:r>
        <w:rPr>
          <w:rFonts w:ascii="Aptos" w:hAnsi="Aptos" w:eastAsia="Aptos"/>
          <w:b w:val="0"/>
          <w:i w:val="0"/>
        </w:rPr>
        <w:t>Ele não apenas registra um desempenho passado.</w:t>
      </w:r>
    </w:p>
    <w:p>
      <w:pPr/>
      <w:r>
        <w:rPr>
          <w:rFonts w:ascii="Aptos" w:hAnsi="Aptos" w:eastAsia="Aptos"/>
          <w:b w:val="0"/>
          <w:i w:val="0"/>
        </w:rPr>
        <w:t>Ele orienta os próximos passos.</w:t>
      </w:r>
    </w:p>
    <w:p>
      <w:pPr>
        <w:pStyle w:val="Heading2"/>
      </w:pPr>
      <w:r>
        <w:t>4.3 A experiência também faz parte da individualização</w:t>
      </w:r>
    </w:p>
    <w:p>
      <w:pPr/>
      <w:r>
        <w:rPr>
          <w:rFonts w:ascii="Aptos" w:hAnsi="Aptos" w:eastAsia="Aptos"/>
          <w:b w:val="0"/>
          <w:i w:val="0"/>
        </w:rPr>
        <w:t>Uma característica importante do Método TriLife Running é que a definição inicial do Ritmo de Limiar não depende obrigatoriamente de um teste máximo no primeiro contato.</w:t>
      </w:r>
    </w:p>
    <w:p>
      <w:pPr/>
      <w:r>
        <w:rPr>
          <w:rFonts w:ascii="Aptos" w:hAnsi="Aptos" w:eastAsia="Aptos"/>
          <w:b w:val="0"/>
          <w:i w:val="0"/>
        </w:rPr>
        <w:t>Arthur Scomparim utiliza uma régua operacional construída pela experiência prática com corredores. Em atletas iniciantes, essa régua permite começar com segurança antes de expor o aluno a testes ou intensidades incompatíveis com sua realidade atual.</w:t>
      </w:r>
    </w:p>
    <w:p>
      <w:pPr/>
      <w:r>
        <w:rPr>
          <w:rFonts w:ascii="Aptos" w:hAnsi="Aptos" w:eastAsia="Aptos"/>
          <w:b w:val="0"/>
          <w:i w:val="0"/>
        </w:rPr>
        <w:t>De maneira geral, homens iniciantes podem ser posicionados próximos de 5:30 min/km e mulheres iniciantes próximas de 6:00 min/km como referência inicial.</w:t>
      </w:r>
    </w:p>
    <w:p>
      <w:pPr/>
      <w:r>
        <w:rPr>
          <w:rFonts w:ascii="Aptos" w:hAnsi="Aptos" w:eastAsia="Aptos"/>
          <w:b w:val="0"/>
          <w:i w:val="0"/>
        </w:rPr>
        <w:t>Esses valores não são regra rígida.</w:t>
      </w:r>
    </w:p>
    <w:p>
      <w:pPr/>
      <w:r>
        <w:rPr>
          <w:rFonts w:ascii="Aptos" w:hAnsi="Aptos" w:eastAsia="Aptos"/>
          <w:b w:val="0"/>
          <w:i w:val="0"/>
        </w:rPr>
        <w:t>Não representam desempenho definitivo.</w:t>
      </w:r>
    </w:p>
    <w:p>
      <w:pPr/>
      <w:r>
        <w:rPr>
          <w:rFonts w:ascii="Aptos" w:hAnsi="Aptos" w:eastAsia="Aptos"/>
          <w:b w:val="0"/>
          <w:i w:val="0"/>
        </w:rPr>
        <w:t>Também não significam que todos os atletas permanecerão nesses ritmos.</w:t>
      </w:r>
    </w:p>
    <w:p>
      <w:pPr/>
      <w:r>
        <w:rPr>
          <w:rFonts w:ascii="Aptos" w:hAnsi="Aptos" w:eastAsia="Aptos"/>
          <w:b w:val="0"/>
          <w:i w:val="0"/>
        </w:rPr>
        <w:t>Eles funcionam como ponto de partida seguro.</w:t>
      </w:r>
    </w:p>
    <w:p>
      <w:pPr/>
      <w:r>
        <w:rPr>
          <w:rFonts w:ascii="Aptos" w:hAnsi="Aptos" w:eastAsia="Aptos"/>
          <w:b w:val="0"/>
          <w:i w:val="0"/>
        </w:rPr>
        <w:t>Nas semanas seguintes, o próprio treinamento mostra se essa referência está adequada, alta ou baixa para aquele atleta.</w:t>
      </w:r>
    </w:p>
    <w:p>
      <w:pPr/>
      <w:r>
        <w:rPr>
          <w:rFonts w:ascii="Aptos" w:hAnsi="Aptos" w:eastAsia="Aptos"/>
          <w:b w:val="0"/>
          <w:i w:val="0"/>
        </w:rPr>
        <w:t>É nesse momento que a experiência do treinador complementa os dados objetivos.</w:t>
      </w:r>
    </w:p>
    <w:p>
      <w:pPr/>
      <w:r>
        <w:rPr>
          <w:rFonts w:ascii="Aptos" w:hAnsi="Aptos" w:eastAsia="Aptos"/>
          <w:b w:val="0"/>
          <w:i w:val="0"/>
        </w:rPr>
        <w:t>A individualização começa antes mesmo do primeiro teste formal.</w:t>
      </w:r>
    </w:p>
    <w:p>
      <w:pPr>
        <w:pStyle w:val="Heading2"/>
      </w:pPr>
      <w:r>
        <w:t>4.4 Por que não testar logo no início?</w:t>
      </w:r>
    </w:p>
    <w:p>
      <w:pPr/>
      <w:r>
        <w:rPr>
          <w:rFonts w:ascii="Aptos" w:hAnsi="Aptos" w:eastAsia="Aptos"/>
          <w:b w:val="0"/>
          <w:i w:val="0"/>
        </w:rPr>
        <w:t>Em muitos programas, o primeiro contato do atleta com a assessoria acontece por meio de um teste máximo.</w:t>
      </w:r>
    </w:p>
    <w:p>
      <w:pPr/>
      <w:r>
        <w:rPr>
          <w:rFonts w:ascii="Aptos" w:hAnsi="Aptos" w:eastAsia="Aptos"/>
          <w:b w:val="0"/>
          <w:i w:val="0"/>
        </w:rPr>
        <w:t>Essa estratégia pode ter valor. Mas nem sempre é a melhor escolha.</w:t>
      </w:r>
    </w:p>
    <w:p>
      <w:pPr/>
      <w:r>
        <w:rPr>
          <w:rFonts w:ascii="Aptos" w:hAnsi="Aptos" w:eastAsia="Aptos"/>
          <w:b w:val="0"/>
          <w:i w:val="0"/>
        </w:rPr>
        <w:t>Muitos corredores chegam à assessoria após períodos de sedentarismo, excesso de peso, lesões anteriores, baixa consciência corporal, pouca regularidade ou dificuldade para controlar o próprio esforço.</w:t>
      </w:r>
    </w:p>
    <w:p>
      <w:pPr/>
      <w:r>
        <w:rPr>
          <w:rFonts w:ascii="Aptos" w:hAnsi="Aptos" w:eastAsia="Aptos"/>
          <w:b w:val="0"/>
          <w:i w:val="0"/>
        </w:rPr>
        <w:t>Nessas condições, um teste máximo pode medir mais o estado momentâneo do atleta do que sua capacidade real de treinamento.</w:t>
      </w:r>
    </w:p>
    <w:p>
      <w:pPr/>
      <w:r>
        <w:rPr>
          <w:rFonts w:ascii="Aptos" w:hAnsi="Aptos" w:eastAsia="Aptos"/>
          <w:b w:val="0"/>
          <w:i w:val="0"/>
        </w:rPr>
        <w:t>Além disso, muitos ainda não dominam elementos básicos da metodologia:</w:t>
      </w:r>
    </w:p>
    <w:p>
      <w:pPr>
        <w:pStyle w:val="ListBullet"/>
      </w:pPr>
      <w:r>
        <w:rPr>
          <w:rFonts w:ascii="Aptos" w:hAnsi="Aptos" w:eastAsia="Aptos"/>
          <w:b w:val="0"/>
          <w:i w:val="0"/>
        </w:rPr>
        <w:t>aquecimento;</w:t>
      </w:r>
    </w:p>
    <w:p>
      <w:pPr>
        <w:pStyle w:val="ListBullet"/>
      </w:pPr>
      <w:r>
        <w:rPr>
          <w:rFonts w:ascii="Aptos" w:hAnsi="Aptos" w:eastAsia="Aptos"/>
          <w:b w:val="0"/>
          <w:i w:val="0"/>
        </w:rPr>
        <w:t>educativos;</w:t>
      </w:r>
    </w:p>
    <w:p>
      <w:pPr>
        <w:pStyle w:val="ListBullet"/>
      </w:pPr>
      <w:r>
        <w:rPr>
          <w:rFonts w:ascii="Aptos" w:hAnsi="Aptos" w:eastAsia="Aptos"/>
          <w:b w:val="0"/>
          <w:i w:val="0"/>
        </w:rPr>
        <w:t>cadência;</w:t>
      </w:r>
    </w:p>
    <w:p>
      <w:pPr>
        <w:pStyle w:val="ListBullet"/>
      </w:pPr>
      <w:r>
        <w:rPr>
          <w:rFonts w:ascii="Aptos" w:hAnsi="Aptos" w:eastAsia="Aptos"/>
          <w:b w:val="0"/>
          <w:i w:val="0"/>
        </w:rPr>
        <w:t>controle do ritmo;</w:t>
      </w:r>
    </w:p>
    <w:p>
      <w:pPr>
        <w:pStyle w:val="ListBullet"/>
      </w:pPr>
      <w:r>
        <w:rPr>
          <w:rFonts w:ascii="Aptos" w:hAnsi="Aptos" w:eastAsia="Aptos"/>
          <w:b w:val="0"/>
          <w:i w:val="0"/>
        </w:rPr>
        <w:t>distribuição do esforço;</w:t>
      </w:r>
    </w:p>
    <w:p>
      <w:pPr>
        <w:pStyle w:val="ListBullet"/>
      </w:pPr>
      <w:r>
        <w:rPr>
          <w:rFonts w:ascii="Aptos" w:hAnsi="Aptos" w:eastAsia="Aptos"/>
          <w:b w:val="0"/>
          <w:i w:val="0"/>
        </w:rPr>
        <w:t>percepção de intensidade;</w:t>
      </w:r>
    </w:p>
    <w:p>
      <w:pPr>
        <w:pStyle w:val="ListBullet"/>
      </w:pPr>
      <w:r>
        <w:rPr>
          <w:rFonts w:ascii="Aptos" w:hAnsi="Aptos" w:eastAsia="Aptos"/>
          <w:b w:val="0"/>
          <w:i w:val="0"/>
        </w:rPr>
        <w:t>comunicação por zonas;</w:t>
      </w:r>
    </w:p>
    <w:p>
      <w:pPr>
        <w:pStyle w:val="ListBullet"/>
      </w:pPr>
      <w:r>
        <w:rPr>
          <w:rFonts w:ascii="Aptos" w:hAnsi="Aptos" w:eastAsia="Aptos"/>
          <w:b w:val="0"/>
          <w:i w:val="0"/>
        </w:rPr>
        <w:t>execução técnica.</w:t>
      </w:r>
    </w:p>
    <w:p>
      <w:pPr/>
      <w:r>
        <w:rPr>
          <w:rFonts w:ascii="Aptos" w:hAnsi="Aptos" w:eastAsia="Aptos"/>
          <w:b w:val="0"/>
          <w:i w:val="0"/>
        </w:rPr>
        <w:t>Testar antes de ensinar pode gerar informação ruim.</w:t>
      </w:r>
    </w:p>
    <w:p>
      <w:pPr/>
      <w:r>
        <w:rPr>
          <w:rFonts w:ascii="Aptos" w:hAnsi="Aptos" w:eastAsia="Aptos"/>
          <w:b w:val="0"/>
          <w:i w:val="0"/>
        </w:rPr>
        <w:t>O Método TriLife Running entende que as primeiras semanas devem funcionar como fase de adaptação, observação e calibração progressiva.</w:t>
      </w:r>
    </w:p>
    <w:p>
      <w:pPr/>
      <w:r>
        <w:rPr>
          <w:rFonts w:ascii="Aptos" w:hAnsi="Aptos" w:eastAsia="Aptos"/>
          <w:b w:val="0"/>
          <w:i w:val="0"/>
        </w:rPr>
        <w:t>Primeiro o atleta aprende a treinar.</w:t>
      </w:r>
    </w:p>
    <w:p>
      <w:pPr/>
      <w:r>
        <w:rPr>
          <w:rFonts w:ascii="Aptos" w:hAnsi="Aptos" w:eastAsia="Aptos"/>
          <w:b w:val="0"/>
          <w:i w:val="0"/>
        </w:rPr>
        <w:t>Depois o teste passa a produzir informação melhor.</w:t>
      </w:r>
    </w:p>
    <w:p>
      <w:pPr>
        <w:pStyle w:val="Heading2"/>
      </w:pPr>
      <w:r>
        <w:t>4.5 O próprio treinamento calibra o Ritmo de Limiar</w:t>
      </w:r>
    </w:p>
    <w:p>
      <w:pPr/>
      <w:r>
        <w:rPr>
          <w:rFonts w:ascii="Aptos" w:hAnsi="Aptos" w:eastAsia="Aptos"/>
          <w:b w:val="0"/>
          <w:i w:val="0"/>
        </w:rPr>
        <w:t>Durante o período inicial, cada sessão ajuda a calibrar o atleta.</w:t>
      </w:r>
    </w:p>
    <w:p>
      <w:pPr/>
      <w:r>
        <w:rPr>
          <w:rFonts w:ascii="Aptos" w:hAnsi="Aptos" w:eastAsia="Aptos"/>
          <w:b w:val="0"/>
          <w:i w:val="0"/>
        </w:rPr>
        <w:t>Rodagens mostram economia de movimento, estabilidade técnica e controle. Fartleks demonstram como o corredor alterna intensidades. Tempo Runs revelam capacidade de sustentar esforço com organização. Intervalados mostram recuperação entre estímulos. Treinos leves indicam se o atleta sabe realmente correr em baixa intensidade. Educativos mostram coordenação, postura e eficiência biomecânica.</w:t>
      </w:r>
    </w:p>
    <w:p>
      <w:pPr/>
      <w:r>
        <w:rPr>
          <w:rFonts w:ascii="Aptos" w:hAnsi="Aptos" w:eastAsia="Aptos"/>
          <w:b w:val="0"/>
          <w:i w:val="0"/>
        </w:rPr>
        <w:t>Nada é apenas preenchimento de semana.</w:t>
      </w:r>
    </w:p>
    <w:p>
      <w:pPr/>
      <w:r>
        <w:rPr>
          <w:rFonts w:ascii="Aptos" w:hAnsi="Aptos" w:eastAsia="Aptos"/>
          <w:b w:val="0"/>
          <w:i w:val="0"/>
        </w:rPr>
        <w:t>Cada treino também produz informação.</w:t>
      </w:r>
    </w:p>
    <w:p>
      <w:pPr/>
      <w:r>
        <w:rPr>
          <w:rFonts w:ascii="Aptos" w:hAnsi="Aptos" w:eastAsia="Aptos"/>
          <w:b w:val="0"/>
          <w:i w:val="0"/>
        </w:rPr>
        <w:t>O treinador observa respostas fisiológicas, técnicas e comportamentais. Cruza essas respostas com percepção de esforço, comentários, aderência, frequência cardíaca e evolução do ritmo.</w:t>
      </w:r>
    </w:p>
    <w:p>
      <w:pPr/>
      <w:r>
        <w:rPr>
          <w:rFonts w:ascii="Aptos" w:hAnsi="Aptos" w:eastAsia="Aptos"/>
          <w:b w:val="0"/>
          <w:i w:val="0"/>
        </w:rPr>
        <w:t>A partir dessa leitura, o Ritmo de Limiar pode ser ajustado com mais segurança.</w:t>
      </w:r>
    </w:p>
    <w:p>
      <w:pPr/>
      <w:r>
        <w:rPr>
          <w:rFonts w:ascii="Aptos" w:hAnsi="Aptos" w:eastAsia="Aptos"/>
          <w:b w:val="0"/>
          <w:i w:val="0"/>
        </w:rPr>
        <w:t>Esse é um ponto forte da metodologia: o treinamento não serve apenas para desenvolver.</w:t>
      </w:r>
    </w:p>
    <w:p>
      <w:pPr/>
      <w:r>
        <w:rPr>
          <w:rFonts w:ascii="Aptos" w:hAnsi="Aptos" w:eastAsia="Aptos"/>
          <w:b w:val="0"/>
          <w:i w:val="0"/>
        </w:rPr>
        <w:t>Serve também para diagnosticar.</w:t>
      </w:r>
    </w:p>
    <w:p>
      <w:pPr>
        <w:pStyle w:val="Heading2"/>
      </w:pPr>
      <w:r>
        <w:t>4.6 O teste acontece quando produz informação de qualidade</w:t>
      </w:r>
    </w:p>
    <w:p>
      <w:pPr/>
      <w:r>
        <w:rPr>
          <w:rFonts w:ascii="Aptos" w:hAnsi="Aptos" w:eastAsia="Aptos"/>
          <w:b w:val="0"/>
          <w:i w:val="0"/>
        </w:rPr>
        <w:t>Depois de algumas semanas, o cenário muda.</w:t>
      </w:r>
    </w:p>
    <w:p>
      <w:pPr/>
      <w:r>
        <w:rPr>
          <w:rFonts w:ascii="Aptos" w:hAnsi="Aptos" w:eastAsia="Aptos"/>
          <w:b w:val="0"/>
          <w:i w:val="0"/>
        </w:rPr>
        <w:t>O atleta já entende melhor a metodologia. Executa aquecimentos com mais qualidade. Controla a percepção de esforço. Mantém cadência mais estável. Reconhece zonas do PZI. Possui maior consciência corporal.</w:t>
      </w:r>
    </w:p>
    <w:p>
      <w:pPr/>
      <w:r>
        <w:rPr>
          <w:rFonts w:ascii="Aptos" w:hAnsi="Aptos" w:eastAsia="Aptos"/>
          <w:b w:val="0"/>
          <w:i w:val="0"/>
        </w:rPr>
        <w:t>Nesse momento, um teste tende a representar com mais fidelidade sua condição.</w:t>
      </w:r>
    </w:p>
    <w:p>
      <w:pPr/>
      <w:r>
        <w:rPr>
          <w:rFonts w:ascii="Aptos" w:hAnsi="Aptos" w:eastAsia="Aptos"/>
          <w:b w:val="0"/>
          <w:i w:val="0"/>
        </w:rPr>
        <w:t>O papel do teste também muda.</w:t>
      </w:r>
    </w:p>
    <w:p>
      <w:pPr/>
      <w:r>
        <w:rPr>
          <w:rFonts w:ascii="Aptos" w:hAnsi="Aptos" w:eastAsia="Aptos"/>
          <w:b w:val="0"/>
          <w:i w:val="0"/>
        </w:rPr>
        <w:t>Ele deixa de ser o ponto de partida absoluto e passa a funcionar como ferramenta de confirmação, validação e refinamento do Ritmo de Limiar.</w:t>
      </w:r>
    </w:p>
    <w:p>
      <w:pPr/>
      <w:r>
        <w:rPr>
          <w:rFonts w:ascii="Aptos" w:hAnsi="Aptos" w:eastAsia="Aptos"/>
          <w:b w:val="0"/>
          <w:i w:val="0"/>
        </w:rPr>
        <w:t>Essa lógica reforça uma das ideias centrais dos Treinos Inteligentes:</w:t>
      </w:r>
    </w:p>
    <w:p>
      <w:pPr>
        <w:pStyle w:val="TriLifeQuote"/>
      </w:pPr>
      <w:r>
        <w:rPr>
          <w:rFonts w:ascii="Aptos" w:hAnsi="Aptos" w:eastAsia="Aptos"/>
          <w:b w:val="0"/>
          <w:i/>
        </w:rPr>
        <w:t>primeiro ensina-se o atleta a treinar; depois mede-se sua capacidade com mais qualidade.</w:t>
      </w:r>
    </w:p>
    <w:p>
      <w:pPr/>
      <w:r>
        <w:rPr>
          <w:rFonts w:ascii="Aptos" w:hAnsi="Aptos" w:eastAsia="Aptos"/>
          <w:b w:val="0"/>
          <w:i w:val="0"/>
        </w:rPr>
        <w:t>O teste não desaparece.</w:t>
      </w:r>
    </w:p>
    <w:p>
      <w:pPr/>
      <w:r>
        <w:rPr>
          <w:rFonts w:ascii="Aptos" w:hAnsi="Aptos" w:eastAsia="Aptos"/>
          <w:b w:val="0"/>
          <w:i w:val="0"/>
        </w:rPr>
        <w:t>Ele entra no momento certo.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O Ritmo de Limiar utilizado pelo Método TriLife Running conversa com a lógica do limiar de lactato e com a ideia prática do ritmo de limiar popularizada por Jack Daniels. Na fisiologia, uma referência importante é o Máximo Ritmo de Estado Estável de Lactato, conhecido como MLSS, que representa a maior intensidade em que o organismo consegue manter relativa estabilidade na produção e remoção de lactato por determinado período.</w:t>
            </w:r>
          </w:p>
          <w:p>
            <w:pPr/>
            <w:r>
              <w:rPr>
                <w:rFonts w:ascii="Aptos" w:hAnsi="Aptos" w:eastAsia="Aptos"/>
                <w:b w:val="0"/>
                <w:i w:val="0"/>
              </w:rPr>
              <w:t>Na prática do treinamento, o atleta e o treinador precisam de uma referência aplicável. O ritmo de limiar funciona como essa ponte: não precisa ser tratado como número absoluto e imutável, mas como referência operacional para prescrever zonas, ajustar intensidade e acompanhar evolução.</w:t>
            </w:r>
          </w:p>
          <w:p>
            <w:pPr/>
            <w:r>
              <w:rPr>
                <w:rFonts w:ascii="Aptos" w:hAnsi="Aptos" w:eastAsia="Aptos"/>
                <w:b w:val="0"/>
                <w:i w:val="0"/>
              </w:rPr>
              <w:t>O Método TriLife Running usa essa lógica de forma aplicada: define uma referência inicial, observa a resposta do atleta, calibra com o treinamento e confirma com testes quando o atleta já consegue produzir informação confiável.</w:t>
            </w:r>
          </w:p>
          <w:p>
            <w:pPr/>
            <w:r>
              <w:rPr>
                <w:rFonts w:ascii="Aptos" w:hAnsi="Aptos" w:eastAsia="Aptos"/>
                <w:b w:val="0"/>
                <w:i w:val="0"/>
              </w:rPr>
              <w:t>A fisiologia orienta. A metodologia transforma essa orientação em decisão prática.</w:t>
            </w:r>
          </w:p>
        </w:tc>
      </w:tr>
    </w:tbl>
    <w:p/>
    <w:p>
      <w:pPr>
        <w:pStyle w:val="Heading2"/>
      </w:pPr>
      <w:r>
        <w:t>4.7 O Ritmo de Limiar evolui junto com o atleta</w:t>
      </w:r>
    </w:p>
    <w:p>
      <w:pPr/>
      <w:r>
        <w:rPr>
          <w:rFonts w:ascii="Aptos" w:hAnsi="Aptos" w:eastAsia="Aptos"/>
          <w:b w:val="0"/>
          <w:i w:val="0"/>
        </w:rPr>
        <w:t>O Ritmo de Limiar nunca deve ser considerado definitivo.</w:t>
      </w:r>
    </w:p>
    <w:p>
      <w:pPr/>
      <w:r>
        <w:rPr>
          <w:rFonts w:ascii="Aptos" w:hAnsi="Aptos" w:eastAsia="Aptos"/>
          <w:b w:val="0"/>
          <w:i w:val="0"/>
        </w:rPr>
        <w:t>Ele acompanha a evolução do corredor.</w:t>
      </w:r>
    </w:p>
    <w:p>
      <w:pPr/>
      <w:r>
        <w:rPr>
          <w:rFonts w:ascii="Aptos" w:hAnsi="Aptos" w:eastAsia="Aptos"/>
          <w:b w:val="0"/>
          <w:i w:val="0"/>
        </w:rPr>
        <w:t>À medida que novas adaptações acontecem, o treinador recalibra as zonas de treinamento. Essa atualização mantém os estímulos proporcionais à capacidade atual do atleta.</w:t>
      </w:r>
    </w:p>
    <w:p>
      <w:pPr/>
      <w:r>
        <w:rPr>
          <w:rFonts w:ascii="Aptos" w:hAnsi="Aptos" w:eastAsia="Aptos"/>
          <w:b w:val="0"/>
          <w:i w:val="0"/>
        </w:rPr>
        <w:t>Se o atleta evolui e continua treinando em zonas antigas, pode receber estímulos abaixo do necessário. Se a referência está agressiva demais, pode acumular fadiga e perder consistência.</w:t>
      </w:r>
    </w:p>
    <w:p>
      <w:pPr/>
      <w:r>
        <w:rPr>
          <w:rFonts w:ascii="Aptos" w:hAnsi="Aptos" w:eastAsia="Aptos"/>
          <w:b w:val="0"/>
          <w:i w:val="0"/>
        </w:rPr>
        <w:t>Por isso, o Ritmo de Limiar precisa ser vivo.</w:t>
      </w:r>
    </w:p>
    <w:p>
      <w:pPr/>
      <w:r>
        <w:rPr>
          <w:rFonts w:ascii="Aptos" w:hAnsi="Aptos" w:eastAsia="Aptos"/>
          <w:b w:val="0"/>
          <w:i w:val="0"/>
        </w:rPr>
        <w:t>Em alguns momentos, ele organiza controle de ritmo e potência aeróbia. Em outros, estrutura resistência específica, distribuição de esforço e margem de segurança.</w:t>
      </w:r>
    </w:p>
    <w:p>
      <w:pPr/>
      <w:r>
        <w:rPr>
          <w:rFonts w:ascii="Aptos" w:hAnsi="Aptos" w:eastAsia="Aptos"/>
          <w:b w:val="0"/>
          <w:i w:val="0"/>
        </w:rPr>
        <w:t>A referência é a mesma.</w:t>
      </w:r>
    </w:p>
    <w:p>
      <w:pPr/>
      <w:r>
        <w:rPr>
          <w:rFonts w:ascii="Aptos" w:hAnsi="Aptos" w:eastAsia="Aptos"/>
          <w:b w:val="0"/>
          <w:i w:val="0"/>
        </w:rPr>
        <w:t>A forma de utilizá-la evolui conforme fase da periodização, objetivo e características do atleta.</w:t>
      </w:r>
    </w:p>
    <w:p>
      <w:pPr>
        <w:pStyle w:val="Heading2"/>
      </w:pPr>
      <w:r>
        <w:t>Conclusão</w:t>
      </w:r>
    </w:p>
    <w:p>
      <w:pPr/>
      <w:r>
        <w:rPr>
          <w:rFonts w:ascii="Aptos" w:hAnsi="Aptos" w:eastAsia="Aptos"/>
          <w:b w:val="0"/>
          <w:i w:val="0"/>
        </w:rPr>
        <w:t>O Ritmo de Limiar representa uma das principais referências de individualização do Método TriLife Running.</w:t>
      </w:r>
    </w:p>
    <w:p>
      <w:pPr/>
      <w:r>
        <w:rPr>
          <w:rFonts w:ascii="Aptos" w:hAnsi="Aptos" w:eastAsia="Aptos"/>
          <w:b w:val="0"/>
          <w:i w:val="0"/>
        </w:rPr>
        <w:t>Mais do que definir um pace, ele organiza a lógica da prescrição, permite construir o PZI, melhora a comunicação com o atleta e orienta ajustes ao longo da periodização.</w:t>
      </w:r>
    </w:p>
    <w:p>
      <w:pPr/>
      <w:r>
        <w:rPr>
          <w:rFonts w:ascii="Aptos" w:hAnsi="Aptos" w:eastAsia="Aptos"/>
          <w:b w:val="0"/>
          <w:i w:val="0"/>
        </w:rPr>
        <w:t>A metodologia não trata essa referência como número fixo nem como resultado isolado de um teste. Ela utiliza o Ritmo de Limiar como ferramenta dinâmica, calibrada pela combinação entre dados, execução dos treinos e experiência do treinador.</w:t>
      </w:r>
    </w:p>
    <w:p>
      <w:pPr/>
      <w:r>
        <w:rPr>
          <w:rFonts w:ascii="Aptos" w:hAnsi="Aptos" w:eastAsia="Aptos"/>
          <w:b w:val="0"/>
          <w:i w:val="0"/>
        </w:rPr>
        <w:t>É essa capacidade de adaptação que transforma o Ritmo de Limiar em uma peça central dos Treinos Inteligentes.</w:t>
      </w:r>
    </w:p>
    <w:p>
      <w:pPr/>
      <w:r>
        <w:rPr>
          <w:rFonts w:ascii="Aptos" w:hAnsi="Aptos" w:eastAsia="Aptos"/>
          <w:b w:val="0"/>
          <w:i w:val="0"/>
        </w:rPr>
        <w:t>O conceito permanece.</w:t>
      </w:r>
    </w:p>
    <w:p>
      <w:pPr/>
      <w:r>
        <w:rPr>
          <w:rFonts w:ascii="Aptos" w:hAnsi="Aptos" w:eastAsia="Aptos"/>
          <w:b w:val="0"/>
          <w:i w:val="0"/>
        </w:rPr>
        <w:t>A aplicação acompanha a realidade de cada atleta.</w:t>
      </w:r>
    </w:p>
    <w:p>
      <w:pPr>
        <w:pStyle w:val="Heading2"/>
      </w:pPr>
      <w:r>
        <w:t>Princípios Fundamentais do Método TriLife Running</w:t>
      </w:r>
    </w:p>
    <w:p>
      <w:pPr>
        <w:pStyle w:val="TriLifeQuote"/>
      </w:pPr>
      <w:r>
        <w:rPr>
          <w:rFonts w:ascii="Aptos" w:hAnsi="Aptos" w:eastAsia="Aptos"/>
          <w:b w:val="0"/>
          <w:i/>
        </w:rPr>
        <w:t>Princípio Fundamental nº 13</w:t>
      </w:r>
    </w:p>
    <w:p>
      <w:pPr/>
      <w:r>
        <w:rPr>
          <w:rFonts w:ascii="Aptos" w:hAnsi="Aptos" w:eastAsia="Aptos"/>
          <w:b w:val="0"/>
          <w:i w:val="0"/>
        </w:rPr>
        <w:t>Toda decisão de intensidade começa por uma referência bem definida.</w:t>
      </w:r>
    </w:p>
    <w:p>
      <w:pPr>
        <w:pStyle w:val="TriLifeQuote"/>
      </w:pPr>
      <w:r>
        <w:rPr>
          <w:rFonts w:ascii="Aptos" w:hAnsi="Aptos" w:eastAsia="Aptos"/>
          <w:b w:val="0"/>
          <w:i/>
        </w:rPr>
        <w:t>Princípio Fundamental nº 14</w:t>
      </w:r>
    </w:p>
    <w:p>
      <w:pPr/>
      <w:r>
        <w:rPr>
          <w:rFonts w:ascii="Aptos" w:hAnsi="Aptos" w:eastAsia="Aptos"/>
          <w:b w:val="0"/>
          <w:i w:val="0"/>
        </w:rPr>
        <w:t>O Ritmo de Limiar é uma referência dinâmica, não um número definitivo.</w:t>
      </w:r>
    </w:p>
    <w:p>
      <w:pPr>
        <w:pStyle w:val="TriLifeQuote"/>
      </w:pPr>
      <w:r>
        <w:rPr>
          <w:rFonts w:ascii="Aptos" w:hAnsi="Aptos" w:eastAsia="Aptos"/>
          <w:b w:val="0"/>
          <w:i/>
        </w:rPr>
        <w:t>Princípio Fundamental nº 15</w:t>
      </w:r>
    </w:p>
    <w:p>
      <w:pPr/>
      <w:r>
        <w:rPr>
          <w:rFonts w:ascii="Aptos" w:hAnsi="Aptos" w:eastAsia="Aptos"/>
          <w:b w:val="0"/>
          <w:i w:val="0"/>
        </w:rPr>
        <w:t>Primeiro ensina-se o atleta a treinar. Depois confirma-se sua capacidade através dos testes.</w:t>
      </w:r>
    </w:p>
    <w:p>
      <w:pPr>
        <w:pStyle w:val="TriLifeQuote"/>
      </w:pPr>
      <w:r>
        <w:rPr>
          <w:rFonts w:ascii="Aptos" w:hAnsi="Aptos" w:eastAsia="Aptos"/>
          <w:b w:val="0"/>
          <w:i/>
        </w:rPr>
        <w:t>Princípio Fundamental nº 16</w:t>
      </w:r>
    </w:p>
    <w:p>
      <w:pPr/>
      <w:r>
        <w:rPr>
          <w:rFonts w:ascii="Aptos" w:hAnsi="Aptos" w:eastAsia="Aptos"/>
          <w:b w:val="0"/>
          <w:i w:val="0"/>
        </w:rPr>
        <w:t>O conceito permanece. A referência adapta a metodologia à realidade de cada atleta.</w:t>
      </w:r>
    </w:p>
    <w:p>
      <w:r>
        <w:br w:type="page"/>
      </w:r>
    </w:p>
    <w:p>
      <w:pPr>
        <w:pStyle w:val="Heading1"/>
        <w:jc w:val="center"/>
      </w:pPr>
      <w:r>
        <w:t>CAPÍTULO 5</w:t>
      </w:r>
    </w:p>
    <w:p>
      <w:pPr>
        <w:pStyle w:val="Heading1"/>
        <w:jc w:val="center"/>
      </w:pPr>
      <w:r>
        <w:t>O SISTEMA PZI: A LINGUAGEM DA INTENSIDADE</w:t>
      </w:r>
    </w:p>
    <w:p>
      <w:pPr>
        <w:pStyle w:val="TriLifeQuote"/>
      </w:pPr>
      <w:r>
        <w:rPr>
          <w:rFonts w:ascii="Aptos" w:hAnsi="Aptos" w:eastAsia="Aptos"/>
          <w:b w:val="0"/>
          <w:i/>
        </w:rPr>
        <w:t>“O atleta não precisa decorar ritmos. Precisa aprender a conversar na linguagem da intensidade.”</w:t>
      </w:r>
    </w:p>
    <w:p>
      <w:pPr>
        <w:pStyle w:val="Heading2"/>
      </w:pPr>
      <w:r>
        <w:t>5.1 O PZI transforma intensidade em linguagem</w:t>
      </w:r>
    </w:p>
    <w:p>
      <w:pPr/>
      <w:r>
        <w:rPr>
          <w:rFonts w:ascii="Aptos" w:hAnsi="Aptos" w:eastAsia="Aptos"/>
          <w:b w:val="0"/>
          <w:i w:val="0"/>
        </w:rPr>
        <w:t>Uma das maiores dificuldades da prescrição não está apenas em calcular ritmos.</w:t>
      </w:r>
    </w:p>
    <w:p>
      <w:pPr/>
      <w:r>
        <w:rPr>
          <w:rFonts w:ascii="Aptos" w:hAnsi="Aptos" w:eastAsia="Aptos"/>
          <w:b w:val="0"/>
          <w:i w:val="0"/>
        </w:rPr>
        <w:t>Está em comunicar corretamente o estímulo.</w:t>
      </w:r>
    </w:p>
    <w:p>
      <w:pPr/>
      <w:r>
        <w:rPr>
          <w:rFonts w:ascii="Aptos" w:hAnsi="Aptos" w:eastAsia="Aptos"/>
          <w:b w:val="0"/>
          <w:i w:val="0"/>
        </w:rPr>
        <w:t>Em uma assessoria com muitos atletas, cada corredor possui uma realidade diferente. Ritmos diferentes. Históricos diferentes. Objetivos diferentes. Níveis diferentes de experiência. O que é leve para um atleta pode ser forte para outro. O que é moderado para um corredor experiente pode ser pesado para um iniciante.</w:t>
      </w:r>
    </w:p>
    <w:p>
      <w:pPr/>
      <w:r>
        <w:rPr>
          <w:rFonts w:ascii="Aptos" w:hAnsi="Aptos" w:eastAsia="Aptos"/>
          <w:b w:val="0"/>
          <w:i w:val="0"/>
        </w:rPr>
        <w:t>O Método TriLife Running utiliza o Pace Zone Index, o PZI, para transformar intensidade em linguagem comum.</w:t>
      </w:r>
    </w:p>
    <w:p>
      <w:pPr/>
      <w:r>
        <w:rPr>
          <w:rFonts w:ascii="Aptos" w:hAnsi="Aptos" w:eastAsia="Aptos"/>
          <w:b w:val="0"/>
          <w:i w:val="0"/>
        </w:rPr>
        <w:t>O PZI permite que treinador e atleta conversem sobre intensidade relativa sem depender apenas do pace absoluto.</w:t>
      </w:r>
    </w:p>
    <w:p>
      <w:pPr/>
      <w:r>
        <w:rPr>
          <w:rFonts w:ascii="Aptos" w:hAnsi="Aptos" w:eastAsia="Aptos"/>
          <w:b w:val="0"/>
          <w:i w:val="0"/>
        </w:rPr>
        <w:t>Dois corredores podem executar velocidades completamente diferentes e ainda assim realizar o mesmo tipo de estímulo quando treinam na zona correta.</w:t>
      </w:r>
    </w:p>
    <w:p>
      <w:pPr/>
      <w:r>
        <w:rPr>
          <w:rFonts w:ascii="Aptos" w:hAnsi="Aptos" w:eastAsia="Aptos"/>
          <w:b w:val="0"/>
          <w:i w:val="0"/>
        </w:rPr>
        <w:t>Esse é o ponto.</w:t>
      </w:r>
    </w:p>
    <w:p>
      <w:pPr/>
      <w:r>
        <w:rPr>
          <w:rFonts w:ascii="Aptos" w:hAnsi="Aptos" w:eastAsia="Aptos"/>
          <w:b w:val="0"/>
          <w:i w:val="0"/>
        </w:rPr>
        <w:t>A metodologia não precisa fazer todos correrem no mesmo ritmo.</w:t>
      </w:r>
    </w:p>
    <w:p>
      <w:pPr/>
      <w:r>
        <w:rPr>
          <w:rFonts w:ascii="Aptos" w:hAnsi="Aptos" w:eastAsia="Aptos"/>
          <w:b w:val="0"/>
          <w:i w:val="0"/>
        </w:rPr>
        <w:t>Precisa fazer cada atleta entender qual intensidade deve produzir.</w:t>
      </w:r>
    </w:p>
    <w:p>
      <w:pPr/>
      <w:r>
        <w:rPr>
          <w:rFonts w:ascii="Aptos" w:hAnsi="Aptos" w:eastAsia="Aptos"/>
          <w:b w:val="0"/>
          <w:i w:val="0"/>
        </w:rPr>
        <w:t>O PZI organiza essa comunicação.</w:t>
      </w:r>
    </w:p>
    <w:p>
      <w:pPr>
        <w:pStyle w:val="Heading2"/>
      </w:pPr>
      <w:r>
        <w:t>5.2 O que é o PZI?</w:t>
      </w:r>
    </w:p>
    <w:p>
      <w:pPr/>
      <w:r>
        <w:rPr>
          <w:rFonts w:ascii="Aptos" w:hAnsi="Aptos" w:eastAsia="Aptos"/>
          <w:b w:val="0"/>
          <w:i w:val="0"/>
        </w:rPr>
        <w:t>O Pace Zone Index é um sistema composto por dez zonas de intensidade construídas a partir do Ritmo de Limiar do atleta.</w:t>
      </w:r>
    </w:p>
    <w:p>
      <w:pPr/>
      <w:r>
        <w:rPr>
          <w:rFonts w:ascii="Aptos" w:hAnsi="Aptos" w:eastAsia="Aptos"/>
          <w:b w:val="0"/>
          <w:i w:val="0"/>
        </w:rPr>
        <w:t>Cada zona representa um nível crescente de esforço relativo a essa referência.</w:t>
      </w:r>
    </w:p>
    <w:p>
      <w:pPr/>
      <w:r>
        <w:rPr>
          <w:rFonts w:ascii="Aptos" w:hAnsi="Aptos" w:eastAsia="Aptos"/>
          <w:b w:val="0"/>
          <w:i w:val="0"/>
        </w:rPr>
        <w:t>Ela não é apenas uma velocidade.</w:t>
      </w:r>
    </w:p>
    <w:p>
      <w:pPr/>
      <w:r>
        <w:rPr>
          <w:rFonts w:ascii="Aptos" w:hAnsi="Aptos" w:eastAsia="Aptos"/>
          <w:b w:val="0"/>
          <w:i w:val="0"/>
        </w:rPr>
        <w:t>É uma intenção de treinamento.</w:t>
      </w:r>
    </w:p>
    <w:p>
      <w:pPr/>
      <w:r>
        <w:rPr>
          <w:rFonts w:ascii="Aptos" w:hAnsi="Aptos" w:eastAsia="Aptos"/>
          <w:b w:val="0"/>
          <w:i w:val="0"/>
        </w:rPr>
        <w:t>Ao utilizar dez zonas, o treinador ganha mais precisão do que teria em sistemas muito amplos. Essa divisão permite ajustar estímulos com maior sensibilidade, sem perder simplicidade operacional.</w:t>
      </w:r>
    </w:p>
    <w:p>
      <w:pPr/>
      <w:r>
        <w:rPr>
          <w:rFonts w:ascii="Aptos" w:hAnsi="Aptos" w:eastAsia="Aptos"/>
          <w:b w:val="0"/>
          <w:i w:val="0"/>
        </w:rPr>
        <w:t>Quando o treinador prescreve PZI 2, o atleta entende que deve correr em baixa intensidade. Quando prescreve PZI 6, a sessão entra em uma zona mais exigente. Quando aparece PZI 8, o estímulo já exige mais potência, controle e recuperação.</w:t>
      </w:r>
    </w:p>
    <w:p>
      <w:pPr/>
      <w:r>
        <w:rPr>
          <w:rFonts w:ascii="Aptos" w:hAnsi="Aptos" w:eastAsia="Aptos"/>
          <w:b w:val="0"/>
          <w:i w:val="0"/>
        </w:rPr>
        <w:t>O número da zona comunica a intenção.</w:t>
      </w:r>
    </w:p>
    <w:p>
      <w:pPr/>
      <w:r>
        <w:rPr>
          <w:rFonts w:ascii="Aptos" w:hAnsi="Aptos" w:eastAsia="Aptos"/>
          <w:b w:val="0"/>
          <w:i w:val="0"/>
        </w:rPr>
        <w:t>Sempre que o Ritmo de Limiar é recalibrado, todas as zonas do PZI também são atualizadas.</w:t>
      </w:r>
    </w:p>
    <w:p>
      <w:pPr/>
      <w:r>
        <w:rPr>
          <w:rFonts w:ascii="Aptos" w:hAnsi="Aptos" w:eastAsia="Aptos"/>
          <w:b w:val="0"/>
          <w:i w:val="0"/>
        </w:rPr>
        <w:t>O conceito permanece.</w:t>
      </w:r>
    </w:p>
    <w:p>
      <w:pPr/>
      <w:r>
        <w:rPr>
          <w:rFonts w:ascii="Aptos" w:hAnsi="Aptos" w:eastAsia="Aptos"/>
          <w:b w:val="0"/>
          <w:i w:val="0"/>
        </w:rPr>
        <w:t>A referência muda com o atleta.</w:t>
      </w:r>
    </w:p>
    <w:p>
      <w:pPr>
        <w:pStyle w:val="Heading2"/>
      </w:pPr>
      <w:r>
        <w:t>5.3 PZI, Ritmo de Limiar e 80/20</w:t>
      </w:r>
    </w:p>
    <w:p>
      <w:pPr/>
      <w:r>
        <w:rPr>
          <w:rFonts w:ascii="Aptos" w:hAnsi="Aptos" w:eastAsia="Aptos"/>
          <w:b w:val="0"/>
          <w:i w:val="0"/>
        </w:rPr>
        <w:t>O PZI não serve apenas para indicar ritmo.</w:t>
      </w:r>
    </w:p>
    <w:p>
      <w:pPr/>
      <w:r>
        <w:rPr>
          <w:rFonts w:ascii="Aptos" w:hAnsi="Aptos" w:eastAsia="Aptos"/>
          <w:b w:val="0"/>
          <w:i w:val="0"/>
        </w:rPr>
        <w:t>Ele ajuda a organizar a distribuição da intensidade ao longo da periodização.</w:t>
      </w:r>
    </w:p>
    <w:p>
      <w:pPr/>
      <w:r>
        <w:rPr>
          <w:rFonts w:ascii="Aptos" w:hAnsi="Aptos" w:eastAsia="Aptos"/>
          <w:b w:val="0"/>
          <w:i w:val="0"/>
        </w:rPr>
        <w:t>Essa lógica conversa diretamente com o princípio 80/20: a maior parte do treinamento deve permanecer em intensidades controladas, enquanto uma parte menor concentra os estímulos mais exigentes.</w:t>
      </w:r>
    </w:p>
    <w:p>
      <w:pPr/>
      <w:r>
        <w:rPr>
          <w:rFonts w:ascii="Aptos" w:hAnsi="Aptos" w:eastAsia="Aptos"/>
          <w:b w:val="0"/>
          <w:i w:val="0"/>
        </w:rPr>
        <w:t>Na prática, o PZI permite ao treinador enxergar onde a carga está sendo aplicada.</w:t>
      </w:r>
    </w:p>
    <w:p>
      <w:pPr/>
      <w:r>
        <w:rPr>
          <w:rFonts w:ascii="Aptos" w:hAnsi="Aptos" w:eastAsia="Aptos"/>
          <w:b w:val="0"/>
          <w:i w:val="0"/>
        </w:rPr>
        <w:t>Ele ajuda a evitar um erro comum: transformar quase todos os treinos em intensidade moderada-alta. Essa zona costuma cansar bastante, mas nem sempre permite recuperação suficiente para que os treinos realmente fortes sejam executados com qualidade.</w:t>
      </w:r>
    </w:p>
    <w:p>
      <w:pPr/>
      <w:r>
        <w:rPr>
          <w:rFonts w:ascii="Aptos" w:hAnsi="Aptos" w:eastAsia="Aptos"/>
          <w:b w:val="0"/>
          <w:i w:val="0"/>
        </w:rPr>
        <w:t>Quando tudo vira médio-forte, o atleta vive cansado, mas nem sempre evolui melhor.</w:t>
      </w:r>
    </w:p>
    <w:p>
      <w:pPr/>
      <w:r>
        <w:rPr>
          <w:rFonts w:ascii="Aptos" w:hAnsi="Aptos" w:eastAsia="Aptos"/>
          <w:b w:val="0"/>
          <w:i w:val="0"/>
        </w:rPr>
        <w:t>Com o PZI, a metodologia organiza melhor treinos leves, moderados, fortes e muito fortes. A distribuição respeita a fase do ciclo, a resposta do atleta e o objetivo da preparação.</w:t>
      </w:r>
    </w:p>
    <w:p>
      <w:pPr/>
      <w:r>
        <w:rPr>
          <w:rFonts w:ascii="Aptos" w:hAnsi="Aptos" w:eastAsia="Aptos"/>
          <w:b w:val="0"/>
          <w:i w:val="0"/>
        </w:rPr>
        <w:t>Essa é uma das ideias centrais dos Treinos Inteligentes:</w:t>
      </w:r>
    </w:p>
    <w:p>
      <w:pPr>
        <w:pStyle w:val="TriLifeQuote"/>
      </w:pPr>
      <w:r>
        <w:rPr>
          <w:rFonts w:ascii="Aptos" w:hAnsi="Aptos" w:eastAsia="Aptos"/>
          <w:b w:val="0"/>
          <w:i/>
        </w:rPr>
        <w:t>a evolução não depende apenas de treinar forte, mas de distribuir corretamente os estímulos.</w:t>
      </w:r>
    </w:p>
    <w:p>
      <w:pPr>
        <w:pStyle w:val="Heading2"/>
      </w:pPr>
      <w:r>
        <w:t>5.4 O PZI organiza a intenção da intensidade</w:t>
      </w:r>
    </w:p>
    <w:p>
      <w:pPr/>
      <w:r>
        <w:rPr>
          <w:rFonts w:ascii="Aptos" w:hAnsi="Aptos" w:eastAsia="Aptos"/>
          <w:b w:val="0"/>
          <w:i w:val="0"/>
        </w:rPr>
        <w:t>As dez zonas do PZI não existem para criar complexidade desnecessária.</w:t>
      </w:r>
    </w:p>
    <w:p>
      <w:pPr/>
      <w:r>
        <w:rPr>
          <w:rFonts w:ascii="Aptos" w:hAnsi="Aptos" w:eastAsia="Aptos"/>
          <w:b w:val="0"/>
          <w:i w:val="0"/>
        </w:rPr>
        <w:t>Elas existem para aumentar a precisão da prescrição.</w:t>
      </w:r>
    </w:p>
    <w:p>
      <w:pPr/>
      <w:r>
        <w:rPr>
          <w:rFonts w:ascii="Aptos" w:hAnsi="Aptos" w:eastAsia="Aptos"/>
          <w:b w:val="0"/>
          <w:i w:val="0"/>
        </w:rPr>
        <w:t>Cada zona possui uma intenção predominante. Algumas favorecem recuperação e construção da base aeróbia. Outras desenvolvem resistência específica, controle de ritmo e eficiência metabólica. As zonas superiores trabalham potência aeróbia, velocidade e capacidade de sustentar esforços intensos.</w:t>
      </w:r>
    </w:p>
    <w:p>
      <w:pPr/>
      <w:r>
        <w:rPr>
          <w:rFonts w:ascii="Aptos" w:hAnsi="Aptos" w:eastAsia="Aptos"/>
          <w:b w:val="0"/>
          <w:i w:val="0"/>
        </w:rPr>
        <w:t>O Método TriLife Running não prende uma zona a uma única distância ou a um único tipo de prova.</w:t>
      </w:r>
    </w:p>
    <w:p>
      <w:pPr/>
      <w:r>
        <w:rPr>
          <w:rFonts w:ascii="Aptos" w:hAnsi="Aptos" w:eastAsia="Aptos"/>
          <w:b w:val="0"/>
          <w:i w:val="0"/>
        </w:rPr>
        <w:t>A mesma zona pode aparecer em momentos diferentes com funções diferentes.</w:t>
      </w:r>
    </w:p>
    <w:p>
      <w:pPr/>
      <w:r>
        <w:rPr>
          <w:rFonts w:ascii="Aptos" w:hAnsi="Aptos" w:eastAsia="Aptos"/>
          <w:b w:val="0"/>
          <w:i w:val="0"/>
        </w:rPr>
        <w:t>O que define sua utilidade não é apenas o número.</w:t>
      </w:r>
    </w:p>
    <w:p>
      <w:pPr/>
      <w:r>
        <w:rPr>
          <w:rFonts w:ascii="Aptos" w:hAnsi="Aptos" w:eastAsia="Aptos"/>
          <w:b w:val="0"/>
          <w:i w:val="0"/>
        </w:rPr>
        <w:t>É o contexto.</w:t>
      </w:r>
    </w:p>
    <w:p>
      <w:pPr/>
      <w:r>
        <w:rPr>
          <w:rFonts w:ascii="Aptos" w:hAnsi="Aptos" w:eastAsia="Aptos"/>
          <w:b w:val="0"/>
          <w:i w:val="0"/>
        </w:rPr>
        <w:t>Uma zona pode servir para desenvolver controle em um momento, resistência em outro, velocidade em outro e economia em outro. A fase da periodização, o objetivo da sessão e a resposta do atleta definem a intenção.</w:t>
      </w:r>
    </w:p>
    <w:p>
      <w:pPr/>
      <w:r>
        <w:rPr>
          <w:rFonts w:ascii="Aptos" w:hAnsi="Aptos" w:eastAsia="Aptos"/>
          <w:b w:val="0"/>
          <w:i w:val="0"/>
        </w:rPr>
        <w:t>A zona permanece.</w:t>
      </w:r>
    </w:p>
    <w:p>
      <w:pPr/>
      <w:r>
        <w:rPr>
          <w:rFonts w:ascii="Aptos" w:hAnsi="Aptos" w:eastAsia="Aptos"/>
          <w:b w:val="0"/>
          <w:i w:val="0"/>
        </w:rPr>
        <w:t>A aplicação evolui.</w:t>
      </w:r>
    </w:p>
    <w:p>
      <w:pPr>
        <w:pStyle w:val="Heading2"/>
      </w:pPr>
      <w:r>
        <w:t>5.5 As quatro famílias de intensidade</w:t>
      </w:r>
    </w:p>
    <w:p>
      <w:pPr/>
      <w:r>
        <w:rPr>
          <w:rFonts w:ascii="Aptos" w:hAnsi="Aptos" w:eastAsia="Aptos"/>
          <w:b w:val="0"/>
          <w:i w:val="0"/>
        </w:rPr>
        <w:t>Para facilitar a leitura do sistema, o Método TriLife Running organiza as dez zonas em quatro grandes famílias.</w:t>
      </w:r>
    </w:p>
    <w:p>
      <w:pPr>
        <w:pStyle w:val="TriLifeQuote"/>
      </w:pPr>
      <w:r>
        <w:rPr>
          <w:rFonts w:ascii="Aptos" w:hAnsi="Aptos" w:eastAsia="Aptos"/>
          <w:b w:val="0"/>
          <w:i/>
        </w:rPr>
        <w:t>Zona leve — PZI 1 e PZI 2</w:t>
      </w:r>
    </w:p>
    <w:p>
      <w:pPr/>
      <w:r>
        <w:rPr>
          <w:rFonts w:ascii="Aptos" w:hAnsi="Aptos" w:eastAsia="Aptos"/>
          <w:b w:val="0"/>
          <w:i w:val="0"/>
        </w:rPr>
        <w:t>Responsável por recuperação, aquecimento, desaquecimento, corridas regenerativas e desenvolvimento da capacidade de acumular volume com baixo custo fisiológico. Nessas zonas, o atleta deve conseguir manter respiração controlada e sensação confortável.</w:t>
      </w:r>
    </w:p>
    <w:p>
      <w:pPr>
        <w:pStyle w:val="TriLifeQuote"/>
      </w:pPr>
      <w:r>
        <w:rPr>
          <w:rFonts w:ascii="Aptos" w:hAnsi="Aptos" w:eastAsia="Aptos"/>
          <w:b w:val="0"/>
          <w:i/>
        </w:rPr>
        <w:t>Zona moderada — PZI 3, PZI 4 e PZI 5</w:t>
      </w:r>
    </w:p>
    <w:p>
      <w:pPr/>
      <w:r>
        <w:rPr>
          <w:rFonts w:ascii="Aptos" w:hAnsi="Aptos" w:eastAsia="Aptos"/>
          <w:b w:val="0"/>
          <w:i w:val="0"/>
        </w:rPr>
        <w:t>Representa uma faixa importante de construção. Nela, o método desenvolve resistência, estabilidade de ritmo, eficiência metabólica e capacidade de sustentar esforço por períodos mais longos.</w:t>
      </w:r>
    </w:p>
    <w:p>
      <w:pPr>
        <w:pStyle w:val="TriLifeQuote"/>
      </w:pPr>
      <w:r>
        <w:rPr>
          <w:rFonts w:ascii="Aptos" w:hAnsi="Aptos" w:eastAsia="Aptos"/>
          <w:b w:val="0"/>
          <w:i/>
        </w:rPr>
        <w:t>Zona forte — PZI 6 e PZI 7</w:t>
      </w:r>
    </w:p>
    <w:p>
      <w:pPr/>
      <w:r>
        <w:rPr>
          <w:rFonts w:ascii="Aptos" w:hAnsi="Aptos" w:eastAsia="Aptos"/>
          <w:b w:val="0"/>
          <w:i w:val="0"/>
        </w:rPr>
        <w:t>Corresponde aos estímulos próximos ao Ritmo de Limiar. Muitos Tempo Runs, intervalados longos e treinos de resistência específica aparecem nessa família.</w:t>
      </w:r>
    </w:p>
    <w:p>
      <w:pPr>
        <w:pStyle w:val="TriLifeQuote"/>
      </w:pPr>
      <w:r>
        <w:rPr>
          <w:rFonts w:ascii="Aptos" w:hAnsi="Aptos" w:eastAsia="Aptos"/>
          <w:b w:val="0"/>
          <w:i/>
        </w:rPr>
        <w:t>Zona muito forte — PZI 8, PZI 9 e PZI 10</w:t>
      </w:r>
    </w:p>
    <w:p>
      <w:pPr/>
      <w:r>
        <w:rPr>
          <w:rFonts w:ascii="Aptos" w:hAnsi="Aptos" w:eastAsia="Aptos"/>
          <w:b w:val="0"/>
          <w:i w:val="0"/>
        </w:rPr>
        <w:t>Representa as maiores intensidades da metodologia. Essas zonas exigem critério e são utilizadas para desenvolver potência aeróbia, velocidade, tolerância a ritmos altos e capacidades específicas de maior exigência.</w:t>
      </w:r>
    </w:p>
    <w:p>
      <w:pPr/>
      <w:r>
        <w:rPr>
          <w:rFonts w:ascii="Aptos" w:hAnsi="Aptos" w:eastAsia="Aptos"/>
          <w:b w:val="0"/>
          <w:i w:val="0"/>
        </w:rPr>
        <w:t>As zonas mais altas produzem maior custo fisiológico.</w:t>
      </w:r>
    </w:p>
    <w:p>
      <w:pPr/>
      <w:r>
        <w:rPr>
          <w:rFonts w:ascii="Aptos" w:hAnsi="Aptos" w:eastAsia="Aptos"/>
          <w:b w:val="0"/>
          <w:i w:val="0"/>
        </w:rPr>
        <w:t>Por isso, precisam ser posicionadas com inteligência dentro da periodização.</w:t>
      </w:r>
    </w:p>
    <w:p>
      <w:pPr/>
      <w:r>
        <w:rPr>
          <w:rFonts w:ascii="Aptos" w:hAnsi="Aptos" w:eastAsia="Aptos"/>
          <w:b w:val="0"/>
          <w:i w:val="0"/>
        </w:rPr>
        <w:t>É nesse ponto que o PZI se conecta à lógica 80/20 e à tomada de decisão do treinador.</w:t>
      </w:r>
    </w:p>
    <w:p>
      <w:pPr>
        <w:pStyle w:val="Heading2"/>
      </w:pPr>
      <w:r>
        <w:t>5.6 O moderado dá o passaporte para o forte</w:t>
      </w:r>
    </w:p>
    <w:p>
      <w:pPr/>
      <w:r>
        <w:rPr>
          <w:rFonts w:ascii="Aptos" w:hAnsi="Aptos" w:eastAsia="Aptos"/>
          <w:b w:val="0"/>
          <w:i w:val="0"/>
        </w:rPr>
        <w:t>Existe uma frase importante dentro da filosofia TriLife:</w:t>
      </w:r>
    </w:p>
    <w:p>
      <w:pPr>
        <w:pStyle w:val="TriLifeQuote"/>
      </w:pPr>
      <w:r>
        <w:rPr>
          <w:rFonts w:ascii="Aptos" w:hAnsi="Aptos" w:eastAsia="Aptos"/>
          <w:b w:val="0"/>
          <w:i/>
        </w:rPr>
        <w:t>“O moderado dá o passaporte para o forte.”</w:t>
      </w:r>
    </w:p>
    <w:p>
      <w:pPr/>
      <w:r>
        <w:rPr>
          <w:rFonts w:ascii="Aptos" w:hAnsi="Aptos" w:eastAsia="Aptos"/>
          <w:b w:val="0"/>
          <w:i w:val="0"/>
        </w:rPr>
        <w:t>Essa frase resume uma decisão metodológica.</w:t>
      </w:r>
    </w:p>
    <w:p>
      <w:pPr/>
      <w:r>
        <w:rPr>
          <w:rFonts w:ascii="Aptos" w:hAnsi="Aptos" w:eastAsia="Aptos"/>
          <w:b w:val="0"/>
          <w:i w:val="0"/>
        </w:rPr>
        <w:t>Antes de correr rápido, o atleta precisa aprender a correr consistente.</w:t>
      </w:r>
    </w:p>
    <w:p>
      <w:pPr/>
      <w:r>
        <w:rPr>
          <w:rFonts w:ascii="Aptos" w:hAnsi="Aptos" w:eastAsia="Aptos"/>
          <w:b w:val="0"/>
          <w:i w:val="0"/>
        </w:rPr>
        <w:t>Muitos corredores querem pular etapas. Desejam intervalados fortes, ritmos altos e treinos desafiadores antes de construir controle, base, percepção e recuperação.</w:t>
      </w:r>
    </w:p>
    <w:p>
      <w:pPr/>
      <w:r>
        <w:rPr>
          <w:rFonts w:ascii="Aptos" w:hAnsi="Aptos" w:eastAsia="Aptos"/>
          <w:b w:val="0"/>
          <w:i w:val="0"/>
        </w:rPr>
        <w:t>O Método TriLife Running organiza a sequência de outro jeito.</w:t>
      </w:r>
    </w:p>
    <w:p>
      <w:pPr/>
      <w:r>
        <w:rPr>
          <w:rFonts w:ascii="Aptos" w:hAnsi="Aptos" w:eastAsia="Aptos"/>
          <w:b w:val="0"/>
          <w:i w:val="0"/>
        </w:rPr>
        <w:t>Primeiro constrói capacidade.</w:t>
      </w:r>
    </w:p>
    <w:p>
      <w:pPr/>
      <w:r>
        <w:rPr>
          <w:rFonts w:ascii="Aptos" w:hAnsi="Aptos" w:eastAsia="Aptos"/>
          <w:b w:val="0"/>
          <w:i w:val="0"/>
        </w:rPr>
        <w:t>Depois aumenta a exigência.</w:t>
      </w:r>
    </w:p>
    <w:p>
      <w:pPr/>
      <w:r>
        <w:rPr>
          <w:rFonts w:ascii="Aptos" w:hAnsi="Aptos" w:eastAsia="Aptos"/>
          <w:b w:val="0"/>
          <w:i w:val="0"/>
        </w:rPr>
        <w:t>A zona moderada tem papel importante porque desenvolve resistência, estabilidade, eficiência e confiança. Ela prepara o corpo e a mente para tolerar, mais à frente, sessões fortes com maior qualidade.</w:t>
      </w:r>
    </w:p>
    <w:p>
      <w:pPr/>
      <w:r>
        <w:rPr>
          <w:rFonts w:ascii="Aptos" w:hAnsi="Aptos" w:eastAsia="Aptos"/>
          <w:b w:val="0"/>
          <w:i w:val="0"/>
        </w:rPr>
        <w:t>Isso não significa treinar sempre moderado.</w:t>
      </w:r>
    </w:p>
    <w:p>
      <w:pPr/>
      <w:r>
        <w:rPr>
          <w:rFonts w:ascii="Aptos" w:hAnsi="Aptos" w:eastAsia="Aptos"/>
          <w:b w:val="0"/>
          <w:i w:val="0"/>
        </w:rPr>
        <w:t>Significa respeitar o processo.</w:t>
      </w:r>
    </w:p>
    <w:p>
      <w:pPr/>
      <w:r>
        <w:rPr>
          <w:rFonts w:ascii="Aptos" w:hAnsi="Aptos" w:eastAsia="Aptos"/>
          <w:b w:val="0"/>
          <w:i w:val="0"/>
        </w:rPr>
        <w:t>Quando essa ordem é invertida, o atleta pode até fazer treinos intensos, mas tende a perder consistência, acumular fadiga e reduzir a qualidade da evolução.</w:t>
      </w:r>
    </w:p>
    <w:p>
      <w:pPr/>
      <w:r>
        <w:rPr>
          <w:rFonts w:ascii="Aptos" w:hAnsi="Aptos" w:eastAsia="Aptos"/>
          <w:b w:val="0"/>
          <w:i w:val="0"/>
        </w:rPr>
        <w:t>O forte precisa de alicerce.</w:t>
      </w:r>
    </w:p>
    <w:p>
      <w:pPr/>
      <w:r>
        <w:rPr>
          <w:rFonts w:ascii="Aptos" w:hAnsi="Aptos" w:eastAsia="Aptos"/>
          <w:b w:val="0"/>
          <w:i w:val="0"/>
        </w:rPr>
        <w:t>Esse alicerce é construído antes.</w:t>
      </w:r>
    </w:p>
    <w:p>
      <w:pPr>
        <w:pStyle w:val="Heading2"/>
      </w:pPr>
      <w:r>
        <w:t>5.7 O PZI não substitui o treinador</w:t>
      </w:r>
    </w:p>
    <w:p>
      <w:pPr/>
      <w:r>
        <w:rPr>
          <w:rFonts w:ascii="Aptos" w:hAnsi="Aptos" w:eastAsia="Aptos"/>
          <w:b w:val="0"/>
          <w:i w:val="0"/>
        </w:rPr>
        <w:t>Calcular zonas não é prescrever.</w:t>
      </w:r>
    </w:p>
    <w:p>
      <w:pPr/>
      <w:r>
        <w:rPr>
          <w:rFonts w:ascii="Aptos" w:hAnsi="Aptos" w:eastAsia="Aptos"/>
          <w:b w:val="0"/>
          <w:i w:val="0"/>
        </w:rPr>
        <w:t>Entregar uma planilha com números não significa individualizar.</w:t>
      </w:r>
    </w:p>
    <w:p>
      <w:pPr/>
      <w:r>
        <w:rPr>
          <w:rFonts w:ascii="Aptos" w:hAnsi="Aptos" w:eastAsia="Aptos"/>
          <w:b w:val="0"/>
          <w:i w:val="0"/>
        </w:rPr>
        <w:t>No Método TriLife Running, o PZI oferece referência objetiva. Mas quem interpreta essa referência é o treinador.</w:t>
      </w:r>
    </w:p>
    <w:p>
      <w:pPr/>
      <w:r>
        <w:rPr>
          <w:rFonts w:ascii="Aptos" w:hAnsi="Aptos" w:eastAsia="Aptos"/>
          <w:b w:val="0"/>
          <w:i w:val="0"/>
        </w:rPr>
        <w:t>Se o atleta apresenta dificuldade excessiva para sustentar determinada zona, o treinador precisa avaliar se o Ritmo de Limiar está alto, se há fadiga acumulada, se o clima interferiu, se o treino anterior foi pesado, se a recuperação está ruim ou se existe erro de execução.</w:t>
      </w:r>
    </w:p>
    <w:p>
      <w:pPr/>
      <w:r>
        <w:rPr>
          <w:rFonts w:ascii="Aptos" w:hAnsi="Aptos" w:eastAsia="Aptos"/>
          <w:b w:val="0"/>
          <w:i w:val="0"/>
        </w:rPr>
        <w:t>Da mesma forma, se o atleta evolui rapidamente, a metodologia pode recalibrar o Ritmo de Limiar para que as zonas continuem representando estímulos proporcionais à capacidade atual.</w:t>
      </w:r>
    </w:p>
    <w:p>
      <w:pPr/>
      <w:r>
        <w:rPr>
          <w:rFonts w:ascii="Aptos" w:hAnsi="Aptos" w:eastAsia="Aptos"/>
          <w:b w:val="0"/>
          <w:i w:val="0"/>
        </w:rPr>
        <w:t>O sistema permanece.</w:t>
      </w:r>
    </w:p>
    <w:p>
      <w:pPr/>
      <w:r>
        <w:rPr>
          <w:rFonts w:ascii="Aptos" w:hAnsi="Aptos" w:eastAsia="Aptos"/>
          <w:b w:val="0"/>
          <w:i w:val="0"/>
        </w:rPr>
        <w:t>O atleta muda.</w:t>
      </w:r>
    </w:p>
    <w:p>
      <w:pPr/>
      <w:r>
        <w:rPr>
          <w:rFonts w:ascii="Aptos" w:hAnsi="Aptos" w:eastAsia="Aptos"/>
          <w:b w:val="0"/>
          <w:i w:val="0"/>
        </w:rPr>
        <w:t>O treinador decide.</w:t>
      </w:r>
    </w:p>
    <w:p>
      <w:pPr/>
      <w:r>
        <w:rPr>
          <w:rFonts w:ascii="Aptos" w:hAnsi="Aptos" w:eastAsia="Aptos"/>
          <w:b w:val="0"/>
          <w:i w:val="0"/>
        </w:rPr>
        <w:t>O PZI melhora a comunicação, aumenta a precisão e organiza o processo. Mas não elimina a necessidade de interpretação.</w:t>
      </w:r>
    </w:p>
    <w:p>
      <w:pPr/>
      <w:r>
        <w:rPr>
          <w:rFonts w:ascii="Aptos" w:hAnsi="Aptos" w:eastAsia="Aptos"/>
          <w:b w:val="0"/>
          <w:i w:val="0"/>
        </w:rPr>
        <w:t>Ferramenta sem leitura vira tabela.</w:t>
      </w:r>
    </w:p>
    <w:p>
      <w:pPr/>
      <w:r>
        <w:rPr>
          <w:rFonts w:ascii="Aptos" w:hAnsi="Aptos" w:eastAsia="Aptos"/>
          <w:b w:val="0"/>
          <w:i w:val="0"/>
        </w:rPr>
        <w:t>Ferramenta com metodologia vira desenvolvimento.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 xml:space="preserve">O Sistema PZI utilizado pelo Método TriLife Running tem origem no </w:t>
            </w:r>
            <w:r>
              <w:rPr>
                <w:rFonts w:ascii="Aptos" w:hAnsi="Aptos" w:eastAsia="Aptos"/>
                <w:b/>
                <w:i w:val="0"/>
              </w:rPr>
              <w:t>Pace Zone Index (PZI)™</w:t>
            </w:r>
            <w:r>
              <w:rPr>
                <w:rFonts w:ascii="Aptos" w:hAnsi="Aptos" w:eastAsia="Aptos"/>
                <w:b w:val="0"/>
                <w:i w:val="0"/>
              </w:rPr>
              <w:t xml:space="preserve">, da TrainingPeaks, desenvolvido em conjunto com </w:t>
            </w:r>
            <w:r>
              <w:rPr>
                <w:rFonts w:ascii="Aptos" w:hAnsi="Aptos" w:eastAsia="Aptos"/>
                <w:b/>
                <w:i w:val="0"/>
              </w:rPr>
              <w:t>Matt Fitzgerald</w:t>
            </w:r>
            <w:r>
              <w:rPr>
                <w:rFonts w:ascii="Aptos" w:hAnsi="Aptos" w:eastAsia="Aptos"/>
                <w:b w:val="0"/>
                <w:i w:val="0"/>
              </w:rPr>
              <w:t xml:space="preserve">. O PZI representa uma evolução prática dos princípios de intensidade desenvolvidos por </w:t>
            </w:r>
            <w:r>
              <w:rPr>
                <w:rFonts w:ascii="Aptos" w:hAnsi="Aptos" w:eastAsia="Aptos"/>
                <w:b/>
                <w:i w:val="0"/>
              </w:rPr>
              <w:t>Jack Daniels</w:t>
            </w:r>
            <w:r>
              <w:rPr>
                <w:rFonts w:ascii="Aptos" w:hAnsi="Aptos" w:eastAsia="Aptos"/>
                <w:b w:val="0"/>
                <w:i w:val="0"/>
              </w:rPr>
              <w:t>, traduzindo referências fisiológicas da corrida em zonas aplicáveis ao treinamento diário.</w:t>
            </w:r>
          </w:p>
          <w:p>
            <w:pPr/>
            <w:r>
              <w:rPr>
                <w:rFonts w:ascii="Aptos" w:hAnsi="Aptos" w:eastAsia="Aptos"/>
                <w:b w:val="0"/>
                <w:i w:val="0"/>
              </w:rPr>
              <w:t>A lógica central é simples: a intensidade precisa ser relativa à capacidade atual do atleta. Dois corredores podem correr em paces muito diferentes e, ainda assim, realizar estímulos fisiológicos semelhantes quando treinam em zonas equivalentes.</w:t>
            </w:r>
          </w:p>
          <w:p>
            <w:pPr/>
            <w:r>
              <w:rPr>
                <w:rFonts w:ascii="Aptos" w:hAnsi="Aptos" w:eastAsia="Aptos"/>
                <w:b w:val="0"/>
                <w:i w:val="0"/>
              </w:rPr>
              <w:t>Zonas de intensidade permitem organizar melhor as adaptações. Intensidades baixas favorecem recuperação, volume e construção aeróbia. Intensidades próximas ao Ritmo de Limiar desenvolvem sustentação, resistência específica e controle metabólico. Estímulos mais altos trabalham potência aeróbia, velocidade e tolerância a ritmos intensos.</w:t>
            </w:r>
          </w:p>
          <w:p>
            <w:pPr/>
            <w:r>
              <w:rPr>
                <w:rFonts w:ascii="Aptos" w:hAnsi="Aptos" w:eastAsia="Aptos"/>
                <w:b w:val="0"/>
                <w:i w:val="0"/>
              </w:rPr>
              <w:t>Dentro do Método TriLife Running, o PZI ganha uma aplicação própria. Ele não é usado apenas como uma tabela de ritmos. Ele funciona como linguagem operacional da metodologia: organiza a prescrição, facilita a comunicação com o atleta, distribui melhor a carga e permite ajustar o treinamento conforme a evolução do corredor.</w:t>
            </w:r>
          </w:p>
          <w:p>
            <w:pPr/>
            <w:r>
              <w:rPr>
                <w:rFonts w:ascii="Aptos" w:hAnsi="Aptos" w:eastAsia="Aptos"/>
                <w:b w:val="0"/>
                <w:i w:val="0"/>
              </w:rPr>
              <w:t>O PZI não simplifica a ciência por falta de profundidade. Ele simplifica para permitir execução consistente.</w:t>
            </w:r>
          </w:p>
          <w:p>
            <w:pPr/>
            <w:r>
              <w:rPr>
                <w:rFonts w:ascii="Aptos" w:hAnsi="Aptos" w:eastAsia="Aptos"/>
                <w:b w:val="0"/>
                <w:i w:val="0"/>
              </w:rPr>
              <w:t>A ciência define princípios.</w:t>
            </w:r>
          </w:p>
          <w:p>
            <w:pPr/>
            <w:r>
              <w:rPr>
                <w:rFonts w:ascii="Aptos" w:hAnsi="Aptos" w:eastAsia="Aptos"/>
                <w:b w:val="0"/>
                <w:i w:val="0"/>
              </w:rPr>
              <w:t>A metodologia transforma esses princípios em decisão prática.</w:t>
            </w:r>
          </w:p>
        </w:tc>
      </w:tr>
    </w:tbl>
    <w:p/>
    <w:p>
      <w:pPr>
        <w:pStyle w:val="Heading2"/>
      </w:pPr>
      <w:r>
        <w:t>5.8 O PZI ensina o atleta a sentir</w:t>
      </w:r>
    </w:p>
    <w:p>
      <w:pPr/>
      <w:r>
        <w:rPr>
          <w:rFonts w:ascii="Aptos" w:hAnsi="Aptos" w:eastAsia="Aptos"/>
          <w:b w:val="0"/>
          <w:i w:val="0"/>
        </w:rPr>
        <w:t>Outro objetivo importante do PZI é reduzir a dependência absoluta do relógio.</w:t>
      </w:r>
    </w:p>
    <w:p>
      <w:pPr/>
      <w:r>
        <w:rPr>
          <w:rFonts w:ascii="Aptos" w:hAnsi="Aptos" w:eastAsia="Aptos"/>
          <w:b w:val="0"/>
          <w:i w:val="0"/>
        </w:rPr>
        <w:t>No início, o atleta usa o pace para entender cada zona. Com o tempo, passa a reconhecer a intensidade pelo corpo.</w:t>
      </w:r>
    </w:p>
    <w:p>
      <w:pPr/>
      <w:r>
        <w:rPr>
          <w:rFonts w:ascii="Aptos" w:hAnsi="Aptos" w:eastAsia="Aptos"/>
          <w:b w:val="0"/>
          <w:i w:val="0"/>
        </w:rPr>
        <w:t>Ele aprende a observar:</w:t>
      </w:r>
    </w:p>
    <w:p>
      <w:pPr>
        <w:pStyle w:val="ListBullet"/>
      </w:pPr>
      <w:r>
        <w:rPr>
          <w:rFonts w:ascii="Aptos" w:hAnsi="Aptos" w:eastAsia="Aptos"/>
          <w:b w:val="0"/>
          <w:i w:val="0"/>
        </w:rPr>
        <w:t>qualidade da respiração;</w:t>
      </w:r>
    </w:p>
    <w:p>
      <w:pPr>
        <w:pStyle w:val="ListBullet"/>
      </w:pPr>
      <w:r>
        <w:rPr>
          <w:rFonts w:ascii="Aptos" w:hAnsi="Aptos" w:eastAsia="Aptos"/>
          <w:b w:val="0"/>
          <w:i w:val="0"/>
        </w:rPr>
        <w:t>facilidade ou dificuldade de conversar;</w:t>
      </w:r>
    </w:p>
    <w:p>
      <w:pPr>
        <w:pStyle w:val="ListBullet"/>
      </w:pPr>
      <w:r>
        <w:rPr>
          <w:rFonts w:ascii="Aptos" w:hAnsi="Aptos" w:eastAsia="Aptos"/>
          <w:b w:val="0"/>
          <w:i w:val="0"/>
        </w:rPr>
        <w:t>controle muscular;</w:t>
      </w:r>
    </w:p>
    <w:p>
      <w:pPr>
        <w:pStyle w:val="ListBullet"/>
      </w:pPr>
      <w:r>
        <w:rPr>
          <w:rFonts w:ascii="Aptos" w:hAnsi="Aptos" w:eastAsia="Aptos"/>
          <w:b w:val="0"/>
          <w:i w:val="0"/>
        </w:rPr>
        <w:t>estabilidade do ritmo;</w:t>
      </w:r>
    </w:p>
    <w:p>
      <w:pPr>
        <w:pStyle w:val="ListBullet"/>
      </w:pPr>
      <w:r>
        <w:rPr>
          <w:rFonts w:ascii="Aptos" w:hAnsi="Aptos" w:eastAsia="Aptos"/>
          <w:b w:val="0"/>
          <w:i w:val="0"/>
        </w:rPr>
        <w:t>sensação de fadiga;</w:t>
      </w:r>
    </w:p>
    <w:p>
      <w:pPr>
        <w:pStyle w:val="ListBullet"/>
      </w:pPr>
      <w:r>
        <w:rPr>
          <w:rFonts w:ascii="Aptos" w:hAnsi="Aptos" w:eastAsia="Aptos"/>
          <w:b w:val="0"/>
          <w:i w:val="0"/>
        </w:rPr>
        <w:t>postura;</w:t>
      </w:r>
    </w:p>
    <w:p>
      <w:pPr>
        <w:pStyle w:val="ListBullet"/>
      </w:pPr>
      <w:r>
        <w:rPr>
          <w:rFonts w:ascii="Aptos" w:hAnsi="Aptos" w:eastAsia="Aptos"/>
          <w:b w:val="0"/>
          <w:i w:val="0"/>
        </w:rPr>
        <w:t>cadência;</w:t>
      </w:r>
    </w:p>
    <w:p>
      <w:pPr>
        <w:pStyle w:val="ListBullet"/>
      </w:pPr>
      <w:r>
        <w:rPr>
          <w:rFonts w:ascii="Aptos" w:hAnsi="Aptos" w:eastAsia="Aptos"/>
          <w:b w:val="0"/>
          <w:i w:val="0"/>
        </w:rPr>
        <w:t>capacidade de sustentar o esforço.</w:t>
      </w:r>
    </w:p>
    <w:p>
      <w:pPr/>
      <w:r>
        <w:rPr>
          <w:rFonts w:ascii="Aptos" w:hAnsi="Aptos" w:eastAsia="Aptos"/>
          <w:b w:val="0"/>
          <w:i w:val="0"/>
        </w:rPr>
        <w:t>Esse aprendizado é essencial.</w:t>
      </w:r>
    </w:p>
    <w:p>
      <w:pPr/>
      <w:r>
        <w:rPr>
          <w:rFonts w:ascii="Aptos" w:hAnsi="Aptos" w:eastAsia="Aptos"/>
          <w:b w:val="0"/>
          <w:i w:val="0"/>
        </w:rPr>
        <w:t>Em muitas situações, o pace sofre interferência externa: calor, vento, subida, terreno irregular, fadiga acumulada, transições, estresse ou sono ruim.</w:t>
      </w:r>
    </w:p>
    <w:p>
      <w:pPr/>
      <w:r>
        <w:rPr>
          <w:rFonts w:ascii="Aptos" w:hAnsi="Aptos" w:eastAsia="Aptos"/>
          <w:b w:val="0"/>
          <w:i w:val="0"/>
        </w:rPr>
        <w:t>Quando isso acontece, o número pode mudar.</w:t>
      </w:r>
    </w:p>
    <w:p>
      <w:pPr/>
      <w:r>
        <w:rPr>
          <w:rFonts w:ascii="Aptos" w:hAnsi="Aptos" w:eastAsia="Aptos"/>
          <w:b w:val="0"/>
          <w:i w:val="0"/>
        </w:rPr>
        <w:t>A intensidade precisa continuar sendo reconhecida.</w:t>
      </w:r>
    </w:p>
    <w:p>
      <w:pPr/>
      <w:r>
        <w:rPr>
          <w:rFonts w:ascii="Aptos" w:hAnsi="Aptos" w:eastAsia="Aptos"/>
          <w:b w:val="0"/>
          <w:i w:val="0"/>
        </w:rPr>
        <w:t>O atleta que domina o PZI não fica refém do relógio. Ele usa o relógio como ferramenta, mas aprende a confirmar a intensidade pela percepção.</w:t>
      </w:r>
    </w:p>
    <w:p>
      <w:pPr/>
      <w:r>
        <w:rPr>
          <w:rFonts w:ascii="Aptos" w:hAnsi="Aptos" w:eastAsia="Aptos"/>
          <w:b w:val="0"/>
          <w:i w:val="0"/>
        </w:rPr>
        <w:t>Essa autonomia melhora a execução dos treinos e aumenta a inteligência competitiva.</w:t>
      </w:r>
    </w:p>
    <w:p>
      <w:pPr>
        <w:pStyle w:val="Heading2"/>
      </w:pPr>
      <w:r>
        <w:t>5.9 O PZI fortalece a comunicação entre atleta e metodologia</w:t>
      </w:r>
    </w:p>
    <w:p>
      <w:pPr/>
      <w:r>
        <w:rPr>
          <w:rFonts w:ascii="Aptos" w:hAnsi="Aptos" w:eastAsia="Aptos"/>
          <w:b w:val="0"/>
          <w:i w:val="0"/>
        </w:rPr>
        <w:t>À medida que o atleta domina o sistema, a comunicação se torna mais objetiva.</w:t>
      </w:r>
    </w:p>
    <w:p>
      <w:pPr/>
      <w:r>
        <w:rPr>
          <w:rFonts w:ascii="Aptos" w:hAnsi="Aptos" w:eastAsia="Aptos"/>
          <w:b w:val="0"/>
          <w:i w:val="0"/>
        </w:rPr>
        <w:t>Quando o treinador prescreve uma rodagem em PZI 2, um Tempo Run em PZI 6 ou intervalados em PZI 8, ele não comunica apenas velocidade. Comunica intenção fisiológica, percepção de esforço e função da sessão dentro da periodização.</w:t>
      </w:r>
    </w:p>
    <w:p>
      <w:pPr/>
      <w:r>
        <w:rPr>
          <w:rFonts w:ascii="Aptos" w:hAnsi="Aptos" w:eastAsia="Aptos"/>
          <w:b w:val="0"/>
          <w:i w:val="0"/>
        </w:rPr>
        <w:t>Nesse momento, o PZI deixa de ser apenas uma tabela.</w:t>
      </w:r>
    </w:p>
    <w:p>
      <w:pPr/>
      <w:r>
        <w:rPr>
          <w:rFonts w:ascii="Aptos" w:hAnsi="Aptos" w:eastAsia="Aptos"/>
          <w:b w:val="0"/>
          <w:i w:val="0"/>
        </w:rPr>
        <w:t>Passa a ser linguagem.</w:t>
      </w:r>
    </w:p>
    <w:p>
      <w:pPr/>
      <w:r>
        <w:rPr>
          <w:rFonts w:ascii="Aptos" w:hAnsi="Aptos" w:eastAsia="Aptos"/>
          <w:b w:val="0"/>
          <w:i w:val="0"/>
        </w:rPr>
        <w:t>O atleta entende o treino com mais clareza. O treinador recebe feedback melhor. A execução fica mais precisa. Os ajustes se tornam mais seguros.</w:t>
      </w:r>
    </w:p>
    <w:p>
      <w:pPr/>
      <w:r>
        <w:rPr>
          <w:rFonts w:ascii="Aptos" w:hAnsi="Aptos" w:eastAsia="Aptos"/>
          <w:b w:val="0"/>
          <w:i w:val="0"/>
        </w:rPr>
        <w:t>Quando atleta e metodologia falam a mesma língua, a qualidade do processo aumenta.</w:t>
      </w:r>
    </w:p>
    <w:p>
      <w:pPr/>
      <w:r>
        <w:rPr>
          <w:rFonts w:ascii="Aptos" w:hAnsi="Aptos" w:eastAsia="Aptos"/>
          <w:b w:val="0"/>
          <w:i w:val="0"/>
        </w:rPr>
        <w:t>Essa é uma das razões pelas quais o PZI ocupa papel tão forte no DNA TriLife.</w:t>
      </w:r>
    </w:p>
    <w:p>
      <w:pPr>
        <w:pStyle w:val="Heading2"/>
      </w:pPr>
      <w:r>
        <w:t>Conclusão</w:t>
      </w:r>
    </w:p>
    <w:p>
      <w:pPr/>
      <w:r>
        <w:rPr>
          <w:rFonts w:ascii="Aptos" w:hAnsi="Aptos" w:eastAsia="Aptos"/>
          <w:b w:val="0"/>
          <w:i w:val="0"/>
        </w:rPr>
        <w:t>O Sistema PZI representa a linguagem oficial da intensidade dentro do Método TriLife Running.</w:t>
      </w:r>
    </w:p>
    <w:p>
      <w:pPr/>
      <w:r>
        <w:rPr>
          <w:rFonts w:ascii="Aptos" w:hAnsi="Aptos" w:eastAsia="Aptos"/>
          <w:b w:val="0"/>
          <w:i w:val="0"/>
        </w:rPr>
        <w:t>Construído a partir do Ritmo de Limiar, ele permite individualizar o treinamento, facilitar a comunicação entre treinador e atleta, organizar a distribuição das intensidades e preservar simplicidade operacional sem perder precisão.</w:t>
      </w:r>
    </w:p>
    <w:p>
      <w:pPr/>
      <w:r>
        <w:rPr>
          <w:rFonts w:ascii="Aptos" w:hAnsi="Aptos" w:eastAsia="Aptos"/>
          <w:b w:val="0"/>
          <w:i w:val="0"/>
        </w:rPr>
        <w:t>A integração entre PZI, Ritmo de Limiar, periodização e lógica 80/20 torna o treinamento mais claro, controlado e adaptável.</w:t>
      </w:r>
    </w:p>
    <w:p>
      <w:pPr/>
      <w:r>
        <w:rPr>
          <w:rFonts w:ascii="Aptos" w:hAnsi="Aptos" w:eastAsia="Aptos"/>
          <w:b w:val="0"/>
          <w:i w:val="0"/>
        </w:rPr>
        <w:t>O PZI não substitui a fisiologia.</w:t>
      </w:r>
    </w:p>
    <w:p>
      <w:pPr/>
      <w:r>
        <w:rPr>
          <w:rFonts w:ascii="Aptos" w:hAnsi="Aptos" w:eastAsia="Aptos"/>
          <w:b w:val="0"/>
          <w:i w:val="0"/>
        </w:rPr>
        <w:t>Ele traduz a fisiologia para a prática.</w:t>
      </w:r>
    </w:p>
    <w:p>
      <w:pPr/>
      <w:r>
        <w:rPr>
          <w:rFonts w:ascii="Aptos" w:hAnsi="Aptos" w:eastAsia="Aptos"/>
          <w:b w:val="0"/>
          <w:i w:val="0"/>
        </w:rPr>
        <w:t>Não substitui o treinador.</w:t>
      </w:r>
    </w:p>
    <w:p>
      <w:pPr/>
      <w:r>
        <w:rPr>
          <w:rFonts w:ascii="Aptos" w:hAnsi="Aptos" w:eastAsia="Aptos"/>
          <w:b w:val="0"/>
          <w:i w:val="0"/>
        </w:rPr>
        <w:t>Ele melhora a qualidade da decisão.</w:t>
      </w:r>
    </w:p>
    <w:p>
      <w:pPr/>
      <w:r>
        <w:rPr>
          <w:rFonts w:ascii="Aptos" w:hAnsi="Aptos" w:eastAsia="Aptos"/>
          <w:b w:val="0"/>
          <w:i w:val="0"/>
        </w:rPr>
        <w:t>É essa combinação entre linguagem simples, controle de intensidade e interpretação técnica que transforma o PZI em uma das ferramentas mais importantes dos Treinos Inteligentes.</w:t>
      </w:r>
    </w:p>
    <w:p>
      <w:pPr>
        <w:pStyle w:val="Heading2"/>
      </w:pPr>
      <w:r>
        <w:t>Princípios Fundamentais do Método TriLife Running</w:t>
      </w:r>
    </w:p>
    <w:p>
      <w:pPr>
        <w:pStyle w:val="TriLifeQuote"/>
      </w:pPr>
      <w:r>
        <w:rPr>
          <w:rFonts w:ascii="Aptos" w:hAnsi="Aptos" w:eastAsia="Aptos"/>
          <w:b w:val="0"/>
          <w:i/>
        </w:rPr>
        <w:t>Princípio Fundamental nº 17</w:t>
      </w:r>
    </w:p>
    <w:p>
      <w:pPr/>
      <w:r>
        <w:rPr>
          <w:rFonts w:ascii="Aptos" w:hAnsi="Aptos" w:eastAsia="Aptos"/>
          <w:b w:val="0"/>
          <w:i w:val="0"/>
        </w:rPr>
        <w:t>O PZI não substitui a fisiologia. Ele traduz a fisiologia em uma linguagem prática.</w:t>
      </w:r>
    </w:p>
    <w:p>
      <w:pPr>
        <w:pStyle w:val="TriLifeQuote"/>
      </w:pPr>
      <w:r>
        <w:rPr>
          <w:rFonts w:ascii="Aptos" w:hAnsi="Aptos" w:eastAsia="Aptos"/>
          <w:b w:val="0"/>
          <w:i/>
        </w:rPr>
        <w:t>Princípio Fundamental nº 18</w:t>
      </w:r>
    </w:p>
    <w:p>
      <w:pPr/>
      <w:r>
        <w:rPr>
          <w:rFonts w:ascii="Aptos" w:hAnsi="Aptos" w:eastAsia="Aptos"/>
          <w:b w:val="0"/>
          <w:i w:val="0"/>
        </w:rPr>
        <w:t>O moderado dá o passaporte para o forte.</w:t>
      </w:r>
    </w:p>
    <w:p>
      <w:pPr>
        <w:pStyle w:val="TriLifeQuote"/>
      </w:pPr>
      <w:r>
        <w:rPr>
          <w:rFonts w:ascii="Aptos" w:hAnsi="Aptos" w:eastAsia="Aptos"/>
          <w:b w:val="0"/>
          <w:i/>
        </w:rPr>
        <w:t>Princípio Fundamental nº 19</w:t>
      </w:r>
    </w:p>
    <w:p>
      <w:pPr/>
      <w:r>
        <w:rPr>
          <w:rFonts w:ascii="Aptos" w:hAnsi="Aptos" w:eastAsia="Aptos"/>
          <w:b w:val="0"/>
          <w:i w:val="0"/>
        </w:rPr>
        <w:t>A zona permanece. A aplicação muda conforme atleta, prova e fase da periodização.</w:t>
      </w:r>
    </w:p>
    <w:p>
      <w:pPr>
        <w:pStyle w:val="TriLifeQuote"/>
      </w:pPr>
      <w:r>
        <w:rPr>
          <w:rFonts w:ascii="Aptos" w:hAnsi="Aptos" w:eastAsia="Aptos"/>
          <w:b w:val="0"/>
          <w:i/>
        </w:rPr>
        <w:t>Princípio Fundamental nº 20</w:t>
      </w:r>
    </w:p>
    <w:p>
      <w:pPr/>
      <w:r>
        <w:rPr>
          <w:rFonts w:ascii="Aptos" w:hAnsi="Aptos" w:eastAsia="Aptos"/>
          <w:b w:val="0"/>
          <w:i w:val="0"/>
        </w:rPr>
        <w:t>Quando atleta e metodologia falam a mesma linguagem, a qualidade do treinamento aumenta.</w:t>
      </w:r>
    </w:p>
    <w:p>
      <w:r>
        <w:br w:type="page"/>
      </w:r>
    </w:p>
    <w:p>
      <w:pPr>
        <w:pStyle w:val="Title"/>
        <w:jc w:val="center"/>
      </w:pPr>
      <w:r>
        <w:t>BLOCO 2</w:t>
      </w:r>
    </w:p>
    <w:p>
      <w:pPr>
        <w:pStyle w:val="Heading1"/>
        <w:jc w:val="center"/>
      </w:pPr>
      <w:r>
        <w:t>PERIODIZAÇÃO E FERRAMENTAS CENTRAIS DO MÉTODO TRILIFE RUNNING</w:t>
      </w:r>
    </w:p>
    <w:p>
      <w:r>
        <w:br w:type="page"/>
      </w:r>
    </w:p>
    <w:p>
      <w:pPr>
        <w:pStyle w:val="Heading1"/>
        <w:jc w:val="center"/>
      </w:pPr>
      <w:r>
        <w:t>CAPÍTULO 6</w:t>
      </w:r>
    </w:p>
    <w:p>
      <w:pPr>
        <w:pStyle w:val="Heading1"/>
        <w:jc w:val="center"/>
      </w:pPr>
      <w:r>
        <w:t>A ARQUITETURA DA PERIODIZAÇÃO TRILIFE</w:t>
      </w:r>
    </w:p>
    <w:p>
      <w:pPr>
        <w:pStyle w:val="TriLifeQuote"/>
      </w:pPr>
      <w:r>
        <w:rPr>
          <w:rFonts w:ascii="Aptos" w:hAnsi="Aptos" w:eastAsia="Aptos"/>
          <w:b w:val="0"/>
          <w:i/>
        </w:rPr>
        <w:t>“Uma planilha não é uma sequência de treinos. É uma sequência de adaptações organizadas no tempo.”</w:t>
      </w:r>
    </w:p>
    <w:p>
      <w:pPr>
        <w:pStyle w:val="Heading2"/>
      </w:pPr>
      <w:r>
        <w:t>6.1 O verdadeiro objetivo da periodização</w:t>
      </w:r>
    </w:p>
    <w:p>
      <w:pPr/>
      <w:r>
        <w:rPr>
          <w:rFonts w:ascii="Aptos" w:hAnsi="Aptos" w:eastAsia="Aptos"/>
          <w:b w:val="0"/>
          <w:i w:val="0"/>
        </w:rPr>
        <w:t>Toda preparação precisa responder a uma pergunta antes de qualquer prescrição:</w:t>
      </w:r>
    </w:p>
    <w:p>
      <w:pPr>
        <w:pStyle w:val="TriLifeQuote"/>
      </w:pPr>
      <w:r>
        <w:rPr>
          <w:rFonts w:ascii="Aptos" w:hAnsi="Aptos" w:eastAsia="Aptos"/>
          <w:b w:val="0"/>
          <w:i/>
        </w:rPr>
        <w:t>para onde o atleta está indo?</w:t>
      </w:r>
    </w:p>
    <w:p>
      <w:pPr/>
      <w:r>
        <w:rPr>
          <w:rFonts w:ascii="Aptos" w:hAnsi="Aptos" w:eastAsia="Aptos"/>
          <w:b w:val="0"/>
          <w:i w:val="0"/>
        </w:rPr>
        <w:t>Quando o aluno olha uma planilha, normalmente enxerga treinos distribuídos em dias da semana. Segunda, terça, quarta, sábado. Rodagem, Tempo Run, intervalado, longão, recuperação. Para o treinador, essa mesma planilha precisa representar algo maior: uma sequência organizada de adaptações.</w:t>
      </w:r>
    </w:p>
    <w:p>
      <w:pPr/>
      <w:r>
        <w:rPr>
          <w:rFonts w:ascii="Aptos" w:hAnsi="Aptos" w:eastAsia="Aptos"/>
          <w:b w:val="0"/>
          <w:i w:val="0"/>
        </w:rPr>
        <w:t>No Método TriLife Running, periodizar não é preencher o calendário.</w:t>
      </w:r>
    </w:p>
    <w:p>
      <w:pPr/>
      <w:r>
        <w:rPr>
          <w:rFonts w:ascii="Aptos" w:hAnsi="Aptos" w:eastAsia="Aptos"/>
          <w:b w:val="0"/>
          <w:i w:val="0"/>
        </w:rPr>
        <w:t>Periodizar é construir uma ordem.</w:t>
      </w:r>
    </w:p>
    <w:p>
      <w:pPr/>
      <w:r>
        <w:rPr>
          <w:rFonts w:ascii="Aptos" w:hAnsi="Aptos" w:eastAsia="Aptos"/>
          <w:b w:val="0"/>
          <w:i w:val="0"/>
        </w:rPr>
        <w:t>O atleta não melhora simplesmente porque corre mais. Também não melhora apenas porque faz sessões fortes. Ele evolui quando recebe estímulos coerentes, em uma sequência lógica, com intensidade bem distribuída e recuperação suficiente para transformar carga em adaptação.</w:t>
      </w:r>
    </w:p>
    <w:p>
      <w:pPr/>
      <w:r>
        <w:rPr>
          <w:rFonts w:ascii="Aptos" w:hAnsi="Aptos" w:eastAsia="Aptos"/>
          <w:b w:val="0"/>
          <w:i w:val="0"/>
        </w:rPr>
        <w:t>Essa é a essência da periodização TriLife.</w:t>
      </w:r>
    </w:p>
    <w:p>
      <w:pPr/>
      <w:r>
        <w:rPr>
          <w:rFonts w:ascii="Aptos" w:hAnsi="Aptos" w:eastAsia="Aptos"/>
          <w:b w:val="0"/>
          <w:i w:val="0"/>
        </w:rPr>
        <w:t>Cada treino precisa cumprir uma função. Cada semana precisa preparar a próxima. Cada bloco precisa desenvolver uma capacidade. Cada ajuste precisa preservar a direção do ciclo.</w:t>
      </w:r>
    </w:p>
    <w:p>
      <w:pPr/>
      <w:r>
        <w:rPr>
          <w:rFonts w:ascii="Aptos" w:hAnsi="Aptos" w:eastAsia="Aptos"/>
          <w:b w:val="0"/>
          <w:i w:val="0"/>
        </w:rPr>
        <w:t>A planilha, portanto, não deve ser vista como uma lista de tarefas. Ela é uma arquitetura de desenvolvimento.</w:t>
      </w:r>
    </w:p>
    <w:p>
      <w:pPr/>
      <w:r>
        <w:rPr>
          <w:rFonts w:ascii="Aptos" w:hAnsi="Aptos" w:eastAsia="Aptos"/>
          <w:b w:val="0"/>
          <w:i w:val="0"/>
        </w:rPr>
        <w:t>Se a arquitetura é frágil, o atleta até pode executar bons treinos isolados, mas o processo perde força. Se a estrutura é bem construída, mesmo treinos simples passam a conversar entre si e gerar evolução consistente.</w:t>
      </w:r>
    </w:p>
    <w:p>
      <w:pPr/>
      <w:r>
        <w:rPr>
          <w:rFonts w:ascii="Aptos" w:hAnsi="Aptos" w:eastAsia="Aptos"/>
          <w:b w:val="0"/>
          <w:i w:val="0"/>
        </w:rPr>
        <w:t>Dentro do DNA TriLife, uma boa periodização não impressiona pela complexidade. Impressiona pela coerência.</w:t>
      </w:r>
    </w:p>
    <w:p>
      <w:pPr>
        <w:pStyle w:val="Heading2"/>
      </w:pPr>
      <w:r>
        <w:t>6.2 A prova-alvo organiza o caminho</w:t>
      </w:r>
    </w:p>
    <w:p>
      <w:pPr/>
      <w:r>
        <w:rPr>
          <w:rFonts w:ascii="Aptos" w:hAnsi="Aptos" w:eastAsia="Aptos"/>
          <w:b w:val="0"/>
          <w:i w:val="0"/>
        </w:rPr>
        <w:t>A construção da periodização começa pela prova-alvo.</w:t>
      </w:r>
    </w:p>
    <w:p>
      <w:pPr/>
      <w:r>
        <w:rPr>
          <w:rFonts w:ascii="Aptos" w:hAnsi="Aptos" w:eastAsia="Aptos"/>
          <w:b w:val="0"/>
          <w:i w:val="0"/>
        </w:rPr>
        <w:t>Esse ponto final organiza todo o caminho anterior. Não porque a prova seja mais importante do que o atleta, mas porque ela define a direção do processo.</w:t>
      </w:r>
    </w:p>
    <w:p>
      <w:pPr/>
      <w:r>
        <w:rPr>
          <w:rFonts w:ascii="Aptos" w:hAnsi="Aptos" w:eastAsia="Aptos"/>
          <w:b w:val="0"/>
          <w:i w:val="0"/>
        </w:rPr>
        <w:t>A prova determina o tempo disponível.</w:t>
      </w:r>
    </w:p>
    <w:p>
      <w:pPr/>
      <w:r>
        <w:rPr>
          <w:rFonts w:ascii="Aptos" w:hAnsi="Aptos" w:eastAsia="Aptos"/>
          <w:b w:val="0"/>
          <w:i w:val="0"/>
        </w:rPr>
        <w:t>O tempo disponível define os blocos.</w:t>
      </w:r>
    </w:p>
    <w:p>
      <w:pPr/>
      <w:r>
        <w:rPr>
          <w:rFonts w:ascii="Aptos" w:hAnsi="Aptos" w:eastAsia="Aptos"/>
          <w:b w:val="0"/>
          <w:i w:val="0"/>
        </w:rPr>
        <w:t>Os blocos determinam as capacidades a desenvolver.</w:t>
      </w:r>
    </w:p>
    <w:p>
      <w:pPr/>
      <w:r>
        <w:rPr>
          <w:rFonts w:ascii="Aptos" w:hAnsi="Aptos" w:eastAsia="Aptos"/>
          <w:b w:val="0"/>
          <w:i w:val="0"/>
        </w:rPr>
        <w:t>As capacidades orientam os tipos de treino.</w:t>
      </w:r>
    </w:p>
    <w:p>
      <w:pPr/>
      <w:r>
        <w:rPr>
          <w:rFonts w:ascii="Aptos" w:hAnsi="Aptos" w:eastAsia="Aptos"/>
          <w:b w:val="0"/>
          <w:i w:val="0"/>
        </w:rPr>
        <w:t>Os treinos organizam a carga semanal.</w:t>
      </w:r>
    </w:p>
    <w:p>
      <w:pPr/>
      <w:r>
        <w:rPr>
          <w:rFonts w:ascii="Aptos" w:hAnsi="Aptos" w:eastAsia="Aptos"/>
          <w:b w:val="0"/>
          <w:i w:val="0"/>
        </w:rPr>
        <w:t>Essa lógica impede que a planilha vire uma coleção aleatória de sessões.</w:t>
      </w:r>
    </w:p>
    <w:p>
      <w:pPr/>
      <w:r>
        <w:rPr>
          <w:rFonts w:ascii="Aptos" w:hAnsi="Aptos" w:eastAsia="Aptos"/>
          <w:b w:val="0"/>
          <w:i w:val="0"/>
        </w:rPr>
        <w:t>O Método TriLife Running trabalha de trás para frente. Primeiro identifica onde o atleta precisa chegar. Depois organiza quais etapas precisam ser vencidas até lá.</w:t>
      </w:r>
    </w:p>
    <w:p>
      <w:pPr/>
      <w:r>
        <w:rPr>
          <w:rFonts w:ascii="Aptos" w:hAnsi="Aptos" w:eastAsia="Aptos"/>
          <w:b w:val="0"/>
          <w:i w:val="0"/>
        </w:rPr>
        <w:t>Essa ordem é decisiva.</w:t>
      </w:r>
    </w:p>
    <w:p>
      <w:pPr/>
      <w:r>
        <w:rPr>
          <w:rFonts w:ascii="Aptos" w:hAnsi="Aptos" w:eastAsia="Aptos"/>
          <w:b w:val="0"/>
          <w:i w:val="0"/>
        </w:rPr>
        <w:t>Sem prova-alvo, o planejamento fica genérico. Sem tempo definido, a progressão perde critério. Sem blocos, os treinos se desconectam. Sem leitura do atleta, a planilha vira uma hipótese rígida demais.</w:t>
      </w:r>
    </w:p>
    <w:p>
      <w:pPr/>
      <w:r>
        <w:rPr>
          <w:rFonts w:ascii="Aptos" w:hAnsi="Aptos" w:eastAsia="Aptos"/>
          <w:b w:val="0"/>
          <w:i w:val="0"/>
        </w:rPr>
        <w:t>A prova define a direção.</w:t>
      </w:r>
    </w:p>
    <w:p>
      <w:pPr/>
      <w:r>
        <w:rPr>
          <w:rFonts w:ascii="Aptos" w:hAnsi="Aptos" w:eastAsia="Aptos"/>
          <w:b w:val="0"/>
          <w:i w:val="0"/>
        </w:rPr>
        <w:t>A realidade do atleta define o caminho.</w:t>
      </w:r>
    </w:p>
    <w:p>
      <w:pPr/>
      <w:r>
        <w:rPr>
          <w:rFonts w:ascii="Aptos" w:hAnsi="Aptos" w:eastAsia="Aptos"/>
          <w:b w:val="0"/>
          <w:i w:val="0"/>
        </w:rPr>
        <w:t>Dois corredores podem mirar o mesmo objetivo e receber construções diferentes. Um atleta com histórico consistente tolera determinado nível de carga. Outro, mesmo inscrito na mesma prova, pode precisar de mais semanas de adaptação, reforço técnico ou controle de intensidade.</w:t>
      </w:r>
    </w:p>
    <w:p>
      <w:pPr/>
      <w:r>
        <w:rPr>
          <w:rFonts w:ascii="Aptos" w:hAnsi="Aptos" w:eastAsia="Aptos"/>
          <w:b w:val="0"/>
          <w:i w:val="0"/>
        </w:rPr>
        <w:t>A metodologia respeita essa diferença.</w:t>
      </w:r>
    </w:p>
    <w:p>
      <w:pPr/>
      <w:r>
        <w:rPr>
          <w:rFonts w:ascii="Aptos" w:hAnsi="Aptos" w:eastAsia="Aptos"/>
          <w:b w:val="0"/>
          <w:i w:val="0"/>
        </w:rPr>
        <w:t>O objetivo aponta o destino. A individualização define a rota.</w:t>
      </w:r>
    </w:p>
    <w:p>
      <w:pPr>
        <w:pStyle w:val="Heading2"/>
      </w:pPr>
      <w:r>
        <w:t>6.3 A regressiva como ponto de partida</w:t>
      </w:r>
    </w:p>
    <w:p>
      <w:pPr/>
      <w:r>
        <w:rPr>
          <w:rFonts w:ascii="Aptos" w:hAnsi="Aptos" w:eastAsia="Aptos"/>
          <w:b w:val="0"/>
          <w:i w:val="0"/>
        </w:rPr>
        <w:t>Uma marca importante da periodização TriLife é a organização em formato regressivo.</w:t>
      </w:r>
    </w:p>
    <w:p>
      <w:pPr/>
      <w:r>
        <w:rPr>
          <w:rFonts w:ascii="Aptos" w:hAnsi="Aptos" w:eastAsia="Aptos"/>
          <w:b w:val="0"/>
          <w:i w:val="0"/>
        </w:rPr>
        <w:t>A semana da prova representa o ponto final. A partir dela, as semanas anteriores são organizadas como S-1, S-2, S-3, S-4 e assim por diante.</w:t>
      </w:r>
    </w:p>
    <w:p>
      <w:pPr/>
      <w:r>
        <w:rPr>
          <w:rFonts w:ascii="Aptos" w:hAnsi="Aptos" w:eastAsia="Aptos"/>
          <w:b w:val="0"/>
          <w:i w:val="0"/>
        </w:rPr>
        <w:t>Esse modelo facilita a leitura do ciclo.</w:t>
      </w:r>
    </w:p>
    <w:p>
      <w:pPr/>
      <w:r>
        <w:rPr>
          <w:rFonts w:ascii="Aptos" w:hAnsi="Aptos" w:eastAsia="Aptos"/>
          <w:b w:val="0"/>
          <w:i w:val="0"/>
        </w:rPr>
        <w:t>A S-1 não é apenas a semana antes da prova. É uma semana com função específica. A S-2 não é simplesmente uma semana mais leve. A S-5 não é apenas uma etapa intermediária. A S-8 não existe por acaso.</w:t>
      </w:r>
    </w:p>
    <w:p>
      <w:pPr/>
      <w:r>
        <w:rPr>
          <w:rFonts w:ascii="Aptos" w:hAnsi="Aptos" w:eastAsia="Aptos"/>
          <w:b w:val="0"/>
          <w:i w:val="0"/>
        </w:rPr>
        <w:t>Cada semana ocupa uma posição dentro da construção da performance.</w:t>
      </w:r>
    </w:p>
    <w:p>
      <w:pPr/>
      <w:r>
        <w:rPr>
          <w:rFonts w:ascii="Aptos" w:hAnsi="Aptos" w:eastAsia="Aptos"/>
          <w:b w:val="0"/>
          <w:i w:val="0"/>
        </w:rPr>
        <w:t>Quando o treinador organiza o ciclo dessa forma, evita decisões soltas. Ele sabe em que ponto da preparação o atleta está, quais adaptações já deveriam ter sido construídas e quais ainda precisam aparecer.</w:t>
      </w:r>
    </w:p>
    <w:p>
      <w:pPr/>
      <w:r>
        <w:rPr>
          <w:rFonts w:ascii="Aptos" w:hAnsi="Aptos" w:eastAsia="Aptos"/>
          <w:b w:val="0"/>
          <w:i w:val="0"/>
        </w:rPr>
        <w:t>A regressiva também ajuda a proteger o polimento. Sem essa visão, muitos atletas e treinadores mantêm carga alta perto demais da prova, tentando ganhar condicionamento em um momento no qual o objetivo deveria ser revelar o condicionamento já construído.</w:t>
      </w:r>
    </w:p>
    <w:p>
      <w:pPr/>
      <w:r>
        <w:rPr>
          <w:rFonts w:ascii="Aptos" w:hAnsi="Aptos" w:eastAsia="Aptos"/>
          <w:b w:val="0"/>
          <w:i w:val="0"/>
        </w:rPr>
        <w:t>O calendário passa a ter intenção.</w:t>
      </w:r>
    </w:p>
    <w:p>
      <w:pPr/>
      <w:r>
        <w:rPr>
          <w:rFonts w:ascii="Aptos" w:hAnsi="Aptos" w:eastAsia="Aptos"/>
          <w:b w:val="0"/>
          <w:i w:val="0"/>
        </w:rPr>
        <w:t>A semana deixa de ser apenas uma data.</w:t>
      </w:r>
    </w:p>
    <w:p>
      <w:pPr/>
      <w:r>
        <w:rPr>
          <w:rFonts w:ascii="Aptos" w:hAnsi="Aptos" w:eastAsia="Aptos"/>
          <w:b w:val="0"/>
          <w:i w:val="0"/>
        </w:rPr>
        <w:t>Vira parte da estratégia.</w:t>
      </w:r>
    </w:p>
    <w:p>
      <w:pPr>
        <w:pStyle w:val="Heading2"/>
      </w:pPr>
      <w:r>
        <w:t>6.4 Cada semana prepara a próxima</w:t>
      </w:r>
    </w:p>
    <w:p>
      <w:pPr/>
      <w:r>
        <w:rPr>
          <w:rFonts w:ascii="Aptos" w:hAnsi="Aptos" w:eastAsia="Aptos"/>
          <w:b w:val="0"/>
          <w:i w:val="0"/>
        </w:rPr>
        <w:t>Dentro do Método TriLife Running, uma semana nunca deve ser interpretada isoladamente.</w:t>
      </w:r>
    </w:p>
    <w:p>
      <w:pPr/>
      <w:r>
        <w:rPr>
          <w:rFonts w:ascii="Aptos" w:hAnsi="Aptos" w:eastAsia="Aptos"/>
          <w:b w:val="0"/>
          <w:i w:val="0"/>
        </w:rPr>
        <w:t>Ela sempre precisa ser analisada dentro de uma sequência.</w:t>
      </w:r>
    </w:p>
    <w:p>
      <w:pPr/>
      <w:r>
        <w:rPr>
          <w:rFonts w:ascii="Aptos" w:hAnsi="Aptos" w:eastAsia="Aptos"/>
          <w:b w:val="0"/>
          <w:i w:val="0"/>
        </w:rPr>
        <w:t>Uma semana de base prepara o desenvolvimento. Uma semana moderada prepara intensificação. Uma semana mais forte exige recuperação adequada. Um bloco específico prepara a prova. O polimento revela a condição construída.</w:t>
      </w:r>
    </w:p>
    <w:p>
      <w:pPr/>
      <w:r>
        <w:rPr>
          <w:rFonts w:ascii="Aptos" w:hAnsi="Aptos" w:eastAsia="Aptos"/>
          <w:b w:val="0"/>
          <w:i w:val="0"/>
        </w:rPr>
        <w:t>Essa sequência impede que o treinador escolha treinos apenas porque parecem bons individualmente.</w:t>
      </w:r>
    </w:p>
    <w:p>
      <w:pPr/>
      <w:r>
        <w:rPr>
          <w:rFonts w:ascii="Aptos" w:hAnsi="Aptos" w:eastAsia="Aptos"/>
          <w:b w:val="0"/>
          <w:i w:val="0"/>
        </w:rPr>
        <w:t>Um bom treino no momento errado pode gerar um mau efeito.</w:t>
      </w:r>
    </w:p>
    <w:p>
      <w:pPr/>
      <w:r>
        <w:rPr>
          <w:rFonts w:ascii="Aptos" w:hAnsi="Aptos" w:eastAsia="Aptos"/>
          <w:b w:val="0"/>
          <w:i w:val="0"/>
        </w:rPr>
        <w:t>Um intervalado forte pode ser excelente em uma fase e inadequado em outra. Um Tempo Run pode construir resistência específica quando bem posicionado, mas pode comprometer recuperação se colocado depois de uma sequência mal assimilada. Uma subida pode desenvolver força, mas também pode gerar dano muscular excessivo se inserida sem critério.</w:t>
      </w:r>
    </w:p>
    <w:p>
      <w:pPr/>
      <w:r>
        <w:rPr>
          <w:rFonts w:ascii="Aptos" w:hAnsi="Aptos" w:eastAsia="Aptos"/>
          <w:b w:val="0"/>
          <w:i w:val="0"/>
        </w:rPr>
        <w:t>Por isso, a pergunta não é apenas:</w:t>
      </w:r>
    </w:p>
    <w:p>
      <w:pPr>
        <w:pStyle w:val="TriLifeQuote"/>
      </w:pPr>
      <w:r>
        <w:rPr>
          <w:rFonts w:ascii="Aptos" w:hAnsi="Aptos" w:eastAsia="Aptos"/>
          <w:b w:val="0"/>
          <w:i/>
        </w:rPr>
        <w:t>“Esse treino é bom?”</w:t>
      </w:r>
    </w:p>
    <w:p>
      <w:pPr/>
      <w:r>
        <w:rPr>
          <w:rFonts w:ascii="Aptos" w:hAnsi="Aptos" w:eastAsia="Aptos"/>
          <w:b w:val="0"/>
          <w:i w:val="0"/>
        </w:rPr>
        <w:t>A pergunta correta é:</w:t>
      </w:r>
    </w:p>
    <w:p>
      <w:pPr>
        <w:pStyle w:val="TriLifeQuote"/>
      </w:pPr>
      <w:r>
        <w:rPr>
          <w:rFonts w:ascii="Aptos" w:hAnsi="Aptos" w:eastAsia="Aptos"/>
          <w:b w:val="0"/>
          <w:i/>
        </w:rPr>
        <w:t>“Esse treino faz sentido aqui?”</w:t>
      </w:r>
    </w:p>
    <w:p>
      <w:pPr/>
      <w:r>
        <w:rPr>
          <w:rFonts w:ascii="Aptos" w:hAnsi="Aptos" w:eastAsia="Aptos"/>
          <w:b w:val="0"/>
          <w:i w:val="0"/>
        </w:rPr>
        <w:t>O método protege essa lógica.</w:t>
      </w:r>
    </w:p>
    <w:p>
      <w:pPr/>
      <w:r>
        <w:rPr>
          <w:rFonts w:ascii="Aptos" w:hAnsi="Aptos" w:eastAsia="Aptos"/>
          <w:b w:val="0"/>
          <w:i w:val="0"/>
        </w:rPr>
        <w:t>A planilha não é defendida por rigidez. A planilha é defendida porque existe uma intenção adaptativa por trás da sequência.</w:t>
      </w:r>
    </w:p>
    <w:p>
      <w:pPr>
        <w:pStyle w:val="Heading2"/>
      </w:pPr>
      <w:r>
        <w:t>6.5 A prova-alvo não é o único elemento</w:t>
      </w:r>
    </w:p>
    <w:p>
      <w:pPr/>
      <w:r>
        <w:rPr>
          <w:rFonts w:ascii="Aptos" w:hAnsi="Aptos" w:eastAsia="Aptos"/>
          <w:b w:val="0"/>
          <w:i w:val="0"/>
        </w:rPr>
        <w:t>Embora a prova organize o ciclo, ela nunca deve ser o único fator de decisão.</w:t>
      </w:r>
    </w:p>
    <w:p>
      <w:pPr/>
      <w:r>
        <w:rPr>
          <w:rFonts w:ascii="Aptos" w:hAnsi="Aptos" w:eastAsia="Aptos"/>
          <w:b w:val="0"/>
          <w:i w:val="0"/>
        </w:rPr>
        <w:t>O Método TriLife Running também observa:</w:t>
      </w:r>
    </w:p>
    <w:p>
      <w:pPr>
        <w:pStyle w:val="ListBullet"/>
      </w:pPr>
      <w:r>
        <w:rPr>
          <w:rFonts w:ascii="Aptos" w:hAnsi="Aptos" w:eastAsia="Aptos"/>
          <w:b w:val="0"/>
          <w:i w:val="0"/>
        </w:rPr>
        <w:t>nível atual do atleta;</w:t>
      </w:r>
    </w:p>
    <w:p>
      <w:pPr>
        <w:pStyle w:val="ListBullet"/>
      </w:pPr>
      <w:r>
        <w:rPr>
          <w:rFonts w:ascii="Aptos" w:hAnsi="Aptos" w:eastAsia="Aptos"/>
          <w:b w:val="0"/>
          <w:i w:val="0"/>
        </w:rPr>
        <w:t>histórico de treinamento;</w:t>
      </w:r>
    </w:p>
    <w:p>
      <w:pPr>
        <w:pStyle w:val="ListBullet"/>
      </w:pPr>
      <w:r>
        <w:rPr>
          <w:rFonts w:ascii="Aptos" w:hAnsi="Aptos" w:eastAsia="Aptos"/>
          <w:b w:val="0"/>
          <w:i w:val="0"/>
        </w:rPr>
        <w:t>rotina semanal;</w:t>
      </w:r>
    </w:p>
    <w:p>
      <w:pPr>
        <w:pStyle w:val="ListBullet"/>
      </w:pPr>
      <w:r>
        <w:rPr>
          <w:rFonts w:ascii="Aptos" w:hAnsi="Aptos" w:eastAsia="Aptos"/>
          <w:b w:val="0"/>
          <w:i w:val="0"/>
        </w:rPr>
        <w:t>disponibilidade real;</w:t>
      </w:r>
    </w:p>
    <w:p>
      <w:pPr>
        <w:pStyle w:val="ListBullet"/>
      </w:pPr>
      <w:r>
        <w:rPr>
          <w:rFonts w:ascii="Aptos" w:hAnsi="Aptos" w:eastAsia="Aptos"/>
          <w:b w:val="0"/>
          <w:i w:val="0"/>
        </w:rPr>
        <w:t>capacidade de recuperação;</w:t>
      </w:r>
    </w:p>
    <w:p>
      <w:pPr>
        <w:pStyle w:val="ListBullet"/>
      </w:pPr>
      <w:r>
        <w:rPr>
          <w:rFonts w:ascii="Aptos" w:hAnsi="Aptos" w:eastAsia="Aptos"/>
          <w:b w:val="0"/>
          <w:i w:val="0"/>
        </w:rPr>
        <w:t>histórico de lesões;</w:t>
      </w:r>
    </w:p>
    <w:p>
      <w:pPr>
        <w:pStyle w:val="ListBullet"/>
      </w:pPr>
      <w:r>
        <w:rPr>
          <w:rFonts w:ascii="Aptos" w:hAnsi="Aptos" w:eastAsia="Aptos"/>
          <w:b w:val="0"/>
          <w:i w:val="0"/>
        </w:rPr>
        <w:t>tempo até a prova;</w:t>
      </w:r>
    </w:p>
    <w:p>
      <w:pPr>
        <w:pStyle w:val="ListBullet"/>
      </w:pPr>
      <w:r>
        <w:rPr>
          <w:rFonts w:ascii="Aptos" w:hAnsi="Aptos" w:eastAsia="Aptos"/>
          <w:b w:val="0"/>
          <w:i w:val="0"/>
        </w:rPr>
        <w:t>experiência anterior na distância;</w:t>
      </w:r>
    </w:p>
    <w:p>
      <w:pPr>
        <w:pStyle w:val="ListBullet"/>
      </w:pPr>
      <w:r>
        <w:rPr>
          <w:rFonts w:ascii="Aptos" w:hAnsi="Aptos" w:eastAsia="Aptos"/>
          <w:b w:val="0"/>
          <w:i w:val="0"/>
        </w:rPr>
        <w:t>maturidade técnica;</w:t>
      </w:r>
    </w:p>
    <w:p>
      <w:pPr>
        <w:pStyle w:val="ListBullet"/>
      </w:pPr>
      <w:r>
        <w:rPr>
          <w:rFonts w:ascii="Aptos" w:hAnsi="Aptos" w:eastAsia="Aptos"/>
          <w:b w:val="0"/>
          <w:i w:val="0"/>
        </w:rPr>
        <w:t>resposta aos estímulos anteriores;</w:t>
      </w:r>
    </w:p>
    <w:p>
      <w:pPr>
        <w:pStyle w:val="ListBullet"/>
      </w:pPr>
      <w:r>
        <w:rPr>
          <w:rFonts w:ascii="Aptos" w:hAnsi="Aptos" w:eastAsia="Aptos"/>
          <w:b w:val="0"/>
          <w:i w:val="0"/>
        </w:rPr>
        <w:t>adesão ao treinamento;</w:t>
      </w:r>
    </w:p>
    <w:p>
      <w:pPr>
        <w:pStyle w:val="ListBullet"/>
      </w:pPr>
      <w:r>
        <w:rPr>
          <w:rFonts w:ascii="Aptos" w:hAnsi="Aptos" w:eastAsia="Aptos"/>
          <w:b w:val="0"/>
          <w:i w:val="0"/>
        </w:rPr>
        <w:t>qualidade dos comentários e feedbacks.</w:t>
      </w:r>
    </w:p>
    <w:p>
      <w:pPr/>
      <w:r>
        <w:rPr>
          <w:rFonts w:ascii="Aptos" w:hAnsi="Aptos" w:eastAsia="Aptos"/>
          <w:b w:val="0"/>
          <w:i w:val="0"/>
        </w:rPr>
        <w:t>Esses fatores definem quanto da prova-alvo pode ser perseguido naquele momento.</w:t>
      </w:r>
    </w:p>
    <w:p>
      <w:pPr/>
      <w:r>
        <w:rPr>
          <w:rFonts w:ascii="Aptos" w:hAnsi="Aptos" w:eastAsia="Aptos"/>
          <w:b w:val="0"/>
          <w:i w:val="0"/>
        </w:rPr>
        <w:t>Um atleta pode querer uma maratona. Mas o corpo dele talvez ainda esteja pedindo uma construção mais longa. Outro pode desejar melhorar o 10 km, mas ainda não sabe controlar zonas leves. Um corredor pode ter calendário competitivo, mas baixa aderência semanal.</w:t>
      </w:r>
    </w:p>
    <w:p>
      <w:pPr/>
      <w:r>
        <w:rPr>
          <w:rFonts w:ascii="Aptos" w:hAnsi="Aptos" w:eastAsia="Aptos"/>
          <w:b w:val="0"/>
          <w:i w:val="0"/>
        </w:rPr>
        <w:t>A metodologia não ignora o desejo do atleta.</w:t>
      </w:r>
    </w:p>
    <w:p>
      <w:pPr/>
      <w:r>
        <w:rPr>
          <w:rFonts w:ascii="Aptos" w:hAnsi="Aptos" w:eastAsia="Aptos"/>
          <w:b w:val="0"/>
          <w:i w:val="0"/>
        </w:rPr>
        <w:t>Ela organiza esse desejo dentro daquilo que o processo consegue sustentar.</w:t>
      </w:r>
    </w:p>
    <w:p>
      <w:pPr/>
      <w:r>
        <w:rPr>
          <w:rFonts w:ascii="Aptos" w:hAnsi="Aptos" w:eastAsia="Aptos"/>
          <w:b w:val="0"/>
          <w:i w:val="0"/>
        </w:rPr>
        <w:t>O treinador precisa equilibrar ambição e segurança.</w:t>
      </w:r>
    </w:p>
    <w:p>
      <w:pPr/>
      <w:r>
        <w:rPr>
          <w:rFonts w:ascii="Aptos" w:hAnsi="Aptos" w:eastAsia="Aptos"/>
          <w:b w:val="0"/>
          <w:i w:val="0"/>
        </w:rPr>
        <w:t>Sem ambição, não há evolução. Sem segurança, não há continuidade.</w:t>
      </w:r>
    </w:p>
    <w:p>
      <w:pPr>
        <w:pStyle w:val="Heading2"/>
      </w:pPr>
      <w:r>
        <w:t>6.6 As credenciais dentro da periodização</w:t>
      </w:r>
    </w:p>
    <w:p>
      <w:pPr/>
      <w:r>
        <w:rPr>
          <w:rFonts w:ascii="Aptos" w:hAnsi="Aptos" w:eastAsia="Aptos"/>
          <w:b w:val="0"/>
          <w:i w:val="0"/>
        </w:rPr>
        <w:t>O conceito de credencial tem papel forte na metodologia TriLife.</w:t>
      </w:r>
    </w:p>
    <w:p>
      <w:pPr/>
      <w:r>
        <w:rPr>
          <w:rFonts w:ascii="Aptos" w:hAnsi="Aptos" w:eastAsia="Aptos"/>
          <w:b w:val="0"/>
          <w:i w:val="0"/>
        </w:rPr>
        <w:t>Uma prova não deve ser vista apenas como evento. Ela também representa uma etapa de formação.</w:t>
      </w:r>
    </w:p>
    <w:p>
      <w:pPr/>
      <w:r>
        <w:rPr>
          <w:rFonts w:ascii="Aptos" w:hAnsi="Aptos" w:eastAsia="Aptos"/>
          <w:b w:val="0"/>
          <w:i w:val="0"/>
        </w:rPr>
        <w:t>O atleta que deseja correr uma maratona precisa demonstrar competências antes de receber um ciclo específico para essa distância. A meia maratona pode funcionar como etapa de validação. O 10 km pode consolidar controle e resistência. O 5 km pode desenvolver velocidade, técnica, experiência competitiva e percepção de intensidade.</w:t>
      </w:r>
    </w:p>
    <w:p>
      <w:pPr/>
      <w:r>
        <w:rPr>
          <w:rFonts w:ascii="Aptos" w:hAnsi="Aptos" w:eastAsia="Aptos"/>
          <w:b w:val="0"/>
          <w:i w:val="0"/>
        </w:rPr>
        <w:t>Essa progressão não existe para limitar o atleta.</w:t>
      </w:r>
    </w:p>
    <w:p>
      <w:pPr/>
      <w:r>
        <w:rPr>
          <w:rFonts w:ascii="Aptos" w:hAnsi="Aptos" w:eastAsia="Aptos"/>
          <w:b w:val="0"/>
          <w:i w:val="0"/>
        </w:rPr>
        <w:t>Existe para proteger a evolução.</w:t>
      </w:r>
    </w:p>
    <w:p>
      <w:pPr/>
      <w:r>
        <w:rPr>
          <w:rFonts w:ascii="Aptos" w:hAnsi="Aptos" w:eastAsia="Aptos"/>
          <w:b w:val="0"/>
          <w:i w:val="0"/>
        </w:rPr>
        <w:t>O corredor não apenas escolhe uma prova. Ele precisa construir a capacidade de treiná-la.</w:t>
      </w:r>
    </w:p>
    <w:p>
      <w:pPr/>
      <w:r>
        <w:rPr>
          <w:rFonts w:ascii="Aptos" w:hAnsi="Aptos" w:eastAsia="Aptos"/>
          <w:b w:val="0"/>
          <w:i w:val="0"/>
        </w:rPr>
        <w:t>Essa ideia muda a conversa com o aluno. Em vez de perguntar somente “qual prova você quer fazer?”, o treinador também precisa perguntar:</w:t>
      </w:r>
    </w:p>
    <w:p>
      <w:pPr>
        <w:pStyle w:val="ListBullet"/>
      </w:pPr>
      <w:r>
        <w:rPr>
          <w:rFonts w:ascii="Aptos" w:hAnsi="Aptos" w:eastAsia="Aptos"/>
          <w:b w:val="0"/>
          <w:i w:val="0"/>
        </w:rPr>
        <w:t>Você tem base para sustentar esse ciclo?</w:t>
      </w:r>
    </w:p>
    <w:p>
      <w:pPr>
        <w:pStyle w:val="ListBullet"/>
      </w:pPr>
      <w:r>
        <w:rPr>
          <w:rFonts w:ascii="Aptos" w:hAnsi="Aptos" w:eastAsia="Aptos"/>
          <w:b w:val="0"/>
          <w:i w:val="0"/>
        </w:rPr>
        <w:t>Sua rotina permite essa carga?</w:t>
      </w:r>
    </w:p>
    <w:p>
      <w:pPr>
        <w:pStyle w:val="ListBullet"/>
      </w:pPr>
      <w:r>
        <w:rPr>
          <w:rFonts w:ascii="Aptos" w:hAnsi="Aptos" w:eastAsia="Aptos"/>
          <w:b w:val="0"/>
          <w:i w:val="0"/>
        </w:rPr>
        <w:t>Seu histórico mostra regularidade?</w:t>
      </w:r>
    </w:p>
    <w:p>
      <w:pPr>
        <w:pStyle w:val="ListBullet"/>
      </w:pPr>
      <w:r>
        <w:rPr>
          <w:rFonts w:ascii="Aptos" w:hAnsi="Aptos" w:eastAsia="Aptos"/>
          <w:b w:val="0"/>
          <w:i w:val="0"/>
        </w:rPr>
        <w:t>Seu corpo tolera o volume necessário?</w:t>
      </w:r>
    </w:p>
    <w:p>
      <w:pPr>
        <w:pStyle w:val="ListBullet"/>
      </w:pPr>
      <w:r>
        <w:rPr>
          <w:rFonts w:ascii="Aptos" w:hAnsi="Aptos" w:eastAsia="Aptos"/>
          <w:b w:val="0"/>
          <w:i w:val="0"/>
        </w:rPr>
        <w:t>Sua recuperação acompanha a demanda?</w:t>
      </w:r>
    </w:p>
    <w:p>
      <w:pPr>
        <w:pStyle w:val="ListBullet"/>
      </w:pPr>
      <w:r>
        <w:rPr>
          <w:rFonts w:ascii="Aptos" w:hAnsi="Aptos" w:eastAsia="Aptos"/>
          <w:b w:val="0"/>
          <w:i w:val="0"/>
        </w:rPr>
        <w:t>Você já cumpriu etapas anteriores com consistência?</w:t>
      </w:r>
    </w:p>
    <w:p>
      <w:pPr/>
      <w:r>
        <w:rPr>
          <w:rFonts w:ascii="Aptos" w:hAnsi="Aptos" w:eastAsia="Aptos"/>
          <w:b w:val="0"/>
          <w:i w:val="0"/>
        </w:rPr>
        <w:t>Credencial não é medalha.</w:t>
      </w:r>
    </w:p>
    <w:p>
      <w:pPr/>
      <w:r>
        <w:rPr>
          <w:rFonts w:ascii="Aptos" w:hAnsi="Aptos" w:eastAsia="Aptos"/>
          <w:b w:val="0"/>
          <w:i w:val="0"/>
        </w:rPr>
        <w:t>Credencial é competência demonstrada.</w:t>
      </w:r>
    </w:p>
    <w:p>
      <w:pPr/>
      <w:r>
        <w:rPr>
          <w:rFonts w:ascii="Aptos" w:hAnsi="Aptos" w:eastAsia="Aptos"/>
          <w:b w:val="0"/>
          <w:i w:val="0"/>
        </w:rPr>
        <w:t>Quando essa lógica é respeitada, a progressão fica mais segura e o ciclo fica mais eficiente.</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periodização se apoia na relação entre carga, fadiga, recuperação e adaptação. Todo estímulo de treino gera uma resposta aguda: o atleta se cansa. Se a recuperação for adequada, o organismo reorganiza seus sistemas e pode retornar em condição superior à anterior.</w:t>
            </w:r>
          </w:p>
          <w:p>
            <w:pPr/>
            <w:r>
              <w:rPr>
                <w:rFonts w:ascii="Aptos" w:hAnsi="Aptos" w:eastAsia="Aptos"/>
                <w:b w:val="0"/>
                <w:i w:val="0"/>
              </w:rPr>
              <w:t>Esse processo é frequentemente explicado pela lógica da supercompensação e por modelos de equilíbrio entre aptidão e fadiga. O treino melhora a capacidade do atleta, mas também gera desgaste. A performance aparece melhor quando a aptidão acumulada supera a fadiga residual.</w:t>
            </w:r>
          </w:p>
          <w:p>
            <w:pPr/>
            <w:r>
              <w:rPr>
                <w:rFonts w:ascii="Aptos" w:hAnsi="Aptos" w:eastAsia="Aptos"/>
                <w:b w:val="0"/>
                <w:i w:val="0"/>
              </w:rPr>
              <w:t>A arquitetura TriLife usa esse princípio na prática: organiza semanas, blocos, margem e polimento para que o atleta acumule adaptações sem ser esmagado pelo desgaste.</w:t>
            </w:r>
          </w:p>
          <w:p>
            <w:pPr/>
            <w:r>
              <w:rPr>
                <w:rFonts w:ascii="Aptos" w:hAnsi="Aptos" w:eastAsia="Aptos"/>
                <w:b w:val="0"/>
                <w:i w:val="0"/>
              </w:rPr>
              <w:t>Periodizar, portanto, não é apenas distribuir volume. É controlar o momento em que a carga entra, como ela se soma, quando precisa ser reduzida e quando deve aparecer na forma de desempenho.</w:t>
            </w:r>
          </w:p>
        </w:tc>
      </w:tr>
    </w:tbl>
    <w:p/>
    <w:p>
      <w:pPr>
        <w:pStyle w:val="Heading2"/>
      </w:pPr>
      <w:r>
        <w:t>6.7 Margem de segurança é parte do planejamento</w:t>
      </w:r>
    </w:p>
    <w:p>
      <w:pPr/>
      <w:r>
        <w:rPr>
          <w:rFonts w:ascii="Aptos" w:hAnsi="Aptos" w:eastAsia="Aptos"/>
          <w:b w:val="0"/>
          <w:i w:val="0"/>
        </w:rPr>
        <w:t>Uma periodização inteligente não parte da ilusão de que tudo acontecerá perfeitamente.</w:t>
      </w:r>
    </w:p>
    <w:p>
      <w:pPr/>
      <w:r>
        <w:rPr>
          <w:rFonts w:ascii="Aptos" w:hAnsi="Aptos" w:eastAsia="Aptos"/>
          <w:b w:val="0"/>
          <w:i w:val="0"/>
        </w:rPr>
        <w:t>Atletas faltam treinos. Ficam doentes. Viajam. Dormem mal. Trabalham mais do que o previsto. Sentem dores. Enfrentam semanas difíceis. Perdem motivação. Têm compromissos familiares. Treinam no calor. Erram alimentação. Chegam cansados.</w:t>
      </w:r>
    </w:p>
    <w:p>
      <w:pPr/>
      <w:r>
        <w:rPr>
          <w:rFonts w:ascii="Aptos" w:hAnsi="Aptos" w:eastAsia="Aptos"/>
          <w:b w:val="0"/>
          <w:i w:val="0"/>
        </w:rPr>
        <w:t>A planilha que ignora isso é frágil.</w:t>
      </w:r>
    </w:p>
    <w:p>
      <w:pPr/>
      <w:r>
        <w:rPr>
          <w:rFonts w:ascii="Aptos" w:hAnsi="Aptos" w:eastAsia="Aptos"/>
          <w:b w:val="0"/>
          <w:i w:val="0"/>
        </w:rPr>
        <w:t>Por isso, o Método TriLife Running considera a margem de segurança parte da construção do ciclo.</w:t>
      </w:r>
    </w:p>
    <w:p>
      <w:pPr/>
      <w:r>
        <w:rPr>
          <w:rFonts w:ascii="Aptos" w:hAnsi="Aptos" w:eastAsia="Aptos"/>
          <w:b w:val="0"/>
          <w:i w:val="0"/>
        </w:rPr>
        <w:t>Essa margem permite reorganizar o processo sem destruir a preparação. Quando o atleta cumpre tudo conforme planejado, ela ajuda a consolidar adaptações, recuperar melhor ou ajustar detalhes. Quando imprevistos aparecem, evita que o ciclo inteiro entre em colapso.</w:t>
      </w:r>
    </w:p>
    <w:p>
      <w:pPr/>
      <w:r>
        <w:rPr>
          <w:rFonts w:ascii="Aptos" w:hAnsi="Aptos" w:eastAsia="Aptos"/>
          <w:b w:val="0"/>
          <w:i w:val="0"/>
        </w:rPr>
        <w:t>Treinos Inteligentes não dependem de uma vida perfeita.</w:t>
      </w:r>
    </w:p>
    <w:p>
      <w:pPr/>
      <w:r>
        <w:rPr>
          <w:rFonts w:ascii="Aptos" w:hAnsi="Aptos" w:eastAsia="Aptos"/>
          <w:b w:val="0"/>
          <w:i w:val="0"/>
        </w:rPr>
        <w:t>Precisam funcionar dentro da vida real.</w:t>
      </w:r>
    </w:p>
    <w:p>
      <w:pPr/>
      <w:r>
        <w:rPr>
          <w:rFonts w:ascii="Aptos" w:hAnsi="Aptos" w:eastAsia="Aptos"/>
          <w:b w:val="0"/>
          <w:i w:val="0"/>
        </w:rPr>
        <w:t>A margem não é excesso de cautela. É inteligência operacional. Ela dá ao treinador espaço para decidir sem precisar improvisar desesperadamente.</w:t>
      </w:r>
    </w:p>
    <w:p>
      <w:pPr/>
      <w:r>
        <w:rPr>
          <w:rFonts w:ascii="Aptos" w:hAnsi="Aptos" w:eastAsia="Aptos"/>
          <w:b w:val="0"/>
          <w:i w:val="0"/>
        </w:rPr>
        <w:t>Sem margem, qualquer erro vira emergência.</w:t>
      </w:r>
    </w:p>
    <w:p>
      <w:pPr/>
      <w:r>
        <w:rPr>
          <w:rFonts w:ascii="Aptos" w:hAnsi="Aptos" w:eastAsia="Aptos"/>
          <w:b w:val="0"/>
          <w:i w:val="0"/>
        </w:rPr>
        <w:t>Com margem, o ajuste vira parte do método.</w:t>
      </w:r>
    </w:p>
    <w:p>
      <w:pPr>
        <w:pStyle w:val="Heading2"/>
      </w:pPr>
      <w:r>
        <w:t>6.8 Microciclos organizam a evolução semanal</w:t>
      </w:r>
    </w:p>
    <w:p>
      <w:pPr/>
      <w:r>
        <w:rPr>
          <w:rFonts w:ascii="Aptos" w:hAnsi="Aptos" w:eastAsia="Aptos"/>
          <w:b w:val="0"/>
          <w:i w:val="0"/>
        </w:rPr>
        <w:t>O microciclo é a unidade prática da evolução semanal.</w:t>
      </w:r>
    </w:p>
    <w:p>
      <w:pPr/>
      <w:r>
        <w:rPr>
          <w:rFonts w:ascii="Aptos" w:hAnsi="Aptos" w:eastAsia="Aptos"/>
          <w:b w:val="0"/>
          <w:i w:val="0"/>
        </w:rPr>
        <w:t>Ele organiza a relação entre treinos leves, moderados, fortes, técnicos e recuperativos. Nenhuma semana eficiente é feita apenas de bons treinos isolados. Ela precisa combinar estímulos de maneira que um não destrua a função do outro.</w:t>
      </w:r>
    </w:p>
    <w:p>
      <w:pPr/>
      <w:r>
        <w:rPr>
          <w:rFonts w:ascii="Aptos" w:hAnsi="Aptos" w:eastAsia="Aptos"/>
          <w:b w:val="0"/>
          <w:i w:val="0"/>
        </w:rPr>
        <w:t>Uma semana pode ter objetivo de base. Outra pode consolidar volume. Outra pode inserir intensidade. Outra pode reduzir carga para recuperar. Outra pode aproximar o atleta da especificidade da prova.</w:t>
      </w:r>
    </w:p>
    <w:p>
      <w:pPr/>
      <w:r>
        <w:rPr>
          <w:rFonts w:ascii="Aptos" w:hAnsi="Aptos" w:eastAsia="Aptos"/>
          <w:b w:val="0"/>
          <w:i w:val="0"/>
        </w:rPr>
        <w:t>O microciclo transforma essa intenção em prática.</w:t>
      </w:r>
    </w:p>
    <w:p>
      <w:pPr/>
      <w:r>
        <w:rPr>
          <w:rFonts w:ascii="Aptos" w:hAnsi="Aptos" w:eastAsia="Aptos"/>
          <w:b w:val="0"/>
          <w:i w:val="0"/>
        </w:rPr>
        <w:t>Ele responde perguntas como:</w:t>
      </w:r>
    </w:p>
    <w:p>
      <w:pPr>
        <w:pStyle w:val="ListBullet"/>
      </w:pPr>
      <w:r>
        <w:rPr>
          <w:rFonts w:ascii="Aptos" w:hAnsi="Aptos" w:eastAsia="Aptos"/>
          <w:b w:val="0"/>
          <w:i w:val="0"/>
        </w:rPr>
        <w:t>onde entra a sessão mais exigente?</w:t>
      </w:r>
    </w:p>
    <w:p>
      <w:pPr>
        <w:pStyle w:val="ListBullet"/>
      </w:pPr>
      <w:r>
        <w:rPr>
          <w:rFonts w:ascii="Aptos" w:hAnsi="Aptos" w:eastAsia="Aptos"/>
          <w:b w:val="0"/>
          <w:i w:val="0"/>
        </w:rPr>
        <w:t>qual treino prepara melhor esse estímulo?</w:t>
      </w:r>
    </w:p>
    <w:p>
      <w:pPr>
        <w:pStyle w:val="ListBullet"/>
      </w:pPr>
      <w:r>
        <w:rPr>
          <w:rFonts w:ascii="Aptos" w:hAnsi="Aptos" w:eastAsia="Aptos"/>
          <w:b w:val="0"/>
          <w:i w:val="0"/>
        </w:rPr>
        <w:t>quando o atleta precisa recuperar?</w:t>
      </w:r>
    </w:p>
    <w:p>
      <w:pPr>
        <w:pStyle w:val="ListBullet"/>
      </w:pPr>
      <w:r>
        <w:rPr>
          <w:rFonts w:ascii="Aptos" w:hAnsi="Aptos" w:eastAsia="Aptos"/>
          <w:b w:val="0"/>
          <w:i w:val="0"/>
        </w:rPr>
        <w:t>qual intensidade deve ser preservada?</w:t>
      </w:r>
    </w:p>
    <w:p>
      <w:pPr>
        <w:pStyle w:val="ListBullet"/>
      </w:pPr>
      <w:r>
        <w:rPr>
          <w:rFonts w:ascii="Aptos" w:hAnsi="Aptos" w:eastAsia="Aptos"/>
          <w:b w:val="0"/>
          <w:i w:val="0"/>
        </w:rPr>
        <w:t>que sessão técnica precisa aparecer?</w:t>
      </w:r>
    </w:p>
    <w:p>
      <w:pPr>
        <w:pStyle w:val="ListBullet"/>
      </w:pPr>
      <w:r>
        <w:rPr>
          <w:rFonts w:ascii="Aptos" w:hAnsi="Aptos" w:eastAsia="Aptos"/>
          <w:b w:val="0"/>
          <w:i w:val="0"/>
        </w:rPr>
        <w:t>como evitar sobreposição de carga?</w:t>
      </w:r>
    </w:p>
    <w:p>
      <w:pPr>
        <w:pStyle w:val="ListBullet"/>
      </w:pPr>
      <w:r>
        <w:rPr>
          <w:rFonts w:ascii="Aptos" w:hAnsi="Aptos" w:eastAsia="Aptos"/>
          <w:b w:val="0"/>
          <w:i w:val="0"/>
        </w:rPr>
        <w:t>que treino pode ser ajustado sem comprometer a semana?</w:t>
      </w:r>
    </w:p>
    <w:p>
      <w:pPr/>
      <w:r>
        <w:rPr>
          <w:rFonts w:ascii="Aptos" w:hAnsi="Aptos" w:eastAsia="Aptos"/>
          <w:b w:val="0"/>
          <w:i w:val="0"/>
        </w:rPr>
        <w:t>Essa organização protege a qualidade.</w:t>
      </w:r>
    </w:p>
    <w:p>
      <w:pPr/>
      <w:r>
        <w:rPr>
          <w:rFonts w:ascii="Aptos" w:hAnsi="Aptos" w:eastAsia="Aptos"/>
          <w:b w:val="0"/>
          <w:i w:val="0"/>
        </w:rPr>
        <w:t>O erro não está apenas em treinar demais. Muitas vezes, está em distribuir mal.</w:t>
      </w:r>
    </w:p>
    <w:p>
      <w:pPr/>
      <w:r>
        <w:rPr>
          <w:rFonts w:ascii="Aptos" w:hAnsi="Aptos" w:eastAsia="Aptos"/>
          <w:b w:val="0"/>
          <w:i w:val="0"/>
        </w:rPr>
        <w:t>O microciclo bem construído evita que o atleta faça treinos bons em uma sequência ruim.</w:t>
      </w:r>
    </w:p>
    <w:p>
      <w:pPr>
        <w:pStyle w:val="Heading2"/>
      </w:pPr>
      <w:r>
        <w:t>6.9 Blocos de treinamento organizam adaptações</w:t>
      </w:r>
    </w:p>
    <w:p>
      <w:pPr/>
      <w:r>
        <w:rPr>
          <w:rFonts w:ascii="Aptos" w:hAnsi="Aptos" w:eastAsia="Aptos"/>
          <w:b w:val="0"/>
          <w:i w:val="0"/>
        </w:rPr>
        <w:t>Acima dos microciclos estão os blocos.</w:t>
      </w:r>
    </w:p>
    <w:p>
      <w:pPr/>
      <w:r>
        <w:rPr>
          <w:rFonts w:ascii="Aptos" w:hAnsi="Aptos" w:eastAsia="Aptos"/>
          <w:b w:val="0"/>
          <w:i w:val="0"/>
        </w:rPr>
        <w:t>O Método TriLife Running pensa em blocos porque adaptações não surgem de uma sessão isolada. Elas aparecem pela repetição inteligente de estímulos ao longo de semanas.</w:t>
      </w:r>
    </w:p>
    <w:p>
      <w:pPr/>
      <w:r>
        <w:rPr>
          <w:rFonts w:ascii="Aptos" w:hAnsi="Aptos" w:eastAsia="Aptos"/>
          <w:b w:val="0"/>
          <w:i w:val="0"/>
        </w:rPr>
        <w:t>Um bloco pode ter como objetivo:</w:t>
      </w:r>
    </w:p>
    <w:p>
      <w:pPr>
        <w:pStyle w:val="ListBullet"/>
      </w:pPr>
      <w:r>
        <w:rPr>
          <w:rFonts w:ascii="Aptos" w:hAnsi="Aptos" w:eastAsia="Aptos"/>
          <w:b w:val="0"/>
          <w:i w:val="0"/>
        </w:rPr>
        <w:t>construir base;</w:t>
      </w:r>
    </w:p>
    <w:p>
      <w:pPr>
        <w:pStyle w:val="ListBullet"/>
      </w:pPr>
      <w:r>
        <w:rPr>
          <w:rFonts w:ascii="Aptos" w:hAnsi="Aptos" w:eastAsia="Aptos"/>
          <w:b w:val="0"/>
          <w:i w:val="0"/>
        </w:rPr>
        <w:t>desenvolver resistência específica;</w:t>
      </w:r>
    </w:p>
    <w:p>
      <w:pPr>
        <w:pStyle w:val="ListBullet"/>
      </w:pPr>
      <w:r>
        <w:rPr>
          <w:rFonts w:ascii="Aptos" w:hAnsi="Aptos" w:eastAsia="Aptos"/>
          <w:b w:val="0"/>
          <w:i w:val="0"/>
        </w:rPr>
        <w:t>consolidar intensidade moderada;</w:t>
      </w:r>
    </w:p>
    <w:p>
      <w:pPr>
        <w:pStyle w:val="ListBullet"/>
      </w:pPr>
      <w:r>
        <w:rPr>
          <w:rFonts w:ascii="Aptos" w:hAnsi="Aptos" w:eastAsia="Aptos"/>
          <w:b w:val="0"/>
          <w:i w:val="0"/>
        </w:rPr>
        <w:t>melhorar controle de ritmo;</w:t>
      </w:r>
    </w:p>
    <w:p>
      <w:pPr>
        <w:pStyle w:val="ListBullet"/>
      </w:pPr>
      <w:r>
        <w:rPr>
          <w:rFonts w:ascii="Aptos" w:hAnsi="Aptos" w:eastAsia="Aptos"/>
          <w:b w:val="0"/>
          <w:i w:val="0"/>
        </w:rPr>
        <w:t>ampliar potência aeróbia;</w:t>
      </w:r>
    </w:p>
    <w:p>
      <w:pPr>
        <w:pStyle w:val="ListBullet"/>
      </w:pPr>
      <w:r>
        <w:rPr>
          <w:rFonts w:ascii="Aptos" w:hAnsi="Aptos" w:eastAsia="Aptos"/>
          <w:b w:val="0"/>
          <w:i w:val="0"/>
        </w:rPr>
        <w:t>fortalecer técnica;</w:t>
      </w:r>
    </w:p>
    <w:p>
      <w:pPr>
        <w:pStyle w:val="ListBullet"/>
      </w:pPr>
      <w:r>
        <w:rPr>
          <w:rFonts w:ascii="Aptos" w:hAnsi="Aptos" w:eastAsia="Aptos"/>
          <w:b w:val="0"/>
          <w:i w:val="0"/>
        </w:rPr>
        <w:t>preparar a fase específica;</w:t>
      </w:r>
    </w:p>
    <w:p>
      <w:pPr>
        <w:pStyle w:val="ListBullet"/>
      </w:pPr>
      <w:r>
        <w:rPr>
          <w:rFonts w:ascii="Aptos" w:hAnsi="Aptos" w:eastAsia="Aptos"/>
          <w:b w:val="0"/>
          <w:i w:val="0"/>
        </w:rPr>
        <w:t>reduzir fadiga antes da prova.</w:t>
      </w:r>
    </w:p>
    <w:p>
      <w:pPr/>
      <w:r>
        <w:rPr>
          <w:rFonts w:ascii="Aptos" w:hAnsi="Aptos" w:eastAsia="Aptos"/>
          <w:b w:val="0"/>
          <w:i w:val="0"/>
        </w:rPr>
        <w:t>Cada bloco precisa ter uma intenção clara.</w:t>
      </w:r>
    </w:p>
    <w:p>
      <w:pPr/>
      <w:r>
        <w:rPr>
          <w:rFonts w:ascii="Aptos" w:hAnsi="Aptos" w:eastAsia="Aptos"/>
          <w:b w:val="0"/>
          <w:i w:val="0"/>
        </w:rPr>
        <w:t>Quando essa intenção não existe, a planilha começa a receber treinos apenas porque parecem interessantes. Isso enfraquece o processo.</w:t>
      </w:r>
    </w:p>
    <w:p>
      <w:pPr/>
      <w:r>
        <w:rPr>
          <w:rFonts w:ascii="Aptos" w:hAnsi="Aptos" w:eastAsia="Aptos"/>
          <w:b w:val="0"/>
          <w:i w:val="0"/>
        </w:rPr>
        <w:t>Um treino de subida pode ser ótimo, mas precisa conversar com o bloco. Um intervalado pode desenvolver potência, mas talvez não seja prioridade naquele momento. Um Tempo Run pode ser excelente, mas precisa respeitar o acúmulo de fadiga da semana.</w:t>
      </w:r>
    </w:p>
    <w:p>
      <w:pPr/>
      <w:r>
        <w:rPr>
          <w:rFonts w:ascii="Aptos" w:hAnsi="Aptos" w:eastAsia="Aptos"/>
          <w:b w:val="0"/>
          <w:i w:val="0"/>
        </w:rPr>
        <w:t>A pergunta volta a ser simples:</w:t>
      </w:r>
    </w:p>
    <w:p>
      <w:pPr>
        <w:pStyle w:val="TriLifeQuote"/>
      </w:pPr>
      <w:r>
        <w:rPr>
          <w:rFonts w:ascii="Aptos" w:hAnsi="Aptos" w:eastAsia="Aptos"/>
          <w:b w:val="0"/>
          <w:i/>
        </w:rPr>
        <w:t>qual adaptação este bloco precisa produzir?</w:t>
      </w:r>
    </w:p>
    <w:p>
      <w:pPr/>
      <w:r>
        <w:rPr>
          <w:rFonts w:ascii="Aptos" w:hAnsi="Aptos" w:eastAsia="Aptos"/>
          <w:b w:val="0"/>
          <w:i w:val="0"/>
        </w:rPr>
        <w:t>A partir dessa resposta, o treinador escolhe as ferramentas.</w:t>
      </w:r>
    </w:p>
    <w:p>
      <w:pPr>
        <w:pStyle w:val="Heading2"/>
      </w:pPr>
      <w:r>
        <w:t>6.10 O polimento revela o condicionamento construído</w:t>
      </w:r>
    </w:p>
    <w:p>
      <w:pPr/>
      <w:r>
        <w:rPr>
          <w:rFonts w:ascii="Aptos" w:hAnsi="Aptos" w:eastAsia="Aptos"/>
          <w:b w:val="0"/>
          <w:i w:val="0"/>
        </w:rPr>
        <w:t>Existe um erro muito comum entre atletas: acreditar que reduzir carga perto da prova significa perder condicionamento.</w:t>
      </w:r>
    </w:p>
    <w:p>
      <w:pPr/>
      <w:r>
        <w:rPr>
          <w:rFonts w:ascii="Aptos" w:hAnsi="Aptos" w:eastAsia="Aptos"/>
          <w:b w:val="0"/>
          <w:i w:val="0"/>
        </w:rPr>
        <w:t>No Método TriLife Running, o polimento não é perda de treino.</w:t>
      </w:r>
    </w:p>
    <w:p>
      <w:pPr/>
      <w:r>
        <w:rPr>
          <w:rFonts w:ascii="Aptos" w:hAnsi="Aptos" w:eastAsia="Aptos"/>
          <w:b w:val="0"/>
          <w:i w:val="0"/>
        </w:rPr>
        <w:t>É estratégia.</w:t>
      </w:r>
    </w:p>
    <w:p>
      <w:pPr/>
      <w:r>
        <w:rPr>
          <w:rFonts w:ascii="Aptos" w:hAnsi="Aptos" w:eastAsia="Aptos"/>
          <w:b w:val="0"/>
          <w:i w:val="0"/>
        </w:rPr>
        <w:t>Durante semanas, o corpo acumula adaptações, mas também acumula fadiga. Se o atleta chega à prova cansado, parte do condicionamento construído fica escondida atrás do desgaste.</w:t>
      </w:r>
    </w:p>
    <w:p>
      <w:pPr/>
      <w:r>
        <w:rPr>
          <w:rFonts w:ascii="Aptos" w:hAnsi="Aptos" w:eastAsia="Aptos"/>
          <w:b w:val="0"/>
          <w:i w:val="0"/>
        </w:rPr>
        <w:t>O polimento reduz essa fadiga sem abandonar completamente os estímulos necessários para manter o corpo ativo.</w:t>
      </w:r>
    </w:p>
    <w:p>
      <w:pPr/>
      <w:r>
        <w:rPr>
          <w:rFonts w:ascii="Aptos" w:hAnsi="Aptos" w:eastAsia="Aptos"/>
          <w:b w:val="0"/>
          <w:i w:val="0"/>
        </w:rPr>
        <w:t>Perto da prova, o objetivo muda.</w:t>
      </w:r>
    </w:p>
    <w:p>
      <w:pPr/>
      <w:r>
        <w:rPr>
          <w:rFonts w:ascii="Aptos" w:hAnsi="Aptos" w:eastAsia="Aptos"/>
          <w:b w:val="0"/>
          <w:i w:val="0"/>
        </w:rPr>
        <w:t>A fase já não é para criar grandes adaptações novas. É para permitir que as adaptações construídas apareçam.</w:t>
      </w:r>
    </w:p>
    <w:p>
      <w:pPr/>
      <w:r>
        <w:rPr>
          <w:rFonts w:ascii="Aptos" w:hAnsi="Aptos" w:eastAsia="Aptos"/>
          <w:b w:val="0"/>
          <w:i w:val="0"/>
        </w:rPr>
        <w:t>A carga diminui. A organização permanece. A intensidade pode ser mantida com doses menores. A recuperação ganha prioridade.</w:t>
      </w:r>
    </w:p>
    <w:p>
      <w:pPr/>
      <w:r>
        <w:rPr>
          <w:rFonts w:ascii="Aptos" w:hAnsi="Aptos" w:eastAsia="Aptos"/>
          <w:b w:val="0"/>
          <w:i w:val="0"/>
        </w:rPr>
        <w:t>Esse processo exige confiança. Muitos atletas querem “fazer mais um treino forte” para se sentir seguros. O treinador precisa proteger o ciclo nessa fase.</w:t>
      </w:r>
    </w:p>
    <w:p>
      <w:pPr/>
      <w:r>
        <w:rPr>
          <w:rFonts w:ascii="Aptos" w:hAnsi="Aptos" w:eastAsia="Aptos"/>
          <w:b w:val="0"/>
          <w:i w:val="0"/>
        </w:rPr>
        <w:t>O atleta não precisa provar que está condicionado na semana da prova.</w:t>
      </w:r>
    </w:p>
    <w:p>
      <w:pPr/>
      <w:r>
        <w:rPr>
          <w:rFonts w:ascii="Aptos" w:hAnsi="Aptos" w:eastAsia="Aptos"/>
          <w:b w:val="0"/>
          <w:i w:val="0"/>
        </w:rPr>
        <w:t>Precisa chegar pronto para competir.</w:t>
      </w:r>
    </w:p>
    <w:p>
      <w:pPr>
        <w:pStyle w:val="Heading2"/>
      </w:pPr>
      <w:r>
        <w:t>6.11 A planilha é uma hipótese de treinamento</w:t>
      </w:r>
    </w:p>
    <w:p>
      <w:pPr/>
      <w:r>
        <w:rPr>
          <w:rFonts w:ascii="Aptos" w:hAnsi="Aptos" w:eastAsia="Aptos"/>
          <w:b w:val="0"/>
          <w:i w:val="0"/>
        </w:rPr>
        <w:t>Talvez um dos princípios mais importantes da periodização TriLife seja entender que nenhuma planilha nasce como verdade absoluta.</w:t>
      </w:r>
    </w:p>
    <w:p>
      <w:pPr/>
      <w:r>
        <w:rPr>
          <w:rFonts w:ascii="Aptos" w:hAnsi="Aptos" w:eastAsia="Aptos"/>
          <w:b w:val="0"/>
          <w:i w:val="0"/>
        </w:rPr>
        <w:t>Ela nasce como hipótese técnica.</w:t>
      </w:r>
    </w:p>
    <w:p>
      <w:pPr/>
      <w:r>
        <w:rPr>
          <w:rFonts w:ascii="Aptos" w:hAnsi="Aptos" w:eastAsia="Aptos"/>
          <w:b w:val="0"/>
          <w:i w:val="0"/>
        </w:rPr>
        <w:t>O treinador projeta como o atleta deve responder ao processo. Define carga, distribuição, blocos, intensidade e recuperação. Mas a resposta real só aparece com o treinamento.</w:t>
      </w:r>
    </w:p>
    <w:p>
      <w:pPr/>
      <w:r>
        <w:rPr>
          <w:rFonts w:ascii="Aptos" w:hAnsi="Aptos" w:eastAsia="Aptos"/>
          <w:b w:val="0"/>
          <w:i w:val="0"/>
        </w:rPr>
        <w:t>Se o atleta assimila bem, a progressão pode continuar. Se acumula fadiga, a carga precisa ser ajustada. Se aparecem dores, o método reorganiza. Se a evolução é mais rápida do que o previsto, o Ritmo de Limiar pode ser recalibrado. Se a aderência cai, talvez o problema não seja fisiológico, mas operacional.</w:t>
      </w:r>
    </w:p>
    <w:p>
      <w:pPr/>
      <w:r>
        <w:rPr>
          <w:rFonts w:ascii="Aptos" w:hAnsi="Aptos" w:eastAsia="Aptos"/>
          <w:b w:val="0"/>
          <w:i w:val="0"/>
        </w:rPr>
        <w:t>A planilha precisa guiar.</w:t>
      </w:r>
    </w:p>
    <w:p>
      <w:pPr/>
      <w:r>
        <w:rPr>
          <w:rFonts w:ascii="Aptos" w:hAnsi="Aptos" w:eastAsia="Aptos"/>
          <w:b w:val="0"/>
          <w:i w:val="0"/>
        </w:rPr>
        <w:t>Não pode aprisionar.</w:t>
      </w:r>
    </w:p>
    <w:p>
      <w:pPr/>
      <w:r>
        <w:rPr>
          <w:rFonts w:ascii="Aptos" w:hAnsi="Aptos" w:eastAsia="Aptos"/>
          <w:b w:val="0"/>
          <w:i w:val="0"/>
        </w:rPr>
        <w:t>Essa visão evita dois erros: mudar tudo a cada oscilação ou manter tudo igual mesmo quando os sinais mostram que o caminho não está funcionando.</w:t>
      </w:r>
    </w:p>
    <w:p>
      <w:pPr/>
      <w:r>
        <w:rPr>
          <w:rFonts w:ascii="Aptos" w:hAnsi="Aptos" w:eastAsia="Aptos"/>
          <w:b w:val="0"/>
          <w:i w:val="0"/>
        </w:rPr>
        <w:t>Treinar com método exige firmeza e flexibilidade.</w:t>
      </w:r>
    </w:p>
    <w:p>
      <w:pPr/>
      <w:r>
        <w:rPr>
          <w:rFonts w:ascii="Aptos" w:hAnsi="Aptos" w:eastAsia="Aptos"/>
          <w:b w:val="0"/>
          <w:i w:val="0"/>
        </w:rPr>
        <w:t>Firmeza para preservar a lógica.</w:t>
      </w:r>
    </w:p>
    <w:p>
      <w:pPr/>
      <w:r>
        <w:rPr>
          <w:rFonts w:ascii="Aptos" w:hAnsi="Aptos" w:eastAsia="Aptos"/>
          <w:b w:val="0"/>
          <w:i w:val="0"/>
        </w:rPr>
        <w:t>Flexibilidade para ajustar a rota.</w:t>
      </w:r>
    </w:p>
    <w:p>
      <w:pPr>
        <w:pStyle w:val="Heading2"/>
      </w:pPr>
      <w:r>
        <w:t>6.12 Tecnologia como apoio, não como comando</w:t>
      </w:r>
    </w:p>
    <w:p>
      <w:pPr/>
      <w:r>
        <w:rPr>
          <w:rFonts w:ascii="Aptos" w:hAnsi="Aptos" w:eastAsia="Aptos"/>
          <w:b w:val="0"/>
          <w:i w:val="0"/>
        </w:rPr>
        <w:t>Ferramentas digitais ajudam a organizar a periodização, acompanhar aderência, registrar histórico, visualizar carga e aproximar treinador e atleta.</w:t>
      </w:r>
    </w:p>
    <w:p>
      <w:pPr/>
      <w:r>
        <w:rPr>
          <w:rFonts w:ascii="Aptos" w:hAnsi="Aptos" w:eastAsia="Aptos"/>
          <w:b w:val="0"/>
          <w:i w:val="0"/>
        </w:rPr>
        <w:t>O TrainingPeaks, dentro da metodologia, cumpre esse papel operacional.</w:t>
      </w:r>
    </w:p>
    <w:p>
      <w:pPr/>
      <w:r>
        <w:rPr>
          <w:rFonts w:ascii="Aptos" w:hAnsi="Aptos" w:eastAsia="Aptos"/>
          <w:b w:val="0"/>
          <w:i w:val="0"/>
        </w:rPr>
        <w:t>Ainda assim, a plataforma não substitui o raciocínio do treinador. Ela mostra informações. O método interpreta essas informações.</w:t>
      </w:r>
    </w:p>
    <w:p>
      <w:pPr/>
      <w:r>
        <w:rPr>
          <w:rFonts w:ascii="Aptos" w:hAnsi="Aptos" w:eastAsia="Aptos"/>
          <w:b w:val="0"/>
          <w:i w:val="0"/>
        </w:rPr>
        <w:t>Esse ponto precisa ficar claro: tecnologia não cria metodologia sozinha.</w:t>
      </w:r>
    </w:p>
    <w:p>
      <w:pPr/>
      <w:r>
        <w:rPr>
          <w:rFonts w:ascii="Aptos" w:hAnsi="Aptos" w:eastAsia="Aptos"/>
          <w:b w:val="0"/>
          <w:i w:val="0"/>
        </w:rPr>
        <w:t>Ela amplia a leitura.</w:t>
      </w:r>
    </w:p>
    <w:p>
      <w:pPr/>
      <w:r>
        <w:rPr>
          <w:rFonts w:ascii="Aptos" w:hAnsi="Aptos" w:eastAsia="Aptos"/>
          <w:b w:val="0"/>
          <w:i w:val="0"/>
        </w:rPr>
        <w:t>O valor está na capacidade do coach de transformar dados em decisão.</w:t>
      </w:r>
    </w:p>
    <w:p>
      <w:pPr/>
      <w:r>
        <w:rPr>
          <w:rFonts w:ascii="Aptos" w:hAnsi="Aptos" w:eastAsia="Aptos"/>
          <w:b w:val="0"/>
          <w:i w:val="0"/>
        </w:rPr>
        <w:t>Por isso, a TriLife usa tecnologia como ferramenta de acompanhamento, não como piloto automático.</w:t>
      </w:r>
    </w:p>
    <w:p>
      <w:pPr/>
      <w:r>
        <w:rPr>
          <w:rFonts w:ascii="Aptos" w:hAnsi="Aptos" w:eastAsia="Aptos"/>
          <w:b w:val="0"/>
          <w:i w:val="0"/>
        </w:rPr>
        <w:t>A decisão continua pertencendo ao treinador.</w:t>
      </w:r>
    </w:p>
    <w:p>
      <w:pPr>
        <w:pStyle w:val="Heading2"/>
      </w:pPr>
      <w:r>
        <w:t>Conclusão</w:t>
      </w:r>
    </w:p>
    <w:p>
      <w:pPr/>
      <w:r>
        <w:rPr>
          <w:rFonts w:ascii="Aptos" w:hAnsi="Aptos" w:eastAsia="Aptos"/>
          <w:b w:val="0"/>
          <w:i w:val="0"/>
        </w:rPr>
        <w:t>A periodização TriLife organiza o treinamento como uma sequência lógica de adaptações.</w:t>
      </w:r>
    </w:p>
    <w:p>
      <w:pPr/>
      <w:r>
        <w:rPr>
          <w:rFonts w:ascii="Aptos" w:hAnsi="Aptos" w:eastAsia="Aptos"/>
          <w:b w:val="0"/>
          <w:i w:val="0"/>
        </w:rPr>
        <w:t>Cada semana possui função. Cada bloco possui intenção. Cada prova representa uma etapa dentro da evolução do atleta. A planilha não existe para preencher o calendário, mas para desenvolver capacidades no tempo certo, respeitando a realidade individual e a exigência do objetivo final.</w:t>
      </w:r>
    </w:p>
    <w:p>
      <w:pPr/>
      <w:r>
        <w:rPr>
          <w:rFonts w:ascii="Aptos" w:hAnsi="Aptos" w:eastAsia="Aptos"/>
          <w:b w:val="0"/>
          <w:i w:val="0"/>
        </w:rPr>
        <w:t>Treinos Inteligentes dependem dessa arquitetura: prova-alvo, regressiva, microciclos, blocos, margem, polimento e ajustes contínuos trabalhando juntos para transformar planejamento em desempenho.</w:t>
      </w:r>
    </w:p>
    <w:p>
      <w:pPr>
        <w:pStyle w:val="Heading2"/>
      </w:pPr>
      <w:r>
        <w:t>Princípios Fundamentais do Método TriLife Running</w:t>
      </w:r>
    </w:p>
    <w:p>
      <w:pPr>
        <w:pStyle w:val="TriLifeQuote"/>
      </w:pPr>
      <w:r>
        <w:rPr>
          <w:rFonts w:ascii="Aptos" w:hAnsi="Aptos" w:eastAsia="Aptos"/>
          <w:b w:val="0"/>
          <w:i/>
        </w:rPr>
        <w:t>Princípio Fundamental nº 21</w:t>
      </w:r>
    </w:p>
    <w:p>
      <w:pPr/>
      <w:r>
        <w:rPr>
          <w:rFonts w:ascii="Aptos" w:hAnsi="Aptos" w:eastAsia="Aptos"/>
          <w:b w:val="0"/>
          <w:i w:val="0"/>
        </w:rPr>
        <w:t>Periodizar é organizar adaptações no tempo.</w:t>
      </w:r>
    </w:p>
    <w:p>
      <w:pPr>
        <w:pStyle w:val="TriLifeQuote"/>
      </w:pPr>
      <w:r>
        <w:rPr>
          <w:rFonts w:ascii="Aptos" w:hAnsi="Aptos" w:eastAsia="Aptos"/>
          <w:b w:val="0"/>
          <w:i/>
        </w:rPr>
        <w:t>Princípio Fundamental nº 22</w:t>
      </w:r>
    </w:p>
    <w:p>
      <w:pPr/>
      <w:r>
        <w:rPr>
          <w:rFonts w:ascii="Aptos" w:hAnsi="Aptos" w:eastAsia="Aptos"/>
          <w:b w:val="0"/>
          <w:i w:val="0"/>
        </w:rPr>
        <w:t>A prova define a direção. A realidade do atleta define o caminho.</w:t>
      </w:r>
    </w:p>
    <w:p>
      <w:pPr>
        <w:pStyle w:val="TriLifeQuote"/>
      </w:pPr>
      <w:r>
        <w:rPr>
          <w:rFonts w:ascii="Aptos" w:hAnsi="Aptos" w:eastAsia="Aptos"/>
          <w:b w:val="0"/>
          <w:i/>
        </w:rPr>
        <w:t>Princípio Fundamental nº 23</w:t>
      </w:r>
    </w:p>
    <w:p>
      <w:pPr/>
      <w:r>
        <w:rPr>
          <w:rFonts w:ascii="Aptos" w:hAnsi="Aptos" w:eastAsia="Aptos"/>
          <w:b w:val="0"/>
          <w:i w:val="0"/>
        </w:rPr>
        <w:t>Cada semana prepara a próxima.</w:t>
      </w:r>
    </w:p>
    <w:p>
      <w:pPr>
        <w:pStyle w:val="TriLifeQuote"/>
      </w:pPr>
      <w:r>
        <w:rPr>
          <w:rFonts w:ascii="Aptos" w:hAnsi="Aptos" w:eastAsia="Aptos"/>
          <w:b w:val="0"/>
          <w:i/>
        </w:rPr>
        <w:t>Princípio Fundamental nº 24</w:t>
      </w:r>
    </w:p>
    <w:p>
      <w:pPr/>
      <w:r>
        <w:rPr>
          <w:rFonts w:ascii="Aptos" w:hAnsi="Aptos" w:eastAsia="Aptos"/>
          <w:b w:val="0"/>
          <w:i w:val="0"/>
        </w:rPr>
        <w:t>A planilha é uma hipótese técnica que precisa ser confirmada ou ajustada pelo processo.</w:t>
      </w:r>
    </w:p>
    <w:p>
      <w:r>
        <w:br w:type="page"/>
      </w:r>
    </w:p>
    <w:p>
      <w:pPr>
        <w:pStyle w:val="Heading1"/>
        <w:jc w:val="center"/>
      </w:pPr>
      <w:r>
        <w:t>CAPÍTULO 7</w:t>
      </w:r>
    </w:p>
    <w:p>
      <w:pPr>
        <w:pStyle w:val="Heading1"/>
        <w:jc w:val="center"/>
      </w:pPr>
      <w:r>
        <w:t>TEMPO RUN: A FERRAMENTA QUE CONSTRÓI CORREDORES</w:t>
      </w:r>
    </w:p>
    <w:p>
      <w:pPr>
        <w:pStyle w:val="TriLifeQuote"/>
      </w:pPr>
      <w:r>
        <w:rPr>
          <w:rFonts w:ascii="Aptos" w:hAnsi="Aptos" w:eastAsia="Aptos"/>
          <w:b w:val="0"/>
          <w:i/>
        </w:rPr>
        <w:t>Velocidade impressiona. Consistência vence provas.</w:t>
      </w:r>
    </w:p>
    <w:p>
      <w:pPr>
        <w:pStyle w:val="Heading2"/>
      </w:pPr>
      <w:r>
        <w:t>7.1 O que é o Tempo Run dentro do Método TriLife</w:t>
      </w:r>
    </w:p>
    <w:p>
      <w:pPr/>
      <w:r>
        <w:rPr>
          <w:rFonts w:ascii="Aptos" w:hAnsi="Aptos" w:eastAsia="Aptos"/>
          <w:b w:val="0"/>
          <w:i w:val="0"/>
        </w:rPr>
        <w:t>Entre as ferramentas centrais da metodologia TriLife Running, o Tempo Run ocupa posição de destaque.</w:t>
      </w:r>
    </w:p>
    <w:p>
      <w:pPr/>
      <w:r>
        <w:rPr>
          <w:rFonts w:ascii="Aptos" w:hAnsi="Aptos" w:eastAsia="Aptos"/>
          <w:b w:val="0"/>
          <w:i w:val="0"/>
        </w:rPr>
        <w:t>Ele desenvolve a capacidade de sustentar intensidade com controle.</w:t>
      </w:r>
    </w:p>
    <w:p>
      <w:pPr/>
      <w:r>
        <w:rPr>
          <w:rFonts w:ascii="Aptos" w:hAnsi="Aptos" w:eastAsia="Aptos"/>
          <w:b w:val="0"/>
          <w:i w:val="0"/>
        </w:rPr>
        <w:t>Não é um teste.</w:t>
      </w:r>
    </w:p>
    <w:p>
      <w:pPr/>
      <w:r>
        <w:rPr>
          <w:rFonts w:ascii="Aptos" w:hAnsi="Aptos" w:eastAsia="Aptos"/>
          <w:b w:val="0"/>
          <w:i w:val="0"/>
        </w:rPr>
        <w:t>Não é uma prova escondida dentro da planilha.</w:t>
      </w:r>
    </w:p>
    <w:p>
      <w:pPr/>
      <w:r>
        <w:rPr>
          <w:rFonts w:ascii="Aptos" w:hAnsi="Aptos" w:eastAsia="Aptos"/>
          <w:b w:val="0"/>
          <w:i w:val="0"/>
        </w:rPr>
        <w:t>Não é um convite para correr no limite absoluto.</w:t>
      </w:r>
    </w:p>
    <w:p>
      <w:pPr/>
      <w:r>
        <w:rPr>
          <w:rFonts w:ascii="Aptos" w:hAnsi="Aptos" w:eastAsia="Aptos"/>
          <w:b w:val="0"/>
          <w:i w:val="0"/>
        </w:rPr>
        <w:t>Sua função é ensinar o atleta a permanecer eficiente em uma intensidade exigente, porém controlável, normalmente próxima das zonas moderadas-altas e fortes do PZI, de acordo com o momento da periodização.</w:t>
      </w:r>
    </w:p>
    <w:p>
      <w:pPr/>
      <w:r>
        <w:rPr>
          <w:rFonts w:ascii="Aptos" w:hAnsi="Aptos" w:eastAsia="Aptos"/>
          <w:b w:val="0"/>
          <w:i w:val="0"/>
        </w:rPr>
        <w:t>O Tempo Run aproxima o corredor de sensações relevantes para a prova sem transformar cada sessão em desgaste desnecessário.</w:t>
      </w:r>
    </w:p>
    <w:p>
      <w:pPr/>
      <w:r>
        <w:rPr>
          <w:rFonts w:ascii="Aptos" w:hAnsi="Aptos" w:eastAsia="Aptos"/>
          <w:b w:val="0"/>
          <w:i w:val="0"/>
        </w:rPr>
        <w:t>O objetivo não é fazer o atleta terminar quebrado.</w:t>
      </w:r>
    </w:p>
    <w:p>
      <w:pPr/>
      <w:r>
        <w:rPr>
          <w:rFonts w:ascii="Aptos" w:hAnsi="Aptos" w:eastAsia="Aptos"/>
          <w:b w:val="0"/>
          <w:i w:val="0"/>
        </w:rPr>
        <w:t>O objetivo é tornar ritmos progressivamente mais exigentes mais estáveis, econômicos e sustentáveis.</w:t>
      </w:r>
    </w:p>
    <w:p>
      <w:pPr/>
      <w:r>
        <w:rPr>
          <w:rFonts w:ascii="Aptos" w:hAnsi="Aptos" w:eastAsia="Aptos"/>
          <w:b w:val="0"/>
          <w:i w:val="0"/>
        </w:rPr>
        <w:t>Dentro do Método TriLife Running, essa ferramenta constrói resistência específica, controle emocional, tolerância ao desconforto e confiança. Ela ensina o atleta a entender que correr forte não precisa ser sinônimo de correr desorganizado.</w:t>
      </w:r>
    </w:p>
    <w:p>
      <w:pPr/>
      <w:r>
        <w:rPr>
          <w:rFonts w:ascii="Aptos" w:hAnsi="Aptos" w:eastAsia="Aptos"/>
          <w:b w:val="0"/>
          <w:i w:val="0"/>
        </w:rPr>
        <w:t>A intensidade existe.</w:t>
      </w:r>
    </w:p>
    <w:p>
      <w:pPr/>
      <w:r>
        <w:rPr>
          <w:rFonts w:ascii="Aptos" w:hAnsi="Aptos" w:eastAsia="Aptos"/>
          <w:b w:val="0"/>
          <w:i w:val="0"/>
        </w:rPr>
        <w:t>Mas precisa ser dominada.</w:t>
      </w:r>
    </w:p>
    <w:p>
      <w:pPr>
        <w:pStyle w:val="Heading2"/>
      </w:pPr>
      <w:r>
        <w:t>7.2 Sustentar intensidade é uma habilidade treinável</w:t>
      </w:r>
    </w:p>
    <w:p>
      <w:pPr/>
      <w:r>
        <w:rPr>
          <w:rFonts w:ascii="Aptos" w:hAnsi="Aptos" w:eastAsia="Aptos"/>
          <w:b w:val="0"/>
          <w:i w:val="0"/>
        </w:rPr>
        <w:t>Muitos corredores associam melhora de desempenho apenas à capacidade de correr mais rápido.</w:t>
      </w:r>
    </w:p>
    <w:p>
      <w:pPr/>
      <w:r>
        <w:rPr>
          <w:rFonts w:ascii="Aptos" w:hAnsi="Aptos" w:eastAsia="Aptos"/>
          <w:b w:val="0"/>
          <w:i w:val="0"/>
        </w:rPr>
        <w:t>A metodologia TriLife olha para isso com mais precisão.</w:t>
      </w:r>
    </w:p>
    <w:p>
      <w:pPr/>
      <w:r>
        <w:rPr>
          <w:rFonts w:ascii="Aptos" w:hAnsi="Aptos" w:eastAsia="Aptos"/>
          <w:b w:val="0"/>
          <w:i w:val="0"/>
        </w:rPr>
        <w:t>Não basta atingir uma velocidade alta por poucos segundos. O atleta precisa sustentar intensidade mantendo respiração controlada, cadência estável, postura organizada e percepção de esforço compatível com a proposta da sessão.</w:t>
      </w:r>
    </w:p>
    <w:p>
      <w:pPr/>
      <w:r>
        <w:rPr>
          <w:rFonts w:ascii="Aptos" w:hAnsi="Aptos" w:eastAsia="Aptos"/>
          <w:b w:val="0"/>
          <w:i w:val="0"/>
        </w:rPr>
        <w:t>Essa capacidade é treinável.</w:t>
      </w:r>
    </w:p>
    <w:p>
      <w:pPr/>
      <w:r>
        <w:rPr>
          <w:rFonts w:ascii="Aptos" w:hAnsi="Aptos" w:eastAsia="Aptos"/>
          <w:b w:val="0"/>
          <w:i w:val="0"/>
        </w:rPr>
        <w:t>O Tempo Run desenvolve exatamente essa competência.</w:t>
      </w:r>
    </w:p>
    <w:p>
      <w:pPr/>
      <w:r>
        <w:rPr>
          <w:rFonts w:ascii="Aptos" w:hAnsi="Aptos" w:eastAsia="Aptos"/>
          <w:b w:val="0"/>
          <w:i w:val="0"/>
        </w:rPr>
        <w:t>Ao repetir blocos controlados durante semanas, o corredor aprende a permanecer em uma zona desconfortável, mas possível. Ele entende que existe diferença entre esforço produtivo e sofrimento desorganizado.</w:t>
      </w:r>
    </w:p>
    <w:p>
      <w:pPr/>
      <w:r>
        <w:rPr>
          <w:rFonts w:ascii="Aptos" w:hAnsi="Aptos" w:eastAsia="Aptos"/>
          <w:b w:val="0"/>
          <w:i w:val="0"/>
        </w:rPr>
        <w:t>O corpo aprende a lidar melhor com a intensidade. O movimento fica mais econômico. A mente passa a confiar na capacidade de sustentar o ritmo.</w:t>
      </w:r>
    </w:p>
    <w:p>
      <w:pPr/>
      <w:r>
        <w:rPr>
          <w:rFonts w:ascii="Aptos" w:hAnsi="Aptos" w:eastAsia="Aptos"/>
          <w:b w:val="0"/>
          <w:i w:val="0"/>
        </w:rPr>
        <w:t>Essa adaptação não é apenas fisiológica.</w:t>
      </w:r>
    </w:p>
    <w:p>
      <w:pPr/>
      <w:r>
        <w:rPr>
          <w:rFonts w:ascii="Aptos" w:hAnsi="Aptos" w:eastAsia="Aptos"/>
          <w:b w:val="0"/>
          <w:i w:val="0"/>
        </w:rPr>
        <w:t>É técnica e comportamental.</w:t>
      </w:r>
    </w:p>
    <w:p>
      <w:pPr/>
      <w:r>
        <w:rPr>
          <w:rFonts w:ascii="Aptos" w:hAnsi="Aptos" w:eastAsia="Aptos"/>
          <w:b w:val="0"/>
          <w:i w:val="0"/>
        </w:rPr>
        <w:t>Um atleta que aprende a sustentar esforço com controle se torna mais preparado para competir, porque deixa de depender apenas de motivação e passa a executar estratégia.</w:t>
      </w:r>
    </w:p>
    <w:p>
      <w:pPr>
        <w:pStyle w:val="Heading2"/>
      </w:pPr>
      <w:r>
        <w:t>7.3 A relação com o Ritmo de Limiar e o PZI</w:t>
      </w:r>
    </w:p>
    <w:p>
      <w:pPr/>
      <w:r>
        <w:rPr>
          <w:rFonts w:ascii="Aptos" w:hAnsi="Aptos" w:eastAsia="Aptos"/>
          <w:b w:val="0"/>
          <w:i w:val="0"/>
        </w:rPr>
        <w:t>O Tempo Run conversa diretamente com dois pilares do método: Ritmo de Limiar e PZI.</w:t>
      </w:r>
    </w:p>
    <w:p>
      <w:pPr/>
      <w:r>
        <w:rPr>
          <w:rFonts w:ascii="Aptos" w:hAnsi="Aptos" w:eastAsia="Aptos"/>
          <w:b w:val="0"/>
          <w:i w:val="0"/>
        </w:rPr>
        <w:t>O Ritmo de Limiar oferece a referência operacional.</w:t>
      </w:r>
    </w:p>
    <w:p>
      <w:pPr/>
      <w:r>
        <w:rPr>
          <w:rFonts w:ascii="Aptos" w:hAnsi="Aptos" w:eastAsia="Aptos"/>
          <w:b w:val="0"/>
          <w:i w:val="0"/>
        </w:rPr>
        <w:t>O PZI traduz essa referência em linguagem prática.</w:t>
      </w:r>
    </w:p>
    <w:p>
      <w:pPr/>
      <w:r>
        <w:rPr>
          <w:rFonts w:ascii="Aptos" w:hAnsi="Aptos" w:eastAsia="Aptos"/>
          <w:b w:val="0"/>
          <w:i w:val="0"/>
        </w:rPr>
        <w:t>Dessa forma, um Tempo Run não precisa ser entendido apenas como um pace fixo. Ele representa uma zona de trabalho, uma sensação de esforço e uma intenção fisiológica dentro do ciclo.</w:t>
      </w:r>
    </w:p>
    <w:p>
      <w:pPr/>
      <w:r>
        <w:rPr>
          <w:rFonts w:ascii="Aptos" w:hAnsi="Aptos" w:eastAsia="Aptos"/>
          <w:b w:val="0"/>
          <w:i w:val="0"/>
        </w:rPr>
        <w:t>Quando o treinador prescreve um Tempo Run em determinada zona, ele está comunicando mais do que velocidade. Está comunicando o nível de controle esperado, o tipo de adaptação desejada e a relação daquele treino com o bloco atual.</w:t>
      </w:r>
    </w:p>
    <w:p>
      <w:pPr/>
      <w:r>
        <w:rPr>
          <w:rFonts w:ascii="Aptos" w:hAnsi="Aptos" w:eastAsia="Aptos"/>
          <w:b w:val="0"/>
          <w:i w:val="0"/>
        </w:rPr>
        <w:t>Essa lógica reduz erro de execução.</w:t>
      </w:r>
    </w:p>
    <w:p>
      <w:pPr/>
      <w:r>
        <w:rPr>
          <w:rFonts w:ascii="Aptos" w:hAnsi="Aptos" w:eastAsia="Aptos"/>
          <w:b w:val="0"/>
          <w:i w:val="0"/>
        </w:rPr>
        <w:t>O atleta aprende que o objetivo não é correr o mais rápido possível. O objetivo é cumprir a intensidade certa pelo tempo certo, com o menor desperdício possível.</w:t>
      </w:r>
    </w:p>
    <w:p>
      <w:pPr/>
      <w:r>
        <w:rPr>
          <w:rFonts w:ascii="Aptos" w:hAnsi="Aptos" w:eastAsia="Aptos"/>
          <w:b w:val="0"/>
          <w:i w:val="0"/>
        </w:rPr>
        <w:t>Quando o Ritmo de Limiar evolui, o PZI é recalibrado. O Tempo Run acompanha essa evolução.</w:t>
      </w:r>
    </w:p>
    <w:p>
      <w:pPr/>
      <w:r>
        <w:rPr>
          <w:rFonts w:ascii="Aptos" w:hAnsi="Aptos" w:eastAsia="Aptos"/>
          <w:b w:val="0"/>
          <w:i w:val="0"/>
        </w:rPr>
        <w:t>A ferramenta permanece.</w:t>
      </w:r>
    </w:p>
    <w:p>
      <w:pPr/>
      <w:r>
        <w:rPr>
          <w:rFonts w:ascii="Aptos" w:hAnsi="Aptos" w:eastAsia="Aptos"/>
          <w:b w:val="0"/>
          <w:i w:val="0"/>
        </w:rPr>
        <w:t>A intensidade relativa muda junto com o atleta.</w:t>
      </w:r>
    </w:p>
    <w:p>
      <w:pPr>
        <w:pStyle w:val="Heading2"/>
      </w:pPr>
      <w:r>
        <w:t>7.4 Progressão: de blocos curtos à resistência específica</w:t>
      </w:r>
    </w:p>
    <w:p>
      <w:pPr/>
      <w:r>
        <w:rPr>
          <w:rFonts w:ascii="Aptos" w:hAnsi="Aptos" w:eastAsia="Aptos"/>
          <w:b w:val="0"/>
          <w:i w:val="0"/>
        </w:rPr>
        <w:t>O Tempo Run não deve aumentar de forma aleatória.</w:t>
      </w:r>
    </w:p>
    <w:p>
      <w:pPr/>
      <w:r>
        <w:rPr>
          <w:rFonts w:ascii="Aptos" w:hAnsi="Aptos" w:eastAsia="Aptos"/>
          <w:b w:val="0"/>
          <w:i w:val="0"/>
        </w:rPr>
        <w:t>Na metodologia TriLife, sua progressão segue uma lógica.</w:t>
      </w:r>
    </w:p>
    <w:p>
      <w:pPr/>
      <w:r>
        <w:rPr>
          <w:rFonts w:ascii="Aptos" w:hAnsi="Aptos" w:eastAsia="Aptos"/>
          <w:b w:val="0"/>
          <w:i w:val="0"/>
        </w:rPr>
        <w:t>Primeiro, o atleta aprende a sentir a intensidade. Blocos curtos permitem reconhecer a zona correta sem acumular fadiga excessiva. Depois, os blocos se tornam mais longos. Em seguida, a recuperação pode diminuir. Mais adiante, o treino se aproxima da exigência específica do objetivo.</w:t>
      </w:r>
    </w:p>
    <w:p>
      <w:pPr/>
      <w:r>
        <w:rPr>
          <w:rFonts w:ascii="Aptos" w:hAnsi="Aptos" w:eastAsia="Aptos"/>
          <w:b w:val="0"/>
          <w:i w:val="0"/>
        </w:rPr>
        <w:t>Essa sequência respeita o princípio da menor dose eficaz.</w:t>
      </w:r>
    </w:p>
    <w:p>
      <w:pPr/>
      <w:r>
        <w:rPr>
          <w:rFonts w:ascii="Aptos" w:hAnsi="Aptos" w:eastAsia="Aptos"/>
          <w:b w:val="0"/>
          <w:i w:val="0"/>
        </w:rPr>
        <w:t>Primeiro o atleta aprende a executar.</w:t>
      </w:r>
    </w:p>
    <w:p>
      <w:pPr/>
      <w:r>
        <w:rPr>
          <w:rFonts w:ascii="Aptos" w:hAnsi="Aptos" w:eastAsia="Aptos"/>
          <w:b w:val="0"/>
          <w:i w:val="0"/>
        </w:rPr>
        <w:t>Depois aprende a sustentar.</w:t>
      </w:r>
    </w:p>
    <w:p>
      <w:pPr/>
      <w:r>
        <w:rPr>
          <w:rFonts w:ascii="Aptos" w:hAnsi="Aptos" w:eastAsia="Aptos"/>
          <w:b w:val="0"/>
          <w:i w:val="0"/>
        </w:rPr>
        <w:t>Somente então a metodologia aumenta a exigência.</w:t>
      </w:r>
    </w:p>
    <w:p>
      <w:pPr/>
      <w:r>
        <w:rPr>
          <w:rFonts w:ascii="Aptos" w:hAnsi="Aptos" w:eastAsia="Aptos"/>
          <w:b w:val="0"/>
          <w:i w:val="0"/>
        </w:rPr>
        <w:t>Esse processo desenvolve confiança porque o corredor percebe evolução na prática. Sessões que pareciam difíceis passam a ser controláveis. Ritmos que antes geravam ansiedade começam a ganhar estabilidade.</w:t>
      </w:r>
    </w:p>
    <w:p>
      <w:pPr/>
      <w:r>
        <w:rPr>
          <w:rFonts w:ascii="Aptos" w:hAnsi="Aptos" w:eastAsia="Aptos"/>
          <w:b w:val="0"/>
          <w:i w:val="0"/>
        </w:rPr>
        <w:t>A progressão bem construída ensina o atleta a dominar a intensidade.</w:t>
      </w:r>
    </w:p>
    <w:p>
      <w:pPr/>
      <w:r>
        <w:rPr>
          <w:rFonts w:ascii="Aptos" w:hAnsi="Aptos" w:eastAsia="Aptos"/>
          <w:b w:val="0"/>
          <w:i w:val="0"/>
        </w:rPr>
        <w:t>A progressão mal dosada apenas acumula desgaste.</w:t>
      </w:r>
    </w:p>
    <w:p>
      <w:pPr/>
      <w:r>
        <w:rPr>
          <w:rFonts w:ascii="Aptos" w:hAnsi="Aptos" w:eastAsia="Aptos"/>
          <w:b w:val="0"/>
          <w:i w:val="0"/>
        </w:rPr>
        <w:t>Por isso, o Tempo Run precisa ser colocado no momento certo, com dose adequada e objetivo claro.</w:t>
      </w:r>
    </w:p>
    <w:p>
      <w:pPr>
        <w:pStyle w:val="Heading2"/>
      </w:pPr>
      <w:r>
        <w:t>7.5 O Tempo Run desenvolve economia e controle</w:t>
      </w:r>
    </w:p>
    <w:p>
      <w:pPr/>
      <w:r>
        <w:rPr>
          <w:rFonts w:ascii="Aptos" w:hAnsi="Aptos" w:eastAsia="Aptos"/>
          <w:b w:val="0"/>
          <w:i w:val="0"/>
        </w:rPr>
        <w:t>Quando o atleta permanece tempo suficiente em uma intensidade controlada, o corpo tem oportunidade de consolidar padrões eficientes de movimento.</w:t>
      </w:r>
    </w:p>
    <w:p>
      <w:pPr/>
      <w:r>
        <w:rPr>
          <w:rFonts w:ascii="Aptos" w:hAnsi="Aptos" w:eastAsia="Aptos"/>
          <w:b w:val="0"/>
          <w:i w:val="0"/>
        </w:rPr>
        <w:t>A cadência tende a se estabilizar. A passada fica menos desperdiçada. A respiração encontra ritmo. O tronco trabalha com mais controle. O atleta começa a perceber pequenas variações de esforço que antes passavam despercebidas.</w:t>
      </w:r>
    </w:p>
    <w:p>
      <w:pPr/>
      <w:r>
        <w:rPr>
          <w:rFonts w:ascii="Aptos" w:hAnsi="Aptos" w:eastAsia="Aptos"/>
          <w:b w:val="0"/>
          <w:i w:val="0"/>
        </w:rPr>
        <w:t>Essa é uma das razões pelas quais o Tempo Run contribui para economia de corrida.</w:t>
      </w:r>
    </w:p>
    <w:p>
      <w:pPr/>
      <w:r>
        <w:rPr>
          <w:rFonts w:ascii="Aptos" w:hAnsi="Aptos" w:eastAsia="Aptos"/>
          <w:b w:val="0"/>
          <w:i w:val="0"/>
        </w:rPr>
        <w:t>Ele ensina o corredor a produzir deslocamento com menor custo em ritmos importantes para o desempenho.</w:t>
      </w:r>
    </w:p>
    <w:p>
      <w:pPr/>
      <w:r>
        <w:rPr>
          <w:rFonts w:ascii="Aptos" w:hAnsi="Aptos" w:eastAsia="Aptos"/>
          <w:b w:val="0"/>
          <w:i w:val="0"/>
        </w:rPr>
        <w:t>A economia não aparece apenas por correr leve. Também se constrói quando o atleta consegue sustentar intensidade com técnica preservada.</w:t>
      </w:r>
    </w:p>
    <w:p>
      <w:pPr/>
      <w:r>
        <w:rPr>
          <w:rFonts w:ascii="Aptos" w:hAnsi="Aptos" w:eastAsia="Aptos"/>
          <w:b w:val="0"/>
          <w:i w:val="0"/>
        </w:rPr>
        <w:t>Na prática, correr forte deixa de ser um evento excepcional.</w:t>
      </w:r>
    </w:p>
    <w:p>
      <w:pPr/>
      <w:r>
        <w:rPr>
          <w:rFonts w:ascii="Aptos" w:hAnsi="Aptos" w:eastAsia="Aptos"/>
          <w:b w:val="0"/>
          <w:i w:val="0"/>
        </w:rPr>
        <w:t>Passa a ser uma habilidade desenvolvida.</w:t>
      </w:r>
    </w:p>
    <w:p>
      <w:pPr/>
      <w:r>
        <w:rPr>
          <w:rFonts w:ascii="Aptos" w:hAnsi="Aptos" w:eastAsia="Aptos"/>
          <w:b w:val="0"/>
          <w:i w:val="0"/>
        </w:rPr>
        <w:t>O Tempo Run transforma intensidade em domínio.</w:t>
      </w:r>
    </w:p>
    <w:p>
      <w:pPr>
        <w:pStyle w:val="Heading2"/>
      </w:pPr>
      <w:r>
        <w:t>7.6 Desconforto não é descontrole</w:t>
      </w:r>
    </w:p>
    <w:p>
      <w:pPr/>
      <w:r>
        <w:rPr>
          <w:rFonts w:ascii="Aptos" w:hAnsi="Aptos" w:eastAsia="Aptos"/>
          <w:b w:val="0"/>
          <w:i w:val="0"/>
        </w:rPr>
        <w:t>Existe uma diferença importante entre desconforto e descontrole.</w:t>
      </w:r>
    </w:p>
    <w:p>
      <w:pPr/>
      <w:r>
        <w:rPr>
          <w:rFonts w:ascii="Aptos" w:hAnsi="Aptos" w:eastAsia="Aptos"/>
          <w:b w:val="0"/>
          <w:i w:val="0"/>
        </w:rPr>
        <w:t>O Tempo Run trabalha justamente nessa fronteira.</w:t>
      </w:r>
    </w:p>
    <w:p>
      <w:pPr/>
      <w:r>
        <w:rPr>
          <w:rFonts w:ascii="Aptos" w:hAnsi="Aptos" w:eastAsia="Aptos"/>
          <w:b w:val="0"/>
          <w:i w:val="0"/>
        </w:rPr>
        <w:t>Durante a sessão, o atleta pode sentir respiração acelerada, aumento da temperatura corporal, esforço constante e vontade de reduzir. Esses sinais não representam, necessariamente, erro. Eles fazem parte de uma intensidade produtiva.</w:t>
      </w:r>
    </w:p>
    <w:p>
      <w:pPr/>
      <w:r>
        <w:rPr>
          <w:rFonts w:ascii="Aptos" w:hAnsi="Aptos" w:eastAsia="Aptos"/>
          <w:b w:val="0"/>
          <w:i w:val="0"/>
        </w:rPr>
        <w:t>O problema aparece quando o desconforto vira desorganização.</w:t>
      </w:r>
    </w:p>
    <w:p>
      <w:pPr/>
      <w:r>
        <w:rPr>
          <w:rFonts w:ascii="Aptos" w:hAnsi="Aptos" w:eastAsia="Aptos"/>
          <w:b w:val="0"/>
          <w:i w:val="0"/>
        </w:rPr>
        <w:t>Se a técnica quebra, a cadência cai, a passada alonga demais, a frequência cardíaca dispara cedo e os últimos minutos viram sobrevivência, a função do treino foi perdida.</w:t>
      </w:r>
    </w:p>
    <w:p>
      <w:pPr/>
      <w:r>
        <w:rPr>
          <w:rFonts w:ascii="Aptos" w:hAnsi="Aptos" w:eastAsia="Aptos"/>
          <w:b w:val="0"/>
          <w:i w:val="0"/>
        </w:rPr>
        <w:t>No Método TriLife Running, o corredor precisa aprender a sustentar esforço sem transformar a sessão em competição.</w:t>
      </w:r>
    </w:p>
    <w:p>
      <w:pPr/>
      <w:r>
        <w:rPr>
          <w:rFonts w:ascii="Aptos" w:hAnsi="Aptos" w:eastAsia="Aptos"/>
          <w:b w:val="0"/>
          <w:i w:val="0"/>
        </w:rPr>
        <w:t>Um Tempo Run bem executado costuma terminar com sensação de trabalho forte, mas ainda com pequena reserva.</w:t>
      </w:r>
    </w:p>
    <w:p>
      <w:pPr/>
      <w:r>
        <w:rPr>
          <w:rFonts w:ascii="Aptos" w:hAnsi="Aptos" w:eastAsia="Aptos"/>
          <w:b w:val="0"/>
          <w:i w:val="0"/>
        </w:rPr>
        <w:t>Essa reserva não significa treino fraco.</w:t>
      </w:r>
    </w:p>
    <w:p>
      <w:pPr/>
      <w:r>
        <w:rPr>
          <w:rFonts w:ascii="Aptos" w:hAnsi="Aptos" w:eastAsia="Aptos"/>
          <w:b w:val="0"/>
          <w:i w:val="0"/>
        </w:rPr>
        <w:t>Significa dose correta.</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O Tempo Run se conecta às adaptações próximas ao limiar de lactato e à melhora da resistência específica. Quando o atleta treina em intensidades controladas, porém exigentes, o organismo melhora sua capacidade de sustentar esforço com menor acúmulo relativo de fadiga metabólica.</w:t>
            </w:r>
          </w:p>
          <w:p>
            <w:pPr/>
            <w:r>
              <w:rPr>
                <w:rFonts w:ascii="Aptos" w:hAnsi="Aptos" w:eastAsia="Aptos"/>
                <w:b w:val="0"/>
                <w:i w:val="0"/>
              </w:rPr>
              <w:t>Esse tipo de estímulo favorece maior eficiência na utilização de energia, melhora da tolerância ao esforço contínuo e refinamento da percepção de intensidade. Também fortalece a relação entre ritmo, respiração e controle mecânico.</w:t>
            </w:r>
          </w:p>
          <w:p>
            <w:pPr/>
            <w:r>
              <w:rPr>
                <w:rFonts w:ascii="Aptos" w:hAnsi="Aptos" w:eastAsia="Aptos"/>
                <w:b w:val="0"/>
                <w:i w:val="0"/>
              </w:rPr>
              <w:t>Na prática, o Tempo Run ajuda o corredor a transformar intensidades antes instáveis em ritmos mais sustentáveis. Ele não precisa ser máximo para ser eficiente. Sua força está justamente em permitir alto valor adaptativo com controle.</w:t>
            </w:r>
          </w:p>
          <w:p>
            <w:pPr/>
            <w:r>
              <w:rPr>
                <w:rFonts w:ascii="Aptos" w:hAnsi="Aptos" w:eastAsia="Aptos"/>
                <w:b w:val="0"/>
                <w:i w:val="0"/>
              </w:rPr>
              <w:t>O treino não prova capacidade. Ele constrói capacidade.</w:t>
            </w:r>
          </w:p>
        </w:tc>
      </w:tr>
    </w:tbl>
    <w:p/>
    <w:p>
      <w:pPr>
        <w:pStyle w:val="Heading2"/>
      </w:pPr>
      <w:r>
        <w:t>7.7 O treinador observa mais do que o ritmo</w:t>
      </w:r>
    </w:p>
    <w:p>
      <w:pPr/>
      <w:r>
        <w:rPr>
          <w:rFonts w:ascii="Aptos" w:hAnsi="Aptos" w:eastAsia="Aptos"/>
          <w:b w:val="0"/>
          <w:i w:val="0"/>
        </w:rPr>
        <w:t>Durante um Tempo Run, o treinador não deve olhar apenas para o pace.</w:t>
      </w:r>
    </w:p>
    <w:p>
      <w:pPr/>
      <w:r>
        <w:rPr>
          <w:rFonts w:ascii="Aptos" w:hAnsi="Aptos" w:eastAsia="Aptos"/>
          <w:b w:val="0"/>
          <w:i w:val="0"/>
        </w:rPr>
        <w:t>O ritmo importa, mas não conta a história completa.</w:t>
      </w:r>
    </w:p>
    <w:p>
      <w:pPr/>
      <w:r>
        <w:rPr>
          <w:rFonts w:ascii="Aptos" w:hAnsi="Aptos" w:eastAsia="Aptos"/>
          <w:b w:val="0"/>
          <w:i w:val="0"/>
        </w:rPr>
        <w:t>A leitura precisa incluir:</w:t>
      </w:r>
    </w:p>
    <w:p>
      <w:pPr>
        <w:pStyle w:val="ListBullet"/>
      </w:pPr>
      <w:r>
        <w:rPr>
          <w:rFonts w:ascii="Aptos" w:hAnsi="Aptos" w:eastAsia="Aptos"/>
          <w:b w:val="0"/>
          <w:i w:val="0"/>
        </w:rPr>
        <w:t>estabilidade da passada;</w:t>
      </w:r>
    </w:p>
    <w:p>
      <w:pPr>
        <w:pStyle w:val="ListBullet"/>
      </w:pPr>
      <w:r>
        <w:rPr>
          <w:rFonts w:ascii="Aptos" w:hAnsi="Aptos" w:eastAsia="Aptos"/>
          <w:b w:val="0"/>
          <w:i w:val="0"/>
        </w:rPr>
        <w:t>cadência;</w:t>
      </w:r>
    </w:p>
    <w:p>
      <w:pPr>
        <w:pStyle w:val="ListBullet"/>
      </w:pPr>
      <w:r>
        <w:rPr>
          <w:rFonts w:ascii="Aptos" w:hAnsi="Aptos" w:eastAsia="Aptos"/>
          <w:b w:val="0"/>
          <w:i w:val="0"/>
        </w:rPr>
        <w:t>respiração;</w:t>
      </w:r>
    </w:p>
    <w:p>
      <w:pPr>
        <w:pStyle w:val="ListBullet"/>
      </w:pPr>
      <w:r>
        <w:rPr>
          <w:rFonts w:ascii="Aptos" w:hAnsi="Aptos" w:eastAsia="Aptos"/>
          <w:b w:val="0"/>
          <w:i w:val="0"/>
        </w:rPr>
        <w:t>frequência cardíaca;</w:t>
      </w:r>
    </w:p>
    <w:p>
      <w:pPr>
        <w:pStyle w:val="ListBullet"/>
      </w:pPr>
      <w:r>
        <w:rPr>
          <w:rFonts w:ascii="Aptos" w:hAnsi="Aptos" w:eastAsia="Aptos"/>
          <w:b w:val="0"/>
          <w:i w:val="0"/>
        </w:rPr>
        <w:t>percepção subjetiva de esforço;</w:t>
      </w:r>
    </w:p>
    <w:p>
      <w:pPr>
        <w:pStyle w:val="ListBullet"/>
      </w:pPr>
      <w:r>
        <w:rPr>
          <w:rFonts w:ascii="Aptos" w:hAnsi="Aptos" w:eastAsia="Aptos"/>
          <w:b w:val="0"/>
          <w:i w:val="0"/>
        </w:rPr>
        <w:t>consistência entre blocos;</w:t>
      </w:r>
    </w:p>
    <w:p>
      <w:pPr>
        <w:pStyle w:val="ListBullet"/>
      </w:pPr>
      <w:r>
        <w:rPr>
          <w:rFonts w:ascii="Aptos" w:hAnsi="Aptos" w:eastAsia="Aptos"/>
          <w:b w:val="0"/>
          <w:i w:val="0"/>
        </w:rPr>
        <w:t>recuperação após a sessão;</w:t>
      </w:r>
    </w:p>
    <w:p>
      <w:pPr>
        <w:pStyle w:val="ListBullet"/>
      </w:pPr>
      <w:r>
        <w:rPr>
          <w:rFonts w:ascii="Aptos" w:hAnsi="Aptos" w:eastAsia="Aptos"/>
          <w:b w:val="0"/>
          <w:i w:val="0"/>
        </w:rPr>
        <w:t>comentários do atleta;</w:t>
      </w:r>
    </w:p>
    <w:p>
      <w:pPr>
        <w:pStyle w:val="ListBullet"/>
      </w:pPr>
      <w:r>
        <w:rPr>
          <w:rFonts w:ascii="Aptos" w:hAnsi="Aptos" w:eastAsia="Aptos"/>
          <w:b w:val="0"/>
          <w:i w:val="0"/>
        </w:rPr>
        <w:t>qualidade técnica nos minutos finais.</w:t>
      </w:r>
    </w:p>
    <w:p>
      <w:pPr/>
      <w:r>
        <w:rPr>
          <w:rFonts w:ascii="Aptos" w:hAnsi="Aptos" w:eastAsia="Aptos"/>
          <w:b w:val="0"/>
          <w:i w:val="0"/>
        </w:rPr>
        <w:t>Dois corredores podem cumprir o mesmo treino no mesmo pace e receber interpretações diferentes.</w:t>
      </w:r>
    </w:p>
    <w:p>
      <w:pPr/>
      <w:r>
        <w:rPr>
          <w:rFonts w:ascii="Aptos" w:hAnsi="Aptos" w:eastAsia="Aptos"/>
          <w:b w:val="0"/>
          <w:i w:val="0"/>
        </w:rPr>
        <w:t>Um pode ter executado com controle, boa mecânica e recuperação adequada. Outro pode ter terminado exausto, com técnica deteriorada e custo fisiológico alto demais.</w:t>
      </w:r>
    </w:p>
    <w:p>
      <w:pPr/>
      <w:r>
        <w:rPr>
          <w:rFonts w:ascii="Aptos" w:hAnsi="Aptos" w:eastAsia="Aptos"/>
          <w:b w:val="0"/>
          <w:i w:val="0"/>
        </w:rPr>
        <w:t>O primeiro talvez esteja pronto para progredir.</w:t>
      </w:r>
    </w:p>
    <w:p>
      <w:pPr/>
      <w:r>
        <w:rPr>
          <w:rFonts w:ascii="Aptos" w:hAnsi="Aptos" w:eastAsia="Aptos"/>
          <w:b w:val="0"/>
          <w:i w:val="0"/>
        </w:rPr>
        <w:t>O segundo talvez precise manter a dose.</w:t>
      </w:r>
    </w:p>
    <w:p>
      <w:pPr/>
      <w:r>
        <w:rPr>
          <w:rFonts w:ascii="Aptos" w:hAnsi="Aptos" w:eastAsia="Aptos"/>
          <w:b w:val="0"/>
          <w:i w:val="0"/>
        </w:rPr>
        <w:t>Essa diferença mostra por que o Método TriLife Running não interpreta uma ferramenta apenas pelo número final.</w:t>
      </w:r>
    </w:p>
    <w:p>
      <w:pPr/>
      <w:r>
        <w:rPr>
          <w:rFonts w:ascii="Aptos" w:hAnsi="Aptos" w:eastAsia="Aptos"/>
          <w:b w:val="0"/>
          <w:i w:val="0"/>
        </w:rPr>
        <w:t>O treino precisa cumprir a função.</w:t>
      </w:r>
    </w:p>
    <w:p>
      <w:pPr>
        <w:pStyle w:val="Heading2"/>
      </w:pPr>
      <w:r>
        <w:t>7.8 Quando o Tempo Run cumpriu sua função</w:t>
      </w:r>
    </w:p>
    <w:p>
      <w:pPr/>
      <w:r>
        <w:rPr>
          <w:rFonts w:ascii="Aptos" w:hAnsi="Aptos" w:eastAsia="Aptos"/>
          <w:b w:val="0"/>
          <w:i w:val="0"/>
        </w:rPr>
        <w:t>Existe um sinal claro de evolução: a intensidade que antes parecia difícil passa a parecer controlável.</w:t>
      </w:r>
    </w:p>
    <w:p>
      <w:pPr/>
      <w:r>
        <w:rPr>
          <w:rFonts w:ascii="Aptos" w:hAnsi="Aptos" w:eastAsia="Aptos"/>
          <w:b w:val="0"/>
          <w:i w:val="0"/>
        </w:rPr>
        <w:t>Quando isso acontece, o atleta não melhorou apenas no relógio. Ele modificou a relação com o esforço.</w:t>
      </w:r>
    </w:p>
    <w:p>
      <w:pPr/>
      <w:r>
        <w:rPr>
          <w:rFonts w:ascii="Aptos" w:hAnsi="Aptos" w:eastAsia="Aptos"/>
          <w:b w:val="0"/>
          <w:i w:val="0"/>
        </w:rPr>
        <w:t>O corpo se tornou mais eficiente. A mente ganhou confiança. A percepção ficou mais refinada. A execução ficou mais estável.</w:t>
      </w:r>
    </w:p>
    <w:p>
      <w:pPr/>
      <w:r>
        <w:rPr>
          <w:rFonts w:ascii="Aptos" w:hAnsi="Aptos" w:eastAsia="Aptos"/>
          <w:b w:val="0"/>
          <w:i w:val="0"/>
        </w:rPr>
        <w:t>Nesse momento, o treinador pode considerar ajustes no Ritmo de Limiar, recalibração do PZI ou progressão do estímulo.</w:t>
      </w:r>
    </w:p>
    <w:p>
      <w:pPr/>
      <w:r>
        <w:rPr>
          <w:rFonts w:ascii="Aptos" w:hAnsi="Aptos" w:eastAsia="Aptos"/>
          <w:b w:val="0"/>
          <w:i w:val="0"/>
        </w:rPr>
        <w:t>O Tempo Run cumpriu sua função quando ajudou o atleta a transformar intensidade em sustentação.</w:t>
      </w:r>
    </w:p>
    <w:p>
      <w:pPr/>
      <w:r>
        <w:rPr>
          <w:rFonts w:ascii="Aptos" w:hAnsi="Aptos" w:eastAsia="Aptos"/>
          <w:b w:val="0"/>
          <w:i w:val="0"/>
        </w:rPr>
        <w:t>Esse é o ponto.</w:t>
      </w:r>
    </w:p>
    <w:p>
      <w:pPr/>
      <w:r>
        <w:rPr>
          <w:rFonts w:ascii="Aptos" w:hAnsi="Aptos" w:eastAsia="Aptos"/>
          <w:b w:val="0"/>
          <w:i w:val="0"/>
        </w:rPr>
        <w:t>Não se trata de correr forte uma vez.</w:t>
      </w:r>
    </w:p>
    <w:p>
      <w:pPr/>
      <w:r>
        <w:rPr>
          <w:rFonts w:ascii="Aptos" w:hAnsi="Aptos" w:eastAsia="Aptos"/>
          <w:b w:val="0"/>
          <w:i w:val="0"/>
        </w:rPr>
        <w:t>Trata-se de tornar a intensidade sustentável ao longo do processo.</w:t>
      </w:r>
    </w:p>
    <w:p>
      <w:pPr>
        <w:pStyle w:val="Heading2"/>
      </w:pPr>
      <w:r>
        <w:t>Conclusão</w:t>
      </w:r>
    </w:p>
    <w:p>
      <w:pPr/>
      <w:r>
        <w:rPr>
          <w:rFonts w:ascii="Aptos" w:hAnsi="Aptos" w:eastAsia="Aptos"/>
          <w:b w:val="0"/>
          <w:i w:val="0"/>
        </w:rPr>
        <w:t>No Método TriLife Running, o Tempo Run representa uma ferramenta de construção da resistência específica, da economia de corrida e da confiança do atleta.</w:t>
      </w:r>
    </w:p>
    <w:p>
      <w:pPr/>
      <w:r>
        <w:rPr>
          <w:rFonts w:ascii="Aptos" w:hAnsi="Aptos" w:eastAsia="Aptos"/>
          <w:b w:val="0"/>
          <w:i w:val="0"/>
        </w:rPr>
        <w:t>Ele não existe para provar capacidade em um único dia. Existe para construir capacidade ao longo do ciclo.</w:t>
      </w:r>
    </w:p>
    <w:p>
      <w:pPr/>
      <w:r>
        <w:rPr>
          <w:rFonts w:ascii="Aptos" w:hAnsi="Aptos" w:eastAsia="Aptos"/>
          <w:b w:val="0"/>
          <w:i w:val="0"/>
        </w:rPr>
        <w:t>Quando prescrito no momento certo, executado na zona correta e interpretado dentro da periodização, o Tempo Run transforma ritmos exigentes em ritmos cada vez mais sustentáveis.</w:t>
      </w:r>
    </w:p>
    <w:p>
      <w:pPr>
        <w:pStyle w:val="Heading2"/>
      </w:pPr>
      <w:r>
        <w:t>Princípios Fundamentais do Método TriLife Running</w:t>
      </w:r>
    </w:p>
    <w:p>
      <w:pPr>
        <w:pStyle w:val="TriLifeQuote"/>
      </w:pPr>
      <w:r>
        <w:rPr>
          <w:rFonts w:ascii="Aptos" w:hAnsi="Aptos" w:eastAsia="Aptos"/>
          <w:b w:val="0"/>
          <w:i/>
        </w:rPr>
        <w:t>Princípio Fundamental nº 25</w:t>
      </w:r>
    </w:p>
    <w:p>
      <w:pPr/>
      <w:r>
        <w:rPr>
          <w:rFonts w:ascii="Aptos" w:hAnsi="Aptos" w:eastAsia="Aptos"/>
          <w:b w:val="0"/>
          <w:i w:val="0"/>
        </w:rPr>
        <w:t>Tempo Run não é competição. É sustentação controlada de intensidade.</w:t>
      </w:r>
    </w:p>
    <w:p>
      <w:pPr>
        <w:pStyle w:val="TriLifeQuote"/>
      </w:pPr>
      <w:r>
        <w:rPr>
          <w:rFonts w:ascii="Aptos" w:hAnsi="Aptos" w:eastAsia="Aptos"/>
          <w:b w:val="0"/>
          <w:i/>
        </w:rPr>
        <w:t>Princípio Fundamental nº 26</w:t>
      </w:r>
    </w:p>
    <w:p>
      <w:pPr/>
      <w:r>
        <w:rPr>
          <w:rFonts w:ascii="Aptos" w:hAnsi="Aptos" w:eastAsia="Aptos"/>
          <w:b w:val="0"/>
          <w:i w:val="0"/>
        </w:rPr>
        <w:t>O Ritmo de Limiar orienta a referência. O PZI transforma essa referência em execução prática.</w:t>
      </w:r>
    </w:p>
    <w:p>
      <w:pPr>
        <w:pStyle w:val="TriLifeQuote"/>
      </w:pPr>
      <w:r>
        <w:rPr>
          <w:rFonts w:ascii="Aptos" w:hAnsi="Aptos" w:eastAsia="Aptos"/>
          <w:b w:val="0"/>
          <w:i/>
        </w:rPr>
        <w:t>Princípio Fundamental nº 27</w:t>
      </w:r>
    </w:p>
    <w:p>
      <w:pPr/>
      <w:r>
        <w:rPr>
          <w:rFonts w:ascii="Aptos" w:hAnsi="Aptos" w:eastAsia="Aptos"/>
          <w:b w:val="0"/>
          <w:i w:val="0"/>
        </w:rPr>
        <w:t>A progressão do Tempo Run deve aumentar a capacidade de sustentar esforço, não apenas a dificuldade da sessão.</w:t>
      </w:r>
    </w:p>
    <w:p>
      <w:pPr>
        <w:pStyle w:val="TriLifeQuote"/>
      </w:pPr>
      <w:r>
        <w:rPr>
          <w:rFonts w:ascii="Aptos" w:hAnsi="Aptos" w:eastAsia="Aptos"/>
          <w:b w:val="0"/>
          <w:i/>
        </w:rPr>
        <w:t>Princípio Fundamental nº 28</w:t>
      </w:r>
    </w:p>
    <w:p>
      <w:pPr/>
      <w:r>
        <w:rPr>
          <w:rFonts w:ascii="Aptos" w:hAnsi="Aptos" w:eastAsia="Aptos"/>
          <w:b w:val="0"/>
          <w:i w:val="0"/>
        </w:rPr>
        <w:t>Um Tempo Run bem executado desenvolve resistência, economia e confiança.</w:t>
      </w:r>
    </w:p>
    <w:p>
      <w:r>
        <w:br w:type="page"/>
      </w:r>
    </w:p>
    <w:p>
      <w:pPr>
        <w:pStyle w:val="Heading1"/>
        <w:jc w:val="center"/>
      </w:pPr>
      <w:r>
        <w:t>CAPÍTULO 8</w:t>
      </w:r>
    </w:p>
    <w:p>
      <w:pPr>
        <w:pStyle w:val="Heading1"/>
        <w:jc w:val="center"/>
      </w:pPr>
      <w:r>
        <w:t>FARTLEK: O TREINO QUE ENSINA O ATLETA A CONTROLAR O RITMO</w:t>
      </w:r>
    </w:p>
    <w:p>
      <w:pPr>
        <w:pStyle w:val="TriLifeQuote"/>
      </w:pPr>
      <w:r>
        <w:rPr>
          <w:rFonts w:ascii="Aptos" w:hAnsi="Aptos" w:eastAsia="Aptos"/>
          <w:b w:val="0"/>
          <w:i/>
        </w:rPr>
        <w:t>Velocidade não é acelerar. Velocidade é saber exatamente quando acelerar e quando controlar.</w:t>
      </w:r>
    </w:p>
    <w:p>
      <w:pPr>
        <w:pStyle w:val="Heading2"/>
      </w:pPr>
      <w:r>
        <w:t>8.1 O Fartlek dentro do Método TriLife</w:t>
      </w:r>
    </w:p>
    <w:p>
      <w:pPr/>
      <w:r>
        <w:rPr>
          <w:rFonts w:ascii="Aptos" w:hAnsi="Aptos" w:eastAsia="Aptos"/>
          <w:b w:val="0"/>
          <w:i w:val="0"/>
        </w:rPr>
        <w:t>O termo Fartlek tem origem sueca e significa “brincar com a velocidade”.</w:t>
      </w:r>
    </w:p>
    <w:p>
      <w:pPr/>
      <w:r>
        <w:rPr>
          <w:rFonts w:ascii="Aptos" w:hAnsi="Aptos" w:eastAsia="Aptos"/>
          <w:b w:val="0"/>
          <w:i w:val="0"/>
        </w:rPr>
        <w:t>Na história do treinamento, surgiu como uma forma mais livre de alternar ritmos, utilizando terreno, sensação e variação de esforço. Diferente de intervalados muito rígidos, o Fartlek trouxe fluidez para a sessão. O atleta podia acelerar, controlar, responder ao relevo e ajustar intensidade sem perder continuidade.</w:t>
      </w:r>
    </w:p>
    <w:p>
      <w:pPr/>
      <w:r>
        <w:rPr>
          <w:rFonts w:ascii="Aptos" w:hAnsi="Aptos" w:eastAsia="Aptos"/>
          <w:b w:val="0"/>
          <w:i w:val="0"/>
        </w:rPr>
        <w:t>No Método TriLife Running, essa essência permanece. Mas a ferramenta ganha uma função pedagógica clara:</w:t>
      </w:r>
    </w:p>
    <w:p>
      <w:pPr>
        <w:pStyle w:val="TriLifeQuote"/>
      </w:pPr>
      <w:r>
        <w:rPr>
          <w:rFonts w:ascii="Aptos" w:hAnsi="Aptos" w:eastAsia="Aptos"/>
          <w:b w:val="0"/>
          <w:i/>
        </w:rPr>
        <w:t>ensinar o atleta a controlar intensidade em movimento.</w:t>
      </w:r>
    </w:p>
    <w:p>
      <w:pPr/>
      <w:r>
        <w:rPr>
          <w:rFonts w:ascii="Aptos" w:hAnsi="Aptos" w:eastAsia="Aptos"/>
          <w:b w:val="0"/>
          <w:i w:val="0"/>
        </w:rPr>
        <w:t>O Fartlek não é apenas alternância entre correr forte e correr leve. Também não é um treino aleatório.</w:t>
      </w:r>
    </w:p>
    <w:p>
      <w:pPr/>
      <w:r>
        <w:rPr>
          <w:rFonts w:ascii="Aptos" w:hAnsi="Aptos" w:eastAsia="Aptos"/>
          <w:b w:val="0"/>
          <w:i w:val="0"/>
        </w:rPr>
        <w:t>Ele desenvolve percepção, transição de ritmos, coordenação entre esforço e recuperação e tomada de decisão durante a corrida.</w:t>
      </w:r>
    </w:p>
    <w:p>
      <w:pPr/>
      <w:r>
        <w:rPr>
          <w:rFonts w:ascii="Aptos" w:hAnsi="Aptos" w:eastAsia="Aptos"/>
          <w:b w:val="0"/>
          <w:i w:val="0"/>
        </w:rPr>
        <w:t>O Tempo Run ensina sustentação.</w:t>
      </w:r>
    </w:p>
    <w:p>
      <w:pPr/>
      <w:r>
        <w:rPr>
          <w:rFonts w:ascii="Aptos" w:hAnsi="Aptos" w:eastAsia="Aptos"/>
          <w:b w:val="0"/>
          <w:i w:val="0"/>
        </w:rPr>
        <w:t>O Fartlek ensina controle.</w:t>
      </w:r>
    </w:p>
    <w:p>
      <w:pPr/>
      <w:r>
        <w:rPr>
          <w:rFonts w:ascii="Aptos" w:hAnsi="Aptos" w:eastAsia="Aptos"/>
          <w:b w:val="0"/>
          <w:i w:val="0"/>
        </w:rPr>
        <w:t>Essa diferença é importante. Sustentar ritmo é uma habilidade. Mudar ritmo sem se desorganizar é outra. O corredor precisa das duas.</w:t>
      </w:r>
    </w:p>
    <w:p>
      <w:pPr>
        <w:pStyle w:val="Heading2"/>
      </w:pPr>
      <w:r>
        <w:t>8.2 Controle de ritmo antes de velocidade</w:t>
      </w:r>
    </w:p>
    <w:p>
      <w:pPr/>
      <w:r>
        <w:rPr>
          <w:rFonts w:ascii="Aptos" w:hAnsi="Aptos" w:eastAsia="Aptos"/>
          <w:b w:val="0"/>
          <w:i w:val="0"/>
        </w:rPr>
        <w:t>Grande parte dos atletas iniciantes tem dificuldade para modular intensidade.</w:t>
      </w:r>
    </w:p>
    <w:p>
      <w:pPr/>
      <w:r>
        <w:rPr>
          <w:rFonts w:ascii="Aptos" w:hAnsi="Aptos" w:eastAsia="Aptos"/>
          <w:b w:val="0"/>
          <w:i w:val="0"/>
        </w:rPr>
        <w:t>Quando recebem a orientação de correr forte, aceleram demais. Quando precisam recuperar, reduzem demais. Quando encontram uma subida, perdem controle. Quando entram em prova, deixam o ritmo do ambiente decidir por eles.</w:t>
      </w:r>
    </w:p>
    <w:p>
      <w:pPr/>
      <w:r>
        <w:rPr>
          <w:rFonts w:ascii="Aptos" w:hAnsi="Aptos" w:eastAsia="Aptos"/>
          <w:b w:val="0"/>
          <w:i w:val="0"/>
        </w:rPr>
        <w:t>O Fartlek corrige esse comportamento.</w:t>
      </w:r>
    </w:p>
    <w:p>
      <w:pPr/>
      <w:r>
        <w:rPr>
          <w:rFonts w:ascii="Aptos" w:hAnsi="Aptos" w:eastAsia="Aptos"/>
          <w:b w:val="0"/>
          <w:i w:val="0"/>
        </w:rPr>
        <w:t>Ao alternar períodos de intensidade maior com períodos controlados, o atleta aprende a perceber diferenças sutis de esforço.</w:t>
      </w:r>
    </w:p>
    <w:p>
      <w:pPr/>
      <w:r>
        <w:rPr>
          <w:rFonts w:ascii="Aptos" w:hAnsi="Aptos" w:eastAsia="Aptos"/>
          <w:b w:val="0"/>
          <w:i w:val="0"/>
        </w:rPr>
        <w:t>Ele começa a entender que forte não é sprint. Recuperar não é desligar. Controlar não é desistir. Acelerar não é perder técnica.</w:t>
      </w:r>
    </w:p>
    <w:p>
      <w:pPr/>
      <w:r>
        <w:rPr>
          <w:rFonts w:ascii="Aptos" w:hAnsi="Aptos" w:eastAsia="Aptos"/>
          <w:b w:val="0"/>
          <w:i w:val="0"/>
        </w:rPr>
        <w:t>Essa percepção muda a forma de correr.</w:t>
      </w:r>
    </w:p>
    <w:p>
      <w:pPr/>
      <w:r>
        <w:rPr>
          <w:rFonts w:ascii="Aptos" w:hAnsi="Aptos" w:eastAsia="Aptos"/>
          <w:b w:val="0"/>
          <w:i w:val="0"/>
        </w:rPr>
        <w:t>O corredor aprende a sair de uma zona e entrar em outra sem quebrar postura, respiração ou cadência.</w:t>
      </w:r>
    </w:p>
    <w:p>
      <w:pPr/>
      <w:r>
        <w:rPr>
          <w:rFonts w:ascii="Aptos" w:hAnsi="Aptos" w:eastAsia="Aptos"/>
          <w:b w:val="0"/>
          <w:i w:val="0"/>
        </w:rPr>
        <w:t>Esse controle é indispensável para executar uma planilha com qualidade. Também é decisivo em prova, quando o percurso, o clima, o terreno e o próprio ambiente competitivo exigem ajustes constantes.</w:t>
      </w:r>
    </w:p>
    <w:p>
      <w:pPr/>
      <w:r>
        <w:rPr>
          <w:rFonts w:ascii="Aptos" w:hAnsi="Aptos" w:eastAsia="Aptos"/>
          <w:b w:val="0"/>
          <w:i w:val="0"/>
        </w:rPr>
        <w:t>Velocidade sem controle vira gasto.</w:t>
      </w:r>
    </w:p>
    <w:p>
      <w:pPr/>
      <w:r>
        <w:rPr>
          <w:rFonts w:ascii="Aptos" w:hAnsi="Aptos" w:eastAsia="Aptos"/>
          <w:b w:val="0"/>
          <w:i w:val="0"/>
        </w:rPr>
        <w:t>Controle transforma velocidade em estratégia.</w:t>
      </w:r>
    </w:p>
    <w:p>
      <w:pPr>
        <w:pStyle w:val="Heading2"/>
      </w:pPr>
      <w:r>
        <w:t>8.3 A relação com o PZI e a percepção de esforço</w:t>
      </w:r>
    </w:p>
    <w:p>
      <w:pPr/>
      <w:r>
        <w:rPr>
          <w:rFonts w:ascii="Aptos" w:hAnsi="Aptos" w:eastAsia="Aptos"/>
          <w:b w:val="0"/>
          <w:i w:val="0"/>
        </w:rPr>
        <w:t>Dentro da metodologia TriLife, o Fartlek conversa diretamente com o PZI.</w:t>
      </w:r>
    </w:p>
    <w:p>
      <w:pPr/>
      <w:r>
        <w:rPr>
          <w:rFonts w:ascii="Aptos" w:hAnsi="Aptos" w:eastAsia="Aptos"/>
          <w:b w:val="0"/>
          <w:i w:val="0"/>
        </w:rPr>
        <w:t>Ao alternar zonas, o atleta aprende que cada intensidade possui uma sensação própria.</w:t>
      </w:r>
    </w:p>
    <w:p>
      <w:pPr/>
      <w:r>
        <w:rPr>
          <w:rFonts w:ascii="Aptos" w:hAnsi="Aptos" w:eastAsia="Aptos"/>
          <w:b w:val="0"/>
          <w:i w:val="0"/>
        </w:rPr>
        <w:t>PZI 2 tem uma respiração.</w:t>
      </w:r>
    </w:p>
    <w:p>
      <w:pPr/>
      <w:r>
        <w:rPr>
          <w:rFonts w:ascii="Aptos" w:hAnsi="Aptos" w:eastAsia="Aptos"/>
          <w:b w:val="0"/>
          <w:i w:val="0"/>
        </w:rPr>
        <w:t>PZI 4 tem outra.</w:t>
      </w:r>
    </w:p>
    <w:p>
      <w:pPr/>
      <w:r>
        <w:rPr>
          <w:rFonts w:ascii="Aptos" w:hAnsi="Aptos" w:eastAsia="Aptos"/>
          <w:b w:val="0"/>
          <w:i w:val="0"/>
        </w:rPr>
        <w:t>PZI 6 exige mais controle.</w:t>
      </w:r>
    </w:p>
    <w:p>
      <w:pPr/>
      <w:r>
        <w:rPr>
          <w:rFonts w:ascii="Aptos" w:hAnsi="Aptos" w:eastAsia="Aptos"/>
          <w:b w:val="0"/>
          <w:i w:val="0"/>
        </w:rPr>
        <w:t>PZI 8 exige mais potência e recuperação.</w:t>
      </w:r>
    </w:p>
    <w:p>
      <w:pPr/>
      <w:r>
        <w:rPr>
          <w:rFonts w:ascii="Aptos" w:hAnsi="Aptos" w:eastAsia="Aptos"/>
          <w:b w:val="0"/>
          <w:i w:val="0"/>
        </w:rPr>
        <w:t>No início, o relógio ajuda a confirmar a intensidade. Com o tempo, o corpo passa a reconhecer o esforço antes mesmo de olhar para o pace.</w:t>
      </w:r>
    </w:p>
    <w:p>
      <w:pPr/>
      <w:r>
        <w:rPr>
          <w:rFonts w:ascii="Aptos" w:hAnsi="Aptos" w:eastAsia="Aptos"/>
          <w:b w:val="0"/>
          <w:i w:val="0"/>
        </w:rPr>
        <w:t>Essa é uma das grandes funções pedagógicas do Fartlek.</w:t>
      </w:r>
    </w:p>
    <w:p>
      <w:pPr/>
      <w:r>
        <w:rPr>
          <w:rFonts w:ascii="Aptos" w:hAnsi="Aptos" w:eastAsia="Aptos"/>
          <w:b w:val="0"/>
          <w:i w:val="0"/>
        </w:rPr>
        <w:t>Ele ensina o atleta a sentir.</w:t>
      </w:r>
    </w:p>
    <w:p>
      <w:pPr/>
      <w:r>
        <w:rPr>
          <w:rFonts w:ascii="Aptos" w:hAnsi="Aptos" w:eastAsia="Aptos"/>
          <w:b w:val="0"/>
          <w:i w:val="0"/>
        </w:rPr>
        <w:t>Essa habilidade se torna importante quando o pace absoluto perde precisão. Calor, vento, subida, terreno irregular, fadiga acumulada e variações do percurso podem alterar o ritmo sem alterar a intensidade real.</w:t>
      </w:r>
    </w:p>
    <w:p>
      <w:pPr/>
      <w:r>
        <w:rPr>
          <w:rFonts w:ascii="Aptos" w:hAnsi="Aptos" w:eastAsia="Aptos"/>
          <w:b w:val="0"/>
          <w:i w:val="0"/>
        </w:rPr>
        <w:t>O relógio informa.</w:t>
      </w:r>
    </w:p>
    <w:p>
      <w:pPr/>
      <w:r>
        <w:rPr>
          <w:rFonts w:ascii="Aptos" w:hAnsi="Aptos" w:eastAsia="Aptos"/>
          <w:b w:val="0"/>
          <w:i w:val="0"/>
        </w:rPr>
        <w:t>A percepção confirma.</w:t>
      </w:r>
    </w:p>
    <w:p>
      <w:pPr/>
      <w:r>
        <w:rPr>
          <w:rFonts w:ascii="Aptos" w:hAnsi="Aptos" w:eastAsia="Aptos"/>
          <w:b w:val="0"/>
          <w:i w:val="0"/>
        </w:rPr>
        <w:t>O PZI organiza essa conversa.</w:t>
      </w:r>
    </w:p>
    <w:p>
      <w:pPr>
        <w:pStyle w:val="Heading2"/>
      </w:pPr>
      <w:r>
        <w:t>8.4 Fartlek como ponte entre leve e forte</w:t>
      </w:r>
    </w:p>
    <w:p>
      <w:pPr/>
      <w:r>
        <w:rPr>
          <w:rFonts w:ascii="Aptos" w:hAnsi="Aptos" w:eastAsia="Aptos"/>
          <w:b w:val="0"/>
          <w:i w:val="0"/>
        </w:rPr>
        <w:t>Na periodização TriLife, o Fartlek ocupa posição estratégica porque conecta treinos contínuos com estímulos mais intensos.</w:t>
      </w:r>
    </w:p>
    <w:p>
      <w:pPr/>
      <w:r>
        <w:rPr>
          <w:rFonts w:ascii="Aptos" w:hAnsi="Aptos" w:eastAsia="Aptos"/>
          <w:b w:val="0"/>
          <w:i w:val="0"/>
        </w:rPr>
        <w:t>Ao contrário de uma rodagem leve, ele introduz mudanças frequentes de intensidade.</w:t>
      </w:r>
    </w:p>
    <w:p>
      <w:pPr/>
      <w:r>
        <w:rPr>
          <w:rFonts w:ascii="Aptos" w:hAnsi="Aptos" w:eastAsia="Aptos"/>
          <w:b w:val="0"/>
          <w:i w:val="0"/>
        </w:rPr>
        <w:t>Ao contrário de intervalados muito estruturados, mantém fluidez e continuidade.</w:t>
      </w:r>
    </w:p>
    <w:p>
      <w:pPr/>
      <w:r>
        <w:rPr>
          <w:rFonts w:ascii="Aptos" w:hAnsi="Aptos" w:eastAsia="Aptos"/>
          <w:b w:val="0"/>
          <w:i w:val="0"/>
        </w:rPr>
        <w:t>Essa combinação permite desenvolver adaptações importantes sem gerar necessariamente o mesmo custo neuromuscular de sessões mais duras.</w:t>
      </w:r>
    </w:p>
    <w:p>
      <w:pPr/>
      <w:r>
        <w:rPr>
          <w:rFonts w:ascii="Aptos" w:hAnsi="Aptos" w:eastAsia="Aptos"/>
          <w:b w:val="0"/>
          <w:i w:val="0"/>
        </w:rPr>
        <w:t>Por isso, o Fartlek pode aparecer em diferentes fases do ciclo:</w:t>
      </w:r>
    </w:p>
    <w:p>
      <w:pPr>
        <w:pStyle w:val="ListBullet"/>
      </w:pPr>
      <w:r>
        <w:rPr>
          <w:rFonts w:ascii="Aptos" w:hAnsi="Aptos" w:eastAsia="Aptos"/>
          <w:b w:val="0"/>
          <w:i w:val="0"/>
        </w:rPr>
        <w:t>na base, para ensinar percepção;</w:t>
      </w:r>
    </w:p>
    <w:p>
      <w:pPr>
        <w:pStyle w:val="ListBullet"/>
      </w:pPr>
      <w:r>
        <w:rPr>
          <w:rFonts w:ascii="Aptos" w:hAnsi="Aptos" w:eastAsia="Aptos"/>
          <w:b w:val="0"/>
          <w:i w:val="0"/>
        </w:rPr>
        <w:t>na transição, para introduzir variação;</w:t>
      </w:r>
    </w:p>
    <w:p>
      <w:pPr>
        <w:pStyle w:val="ListBullet"/>
      </w:pPr>
      <w:r>
        <w:rPr>
          <w:rFonts w:ascii="Aptos" w:hAnsi="Aptos" w:eastAsia="Aptos"/>
          <w:b w:val="0"/>
          <w:i w:val="0"/>
        </w:rPr>
        <w:t>no desenvolvimento, para melhorar controle;</w:t>
      </w:r>
    </w:p>
    <w:p>
      <w:pPr>
        <w:pStyle w:val="ListBullet"/>
      </w:pPr>
      <w:r>
        <w:rPr>
          <w:rFonts w:ascii="Aptos" w:hAnsi="Aptos" w:eastAsia="Aptos"/>
          <w:b w:val="0"/>
          <w:i w:val="0"/>
        </w:rPr>
        <w:t>na fase específica, para simular mudanças de ritmo;</w:t>
      </w:r>
    </w:p>
    <w:p>
      <w:pPr>
        <w:pStyle w:val="ListBullet"/>
      </w:pPr>
      <w:r>
        <w:rPr>
          <w:rFonts w:ascii="Aptos" w:hAnsi="Aptos" w:eastAsia="Aptos"/>
          <w:b w:val="0"/>
          <w:i w:val="0"/>
        </w:rPr>
        <w:t>em semanas de menor rigidez, para manter estímulo com menor pressão psicológica.</w:t>
      </w:r>
    </w:p>
    <w:p>
      <w:pPr/>
      <w:r>
        <w:rPr>
          <w:rFonts w:ascii="Aptos" w:hAnsi="Aptos" w:eastAsia="Aptos"/>
          <w:b w:val="0"/>
          <w:i w:val="0"/>
        </w:rPr>
        <w:t>Sua função depende do momento.</w:t>
      </w:r>
    </w:p>
    <w:p>
      <w:pPr/>
      <w:r>
        <w:rPr>
          <w:rFonts w:ascii="Aptos" w:hAnsi="Aptos" w:eastAsia="Aptos"/>
          <w:b w:val="0"/>
          <w:i w:val="0"/>
        </w:rPr>
        <w:t>A ferramenta é flexível.</w:t>
      </w:r>
    </w:p>
    <w:p>
      <w:pPr/>
      <w:r>
        <w:rPr>
          <w:rFonts w:ascii="Aptos" w:hAnsi="Aptos" w:eastAsia="Aptos"/>
          <w:b w:val="0"/>
          <w:i w:val="0"/>
        </w:rPr>
        <w:t>A intenção precisa ser clara.</w:t>
      </w:r>
    </w:p>
    <w:p>
      <w:pPr>
        <w:pStyle w:val="Heading2"/>
      </w:pPr>
      <w:r>
        <w:t>8.5 Tomada de decisão em movimento</w:t>
      </w:r>
    </w:p>
    <w:p>
      <w:pPr/>
      <w:r>
        <w:rPr>
          <w:rFonts w:ascii="Aptos" w:hAnsi="Aptos" w:eastAsia="Aptos"/>
          <w:b w:val="0"/>
          <w:i w:val="0"/>
        </w:rPr>
        <w:t>Durante uma prova, o atleta decide o tempo todo.</w:t>
      </w:r>
    </w:p>
    <w:p>
      <w:pPr/>
      <w:r>
        <w:rPr>
          <w:rFonts w:ascii="Aptos" w:hAnsi="Aptos" w:eastAsia="Aptos"/>
          <w:b w:val="0"/>
          <w:i w:val="0"/>
        </w:rPr>
        <w:t>Quando acelerar.</w:t>
      </w:r>
    </w:p>
    <w:p>
      <w:pPr/>
      <w:r>
        <w:rPr>
          <w:rFonts w:ascii="Aptos" w:hAnsi="Aptos" w:eastAsia="Aptos"/>
          <w:b w:val="0"/>
          <w:i w:val="0"/>
        </w:rPr>
        <w:t>Quando controlar.</w:t>
      </w:r>
    </w:p>
    <w:p>
      <w:pPr/>
      <w:r>
        <w:rPr>
          <w:rFonts w:ascii="Aptos" w:hAnsi="Aptos" w:eastAsia="Aptos"/>
          <w:b w:val="0"/>
          <w:i w:val="0"/>
        </w:rPr>
        <w:t>Quando preservar energia.</w:t>
      </w:r>
    </w:p>
    <w:p>
      <w:pPr/>
      <w:r>
        <w:rPr>
          <w:rFonts w:ascii="Aptos" w:hAnsi="Aptos" w:eastAsia="Aptos"/>
          <w:b w:val="0"/>
          <w:i w:val="0"/>
        </w:rPr>
        <w:t>Quando responder a uma mudança.</w:t>
      </w:r>
    </w:p>
    <w:p>
      <w:pPr/>
      <w:r>
        <w:rPr>
          <w:rFonts w:ascii="Aptos" w:hAnsi="Aptos" w:eastAsia="Aptos"/>
          <w:b w:val="0"/>
          <w:i w:val="0"/>
        </w:rPr>
        <w:t>Quando aproveitar uma descida.</w:t>
      </w:r>
    </w:p>
    <w:p>
      <w:pPr/>
      <w:r>
        <w:rPr>
          <w:rFonts w:ascii="Aptos" w:hAnsi="Aptos" w:eastAsia="Aptos"/>
          <w:b w:val="0"/>
          <w:i w:val="0"/>
        </w:rPr>
        <w:t>Quando respeitar uma subida.</w:t>
      </w:r>
    </w:p>
    <w:p>
      <w:pPr/>
      <w:r>
        <w:rPr>
          <w:rFonts w:ascii="Aptos" w:hAnsi="Aptos" w:eastAsia="Aptos"/>
          <w:b w:val="0"/>
          <w:i w:val="0"/>
        </w:rPr>
        <w:t>Quando manter o plano mesmo com atletas passando ao lado.</w:t>
      </w:r>
    </w:p>
    <w:p>
      <w:pPr/>
      <w:r>
        <w:rPr>
          <w:rFonts w:ascii="Aptos" w:hAnsi="Aptos" w:eastAsia="Aptos"/>
          <w:b w:val="0"/>
          <w:i w:val="0"/>
        </w:rPr>
        <w:t>O Fartlek aproxima o treinamento dessa realidade.</w:t>
      </w:r>
    </w:p>
    <w:p>
      <w:pPr/>
      <w:r>
        <w:rPr>
          <w:rFonts w:ascii="Aptos" w:hAnsi="Aptos" w:eastAsia="Aptos"/>
          <w:b w:val="0"/>
          <w:i w:val="0"/>
        </w:rPr>
        <w:t>Cada mudança de intensidade obriga o corredor a reorganizar respiração, postura, cadência e percepção de esforço. Com repetição, essas transições ficam mais naturais.</w:t>
      </w:r>
    </w:p>
    <w:p>
      <w:pPr/>
      <w:r>
        <w:rPr>
          <w:rFonts w:ascii="Aptos" w:hAnsi="Aptos" w:eastAsia="Aptos"/>
          <w:b w:val="0"/>
          <w:i w:val="0"/>
        </w:rPr>
        <w:t>O atleta deixa de reagir impulsivamente.</w:t>
      </w:r>
    </w:p>
    <w:p>
      <w:pPr/>
      <w:r>
        <w:rPr>
          <w:rFonts w:ascii="Aptos" w:hAnsi="Aptos" w:eastAsia="Aptos"/>
          <w:b w:val="0"/>
          <w:i w:val="0"/>
        </w:rPr>
        <w:t>Passa a administrar o esforço.</w:t>
      </w:r>
    </w:p>
    <w:p>
      <w:pPr/>
      <w:r>
        <w:rPr>
          <w:rFonts w:ascii="Aptos" w:hAnsi="Aptos" w:eastAsia="Aptos"/>
          <w:b w:val="0"/>
          <w:i w:val="0"/>
        </w:rPr>
        <w:t>Essa é uma diferença enorme entre correr por instinto e correr com método.</w:t>
      </w:r>
    </w:p>
    <w:p>
      <w:pPr/>
      <w:r>
        <w:rPr>
          <w:rFonts w:ascii="Aptos" w:hAnsi="Aptos" w:eastAsia="Aptos"/>
          <w:b w:val="0"/>
          <w:i w:val="0"/>
        </w:rPr>
        <w:t>O corredor que não sabe mudar de ritmo sem perder controle pode desperdiçar energia cedo demais. O atleta que domina transições consegue correr com mais inteligência.</w:t>
      </w:r>
    </w:p>
    <w:p>
      <w:pPr/>
      <w:r>
        <w:rPr>
          <w:rFonts w:ascii="Aptos" w:hAnsi="Aptos" w:eastAsia="Aptos"/>
          <w:b w:val="0"/>
          <w:i w:val="0"/>
        </w:rPr>
        <w:t>Fartlek é treino de ritmo.</w:t>
      </w:r>
    </w:p>
    <w:p>
      <w:pPr/>
      <w:r>
        <w:rPr>
          <w:rFonts w:ascii="Aptos" w:hAnsi="Aptos" w:eastAsia="Aptos"/>
          <w:b w:val="0"/>
          <w:i w:val="0"/>
        </w:rPr>
        <w:t>Mas também é treino de decisão.</w:t>
      </w:r>
    </w:p>
    <w:p>
      <w:pPr>
        <w:pStyle w:val="Heading2"/>
      </w:pPr>
      <w:r>
        <w:t>8.6 O Fartlek como ferramenta de adaptação</w:t>
      </w:r>
    </w:p>
    <w:p>
      <w:pPr/>
      <w:r>
        <w:rPr>
          <w:rFonts w:ascii="Aptos" w:hAnsi="Aptos" w:eastAsia="Aptos"/>
          <w:b w:val="0"/>
          <w:i w:val="0"/>
        </w:rPr>
        <w:t>O Fartlek não pertence apenas a provas curtas.</w:t>
      </w:r>
    </w:p>
    <w:p>
      <w:pPr/>
      <w:r>
        <w:rPr>
          <w:rFonts w:ascii="Aptos" w:hAnsi="Aptos" w:eastAsia="Aptos"/>
          <w:b w:val="0"/>
          <w:i w:val="0"/>
        </w:rPr>
        <w:t>Sua utilidade muda conforme o tipo de instabilidade que o atleta precisa aprender a administrar.</w:t>
      </w:r>
    </w:p>
    <w:p>
      <w:pPr/>
      <w:r>
        <w:rPr>
          <w:rFonts w:ascii="Aptos" w:hAnsi="Aptos" w:eastAsia="Aptos"/>
          <w:b w:val="0"/>
          <w:i w:val="0"/>
        </w:rPr>
        <w:t>Ele pode desenvolver:</w:t>
      </w:r>
    </w:p>
    <w:p>
      <w:pPr>
        <w:pStyle w:val="ListBullet"/>
      </w:pPr>
      <w:r>
        <w:rPr>
          <w:rFonts w:ascii="Aptos" w:hAnsi="Aptos" w:eastAsia="Aptos"/>
          <w:b w:val="0"/>
          <w:i w:val="0"/>
        </w:rPr>
        <w:t>variação de ritmo;</w:t>
      </w:r>
    </w:p>
    <w:p>
      <w:pPr>
        <w:pStyle w:val="ListBullet"/>
      </w:pPr>
      <w:r>
        <w:rPr>
          <w:rFonts w:ascii="Aptos" w:hAnsi="Aptos" w:eastAsia="Aptos"/>
          <w:b w:val="0"/>
          <w:i w:val="0"/>
        </w:rPr>
        <w:t>resposta a mudanças de intensidade;</w:t>
      </w:r>
    </w:p>
    <w:p>
      <w:pPr>
        <w:pStyle w:val="ListBullet"/>
      </w:pPr>
      <w:r>
        <w:rPr>
          <w:rFonts w:ascii="Aptos" w:hAnsi="Aptos" w:eastAsia="Aptos"/>
          <w:b w:val="0"/>
          <w:i w:val="0"/>
        </w:rPr>
        <w:t>controle de esforço;</w:t>
      </w:r>
    </w:p>
    <w:p>
      <w:pPr>
        <w:pStyle w:val="ListBullet"/>
      </w:pPr>
      <w:r>
        <w:rPr>
          <w:rFonts w:ascii="Aptos" w:hAnsi="Aptos" w:eastAsia="Aptos"/>
          <w:b w:val="0"/>
          <w:i w:val="0"/>
        </w:rPr>
        <w:t>percepção corporal;</w:t>
      </w:r>
    </w:p>
    <w:p>
      <w:pPr>
        <w:pStyle w:val="ListBullet"/>
      </w:pPr>
      <w:r>
        <w:rPr>
          <w:rFonts w:ascii="Aptos" w:hAnsi="Aptos" w:eastAsia="Aptos"/>
          <w:b w:val="0"/>
          <w:i w:val="0"/>
        </w:rPr>
        <w:t>reorganização após momentos de fadiga;</w:t>
      </w:r>
    </w:p>
    <w:p>
      <w:pPr>
        <w:pStyle w:val="ListBullet"/>
      </w:pPr>
      <w:r>
        <w:rPr>
          <w:rFonts w:ascii="Aptos" w:hAnsi="Aptos" w:eastAsia="Aptos"/>
          <w:b w:val="0"/>
          <w:i w:val="0"/>
        </w:rPr>
        <w:t>leitura de terreno;</w:t>
      </w:r>
    </w:p>
    <w:p>
      <w:pPr>
        <w:pStyle w:val="ListBullet"/>
      </w:pPr>
      <w:r>
        <w:rPr>
          <w:rFonts w:ascii="Aptos" w:hAnsi="Aptos" w:eastAsia="Aptos"/>
          <w:b w:val="0"/>
          <w:i w:val="0"/>
        </w:rPr>
        <w:t>capacidade de acelerar sem sprintar;</w:t>
      </w:r>
    </w:p>
    <w:p>
      <w:pPr>
        <w:pStyle w:val="ListBullet"/>
      </w:pPr>
      <w:r>
        <w:rPr>
          <w:rFonts w:ascii="Aptos" w:hAnsi="Aptos" w:eastAsia="Aptos"/>
          <w:b w:val="0"/>
          <w:i w:val="0"/>
        </w:rPr>
        <w:t>habilidade de recuperar sem desligar.</w:t>
      </w:r>
    </w:p>
    <w:p>
      <w:pPr/>
      <w:r>
        <w:rPr>
          <w:rFonts w:ascii="Aptos" w:hAnsi="Aptos" w:eastAsia="Aptos"/>
          <w:b w:val="0"/>
          <w:i w:val="0"/>
        </w:rPr>
        <w:t>Essa variedade não significa falta de critério. Pelo contrário. O Fartlek é uma ferramenta aberta, mas a prescrição precisa ter intenção.</w:t>
      </w:r>
    </w:p>
    <w:p>
      <w:pPr/>
      <w:r>
        <w:rPr>
          <w:rFonts w:ascii="Aptos" w:hAnsi="Aptos" w:eastAsia="Aptos"/>
          <w:b w:val="0"/>
          <w:i w:val="0"/>
        </w:rPr>
        <w:t>Se o objetivo é percepção, as zonas devem ser claras.</w:t>
      </w:r>
    </w:p>
    <w:p>
      <w:pPr/>
      <w:r>
        <w:rPr>
          <w:rFonts w:ascii="Aptos" w:hAnsi="Aptos" w:eastAsia="Aptos"/>
          <w:b w:val="0"/>
          <w:i w:val="0"/>
        </w:rPr>
        <w:t>Se o objetivo é resposta, os estímulos podem ser mais curtos.</w:t>
      </w:r>
    </w:p>
    <w:p>
      <w:pPr/>
      <w:r>
        <w:rPr>
          <w:rFonts w:ascii="Aptos" w:hAnsi="Aptos" w:eastAsia="Aptos"/>
          <w:b w:val="0"/>
          <w:i w:val="0"/>
        </w:rPr>
        <w:t>Se o objetivo é resistência variável, os blocos podem ser mais longos.</w:t>
      </w:r>
    </w:p>
    <w:p>
      <w:pPr/>
      <w:r>
        <w:rPr>
          <w:rFonts w:ascii="Aptos" w:hAnsi="Aptos" w:eastAsia="Aptos"/>
          <w:b w:val="0"/>
          <w:i w:val="0"/>
        </w:rPr>
        <w:t>Se o objetivo é controle, a recuperação precisa ser tão bem executada quanto a aceleração.</w:t>
      </w:r>
    </w:p>
    <w:p>
      <w:pPr/>
      <w:r>
        <w:rPr>
          <w:rFonts w:ascii="Aptos" w:hAnsi="Aptos" w:eastAsia="Aptos"/>
          <w:b w:val="0"/>
          <w:i w:val="0"/>
        </w:rPr>
        <w:t>O Fartlek ensina o atleta a correr dentro de um ambiente menos previsível.</w:t>
      </w:r>
    </w:p>
    <w:p>
      <w:pPr/>
      <w:r>
        <w:rPr>
          <w:rFonts w:ascii="Aptos" w:hAnsi="Aptos" w:eastAsia="Aptos"/>
          <w:b w:val="0"/>
          <w:i w:val="0"/>
        </w:rPr>
        <w:t>E a corrida real raramente é previsível.</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O Fartlek trabalha uma combinação de demandas fisiológicas, neuromotoras e perceptivas. Ao alternar intensidades, o atleta transita entre diferentes níveis de esforço, muda recrutamento muscular, ajusta respiração e aprende a regular o ritmo em tempo real.</w:t>
            </w:r>
          </w:p>
          <w:p>
            <w:pPr/>
            <w:r>
              <w:rPr>
                <w:rFonts w:ascii="Aptos" w:hAnsi="Aptos" w:eastAsia="Aptos"/>
                <w:b w:val="0"/>
                <w:i w:val="0"/>
              </w:rPr>
              <w:t>Esse tipo de sessão favorece a autorregulação, ou seja, a capacidade de ajustar intensidade com base em sinais internos e externos. Também desenvolve flexibilidade metabólica, porque o organismo precisa lidar com mudanças de demanda sem interromper completamente o movimento.</w:t>
            </w:r>
          </w:p>
          <w:p>
            <w:pPr/>
            <w:r>
              <w:rPr>
                <w:rFonts w:ascii="Aptos" w:hAnsi="Aptos" w:eastAsia="Aptos"/>
                <w:b w:val="0"/>
                <w:i w:val="0"/>
              </w:rPr>
              <w:t>Dentro do Método TriLife Running, o valor do Fartlek não está apenas na variação de velocidade. Está na educação do atleta para reconhecer zonas, controlar esforço e tomar decisões melhores durante a corrida.</w:t>
            </w:r>
          </w:p>
          <w:p>
            <w:pPr/>
            <w:r>
              <w:rPr>
                <w:rFonts w:ascii="Aptos" w:hAnsi="Aptos" w:eastAsia="Aptos"/>
                <w:b w:val="0"/>
                <w:i w:val="0"/>
              </w:rPr>
              <w:t>O treino ensina o corpo a alternar.</w:t>
            </w:r>
          </w:p>
          <w:p>
            <w:pPr/>
            <w:r>
              <w:rPr>
                <w:rFonts w:ascii="Aptos" w:hAnsi="Aptos" w:eastAsia="Aptos"/>
                <w:b w:val="0"/>
                <w:i w:val="0"/>
              </w:rPr>
              <w:t>E ensina a mente a administrar.</w:t>
            </w:r>
          </w:p>
        </w:tc>
      </w:tr>
    </w:tbl>
    <w:p/>
    <w:p>
      <w:pPr>
        <w:pStyle w:val="Heading2"/>
      </w:pPr>
      <w:r>
        <w:t>8.7 Cuidados na execução</w:t>
      </w:r>
    </w:p>
    <w:p>
      <w:pPr/>
      <w:r>
        <w:rPr>
          <w:rFonts w:ascii="Aptos" w:hAnsi="Aptos" w:eastAsia="Aptos"/>
          <w:b w:val="0"/>
          <w:i w:val="0"/>
        </w:rPr>
        <w:t>A simplicidade do Fartlek pode gerar erros.</w:t>
      </w:r>
    </w:p>
    <w:p>
      <w:pPr/>
      <w:r>
        <w:rPr>
          <w:rFonts w:ascii="Aptos" w:hAnsi="Aptos" w:eastAsia="Aptos"/>
          <w:b w:val="0"/>
          <w:i w:val="0"/>
        </w:rPr>
        <w:t>O atleta pode transformar todos os estímulos rápidos em sprints. Pode recuperar lento demais. Pode ignorar a zona proposta. Pode executar todas as acelerações na mesma intensidade. Pode começar forte e perder qualidade na metade do treino.</w:t>
      </w:r>
    </w:p>
    <w:p>
      <w:pPr/>
      <w:r>
        <w:rPr>
          <w:rFonts w:ascii="Aptos" w:hAnsi="Aptos" w:eastAsia="Aptos"/>
          <w:b w:val="0"/>
          <w:i w:val="0"/>
        </w:rPr>
        <w:t>Na metodologia TriLife, cada mudança precisa ter intenção.</w:t>
      </w:r>
    </w:p>
    <w:p>
      <w:pPr/>
      <w:r>
        <w:rPr>
          <w:rFonts w:ascii="Aptos" w:hAnsi="Aptos" w:eastAsia="Aptos"/>
          <w:b w:val="0"/>
          <w:i w:val="0"/>
        </w:rPr>
        <w:t>O sucesso da sessão depende menos da velocidade absoluta e mais da precisão com que o atleta alterna, sustenta e recupera.</w:t>
      </w:r>
    </w:p>
    <w:p>
      <w:pPr/>
      <w:r>
        <w:rPr>
          <w:rFonts w:ascii="Aptos" w:hAnsi="Aptos" w:eastAsia="Aptos"/>
          <w:b w:val="0"/>
          <w:i w:val="0"/>
        </w:rPr>
        <w:t>O treinador observa:</w:t>
      </w:r>
    </w:p>
    <w:p>
      <w:pPr>
        <w:pStyle w:val="ListBullet"/>
      </w:pPr>
      <w:r>
        <w:rPr>
          <w:rFonts w:ascii="Aptos" w:hAnsi="Aptos" w:eastAsia="Aptos"/>
          <w:b w:val="0"/>
          <w:i w:val="0"/>
        </w:rPr>
        <w:t>fluidez das acelerações;</w:t>
      </w:r>
    </w:p>
    <w:p>
      <w:pPr>
        <w:pStyle w:val="ListBullet"/>
      </w:pPr>
      <w:r>
        <w:rPr>
          <w:rFonts w:ascii="Aptos" w:hAnsi="Aptos" w:eastAsia="Aptos"/>
          <w:b w:val="0"/>
          <w:i w:val="0"/>
        </w:rPr>
        <w:t>estabilidade técnica;</w:t>
      </w:r>
    </w:p>
    <w:p>
      <w:pPr>
        <w:pStyle w:val="ListBullet"/>
      </w:pPr>
      <w:r>
        <w:rPr>
          <w:rFonts w:ascii="Aptos" w:hAnsi="Aptos" w:eastAsia="Aptos"/>
          <w:b w:val="0"/>
          <w:i w:val="0"/>
        </w:rPr>
        <w:t>recuperação entre blocos;</w:t>
      </w:r>
    </w:p>
    <w:p>
      <w:pPr>
        <w:pStyle w:val="ListBullet"/>
      </w:pPr>
      <w:r>
        <w:rPr>
          <w:rFonts w:ascii="Aptos" w:hAnsi="Aptos" w:eastAsia="Aptos"/>
          <w:b w:val="0"/>
          <w:i w:val="0"/>
        </w:rPr>
        <w:t>controle da respiração;</w:t>
      </w:r>
    </w:p>
    <w:p>
      <w:pPr>
        <w:pStyle w:val="ListBullet"/>
      </w:pPr>
      <w:r>
        <w:rPr>
          <w:rFonts w:ascii="Aptos" w:hAnsi="Aptos" w:eastAsia="Aptos"/>
          <w:b w:val="0"/>
          <w:i w:val="0"/>
        </w:rPr>
        <w:t>administração de energia;</w:t>
      </w:r>
    </w:p>
    <w:p>
      <w:pPr>
        <w:pStyle w:val="ListBullet"/>
      </w:pPr>
      <w:r>
        <w:rPr>
          <w:rFonts w:ascii="Aptos" w:hAnsi="Aptos" w:eastAsia="Aptos"/>
          <w:b w:val="0"/>
          <w:i w:val="0"/>
        </w:rPr>
        <w:t>manutenção da cadência;</w:t>
      </w:r>
    </w:p>
    <w:p>
      <w:pPr>
        <w:pStyle w:val="ListBullet"/>
      </w:pPr>
      <w:r>
        <w:rPr>
          <w:rFonts w:ascii="Aptos" w:hAnsi="Aptos" w:eastAsia="Aptos"/>
          <w:b w:val="0"/>
          <w:i w:val="0"/>
        </w:rPr>
        <w:t>capacidade de cumprir a proposta.</w:t>
      </w:r>
    </w:p>
    <w:p>
      <w:pPr/>
      <w:r>
        <w:rPr>
          <w:rFonts w:ascii="Aptos" w:hAnsi="Aptos" w:eastAsia="Aptos"/>
          <w:b w:val="0"/>
          <w:i w:val="0"/>
        </w:rPr>
        <w:t>Fartlek não é bagunça organizada.</w:t>
      </w:r>
    </w:p>
    <w:p>
      <w:pPr/>
      <w:r>
        <w:rPr>
          <w:rFonts w:ascii="Aptos" w:hAnsi="Aptos" w:eastAsia="Aptos"/>
          <w:b w:val="0"/>
          <w:i w:val="0"/>
        </w:rPr>
        <w:t>É variação com propósito.</w:t>
      </w:r>
    </w:p>
    <w:p>
      <w:pPr/>
      <w:r>
        <w:rPr>
          <w:rFonts w:ascii="Aptos" w:hAnsi="Aptos" w:eastAsia="Aptos"/>
          <w:b w:val="0"/>
          <w:i w:val="0"/>
        </w:rPr>
        <w:t>Quando bem executado, ensina o atleta a controlar a corrida por dentro, não apenas seguir comandos externos.</w:t>
      </w:r>
    </w:p>
    <w:p>
      <w:pPr>
        <w:pStyle w:val="Heading2"/>
      </w:pPr>
      <w:r>
        <w:t>8.8 Fartlek como ferramenta pedagógica</w:t>
      </w:r>
    </w:p>
    <w:p>
      <w:pPr/>
      <w:r>
        <w:rPr>
          <w:rFonts w:ascii="Aptos" w:hAnsi="Aptos" w:eastAsia="Aptos"/>
          <w:b w:val="0"/>
          <w:i w:val="0"/>
        </w:rPr>
        <w:t>Cada ferramenta do Método TriLife Running possui função fisiológica e pedagógica.</w:t>
      </w:r>
    </w:p>
    <w:p>
      <w:pPr/>
      <w:r>
        <w:rPr>
          <w:rFonts w:ascii="Aptos" w:hAnsi="Aptos" w:eastAsia="Aptos"/>
          <w:b w:val="0"/>
          <w:i w:val="0"/>
        </w:rPr>
        <w:t>O Fartlek mostra isso com clareza.</w:t>
      </w:r>
    </w:p>
    <w:p>
      <w:pPr/>
      <w:r>
        <w:rPr>
          <w:rFonts w:ascii="Aptos" w:hAnsi="Aptos" w:eastAsia="Aptos"/>
          <w:b w:val="0"/>
          <w:i w:val="0"/>
        </w:rPr>
        <w:t>Ele desenvolve o corpo, mas também educa a percepção do atleta.</w:t>
      </w:r>
    </w:p>
    <w:p>
      <w:pPr/>
      <w:r>
        <w:rPr>
          <w:rFonts w:ascii="Aptos" w:hAnsi="Aptos" w:eastAsia="Aptos"/>
          <w:b w:val="0"/>
          <w:i w:val="0"/>
        </w:rPr>
        <w:t>Ao dominar o Fartlek, o corredor aprende algo que nenhum relógio entrega sozinho: compreender o próprio esforço em tempo real.</w:t>
      </w:r>
    </w:p>
    <w:p>
      <w:pPr/>
      <w:r>
        <w:rPr>
          <w:rFonts w:ascii="Aptos" w:hAnsi="Aptos" w:eastAsia="Aptos"/>
          <w:b w:val="0"/>
          <w:i w:val="0"/>
        </w:rPr>
        <w:t>Esse aprendizado melhora a execução dos treinos, a leitura das zonas e a inteligência competitiva.</w:t>
      </w:r>
    </w:p>
    <w:p>
      <w:pPr/>
      <w:r>
        <w:rPr>
          <w:rFonts w:ascii="Aptos" w:hAnsi="Aptos" w:eastAsia="Aptos"/>
          <w:b w:val="0"/>
          <w:i w:val="0"/>
        </w:rPr>
        <w:t>O atleta passa a reconhecer quando está exagerando, quando pode acelerar, quando precisa controlar e quando deve recuperar mantendo organização.</w:t>
      </w:r>
    </w:p>
    <w:p>
      <w:pPr/>
      <w:r>
        <w:rPr>
          <w:rFonts w:ascii="Aptos" w:hAnsi="Aptos" w:eastAsia="Aptos"/>
          <w:b w:val="0"/>
          <w:i w:val="0"/>
        </w:rPr>
        <w:t>Essa autonomia é parte da formação do corredor.</w:t>
      </w:r>
    </w:p>
    <w:p>
      <w:pPr/>
      <w:r>
        <w:rPr>
          <w:rFonts w:ascii="Aptos" w:hAnsi="Aptos" w:eastAsia="Aptos"/>
          <w:b w:val="0"/>
          <w:i w:val="0"/>
        </w:rPr>
        <w:t>O método não quer apenas atletas que obedecem à planilha.</w:t>
      </w:r>
    </w:p>
    <w:p>
      <w:pPr/>
      <w:r>
        <w:rPr>
          <w:rFonts w:ascii="Aptos" w:hAnsi="Aptos" w:eastAsia="Aptos"/>
          <w:b w:val="0"/>
          <w:i w:val="0"/>
        </w:rPr>
        <w:t>Quer atletas que entendem o que estão executando.</w:t>
      </w:r>
    </w:p>
    <w:p>
      <w:pPr>
        <w:pStyle w:val="Heading2"/>
      </w:pPr>
      <w:r>
        <w:t>Conclusão</w:t>
      </w:r>
    </w:p>
    <w:p>
      <w:pPr/>
      <w:r>
        <w:rPr>
          <w:rFonts w:ascii="Aptos" w:hAnsi="Aptos" w:eastAsia="Aptos"/>
          <w:b w:val="0"/>
          <w:i w:val="0"/>
        </w:rPr>
        <w:t>No Método TriLife Running, o Fartlek é a ferramenta que ensina o atleta a controlar intensidade em movimento.</w:t>
      </w:r>
    </w:p>
    <w:p>
      <w:pPr/>
      <w:r>
        <w:rPr>
          <w:rFonts w:ascii="Aptos" w:hAnsi="Aptos" w:eastAsia="Aptos"/>
          <w:b w:val="0"/>
          <w:i w:val="0"/>
        </w:rPr>
        <w:t>Ele desenvolve percepção, transição de ritmos, tomada de decisão e economia de esforço.</w:t>
      </w:r>
    </w:p>
    <w:p>
      <w:pPr/>
      <w:r>
        <w:rPr>
          <w:rFonts w:ascii="Aptos" w:hAnsi="Aptos" w:eastAsia="Aptos"/>
          <w:b w:val="0"/>
          <w:i w:val="0"/>
        </w:rPr>
        <w:t>Quando bem utilizado, deixa de ser apenas um treino de velocidade variável e passa a ser uma escola prática de controle do ritmo.</w:t>
      </w:r>
    </w:p>
    <w:p>
      <w:pPr>
        <w:pStyle w:val="Heading2"/>
      </w:pPr>
      <w:r>
        <w:t>Princípios Fundamentais do Método TriLife Running</w:t>
      </w:r>
    </w:p>
    <w:p>
      <w:pPr>
        <w:pStyle w:val="TriLifeQuote"/>
      </w:pPr>
      <w:r>
        <w:rPr>
          <w:rFonts w:ascii="Aptos" w:hAnsi="Aptos" w:eastAsia="Aptos"/>
          <w:b w:val="0"/>
          <w:i/>
        </w:rPr>
        <w:t>Princípio Fundamental nº 29</w:t>
      </w:r>
    </w:p>
    <w:p>
      <w:pPr/>
      <w:r>
        <w:rPr>
          <w:rFonts w:ascii="Aptos" w:hAnsi="Aptos" w:eastAsia="Aptos"/>
          <w:b w:val="0"/>
          <w:i w:val="0"/>
        </w:rPr>
        <w:t>Fartlek não é alternância aleatória. É controle planejado de intensidade.</w:t>
      </w:r>
    </w:p>
    <w:p>
      <w:pPr>
        <w:pStyle w:val="TriLifeQuote"/>
      </w:pPr>
      <w:r>
        <w:rPr>
          <w:rFonts w:ascii="Aptos" w:hAnsi="Aptos" w:eastAsia="Aptos"/>
          <w:b w:val="0"/>
          <w:i/>
        </w:rPr>
        <w:t>Princípio Fundamental nº 30</w:t>
      </w:r>
    </w:p>
    <w:p>
      <w:pPr/>
      <w:r>
        <w:rPr>
          <w:rFonts w:ascii="Aptos" w:hAnsi="Aptos" w:eastAsia="Aptos"/>
          <w:b w:val="0"/>
          <w:i w:val="0"/>
        </w:rPr>
        <w:t>O atleta precisa aprender a sentir as zonas, não apenas obedecer ao relógio.</w:t>
      </w:r>
    </w:p>
    <w:p>
      <w:pPr>
        <w:pStyle w:val="TriLifeQuote"/>
      </w:pPr>
      <w:r>
        <w:rPr>
          <w:rFonts w:ascii="Aptos" w:hAnsi="Aptos" w:eastAsia="Aptos"/>
          <w:b w:val="0"/>
          <w:i/>
        </w:rPr>
        <w:t>Princípio Fundamental nº 31</w:t>
      </w:r>
    </w:p>
    <w:p>
      <w:pPr/>
      <w:r>
        <w:rPr>
          <w:rFonts w:ascii="Aptos" w:hAnsi="Aptos" w:eastAsia="Aptos"/>
          <w:b w:val="0"/>
          <w:i w:val="0"/>
        </w:rPr>
        <w:t>Tempo Run ensina sustentação. Fartlek ensina controle.</w:t>
      </w:r>
    </w:p>
    <w:p>
      <w:pPr>
        <w:pStyle w:val="TriLifeQuote"/>
      </w:pPr>
      <w:r>
        <w:rPr>
          <w:rFonts w:ascii="Aptos" w:hAnsi="Aptos" w:eastAsia="Aptos"/>
          <w:b w:val="0"/>
          <w:i/>
        </w:rPr>
        <w:t>Princípio Fundamental nº 32</w:t>
      </w:r>
    </w:p>
    <w:p>
      <w:pPr/>
      <w:r>
        <w:rPr>
          <w:rFonts w:ascii="Aptos" w:hAnsi="Aptos" w:eastAsia="Aptos"/>
          <w:b w:val="0"/>
          <w:i w:val="0"/>
        </w:rPr>
        <w:t>Toda mudança de ritmo deve possuir intenção técnica, fisiológica ou estratégica.</w:t>
      </w:r>
    </w:p>
    <w:p>
      <w:r>
        <w:br w:type="page"/>
      </w:r>
    </w:p>
    <w:p>
      <w:pPr>
        <w:pStyle w:val="Heading1"/>
        <w:jc w:val="center"/>
      </w:pPr>
      <w:r>
        <w:t>CAPÍTULO 9</w:t>
      </w:r>
    </w:p>
    <w:p>
      <w:pPr>
        <w:pStyle w:val="Heading1"/>
        <w:jc w:val="center"/>
      </w:pPr>
      <w:r>
        <w:t>INTERVALADOS: DESENVOLVENDO POTÊNCIA SEM PERDER EFICIÊNCIA</w:t>
      </w:r>
    </w:p>
    <w:p>
      <w:pPr>
        <w:pStyle w:val="TriLifeQuote"/>
      </w:pPr>
      <w:r>
        <w:rPr>
          <w:rFonts w:ascii="Aptos" w:hAnsi="Aptos" w:eastAsia="Aptos"/>
          <w:b w:val="0"/>
          <w:i/>
        </w:rPr>
        <w:t>Não é a velocidade que torna um corredor melhor. É a capacidade de repetir velocidade com qualidade.</w:t>
      </w:r>
    </w:p>
    <w:p>
      <w:pPr>
        <w:pStyle w:val="Heading2"/>
      </w:pPr>
      <w:r>
        <w:t>9.1 O papel dos intervalados dentro da metodologia</w:t>
      </w:r>
    </w:p>
    <w:p>
      <w:pPr/>
      <w:r>
        <w:rPr>
          <w:rFonts w:ascii="Aptos" w:hAnsi="Aptos" w:eastAsia="Aptos"/>
          <w:b w:val="0"/>
          <w:i w:val="0"/>
        </w:rPr>
        <w:t>Os treinamentos intervalados estão entre as ferramentas mais conhecidas da preparação de corredores.</w:t>
      </w:r>
    </w:p>
    <w:p>
      <w:pPr/>
      <w:r>
        <w:rPr>
          <w:rFonts w:ascii="Aptos" w:hAnsi="Aptos" w:eastAsia="Aptos"/>
          <w:b w:val="0"/>
          <w:i w:val="0"/>
        </w:rPr>
        <w:t>Também estão entre as mais mal executadas.</w:t>
      </w:r>
    </w:p>
    <w:p>
      <w:pPr/>
      <w:r>
        <w:rPr>
          <w:rFonts w:ascii="Aptos" w:hAnsi="Aptos" w:eastAsia="Aptos"/>
          <w:b w:val="0"/>
          <w:i w:val="0"/>
        </w:rPr>
        <w:t>Muitos atletas tratam intervalado como sinônimo de sofrimento máximo. Quanto mais forte, melhor. Quanto mais exausto, mais eficiente. Quanto mais próximo do limite, mais valor teria a sessão.</w:t>
      </w:r>
    </w:p>
    <w:p>
      <w:pPr/>
      <w:r>
        <w:rPr>
          <w:rFonts w:ascii="Aptos" w:hAnsi="Aptos" w:eastAsia="Aptos"/>
          <w:b w:val="0"/>
          <w:i w:val="0"/>
        </w:rPr>
        <w:t>O Método TriLife Running não trabalha dessa forma.</w:t>
      </w:r>
    </w:p>
    <w:p>
      <w:pPr/>
      <w:r>
        <w:rPr>
          <w:rFonts w:ascii="Aptos" w:hAnsi="Aptos" w:eastAsia="Aptos"/>
          <w:b w:val="0"/>
          <w:i w:val="0"/>
        </w:rPr>
        <w:t>Dentro da metodologia, os intervalados possuem uma função clara: desenvolver potência, velocidade controlada e capacidade de repetir esforços intensos sem perder eficiência técnica.</w:t>
      </w:r>
    </w:p>
    <w:p>
      <w:pPr/>
      <w:r>
        <w:rPr>
          <w:rFonts w:ascii="Aptos" w:hAnsi="Aptos" w:eastAsia="Aptos"/>
          <w:b w:val="0"/>
          <w:i w:val="0"/>
        </w:rPr>
        <w:t>Eles não existem para cansar o atleta.</w:t>
      </w:r>
    </w:p>
    <w:p>
      <w:pPr/>
      <w:r>
        <w:rPr>
          <w:rFonts w:ascii="Aptos" w:hAnsi="Aptos" w:eastAsia="Aptos"/>
          <w:b w:val="0"/>
          <w:i w:val="0"/>
        </w:rPr>
        <w:t>Existem para expandir capacidade.</w:t>
      </w:r>
    </w:p>
    <w:p>
      <w:pPr/>
      <w:r>
        <w:rPr>
          <w:rFonts w:ascii="Aptos" w:hAnsi="Aptos" w:eastAsia="Aptos"/>
          <w:b w:val="0"/>
          <w:i w:val="0"/>
        </w:rPr>
        <w:t>Um intervalado bem prescrito permite que o corredor acumule trabalho em intensidades altas, com recuperação parcial e qualidade suficiente para repetir estímulos. Essa combinação desenvolve o sistema cardiovascular, respiratório, muscular e neuromuscular sem depender de esforço máximo contínuo.</w:t>
      </w:r>
    </w:p>
    <w:p>
      <w:pPr/>
      <w:r>
        <w:rPr>
          <w:rFonts w:ascii="Aptos" w:hAnsi="Aptos" w:eastAsia="Aptos"/>
          <w:b w:val="0"/>
          <w:i w:val="0"/>
        </w:rPr>
        <w:t>A intensidade é alta.</w:t>
      </w:r>
    </w:p>
    <w:p>
      <w:pPr/>
      <w:r>
        <w:rPr>
          <w:rFonts w:ascii="Aptos" w:hAnsi="Aptos" w:eastAsia="Aptos"/>
          <w:b w:val="0"/>
          <w:i w:val="0"/>
        </w:rPr>
        <w:t>Mas precisa ter controle.</w:t>
      </w:r>
    </w:p>
    <w:p>
      <w:pPr/>
      <w:r>
        <w:rPr>
          <w:rFonts w:ascii="Aptos" w:hAnsi="Aptos" w:eastAsia="Aptos"/>
          <w:b w:val="0"/>
          <w:i w:val="0"/>
        </w:rPr>
        <w:t>Sem controle, o treino vira disputa.</w:t>
      </w:r>
    </w:p>
    <w:p>
      <w:pPr/>
      <w:r>
        <w:rPr>
          <w:rFonts w:ascii="Aptos" w:hAnsi="Aptos" w:eastAsia="Aptos"/>
          <w:b w:val="0"/>
          <w:i w:val="0"/>
        </w:rPr>
        <w:t>Com método, vira desenvolvimento.</w:t>
      </w:r>
    </w:p>
    <w:p>
      <w:pPr>
        <w:pStyle w:val="Heading2"/>
      </w:pPr>
      <w:r>
        <w:t>9.2 Primeiro constrói-se o corredor. Depois desenvolve-se potência.</w:t>
      </w:r>
    </w:p>
    <w:p>
      <w:pPr/>
      <w:r>
        <w:rPr>
          <w:rFonts w:ascii="Aptos" w:hAnsi="Aptos" w:eastAsia="Aptos"/>
          <w:b w:val="0"/>
          <w:i w:val="0"/>
        </w:rPr>
        <w:t>O Método TriLife Running não coloca estímulos intensos de forma precoce e aleatória.</w:t>
      </w:r>
    </w:p>
    <w:p>
      <w:pPr/>
      <w:r>
        <w:rPr>
          <w:rFonts w:ascii="Aptos" w:hAnsi="Aptos" w:eastAsia="Aptos"/>
          <w:b w:val="0"/>
          <w:i w:val="0"/>
        </w:rPr>
        <w:t>Antes de receber intervalados mais exigentes, o atleta precisa ter construído elementos básicos:</w:t>
      </w:r>
    </w:p>
    <w:p>
      <w:pPr>
        <w:pStyle w:val="ListBullet"/>
      </w:pPr>
      <w:r>
        <w:rPr>
          <w:rFonts w:ascii="Aptos" w:hAnsi="Aptos" w:eastAsia="Aptos"/>
          <w:b w:val="0"/>
          <w:i w:val="0"/>
        </w:rPr>
        <w:t>rotina de treinamento;</w:t>
      </w:r>
    </w:p>
    <w:p>
      <w:pPr>
        <w:pStyle w:val="ListBullet"/>
      </w:pPr>
      <w:r>
        <w:rPr>
          <w:rFonts w:ascii="Aptos" w:hAnsi="Aptos" w:eastAsia="Aptos"/>
          <w:b w:val="0"/>
          <w:i w:val="0"/>
        </w:rPr>
        <w:t>base aeróbia;</w:t>
      </w:r>
    </w:p>
    <w:p>
      <w:pPr>
        <w:pStyle w:val="ListBullet"/>
      </w:pPr>
      <w:r>
        <w:rPr>
          <w:rFonts w:ascii="Aptos" w:hAnsi="Aptos" w:eastAsia="Aptos"/>
          <w:b w:val="0"/>
          <w:i w:val="0"/>
        </w:rPr>
        <w:t>percepção das zonas;</w:t>
      </w:r>
    </w:p>
    <w:p>
      <w:pPr>
        <w:pStyle w:val="ListBullet"/>
      </w:pPr>
      <w:r>
        <w:rPr>
          <w:rFonts w:ascii="Aptos" w:hAnsi="Aptos" w:eastAsia="Aptos"/>
          <w:b w:val="0"/>
          <w:i w:val="0"/>
        </w:rPr>
        <w:t>aquecimento adequado;</w:t>
      </w:r>
    </w:p>
    <w:p>
      <w:pPr>
        <w:pStyle w:val="ListBullet"/>
      </w:pPr>
      <w:r>
        <w:rPr>
          <w:rFonts w:ascii="Aptos" w:hAnsi="Aptos" w:eastAsia="Aptos"/>
          <w:b w:val="0"/>
          <w:i w:val="0"/>
        </w:rPr>
        <w:t>educativos;</w:t>
      </w:r>
    </w:p>
    <w:p>
      <w:pPr>
        <w:pStyle w:val="ListBullet"/>
      </w:pPr>
      <w:r>
        <w:rPr>
          <w:rFonts w:ascii="Aptos" w:hAnsi="Aptos" w:eastAsia="Aptos"/>
          <w:b w:val="0"/>
          <w:i w:val="0"/>
        </w:rPr>
        <w:t>cadência;</w:t>
      </w:r>
    </w:p>
    <w:p>
      <w:pPr>
        <w:pStyle w:val="ListBullet"/>
      </w:pPr>
      <w:r>
        <w:rPr>
          <w:rFonts w:ascii="Aptos" w:hAnsi="Aptos" w:eastAsia="Aptos"/>
          <w:b w:val="0"/>
          <w:i w:val="0"/>
        </w:rPr>
        <w:t>controle de ritmo;</w:t>
      </w:r>
    </w:p>
    <w:p>
      <w:pPr>
        <w:pStyle w:val="ListBullet"/>
      </w:pPr>
      <w:r>
        <w:rPr>
          <w:rFonts w:ascii="Aptos" w:hAnsi="Aptos" w:eastAsia="Aptos"/>
          <w:b w:val="0"/>
          <w:i w:val="0"/>
        </w:rPr>
        <w:t>resistência específica;</w:t>
      </w:r>
    </w:p>
    <w:p>
      <w:pPr>
        <w:pStyle w:val="ListBullet"/>
      </w:pPr>
      <w:r>
        <w:rPr>
          <w:rFonts w:ascii="Aptos" w:hAnsi="Aptos" w:eastAsia="Aptos"/>
          <w:b w:val="0"/>
          <w:i w:val="0"/>
        </w:rPr>
        <w:t>capacidade mínima de recuperação;</w:t>
      </w:r>
    </w:p>
    <w:p>
      <w:pPr>
        <w:pStyle w:val="ListBullet"/>
      </w:pPr>
      <w:r>
        <w:rPr>
          <w:rFonts w:ascii="Aptos" w:hAnsi="Aptos" w:eastAsia="Aptos"/>
          <w:b w:val="0"/>
          <w:i w:val="0"/>
        </w:rPr>
        <w:t>execução técnica estável.</w:t>
      </w:r>
    </w:p>
    <w:p>
      <w:pPr/>
      <w:r>
        <w:rPr>
          <w:rFonts w:ascii="Aptos" w:hAnsi="Aptos" w:eastAsia="Aptos"/>
          <w:b w:val="0"/>
          <w:i w:val="0"/>
        </w:rPr>
        <w:t>Essa sequência protege o processo.</w:t>
      </w:r>
    </w:p>
    <w:p>
      <w:pPr/>
      <w:r>
        <w:rPr>
          <w:rFonts w:ascii="Aptos" w:hAnsi="Aptos" w:eastAsia="Aptos"/>
          <w:b w:val="0"/>
          <w:i w:val="0"/>
        </w:rPr>
        <w:t>A velocidade sem base tende a gerar desorganização. O atleta alonga demais a passada, perde cadência, aumenta o tempo de contato com o solo, tensiona o corpo e passa a correr contra o próprio movimento.</w:t>
      </w:r>
    </w:p>
    <w:p>
      <w:pPr/>
      <w:r>
        <w:rPr>
          <w:rFonts w:ascii="Aptos" w:hAnsi="Aptos" w:eastAsia="Aptos"/>
          <w:b w:val="0"/>
          <w:i w:val="0"/>
        </w:rPr>
        <w:t>Nesse cenário, o treino até pode parecer forte.</w:t>
      </w:r>
    </w:p>
    <w:p>
      <w:pPr/>
      <w:r>
        <w:rPr>
          <w:rFonts w:ascii="Aptos" w:hAnsi="Aptos" w:eastAsia="Aptos"/>
          <w:b w:val="0"/>
          <w:i w:val="0"/>
        </w:rPr>
        <w:t>Mas não necessariamente é produtivo.</w:t>
      </w:r>
    </w:p>
    <w:p>
      <w:pPr/>
      <w:r>
        <w:rPr>
          <w:rFonts w:ascii="Aptos" w:hAnsi="Aptos" w:eastAsia="Aptos"/>
          <w:b w:val="0"/>
          <w:i w:val="0"/>
        </w:rPr>
        <w:t>Na TriLife, potência não substitui construção.</w:t>
      </w:r>
    </w:p>
    <w:p>
      <w:pPr/>
      <w:r>
        <w:rPr>
          <w:rFonts w:ascii="Aptos" w:hAnsi="Aptos" w:eastAsia="Aptos"/>
          <w:b w:val="0"/>
          <w:i w:val="0"/>
        </w:rPr>
        <w:t>Potência é consequência de uma construção bem feita.</w:t>
      </w:r>
    </w:p>
    <w:p>
      <w:pPr/>
      <w:r>
        <w:rPr>
          <w:rFonts w:ascii="Aptos" w:hAnsi="Aptos" w:eastAsia="Aptos"/>
          <w:b w:val="0"/>
          <w:i w:val="0"/>
        </w:rPr>
        <w:t>Primeiro o corredor aprende a se movimentar melhor. Depois aprende a sustentar. Em seguida, recebe estímulos mais intensos com maior chance de aproveitamento.</w:t>
      </w:r>
    </w:p>
    <w:p>
      <w:pPr/>
      <w:r>
        <w:rPr>
          <w:rFonts w:ascii="Aptos" w:hAnsi="Aptos" w:eastAsia="Aptos"/>
          <w:b w:val="0"/>
          <w:i w:val="0"/>
        </w:rPr>
        <w:t>Essa ordem não atrasa a evolução.</w:t>
      </w:r>
    </w:p>
    <w:p>
      <w:pPr/>
      <w:r>
        <w:rPr>
          <w:rFonts w:ascii="Aptos" w:hAnsi="Aptos" w:eastAsia="Aptos"/>
          <w:b w:val="0"/>
          <w:i w:val="0"/>
        </w:rPr>
        <w:t>Ela protege a evolução.</w:t>
      </w:r>
    </w:p>
    <w:p>
      <w:pPr>
        <w:pStyle w:val="Heading2"/>
      </w:pPr>
      <w:r>
        <w:t>9.3 O verdadeiro objetivo dos intervalados</w:t>
      </w:r>
    </w:p>
    <w:p>
      <w:pPr/>
      <w:r>
        <w:rPr>
          <w:rFonts w:ascii="Aptos" w:hAnsi="Aptos" w:eastAsia="Aptos"/>
          <w:b w:val="0"/>
          <w:i w:val="0"/>
        </w:rPr>
        <w:t>O objetivo principal dos intervalados não é simplesmente ensinar o atleta a correr rápido.</w:t>
      </w:r>
    </w:p>
    <w:p>
      <w:pPr/>
      <w:r>
        <w:rPr>
          <w:rFonts w:ascii="Aptos" w:hAnsi="Aptos" w:eastAsia="Aptos"/>
          <w:b w:val="0"/>
          <w:i w:val="0"/>
        </w:rPr>
        <w:t>Correr rápido faz parte.</w:t>
      </w:r>
    </w:p>
    <w:p>
      <w:pPr/>
      <w:r>
        <w:rPr>
          <w:rFonts w:ascii="Aptos" w:hAnsi="Aptos" w:eastAsia="Aptos"/>
          <w:b w:val="0"/>
          <w:i w:val="0"/>
        </w:rPr>
        <w:t>Mas o ganho real está em repetir velocidade com qualidade.</w:t>
      </w:r>
    </w:p>
    <w:p>
      <w:pPr/>
      <w:r>
        <w:rPr>
          <w:rFonts w:ascii="Aptos" w:hAnsi="Aptos" w:eastAsia="Aptos"/>
          <w:b w:val="0"/>
          <w:i w:val="0"/>
        </w:rPr>
        <w:t>Cada repetição exige que o corpo trabalhe em níveis elevados. A respiração aumenta. O coração acelera. A musculatura recruta fibras com maior intensidade. O sistema nervoso precisa coordenar movimento rápido. O atleta precisa manter técnica mesmo sob esforço.</w:t>
      </w:r>
    </w:p>
    <w:p>
      <w:pPr/>
      <w:r>
        <w:rPr>
          <w:rFonts w:ascii="Aptos" w:hAnsi="Aptos" w:eastAsia="Aptos"/>
          <w:b w:val="0"/>
          <w:i w:val="0"/>
        </w:rPr>
        <w:t>A recuperação parcial permite que a próxima repetição aconteça antes que o organismo volte completamente ao repouso.</w:t>
      </w:r>
    </w:p>
    <w:p>
      <w:pPr/>
      <w:r>
        <w:rPr>
          <w:rFonts w:ascii="Aptos" w:hAnsi="Aptos" w:eastAsia="Aptos"/>
          <w:b w:val="0"/>
          <w:i w:val="0"/>
        </w:rPr>
        <w:t>É isso que torna o treino intervalado tão eficiente.</w:t>
      </w:r>
    </w:p>
    <w:p>
      <w:pPr/>
      <w:r>
        <w:rPr>
          <w:rFonts w:ascii="Aptos" w:hAnsi="Aptos" w:eastAsia="Aptos"/>
          <w:b w:val="0"/>
          <w:i w:val="0"/>
        </w:rPr>
        <w:t>O atleta acumula tempo de qualidade em intensidade alta, sem precisar sustentar um esforço máximo contínuo.</w:t>
      </w:r>
    </w:p>
    <w:p>
      <w:pPr/>
      <w:r>
        <w:rPr>
          <w:rFonts w:ascii="Aptos" w:hAnsi="Aptos" w:eastAsia="Aptos"/>
          <w:b w:val="0"/>
          <w:i w:val="0"/>
        </w:rPr>
        <w:t>Na prática, esse tipo de sessão ajuda a elevar o teto de desempenho. Quando o teto sobe, ritmos competitivos passam a representar uma fração menor da capacidade total do atleta.</w:t>
      </w:r>
    </w:p>
    <w:p>
      <w:pPr/>
      <w:r>
        <w:rPr>
          <w:rFonts w:ascii="Aptos" w:hAnsi="Aptos" w:eastAsia="Aptos"/>
          <w:b w:val="0"/>
          <w:i w:val="0"/>
        </w:rPr>
        <w:t>O corredor não melhora apenas porque correu rápido no treino.</w:t>
      </w:r>
    </w:p>
    <w:p>
      <w:pPr/>
      <w:r>
        <w:rPr>
          <w:rFonts w:ascii="Aptos" w:hAnsi="Aptos" w:eastAsia="Aptos"/>
          <w:b w:val="0"/>
          <w:i w:val="0"/>
        </w:rPr>
        <w:t>Melhora porque passou a sustentar ritmos relevantes com menor custo relativo.</w:t>
      </w:r>
    </w:p>
    <w:p>
      <w:pPr>
        <w:pStyle w:val="Heading2"/>
      </w:pPr>
      <w:r>
        <w:t>9.4 A recuperação também faz parte do estímulo</w:t>
      </w:r>
    </w:p>
    <w:p>
      <w:pPr/>
      <w:r>
        <w:rPr>
          <w:rFonts w:ascii="Aptos" w:hAnsi="Aptos" w:eastAsia="Aptos"/>
          <w:b w:val="0"/>
          <w:i w:val="0"/>
        </w:rPr>
        <w:t>Em treinos intervalados, a recuperação não é detalhe.</w:t>
      </w:r>
    </w:p>
    <w:p>
      <w:pPr/>
      <w:r>
        <w:rPr>
          <w:rFonts w:ascii="Aptos" w:hAnsi="Aptos" w:eastAsia="Aptos"/>
          <w:b w:val="0"/>
          <w:i w:val="0"/>
        </w:rPr>
        <w:t>Ela é parte da prescrição.</w:t>
      </w:r>
    </w:p>
    <w:p>
      <w:pPr/>
      <w:r>
        <w:rPr>
          <w:rFonts w:ascii="Aptos" w:hAnsi="Aptos" w:eastAsia="Aptos"/>
          <w:b w:val="0"/>
          <w:i w:val="0"/>
        </w:rPr>
        <w:t>O tempo, o tipo e a intensidade da recuperação modificam completamente o efeito da sessão.</w:t>
      </w:r>
    </w:p>
    <w:p>
      <w:pPr/>
      <w:r>
        <w:rPr>
          <w:rFonts w:ascii="Aptos" w:hAnsi="Aptos" w:eastAsia="Aptos"/>
          <w:b w:val="0"/>
          <w:i w:val="0"/>
        </w:rPr>
        <w:t>Uma recuperação longa demais pode reduzir a densidade do treino. O atleta volta muito descansado e o estímulo perde parte da continuidade desejada. Recuperação curta demais pode comprometer a técnica, reduzir a qualidade das repetições seguintes e transformar o treino em sobrevivência.</w:t>
      </w:r>
    </w:p>
    <w:p>
      <w:pPr/>
      <w:r>
        <w:rPr>
          <w:rFonts w:ascii="Aptos" w:hAnsi="Aptos" w:eastAsia="Aptos"/>
          <w:b w:val="0"/>
          <w:i w:val="0"/>
        </w:rPr>
        <w:t>Na metodologia TriLife, caminhada, trote leve ou pausa controlada são escolhidos de acordo com a intenção do treino.</w:t>
      </w:r>
    </w:p>
    <w:p>
      <w:pPr/>
      <w:r>
        <w:rPr>
          <w:rFonts w:ascii="Aptos" w:hAnsi="Aptos" w:eastAsia="Aptos"/>
          <w:b w:val="0"/>
          <w:i w:val="0"/>
        </w:rPr>
        <w:t>A recuperação pode permitir:</w:t>
      </w:r>
    </w:p>
    <w:p>
      <w:pPr>
        <w:pStyle w:val="ListBullet"/>
      </w:pPr>
      <w:r>
        <w:rPr>
          <w:rFonts w:ascii="Aptos" w:hAnsi="Aptos" w:eastAsia="Aptos"/>
          <w:b w:val="0"/>
          <w:i w:val="0"/>
        </w:rPr>
        <w:t>reorganização da respiração;</w:t>
      </w:r>
    </w:p>
    <w:p>
      <w:pPr>
        <w:pStyle w:val="ListBullet"/>
      </w:pPr>
      <w:r>
        <w:rPr>
          <w:rFonts w:ascii="Aptos" w:hAnsi="Aptos" w:eastAsia="Aptos"/>
          <w:b w:val="0"/>
          <w:i w:val="0"/>
        </w:rPr>
        <w:t>redução parcial da fadiga;</w:t>
      </w:r>
    </w:p>
    <w:p>
      <w:pPr>
        <w:pStyle w:val="ListBullet"/>
      </w:pPr>
      <w:r>
        <w:rPr>
          <w:rFonts w:ascii="Aptos" w:hAnsi="Aptos" w:eastAsia="Aptos"/>
          <w:b w:val="0"/>
          <w:i w:val="0"/>
        </w:rPr>
        <w:t>manutenção da técnica;</w:t>
      </w:r>
    </w:p>
    <w:p>
      <w:pPr>
        <w:pStyle w:val="ListBullet"/>
      </w:pPr>
      <w:r>
        <w:rPr>
          <w:rFonts w:ascii="Aptos" w:hAnsi="Aptos" w:eastAsia="Aptos"/>
          <w:b w:val="0"/>
          <w:i w:val="0"/>
        </w:rPr>
        <w:t>preparação para a repetição seguinte;</w:t>
      </w:r>
    </w:p>
    <w:p>
      <w:pPr>
        <w:pStyle w:val="ListBullet"/>
      </w:pPr>
      <w:r>
        <w:rPr>
          <w:rFonts w:ascii="Aptos" w:hAnsi="Aptos" w:eastAsia="Aptos"/>
          <w:b w:val="0"/>
          <w:i w:val="0"/>
        </w:rPr>
        <w:t>controle do custo fisiológico;</w:t>
      </w:r>
    </w:p>
    <w:p>
      <w:pPr>
        <w:pStyle w:val="ListBullet"/>
      </w:pPr>
      <w:r>
        <w:rPr>
          <w:rFonts w:ascii="Aptos" w:hAnsi="Aptos" w:eastAsia="Aptos"/>
          <w:b w:val="0"/>
          <w:i w:val="0"/>
        </w:rPr>
        <w:t>preservação da qualidade mecânica.</w:t>
      </w:r>
    </w:p>
    <w:p>
      <w:pPr/>
      <w:r>
        <w:rPr>
          <w:rFonts w:ascii="Aptos" w:hAnsi="Aptos" w:eastAsia="Aptos"/>
          <w:b w:val="0"/>
          <w:i w:val="0"/>
        </w:rPr>
        <w:t>O intervalo entre esforços não é “tempo morto”.</w:t>
      </w:r>
    </w:p>
    <w:p>
      <w:pPr/>
      <w:r>
        <w:rPr>
          <w:rFonts w:ascii="Aptos" w:hAnsi="Aptos" w:eastAsia="Aptos"/>
          <w:b w:val="0"/>
          <w:i w:val="0"/>
        </w:rPr>
        <w:t>É parte do desenho adaptativo.</w:t>
      </w:r>
    </w:p>
    <w:p>
      <w:pPr/>
      <w:r>
        <w:rPr>
          <w:rFonts w:ascii="Aptos" w:hAnsi="Aptos" w:eastAsia="Aptos"/>
          <w:b w:val="0"/>
          <w:i w:val="0"/>
        </w:rPr>
        <w:t>Quando o atleta entende isso, para de tratar recuperação como descuido e passa a executá-la com a mesma disciplina da parte forte.</w:t>
      </w:r>
    </w:p>
    <w:p>
      <w:pPr>
        <w:pStyle w:val="Heading2"/>
      </w:pPr>
      <w:r>
        <w:t>9.5 Distâncias diferentes, intenções diferentes</w:t>
      </w:r>
    </w:p>
    <w:p>
      <w:pPr/>
      <w:r>
        <w:rPr>
          <w:rFonts w:ascii="Aptos" w:hAnsi="Aptos" w:eastAsia="Aptos"/>
          <w:b w:val="0"/>
          <w:i w:val="0"/>
        </w:rPr>
        <w:t>Os intervalados podem aparecer em diferentes formatos.</w:t>
      </w:r>
    </w:p>
    <w:p>
      <w:pPr/>
      <w:r>
        <w:rPr>
          <w:rFonts w:ascii="Aptos" w:hAnsi="Aptos" w:eastAsia="Aptos"/>
          <w:b w:val="0"/>
          <w:i w:val="0"/>
        </w:rPr>
        <w:t>200 m.</w:t>
      </w:r>
    </w:p>
    <w:p>
      <w:pPr/>
      <w:r>
        <w:rPr>
          <w:rFonts w:ascii="Aptos" w:hAnsi="Aptos" w:eastAsia="Aptos"/>
          <w:b w:val="0"/>
          <w:i w:val="0"/>
        </w:rPr>
        <w:t>400 m.</w:t>
      </w:r>
    </w:p>
    <w:p>
      <w:pPr/>
      <w:r>
        <w:rPr>
          <w:rFonts w:ascii="Aptos" w:hAnsi="Aptos" w:eastAsia="Aptos"/>
          <w:b w:val="0"/>
          <w:i w:val="0"/>
        </w:rPr>
        <w:t>600 m.</w:t>
      </w:r>
    </w:p>
    <w:p>
      <w:pPr/>
      <w:r>
        <w:rPr>
          <w:rFonts w:ascii="Aptos" w:hAnsi="Aptos" w:eastAsia="Aptos"/>
          <w:b w:val="0"/>
          <w:i w:val="0"/>
        </w:rPr>
        <w:t>800 m.</w:t>
      </w:r>
    </w:p>
    <w:p>
      <w:pPr/>
      <w:r>
        <w:rPr>
          <w:rFonts w:ascii="Aptos" w:hAnsi="Aptos" w:eastAsia="Aptos"/>
          <w:b w:val="0"/>
          <w:i w:val="0"/>
        </w:rPr>
        <w:t>1.000 m.</w:t>
      </w:r>
    </w:p>
    <w:p>
      <w:pPr/>
      <w:r>
        <w:rPr>
          <w:rFonts w:ascii="Aptos" w:hAnsi="Aptos" w:eastAsia="Aptos"/>
          <w:b w:val="0"/>
          <w:i w:val="0"/>
        </w:rPr>
        <w:t>Repetições por tempo.</w:t>
      </w:r>
    </w:p>
    <w:p>
      <w:pPr/>
      <w:r>
        <w:rPr>
          <w:rFonts w:ascii="Aptos" w:hAnsi="Aptos" w:eastAsia="Aptos"/>
          <w:b w:val="0"/>
          <w:i w:val="0"/>
        </w:rPr>
        <w:t>Blocos em subida.</w:t>
      </w:r>
    </w:p>
    <w:p>
      <w:pPr/>
      <w:r>
        <w:rPr>
          <w:rFonts w:ascii="Aptos" w:hAnsi="Aptos" w:eastAsia="Aptos"/>
          <w:b w:val="0"/>
          <w:i w:val="0"/>
        </w:rPr>
        <w:t>Séries mais curtas.</w:t>
      </w:r>
    </w:p>
    <w:p>
      <w:pPr/>
      <w:r>
        <w:rPr>
          <w:rFonts w:ascii="Aptos" w:hAnsi="Aptos" w:eastAsia="Aptos"/>
          <w:b w:val="0"/>
          <w:i w:val="0"/>
        </w:rPr>
        <w:t>Séries mais longas.</w:t>
      </w:r>
    </w:p>
    <w:p>
      <w:pPr/>
      <w:r>
        <w:rPr>
          <w:rFonts w:ascii="Aptos" w:hAnsi="Aptos" w:eastAsia="Aptos"/>
          <w:b w:val="0"/>
          <w:i w:val="0"/>
        </w:rPr>
        <w:t>Essa variação não existe para gerar novidade.</w:t>
      </w:r>
    </w:p>
    <w:p>
      <w:pPr/>
      <w:r>
        <w:rPr>
          <w:rFonts w:ascii="Aptos" w:hAnsi="Aptos" w:eastAsia="Aptos"/>
          <w:b w:val="0"/>
          <w:i w:val="0"/>
        </w:rPr>
        <w:t>Cada formato altera a relação entre velocidade, duração, recuperação, demanda fisiológica e exigência técnica.</w:t>
      </w:r>
    </w:p>
    <w:p>
      <w:pPr/>
      <w:r>
        <w:rPr>
          <w:rFonts w:ascii="Aptos" w:hAnsi="Aptos" w:eastAsia="Aptos"/>
          <w:b w:val="0"/>
          <w:i w:val="0"/>
        </w:rPr>
        <w:t>Tiros mais curtos tendem a favorecer velocidade, coordenação rápida e recrutamento neuromuscular. Distâncias intermediárias desenvolvem potência aeróbia e capacidade de repetir intensidade. Repetições mais longas aproximam o atleta de ritmos competitivos e exigem maior controle.</w:t>
      </w:r>
    </w:p>
    <w:p>
      <w:pPr/>
      <w:r>
        <w:rPr>
          <w:rFonts w:ascii="Aptos" w:hAnsi="Aptos" w:eastAsia="Aptos"/>
          <w:b w:val="0"/>
          <w:i w:val="0"/>
        </w:rPr>
        <w:t>A escolha depende do objetivo da fase.</w:t>
      </w:r>
    </w:p>
    <w:p>
      <w:pPr/>
      <w:r>
        <w:rPr>
          <w:rFonts w:ascii="Aptos" w:hAnsi="Aptos" w:eastAsia="Aptos"/>
          <w:b w:val="0"/>
          <w:i w:val="0"/>
        </w:rPr>
        <w:t>Em determinado momento, o treinador pode querer velocidade com baixo volume total. Em outro, pode buscar potência aeróbia. Mais adiante, talvez precise aproximar o atleta da especificidade da prova.</w:t>
      </w:r>
    </w:p>
    <w:p>
      <w:pPr/>
      <w:r>
        <w:rPr>
          <w:rFonts w:ascii="Aptos" w:hAnsi="Aptos" w:eastAsia="Aptos"/>
          <w:b w:val="0"/>
          <w:i w:val="0"/>
        </w:rPr>
        <w:t>O formato do intervalado não deve ser escolhido por preferência pessoal.</w:t>
      </w:r>
    </w:p>
    <w:p>
      <w:pPr/>
      <w:r>
        <w:rPr>
          <w:rFonts w:ascii="Aptos" w:hAnsi="Aptos" w:eastAsia="Aptos"/>
          <w:b w:val="0"/>
          <w:i w:val="0"/>
        </w:rPr>
        <w:t>Deve responder à adaptação desejada.</w:t>
      </w:r>
    </w:p>
    <w:p>
      <w:pPr>
        <w:pStyle w:val="Heading2"/>
      </w:pPr>
      <w:r>
        <w:t>9.6 A técnica nunca pode desaparecer</w:t>
      </w:r>
    </w:p>
    <w:p>
      <w:pPr/>
      <w:r>
        <w:rPr>
          <w:rFonts w:ascii="Aptos" w:hAnsi="Aptos" w:eastAsia="Aptos"/>
          <w:b w:val="0"/>
          <w:i w:val="0"/>
        </w:rPr>
        <w:t>Existe uma regra implícita na metodologia TriLife:</w:t>
      </w:r>
    </w:p>
    <w:p>
      <w:pPr>
        <w:pStyle w:val="TriLifeQuote"/>
      </w:pPr>
      <w:r>
        <w:rPr>
          <w:rFonts w:ascii="Aptos" w:hAnsi="Aptos" w:eastAsia="Aptos"/>
          <w:b w:val="0"/>
          <w:i/>
        </w:rPr>
        <w:t>a velocidade nunca deve destruir a técnica.</w:t>
      </w:r>
    </w:p>
    <w:p>
      <w:pPr/>
      <w:r>
        <w:rPr>
          <w:rFonts w:ascii="Aptos" w:hAnsi="Aptos" w:eastAsia="Aptos"/>
          <w:b w:val="0"/>
          <w:i w:val="0"/>
        </w:rPr>
        <w:t>Sempre que a postura se deteriora, a passada fica pesada, a cadência cai ou o contato com o solo se prolonga demais, o treino começa a perder função.</w:t>
      </w:r>
    </w:p>
    <w:p>
      <w:pPr/>
      <w:r>
        <w:rPr>
          <w:rFonts w:ascii="Aptos" w:hAnsi="Aptos" w:eastAsia="Aptos"/>
          <w:b w:val="0"/>
          <w:i w:val="0"/>
        </w:rPr>
        <w:t>O atleta pode até estar correndo rápido.</w:t>
      </w:r>
    </w:p>
    <w:p>
      <w:pPr/>
      <w:r>
        <w:rPr>
          <w:rFonts w:ascii="Aptos" w:hAnsi="Aptos" w:eastAsia="Aptos"/>
          <w:b w:val="0"/>
          <w:i w:val="0"/>
        </w:rPr>
        <w:t>Mas está treinando um padrão ruim.</w:t>
      </w:r>
    </w:p>
    <w:p>
      <w:pPr/>
      <w:r>
        <w:rPr>
          <w:rFonts w:ascii="Aptos" w:hAnsi="Aptos" w:eastAsia="Aptos"/>
          <w:b w:val="0"/>
          <w:i w:val="0"/>
        </w:rPr>
        <w:t>Por isso, o treinador observa mais do que o pace:</w:t>
      </w:r>
    </w:p>
    <w:p>
      <w:pPr>
        <w:pStyle w:val="ListBullet"/>
      </w:pPr>
      <w:r>
        <w:rPr>
          <w:rFonts w:ascii="Aptos" w:hAnsi="Aptos" w:eastAsia="Aptos"/>
          <w:b w:val="0"/>
          <w:i w:val="0"/>
        </w:rPr>
        <w:t>alinhamento corporal;</w:t>
      </w:r>
    </w:p>
    <w:p>
      <w:pPr>
        <w:pStyle w:val="ListBullet"/>
      </w:pPr>
      <w:r>
        <w:rPr>
          <w:rFonts w:ascii="Aptos" w:hAnsi="Aptos" w:eastAsia="Aptos"/>
          <w:b w:val="0"/>
          <w:i w:val="0"/>
        </w:rPr>
        <w:t>estabilidade do tronco;</w:t>
      </w:r>
    </w:p>
    <w:p>
      <w:pPr>
        <w:pStyle w:val="ListBullet"/>
      </w:pPr>
      <w:r>
        <w:rPr>
          <w:rFonts w:ascii="Aptos" w:hAnsi="Aptos" w:eastAsia="Aptos"/>
          <w:b w:val="0"/>
          <w:i w:val="0"/>
        </w:rPr>
        <w:t>contato com o solo;</w:t>
      </w:r>
    </w:p>
    <w:p>
      <w:pPr>
        <w:pStyle w:val="ListBullet"/>
      </w:pPr>
      <w:r>
        <w:rPr>
          <w:rFonts w:ascii="Aptos" w:hAnsi="Aptos" w:eastAsia="Aptos"/>
          <w:b w:val="0"/>
          <w:i w:val="0"/>
        </w:rPr>
        <w:t>cadência;</w:t>
      </w:r>
    </w:p>
    <w:p>
      <w:pPr>
        <w:pStyle w:val="ListBullet"/>
      </w:pPr>
      <w:r>
        <w:rPr>
          <w:rFonts w:ascii="Aptos" w:hAnsi="Aptos" w:eastAsia="Aptos"/>
          <w:b w:val="0"/>
          <w:i w:val="0"/>
        </w:rPr>
        <w:t>amplitude da passada;</w:t>
      </w:r>
    </w:p>
    <w:p>
      <w:pPr>
        <w:pStyle w:val="ListBullet"/>
      </w:pPr>
      <w:r>
        <w:rPr>
          <w:rFonts w:ascii="Aptos" w:hAnsi="Aptos" w:eastAsia="Aptos"/>
          <w:b w:val="0"/>
          <w:i w:val="0"/>
        </w:rPr>
        <w:t>coordenação dos braços;</w:t>
      </w:r>
    </w:p>
    <w:p>
      <w:pPr>
        <w:pStyle w:val="ListBullet"/>
      </w:pPr>
      <w:r>
        <w:rPr>
          <w:rFonts w:ascii="Aptos" w:hAnsi="Aptos" w:eastAsia="Aptos"/>
          <w:b w:val="0"/>
          <w:i w:val="0"/>
        </w:rPr>
        <w:t>nível de tensão;</w:t>
      </w:r>
    </w:p>
    <w:p>
      <w:pPr>
        <w:pStyle w:val="ListBullet"/>
      </w:pPr>
      <w:r>
        <w:rPr>
          <w:rFonts w:ascii="Aptos" w:hAnsi="Aptos" w:eastAsia="Aptos"/>
          <w:b w:val="0"/>
          <w:i w:val="0"/>
        </w:rPr>
        <w:t>queda de qualidade entre repetições.</w:t>
      </w:r>
    </w:p>
    <w:p>
      <w:pPr/>
      <w:r>
        <w:rPr>
          <w:rFonts w:ascii="Aptos" w:hAnsi="Aptos" w:eastAsia="Aptos"/>
          <w:b w:val="0"/>
          <w:i w:val="0"/>
        </w:rPr>
        <w:t>Esses elementos importam tanto quanto a velocidade.</w:t>
      </w:r>
    </w:p>
    <w:p>
      <w:pPr/>
      <w:r>
        <w:rPr>
          <w:rFonts w:ascii="Aptos" w:hAnsi="Aptos" w:eastAsia="Aptos"/>
          <w:b w:val="0"/>
          <w:i w:val="0"/>
        </w:rPr>
        <w:t>Um intervalado eficiente precisa desenvolver potência sem destruir economia. A sessão deve fazer o atleta correr forte mantendo organização.</w:t>
      </w:r>
    </w:p>
    <w:p>
      <w:pPr/>
      <w:r>
        <w:rPr>
          <w:rFonts w:ascii="Aptos" w:hAnsi="Aptos" w:eastAsia="Aptos"/>
          <w:b w:val="0"/>
          <w:i w:val="0"/>
        </w:rPr>
        <w:t>Quando a técnica quebra completamente, insistir pode custar caro.</w:t>
      </w:r>
    </w:p>
    <w:p>
      <w:pPr/>
      <w:r>
        <w:rPr>
          <w:rFonts w:ascii="Aptos" w:hAnsi="Aptos" w:eastAsia="Aptos"/>
          <w:b w:val="0"/>
          <w:i w:val="0"/>
        </w:rPr>
        <w:t>Treinos Inteligentes não confundem velocidade com eficiência.</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O treinamento intervalado permite acumular tempo em intensidades elevadas com recuperações parciais. Essa estrutura estimula adaptações cardiovasculares, respiratórias, musculares e neuromusculares associadas à melhora da potência aeróbia e da capacidade de sustentar ritmos altos.</w:t>
            </w:r>
          </w:p>
          <w:p>
            <w:pPr/>
            <w:r>
              <w:rPr>
                <w:rFonts w:ascii="Aptos" w:hAnsi="Aptos" w:eastAsia="Aptos"/>
                <w:b w:val="0"/>
                <w:i w:val="0"/>
              </w:rPr>
              <w:t>A recuperação entre repetições permite manter qualidade em estímulos sucessivos. Por isso, o efeito do treino não depende apenas da velocidade dos tiros, mas também da relação entre esforço e pausa.</w:t>
            </w:r>
          </w:p>
          <w:p>
            <w:pPr/>
            <w:r>
              <w:rPr>
                <w:rFonts w:ascii="Aptos" w:hAnsi="Aptos" w:eastAsia="Aptos"/>
                <w:b w:val="0"/>
                <w:i w:val="0"/>
              </w:rPr>
              <w:t>Quando bem dosado, o intervalado eleva o teto fisiológico do atleta e melhora a capacidade de repetir intensidade com menor perda técnica. Quando mal dosado, vira apenas fadiga acumulada.</w:t>
            </w:r>
          </w:p>
          <w:p>
            <w:pPr/>
            <w:r>
              <w:rPr>
                <w:rFonts w:ascii="Aptos" w:hAnsi="Aptos" w:eastAsia="Aptos"/>
                <w:b w:val="0"/>
                <w:i w:val="0"/>
              </w:rPr>
              <w:t>O Método TriLife Running usa intervalados como ferramenta de desenvolvimento, não como teste de resistência ao sofrimento.</w:t>
            </w:r>
          </w:p>
        </w:tc>
      </w:tr>
    </w:tbl>
    <w:p/>
    <w:p>
      <w:pPr>
        <w:pStyle w:val="Heading2"/>
      </w:pPr>
      <w:r>
        <w:t>9.7 Quando aumentar a velocidade deixa de fazer sentido</w:t>
      </w:r>
    </w:p>
    <w:p>
      <w:pPr/>
      <w:r>
        <w:rPr>
          <w:rFonts w:ascii="Aptos" w:hAnsi="Aptos" w:eastAsia="Aptos"/>
          <w:b w:val="0"/>
          <w:i w:val="0"/>
        </w:rPr>
        <w:t>Nem toda evolução depende de correr cada vez mais rápido.</w:t>
      </w:r>
    </w:p>
    <w:p>
      <w:pPr/>
      <w:r>
        <w:rPr>
          <w:rFonts w:ascii="Aptos" w:hAnsi="Aptos" w:eastAsia="Aptos"/>
          <w:b w:val="0"/>
          <w:i w:val="0"/>
        </w:rPr>
        <w:t>Existe um ponto em que aumentar a velocidade reduz a qualidade do estímulo.</w:t>
      </w:r>
    </w:p>
    <w:p>
      <w:pPr/>
      <w:r>
        <w:rPr>
          <w:rFonts w:ascii="Aptos" w:hAnsi="Aptos" w:eastAsia="Aptos"/>
          <w:b w:val="0"/>
          <w:i w:val="0"/>
        </w:rPr>
        <w:t>Acima desse ponto, a técnica se deteriora, a recuperação fica insuficiente, o risco de lesão aumenta e o treino perde especificidade. O atleta passa a lutar para completar a sessão em vez de construir adaptação.</w:t>
      </w:r>
    </w:p>
    <w:p>
      <w:pPr/>
      <w:r>
        <w:rPr>
          <w:rFonts w:ascii="Aptos" w:hAnsi="Aptos" w:eastAsia="Aptos"/>
          <w:b w:val="0"/>
          <w:i w:val="0"/>
        </w:rPr>
        <w:t>No Método TriLife Running, o treinador busca o maior estímulo possível dentro de uma execução ainda eficiente.</w:t>
      </w:r>
    </w:p>
    <w:p>
      <w:pPr/>
      <w:r>
        <w:rPr>
          <w:rFonts w:ascii="Aptos" w:hAnsi="Aptos" w:eastAsia="Aptos"/>
          <w:b w:val="0"/>
          <w:i w:val="0"/>
        </w:rPr>
        <w:t>Esse equilíbrio é o verdadeiro ganho dos intervalados.</w:t>
      </w:r>
    </w:p>
    <w:p>
      <w:pPr/>
      <w:r>
        <w:rPr>
          <w:rFonts w:ascii="Aptos" w:hAnsi="Aptos" w:eastAsia="Aptos"/>
          <w:b w:val="0"/>
          <w:i w:val="0"/>
        </w:rPr>
        <w:t>Correr extremamente rápido uma vez impressiona.</w:t>
      </w:r>
    </w:p>
    <w:p>
      <w:pPr/>
      <w:r>
        <w:rPr>
          <w:rFonts w:ascii="Aptos" w:hAnsi="Aptos" w:eastAsia="Aptos"/>
          <w:b w:val="0"/>
          <w:i w:val="0"/>
        </w:rPr>
        <w:t>Repetir intensidade alta com postura, cadência, respiração e controle constrói desempenho.</w:t>
      </w:r>
    </w:p>
    <w:p>
      <w:pPr/>
      <w:r>
        <w:rPr>
          <w:rFonts w:ascii="Aptos" w:hAnsi="Aptos" w:eastAsia="Aptos"/>
          <w:b w:val="0"/>
          <w:i w:val="0"/>
        </w:rPr>
        <w:t>A velocidade precisa servir ao método.</w:t>
      </w:r>
    </w:p>
    <w:p>
      <w:pPr/>
      <w:r>
        <w:rPr>
          <w:rFonts w:ascii="Aptos" w:hAnsi="Aptos" w:eastAsia="Aptos"/>
          <w:b w:val="0"/>
          <w:i w:val="0"/>
        </w:rPr>
        <w:t>Não dominar o método.</w:t>
      </w:r>
    </w:p>
    <w:p>
      <w:pPr>
        <w:pStyle w:val="Heading2"/>
      </w:pPr>
      <w:r>
        <w:t>9.8 A conexão com a prova</w:t>
      </w:r>
    </w:p>
    <w:p>
      <w:pPr/>
      <w:r>
        <w:rPr>
          <w:rFonts w:ascii="Aptos" w:hAnsi="Aptos" w:eastAsia="Aptos"/>
          <w:b w:val="0"/>
          <w:i w:val="0"/>
        </w:rPr>
        <w:t>Em muitas provas, o atleta não correrá exatamente na intensidade dos intervalados.</w:t>
      </w:r>
    </w:p>
    <w:p>
      <w:pPr/>
      <w:r>
        <w:rPr>
          <w:rFonts w:ascii="Aptos" w:hAnsi="Aptos" w:eastAsia="Aptos"/>
          <w:b w:val="0"/>
          <w:i w:val="0"/>
        </w:rPr>
        <w:t>Mesmo assim, esse treinamento influencia diretamente o desempenho.</w:t>
      </w:r>
    </w:p>
    <w:p>
      <w:pPr/>
      <w:r>
        <w:rPr>
          <w:rFonts w:ascii="Aptos" w:hAnsi="Aptos" w:eastAsia="Aptos"/>
          <w:b w:val="0"/>
          <w:i w:val="0"/>
        </w:rPr>
        <w:t>Ao melhorar potência aeróbia e capacidade de sustentar esforços altos, o corredor passa a executar ritmos competitivos com menor percentual da própria capacidade máxima.</w:t>
      </w:r>
    </w:p>
    <w:p>
      <w:pPr/>
      <w:r>
        <w:rPr>
          <w:rFonts w:ascii="Aptos" w:hAnsi="Aptos" w:eastAsia="Aptos"/>
          <w:b w:val="0"/>
          <w:i w:val="0"/>
        </w:rPr>
        <w:t>Na prática, o ritmo de prova fica relativamente mais confortável.</w:t>
      </w:r>
    </w:p>
    <w:p>
      <w:pPr/>
      <w:r>
        <w:rPr>
          <w:rFonts w:ascii="Aptos" w:hAnsi="Aptos" w:eastAsia="Aptos"/>
          <w:b w:val="0"/>
          <w:i w:val="0"/>
        </w:rPr>
        <w:t>Essa é uma adaptação importante. O atleta não precisa sentir que está fazendo um esforço muito maior para correr melhor. Ele precisa elevar sua capacidade de produzir e sustentar intensidade.</w:t>
      </w:r>
    </w:p>
    <w:p>
      <w:pPr/>
      <w:r>
        <w:rPr>
          <w:rFonts w:ascii="Aptos" w:hAnsi="Aptos" w:eastAsia="Aptos"/>
          <w:b w:val="0"/>
          <w:i w:val="0"/>
        </w:rPr>
        <w:t>Os intervalados também melhoram confiança, tolerância ao desconforto, controle em ritmos altos e capacidade de manter técnica sob pressão.</w:t>
      </w:r>
    </w:p>
    <w:p>
      <w:pPr/>
      <w:r>
        <w:rPr>
          <w:rFonts w:ascii="Aptos" w:hAnsi="Aptos" w:eastAsia="Aptos"/>
          <w:b w:val="0"/>
          <w:i w:val="0"/>
        </w:rPr>
        <w:t>Quando colocados no momento certo da periodização, tornam-se uma das ferramentas mais potentes do método.</w:t>
      </w:r>
    </w:p>
    <w:p>
      <w:pPr/>
      <w:r>
        <w:rPr>
          <w:rFonts w:ascii="Aptos" w:hAnsi="Aptos" w:eastAsia="Aptos"/>
          <w:b w:val="0"/>
          <w:i w:val="0"/>
        </w:rPr>
        <w:t>Mas potência sem organização não sustenta evolução.</w:t>
      </w:r>
    </w:p>
    <w:p>
      <w:pPr/>
      <w:r>
        <w:rPr>
          <w:rFonts w:ascii="Aptos" w:hAnsi="Aptos" w:eastAsia="Aptos"/>
          <w:b w:val="0"/>
          <w:i w:val="0"/>
        </w:rPr>
        <w:t>Por isso, a TriLife usa intervalados com critério.</w:t>
      </w:r>
    </w:p>
    <w:p>
      <w:pPr>
        <w:pStyle w:val="Heading2"/>
      </w:pPr>
      <w:r>
        <w:t>Conclusão</w:t>
      </w:r>
    </w:p>
    <w:p>
      <w:pPr/>
      <w:r>
        <w:rPr>
          <w:rFonts w:ascii="Aptos" w:hAnsi="Aptos" w:eastAsia="Aptos"/>
          <w:b w:val="0"/>
          <w:i w:val="0"/>
        </w:rPr>
        <w:t>No Método TriLife Running, os intervalados desenvolvem potência sem abandonar eficiência.</w:t>
      </w:r>
    </w:p>
    <w:p>
      <w:pPr/>
      <w:r>
        <w:rPr>
          <w:rFonts w:ascii="Aptos" w:hAnsi="Aptos" w:eastAsia="Aptos"/>
          <w:b w:val="0"/>
          <w:i w:val="0"/>
        </w:rPr>
        <w:t>Eles não existem para destruir o atleta. Existem para ampliar sua capacidade de correr forte com qualidade, repetir estímulos intensos e elevar o teto de desempenho.</w:t>
      </w:r>
    </w:p>
    <w:p>
      <w:pPr/>
      <w:r>
        <w:rPr>
          <w:rFonts w:ascii="Aptos" w:hAnsi="Aptos" w:eastAsia="Aptos"/>
          <w:b w:val="0"/>
          <w:i w:val="0"/>
        </w:rPr>
        <w:t>Quando aparecem após base, controle de ritmo, técnica e resistência específica, produzem adaptações valiosas. Quando são inseridos cedo demais ou executados sem critério, aumentam fadiga e risco.</w:t>
      </w:r>
    </w:p>
    <w:p>
      <w:pPr/>
      <w:r>
        <w:rPr>
          <w:rFonts w:ascii="Aptos" w:hAnsi="Aptos" w:eastAsia="Aptos"/>
          <w:b w:val="0"/>
          <w:i w:val="0"/>
        </w:rPr>
        <w:t>Intervalado inteligente não é o mais sofrido.</w:t>
      </w:r>
    </w:p>
    <w:p>
      <w:pPr/>
      <w:r>
        <w:rPr>
          <w:rFonts w:ascii="Aptos" w:hAnsi="Aptos" w:eastAsia="Aptos"/>
          <w:b w:val="0"/>
          <w:i w:val="0"/>
        </w:rPr>
        <w:t>É o que produz potência mantendo o corredor organizado.</w:t>
      </w:r>
    </w:p>
    <w:p>
      <w:pPr>
        <w:pStyle w:val="Heading2"/>
      </w:pPr>
      <w:r>
        <w:t>Princípios Fundamentais do Método TriLife Running</w:t>
      </w:r>
    </w:p>
    <w:p>
      <w:pPr>
        <w:pStyle w:val="TriLifeQuote"/>
      </w:pPr>
      <w:r>
        <w:rPr>
          <w:rFonts w:ascii="Aptos" w:hAnsi="Aptos" w:eastAsia="Aptos"/>
          <w:b w:val="0"/>
          <w:i/>
        </w:rPr>
        <w:t>Princípio Fundamental nº 33</w:t>
      </w:r>
    </w:p>
    <w:p>
      <w:pPr/>
      <w:r>
        <w:rPr>
          <w:rFonts w:ascii="Aptos" w:hAnsi="Aptos" w:eastAsia="Aptos"/>
          <w:b w:val="0"/>
          <w:i w:val="0"/>
        </w:rPr>
        <w:t>Intervalados não existem para cansar. Existem para desenvolver potência com qualidade.</w:t>
      </w:r>
    </w:p>
    <w:p>
      <w:pPr>
        <w:pStyle w:val="TriLifeQuote"/>
      </w:pPr>
      <w:r>
        <w:rPr>
          <w:rFonts w:ascii="Aptos" w:hAnsi="Aptos" w:eastAsia="Aptos"/>
          <w:b w:val="0"/>
          <w:i/>
        </w:rPr>
        <w:t>Princípio Fundamental nº 34</w:t>
      </w:r>
    </w:p>
    <w:p>
      <w:pPr/>
      <w:r>
        <w:rPr>
          <w:rFonts w:ascii="Aptos" w:hAnsi="Aptos" w:eastAsia="Aptos"/>
          <w:b w:val="0"/>
          <w:i w:val="0"/>
        </w:rPr>
        <w:t>Primeiro constrói-se o corredor. Depois desenvolve-se velocidade.</w:t>
      </w:r>
    </w:p>
    <w:p>
      <w:pPr>
        <w:pStyle w:val="TriLifeQuote"/>
      </w:pPr>
      <w:r>
        <w:rPr>
          <w:rFonts w:ascii="Aptos" w:hAnsi="Aptos" w:eastAsia="Aptos"/>
          <w:b w:val="0"/>
          <w:i/>
        </w:rPr>
        <w:t>Princípio Fundamental nº 35</w:t>
      </w:r>
    </w:p>
    <w:p>
      <w:pPr/>
      <w:r>
        <w:rPr>
          <w:rFonts w:ascii="Aptos" w:hAnsi="Aptos" w:eastAsia="Aptos"/>
          <w:b w:val="0"/>
          <w:i w:val="0"/>
        </w:rPr>
        <w:t>A recuperação também faz parte do estímulo.</w:t>
      </w:r>
    </w:p>
    <w:p>
      <w:pPr>
        <w:pStyle w:val="TriLifeQuote"/>
      </w:pPr>
      <w:r>
        <w:rPr>
          <w:rFonts w:ascii="Aptos" w:hAnsi="Aptos" w:eastAsia="Aptos"/>
          <w:b w:val="0"/>
          <w:i/>
        </w:rPr>
        <w:t>Princípio Fundamental nº 36</w:t>
      </w:r>
    </w:p>
    <w:p>
      <w:pPr/>
      <w:r>
        <w:rPr>
          <w:rFonts w:ascii="Aptos" w:hAnsi="Aptos" w:eastAsia="Aptos"/>
          <w:b w:val="0"/>
          <w:i w:val="0"/>
        </w:rPr>
        <w:t>A velocidade nunca deve destruir a técnica.</w:t>
      </w:r>
    </w:p>
    <w:p>
      <w:r>
        <w:br w:type="page"/>
      </w:r>
    </w:p>
    <w:p>
      <w:pPr>
        <w:pStyle w:val="Heading1"/>
        <w:jc w:val="center"/>
      </w:pPr>
      <w:r>
        <w:t>CAPÍTULO 10</w:t>
      </w:r>
    </w:p>
    <w:p>
      <w:pPr>
        <w:pStyle w:val="Heading1"/>
        <w:jc w:val="center"/>
      </w:pPr>
      <w:r>
        <w:t>TREINAMENTO EM SUBIDAS: CONSTRUINDO FORÇA ESPECÍFICA PARA A CORRIDA</w:t>
      </w:r>
    </w:p>
    <w:p>
      <w:pPr>
        <w:pStyle w:val="TriLifeQuote"/>
      </w:pPr>
      <w:r>
        <w:rPr>
          <w:rFonts w:ascii="Aptos" w:hAnsi="Aptos" w:eastAsia="Aptos"/>
          <w:b w:val="0"/>
          <w:i/>
        </w:rPr>
        <w:t>Força produz potência. Potência produz velocidade. Velocidade sustentada produz desempenho.</w:t>
      </w:r>
    </w:p>
    <w:p>
      <w:pPr>
        <w:pStyle w:val="Heading2"/>
      </w:pPr>
      <w:r>
        <w:t>10.1 O papel das subidas dentro do Método TriLife</w:t>
      </w:r>
    </w:p>
    <w:p>
      <w:pPr/>
      <w:r>
        <w:rPr>
          <w:rFonts w:ascii="Aptos" w:hAnsi="Aptos" w:eastAsia="Aptos"/>
          <w:b w:val="0"/>
          <w:i w:val="0"/>
        </w:rPr>
        <w:t>O treinamento em subida é uma das ferramentas mais eficientes para aproximar força, técnica e corrida.</w:t>
      </w:r>
    </w:p>
    <w:p>
      <w:pPr/>
      <w:r>
        <w:rPr>
          <w:rFonts w:ascii="Aptos" w:hAnsi="Aptos" w:eastAsia="Aptos"/>
          <w:b w:val="0"/>
          <w:i w:val="0"/>
        </w:rPr>
        <w:t>Dentro do Método TriLife Running, ele não é usado apenas para “sofrer mais” ou deixar o treino mais difícil. Sua função é desenvolver força específica, potência aplicada, estabilidade, cadência e economia de movimento.</w:t>
      </w:r>
    </w:p>
    <w:p>
      <w:pPr/>
      <w:r>
        <w:rPr>
          <w:rFonts w:ascii="Aptos" w:hAnsi="Aptos" w:eastAsia="Aptos"/>
          <w:b w:val="0"/>
          <w:i w:val="0"/>
        </w:rPr>
        <w:t>A subida cria uma situação na qual o atleta precisa produzir mais força a cada passada.</w:t>
      </w:r>
    </w:p>
    <w:p>
      <w:pPr/>
      <w:r>
        <w:rPr>
          <w:rFonts w:ascii="Aptos" w:hAnsi="Aptos" w:eastAsia="Aptos"/>
          <w:b w:val="0"/>
          <w:i w:val="0"/>
        </w:rPr>
        <w:t>O corpo é obrigado a trabalhar com maior demanda muscular, especialmente em panturrilhas, glúteos, quadríceps, posteriores de coxa e musculatura estabilizadora do tronco e quadril.</w:t>
      </w:r>
    </w:p>
    <w:p>
      <w:pPr/>
      <w:r>
        <w:rPr>
          <w:rFonts w:ascii="Aptos" w:hAnsi="Aptos" w:eastAsia="Aptos"/>
          <w:b w:val="0"/>
          <w:i w:val="0"/>
        </w:rPr>
        <w:t>Ao mesmo tempo, a subida favorece passadas mais curtas, contato mais próximo ao centro de gravidade e maior necessidade de ação dos braços.</w:t>
      </w:r>
    </w:p>
    <w:p>
      <w:pPr/>
      <w:r>
        <w:rPr>
          <w:rFonts w:ascii="Aptos" w:hAnsi="Aptos" w:eastAsia="Aptos"/>
          <w:b w:val="0"/>
          <w:i w:val="0"/>
        </w:rPr>
        <w:t>Essa combinação faz dela uma ferramenta valiosa.</w:t>
      </w:r>
    </w:p>
    <w:p>
      <w:pPr/>
      <w:r>
        <w:rPr>
          <w:rFonts w:ascii="Aptos" w:hAnsi="Aptos" w:eastAsia="Aptos"/>
          <w:b w:val="0"/>
          <w:i w:val="0"/>
        </w:rPr>
        <w:t>A subida exige força.</w:t>
      </w:r>
    </w:p>
    <w:p>
      <w:pPr/>
      <w:r>
        <w:rPr>
          <w:rFonts w:ascii="Aptos" w:hAnsi="Aptos" w:eastAsia="Aptos"/>
          <w:b w:val="0"/>
          <w:i w:val="0"/>
        </w:rPr>
        <w:t>Mas também exige organização.</w:t>
      </w:r>
    </w:p>
    <w:p>
      <w:pPr/>
      <w:r>
        <w:rPr>
          <w:rFonts w:ascii="Aptos" w:hAnsi="Aptos" w:eastAsia="Aptos"/>
          <w:b w:val="0"/>
          <w:i w:val="0"/>
        </w:rPr>
        <w:t>No DNA TriLife, subir bem não significa apenas chegar ao topo. Significa manter mecânica, controle e intenção durante o esforço.</w:t>
      </w:r>
    </w:p>
    <w:p>
      <w:pPr>
        <w:pStyle w:val="Heading2"/>
      </w:pPr>
      <w:r>
        <w:t>10.2 Por que a subida desenvolve força específica</w:t>
      </w:r>
    </w:p>
    <w:p>
      <w:pPr/>
      <w:r>
        <w:rPr>
          <w:rFonts w:ascii="Aptos" w:hAnsi="Aptos" w:eastAsia="Aptos"/>
          <w:b w:val="0"/>
          <w:i w:val="0"/>
        </w:rPr>
        <w:t>A corrida no plano já exige produção de força.</w:t>
      </w:r>
    </w:p>
    <w:p>
      <w:pPr/>
      <w:r>
        <w:rPr>
          <w:rFonts w:ascii="Aptos" w:hAnsi="Aptos" w:eastAsia="Aptos"/>
          <w:b w:val="0"/>
          <w:i w:val="0"/>
        </w:rPr>
        <w:t>Na subida, essa exigência aumenta.</w:t>
      </w:r>
    </w:p>
    <w:p>
      <w:pPr/>
      <w:r>
        <w:rPr>
          <w:rFonts w:ascii="Aptos" w:hAnsi="Aptos" w:eastAsia="Aptos"/>
          <w:b w:val="0"/>
          <w:i w:val="0"/>
        </w:rPr>
        <w:t>O atleta precisa vencer a inclinação, sustentar cadência e aplicar força de maneira mais eficiente. Isso aumenta a demanda muscular sem obrigar, necessariamente, o corredor a atingir velocidades muito altas.</w:t>
      </w:r>
    </w:p>
    <w:p>
      <w:pPr/>
      <w:r>
        <w:rPr>
          <w:rFonts w:ascii="Aptos" w:hAnsi="Aptos" w:eastAsia="Aptos"/>
          <w:b w:val="0"/>
          <w:i w:val="0"/>
        </w:rPr>
        <w:t>Essa característica torna a subida uma ferramenta interessante: ela permite desenvolver potência e força específica com menor dependência de ritmo absoluto.</w:t>
      </w:r>
    </w:p>
    <w:p>
      <w:pPr/>
      <w:r>
        <w:rPr>
          <w:rFonts w:ascii="Aptos" w:hAnsi="Aptos" w:eastAsia="Aptos"/>
          <w:b w:val="0"/>
          <w:i w:val="0"/>
        </w:rPr>
        <w:t>O corredor pode produzir um estímulo forte mesmo correndo em velocidade menor do que no plano.</w:t>
      </w:r>
    </w:p>
    <w:p>
      <w:pPr/>
      <w:r>
        <w:rPr>
          <w:rFonts w:ascii="Aptos" w:hAnsi="Aptos" w:eastAsia="Aptos"/>
          <w:b w:val="0"/>
          <w:i w:val="0"/>
        </w:rPr>
        <w:t>Na prática, a subida cria um ambiente em que o atleta precisa aplicar força ao solo mantendo organização técnica.</w:t>
      </w:r>
    </w:p>
    <w:p>
      <w:pPr/>
      <w:r>
        <w:rPr>
          <w:rFonts w:ascii="Aptos" w:hAnsi="Aptos" w:eastAsia="Aptos"/>
          <w:b w:val="0"/>
          <w:i w:val="0"/>
        </w:rPr>
        <w:t>Essa força não é genérica.</w:t>
      </w:r>
    </w:p>
    <w:p>
      <w:pPr/>
      <w:r>
        <w:rPr>
          <w:rFonts w:ascii="Aptos" w:hAnsi="Aptos" w:eastAsia="Aptos"/>
          <w:b w:val="0"/>
          <w:i w:val="0"/>
        </w:rPr>
        <w:t>É força no gesto da corrida.</w:t>
      </w:r>
    </w:p>
    <w:p>
      <w:pPr/>
      <w:r>
        <w:rPr>
          <w:rFonts w:ascii="Aptos" w:hAnsi="Aptos" w:eastAsia="Aptos"/>
          <w:b w:val="0"/>
          <w:i w:val="0"/>
        </w:rPr>
        <w:t>Por isso, o treino em subida não substitui o fortalecimento, mas aproxima parte da força do padrão específico do esporte.</w:t>
      </w:r>
    </w:p>
    <w:p>
      <w:pPr>
        <w:pStyle w:val="Heading2"/>
      </w:pPr>
      <w:r>
        <w:t>10.3 Força antes da velocidade</w:t>
      </w:r>
    </w:p>
    <w:p>
      <w:pPr/>
      <w:r>
        <w:rPr>
          <w:rFonts w:ascii="Aptos" w:hAnsi="Aptos" w:eastAsia="Aptos"/>
          <w:b w:val="0"/>
          <w:i w:val="0"/>
        </w:rPr>
        <w:t>No Método TriLife Running, velocidade é consequência da capacidade de produzir força repetidamente com eficiência.</w:t>
      </w:r>
    </w:p>
    <w:p>
      <w:pPr/>
      <w:r>
        <w:rPr>
          <w:rFonts w:ascii="Aptos" w:hAnsi="Aptos" w:eastAsia="Aptos"/>
          <w:b w:val="0"/>
          <w:i w:val="0"/>
        </w:rPr>
        <w:t>Por esse motivo, o treino em subida não tem como objetivo principal ensinar o atleta a correr rápido na subida.</w:t>
      </w:r>
    </w:p>
    <w:p>
      <w:pPr/>
      <w:r>
        <w:rPr>
          <w:rFonts w:ascii="Aptos" w:hAnsi="Aptos" w:eastAsia="Aptos"/>
          <w:b w:val="0"/>
          <w:i w:val="0"/>
        </w:rPr>
        <w:t>Seu objetivo é melhorar a capacidade de aplicar força, preservar cadência e sustentar movimento eficiente sob maior demanda muscular.</w:t>
      </w:r>
    </w:p>
    <w:p>
      <w:pPr/>
      <w:r>
        <w:rPr>
          <w:rFonts w:ascii="Aptos" w:hAnsi="Aptos" w:eastAsia="Aptos"/>
          <w:b w:val="0"/>
          <w:i w:val="0"/>
        </w:rPr>
        <w:t>Quando o atleta retorna ao terreno plano, parte dessa adaptação aparece como passada mais estável, maior potência, melhor economia e menor desperdício energético.</w:t>
      </w:r>
    </w:p>
    <w:p>
      <w:pPr/>
      <w:r>
        <w:rPr>
          <w:rFonts w:ascii="Aptos" w:hAnsi="Aptos" w:eastAsia="Aptos"/>
          <w:b w:val="0"/>
          <w:i w:val="0"/>
        </w:rPr>
        <w:t>A força construída na subida serve ao desempenho em qualquer terreno.</w:t>
      </w:r>
    </w:p>
    <w:p>
      <w:pPr/>
      <w:r>
        <w:rPr>
          <w:rFonts w:ascii="Aptos" w:hAnsi="Aptos" w:eastAsia="Aptos"/>
          <w:b w:val="0"/>
          <w:i w:val="0"/>
        </w:rPr>
        <w:t>Esse ponto é importante porque muitos corredores buscam velocidade sem preparar o corpo para produzi-la. Tentam correr mais rápido aumentando esforço, tensão e amplitude da passada.</w:t>
      </w:r>
    </w:p>
    <w:p>
      <w:pPr/>
      <w:r>
        <w:rPr>
          <w:rFonts w:ascii="Aptos" w:hAnsi="Aptos" w:eastAsia="Aptos"/>
          <w:b w:val="0"/>
          <w:i w:val="0"/>
        </w:rPr>
        <w:t>A metodologia prefere outro caminho.</w:t>
      </w:r>
    </w:p>
    <w:p>
      <w:pPr/>
      <w:r>
        <w:rPr>
          <w:rFonts w:ascii="Aptos" w:hAnsi="Aptos" w:eastAsia="Aptos"/>
          <w:b w:val="0"/>
          <w:i w:val="0"/>
        </w:rPr>
        <w:t>Primeiro melhora aplicação de força.</w:t>
      </w:r>
    </w:p>
    <w:p>
      <w:pPr/>
      <w:r>
        <w:rPr>
          <w:rFonts w:ascii="Aptos" w:hAnsi="Aptos" w:eastAsia="Aptos"/>
          <w:b w:val="0"/>
          <w:i w:val="0"/>
        </w:rPr>
        <w:t>Depois melhora controle.</w:t>
      </w:r>
    </w:p>
    <w:p>
      <w:pPr/>
      <w:r>
        <w:rPr>
          <w:rFonts w:ascii="Aptos" w:hAnsi="Aptos" w:eastAsia="Aptos"/>
          <w:b w:val="0"/>
          <w:i w:val="0"/>
        </w:rPr>
        <w:t>Então a velocidade passa a aparecer com mais naturalidade.</w:t>
      </w:r>
    </w:p>
    <w:p>
      <w:pPr/>
      <w:r>
        <w:rPr>
          <w:rFonts w:ascii="Aptos" w:hAnsi="Aptos" w:eastAsia="Aptos"/>
          <w:b w:val="0"/>
          <w:i w:val="0"/>
        </w:rPr>
        <w:t>Correr rápido é consequência de correr melhor.</w:t>
      </w:r>
    </w:p>
    <w:p>
      <w:pPr>
        <w:pStyle w:val="Heading2"/>
      </w:pPr>
      <w:r>
        <w:t>10.4 A conexão com força funcional</w:t>
      </w:r>
    </w:p>
    <w:p>
      <w:pPr/>
      <w:r>
        <w:rPr>
          <w:rFonts w:ascii="Aptos" w:hAnsi="Aptos" w:eastAsia="Aptos"/>
          <w:b w:val="0"/>
          <w:i w:val="0"/>
        </w:rPr>
        <w:t>A filosofia de fortalecimento funcional que influencia o Método TriLife ajuda a explicar o valor das subidas.</w:t>
      </w:r>
    </w:p>
    <w:p>
      <w:pPr/>
      <w:r>
        <w:rPr>
          <w:rFonts w:ascii="Aptos" w:hAnsi="Aptos" w:eastAsia="Aptos"/>
          <w:b w:val="0"/>
          <w:i w:val="0"/>
        </w:rPr>
        <w:t>Correr bem não depende apenas de músculos fortes isoladamente. Depende de estabilidade, coordenação, aplicação de força, controle do tronco, mobilidade suficiente e capacidade de sustentar mecânica sob fadiga.</w:t>
      </w:r>
    </w:p>
    <w:p>
      <w:pPr/>
      <w:r>
        <w:rPr>
          <w:rFonts w:ascii="Aptos" w:hAnsi="Aptos" w:eastAsia="Aptos"/>
          <w:b w:val="0"/>
          <w:i w:val="0"/>
        </w:rPr>
        <w:t>As subidas integram esses elementos em um gesto específico.</w:t>
      </w:r>
    </w:p>
    <w:p>
      <w:pPr/>
      <w:r>
        <w:rPr>
          <w:rFonts w:ascii="Aptos" w:hAnsi="Aptos" w:eastAsia="Aptos"/>
          <w:b w:val="0"/>
          <w:i w:val="0"/>
        </w:rPr>
        <w:t>Durante a repetição, o atleta precisa coordenar braços, tronco, quadril, joelho, tornozelo e pé. Precisa aplicar força para trás, manter passadas curtas e evitar inclinar demais o corpo pela cintura.</w:t>
      </w:r>
    </w:p>
    <w:p>
      <w:pPr/>
      <w:r>
        <w:rPr>
          <w:rFonts w:ascii="Aptos" w:hAnsi="Aptos" w:eastAsia="Aptos"/>
          <w:b w:val="0"/>
          <w:i w:val="0"/>
        </w:rPr>
        <w:t>Esse conjunto transforma a subida em uma ponte entre preparação muscular e desempenho prático.</w:t>
      </w:r>
    </w:p>
    <w:p>
      <w:pPr/>
      <w:r>
        <w:rPr>
          <w:rFonts w:ascii="Aptos" w:hAnsi="Aptos" w:eastAsia="Aptos"/>
          <w:b w:val="0"/>
          <w:i w:val="0"/>
        </w:rPr>
        <w:t>Ela não elimina o fortalecimento fora da corrida.</w:t>
      </w:r>
    </w:p>
    <w:p>
      <w:pPr/>
      <w:r>
        <w:rPr>
          <w:rFonts w:ascii="Aptos" w:hAnsi="Aptos" w:eastAsia="Aptos"/>
          <w:b w:val="0"/>
          <w:i w:val="0"/>
        </w:rPr>
        <w:t>Mas ajuda a transferir parte dessa capacidade para o gesto esportivo.</w:t>
      </w:r>
    </w:p>
    <w:p>
      <w:pPr/>
      <w:r>
        <w:rPr>
          <w:rFonts w:ascii="Aptos" w:hAnsi="Aptos" w:eastAsia="Aptos"/>
          <w:b w:val="0"/>
          <w:i w:val="0"/>
        </w:rPr>
        <w:t>No método, força só tem valor quando consegue aparecer em movimento.</w:t>
      </w:r>
    </w:p>
    <w:p>
      <w:pPr/>
      <w:r>
        <w:rPr>
          <w:rFonts w:ascii="Aptos" w:hAnsi="Aptos" w:eastAsia="Aptos"/>
          <w:b w:val="0"/>
          <w:i w:val="0"/>
        </w:rPr>
        <w:t>A subida ensina essa transferência.</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O treinamento em subida aumenta a demanda de força propulsiva e o recrutamento muscular dos membros inferiores sem exigir, necessariamente, a mesma velocidade do treino plano. Isso permite trabalhar potência específica da corrida com menor dependência de paces altos.</w:t>
            </w:r>
          </w:p>
          <w:p>
            <w:pPr/>
            <w:r>
              <w:rPr>
                <w:rFonts w:ascii="Aptos" w:hAnsi="Aptos" w:eastAsia="Aptos"/>
                <w:b w:val="0"/>
                <w:i w:val="0"/>
              </w:rPr>
              <w:t>A inclinação favorece passadas mais curtas, maior ação dos braços, maior exigência de extensão de quadril e tornozelo e atenção ao contato do pé próximo ao centro de massa. Esses elementos podem melhorar coordenação, rigidez funcional do sistema músculo-tendíneo e capacidade de aplicar força de forma eficiente.</w:t>
            </w:r>
          </w:p>
          <w:p>
            <w:pPr/>
            <w:r>
              <w:rPr>
                <w:rFonts w:ascii="Aptos" w:hAnsi="Aptos" w:eastAsia="Aptos"/>
                <w:b w:val="0"/>
                <w:i w:val="0"/>
              </w:rPr>
              <w:t>Dentro do Método TriLife Running, a subida é usada como ferramenta mecânica e fisiológica: desenvolve força específica, melhora organização técnica e prepara o corpo para sustentar qualidade mesmo sob maior exigência muscular.</w:t>
            </w:r>
          </w:p>
          <w:p>
            <w:pPr/>
            <w:r>
              <w:rPr>
                <w:rFonts w:ascii="Aptos" w:hAnsi="Aptos" w:eastAsia="Aptos"/>
                <w:b w:val="0"/>
                <w:i w:val="0"/>
              </w:rPr>
              <w:t>Força isolada não basta. A força precisa ser transferida para a corrida.</w:t>
            </w:r>
          </w:p>
        </w:tc>
      </w:tr>
    </w:tbl>
    <w:p/>
    <w:p>
      <w:pPr>
        <w:pStyle w:val="Heading2"/>
      </w:pPr>
      <w:r>
        <w:t>10.5 Aplicação da subida dentro da metodologia</w:t>
      </w:r>
    </w:p>
    <w:p>
      <w:pPr/>
      <w:r>
        <w:rPr>
          <w:rFonts w:ascii="Aptos" w:hAnsi="Aptos" w:eastAsia="Aptos"/>
          <w:b w:val="0"/>
          <w:i w:val="0"/>
        </w:rPr>
        <w:t>A subida é útil porque todo corredor precisa produzir força.</w:t>
      </w:r>
    </w:p>
    <w:p>
      <w:pPr/>
      <w:r>
        <w:rPr>
          <w:rFonts w:ascii="Aptos" w:hAnsi="Aptos" w:eastAsia="Aptos"/>
          <w:b w:val="0"/>
          <w:i w:val="0"/>
        </w:rPr>
        <w:t>O que muda é a forma como essa força será utilizada dentro do ciclo.</w:t>
      </w:r>
    </w:p>
    <w:p>
      <w:pPr/>
      <w:r>
        <w:rPr>
          <w:rFonts w:ascii="Aptos" w:hAnsi="Aptos" w:eastAsia="Aptos"/>
          <w:b w:val="0"/>
          <w:i w:val="0"/>
        </w:rPr>
        <w:t>Em fases iniciais, subidas podem preparar músculos e tendões para estímulos futuros. Em fases intermediárias, ajudam a transformar força em potência aplicada. Mais perto da competição, o volume costuma ser reduzido para preservar frescor neuromuscular, mantendo apenas estímulos suficientes para conservar adaptações.</w:t>
      </w:r>
    </w:p>
    <w:p>
      <w:pPr/>
      <w:r>
        <w:rPr>
          <w:rFonts w:ascii="Aptos" w:hAnsi="Aptos" w:eastAsia="Aptos"/>
          <w:b w:val="0"/>
          <w:i w:val="0"/>
        </w:rPr>
        <w:t>Assim, a subida deixa de ser um treino isolado.</w:t>
      </w:r>
    </w:p>
    <w:p>
      <w:pPr/>
      <w:r>
        <w:rPr>
          <w:rFonts w:ascii="Aptos" w:hAnsi="Aptos" w:eastAsia="Aptos"/>
          <w:b w:val="0"/>
          <w:i w:val="0"/>
        </w:rPr>
        <w:t>Passa a fazer parte de uma sequência lógica.</w:t>
      </w:r>
    </w:p>
    <w:p>
      <w:pPr/>
      <w:r>
        <w:rPr>
          <w:rFonts w:ascii="Aptos" w:hAnsi="Aptos" w:eastAsia="Aptos"/>
          <w:b w:val="0"/>
          <w:i w:val="0"/>
        </w:rPr>
        <w:t>A dose depende da fase, do histórico do atleta, da resposta muscular, do objetivo do bloco e da relação com os outros treinos da semana.</w:t>
      </w:r>
    </w:p>
    <w:p>
      <w:pPr/>
      <w:r>
        <w:rPr>
          <w:rFonts w:ascii="Aptos" w:hAnsi="Aptos" w:eastAsia="Aptos"/>
          <w:b w:val="0"/>
          <w:i w:val="0"/>
        </w:rPr>
        <w:t>Subida demais pode gerar fadiga muscular excessiva.</w:t>
      </w:r>
    </w:p>
    <w:p>
      <w:pPr/>
      <w:r>
        <w:rPr>
          <w:rFonts w:ascii="Aptos" w:hAnsi="Aptos" w:eastAsia="Aptos"/>
          <w:b w:val="0"/>
          <w:i w:val="0"/>
        </w:rPr>
        <w:t>Subida bem colocada pode melhorar força, técnica e economia.</w:t>
      </w:r>
    </w:p>
    <w:p>
      <w:pPr/>
      <w:r>
        <w:rPr>
          <w:rFonts w:ascii="Aptos" w:hAnsi="Aptos" w:eastAsia="Aptos"/>
          <w:b w:val="0"/>
          <w:i w:val="0"/>
        </w:rPr>
        <w:t>O método decide pela função, não pela dificuldade aparente.</w:t>
      </w:r>
    </w:p>
    <w:p>
      <w:pPr>
        <w:pStyle w:val="Heading2"/>
      </w:pPr>
      <w:r>
        <w:t>10.6 Técnica antes da intensidade</w:t>
      </w:r>
    </w:p>
    <w:p>
      <w:pPr/>
      <w:r>
        <w:rPr>
          <w:rFonts w:ascii="Aptos" w:hAnsi="Aptos" w:eastAsia="Aptos"/>
          <w:b w:val="0"/>
          <w:i w:val="0"/>
        </w:rPr>
        <w:t>A eficácia do treino em subida depende da qualidade da execução.</w:t>
      </w:r>
    </w:p>
    <w:p>
      <w:pPr/>
      <w:r>
        <w:rPr>
          <w:rFonts w:ascii="Aptos" w:hAnsi="Aptos" w:eastAsia="Aptos"/>
          <w:b w:val="0"/>
          <w:i w:val="0"/>
        </w:rPr>
        <w:t>O Método TriLife prioriza:</w:t>
      </w:r>
    </w:p>
    <w:p>
      <w:pPr>
        <w:pStyle w:val="ListBullet"/>
      </w:pPr>
      <w:r>
        <w:rPr>
          <w:rFonts w:ascii="Aptos" w:hAnsi="Aptos" w:eastAsia="Aptos"/>
          <w:b w:val="0"/>
          <w:i w:val="0"/>
        </w:rPr>
        <w:t>passadas curtas;</w:t>
      </w:r>
    </w:p>
    <w:p>
      <w:pPr>
        <w:pStyle w:val="ListBullet"/>
      </w:pPr>
      <w:r>
        <w:rPr>
          <w:rFonts w:ascii="Aptos" w:hAnsi="Aptos" w:eastAsia="Aptos"/>
          <w:b w:val="0"/>
          <w:i w:val="0"/>
        </w:rPr>
        <w:t>cadência elevada;</w:t>
      </w:r>
    </w:p>
    <w:p>
      <w:pPr>
        <w:pStyle w:val="ListBullet"/>
      </w:pPr>
      <w:r>
        <w:rPr>
          <w:rFonts w:ascii="Aptos" w:hAnsi="Aptos" w:eastAsia="Aptos"/>
          <w:b w:val="0"/>
          <w:i w:val="0"/>
        </w:rPr>
        <w:t>tronco levemente inclinado a partir dos tornozelos;</w:t>
      </w:r>
    </w:p>
    <w:p>
      <w:pPr>
        <w:pStyle w:val="ListBullet"/>
      </w:pPr>
      <w:r>
        <w:rPr>
          <w:rFonts w:ascii="Aptos" w:hAnsi="Aptos" w:eastAsia="Aptos"/>
          <w:b w:val="0"/>
          <w:i w:val="0"/>
        </w:rPr>
        <w:t>olhar direcionado à frente;</w:t>
      </w:r>
    </w:p>
    <w:p>
      <w:pPr>
        <w:pStyle w:val="ListBullet"/>
      </w:pPr>
      <w:r>
        <w:rPr>
          <w:rFonts w:ascii="Aptos" w:hAnsi="Aptos" w:eastAsia="Aptos"/>
          <w:b w:val="0"/>
          <w:i w:val="0"/>
        </w:rPr>
        <w:t>braços ativos acompanhando o ritmo das pernas;</w:t>
      </w:r>
    </w:p>
    <w:p>
      <w:pPr>
        <w:pStyle w:val="ListBullet"/>
      </w:pPr>
      <w:r>
        <w:rPr>
          <w:rFonts w:ascii="Aptos" w:hAnsi="Aptos" w:eastAsia="Aptos"/>
          <w:b w:val="0"/>
          <w:i w:val="0"/>
        </w:rPr>
        <w:t>contato do pé próximo ao centro de gravidade;</w:t>
      </w:r>
    </w:p>
    <w:p>
      <w:pPr>
        <w:pStyle w:val="ListBullet"/>
      </w:pPr>
      <w:r>
        <w:rPr>
          <w:rFonts w:ascii="Aptos" w:hAnsi="Aptos" w:eastAsia="Aptos"/>
          <w:b w:val="0"/>
          <w:i w:val="0"/>
        </w:rPr>
        <w:t>aplicação de força para trás;</w:t>
      </w:r>
    </w:p>
    <w:p>
      <w:pPr>
        <w:pStyle w:val="ListBullet"/>
      </w:pPr>
      <w:r>
        <w:rPr>
          <w:rFonts w:ascii="Aptos" w:hAnsi="Aptos" w:eastAsia="Aptos"/>
          <w:b w:val="0"/>
          <w:i w:val="0"/>
        </w:rPr>
        <w:t>manutenção da postura até o final da repetição.</w:t>
      </w:r>
    </w:p>
    <w:p>
      <w:pPr/>
      <w:r>
        <w:rPr>
          <w:rFonts w:ascii="Aptos" w:hAnsi="Aptos" w:eastAsia="Aptos"/>
          <w:b w:val="0"/>
          <w:i w:val="0"/>
        </w:rPr>
        <w:t>Quando o atleta perde esses padrões, o treino deixa de desenvolver força específica e passa a ser apenas esforço desorganizado.</w:t>
      </w:r>
    </w:p>
    <w:p>
      <w:pPr/>
      <w:r>
        <w:rPr>
          <w:rFonts w:ascii="Aptos" w:hAnsi="Aptos" w:eastAsia="Aptos"/>
          <w:b w:val="0"/>
          <w:i w:val="0"/>
        </w:rPr>
        <w:t>Na metodologia, subir forte nunca significa subir de qualquer maneira.</w:t>
      </w:r>
    </w:p>
    <w:p>
      <w:pPr/>
      <w:r>
        <w:rPr>
          <w:rFonts w:ascii="Aptos" w:hAnsi="Aptos" w:eastAsia="Aptos"/>
          <w:b w:val="0"/>
          <w:i w:val="0"/>
        </w:rPr>
        <w:t>A qualidade do movimento continua sendo prioridade.</w:t>
      </w:r>
    </w:p>
    <w:p>
      <w:pPr/>
      <w:r>
        <w:rPr>
          <w:rFonts w:ascii="Aptos" w:hAnsi="Aptos" w:eastAsia="Aptos"/>
          <w:b w:val="0"/>
          <w:i w:val="0"/>
        </w:rPr>
        <w:t>Se a técnica quebra cedo demais, a intensidade precisa ser ajustada. Se a subida muda completamente a mecânica da corrida, talvez a escolha do terreno esteja errada. Se o atleta termina todas as repetições travado, a dose pode estar acima do necessário.</w:t>
      </w:r>
    </w:p>
    <w:p>
      <w:pPr/>
      <w:r>
        <w:rPr>
          <w:rFonts w:ascii="Aptos" w:hAnsi="Aptos" w:eastAsia="Aptos"/>
          <w:b w:val="0"/>
          <w:i w:val="0"/>
        </w:rPr>
        <w:t>Subida inteligente não é inclinação máxima.</w:t>
      </w:r>
    </w:p>
    <w:p>
      <w:pPr/>
      <w:r>
        <w:rPr>
          <w:rFonts w:ascii="Aptos" w:hAnsi="Aptos" w:eastAsia="Aptos"/>
          <w:b w:val="0"/>
          <w:i w:val="0"/>
        </w:rPr>
        <w:t>É estímulo certo.</w:t>
      </w:r>
    </w:p>
    <w:p>
      <w:pPr>
        <w:pStyle w:val="Heading2"/>
      </w:pPr>
      <w:r>
        <w:t>10.7 Cuidados na escolha da subida</w:t>
      </w:r>
    </w:p>
    <w:p>
      <w:pPr/>
      <w:r>
        <w:rPr>
          <w:rFonts w:ascii="Aptos" w:hAnsi="Aptos" w:eastAsia="Aptos"/>
          <w:b w:val="0"/>
          <w:i w:val="0"/>
        </w:rPr>
        <w:t>A subida precisa conversar com o objetivo da sessão.</w:t>
      </w:r>
    </w:p>
    <w:p>
      <w:pPr/>
      <w:r>
        <w:rPr>
          <w:rFonts w:ascii="Aptos" w:hAnsi="Aptos" w:eastAsia="Aptos"/>
          <w:b w:val="0"/>
          <w:i w:val="0"/>
        </w:rPr>
        <w:t>Inclinações excessivamente íngremes podem alterar demais a mecânica e afastar o gesto do padrão desejado de corrida. Subidas muito longas podem transformar um treino de força ou potência em uma sessão excessivamente metabólica. Superfícies instáveis podem aumentar risco quando o objetivo não é técnica de terreno.</w:t>
      </w:r>
    </w:p>
    <w:p>
      <w:pPr/>
      <w:r>
        <w:rPr>
          <w:rFonts w:ascii="Aptos" w:hAnsi="Aptos" w:eastAsia="Aptos"/>
          <w:b w:val="0"/>
          <w:i w:val="0"/>
        </w:rPr>
        <w:t>O treinador precisa escolher a subida de acordo com a adaptação desejada.</w:t>
      </w:r>
    </w:p>
    <w:p>
      <w:pPr/>
      <w:r>
        <w:rPr>
          <w:rFonts w:ascii="Aptos" w:hAnsi="Aptos" w:eastAsia="Aptos"/>
          <w:b w:val="0"/>
          <w:i w:val="0"/>
        </w:rPr>
        <w:t>Para estímulos mais neuromusculares, a repetição pode ser mais curta e explosiva, com recuperação suficiente para preservar qualidade. Para força específica e resistência muscular, a duração pode ser maior, desde que a técnica seja mantida. Para atletas ainda em desenvolvimento, a prioridade deve ser controle e aprendizagem.</w:t>
      </w:r>
    </w:p>
    <w:p>
      <w:pPr/>
      <w:r>
        <w:rPr>
          <w:rFonts w:ascii="Aptos" w:hAnsi="Aptos" w:eastAsia="Aptos"/>
          <w:b w:val="0"/>
          <w:i w:val="0"/>
        </w:rPr>
        <w:t>Erros comuns incluem:</w:t>
      </w:r>
    </w:p>
    <w:p>
      <w:pPr>
        <w:pStyle w:val="ListBullet"/>
      </w:pPr>
      <w:r>
        <w:rPr>
          <w:rFonts w:ascii="Aptos" w:hAnsi="Aptos" w:eastAsia="Aptos"/>
          <w:b w:val="0"/>
          <w:i w:val="0"/>
        </w:rPr>
        <w:t>escolher subida íngreme demais;</w:t>
      </w:r>
    </w:p>
    <w:p>
      <w:pPr>
        <w:pStyle w:val="ListBullet"/>
      </w:pPr>
      <w:r>
        <w:rPr>
          <w:rFonts w:ascii="Aptos" w:hAnsi="Aptos" w:eastAsia="Aptos"/>
          <w:b w:val="0"/>
          <w:i w:val="0"/>
        </w:rPr>
        <w:t>fazer todas as repetições no máximo;</w:t>
      </w:r>
    </w:p>
    <w:p>
      <w:pPr>
        <w:pStyle w:val="ListBullet"/>
      </w:pPr>
      <w:r>
        <w:rPr>
          <w:rFonts w:ascii="Aptos" w:hAnsi="Aptos" w:eastAsia="Aptos"/>
          <w:b w:val="0"/>
          <w:i w:val="0"/>
        </w:rPr>
        <w:t>alongar excessivamente a passada;</w:t>
      </w:r>
    </w:p>
    <w:p>
      <w:pPr>
        <w:pStyle w:val="ListBullet"/>
      </w:pPr>
      <w:r>
        <w:rPr>
          <w:rFonts w:ascii="Aptos" w:hAnsi="Aptos" w:eastAsia="Aptos"/>
          <w:b w:val="0"/>
          <w:i w:val="0"/>
        </w:rPr>
        <w:t>perder cadência;</w:t>
      </w:r>
    </w:p>
    <w:p>
      <w:pPr>
        <w:pStyle w:val="ListBullet"/>
      </w:pPr>
      <w:r>
        <w:rPr>
          <w:rFonts w:ascii="Aptos" w:hAnsi="Aptos" w:eastAsia="Aptos"/>
          <w:b w:val="0"/>
          <w:i w:val="0"/>
        </w:rPr>
        <w:t>inclinar o tronco pela cintura;</w:t>
      </w:r>
    </w:p>
    <w:p>
      <w:pPr>
        <w:pStyle w:val="ListBullet"/>
      </w:pPr>
      <w:r>
        <w:rPr>
          <w:rFonts w:ascii="Aptos" w:hAnsi="Aptos" w:eastAsia="Aptos"/>
          <w:b w:val="0"/>
          <w:i w:val="0"/>
        </w:rPr>
        <w:t>usar os braços de forma descoordenada;</w:t>
      </w:r>
    </w:p>
    <w:p>
      <w:pPr>
        <w:pStyle w:val="ListBullet"/>
      </w:pPr>
      <w:r>
        <w:rPr>
          <w:rFonts w:ascii="Aptos" w:hAnsi="Aptos" w:eastAsia="Aptos"/>
          <w:b w:val="0"/>
          <w:i w:val="0"/>
        </w:rPr>
        <w:t>ignorar a recuperação;</w:t>
      </w:r>
    </w:p>
    <w:p>
      <w:pPr>
        <w:pStyle w:val="ListBullet"/>
      </w:pPr>
      <w:r>
        <w:rPr>
          <w:rFonts w:ascii="Aptos" w:hAnsi="Aptos" w:eastAsia="Aptos"/>
          <w:b w:val="0"/>
          <w:i w:val="0"/>
        </w:rPr>
        <w:t>insistir depois da quebra técnica.</w:t>
      </w:r>
    </w:p>
    <w:p>
      <w:pPr/>
      <w:r>
        <w:rPr>
          <w:rFonts w:ascii="Aptos" w:hAnsi="Aptos" w:eastAsia="Aptos"/>
          <w:b w:val="0"/>
          <w:i w:val="0"/>
        </w:rPr>
        <w:t>Na TriLife, subir rápido nunca significa subir desorganizado.</w:t>
      </w:r>
    </w:p>
    <w:p>
      <w:pPr>
        <w:pStyle w:val="Heading2"/>
      </w:pPr>
      <w:r>
        <w:t>10.8 Muito além da força</w:t>
      </w:r>
    </w:p>
    <w:p>
      <w:pPr/>
      <w:r>
        <w:rPr>
          <w:rFonts w:ascii="Aptos" w:hAnsi="Aptos" w:eastAsia="Aptos"/>
          <w:b w:val="0"/>
          <w:i w:val="0"/>
        </w:rPr>
        <w:t>O treinamento em subida produz adaptações que vão além do sistema muscular.</w:t>
      </w:r>
    </w:p>
    <w:p>
      <w:pPr/>
      <w:r>
        <w:rPr>
          <w:rFonts w:ascii="Aptos" w:hAnsi="Aptos" w:eastAsia="Aptos"/>
          <w:b w:val="0"/>
          <w:i w:val="0"/>
        </w:rPr>
        <w:t>Ele desenvolve confiança, percepção corporal, controle respiratório e capacidade de manter técnica sob esforço.</w:t>
      </w:r>
    </w:p>
    <w:p>
      <w:pPr/>
      <w:r>
        <w:rPr>
          <w:rFonts w:ascii="Aptos" w:hAnsi="Aptos" w:eastAsia="Aptos"/>
          <w:b w:val="0"/>
          <w:i w:val="0"/>
        </w:rPr>
        <w:t>Também fortalece estruturas frequentemente negligenciadas, como panturrilhas, glúteos, posteriores de coxa e cadeia estabilizadora do quadril.</w:t>
      </w:r>
    </w:p>
    <w:p>
      <w:pPr/>
      <w:r>
        <w:rPr>
          <w:rFonts w:ascii="Aptos" w:hAnsi="Aptos" w:eastAsia="Aptos"/>
          <w:b w:val="0"/>
          <w:i w:val="0"/>
        </w:rPr>
        <w:t>Essas adaptações permanecem úteis quando o atleta volta ao terreno plano.</w:t>
      </w:r>
    </w:p>
    <w:p>
      <w:pPr/>
      <w:r>
        <w:rPr>
          <w:rFonts w:ascii="Aptos" w:hAnsi="Aptos" w:eastAsia="Aptos"/>
          <w:b w:val="0"/>
          <w:i w:val="0"/>
        </w:rPr>
        <w:t>O corredor tende a sentir mais estabilidade, melhor aplicação de força e maior controle da passada.</w:t>
      </w:r>
    </w:p>
    <w:p>
      <w:pPr/>
      <w:r>
        <w:rPr>
          <w:rFonts w:ascii="Aptos" w:hAnsi="Aptos" w:eastAsia="Aptos"/>
          <w:b w:val="0"/>
          <w:i w:val="0"/>
        </w:rPr>
        <w:t>A subida também ajuda a educar o atleta sobre intensidade. Como o pace muda naturalmente em aclives, ele precisa aprender a respeitar esforço, cadência e sensação, não apenas velocidade absoluta.</w:t>
      </w:r>
    </w:p>
    <w:p>
      <w:pPr/>
      <w:r>
        <w:rPr>
          <w:rFonts w:ascii="Aptos" w:hAnsi="Aptos" w:eastAsia="Aptos"/>
          <w:b w:val="0"/>
          <w:i w:val="0"/>
        </w:rPr>
        <w:t>Esse aprendizado conversa diretamente com o PZI e com a percepção de esforço.</w:t>
      </w:r>
    </w:p>
    <w:p>
      <w:pPr/>
      <w:r>
        <w:rPr>
          <w:rFonts w:ascii="Aptos" w:hAnsi="Aptos" w:eastAsia="Aptos"/>
          <w:b w:val="0"/>
          <w:i w:val="0"/>
        </w:rPr>
        <w:t>O número pode mudar.</w:t>
      </w:r>
    </w:p>
    <w:p>
      <w:pPr/>
      <w:r>
        <w:rPr>
          <w:rFonts w:ascii="Aptos" w:hAnsi="Aptos" w:eastAsia="Aptos"/>
          <w:b w:val="0"/>
          <w:i w:val="0"/>
        </w:rPr>
        <w:t>A intenção do treino precisa permanecer clara.</w:t>
      </w:r>
    </w:p>
    <w:p>
      <w:pPr>
        <w:pStyle w:val="Heading2"/>
      </w:pPr>
      <w:r>
        <w:t>Conclusão</w:t>
      </w:r>
    </w:p>
    <w:p>
      <w:pPr/>
      <w:r>
        <w:rPr>
          <w:rFonts w:ascii="Aptos" w:hAnsi="Aptos" w:eastAsia="Aptos"/>
          <w:b w:val="0"/>
          <w:i w:val="0"/>
        </w:rPr>
        <w:t>No Método TriLife Running, o treinamento em subida representa uma ferramenta para desenvolver força específica, eficiência mecânica e economia de corrida.</w:t>
      </w:r>
    </w:p>
    <w:p>
      <w:pPr/>
      <w:r>
        <w:rPr>
          <w:rFonts w:ascii="Aptos" w:hAnsi="Aptos" w:eastAsia="Aptos"/>
          <w:b w:val="0"/>
          <w:i w:val="0"/>
        </w:rPr>
        <w:t>Seu objetivo não é formar especialistas em aclives. O objetivo é construir corredores capazes de aplicar mais força com menor desperdício, manter técnica sob maior demanda e transferir essa capacidade para diferentes situações de treino e prova.</w:t>
      </w:r>
    </w:p>
    <w:p>
      <w:pPr/>
      <w:r>
        <w:rPr>
          <w:rFonts w:ascii="Aptos" w:hAnsi="Aptos" w:eastAsia="Aptos"/>
          <w:b w:val="0"/>
          <w:i w:val="0"/>
        </w:rPr>
        <w:t>Quando inserida de forma estratégica dentro da periodização, a subida se torna um elo entre desenvolvimento muscular e desempenho esportivo.</w:t>
      </w:r>
    </w:p>
    <w:p>
      <w:pPr>
        <w:pStyle w:val="Heading2"/>
      </w:pPr>
      <w:r>
        <w:t>Princípios Fundamentais do Método TriLife Running</w:t>
      </w:r>
    </w:p>
    <w:p>
      <w:pPr>
        <w:pStyle w:val="TriLifeQuote"/>
      </w:pPr>
      <w:r>
        <w:rPr>
          <w:rFonts w:ascii="Aptos" w:hAnsi="Aptos" w:eastAsia="Aptos"/>
          <w:b w:val="0"/>
          <w:i/>
        </w:rPr>
        <w:t>Princípio Fundamental nº 37</w:t>
      </w:r>
    </w:p>
    <w:p>
      <w:pPr/>
      <w:r>
        <w:rPr>
          <w:rFonts w:ascii="Aptos" w:hAnsi="Aptos" w:eastAsia="Aptos"/>
          <w:b w:val="0"/>
          <w:i w:val="0"/>
        </w:rPr>
        <w:t>Subida não é apenas dificuldade. É força específica aplicada à corrida.</w:t>
      </w:r>
    </w:p>
    <w:p>
      <w:pPr>
        <w:pStyle w:val="TriLifeQuote"/>
      </w:pPr>
      <w:r>
        <w:rPr>
          <w:rFonts w:ascii="Aptos" w:hAnsi="Aptos" w:eastAsia="Aptos"/>
          <w:b w:val="0"/>
          <w:i/>
        </w:rPr>
        <w:t>Princípio Fundamental nº 38</w:t>
      </w:r>
    </w:p>
    <w:p>
      <w:pPr/>
      <w:r>
        <w:rPr>
          <w:rFonts w:ascii="Aptos" w:hAnsi="Aptos" w:eastAsia="Aptos"/>
          <w:b w:val="0"/>
          <w:i w:val="0"/>
        </w:rPr>
        <w:t>Velocidade é consequência da capacidade de produzir força com eficiência.</w:t>
      </w:r>
    </w:p>
    <w:p>
      <w:pPr>
        <w:pStyle w:val="TriLifeQuote"/>
      </w:pPr>
      <w:r>
        <w:rPr>
          <w:rFonts w:ascii="Aptos" w:hAnsi="Aptos" w:eastAsia="Aptos"/>
          <w:b w:val="0"/>
          <w:i/>
        </w:rPr>
        <w:t>Princípio Fundamental nº 39</w:t>
      </w:r>
    </w:p>
    <w:p>
      <w:pPr/>
      <w:r>
        <w:rPr>
          <w:rFonts w:ascii="Aptos" w:hAnsi="Aptos" w:eastAsia="Aptos"/>
          <w:b w:val="0"/>
          <w:i w:val="0"/>
        </w:rPr>
        <w:t>A técnica vem antes da intensidade, especialmente sob maior demanda muscular.</w:t>
      </w:r>
    </w:p>
    <w:p>
      <w:pPr>
        <w:pStyle w:val="TriLifeQuote"/>
      </w:pPr>
      <w:r>
        <w:rPr>
          <w:rFonts w:ascii="Aptos" w:hAnsi="Aptos" w:eastAsia="Aptos"/>
          <w:b w:val="0"/>
          <w:i/>
        </w:rPr>
        <w:t>Princípio Fundamental nº 40</w:t>
      </w:r>
    </w:p>
    <w:p>
      <w:pPr/>
      <w:r>
        <w:rPr>
          <w:rFonts w:ascii="Aptos" w:hAnsi="Aptos" w:eastAsia="Aptos"/>
          <w:b w:val="0"/>
          <w:i w:val="0"/>
        </w:rPr>
        <w:t>A subida deve servir ao ciclo, não existir apenas para tornar o treino mais pesado.</w:t>
      </w:r>
    </w:p>
    <w:p>
      <w:r>
        <w:br w:type="page"/>
      </w:r>
    </w:p>
    <w:p>
      <w:pPr>
        <w:pStyle w:val="Title"/>
        <w:jc w:val="center"/>
      </w:pPr>
      <w:r>
        <w:t>BLOCO 3</w:t>
      </w:r>
    </w:p>
    <w:p>
      <w:pPr>
        <w:pStyle w:val="Heading1"/>
        <w:jc w:val="center"/>
      </w:pPr>
      <w:r>
        <w:t>RECUPERAÇÃO, PRESCRIÇÃO E CONSTRUÇÃO TÉCNICA DO CORREDOR</w:t>
      </w:r>
    </w:p>
    <w:p>
      <w:r>
        <w:br w:type="page"/>
      </w:r>
    </w:p>
    <w:p>
      <w:pPr>
        <w:pStyle w:val="Heading1"/>
        <w:jc w:val="center"/>
      </w:pPr>
      <w:r>
        <w:t>CAPÍTULO 11</w:t>
      </w:r>
    </w:p>
    <w:p>
      <w:pPr>
        <w:pStyle w:val="Heading1"/>
        <w:jc w:val="center"/>
      </w:pPr>
      <w:r>
        <w:t>RECUPERAÇÃO: A ADAPTAÇÃO ACONTECE ENTRE OS TREINOS</w:t>
      </w:r>
    </w:p>
    <w:p>
      <w:pPr>
        <w:pStyle w:val="TriLifeQuote"/>
      </w:pPr>
      <w:r>
        <w:rPr>
          <w:rFonts w:ascii="Aptos" w:hAnsi="Aptos" w:eastAsia="Aptos"/>
          <w:b w:val="0"/>
          <w:i/>
        </w:rPr>
        <w:t>O treinamento gera o estímulo. A recuperação produz a adaptação.</w:t>
      </w:r>
    </w:p>
    <w:p>
      <w:pPr>
        <w:pStyle w:val="Heading2"/>
      </w:pPr>
      <w:r>
        <w:t>11.1 Recuperação é parte ativa da adaptação</w:t>
      </w:r>
    </w:p>
    <w:p>
      <w:pPr/>
      <w:r>
        <w:rPr>
          <w:rFonts w:ascii="Aptos" w:hAnsi="Aptos" w:eastAsia="Aptos"/>
          <w:b w:val="0"/>
          <w:i w:val="0"/>
        </w:rPr>
        <w:t>Na metodologia TriLife Running, recuperação não significa ausência de treino.</w:t>
      </w:r>
    </w:p>
    <w:p>
      <w:pPr/>
      <w:r>
        <w:rPr>
          <w:rFonts w:ascii="Aptos" w:hAnsi="Aptos" w:eastAsia="Aptos"/>
          <w:b w:val="0"/>
          <w:i w:val="0"/>
        </w:rPr>
        <w:t>Significa parte ativa do processo adaptativo.</w:t>
      </w:r>
    </w:p>
    <w:p>
      <w:pPr/>
      <w:r>
        <w:rPr>
          <w:rFonts w:ascii="Aptos" w:hAnsi="Aptos" w:eastAsia="Aptos"/>
          <w:b w:val="0"/>
          <w:i w:val="0"/>
        </w:rPr>
        <w:t>O treino cria o estímulo. A recuperação permite que o organismo transforme esse estímulo em evolução. Essa diferença precisa ser compreendida pelo atleta e respeitada pelo treinador.</w:t>
      </w:r>
    </w:p>
    <w:p>
      <w:pPr/>
      <w:r>
        <w:rPr>
          <w:rFonts w:ascii="Aptos" w:hAnsi="Aptos" w:eastAsia="Aptos"/>
          <w:b w:val="0"/>
          <w:i w:val="0"/>
        </w:rPr>
        <w:t>Cada sessão provoca alterações no corpo: consumo de energia, estresse metabólico, microlesões musculares, fadiga neuromuscular, alterações hormonais, demanda psicológica e necessidade de reorganização interna.</w:t>
      </w:r>
    </w:p>
    <w:p>
      <w:pPr/>
      <w:r>
        <w:rPr>
          <w:rFonts w:ascii="Aptos" w:hAnsi="Aptos" w:eastAsia="Aptos"/>
          <w:b w:val="0"/>
          <w:i w:val="0"/>
        </w:rPr>
        <w:t>Se o organismo recebe tempo e condições adequadas, ele repara tecidos, reorganiza reservas, ajusta sistemas e se prepara melhor para o próximo estímulo.</w:t>
      </w:r>
    </w:p>
    <w:p>
      <w:pPr/>
      <w:r>
        <w:rPr>
          <w:rFonts w:ascii="Aptos" w:hAnsi="Aptos" w:eastAsia="Aptos"/>
          <w:b w:val="0"/>
          <w:i w:val="0"/>
        </w:rPr>
        <w:t>Quando a recuperação é insuficiente, a carga se acumula sem virar adaptação. O atleta até treina bastante, mas não consegue absorver o que está fazendo.</w:t>
      </w:r>
    </w:p>
    <w:p>
      <w:pPr/>
      <w:r>
        <w:rPr>
          <w:rFonts w:ascii="Aptos" w:hAnsi="Aptos" w:eastAsia="Aptos"/>
          <w:b w:val="0"/>
          <w:i w:val="0"/>
        </w:rPr>
        <w:t>Esse é um ponto central dos Treinos Inteligentes.</w:t>
      </w:r>
    </w:p>
    <w:p>
      <w:pPr/>
      <w:r>
        <w:rPr>
          <w:rFonts w:ascii="Aptos" w:hAnsi="Aptos" w:eastAsia="Aptos"/>
          <w:b w:val="0"/>
          <w:i w:val="0"/>
        </w:rPr>
        <w:t>A evolução não depende apenas da carga aplicada.</w:t>
      </w:r>
    </w:p>
    <w:p>
      <w:pPr/>
      <w:r>
        <w:rPr>
          <w:rFonts w:ascii="Aptos" w:hAnsi="Aptos" w:eastAsia="Aptos"/>
          <w:b w:val="0"/>
          <w:i w:val="0"/>
        </w:rPr>
        <w:t>Depende da carga assimilada.</w:t>
      </w:r>
    </w:p>
    <w:p>
      <w:pPr/>
      <w:r>
        <w:rPr>
          <w:rFonts w:ascii="Aptos" w:hAnsi="Aptos" w:eastAsia="Aptos"/>
          <w:b w:val="0"/>
          <w:i w:val="0"/>
        </w:rPr>
        <w:t>Um atleta pode executar todas as sessões da planilha e ainda assim não evoluir se não recuperar. Outro pode treinar com dose menor, mas responder melhor porque assimila melhor os estímulos.</w:t>
      </w:r>
    </w:p>
    <w:p>
      <w:pPr/>
      <w:r>
        <w:rPr>
          <w:rFonts w:ascii="Aptos" w:hAnsi="Aptos" w:eastAsia="Aptos"/>
          <w:b w:val="0"/>
          <w:i w:val="0"/>
        </w:rPr>
        <w:t>O Método TriLife Running não enxerga recuperação como pausa passiva. Enxerga como parte da prescrição.</w:t>
      </w:r>
    </w:p>
    <w:p>
      <w:pPr>
        <w:pStyle w:val="Heading2"/>
      </w:pPr>
      <w:r>
        <w:t>11.2 O conceito de supercompensação</w:t>
      </w:r>
    </w:p>
    <w:p>
      <w:pPr/>
      <w:r>
        <w:rPr>
          <w:rFonts w:ascii="Aptos" w:hAnsi="Aptos" w:eastAsia="Aptos"/>
          <w:b w:val="0"/>
          <w:i w:val="0"/>
        </w:rPr>
        <w:t>Todo estímulo bem dosado produz uma resposta.</w:t>
      </w:r>
    </w:p>
    <w:p>
      <w:pPr/>
      <w:r>
        <w:rPr>
          <w:rFonts w:ascii="Aptos" w:hAnsi="Aptos" w:eastAsia="Aptos"/>
          <w:b w:val="0"/>
          <w:i w:val="0"/>
        </w:rPr>
        <w:t>Depois de um treino exigente, é normal que o desempenho caia temporariamente. O corpo precisa restaurar energia, reparar tecidos, reduzir inflamação, reorganizar o sistema nervoso e consolidar adaptações.</w:t>
      </w:r>
    </w:p>
    <w:p>
      <w:pPr/>
      <w:r>
        <w:rPr>
          <w:rFonts w:ascii="Aptos" w:hAnsi="Aptos" w:eastAsia="Aptos"/>
          <w:b w:val="0"/>
          <w:i w:val="0"/>
        </w:rPr>
        <w:t>Esse período não é perda.</w:t>
      </w:r>
    </w:p>
    <w:p>
      <w:pPr/>
      <w:r>
        <w:rPr>
          <w:rFonts w:ascii="Aptos" w:hAnsi="Aptos" w:eastAsia="Aptos"/>
          <w:b w:val="0"/>
          <w:i w:val="0"/>
        </w:rPr>
        <w:t>É processamento.</w:t>
      </w:r>
    </w:p>
    <w:p>
      <w:pPr/>
      <w:r>
        <w:rPr>
          <w:rFonts w:ascii="Aptos" w:hAnsi="Aptos" w:eastAsia="Aptos"/>
          <w:b w:val="0"/>
          <w:i w:val="0"/>
        </w:rPr>
        <w:t>Quando a recuperação acontece no tempo adequado, ocorre a supercompensação: o atleta retorna a um nível ligeiramente superior ao anterior.</w:t>
      </w:r>
    </w:p>
    <w:p>
      <w:pPr/>
      <w:r>
        <w:rPr>
          <w:rFonts w:ascii="Aptos" w:hAnsi="Aptos" w:eastAsia="Aptos"/>
          <w:b w:val="0"/>
          <w:i w:val="0"/>
        </w:rPr>
        <w:t>A evolução de longo prazo nasce da repetição inteligente desse ciclo:</w:t>
      </w:r>
    </w:p>
    <w:p>
      <w:pPr>
        <w:pStyle w:val="ListBullet"/>
      </w:pPr>
      <w:r>
        <w:rPr>
          <w:rFonts w:ascii="Aptos" w:hAnsi="Aptos" w:eastAsia="Aptos"/>
          <w:b w:val="0"/>
          <w:i w:val="0"/>
        </w:rPr>
        <w:t>estímulo;</w:t>
      </w:r>
    </w:p>
    <w:p>
      <w:pPr>
        <w:pStyle w:val="ListBullet"/>
      </w:pPr>
      <w:r>
        <w:rPr>
          <w:rFonts w:ascii="Aptos" w:hAnsi="Aptos" w:eastAsia="Aptos"/>
          <w:b w:val="0"/>
          <w:i w:val="0"/>
        </w:rPr>
        <w:t>fadiga;</w:t>
      </w:r>
    </w:p>
    <w:p>
      <w:pPr>
        <w:pStyle w:val="ListBullet"/>
      </w:pPr>
      <w:r>
        <w:rPr>
          <w:rFonts w:ascii="Aptos" w:hAnsi="Aptos" w:eastAsia="Aptos"/>
          <w:b w:val="0"/>
          <w:i w:val="0"/>
        </w:rPr>
        <w:t>recuperação;</w:t>
      </w:r>
    </w:p>
    <w:p>
      <w:pPr>
        <w:pStyle w:val="ListBullet"/>
      </w:pPr>
      <w:r>
        <w:rPr>
          <w:rFonts w:ascii="Aptos" w:hAnsi="Aptos" w:eastAsia="Aptos"/>
          <w:b w:val="0"/>
          <w:i w:val="0"/>
        </w:rPr>
        <w:t>adaptação;</w:t>
      </w:r>
    </w:p>
    <w:p>
      <w:pPr>
        <w:pStyle w:val="ListBullet"/>
      </w:pPr>
      <w:r>
        <w:rPr>
          <w:rFonts w:ascii="Aptos" w:hAnsi="Aptos" w:eastAsia="Aptos"/>
          <w:b w:val="0"/>
          <w:i w:val="0"/>
        </w:rPr>
        <w:t>novo estímulo.</w:t>
      </w:r>
    </w:p>
    <w:p>
      <w:pPr/>
      <w:r>
        <w:rPr>
          <w:rFonts w:ascii="Aptos" w:hAnsi="Aptos" w:eastAsia="Aptos"/>
          <w:b w:val="0"/>
          <w:i w:val="0"/>
        </w:rPr>
        <w:t>Se o próximo treino forte entra cedo demais, o atleta ainda está dentro da fase de fadiga. A carga se soma ao desgaste anterior e reduz a qualidade da resposta.</w:t>
      </w:r>
    </w:p>
    <w:p>
      <w:pPr/>
      <w:r>
        <w:rPr>
          <w:rFonts w:ascii="Aptos" w:hAnsi="Aptos" w:eastAsia="Aptos"/>
          <w:b w:val="0"/>
          <w:i w:val="0"/>
        </w:rPr>
        <w:t>Caso o estímulo demore demais para aparecer, parte da adaptação se perde e o ciclo perde continuidade.</w:t>
      </w:r>
    </w:p>
    <w:p>
      <w:pPr/>
      <w:r>
        <w:rPr>
          <w:rFonts w:ascii="Aptos" w:hAnsi="Aptos" w:eastAsia="Aptos"/>
          <w:b w:val="0"/>
          <w:i w:val="0"/>
        </w:rPr>
        <w:t>O treinador precisa entender esse equilíbrio.</w:t>
      </w:r>
    </w:p>
    <w:p>
      <w:pPr/>
      <w:r>
        <w:rPr>
          <w:rFonts w:ascii="Aptos" w:hAnsi="Aptos" w:eastAsia="Aptos"/>
          <w:b w:val="0"/>
          <w:i w:val="0"/>
        </w:rPr>
        <w:t>Treinar forte é fácil de prescrever.</w:t>
      </w:r>
    </w:p>
    <w:p>
      <w:pPr/>
      <w:r>
        <w:rPr>
          <w:rFonts w:ascii="Aptos" w:hAnsi="Aptos" w:eastAsia="Aptos"/>
          <w:b w:val="0"/>
          <w:i w:val="0"/>
        </w:rPr>
        <w:t>Difícil é saber quando o atleta está pronto para receber o próximo estímulo forte.</w:t>
      </w:r>
    </w:p>
    <w:p>
      <w:pPr/>
      <w:r>
        <w:rPr>
          <w:rFonts w:ascii="Aptos" w:hAnsi="Aptos" w:eastAsia="Aptos"/>
          <w:b w:val="0"/>
          <w:i w:val="0"/>
        </w:rPr>
        <w:t>É nesse ponto que a recuperação deixa de ser detalhe e passa a ser decisão técnica.</w:t>
      </w:r>
    </w:p>
    <w:p>
      <w:pPr>
        <w:pStyle w:val="Heading2"/>
      </w:pPr>
      <w:r>
        <w:t>11.3 Recuperação e distribuição de intensidade</w:t>
      </w:r>
    </w:p>
    <w:p>
      <w:pPr/>
      <w:r>
        <w:rPr>
          <w:rFonts w:ascii="Aptos" w:hAnsi="Aptos" w:eastAsia="Aptos"/>
          <w:b w:val="0"/>
          <w:i w:val="0"/>
        </w:rPr>
        <w:t>A lógica de distribuição de intensidade conversa diretamente com recuperação.</w:t>
      </w:r>
    </w:p>
    <w:p>
      <w:pPr/>
      <w:r>
        <w:rPr>
          <w:rFonts w:ascii="Aptos" w:hAnsi="Aptos" w:eastAsia="Aptos"/>
          <w:b w:val="0"/>
          <w:i w:val="0"/>
        </w:rPr>
        <w:t>Quando a maior parte do treinamento permanece em intensidades controladas, o atleta consegue acumular volume, desenvolver base e manter capacidade de absorver os estímulos mais exigentes.</w:t>
      </w:r>
    </w:p>
    <w:p>
      <w:pPr/>
      <w:r>
        <w:rPr>
          <w:rFonts w:ascii="Aptos" w:hAnsi="Aptos" w:eastAsia="Aptos"/>
          <w:b w:val="0"/>
          <w:i w:val="0"/>
        </w:rPr>
        <w:t>A lógica 80/20 reforça exatamente esse raciocínio: nem todo treino precisa ser forte para ser importante.</w:t>
      </w:r>
    </w:p>
    <w:p>
      <w:pPr/>
      <w:r>
        <w:rPr>
          <w:rFonts w:ascii="Aptos" w:hAnsi="Aptos" w:eastAsia="Aptos"/>
          <w:b w:val="0"/>
          <w:i w:val="0"/>
        </w:rPr>
        <w:t>Sessões leves, regenerativas e moderadas bem posicionadas não existem para “preencher semana”. Elas sustentam a continuidade do ciclo. Protegem o corpo. Mantêm volume. Criam espaço para que os treinos fortes sejam executados com qualidade.</w:t>
      </w:r>
    </w:p>
    <w:p>
      <w:pPr/>
      <w:r>
        <w:rPr>
          <w:rFonts w:ascii="Aptos" w:hAnsi="Aptos" w:eastAsia="Aptos"/>
          <w:b w:val="0"/>
          <w:i w:val="0"/>
        </w:rPr>
        <w:t>Um erro comum é transformar quase todos os treinos em intensidade média-alta. Essa zona cansa bastante, mas muitas vezes não recupera o suficiente nem estimula forte o bastante. O atleta fica sempre cansado, mas nem sempre mais preparado.</w:t>
      </w:r>
    </w:p>
    <w:p>
      <w:pPr/>
      <w:r>
        <w:rPr>
          <w:rFonts w:ascii="Aptos" w:hAnsi="Aptos" w:eastAsia="Aptos"/>
          <w:b w:val="0"/>
          <w:i w:val="0"/>
        </w:rPr>
        <w:t>O PZI ajuda o treinador a controlar essa distribuição.</w:t>
      </w:r>
    </w:p>
    <w:p>
      <w:pPr/>
      <w:r>
        <w:rPr>
          <w:rFonts w:ascii="Aptos" w:hAnsi="Aptos" w:eastAsia="Aptos"/>
          <w:b w:val="0"/>
          <w:i w:val="0"/>
        </w:rPr>
        <w:t>Ele mostra onde a carga está sendo aplicada e ajuda a preservar a função de cada sessão.</w:t>
      </w:r>
    </w:p>
    <w:p>
      <w:pPr/>
      <w:r>
        <w:rPr>
          <w:rFonts w:ascii="Aptos" w:hAnsi="Aptos" w:eastAsia="Aptos"/>
          <w:b w:val="0"/>
          <w:i w:val="0"/>
        </w:rPr>
        <w:t>Recuperação não depende apenas de descanso.</w:t>
      </w:r>
    </w:p>
    <w:p>
      <w:pPr/>
      <w:r>
        <w:rPr>
          <w:rFonts w:ascii="Aptos" w:hAnsi="Aptos" w:eastAsia="Aptos"/>
          <w:b w:val="0"/>
          <w:i w:val="0"/>
        </w:rPr>
        <w:t>Depende também de não errar intensidade nos dias que deveriam ser controlados.</w:t>
      </w:r>
    </w:p>
    <w:p>
      <w:pPr>
        <w:pStyle w:val="Heading2"/>
      </w:pPr>
      <w:r>
        <w:t>11.4 Recuperar não significa parar</w:t>
      </w:r>
    </w:p>
    <w:p>
      <w:pPr/>
      <w:r>
        <w:rPr>
          <w:rFonts w:ascii="Aptos" w:hAnsi="Aptos" w:eastAsia="Aptos"/>
          <w:b w:val="0"/>
          <w:i w:val="0"/>
        </w:rPr>
        <w:t>Recuperação não precisa ser sinônimo de inatividade completa.</w:t>
      </w:r>
    </w:p>
    <w:p>
      <w:pPr/>
      <w:r>
        <w:rPr>
          <w:rFonts w:ascii="Aptos" w:hAnsi="Aptos" w:eastAsia="Aptos"/>
          <w:b w:val="0"/>
          <w:i w:val="0"/>
        </w:rPr>
        <w:t>Em muitos momentos, manter o corpo em movimento com baixa intensidade pode favorecer circulação, reduzir rigidez, melhorar sensação corporal e preparar o atleta para a próxima sessão.</w:t>
      </w:r>
    </w:p>
    <w:p>
      <w:pPr/>
      <w:r>
        <w:rPr>
          <w:rFonts w:ascii="Aptos" w:hAnsi="Aptos" w:eastAsia="Aptos"/>
          <w:b w:val="0"/>
          <w:i w:val="0"/>
        </w:rPr>
        <w:t>Na prática da metodologia, estratégias de recuperação podem incluir:</w:t>
      </w:r>
    </w:p>
    <w:p>
      <w:pPr>
        <w:pStyle w:val="ListBullet"/>
      </w:pPr>
      <w:r>
        <w:rPr>
          <w:rFonts w:ascii="Aptos" w:hAnsi="Aptos" w:eastAsia="Aptos"/>
          <w:b w:val="0"/>
          <w:i w:val="0"/>
        </w:rPr>
        <w:t>corrida regenerativa;</w:t>
      </w:r>
    </w:p>
    <w:p>
      <w:pPr>
        <w:pStyle w:val="ListBullet"/>
      </w:pPr>
      <w:r>
        <w:rPr>
          <w:rFonts w:ascii="Aptos" w:hAnsi="Aptos" w:eastAsia="Aptos"/>
          <w:b w:val="0"/>
          <w:i w:val="0"/>
        </w:rPr>
        <w:t>caminhada;</w:t>
      </w:r>
    </w:p>
    <w:p>
      <w:pPr>
        <w:pStyle w:val="ListBullet"/>
      </w:pPr>
      <w:r>
        <w:rPr>
          <w:rFonts w:ascii="Aptos" w:hAnsi="Aptos" w:eastAsia="Aptos"/>
          <w:b w:val="0"/>
          <w:i w:val="0"/>
        </w:rPr>
        <w:t>pedal leve;</w:t>
      </w:r>
    </w:p>
    <w:p>
      <w:pPr>
        <w:pStyle w:val="ListBullet"/>
      </w:pPr>
      <w:r>
        <w:rPr>
          <w:rFonts w:ascii="Aptos" w:hAnsi="Aptos" w:eastAsia="Aptos"/>
          <w:b w:val="0"/>
          <w:i w:val="0"/>
        </w:rPr>
        <w:t>mobilidade;</w:t>
      </w:r>
    </w:p>
    <w:p>
      <w:pPr>
        <w:pStyle w:val="ListBullet"/>
      </w:pPr>
      <w:r>
        <w:rPr>
          <w:rFonts w:ascii="Aptos" w:hAnsi="Aptos" w:eastAsia="Aptos"/>
          <w:b w:val="0"/>
          <w:i w:val="0"/>
        </w:rPr>
        <w:t>educativos leves;</w:t>
      </w:r>
    </w:p>
    <w:p>
      <w:pPr>
        <w:pStyle w:val="ListBullet"/>
      </w:pPr>
      <w:r>
        <w:rPr>
          <w:rFonts w:ascii="Aptos" w:hAnsi="Aptos" w:eastAsia="Aptos"/>
          <w:b w:val="0"/>
          <w:i w:val="0"/>
        </w:rPr>
        <w:t>alongamentos dinâmicos;</w:t>
      </w:r>
    </w:p>
    <w:p>
      <w:pPr>
        <w:pStyle w:val="ListBullet"/>
      </w:pPr>
      <w:r>
        <w:rPr>
          <w:rFonts w:ascii="Aptos" w:hAnsi="Aptos" w:eastAsia="Aptos"/>
          <w:b w:val="0"/>
          <w:i w:val="0"/>
        </w:rPr>
        <w:t>respiração;</w:t>
      </w:r>
    </w:p>
    <w:p>
      <w:pPr>
        <w:pStyle w:val="ListBullet"/>
      </w:pPr>
      <w:r>
        <w:rPr>
          <w:rFonts w:ascii="Aptos" w:hAnsi="Aptos" w:eastAsia="Aptos"/>
          <w:b w:val="0"/>
          <w:i w:val="0"/>
        </w:rPr>
        <w:t>relaxamento;</w:t>
      </w:r>
    </w:p>
    <w:p>
      <w:pPr>
        <w:pStyle w:val="ListBullet"/>
      </w:pPr>
      <w:r>
        <w:rPr>
          <w:rFonts w:ascii="Aptos" w:hAnsi="Aptos" w:eastAsia="Aptos"/>
          <w:b w:val="0"/>
          <w:i w:val="0"/>
        </w:rPr>
        <w:t>redução temporária de volume;</w:t>
      </w:r>
    </w:p>
    <w:p>
      <w:pPr>
        <w:pStyle w:val="ListBullet"/>
      </w:pPr>
      <w:r>
        <w:rPr>
          <w:rFonts w:ascii="Aptos" w:hAnsi="Aptos" w:eastAsia="Aptos"/>
          <w:b w:val="0"/>
          <w:i w:val="0"/>
        </w:rPr>
        <w:t>reorganização da semana.</w:t>
      </w:r>
    </w:p>
    <w:p>
      <w:pPr/>
      <w:r>
        <w:rPr>
          <w:rFonts w:ascii="Aptos" w:hAnsi="Aptos" w:eastAsia="Aptos"/>
          <w:b w:val="0"/>
          <w:i w:val="0"/>
        </w:rPr>
        <w:t>O ponto não é fazer qualquer atividade.</w:t>
      </w:r>
    </w:p>
    <w:p>
      <w:pPr/>
      <w:r>
        <w:rPr>
          <w:rFonts w:ascii="Aptos" w:hAnsi="Aptos" w:eastAsia="Aptos"/>
          <w:b w:val="0"/>
          <w:i w:val="0"/>
        </w:rPr>
        <w:t>É escolher a intervenção que melhor atende à condição do atleta.</w:t>
      </w:r>
    </w:p>
    <w:p>
      <w:pPr/>
      <w:r>
        <w:rPr>
          <w:rFonts w:ascii="Aptos" w:hAnsi="Aptos" w:eastAsia="Aptos"/>
          <w:b w:val="0"/>
          <w:i w:val="0"/>
        </w:rPr>
        <w:t>Um corredor muito fadigado talvez precise de descanso completo. Outro pode responder melhor a uma sessão leve. Um atleta com rigidez muscular pode se beneficiar de mobilidade. Quem está mentalmente saturado pode precisar reduzir exigência, mesmo mantendo movimento.</w:t>
      </w:r>
    </w:p>
    <w:p>
      <w:pPr/>
      <w:r>
        <w:rPr>
          <w:rFonts w:ascii="Aptos" w:hAnsi="Aptos" w:eastAsia="Aptos"/>
          <w:b w:val="0"/>
          <w:i w:val="0"/>
        </w:rPr>
        <w:t>Treinos Inteligentes não tratam recuperação como receita.</w:t>
      </w:r>
    </w:p>
    <w:p>
      <w:pPr/>
      <w:r>
        <w:rPr>
          <w:rFonts w:ascii="Aptos" w:hAnsi="Aptos" w:eastAsia="Aptos"/>
          <w:b w:val="0"/>
          <w:i w:val="0"/>
        </w:rPr>
        <w:t>Tratam como ajuste.</w:t>
      </w:r>
    </w:p>
    <w:p>
      <w:pPr/>
      <w:r>
        <w:rPr>
          <w:rFonts w:ascii="Aptos" w:hAnsi="Aptos" w:eastAsia="Aptos"/>
          <w:b w:val="0"/>
          <w:i w:val="0"/>
        </w:rPr>
        <w:t>O objetivo é devolver o atleta ao processo em melhor condição.</w:t>
      </w:r>
    </w:p>
    <w:p>
      <w:pPr>
        <w:pStyle w:val="Heading2"/>
      </w:pPr>
      <w:r>
        <w:t>11.5 Sono, alimentação e rotina</w:t>
      </w:r>
    </w:p>
    <w:p>
      <w:pPr/>
      <w:r>
        <w:rPr>
          <w:rFonts w:ascii="Aptos" w:hAnsi="Aptos" w:eastAsia="Aptos"/>
          <w:b w:val="0"/>
          <w:i w:val="0"/>
        </w:rPr>
        <w:t>A recuperação não acontece apenas dentro da planilha.</w:t>
      </w:r>
    </w:p>
    <w:p>
      <w:pPr/>
      <w:r>
        <w:rPr>
          <w:rFonts w:ascii="Aptos" w:hAnsi="Aptos" w:eastAsia="Aptos"/>
          <w:b w:val="0"/>
          <w:i w:val="0"/>
        </w:rPr>
        <w:t>Grande parte dela acontece fora do treino.</w:t>
      </w:r>
    </w:p>
    <w:p>
      <w:pPr/>
      <w:r>
        <w:rPr>
          <w:rFonts w:ascii="Aptos" w:hAnsi="Aptos" w:eastAsia="Aptos"/>
          <w:b w:val="0"/>
          <w:i w:val="0"/>
        </w:rPr>
        <w:t>Sono, alimentação, hidratação, rotina profissional, estresse, deslocamentos, vida familiar e carga emocional interferem diretamente na forma como o atleta assimila o treinamento.</w:t>
      </w:r>
    </w:p>
    <w:p>
      <w:pPr/>
      <w:r>
        <w:rPr>
          <w:rFonts w:ascii="Aptos" w:hAnsi="Aptos" w:eastAsia="Aptos"/>
          <w:b w:val="0"/>
          <w:i w:val="0"/>
        </w:rPr>
        <w:t>Um corredor pode estar com uma planilha bem construída e ainda assim não evoluir se dorme pouco, se alimenta mal ou vive em estado constante de estresse.</w:t>
      </w:r>
    </w:p>
    <w:p>
      <w:pPr/>
      <w:r>
        <w:rPr>
          <w:rFonts w:ascii="Aptos" w:hAnsi="Aptos" w:eastAsia="Aptos"/>
          <w:b w:val="0"/>
          <w:i w:val="0"/>
        </w:rPr>
        <w:t>Por isso, o treinador precisa interpretar a resposta do atleta com visão ampla.</w:t>
      </w:r>
    </w:p>
    <w:p>
      <w:pPr/>
      <w:r>
        <w:rPr>
          <w:rFonts w:ascii="Aptos" w:hAnsi="Aptos" w:eastAsia="Aptos"/>
          <w:b w:val="0"/>
          <w:i w:val="0"/>
        </w:rPr>
        <w:t>Quando o rendimento cai, nem sempre a solução é mudar o treino. Às vezes, o problema está no contexto.</w:t>
      </w:r>
    </w:p>
    <w:p>
      <w:pPr/>
      <w:r>
        <w:rPr>
          <w:rFonts w:ascii="Aptos" w:hAnsi="Aptos" w:eastAsia="Aptos"/>
          <w:b w:val="0"/>
          <w:i w:val="0"/>
        </w:rPr>
        <w:t>O atleta pode precisar:</w:t>
      </w:r>
    </w:p>
    <w:p>
      <w:pPr>
        <w:pStyle w:val="ListBullet"/>
      </w:pPr>
      <w:r>
        <w:rPr>
          <w:rFonts w:ascii="Aptos" w:hAnsi="Aptos" w:eastAsia="Aptos"/>
          <w:b w:val="0"/>
          <w:i w:val="0"/>
        </w:rPr>
        <w:t>dormir mais;</w:t>
      </w:r>
    </w:p>
    <w:p>
      <w:pPr>
        <w:pStyle w:val="ListBullet"/>
      </w:pPr>
      <w:r>
        <w:rPr>
          <w:rFonts w:ascii="Aptos" w:hAnsi="Aptos" w:eastAsia="Aptos"/>
          <w:b w:val="0"/>
          <w:i w:val="0"/>
        </w:rPr>
        <w:t>organizar melhor os horários de treino;</w:t>
      </w:r>
    </w:p>
    <w:p>
      <w:pPr>
        <w:pStyle w:val="ListBullet"/>
      </w:pPr>
      <w:r>
        <w:rPr>
          <w:rFonts w:ascii="Aptos" w:hAnsi="Aptos" w:eastAsia="Aptos"/>
          <w:b w:val="0"/>
          <w:i w:val="0"/>
        </w:rPr>
        <w:t>ajustar alimentação antes e depois das sessões;</w:t>
      </w:r>
    </w:p>
    <w:p>
      <w:pPr>
        <w:pStyle w:val="ListBullet"/>
      </w:pPr>
      <w:r>
        <w:rPr>
          <w:rFonts w:ascii="Aptos" w:hAnsi="Aptos" w:eastAsia="Aptos"/>
          <w:b w:val="0"/>
          <w:i w:val="0"/>
        </w:rPr>
        <w:t>melhorar hidratação;</w:t>
      </w:r>
    </w:p>
    <w:p>
      <w:pPr>
        <w:pStyle w:val="ListBullet"/>
      </w:pPr>
      <w:r>
        <w:rPr>
          <w:rFonts w:ascii="Aptos" w:hAnsi="Aptos" w:eastAsia="Aptos"/>
          <w:b w:val="0"/>
          <w:i w:val="0"/>
        </w:rPr>
        <w:t>reduzir carga em semanas profissionais mais pesadas;</w:t>
      </w:r>
    </w:p>
    <w:p>
      <w:pPr>
        <w:pStyle w:val="ListBullet"/>
      </w:pPr>
      <w:r>
        <w:rPr>
          <w:rFonts w:ascii="Aptos" w:hAnsi="Aptos" w:eastAsia="Aptos"/>
          <w:b w:val="0"/>
          <w:i w:val="0"/>
        </w:rPr>
        <w:t>comunicar sintomas cedo;</w:t>
      </w:r>
    </w:p>
    <w:p>
      <w:pPr>
        <w:pStyle w:val="ListBullet"/>
      </w:pPr>
      <w:r>
        <w:rPr>
          <w:rFonts w:ascii="Aptos" w:hAnsi="Aptos" w:eastAsia="Aptos"/>
          <w:b w:val="0"/>
          <w:i w:val="0"/>
        </w:rPr>
        <w:t>respeitar sinais de dor;</w:t>
      </w:r>
    </w:p>
    <w:p>
      <w:pPr>
        <w:pStyle w:val="ListBullet"/>
      </w:pPr>
      <w:r>
        <w:rPr>
          <w:rFonts w:ascii="Aptos" w:hAnsi="Aptos" w:eastAsia="Aptos"/>
          <w:b w:val="0"/>
          <w:i w:val="0"/>
        </w:rPr>
        <w:t>entender que recuperação faz parte da evolução.</w:t>
      </w:r>
    </w:p>
    <w:p>
      <w:pPr/>
      <w:r>
        <w:rPr>
          <w:rFonts w:ascii="Aptos" w:hAnsi="Aptos" w:eastAsia="Aptos"/>
          <w:b w:val="0"/>
          <w:i w:val="0"/>
        </w:rPr>
        <w:t>A metodologia TriLife não promete controlar toda a vida do atleta.</w:t>
      </w:r>
    </w:p>
    <w:p>
      <w:pPr/>
      <w:r>
        <w:rPr>
          <w:rFonts w:ascii="Aptos" w:hAnsi="Aptos" w:eastAsia="Aptos"/>
          <w:b w:val="0"/>
          <w:i w:val="0"/>
        </w:rPr>
        <w:t>Mas precisa considerar a vida real na tomada de decisão.</w:t>
      </w:r>
    </w:p>
    <w:p>
      <w:pPr/>
      <w:r>
        <w:rPr>
          <w:rFonts w:ascii="Aptos" w:hAnsi="Aptos" w:eastAsia="Aptos"/>
          <w:b w:val="0"/>
          <w:i w:val="0"/>
        </w:rPr>
        <w:t>O corpo não separa treino de rotina.</w:t>
      </w:r>
    </w:p>
    <w:p>
      <w:pPr/>
      <w:r>
        <w:rPr>
          <w:rFonts w:ascii="Aptos" w:hAnsi="Aptos" w:eastAsia="Aptos"/>
          <w:b w:val="0"/>
          <w:i w:val="0"/>
        </w:rPr>
        <w:t>Tudo soma carga.</w:t>
      </w:r>
    </w:p>
    <w:p>
      <w:pPr>
        <w:pStyle w:val="Heading2"/>
      </w:pPr>
      <w:r>
        <w:t>11.6 Sinais de recuperação insuficiente</w:t>
      </w:r>
    </w:p>
    <w:p>
      <w:pPr/>
      <w:r>
        <w:rPr>
          <w:rFonts w:ascii="Aptos" w:hAnsi="Aptos" w:eastAsia="Aptos"/>
          <w:b w:val="0"/>
          <w:i w:val="0"/>
        </w:rPr>
        <w:t>O atleta raramente quebra de uma vez.</w:t>
      </w:r>
    </w:p>
    <w:p>
      <w:pPr/>
      <w:r>
        <w:rPr>
          <w:rFonts w:ascii="Aptos" w:hAnsi="Aptos" w:eastAsia="Aptos"/>
          <w:b w:val="0"/>
          <w:i w:val="0"/>
        </w:rPr>
        <w:t>Na maioria das vezes, o corpo avisa antes.</w:t>
      </w:r>
    </w:p>
    <w:p>
      <w:pPr/>
      <w:r>
        <w:rPr>
          <w:rFonts w:ascii="Aptos" w:hAnsi="Aptos" w:eastAsia="Aptos"/>
          <w:b w:val="0"/>
          <w:i w:val="0"/>
        </w:rPr>
        <w:t>Cabe ao treinador e ao próprio atleta aprenderem a reconhecer esses sinais.</w:t>
      </w:r>
    </w:p>
    <w:p>
      <w:pPr/>
      <w:r>
        <w:rPr>
          <w:rFonts w:ascii="Aptos" w:hAnsi="Aptos" w:eastAsia="Aptos"/>
          <w:b w:val="0"/>
          <w:i w:val="0"/>
        </w:rPr>
        <w:t>Entre os principais indicadores de recuperação insuficiente estão:</w:t>
      </w:r>
    </w:p>
    <w:p>
      <w:pPr>
        <w:pStyle w:val="ListBullet"/>
      </w:pPr>
      <w:r>
        <w:rPr>
          <w:rFonts w:ascii="Aptos" w:hAnsi="Aptos" w:eastAsia="Aptos"/>
          <w:b w:val="0"/>
          <w:i w:val="0"/>
        </w:rPr>
        <w:t>queda repetida de rendimento;</w:t>
      </w:r>
    </w:p>
    <w:p>
      <w:pPr>
        <w:pStyle w:val="ListBullet"/>
      </w:pPr>
      <w:r>
        <w:rPr>
          <w:rFonts w:ascii="Aptos" w:hAnsi="Aptos" w:eastAsia="Aptos"/>
          <w:b w:val="0"/>
          <w:i w:val="0"/>
        </w:rPr>
        <w:t>dificuldade para cumprir ritmos antes controlados;</w:t>
      </w:r>
    </w:p>
    <w:p>
      <w:pPr>
        <w:pStyle w:val="ListBullet"/>
      </w:pPr>
      <w:r>
        <w:rPr>
          <w:rFonts w:ascii="Aptos" w:hAnsi="Aptos" w:eastAsia="Aptos"/>
          <w:b w:val="0"/>
          <w:i w:val="0"/>
        </w:rPr>
        <w:t>frequência cardíaca elevada em treinos leves;</w:t>
      </w:r>
    </w:p>
    <w:p>
      <w:pPr>
        <w:pStyle w:val="ListBullet"/>
      </w:pPr>
      <w:r>
        <w:rPr>
          <w:rFonts w:ascii="Aptos" w:hAnsi="Aptos" w:eastAsia="Aptos"/>
          <w:b w:val="0"/>
          <w:i w:val="0"/>
        </w:rPr>
        <w:t>sensação de pernas pesadas;</w:t>
      </w:r>
    </w:p>
    <w:p>
      <w:pPr>
        <w:pStyle w:val="ListBullet"/>
      </w:pPr>
      <w:r>
        <w:rPr>
          <w:rFonts w:ascii="Aptos" w:hAnsi="Aptos" w:eastAsia="Aptos"/>
          <w:b w:val="0"/>
          <w:i w:val="0"/>
        </w:rPr>
        <w:t>irritabilidade;</w:t>
      </w:r>
    </w:p>
    <w:p>
      <w:pPr>
        <w:pStyle w:val="ListBullet"/>
      </w:pPr>
      <w:r>
        <w:rPr>
          <w:rFonts w:ascii="Aptos" w:hAnsi="Aptos" w:eastAsia="Aptos"/>
          <w:b w:val="0"/>
          <w:i w:val="0"/>
        </w:rPr>
        <w:t>sono ruim;</w:t>
      </w:r>
    </w:p>
    <w:p>
      <w:pPr>
        <w:pStyle w:val="ListBullet"/>
      </w:pPr>
      <w:r>
        <w:rPr>
          <w:rFonts w:ascii="Aptos" w:hAnsi="Aptos" w:eastAsia="Aptos"/>
          <w:b w:val="0"/>
          <w:i w:val="0"/>
        </w:rPr>
        <w:t>dores persistentes;</w:t>
      </w:r>
    </w:p>
    <w:p>
      <w:pPr>
        <w:pStyle w:val="ListBullet"/>
      </w:pPr>
      <w:r>
        <w:rPr>
          <w:rFonts w:ascii="Aptos" w:hAnsi="Aptos" w:eastAsia="Aptos"/>
          <w:b w:val="0"/>
          <w:i w:val="0"/>
        </w:rPr>
        <w:t>perda de motivação;</w:t>
      </w:r>
    </w:p>
    <w:p>
      <w:pPr>
        <w:pStyle w:val="ListBullet"/>
      </w:pPr>
      <w:r>
        <w:rPr>
          <w:rFonts w:ascii="Aptos" w:hAnsi="Aptos" w:eastAsia="Aptos"/>
          <w:b w:val="0"/>
          <w:i w:val="0"/>
        </w:rPr>
        <w:t>aumento da percepção de esforço;</w:t>
      </w:r>
    </w:p>
    <w:p>
      <w:pPr>
        <w:pStyle w:val="ListBullet"/>
      </w:pPr>
      <w:r>
        <w:rPr>
          <w:rFonts w:ascii="Aptos" w:hAnsi="Aptos" w:eastAsia="Aptos"/>
          <w:b w:val="0"/>
          <w:i w:val="0"/>
        </w:rPr>
        <w:t>dificuldade para recuperar entre sessões;</w:t>
      </w:r>
    </w:p>
    <w:p>
      <w:pPr>
        <w:pStyle w:val="ListBullet"/>
      </w:pPr>
      <w:r>
        <w:rPr>
          <w:rFonts w:ascii="Aptos" w:hAnsi="Aptos" w:eastAsia="Aptos"/>
          <w:b w:val="0"/>
          <w:i w:val="0"/>
        </w:rPr>
        <w:t>comentários negativos recorrentes no TrainingPeaks;</w:t>
      </w:r>
    </w:p>
    <w:p>
      <w:pPr>
        <w:pStyle w:val="ListBullet"/>
      </w:pPr>
      <w:r>
        <w:rPr>
          <w:rFonts w:ascii="Aptos" w:hAnsi="Aptos" w:eastAsia="Aptos"/>
          <w:b w:val="0"/>
          <w:i w:val="0"/>
        </w:rPr>
        <w:t>aumento de faltas ou treinos incompletos.</w:t>
      </w:r>
    </w:p>
    <w:p>
      <w:pPr/>
      <w:r>
        <w:rPr>
          <w:rFonts w:ascii="Aptos" w:hAnsi="Aptos" w:eastAsia="Aptos"/>
          <w:b w:val="0"/>
          <w:i w:val="0"/>
        </w:rPr>
        <w:t>Um sinal isolado não precisa gerar pânico.</w:t>
      </w:r>
    </w:p>
    <w:p>
      <w:pPr/>
      <w:r>
        <w:rPr>
          <w:rFonts w:ascii="Aptos" w:hAnsi="Aptos" w:eastAsia="Aptos"/>
          <w:b w:val="0"/>
          <w:i w:val="0"/>
        </w:rPr>
        <w:t>Uma sequência de sinais exige atenção.</w:t>
      </w:r>
    </w:p>
    <w:p>
      <w:pPr/>
      <w:r>
        <w:rPr>
          <w:rFonts w:ascii="Aptos" w:hAnsi="Aptos" w:eastAsia="Aptos"/>
          <w:b w:val="0"/>
          <w:i w:val="0"/>
        </w:rPr>
        <w:t>O Método TriLife Running interpreta tendências. Se vários indicadores apontam para a mesma direção, a planilha precisa ser reavaliada.</w:t>
      </w:r>
    </w:p>
    <w:p>
      <w:pPr/>
      <w:r>
        <w:rPr>
          <w:rFonts w:ascii="Aptos" w:hAnsi="Aptos" w:eastAsia="Aptos"/>
          <w:b w:val="0"/>
          <w:i w:val="0"/>
        </w:rPr>
        <w:t>Manter carga alta quando o atleta já mostra sinais de falha não é disciplina.</w:t>
      </w:r>
    </w:p>
    <w:p>
      <w:pPr/>
      <w:r>
        <w:rPr>
          <w:rFonts w:ascii="Aptos" w:hAnsi="Aptos" w:eastAsia="Aptos"/>
          <w:b w:val="0"/>
          <w:i w:val="0"/>
        </w:rPr>
        <w:t>É erro de leitura.</w:t>
      </w:r>
    </w:p>
    <w:p>
      <w:pPr/>
      <w:r>
        <w:rPr>
          <w:rFonts w:ascii="Aptos" w:hAnsi="Aptos" w:eastAsia="Aptos"/>
          <w:b w:val="0"/>
          <w:i w:val="0"/>
        </w:rPr>
        <w:t>Preservar o atleta é preservar o processo.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recuperação está ligada ao equilíbrio entre estresse fisiológico e adaptação. Depois de um treino, o organismo precisa restaurar reservas energéticas, reparar dano muscular, regular o sistema nervoso autônomo e reorganizar processos metabólicos.</w:t>
            </w:r>
          </w:p>
          <w:p>
            <w:pPr/>
            <w:r>
              <w:rPr>
                <w:rFonts w:ascii="Aptos" w:hAnsi="Aptos" w:eastAsia="Aptos"/>
                <w:b w:val="0"/>
                <w:i w:val="0"/>
              </w:rPr>
              <w:t>Modelos clássicos de adaptação, como a supercompensação e a relação entre aptidão e fadiga, ajudam a explicar por que o desempenho nem sempre aparece logo após o treino forte. O estímulo aumenta potencial de adaptação, mas também gera fadiga. A performance melhora quando o corpo consegue reduzir esse desgaste e preservar os ganhos produzidos.</w:t>
            </w:r>
          </w:p>
          <w:p>
            <w:pPr/>
            <w:r>
              <w:rPr>
                <w:rFonts w:ascii="Aptos" w:hAnsi="Aptos" w:eastAsia="Aptos"/>
                <w:b w:val="0"/>
                <w:i w:val="0"/>
              </w:rPr>
              <w:t>Dentro do Método TriLife Running, essa lógica aparece na prática: treinos fortes precisam de espaço para serem assimilados, treinos leves precisam ser realmente leves e a planilha deve prever recuperação como parte da estratégia.</w:t>
            </w:r>
          </w:p>
          <w:p>
            <w:pPr/>
            <w:r>
              <w:rPr>
                <w:rFonts w:ascii="Aptos" w:hAnsi="Aptos" w:eastAsia="Aptos"/>
                <w:b w:val="0"/>
                <w:i w:val="0"/>
              </w:rPr>
              <w:t>O atleta não melhora durante o sofrimento do treino.</w:t>
            </w:r>
          </w:p>
          <w:p>
            <w:pPr/>
            <w:r>
              <w:rPr>
                <w:rFonts w:ascii="Aptos" w:hAnsi="Aptos" w:eastAsia="Aptos"/>
                <w:b w:val="0"/>
                <w:i w:val="0"/>
              </w:rPr>
              <w:t>Melhora quando consegue transformar o estímulo em adaptação.</w:t>
            </w:r>
          </w:p>
        </w:tc>
      </w:tr>
    </w:tbl>
    <w:p/>
    <w:p>
      <w:pPr>
        <w:pStyle w:val="Heading2"/>
      </w:pPr>
      <w:r>
        <w:t>11.7 Recuperação como decisão do treinador</w:t>
      </w:r>
    </w:p>
    <w:p>
      <w:pPr/>
      <w:r>
        <w:rPr>
          <w:rFonts w:ascii="Aptos" w:hAnsi="Aptos" w:eastAsia="Aptos"/>
          <w:b w:val="0"/>
          <w:i w:val="0"/>
        </w:rPr>
        <w:t>Recuperar não é apenas responsabilidade do atleta.</w:t>
      </w:r>
    </w:p>
    <w:p>
      <w:pPr/>
      <w:r>
        <w:rPr>
          <w:rFonts w:ascii="Aptos" w:hAnsi="Aptos" w:eastAsia="Aptos"/>
          <w:b w:val="0"/>
          <w:i w:val="0"/>
        </w:rPr>
        <w:t>Também é decisão do treinador.</w:t>
      </w:r>
    </w:p>
    <w:p>
      <w:pPr/>
      <w:r>
        <w:rPr>
          <w:rFonts w:ascii="Aptos" w:hAnsi="Aptos" w:eastAsia="Aptos"/>
          <w:b w:val="0"/>
          <w:i w:val="0"/>
        </w:rPr>
        <w:t>Ao montar um ciclo, o coach define onde entram os treinos fortes, como eles se relacionam com sessões leves, qual semana terá redução de carga, quando o atleta precisa consolidar adaptação e quando a progressão deve ser interrompida.</w:t>
      </w:r>
    </w:p>
    <w:p>
      <w:pPr/>
      <w:r>
        <w:rPr>
          <w:rFonts w:ascii="Aptos" w:hAnsi="Aptos" w:eastAsia="Aptos"/>
          <w:b w:val="0"/>
          <w:i w:val="0"/>
        </w:rPr>
        <w:t>A recuperação pode aparecer de várias formas:</w:t>
      </w:r>
    </w:p>
    <w:p>
      <w:pPr>
        <w:pStyle w:val="ListBullet"/>
      </w:pPr>
      <w:r>
        <w:rPr>
          <w:rFonts w:ascii="Aptos" w:hAnsi="Aptos" w:eastAsia="Aptos"/>
          <w:b w:val="0"/>
          <w:i w:val="0"/>
        </w:rPr>
        <w:t>redução de volume;</w:t>
      </w:r>
    </w:p>
    <w:p>
      <w:pPr>
        <w:pStyle w:val="ListBullet"/>
      </w:pPr>
      <w:r>
        <w:rPr>
          <w:rFonts w:ascii="Aptos" w:hAnsi="Aptos" w:eastAsia="Aptos"/>
          <w:b w:val="0"/>
          <w:i w:val="0"/>
        </w:rPr>
        <w:t>redução de intensidade;</w:t>
      </w:r>
    </w:p>
    <w:p>
      <w:pPr>
        <w:pStyle w:val="ListBullet"/>
      </w:pPr>
      <w:r>
        <w:rPr>
          <w:rFonts w:ascii="Aptos" w:hAnsi="Aptos" w:eastAsia="Aptos"/>
          <w:b w:val="0"/>
          <w:i w:val="0"/>
        </w:rPr>
        <w:t>troca de treino forte por rodagem leve;</w:t>
      </w:r>
    </w:p>
    <w:p>
      <w:pPr>
        <w:pStyle w:val="ListBullet"/>
      </w:pPr>
      <w:r>
        <w:rPr>
          <w:rFonts w:ascii="Aptos" w:hAnsi="Aptos" w:eastAsia="Aptos"/>
          <w:b w:val="0"/>
          <w:i w:val="0"/>
        </w:rPr>
        <w:t>retirada de uma sessão;</w:t>
      </w:r>
    </w:p>
    <w:p>
      <w:pPr>
        <w:pStyle w:val="ListBullet"/>
      </w:pPr>
      <w:r>
        <w:rPr>
          <w:rFonts w:ascii="Aptos" w:hAnsi="Aptos" w:eastAsia="Aptos"/>
          <w:b w:val="0"/>
          <w:i w:val="0"/>
        </w:rPr>
        <w:t>aumento do intervalo entre estímulos;</w:t>
      </w:r>
    </w:p>
    <w:p>
      <w:pPr>
        <w:pStyle w:val="ListBullet"/>
      </w:pPr>
      <w:r>
        <w:rPr>
          <w:rFonts w:ascii="Aptos" w:hAnsi="Aptos" w:eastAsia="Aptos"/>
          <w:b w:val="0"/>
          <w:i w:val="0"/>
        </w:rPr>
        <w:t>ajuste no PZI;</w:t>
      </w:r>
    </w:p>
    <w:p>
      <w:pPr>
        <w:pStyle w:val="ListBullet"/>
      </w:pPr>
      <w:r>
        <w:rPr>
          <w:rFonts w:ascii="Aptos" w:hAnsi="Aptos" w:eastAsia="Aptos"/>
          <w:b w:val="0"/>
          <w:i w:val="0"/>
        </w:rPr>
        <w:t>manutenção de movimento com baixa carga;</w:t>
      </w:r>
    </w:p>
    <w:p>
      <w:pPr>
        <w:pStyle w:val="ListBullet"/>
      </w:pPr>
      <w:r>
        <w:rPr>
          <w:rFonts w:ascii="Aptos" w:hAnsi="Aptos" w:eastAsia="Aptos"/>
          <w:b w:val="0"/>
          <w:i w:val="0"/>
        </w:rPr>
        <w:t>semana regenerativa;</w:t>
      </w:r>
    </w:p>
    <w:p>
      <w:pPr>
        <w:pStyle w:val="ListBullet"/>
      </w:pPr>
      <w:r>
        <w:rPr>
          <w:rFonts w:ascii="Aptos" w:hAnsi="Aptos" w:eastAsia="Aptos"/>
          <w:b w:val="0"/>
          <w:i w:val="0"/>
        </w:rPr>
        <w:t>polimento antes da prova.</w:t>
      </w:r>
    </w:p>
    <w:p>
      <w:pPr/>
      <w:r>
        <w:rPr>
          <w:rFonts w:ascii="Aptos" w:hAnsi="Aptos" w:eastAsia="Aptos"/>
          <w:b w:val="0"/>
          <w:i w:val="0"/>
        </w:rPr>
        <w:t>Essas decisões não representam fraqueza.</w:t>
      </w:r>
    </w:p>
    <w:p>
      <w:pPr/>
      <w:r>
        <w:rPr>
          <w:rFonts w:ascii="Aptos" w:hAnsi="Aptos" w:eastAsia="Aptos"/>
          <w:b w:val="0"/>
          <w:i w:val="0"/>
        </w:rPr>
        <w:t>Representam controle de processo.</w:t>
      </w:r>
    </w:p>
    <w:p>
      <w:pPr/>
      <w:r>
        <w:rPr>
          <w:rFonts w:ascii="Aptos" w:hAnsi="Aptos" w:eastAsia="Aptos"/>
          <w:b w:val="0"/>
          <w:i w:val="0"/>
        </w:rPr>
        <w:t>O treinador que só sabe aumentar carga ainda não domina a metodologia.</w:t>
      </w:r>
    </w:p>
    <w:p>
      <w:pPr/>
      <w:r>
        <w:rPr>
          <w:rFonts w:ascii="Aptos" w:hAnsi="Aptos" w:eastAsia="Aptos"/>
          <w:b w:val="0"/>
          <w:i w:val="0"/>
        </w:rPr>
        <w:t>O coach precisa saber aumentar, manter e reduzir.</w:t>
      </w:r>
    </w:p>
    <w:p>
      <w:pPr/>
      <w:r>
        <w:rPr>
          <w:rFonts w:ascii="Aptos" w:hAnsi="Aptos" w:eastAsia="Aptos"/>
          <w:b w:val="0"/>
          <w:i w:val="0"/>
        </w:rPr>
        <w:t>A recuperação é uma das ferramentas que permite essa tomada de decisão.</w:t>
      </w:r>
    </w:p>
    <w:p>
      <w:pPr>
        <w:pStyle w:val="Heading2"/>
      </w:pPr>
      <w:r>
        <w:t>11.8 Recuperação não é igual para todos</w:t>
      </w:r>
    </w:p>
    <w:p>
      <w:pPr/>
      <w:r>
        <w:rPr>
          <w:rFonts w:ascii="Aptos" w:hAnsi="Aptos" w:eastAsia="Aptos"/>
          <w:b w:val="0"/>
          <w:i w:val="0"/>
        </w:rPr>
        <w:t>A capacidade de recuperação varia muito entre atletas.</w:t>
      </w:r>
    </w:p>
    <w:p>
      <w:pPr/>
      <w:r>
        <w:rPr>
          <w:rFonts w:ascii="Aptos" w:hAnsi="Aptos" w:eastAsia="Aptos"/>
          <w:b w:val="0"/>
          <w:i w:val="0"/>
        </w:rPr>
        <w:t>Idade, histórico de treinamento, sono, alimentação, força, experiência, carga profissional, nível de estresse, composição corporal, histórico de lesões e volume acumulado interferem diretamente nessa resposta.</w:t>
      </w:r>
    </w:p>
    <w:p>
      <w:pPr/>
      <w:r>
        <w:rPr>
          <w:rFonts w:ascii="Aptos" w:hAnsi="Aptos" w:eastAsia="Aptos"/>
          <w:b w:val="0"/>
          <w:i w:val="0"/>
        </w:rPr>
        <w:t>Dois atletas podem executar a mesma sessão e precisar de tempos diferentes para assimilar o estímulo.</w:t>
      </w:r>
    </w:p>
    <w:p>
      <w:pPr/>
      <w:r>
        <w:rPr>
          <w:rFonts w:ascii="Aptos" w:hAnsi="Aptos" w:eastAsia="Aptos"/>
          <w:b w:val="0"/>
          <w:i w:val="0"/>
        </w:rPr>
        <w:t>Um pode estar pronto para progredir em dois dias.</w:t>
      </w:r>
    </w:p>
    <w:p>
      <w:pPr/>
      <w:r>
        <w:rPr>
          <w:rFonts w:ascii="Aptos" w:hAnsi="Aptos" w:eastAsia="Aptos"/>
          <w:b w:val="0"/>
          <w:i w:val="0"/>
        </w:rPr>
        <w:t>Outro pode precisar de mais tempo.</w:t>
      </w:r>
    </w:p>
    <w:p>
      <w:pPr/>
      <w:r>
        <w:rPr>
          <w:rFonts w:ascii="Aptos" w:hAnsi="Aptos" w:eastAsia="Aptos"/>
          <w:b w:val="0"/>
          <w:i w:val="0"/>
        </w:rPr>
        <w:t>Essa diferença exige individualização.</w:t>
      </w:r>
    </w:p>
    <w:p>
      <w:pPr/>
      <w:r>
        <w:rPr>
          <w:rFonts w:ascii="Aptos" w:hAnsi="Aptos" w:eastAsia="Aptos"/>
          <w:b w:val="0"/>
          <w:i w:val="0"/>
        </w:rPr>
        <w:t>O Método TriLife Running não utiliza recuperação como bloco fixo e igual para todos. A estrutura existe, mas a resposta do atleta orienta ajustes.</w:t>
      </w:r>
    </w:p>
    <w:p>
      <w:pPr/>
      <w:r>
        <w:rPr>
          <w:rFonts w:ascii="Aptos" w:hAnsi="Aptos" w:eastAsia="Aptos"/>
          <w:b w:val="0"/>
          <w:i w:val="0"/>
        </w:rPr>
        <w:t>Alguns corredores toleram melhor volume. Outros toleram melhor intensidade. Alguns quebram mais com subidas. Outros sofrem mais com intervalados. Há atletas que recuperam bem muscularmente, mas saturam mentalmente.</w:t>
      </w:r>
    </w:p>
    <w:p>
      <w:pPr/>
      <w:r>
        <w:rPr>
          <w:rFonts w:ascii="Aptos" w:hAnsi="Aptos" w:eastAsia="Aptos"/>
          <w:b w:val="0"/>
          <w:i w:val="0"/>
        </w:rPr>
        <w:t>A recuperação mostra quem o atleta é.</w:t>
      </w:r>
    </w:p>
    <w:p>
      <w:pPr/>
      <w:r>
        <w:rPr>
          <w:rFonts w:ascii="Aptos" w:hAnsi="Aptos" w:eastAsia="Aptos"/>
          <w:b w:val="0"/>
          <w:i w:val="0"/>
        </w:rPr>
        <w:t>O treinador precisa escutar esses sinais.</w:t>
      </w:r>
    </w:p>
    <w:p>
      <w:pPr>
        <w:pStyle w:val="Heading2"/>
      </w:pPr>
      <w:r>
        <w:t>11.9 Recuperação dentro do ciclo</w:t>
      </w:r>
    </w:p>
    <w:p>
      <w:pPr/>
      <w:r>
        <w:rPr>
          <w:rFonts w:ascii="Aptos" w:hAnsi="Aptos" w:eastAsia="Aptos"/>
          <w:b w:val="0"/>
          <w:i w:val="0"/>
        </w:rPr>
        <w:t>A recuperação aparece em diferentes escalas.</w:t>
      </w:r>
    </w:p>
    <w:p>
      <w:pPr/>
      <w:r>
        <w:rPr>
          <w:rFonts w:ascii="Aptos" w:hAnsi="Aptos" w:eastAsia="Aptos"/>
          <w:b w:val="0"/>
          <w:i w:val="0"/>
        </w:rPr>
        <w:t>Existe a recuperação dentro da própria sessão, como nos intervalados. Existe a recuperação entre treinos, organizada pela semana. Existe a recuperação entre blocos, quando o ciclo reduz carga para consolidar adaptações. Existe também o polimento, quando o objetivo é chegar à prova com fadiga reduzida e condicionamento disponível.</w:t>
      </w:r>
    </w:p>
    <w:p>
      <w:pPr/>
      <w:r>
        <w:rPr>
          <w:rFonts w:ascii="Aptos" w:hAnsi="Aptos" w:eastAsia="Aptos"/>
          <w:b w:val="0"/>
          <w:i w:val="0"/>
        </w:rPr>
        <w:t>Cada escala tem função própria.</w:t>
      </w:r>
    </w:p>
    <w:p>
      <w:pPr/>
      <w:r>
        <w:rPr>
          <w:rFonts w:ascii="Aptos" w:hAnsi="Aptos" w:eastAsia="Aptos"/>
          <w:b w:val="0"/>
          <w:i w:val="0"/>
        </w:rPr>
        <w:t>A recuperação entre repetições preserva qualidade.</w:t>
      </w:r>
    </w:p>
    <w:p>
      <w:pPr/>
      <w:r>
        <w:rPr>
          <w:rFonts w:ascii="Aptos" w:hAnsi="Aptos" w:eastAsia="Aptos"/>
          <w:b w:val="0"/>
          <w:i w:val="0"/>
        </w:rPr>
        <w:t>A recuperação entre sessões permite assimilar carga.</w:t>
      </w:r>
    </w:p>
    <w:p>
      <w:pPr/>
      <w:r>
        <w:rPr>
          <w:rFonts w:ascii="Aptos" w:hAnsi="Aptos" w:eastAsia="Aptos"/>
          <w:b w:val="0"/>
          <w:i w:val="0"/>
        </w:rPr>
        <w:t>A semana regenerativa consolida evolução.</w:t>
      </w:r>
    </w:p>
    <w:p>
      <w:pPr/>
      <w:r>
        <w:rPr>
          <w:rFonts w:ascii="Aptos" w:hAnsi="Aptos" w:eastAsia="Aptos"/>
          <w:b w:val="0"/>
          <w:i w:val="0"/>
        </w:rPr>
        <w:t>O polimento revela desempenho.</w:t>
      </w:r>
    </w:p>
    <w:p>
      <w:pPr/>
      <w:r>
        <w:rPr>
          <w:rFonts w:ascii="Aptos" w:hAnsi="Aptos" w:eastAsia="Aptos"/>
          <w:b w:val="0"/>
          <w:i w:val="0"/>
        </w:rPr>
        <w:t>A metodologia precisa organizar todas essas camadas.</w:t>
      </w:r>
    </w:p>
    <w:p>
      <w:pPr/>
      <w:r>
        <w:rPr>
          <w:rFonts w:ascii="Aptos" w:hAnsi="Aptos" w:eastAsia="Aptos"/>
          <w:b w:val="0"/>
          <w:i w:val="0"/>
        </w:rPr>
        <w:t>Quando uma delas falha, o ciclo perde eficiência.</w:t>
      </w:r>
    </w:p>
    <w:p>
      <w:pPr/>
      <w:r>
        <w:rPr>
          <w:rFonts w:ascii="Aptos" w:hAnsi="Aptos" w:eastAsia="Aptos"/>
          <w:b w:val="0"/>
          <w:i w:val="0"/>
        </w:rPr>
        <w:t>Um atleta pode fazer boas sessões isoladas e ainda assim chegar mal à prova se a recuperação semanal ou o polimento foram mal conduzidos.</w:t>
      </w:r>
    </w:p>
    <w:p>
      <w:pPr/>
      <w:r>
        <w:rPr>
          <w:rFonts w:ascii="Aptos" w:hAnsi="Aptos" w:eastAsia="Aptos"/>
          <w:b w:val="0"/>
          <w:i w:val="0"/>
        </w:rPr>
        <w:t>Recuperar bem é parte da estratégia competitiva.</w:t>
      </w:r>
    </w:p>
    <w:p>
      <w:pPr>
        <w:pStyle w:val="Heading2"/>
      </w:pPr>
      <w:r>
        <w:t>11.10 Aplicação conforme a demanda</w:t>
      </w:r>
    </w:p>
    <w:p>
      <w:pPr/>
      <w:r>
        <w:rPr>
          <w:rFonts w:ascii="Aptos" w:hAnsi="Aptos" w:eastAsia="Aptos"/>
          <w:b w:val="0"/>
          <w:i w:val="0"/>
        </w:rPr>
        <w:t>A estratégia de recuperação muda conforme o objetivo e a demanda do ciclo.</w:t>
      </w:r>
    </w:p>
    <w:p>
      <w:pPr/>
      <w:r>
        <w:rPr>
          <w:rFonts w:ascii="Aptos" w:hAnsi="Aptos" w:eastAsia="Aptos"/>
          <w:b w:val="0"/>
          <w:i w:val="0"/>
        </w:rPr>
        <w:t>Em ciclos mais curtos, o desgaste pode vir de intensidades mais altas e maior exigência neuromuscular. Em preparações longas, o acúmulo de volume pesa mais. Em modalidades com terreno irregular, descidas e subidas aumentam dano muscular. Em contextos com fadiga acumulada, como provas combinadas ou híbridas, o treinador precisa ler a carga total, não apenas a corrida.</w:t>
      </w:r>
    </w:p>
    <w:p>
      <w:pPr/>
      <w:r>
        <w:rPr>
          <w:rFonts w:ascii="Aptos" w:hAnsi="Aptos" w:eastAsia="Aptos"/>
          <w:b w:val="0"/>
          <w:i w:val="0"/>
        </w:rPr>
        <w:t>O conceito permanece.</w:t>
      </w:r>
    </w:p>
    <w:p>
      <w:pPr/>
      <w:r>
        <w:rPr>
          <w:rFonts w:ascii="Aptos" w:hAnsi="Aptos" w:eastAsia="Aptos"/>
          <w:b w:val="0"/>
          <w:i w:val="0"/>
        </w:rPr>
        <w:t>A estratégia muda.</w:t>
      </w:r>
    </w:p>
    <w:p>
      <w:pPr/>
      <w:r>
        <w:rPr>
          <w:rFonts w:ascii="Aptos" w:hAnsi="Aptos" w:eastAsia="Aptos"/>
          <w:b w:val="0"/>
          <w:i w:val="0"/>
        </w:rPr>
        <w:t>A pergunta do coach deve ser objetiva:</w:t>
      </w:r>
    </w:p>
    <w:p>
      <w:pPr>
        <w:pStyle w:val="TriLifeQuote"/>
      </w:pPr>
      <w:r>
        <w:rPr>
          <w:rFonts w:ascii="Aptos" w:hAnsi="Aptos" w:eastAsia="Aptos"/>
          <w:b w:val="0"/>
          <w:i/>
        </w:rPr>
        <w:t>que tipo de desgaste este atleta está acumulando?</w:t>
      </w:r>
    </w:p>
    <w:p>
      <w:pPr/>
      <w:r>
        <w:rPr>
          <w:rFonts w:ascii="Aptos" w:hAnsi="Aptos" w:eastAsia="Aptos"/>
          <w:b w:val="0"/>
          <w:i w:val="0"/>
        </w:rPr>
        <w:t>A resposta define a recuperação.</w:t>
      </w:r>
    </w:p>
    <w:p>
      <w:pPr/>
      <w:r>
        <w:rPr>
          <w:rFonts w:ascii="Aptos" w:hAnsi="Aptos" w:eastAsia="Aptos"/>
          <w:b w:val="0"/>
          <w:i w:val="0"/>
        </w:rPr>
        <w:t>Não basta reduzir por reduzir. É preciso reduzir o que está gerando custo excessivo e preservar o que ainda mantém o processo ativo.</w:t>
      </w:r>
    </w:p>
    <w:p>
      <w:pPr/>
      <w:r>
        <w:rPr>
          <w:rFonts w:ascii="Aptos" w:hAnsi="Aptos" w:eastAsia="Aptos"/>
          <w:b w:val="0"/>
          <w:i w:val="0"/>
        </w:rPr>
        <w:t>Essa precisão separa descanso aleatório de recuperação inteligente.</w:t>
      </w:r>
    </w:p>
    <w:p>
      <w:pPr>
        <w:pStyle w:val="Heading2"/>
      </w:pPr>
      <w:r>
        <w:t>Conclusão</w:t>
      </w:r>
    </w:p>
    <w:p>
      <w:pPr/>
      <w:r>
        <w:rPr>
          <w:rFonts w:ascii="Aptos" w:hAnsi="Aptos" w:eastAsia="Aptos"/>
          <w:b w:val="0"/>
          <w:i w:val="0"/>
        </w:rPr>
        <w:t>Recuperação é uma das bases dos Treinos Inteligentes.</w:t>
      </w:r>
    </w:p>
    <w:p>
      <w:pPr/>
      <w:r>
        <w:rPr>
          <w:rFonts w:ascii="Aptos" w:hAnsi="Aptos" w:eastAsia="Aptos"/>
          <w:b w:val="0"/>
          <w:i w:val="0"/>
        </w:rPr>
        <w:t>O treinamento gera estímulo, mas a adaptação acontece quando o corpo consegue assimilar esse estímulo. Sem recuperação, o atleta acumula fadiga. Com recuperação bem distribuída, transforma carga em evolução.</w:t>
      </w:r>
    </w:p>
    <w:p>
      <w:pPr/>
      <w:r>
        <w:rPr>
          <w:rFonts w:ascii="Aptos" w:hAnsi="Aptos" w:eastAsia="Aptos"/>
          <w:b w:val="0"/>
          <w:i w:val="0"/>
        </w:rPr>
        <w:t>No Método TriLife Running, recuperar não é sair do processo.</w:t>
      </w:r>
    </w:p>
    <w:p>
      <w:pPr/>
      <w:r>
        <w:rPr>
          <w:rFonts w:ascii="Aptos" w:hAnsi="Aptos" w:eastAsia="Aptos"/>
          <w:b w:val="0"/>
          <w:i w:val="0"/>
        </w:rPr>
        <w:t>É garantir que o processo continue funcionando.</w:t>
      </w:r>
    </w:p>
    <w:p>
      <w:pPr>
        <w:pStyle w:val="Heading2"/>
      </w:pPr>
      <w:r>
        <w:t>Princípios Fundamentais do Método TriLife Running</w:t>
      </w:r>
    </w:p>
    <w:p>
      <w:pPr>
        <w:pStyle w:val="TriLifeQuote"/>
      </w:pPr>
      <w:r>
        <w:rPr>
          <w:rFonts w:ascii="Aptos" w:hAnsi="Aptos" w:eastAsia="Aptos"/>
          <w:b w:val="0"/>
          <w:i/>
        </w:rPr>
        <w:t>Princípio Fundamental nº 41</w:t>
      </w:r>
    </w:p>
    <w:p>
      <w:pPr/>
      <w:r>
        <w:rPr>
          <w:rFonts w:ascii="Aptos" w:hAnsi="Aptos" w:eastAsia="Aptos"/>
          <w:b w:val="0"/>
          <w:i w:val="0"/>
        </w:rPr>
        <w:t>O treinamento gera o estímulo. A recuperação produz a adaptação.</w:t>
      </w:r>
    </w:p>
    <w:p>
      <w:pPr>
        <w:pStyle w:val="TriLifeQuote"/>
      </w:pPr>
      <w:r>
        <w:rPr>
          <w:rFonts w:ascii="Aptos" w:hAnsi="Aptos" w:eastAsia="Aptos"/>
          <w:b w:val="0"/>
          <w:i/>
        </w:rPr>
        <w:t>Princípio Fundamental nº 42</w:t>
      </w:r>
    </w:p>
    <w:p>
      <w:pPr/>
      <w:r>
        <w:rPr>
          <w:rFonts w:ascii="Aptos" w:hAnsi="Aptos" w:eastAsia="Aptos"/>
          <w:b w:val="0"/>
          <w:i w:val="0"/>
        </w:rPr>
        <w:t>Carga só tem valor quando o atleta consegue assimilá-la.</w:t>
      </w:r>
    </w:p>
    <w:p>
      <w:pPr>
        <w:pStyle w:val="TriLifeQuote"/>
      </w:pPr>
      <w:r>
        <w:rPr>
          <w:rFonts w:ascii="Aptos" w:hAnsi="Aptos" w:eastAsia="Aptos"/>
          <w:b w:val="0"/>
          <w:i/>
        </w:rPr>
        <w:t>Princípio Fundamental nº 43</w:t>
      </w:r>
    </w:p>
    <w:p>
      <w:pPr/>
      <w:r>
        <w:rPr>
          <w:rFonts w:ascii="Aptos" w:hAnsi="Aptos" w:eastAsia="Aptos"/>
          <w:b w:val="0"/>
          <w:i w:val="0"/>
        </w:rPr>
        <w:t>Treinos leves precisam ser leves o suficiente para proteger os treinos fortes.</w:t>
      </w:r>
    </w:p>
    <w:p>
      <w:pPr>
        <w:pStyle w:val="TriLifeQuote"/>
      </w:pPr>
      <w:r>
        <w:rPr>
          <w:rFonts w:ascii="Aptos" w:hAnsi="Aptos" w:eastAsia="Aptos"/>
          <w:b w:val="0"/>
          <w:i/>
        </w:rPr>
        <w:t>Princípio Fundamental nº 44</w:t>
      </w:r>
    </w:p>
    <w:p>
      <w:pPr/>
      <w:r>
        <w:rPr>
          <w:rFonts w:ascii="Aptos" w:hAnsi="Aptos" w:eastAsia="Aptos"/>
          <w:b w:val="0"/>
          <w:i w:val="0"/>
        </w:rPr>
        <w:t>Preservar o atleta é preservar o processo de evolução.</w:t>
      </w:r>
    </w:p>
    <w:p>
      <w:r>
        <w:br w:type="page"/>
      </w:r>
    </w:p>
    <w:p>
      <w:pPr>
        <w:pStyle w:val="Heading1"/>
        <w:jc w:val="center"/>
      </w:pPr>
      <w:r>
        <w:t>CAPÍTULO 12</w:t>
      </w:r>
    </w:p>
    <w:p>
      <w:pPr>
        <w:pStyle w:val="Heading1"/>
        <w:jc w:val="center"/>
      </w:pPr>
      <w:r>
        <w:t>A ARTE DE PRESCREVER: COMO CONSTRUIR UM TREINO</w:t>
      </w:r>
    </w:p>
    <w:p>
      <w:pPr>
        <w:pStyle w:val="TriLifeQuote"/>
      </w:pPr>
      <w:r>
        <w:rPr>
          <w:rFonts w:ascii="Aptos" w:hAnsi="Aptos" w:eastAsia="Aptos"/>
          <w:b w:val="0"/>
          <w:i/>
        </w:rPr>
        <w:t>“Prescrever não é escolher exercícios. É organizar adaptações.”</w:t>
      </w:r>
    </w:p>
    <w:p>
      <w:pPr>
        <w:pStyle w:val="Heading2"/>
      </w:pPr>
      <w:r>
        <w:t>12.1 Prescrever é organizar adaptações</w:t>
      </w:r>
    </w:p>
    <w:p>
      <w:pPr/>
      <w:r>
        <w:rPr>
          <w:rFonts w:ascii="Aptos" w:hAnsi="Aptos" w:eastAsia="Aptos"/>
          <w:b w:val="0"/>
          <w:i w:val="0"/>
        </w:rPr>
        <w:t>Uma planilha de treinamento costuma ser interpretada pelo atleta como uma sequência de sessões distribuídas ao longo da semana.</w:t>
      </w:r>
    </w:p>
    <w:p>
      <w:pPr/>
      <w:r>
        <w:rPr>
          <w:rFonts w:ascii="Aptos" w:hAnsi="Aptos" w:eastAsia="Aptos"/>
          <w:b w:val="0"/>
          <w:i w:val="0"/>
        </w:rPr>
        <w:t>Para o treinador, ela precisa representar algo muito mais preciso: um sistema de tomada de decisão.</w:t>
      </w:r>
    </w:p>
    <w:p>
      <w:pPr/>
      <w:r>
        <w:rPr>
          <w:rFonts w:ascii="Aptos" w:hAnsi="Aptos" w:eastAsia="Aptos"/>
          <w:b w:val="0"/>
          <w:i w:val="0"/>
        </w:rPr>
        <w:t>Cada sessão responde a perguntas específicas.</w:t>
      </w:r>
    </w:p>
    <w:p>
      <w:pPr/>
      <w:r>
        <w:rPr>
          <w:rFonts w:ascii="Aptos" w:hAnsi="Aptos" w:eastAsia="Aptos"/>
          <w:b w:val="0"/>
          <w:i w:val="0"/>
        </w:rPr>
        <w:t>Qual adaptação quero produzir?</w:t>
      </w:r>
    </w:p>
    <w:p>
      <w:pPr/>
      <w:r>
        <w:rPr>
          <w:rFonts w:ascii="Aptos" w:hAnsi="Aptos" w:eastAsia="Aptos"/>
          <w:b w:val="0"/>
          <w:i w:val="0"/>
        </w:rPr>
        <w:t>Quanto tempo o organismo precisa para responder?</w:t>
      </w:r>
    </w:p>
    <w:p>
      <w:pPr/>
      <w:r>
        <w:rPr>
          <w:rFonts w:ascii="Aptos" w:hAnsi="Aptos" w:eastAsia="Aptos"/>
          <w:b w:val="0"/>
          <w:i w:val="0"/>
        </w:rPr>
        <w:t>Quais capacidades o atleta já desenvolveu?</w:t>
      </w:r>
    </w:p>
    <w:p>
      <w:pPr/>
      <w:r>
        <w:rPr>
          <w:rFonts w:ascii="Aptos" w:hAnsi="Aptos" w:eastAsia="Aptos"/>
          <w:b w:val="0"/>
          <w:i w:val="0"/>
        </w:rPr>
        <w:t>Quais ainda precisam evoluir?</w:t>
      </w:r>
    </w:p>
    <w:p>
      <w:pPr/>
      <w:r>
        <w:rPr>
          <w:rFonts w:ascii="Aptos" w:hAnsi="Aptos" w:eastAsia="Aptos"/>
          <w:b w:val="0"/>
          <w:i w:val="0"/>
        </w:rPr>
        <w:t>Como esse treino interfere no próximo?</w:t>
      </w:r>
    </w:p>
    <w:p>
      <w:pPr/>
      <w:r>
        <w:rPr>
          <w:rFonts w:ascii="Aptos" w:hAnsi="Aptos" w:eastAsia="Aptos"/>
          <w:b w:val="0"/>
          <w:i w:val="0"/>
        </w:rPr>
        <w:t>Qual é o custo dessa sessão dentro da semana?</w:t>
      </w:r>
    </w:p>
    <w:p>
      <w:pPr/>
      <w:r>
        <w:rPr>
          <w:rFonts w:ascii="Aptos" w:hAnsi="Aptos" w:eastAsia="Aptos"/>
          <w:b w:val="0"/>
          <w:i w:val="0"/>
        </w:rPr>
        <w:t>A carga planejada cabe na vida real do atleta?</w:t>
      </w:r>
    </w:p>
    <w:p>
      <w:pPr/>
      <w:r>
        <w:rPr>
          <w:rFonts w:ascii="Aptos" w:hAnsi="Aptos" w:eastAsia="Aptos"/>
          <w:b w:val="0"/>
          <w:i w:val="0"/>
        </w:rPr>
        <w:t>Essas perguntas vêm antes de qualquer definição de quilometragem, pace ou intensidade.</w:t>
      </w:r>
    </w:p>
    <w:p>
      <w:pPr/>
      <w:r>
        <w:rPr>
          <w:rFonts w:ascii="Aptos" w:hAnsi="Aptos" w:eastAsia="Aptos"/>
          <w:b w:val="0"/>
          <w:i w:val="0"/>
        </w:rPr>
        <w:t>No Método TriLife Running, prescrever não é escolher treinos interessantes. É organizar estímulos que façam sentido dentro de uma sequência adaptativa.</w:t>
      </w:r>
    </w:p>
    <w:p>
      <w:pPr/>
      <w:r>
        <w:rPr>
          <w:rFonts w:ascii="Aptos" w:hAnsi="Aptos" w:eastAsia="Aptos"/>
          <w:b w:val="0"/>
          <w:i w:val="0"/>
        </w:rPr>
        <w:t>A sessão precisa ter função.</w:t>
      </w:r>
    </w:p>
    <w:p>
      <w:pPr/>
      <w:r>
        <w:rPr>
          <w:rFonts w:ascii="Aptos" w:hAnsi="Aptos" w:eastAsia="Aptos"/>
          <w:b w:val="0"/>
          <w:i w:val="0"/>
        </w:rPr>
        <w:t>A semana precisa ter lógica.</w:t>
      </w:r>
    </w:p>
    <w:p>
      <w:pPr/>
      <w:r>
        <w:rPr>
          <w:rFonts w:ascii="Aptos" w:hAnsi="Aptos" w:eastAsia="Aptos"/>
          <w:b w:val="0"/>
          <w:i w:val="0"/>
        </w:rPr>
        <w:t>O ciclo precisa ter direção.</w:t>
      </w:r>
    </w:p>
    <w:p>
      <w:pPr/>
      <w:r>
        <w:rPr>
          <w:rFonts w:ascii="Aptos" w:hAnsi="Aptos" w:eastAsia="Aptos"/>
          <w:b w:val="0"/>
          <w:i w:val="0"/>
        </w:rPr>
        <w:t>Quando esses três elementos se alinham, a planilha deixa de ser lista de tarefas e passa a ser expressão prática da metodologia.</w:t>
      </w:r>
    </w:p>
    <w:p>
      <w:pPr>
        <w:pStyle w:val="Heading2"/>
      </w:pPr>
      <w:r>
        <w:t>12.2 A pergunta que antecede qualquer treino</w:t>
      </w:r>
    </w:p>
    <w:p>
      <w:pPr/>
      <w:r>
        <w:rPr>
          <w:rFonts w:ascii="Aptos" w:hAnsi="Aptos" w:eastAsia="Aptos"/>
          <w:b w:val="0"/>
          <w:i w:val="0"/>
        </w:rPr>
        <w:t>Antes de inserir qualquer treino na planilha, o coach precisa responder com clareza:</w:t>
      </w:r>
    </w:p>
    <w:p>
      <w:pPr>
        <w:pStyle w:val="TriLifeQuote"/>
      </w:pPr>
      <w:r>
        <w:rPr>
          <w:rFonts w:ascii="Aptos" w:hAnsi="Aptos" w:eastAsia="Aptos"/>
          <w:b w:val="0"/>
          <w:i/>
        </w:rPr>
        <w:t>por que este treino existe?</w:t>
      </w:r>
    </w:p>
    <w:p>
      <w:pPr/>
      <w:r>
        <w:rPr>
          <w:rFonts w:ascii="Aptos" w:hAnsi="Aptos" w:eastAsia="Aptos"/>
          <w:b w:val="0"/>
          <w:i w:val="0"/>
        </w:rPr>
        <w:t>Se essa resposta não estiver clara para quem prescreve, dificilmente estará clara para quem executa.</w:t>
      </w:r>
    </w:p>
    <w:p>
      <w:pPr/>
      <w:r>
        <w:rPr>
          <w:rFonts w:ascii="Aptos" w:hAnsi="Aptos" w:eastAsia="Aptos"/>
          <w:b w:val="0"/>
          <w:i w:val="0"/>
        </w:rPr>
        <w:t>Na metodologia TriLife, nenhum treinamento entra apenas para variar estímulos, ocupar calendário ou impressionar o atleta.</w:t>
      </w:r>
    </w:p>
    <w:p>
      <w:pPr/>
      <w:r>
        <w:rPr>
          <w:rFonts w:ascii="Aptos" w:hAnsi="Aptos" w:eastAsia="Aptos"/>
          <w:b w:val="0"/>
          <w:i w:val="0"/>
        </w:rPr>
        <w:t>Cada sessão deve possuir objetivo fisiológico, técnico, pedagógico ou estratégico.</w:t>
      </w:r>
    </w:p>
    <w:p>
      <w:pPr/>
      <w:r>
        <w:rPr>
          <w:rFonts w:ascii="Aptos" w:hAnsi="Aptos" w:eastAsia="Aptos"/>
          <w:b w:val="0"/>
          <w:i w:val="0"/>
        </w:rPr>
        <w:t>Um treino pode:</w:t>
      </w:r>
    </w:p>
    <w:p>
      <w:pPr>
        <w:pStyle w:val="ListBullet"/>
      </w:pPr>
      <w:r>
        <w:rPr>
          <w:rFonts w:ascii="Aptos" w:hAnsi="Aptos" w:eastAsia="Aptos"/>
          <w:b w:val="0"/>
          <w:i w:val="0"/>
        </w:rPr>
        <w:t>desenvolver base;</w:t>
      </w:r>
    </w:p>
    <w:p>
      <w:pPr>
        <w:pStyle w:val="ListBullet"/>
      </w:pPr>
      <w:r>
        <w:rPr>
          <w:rFonts w:ascii="Aptos" w:hAnsi="Aptos" w:eastAsia="Aptos"/>
          <w:b w:val="0"/>
          <w:i w:val="0"/>
        </w:rPr>
        <w:t>ensinar controle de ritmo;</w:t>
      </w:r>
    </w:p>
    <w:p>
      <w:pPr>
        <w:pStyle w:val="ListBullet"/>
      </w:pPr>
      <w:r>
        <w:rPr>
          <w:rFonts w:ascii="Aptos" w:hAnsi="Aptos" w:eastAsia="Aptos"/>
          <w:b w:val="0"/>
          <w:i w:val="0"/>
        </w:rPr>
        <w:t>melhorar percepção de esforço;</w:t>
      </w:r>
    </w:p>
    <w:p>
      <w:pPr>
        <w:pStyle w:val="ListBullet"/>
      </w:pPr>
      <w:r>
        <w:rPr>
          <w:rFonts w:ascii="Aptos" w:hAnsi="Aptos" w:eastAsia="Aptos"/>
          <w:b w:val="0"/>
          <w:i w:val="0"/>
        </w:rPr>
        <w:t>consolidar cadência;</w:t>
      </w:r>
    </w:p>
    <w:p>
      <w:pPr>
        <w:pStyle w:val="ListBullet"/>
      </w:pPr>
      <w:r>
        <w:rPr>
          <w:rFonts w:ascii="Aptos" w:hAnsi="Aptos" w:eastAsia="Aptos"/>
          <w:b w:val="0"/>
          <w:i w:val="0"/>
        </w:rPr>
        <w:t>preparar para intensidades futuras;</w:t>
      </w:r>
    </w:p>
    <w:p>
      <w:pPr>
        <w:pStyle w:val="ListBullet"/>
      </w:pPr>
      <w:r>
        <w:rPr>
          <w:rFonts w:ascii="Aptos" w:hAnsi="Aptos" w:eastAsia="Aptos"/>
          <w:b w:val="0"/>
          <w:i w:val="0"/>
        </w:rPr>
        <w:t>construir resistência específica;</w:t>
      </w:r>
    </w:p>
    <w:p>
      <w:pPr>
        <w:pStyle w:val="ListBullet"/>
      </w:pPr>
      <w:r>
        <w:rPr>
          <w:rFonts w:ascii="Aptos" w:hAnsi="Aptos" w:eastAsia="Aptos"/>
          <w:b w:val="0"/>
          <w:i w:val="0"/>
        </w:rPr>
        <w:t>recuperar;</w:t>
      </w:r>
    </w:p>
    <w:p>
      <w:pPr>
        <w:pStyle w:val="ListBullet"/>
      </w:pPr>
      <w:r>
        <w:rPr>
          <w:rFonts w:ascii="Aptos" w:hAnsi="Aptos" w:eastAsia="Aptos"/>
          <w:b w:val="0"/>
          <w:i w:val="0"/>
        </w:rPr>
        <w:t>trabalhar força específica;</w:t>
      </w:r>
    </w:p>
    <w:p>
      <w:pPr>
        <w:pStyle w:val="ListBullet"/>
      </w:pPr>
      <w:r>
        <w:rPr>
          <w:rFonts w:ascii="Aptos" w:hAnsi="Aptos" w:eastAsia="Aptos"/>
          <w:b w:val="0"/>
          <w:i w:val="0"/>
        </w:rPr>
        <w:t>ajustar mecânica;</w:t>
      </w:r>
    </w:p>
    <w:p>
      <w:pPr>
        <w:pStyle w:val="ListBullet"/>
      </w:pPr>
      <w:r>
        <w:rPr>
          <w:rFonts w:ascii="Aptos" w:hAnsi="Aptos" w:eastAsia="Aptos"/>
          <w:b w:val="0"/>
          <w:i w:val="0"/>
        </w:rPr>
        <w:t>testar uma adaptação em andamento;</w:t>
      </w:r>
    </w:p>
    <w:p>
      <w:pPr>
        <w:pStyle w:val="ListBullet"/>
      </w:pPr>
      <w:r>
        <w:rPr>
          <w:rFonts w:ascii="Aptos" w:hAnsi="Aptos" w:eastAsia="Aptos"/>
          <w:b w:val="0"/>
          <w:i w:val="0"/>
        </w:rPr>
        <w:t>preparar a prova-alvo.</w:t>
      </w:r>
    </w:p>
    <w:p>
      <w:pPr/>
      <w:r>
        <w:rPr>
          <w:rFonts w:ascii="Aptos" w:hAnsi="Aptos" w:eastAsia="Aptos"/>
          <w:b w:val="0"/>
          <w:i w:val="0"/>
        </w:rPr>
        <w:t>A clareza da intenção melhora a prescrição e aumenta a qualidade da execução.</w:t>
      </w:r>
    </w:p>
    <w:p>
      <w:pPr/>
      <w:r>
        <w:rPr>
          <w:rFonts w:ascii="Aptos" w:hAnsi="Aptos" w:eastAsia="Aptos"/>
          <w:b w:val="0"/>
          <w:i w:val="0"/>
        </w:rPr>
        <w:t>O atleta precisa saber o que está fazendo.</w:t>
      </w:r>
    </w:p>
    <w:p>
      <w:pPr/>
      <w:r>
        <w:rPr>
          <w:rFonts w:ascii="Aptos" w:hAnsi="Aptos" w:eastAsia="Aptos"/>
          <w:b w:val="0"/>
          <w:i w:val="0"/>
        </w:rPr>
        <w:t>O treinador precisa saber o que está buscando.</w:t>
      </w:r>
    </w:p>
    <w:p>
      <w:pPr/>
      <w:r>
        <w:rPr>
          <w:rFonts w:ascii="Aptos" w:hAnsi="Aptos" w:eastAsia="Aptos"/>
          <w:b w:val="0"/>
          <w:i w:val="0"/>
        </w:rPr>
        <w:t>Sem intenção, até um treino bonito pode ser inútil.</w:t>
      </w:r>
    </w:p>
    <w:p>
      <w:pPr>
        <w:pStyle w:val="Heading2"/>
      </w:pPr>
      <w:r>
        <w:t>12.3 O princípio da menor dose eficaz</w:t>
      </w:r>
    </w:p>
    <w:p>
      <w:pPr/>
      <w:r>
        <w:rPr>
          <w:rFonts w:ascii="Aptos" w:hAnsi="Aptos" w:eastAsia="Aptos"/>
          <w:b w:val="0"/>
          <w:i w:val="0"/>
        </w:rPr>
        <w:t>O Método TriLife Running procura desenvolver o atleta usando a menor carga capaz de produzir a adaptação desejada.</w:t>
      </w:r>
    </w:p>
    <w:p>
      <w:pPr/>
      <w:r>
        <w:rPr>
          <w:rFonts w:ascii="Aptos" w:hAnsi="Aptos" w:eastAsia="Aptos"/>
          <w:b w:val="0"/>
          <w:i w:val="0"/>
        </w:rPr>
        <w:t>Isso não significa treino fácil.</w:t>
      </w:r>
    </w:p>
    <w:p>
      <w:pPr/>
      <w:r>
        <w:rPr>
          <w:rFonts w:ascii="Aptos" w:hAnsi="Aptos" w:eastAsia="Aptos"/>
          <w:b w:val="0"/>
          <w:i w:val="0"/>
        </w:rPr>
        <w:t>Significa treino preciso.</w:t>
      </w:r>
    </w:p>
    <w:p>
      <w:pPr/>
      <w:r>
        <w:rPr>
          <w:rFonts w:ascii="Aptos" w:hAnsi="Aptos" w:eastAsia="Aptos"/>
          <w:b w:val="0"/>
          <w:i w:val="0"/>
        </w:rPr>
        <w:t>Treinar mais não significa evoluir mais. Cada quilômetro precisa justificar sua existência. Cada repetição precisa ter propósito. Cada bloco precisa conversar com a fase da periodização.</w:t>
      </w:r>
    </w:p>
    <w:p>
      <w:pPr/>
      <w:r>
        <w:rPr>
          <w:rFonts w:ascii="Aptos" w:hAnsi="Aptos" w:eastAsia="Aptos"/>
          <w:b w:val="0"/>
          <w:i w:val="0"/>
        </w:rPr>
        <w:t>Carga em excesso cobra preço.</w:t>
      </w:r>
    </w:p>
    <w:p>
      <w:pPr/>
      <w:r>
        <w:rPr>
          <w:rFonts w:ascii="Aptos" w:hAnsi="Aptos" w:eastAsia="Aptos"/>
          <w:b w:val="0"/>
          <w:i w:val="0"/>
        </w:rPr>
        <w:t>Aumenta fadiga, reduz qualidade técnica, compromete recuperação, enfraquece treinos futuros e eleva risco de lesão.</w:t>
      </w:r>
    </w:p>
    <w:p>
      <w:pPr/>
      <w:r>
        <w:rPr>
          <w:rFonts w:ascii="Aptos" w:hAnsi="Aptos" w:eastAsia="Aptos"/>
          <w:b w:val="0"/>
          <w:i w:val="0"/>
        </w:rPr>
        <w:t>A menor dose eficaz protege a continuidade.</w:t>
      </w:r>
    </w:p>
    <w:p>
      <w:pPr/>
      <w:r>
        <w:rPr>
          <w:rFonts w:ascii="Aptos" w:hAnsi="Aptos" w:eastAsia="Aptos"/>
          <w:b w:val="0"/>
          <w:i w:val="0"/>
        </w:rPr>
        <w:t>O objetivo é produzir adaptação com menor desperdício de tempo, energia e desgaste.</w:t>
      </w:r>
    </w:p>
    <w:p>
      <w:pPr/>
      <w:r>
        <w:rPr>
          <w:rFonts w:ascii="Aptos" w:hAnsi="Aptos" w:eastAsia="Aptos"/>
          <w:b w:val="0"/>
          <w:i w:val="0"/>
        </w:rPr>
        <w:t>Essa lógica exige maturidade do treinador. É mais simples prescrever muito e chamar isso de trabalho duro. Mais difícil é dosar exatamente o necessário para que o atleta evolua e consiga repetir o processo na semana seguinte.</w:t>
      </w:r>
    </w:p>
    <w:p>
      <w:pPr/>
      <w:r>
        <w:rPr>
          <w:rFonts w:ascii="Aptos" w:hAnsi="Aptos" w:eastAsia="Aptos"/>
          <w:b w:val="0"/>
          <w:i w:val="0"/>
        </w:rPr>
        <w:t>Treinos Inteligentes não se medem pelo quanto o atleta sofreu.</w:t>
      </w:r>
    </w:p>
    <w:p>
      <w:pPr/>
      <w:r>
        <w:rPr>
          <w:rFonts w:ascii="Aptos" w:hAnsi="Aptos" w:eastAsia="Aptos"/>
          <w:b w:val="0"/>
          <w:i w:val="0"/>
        </w:rPr>
        <w:t>Medem-se pela qualidade da adaptação produzida.</w:t>
      </w:r>
    </w:p>
    <w:p>
      <w:pPr>
        <w:pStyle w:val="Heading2"/>
      </w:pPr>
      <w:r>
        <w:t>12.4 A distribuição da intensidade orienta a semana</w:t>
      </w:r>
    </w:p>
    <w:p>
      <w:pPr/>
      <w:r>
        <w:rPr>
          <w:rFonts w:ascii="Aptos" w:hAnsi="Aptos" w:eastAsia="Aptos"/>
          <w:b w:val="0"/>
          <w:i w:val="0"/>
        </w:rPr>
        <w:t>Prescrever bem também significa distribuir intensidade com inteligência.</w:t>
      </w:r>
    </w:p>
    <w:p>
      <w:pPr/>
      <w:r>
        <w:rPr>
          <w:rFonts w:ascii="Aptos" w:hAnsi="Aptos" w:eastAsia="Aptos"/>
          <w:b w:val="0"/>
          <w:i w:val="0"/>
        </w:rPr>
        <w:t>A semana não pode ser formada apenas por treinos bons individualmente. Ela precisa equilibrar estímulos fortes, sessões moderadas, dias leves, recuperação, técnica e preparação para o próximo bloco.</w:t>
      </w:r>
    </w:p>
    <w:p>
      <w:pPr/>
      <w:r>
        <w:rPr>
          <w:rFonts w:ascii="Aptos" w:hAnsi="Aptos" w:eastAsia="Aptos"/>
          <w:b w:val="0"/>
          <w:i w:val="0"/>
        </w:rPr>
        <w:t>A lógica 80/20 ajuda a sustentar essa visão. A maior parte do treinamento permanece em intensidades controladas, enquanto uma parcela menor concentra os estímulos mais exigentes.</w:t>
      </w:r>
    </w:p>
    <w:p>
      <w:pPr/>
      <w:r>
        <w:rPr>
          <w:rFonts w:ascii="Aptos" w:hAnsi="Aptos" w:eastAsia="Aptos"/>
          <w:b w:val="0"/>
          <w:i w:val="0"/>
        </w:rPr>
        <w:t>O PZI permite operacionalizar essa distribuição com clareza.</w:t>
      </w:r>
    </w:p>
    <w:p>
      <w:pPr/>
      <w:r>
        <w:rPr>
          <w:rFonts w:ascii="Aptos" w:hAnsi="Aptos" w:eastAsia="Aptos"/>
          <w:b w:val="0"/>
          <w:i w:val="0"/>
        </w:rPr>
        <w:t>Ao prescrever por zonas, o treinador controla melhor o custo da semana. Ele entende quais sessões devem recuperar, quais constroem base, quais desenvolvem resistência específica e quais exigem maior recuperação.</w:t>
      </w:r>
    </w:p>
    <w:p>
      <w:pPr/>
      <w:r>
        <w:rPr>
          <w:rFonts w:ascii="Aptos" w:hAnsi="Aptos" w:eastAsia="Aptos"/>
          <w:b w:val="0"/>
          <w:i w:val="0"/>
        </w:rPr>
        <w:t>O erro aparece quando todos os treinos viram “um pouco fortes”.</w:t>
      </w:r>
    </w:p>
    <w:p>
      <w:pPr/>
      <w:r>
        <w:rPr>
          <w:rFonts w:ascii="Aptos" w:hAnsi="Aptos" w:eastAsia="Aptos"/>
          <w:b w:val="0"/>
          <w:i w:val="0"/>
        </w:rPr>
        <w:t>O atleta não recupera bem, não executa os treinos intensos com qualidade e passa a acumular fadiga sem clareza adaptativa.</w:t>
      </w:r>
    </w:p>
    <w:p>
      <w:pPr/>
      <w:r>
        <w:rPr>
          <w:rFonts w:ascii="Aptos" w:hAnsi="Aptos" w:eastAsia="Aptos"/>
          <w:b w:val="0"/>
          <w:i w:val="0"/>
        </w:rPr>
        <w:t>Distribuir intensidade é proteger a função de cada sessão.</w:t>
      </w:r>
    </w:p>
    <w:p>
      <w:pPr/>
      <w:r>
        <w:rPr>
          <w:rFonts w:ascii="Aptos" w:hAnsi="Aptos" w:eastAsia="Aptos"/>
          <w:b w:val="0"/>
          <w:i w:val="0"/>
        </w:rPr>
        <w:t>Treino leve mal executado atrapalha treino forte.</w:t>
      </w:r>
    </w:p>
    <w:p>
      <w:pPr/>
      <w:r>
        <w:rPr>
          <w:rFonts w:ascii="Aptos" w:hAnsi="Aptos" w:eastAsia="Aptos"/>
          <w:b w:val="0"/>
          <w:i w:val="0"/>
        </w:rPr>
        <w:t>Treino forte mal posicionado atrapalha a semana inteira.</w:t>
      </w:r>
    </w:p>
    <w:p>
      <w:pPr>
        <w:pStyle w:val="Heading2"/>
      </w:pPr>
      <w:r>
        <w:t>12.5 Prescrição começa pelo objetivo da sessão</w:t>
      </w:r>
    </w:p>
    <w:p>
      <w:pPr/>
      <w:r>
        <w:rPr>
          <w:rFonts w:ascii="Aptos" w:hAnsi="Aptos" w:eastAsia="Aptos"/>
          <w:b w:val="0"/>
          <w:i w:val="0"/>
        </w:rPr>
        <w:t>Todo treino precisa ter um objetivo principal.</w:t>
      </w:r>
    </w:p>
    <w:p>
      <w:pPr/>
      <w:r>
        <w:rPr>
          <w:rFonts w:ascii="Aptos" w:hAnsi="Aptos" w:eastAsia="Aptos"/>
          <w:b w:val="0"/>
          <w:i w:val="0"/>
        </w:rPr>
        <w:t>Esse objetivo define estrutura, zona, duração, recuperação, progressão e critérios de avaliação.</w:t>
      </w:r>
    </w:p>
    <w:p>
      <w:pPr/>
      <w:r>
        <w:rPr>
          <w:rFonts w:ascii="Aptos" w:hAnsi="Aptos" w:eastAsia="Aptos"/>
          <w:b w:val="0"/>
          <w:i w:val="0"/>
        </w:rPr>
        <w:t>Se o treino tem como meta desenvolver recuperação, ele não pode virar intensidade moderada. Se busca resistência específica, precisa ter tempo suficiente na zona correta. Quando o objetivo é potência, a recuperação precisa preservar qualidade. Se a meta é técnica, a velocidade não pode destruir movimento.</w:t>
      </w:r>
    </w:p>
    <w:p>
      <w:pPr/>
      <w:r>
        <w:rPr>
          <w:rFonts w:ascii="Aptos" w:hAnsi="Aptos" w:eastAsia="Aptos"/>
          <w:b w:val="0"/>
          <w:i w:val="0"/>
        </w:rPr>
        <w:t>A pergunta central é:</w:t>
      </w:r>
    </w:p>
    <w:p>
      <w:pPr>
        <w:pStyle w:val="TriLifeQuote"/>
      </w:pPr>
      <w:r>
        <w:rPr>
          <w:rFonts w:ascii="Aptos" w:hAnsi="Aptos" w:eastAsia="Aptos"/>
          <w:b w:val="0"/>
          <w:i/>
        </w:rPr>
        <w:t>qual adaptação deve sair daqui?</w:t>
      </w:r>
    </w:p>
    <w:p>
      <w:pPr/>
      <w:r>
        <w:rPr>
          <w:rFonts w:ascii="Aptos" w:hAnsi="Aptos" w:eastAsia="Aptos"/>
          <w:b w:val="0"/>
          <w:i w:val="0"/>
        </w:rPr>
        <w:t>A partir dessa resposta, o treinador define:</w:t>
      </w:r>
    </w:p>
    <w:p>
      <w:pPr>
        <w:pStyle w:val="ListBullet"/>
      </w:pPr>
      <w:r>
        <w:rPr>
          <w:rFonts w:ascii="Aptos" w:hAnsi="Aptos" w:eastAsia="Aptos"/>
          <w:b w:val="0"/>
          <w:i w:val="0"/>
        </w:rPr>
        <w:t>tipo de treino;</w:t>
      </w:r>
    </w:p>
    <w:p>
      <w:pPr>
        <w:pStyle w:val="ListBullet"/>
      </w:pPr>
      <w:r>
        <w:rPr>
          <w:rFonts w:ascii="Aptos" w:hAnsi="Aptos" w:eastAsia="Aptos"/>
          <w:b w:val="0"/>
          <w:i w:val="0"/>
        </w:rPr>
        <w:t>zona PZI;</w:t>
      </w:r>
    </w:p>
    <w:p>
      <w:pPr>
        <w:pStyle w:val="ListBullet"/>
      </w:pPr>
      <w:r>
        <w:rPr>
          <w:rFonts w:ascii="Aptos" w:hAnsi="Aptos" w:eastAsia="Aptos"/>
          <w:b w:val="0"/>
          <w:i w:val="0"/>
        </w:rPr>
        <w:t>volume total;</w:t>
      </w:r>
    </w:p>
    <w:p>
      <w:pPr>
        <w:pStyle w:val="ListBullet"/>
      </w:pPr>
      <w:r>
        <w:rPr>
          <w:rFonts w:ascii="Aptos" w:hAnsi="Aptos" w:eastAsia="Aptos"/>
          <w:b w:val="0"/>
          <w:i w:val="0"/>
        </w:rPr>
        <w:t>duração dos blocos;</w:t>
      </w:r>
    </w:p>
    <w:p>
      <w:pPr>
        <w:pStyle w:val="ListBullet"/>
      </w:pPr>
      <w:r>
        <w:rPr>
          <w:rFonts w:ascii="Aptos" w:hAnsi="Aptos" w:eastAsia="Aptos"/>
          <w:b w:val="0"/>
          <w:i w:val="0"/>
        </w:rPr>
        <w:t>tipo de recuperação;</w:t>
      </w:r>
    </w:p>
    <w:p>
      <w:pPr>
        <w:pStyle w:val="ListBullet"/>
      </w:pPr>
      <w:r>
        <w:rPr>
          <w:rFonts w:ascii="Aptos" w:hAnsi="Aptos" w:eastAsia="Aptos"/>
          <w:b w:val="0"/>
          <w:i w:val="0"/>
        </w:rPr>
        <w:t>relação com a sessão anterior;</w:t>
      </w:r>
    </w:p>
    <w:p>
      <w:pPr>
        <w:pStyle w:val="ListBullet"/>
      </w:pPr>
      <w:r>
        <w:rPr>
          <w:rFonts w:ascii="Aptos" w:hAnsi="Aptos" w:eastAsia="Aptos"/>
          <w:b w:val="0"/>
          <w:i w:val="0"/>
        </w:rPr>
        <w:t>relação com a sessão seguinte;</w:t>
      </w:r>
    </w:p>
    <w:p>
      <w:pPr>
        <w:pStyle w:val="ListBullet"/>
      </w:pPr>
      <w:r>
        <w:rPr>
          <w:rFonts w:ascii="Aptos" w:hAnsi="Aptos" w:eastAsia="Aptos"/>
          <w:b w:val="0"/>
          <w:i w:val="0"/>
        </w:rPr>
        <w:t>risco de acúmulo de fadiga;</w:t>
      </w:r>
    </w:p>
    <w:p>
      <w:pPr>
        <w:pStyle w:val="ListBullet"/>
      </w:pPr>
      <w:r>
        <w:rPr>
          <w:rFonts w:ascii="Aptos" w:hAnsi="Aptos" w:eastAsia="Aptos"/>
          <w:b w:val="0"/>
          <w:i w:val="0"/>
        </w:rPr>
        <w:t>critério de sucesso.</w:t>
      </w:r>
    </w:p>
    <w:p>
      <w:pPr/>
      <w:r>
        <w:rPr>
          <w:rFonts w:ascii="Aptos" w:hAnsi="Aptos" w:eastAsia="Aptos"/>
          <w:b w:val="0"/>
          <w:i w:val="0"/>
        </w:rPr>
        <w:t>Essa sequência evita improviso.</w:t>
      </w:r>
    </w:p>
    <w:p>
      <w:pPr/>
      <w:r>
        <w:rPr>
          <w:rFonts w:ascii="Aptos" w:hAnsi="Aptos" w:eastAsia="Aptos"/>
          <w:b w:val="0"/>
          <w:i w:val="0"/>
        </w:rPr>
        <w:t>O treino deixa de ser escolhido pelo nome e passa a ser desenhado pela função.</w:t>
      </w:r>
    </w:p>
    <w:p>
      <w:pPr/>
      <w:r>
        <w:rPr>
          <w:rFonts w:ascii="Aptos" w:hAnsi="Aptos" w:eastAsia="Aptos"/>
          <w:b w:val="0"/>
          <w:i w:val="0"/>
        </w:rPr>
        <w:t>Tempo Run, Fartlek, intervalados, subidas, rodagem e recuperação são ferramentas. O método decide quando e por que usá-las.</w:t>
      </w:r>
    </w:p>
    <w:p>
      <w:pPr>
        <w:pStyle w:val="Heading2"/>
      </w:pPr>
      <w:r>
        <w:t>12.6 A semana como unidade de adaptação</w:t>
      </w:r>
    </w:p>
    <w:p>
      <w:pPr/>
      <w:r>
        <w:rPr>
          <w:rFonts w:ascii="Aptos" w:hAnsi="Aptos" w:eastAsia="Aptos"/>
          <w:b w:val="0"/>
          <w:i w:val="0"/>
        </w:rPr>
        <w:t>Uma semana eficiente não é formada por sete bons treinos.</w:t>
      </w:r>
    </w:p>
    <w:p>
      <w:pPr/>
      <w:r>
        <w:rPr>
          <w:rFonts w:ascii="Aptos" w:hAnsi="Aptos" w:eastAsia="Aptos"/>
          <w:b w:val="0"/>
          <w:i w:val="0"/>
        </w:rPr>
        <w:t>Ela é formada pela combinação correta de estímulos.</w:t>
      </w:r>
    </w:p>
    <w:p>
      <w:pPr/>
      <w:r>
        <w:rPr>
          <w:rFonts w:ascii="Aptos" w:hAnsi="Aptos" w:eastAsia="Aptos"/>
          <w:b w:val="0"/>
          <w:i w:val="0"/>
        </w:rPr>
        <w:t>A semana precisa organizar carga e recuperação de modo que cada sessão fortaleça a seguinte, ou pelo menos não comprometa sua função.</w:t>
      </w:r>
    </w:p>
    <w:p>
      <w:pPr/>
      <w:r>
        <w:rPr>
          <w:rFonts w:ascii="Aptos" w:hAnsi="Aptos" w:eastAsia="Aptos"/>
          <w:b w:val="0"/>
          <w:i w:val="0"/>
        </w:rPr>
        <w:t>O treinador precisa observar a relação entre os dias.</w:t>
      </w:r>
    </w:p>
    <w:p>
      <w:pPr/>
      <w:r>
        <w:rPr>
          <w:rFonts w:ascii="Aptos" w:hAnsi="Aptos" w:eastAsia="Aptos"/>
          <w:b w:val="0"/>
          <w:i w:val="0"/>
        </w:rPr>
        <w:t>Um treino de subida pode deixar fadiga muscular. Um intervalado pode exigir recuperação neuromuscular. Um Tempo Run pode gerar carga metabólica importante. Uma rodagem leve pode consolidar volume sem aumentar custo excessivo. Uma sessão regenerativa pode preparar o atleta para o próximo estímulo forte.</w:t>
      </w:r>
    </w:p>
    <w:p>
      <w:pPr/>
      <w:r>
        <w:rPr>
          <w:rFonts w:ascii="Aptos" w:hAnsi="Aptos" w:eastAsia="Aptos"/>
          <w:b w:val="0"/>
          <w:i w:val="0"/>
        </w:rPr>
        <w:t>A prescrição semanal exige visão de conjunto.</w:t>
      </w:r>
    </w:p>
    <w:p>
      <w:pPr/>
      <w:r>
        <w:rPr>
          <w:rFonts w:ascii="Aptos" w:hAnsi="Aptos" w:eastAsia="Aptos"/>
          <w:b w:val="0"/>
          <w:i w:val="0"/>
        </w:rPr>
        <w:t>Não basta perguntar o que fazer na terça.</w:t>
      </w:r>
    </w:p>
    <w:p>
      <w:pPr/>
      <w:r>
        <w:rPr>
          <w:rFonts w:ascii="Aptos" w:hAnsi="Aptos" w:eastAsia="Aptos"/>
          <w:b w:val="0"/>
          <w:i w:val="0"/>
        </w:rPr>
        <w:t>É preciso entender como a terça conversa com segunda, quarta, sábado e domingo.</w:t>
      </w:r>
    </w:p>
    <w:p>
      <w:pPr/>
      <w:r>
        <w:rPr>
          <w:rFonts w:ascii="Aptos" w:hAnsi="Aptos" w:eastAsia="Aptos"/>
          <w:b w:val="0"/>
          <w:i w:val="0"/>
        </w:rPr>
        <w:t>Quando a semana funciona como unidade de adaptação, a planilha ganha coerência.</w:t>
      </w:r>
    </w:p>
    <w:p>
      <w:pPr/>
      <w:r>
        <w:rPr>
          <w:rFonts w:ascii="Aptos" w:hAnsi="Aptos" w:eastAsia="Aptos"/>
          <w:b w:val="0"/>
          <w:i w:val="0"/>
        </w:rPr>
        <w:t>Quando cada dia é pensado isoladamente, o atleta fica à mercê de sobreposições ruins.</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prescrição se apoia no princípio da especificidade e na relação dose-resposta. O corpo se adapta ao tipo de estímulo que recebe, mas a magnitude dessa adaptação depende da dose, da frequência, da intensidade, da recuperação e da condição atual do atleta.</w:t>
            </w:r>
          </w:p>
          <w:p>
            <w:pPr/>
            <w:r>
              <w:rPr>
                <w:rFonts w:ascii="Aptos" w:hAnsi="Aptos" w:eastAsia="Aptos"/>
                <w:b w:val="0"/>
                <w:i w:val="0"/>
              </w:rPr>
              <w:t>Uma carga insuficiente pode não gerar adaptação relevante. Uma carga excessiva pode produzir fadiga, reduzir qualidade e aumentar risco. Entre esses extremos está a dose eficaz: o estímulo necessário para provocar resposta positiva sem desperdiçar recuperação.</w:t>
            </w:r>
          </w:p>
          <w:p>
            <w:pPr/>
            <w:r>
              <w:rPr>
                <w:rFonts w:ascii="Aptos" w:hAnsi="Aptos" w:eastAsia="Aptos"/>
                <w:b w:val="0"/>
                <w:i w:val="0"/>
              </w:rPr>
              <w:t>O Método TriLife Running aplica essa lógica ao transformar cada sessão em uma decisão técnica. A pergunta não é apenas “qual treino parece bom?”, mas “qual estímulo este atleta precisa agora?”.</w:t>
            </w:r>
          </w:p>
          <w:p>
            <w:pPr/>
            <w:r>
              <w:rPr>
                <w:rFonts w:ascii="Aptos" w:hAnsi="Aptos" w:eastAsia="Aptos"/>
                <w:b w:val="0"/>
                <w:i w:val="0"/>
              </w:rPr>
              <w:t>A ciência organiza princípios.</w:t>
            </w:r>
          </w:p>
          <w:p>
            <w:pPr/>
            <w:r>
              <w:rPr>
                <w:rFonts w:ascii="Aptos" w:hAnsi="Aptos" w:eastAsia="Aptos"/>
                <w:b w:val="0"/>
                <w:i w:val="0"/>
              </w:rPr>
              <w:t>A prescrição transforma esses princípios em treino executável.</w:t>
            </w:r>
          </w:p>
        </w:tc>
      </w:tr>
    </w:tbl>
    <w:p/>
    <w:p>
      <w:pPr>
        <w:pStyle w:val="Heading2"/>
      </w:pPr>
      <w:r>
        <w:t>12.7 O treinador prescreve o treino e interpreta a resposta</w:t>
      </w:r>
    </w:p>
    <w:p>
      <w:pPr/>
      <w:r>
        <w:rPr>
          <w:rFonts w:ascii="Aptos" w:hAnsi="Aptos" w:eastAsia="Aptos"/>
          <w:b w:val="0"/>
          <w:i w:val="0"/>
        </w:rPr>
        <w:t>A prescrição não termina quando o treino é lançado na planilha.</w:t>
      </w:r>
    </w:p>
    <w:p>
      <w:pPr/>
      <w:r>
        <w:rPr>
          <w:rFonts w:ascii="Aptos" w:hAnsi="Aptos" w:eastAsia="Aptos"/>
          <w:b w:val="0"/>
          <w:i w:val="0"/>
        </w:rPr>
        <w:t>Ela se completa quando o treinador interpreta a resposta do atleta.</w:t>
      </w:r>
    </w:p>
    <w:p>
      <w:pPr/>
      <w:r>
        <w:rPr>
          <w:rFonts w:ascii="Aptos" w:hAnsi="Aptos" w:eastAsia="Aptos"/>
          <w:b w:val="0"/>
          <w:i w:val="0"/>
        </w:rPr>
        <w:t>Depois da execução, novas perguntas aparecem:</w:t>
      </w:r>
    </w:p>
    <w:p>
      <w:pPr>
        <w:pStyle w:val="ListBullet"/>
      </w:pPr>
      <w:r>
        <w:rPr>
          <w:rFonts w:ascii="Aptos" w:hAnsi="Aptos" w:eastAsia="Aptos"/>
          <w:b w:val="0"/>
          <w:i w:val="0"/>
        </w:rPr>
        <w:t>o atleta cumpriu a proposta?</w:t>
      </w:r>
    </w:p>
    <w:p>
      <w:pPr>
        <w:pStyle w:val="ListBullet"/>
      </w:pPr>
      <w:r>
        <w:rPr>
          <w:rFonts w:ascii="Aptos" w:hAnsi="Aptos" w:eastAsia="Aptos"/>
          <w:b w:val="0"/>
          <w:i w:val="0"/>
        </w:rPr>
        <w:t>a zona foi respeitada?</w:t>
      </w:r>
    </w:p>
    <w:p>
      <w:pPr>
        <w:pStyle w:val="ListBullet"/>
      </w:pPr>
      <w:r>
        <w:rPr>
          <w:rFonts w:ascii="Aptos" w:hAnsi="Aptos" w:eastAsia="Aptos"/>
          <w:b w:val="0"/>
          <w:i w:val="0"/>
        </w:rPr>
        <w:t>a frequência cardíaca foi coerente?</w:t>
      </w:r>
    </w:p>
    <w:p>
      <w:pPr>
        <w:pStyle w:val="ListBullet"/>
      </w:pPr>
      <w:r>
        <w:rPr>
          <w:rFonts w:ascii="Aptos" w:hAnsi="Aptos" w:eastAsia="Aptos"/>
          <w:b w:val="0"/>
          <w:i w:val="0"/>
        </w:rPr>
        <w:t>a percepção de esforço bateu com a intenção?</w:t>
      </w:r>
    </w:p>
    <w:p>
      <w:pPr>
        <w:pStyle w:val="ListBullet"/>
      </w:pPr>
      <w:r>
        <w:rPr>
          <w:rFonts w:ascii="Aptos" w:hAnsi="Aptos" w:eastAsia="Aptos"/>
          <w:b w:val="0"/>
          <w:i w:val="0"/>
        </w:rPr>
        <w:t>houve fadiga acima do esperado?</w:t>
      </w:r>
    </w:p>
    <w:p>
      <w:pPr>
        <w:pStyle w:val="ListBullet"/>
      </w:pPr>
      <w:r>
        <w:rPr>
          <w:rFonts w:ascii="Aptos" w:hAnsi="Aptos" w:eastAsia="Aptos"/>
          <w:b w:val="0"/>
          <w:i w:val="0"/>
        </w:rPr>
        <w:t>a técnica se manteve?</w:t>
      </w:r>
    </w:p>
    <w:p>
      <w:pPr>
        <w:pStyle w:val="ListBullet"/>
      </w:pPr>
      <w:r>
        <w:rPr>
          <w:rFonts w:ascii="Aptos" w:hAnsi="Aptos" w:eastAsia="Aptos"/>
          <w:b w:val="0"/>
          <w:i w:val="0"/>
        </w:rPr>
        <w:t>a recuperação posterior foi adequada?</w:t>
      </w:r>
    </w:p>
    <w:p>
      <w:pPr>
        <w:pStyle w:val="ListBullet"/>
      </w:pPr>
      <w:r>
        <w:rPr>
          <w:rFonts w:ascii="Aptos" w:hAnsi="Aptos" w:eastAsia="Aptos"/>
          <w:b w:val="0"/>
          <w:i w:val="0"/>
        </w:rPr>
        <w:t>o treino preparou ou prejudicou a sequência?</w:t>
      </w:r>
    </w:p>
    <w:p>
      <w:pPr>
        <w:pStyle w:val="ListBullet"/>
      </w:pPr>
      <w:r>
        <w:rPr>
          <w:rFonts w:ascii="Aptos" w:hAnsi="Aptos" w:eastAsia="Aptos"/>
          <w:b w:val="0"/>
          <w:i w:val="0"/>
        </w:rPr>
        <w:t>os comentários confirmam os dados?</w:t>
      </w:r>
    </w:p>
    <w:p>
      <w:pPr/>
      <w:r>
        <w:rPr>
          <w:rFonts w:ascii="Aptos" w:hAnsi="Aptos" w:eastAsia="Aptos"/>
          <w:b w:val="0"/>
          <w:i w:val="0"/>
        </w:rPr>
        <w:t>Essa leitura transforma uma sessão executada em informação para a próxima decisão.</w:t>
      </w:r>
    </w:p>
    <w:p>
      <w:pPr/>
      <w:r>
        <w:rPr>
          <w:rFonts w:ascii="Aptos" w:hAnsi="Aptos" w:eastAsia="Aptos"/>
          <w:b w:val="0"/>
          <w:i w:val="0"/>
        </w:rPr>
        <w:t>Sem interpretação, a planilha vira repetição automática.</w:t>
      </w:r>
    </w:p>
    <w:p>
      <w:pPr/>
      <w:r>
        <w:rPr>
          <w:rFonts w:ascii="Aptos" w:hAnsi="Aptos" w:eastAsia="Aptos"/>
          <w:b w:val="0"/>
          <w:i w:val="0"/>
        </w:rPr>
        <w:t>Com leitura, cada treino ajuda a refinar o processo.</w:t>
      </w:r>
    </w:p>
    <w:p>
      <w:pPr/>
      <w:r>
        <w:rPr>
          <w:rFonts w:ascii="Aptos" w:hAnsi="Aptos" w:eastAsia="Aptos"/>
          <w:b w:val="0"/>
          <w:i w:val="0"/>
        </w:rPr>
        <w:t>O Método TriLife Running entende que a resposta do atleta é parte da prescrição futura.</w:t>
      </w:r>
    </w:p>
    <w:p>
      <w:pPr/>
      <w:r>
        <w:rPr>
          <w:rFonts w:ascii="Aptos" w:hAnsi="Aptos" w:eastAsia="Aptos"/>
          <w:b w:val="0"/>
          <w:i w:val="0"/>
        </w:rPr>
        <w:t>O atleta executa.</w:t>
      </w:r>
    </w:p>
    <w:p>
      <w:pPr/>
      <w:r>
        <w:rPr>
          <w:rFonts w:ascii="Aptos" w:hAnsi="Aptos" w:eastAsia="Aptos"/>
          <w:b w:val="0"/>
          <w:i w:val="0"/>
        </w:rPr>
        <w:t>O corpo responde.</w:t>
      </w:r>
    </w:p>
    <w:p>
      <w:pPr/>
      <w:r>
        <w:rPr>
          <w:rFonts w:ascii="Aptos" w:hAnsi="Aptos" w:eastAsia="Aptos"/>
          <w:b w:val="0"/>
          <w:i w:val="0"/>
        </w:rPr>
        <w:t>O treinador interpreta.</w:t>
      </w:r>
    </w:p>
    <w:p>
      <w:pPr/>
      <w:r>
        <w:rPr>
          <w:rFonts w:ascii="Aptos" w:hAnsi="Aptos" w:eastAsia="Aptos"/>
          <w:b w:val="0"/>
          <w:i w:val="0"/>
        </w:rPr>
        <w:t>A metodologia ajusta.</w:t>
      </w:r>
    </w:p>
    <w:p>
      <w:pPr>
        <w:pStyle w:val="Heading2"/>
      </w:pPr>
      <w:r>
        <w:t>12.8 Quando não prescrever também é decisão</w:t>
      </w:r>
    </w:p>
    <w:p>
      <w:pPr/>
      <w:r>
        <w:rPr>
          <w:rFonts w:ascii="Aptos" w:hAnsi="Aptos" w:eastAsia="Aptos"/>
          <w:b w:val="0"/>
          <w:i w:val="0"/>
        </w:rPr>
        <w:t>Nem toda evolução exige adicionar algo.</w:t>
      </w:r>
    </w:p>
    <w:p>
      <w:pPr/>
      <w:r>
        <w:rPr>
          <w:rFonts w:ascii="Aptos" w:hAnsi="Aptos" w:eastAsia="Aptos"/>
          <w:b w:val="0"/>
          <w:i w:val="0"/>
        </w:rPr>
        <w:t>Às vezes, a melhor decisão é retirar.</w:t>
      </w:r>
    </w:p>
    <w:p>
      <w:pPr/>
      <w:r>
        <w:rPr>
          <w:rFonts w:ascii="Aptos" w:hAnsi="Aptos" w:eastAsia="Aptos"/>
          <w:b w:val="0"/>
          <w:i w:val="0"/>
        </w:rPr>
        <w:t>Retirar volume.</w:t>
      </w:r>
    </w:p>
    <w:p>
      <w:pPr/>
      <w:r>
        <w:rPr>
          <w:rFonts w:ascii="Aptos" w:hAnsi="Aptos" w:eastAsia="Aptos"/>
          <w:b w:val="0"/>
          <w:i w:val="0"/>
        </w:rPr>
        <w:t>Retirar intensidade.</w:t>
      </w:r>
    </w:p>
    <w:p>
      <w:pPr/>
      <w:r>
        <w:rPr>
          <w:rFonts w:ascii="Aptos" w:hAnsi="Aptos" w:eastAsia="Aptos"/>
          <w:b w:val="0"/>
          <w:i w:val="0"/>
        </w:rPr>
        <w:t>Retirar complexidade.</w:t>
      </w:r>
    </w:p>
    <w:p>
      <w:pPr/>
      <w:r>
        <w:rPr>
          <w:rFonts w:ascii="Aptos" w:hAnsi="Aptos" w:eastAsia="Aptos"/>
          <w:b w:val="0"/>
          <w:i w:val="0"/>
        </w:rPr>
        <w:t>Retirar um treino forte.</w:t>
      </w:r>
    </w:p>
    <w:p>
      <w:pPr/>
      <w:r>
        <w:rPr>
          <w:rFonts w:ascii="Aptos" w:hAnsi="Aptos" w:eastAsia="Aptos"/>
          <w:b w:val="0"/>
          <w:i w:val="0"/>
        </w:rPr>
        <w:t>Retirar a pressão de um teste.</w:t>
      </w:r>
    </w:p>
    <w:p>
      <w:pPr/>
      <w:r>
        <w:rPr>
          <w:rFonts w:ascii="Aptos" w:hAnsi="Aptos" w:eastAsia="Aptos"/>
          <w:b w:val="0"/>
          <w:i w:val="0"/>
        </w:rPr>
        <w:t>Retirar uma sessão quando o corpo já sinalizou fadiga.</w:t>
      </w:r>
    </w:p>
    <w:p>
      <w:pPr/>
      <w:r>
        <w:rPr>
          <w:rFonts w:ascii="Aptos" w:hAnsi="Aptos" w:eastAsia="Aptos"/>
          <w:b w:val="0"/>
          <w:i w:val="0"/>
        </w:rPr>
        <w:t>Esse tipo de decisão exige segurança técnica.</w:t>
      </w:r>
    </w:p>
    <w:p>
      <w:pPr/>
      <w:r>
        <w:rPr>
          <w:rFonts w:ascii="Aptos" w:hAnsi="Aptos" w:eastAsia="Aptos"/>
          <w:b w:val="0"/>
          <w:i w:val="0"/>
        </w:rPr>
        <w:t>Muitos treinadores têm facilidade para adicionar carga, mas dificuldade para proteger o atleta. A metodologia TriLife não confunde mais treino com melhor treino.</w:t>
      </w:r>
    </w:p>
    <w:p>
      <w:pPr/>
      <w:r>
        <w:rPr>
          <w:rFonts w:ascii="Aptos" w:hAnsi="Aptos" w:eastAsia="Aptos"/>
          <w:b w:val="0"/>
          <w:i w:val="0"/>
        </w:rPr>
        <w:t>Se o atleta não está assimilando, insistir pode gerar queda de qualidade. Se existe dor persistente, empurrar a planilha pode transformar desconforto em lesão. Se a rotina ficou temporariamente incompatível com a carga, o ajuste preserva o ciclo.</w:t>
      </w:r>
    </w:p>
    <w:p>
      <w:pPr/>
      <w:r>
        <w:rPr>
          <w:rFonts w:ascii="Aptos" w:hAnsi="Aptos" w:eastAsia="Aptos"/>
          <w:b w:val="0"/>
          <w:i w:val="0"/>
        </w:rPr>
        <w:t>Não prescrever, reduzir ou simplificar também pode ser uma decisão de alta qualidade.</w:t>
      </w:r>
    </w:p>
    <w:p>
      <w:pPr/>
      <w:r>
        <w:rPr>
          <w:rFonts w:ascii="Aptos" w:hAnsi="Aptos" w:eastAsia="Aptos"/>
          <w:b w:val="0"/>
          <w:i w:val="0"/>
        </w:rPr>
        <w:t>Prescrever é escolher estímulos.</w:t>
      </w:r>
    </w:p>
    <w:p>
      <w:pPr/>
      <w:r>
        <w:rPr>
          <w:rFonts w:ascii="Aptos" w:hAnsi="Aptos" w:eastAsia="Aptos"/>
          <w:b w:val="0"/>
          <w:i w:val="0"/>
        </w:rPr>
        <w:t>Também é saber quando não estimular.</w:t>
      </w:r>
    </w:p>
    <w:p>
      <w:pPr>
        <w:pStyle w:val="Heading2"/>
      </w:pPr>
      <w:r>
        <w:t>12.9 Prescrever com clareza para o atleta</w:t>
      </w:r>
    </w:p>
    <w:p>
      <w:pPr/>
      <w:r>
        <w:rPr>
          <w:rFonts w:ascii="Aptos" w:hAnsi="Aptos" w:eastAsia="Aptos"/>
          <w:b w:val="0"/>
          <w:i w:val="0"/>
        </w:rPr>
        <w:t>Um treino bem pensado precisa ser compreendido.</w:t>
      </w:r>
    </w:p>
    <w:p>
      <w:pPr/>
      <w:r>
        <w:rPr>
          <w:rFonts w:ascii="Aptos" w:hAnsi="Aptos" w:eastAsia="Aptos"/>
          <w:b w:val="0"/>
          <w:i w:val="0"/>
        </w:rPr>
        <w:t>Se a sessão é tecnicamente correta, mas o atleta não entende como executar, a prescrição falha na prática.</w:t>
      </w:r>
    </w:p>
    <w:p>
      <w:pPr/>
      <w:r>
        <w:rPr>
          <w:rFonts w:ascii="Aptos" w:hAnsi="Aptos" w:eastAsia="Aptos"/>
          <w:b w:val="0"/>
          <w:i w:val="0"/>
        </w:rPr>
        <w:t>Por isso, o Método TriLife valoriza clareza operacional.</w:t>
      </w:r>
    </w:p>
    <w:p>
      <w:pPr/>
      <w:r>
        <w:rPr>
          <w:rFonts w:ascii="Aptos" w:hAnsi="Aptos" w:eastAsia="Aptos"/>
          <w:b w:val="0"/>
          <w:i w:val="0"/>
        </w:rPr>
        <w:t>O atleta precisa entender:</w:t>
      </w:r>
    </w:p>
    <w:p>
      <w:pPr>
        <w:pStyle w:val="ListBullet"/>
      </w:pPr>
      <w:r>
        <w:rPr>
          <w:rFonts w:ascii="Aptos" w:hAnsi="Aptos" w:eastAsia="Aptos"/>
          <w:b w:val="0"/>
          <w:i w:val="0"/>
        </w:rPr>
        <w:t>o objetivo do treino;</w:t>
      </w:r>
    </w:p>
    <w:p>
      <w:pPr>
        <w:pStyle w:val="ListBullet"/>
      </w:pPr>
      <w:r>
        <w:rPr>
          <w:rFonts w:ascii="Aptos" w:hAnsi="Aptos" w:eastAsia="Aptos"/>
          <w:b w:val="0"/>
          <w:i w:val="0"/>
        </w:rPr>
        <w:t>a zona PZI;</w:t>
      </w:r>
    </w:p>
    <w:p>
      <w:pPr>
        <w:pStyle w:val="ListBullet"/>
      </w:pPr>
      <w:r>
        <w:rPr>
          <w:rFonts w:ascii="Aptos" w:hAnsi="Aptos" w:eastAsia="Aptos"/>
          <w:b w:val="0"/>
          <w:i w:val="0"/>
        </w:rPr>
        <w:t>a sensação esperada;</w:t>
      </w:r>
    </w:p>
    <w:p>
      <w:pPr>
        <w:pStyle w:val="ListBullet"/>
      </w:pPr>
      <w:r>
        <w:rPr>
          <w:rFonts w:ascii="Aptos" w:hAnsi="Aptos" w:eastAsia="Aptos"/>
          <w:b w:val="0"/>
          <w:i w:val="0"/>
        </w:rPr>
        <w:t>o papel do aquecimento;</w:t>
      </w:r>
    </w:p>
    <w:p>
      <w:pPr>
        <w:pStyle w:val="ListBullet"/>
      </w:pPr>
      <w:r>
        <w:rPr>
          <w:rFonts w:ascii="Aptos" w:hAnsi="Aptos" w:eastAsia="Aptos"/>
          <w:b w:val="0"/>
          <w:i w:val="0"/>
        </w:rPr>
        <w:t>quando acelerar;</w:t>
      </w:r>
    </w:p>
    <w:p>
      <w:pPr>
        <w:pStyle w:val="ListBullet"/>
      </w:pPr>
      <w:r>
        <w:rPr>
          <w:rFonts w:ascii="Aptos" w:hAnsi="Aptos" w:eastAsia="Aptos"/>
          <w:b w:val="0"/>
          <w:i w:val="0"/>
        </w:rPr>
        <w:t>quando controlar;</w:t>
      </w:r>
    </w:p>
    <w:p>
      <w:pPr>
        <w:pStyle w:val="ListBullet"/>
      </w:pPr>
      <w:r>
        <w:rPr>
          <w:rFonts w:ascii="Aptos" w:hAnsi="Aptos" w:eastAsia="Aptos"/>
          <w:b w:val="0"/>
          <w:i w:val="0"/>
        </w:rPr>
        <w:t>como recuperar;</w:t>
      </w:r>
    </w:p>
    <w:p>
      <w:pPr>
        <w:pStyle w:val="ListBullet"/>
      </w:pPr>
      <w:r>
        <w:rPr>
          <w:rFonts w:ascii="Aptos" w:hAnsi="Aptos" w:eastAsia="Aptos"/>
          <w:b w:val="0"/>
          <w:i w:val="0"/>
        </w:rPr>
        <w:t>o que não deve fazer;</w:t>
      </w:r>
    </w:p>
    <w:p>
      <w:pPr>
        <w:pStyle w:val="ListBullet"/>
      </w:pPr>
      <w:r>
        <w:rPr>
          <w:rFonts w:ascii="Aptos" w:hAnsi="Aptos" w:eastAsia="Aptos"/>
          <w:b w:val="0"/>
          <w:i w:val="0"/>
        </w:rPr>
        <w:t>qual critério define boa execução.</w:t>
      </w:r>
    </w:p>
    <w:p>
      <w:pPr/>
      <w:r>
        <w:rPr>
          <w:rFonts w:ascii="Aptos" w:hAnsi="Aptos" w:eastAsia="Aptos"/>
          <w:b w:val="0"/>
          <w:i w:val="0"/>
        </w:rPr>
        <w:t>Linguagem simples não reduz sofisticação.</w:t>
      </w:r>
    </w:p>
    <w:p>
      <w:pPr/>
      <w:r>
        <w:rPr>
          <w:rFonts w:ascii="Aptos" w:hAnsi="Aptos" w:eastAsia="Aptos"/>
          <w:b w:val="0"/>
          <w:i w:val="0"/>
        </w:rPr>
        <w:t>Aumenta execução.</w:t>
      </w:r>
    </w:p>
    <w:p>
      <w:pPr/>
      <w:r>
        <w:rPr>
          <w:rFonts w:ascii="Aptos" w:hAnsi="Aptos" w:eastAsia="Aptos"/>
          <w:b w:val="0"/>
          <w:i w:val="0"/>
        </w:rPr>
        <w:t>O treinador domina a complexidade para entregar clareza ao atleta.</w:t>
      </w:r>
    </w:p>
    <w:p>
      <w:pPr/>
      <w:r>
        <w:rPr>
          <w:rFonts w:ascii="Aptos" w:hAnsi="Aptos" w:eastAsia="Aptos"/>
          <w:b w:val="0"/>
          <w:i w:val="0"/>
        </w:rPr>
        <w:t>Quando a comunicação é boa, o corredor erra menos, comenta melhor e fornece dados mais úteis.</w:t>
      </w:r>
    </w:p>
    <w:p>
      <w:pPr/>
      <w:r>
        <w:rPr>
          <w:rFonts w:ascii="Aptos" w:hAnsi="Aptos" w:eastAsia="Aptos"/>
          <w:b w:val="0"/>
          <w:i w:val="0"/>
        </w:rPr>
        <w:t>A prescrição fica mais forte porque a execução melhora.</w:t>
      </w:r>
    </w:p>
    <w:p>
      <w:pPr>
        <w:pStyle w:val="Heading2"/>
      </w:pPr>
      <w:r>
        <w:t>12.10 Prescrever para diferentes objetivos</w:t>
      </w:r>
    </w:p>
    <w:p>
      <w:pPr/>
      <w:r>
        <w:rPr>
          <w:rFonts w:ascii="Aptos" w:hAnsi="Aptos" w:eastAsia="Aptos"/>
          <w:b w:val="0"/>
          <w:i w:val="0"/>
        </w:rPr>
        <w:t>A arte de prescrever exige entender que o mesmo princípio pode gerar aplicações diferentes.</w:t>
      </w:r>
    </w:p>
    <w:p>
      <w:pPr/>
      <w:r>
        <w:rPr>
          <w:rFonts w:ascii="Aptos" w:hAnsi="Aptos" w:eastAsia="Aptos"/>
          <w:b w:val="0"/>
          <w:i w:val="0"/>
        </w:rPr>
        <w:t>A metodologia permanece, mas a sessão muda conforme o objetivo, a fase do ciclo e a resposta do atleta.</w:t>
      </w:r>
    </w:p>
    <w:p>
      <w:pPr/>
      <w:r>
        <w:rPr>
          <w:rFonts w:ascii="Aptos" w:hAnsi="Aptos" w:eastAsia="Aptos"/>
          <w:b w:val="0"/>
          <w:i w:val="0"/>
        </w:rPr>
        <w:t>Um treino pode ter a mesma família de intensidade e cumprir funções distintas em atletas diferentes. Pode desenvolver controle, resistência específica, economia, potência ou recuperação, dependendo de onde está posicionado na periodização.</w:t>
      </w:r>
    </w:p>
    <w:p>
      <w:pPr/>
      <w:r>
        <w:rPr>
          <w:rFonts w:ascii="Aptos" w:hAnsi="Aptos" w:eastAsia="Aptos"/>
          <w:b w:val="0"/>
          <w:i w:val="0"/>
        </w:rPr>
        <w:t>O treinador não prescreve apenas a ferramenta.</w:t>
      </w:r>
    </w:p>
    <w:p>
      <w:pPr/>
      <w:r>
        <w:rPr>
          <w:rFonts w:ascii="Aptos" w:hAnsi="Aptos" w:eastAsia="Aptos"/>
          <w:b w:val="0"/>
          <w:i w:val="0"/>
        </w:rPr>
        <w:t>Prescreve a intenção da ferramenta.</w:t>
      </w:r>
    </w:p>
    <w:p>
      <w:pPr/>
      <w:r>
        <w:rPr>
          <w:rFonts w:ascii="Aptos" w:hAnsi="Aptos" w:eastAsia="Aptos"/>
          <w:b w:val="0"/>
          <w:i w:val="0"/>
        </w:rPr>
        <w:t>É isso que diferencia método de planilha pronta.</w:t>
      </w:r>
    </w:p>
    <w:p>
      <w:pPr/>
      <w:r>
        <w:rPr>
          <w:rFonts w:ascii="Aptos" w:hAnsi="Aptos" w:eastAsia="Aptos"/>
          <w:b w:val="0"/>
          <w:i w:val="0"/>
        </w:rPr>
        <w:t>A planilha pronta entrega sessões.</w:t>
      </w:r>
    </w:p>
    <w:p>
      <w:pPr/>
      <w:r>
        <w:rPr>
          <w:rFonts w:ascii="Aptos" w:hAnsi="Aptos" w:eastAsia="Aptos"/>
          <w:b w:val="0"/>
          <w:i w:val="0"/>
        </w:rPr>
        <w:t>A metodologia entrega raciocínio.</w:t>
      </w:r>
    </w:p>
    <w:p>
      <w:pPr>
        <w:pStyle w:val="Heading2"/>
      </w:pPr>
      <w:r>
        <w:t>Conclusão</w:t>
      </w:r>
    </w:p>
    <w:p>
      <w:pPr/>
      <w:r>
        <w:rPr>
          <w:rFonts w:ascii="Aptos" w:hAnsi="Aptos" w:eastAsia="Aptos"/>
          <w:b w:val="0"/>
          <w:i w:val="0"/>
        </w:rPr>
        <w:t>Prescrever é muito mais do que preencher uma planilha.</w:t>
      </w:r>
    </w:p>
    <w:p>
      <w:pPr/>
      <w:r>
        <w:rPr>
          <w:rFonts w:ascii="Aptos" w:hAnsi="Aptos" w:eastAsia="Aptos"/>
          <w:b w:val="0"/>
          <w:i w:val="0"/>
        </w:rPr>
        <w:t>É compreender o atleta, selecionar ferramentas adequadas, distribuir intensidade, organizar recuperação e construir uma sequência lógica de adaptações.</w:t>
      </w:r>
    </w:p>
    <w:p>
      <w:pPr/>
      <w:r>
        <w:rPr>
          <w:rFonts w:ascii="Aptos" w:hAnsi="Aptos" w:eastAsia="Aptos"/>
          <w:b w:val="0"/>
          <w:i w:val="0"/>
        </w:rPr>
        <w:t>No Método TriLife Running, cada treino representa uma decisão técnica. Cada semana representa uma estratégia. Cada ciclo representa uma construção planejada em direção ao objetivo final.</w:t>
      </w:r>
    </w:p>
    <w:p>
      <w:pPr/>
      <w:r>
        <w:rPr>
          <w:rFonts w:ascii="Aptos" w:hAnsi="Aptos" w:eastAsia="Aptos"/>
          <w:b w:val="0"/>
          <w:i w:val="0"/>
        </w:rPr>
        <w:t>A arte de prescrever está em transformar ciência, experiência prática e leitura individual em sessões que o atleta consiga executar com clareza, propósito e consistência.</w:t>
      </w:r>
    </w:p>
    <w:p>
      <w:pPr/>
      <w:r>
        <w:rPr>
          <w:rFonts w:ascii="Aptos" w:hAnsi="Aptos" w:eastAsia="Aptos"/>
          <w:b w:val="0"/>
          <w:i w:val="0"/>
        </w:rPr>
        <w:t>Quando isso acontece, a planilha deixa de ser lista de treinos e passa a ser expressão prática do método.</w:t>
      </w:r>
    </w:p>
    <w:p>
      <w:pPr>
        <w:pStyle w:val="Heading2"/>
      </w:pPr>
      <w:r>
        <w:t>Princípios Fundamentais do Método TriLife Running</w:t>
      </w:r>
    </w:p>
    <w:p>
      <w:pPr>
        <w:pStyle w:val="TriLifeQuote"/>
      </w:pPr>
      <w:r>
        <w:rPr>
          <w:rFonts w:ascii="Aptos" w:hAnsi="Aptos" w:eastAsia="Aptos"/>
          <w:b w:val="0"/>
          <w:i/>
        </w:rPr>
        <w:t>Princípio Fundamental nº 45</w:t>
      </w:r>
    </w:p>
    <w:p>
      <w:pPr/>
      <w:r>
        <w:rPr>
          <w:rFonts w:ascii="Aptos" w:hAnsi="Aptos" w:eastAsia="Aptos"/>
          <w:b w:val="0"/>
          <w:i w:val="0"/>
        </w:rPr>
        <w:t>Prescrever é organizar adaptações, não apenas escolher treinos.</w:t>
      </w:r>
    </w:p>
    <w:p>
      <w:pPr>
        <w:pStyle w:val="TriLifeQuote"/>
      </w:pPr>
      <w:r>
        <w:rPr>
          <w:rFonts w:ascii="Aptos" w:hAnsi="Aptos" w:eastAsia="Aptos"/>
          <w:b w:val="0"/>
          <w:i/>
        </w:rPr>
        <w:t>Princípio Fundamental nº 46</w:t>
      </w:r>
    </w:p>
    <w:p>
      <w:pPr/>
      <w:r>
        <w:rPr>
          <w:rFonts w:ascii="Aptos" w:hAnsi="Aptos" w:eastAsia="Aptos"/>
          <w:b w:val="0"/>
          <w:i w:val="0"/>
        </w:rPr>
        <w:t>Todo treino precisa responder por que existe.</w:t>
      </w:r>
    </w:p>
    <w:p>
      <w:pPr>
        <w:pStyle w:val="TriLifeQuote"/>
      </w:pPr>
      <w:r>
        <w:rPr>
          <w:rFonts w:ascii="Aptos" w:hAnsi="Aptos" w:eastAsia="Aptos"/>
          <w:b w:val="0"/>
          <w:i/>
        </w:rPr>
        <w:t>Princípio Fundamental nº 47</w:t>
      </w:r>
    </w:p>
    <w:p>
      <w:pPr/>
      <w:r>
        <w:rPr>
          <w:rFonts w:ascii="Aptos" w:hAnsi="Aptos" w:eastAsia="Aptos"/>
          <w:b w:val="0"/>
          <w:i w:val="0"/>
        </w:rPr>
        <w:t>A menor dose eficaz produz adaptação com menos desperdício.</w:t>
      </w:r>
    </w:p>
    <w:p>
      <w:pPr>
        <w:pStyle w:val="TriLifeQuote"/>
      </w:pPr>
      <w:r>
        <w:rPr>
          <w:rFonts w:ascii="Aptos" w:hAnsi="Aptos" w:eastAsia="Aptos"/>
          <w:b w:val="0"/>
          <w:i/>
        </w:rPr>
        <w:t>Princípio Fundamental nº 48</w:t>
      </w:r>
    </w:p>
    <w:p>
      <w:pPr/>
      <w:r>
        <w:rPr>
          <w:rFonts w:ascii="Aptos" w:hAnsi="Aptos" w:eastAsia="Aptos"/>
          <w:b w:val="0"/>
          <w:i w:val="0"/>
        </w:rPr>
        <w:t>A prescrição só se completa quando o treinador interpreta a resposta do atleta.</w:t>
      </w:r>
    </w:p>
    <w:p>
      <w:r>
        <w:br w:type="page"/>
      </w:r>
    </w:p>
    <w:p>
      <w:pPr>
        <w:pStyle w:val="Heading1"/>
        <w:jc w:val="center"/>
      </w:pPr>
      <w:r>
        <w:t>CAPÍTULO 13</w:t>
      </w:r>
    </w:p>
    <w:p>
      <w:pPr>
        <w:pStyle w:val="Heading1"/>
        <w:jc w:val="center"/>
      </w:pPr>
      <w:r>
        <w:t>AQUECIMENTO INTELIGENTE: PREPARANDO O CORPO PARA PRODUZIR MOVIMENTO</w:t>
      </w:r>
    </w:p>
    <w:p>
      <w:pPr>
        <w:pStyle w:val="TriLifeQuote"/>
      </w:pPr>
      <w:r>
        <w:rPr>
          <w:rFonts w:ascii="Aptos" w:hAnsi="Aptos" w:eastAsia="Aptos"/>
          <w:b w:val="0"/>
          <w:i/>
        </w:rPr>
        <w:t>“Treinos Inteligentes começam antes da primeira passada.”</w:t>
      </w:r>
    </w:p>
    <w:p>
      <w:pPr>
        <w:pStyle w:val="Heading2"/>
      </w:pPr>
      <w:r>
        <w:t>13.1 O aquecimento dentro do Método TriLife</w:t>
      </w:r>
    </w:p>
    <w:p>
      <w:pPr/>
      <w:r>
        <w:rPr>
          <w:rFonts w:ascii="Aptos" w:hAnsi="Aptos" w:eastAsia="Aptos"/>
          <w:b w:val="0"/>
          <w:i w:val="0"/>
        </w:rPr>
        <w:t>No Método TriLife Running, o aquecimento não representa apenas alguns minutos de trote antes da parte principal.</w:t>
      </w:r>
    </w:p>
    <w:p>
      <w:pPr/>
      <w:r>
        <w:rPr>
          <w:rFonts w:ascii="Aptos" w:hAnsi="Aptos" w:eastAsia="Aptos"/>
          <w:b w:val="0"/>
          <w:i w:val="0"/>
        </w:rPr>
        <w:t>Ele é a primeira etapa do treinamento.</w:t>
      </w:r>
    </w:p>
    <w:p>
      <w:pPr/>
      <w:r>
        <w:rPr>
          <w:rFonts w:ascii="Aptos" w:hAnsi="Aptos" w:eastAsia="Aptos"/>
          <w:b w:val="0"/>
          <w:i w:val="0"/>
        </w:rPr>
        <w:t>É nesse momento que o corpo deixa o estado de repouso e começa a construir as condições necessárias para executar a sessão com qualidade.</w:t>
      </w:r>
    </w:p>
    <w:p>
      <w:pPr/>
      <w:r>
        <w:rPr>
          <w:rFonts w:ascii="Aptos" w:hAnsi="Aptos" w:eastAsia="Aptos"/>
          <w:b w:val="0"/>
          <w:i w:val="0"/>
        </w:rPr>
        <w:t>Aquecer não significa apenas elevar a frequência cardíaca. Significa preparar o sistema cardiovascular, o sistema neuromuscular, a biomecânica, a mobilidade e a concentração do atleta para produzir movimento eficiente.</w:t>
      </w:r>
    </w:p>
    <w:p>
      <w:pPr/>
      <w:r>
        <w:rPr>
          <w:rFonts w:ascii="Aptos" w:hAnsi="Aptos" w:eastAsia="Aptos"/>
          <w:b w:val="0"/>
          <w:i w:val="0"/>
        </w:rPr>
        <w:t>Na prática do Scompa, educativos e aquecimento não são assuntos separados.</w:t>
      </w:r>
    </w:p>
    <w:p>
      <w:pPr/>
      <w:r>
        <w:rPr>
          <w:rFonts w:ascii="Aptos" w:hAnsi="Aptos" w:eastAsia="Aptos"/>
          <w:b w:val="0"/>
          <w:i w:val="0"/>
        </w:rPr>
        <w:t>Eles fazem parte de um único processo.</w:t>
      </w:r>
    </w:p>
    <w:p>
      <w:pPr/>
      <w:r>
        <w:rPr>
          <w:rFonts w:ascii="Aptos" w:hAnsi="Aptos" w:eastAsia="Aptos"/>
          <w:b w:val="0"/>
          <w:i w:val="0"/>
        </w:rPr>
        <w:t>Primeiro o corpo desperta. Depois o movimento é organizado. Em seguida, o atleta se aproxima da intensidade que será exigida na sessão principal.</w:t>
      </w:r>
    </w:p>
    <w:p>
      <w:pPr/>
      <w:r>
        <w:rPr>
          <w:rFonts w:ascii="Aptos" w:hAnsi="Aptos" w:eastAsia="Aptos"/>
          <w:b w:val="0"/>
          <w:i w:val="0"/>
        </w:rPr>
        <w:t>Essa sequência muda a qualidade do treino.</w:t>
      </w:r>
    </w:p>
    <w:p>
      <w:pPr/>
      <w:r>
        <w:rPr>
          <w:rFonts w:ascii="Aptos" w:hAnsi="Aptos" w:eastAsia="Aptos"/>
          <w:b w:val="0"/>
          <w:i w:val="0"/>
        </w:rPr>
        <w:t>O corredor não entra na primeira repetição ainda “procurando o corpo”. Ele já inicia preparado para executar.</w:t>
      </w:r>
    </w:p>
    <w:p>
      <w:pPr/>
      <w:r>
        <w:rPr>
          <w:rFonts w:ascii="Aptos" w:hAnsi="Aptos" w:eastAsia="Aptos"/>
          <w:b w:val="0"/>
          <w:i w:val="0"/>
        </w:rPr>
        <w:t>Treinos Inteligentes começam antes da primeira passada forte.</w:t>
      </w:r>
    </w:p>
    <w:p>
      <w:pPr>
        <w:pStyle w:val="Heading2"/>
      </w:pPr>
      <w:r>
        <w:t>13.2 Muito além de dar um trote</w:t>
      </w:r>
    </w:p>
    <w:p>
      <w:pPr/>
      <w:r>
        <w:rPr>
          <w:rFonts w:ascii="Aptos" w:hAnsi="Aptos" w:eastAsia="Aptos"/>
          <w:b w:val="0"/>
          <w:i w:val="0"/>
        </w:rPr>
        <w:t>Muitos corredores iniciam treinos exigentes apenas com alguns minutos de corrida leve.</w:t>
      </w:r>
    </w:p>
    <w:p>
      <w:pPr/>
      <w:r>
        <w:rPr>
          <w:rFonts w:ascii="Aptos" w:hAnsi="Aptos" w:eastAsia="Aptos"/>
          <w:b w:val="0"/>
          <w:i w:val="0"/>
        </w:rPr>
        <w:t>Esse trote inicial pode aumentar temperatura corporal e fluxo sanguíneo, mas prepara apenas parte do organismo.</w:t>
      </w:r>
    </w:p>
    <w:p>
      <w:pPr/>
      <w:r>
        <w:rPr>
          <w:rFonts w:ascii="Aptos" w:hAnsi="Aptos" w:eastAsia="Aptos"/>
          <w:b w:val="0"/>
          <w:i w:val="0"/>
        </w:rPr>
        <w:t>A metodologia TriLife utiliza uma lógica mais completa.</w:t>
      </w:r>
    </w:p>
    <w:p>
      <w:pPr/>
      <w:r>
        <w:rPr>
          <w:rFonts w:ascii="Aptos" w:hAnsi="Aptos" w:eastAsia="Aptos"/>
          <w:b w:val="0"/>
          <w:i w:val="0"/>
        </w:rPr>
        <w:t>O aquecimento precisa preparar:</w:t>
      </w:r>
    </w:p>
    <w:p>
      <w:pPr>
        <w:pStyle w:val="ListBullet"/>
      </w:pPr>
      <w:r>
        <w:rPr>
          <w:rFonts w:ascii="Aptos" w:hAnsi="Aptos" w:eastAsia="Aptos"/>
          <w:b w:val="0"/>
          <w:i w:val="0"/>
        </w:rPr>
        <w:t>respiração;</w:t>
      </w:r>
    </w:p>
    <w:p>
      <w:pPr>
        <w:pStyle w:val="ListBullet"/>
      </w:pPr>
      <w:r>
        <w:rPr>
          <w:rFonts w:ascii="Aptos" w:hAnsi="Aptos" w:eastAsia="Aptos"/>
          <w:b w:val="0"/>
          <w:i w:val="0"/>
        </w:rPr>
        <w:t>circulação;</w:t>
      </w:r>
    </w:p>
    <w:p>
      <w:pPr>
        <w:pStyle w:val="ListBullet"/>
      </w:pPr>
      <w:r>
        <w:rPr>
          <w:rFonts w:ascii="Aptos" w:hAnsi="Aptos" w:eastAsia="Aptos"/>
          <w:b w:val="0"/>
          <w:i w:val="0"/>
        </w:rPr>
        <w:t>articulações;</w:t>
      </w:r>
    </w:p>
    <w:p>
      <w:pPr>
        <w:pStyle w:val="ListBullet"/>
      </w:pPr>
      <w:r>
        <w:rPr>
          <w:rFonts w:ascii="Aptos" w:hAnsi="Aptos" w:eastAsia="Aptos"/>
          <w:b w:val="0"/>
          <w:i w:val="0"/>
        </w:rPr>
        <w:t>músculos;</w:t>
      </w:r>
    </w:p>
    <w:p>
      <w:pPr>
        <w:pStyle w:val="ListBullet"/>
      </w:pPr>
      <w:r>
        <w:rPr>
          <w:rFonts w:ascii="Aptos" w:hAnsi="Aptos" w:eastAsia="Aptos"/>
          <w:b w:val="0"/>
          <w:i w:val="0"/>
        </w:rPr>
        <w:t>tendões;</w:t>
      </w:r>
    </w:p>
    <w:p>
      <w:pPr>
        <w:pStyle w:val="ListBullet"/>
      </w:pPr>
      <w:r>
        <w:rPr>
          <w:rFonts w:ascii="Aptos" w:hAnsi="Aptos" w:eastAsia="Aptos"/>
          <w:b w:val="0"/>
          <w:i w:val="0"/>
        </w:rPr>
        <w:t>sistema nervoso;</w:t>
      </w:r>
    </w:p>
    <w:p>
      <w:pPr>
        <w:pStyle w:val="ListBullet"/>
      </w:pPr>
      <w:r>
        <w:rPr>
          <w:rFonts w:ascii="Aptos" w:hAnsi="Aptos" w:eastAsia="Aptos"/>
          <w:b w:val="0"/>
          <w:i w:val="0"/>
        </w:rPr>
        <w:t>postura;</w:t>
      </w:r>
    </w:p>
    <w:p>
      <w:pPr>
        <w:pStyle w:val="ListBullet"/>
      </w:pPr>
      <w:r>
        <w:rPr>
          <w:rFonts w:ascii="Aptos" w:hAnsi="Aptos" w:eastAsia="Aptos"/>
          <w:b w:val="0"/>
          <w:i w:val="0"/>
        </w:rPr>
        <w:t>cadência;</w:t>
      </w:r>
    </w:p>
    <w:p>
      <w:pPr>
        <w:pStyle w:val="ListBullet"/>
      </w:pPr>
      <w:r>
        <w:rPr>
          <w:rFonts w:ascii="Aptos" w:hAnsi="Aptos" w:eastAsia="Aptos"/>
          <w:b w:val="0"/>
          <w:i w:val="0"/>
        </w:rPr>
        <w:t>coordenação;</w:t>
      </w:r>
    </w:p>
    <w:p>
      <w:pPr>
        <w:pStyle w:val="ListBullet"/>
      </w:pPr>
      <w:r>
        <w:rPr>
          <w:rFonts w:ascii="Aptos" w:hAnsi="Aptos" w:eastAsia="Aptos"/>
          <w:b w:val="0"/>
          <w:i w:val="0"/>
        </w:rPr>
        <w:t>percepção de esforço.</w:t>
      </w:r>
    </w:p>
    <w:p>
      <w:pPr/>
      <w:r>
        <w:rPr>
          <w:rFonts w:ascii="Aptos" w:hAnsi="Aptos" w:eastAsia="Aptos"/>
          <w:b w:val="0"/>
          <w:i w:val="0"/>
        </w:rPr>
        <w:t>A corrida é um gesto repetitivo. Quando o atleta começa mal organizado, tende a repetir compensações durante toda a sessão.</w:t>
      </w:r>
    </w:p>
    <w:p>
      <w:pPr/>
      <w:r>
        <w:rPr>
          <w:rFonts w:ascii="Aptos" w:hAnsi="Aptos" w:eastAsia="Aptos"/>
          <w:b w:val="0"/>
          <w:i w:val="0"/>
        </w:rPr>
        <w:t>Por isso, o aquecimento não é detalhe.</w:t>
      </w:r>
    </w:p>
    <w:p>
      <w:pPr/>
      <w:r>
        <w:rPr>
          <w:rFonts w:ascii="Aptos" w:hAnsi="Aptos" w:eastAsia="Aptos"/>
          <w:b w:val="0"/>
          <w:i w:val="0"/>
        </w:rPr>
        <w:t>Ele cria a primeira oportunidade do dia para o treinador observar movimento e para o atleta ajustar sua mecânica antes de exigir desempenho.</w:t>
      </w:r>
    </w:p>
    <w:p>
      <w:pPr/>
      <w:r>
        <w:rPr>
          <w:rFonts w:ascii="Aptos" w:hAnsi="Aptos" w:eastAsia="Aptos"/>
          <w:b w:val="0"/>
          <w:i w:val="0"/>
        </w:rPr>
        <w:t>Um bom aquecimento reduz desperdício.</w:t>
      </w:r>
    </w:p>
    <w:p>
      <w:pPr/>
      <w:r>
        <w:rPr>
          <w:rFonts w:ascii="Aptos" w:hAnsi="Aptos" w:eastAsia="Aptos"/>
          <w:b w:val="0"/>
          <w:i w:val="0"/>
        </w:rPr>
        <w:t>Um aquecimento ruim cobra preço na parte principal.</w:t>
      </w:r>
    </w:p>
    <w:p>
      <w:pPr>
        <w:pStyle w:val="Heading2"/>
      </w:pPr>
      <w:r>
        <w:t>13.3 A primeira etapa: ativação geral</w:t>
      </w:r>
    </w:p>
    <w:p>
      <w:pPr/>
      <w:r>
        <w:rPr>
          <w:rFonts w:ascii="Aptos" w:hAnsi="Aptos" w:eastAsia="Aptos"/>
          <w:b w:val="0"/>
          <w:i w:val="0"/>
        </w:rPr>
        <w:t>Toda sessão começa reduzindo a distância entre repouso e treinamento.</w:t>
      </w:r>
    </w:p>
    <w:p>
      <w:pPr/>
      <w:r>
        <w:rPr>
          <w:rFonts w:ascii="Aptos" w:hAnsi="Aptos" w:eastAsia="Aptos"/>
          <w:b w:val="0"/>
          <w:i w:val="0"/>
        </w:rPr>
        <w:t>A ativação geral aumenta gradualmente a temperatura corporal, melhora fluxo sanguíneo, acelera reações metabólicas, aumenta elasticidade muscular e facilita a condução dos impulsos nervosos.</w:t>
      </w:r>
    </w:p>
    <w:p>
      <w:pPr/>
      <w:r>
        <w:rPr>
          <w:rFonts w:ascii="Aptos" w:hAnsi="Aptos" w:eastAsia="Aptos"/>
          <w:b w:val="0"/>
          <w:i w:val="0"/>
        </w:rPr>
        <w:t>Tendões e articulações também recebem carga de forma progressiva.</w:t>
      </w:r>
    </w:p>
    <w:p>
      <w:pPr/>
      <w:r>
        <w:rPr>
          <w:rFonts w:ascii="Aptos" w:hAnsi="Aptos" w:eastAsia="Aptos"/>
          <w:b w:val="0"/>
          <w:i w:val="0"/>
        </w:rPr>
        <w:t>Isso importa porque estruturas frias não respondem da mesma maneira que estruturas preparadas.</w:t>
      </w:r>
    </w:p>
    <w:p>
      <w:pPr/>
      <w:r>
        <w:rPr>
          <w:rFonts w:ascii="Aptos" w:hAnsi="Aptos" w:eastAsia="Aptos"/>
          <w:b w:val="0"/>
          <w:i w:val="0"/>
        </w:rPr>
        <w:t>O objetivo da ativação não é cansar.</w:t>
      </w:r>
    </w:p>
    <w:p>
      <w:pPr/>
      <w:r>
        <w:rPr>
          <w:rFonts w:ascii="Aptos" w:hAnsi="Aptos" w:eastAsia="Aptos"/>
          <w:b w:val="0"/>
          <w:i w:val="0"/>
        </w:rPr>
        <w:t>É preparar.</w:t>
      </w:r>
    </w:p>
    <w:p>
      <w:pPr/>
      <w:r>
        <w:rPr>
          <w:rFonts w:ascii="Aptos" w:hAnsi="Aptos" w:eastAsia="Aptos"/>
          <w:b w:val="0"/>
          <w:i w:val="0"/>
        </w:rPr>
        <w:t>A intensidade deve ser controlada. O atleta precisa terminar essa etapa melhor do que começou, não mais pesado.</w:t>
      </w:r>
    </w:p>
    <w:p>
      <w:pPr/>
      <w:r>
        <w:rPr>
          <w:rFonts w:ascii="Aptos" w:hAnsi="Aptos" w:eastAsia="Aptos"/>
          <w:b w:val="0"/>
          <w:i w:val="0"/>
        </w:rPr>
        <w:t>Em sessões leves, essa ativação pode ser simples. Em treinos de maior exigência, precisa ser mais bem construída.</w:t>
      </w:r>
    </w:p>
    <w:p>
      <w:pPr/>
      <w:r>
        <w:rPr>
          <w:rFonts w:ascii="Aptos" w:hAnsi="Aptos" w:eastAsia="Aptos"/>
          <w:b w:val="0"/>
          <w:i w:val="0"/>
        </w:rPr>
        <w:t>O aquecimento acompanha o objetivo.</w:t>
      </w:r>
    </w:p>
    <w:p>
      <w:pPr>
        <w:pStyle w:val="Heading2"/>
      </w:pPr>
      <w:r>
        <w:t>13.4 Educativos: preparando o cérebro para correr</w:t>
      </w:r>
    </w:p>
    <w:p>
      <w:pPr/>
      <w:r>
        <w:rPr>
          <w:rFonts w:ascii="Aptos" w:hAnsi="Aptos" w:eastAsia="Aptos"/>
          <w:b w:val="0"/>
          <w:i w:val="0"/>
        </w:rPr>
        <w:t>Após a ativação inicial, entram os educativos.</w:t>
      </w:r>
    </w:p>
    <w:p>
      <w:pPr/>
      <w:r>
        <w:rPr>
          <w:rFonts w:ascii="Aptos" w:hAnsi="Aptos" w:eastAsia="Aptos"/>
          <w:b w:val="0"/>
          <w:i w:val="0"/>
        </w:rPr>
        <w:t>Na TriLife, educativos não são enfeite. Também não são um bloco separado da metodologia.</w:t>
      </w:r>
    </w:p>
    <w:p>
      <w:pPr/>
      <w:r>
        <w:rPr>
          <w:rFonts w:ascii="Aptos" w:hAnsi="Aptos" w:eastAsia="Aptos"/>
          <w:b w:val="0"/>
          <w:i w:val="0"/>
        </w:rPr>
        <w:t>Eles fazem parte do aquecimento inteligente.</w:t>
      </w:r>
    </w:p>
    <w:p>
      <w:pPr/>
      <w:r>
        <w:rPr>
          <w:rFonts w:ascii="Aptos" w:hAnsi="Aptos" w:eastAsia="Aptos"/>
          <w:b w:val="0"/>
          <w:i w:val="0"/>
        </w:rPr>
        <w:t>Sua função é preparar o cérebro e o corpo para correr melhor.</w:t>
      </w:r>
    </w:p>
    <w:p>
      <w:pPr/>
      <w:r>
        <w:rPr>
          <w:rFonts w:ascii="Aptos" w:hAnsi="Aptos" w:eastAsia="Aptos"/>
          <w:b w:val="0"/>
          <w:i w:val="0"/>
        </w:rPr>
        <w:t>Cada exercício ajuda a organizar algum elemento do movimento: postura, contato com o solo, ação dos braços, elevação do joelho, coordenação, frequência de passadas, resposta elástica, alinhamento do tronco e consciência corporal.</w:t>
      </w:r>
    </w:p>
    <w:p>
      <w:pPr/>
      <w:r>
        <w:rPr>
          <w:rFonts w:ascii="Aptos" w:hAnsi="Aptos" w:eastAsia="Aptos"/>
          <w:b w:val="0"/>
          <w:i w:val="0"/>
        </w:rPr>
        <w:t>Ao repetir esses movimentos de forma consistente, o sistema nervoso aprende a recrutar musculatura com mais eficiência.</w:t>
      </w:r>
    </w:p>
    <w:p>
      <w:pPr/>
      <w:r>
        <w:rPr>
          <w:rFonts w:ascii="Aptos" w:hAnsi="Aptos" w:eastAsia="Aptos"/>
          <w:b w:val="0"/>
          <w:i w:val="0"/>
        </w:rPr>
        <w:t>O resultado é uma corrida mais fluida, econômica e coordenada.</w:t>
      </w:r>
    </w:p>
    <w:p>
      <w:pPr/>
      <w:r>
        <w:rPr>
          <w:rFonts w:ascii="Aptos" w:hAnsi="Aptos" w:eastAsia="Aptos"/>
          <w:b w:val="0"/>
          <w:i w:val="0"/>
        </w:rPr>
        <w:t>Os educativos não servem apenas para “melhorar técnica” de forma genérica.</w:t>
      </w:r>
    </w:p>
    <w:p>
      <w:pPr/>
      <w:r>
        <w:rPr>
          <w:rFonts w:ascii="Aptos" w:hAnsi="Aptos" w:eastAsia="Aptos"/>
          <w:b w:val="0"/>
          <w:i w:val="0"/>
        </w:rPr>
        <w:t>Servem para preparar a técnica que será usada logo em seguida.</w:t>
      </w:r>
    </w:p>
    <w:p>
      <w:pPr/>
      <w:r>
        <w:rPr>
          <w:rFonts w:ascii="Aptos" w:hAnsi="Aptos" w:eastAsia="Aptos"/>
          <w:b w:val="0"/>
          <w:i w:val="0"/>
        </w:rPr>
        <w:t>Por isso, eles pertencem ao aquecimento.</w:t>
      </w:r>
    </w:p>
    <w:p>
      <w:pPr/>
      <w:r>
        <w:rPr>
          <w:rFonts w:ascii="Aptos" w:hAnsi="Aptos" w:eastAsia="Aptos"/>
          <w:b w:val="0"/>
          <w:i w:val="0"/>
        </w:rPr>
        <w:t>São parte da preparação para correr melhor.</w:t>
      </w:r>
    </w:p>
    <w:p>
      <w:pPr>
        <w:pStyle w:val="Heading2"/>
      </w:pPr>
      <w:r>
        <w:t>13.5 O papel da cadência durante o aquecimento</w:t>
      </w:r>
    </w:p>
    <w:p>
      <w:pPr/>
      <w:r>
        <w:rPr>
          <w:rFonts w:ascii="Aptos" w:hAnsi="Aptos" w:eastAsia="Aptos"/>
          <w:b w:val="0"/>
          <w:i w:val="0"/>
        </w:rPr>
        <w:t>A filosofia TriLife introduz desde o aquecimento um dos conceitos técnicos mais fortes da metodologia: cadência mínima de 170 passos por minuto como referência prática.</w:t>
      </w:r>
    </w:p>
    <w:p>
      <w:pPr/>
      <w:r>
        <w:rPr>
          <w:rFonts w:ascii="Aptos" w:hAnsi="Aptos" w:eastAsia="Aptos"/>
          <w:b w:val="0"/>
          <w:i w:val="0"/>
        </w:rPr>
        <w:t>Essa referência não deve ser entendida como uma regra cega e absoluta para todos os momentos. Ela funciona como norte técnico para construir passadas mais curtas, contato rápido com o solo e movimento mais eficiente.</w:t>
      </w:r>
    </w:p>
    <w:p>
      <w:pPr/>
      <w:r>
        <w:rPr>
          <w:rFonts w:ascii="Aptos" w:hAnsi="Aptos" w:eastAsia="Aptos"/>
          <w:b w:val="0"/>
          <w:i w:val="0"/>
        </w:rPr>
        <w:t>Mesmo durante educativos e progressivos, o atleta começa a desenvolver essa percepção.</w:t>
      </w:r>
    </w:p>
    <w:p>
      <w:pPr/>
      <w:r>
        <w:rPr>
          <w:rFonts w:ascii="Aptos" w:hAnsi="Aptos" w:eastAsia="Aptos"/>
          <w:b w:val="0"/>
          <w:i w:val="0"/>
        </w:rPr>
        <w:t>A técnica não aparece apenas quando o treino fica intenso.</w:t>
      </w:r>
    </w:p>
    <w:p>
      <w:pPr/>
      <w:r>
        <w:rPr>
          <w:rFonts w:ascii="Aptos" w:hAnsi="Aptos" w:eastAsia="Aptos"/>
          <w:b w:val="0"/>
          <w:i w:val="0"/>
        </w:rPr>
        <w:t>Ela é treinada desde o primeiro minuto.</w:t>
      </w:r>
    </w:p>
    <w:p>
      <w:pPr/>
      <w:r>
        <w:rPr>
          <w:rFonts w:ascii="Aptos" w:hAnsi="Aptos" w:eastAsia="Aptos"/>
          <w:b w:val="0"/>
          <w:i w:val="0"/>
        </w:rPr>
        <w:t>Quando o corredor aprende a aquecer com cadência, coordenação e postura, leva esse padrão para a parte principal da sessão.</w:t>
      </w:r>
    </w:p>
    <w:p>
      <w:pPr/>
      <w:r>
        <w:rPr>
          <w:rFonts w:ascii="Aptos" w:hAnsi="Aptos" w:eastAsia="Aptos"/>
          <w:b w:val="0"/>
          <w:i w:val="0"/>
        </w:rPr>
        <w:t>O aquecimento vira ferramenta técnica.</w:t>
      </w:r>
    </w:p>
    <w:p>
      <w:pPr/>
      <w:r>
        <w:rPr>
          <w:rFonts w:ascii="Aptos" w:hAnsi="Aptos" w:eastAsia="Aptos"/>
          <w:b w:val="0"/>
          <w:i w:val="0"/>
        </w:rPr>
        <w:t>Não apenas fisiológica.</w:t>
      </w:r>
    </w:p>
    <w:p>
      <w:pPr>
        <w:pStyle w:val="Heading2"/>
      </w:pPr>
      <w:r>
        <w:t>13.6 Progressivos: a ponte entre preparação e treino</w:t>
      </w:r>
    </w:p>
    <w:p>
      <w:pPr/>
      <w:r>
        <w:rPr>
          <w:rFonts w:ascii="Aptos" w:hAnsi="Aptos" w:eastAsia="Aptos"/>
          <w:b w:val="0"/>
          <w:i w:val="0"/>
        </w:rPr>
        <w:t>Após os educativos, a metodologia utiliza progressivos para aproximar o corpo da intensidade que será exigida.</w:t>
      </w:r>
    </w:p>
    <w:p>
      <w:pPr/>
      <w:r>
        <w:rPr>
          <w:rFonts w:ascii="Aptos" w:hAnsi="Aptos" w:eastAsia="Aptos"/>
          <w:b w:val="0"/>
          <w:i w:val="0"/>
        </w:rPr>
        <w:t>Os progressivos aumentam gradualmente a velocidade sem gerar fadiga relevante.</w:t>
      </w:r>
    </w:p>
    <w:p>
      <w:pPr/>
      <w:r>
        <w:rPr>
          <w:rFonts w:ascii="Aptos" w:hAnsi="Aptos" w:eastAsia="Aptos"/>
          <w:b w:val="0"/>
          <w:i w:val="0"/>
        </w:rPr>
        <w:t>Sua função é ativar o sistema neuromuscular, melhorar a capacidade de produzir força rapidamente e consolidar a mecânica construída nos educativos.</w:t>
      </w:r>
    </w:p>
    <w:p>
      <w:pPr/>
      <w:r>
        <w:rPr>
          <w:rFonts w:ascii="Aptos" w:hAnsi="Aptos" w:eastAsia="Aptos"/>
          <w:b w:val="0"/>
          <w:i w:val="0"/>
        </w:rPr>
        <w:t>Quando bem executados, fazem com que o primeiro tiro, o primeiro Tempo Run ou a primeira subida já aconteçam com qualidade.</w:t>
      </w:r>
    </w:p>
    <w:p>
      <w:pPr/>
      <w:r>
        <w:rPr>
          <w:rFonts w:ascii="Aptos" w:hAnsi="Aptos" w:eastAsia="Aptos"/>
          <w:b w:val="0"/>
          <w:i w:val="0"/>
        </w:rPr>
        <w:t>O atleta não deve “entrar no treino” durante a primeira repetição.</w:t>
      </w:r>
    </w:p>
    <w:p>
      <w:pPr/>
      <w:r>
        <w:rPr>
          <w:rFonts w:ascii="Aptos" w:hAnsi="Aptos" w:eastAsia="Aptos"/>
          <w:b w:val="0"/>
          <w:i w:val="0"/>
        </w:rPr>
        <w:t>Ele precisa chegar nela pronto.</w:t>
      </w:r>
    </w:p>
    <w:p>
      <w:pPr/>
      <w:r>
        <w:rPr>
          <w:rFonts w:ascii="Aptos" w:hAnsi="Aptos" w:eastAsia="Aptos"/>
          <w:b w:val="0"/>
          <w:i w:val="0"/>
        </w:rPr>
        <w:t>Progressivos mal executados costumam virar sprints desnecessários. Isso aumenta tensão, gera fadiga e prejudica a sessão principal.</w:t>
      </w:r>
    </w:p>
    <w:p>
      <w:pPr/>
      <w:r>
        <w:rPr>
          <w:rFonts w:ascii="Aptos" w:hAnsi="Aptos" w:eastAsia="Aptos"/>
          <w:b w:val="0"/>
          <w:i w:val="0"/>
        </w:rPr>
        <w:t>O progressivo não é disputa.</w:t>
      </w:r>
    </w:p>
    <w:p>
      <w:pPr/>
      <w:r>
        <w:rPr>
          <w:rFonts w:ascii="Aptos" w:hAnsi="Aptos" w:eastAsia="Aptos"/>
          <w:b w:val="0"/>
          <w:i w:val="0"/>
        </w:rPr>
        <w:t>É preparação.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O aquecimento melhora a transição do repouso para o esforço ao aumentar temperatura muscular, fluxo sanguíneo, velocidade de condução nervosa e disponibilidade metabólica. Também prepara o sistema neuromuscular para produzir força e coordenar movimentos com mais eficiência.</w:t>
            </w:r>
          </w:p>
          <w:p>
            <w:pPr/>
            <w:r>
              <w:rPr>
                <w:rFonts w:ascii="Aptos" w:hAnsi="Aptos" w:eastAsia="Aptos"/>
                <w:b w:val="0"/>
                <w:i w:val="0"/>
              </w:rPr>
              <w:t>Os educativos acrescentam uma camada técnica: reforçam padrões motores, melhoram coordenação e ajudam o atleta a entrar na parte principal com mecânica mais organizada.</w:t>
            </w:r>
          </w:p>
          <w:p>
            <w:pPr/>
            <w:r>
              <w:rPr>
                <w:rFonts w:ascii="Aptos" w:hAnsi="Aptos" w:eastAsia="Aptos"/>
                <w:b w:val="0"/>
                <w:i w:val="0"/>
              </w:rPr>
              <w:t>Progressivos aproximam o corpo da intensidade planejada sem gerar fadiga significativa, funcionando como ponte entre preparação e desempenho.</w:t>
            </w:r>
          </w:p>
          <w:p>
            <w:pPr/>
            <w:r>
              <w:rPr>
                <w:rFonts w:ascii="Aptos" w:hAnsi="Aptos" w:eastAsia="Aptos"/>
                <w:b w:val="0"/>
                <w:i w:val="0"/>
              </w:rPr>
              <w:t>Dentro do Método TriLife Running, aquecimento, educativos e progressivos formam uma sequência única: preparar o organismo, organizar o movimento e iniciar o treino principal com mais qualidade.</w:t>
            </w:r>
          </w:p>
        </w:tc>
      </w:tr>
    </w:tbl>
    <w:p/>
    <w:p>
      <w:pPr>
        <w:pStyle w:val="Heading2"/>
      </w:pPr>
      <w:r>
        <w:t>13.7 O aquecimento acompanha o objetivo da sessão</w:t>
      </w:r>
    </w:p>
    <w:p>
      <w:pPr/>
      <w:r>
        <w:rPr>
          <w:rFonts w:ascii="Aptos" w:hAnsi="Aptos" w:eastAsia="Aptos"/>
          <w:b w:val="0"/>
          <w:i w:val="0"/>
        </w:rPr>
        <w:t>O Método TriLife não utiliza um aquecimento rígido para todos os dias.</w:t>
      </w:r>
    </w:p>
    <w:p>
      <w:pPr/>
      <w:r>
        <w:rPr>
          <w:rFonts w:ascii="Aptos" w:hAnsi="Aptos" w:eastAsia="Aptos"/>
          <w:b w:val="0"/>
          <w:i w:val="0"/>
        </w:rPr>
        <w:t>A preparação acompanha o objetivo do treino.</w:t>
      </w:r>
    </w:p>
    <w:p>
      <w:pPr/>
      <w:r>
        <w:rPr>
          <w:rFonts w:ascii="Aptos" w:hAnsi="Aptos" w:eastAsia="Aptos"/>
          <w:b w:val="0"/>
          <w:i w:val="0"/>
        </w:rPr>
        <w:t>Antes de uma rodagem regenerativa, a ativação pode ser mais simples. Antes de um Tempo Run, intervalado, subida ou sessão de maior exigência técnica, o aquecimento precisa ser mais completo.</w:t>
      </w:r>
    </w:p>
    <w:p>
      <w:pPr/>
      <w:r>
        <w:rPr>
          <w:rFonts w:ascii="Aptos" w:hAnsi="Aptos" w:eastAsia="Aptos"/>
          <w:b w:val="0"/>
          <w:i w:val="0"/>
        </w:rPr>
        <w:t>Isso também depende do atleta.</w:t>
      </w:r>
    </w:p>
    <w:p>
      <w:pPr/>
      <w:r>
        <w:rPr>
          <w:rFonts w:ascii="Aptos" w:hAnsi="Aptos" w:eastAsia="Aptos"/>
          <w:b w:val="0"/>
          <w:i w:val="0"/>
        </w:rPr>
        <w:t>Um corredor mais experiente pode precisar de menos tempo para entrar em movimento. Outro, com histórico de rigidez, lesão ou baixa consciência corporal, pode precisar de preparação maior.</w:t>
      </w:r>
    </w:p>
    <w:p>
      <w:pPr/>
      <w:r>
        <w:rPr>
          <w:rFonts w:ascii="Aptos" w:hAnsi="Aptos" w:eastAsia="Aptos"/>
          <w:b w:val="0"/>
          <w:i w:val="0"/>
        </w:rPr>
        <w:t>A sessão manda.</w:t>
      </w:r>
    </w:p>
    <w:p>
      <w:pPr/>
      <w:r>
        <w:rPr>
          <w:rFonts w:ascii="Aptos" w:hAnsi="Aptos" w:eastAsia="Aptos"/>
          <w:b w:val="0"/>
          <w:i w:val="0"/>
        </w:rPr>
        <w:t>O atleta ajusta.</w:t>
      </w:r>
    </w:p>
    <w:p>
      <w:pPr/>
      <w:r>
        <w:rPr>
          <w:rFonts w:ascii="Aptos" w:hAnsi="Aptos" w:eastAsia="Aptos"/>
          <w:b w:val="0"/>
          <w:i w:val="0"/>
        </w:rPr>
        <w:t>O treinador decide.</w:t>
      </w:r>
    </w:p>
    <w:p>
      <w:pPr/>
      <w:r>
        <w:rPr>
          <w:rFonts w:ascii="Aptos" w:hAnsi="Aptos" w:eastAsia="Aptos"/>
          <w:b w:val="0"/>
          <w:i w:val="0"/>
        </w:rPr>
        <w:t>Essa adaptação do aquecimento faz parte da filosofia dos Treinos Inteligentes.</w:t>
      </w:r>
    </w:p>
    <w:p>
      <w:pPr>
        <w:pStyle w:val="Heading2"/>
      </w:pPr>
      <w:r>
        <w:t>13.8 Erros mais comuns</w:t>
      </w:r>
    </w:p>
    <w:p>
      <w:pPr/>
      <w:r>
        <w:rPr>
          <w:rFonts w:ascii="Aptos" w:hAnsi="Aptos" w:eastAsia="Aptos"/>
          <w:b w:val="0"/>
          <w:i w:val="0"/>
        </w:rPr>
        <w:t>Mesmo sendo uma etapa curta, o aquecimento costuma apresentar erros frequentes.</w:t>
      </w:r>
    </w:p>
    <w:p>
      <w:pPr/>
      <w:r>
        <w:rPr>
          <w:rFonts w:ascii="Aptos" w:hAnsi="Aptos" w:eastAsia="Aptos"/>
          <w:b w:val="0"/>
          <w:i w:val="0"/>
        </w:rPr>
        <w:t>Entre os principais estão:</w:t>
      </w:r>
    </w:p>
    <w:p>
      <w:pPr>
        <w:pStyle w:val="ListBullet"/>
      </w:pPr>
      <w:r>
        <w:rPr>
          <w:rFonts w:ascii="Aptos" w:hAnsi="Aptos" w:eastAsia="Aptos"/>
          <w:b w:val="0"/>
          <w:i w:val="0"/>
        </w:rPr>
        <w:t>realizar educativos apenas por obrigação;</w:t>
      </w:r>
    </w:p>
    <w:p>
      <w:pPr>
        <w:pStyle w:val="ListBullet"/>
      </w:pPr>
      <w:r>
        <w:rPr>
          <w:rFonts w:ascii="Aptos" w:hAnsi="Aptos" w:eastAsia="Aptos"/>
          <w:b w:val="0"/>
          <w:i w:val="0"/>
        </w:rPr>
        <w:t>transformar o aquecimento em treino intenso;</w:t>
      </w:r>
    </w:p>
    <w:p>
      <w:pPr>
        <w:pStyle w:val="ListBullet"/>
      </w:pPr>
      <w:r>
        <w:rPr>
          <w:rFonts w:ascii="Aptos" w:hAnsi="Aptos" w:eastAsia="Aptos"/>
          <w:b w:val="0"/>
          <w:i w:val="0"/>
        </w:rPr>
        <w:t>acelerar demais os progressivos;</w:t>
      </w:r>
    </w:p>
    <w:p>
      <w:pPr>
        <w:pStyle w:val="ListBullet"/>
      </w:pPr>
      <w:r>
        <w:rPr>
          <w:rFonts w:ascii="Aptos" w:hAnsi="Aptos" w:eastAsia="Aptos"/>
          <w:b w:val="0"/>
          <w:i w:val="0"/>
        </w:rPr>
        <w:t>ignorar limitações individuais de mobilidade;</w:t>
      </w:r>
    </w:p>
    <w:p>
      <w:pPr>
        <w:pStyle w:val="ListBullet"/>
      </w:pPr>
      <w:r>
        <w:rPr>
          <w:rFonts w:ascii="Aptos" w:hAnsi="Aptos" w:eastAsia="Aptos"/>
          <w:b w:val="0"/>
          <w:i w:val="0"/>
        </w:rPr>
        <w:t>iniciar a parte principal sem preparação neuromuscular;</w:t>
      </w:r>
    </w:p>
    <w:p>
      <w:pPr>
        <w:pStyle w:val="ListBullet"/>
      </w:pPr>
      <w:r>
        <w:rPr>
          <w:rFonts w:ascii="Aptos" w:hAnsi="Aptos" w:eastAsia="Aptos"/>
          <w:b w:val="0"/>
          <w:i w:val="0"/>
        </w:rPr>
        <w:t>fazer tudo no automático, sem atenção à técnica;</w:t>
      </w:r>
    </w:p>
    <w:p>
      <w:pPr>
        <w:pStyle w:val="ListBullet"/>
      </w:pPr>
      <w:r>
        <w:rPr>
          <w:rFonts w:ascii="Aptos" w:hAnsi="Aptos" w:eastAsia="Aptos"/>
          <w:b w:val="0"/>
          <w:i w:val="0"/>
        </w:rPr>
        <w:t>copiar o aquecimento de outro atleta sem considerar a sessão.</w:t>
      </w:r>
    </w:p>
    <w:p>
      <w:pPr/>
      <w:r>
        <w:rPr>
          <w:rFonts w:ascii="Aptos" w:hAnsi="Aptos" w:eastAsia="Aptos"/>
          <w:b w:val="0"/>
          <w:i w:val="0"/>
        </w:rPr>
        <w:t>Esses erros reduzem a eficiência do treino e podem comprometer a proposta da sessão.</w:t>
      </w:r>
    </w:p>
    <w:p>
      <w:pPr/>
      <w:r>
        <w:rPr>
          <w:rFonts w:ascii="Aptos" w:hAnsi="Aptos" w:eastAsia="Aptos"/>
          <w:b w:val="0"/>
          <w:i w:val="0"/>
        </w:rPr>
        <w:t>Na TriLife, qualidade prevalece sobre quantidade.</w:t>
      </w:r>
    </w:p>
    <w:p>
      <w:pPr/>
      <w:r>
        <w:rPr>
          <w:rFonts w:ascii="Aptos" w:hAnsi="Aptos" w:eastAsia="Aptos"/>
          <w:b w:val="0"/>
          <w:i w:val="0"/>
        </w:rPr>
        <w:t>Um educativo mal feito não educa.</w:t>
      </w:r>
    </w:p>
    <w:p>
      <w:pPr/>
      <w:r>
        <w:rPr>
          <w:rFonts w:ascii="Aptos" w:hAnsi="Aptos" w:eastAsia="Aptos"/>
          <w:b w:val="0"/>
          <w:i w:val="0"/>
        </w:rPr>
        <w:t>Um progressivo descontrolado não prepara.</w:t>
      </w:r>
    </w:p>
    <w:p>
      <w:pPr/>
      <w:r>
        <w:rPr>
          <w:rFonts w:ascii="Aptos" w:hAnsi="Aptos" w:eastAsia="Aptos"/>
          <w:b w:val="0"/>
          <w:i w:val="0"/>
        </w:rPr>
        <w:t>Um aquecimento sem intenção apenas ocupa tempo.</w:t>
      </w:r>
    </w:p>
    <w:p>
      <w:pPr>
        <w:pStyle w:val="Heading2"/>
      </w:pPr>
      <w:r>
        <w:t>13.9 O olhar do treinador</w:t>
      </w:r>
    </w:p>
    <w:p>
      <w:pPr/>
      <w:r>
        <w:rPr>
          <w:rFonts w:ascii="Aptos" w:hAnsi="Aptos" w:eastAsia="Aptos"/>
          <w:b w:val="0"/>
          <w:i w:val="0"/>
        </w:rPr>
        <w:t>Durante o aquecimento, o treinador obtém informações valiosas.</w:t>
      </w:r>
    </w:p>
    <w:p>
      <w:pPr/>
      <w:r>
        <w:rPr>
          <w:rFonts w:ascii="Aptos" w:hAnsi="Aptos" w:eastAsia="Aptos"/>
          <w:b w:val="0"/>
          <w:i w:val="0"/>
        </w:rPr>
        <w:t>Muitas alterações aparecem antes mesmo da parte principal.</w:t>
      </w:r>
    </w:p>
    <w:p>
      <w:pPr/>
      <w:r>
        <w:rPr>
          <w:rFonts w:ascii="Aptos" w:hAnsi="Aptos" w:eastAsia="Aptos"/>
          <w:b w:val="0"/>
          <w:i w:val="0"/>
        </w:rPr>
        <w:t>Rigidez excessiva.</w:t>
      </w:r>
    </w:p>
    <w:p>
      <w:pPr/>
      <w:r>
        <w:rPr>
          <w:rFonts w:ascii="Aptos" w:hAnsi="Aptos" w:eastAsia="Aptos"/>
          <w:b w:val="0"/>
          <w:i w:val="0"/>
        </w:rPr>
        <w:t>Assimetrias.</w:t>
      </w:r>
    </w:p>
    <w:p>
      <w:pPr/>
      <w:r>
        <w:rPr>
          <w:rFonts w:ascii="Aptos" w:hAnsi="Aptos" w:eastAsia="Aptos"/>
          <w:b w:val="0"/>
          <w:i w:val="0"/>
        </w:rPr>
        <w:t>Falta de coordenação.</w:t>
      </w:r>
    </w:p>
    <w:p>
      <w:pPr/>
      <w:r>
        <w:rPr>
          <w:rFonts w:ascii="Aptos" w:hAnsi="Aptos" w:eastAsia="Aptos"/>
          <w:b w:val="0"/>
          <w:i w:val="0"/>
        </w:rPr>
        <w:t>Perda de mobilidade.</w:t>
      </w:r>
    </w:p>
    <w:p>
      <w:pPr/>
      <w:r>
        <w:rPr>
          <w:rFonts w:ascii="Aptos" w:hAnsi="Aptos" w:eastAsia="Aptos"/>
          <w:b w:val="0"/>
          <w:i w:val="0"/>
        </w:rPr>
        <w:t>Postura ruim.</w:t>
      </w:r>
    </w:p>
    <w:p>
      <w:pPr/>
      <w:r>
        <w:rPr>
          <w:rFonts w:ascii="Aptos" w:hAnsi="Aptos" w:eastAsia="Aptos"/>
          <w:b w:val="0"/>
          <w:i w:val="0"/>
        </w:rPr>
        <w:t>Baixa disposição.</w:t>
      </w:r>
    </w:p>
    <w:p>
      <w:pPr/>
      <w:r>
        <w:rPr>
          <w:rFonts w:ascii="Aptos" w:hAnsi="Aptos" w:eastAsia="Aptos"/>
          <w:b w:val="0"/>
          <w:i w:val="0"/>
        </w:rPr>
        <w:t>Dificuldade de cadência.</w:t>
      </w:r>
    </w:p>
    <w:p>
      <w:pPr/>
      <w:r>
        <w:rPr>
          <w:rFonts w:ascii="Aptos" w:hAnsi="Aptos" w:eastAsia="Aptos"/>
          <w:b w:val="0"/>
          <w:i w:val="0"/>
        </w:rPr>
        <w:t>Respiração pesada demais para a intensidade.</w:t>
      </w:r>
    </w:p>
    <w:p>
      <w:pPr/>
      <w:r>
        <w:rPr>
          <w:rFonts w:ascii="Aptos" w:hAnsi="Aptos" w:eastAsia="Aptos"/>
          <w:b w:val="0"/>
          <w:i w:val="0"/>
        </w:rPr>
        <w:t>Esses sinais ajudam o coach a interpretar o dia do atleta.</w:t>
      </w:r>
    </w:p>
    <w:p>
      <w:pPr/>
      <w:r>
        <w:rPr>
          <w:rFonts w:ascii="Aptos" w:hAnsi="Aptos" w:eastAsia="Aptos"/>
          <w:b w:val="0"/>
          <w:i w:val="0"/>
        </w:rPr>
        <w:t>Às vezes, o aquecimento confirma que o corredor está pronto. Em outras situações, mostra que a sessão precisa ser ajustada.</w:t>
      </w:r>
    </w:p>
    <w:p>
      <w:pPr/>
      <w:r>
        <w:rPr>
          <w:rFonts w:ascii="Aptos" w:hAnsi="Aptos" w:eastAsia="Aptos"/>
          <w:b w:val="0"/>
          <w:i w:val="0"/>
        </w:rPr>
        <w:t>O aquecimento funciona como triagem prática.</w:t>
      </w:r>
    </w:p>
    <w:p>
      <w:pPr/>
      <w:r>
        <w:rPr>
          <w:rFonts w:ascii="Aptos" w:hAnsi="Aptos" w:eastAsia="Aptos"/>
          <w:b w:val="0"/>
          <w:i w:val="0"/>
        </w:rPr>
        <w:t>O atleta aquece.</w:t>
      </w:r>
    </w:p>
    <w:p>
      <w:pPr/>
      <w:r>
        <w:rPr>
          <w:rFonts w:ascii="Aptos" w:hAnsi="Aptos" w:eastAsia="Aptos"/>
          <w:b w:val="0"/>
          <w:i w:val="0"/>
        </w:rPr>
        <w:t>O treinador observa.</w:t>
      </w:r>
    </w:p>
    <w:p>
      <w:pPr/>
      <w:r>
        <w:rPr>
          <w:rFonts w:ascii="Aptos" w:hAnsi="Aptos" w:eastAsia="Aptos"/>
          <w:b w:val="0"/>
          <w:i w:val="0"/>
        </w:rPr>
        <w:t>A metodologia decide.</w:t>
      </w:r>
    </w:p>
    <w:p>
      <w:pPr>
        <w:pStyle w:val="Heading2"/>
      </w:pPr>
      <w:r>
        <w:t>13.10 Aquecimento como cultura de treino</w:t>
      </w:r>
    </w:p>
    <w:p>
      <w:pPr/>
      <w:r>
        <w:rPr>
          <w:rFonts w:ascii="Aptos" w:hAnsi="Aptos" w:eastAsia="Aptos"/>
          <w:b w:val="0"/>
          <w:i w:val="0"/>
        </w:rPr>
        <w:t>O aquecimento inteligente também forma comportamento.</w:t>
      </w:r>
    </w:p>
    <w:p>
      <w:pPr/>
      <w:r>
        <w:rPr>
          <w:rFonts w:ascii="Aptos" w:hAnsi="Aptos" w:eastAsia="Aptos"/>
          <w:b w:val="0"/>
          <w:i w:val="0"/>
        </w:rPr>
        <w:t>Quando o atleta entende a importância dessa etapa, passa a enxergar treino de forma mais profissional. Deixa de tratar a parte principal como único momento importante e começa a respeitar todo o processo.</w:t>
      </w:r>
    </w:p>
    <w:p>
      <w:pPr/>
      <w:r>
        <w:rPr>
          <w:rFonts w:ascii="Aptos" w:hAnsi="Aptos" w:eastAsia="Aptos"/>
          <w:b w:val="0"/>
          <w:i w:val="0"/>
        </w:rPr>
        <w:t>Essa cultura melhora execução.</w:t>
      </w:r>
    </w:p>
    <w:p>
      <w:pPr/>
      <w:r>
        <w:rPr>
          <w:rFonts w:ascii="Aptos" w:hAnsi="Aptos" w:eastAsia="Aptos"/>
          <w:b w:val="0"/>
          <w:i w:val="0"/>
        </w:rPr>
        <w:t>O corredor aprende que performance não nasce apenas do esforço. Nasce da preparação para produzir esforço com qualidade.</w:t>
      </w:r>
    </w:p>
    <w:p>
      <w:pPr/>
      <w:r>
        <w:rPr>
          <w:rFonts w:ascii="Aptos" w:hAnsi="Aptos" w:eastAsia="Aptos"/>
          <w:b w:val="0"/>
          <w:i w:val="0"/>
        </w:rPr>
        <w:t>Aquecimento, educativos e progressivos criam rotina, concentração e padrão técnico.</w:t>
      </w:r>
    </w:p>
    <w:p>
      <w:pPr/>
      <w:r>
        <w:rPr>
          <w:rFonts w:ascii="Aptos" w:hAnsi="Aptos" w:eastAsia="Aptos"/>
          <w:b w:val="0"/>
          <w:i w:val="0"/>
        </w:rPr>
        <w:t>Eles colocam o atleta dentro do treino antes que a intensidade comece.</w:t>
      </w:r>
    </w:p>
    <w:p>
      <w:pPr/>
      <w:r>
        <w:rPr>
          <w:rFonts w:ascii="Aptos" w:hAnsi="Aptos" w:eastAsia="Aptos"/>
          <w:b w:val="0"/>
          <w:i w:val="0"/>
        </w:rPr>
        <w:t>No DNA TriLife, a sessão não começa quando o relógio marca o primeiro tiro.</w:t>
      </w:r>
    </w:p>
    <w:p>
      <w:pPr/>
      <w:r>
        <w:rPr>
          <w:rFonts w:ascii="Aptos" w:hAnsi="Aptos" w:eastAsia="Aptos"/>
          <w:b w:val="0"/>
          <w:i w:val="0"/>
        </w:rPr>
        <w:t>Começa quando o atleta se prepara para correr bem.</w:t>
      </w:r>
    </w:p>
    <w:p>
      <w:pPr>
        <w:pStyle w:val="Heading2"/>
      </w:pPr>
      <w:r>
        <w:t>Conclusão</w:t>
      </w:r>
    </w:p>
    <w:p>
      <w:pPr/>
      <w:r>
        <w:rPr>
          <w:rFonts w:ascii="Aptos" w:hAnsi="Aptos" w:eastAsia="Aptos"/>
          <w:b w:val="0"/>
          <w:i w:val="0"/>
        </w:rPr>
        <w:t>O aquecimento inteligente é uma ferramenta técnica, fisiológica e pedagógica dentro do Método TriLife Running.</w:t>
      </w:r>
    </w:p>
    <w:p>
      <w:pPr/>
      <w:r>
        <w:rPr>
          <w:rFonts w:ascii="Aptos" w:hAnsi="Aptos" w:eastAsia="Aptos"/>
          <w:b w:val="0"/>
          <w:i w:val="0"/>
        </w:rPr>
        <w:t>Ele prepara o organismo, organiza o movimento, ativa o sistema neuromuscular, reforça cadência, melhora percepção corporal e permite que a parte principal comece com mais qualidade.</w:t>
      </w:r>
    </w:p>
    <w:p>
      <w:pPr/>
      <w:r>
        <w:rPr>
          <w:rFonts w:ascii="Aptos" w:hAnsi="Aptos" w:eastAsia="Aptos"/>
          <w:b w:val="0"/>
          <w:i w:val="0"/>
        </w:rPr>
        <w:t>Na metodologia do Scompa, educativos não são um capítulo separado. Eles fazem parte desse processo de preparação para produzir movimento.</w:t>
      </w:r>
    </w:p>
    <w:p>
      <w:pPr/>
      <w:r>
        <w:rPr>
          <w:rFonts w:ascii="Aptos" w:hAnsi="Aptos" w:eastAsia="Aptos"/>
          <w:b w:val="0"/>
          <w:i w:val="0"/>
        </w:rPr>
        <w:t>Treinos Inteligentes começam antes da primeira passada.</w:t>
      </w:r>
    </w:p>
    <w:p>
      <w:pPr>
        <w:pStyle w:val="Heading2"/>
      </w:pPr>
      <w:r>
        <w:t>Princípios Fundamentais do Método TriLife Running</w:t>
      </w:r>
    </w:p>
    <w:p>
      <w:pPr>
        <w:pStyle w:val="TriLifeQuote"/>
      </w:pPr>
      <w:r>
        <w:rPr>
          <w:rFonts w:ascii="Aptos" w:hAnsi="Aptos" w:eastAsia="Aptos"/>
          <w:b w:val="0"/>
          <w:i/>
        </w:rPr>
        <w:t>Princípio Fundamental nº 49</w:t>
      </w:r>
    </w:p>
    <w:p>
      <w:pPr/>
      <w:r>
        <w:rPr>
          <w:rFonts w:ascii="Aptos" w:hAnsi="Aptos" w:eastAsia="Aptos"/>
          <w:b w:val="0"/>
          <w:i w:val="0"/>
        </w:rPr>
        <w:t>O treino começa antes da parte principal.</w:t>
      </w:r>
    </w:p>
    <w:p>
      <w:pPr>
        <w:pStyle w:val="TriLifeQuote"/>
      </w:pPr>
      <w:r>
        <w:rPr>
          <w:rFonts w:ascii="Aptos" w:hAnsi="Aptos" w:eastAsia="Aptos"/>
          <w:b w:val="0"/>
          <w:i/>
        </w:rPr>
        <w:t>Princípio Fundamental nº 50</w:t>
      </w:r>
    </w:p>
    <w:p>
      <w:pPr/>
      <w:r>
        <w:rPr>
          <w:rFonts w:ascii="Aptos" w:hAnsi="Aptos" w:eastAsia="Aptos"/>
          <w:b w:val="0"/>
          <w:i w:val="0"/>
        </w:rPr>
        <w:t>Aquecer não é apenas elevar frequência cardíaca. É preparar o corpo para produzir movimento.</w:t>
      </w:r>
    </w:p>
    <w:p>
      <w:pPr>
        <w:pStyle w:val="TriLifeQuote"/>
      </w:pPr>
      <w:r>
        <w:rPr>
          <w:rFonts w:ascii="Aptos" w:hAnsi="Aptos" w:eastAsia="Aptos"/>
          <w:b w:val="0"/>
          <w:i/>
        </w:rPr>
        <w:t>Princípio Fundamental nº 51</w:t>
      </w:r>
    </w:p>
    <w:p>
      <w:pPr/>
      <w:r>
        <w:rPr>
          <w:rFonts w:ascii="Aptos" w:hAnsi="Aptos" w:eastAsia="Aptos"/>
          <w:b w:val="0"/>
          <w:i w:val="0"/>
        </w:rPr>
        <w:t>Educativos fazem parte do aquecimento inteligente.</w:t>
      </w:r>
    </w:p>
    <w:p>
      <w:pPr>
        <w:pStyle w:val="TriLifeQuote"/>
      </w:pPr>
      <w:r>
        <w:rPr>
          <w:rFonts w:ascii="Aptos" w:hAnsi="Aptos" w:eastAsia="Aptos"/>
          <w:b w:val="0"/>
          <w:i/>
        </w:rPr>
        <w:t>Princípio Fundamental nº 52</w:t>
      </w:r>
    </w:p>
    <w:p>
      <w:pPr/>
      <w:r>
        <w:rPr>
          <w:rFonts w:ascii="Aptos" w:hAnsi="Aptos" w:eastAsia="Aptos"/>
          <w:b w:val="0"/>
          <w:i w:val="0"/>
        </w:rPr>
        <w:t>A preparação deve acompanhar a exigência da sessão e a realidade do atleta.</w:t>
      </w:r>
    </w:p>
    <w:p>
      <w:r>
        <w:br w:type="page"/>
      </w:r>
    </w:p>
    <w:p>
      <w:pPr>
        <w:pStyle w:val="Heading1"/>
        <w:jc w:val="center"/>
      </w:pPr>
      <w:r>
        <w:t>CAPÍTULO 14</w:t>
      </w:r>
    </w:p>
    <w:p>
      <w:pPr>
        <w:pStyle w:val="Heading1"/>
        <w:jc w:val="center"/>
      </w:pPr>
      <w:r>
        <w:t>ECONOMIA DE CORRIDA: O VERDADEIRO SEGREDO DA PERFORMANCE</w:t>
      </w:r>
    </w:p>
    <w:p>
      <w:pPr>
        <w:pStyle w:val="TriLifeQuote"/>
      </w:pPr>
      <w:r>
        <w:rPr>
          <w:rFonts w:ascii="Aptos" w:hAnsi="Aptos" w:eastAsia="Aptos"/>
          <w:b w:val="0"/>
          <w:i/>
        </w:rPr>
        <w:t>O corredor mais eficiente desperdiça menos energia para produzir o mesmo deslocamento.</w:t>
      </w:r>
    </w:p>
    <w:p>
      <w:pPr>
        <w:pStyle w:val="Heading2"/>
      </w:pPr>
      <w:r>
        <w:t>14.1 O que é economia de corrida</w:t>
      </w:r>
    </w:p>
    <w:p>
      <w:pPr/>
      <w:r>
        <w:rPr>
          <w:rFonts w:ascii="Aptos" w:hAnsi="Aptos" w:eastAsia="Aptos"/>
          <w:b w:val="0"/>
          <w:i w:val="0"/>
        </w:rPr>
        <w:t>Economia de corrida é a capacidade de correr em determinada velocidade utilizando menos energia.</w:t>
      </w:r>
    </w:p>
    <w:p>
      <w:pPr/>
      <w:r>
        <w:rPr>
          <w:rFonts w:ascii="Aptos" w:hAnsi="Aptos" w:eastAsia="Aptos"/>
          <w:b w:val="0"/>
          <w:i w:val="0"/>
        </w:rPr>
        <w:t>Dois atletas podem correr no mesmo pace e apresentar custos completamente diferentes. Um parece leve, estável e controlado. Outro parece pesado, tenso e caro. O ritmo é o mesmo. O preço fisiológico não.</w:t>
      </w:r>
    </w:p>
    <w:p>
      <w:pPr/>
      <w:r>
        <w:rPr>
          <w:rFonts w:ascii="Aptos" w:hAnsi="Aptos" w:eastAsia="Aptos"/>
          <w:b w:val="0"/>
          <w:i w:val="0"/>
        </w:rPr>
        <w:t>Essa diferença define a economia.</w:t>
      </w:r>
    </w:p>
    <w:p>
      <w:pPr/>
      <w:r>
        <w:rPr>
          <w:rFonts w:ascii="Aptos" w:hAnsi="Aptos" w:eastAsia="Aptos"/>
          <w:b w:val="0"/>
          <w:i w:val="0"/>
        </w:rPr>
        <w:t>No Método TriLife Running, economia de corrida é um dos pilares invisíveis da performance. Ela não chama tanta atenção quanto velocidade, volume ou potência, mas sustenta tudo isso.</w:t>
      </w:r>
    </w:p>
    <w:p>
      <w:pPr/>
      <w:r>
        <w:rPr>
          <w:rFonts w:ascii="Aptos" w:hAnsi="Aptos" w:eastAsia="Aptos"/>
          <w:b w:val="0"/>
          <w:i w:val="0"/>
        </w:rPr>
        <w:t>Um atleta econômico consegue manter ritmos com menor gasto energético, menor fadiga acumulada e maior controle técnico.</w:t>
      </w:r>
    </w:p>
    <w:p>
      <w:pPr/>
      <w:r>
        <w:rPr>
          <w:rFonts w:ascii="Aptos" w:hAnsi="Aptos" w:eastAsia="Aptos"/>
          <w:b w:val="0"/>
          <w:i w:val="0"/>
        </w:rPr>
        <w:t>Isso importa em qualquer objetivo.</w:t>
      </w:r>
    </w:p>
    <w:p>
      <w:pPr/>
      <w:r>
        <w:rPr>
          <w:rFonts w:ascii="Aptos" w:hAnsi="Aptos" w:eastAsia="Aptos"/>
          <w:b w:val="0"/>
          <w:i w:val="0"/>
        </w:rPr>
        <w:t>Não basta produzir força.</w:t>
      </w:r>
    </w:p>
    <w:p>
      <w:pPr/>
      <w:r>
        <w:rPr>
          <w:rFonts w:ascii="Aptos" w:hAnsi="Aptos" w:eastAsia="Aptos"/>
          <w:b w:val="0"/>
          <w:i w:val="0"/>
        </w:rPr>
        <w:t>É preciso usar bem essa força.</w:t>
      </w:r>
    </w:p>
    <w:p>
      <w:pPr/>
      <w:r>
        <w:rPr>
          <w:rFonts w:ascii="Aptos" w:hAnsi="Aptos" w:eastAsia="Aptos"/>
          <w:b w:val="0"/>
          <w:i w:val="0"/>
        </w:rPr>
        <w:t>Não basta ter condicionamento.</w:t>
      </w:r>
    </w:p>
    <w:p>
      <w:pPr/>
      <w:r>
        <w:rPr>
          <w:rFonts w:ascii="Aptos" w:hAnsi="Aptos" w:eastAsia="Aptos"/>
          <w:b w:val="0"/>
          <w:i w:val="0"/>
        </w:rPr>
        <w:t>É preciso transformar condicionamento em deslocamento eficiente.</w:t>
      </w:r>
    </w:p>
    <w:p>
      <w:pPr/>
      <w:r>
        <w:rPr>
          <w:rFonts w:ascii="Aptos" w:hAnsi="Aptos" w:eastAsia="Aptos"/>
          <w:b w:val="0"/>
          <w:i w:val="0"/>
        </w:rPr>
        <w:t>A economia mostra quanto do que o atleta produz realmente vira corrida.</w:t>
      </w:r>
    </w:p>
    <w:p>
      <w:pPr>
        <w:pStyle w:val="Heading2"/>
      </w:pPr>
      <w:r>
        <w:t>14.2 Performance não depende apenas do motor</w:t>
      </w:r>
    </w:p>
    <w:p>
      <w:pPr/>
      <w:r>
        <w:rPr>
          <w:rFonts w:ascii="Aptos" w:hAnsi="Aptos" w:eastAsia="Aptos"/>
          <w:b w:val="0"/>
          <w:i w:val="0"/>
        </w:rPr>
        <w:t>Muitos corredores pensam em desempenho apenas como capacidade cardiovascular.</w:t>
      </w:r>
    </w:p>
    <w:p>
      <w:pPr/>
      <w:r>
        <w:rPr>
          <w:rFonts w:ascii="Aptos" w:hAnsi="Aptos" w:eastAsia="Aptos"/>
          <w:b w:val="0"/>
          <w:i w:val="0"/>
        </w:rPr>
        <w:t>VO₂, frequência cardíaca, limiar, potência aeróbia e resistência são importantes. Mas não explicam tudo.</w:t>
      </w:r>
    </w:p>
    <w:p>
      <w:pPr/>
      <w:r>
        <w:rPr>
          <w:rFonts w:ascii="Aptos" w:hAnsi="Aptos" w:eastAsia="Aptos"/>
          <w:b w:val="0"/>
          <w:i w:val="0"/>
        </w:rPr>
        <w:t>Dois atletas com capacidades fisiológicas parecidas podem apresentar performances diferentes por causa da economia.</w:t>
      </w:r>
    </w:p>
    <w:p>
      <w:pPr/>
      <w:r>
        <w:rPr>
          <w:rFonts w:ascii="Aptos" w:hAnsi="Aptos" w:eastAsia="Aptos"/>
          <w:b w:val="0"/>
          <w:i w:val="0"/>
        </w:rPr>
        <w:t>Um desperdiça menos energia em cada passada.</w:t>
      </w:r>
    </w:p>
    <w:p>
      <w:pPr/>
      <w:r>
        <w:rPr>
          <w:rFonts w:ascii="Aptos" w:hAnsi="Aptos" w:eastAsia="Aptos"/>
          <w:b w:val="0"/>
          <w:i w:val="0"/>
        </w:rPr>
        <w:t>Outro gasta demais para fazer a mesma coisa.</w:t>
      </w:r>
    </w:p>
    <w:p>
      <w:pPr/>
      <w:r>
        <w:rPr>
          <w:rFonts w:ascii="Aptos" w:hAnsi="Aptos" w:eastAsia="Aptos"/>
          <w:b w:val="0"/>
          <w:i w:val="0"/>
        </w:rPr>
        <w:t>Esse desperdício aparece em detalhes:</w:t>
      </w:r>
    </w:p>
    <w:p>
      <w:pPr>
        <w:pStyle w:val="ListBullet"/>
      </w:pPr>
      <w:r>
        <w:rPr>
          <w:rFonts w:ascii="Aptos" w:hAnsi="Aptos" w:eastAsia="Aptos"/>
          <w:b w:val="0"/>
          <w:i w:val="0"/>
        </w:rPr>
        <w:t>oscilação vertical excessiva;</w:t>
      </w:r>
    </w:p>
    <w:p>
      <w:pPr>
        <w:pStyle w:val="ListBullet"/>
      </w:pPr>
      <w:r>
        <w:rPr>
          <w:rFonts w:ascii="Aptos" w:hAnsi="Aptos" w:eastAsia="Aptos"/>
          <w:b w:val="0"/>
          <w:i w:val="0"/>
        </w:rPr>
        <w:t>passada longa demais;</w:t>
      </w:r>
    </w:p>
    <w:p>
      <w:pPr>
        <w:pStyle w:val="ListBullet"/>
      </w:pPr>
      <w:r>
        <w:rPr>
          <w:rFonts w:ascii="Aptos" w:hAnsi="Aptos" w:eastAsia="Aptos"/>
          <w:b w:val="0"/>
          <w:i w:val="0"/>
        </w:rPr>
        <w:t>contato prolongado com o solo;</w:t>
      </w:r>
    </w:p>
    <w:p>
      <w:pPr>
        <w:pStyle w:val="ListBullet"/>
      </w:pPr>
      <w:r>
        <w:rPr>
          <w:rFonts w:ascii="Aptos" w:hAnsi="Aptos" w:eastAsia="Aptos"/>
          <w:b w:val="0"/>
          <w:i w:val="0"/>
        </w:rPr>
        <w:t>braços cruzando a linha do corpo;</w:t>
      </w:r>
    </w:p>
    <w:p>
      <w:pPr>
        <w:pStyle w:val="ListBullet"/>
      </w:pPr>
      <w:r>
        <w:rPr>
          <w:rFonts w:ascii="Aptos" w:hAnsi="Aptos" w:eastAsia="Aptos"/>
          <w:b w:val="0"/>
          <w:i w:val="0"/>
        </w:rPr>
        <w:t>tronco instável;</w:t>
      </w:r>
    </w:p>
    <w:p>
      <w:pPr>
        <w:pStyle w:val="ListBullet"/>
      </w:pPr>
      <w:r>
        <w:rPr>
          <w:rFonts w:ascii="Aptos" w:hAnsi="Aptos" w:eastAsia="Aptos"/>
          <w:b w:val="0"/>
          <w:i w:val="0"/>
        </w:rPr>
        <w:t>quadril sem controle;</w:t>
      </w:r>
    </w:p>
    <w:p>
      <w:pPr>
        <w:pStyle w:val="ListBullet"/>
      </w:pPr>
      <w:r>
        <w:rPr>
          <w:rFonts w:ascii="Aptos" w:hAnsi="Aptos" w:eastAsia="Aptos"/>
          <w:b w:val="0"/>
          <w:i w:val="0"/>
        </w:rPr>
        <w:t>baixa rigidez funcional do tornozelo;</w:t>
      </w:r>
    </w:p>
    <w:p>
      <w:pPr>
        <w:pStyle w:val="ListBullet"/>
      </w:pPr>
      <w:r>
        <w:rPr>
          <w:rFonts w:ascii="Aptos" w:hAnsi="Aptos" w:eastAsia="Aptos"/>
          <w:b w:val="0"/>
          <w:i w:val="0"/>
        </w:rPr>
        <w:t>excesso de tensão;</w:t>
      </w:r>
    </w:p>
    <w:p>
      <w:pPr>
        <w:pStyle w:val="ListBullet"/>
      </w:pPr>
      <w:r>
        <w:rPr>
          <w:rFonts w:ascii="Aptos" w:hAnsi="Aptos" w:eastAsia="Aptos"/>
          <w:b w:val="0"/>
          <w:i w:val="0"/>
        </w:rPr>
        <w:t>cadência inadequada;</w:t>
      </w:r>
    </w:p>
    <w:p>
      <w:pPr>
        <w:pStyle w:val="ListBullet"/>
      </w:pPr>
      <w:r>
        <w:rPr>
          <w:rFonts w:ascii="Aptos" w:hAnsi="Aptos" w:eastAsia="Aptos"/>
          <w:b w:val="0"/>
          <w:i w:val="0"/>
        </w:rPr>
        <w:t>aterrissagem distante do centro de massa.</w:t>
      </w:r>
    </w:p>
    <w:p>
      <w:pPr/>
      <w:r>
        <w:rPr>
          <w:rFonts w:ascii="Aptos" w:hAnsi="Aptos" w:eastAsia="Aptos"/>
          <w:b w:val="0"/>
          <w:i w:val="0"/>
        </w:rPr>
        <w:t>Cada detalhe parece pequeno isoladamente.</w:t>
      </w:r>
    </w:p>
    <w:p>
      <w:pPr/>
      <w:r>
        <w:rPr>
          <w:rFonts w:ascii="Aptos" w:hAnsi="Aptos" w:eastAsia="Aptos"/>
          <w:b w:val="0"/>
          <w:i w:val="0"/>
        </w:rPr>
        <w:t>Somado em milhares de passadas, vira determinante.</w:t>
      </w:r>
    </w:p>
    <w:p>
      <w:pPr/>
      <w:r>
        <w:rPr>
          <w:rFonts w:ascii="Aptos" w:hAnsi="Aptos" w:eastAsia="Aptos"/>
          <w:b w:val="0"/>
          <w:i w:val="0"/>
        </w:rPr>
        <w:t>Treinos Inteligentes olham para esses detalhes porque performance não é apenas produzir mais.</w:t>
      </w:r>
    </w:p>
    <w:p>
      <w:pPr/>
      <w:r>
        <w:rPr>
          <w:rFonts w:ascii="Aptos" w:hAnsi="Aptos" w:eastAsia="Aptos"/>
          <w:b w:val="0"/>
          <w:i w:val="0"/>
        </w:rPr>
        <w:t>Também é desperdiçar menos.</w:t>
      </w:r>
    </w:p>
    <w:p>
      <w:pPr>
        <w:pStyle w:val="Heading2"/>
      </w:pPr>
      <w:r>
        <w:t>14.3 Pequenos desperdícios, grande custo</w:t>
      </w:r>
    </w:p>
    <w:p>
      <w:pPr/>
      <w:r>
        <w:rPr>
          <w:rFonts w:ascii="Aptos" w:hAnsi="Aptos" w:eastAsia="Aptos"/>
          <w:b w:val="0"/>
          <w:i w:val="0"/>
        </w:rPr>
        <w:t>A corrida é repetição.</w:t>
      </w:r>
    </w:p>
    <w:p>
      <w:pPr/>
      <w:r>
        <w:rPr>
          <w:rFonts w:ascii="Aptos" w:hAnsi="Aptos" w:eastAsia="Aptos"/>
          <w:b w:val="0"/>
          <w:i w:val="0"/>
        </w:rPr>
        <w:t>Um erro pequeno, repetido milhares de vezes, torna-se grande.</w:t>
      </w:r>
    </w:p>
    <w:p>
      <w:pPr/>
      <w:r>
        <w:rPr>
          <w:rFonts w:ascii="Aptos" w:hAnsi="Aptos" w:eastAsia="Aptos"/>
          <w:b w:val="0"/>
          <w:i w:val="0"/>
        </w:rPr>
        <w:t>Uma oscilação vertical excessiva significa energia indo para cima em vez de ir para frente. Passadas longas demais aumentam frenagem. Contato prolongado com o solo reduz fluidez. Movimentos desnecessários dos braços aumentam gasto. Perda de estabilidade do quadril dificulta transferência de força.</w:t>
      </w:r>
    </w:p>
    <w:p>
      <w:pPr/>
      <w:r>
        <w:rPr>
          <w:rFonts w:ascii="Aptos" w:hAnsi="Aptos" w:eastAsia="Aptos"/>
          <w:b w:val="0"/>
          <w:i w:val="0"/>
        </w:rPr>
        <w:t>Esses elementos não aparecem sempre de forma dramática.</w:t>
      </w:r>
    </w:p>
    <w:p>
      <w:pPr/>
      <w:r>
        <w:rPr>
          <w:rFonts w:ascii="Aptos" w:hAnsi="Aptos" w:eastAsia="Aptos"/>
          <w:b w:val="0"/>
          <w:i w:val="0"/>
        </w:rPr>
        <w:t>Muitas vezes, estão escondidos na aparência normal da corrida.</w:t>
      </w:r>
    </w:p>
    <w:p>
      <w:pPr/>
      <w:r>
        <w:rPr>
          <w:rFonts w:ascii="Aptos" w:hAnsi="Aptos" w:eastAsia="Aptos"/>
          <w:b w:val="0"/>
          <w:i w:val="0"/>
        </w:rPr>
        <w:t>O atleta sente que está se esforçando, mas parte desse esforço não vira deslocamento eficiente.</w:t>
      </w:r>
    </w:p>
    <w:p>
      <w:pPr/>
      <w:r>
        <w:rPr>
          <w:rFonts w:ascii="Aptos" w:hAnsi="Aptos" w:eastAsia="Aptos"/>
          <w:b w:val="0"/>
          <w:i w:val="0"/>
        </w:rPr>
        <w:t>A economia de corrida busca reduzir esse vazamento.</w:t>
      </w:r>
    </w:p>
    <w:p>
      <w:pPr/>
      <w:r>
        <w:rPr>
          <w:rFonts w:ascii="Aptos" w:hAnsi="Aptos" w:eastAsia="Aptos"/>
          <w:b w:val="0"/>
          <w:i w:val="0"/>
        </w:rPr>
        <w:t>O objetivo não é criar uma técnica artificial igual para todos.</w:t>
      </w:r>
    </w:p>
    <w:p>
      <w:pPr/>
      <w:r>
        <w:rPr>
          <w:rFonts w:ascii="Aptos" w:hAnsi="Aptos" w:eastAsia="Aptos"/>
          <w:b w:val="0"/>
          <w:i w:val="0"/>
        </w:rPr>
        <w:t>A metodologia não tenta transformar todos os corredores em cópias.</w:t>
      </w:r>
    </w:p>
    <w:p>
      <w:pPr/>
      <w:r>
        <w:rPr>
          <w:rFonts w:ascii="Aptos" w:hAnsi="Aptos" w:eastAsia="Aptos"/>
          <w:b w:val="0"/>
          <w:i w:val="0"/>
        </w:rPr>
        <w:t>Busca melhorar o uso das características individuais de cada atleta.</w:t>
      </w:r>
    </w:p>
    <w:p>
      <w:pPr/>
      <w:r>
        <w:rPr>
          <w:rFonts w:ascii="Aptos" w:hAnsi="Aptos" w:eastAsia="Aptos"/>
          <w:b w:val="0"/>
          <w:i w:val="0"/>
        </w:rPr>
        <w:t>A pergunta é simples:</w:t>
      </w:r>
    </w:p>
    <w:p>
      <w:pPr>
        <w:pStyle w:val="TriLifeQuote"/>
      </w:pPr>
      <w:r>
        <w:rPr>
          <w:rFonts w:ascii="Aptos" w:hAnsi="Aptos" w:eastAsia="Aptos"/>
          <w:b w:val="0"/>
          <w:i/>
        </w:rPr>
        <w:t>como este corredor pode desperdiçar menos energia mantendo sua identidade de movimento?</w:t>
      </w:r>
    </w:p>
    <w:p>
      <w:pPr>
        <w:pStyle w:val="Heading2"/>
      </w:pPr>
      <w:r>
        <w:t>14.4 A economia é treinável</w:t>
      </w:r>
    </w:p>
    <w:p>
      <w:pPr/>
      <w:r>
        <w:rPr>
          <w:rFonts w:ascii="Aptos" w:hAnsi="Aptos" w:eastAsia="Aptos"/>
          <w:b w:val="0"/>
          <w:i w:val="0"/>
        </w:rPr>
        <w:t>Uma das vantagens da economia de corrida é que ela pode ser desenvolvida.</w:t>
      </w:r>
    </w:p>
    <w:p>
      <w:pPr/>
      <w:r>
        <w:rPr>
          <w:rFonts w:ascii="Aptos" w:hAnsi="Aptos" w:eastAsia="Aptos"/>
          <w:b w:val="0"/>
          <w:i w:val="0"/>
        </w:rPr>
        <w:t>Não depende apenas de talento.</w:t>
      </w:r>
    </w:p>
    <w:p>
      <w:pPr/>
      <w:r>
        <w:rPr>
          <w:rFonts w:ascii="Aptos" w:hAnsi="Aptos" w:eastAsia="Aptos"/>
          <w:b w:val="0"/>
          <w:i w:val="0"/>
        </w:rPr>
        <w:t>O Método TriLife trabalha essa qualidade por várias frentes:</w:t>
      </w:r>
    </w:p>
    <w:p>
      <w:pPr>
        <w:pStyle w:val="ListBullet"/>
      </w:pPr>
      <w:r>
        <w:rPr>
          <w:rFonts w:ascii="Aptos" w:hAnsi="Aptos" w:eastAsia="Aptos"/>
          <w:b w:val="0"/>
          <w:i w:val="0"/>
        </w:rPr>
        <w:t>educativos;</w:t>
      </w:r>
    </w:p>
    <w:p>
      <w:pPr>
        <w:pStyle w:val="ListBullet"/>
      </w:pPr>
      <w:r>
        <w:rPr>
          <w:rFonts w:ascii="Aptos" w:hAnsi="Aptos" w:eastAsia="Aptos"/>
          <w:b w:val="0"/>
          <w:i w:val="0"/>
        </w:rPr>
        <w:t>aquecimento inteligente;</w:t>
      </w:r>
    </w:p>
    <w:p>
      <w:pPr>
        <w:pStyle w:val="ListBullet"/>
      </w:pPr>
      <w:r>
        <w:rPr>
          <w:rFonts w:ascii="Aptos" w:hAnsi="Aptos" w:eastAsia="Aptos"/>
          <w:b w:val="0"/>
          <w:i w:val="0"/>
        </w:rPr>
        <w:t>cadência;</w:t>
      </w:r>
    </w:p>
    <w:p>
      <w:pPr>
        <w:pStyle w:val="ListBullet"/>
      </w:pPr>
      <w:r>
        <w:rPr>
          <w:rFonts w:ascii="Aptos" w:hAnsi="Aptos" w:eastAsia="Aptos"/>
          <w:b w:val="0"/>
          <w:i w:val="0"/>
        </w:rPr>
        <w:t>subidas;</w:t>
      </w:r>
    </w:p>
    <w:p>
      <w:pPr>
        <w:pStyle w:val="ListBullet"/>
      </w:pPr>
      <w:r>
        <w:rPr>
          <w:rFonts w:ascii="Aptos" w:hAnsi="Aptos" w:eastAsia="Aptos"/>
          <w:b w:val="0"/>
          <w:i w:val="0"/>
        </w:rPr>
        <w:t>fortalecimento;</w:t>
      </w:r>
    </w:p>
    <w:p>
      <w:pPr>
        <w:pStyle w:val="ListBullet"/>
      </w:pPr>
      <w:r>
        <w:rPr>
          <w:rFonts w:ascii="Aptos" w:hAnsi="Aptos" w:eastAsia="Aptos"/>
          <w:b w:val="0"/>
          <w:i w:val="0"/>
        </w:rPr>
        <w:t>Tempo Run;</w:t>
      </w:r>
    </w:p>
    <w:p>
      <w:pPr>
        <w:pStyle w:val="ListBullet"/>
      </w:pPr>
      <w:r>
        <w:rPr>
          <w:rFonts w:ascii="Aptos" w:hAnsi="Aptos" w:eastAsia="Aptos"/>
          <w:b w:val="0"/>
          <w:i w:val="0"/>
        </w:rPr>
        <w:t>intervalados bem executados;</w:t>
      </w:r>
    </w:p>
    <w:p>
      <w:pPr>
        <w:pStyle w:val="ListBullet"/>
      </w:pPr>
      <w:r>
        <w:rPr>
          <w:rFonts w:ascii="Aptos" w:hAnsi="Aptos" w:eastAsia="Aptos"/>
          <w:b w:val="0"/>
          <w:i w:val="0"/>
        </w:rPr>
        <w:t>biomecânica;</w:t>
      </w:r>
    </w:p>
    <w:p>
      <w:pPr>
        <w:pStyle w:val="ListBullet"/>
      </w:pPr>
      <w:r>
        <w:rPr>
          <w:rFonts w:ascii="Aptos" w:hAnsi="Aptos" w:eastAsia="Aptos"/>
          <w:b w:val="0"/>
          <w:i w:val="0"/>
        </w:rPr>
        <w:t>controle de intensidade;</w:t>
      </w:r>
    </w:p>
    <w:p>
      <w:pPr>
        <w:pStyle w:val="ListBullet"/>
      </w:pPr>
      <w:r>
        <w:rPr>
          <w:rFonts w:ascii="Aptos" w:hAnsi="Aptos" w:eastAsia="Aptos"/>
          <w:b w:val="0"/>
          <w:i w:val="0"/>
        </w:rPr>
        <w:t>recuperação adequada.</w:t>
      </w:r>
    </w:p>
    <w:p>
      <w:pPr/>
      <w:r>
        <w:rPr>
          <w:rFonts w:ascii="Aptos" w:hAnsi="Aptos" w:eastAsia="Aptos"/>
          <w:b w:val="0"/>
          <w:i w:val="0"/>
        </w:rPr>
        <w:t>Cada ferramenta contribui de um jeito.</w:t>
      </w:r>
    </w:p>
    <w:p>
      <w:pPr/>
      <w:r>
        <w:rPr>
          <w:rFonts w:ascii="Aptos" w:hAnsi="Aptos" w:eastAsia="Aptos"/>
          <w:b w:val="0"/>
          <w:i w:val="0"/>
        </w:rPr>
        <w:t>Educativos melhoram coordenação. Cadência reduz tendência de passadas longas. Subidas desenvolvem força específica. Treinos de força melhoram estabilidade e aplicação de força. Tempo Run ensina sustentação com controle. Biomecânica identifica desperdícios. Recuperação preserva qualidade de movimento.</w:t>
      </w:r>
    </w:p>
    <w:p>
      <w:pPr/>
      <w:r>
        <w:rPr>
          <w:rFonts w:ascii="Aptos" w:hAnsi="Aptos" w:eastAsia="Aptos"/>
          <w:b w:val="0"/>
          <w:i w:val="0"/>
        </w:rPr>
        <w:t>Economia não é um treino único.</w:t>
      </w:r>
    </w:p>
    <w:p>
      <w:pPr/>
      <w:r>
        <w:rPr>
          <w:rFonts w:ascii="Aptos" w:hAnsi="Aptos" w:eastAsia="Aptos"/>
          <w:b w:val="0"/>
          <w:i w:val="0"/>
        </w:rPr>
        <w:t>É resultado de um método coerente.</w:t>
      </w:r>
    </w:p>
    <w:p>
      <w:pPr/>
      <w:r>
        <w:rPr>
          <w:rFonts w:ascii="Aptos" w:hAnsi="Aptos" w:eastAsia="Aptos"/>
          <w:b w:val="0"/>
          <w:i w:val="0"/>
        </w:rPr>
        <w:t>O corredor fica mais econômico quando aprende a se movimentar melhor, sustentar esforço com menos tensão e aplicar força de forma mais eficiente.</w:t>
      </w:r>
    </w:p>
    <w:p>
      <w:pPr>
        <w:pStyle w:val="Heading2"/>
      </w:pPr>
      <w:r>
        <w:t>14.5 O papel da força</w:t>
      </w:r>
    </w:p>
    <w:p>
      <w:pPr/>
      <w:r>
        <w:rPr>
          <w:rFonts w:ascii="Aptos" w:hAnsi="Aptos" w:eastAsia="Aptos"/>
          <w:b w:val="0"/>
          <w:i w:val="0"/>
        </w:rPr>
        <w:t>A cada passada, o organismo precisa absorver e devolver energia.</w:t>
      </w:r>
    </w:p>
    <w:p>
      <w:pPr/>
      <w:r>
        <w:rPr>
          <w:rFonts w:ascii="Aptos" w:hAnsi="Aptos" w:eastAsia="Aptos"/>
          <w:b w:val="0"/>
          <w:i w:val="0"/>
        </w:rPr>
        <w:t>Quanto mais eficiente for esse processo, menor será o custo da corrida.</w:t>
      </w:r>
    </w:p>
    <w:p>
      <w:pPr/>
      <w:r>
        <w:rPr>
          <w:rFonts w:ascii="Aptos" w:hAnsi="Aptos" w:eastAsia="Aptos"/>
          <w:b w:val="0"/>
          <w:i w:val="0"/>
        </w:rPr>
        <w:t>Por isso, força ocupa posição importante na metodologia.</w:t>
      </w:r>
    </w:p>
    <w:p>
      <w:pPr/>
      <w:r>
        <w:rPr>
          <w:rFonts w:ascii="Aptos" w:hAnsi="Aptos" w:eastAsia="Aptos"/>
          <w:b w:val="0"/>
          <w:i w:val="0"/>
        </w:rPr>
        <w:t>Músculos fortes produzem força. Tendões eficientes armazenam e devolvem energia. Articulações estáveis direcionam melhor essa força. Um tronco organizado reduz desperdício. Quadril estável melhora transferência.</w:t>
      </w:r>
    </w:p>
    <w:p>
      <w:pPr/>
      <w:r>
        <w:rPr>
          <w:rFonts w:ascii="Aptos" w:hAnsi="Aptos" w:eastAsia="Aptos"/>
          <w:b w:val="0"/>
          <w:i w:val="0"/>
        </w:rPr>
        <w:t>A força que interessa ao corredor não é apenas força isolada.</w:t>
      </w:r>
    </w:p>
    <w:p>
      <w:pPr/>
      <w:r>
        <w:rPr>
          <w:rFonts w:ascii="Aptos" w:hAnsi="Aptos" w:eastAsia="Aptos"/>
          <w:b w:val="0"/>
          <w:i w:val="0"/>
        </w:rPr>
        <w:t>É força aplicada ao gesto.</w:t>
      </w:r>
    </w:p>
    <w:p>
      <w:pPr/>
      <w:r>
        <w:rPr>
          <w:rFonts w:ascii="Aptos" w:hAnsi="Aptos" w:eastAsia="Aptos"/>
          <w:b w:val="0"/>
          <w:i w:val="0"/>
        </w:rPr>
        <w:t>Esse ponto conecta a economia de corrida à filosofia de movimento e fortalecimento funcional.</w:t>
      </w:r>
    </w:p>
    <w:p>
      <w:pPr/>
      <w:r>
        <w:rPr>
          <w:rFonts w:ascii="Aptos" w:hAnsi="Aptos" w:eastAsia="Aptos"/>
          <w:b w:val="0"/>
          <w:i w:val="0"/>
        </w:rPr>
        <w:t>O corredor precisa suportar impacto, estabilizar o corpo e produzir propulsão repetidas vezes. Se falta força ou controle, a mecânica se deteriora com a fadiga.</w:t>
      </w:r>
    </w:p>
    <w:p>
      <w:pPr/>
      <w:r>
        <w:rPr>
          <w:rFonts w:ascii="Aptos" w:hAnsi="Aptos" w:eastAsia="Aptos"/>
          <w:b w:val="0"/>
          <w:i w:val="0"/>
        </w:rPr>
        <w:t>No início da prova, o atleta parece bem.</w:t>
      </w:r>
    </w:p>
    <w:p>
      <w:pPr/>
      <w:r>
        <w:rPr>
          <w:rFonts w:ascii="Aptos" w:hAnsi="Aptos" w:eastAsia="Aptos"/>
          <w:b w:val="0"/>
          <w:i w:val="0"/>
        </w:rPr>
        <w:t>Depois, começa a perder eficiência.</w:t>
      </w:r>
    </w:p>
    <w:p>
      <w:pPr/>
      <w:r>
        <w:rPr>
          <w:rFonts w:ascii="Aptos" w:hAnsi="Aptos" w:eastAsia="Aptos"/>
          <w:b w:val="0"/>
          <w:i w:val="0"/>
        </w:rPr>
        <w:t>A economia precisa resistir ao tempo.</w:t>
      </w:r>
    </w:p>
    <w:p>
      <w:pPr/>
      <w:r>
        <w:rPr>
          <w:rFonts w:ascii="Aptos" w:hAnsi="Aptos" w:eastAsia="Aptos"/>
          <w:b w:val="0"/>
          <w:i w:val="0"/>
        </w:rPr>
        <w:t>Força ajuda nessa sustentação.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Economia de corrida representa o custo energético para correr em determinada velocidade. Atletas mais econômicos consomem menos oxigênio ou gastam menos energia para sustentar o mesmo ritmo, o que pode melhorar desempenho mesmo sem grandes mudanças no VO₂ máximo.</w:t>
            </w:r>
          </w:p>
          <w:p>
            <w:pPr/>
            <w:r>
              <w:rPr>
                <w:rFonts w:ascii="Aptos" w:hAnsi="Aptos" w:eastAsia="Aptos"/>
                <w:b w:val="0"/>
                <w:i w:val="0"/>
              </w:rPr>
              <w:t>Essa economia depende de fatores mecânicos, neuromusculares, metabólicos e técnicos. Rigidez adequada do sistema músculo-tendíneo, menor oscilação vertical, contato eficiente com o solo, estabilidade do quadril, coordenação e força específica influenciam o custo da corrida.</w:t>
            </w:r>
          </w:p>
          <w:p>
            <w:pPr/>
            <w:r>
              <w:rPr>
                <w:rFonts w:ascii="Aptos" w:hAnsi="Aptos" w:eastAsia="Aptos"/>
                <w:b w:val="0"/>
                <w:i w:val="0"/>
              </w:rPr>
              <w:t>Dentro do Método TriLife Running, economia não é tratada como detalhe estético. Ela é treinada por meio de educativos, força, cadência, subidas, controle de ritmo e biomecânica aplicada.</w:t>
            </w:r>
          </w:p>
          <w:p>
            <w:pPr/>
            <w:r>
              <w:rPr>
                <w:rFonts w:ascii="Aptos" w:hAnsi="Aptos" w:eastAsia="Aptos"/>
                <w:b w:val="0"/>
                <w:i w:val="0"/>
              </w:rPr>
              <w:t>Correr melhor não é parecer bonito.</w:t>
            </w:r>
          </w:p>
          <w:p>
            <w:pPr/>
            <w:r>
              <w:rPr>
                <w:rFonts w:ascii="Aptos" w:hAnsi="Aptos" w:eastAsia="Aptos"/>
                <w:b w:val="0"/>
                <w:i w:val="0"/>
              </w:rPr>
              <w:t>É gastar menos para produzir mais deslocamento.</w:t>
            </w:r>
          </w:p>
        </w:tc>
      </w:tr>
    </w:tbl>
    <w:p/>
    <w:p>
      <w:pPr>
        <w:pStyle w:val="Heading2"/>
      </w:pPr>
      <w:r>
        <w:t>14.6 Economia e cadência</w:t>
      </w:r>
    </w:p>
    <w:p>
      <w:pPr/>
      <w:r>
        <w:rPr>
          <w:rFonts w:ascii="Aptos" w:hAnsi="Aptos" w:eastAsia="Aptos"/>
          <w:b w:val="0"/>
          <w:i w:val="0"/>
        </w:rPr>
        <w:t>Cadência é uma das ferramentas práticas para melhorar economia.</w:t>
      </w:r>
    </w:p>
    <w:p>
      <w:pPr/>
      <w:r>
        <w:rPr>
          <w:rFonts w:ascii="Aptos" w:hAnsi="Aptos" w:eastAsia="Aptos"/>
          <w:b w:val="0"/>
          <w:i w:val="0"/>
        </w:rPr>
        <w:t>Ao utilizar passadas mais curtas e contato mais rápido com o solo, o corredor tende a reduzir frenagem excessiva e melhorar fluidez.</w:t>
      </w:r>
    </w:p>
    <w:p>
      <w:pPr/>
      <w:r>
        <w:rPr>
          <w:rFonts w:ascii="Aptos" w:hAnsi="Aptos" w:eastAsia="Aptos"/>
          <w:b w:val="0"/>
          <w:i w:val="0"/>
        </w:rPr>
        <w:t>A referência de 170 passos por minuto, usada dentro da metodologia TriLife, funciona como norte técnico. Não é uma regra rígida para todos os momentos, mas ajuda a educar o atleta a evitar passadas longas demais e contato pesado.</w:t>
      </w:r>
    </w:p>
    <w:p>
      <w:pPr/>
      <w:r>
        <w:rPr>
          <w:rFonts w:ascii="Aptos" w:hAnsi="Aptos" w:eastAsia="Aptos"/>
          <w:b w:val="0"/>
          <w:i w:val="0"/>
        </w:rPr>
        <w:t>Quando a cadência melhora, o corpo costuma se organizar melhor em torno do centro de massa.</w:t>
      </w:r>
    </w:p>
    <w:p>
      <w:pPr/>
      <w:r>
        <w:rPr>
          <w:rFonts w:ascii="Aptos" w:hAnsi="Aptos" w:eastAsia="Aptos"/>
          <w:b w:val="0"/>
          <w:i w:val="0"/>
        </w:rPr>
        <w:t>Isso pode reduzir desperdício e melhorar percepção de ritmo.</w:t>
      </w:r>
    </w:p>
    <w:p>
      <w:pPr/>
      <w:r>
        <w:rPr>
          <w:rFonts w:ascii="Aptos" w:hAnsi="Aptos" w:eastAsia="Aptos"/>
          <w:b w:val="0"/>
          <w:i w:val="0"/>
        </w:rPr>
        <w:t>A cadência não resolve tudo sozinha.</w:t>
      </w:r>
    </w:p>
    <w:p>
      <w:pPr/>
      <w:r>
        <w:rPr>
          <w:rFonts w:ascii="Aptos" w:hAnsi="Aptos" w:eastAsia="Aptos"/>
          <w:b w:val="0"/>
          <w:i w:val="0"/>
        </w:rPr>
        <w:t>Mas é uma alavanca simples, prática e observável.</w:t>
      </w:r>
    </w:p>
    <w:p>
      <w:pPr/>
      <w:r>
        <w:rPr>
          <w:rFonts w:ascii="Aptos" w:hAnsi="Aptos" w:eastAsia="Aptos"/>
          <w:b w:val="0"/>
          <w:i w:val="0"/>
        </w:rPr>
        <w:t>Por isso, aparece desde o aquecimento e acompanha diversos capítulos da metodologia.</w:t>
      </w:r>
    </w:p>
    <w:p>
      <w:pPr>
        <w:pStyle w:val="Heading2"/>
      </w:pPr>
      <w:r>
        <w:t>14.7 Economia sob fadiga</w:t>
      </w:r>
    </w:p>
    <w:p>
      <w:pPr/>
      <w:r>
        <w:rPr>
          <w:rFonts w:ascii="Aptos" w:hAnsi="Aptos" w:eastAsia="Aptos"/>
          <w:b w:val="0"/>
          <w:i w:val="0"/>
        </w:rPr>
        <w:t>A economia real precisa ser sustentada quando o atleta está cansado.</w:t>
      </w:r>
    </w:p>
    <w:p>
      <w:pPr/>
      <w:r>
        <w:rPr>
          <w:rFonts w:ascii="Aptos" w:hAnsi="Aptos" w:eastAsia="Aptos"/>
          <w:b w:val="0"/>
          <w:i w:val="0"/>
        </w:rPr>
        <w:t>Muitos corredores apresentam boa mecânica no início do treino, mas perdem organização quando a fadiga cresce.</w:t>
      </w:r>
    </w:p>
    <w:p>
      <w:pPr/>
      <w:r>
        <w:rPr>
          <w:rFonts w:ascii="Aptos" w:hAnsi="Aptos" w:eastAsia="Aptos"/>
          <w:b w:val="0"/>
          <w:i w:val="0"/>
        </w:rPr>
        <w:t>A passada alonga. A cadência cai. O tronco colapsa. Os braços tensionam. A frequência cardíaca sobe. A percepção de esforço aumenta.</w:t>
      </w:r>
    </w:p>
    <w:p>
      <w:pPr/>
      <w:r>
        <w:rPr>
          <w:rFonts w:ascii="Aptos" w:hAnsi="Aptos" w:eastAsia="Aptos"/>
          <w:b w:val="0"/>
          <w:i w:val="0"/>
        </w:rPr>
        <w:t>Nesse momento, o custo da corrida fica maior.</w:t>
      </w:r>
    </w:p>
    <w:p>
      <w:pPr/>
      <w:r>
        <w:rPr>
          <w:rFonts w:ascii="Aptos" w:hAnsi="Aptos" w:eastAsia="Aptos"/>
          <w:b w:val="0"/>
          <w:i w:val="0"/>
        </w:rPr>
        <w:t>O atleta passa a gastar mais para manter o mesmo ritmo.</w:t>
      </w:r>
    </w:p>
    <w:p>
      <w:pPr/>
      <w:r>
        <w:rPr>
          <w:rFonts w:ascii="Aptos" w:hAnsi="Aptos" w:eastAsia="Aptos"/>
          <w:b w:val="0"/>
          <w:i w:val="0"/>
        </w:rPr>
        <w:t>Por isso, o método não trabalha economia apenas em educativos ou treinos leves. Ela precisa aparecer em Tempo Runs, subidas, intervalados, progressivos e fases específicas da periodização.</w:t>
      </w:r>
    </w:p>
    <w:p>
      <w:pPr/>
      <w:r>
        <w:rPr>
          <w:rFonts w:ascii="Aptos" w:hAnsi="Aptos" w:eastAsia="Aptos"/>
          <w:b w:val="0"/>
          <w:i w:val="0"/>
        </w:rPr>
        <w:t>Correr econômico descansado é importante.</w:t>
      </w:r>
    </w:p>
    <w:p>
      <w:pPr/>
      <w:r>
        <w:rPr>
          <w:rFonts w:ascii="Aptos" w:hAnsi="Aptos" w:eastAsia="Aptos"/>
          <w:b w:val="0"/>
          <w:i w:val="0"/>
        </w:rPr>
        <w:t>Manter economia sob esforço é desempenho.</w:t>
      </w:r>
    </w:p>
    <w:p>
      <w:pPr>
        <w:pStyle w:val="Heading2"/>
      </w:pPr>
      <w:r>
        <w:t>14.8 O treinador observa desperdícios</w:t>
      </w:r>
    </w:p>
    <w:p>
      <w:pPr/>
      <w:r>
        <w:rPr>
          <w:rFonts w:ascii="Aptos" w:hAnsi="Aptos" w:eastAsia="Aptos"/>
          <w:b w:val="0"/>
          <w:i w:val="0"/>
        </w:rPr>
        <w:t>O treinador precisa desenvolver olhar para identificar onde o atleta está perdendo energia.</w:t>
      </w:r>
    </w:p>
    <w:p>
      <w:pPr/>
      <w:r>
        <w:rPr>
          <w:rFonts w:ascii="Aptos" w:hAnsi="Aptos" w:eastAsia="Aptos"/>
          <w:b w:val="0"/>
          <w:i w:val="0"/>
        </w:rPr>
        <w:t>Nem todo problema exige correção imediata. Nem toda característica individual é erro. Mas alguns padrões indicam custo desnecessário.</w:t>
      </w:r>
    </w:p>
    <w:p>
      <w:pPr/>
      <w:r>
        <w:rPr>
          <w:rFonts w:ascii="Aptos" w:hAnsi="Aptos" w:eastAsia="Aptos"/>
          <w:b w:val="0"/>
          <w:i w:val="0"/>
        </w:rPr>
        <w:t>O coach observa:</w:t>
      </w:r>
    </w:p>
    <w:p>
      <w:pPr>
        <w:pStyle w:val="ListBullet"/>
      </w:pPr>
      <w:r>
        <w:rPr>
          <w:rFonts w:ascii="Aptos" w:hAnsi="Aptos" w:eastAsia="Aptos"/>
          <w:b w:val="0"/>
          <w:i w:val="0"/>
        </w:rPr>
        <w:t>oscilação vertical;</w:t>
      </w:r>
    </w:p>
    <w:p>
      <w:pPr>
        <w:pStyle w:val="ListBullet"/>
      </w:pPr>
      <w:r>
        <w:rPr>
          <w:rFonts w:ascii="Aptos" w:hAnsi="Aptos" w:eastAsia="Aptos"/>
          <w:b w:val="0"/>
          <w:i w:val="0"/>
        </w:rPr>
        <w:t>contato com o solo;</w:t>
      </w:r>
    </w:p>
    <w:p>
      <w:pPr>
        <w:pStyle w:val="ListBullet"/>
      </w:pPr>
      <w:r>
        <w:rPr>
          <w:rFonts w:ascii="Aptos" w:hAnsi="Aptos" w:eastAsia="Aptos"/>
          <w:b w:val="0"/>
          <w:i w:val="0"/>
        </w:rPr>
        <w:t>postura;</w:t>
      </w:r>
    </w:p>
    <w:p>
      <w:pPr>
        <w:pStyle w:val="ListBullet"/>
      </w:pPr>
      <w:r>
        <w:rPr>
          <w:rFonts w:ascii="Aptos" w:hAnsi="Aptos" w:eastAsia="Aptos"/>
          <w:b w:val="0"/>
          <w:i w:val="0"/>
        </w:rPr>
        <w:t>relaxamento dos ombros;</w:t>
      </w:r>
    </w:p>
    <w:p>
      <w:pPr>
        <w:pStyle w:val="ListBullet"/>
      </w:pPr>
      <w:r>
        <w:rPr>
          <w:rFonts w:ascii="Aptos" w:hAnsi="Aptos" w:eastAsia="Aptos"/>
          <w:b w:val="0"/>
          <w:i w:val="0"/>
        </w:rPr>
        <w:t>ação dos braços;</w:t>
      </w:r>
    </w:p>
    <w:p>
      <w:pPr>
        <w:pStyle w:val="ListBullet"/>
      </w:pPr>
      <w:r>
        <w:rPr>
          <w:rFonts w:ascii="Aptos" w:hAnsi="Aptos" w:eastAsia="Aptos"/>
          <w:b w:val="0"/>
          <w:i w:val="0"/>
        </w:rPr>
        <w:t>estabilidade do quadril;</w:t>
      </w:r>
    </w:p>
    <w:p>
      <w:pPr>
        <w:pStyle w:val="ListBullet"/>
      </w:pPr>
      <w:r>
        <w:rPr>
          <w:rFonts w:ascii="Aptos" w:hAnsi="Aptos" w:eastAsia="Aptos"/>
          <w:b w:val="0"/>
          <w:i w:val="0"/>
        </w:rPr>
        <w:t>cadência;</w:t>
      </w:r>
    </w:p>
    <w:p>
      <w:pPr>
        <w:pStyle w:val="ListBullet"/>
      </w:pPr>
      <w:r>
        <w:rPr>
          <w:rFonts w:ascii="Aptos" w:hAnsi="Aptos" w:eastAsia="Aptos"/>
          <w:b w:val="0"/>
          <w:i w:val="0"/>
        </w:rPr>
        <w:t>amplitude de passada;</w:t>
      </w:r>
    </w:p>
    <w:p>
      <w:pPr>
        <w:pStyle w:val="ListBullet"/>
      </w:pPr>
      <w:r>
        <w:rPr>
          <w:rFonts w:ascii="Aptos" w:hAnsi="Aptos" w:eastAsia="Aptos"/>
          <w:b w:val="0"/>
          <w:i w:val="0"/>
        </w:rPr>
        <w:t>ruído da pisada;</w:t>
      </w:r>
    </w:p>
    <w:p>
      <w:pPr>
        <w:pStyle w:val="ListBullet"/>
      </w:pPr>
      <w:r>
        <w:rPr>
          <w:rFonts w:ascii="Aptos" w:hAnsi="Aptos" w:eastAsia="Aptos"/>
          <w:b w:val="0"/>
          <w:i w:val="0"/>
        </w:rPr>
        <w:t>queda técnica com fadiga.</w:t>
      </w:r>
    </w:p>
    <w:p>
      <w:pPr/>
      <w:r>
        <w:rPr>
          <w:rFonts w:ascii="Aptos" w:hAnsi="Aptos" w:eastAsia="Aptos"/>
          <w:b w:val="0"/>
          <w:i w:val="0"/>
        </w:rPr>
        <w:t>A intervenção deve ser simples e prática.</w:t>
      </w:r>
    </w:p>
    <w:p>
      <w:pPr/>
      <w:r>
        <w:rPr>
          <w:rFonts w:ascii="Aptos" w:hAnsi="Aptos" w:eastAsia="Aptos"/>
          <w:b w:val="0"/>
          <w:i w:val="0"/>
        </w:rPr>
        <w:t>Excesso de comandos confunde o atleta.</w:t>
      </w:r>
    </w:p>
    <w:p>
      <w:pPr/>
      <w:r>
        <w:rPr>
          <w:rFonts w:ascii="Aptos" w:hAnsi="Aptos" w:eastAsia="Aptos"/>
          <w:b w:val="0"/>
          <w:i w:val="0"/>
        </w:rPr>
        <w:t>A metodologia prefere trabalhar poucos pontos por vez, dentro de sessões que façam sentido.</w:t>
      </w:r>
    </w:p>
    <w:p>
      <w:pPr/>
      <w:r>
        <w:rPr>
          <w:rFonts w:ascii="Aptos" w:hAnsi="Aptos" w:eastAsia="Aptos"/>
          <w:b w:val="0"/>
          <w:i w:val="0"/>
        </w:rPr>
        <w:t>A economia melhora quando o corredor entende o ajuste e consegue aplicá-lo correndo.</w:t>
      </w:r>
    </w:p>
    <w:p>
      <w:pPr>
        <w:pStyle w:val="Heading2"/>
      </w:pPr>
      <w:r>
        <w:t>14.9 Economia como construção do método</w:t>
      </w:r>
    </w:p>
    <w:p>
      <w:pPr/>
      <w:r>
        <w:rPr>
          <w:rFonts w:ascii="Aptos" w:hAnsi="Aptos" w:eastAsia="Aptos"/>
          <w:b w:val="0"/>
          <w:i w:val="0"/>
        </w:rPr>
        <w:t>A economia de corrida se conecta a todo o DNA TriLife.</w:t>
      </w:r>
    </w:p>
    <w:p>
      <w:pPr/>
      <w:r>
        <w:rPr>
          <w:rFonts w:ascii="Aptos" w:hAnsi="Aptos" w:eastAsia="Aptos"/>
          <w:b w:val="0"/>
          <w:i w:val="0"/>
        </w:rPr>
        <w:t>Ela aparece no aquecimento, nos educativos, na cadência, na biomecânica, no fortalecimento, nas subidas, no Tempo Run, no controle de intensidade e na recuperação.</w:t>
      </w:r>
    </w:p>
    <w:p>
      <w:pPr/>
      <w:r>
        <w:rPr>
          <w:rFonts w:ascii="Aptos" w:hAnsi="Aptos" w:eastAsia="Aptos"/>
          <w:b w:val="0"/>
          <w:i w:val="0"/>
        </w:rPr>
        <w:t>Não é um capítulo isolado.</w:t>
      </w:r>
    </w:p>
    <w:p>
      <w:pPr/>
      <w:r>
        <w:rPr>
          <w:rFonts w:ascii="Aptos" w:hAnsi="Aptos" w:eastAsia="Aptos"/>
          <w:b w:val="0"/>
          <w:i w:val="0"/>
        </w:rPr>
        <w:t>É um resultado do método inteiro.</w:t>
      </w:r>
    </w:p>
    <w:p>
      <w:pPr/>
      <w:r>
        <w:rPr>
          <w:rFonts w:ascii="Aptos" w:hAnsi="Aptos" w:eastAsia="Aptos"/>
          <w:b w:val="0"/>
          <w:i w:val="0"/>
        </w:rPr>
        <w:t>Quando o atleta treina com melhor distribuição de intensidade, chega menos destruído às sessões de qualidade. Quando aquece bem, inicia melhor. Quando entende PZI, controla melhor esforço. Quando desenvolve força, sustenta mecânica. Quando recupera, mantém qualidade.</w:t>
      </w:r>
    </w:p>
    <w:p>
      <w:pPr/>
      <w:r>
        <w:rPr>
          <w:rFonts w:ascii="Aptos" w:hAnsi="Aptos" w:eastAsia="Aptos"/>
          <w:b w:val="0"/>
          <w:i w:val="0"/>
        </w:rPr>
        <w:t>Tudo isso melhora economia.</w:t>
      </w:r>
    </w:p>
    <w:p>
      <w:pPr/>
      <w:r>
        <w:rPr>
          <w:rFonts w:ascii="Aptos" w:hAnsi="Aptos" w:eastAsia="Aptos"/>
          <w:b w:val="0"/>
          <w:i w:val="0"/>
        </w:rPr>
        <w:t>Treinos Inteligentes não procuram apenas fazer o atleta produzir mais potência.</w:t>
      </w:r>
    </w:p>
    <w:p>
      <w:pPr/>
      <w:r>
        <w:rPr>
          <w:rFonts w:ascii="Aptos" w:hAnsi="Aptos" w:eastAsia="Aptos"/>
          <w:b w:val="0"/>
          <w:i w:val="0"/>
        </w:rPr>
        <w:t>Procuram fazer o atleta usar melhor a potência que já possui.</w:t>
      </w:r>
    </w:p>
    <w:p>
      <w:pPr>
        <w:pStyle w:val="Heading2"/>
      </w:pPr>
      <w:r>
        <w:t>Conclusão</w:t>
      </w:r>
    </w:p>
    <w:p>
      <w:pPr/>
      <w:r>
        <w:rPr>
          <w:rFonts w:ascii="Aptos" w:hAnsi="Aptos" w:eastAsia="Aptos"/>
          <w:b w:val="0"/>
          <w:i w:val="0"/>
        </w:rPr>
        <w:t>A economia de corrida representa um dos pilares invisíveis da performance.</w:t>
      </w:r>
    </w:p>
    <w:p>
      <w:pPr/>
      <w:r>
        <w:rPr>
          <w:rFonts w:ascii="Aptos" w:hAnsi="Aptos" w:eastAsia="Aptos"/>
          <w:b w:val="0"/>
          <w:i w:val="0"/>
        </w:rPr>
        <w:t>Enquanto velocidade, potência e volume costumam chamar mais atenção, é a eficiência do movimento que permite sustentar essas capacidades durante mais tempo.</w:t>
      </w:r>
    </w:p>
    <w:p>
      <w:pPr/>
      <w:r>
        <w:rPr>
          <w:rFonts w:ascii="Aptos" w:hAnsi="Aptos" w:eastAsia="Aptos"/>
          <w:b w:val="0"/>
          <w:i w:val="0"/>
        </w:rPr>
        <w:t>No Método TriLife Running, desenvolver economia significa ensinar o atleta a desperdiçar menos energia em cada passada.</w:t>
      </w:r>
    </w:p>
    <w:p>
      <w:pPr/>
      <w:r>
        <w:rPr>
          <w:rFonts w:ascii="Aptos" w:hAnsi="Aptos" w:eastAsia="Aptos"/>
          <w:b w:val="0"/>
          <w:i w:val="0"/>
        </w:rPr>
        <w:t>Correr melhor é gastar menos para sustentar mais.</w:t>
      </w:r>
    </w:p>
    <w:p>
      <w:pPr>
        <w:pStyle w:val="Heading2"/>
      </w:pPr>
      <w:r>
        <w:t>Princípios Fundamentais do Método TriLife Running</w:t>
      </w:r>
    </w:p>
    <w:p>
      <w:pPr>
        <w:pStyle w:val="TriLifeQuote"/>
      </w:pPr>
      <w:r>
        <w:rPr>
          <w:rFonts w:ascii="Aptos" w:hAnsi="Aptos" w:eastAsia="Aptos"/>
          <w:b w:val="0"/>
          <w:i/>
        </w:rPr>
        <w:t>Princípio Fundamental nº 53</w:t>
      </w:r>
    </w:p>
    <w:p>
      <w:pPr/>
      <w:r>
        <w:rPr>
          <w:rFonts w:ascii="Aptos" w:hAnsi="Aptos" w:eastAsia="Aptos"/>
          <w:b w:val="0"/>
          <w:i w:val="0"/>
        </w:rPr>
        <w:t>Economia de corrida é produzir deslocamento com menor desperdício de energia.</w:t>
      </w:r>
    </w:p>
    <w:p>
      <w:pPr>
        <w:pStyle w:val="TriLifeQuote"/>
      </w:pPr>
      <w:r>
        <w:rPr>
          <w:rFonts w:ascii="Aptos" w:hAnsi="Aptos" w:eastAsia="Aptos"/>
          <w:b w:val="0"/>
          <w:i/>
        </w:rPr>
        <w:t>Princípio Fundamental nº 54</w:t>
      </w:r>
    </w:p>
    <w:p>
      <w:pPr/>
      <w:r>
        <w:rPr>
          <w:rFonts w:ascii="Aptos" w:hAnsi="Aptos" w:eastAsia="Aptos"/>
          <w:b w:val="0"/>
          <w:i w:val="0"/>
        </w:rPr>
        <w:t>Pequenos desperdícios repetidos milhares de vezes se tornam determinantes.</w:t>
      </w:r>
    </w:p>
    <w:p>
      <w:pPr>
        <w:pStyle w:val="TriLifeQuote"/>
      </w:pPr>
      <w:r>
        <w:rPr>
          <w:rFonts w:ascii="Aptos" w:hAnsi="Aptos" w:eastAsia="Aptos"/>
          <w:b w:val="0"/>
          <w:i/>
        </w:rPr>
        <w:t>Princípio Fundamental nº 55</w:t>
      </w:r>
    </w:p>
    <w:p>
      <w:pPr/>
      <w:r>
        <w:rPr>
          <w:rFonts w:ascii="Aptos" w:hAnsi="Aptos" w:eastAsia="Aptos"/>
          <w:b w:val="0"/>
          <w:i w:val="0"/>
        </w:rPr>
        <w:t>Força, cadência, educativos e biomecânica precisam servir à eficiência do corredor.</w:t>
      </w:r>
    </w:p>
    <w:p>
      <w:pPr>
        <w:pStyle w:val="TriLifeQuote"/>
      </w:pPr>
      <w:r>
        <w:rPr>
          <w:rFonts w:ascii="Aptos" w:hAnsi="Aptos" w:eastAsia="Aptos"/>
          <w:b w:val="0"/>
          <w:i/>
        </w:rPr>
        <w:t>Princípio Fundamental nº 56</w:t>
      </w:r>
    </w:p>
    <w:p>
      <w:pPr/>
      <w:r>
        <w:rPr>
          <w:rFonts w:ascii="Aptos" w:hAnsi="Aptos" w:eastAsia="Aptos"/>
          <w:b w:val="0"/>
          <w:i w:val="0"/>
        </w:rPr>
        <w:t>Treinos Inteligentes não buscam apenas produzir mais. Buscam desperdiçar menos.</w:t>
      </w:r>
    </w:p>
    <w:p>
      <w:r>
        <w:br w:type="page"/>
      </w:r>
    </w:p>
    <w:p>
      <w:pPr>
        <w:pStyle w:val="Heading1"/>
        <w:jc w:val="center"/>
      </w:pPr>
      <w:r>
        <w:t>CAPÍTULO 15</w:t>
      </w:r>
    </w:p>
    <w:p>
      <w:pPr>
        <w:pStyle w:val="Heading1"/>
        <w:jc w:val="center"/>
      </w:pPr>
      <w:r>
        <w:t>INDIVIDUALIZAÇÃO: O MAIOR PILAR DOS TREINOS INTELIGENTES</w:t>
      </w:r>
    </w:p>
    <w:p>
      <w:pPr>
        <w:pStyle w:val="TriLifeQuote"/>
      </w:pPr>
      <w:r>
        <w:rPr>
          <w:rFonts w:ascii="Aptos" w:hAnsi="Aptos" w:eastAsia="Aptos"/>
          <w:b w:val="0"/>
          <w:i/>
        </w:rPr>
        <w:t>O método permanece. O atleta muda.</w:t>
      </w:r>
    </w:p>
    <w:p>
      <w:pPr>
        <w:pStyle w:val="Heading2"/>
      </w:pPr>
      <w:r>
        <w:t>15.1 Individualizar não é improvisar</w:t>
      </w:r>
    </w:p>
    <w:p>
      <w:pPr/>
      <w:r>
        <w:rPr>
          <w:rFonts w:ascii="Aptos" w:hAnsi="Aptos" w:eastAsia="Aptos"/>
          <w:b w:val="0"/>
          <w:i w:val="0"/>
        </w:rPr>
        <w:t>Individualização é um dos pilares mais fortes do Método TriLife Running.</w:t>
      </w:r>
    </w:p>
    <w:p>
      <w:pPr/>
      <w:r>
        <w:rPr>
          <w:rFonts w:ascii="Aptos" w:hAnsi="Aptos" w:eastAsia="Aptos"/>
          <w:b w:val="0"/>
          <w:i w:val="0"/>
        </w:rPr>
        <w:t>Mas individualizar não significa fazer qualquer coisa para cada atleta.</w:t>
      </w:r>
    </w:p>
    <w:p>
      <w:pPr/>
      <w:r>
        <w:rPr>
          <w:rFonts w:ascii="Aptos" w:hAnsi="Aptos" w:eastAsia="Aptos"/>
          <w:b w:val="0"/>
          <w:i w:val="0"/>
        </w:rPr>
        <w:t>Também não significa abandonar a metodologia.</w:t>
      </w:r>
    </w:p>
    <w:p>
      <w:pPr/>
      <w:r>
        <w:rPr>
          <w:rFonts w:ascii="Aptos" w:hAnsi="Aptos" w:eastAsia="Aptos"/>
          <w:b w:val="0"/>
          <w:i w:val="0"/>
        </w:rPr>
        <w:t>Individualizar é aplicar os mesmos princípios com doses, ritmos, progressões e ajustes diferentes conforme a realidade de cada corredor.</w:t>
      </w:r>
    </w:p>
    <w:p>
      <w:pPr/>
      <w:r>
        <w:rPr>
          <w:rFonts w:ascii="Aptos" w:hAnsi="Aptos" w:eastAsia="Aptos"/>
          <w:b w:val="0"/>
          <w:i w:val="0"/>
        </w:rPr>
        <w:t>O método permanece.</w:t>
      </w:r>
    </w:p>
    <w:p>
      <w:pPr/>
      <w:r>
        <w:rPr>
          <w:rFonts w:ascii="Aptos" w:hAnsi="Aptos" w:eastAsia="Aptos"/>
          <w:b w:val="0"/>
          <w:i w:val="0"/>
        </w:rPr>
        <w:t>O atleta muda.</w:t>
      </w:r>
    </w:p>
    <w:p>
      <w:pPr/>
      <w:r>
        <w:rPr>
          <w:rFonts w:ascii="Aptos" w:hAnsi="Aptos" w:eastAsia="Aptos"/>
          <w:b w:val="0"/>
          <w:i w:val="0"/>
        </w:rPr>
        <w:t>Essa diferença é essencial.</w:t>
      </w:r>
    </w:p>
    <w:p>
      <w:pPr/>
      <w:r>
        <w:rPr>
          <w:rFonts w:ascii="Aptos" w:hAnsi="Aptos" w:eastAsia="Aptos"/>
          <w:b w:val="0"/>
          <w:i w:val="0"/>
        </w:rPr>
        <w:t>Sem método, a individualização vira improviso. Sem individualização, o método vira planilha rígida.</w:t>
      </w:r>
    </w:p>
    <w:p>
      <w:pPr/>
      <w:r>
        <w:rPr>
          <w:rFonts w:ascii="Aptos" w:hAnsi="Aptos" w:eastAsia="Aptos"/>
          <w:b w:val="0"/>
          <w:i w:val="0"/>
        </w:rPr>
        <w:t>A TriLife trabalha no ponto de equilíbrio: princípios claros, aplicação ajustada.</w:t>
      </w:r>
    </w:p>
    <w:p>
      <w:pPr/>
      <w:r>
        <w:rPr>
          <w:rFonts w:ascii="Aptos" w:hAnsi="Aptos" w:eastAsia="Aptos"/>
          <w:b w:val="0"/>
          <w:i w:val="0"/>
        </w:rPr>
        <w:t>Dois atletas podem usar PZI, Ritmo de Limiar, Tempo Run, Fartlek, subidas e recuperação. Ainda assim, cada um precisa receber essas ferramentas de acordo com histórico, objetivo, rotina, capacidade de recuperação, nível técnico e resposta ao treinamento.</w:t>
      </w:r>
    </w:p>
    <w:p>
      <w:pPr/>
      <w:r>
        <w:rPr>
          <w:rFonts w:ascii="Aptos" w:hAnsi="Aptos" w:eastAsia="Aptos"/>
          <w:b w:val="0"/>
          <w:i w:val="0"/>
        </w:rPr>
        <w:t>Individualizar é preservar a lógica do método sem ignorar quem está executando.</w:t>
      </w:r>
    </w:p>
    <w:p>
      <w:pPr>
        <w:pStyle w:val="Heading2"/>
      </w:pPr>
      <w:r>
        <w:t>15.2 O atleta nunca chega neutro</w:t>
      </w:r>
    </w:p>
    <w:p>
      <w:pPr/>
      <w:r>
        <w:rPr>
          <w:rFonts w:ascii="Aptos" w:hAnsi="Aptos" w:eastAsia="Aptos"/>
          <w:b w:val="0"/>
          <w:i w:val="0"/>
        </w:rPr>
        <w:t>Nenhum corredor chega à assessoria como uma folha em branco.</w:t>
      </w:r>
    </w:p>
    <w:p>
      <w:pPr/>
      <w:r>
        <w:rPr>
          <w:rFonts w:ascii="Aptos" w:hAnsi="Aptos" w:eastAsia="Aptos"/>
          <w:b w:val="0"/>
          <w:i w:val="0"/>
        </w:rPr>
        <w:t>Cada atleta carrega histórico.</w:t>
      </w:r>
    </w:p>
    <w:p>
      <w:pPr/>
      <w:r>
        <w:rPr>
          <w:rFonts w:ascii="Aptos" w:hAnsi="Aptos" w:eastAsia="Aptos"/>
          <w:b w:val="0"/>
          <w:i w:val="0"/>
        </w:rPr>
        <w:t>Alguns vêm de anos de corrida. Outros estão começando. Alguns já se lesionaram. Outros treinam com boa regularidade. Há quem durma pouco. Há quem trabalhe em pé o dia inteiro. Há quem tenha rotina previsível. Há quem viva em deslocamento. Há atletas disciplinados, ansiosos, competitivos, inseguros, resistentes a correr leve ou dependentes do relógio.</w:t>
      </w:r>
    </w:p>
    <w:p>
      <w:pPr/>
      <w:r>
        <w:rPr>
          <w:rFonts w:ascii="Aptos" w:hAnsi="Aptos" w:eastAsia="Aptos"/>
          <w:b w:val="0"/>
          <w:i w:val="0"/>
        </w:rPr>
        <w:t>Tudo isso interfere na prescrição.</w:t>
      </w:r>
    </w:p>
    <w:p>
      <w:pPr/>
      <w:r>
        <w:rPr>
          <w:rFonts w:ascii="Aptos" w:hAnsi="Aptos" w:eastAsia="Aptos"/>
          <w:b w:val="0"/>
          <w:i w:val="0"/>
        </w:rPr>
        <w:t>O treino não acontece em laboratório.</w:t>
      </w:r>
    </w:p>
    <w:p>
      <w:pPr/>
      <w:r>
        <w:rPr>
          <w:rFonts w:ascii="Aptos" w:hAnsi="Aptos" w:eastAsia="Aptos"/>
          <w:b w:val="0"/>
          <w:i w:val="0"/>
        </w:rPr>
        <w:t>Acontece na vida.</w:t>
      </w:r>
    </w:p>
    <w:p>
      <w:pPr/>
      <w:r>
        <w:rPr>
          <w:rFonts w:ascii="Aptos" w:hAnsi="Aptos" w:eastAsia="Aptos"/>
          <w:b w:val="0"/>
          <w:i w:val="0"/>
        </w:rPr>
        <w:t>Por isso, antes de definir carga, o treinador precisa compreender o contexto.</w:t>
      </w:r>
    </w:p>
    <w:p>
      <w:pPr/>
      <w:r>
        <w:rPr>
          <w:rFonts w:ascii="Aptos" w:hAnsi="Aptos" w:eastAsia="Aptos"/>
          <w:b w:val="0"/>
          <w:i w:val="0"/>
        </w:rPr>
        <w:t>Individualização começa com leitura.</w:t>
      </w:r>
    </w:p>
    <w:p>
      <w:pPr/>
      <w:r>
        <w:rPr>
          <w:rFonts w:ascii="Aptos" w:hAnsi="Aptos" w:eastAsia="Aptos"/>
          <w:b w:val="0"/>
          <w:i w:val="0"/>
        </w:rPr>
        <w:t>Sem leitura, a planilha apenas parece personalizada.</w:t>
      </w:r>
    </w:p>
    <w:p>
      <w:pPr/>
      <w:r>
        <w:rPr>
          <w:rFonts w:ascii="Aptos" w:hAnsi="Aptos" w:eastAsia="Aptos"/>
          <w:b w:val="0"/>
          <w:i w:val="0"/>
        </w:rPr>
        <w:t>O Método TriLife Running busca entender o atleta antes de exigir que ele siga o processo.</w:t>
      </w:r>
    </w:p>
    <w:p>
      <w:pPr>
        <w:pStyle w:val="Heading2"/>
      </w:pPr>
      <w:r>
        <w:t>15.3 Ritmo de Limiar como ponto de individualização</w:t>
      </w:r>
    </w:p>
    <w:p>
      <w:pPr/>
      <w:r>
        <w:rPr>
          <w:rFonts w:ascii="Aptos" w:hAnsi="Aptos" w:eastAsia="Aptos"/>
          <w:b w:val="0"/>
          <w:i w:val="0"/>
        </w:rPr>
        <w:t>O Ritmo de Limiar é uma das principais ferramentas de individualização da metodologia.</w:t>
      </w:r>
    </w:p>
    <w:p>
      <w:pPr/>
      <w:r>
        <w:rPr>
          <w:rFonts w:ascii="Aptos" w:hAnsi="Aptos" w:eastAsia="Aptos"/>
          <w:b w:val="0"/>
          <w:i w:val="0"/>
        </w:rPr>
        <w:t>Ele permite que o treinamento seja organizado a partir da capacidade atual do atleta, não a partir de ritmos genéricos.</w:t>
      </w:r>
    </w:p>
    <w:p>
      <w:pPr/>
      <w:r>
        <w:rPr>
          <w:rFonts w:ascii="Aptos" w:hAnsi="Aptos" w:eastAsia="Aptos"/>
          <w:b w:val="0"/>
          <w:i w:val="0"/>
        </w:rPr>
        <w:t>Quando essa referência está bem calibrada, o PZI passa a traduzir intensidade de forma mais precisa. O atleta entende melhor as zonas. O treinador consegue ajustar carga. As sessões passam a conversar com a realidade fisiológica e operacional do corredor.</w:t>
      </w:r>
    </w:p>
    <w:p>
      <w:pPr/>
      <w:r>
        <w:rPr>
          <w:rFonts w:ascii="Aptos" w:hAnsi="Aptos" w:eastAsia="Aptos"/>
          <w:b w:val="0"/>
          <w:i w:val="0"/>
        </w:rPr>
        <w:t>O mesmo treino pode ter a mesma intenção para dois atletas e paces completamente diferentes.</w:t>
      </w:r>
    </w:p>
    <w:p>
      <w:pPr/>
      <w:r>
        <w:rPr>
          <w:rFonts w:ascii="Aptos" w:hAnsi="Aptos" w:eastAsia="Aptos"/>
          <w:b w:val="0"/>
          <w:i w:val="0"/>
        </w:rPr>
        <w:t>Essa é a força do método.</w:t>
      </w:r>
    </w:p>
    <w:p>
      <w:pPr/>
      <w:r>
        <w:rPr>
          <w:rFonts w:ascii="Aptos" w:hAnsi="Aptos" w:eastAsia="Aptos"/>
          <w:b w:val="0"/>
          <w:i w:val="0"/>
        </w:rPr>
        <w:t>A sessão não precisa ser igual no relógio.</w:t>
      </w:r>
    </w:p>
    <w:p>
      <w:pPr/>
      <w:r>
        <w:rPr>
          <w:rFonts w:ascii="Aptos" w:hAnsi="Aptos" w:eastAsia="Aptos"/>
          <w:b w:val="0"/>
          <w:i w:val="0"/>
        </w:rPr>
        <w:t>Precisa ser equivalente na intenção.</w:t>
      </w:r>
    </w:p>
    <w:p>
      <w:pPr/>
      <w:r>
        <w:rPr>
          <w:rFonts w:ascii="Aptos" w:hAnsi="Aptos" w:eastAsia="Aptos"/>
          <w:b w:val="0"/>
          <w:i w:val="0"/>
        </w:rPr>
        <w:t>O Ritmo de Limiar ajuda a tornar isso possível.</w:t>
      </w:r>
    </w:p>
    <w:p>
      <w:pPr/>
      <w:r>
        <w:rPr>
          <w:rFonts w:ascii="Aptos" w:hAnsi="Aptos" w:eastAsia="Aptos"/>
          <w:b w:val="0"/>
          <w:i w:val="0"/>
        </w:rPr>
        <w:t>Como essa referência é dinâmica, a individualização também se atualiza. Quando o atleta evolui, as zonas mudam. Se atravessa fase de fadiga ou interrupção, a aplicação precisa ser reavaliada.</w:t>
      </w:r>
    </w:p>
    <w:p>
      <w:pPr/>
      <w:r>
        <w:rPr>
          <w:rFonts w:ascii="Aptos" w:hAnsi="Aptos" w:eastAsia="Aptos"/>
          <w:b w:val="0"/>
          <w:i w:val="0"/>
        </w:rPr>
        <w:t>Individualizar é acompanhar o movimento do atleta.</w:t>
      </w:r>
    </w:p>
    <w:p>
      <w:pPr>
        <w:pStyle w:val="Heading2"/>
      </w:pPr>
      <w:r>
        <w:t>15.4 PZI como linguagem individual e coletiva</w:t>
      </w:r>
    </w:p>
    <w:p>
      <w:pPr/>
      <w:r>
        <w:rPr>
          <w:rFonts w:ascii="Aptos" w:hAnsi="Aptos" w:eastAsia="Aptos"/>
          <w:b w:val="0"/>
          <w:i w:val="0"/>
        </w:rPr>
        <w:t>Em uma assessoria, o treinador precisa lidar com muitos atletas ao mesmo tempo.</w:t>
      </w:r>
    </w:p>
    <w:p>
      <w:pPr/>
      <w:r>
        <w:rPr>
          <w:rFonts w:ascii="Aptos" w:hAnsi="Aptos" w:eastAsia="Aptos"/>
          <w:b w:val="0"/>
          <w:i w:val="0"/>
        </w:rPr>
        <w:t>O PZI resolve parte desse desafio porque cria uma linguagem coletiva para intensidades individuais.</w:t>
      </w:r>
    </w:p>
    <w:p>
      <w:pPr/>
      <w:r>
        <w:rPr>
          <w:rFonts w:ascii="Aptos" w:hAnsi="Aptos" w:eastAsia="Aptos"/>
          <w:b w:val="0"/>
          <w:i w:val="0"/>
        </w:rPr>
        <w:t>Todos podem entender o que significa PZI 2, PZI 5, PZI 7 ou PZI 9, mesmo que os paces sejam diferentes.</w:t>
      </w:r>
    </w:p>
    <w:p>
      <w:pPr/>
      <w:r>
        <w:rPr>
          <w:rFonts w:ascii="Aptos" w:hAnsi="Aptos" w:eastAsia="Aptos"/>
          <w:b w:val="0"/>
          <w:i w:val="0"/>
        </w:rPr>
        <w:t>Isso fortalece a comunicação.</w:t>
      </w:r>
    </w:p>
    <w:p>
      <w:pPr/>
      <w:r>
        <w:rPr>
          <w:rFonts w:ascii="Aptos" w:hAnsi="Aptos" w:eastAsia="Aptos"/>
          <w:b w:val="0"/>
          <w:i w:val="0"/>
        </w:rPr>
        <w:t>O atleta não precisa comparar seu ritmo com o ritmo de outro corredor. Ele precisa entender sua zona, sua sensação e sua intenção de treino.</w:t>
      </w:r>
    </w:p>
    <w:p>
      <w:pPr/>
      <w:r>
        <w:rPr>
          <w:rFonts w:ascii="Aptos" w:hAnsi="Aptos" w:eastAsia="Aptos"/>
          <w:b w:val="0"/>
          <w:i w:val="0"/>
        </w:rPr>
        <w:t>O PZI reduz comparações ruins.</w:t>
      </w:r>
    </w:p>
    <w:p>
      <w:pPr/>
      <w:r>
        <w:rPr>
          <w:rFonts w:ascii="Aptos" w:hAnsi="Aptos" w:eastAsia="Aptos"/>
          <w:b w:val="0"/>
          <w:i w:val="0"/>
        </w:rPr>
        <w:t>Cada atleta trabalha dentro da própria referência.</w:t>
      </w:r>
    </w:p>
    <w:p>
      <w:pPr/>
      <w:r>
        <w:rPr>
          <w:rFonts w:ascii="Aptos" w:hAnsi="Aptos" w:eastAsia="Aptos"/>
          <w:b w:val="0"/>
          <w:i w:val="0"/>
        </w:rPr>
        <w:t>Essa linguagem também facilita ajustes. Se o Ritmo de Limiar muda, as zonas mudam. A estrutura do método permanece clara.</w:t>
      </w:r>
    </w:p>
    <w:p>
      <w:pPr/>
      <w:r>
        <w:rPr>
          <w:rFonts w:ascii="Aptos" w:hAnsi="Aptos" w:eastAsia="Aptos"/>
          <w:b w:val="0"/>
          <w:i w:val="0"/>
        </w:rPr>
        <w:t>Individualização, nesse caso, não aumenta confusão.</w:t>
      </w:r>
    </w:p>
    <w:p>
      <w:pPr/>
      <w:r>
        <w:rPr>
          <w:rFonts w:ascii="Aptos" w:hAnsi="Aptos" w:eastAsia="Aptos"/>
          <w:b w:val="0"/>
          <w:i w:val="0"/>
        </w:rPr>
        <w:t>Aumenta precisão.</w:t>
      </w:r>
    </w:p>
    <w:p>
      <w:pPr>
        <w:pStyle w:val="Heading2"/>
      </w:pPr>
      <w:r>
        <w:t>15.5 A rotina define o que o atleta consegue sustentar</w:t>
      </w:r>
    </w:p>
    <w:p>
      <w:pPr/>
      <w:r>
        <w:rPr>
          <w:rFonts w:ascii="Aptos" w:hAnsi="Aptos" w:eastAsia="Aptos"/>
          <w:b w:val="0"/>
          <w:i w:val="0"/>
        </w:rPr>
        <w:t>A melhor planilha do mundo falha se não cabe na rotina do atleta.</w:t>
      </w:r>
    </w:p>
    <w:p>
      <w:pPr/>
      <w:r>
        <w:rPr>
          <w:rFonts w:ascii="Aptos" w:hAnsi="Aptos" w:eastAsia="Aptos"/>
          <w:b w:val="0"/>
          <w:i w:val="0"/>
        </w:rPr>
        <w:t>Disponibilidade real precisa orientar a prescrição.</w:t>
      </w:r>
    </w:p>
    <w:p>
      <w:pPr/>
      <w:r>
        <w:rPr>
          <w:rFonts w:ascii="Aptos" w:hAnsi="Aptos" w:eastAsia="Aptos"/>
          <w:b w:val="0"/>
          <w:i w:val="0"/>
        </w:rPr>
        <w:t>Um corredor que só consegue treinar três vezes por semana exige uma estrutura diferente de quem treina cinco ou seis. Um atleta com trabalho exaustivo não pode ser tratado como alguém com rotina estável e recuperação ampla. Quem vive viajando precisa de margem. Quem tem histórico de lesão precisa de progressão mais cuidadosa.</w:t>
      </w:r>
    </w:p>
    <w:p>
      <w:pPr/>
      <w:r>
        <w:rPr>
          <w:rFonts w:ascii="Aptos" w:hAnsi="Aptos" w:eastAsia="Aptos"/>
          <w:b w:val="0"/>
          <w:i w:val="0"/>
        </w:rPr>
        <w:t>A pergunta do treinador não deve ser apenas:</w:t>
      </w:r>
    </w:p>
    <w:p>
      <w:pPr>
        <w:pStyle w:val="TriLifeQuote"/>
      </w:pPr>
      <w:r>
        <w:rPr>
          <w:rFonts w:ascii="Aptos" w:hAnsi="Aptos" w:eastAsia="Aptos"/>
          <w:b w:val="0"/>
          <w:i/>
        </w:rPr>
        <w:t>qual treino seria ideal?</w:t>
      </w:r>
    </w:p>
    <w:p>
      <w:pPr/>
      <w:r>
        <w:rPr>
          <w:rFonts w:ascii="Aptos" w:hAnsi="Aptos" w:eastAsia="Aptos"/>
          <w:b w:val="0"/>
          <w:i w:val="0"/>
        </w:rPr>
        <w:t>A pergunta mais útil é:</w:t>
      </w:r>
    </w:p>
    <w:p>
      <w:pPr>
        <w:pStyle w:val="TriLifeQuote"/>
      </w:pPr>
      <w:r>
        <w:rPr>
          <w:rFonts w:ascii="Aptos" w:hAnsi="Aptos" w:eastAsia="Aptos"/>
          <w:b w:val="0"/>
          <w:i/>
        </w:rPr>
        <w:t>qual treino este atleta consegue sustentar com qualidade?</w:t>
      </w:r>
    </w:p>
    <w:p>
      <w:pPr/>
      <w:r>
        <w:rPr>
          <w:rFonts w:ascii="Aptos" w:hAnsi="Aptos" w:eastAsia="Aptos"/>
          <w:b w:val="0"/>
          <w:i w:val="0"/>
        </w:rPr>
        <w:t>Sustentabilidade importa.</w:t>
      </w:r>
    </w:p>
    <w:p>
      <w:pPr/>
      <w:r>
        <w:rPr>
          <w:rFonts w:ascii="Aptos" w:hAnsi="Aptos" w:eastAsia="Aptos"/>
          <w:b w:val="0"/>
          <w:i w:val="0"/>
        </w:rPr>
        <w:t>Uma planilha ambiciosa demais, que o atleta não consegue cumprir, gera frustração, baixa adesão e dados ruins. Uma planilha bem encaixada na rotina aumenta consistência e permite progressão.</w:t>
      </w:r>
    </w:p>
    <w:p>
      <w:pPr/>
      <w:r>
        <w:rPr>
          <w:rFonts w:ascii="Aptos" w:hAnsi="Aptos" w:eastAsia="Aptos"/>
          <w:b w:val="0"/>
          <w:i w:val="0"/>
        </w:rPr>
        <w:t>Treinos Inteligentes respeitam disponibilidade.</w:t>
      </w:r>
    </w:p>
    <w:p>
      <w:pPr/>
      <w:r>
        <w:rPr>
          <w:rFonts w:ascii="Aptos" w:hAnsi="Aptos" w:eastAsia="Aptos"/>
          <w:b w:val="0"/>
          <w:i w:val="0"/>
        </w:rPr>
        <w:t>Não para acomodar o atleta.</w:t>
      </w:r>
    </w:p>
    <w:p>
      <w:pPr/>
      <w:r>
        <w:rPr>
          <w:rFonts w:ascii="Aptos" w:hAnsi="Aptos" w:eastAsia="Aptos"/>
          <w:b w:val="0"/>
          <w:i w:val="0"/>
        </w:rPr>
        <w:t>Mas para construir evolução possível.</w:t>
      </w:r>
    </w:p>
    <w:p>
      <w:pPr>
        <w:pStyle w:val="Heading2"/>
      </w:pPr>
      <w:r>
        <w:t>15.6 Individualizar também é ajustar comunicação</w:t>
      </w:r>
    </w:p>
    <w:p>
      <w:pPr/>
      <w:r>
        <w:rPr>
          <w:rFonts w:ascii="Aptos" w:hAnsi="Aptos" w:eastAsia="Aptos"/>
          <w:b w:val="0"/>
          <w:i w:val="0"/>
        </w:rPr>
        <w:t>Atletas diferentes precisam de formas diferentes de comunicação.</w:t>
      </w:r>
    </w:p>
    <w:p>
      <w:pPr/>
      <w:r>
        <w:rPr>
          <w:rFonts w:ascii="Aptos" w:hAnsi="Aptos" w:eastAsia="Aptos"/>
          <w:b w:val="0"/>
          <w:i w:val="0"/>
        </w:rPr>
        <w:t>Alguns gostam de detalhes. Outros precisam de instruções simples. Alguns respondem bem a metas objetivas. Outros precisam de segurança. Há atletas que exageram em todo treino e precisam aprender a controlar. Outros subestimam a própria capacidade e precisam ganhar confiança.</w:t>
      </w:r>
    </w:p>
    <w:p>
      <w:pPr/>
      <w:r>
        <w:rPr>
          <w:rFonts w:ascii="Aptos" w:hAnsi="Aptos" w:eastAsia="Aptos"/>
          <w:b w:val="0"/>
          <w:i w:val="0"/>
        </w:rPr>
        <w:t>O conteúdo técnico pode ser o mesmo.</w:t>
      </w:r>
    </w:p>
    <w:p>
      <w:pPr/>
      <w:r>
        <w:rPr>
          <w:rFonts w:ascii="Aptos" w:hAnsi="Aptos" w:eastAsia="Aptos"/>
          <w:b w:val="0"/>
          <w:i w:val="0"/>
        </w:rPr>
        <w:t>A forma de entregar muda.</w:t>
      </w:r>
    </w:p>
    <w:p>
      <w:pPr/>
      <w:r>
        <w:rPr>
          <w:rFonts w:ascii="Aptos" w:hAnsi="Aptos" w:eastAsia="Aptos"/>
          <w:b w:val="0"/>
          <w:i w:val="0"/>
        </w:rPr>
        <w:t>O treinador precisa adaptar linguagem, feedback e orientação sem descaracterizar o método.</w:t>
      </w:r>
    </w:p>
    <w:p>
      <w:pPr/>
      <w:r>
        <w:rPr>
          <w:rFonts w:ascii="Aptos" w:hAnsi="Aptos" w:eastAsia="Aptos"/>
          <w:b w:val="0"/>
          <w:i w:val="0"/>
        </w:rPr>
        <w:t>Um atleta iniciante talvez precise entender apenas a sensação do PZI. Um atleta avançado pode receber explicações mais detalhadas sobre Ritmo de Limiar, Pace/Heart, decoupling e estratégia de prova.</w:t>
      </w:r>
    </w:p>
    <w:p>
      <w:pPr/>
      <w:r>
        <w:rPr>
          <w:rFonts w:ascii="Aptos" w:hAnsi="Aptos" w:eastAsia="Aptos"/>
          <w:b w:val="0"/>
          <w:i w:val="0"/>
        </w:rPr>
        <w:t>Boa comunicação melhora execução.</w:t>
      </w:r>
    </w:p>
    <w:p>
      <w:pPr/>
      <w:r>
        <w:rPr>
          <w:rFonts w:ascii="Aptos" w:hAnsi="Aptos" w:eastAsia="Aptos"/>
          <w:b w:val="0"/>
          <w:i w:val="0"/>
        </w:rPr>
        <w:t>Execução melhor gera dados melhores.</w:t>
      </w:r>
    </w:p>
    <w:p>
      <w:pPr/>
      <w:r>
        <w:rPr>
          <w:rFonts w:ascii="Aptos" w:hAnsi="Aptos" w:eastAsia="Aptos"/>
          <w:b w:val="0"/>
          <w:i w:val="0"/>
        </w:rPr>
        <w:t>Dados melhores permitem decisões melhores.</w:t>
      </w:r>
    </w:p>
    <w:p>
      <w:pPr/>
      <w:r>
        <w:rPr>
          <w:rFonts w:ascii="Aptos" w:hAnsi="Aptos" w:eastAsia="Aptos"/>
          <w:b w:val="0"/>
          <w:i w:val="0"/>
        </w:rPr>
        <w:t>Individualização também passa pela forma como o treinador ensina.</w:t>
      </w:r>
    </w:p>
    <w:p>
      <w:pPr>
        <w:pStyle w:val="Heading2"/>
      </w:pPr>
      <w:r>
        <w:t>15.7 Nem todo atleta deve progredir no mesmo ritmo</w:t>
      </w:r>
    </w:p>
    <w:p>
      <w:pPr/>
      <w:r>
        <w:rPr>
          <w:rFonts w:ascii="Aptos" w:hAnsi="Aptos" w:eastAsia="Aptos"/>
          <w:b w:val="0"/>
          <w:i w:val="0"/>
        </w:rPr>
        <w:t>A evolução não é linear.</w:t>
      </w:r>
    </w:p>
    <w:p>
      <w:pPr/>
      <w:r>
        <w:rPr>
          <w:rFonts w:ascii="Aptos" w:hAnsi="Aptos" w:eastAsia="Aptos"/>
          <w:b w:val="0"/>
          <w:i w:val="0"/>
        </w:rPr>
        <w:t>Alguns atletas melhoram rapidamente no início. Outros demoram mais. Há corredores que respondem bem ao aumento de volume. Outros evoluem melhor com controle de intensidade. Alguns precisam de mais força. Outros precisam de mais técnica. Há quem suporte bem intervalados, mas sofra com longões. Há quem tolere volume, mas quebre com intensidade.</w:t>
      </w:r>
    </w:p>
    <w:p>
      <w:pPr/>
      <w:r>
        <w:rPr>
          <w:rFonts w:ascii="Aptos" w:hAnsi="Aptos" w:eastAsia="Aptos"/>
          <w:b w:val="0"/>
          <w:i w:val="0"/>
        </w:rPr>
        <w:t>O método precisa respeitar essas respostas.</w:t>
      </w:r>
    </w:p>
    <w:p>
      <w:pPr/>
      <w:r>
        <w:rPr>
          <w:rFonts w:ascii="Aptos" w:hAnsi="Aptos" w:eastAsia="Aptos"/>
          <w:b w:val="0"/>
          <w:i w:val="0"/>
        </w:rPr>
        <w:t>Progredir porque “está na semana de progredir” pode ser erro.</w:t>
      </w:r>
    </w:p>
    <w:p>
      <w:pPr/>
      <w:r>
        <w:rPr>
          <w:rFonts w:ascii="Aptos" w:hAnsi="Aptos" w:eastAsia="Aptos"/>
          <w:b w:val="0"/>
          <w:i w:val="0"/>
        </w:rPr>
        <w:t>O treinador precisa observar se o atleta demonstrou competência para avançar.</w:t>
      </w:r>
    </w:p>
    <w:p>
      <w:pPr/>
      <w:r>
        <w:rPr>
          <w:rFonts w:ascii="Aptos" w:hAnsi="Aptos" w:eastAsia="Aptos"/>
          <w:b w:val="0"/>
          <w:i w:val="0"/>
        </w:rPr>
        <w:t>Progressão exige evidência:</w:t>
      </w:r>
    </w:p>
    <w:p>
      <w:pPr>
        <w:pStyle w:val="ListBullet"/>
      </w:pPr>
      <w:r>
        <w:rPr>
          <w:rFonts w:ascii="Aptos" w:hAnsi="Aptos" w:eastAsia="Aptos"/>
          <w:b w:val="0"/>
          <w:i w:val="0"/>
        </w:rPr>
        <w:t>boa aderência;</w:t>
      </w:r>
    </w:p>
    <w:p>
      <w:pPr>
        <w:pStyle w:val="ListBullet"/>
      </w:pPr>
      <w:r>
        <w:rPr>
          <w:rFonts w:ascii="Aptos" w:hAnsi="Aptos" w:eastAsia="Aptos"/>
          <w:b w:val="0"/>
          <w:i w:val="0"/>
        </w:rPr>
        <w:t>recuperação adequada;</w:t>
      </w:r>
    </w:p>
    <w:p>
      <w:pPr>
        <w:pStyle w:val="ListBullet"/>
      </w:pPr>
      <w:r>
        <w:rPr>
          <w:rFonts w:ascii="Aptos" w:hAnsi="Aptos" w:eastAsia="Aptos"/>
          <w:b w:val="0"/>
          <w:i w:val="0"/>
        </w:rPr>
        <w:t>execução correta das zonas;</w:t>
      </w:r>
    </w:p>
    <w:p>
      <w:pPr>
        <w:pStyle w:val="ListBullet"/>
      </w:pPr>
      <w:r>
        <w:rPr>
          <w:rFonts w:ascii="Aptos" w:hAnsi="Aptos" w:eastAsia="Aptos"/>
          <w:b w:val="0"/>
          <w:i w:val="0"/>
        </w:rPr>
        <w:t>ausência de dor persistente;</w:t>
      </w:r>
    </w:p>
    <w:p>
      <w:pPr>
        <w:pStyle w:val="ListBullet"/>
      </w:pPr>
      <w:r>
        <w:rPr>
          <w:rFonts w:ascii="Aptos" w:hAnsi="Aptos" w:eastAsia="Aptos"/>
          <w:b w:val="0"/>
          <w:i w:val="0"/>
        </w:rPr>
        <w:t>resposta estável aos treinos;</w:t>
      </w:r>
    </w:p>
    <w:p>
      <w:pPr>
        <w:pStyle w:val="ListBullet"/>
      </w:pPr>
      <w:r>
        <w:rPr>
          <w:rFonts w:ascii="Aptos" w:hAnsi="Aptos" w:eastAsia="Aptos"/>
          <w:b w:val="0"/>
          <w:i w:val="0"/>
        </w:rPr>
        <w:t>controle técnico;</w:t>
      </w:r>
    </w:p>
    <w:p>
      <w:pPr>
        <w:pStyle w:val="ListBullet"/>
      </w:pPr>
      <w:r>
        <w:rPr>
          <w:rFonts w:ascii="Aptos" w:hAnsi="Aptos" w:eastAsia="Aptos"/>
          <w:b w:val="0"/>
          <w:i w:val="0"/>
        </w:rPr>
        <w:t>comentários coerentes;</w:t>
      </w:r>
    </w:p>
    <w:p>
      <w:pPr>
        <w:pStyle w:val="ListBullet"/>
      </w:pPr>
      <w:r>
        <w:rPr>
          <w:rFonts w:ascii="Aptos" w:hAnsi="Aptos" w:eastAsia="Aptos"/>
          <w:b w:val="0"/>
          <w:i w:val="0"/>
        </w:rPr>
        <w:t>tendência de evolução.</w:t>
      </w:r>
    </w:p>
    <w:p>
      <w:pPr/>
      <w:r>
        <w:rPr>
          <w:rFonts w:ascii="Aptos" w:hAnsi="Aptos" w:eastAsia="Aptos"/>
          <w:b w:val="0"/>
          <w:i w:val="0"/>
        </w:rPr>
        <w:t>Sem esses sinais, talvez seja melhor manter.</w:t>
      </w:r>
    </w:p>
    <w:p>
      <w:pPr/>
      <w:r>
        <w:rPr>
          <w:rFonts w:ascii="Aptos" w:hAnsi="Aptos" w:eastAsia="Aptos"/>
          <w:b w:val="0"/>
          <w:i w:val="0"/>
        </w:rPr>
        <w:t>Às vezes, repetir uma dose é mais inteligente do que aumentar.</w:t>
      </w:r>
    </w:p>
    <w:p>
      <w:pPr/>
      <w:r>
        <w:rPr>
          <w:rFonts w:ascii="Aptos" w:hAnsi="Aptos" w:eastAsia="Aptos"/>
          <w:b w:val="0"/>
          <w:i w:val="0"/>
        </w:rPr>
        <w:t>A planilha não deve empurrar o atleta.</w:t>
      </w:r>
    </w:p>
    <w:p>
      <w:pPr/>
      <w:r>
        <w:rPr>
          <w:rFonts w:ascii="Aptos" w:hAnsi="Aptos" w:eastAsia="Aptos"/>
          <w:b w:val="0"/>
          <w:i w:val="0"/>
        </w:rPr>
        <w:t>Deve conduzir.</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individualização se apoia no fato de que atletas respondem de formas diferentes ao mesmo estímulo. Mesmo quando recebem cargas externas semelhantes, as respostas internas podem variar por fatores como genética, histórico de treino, sono, estresse, idade, força, técnica, nutrição, lesões anteriores e capacidade de recuperação.</w:t>
            </w:r>
          </w:p>
          <w:p>
            <w:pPr/>
            <w:r>
              <w:rPr>
                <w:rFonts w:ascii="Aptos" w:hAnsi="Aptos" w:eastAsia="Aptos"/>
                <w:b w:val="0"/>
                <w:i w:val="0"/>
              </w:rPr>
              <w:t>Por isso, prescrever apenas com base em distância, pace ou modelo genérico é limitado. A mesma carga pode ser adequada para um atleta, insuficiente para outro e excessiva para um terceiro.</w:t>
            </w:r>
          </w:p>
          <w:p>
            <w:pPr/>
            <w:r>
              <w:rPr>
                <w:rFonts w:ascii="Aptos" w:hAnsi="Aptos" w:eastAsia="Aptos"/>
                <w:b w:val="0"/>
                <w:i w:val="0"/>
              </w:rPr>
              <w:t>O Método TriLife Running utiliza Ritmo de Limiar, PZI, leitura de dados, comentários, histórico e observação prática para ajustar a prescrição à resposta individual.</w:t>
            </w:r>
          </w:p>
          <w:p>
            <w:pPr/>
            <w:r>
              <w:rPr>
                <w:rFonts w:ascii="Aptos" w:hAnsi="Aptos" w:eastAsia="Aptos"/>
                <w:b w:val="0"/>
                <w:i w:val="0"/>
              </w:rPr>
              <w:t>Individualizar não é abandonar a ciência.</w:t>
            </w:r>
          </w:p>
          <w:p>
            <w:pPr/>
            <w:r>
              <w:rPr>
                <w:rFonts w:ascii="Aptos" w:hAnsi="Aptos" w:eastAsia="Aptos"/>
                <w:b w:val="0"/>
                <w:i w:val="0"/>
              </w:rPr>
              <w:t>É aplicar ciência no atleta real.</w:t>
            </w:r>
          </w:p>
        </w:tc>
      </w:tr>
    </w:tbl>
    <w:p/>
    <w:p>
      <w:pPr>
        <w:pStyle w:val="Heading2"/>
      </w:pPr>
      <w:r>
        <w:t>15.8 Individualização não elimina princípios</w:t>
      </w:r>
    </w:p>
    <w:p>
      <w:pPr/>
      <w:r>
        <w:rPr>
          <w:rFonts w:ascii="Aptos" w:hAnsi="Aptos" w:eastAsia="Aptos"/>
          <w:b w:val="0"/>
          <w:i w:val="0"/>
        </w:rPr>
        <w:t>Um ponto precisa ficar claro: individualização não significa que cada atleta terá uma metodologia diferente.</w:t>
      </w:r>
    </w:p>
    <w:p>
      <w:pPr/>
      <w:r>
        <w:rPr>
          <w:rFonts w:ascii="Aptos" w:hAnsi="Aptos" w:eastAsia="Aptos"/>
          <w:b w:val="0"/>
          <w:i w:val="0"/>
        </w:rPr>
        <w:t>Os princípios continuam os mesmos.</w:t>
      </w:r>
    </w:p>
    <w:p>
      <w:pPr/>
      <w:r>
        <w:rPr>
          <w:rFonts w:ascii="Aptos" w:hAnsi="Aptos" w:eastAsia="Aptos"/>
          <w:b w:val="0"/>
          <w:i w:val="0"/>
        </w:rPr>
        <w:t>Todos precisam de base. Todos precisam compreender intensidade. Todos precisam recuperar. Todos precisam de progressão. Todos precisam de aquecimento. Todos precisam de controle técnico. Todos precisam de leitura do processo.</w:t>
      </w:r>
    </w:p>
    <w:p>
      <w:pPr/>
      <w:r>
        <w:rPr>
          <w:rFonts w:ascii="Aptos" w:hAnsi="Aptos" w:eastAsia="Aptos"/>
          <w:b w:val="0"/>
          <w:i w:val="0"/>
        </w:rPr>
        <w:t>O que muda é a aplicação.</w:t>
      </w:r>
    </w:p>
    <w:p>
      <w:pPr/>
      <w:r>
        <w:rPr>
          <w:rFonts w:ascii="Aptos" w:hAnsi="Aptos" w:eastAsia="Aptos"/>
          <w:b w:val="0"/>
          <w:i w:val="0"/>
        </w:rPr>
        <w:t>A dose muda.</w:t>
      </w:r>
    </w:p>
    <w:p>
      <w:pPr/>
      <w:r>
        <w:rPr>
          <w:rFonts w:ascii="Aptos" w:hAnsi="Aptos" w:eastAsia="Aptos"/>
          <w:b w:val="0"/>
          <w:i w:val="0"/>
        </w:rPr>
        <w:t>A velocidade muda.</w:t>
      </w:r>
    </w:p>
    <w:p>
      <w:pPr/>
      <w:r>
        <w:rPr>
          <w:rFonts w:ascii="Aptos" w:hAnsi="Aptos" w:eastAsia="Aptos"/>
          <w:b w:val="0"/>
          <w:i w:val="0"/>
        </w:rPr>
        <w:t>A progressão muda.</w:t>
      </w:r>
    </w:p>
    <w:p>
      <w:pPr/>
      <w:r>
        <w:rPr>
          <w:rFonts w:ascii="Aptos" w:hAnsi="Aptos" w:eastAsia="Aptos"/>
          <w:b w:val="0"/>
          <w:i w:val="0"/>
        </w:rPr>
        <w:t>A frequência muda.</w:t>
      </w:r>
    </w:p>
    <w:p>
      <w:pPr/>
      <w:r>
        <w:rPr>
          <w:rFonts w:ascii="Aptos" w:hAnsi="Aptos" w:eastAsia="Aptos"/>
          <w:b w:val="0"/>
          <w:i w:val="0"/>
        </w:rPr>
        <w:t>O tempo de recuperação muda.</w:t>
      </w:r>
    </w:p>
    <w:p>
      <w:pPr/>
      <w:r>
        <w:rPr>
          <w:rFonts w:ascii="Aptos" w:hAnsi="Aptos" w:eastAsia="Aptos"/>
          <w:b w:val="0"/>
          <w:i w:val="0"/>
        </w:rPr>
        <w:t>A comunicação muda.</w:t>
      </w:r>
    </w:p>
    <w:p>
      <w:pPr/>
      <w:r>
        <w:rPr>
          <w:rFonts w:ascii="Aptos" w:hAnsi="Aptos" w:eastAsia="Aptos"/>
          <w:b w:val="0"/>
          <w:i w:val="0"/>
        </w:rPr>
        <w:t>O ritmo de evolução muda.</w:t>
      </w:r>
    </w:p>
    <w:p>
      <w:pPr/>
      <w:r>
        <w:rPr>
          <w:rFonts w:ascii="Aptos" w:hAnsi="Aptos" w:eastAsia="Aptos"/>
          <w:b w:val="0"/>
          <w:i w:val="0"/>
        </w:rPr>
        <w:t>Essa é a força de uma metodologia.</w:t>
      </w:r>
    </w:p>
    <w:p>
      <w:pPr/>
      <w:r>
        <w:rPr>
          <w:rFonts w:ascii="Aptos" w:hAnsi="Aptos" w:eastAsia="Aptos"/>
          <w:b w:val="0"/>
          <w:i w:val="0"/>
        </w:rPr>
        <w:t>Ela não muda seus princípios para agradar cada situação. Ela adapta a aplicação desses princípios para produzir melhor resposta.</w:t>
      </w:r>
    </w:p>
    <w:p>
      <w:pPr/>
      <w:r>
        <w:rPr>
          <w:rFonts w:ascii="Aptos" w:hAnsi="Aptos" w:eastAsia="Aptos"/>
          <w:b w:val="0"/>
          <w:i w:val="0"/>
        </w:rPr>
        <w:t>O Método TriLife Running não é rígido.</w:t>
      </w:r>
    </w:p>
    <w:p>
      <w:pPr/>
      <w:r>
        <w:rPr>
          <w:rFonts w:ascii="Aptos" w:hAnsi="Aptos" w:eastAsia="Aptos"/>
          <w:b w:val="0"/>
          <w:i w:val="0"/>
        </w:rPr>
        <w:t>Também não é solto.</w:t>
      </w:r>
    </w:p>
    <w:p>
      <w:pPr/>
      <w:r>
        <w:rPr>
          <w:rFonts w:ascii="Aptos" w:hAnsi="Aptos" w:eastAsia="Aptos"/>
          <w:b w:val="0"/>
          <w:i w:val="0"/>
        </w:rPr>
        <w:t>É estruturado o suficiente para ter identidade e flexível o suficiente para atender pessoas diferentes.</w:t>
      </w:r>
    </w:p>
    <w:p>
      <w:pPr>
        <w:pStyle w:val="Heading2"/>
      </w:pPr>
      <w:r>
        <w:t>15.9 Individualização aplicada ao objetivo</w:t>
      </w:r>
    </w:p>
    <w:p>
      <w:pPr/>
      <w:r>
        <w:rPr>
          <w:rFonts w:ascii="Aptos" w:hAnsi="Aptos" w:eastAsia="Aptos"/>
          <w:b w:val="0"/>
          <w:i w:val="0"/>
        </w:rPr>
        <w:t>A aplicação da individualização muda conforme a demanda da prova e da fase do ciclo.</w:t>
      </w:r>
    </w:p>
    <w:p>
      <w:pPr/>
      <w:r>
        <w:rPr>
          <w:rFonts w:ascii="Aptos" w:hAnsi="Aptos" w:eastAsia="Aptos"/>
          <w:b w:val="0"/>
          <w:i w:val="0"/>
        </w:rPr>
        <w:t>Em fases de base, pode aparecer no volume inicial, na frequência semanal e na velocidade de progressão. Em períodos de desenvolvimento, aparece na escolha das ferramentas e na distribuição de intensidade. Perto da prova, surge na estratégia, no polimento e na decisão de preservar ou ajustar carga.</w:t>
      </w:r>
    </w:p>
    <w:p>
      <w:pPr/>
      <w:r>
        <w:rPr>
          <w:rFonts w:ascii="Aptos" w:hAnsi="Aptos" w:eastAsia="Aptos"/>
          <w:b w:val="0"/>
          <w:i w:val="0"/>
        </w:rPr>
        <w:t>O objetivo importa.</w:t>
      </w:r>
    </w:p>
    <w:p>
      <w:pPr/>
      <w:r>
        <w:rPr>
          <w:rFonts w:ascii="Aptos" w:hAnsi="Aptos" w:eastAsia="Aptos"/>
          <w:b w:val="0"/>
          <w:i w:val="0"/>
        </w:rPr>
        <w:t>Mas a resposta do atleta importa mais.</w:t>
      </w:r>
    </w:p>
    <w:p>
      <w:pPr/>
      <w:r>
        <w:rPr>
          <w:rFonts w:ascii="Aptos" w:hAnsi="Aptos" w:eastAsia="Aptos"/>
          <w:b w:val="0"/>
          <w:i w:val="0"/>
        </w:rPr>
        <w:t>Dois atletas mirando a mesma prova podem precisar de caminhos diferentes. Um pode chegar pronto com mais volume. Outro pode chegar melhor com menor volume e mais qualidade. Um pode precisar trabalhar economia. Outro precisa controlar ansiedade e não largar forte demais. Um precisa melhorar força. Outro precisa simplesmente manter consistência.</w:t>
      </w:r>
    </w:p>
    <w:p>
      <w:pPr/>
      <w:r>
        <w:rPr>
          <w:rFonts w:ascii="Aptos" w:hAnsi="Aptos" w:eastAsia="Aptos"/>
          <w:b w:val="0"/>
          <w:i w:val="0"/>
        </w:rPr>
        <w:t>A prova dá direção.</w:t>
      </w:r>
    </w:p>
    <w:p>
      <w:pPr/>
      <w:r>
        <w:rPr>
          <w:rFonts w:ascii="Aptos" w:hAnsi="Aptos" w:eastAsia="Aptos"/>
          <w:b w:val="0"/>
          <w:i w:val="0"/>
        </w:rPr>
        <w:t>O atleta define a aplicação.</w:t>
      </w:r>
    </w:p>
    <w:p>
      <w:pPr>
        <w:pStyle w:val="Heading2"/>
      </w:pPr>
      <w:r>
        <w:t>15.10 O treinador como intérprete da individualização</w:t>
      </w:r>
    </w:p>
    <w:p>
      <w:pPr/>
      <w:r>
        <w:rPr>
          <w:rFonts w:ascii="Aptos" w:hAnsi="Aptos" w:eastAsia="Aptos"/>
          <w:b w:val="0"/>
          <w:i w:val="0"/>
        </w:rPr>
        <w:t>A individualização só acontece de verdade quando o treinador interpreta o processo.</w:t>
      </w:r>
    </w:p>
    <w:p>
      <w:pPr/>
      <w:r>
        <w:rPr>
          <w:rFonts w:ascii="Aptos" w:hAnsi="Aptos" w:eastAsia="Aptos"/>
          <w:b w:val="0"/>
          <w:i w:val="0"/>
        </w:rPr>
        <w:t>Não basta ter ferramentas. É preciso saber quando usá-las.</w:t>
      </w:r>
    </w:p>
    <w:p>
      <w:pPr/>
      <w:r>
        <w:rPr>
          <w:rFonts w:ascii="Aptos" w:hAnsi="Aptos" w:eastAsia="Aptos"/>
          <w:b w:val="0"/>
          <w:i w:val="0"/>
        </w:rPr>
        <w:t>TrainingPeaks, PZI, Ritmo de Limiar, comentários, pace, frequência cardíaca, decoupling e aderência fornecem sinais. Mas o coach precisa transformar esses sinais em decisão.</w:t>
      </w:r>
    </w:p>
    <w:p>
      <w:pPr/>
      <w:r>
        <w:rPr>
          <w:rFonts w:ascii="Aptos" w:hAnsi="Aptos" w:eastAsia="Aptos"/>
          <w:b w:val="0"/>
          <w:i w:val="0"/>
        </w:rPr>
        <w:t>A pergunta final é sempre prática:</w:t>
      </w:r>
    </w:p>
    <w:p>
      <w:pPr>
        <w:pStyle w:val="TriLifeQuote"/>
      </w:pPr>
      <w:r>
        <w:rPr>
          <w:rFonts w:ascii="Aptos" w:hAnsi="Aptos" w:eastAsia="Aptos"/>
          <w:b w:val="0"/>
          <w:i/>
        </w:rPr>
        <w:t>o que este atleta precisa agora para continuar evoluindo?</w:t>
      </w:r>
    </w:p>
    <w:p>
      <w:pPr/>
      <w:r>
        <w:rPr>
          <w:rFonts w:ascii="Aptos" w:hAnsi="Aptos" w:eastAsia="Aptos"/>
          <w:b w:val="0"/>
          <w:i w:val="0"/>
        </w:rPr>
        <w:t>Às vezes, precisa de carga.</w:t>
      </w:r>
    </w:p>
    <w:p>
      <w:pPr/>
      <w:r>
        <w:rPr>
          <w:rFonts w:ascii="Aptos" w:hAnsi="Aptos" w:eastAsia="Aptos"/>
          <w:b w:val="0"/>
          <w:i w:val="0"/>
        </w:rPr>
        <w:t>Às vezes, precisa de recuperação.</w:t>
      </w:r>
    </w:p>
    <w:p>
      <w:pPr/>
      <w:r>
        <w:rPr>
          <w:rFonts w:ascii="Aptos" w:hAnsi="Aptos" w:eastAsia="Aptos"/>
          <w:b w:val="0"/>
          <w:i w:val="0"/>
        </w:rPr>
        <w:t>Em alguns casos, precisa de técnica.</w:t>
      </w:r>
    </w:p>
    <w:p>
      <w:pPr/>
      <w:r>
        <w:rPr>
          <w:rFonts w:ascii="Aptos" w:hAnsi="Aptos" w:eastAsia="Aptos"/>
          <w:b w:val="0"/>
          <w:i w:val="0"/>
        </w:rPr>
        <w:t>Em outros, precisa de confiança.</w:t>
      </w:r>
    </w:p>
    <w:p>
      <w:pPr/>
      <w:r>
        <w:rPr>
          <w:rFonts w:ascii="Aptos" w:hAnsi="Aptos" w:eastAsia="Aptos"/>
          <w:b w:val="0"/>
          <w:i w:val="0"/>
        </w:rPr>
        <w:t>Pode precisar de ajuste no Ritmo de Limiar, simplificação da semana, reforço de educativos, redução de intensidade, mudança de estratégia ou apenas continuidade.</w:t>
      </w:r>
    </w:p>
    <w:p>
      <w:pPr/>
      <w:r>
        <w:rPr>
          <w:rFonts w:ascii="Aptos" w:hAnsi="Aptos" w:eastAsia="Aptos"/>
          <w:b w:val="0"/>
          <w:i w:val="0"/>
        </w:rPr>
        <w:t>O treinador individualiza quando decide com base na resposta do atleta, sem abandonar os princípios do método.</w:t>
      </w:r>
    </w:p>
    <w:p>
      <w:pPr/>
      <w:r>
        <w:rPr>
          <w:rFonts w:ascii="Aptos" w:hAnsi="Aptos" w:eastAsia="Aptos"/>
          <w:b w:val="0"/>
          <w:i w:val="0"/>
        </w:rPr>
        <w:t>Essa é a autoridade técnica do coach.</w:t>
      </w:r>
    </w:p>
    <w:p>
      <w:pPr>
        <w:pStyle w:val="Heading2"/>
      </w:pPr>
      <w:r>
        <w:t>Conclusão</w:t>
      </w:r>
    </w:p>
    <w:p>
      <w:pPr/>
      <w:r>
        <w:rPr>
          <w:rFonts w:ascii="Aptos" w:hAnsi="Aptos" w:eastAsia="Aptos"/>
          <w:b w:val="0"/>
          <w:i w:val="0"/>
        </w:rPr>
        <w:t>Individualização é o maior pilar dos Treinos Inteligentes porque transforma metodologia em aplicação real.</w:t>
      </w:r>
    </w:p>
    <w:p>
      <w:pPr/>
      <w:r>
        <w:rPr>
          <w:rFonts w:ascii="Aptos" w:hAnsi="Aptos" w:eastAsia="Aptos"/>
          <w:b w:val="0"/>
          <w:i w:val="0"/>
        </w:rPr>
        <w:t>O Método TriLife Running mantém princípios claros, mas adapta dose, intensidade, progressão, recuperação, comunicação e estratégia conforme o atleta.</w:t>
      </w:r>
    </w:p>
    <w:p>
      <w:pPr/>
      <w:r>
        <w:rPr>
          <w:rFonts w:ascii="Aptos" w:hAnsi="Aptos" w:eastAsia="Aptos"/>
          <w:b w:val="0"/>
          <w:i w:val="0"/>
        </w:rPr>
        <w:t>Sem individualização, a planilha fica rígida.</w:t>
      </w:r>
    </w:p>
    <w:p>
      <w:pPr/>
      <w:r>
        <w:rPr>
          <w:rFonts w:ascii="Aptos" w:hAnsi="Aptos" w:eastAsia="Aptos"/>
          <w:b w:val="0"/>
          <w:i w:val="0"/>
        </w:rPr>
        <w:t>Sem método, a individualização vira improviso.</w:t>
      </w:r>
    </w:p>
    <w:p>
      <w:pPr/>
      <w:r>
        <w:rPr>
          <w:rFonts w:ascii="Aptos" w:hAnsi="Aptos" w:eastAsia="Aptos"/>
          <w:b w:val="0"/>
          <w:i w:val="0"/>
        </w:rPr>
        <w:t>O DNA TriLife vive no equilíbrio entre estrutura e adaptação.</w:t>
      </w:r>
    </w:p>
    <w:p>
      <w:pPr>
        <w:pStyle w:val="Heading2"/>
      </w:pPr>
      <w:r>
        <w:t>Princípios Fundamentais do Método TriLife Running</w:t>
      </w:r>
    </w:p>
    <w:p>
      <w:pPr>
        <w:pStyle w:val="TriLifeQuote"/>
      </w:pPr>
      <w:r>
        <w:rPr>
          <w:rFonts w:ascii="Aptos" w:hAnsi="Aptos" w:eastAsia="Aptos"/>
          <w:b w:val="0"/>
          <w:i/>
        </w:rPr>
        <w:t>Princípio Fundamental nº 57</w:t>
      </w:r>
    </w:p>
    <w:p>
      <w:pPr/>
      <w:r>
        <w:rPr>
          <w:rFonts w:ascii="Aptos" w:hAnsi="Aptos" w:eastAsia="Aptos"/>
          <w:b w:val="0"/>
          <w:i w:val="0"/>
        </w:rPr>
        <w:t>Individualizar é aplicar os mesmos princípios de forma diferente para atletas diferentes.</w:t>
      </w:r>
    </w:p>
    <w:p>
      <w:pPr>
        <w:pStyle w:val="TriLifeQuote"/>
      </w:pPr>
      <w:r>
        <w:rPr>
          <w:rFonts w:ascii="Aptos" w:hAnsi="Aptos" w:eastAsia="Aptos"/>
          <w:b w:val="0"/>
          <w:i/>
        </w:rPr>
        <w:t>Princípio Fundamental nº 58</w:t>
      </w:r>
    </w:p>
    <w:p>
      <w:pPr/>
      <w:r>
        <w:rPr>
          <w:rFonts w:ascii="Aptos" w:hAnsi="Aptos" w:eastAsia="Aptos"/>
          <w:b w:val="0"/>
          <w:i w:val="0"/>
        </w:rPr>
        <w:t>O método permanece. O atleta muda.</w:t>
      </w:r>
    </w:p>
    <w:p>
      <w:pPr>
        <w:pStyle w:val="TriLifeQuote"/>
      </w:pPr>
      <w:r>
        <w:rPr>
          <w:rFonts w:ascii="Aptos" w:hAnsi="Aptos" w:eastAsia="Aptos"/>
          <w:b w:val="0"/>
          <w:i/>
        </w:rPr>
        <w:t>Princípio Fundamental nº 59</w:t>
      </w:r>
    </w:p>
    <w:p>
      <w:pPr/>
      <w:r>
        <w:rPr>
          <w:rFonts w:ascii="Aptos" w:hAnsi="Aptos" w:eastAsia="Aptos"/>
          <w:b w:val="0"/>
          <w:i w:val="0"/>
        </w:rPr>
        <w:t>A rotina real do atleta precisa caber dentro da prescrição.</w:t>
      </w:r>
    </w:p>
    <w:p>
      <w:pPr>
        <w:pStyle w:val="TriLifeQuote"/>
      </w:pPr>
      <w:r>
        <w:rPr>
          <w:rFonts w:ascii="Aptos" w:hAnsi="Aptos" w:eastAsia="Aptos"/>
          <w:b w:val="0"/>
          <w:i/>
        </w:rPr>
        <w:t>Princípio Fundamental nº 60</w:t>
      </w:r>
    </w:p>
    <w:p>
      <w:pPr/>
      <w:r>
        <w:rPr>
          <w:rFonts w:ascii="Aptos" w:hAnsi="Aptos" w:eastAsia="Aptos"/>
          <w:b w:val="0"/>
          <w:i w:val="0"/>
        </w:rPr>
        <w:t>Individualização sem método vira improviso. Método sem individualização vira rigidez.</w:t>
      </w:r>
    </w:p>
    <w:p>
      <w:r>
        <w:br w:type="page"/>
      </w:r>
    </w:p>
    <w:p>
      <w:pPr>
        <w:pStyle w:val="Title"/>
        <w:jc w:val="center"/>
      </w:pPr>
      <w:r>
        <w:t>BLOCO 4</w:t>
      </w:r>
    </w:p>
    <w:p>
      <w:pPr>
        <w:pStyle w:val="Heading1"/>
        <w:jc w:val="center"/>
      </w:pPr>
      <w:r>
        <w:t>SIMPLICIDADE, TÉCNICA E LEITURA DE DADOS</w:t>
      </w:r>
    </w:p>
    <w:p>
      <w:r>
        <w:br w:type="page"/>
      </w:r>
    </w:p>
    <w:p>
      <w:pPr>
        <w:pStyle w:val="Heading1"/>
        <w:jc w:val="center"/>
      </w:pPr>
      <w:r>
        <w:t>CAPÍTULO 16</w:t>
      </w:r>
    </w:p>
    <w:p>
      <w:pPr>
        <w:pStyle w:val="Heading1"/>
        <w:jc w:val="center"/>
      </w:pPr>
      <w:r>
        <w:t>A CIÊNCIA DA SIMPLICIDADE</w:t>
      </w:r>
    </w:p>
    <w:p>
      <w:pPr>
        <w:pStyle w:val="TriLifeQuote"/>
      </w:pPr>
      <w:r>
        <w:rPr>
          <w:rFonts w:ascii="Aptos" w:hAnsi="Aptos" w:eastAsia="Aptos"/>
          <w:b w:val="0"/>
          <w:i/>
        </w:rPr>
        <w:t>“Quanto mais complexo parece um treinamento, maior a chance de o atleta executá-lo de forma incorreta.”</w:t>
      </w:r>
    </w:p>
    <w:p>
      <w:pPr>
        <w:pStyle w:val="Heading2"/>
      </w:pPr>
      <w:r>
        <w:t>16.1 Simplicidade é uma escolha técnica</w:t>
      </w:r>
    </w:p>
    <w:p>
      <w:pPr/>
      <w:r>
        <w:rPr>
          <w:rFonts w:ascii="Aptos" w:hAnsi="Aptos" w:eastAsia="Aptos"/>
          <w:b w:val="0"/>
          <w:i w:val="0"/>
        </w:rPr>
        <w:t>Existe uma tendência comum no treinamento esportivo: confundir complexidade com qualidade.</w:t>
      </w:r>
    </w:p>
    <w:p>
      <w:pPr/>
      <w:r>
        <w:rPr>
          <w:rFonts w:ascii="Aptos" w:hAnsi="Aptos" w:eastAsia="Aptos"/>
          <w:b w:val="0"/>
          <w:i w:val="0"/>
        </w:rPr>
        <w:t>Planilhas cheias de códigos, métricas excessivas, protocolos longos, zonas mal explicadas e comandos difíceis podem até parecer sofisticados. Mas, quando o atleta não entende o que precisa executar, a prescrição perde força.</w:t>
      </w:r>
    </w:p>
    <w:p>
      <w:pPr/>
      <w:r>
        <w:rPr>
          <w:rFonts w:ascii="Aptos" w:hAnsi="Aptos" w:eastAsia="Aptos"/>
          <w:b w:val="0"/>
          <w:i w:val="0"/>
        </w:rPr>
        <w:t>O Método TriLife Running segue outro caminho.</w:t>
      </w:r>
    </w:p>
    <w:p>
      <w:pPr/>
      <w:r>
        <w:rPr>
          <w:rFonts w:ascii="Aptos" w:hAnsi="Aptos" w:eastAsia="Aptos"/>
          <w:b w:val="0"/>
          <w:i w:val="0"/>
        </w:rPr>
        <w:t>A metodologia transforma conceitos complexos em decisões simples. Não porque a fisiologia seja simples. Não porque a construção da planilha seja fácil. E não porque o treinador ignore a ciência.</w:t>
      </w:r>
    </w:p>
    <w:p>
      <w:pPr/>
      <w:r>
        <w:rPr>
          <w:rFonts w:ascii="Aptos" w:hAnsi="Aptos" w:eastAsia="Aptos"/>
          <w:b w:val="0"/>
          <w:i w:val="0"/>
        </w:rPr>
        <w:t>A simplicidade existe porque a execução precisa ser clara.</w:t>
      </w:r>
    </w:p>
    <w:p>
      <w:pPr/>
      <w:r>
        <w:rPr>
          <w:rFonts w:ascii="Aptos" w:hAnsi="Aptos" w:eastAsia="Aptos"/>
          <w:b w:val="0"/>
          <w:i w:val="0"/>
        </w:rPr>
        <w:t>O atleta não precisa dominar todos os detalhes fisiológicos para treinar bem. Ele precisa entender qual é o objetivo do treino, qual zona deve buscar, qual sensação precisa reconhecer e o que não deve fazer naquela sessão.</w:t>
      </w:r>
    </w:p>
    <w:p>
      <w:pPr/>
      <w:r>
        <w:rPr>
          <w:rFonts w:ascii="Aptos" w:hAnsi="Aptos" w:eastAsia="Aptos"/>
          <w:b w:val="0"/>
          <w:i w:val="0"/>
        </w:rPr>
        <w:t>Essa clareza melhora a execução.</w:t>
      </w:r>
    </w:p>
    <w:p>
      <w:pPr/>
      <w:r>
        <w:rPr>
          <w:rFonts w:ascii="Aptos" w:hAnsi="Aptos" w:eastAsia="Aptos"/>
          <w:b w:val="0"/>
          <w:i w:val="0"/>
        </w:rPr>
        <w:t>Execução melhor gera dados mais confiáveis.</w:t>
      </w:r>
    </w:p>
    <w:p>
      <w:pPr/>
      <w:r>
        <w:rPr>
          <w:rFonts w:ascii="Aptos" w:hAnsi="Aptos" w:eastAsia="Aptos"/>
          <w:b w:val="0"/>
          <w:i w:val="0"/>
        </w:rPr>
        <w:t>Dados mais confiáveis permitem decisões melhores.</w:t>
      </w:r>
    </w:p>
    <w:p>
      <w:pPr/>
      <w:r>
        <w:rPr>
          <w:rFonts w:ascii="Aptos" w:hAnsi="Aptos" w:eastAsia="Aptos"/>
          <w:b w:val="0"/>
          <w:i w:val="0"/>
        </w:rPr>
        <w:t>Por isso, no DNA TriLife, simplicidade não é empobrecimento técnico. É organização aplicada.</w:t>
      </w:r>
    </w:p>
    <w:p>
      <w:pPr/>
      <w:r>
        <w:rPr>
          <w:rFonts w:ascii="Aptos" w:hAnsi="Aptos" w:eastAsia="Aptos"/>
          <w:b w:val="0"/>
          <w:i w:val="0"/>
        </w:rPr>
        <w:t>O treinador domina a complexidade nos bastidores. O atleta recebe uma prescrição que consegue compreender e executar.</w:t>
      </w:r>
    </w:p>
    <w:p>
      <w:pPr>
        <w:pStyle w:val="Heading2"/>
      </w:pPr>
      <w:r>
        <w:t>16.2 O atleta precisa entender o treino</w:t>
      </w:r>
    </w:p>
    <w:p>
      <w:pPr/>
      <w:r>
        <w:rPr>
          <w:rFonts w:ascii="Aptos" w:hAnsi="Aptos" w:eastAsia="Aptos"/>
          <w:b w:val="0"/>
          <w:i w:val="0"/>
        </w:rPr>
        <w:t>Treinos Inteligentes dependem de compreensão.</w:t>
      </w:r>
    </w:p>
    <w:p>
      <w:pPr/>
      <w:r>
        <w:rPr>
          <w:rFonts w:ascii="Aptos" w:hAnsi="Aptos" w:eastAsia="Aptos"/>
          <w:b w:val="0"/>
          <w:i w:val="0"/>
        </w:rPr>
        <w:t>Quando o atleta entende por que está realizando uma sessão, a qualidade muda. Ele deixa de correr apenas para cumprir quilômetros e passa a executar uma intenção.</w:t>
      </w:r>
    </w:p>
    <w:p>
      <w:pPr/>
      <w:r>
        <w:rPr>
          <w:rFonts w:ascii="Aptos" w:hAnsi="Aptos" w:eastAsia="Aptos"/>
          <w:b w:val="0"/>
          <w:i w:val="0"/>
        </w:rPr>
        <w:t>Um treino leve deixa de ser visto como treino fraco. Um Tempo Run deixa de ser confundido com prova. Um Fartlek deixa de ser aceleração aleatória. Um intervalado deixa de ser teste de sofrimento. Uma recuperação deixa de ser perda de tempo.</w:t>
      </w:r>
    </w:p>
    <w:p>
      <w:pPr/>
      <w:r>
        <w:rPr>
          <w:rFonts w:ascii="Aptos" w:hAnsi="Aptos" w:eastAsia="Aptos"/>
          <w:b w:val="0"/>
          <w:i w:val="0"/>
        </w:rPr>
        <w:t>A metodologia precisa ensinar o atleta a responder perguntas simples:</w:t>
      </w:r>
    </w:p>
    <w:p>
      <w:pPr>
        <w:pStyle w:val="ListBullet"/>
      </w:pPr>
      <w:r>
        <w:rPr>
          <w:rFonts w:ascii="Aptos" w:hAnsi="Aptos" w:eastAsia="Aptos"/>
          <w:b w:val="0"/>
          <w:i w:val="0"/>
        </w:rPr>
        <w:t>qual é o objetivo da sessão?</w:t>
      </w:r>
    </w:p>
    <w:p>
      <w:pPr>
        <w:pStyle w:val="ListBullet"/>
      </w:pPr>
      <w:r>
        <w:rPr>
          <w:rFonts w:ascii="Aptos" w:hAnsi="Aptos" w:eastAsia="Aptos"/>
          <w:b w:val="0"/>
          <w:i w:val="0"/>
        </w:rPr>
        <w:t>qual zona PZI devo buscar?</w:t>
      </w:r>
    </w:p>
    <w:p>
      <w:pPr>
        <w:pStyle w:val="ListBullet"/>
      </w:pPr>
      <w:r>
        <w:rPr>
          <w:rFonts w:ascii="Aptos" w:hAnsi="Aptos" w:eastAsia="Aptos"/>
          <w:b w:val="0"/>
          <w:i w:val="0"/>
        </w:rPr>
        <w:t>que sensação esse treino deve produzir?</w:t>
      </w:r>
    </w:p>
    <w:p>
      <w:pPr>
        <w:pStyle w:val="ListBullet"/>
      </w:pPr>
      <w:r>
        <w:rPr>
          <w:rFonts w:ascii="Aptos" w:hAnsi="Aptos" w:eastAsia="Aptos"/>
          <w:b w:val="0"/>
          <w:i w:val="0"/>
        </w:rPr>
        <w:t>o que define boa execução?</w:t>
      </w:r>
    </w:p>
    <w:p>
      <w:pPr>
        <w:pStyle w:val="ListBullet"/>
      </w:pPr>
      <w:r>
        <w:rPr>
          <w:rFonts w:ascii="Aptos" w:hAnsi="Aptos" w:eastAsia="Aptos"/>
          <w:b w:val="0"/>
          <w:i w:val="0"/>
        </w:rPr>
        <w:t>quando devo controlar?</w:t>
      </w:r>
    </w:p>
    <w:p>
      <w:pPr>
        <w:pStyle w:val="ListBullet"/>
      </w:pPr>
      <w:r>
        <w:rPr>
          <w:rFonts w:ascii="Aptos" w:hAnsi="Aptos" w:eastAsia="Aptos"/>
          <w:b w:val="0"/>
          <w:i w:val="0"/>
        </w:rPr>
        <w:t>quando posso acelerar?</w:t>
      </w:r>
    </w:p>
    <w:p>
      <w:pPr>
        <w:pStyle w:val="ListBullet"/>
      </w:pPr>
      <w:r>
        <w:rPr>
          <w:rFonts w:ascii="Aptos" w:hAnsi="Aptos" w:eastAsia="Aptos"/>
          <w:b w:val="0"/>
          <w:i w:val="0"/>
        </w:rPr>
        <w:t>como devo recuperar?</w:t>
      </w:r>
    </w:p>
    <w:p>
      <w:pPr>
        <w:pStyle w:val="ListBullet"/>
      </w:pPr>
      <w:r>
        <w:rPr>
          <w:rFonts w:ascii="Aptos" w:hAnsi="Aptos" w:eastAsia="Aptos"/>
          <w:b w:val="0"/>
          <w:i w:val="0"/>
        </w:rPr>
        <w:t>o treino de hoje prepara qual etapa do ciclo?</w:t>
      </w:r>
    </w:p>
    <w:p>
      <w:pPr/>
      <w:r>
        <w:rPr>
          <w:rFonts w:ascii="Aptos" w:hAnsi="Aptos" w:eastAsia="Aptos"/>
          <w:b w:val="0"/>
          <w:i w:val="0"/>
        </w:rPr>
        <w:t>Quando essas respostas ficam claras, o atleta erra menos.</w:t>
      </w:r>
    </w:p>
    <w:p>
      <w:pPr/>
      <w:r>
        <w:rPr>
          <w:rFonts w:ascii="Aptos" w:hAnsi="Aptos" w:eastAsia="Aptos"/>
          <w:b w:val="0"/>
          <w:i w:val="0"/>
        </w:rPr>
        <w:t>O treino passa a ser executado com mais precisão. A comunicação com o treinador melhora. Os comentários ficam mais úteis. A leitura do processo ganha qualidade.</w:t>
      </w:r>
    </w:p>
    <w:p>
      <w:pPr/>
      <w:r>
        <w:rPr>
          <w:rFonts w:ascii="Aptos" w:hAnsi="Aptos" w:eastAsia="Aptos"/>
          <w:b w:val="0"/>
          <w:i w:val="0"/>
        </w:rPr>
        <w:t>Sem compreensão, o atleta improvisa.</w:t>
      </w:r>
    </w:p>
    <w:p>
      <w:pPr/>
      <w:r>
        <w:rPr>
          <w:rFonts w:ascii="Aptos" w:hAnsi="Aptos" w:eastAsia="Aptos"/>
          <w:b w:val="0"/>
          <w:i w:val="0"/>
        </w:rPr>
        <w:t>Com clareza, ele executa.</w:t>
      </w:r>
    </w:p>
    <w:p>
      <w:pPr/>
      <w:r>
        <w:rPr>
          <w:rFonts w:ascii="Aptos" w:hAnsi="Aptos" w:eastAsia="Aptos"/>
          <w:b w:val="0"/>
          <w:i w:val="0"/>
        </w:rPr>
        <w:t>Essa diferença muda o ciclo inteiro.</w:t>
      </w:r>
    </w:p>
    <w:p>
      <w:pPr>
        <w:pStyle w:val="Heading2"/>
      </w:pPr>
      <w:r>
        <w:t>16.3 Complexidade nos bastidores</w:t>
      </w:r>
    </w:p>
    <w:p>
      <w:pPr/>
      <w:r>
        <w:rPr>
          <w:rFonts w:ascii="Aptos" w:hAnsi="Aptos" w:eastAsia="Aptos"/>
          <w:b w:val="0"/>
          <w:i w:val="0"/>
        </w:rPr>
        <w:t>A simplicidade observada pelo atleta não significa que o treinamento seja simples de construir.</w:t>
      </w:r>
    </w:p>
    <w:p>
      <w:pPr/>
      <w:r>
        <w:rPr>
          <w:rFonts w:ascii="Aptos" w:hAnsi="Aptos" w:eastAsia="Aptos"/>
          <w:b w:val="0"/>
          <w:i w:val="0"/>
        </w:rPr>
        <w:t>Pelo contrário.</w:t>
      </w:r>
    </w:p>
    <w:p>
      <w:pPr/>
      <w:r>
        <w:rPr>
          <w:rFonts w:ascii="Aptos" w:hAnsi="Aptos" w:eastAsia="Aptos"/>
          <w:b w:val="0"/>
          <w:i w:val="0"/>
        </w:rPr>
        <w:t>Por trás de uma prescrição objetiva existem várias decisões técnicas.</w:t>
      </w:r>
    </w:p>
    <w:p>
      <w:pPr/>
      <w:r>
        <w:rPr>
          <w:rFonts w:ascii="Aptos" w:hAnsi="Aptos" w:eastAsia="Aptos"/>
          <w:b w:val="0"/>
          <w:i w:val="0"/>
        </w:rPr>
        <w:t>O treinador precisa definir:</w:t>
      </w:r>
    </w:p>
    <w:p>
      <w:pPr>
        <w:pStyle w:val="ListBullet"/>
      </w:pPr>
      <w:r>
        <w:rPr>
          <w:rFonts w:ascii="Aptos" w:hAnsi="Aptos" w:eastAsia="Aptos"/>
          <w:b w:val="0"/>
          <w:i w:val="0"/>
        </w:rPr>
        <w:t>qual ferramenta usar;</w:t>
      </w:r>
    </w:p>
    <w:p>
      <w:pPr>
        <w:pStyle w:val="ListBullet"/>
      </w:pPr>
      <w:r>
        <w:rPr>
          <w:rFonts w:ascii="Aptos" w:hAnsi="Aptos" w:eastAsia="Aptos"/>
          <w:b w:val="0"/>
          <w:i w:val="0"/>
        </w:rPr>
        <w:t>qual intensidade aplicar;</w:t>
      </w:r>
    </w:p>
    <w:p>
      <w:pPr>
        <w:pStyle w:val="ListBullet"/>
      </w:pPr>
      <w:r>
        <w:rPr>
          <w:rFonts w:ascii="Aptos" w:hAnsi="Aptos" w:eastAsia="Aptos"/>
          <w:b w:val="0"/>
          <w:i w:val="0"/>
        </w:rPr>
        <w:t>qual zona PZI prescrever;</w:t>
      </w:r>
    </w:p>
    <w:p>
      <w:pPr>
        <w:pStyle w:val="ListBullet"/>
      </w:pPr>
      <w:r>
        <w:rPr>
          <w:rFonts w:ascii="Aptos" w:hAnsi="Aptos" w:eastAsia="Aptos"/>
          <w:b w:val="0"/>
          <w:i w:val="0"/>
        </w:rPr>
        <w:t>qual volume cabe na semana;</w:t>
      </w:r>
    </w:p>
    <w:p>
      <w:pPr>
        <w:pStyle w:val="ListBullet"/>
      </w:pPr>
      <w:r>
        <w:rPr>
          <w:rFonts w:ascii="Aptos" w:hAnsi="Aptos" w:eastAsia="Aptos"/>
          <w:b w:val="0"/>
          <w:i w:val="0"/>
        </w:rPr>
        <w:t>qual recuperação será necessária;</w:t>
      </w:r>
    </w:p>
    <w:p>
      <w:pPr>
        <w:pStyle w:val="ListBullet"/>
      </w:pPr>
      <w:r>
        <w:rPr>
          <w:rFonts w:ascii="Aptos" w:hAnsi="Aptos" w:eastAsia="Aptos"/>
          <w:b w:val="0"/>
          <w:i w:val="0"/>
        </w:rPr>
        <w:t>qual sequência protege a adaptação;</w:t>
      </w:r>
    </w:p>
    <w:p>
      <w:pPr>
        <w:pStyle w:val="ListBullet"/>
      </w:pPr>
      <w:r>
        <w:rPr>
          <w:rFonts w:ascii="Aptos" w:hAnsi="Aptos" w:eastAsia="Aptos"/>
          <w:b w:val="0"/>
          <w:i w:val="0"/>
        </w:rPr>
        <w:t>qual momento do ciclo permite aquele estímulo;</w:t>
      </w:r>
    </w:p>
    <w:p>
      <w:pPr>
        <w:pStyle w:val="ListBullet"/>
      </w:pPr>
      <w:r>
        <w:rPr>
          <w:rFonts w:ascii="Aptos" w:hAnsi="Aptos" w:eastAsia="Aptos"/>
          <w:b w:val="0"/>
          <w:i w:val="0"/>
        </w:rPr>
        <w:t>qual resposta espera observar;</w:t>
      </w:r>
    </w:p>
    <w:p>
      <w:pPr>
        <w:pStyle w:val="ListBullet"/>
      </w:pPr>
      <w:r>
        <w:rPr>
          <w:rFonts w:ascii="Aptos" w:hAnsi="Aptos" w:eastAsia="Aptos"/>
          <w:b w:val="0"/>
          <w:i w:val="0"/>
        </w:rPr>
        <w:t>qual risco aquela sessão cria;</w:t>
      </w:r>
    </w:p>
    <w:p>
      <w:pPr>
        <w:pStyle w:val="ListBullet"/>
      </w:pPr>
      <w:r>
        <w:rPr>
          <w:rFonts w:ascii="Aptos" w:hAnsi="Aptos" w:eastAsia="Aptos"/>
          <w:b w:val="0"/>
          <w:i w:val="0"/>
        </w:rPr>
        <w:t>qual ajuste pode ser necessário depois.</w:t>
      </w:r>
    </w:p>
    <w:p>
      <w:pPr/>
      <w:r>
        <w:rPr>
          <w:rFonts w:ascii="Aptos" w:hAnsi="Aptos" w:eastAsia="Aptos"/>
          <w:b w:val="0"/>
          <w:i w:val="0"/>
        </w:rPr>
        <w:t>Essas decisões não precisam aparecer todas para o atleta.</w:t>
      </w:r>
    </w:p>
    <w:p>
      <w:pPr/>
      <w:r>
        <w:rPr>
          <w:rFonts w:ascii="Aptos" w:hAnsi="Aptos" w:eastAsia="Aptos"/>
          <w:b w:val="0"/>
          <w:i w:val="0"/>
        </w:rPr>
        <w:t>O corredor precisa receber clareza. O treinador precisa sustentar critério.</w:t>
      </w:r>
    </w:p>
    <w:p>
      <w:pPr/>
      <w:r>
        <w:rPr>
          <w:rFonts w:ascii="Aptos" w:hAnsi="Aptos" w:eastAsia="Aptos"/>
          <w:b w:val="0"/>
          <w:i w:val="0"/>
        </w:rPr>
        <w:t>Essa é uma característica dos métodos fortes: eles não escondem falta de raciocínio atrás de excesso de informação. Eles organizam a complexidade para que a execução seja possível.</w:t>
      </w:r>
    </w:p>
    <w:p>
      <w:pPr/>
      <w:r>
        <w:rPr>
          <w:rFonts w:ascii="Aptos" w:hAnsi="Aptos" w:eastAsia="Aptos"/>
          <w:b w:val="0"/>
          <w:i w:val="0"/>
        </w:rPr>
        <w:t>Um treino simples pode ser altamente sofisticado quando nasce de uma decisão correta.</w:t>
      </w:r>
    </w:p>
    <w:p>
      <w:pPr/>
      <w:r>
        <w:rPr>
          <w:rFonts w:ascii="Aptos" w:hAnsi="Aptos" w:eastAsia="Aptos"/>
          <w:b w:val="0"/>
          <w:i w:val="0"/>
        </w:rPr>
        <w:t>Uma planilha complicada pode ser fraca quando não possui intenção.</w:t>
      </w:r>
    </w:p>
    <w:p>
      <w:pPr/>
      <w:r>
        <w:rPr>
          <w:rFonts w:ascii="Aptos" w:hAnsi="Aptos" w:eastAsia="Aptos"/>
          <w:b w:val="0"/>
          <w:i w:val="0"/>
        </w:rPr>
        <w:t>No Método TriLife Running, a sofisticação está na decisão, não no excesso de enfeite.</w:t>
      </w:r>
    </w:p>
    <w:p>
      <w:pPr>
        <w:pStyle w:val="Heading2"/>
      </w:pPr>
      <w:r>
        <w:t>16.4 O PZI como exemplo de simplicidade operacional</w:t>
      </w:r>
    </w:p>
    <w:p>
      <w:pPr/>
      <w:r>
        <w:rPr>
          <w:rFonts w:ascii="Aptos" w:hAnsi="Aptos" w:eastAsia="Aptos"/>
          <w:b w:val="0"/>
          <w:i w:val="0"/>
        </w:rPr>
        <w:t>O Sistema PZI é um dos melhores exemplos da ciência da simplicidade dentro da metodologia TriLife.</w:t>
      </w:r>
    </w:p>
    <w:p>
      <w:pPr/>
      <w:r>
        <w:rPr>
          <w:rFonts w:ascii="Aptos" w:hAnsi="Aptos" w:eastAsia="Aptos"/>
          <w:b w:val="0"/>
          <w:i w:val="0"/>
        </w:rPr>
        <w:t>Por trás de uma indicação como PZI 2, PZI 5 ou PZI 8 existe uma construção técnica baseada no Ritmo de Limiar, nas zonas de intensidade, no objetivo fisiológico da sessão e na fase da periodização.</w:t>
      </w:r>
    </w:p>
    <w:p>
      <w:pPr/>
      <w:r>
        <w:rPr>
          <w:rFonts w:ascii="Aptos" w:hAnsi="Aptos" w:eastAsia="Aptos"/>
          <w:b w:val="0"/>
          <w:i w:val="0"/>
        </w:rPr>
        <w:t>Para o atleta, entretanto, a mensagem precisa ser direta:</w:t>
      </w:r>
    </w:p>
    <w:p>
      <w:pPr>
        <w:pStyle w:val="TriLifeQuote"/>
      </w:pPr>
      <w:r>
        <w:rPr>
          <w:rFonts w:ascii="Aptos" w:hAnsi="Aptos" w:eastAsia="Aptos"/>
          <w:b w:val="0"/>
          <w:i/>
        </w:rPr>
        <w:t>qual intensidade devo buscar hoje?</w:t>
      </w:r>
    </w:p>
    <w:p>
      <w:pPr/>
      <w:r>
        <w:rPr>
          <w:rFonts w:ascii="Aptos" w:hAnsi="Aptos" w:eastAsia="Aptos"/>
          <w:b w:val="0"/>
          <w:i w:val="0"/>
        </w:rPr>
        <w:t>Essa tradução torna o método aplicável em escala.</w:t>
      </w:r>
    </w:p>
    <w:p>
      <w:pPr/>
      <w:r>
        <w:rPr>
          <w:rFonts w:ascii="Aptos" w:hAnsi="Aptos" w:eastAsia="Aptos"/>
          <w:b w:val="0"/>
          <w:i w:val="0"/>
        </w:rPr>
        <w:t>Em uma assessoria com muitos atletas, cada corredor possui ritmos diferentes, níveis diferentes e objetivos diferentes. O PZI permite que todos falem a mesma linguagem sem perder individualização.</w:t>
      </w:r>
    </w:p>
    <w:p>
      <w:pPr/>
      <w:r>
        <w:rPr>
          <w:rFonts w:ascii="Aptos" w:hAnsi="Aptos" w:eastAsia="Aptos"/>
          <w:b w:val="0"/>
          <w:i w:val="0"/>
        </w:rPr>
        <w:t>O pace absoluto muda.</w:t>
      </w:r>
    </w:p>
    <w:p>
      <w:pPr/>
      <w:r>
        <w:rPr>
          <w:rFonts w:ascii="Aptos" w:hAnsi="Aptos" w:eastAsia="Aptos"/>
          <w:b w:val="0"/>
          <w:i w:val="0"/>
        </w:rPr>
        <w:t>A zona comunica a intenção.</w:t>
      </w:r>
    </w:p>
    <w:p>
      <w:pPr/>
      <w:r>
        <w:rPr>
          <w:rFonts w:ascii="Aptos" w:hAnsi="Aptos" w:eastAsia="Aptos"/>
          <w:b w:val="0"/>
          <w:i w:val="0"/>
        </w:rPr>
        <w:t>O treinador preserva a precisão da prescrição. O atleta recebe uma orientação que consegue compreender. A execução melhora porque a mensagem fica limpa.</w:t>
      </w:r>
    </w:p>
    <w:p>
      <w:pPr/>
      <w:r>
        <w:rPr>
          <w:rFonts w:ascii="Aptos" w:hAnsi="Aptos" w:eastAsia="Aptos"/>
          <w:b w:val="0"/>
          <w:i w:val="0"/>
        </w:rPr>
        <w:t>O PZI reduz ruído.</w:t>
      </w:r>
    </w:p>
    <w:p>
      <w:pPr/>
      <w:r>
        <w:rPr>
          <w:rFonts w:ascii="Aptos" w:hAnsi="Aptos" w:eastAsia="Aptos"/>
          <w:b w:val="0"/>
          <w:i w:val="0"/>
        </w:rPr>
        <w:t>Quando a comunicação melhora, o treinamento fica mais consistente.</w:t>
      </w:r>
    </w:p>
    <w:p>
      <w:pPr>
        <w:pStyle w:val="Heading2"/>
      </w:pPr>
      <w:r>
        <w:t>16.5 Simplicidade não é superficialidade</w:t>
      </w:r>
    </w:p>
    <w:p>
      <w:pPr/>
      <w:r>
        <w:rPr>
          <w:rFonts w:ascii="Aptos" w:hAnsi="Aptos" w:eastAsia="Aptos"/>
          <w:b w:val="0"/>
          <w:i w:val="0"/>
        </w:rPr>
        <w:t>Na metodologia TriLife, simplicidade não significa orientação genérica.</w:t>
      </w:r>
    </w:p>
    <w:p>
      <w:pPr/>
      <w:r>
        <w:rPr>
          <w:rFonts w:ascii="Aptos" w:hAnsi="Aptos" w:eastAsia="Aptos"/>
          <w:b w:val="0"/>
          <w:i w:val="0"/>
        </w:rPr>
        <w:t>Significa retirar aquilo que não melhora a execução.</w:t>
      </w:r>
    </w:p>
    <w:p>
      <w:pPr/>
      <w:r>
        <w:rPr>
          <w:rFonts w:ascii="Aptos" w:hAnsi="Aptos" w:eastAsia="Aptos"/>
          <w:b w:val="0"/>
          <w:i w:val="0"/>
        </w:rPr>
        <w:t>Um treino simples pode ser extremamente profundo quando possui objetivo claro, zona bem definida, recuperação correta e lugar certo dentro do ciclo.</w:t>
      </w:r>
    </w:p>
    <w:p>
      <w:pPr/>
      <w:r>
        <w:rPr>
          <w:rFonts w:ascii="Aptos" w:hAnsi="Aptos" w:eastAsia="Aptos"/>
          <w:b w:val="0"/>
          <w:i w:val="0"/>
        </w:rPr>
        <w:t>Da mesma forma, um treino visualmente complexo pode ser tecnicamente fraco se não conversa com a fase da periodização ou se o atleta não entende como executar.</w:t>
      </w:r>
    </w:p>
    <w:p>
      <w:pPr/>
      <w:r>
        <w:rPr>
          <w:rFonts w:ascii="Aptos" w:hAnsi="Aptos" w:eastAsia="Aptos"/>
          <w:b w:val="0"/>
          <w:i w:val="0"/>
        </w:rPr>
        <w:t>A qualidade não está na aparência da planilha.</w:t>
      </w:r>
    </w:p>
    <w:p>
      <w:pPr/>
      <w:r>
        <w:rPr>
          <w:rFonts w:ascii="Aptos" w:hAnsi="Aptos" w:eastAsia="Aptos"/>
          <w:b w:val="0"/>
          <w:i w:val="0"/>
        </w:rPr>
        <w:t>Está na relação entre objetivo, estímulo, execução, recuperação e adaptação.</w:t>
      </w:r>
    </w:p>
    <w:p>
      <w:pPr/>
      <w:r>
        <w:rPr>
          <w:rFonts w:ascii="Aptos" w:hAnsi="Aptos" w:eastAsia="Aptos"/>
          <w:b w:val="0"/>
          <w:i w:val="0"/>
        </w:rPr>
        <w:t>Essa ideia vale para todo o livro.</w:t>
      </w:r>
    </w:p>
    <w:p>
      <w:pPr/>
      <w:r>
        <w:rPr>
          <w:rFonts w:ascii="Aptos" w:hAnsi="Aptos" w:eastAsia="Aptos"/>
          <w:b w:val="0"/>
          <w:i w:val="0"/>
        </w:rPr>
        <w:t>Aquecimento inteligente não precisa ser complicado para ser eficiente. Educativos não precisam ser numerosos para cumprir função. Cadência não precisa virar obsessão matemática. Biomecânica não precisa gerar excesso de comandos. TrainingPeaks não precisa transformar o treinador em escravo de gráficos.</w:t>
      </w:r>
    </w:p>
    <w:p>
      <w:pPr/>
      <w:r>
        <w:rPr>
          <w:rFonts w:ascii="Aptos" w:hAnsi="Aptos" w:eastAsia="Aptos"/>
          <w:b w:val="0"/>
          <w:i w:val="0"/>
        </w:rPr>
        <w:t>O método organiza.</w:t>
      </w:r>
    </w:p>
    <w:p>
      <w:pPr/>
      <w:r>
        <w:rPr>
          <w:rFonts w:ascii="Aptos" w:hAnsi="Aptos" w:eastAsia="Aptos"/>
          <w:b w:val="0"/>
          <w:i w:val="0"/>
        </w:rPr>
        <w:t>A planilha comunica.</w:t>
      </w:r>
    </w:p>
    <w:p>
      <w:pPr/>
      <w:r>
        <w:rPr>
          <w:rFonts w:ascii="Aptos" w:hAnsi="Aptos" w:eastAsia="Aptos"/>
          <w:b w:val="0"/>
          <w:i w:val="0"/>
        </w:rPr>
        <w:t>O atleta executa.</w:t>
      </w:r>
    </w:p>
    <w:p>
      <w:pPr/>
      <w:r>
        <w:rPr>
          <w:rFonts w:ascii="Aptos" w:hAnsi="Aptos" w:eastAsia="Aptos"/>
          <w:b w:val="0"/>
          <w:i w:val="0"/>
        </w:rPr>
        <w:t>Simplicidade é o que permite essa cadeia funcionar.</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simplicidade dentro do treinamento conversa com princípios de aprendizagem motora e carga cognitiva. Quanto maior a quantidade de informações simultâneas recebidas pelo atleta, maior a chance de erro, confusão ou execução incompleta.</w:t>
            </w:r>
          </w:p>
          <w:p>
            <w:pPr/>
            <w:r>
              <w:rPr>
                <w:rFonts w:ascii="Aptos" w:hAnsi="Aptos" w:eastAsia="Aptos"/>
                <w:b w:val="0"/>
                <w:i w:val="0"/>
              </w:rPr>
              <w:t>Na prática, o corpo aprende melhor quando recebe comandos claros, repetíveis e aplicáveis. Um atleta que entende poucos pontos relevantes tende a executar melhor do que aquele que tenta controlar dez variáveis ao mesmo tempo.</w:t>
            </w:r>
          </w:p>
          <w:p>
            <w:pPr/>
            <w:r>
              <w:rPr>
                <w:rFonts w:ascii="Aptos" w:hAnsi="Aptos" w:eastAsia="Aptos"/>
                <w:b w:val="0"/>
                <w:i w:val="0"/>
              </w:rPr>
              <w:t>O Método TriLife Running utiliza essa lógica ao transformar fisiologia, zonas, carga, técnica e periodização em orientações executáveis. A ciência permanece por trás da decisão. A entrega ao atleta precisa ser objetiva.</w:t>
            </w:r>
          </w:p>
          <w:p>
            <w:pPr/>
            <w:r>
              <w:rPr>
                <w:rFonts w:ascii="Aptos" w:hAnsi="Aptos" w:eastAsia="Aptos"/>
                <w:b w:val="0"/>
                <w:i w:val="0"/>
              </w:rPr>
              <w:t>Clareza não reduz profundidade.</w:t>
            </w:r>
          </w:p>
          <w:p>
            <w:pPr/>
            <w:r>
              <w:rPr>
                <w:rFonts w:ascii="Aptos" w:hAnsi="Aptos" w:eastAsia="Aptos"/>
                <w:b w:val="0"/>
                <w:i w:val="0"/>
              </w:rPr>
              <w:t>Clareza aumenta execução.</w:t>
            </w:r>
          </w:p>
        </w:tc>
      </w:tr>
    </w:tbl>
    <w:p/>
    <w:p>
      <w:pPr>
        <w:pStyle w:val="Heading2"/>
      </w:pPr>
      <w:r>
        <w:t>16.6 O simples é reproduzível</w:t>
      </w:r>
    </w:p>
    <w:p>
      <w:pPr/>
      <w:r>
        <w:rPr>
          <w:rFonts w:ascii="Aptos" w:hAnsi="Aptos" w:eastAsia="Aptos"/>
          <w:b w:val="0"/>
          <w:i w:val="0"/>
        </w:rPr>
        <w:t>Uma metodologia só consegue crescer quando pode ser reproduzida sem perder identidade.</w:t>
      </w:r>
    </w:p>
    <w:p>
      <w:pPr/>
      <w:r>
        <w:rPr>
          <w:rFonts w:ascii="Aptos" w:hAnsi="Aptos" w:eastAsia="Aptos"/>
          <w:b w:val="0"/>
          <w:i w:val="0"/>
        </w:rPr>
        <w:t>Treinadores diferentes precisam interpretar os mesmos princípios de maneira semelhante. Atletas diferentes precisam compreender rapidamente a lógica do sistema. A assessoria precisa manter linguagem comum, sem transformar cada prescrição em um código indecifrável.</w:t>
      </w:r>
    </w:p>
    <w:p>
      <w:pPr/>
      <w:r>
        <w:rPr>
          <w:rFonts w:ascii="Aptos" w:hAnsi="Aptos" w:eastAsia="Aptos"/>
          <w:b w:val="0"/>
          <w:i w:val="0"/>
        </w:rPr>
        <w:t>Essa padronização reduz erros.</w:t>
      </w:r>
    </w:p>
    <w:p>
      <w:pPr/>
      <w:r>
        <w:rPr>
          <w:rFonts w:ascii="Aptos" w:hAnsi="Aptos" w:eastAsia="Aptos"/>
          <w:b w:val="0"/>
          <w:i w:val="0"/>
        </w:rPr>
        <w:t>Também fortalece a cultura da equipe.</w:t>
      </w:r>
    </w:p>
    <w:p>
      <w:pPr/>
      <w:r>
        <w:rPr>
          <w:rFonts w:ascii="Aptos" w:hAnsi="Aptos" w:eastAsia="Aptos"/>
          <w:b w:val="0"/>
          <w:i w:val="0"/>
        </w:rPr>
        <w:t>Quando todos entendem o que significa PZI, Ritmo de Limiar, Tempo Run, recuperação, cadência e Treinos Inteligentes, a metodologia se torna mais fácil de aplicar, ensinar e evoluir.</w:t>
      </w:r>
    </w:p>
    <w:p>
      <w:pPr/>
      <w:r>
        <w:rPr>
          <w:rFonts w:ascii="Aptos" w:hAnsi="Aptos" w:eastAsia="Aptos"/>
          <w:b w:val="0"/>
          <w:i w:val="0"/>
        </w:rPr>
        <w:t>O simples é treinável.</w:t>
      </w:r>
    </w:p>
    <w:p>
      <w:pPr/>
      <w:r>
        <w:rPr>
          <w:rFonts w:ascii="Aptos" w:hAnsi="Aptos" w:eastAsia="Aptos"/>
          <w:b w:val="0"/>
          <w:i w:val="0"/>
        </w:rPr>
        <w:t>O simples é comunicável.</w:t>
      </w:r>
    </w:p>
    <w:p>
      <w:pPr/>
      <w:r>
        <w:rPr>
          <w:rFonts w:ascii="Aptos" w:hAnsi="Aptos" w:eastAsia="Aptos"/>
          <w:b w:val="0"/>
          <w:i w:val="0"/>
        </w:rPr>
        <w:t>O simples é escalável.</w:t>
      </w:r>
    </w:p>
    <w:p>
      <w:pPr/>
      <w:r>
        <w:rPr>
          <w:rFonts w:ascii="Aptos" w:hAnsi="Aptos" w:eastAsia="Aptos"/>
          <w:b w:val="0"/>
          <w:i w:val="0"/>
        </w:rPr>
        <w:t>Na prática, simplicidade também é ferramenta de gestão metodológica.</w:t>
      </w:r>
    </w:p>
    <w:p>
      <w:pPr/>
      <w:r>
        <w:rPr>
          <w:rFonts w:ascii="Aptos" w:hAnsi="Aptos" w:eastAsia="Aptos"/>
          <w:b w:val="0"/>
          <w:i w:val="0"/>
        </w:rPr>
        <w:t>A TriLife não precisa complicar a linguagem para provar autoridade. A autoridade aparece quando a prescrição é compreendida, executada e interpretada com consistência.</w:t>
      </w:r>
    </w:p>
    <w:p>
      <w:pPr>
        <w:pStyle w:val="Heading2"/>
      </w:pPr>
      <w:r>
        <w:t>16.7 Clareza aumenta adesão</w:t>
      </w:r>
    </w:p>
    <w:p>
      <w:pPr/>
      <w:r>
        <w:rPr>
          <w:rFonts w:ascii="Aptos" w:hAnsi="Aptos" w:eastAsia="Aptos"/>
          <w:b w:val="0"/>
          <w:i w:val="0"/>
        </w:rPr>
        <w:t>Um atleta que entende o treino tende a confiar mais no processo.</w:t>
      </w:r>
    </w:p>
    <w:p>
      <w:pPr/>
      <w:r>
        <w:rPr>
          <w:rFonts w:ascii="Aptos" w:hAnsi="Aptos" w:eastAsia="Aptos"/>
          <w:b w:val="0"/>
          <w:i w:val="0"/>
        </w:rPr>
        <w:t>A confiança aumenta a adesão.</w:t>
      </w:r>
    </w:p>
    <w:p>
      <w:pPr/>
      <w:r>
        <w:rPr>
          <w:rFonts w:ascii="Aptos" w:hAnsi="Aptos" w:eastAsia="Aptos"/>
          <w:b w:val="0"/>
          <w:i w:val="0"/>
        </w:rPr>
        <w:t>Quando a sessão é confusa, o atleta improvisa. Quando a sessão é clara, ele executa. Essa diferença afeta diretamente a qualidade dos dados recebidos pelo treinador.</w:t>
      </w:r>
    </w:p>
    <w:p>
      <w:pPr/>
      <w:r>
        <w:rPr>
          <w:rFonts w:ascii="Aptos" w:hAnsi="Aptos" w:eastAsia="Aptos"/>
          <w:b w:val="0"/>
          <w:i w:val="0"/>
        </w:rPr>
        <w:t>Uma prescrição mal compreendida produz execução ruim. Uma execução ruim gera dados pouco confiáveis. Dados pouco confiáveis dificultam a tomada de decisão.</w:t>
      </w:r>
    </w:p>
    <w:p>
      <w:pPr/>
      <w:r>
        <w:rPr>
          <w:rFonts w:ascii="Aptos" w:hAnsi="Aptos" w:eastAsia="Aptos"/>
          <w:b w:val="0"/>
          <w:i w:val="0"/>
        </w:rPr>
        <w:t>Por isso, simplicidade não é apenas uma escolha pedagógica.</w:t>
      </w:r>
    </w:p>
    <w:p>
      <w:pPr/>
      <w:r>
        <w:rPr>
          <w:rFonts w:ascii="Aptos" w:hAnsi="Aptos" w:eastAsia="Aptos"/>
          <w:b w:val="0"/>
          <w:i w:val="0"/>
        </w:rPr>
        <w:t>Ela melhora o processo inteiro:</w:t>
      </w:r>
    </w:p>
    <w:p>
      <w:pPr>
        <w:pStyle w:val="ListBullet"/>
      </w:pPr>
      <w:r>
        <w:rPr>
          <w:rFonts w:ascii="Aptos" w:hAnsi="Aptos" w:eastAsia="Aptos"/>
          <w:b w:val="0"/>
          <w:i w:val="0"/>
        </w:rPr>
        <w:t>prescrição;</w:t>
      </w:r>
    </w:p>
    <w:p>
      <w:pPr>
        <w:pStyle w:val="ListBullet"/>
      </w:pPr>
      <w:r>
        <w:rPr>
          <w:rFonts w:ascii="Aptos" w:hAnsi="Aptos" w:eastAsia="Aptos"/>
          <w:b w:val="0"/>
          <w:i w:val="0"/>
        </w:rPr>
        <w:t>execução;</w:t>
      </w:r>
    </w:p>
    <w:p>
      <w:pPr>
        <w:pStyle w:val="ListBullet"/>
      </w:pPr>
      <w:r>
        <w:rPr>
          <w:rFonts w:ascii="Aptos" w:hAnsi="Aptos" w:eastAsia="Aptos"/>
          <w:b w:val="0"/>
          <w:i w:val="0"/>
        </w:rPr>
        <w:t>análise;</w:t>
      </w:r>
    </w:p>
    <w:p>
      <w:pPr>
        <w:pStyle w:val="ListBullet"/>
      </w:pPr>
      <w:r>
        <w:rPr>
          <w:rFonts w:ascii="Aptos" w:hAnsi="Aptos" w:eastAsia="Aptos"/>
          <w:b w:val="0"/>
          <w:i w:val="0"/>
        </w:rPr>
        <w:t>feedback;</w:t>
      </w:r>
    </w:p>
    <w:p>
      <w:pPr>
        <w:pStyle w:val="ListBullet"/>
      </w:pPr>
      <w:r>
        <w:rPr>
          <w:rFonts w:ascii="Aptos" w:hAnsi="Aptos" w:eastAsia="Aptos"/>
          <w:b w:val="0"/>
          <w:i w:val="0"/>
        </w:rPr>
        <w:t>ajuste;</w:t>
      </w:r>
    </w:p>
    <w:p>
      <w:pPr>
        <w:pStyle w:val="ListBullet"/>
      </w:pPr>
      <w:r>
        <w:rPr>
          <w:rFonts w:ascii="Aptos" w:hAnsi="Aptos" w:eastAsia="Aptos"/>
          <w:b w:val="0"/>
          <w:i w:val="0"/>
        </w:rPr>
        <w:t>evolução.</w:t>
      </w:r>
    </w:p>
    <w:p>
      <w:pPr/>
      <w:r>
        <w:rPr>
          <w:rFonts w:ascii="Aptos" w:hAnsi="Aptos" w:eastAsia="Aptos"/>
          <w:b w:val="0"/>
          <w:i w:val="0"/>
        </w:rPr>
        <w:t>O atleta precisa saber o que fazer.</w:t>
      </w:r>
    </w:p>
    <w:p>
      <w:pPr/>
      <w:r>
        <w:rPr>
          <w:rFonts w:ascii="Aptos" w:hAnsi="Aptos" w:eastAsia="Aptos"/>
          <w:b w:val="0"/>
          <w:i w:val="0"/>
        </w:rPr>
        <w:t>Também precisa entender o que evitar.</w:t>
      </w:r>
    </w:p>
    <w:p>
      <w:pPr/>
      <w:r>
        <w:rPr>
          <w:rFonts w:ascii="Aptos" w:hAnsi="Aptos" w:eastAsia="Aptos"/>
          <w:b w:val="0"/>
          <w:i w:val="0"/>
        </w:rPr>
        <w:t>Em muitos casos, uma orientação simples impede o maior erro da sessão. Correr leve de verdade. Não transformar Tempo Run em prova. Não fazer Fartlek como sprint. Não buscar pace quando a zona pede controle.</w:t>
      </w:r>
    </w:p>
    <w:p>
      <w:pPr/>
      <w:r>
        <w:rPr>
          <w:rFonts w:ascii="Aptos" w:hAnsi="Aptos" w:eastAsia="Aptos"/>
          <w:b w:val="0"/>
          <w:i w:val="0"/>
        </w:rPr>
        <w:t>Clareza protege o método.</w:t>
      </w:r>
    </w:p>
    <w:p>
      <w:pPr>
        <w:pStyle w:val="Heading2"/>
      </w:pPr>
      <w:r>
        <w:t>16.8 Transformar ciência em prática</w:t>
      </w:r>
    </w:p>
    <w:p>
      <w:pPr/>
      <w:r>
        <w:rPr>
          <w:rFonts w:ascii="Aptos" w:hAnsi="Aptos" w:eastAsia="Aptos"/>
          <w:b w:val="0"/>
          <w:i w:val="0"/>
        </w:rPr>
        <w:t>O Método TriLife Running valoriza a ciência, mas entende que conhecimento técnico só produz resultado quando chega ao treino real.</w:t>
      </w:r>
    </w:p>
    <w:p>
      <w:pPr/>
      <w:r>
        <w:rPr>
          <w:rFonts w:ascii="Aptos" w:hAnsi="Aptos" w:eastAsia="Aptos"/>
          <w:b w:val="0"/>
          <w:i w:val="0"/>
        </w:rPr>
        <w:t>A literatura pode explicar zonas, limiares, distribuição de intensidade, economia, força, recuperação e adaptação. Mas o atleta não treina dentro de um artigo científico. Ele treina na rua, no parque, na esteira, depois do trabalho, no calor, com sono, com pressa e com limitações.</w:t>
      </w:r>
    </w:p>
    <w:p>
      <w:pPr/>
      <w:r>
        <w:rPr>
          <w:rFonts w:ascii="Aptos" w:hAnsi="Aptos" w:eastAsia="Aptos"/>
          <w:b w:val="0"/>
          <w:i w:val="0"/>
        </w:rPr>
        <w:t>A função da metodologia é traduzir.</w:t>
      </w:r>
    </w:p>
    <w:p>
      <w:pPr/>
      <w:r>
        <w:rPr>
          <w:rFonts w:ascii="Aptos" w:hAnsi="Aptos" w:eastAsia="Aptos"/>
          <w:b w:val="0"/>
          <w:i w:val="0"/>
        </w:rPr>
        <w:t>Traduzir ciência em decisão.</w:t>
      </w:r>
    </w:p>
    <w:p>
      <w:pPr/>
      <w:r>
        <w:rPr>
          <w:rFonts w:ascii="Aptos" w:hAnsi="Aptos" w:eastAsia="Aptos"/>
          <w:b w:val="0"/>
          <w:i w:val="0"/>
        </w:rPr>
        <w:t>Traduzir decisão em treino.</w:t>
      </w:r>
    </w:p>
    <w:p>
      <w:pPr/>
      <w:r>
        <w:rPr>
          <w:rFonts w:ascii="Aptos" w:hAnsi="Aptos" w:eastAsia="Aptos"/>
          <w:b w:val="0"/>
          <w:i w:val="0"/>
        </w:rPr>
        <w:t>Traduzir treino em execução.</w:t>
      </w:r>
    </w:p>
    <w:p>
      <w:pPr/>
      <w:r>
        <w:rPr>
          <w:rFonts w:ascii="Aptos" w:hAnsi="Aptos" w:eastAsia="Aptos"/>
          <w:b w:val="0"/>
          <w:i w:val="0"/>
        </w:rPr>
        <w:t>Traduzir execução em informação.</w:t>
      </w:r>
    </w:p>
    <w:p>
      <w:pPr/>
      <w:r>
        <w:rPr>
          <w:rFonts w:ascii="Aptos" w:hAnsi="Aptos" w:eastAsia="Aptos"/>
          <w:b w:val="0"/>
          <w:i w:val="0"/>
        </w:rPr>
        <w:t>Traduzir informação em novo ajuste.</w:t>
      </w:r>
    </w:p>
    <w:p>
      <w:pPr/>
      <w:r>
        <w:rPr>
          <w:rFonts w:ascii="Aptos" w:hAnsi="Aptos" w:eastAsia="Aptos"/>
          <w:b w:val="0"/>
          <w:i w:val="0"/>
        </w:rPr>
        <w:t>Essa cadeia precisa ser simples o suficiente para funcionar no cotidiano e técnica o suficiente para manter rigor.</w:t>
      </w:r>
    </w:p>
    <w:p>
      <w:pPr/>
      <w:r>
        <w:rPr>
          <w:rFonts w:ascii="Aptos" w:hAnsi="Aptos" w:eastAsia="Aptos"/>
          <w:b w:val="0"/>
          <w:i w:val="0"/>
        </w:rPr>
        <w:t>É esse equilíbrio que dá identidade à TriLife.</w:t>
      </w:r>
    </w:p>
    <w:p>
      <w:pPr>
        <w:pStyle w:val="Heading2"/>
      </w:pPr>
      <w:r>
        <w:t>Conclusão</w:t>
      </w:r>
    </w:p>
    <w:p>
      <w:pPr/>
      <w:r>
        <w:rPr>
          <w:rFonts w:ascii="Aptos" w:hAnsi="Aptos" w:eastAsia="Aptos"/>
          <w:b w:val="0"/>
          <w:i w:val="0"/>
        </w:rPr>
        <w:t>O Método TriLife Running acredita que inteligência não está em complicar o treinamento.</w:t>
      </w:r>
    </w:p>
    <w:p>
      <w:pPr/>
      <w:r>
        <w:rPr>
          <w:rFonts w:ascii="Aptos" w:hAnsi="Aptos" w:eastAsia="Aptos"/>
          <w:b w:val="0"/>
          <w:i w:val="0"/>
        </w:rPr>
        <w:t>Está em tornar decisões complexas compreensíveis para que o atleta consiga executar cada sessão com confiança, consistência e qualidade.</w:t>
      </w:r>
    </w:p>
    <w:p>
      <w:pPr/>
      <w:r>
        <w:rPr>
          <w:rFonts w:ascii="Aptos" w:hAnsi="Aptos" w:eastAsia="Aptos"/>
          <w:b w:val="0"/>
          <w:i w:val="0"/>
        </w:rPr>
        <w:t>Treinos Inteligentes transformam ciência em prática. A simplicidade não elimina profundidade. Ela organiza a profundidade para que o treinamento aconteça melhor.</w:t>
      </w:r>
    </w:p>
    <w:p>
      <w:pPr/>
      <w:r>
        <w:rPr>
          <w:rFonts w:ascii="Aptos" w:hAnsi="Aptos" w:eastAsia="Aptos"/>
          <w:b w:val="0"/>
          <w:i w:val="0"/>
        </w:rPr>
        <w:t>No DNA TriLife, o treinador domina a complexidade. O atleta recebe clareza. O método ganha força porque consegue ser compreendido, repetido e ajustado sem perder identidade.</w:t>
      </w:r>
    </w:p>
    <w:p>
      <w:pPr>
        <w:pStyle w:val="Heading2"/>
      </w:pPr>
      <w:r>
        <w:t>Princípios Fundamentais do Método TriLife Running</w:t>
      </w:r>
    </w:p>
    <w:p>
      <w:pPr>
        <w:pStyle w:val="TriLifeQuote"/>
      </w:pPr>
      <w:r>
        <w:rPr>
          <w:rFonts w:ascii="Aptos" w:hAnsi="Aptos" w:eastAsia="Aptos"/>
          <w:b w:val="0"/>
          <w:i/>
        </w:rPr>
        <w:t>Princípio Fundamental nº 61</w:t>
      </w:r>
    </w:p>
    <w:p>
      <w:pPr/>
      <w:r>
        <w:rPr>
          <w:rFonts w:ascii="Aptos" w:hAnsi="Aptos" w:eastAsia="Aptos"/>
          <w:b w:val="0"/>
          <w:i w:val="0"/>
        </w:rPr>
        <w:t>Simplicidade não é superficialidade. Simplicidade é organização.</w:t>
      </w:r>
    </w:p>
    <w:p>
      <w:pPr>
        <w:pStyle w:val="TriLifeQuote"/>
      </w:pPr>
      <w:r>
        <w:rPr>
          <w:rFonts w:ascii="Aptos" w:hAnsi="Aptos" w:eastAsia="Aptos"/>
          <w:b w:val="0"/>
          <w:i/>
        </w:rPr>
        <w:t>Princípio Fundamental nº 62</w:t>
      </w:r>
    </w:p>
    <w:p>
      <w:pPr/>
      <w:r>
        <w:rPr>
          <w:rFonts w:ascii="Aptos" w:hAnsi="Aptos" w:eastAsia="Aptos"/>
          <w:b w:val="0"/>
          <w:i w:val="0"/>
        </w:rPr>
        <w:t>O treinador domina a complexidade. O atleta recebe clareza.</w:t>
      </w:r>
    </w:p>
    <w:p>
      <w:pPr>
        <w:pStyle w:val="TriLifeQuote"/>
      </w:pPr>
      <w:r>
        <w:rPr>
          <w:rFonts w:ascii="Aptos" w:hAnsi="Aptos" w:eastAsia="Aptos"/>
          <w:b w:val="0"/>
          <w:i/>
        </w:rPr>
        <w:t>Princípio Fundamental nº 63</w:t>
      </w:r>
    </w:p>
    <w:p>
      <w:pPr/>
      <w:r>
        <w:rPr>
          <w:rFonts w:ascii="Aptos" w:hAnsi="Aptos" w:eastAsia="Aptos"/>
          <w:b w:val="0"/>
          <w:i w:val="0"/>
        </w:rPr>
        <w:t>Uma metodologia forte precisa ser compreendida, reproduzida e ajustada sem perder identidade.</w:t>
      </w:r>
    </w:p>
    <w:p>
      <w:pPr>
        <w:pStyle w:val="TriLifeQuote"/>
      </w:pPr>
      <w:r>
        <w:rPr>
          <w:rFonts w:ascii="Aptos" w:hAnsi="Aptos" w:eastAsia="Aptos"/>
          <w:b w:val="0"/>
          <w:i/>
        </w:rPr>
        <w:t>Princípio Fundamental nº 64</w:t>
      </w:r>
    </w:p>
    <w:p>
      <w:pPr/>
      <w:r>
        <w:rPr>
          <w:rFonts w:ascii="Aptos" w:hAnsi="Aptos" w:eastAsia="Aptos"/>
          <w:b w:val="0"/>
          <w:i w:val="0"/>
        </w:rPr>
        <w:t>Clareza melhora execução. Execução melhora dados. Dados melhores geram decisões melhores.</w:t>
      </w:r>
    </w:p>
    <w:p>
      <w:r>
        <w:br w:type="page"/>
      </w:r>
    </w:p>
    <w:p>
      <w:pPr>
        <w:pStyle w:val="Heading1"/>
        <w:jc w:val="center"/>
      </w:pPr>
      <w:r>
        <w:t>CAPÍTULO 17</w:t>
      </w:r>
    </w:p>
    <w:p>
      <w:pPr>
        <w:pStyle w:val="Heading1"/>
        <w:jc w:val="center"/>
      </w:pPr>
      <w:r>
        <w:t>CADÊNCIA: UM DOS PILARES DOS TREINOS INTELIGENTES</w:t>
      </w:r>
    </w:p>
    <w:p>
      <w:pPr>
        <w:pStyle w:val="TriLifeQuote"/>
      </w:pPr>
      <w:r>
        <w:rPr>
          <w:rFonts w:ascii="Aptos" w:hAnsi="Aptos" w:eastAsia="Aptos"/>
          <w:b w:val="0"/>
          <w:i/>
        </w:rPr>
        <w:t>“Não basta correr mais forte. É preciso correr melhor.”</w:t>
      </w:r>
    </w:p>
    <w:p>
      <w:pPr>
        <w:pStyle w:val="Heading2"/>
      </w:pPr>
      <w:r>
        <w:t>17.1 Por que a TriLife fala tanto em cadência?</w:t>
      </w:r>
    </w:p>
    <w:p>
      <w:pPr/>
      <w:r>
        <w:rPr>
          <w:rFonts w:ascii="Aptos" w:hAnsi="Aptos" w:eastAsia="Aptos"/>
          <w:b w:val="0"/>
          <w:i w:val="0"/>
        </w:rPr>
        <w:t>Quem observa os treinos da TriLife rapidamente percebe uma orientação repetida em diferentes ciclos, treinos e contextos:</w:t>
      </w:r>
    </w:p>
    <w:p>
      <w:pPr>
        <w:pStyle w:val="TriLifeQuote"/>
      </w:pPr>
      <w:r>
        <w:rPr>
          <w:rFonts w:ascii="Aptos" w:hAnsi="Aptos" w:eastAsia="Aptos"/>
          <w:b w:val="0"/>
          <w:i/>
        </w:rPr>
        <w:t>foco em cadência mínima de 170.</w:t>
      </w:r>
    </w:p>
    <w:p>
      <w:pPr/>
      <w:r>
        <w:rPr>
          <w:rFonts w:ascii="Aptos" w:hAnsi="Aptos" w:eastAsia="Aptos"/>
          <w:b w:val="0"/>
          <w:i w:val="0"/>
        </w:rPr>
        <w:t>Essa orientação não aparece por acaso.</w:t>
      </w:r>
    </w:p>
    <w:p>
      <w:pPr/>
      <w:r>
        <w:rPr>
          <w:rFonts w:ascii="Aptos" w:hAnsi="Aptos" w:eastAsia="Aptos"/>
          <w:b w:val="0"/>
          <w:i w:val="0"/>
        </w:rPr>
        <w:t>Ela faz parte da identidade técnica da metodologia.</w:t>
      </w:r>
    </w:p>
    <w:p>
      <w:pPr/>
      <w:r>
        <w:rPr>
          <w:rFonts w:ascii="Aptos" w:hAnsi="Aptos" w:eastAsia="Aptos"/>
          <w:b w:val="0"/>
          <w:i w:val="0"/>
        </w:rPr>
        <w:t>Na TriLife, cadência não é apenas uma métrica exibida pelo relógio. Ela representa um indicador prático da qualidade mecânica da corrida.</w:t>
      </w:r>
    </w:p>
    <w:p>
      <w:pPr/>
      <w:r>
        <w:rPr>
          <w:rFonts w:ascii="Aptos" w:hAnsi="Aptos" w:eastAsia="Aptos"/>
          <w:b w:val="0"/>
          <w:i w:val="0"/>
        </w:rPr>
        <w:t>Quanto melhor a mecânica, menor tende a ser o desperdício de energia. Quanto menor o desperdício, maior a capacidade de sustentar ritmo com controle. Quando a cadência fica muito baixa, muitos atletas alongam demais a passada, aumentam o tempo de contato com o solo e passam a frear o próprio deslocamento.</w:t>
      </w:r>
    </w:p>
    <w:p>
      <w:pPr/>
      <w:r>
        <w:rPr>
          <w:rFonts w:ascii="Aptos" w:hAnsi="Aptos" w:eastAsia="Aptos"/>
          <w:b w:val="0"/>
          <w:i w:val="0"/>
        </w:rPr>
        <w:t>A metodologia usa a cadência como ferramenta simples para atacar um problema grande: corrida pesada, longa demais, pouco reativa e com custo alto.</w:t>
      </w:r>
    </w:p>
    <w:p>
      <w:pPr/>
      <w:r>
        <w:rPr>
          <w:rFonts w:ascii="Aptos" w:hAnsi="Aptos" w:eastAsia="Aptos"/>
          <w:b w:val="0"/>
          <w:i w:val="0"/>
        </w:rPr>
        <w:t>A referência de 170 passos por minuto não deve ser tratada como prisão matemática.</w:t>
      </w:r>
    </w:p>
    <w:p>
      <w:pPr/>
      <w:r>
        <w:rPr>
          <w:rFonts w:ascii="Aptos" w:hAnsi="Aptos" w:eastAsia="Aptos"/>
          <w:b w:val="0"/>
          <w:i w:val="0"/>
        </w:rPr>
        <w:t>Ela funciona como norte técnico.</w:t>
      </w:r>
    </w:p>
    <w:p>
      <w:pPr/>
      <w:r>
        <w:rPr>
          <w:rFonts w:ascii="Aptos" w:hAnsi="Aptos" w:eastAsia="Aptos"/>
          <w:b w:val="0"/>
          <w:i w:val="0"/>
        </w:rPr>
        <w:t>O objetivo não é transformar todos os corredores em atletas idênticos. O objetivo é educar o movimento para que o corredor fique mais leve, mais coordenado e mais eficiente.</w:t>
      </w:r>
    </w:p>
    <w:p>
      <w:pPr>
        <w:pStyle w:val="Heading2"/>
      </w:pPr>
      <w:r>
        <w:t>17.2 O que é cadência?</w:t>
      </w:r>
    </w:p>
    <w:p>
      <w:pPr/>
      <w:r>
        <w:rPr>
          <w:rFonts w:ascii="Aptos" w:hAnsi="Aptos" w:eastAsia="Aptos"/>
          <w:b w:val="0"/>
          <w:i w:val="0"/>
        </w:rPr>
        <w:t>Cadência é o número total de passos realizados durante um minuto de corrida.</w:t>
      </w:r>
    </w:p>
    <w:p>
      <w:pPr/>
      <w:r>
        <w:rPr>
          <w:rFonts w:ascii="Aptos" w:hAnsi="Aptos" w:eastAsia="Aptos"/>
          <w:b w:val="0"/>
          <w:i w:val="0"/>
        </w:rPr>
        <w:t>Cada passo envolve apoio, absorção, transferência de força e propulsão. Quando essa sequência é lenta demais, o atleta tende a permanecer mais tempo no solo. Em muitos casos, também passa a pisar muito à frente do centro de massa.</w:t>
      </w:r>
    </w:p>
    <w:p>
      <w:pPr/>
      <w:r>
        <w:rPr>
          <w:rFonts w:ascii="Aptos" w:hAnsi="Aptos" w:eastAsia="Aptos"/>
          <w:b w:val="0"/>
          <w:i w:val="0"/>
        </w:rPr>
        <w:t>O problema não está apenas no número.</w:t>
      </w:r>
    </w:p>
    <w:p>
      <w:pPr/>
      <w:r>
        <w:rPr>
          <w:rFonts w:ascii="Aptos" w:hAnsi="Aptos" w:eastAsia="Aptos"/>
          <w:b w:val="0"/>
          <w:i w:val="0"/>
        </w:rPr>
        <w:t>Está no que esse número revela.</w:t>
      </w:r>
    </w:p>
    <w:p>
      <w:pPr/>
      <w:r>
        <w:rPr>
          <w:rFonts w:ascii="Aptos" w:hAnsi="Aptos" w:eastAsia="Aptos"/>
          <w:b w:val="0"/>
          <w:i w:val="0"/>
        </w:rPr>
        <w:t>Na metodologia TriLife, aumentar cadência não significa simplesmente mexer as pernas mais rápido. Significa melhorar a relação entre apoio, contato com o solo, coordenação e economia.</w:t>
      </w:r>
    </w:p>
    <w:p>
      <w:pPr/>
      <w:r>
        <w:rPr>
          <w:rFonts w:ascii="Aptos" w:hAnsi="Aptos" w:eastAsia="Aptos"/>
          <w:b w:val="0"/>
          <w:i w:val="0"/>
        </w:rPr>
        <w:t>Quando a cadência melhora, normalmente aparecem ajustes importantes:</w:t>
      </w:r>
    </w:p>
    <w:p>
      <w:pPr>
        <w:pStyle w:val="ListBullet"/>
      </w:pPr>
      <w:r>
        <w:rPr>
          <w:rFonts w:ascii="Aptos" w:hAnsi="Aptos" w:eastAsia="Aptos"/>
          <w:b w:val="0"/>
          <w:i w:val="0"/>
        </w:rPr>
        <w:t>a passada fica mais curta;</w:t>
      </w:r>
    </w:p>
    <w:p>
      <w:pPr>
        <w:pStyle w:val="ListBullet"/>
      </w:pPr>
      <w:r>
        <w:rPr>
          <w:rFonts w:ascii="Aptos" w:hAnsi="Aptos" w:eastAsia="Aptos"/>
          <w:b w:val="0"/>
          <w:i w:val="0"/>
        </w:rPr>
        <w:t>o pé tende a tocar o solo mais próximo do corpo;</w:t>
      </w:r>
    </w:p>
    <w:p>
      <w:pPr>
        <w:pStyle w:val="ListBullet"/>
      </w:pPr>
      <w:r>
        <w:rPr>
          <w:rFonts w:ascii="Aptos" w:hAnsi="Aptos" w:eastAsia="Aptos"/>
          <w:b w:val="0"/>
          <w:i w:val="0"/>
        </w:rPr>
        <w:t>o tempo de contato reduz;</w:t>
      </w:r>
    </w:p>
    <w:p>
      <w:pPr>
        <w:pStyle w:val="ListBullet"/>
      </w:pPr>
      <w:r>
        <w:rPr>
          <w:rFonts w:ascii="Aptos" w:hAnsi="Aptos" w:eastAsia="Aptos"/>
          <w:b w:val="0"/>
          <w:i w:val="0"/>
        </w:rPr>
        <w:t>a frenagem diminui;</w:t>
      </w:r>
    </w:p>
    <w:p>
      <w:pPr>
        <w:pStyle w:val="ListBullet"/>
      </w:pPr>
      <w:r>
        <w:rPr>
          <w:rFonts w:ascii="Aptos" w:hAnsi="Aptos" w:eastAsia="Aptos"/>
          <w:b w:val="0"/>
          <w:i w:val="0"/>
        </w:rPr>
        <w:t>a corrida fica mais fluida;</w:t>
      </w:r>
    </w:p>
    <w:p>
      <w:pPr>
        <w:pStyle w:val="ListBullet"/>
      </w:pPr>
      <w:r>
        <w:rPr>
          <w:rFonts w:ascii="Aptos" w:hAnsi="Aptos" w:eastAsia="Aptos"/>
          <w:b w:val="0"/>
          <w:i w:val="0"/>
        </w:rPr>
        <w:t>a sobrecarga articular pode ser melhor distribuída;</w:t>
      </w:r>
    </w:p>
    <w:p>
      <w:pPr>
        <w:pStyle w:val="ListBullet"/>
      </w:pPr>
      <w:r>
        <w:rPr>
          <w:rFonts w:ascii="Aptos" w:hAnsi="Aptos" w:eastAsia="Aptos"/>
          <w:b w:val="0"/>
          <w:i w:val="0"/>
        </w:rPr>
        <w:t>o atleta desperdiça menos energia.</w:t>
      </w:r>
    </w:p>
    <w:p>
      <w:pPr/>
      <w:r>
        <w:rPr>
          <w:rFonts w:ascii="Aptos" w:hAnsi="Aptos" w:eastAsia="Aptos"/>
          <w:b w:val="0"/>
          <w:i w:val="0"/>
        </w:rPr>
        <w:t>Cadência é ritmo mecânico.</w:t>
      </w:r>
    </w:p>
    <w:p>
      <w:pPr/>
      <w:r>
        <w:rPr>
          <w:rFonts w:ascii="Aptos" w:hAnsi="Aptos" w:eastAsia="Aptos"/>
          <w:b w:val="0"/>
          <w:i w:val="0"/>
        </w:rPr>
        <w:t>Mas também é ferramenta de eficiência.</w:t>
      </w:r>
    </w:p>
    <w:p>
      <w:pPr/>
      <w:r>
        <w:rPr>
          <w:rFonts w:ascii="Aptos" w:hAnsi="Aptos" w:eastAsia="Aptos"/>
          <w:b w:val="0"/>
          <w:i w:val="0"/>
        </w:rPr>
        <w:t>O corredor aprende a sair de uma passada pesada e longa para uma corrida mais leve e reativa.</w:t>
      </w:r>
    </w:p>
    <w:p>
      <w:pPr>
        <w:pStyle w:val="Heading2"/>
      </w:pPr>
      <w:r>
        <w:t>17.3 Por que 170 passos por minuto?</w:t>
      </w:r>
    </w:p>
    <w:p>
      <w:pPr/>
      <w:r>
        <w:rPr>
          <w:rFonts w:ascii="Aptos" w:hAnsi="Aptos" w:eastAsia="Aptos"/>
          <w:b w:val="0"/>
          <w:i w:val="0"/>
        </w:rPr>
        <w:t>O Método TriLife utiliza 170 ppm como referência prática construída pela experiência com corredores de diferentes níveis e reforçada pela observação de padrões eficientes em atletas treinados.</w:t>
      </w:r>
    </w:p>
    <w:p>
      <w:pPr/>
      <w:r>
        <w:rPr>
          <w:rFonts w:ascii="Aptos" w:hAnsi="Aptos" w:eastAsia="Aptos"/>
          <w:b w:val="0"/>
          <w:i w:val="0"/>
        </w:rPr>
        <w:t>Esse valor não significa que todos devem correr exatamente em 170 passos por minuto o tempo inteiro.</w:t>
      </w:r>
    </w:p>
    <w:p>
      <w:pPr/>
      <w:r>
        <w:rPr>
          <w:rFonts w:ascii="Aptos" w:hAnsi="Aptos" w:eastAsia="Aptos"/>
          <w:b w:val="0"/>
          <w:i w:val="0"/>
        </w:rPr>
        <w:t>Também não significa que cadências maiores serão automaticamente melhores.</w:t>
      </w:r>
    </w:p>
    <w:p>
      <w:pPr/>
      <w:r>
        <w:rPr>
          <w:rFonts w:ascii="Aptos" w:hAnsi="Aptos" w:eastAsia="Aptos"/>
          <w:b w:val="0"/>
          <w:i w:val="0"/>
        </w:rPr>
        <w:t>A referência funciona como ponto mínimo de atenção para a maioria dos corredores em treinos nos quais a técnica precisa estar presente.</w:t>
      </w:r>
    </w:p>
    <w:p>
      <w:pPr/>
      <w:r>
        <w:rPr>
          <w:rFonts w:ascii="Aptos" w:hAnsi="Aptos" w:eastAsia="Aptos"/>
          <w:b w:val="0"/>
          <w:i w:val="0"/>
        </w:rPr>
        <w:t>O atleta iniciante muitas vezes corre abaixo disso, com passada longa, pouca reatividade e contato pesado. Ao aproximá-lo dessa referência, a metodologia começa a melhorar a mecânica sem exigir comandos excessivos.</w:t>
      </w:r>
    </w:p>
    <w:p>
      <w:pPr/>
      <w:r>
        <w:rPr>
          <w:rFonts w:ascii="Aptos" w:hAnsi="Aptos" w:eastAsia="Aptos"/>
          <w:b w:val="0"/>
          <w:i w:val="0"/>
        </w:rPr>
        <w:t>Em vez de falar dez coisas ao mesmo tempo, o treinador pode orientar:</w:t>
      </w:r>
    </w:p>
    <w:p>
      <w:pPr>
        <w:pStyle w:val="TriLifeQuote"/>
      </w:pPr>
      <w:r>
        <w:rPr>
          <w:rFonts w:ascii="Aptos" w:hAnsi="Aptos" w:eastAsia="Aptos"/>
          <w:b w:val="0"/>
          <w:i/>
        </w:rPr>
        <w:t>encurte a passada, aumente a frequência e empurre o chão.</w:t>
      </w:r>
    </w:p>
    <w:p>
      <w:pPr/>
      <w:r>
        <w:rPr>
          <w:rFonts w:ascii="Aptos" w:hAnsi="Aptos" w:eastAsia="Aptos"/>
          <w:b w:val="0"/>
          <w:i w:val="0"/>
        </w:rPr>
        <w:t>A mensagem é simples.</w:t>
      </w:r>
    </w:p>
    <w:p>
      <w:pPr/>
      <w:r>
        <w:rPr>
          <w:rFonts w:ascii="Aptos" w:hAnsi="Aptos" w:eastAsia="Aptos"/>
          <w:b w:val="0"/>
          <w:i w:val="0"/>
        </w:rPr>
        <w:t>A consequência mecânica pode ser profunda.</w:t>
      </w:r>
    </w:p>
    <w:p>
      <w:pPr/>
      <w:r>
        <w:rPr>
          <w:rFonts w:ascii="Aptos" w:hAnsi="Aptos" w:eastAsia="Aptos"/>
          <w:b w:val="0"/>
          <w:i w:val="0"/>
        </w:rPr>
        <w:t>Esse é o valor da cadência dentro dos Treinos Inteligentes: uma métrica fácil de acompanhar, capaz de orientar um ajuste técnico importante.</w:t>
      </w:r>
    </w:p>
    <w:p>
      <w:pPr>
        <w:pStyle w:val="Heading2"/>
      </w:pPr>
      <w:r>
        <w:t>17.4 Passadas curtas e menor tempo de contato</w:t>
      </w:r>
    </w:p>
    <w:p>
      <w:pPr/>
      <w:r>
        <w:rPr>
          <w:rFonts w:ascii="Aptos" w:hAnsi="Aptos" w:eastAsia="Aptos"/>
          <w:b w:val="0"/>
          <w:i w:val="0"/>
        </w:rPr>
        <w:t>A cadência se conecta diretamente com a ideia de passadas curtas.</w:t>
      </w:r>
    </w:p>
    <w:p>
      <w:pPr/>
      <w:r>
        <w:rPr>
          <w:rFonts w:ascii="Aptos" w:hAnsi="Aptos" w:eastAsia="Aptos"/>
          <w:b w:val="0"/>
          <w:i w:val="0"/>
        </w:rPr>
        <w:t>Passada curta não significa correr travado.</w:t>
      </w:r>
    </w:p>
    <w:p>
      <w:pPr/>
      <w:r>
        <w:rPr>
          <w:rFonts w:ascii="Aptos" w:hAnsi="Aptos" w:eastAsia="Aptos"/>
          <w:b w:val="0"/>
          <w:i w:val="0"/>
        </w:rPr>
        <w:t>Significa evitar que o pé aterrisse muito à frente do corpo.</w:t>
      </w:r>
    </w:p>
    <w:p>
      <w:pPr/>
      <w:r>
        <w:rPr>
          <w:rFonts w:ascii="Aptos" w:hAnsi="Aptos" w:eastAsia="Aptos"/>
          <w:b w:val="0"/>
          <w:i w:val="0"/>
        </w:rPr>
        <w:t>Quando o apoio acontece distante do centro de massa, parte da força produzida pelo corredor vira frenagem. O atleta bate no solo, desacelera, precisa vencer essa perda e só depois volta a se projetar.</w:t>
      </w:r>
    </w:p>
    <w:p>
      <w:pPr/>
      <w:r>
        <w:rPr>
          <w:rFonts w:ascii="Aptos" w:hAnsi="Aptos" w:eastAsia="Aptos"/>
          <w:b w:val="0"/>
          <w:i w:val="0"/>
        </w:rPr>
        <w:t>Esse padrão custa caro.</w:t>
      </w:r>
    </w:p>
    <w:p>
      <w:pPr/>
      <w:r>
        <w:rPr>
          <w:rFonts w:ascii="Aptos" w:hAnsi="Aptos" w:eastAsia="Aptos"/>
          <w:b w:val="0"/>
          <w:i w:val="0"/>
        </w:rPr>
        <w:t>Com passadas mais curtas e frequentes, o contato tende a acontecer mais próximo do corpo. A corrida fica mais circular, menos pesada e mais fluida.</w:t>
      </w:r>
    </w:p>
    <w:p>
      <w:pPr/>
      <w:r>
        <w:rPr>
          <w:rFonts w:ascii="Aptos" w:hAnsi="Aptos" w:eastAsia="Aptos"/>
          <w:b w:val="0"/>
          <w:i w:val="0"/>
        </w:rPr>
        <w:t>O tempo de contato com o solo também ganha importância.</w:t>
      </w:r>
    </w:p>
    <w:p>
      <w:pPr/>
      <w:r>
        <w:rPr>
          <w:rFonts w:ascii="Aptos" w:hAnsi="Aptos" w:eastAsia="Aptos"/>
          <w:b w:val="0"/>
          <w:i w:val="0"/>
        </w:rPr>
        <w:t>Quanto mais tempo o pé permanece no chão, maior a tendência de perda de energia elástica e menor a sensação de reatividade. O objetivo é tocar, aplicar força e sair.</w:t>
      </w:r>
    </w:p>
    <w:p>
      <w:pPr/>
      <w:r>
        <w:rPr>
          <w:rFonts w:ascii="Aptos" w:hAnsi="Aptos" w:eastAsia="Aptos"/>
          <w:b w:val="0"/>
          <w:i w:val="0"/>
        </w:rPr>
        <w:t>Na linguagem prática da TriLife:</w:t>
      </w:r>
    </w:p>
    <w:p>
      <w:pPr>
        <w:pStyle w:val="TriLifeQuote"/>
      </w:pPr>
      <w:r>
        <w:rPr>
          <w:rFonts w:ascii="Aptos" w:hAnsi="Aptos" w:eastAsia="Aptos"/>
          <w:b w:val="0"/>
          <w:i/>
        </w:rPr>
        <w:t>empurrar o chão.</w:t>
      </w:r>
    </w:p>
    <w:p>
      <w:pPr/>
      <w:r>
        <w:rPr>
          <w:rFonts w:ascii="Aptos" w:hAnsi="Aptos" w:eastAsia="Aptos"/>
          <w:b w:val="0"/>
          <w:i w:val="0"/>
        </w:rPr>
        <w:t>O atleta não deve apenas cair sobre o solo. Ele precisa aplicar força para trás, transferindo energia para o deslocamento à frente.</w:t>
      </w:r>
    </w:p>
    <w:p>
      <w:pPr/>
      <w:r>
        <w:rPr>
          <w:rFonts w:ascii="Aptos" w:hAnsi="Aptos" w:eastAsia="Aptos"/>
          <w:b w:val="0"/>
          <w:i w:val="0"/>
        </w:rPr>
        <w:t>Cadência, apoio e propulsão trabalham juntos.</w:t>
      </w:r>
    </w:p>
    <w:p>
      <w:pPr>
        <w:pStyle w:val="Heading2"/>
      </w:pPr>
      <w:r>
        <w:t>17.5 Cadência e economia de corrida</w:t>
      </w:r>
    </w:p>
    <w:p>
      <w:pPr/>
      <w:r>
        <w:rPr>
          <w:rFonts w:ascii="Aptos" w:hAnsi="Aptos" w:eastAsia="Aptos"/>
          <w:b w:val="0"/>
          <w:i w:val="0"/>
        </w:rPr>
        <w:t>A economia de corrida depende de quanto o atleta gasta para sustentar determinado ritmo.</w:t>
      </w:r>
    </w:p>
    <w:p>
      <w:pPr/>
      <w:r>
        <w:rPr>
          <w:rFonts w:ascii="Aptos" w:hAnsi="Aptos" w:eastAsia="Aptos"/>
          <w:b w:val="0"/>
          <w:i w:val="0"/>
        </w:rPr>
        <w:t>Cadência influencia esse custo.</w:t>
      </w:r>
    </w:p>
    <w:p>
      <w:pPr/>
      <w:r>
        <w:rPr>
          <w:rFonts w:ascii="Aptos" w:hAnsi="Aptos" w:eastAsia="Aptos"/>
          <w:b w:val="0"/>
          <w:i w:val="0"/>
        </w:rPr>
        <w:t>Quando o corredor melhora a frequência de passos, reduz exageros de amplitude e diminui frenagem, tende a gastar menos energia para produzir o mesmo deslocamento.</w:t>
      </w:r>
    </w:p>
    <w:p>
      <w:pPr/>
      <w:r>
        <w:rPr>
          <w:rFonts w:ascii="Aptos" w:hAnsi="Aptos" w:eastAsia="Aptos"/>
          <w:b w:val="0"/>
          <w:i w:val="0"/>
        </w:rPr>
        <w:t>Isso não acontece de forma mágica. A cadência precisa ser integrada à postura, força, mobilidade, coordenação e percepção de esforço.</w:t>
      </w:r>
    </w:p>
    <w:p>
      <w:pPr/>
      <w:r>
        <w:rPr>
          <w:rFonts w:ascii="Aptos" w:hAnsi="Aptos" w:eastAsia="Aptos"/>
          <w:b w:val="0"/>
          <w:i w:val="0"/>
        </w:rPr>
        <w:t>Apenas aumentar passos sem organizar o resto pode criar tensão.</w:t>
      </w:r>
    </w:p>
    <w:p>
      <w:pPr/>
      <w:r>
        <w:rPr>
          <w:rFonts w:ascii="Aptos" w:hAnsi="Aptos" w:eastAsia="Aptos"/>
          <w:b w:val="0"/>
          <w:i w:val="0"/>
        </w:rPr>
        <w:t>Por isso, a metodologia não trabalha cadência isolada.</w:t>
      </w:r>
    </w:p>
    <w:p>
      <w:pPr/>
      <w:r>
        <w:rPr>
          <w:rFonts w:ascii="Aptos" w:hAnsi="Aptos" w:eastAsia="Aptos"/>
          <w:b w:val="0"/>
          <w:i w:val="0"/>
        </w:rPr>
        <w:t>Ela aparece no aquecimento, nos educativos, nos progressivos, nas rodagens, no Tempo Run, nos intervalados e nas subidas.</w:t>
      </w:r>
    </w:p>
    <w:p>
      <w:pPr/>
      <w:r>
        <w:rPr>
          <w:rFonts w:ascii="Aptos" w:hAnsi="Aptos" w:eastAsia="Aptos"/>
          <w:b w:val="0"/>
          <w:i w:val="0"/>
        </w:rPr>
        <w:t>A repetição ensina o corpo.</w:t>
      </w:r>
    </w:p>
    <w:p>
      <w:pPr/>
      <w:r>
        <w:rPr>
          <w:rFonts w:ascii="Aptos" w:hAnsi="Aptos" w:eastAsia="Aptos"/>
          <w:b w:val="0"/>
          <w:i w:val="0"/>
        </w:rPr>
        <w:t>Aos poucos, o atleta começa a reconhecer uma corrida mais leve. Aprende a perceber quando está alongando demais a passada. Entende quando está pesado. Ajusta antes que a técnica desmonte.</w:t>
      </w:r>
    </w:p>
    <w:p>
      <w:pPr/>
      <w:r>
        <w:rPr>
          <w:rFonts w:ascii="Aptos" w:hAnsi="Aptos" w:eastAsia="Aptos"/>
          <w:b w:val="0"/>
          <w:i w:val="0"/>
        </w:rPr>
        <w:t>Cadência deixa de ser número.</w:t>
      </w:r>
    </w:p>
    <w:p>
      <w:pPr/>
      <w:r>
        <w:rPr>
          <w:rFonts w:ascii="Aptos" w:hAnsi="Aptos" w:eastAsia="Aptos"/>
          <w:b w:val="0"/>
          <w:i w:val="0"/>
        </w:rPr>
        <w:t>Vira sensação de eficiência.</w:t>
      </w:r>
    </w:p>
    <w:p>
      <w:pPr>
        <w:pStyle w:val="Heading2"/>
      </w:pPr>
      <w:r>
        <w:t>17.6 Cadência não é regra cega</w:t>
      </w:r>
    </w:p>
    <w:p>
      <w:pPr/>
      <w:r>
        <w:rPr>
          <w:rFonts w:ascii="Aptos" w:hAnsi="Aptos" w:eastAsia="Aptos"/>
          <w:b w:val="0"/>
          <w:i w:val="0"/>
        </w:rPr>
        <w:t>Embora a TriLife utilize 170 ppm como referência prática, a metodologia não transforma esse número em dogma.</w:t>
      </w:r>
    </w:p>
    <w:p>
      <w:pPr/>
      <w:r>
        <w:rPr>
          <w:rFonts w:ascii="Aptos" w:hAnsi="Aptos" w:eastAsia="Aptos"/>
          <w:b w:val="0"/>
          <w:i w:val="0"/>
        </w:rPr>
        <w:t>Existem variações naturais.</w:t>
      </w:r>
    </w:p>
    <w:p>
      <w:pPr/>
      <w:r>
        <w:rPr>
          <w:rFonts w:ascii="Aptos" w:hAnsi="Aptos" w:eastAsia="Aptos"/>
          <w:b w:val="0"/>
          <w:i w:val="0"/>
        </w:rPr>
        <w:t>Altura, comprimento das pernas, velocidade, terreno, inclinação, nível de experiência, fadiga e objetivo da sessão interferem na cadência.</w:t>
      </w:r>
    </w:p>
    <w:p>
      <w:pPr/>
      <w:r>
        <w:rPr>
          <w:rFonts w:ascii="Aptos" w:hAnsi="Aptos" w:eastAsia="Aptos"/>
          <w:b w:val="0"/>
          <w:i w:val="0"/>
        </w:rPr>
        <w:t>Em uma subida, o padrão muda. Em uma descida, muda novamente. Em uma rodagem regenerativa, pode haver pequenas diferenças. Em ritmos mais fortes, a cadência tende a subir naturalmente.</w:t>
      </w:r>
    </w:p>
    <w:p>
      <w:pPr/>
      <w:r>
        <w:rPr>
          <w:rFonts w:ascii="Aptos" w:hAnsi="Aptos" w:eastAsia="Aptos"/>
          <w:b w:val="0"/>
          <w:i w:val="0"/>
        </w:rPr>
        <w:t>O treinador precisa interpretar.</w:t>
      </w:r>
    </w:p>
    <w:p>
      <w:pPr/>
      <w:r>
        <w:rPr>
          <w:rFonts w:ascii="Aptos" w:hAnsi="Aptos" w:eastAsia="Aptos"/>
          <w:b w:val="0"/>
          <w:i w:val="0"/>
        </w:rPr>
        <w:t>O erro não é variar.</w:t>
      </w:r>
    </w:p>
    <w:p>
      <w:pPr/>
      <w:r>
        <w:rPr>
          <w:rFonts w:ascii="Aptos" w:hAnsi="Aptos" w:eastAsia="Aptos"/>
          <w:b w:val="0"/>
          <w:i w:val="0"/>
        </w:rPr>
        <w:t>O erro é ignorar padrões claramente ineficientes.</w:t>
      </w:r>
    </w:p>
    <w:p>
      <w:pPr/>
      <w:r>
        <w:rPr>
          <w:rFonts w:ascii="Aptos" w:hAnsi="Aptos" w:eastAsia="Aptos"/>
          <w:b w:val="0"/>
          <w:i w:val="0"/>
        </w:rPr>
        <w:t>Se o atleta apresenta cadência muito baixa, passada longa, contato pesado, excesso de frenagem e perda de técnica com fadiga, há um ponto de intervenção.</w:t>
      </w:r>
    </w:p>
    <w:p>
      <w:pPr/>
      <w:r>
        <w:rPr>
          <w:rFonts w:ascii="Aptos" w:hAnsi="Aptos" w:eastAsia="Aptos"/>
          <w:b w:val="0"/>
          <w:i w:val="0"/>
        </w:rPr>
        <w:t>A referência existe para orientar.</w:t>
      </w:r>
    </w:p>
    <w:p>
      <w:pPr/>
      <w:r>
        <w:rPr>
          <w:rFonts w:ascii="Aptos" w:hAnsi="Aptos" w:eastAsia="Aptos"/>
          <w:b w:val="0"/>
          <w:i w:val="0"/>
        </w:rPr>
        <w:t>Não para engessar.</w:t>
      </w:r>
    </w:p>
    <w:p>
      <w:pPr/>
      <w:r>
        <w:rPr>
          <w:rFonts w:ascii="Aptos" w:hAnsi="Aptos" w:eastAsia="Aptos"/>
          <w:b w:val="0"/>
          <w:i w:val="0"/>
        </w:rPr>
        <w:t>Treinos Inteligentes usam número como ferramenta. Nunca como sentença.</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cadência influencia variáveis mecânicas importantes da corrida, como comprimento da passada, tempo de contato com o solo, posição do apoio em relação ao centro de massa e magnitude das forças de frenagem.</w:t>
            </w:r>
          </w:p>
          <w:p>
            <w:pPr/>
            <w:r>
              <w:rPr>
                <w:rFonts w:ascii="Aptos" w:hAnsi="Aptos" w:eastAsia="Aptos"/>
                <w:b w:val="0"/>
                <w:i w:val="0"/>
              </w:rPr>
              <w:t>Quando o atleta aumenta moderadamente a cadência, geralmente reduz o comprimento excessivo da passada e aproxima o contato do pé do corpo. Isso pode diminuir impacto, melhorar fluidez e reduzir desperdícios mecânicos.</w:t>
            </w:r>
          </w:p>
          <w:p>
            <w:pPr/>
            <w:r>
              <w:rPr>
                <w:rFonts w:ascii="Aptos" w:hAnsi="Aptos" w:eastAsia="Aptos"/>
                <w:b w:val="0"/>
                <w:i w:val="0"/>
              </w:rPr>
              <w:t>A referência de 170 ppm usada pela TriLife funciona como ferramenta prática para educar a corrida. O valor não deve ser tratado como regra universal, mas como um norte técnico para evitar passadas longas, contato pesado e baixa reatividade.</w:t>
            </w:r>
          </w:p>
          <w:p>
            <w:pPr/>
            <w:r>
              <w:rPr>
                <w:rFonts w:ascii="Aptos" w:hAnsi="Aptos" w:eastAsia="Aptos"/>
                <w:b w:val="0"/>
                <w:i w:val="0"/>
              </w:rPr>
              <w:t>A ciência mostra relações mecânicas. A metodologia transforma essas relações em comando simples.</w:t>
            </w:r>
          </w:p>
        </w:tc>
      </w:tr>
    </w:tbl>
    <w:p/>
    <w:p>
      <w:pPr>
        <w:pStyle w:val="Heading2"/>
      </w:pPr>
      <w:r>
        <w:t>17.7 Como a cadência aparece no treino</w:t>
      </w:r>
    </w:p>
    <w:p>
      <w:pPr/>
      <w:r>
        <w:rPr>
          <w:rFonts w:ascii="Aptos" w:hAnsi="Aptos" w:eastAsia="Aptos"/>
          <w:b w:val="0"/>
          <w:i w:val="0"/>
        </w:rPr>
        <w:t>A cadência não deve aparecer apenas em uma aula técnica isolada.</w:t>
      </w:r>
    </w:p>
    <w:p>
      <w:pPr/>
      <w:r>
        <w:rPr>
          <w:rFonts w:ascii="Aptos" w:hAnsi="Aptos" w:eastAsia="Aptos"/>
          <w:b w:val="0"/>
          <w:i w:val="0"/>
        </w:rPr>
        <w:t>Ela precisa entrar na rotina.</w:t>
      </w:r>
    </w:p>
    <w:p>
      <w:pPr/>
      <w:r>
        <w:rPr>
          <w:rFonts w:ascii="Aptos" w:hAnsi="Aptos" w:eastAsia="Aptos"/>
          <w:b w:val="0"/>
          <w:i w:val="0"/>
        </w:rPr>
        <w:t>No Método TriLife Running, o atleta é exposto a essa referência em diferentes momentos:</w:t>
      </w:r>
    </w:p>
    <w:p>
      <w:pPr>
        <w:pStyle w:val="ListBullet"/>
      </w:pPr>
      <w:r>
        <w:rPr>
          <w:rFonts w:ascii="Aptos" w:hAnsi="Aptos" w:eastAsia="Aptos"/>
          <w:b w:val="0"/>
          <w:i w:val="0"/>
        </w:rPr>
        <w:t>aquecimento inteligente;</w:t>
      </w:r>
    </w:p>
    <w:p>
      <w:pPr>
        <w:pStyle w:val="ListBullet"/>
      </w:pPr>
      <w:r>
        <w:rPr>
          <w:rFonts w:ascii="Aptos" w:hAnsi="Aptos" w:eastAsia="Aptos"/>
          <w:b w:val="0"/>
          <w:i w:val="0"/>
        </w:rPr>
        <w:t>educativos;</w:t>
      </w:r>
    </w:p>
    <w:p>
      <w:pPr>
        <w:pStyle w:val="ListBullet"/>
      </w:pPr>
      <w:r>
        <w:rPr>
          <w:rFonts w:ascii="Aptos" w:hAnsi="Aptos" w:eastAsia="Aptos"/>
          <w:b w:val="0"/>
          <w:i w:val="0"/>
        </w:rPr>
        <w:t>progressivos;</w:t>
      </w:r>
    </w:p>
    <w:p>
      <w:pPr>
        <w:pStyle w:val="ListBullet"/>
      </w:pPr>
      <w:r>
        <w:rPr>
          <w:rFonts w:ascii="Aptos" w:hAnsi="Aptos" w:eastAsia="Aptos"/>
          <w:b w:val="0"/>
          <w:i w:val="0"/>
        </w:rPr>
        <w:t>rodagens;</w:t>
      </w:r>
    </w:p>
    <w:p>
      <w:pPr>
        <w:pStyle w:val="ListBullet"/>
      </w:pPr>
      <w:r>
        <w:rPr>
          <w:rFonts w:ascii="Aptos" w:hAnsi="Aptos" w:eastAsia="Aptos"/>
          <w:b w:val="0"/>
          <w:i w:val="0"/>
        </w:rPr>
        <w:t>Tempo Run;</w:t>
      </w:r>
    </w:p>
    <w:p>
      <w:pPr>
        <w:pStyle w:val="ListBullet"/>
      </w:pPr>
      <w:r>
        <w:rPr>
          <w:rFonts w:ascii="Aptos" w:hAnsi="Aptos" w:eastAsia="Aptos"/>
          <w:b w:val="0"/>
          <w:i w:val="0"/>
        </w:rPr>
        <w:t>intervalados;</w:t>
      </w:r>
    </w:p>
    <w:p>
      <w:pPr>
        <w:pStyle w:val="ListBullet"/>
      </w:pPr>
      <w:r>
        <w:rPr>
          <w:rFonts w:ascii="Aptos" w:hAnsi="Aptos" w:eastAsia="Aptos"/>
          <w:b w:val="0"/>
          <w:i w:val="0"/>
        </w:rPr>
        <w:t>subidas;</w:t>
      </w:r>
    </w:p>
    <w:p>
      <w:pPr>
        <w:pStyle w:val="ListBullet"/>
      </w:pPr>
      <w:r>
        <w:rPr>
          <w:rFonts w:ascii="Aptos" w:hAnsi="Aptos" w:eastAsia="Aptos"/>
          <w:b w:val="0"/>
          <w:i w:val="0"/>
        </w:rPr>
        <w:t>análise no TrainingPeaks;</w:t>
      </w:r>
    </w:p>
    <w:p>
      <w:pPr>
        <w:pStyle w:val="ListBullet"/>
      </w:pPr>
      <w:r>
        <w:rPr>
          <w:rFonts w:ascii="Aptos" w:hAnsi="Aptos" w:eastAsia="Aptos"/>
          <w:b w:val="0"/>
          <w:i w:val="0"/>
        </w:rPr>
        <w:t>comentários do treinador;</w:t>
      </w:r>
    </w:p>
    <w:p>
      <w:pPr>
        <w:pStyle w:val="ListBullet"/>
      </w:pPr>
      <w:r>
        <w:rPr>
          <w:rFonts w:ascii="Aptos" w:hAnsi="Aptos" w:eastAsia="Aptos"/>
          <w:b w:val="0"/>
          <w:i w:val="0"/>
        </w:rPr>
        <w:t>feedback pós-treino.</w:t>
      </w:r>
    </w:p>
    <w:p>
      <w:pPr/>
      <w:r>
        <w:rPr>
          <w:rFonts w:ascii="Aptos" w:hAnsi="Aptos" w:eastAsia="Aptos"/>
          <w:b w:val="0"/>
          <w:i w:val="0"/>
        </w:rPr>
        <w:t>Essa repetição cria aprendizado.</w:t>
      </w:r>
    </w:p>
    <w:p>
      <w:pPr/>
      <w:r>
        <w:rPr>
          <w:rFonts w:ascii="Aptos" w:hAnsi="Aptos" w:eastAsia="Aptos"/>
          <w:b w:val="0"/>
          <w:i w:val="0"/>
        </w:rPr>
        <w:t>O corpo começa a reconhecer o padrão. O atleta deixa de depender apenas de comandos externos. A corrida fica mais automática.</w:t>
      </w:r>
    </w:p>
    <w:p>
      <w:pPr/>
      <w:r>
        <w:rPr>
          <w:rFonts w:ascii="Aptos" w:hAnsi="Aptos" w:eastAsia="Aptos"/>
          <w:b w:val="0"/>
          <w:i w:val="0"/>
        </w:rPr>
        <w:t>Durante os treinos leves, a cadência ajuda a evitar corrida arrastada. Nas sessões fortes, ajuda a preservar técnica. Em subidas, favorece passadas curtas e força aplicada. Em provas, contribui para manter organização sob fadiga.</w:t>
      </w:r>
    </w:p>
    <w:p>
      <w:pPr/>
      <w:r>
        <w:rPr>
          <w:rFonts w:ascii="Aptos" w:hAnsi="Aptos" w:eastAsia="Aptos"/>
          <w:b w:val="0"/>
          <w:i w:val="0"/>
        </w:rPr>
        <w:t>Cadência não é um detalhe.</w:t>
      </w:r>
    </w:p>
    <w:p>
      <w:pPr/>
      <w:r>
        <w:rPr>
          <w:rFonts w:ascii="Aptos" w:hAnsi="Aptos" w:eastAsia="Aptos"/>
          <w:b w:val="0"/>
          <w:i w:val="0"/>
        </w:rPr>
        <w:t>É uma referência transversal do método.</w:t>
      </w:r>
    </w:p>
    <w:p>
      <w:pPr>
        <w:pStyle w:val="Heading2"/>
      </w:pPr>
      <w:r>
        <w:t>17.8 O erro de correr forte com passada longa</w:t>
      </w:r>
    </w:p>
    <w:p>
      <w:pPr/>
      <w:r>
        <w:rPr>
          <w:rFonts w:ascii="Aptos" w:hAnsi="Aptos" w:eastAsia="Aptos"/>
          <w:b w:val="0"/>
          <w:i w:val="0"/>
        </w:rPr>
        <w:t>Muitos corredores tentam correr mais rápido aumentando demais a amplitude da passada.</w:t>
      </w:r>
    </w:p>
    <w:p>
      <w:pPr/>
      <w:r>
        <w:rPr>
          <w:rFonts w:ascii="Aptos" w:hAnsi="Aptos" w:eastAsia="Aptos"/>
          <w:b w:val="0"/>
          <w:i w:val="0"/>
        </w:rPr>
        <w:t>Essa estratégia costuma gerar frenagem.</w:t>
      </w:r>
    </w:p>
    <w:p>
      <w:pPr/>
      <w:r>
        <w:rPr>
          <w:rFonts w:ascii="Aptos" w:hAnsi="Aptos" w:eastAsia="Aptos"/>
          <w:b w:val="0"/>
          <w:i w:val="0"/>
        </w:rPr>
        <w:t>O pé aterrissa à frente do corpo. O impacto aumenta. A transição fica lenta. A musculatura trabalha mais para recuperar a velocidade perdida. O atleta sente que está se esforçando muito, mas parte desse esforço não se transforma em deslocamento eficiente.</w:t>
      </w:r>
    </w:p>
    <w:p>
      <w:pPr/>
      <w:r>
        <w:rPr>
          <w:rFonts w:ascii="Aptos" w:hAnsi="Aptos" w:eastAsia="Aptos"/>
          <w:b w:val="0"/>
          <w:i w:val="0"/>
        </w:rPr>
        <w:t>A TriLife prefere outro caminho.</w:t>
      </w:r>
    </w:p>
    <w:p>
      <w:pPr/>
      <w:r>
        <w:rPr>
          <w:rFonts w:ascii="Aptos" w:hAnsi="Aptos" w:eastAsia="Aptos"/>
          <w:b w:val="0"/>
          <w:i w:val="0"/>
        </w:rPr>
        <w:t>Em vez de “alcançar” a corrida à frente, o atleta aprende a girar melhor, tocar o solo próximo ao centro de massa e empurrar o chão.</w:t>
      </w:r>
    </w:p>
    <w:p>
      <w:pPr/>
      <w:r>
        <w:rPr>
          <w:rFonts w:ascii="Aptos" w:hAnsi="Aptos" w:eastAsia="Aptos"/>
          <w:b w:val="0"/>
          <w:i w:val="0"/>
        </w:rPr>
        <w:t>A velocidade deixa de nascer apenas do esforço bruto.</w:t>
      </w:r>
    </w:p>
    <w:p>
      <w:pPr/>
      <w:r>
        <w:rPr>
          <w:rFonts w:ascii="Aptos" w:hAnsi="Aptos" w:eastAsia="Aptos"/>
          <w:b w:val="0"/>
          <w:i w:val="0"/>
        </w:rPr>
        <w:t>Passa a nascer de melhor mecânica.</w:t>
      </w:r>
    </w:p>
    <w:p>
      <w:pPr/>
      <w:r>
        <w:rPr>
          <w:rFonts w:ascii="Aptos" w:hAnsi="Aptos" w:eastAsia="Aptos"/>
          <w:b w:val="0"/>
          <w:i w:val="0"/>
        </w:rPr>
        <w:t>Isso protege o atleta especialmente quando a fadiga cresce. Quanto mais cansado o corredor fica, maior a tendência de alongar passada, perder cadência e correr pesado.</w:t>
      </w:r>
    </w:p>
    <w:p>
      <w:pPr/>
      <w:r>
        <w:rPr>
          <w:rFonts w:ascii="Aptos" w:hAnsi="Aptos" w:eastAsia="Aptos"/>
          <w:b w:val="0"/>
          <w:i w:val="0"/>
        </w:rPr>
        <w:t>Treinar cadência é preparar o corpo para resistir a essa queda técnica.</w:t>
      </w:r>
    </w:p>
    <w:p>
      <w:pPr>
        <w:pStyle w:val="Heading2"/>
      </w:pPr>
      <w:r>
        <w:t>17.9 O treinador observa padrão, não apenas número</w:t>
      </w:r>
    </w:p>
    <w:p>
      <w:pPr/>
      <w:r>
        <w:rPr>
          <w:rFonts w:ascii="Aptos" w:hAnsi="Aptos" w:eastAsia="Aptos"/>
          <w:b w:val="0"/>
          <w:i w:val="0"/>
        </w:rPr>
        <w:t>A cadência precisa ser interpretada junto com o movimento.</w:t>
      </w:r>
    </w:p>
    <w:p>
      <w:pPr/>
      <w:r>
        <w:rPr>
          <w:rFonts w:ascii="Aptos" w:hAnsi="Aptos" w:eastAsia="Aptos"/>
          <w:b w:val="0"/>
          <w:i w:val="0"/>
        </w:rPr>
        <w:t>Um número isolado não basta.</w:t>
      </w:r>
    </w:p>
    <w:p>
      <w:pPr/>
      <w:r>
        <w:rPr>
          <w:rFonts w:ascii="Aptos" w:hAnsi="Aptos" w:eastAsia="Aptos"/>
          <w:b w:val="0"/>
          <w:i w:val="0"/>
        </w:rPr>
        <w:t>O treinador observa:</w:t>
      </w:r>
    </w:p>
    <w:p>
      <w:pPr>
        <w:pStyle w:val="ListBullet"/>
      </w:pPr>
      <w:r>
        <w:rPr>
          <w:rFonts w:ascii="Aptos" w:hAnsi="Aptos" w:eastAsia="Aptos"/>
          <w:b w:val="0"/>
          <w:i w:val="0"/>
        </w:rPr>
        <w:t>o atleta está pisando muito à frente?</w:t>
      </w:r>
    </w:p>
    <w:p>
      <w:pPr>
        <w:pStyle w:val="ListBullet"/>
      </w:pPr>
      <w:r>
        <w:rPr>
          <w:rFonts w:ascii="Aptos" w:hAnsi="Aptos" w:eastAsia="Aptos"/>
          <w:b w:val="0"/>
          <w:i w:val="0"/>
        </w:rPr>
        <w:t>o contato está pesado?</w:t>
      </w:r>
    </w:p>
    <w:p>
      <w:pPr>
        <w:pStyle w:val="ListBullet"/>
      </w:pPr>
      <w:r>
        <w:rPr>
          <w:rFonts w:ascii="Aptos" w:hAnsi="Aptos" w:eastAsia="Aptos"/>
          <w:b w:val="0"/>
          <w:i w:val="0"/>
        </w:rPr>
        <w:t>os braços acompanham o ritmo?</w:t>
      </w:r>
    </w:p>
    <w:p>
      <w:pPr>
        <w:pStyle w:val="ListBullet"/>
      </w:pPr>
      <w:r>
        <w:rPr>
          <w:rFonts w:ascii="Aptos" w:hAnsi="Aptos" w:eastAsia="Aptos"/>
          <w:b w:val="0"/>
          <w:i w:val="0"/>
        </w:rPr>
        <w:t>a postura permanece estável?</w:t>
      </w:r>
    </w:p>
    <w:p>
      <w:pPr>
        <w:pStyle w:val="ListBullet"/>
      </w:pPr>
      <w:r>
        <w:rPr>
          <w:rFonts w:ascii="Aptos" w:hAnsi="Aptos" w:eastAsia="Aptos"/>
          <w:b w:val="0"/>
          <w:i w:val="0"/>
        </w:rPr>
        <w:t>há tensão excessiva?</w:t>
      </w:r>
    </w:p>
    <w:p>
      <w:pPr>
        <w:pStyle w:val="ListBullet"/>
      </w:pPr>
      <w:r>
        <w:rPr>
          <w:rFonts w:ascii="Aptos" w:hAnsi="Aptos" w:eastAsia="Aptos"/>
          <w:b w:val="0"/>
          <w:i w:val="0"/>
        </w:rPr>
        <w:t>a cadência cai com fadiga?</w:t>
      </w:r>
    </w:p>
    <w:p>
      <w:pPr>
        <w:pStyle w:val="ListBullet"/>
      </w:pPr>
      <w:r>
        <w:rPr>
          <w:rFonts w:ascii="Aptos" w:hAnsi="Aptos" w:eastAsia="Aptos"/>
          <w:b w:val="0"/>
          <w:i w:val="0"/>
        </w:rPr>
        <w:t>a passada alonga nos treinos fortes?</w:t>
      </w:r>
    </w:p>
    <w:p>
      <w:pPr>
        <w:pStyle w:val="ListBullet"/>
      </w:pPr>
      <w:r>
        <w:rPr>
          <w:rFonts w:ascii="Aptos" w:hAnsi="Aptos" w:eastAsia="Aptos"/>
          <w:b w:val="0"/>
          <w:i w:val="0"/>
        </w:rPr>
        <w:t>a técnica melhora após educativos?</w:t>
      </w:r>
    </w:p>
    <w:p>
      <w:pPr>
        <w:pStyle w:val="ListBullet"/>
      </w:pPr>
      <w:r>
        <w:rPr>
          <w:rFonts w:ascii="Aptos" w:hAnsi="Aptos" w:eastAsia="Aptos"/>
          <w:b w:val="0"/>
          <w:i w:val="0"/>
        </w:rPr>
        <w:t>o atleta consegue sentir a diferença?</w:t>
      </w:r>
    </w:p>
    <w:p>
      <w:pPr/>
      <w:r>
        <w:rPr>
          <w:rFonts w:ascii="Aptos" w:hAnsi="Aptos" w:eastAsia="Aptos"/>
          <w:b w:val="0"/>
          <w:i w:val="0"/>
        </w:rPr>
        <w:t>Essa leitura evita correções artificiais.</w:t>
      </w:r>
    </w:p>
    <w:p>
      <w:pPr/>
      <w:r>
        <w:rPr>
          <w:rFonts w:ascii="Aptos" w:hAnsi="Aptos" w:eastAsia="Aptos"/>
          <w:b w:val="0"/>
          <w:i w:val="0"/>
        </w:rPr>
        <w:t>O objetivo não é fazer o relógio mostrar 170 a qualquer custo. O objetivo é melhorar corrida.</w:t>
      </w:r>
    </w:p>
    <w:p>
      <w:pPr/>
      <w:r>
        <w:rPr>
          <w:rFonts w:ascii="Aptos" w:hAnsi="Aptos" w:eastAsia="Aptos"/>
          <w:b w:val="0"/>
          <w:i w:val="0"/>
        </w:rPr>
        <w:t>Quando a cadência aumenta, mas o atleta fica tenso, preso ou descoordenado, o ajuste precisa ser revisto.</w:t>
      </w:r>
    </w:p>
    <w:p>
      <w:pPr/>
      <w:r>
        <w:rPr>
          <w:rFonts w:ascii="Aptos" w:hAnsi="Aptos" w:eastAsia="Aptos"/>
          <w:b w:val="0"/>
          <w:i w:val="0"/>
        </w:rPr>
        <w:t>A métrica serve ao movimento.</w:t>
      </w:r>
    </w:p>
    <w:p>
      <w:pPr/>
      <w:r>
        <w:rPr>
          <w:rFonts w:ascii="Aptos" w:hAnsi="Aptos" w:eastAsia="Aptos"/>
          <w:b w:val="0"/>
          <w:i w:val="0"/>
        </w:rPr>
        <w:t>O movimento não deve servir cegamente à métrica.</w:t>
      </w:r>
    </w:p>
    <w:p>
      <w:pPr>
        <w:pStyle w:val="Heading2"/>
      </w:pPr>
      <w:r>
        <w:t>Conclusão</w:t>
      </w:r>
    </w:p>
    <w:p>
      <w:pPr/>
      <w:r>
        <w:rPr>
          <w:rFonts w:ascii="Aptos" w:hAnsi="Aptos" w:eastAsia="Aptos"/>
          <w:b w:val="0"/>
          <w:i w:val="0"/>
        </w:rPr>
        <w:t>Cadência é um dos pilares dos Treinos Inteligentes porque oferece uma referência prática para melhorar mecânica, reduzir desperdício e aumentar eficiência.</w:t>
      </w:r>
    </w:p>
    <w:p>
      <w:pPr/>
      <w:r>
        <w:rPr>
          <w:rFonts w:ascii="Aptos" w:hAnsi="Aptos" w:eastAsia="Aptos"/>
          <w:b w:val="0"/>
          <w:i w:val="0"/>
        </w:rPr>
        <w:t>No Método TriLife Running, a cadência mínima de 170 ppm funciona como norte técnico para a maioria dos corredores, ajudando a construir passadas mais curtas, contato mais rápido com o solo e corrida mais fluida.</w:t>
      </w:r>
    </w:p>
    <w:p>
      <w:pPr/>
      <w:r>
        <w:rPr>
          <w:rFonts w:ascii="Aptos" w:hAnsi="Aptos" w:eastAsia="Aptos"/>
          <w:b w:val="0"/>
          <w:i w:val="0"/>
        </w:rPr>
        <w:t>O objetivo não é perseguir número por vaidade.</w:t>
      </w:r>
    </w:p>
    <w:p>
      <w:pPr/>
      <w:r>
        <w:rPr>
          <w:rFonts w:ascii="Aptos" w:hAnsi="Aptos" w:eastAsia="Aptos"/>
          <w:b w:val="0"/>
          <w:i w:val="0"/>
        </w:rPr>
        <w:t>É correr melhor.</w:t>
      </w:r>
    </w:p>
    <w:p>
      <w:pPr/>
      <w:r>
        <w:rPr>
          <w:rFonts w:ascii="Aptos" w:hAnsi="Aptos" w:eastAsia="Aptos"/>
          <w:b w:val="0"/>
          <w:i w:val="0"/>
        </w:rPr>
        <w:t>Quando o atleta aprende a controlar cadência, apoio e propulsão, passa a usar melhor a força que já possui e sustenta ritmo com menor custo.</w:t>
      </w:r>
    </w:p>
    <w:p>
      <w:pPr>
        <w:pStyle w:val="Heading2"/>
      </w:pPr>
      <w:r>
        <w:t>Princípios Fundamentais do Método TriLife Running</w:t>
      </w:r>
    </w:p>
    <w:p>
      <w:pPr>
        <w:pStyle w:val="TriLifeQuote"/>
      </w:pPr>
      <w:r>
        <w:rPr>
          <w:rFonts w:ascii="Aptos" w:hAnsi="Aptos" w:eastAsia="Aptos"/>
          <w:b w:val="0"/>
          <w:i/>
        </w:rPr>
        <w:t>Princípio Fundamental nº 65</w:t>
      </w:r>
    </w:p>
    <w:p>
      <w:pPr/>
      <w:r>
        <w:rPr>
          <w:rFonts w:ascii="Aptos" w:hAnsi="Aptos" w:eastAsia="Aptos"/>
          <w:b w:val="0"/>
          <w:i w:val="0"/>
        </w:rPr>
        <w:t>Cadência não é apenas número. É indicador de qualidade mecânica.</w:t>
      </w:r>
    </w:p>
    <w:p>
      <w:pPr>
        <w:pStyle w:val="TriLifeQuote"/>
      </w:pPr>
      <w:r>
        <w:rPr>
          <w:rFonts w:ascii="Aptos" w:hAnsi="Aptos" w:eastAsia="Aptos"/>
          <w:b w:val="0"/>
          <w:i/>
        </w:rPr>
        <w:t>Princípio Fundamental nº 66</w:t>
      </w:r>
    </w:p>
    <w:p>
      <w:pPr/>
      <w:r>
        <w:rPr>
          <w:rFonts w:ascii="Aptos" w:hAnsi="Aptos" w:eastAsia="Aptos"/>
          <w:b w:val="0"/>
          <w:i w:val="0"/>
        </w:rPr>
        <w:t>A referência de 170 ppm orienta o movimento, mas não substitui a leitura do treinador.</w:t>
      </w:r>
    </w:p>
    <w:p>
      <w:pPr>
        <w:pStyle w:val="TriLifeQuote"/>
      </w:pPr>
      <w:r>
        <w:rPr>
          <w:rFonts w:ascii="Aptos" w:hAnsi="Aptos" w:eastAsia="Aptos"/>
          <w:b w:val="0"/>
          <w:i/>
        </w:rPr>
        <w:t>Princípio Fundamental nº 67</w:t>
      </w:r>
    </w:p>
    <w:p>
      <w:pPr/>
      <w:r>
        <w:rPr>
          <w:rFonts w:ascii="Aptos" w:hAnsi="Aptos" w:eastAsia="Aptos"/>
          <w:b w:val="0"/>
          <w:i w:val="0"/>
        </w:rPr>
        <w:t>Passadas curtas, contato rápido e empurrar o chão reduzem desperdício.</w:t>
      </w:r>
    </w:p>
    <w:p>
      <w:pPr>
        <w:pStyle w:val="TriLifeQuote"/>
      </w:pPr>
      <w:r>
        <w:rPr>
          <w:rFonts w:ascii="Aptos" w:hAnsi="Aptos" w:eastAsia="Aptos"/>
          <w:b w:val="0"/>
          <w:i/>
        </w:rPr>
        <w:t>Princípio Fundamental nº 68</w:t>
      </w:r>
    </w:p>
    <w:p>
      <w:pPr/>
      <w:r>
        <w:rPr>
          <w:rFonts w:ascii="Aptos" w:hAnsi="Aptos" w:eastAsia="Aptos"/>
          <w:b w:val="0"/>
          <w:i w:val="0"/>
        </w:rPr>
        <w:t>A métrica serve ao movimento. O movimento não deve servir cegamente à métrica.</w:t>
      </w:r>
    </w:p>
    <w:p>
      <w:r>
        <w:br w:type="page"/>
      </w:r>
    </w:p>
    <w:p>
      <w:pPr>
        <w:pStyle w:val="Heading1"/>
        <w:jc w:val="center"/>
      </w:pPr>
      <w:r>
        <w:t>CAPÍTULO 18</w:t>
      </w:r>
    </w:p>
    <w:p>
      <w:pPr>
        <w:pStyle w:val="Heading1"/>
        <w:jc w:val="center"/>
      </w:pPr>
      <w:r>
        <w:t>BIOMECÂNICA DA CORRIDA: CORRER MELHOR ANTES DE CORRER MAIS</w:t>
      </w:r>
    </w:p>
    <w:p>
      <w:pPr>
        <w:pStyle w:val="TriLifeQuote"/>
      </w:pPr>
      <w:r>
        <w:rPr>
          <w:rFonts w:ascii="Aptos" w:hAnsi="Aptos" w:eastAsia="Aptos"/>
          <w:b w:val="0"/>
          <w:i/>
        </w:rPr>
        <w:t>“Treinos Inteligentes não procuram apenas desenvolver condicionamento. Procuram desenvolver movimento.”</w:t>
      </w:r>
    </w:p>
    <w:p>
      <w:pPr>
        <w:pStyle w:val="Heading2"/>
      </w:pPr>
      <w:r>
        <w:t>18.1 A biomecânica dentro do Método TriLife</w:t>
      </w:r>
    </w:p>
    <w:p>
      <w:pPr/>
      <w:r>
        <w:rPr>
          <w:rFonts w:ascii="Aptos" w:hAnsi="Aptos" w:eastAsia="Aptos"/>
          <w:b w:val="0"/>
          <w:i w:val="0"/>
        </w:rPr>
        <w:t>A corrida é um dos movimentos mais naturais do ser humano.</w:t>
      </w:r>
    </w:p>
    <w:p>
      <w:pPr/>
      <w:r>
        <w:rPr>
          <w:rFonts w:ascii="Aptos" w:hAnsi="Aptos" w:eastAsia="Aptos"/>
          <w:b w:val="0"/>
          <w:i w:val="0"/>
        </w:rPr>
        <w:t>Mas correr naturalmente não significa correr de maneira eficiente.</w:t>
      </w:r>
    </w:p>
    <w:p>
      <w:pPr/>
      <w:r>
        <w:rPr>
          <w:rFonts w:ascii="Aptos" w:hAnsi="Aptos" w:eastAsia="Aptos"/>
          <w:b w:val="0"/>
          <w:i w:val="0"/>
        </w:rPr>
        <w:t>Pequenos desvios de postura, excesso de tensão muscular, baixa estabilidade, passada longa demais ou aplicação inadequada de força podem aumentar muito o gasto energético ao longo de milhares de passadas.</w:t>
      </w:r>
    </w:p>
    <w:p>
      <w:pPr/>
      <w:r>
        <w:rPr>
          <w:rFonts w:ascii="Aptos" w:hAnsi="Aptos" w:eastAsia="Aptos"/>
          <w:b w:val="0"/>
          <w:i w:val="0"/>
        </w:rPr>
        <w:t>Por esse motivo, o Método TriLife Running considera a biomecânica um dos pilares do desempenho.</w:t>
      </w:r>
    </w:p>
    <w:p>
      <w:pPr/>
      <w:r>
        <w:rPr>
          <w:rFonts w:ascii="Aptos" w:hAnsi="Aptos" w:eastAsia="Aptos"/>
          <w:b w:val="0"/>
          <w:i w:val="0"/>
        </w:rPr>
        <w:t>O objetivo não é criar uma técnica bonita para foto.</w:t>
      </w:r>
    </w:p>
    <w:p>
      <w:pPr/>
      <w:r>
        <w:rPr>
          <w:rFonts w:ascii="Aptos" w:hAnsi="Aptos" w:eastAsia="Aptos"/>
          <w:b w:val="0"/>
          <w:i w:val="0"/>
        </w:rPr>
        <w:t>Também não é transformar todos os atletas em cópias de corredores de elite.</w:t>
      </w:r>
    </w:p>
    <w:p>
      <w:pPr/>
      <w:r>
        <w:rPr>
          <w:rFonts w:ascii="Aptos" w:hAnsi="Aptos" w:eastAsia="Aptos"/>
          <w:b w:val="0"/>
          <w:i w:val="0"/>
        </w:rPr>
        <w:t>A função da biomecânica é permitir que cada atleta use o próprio corpo da forma mais eficiente possível.</w:t>
      </w:r>
    </w:p>
    <w:p>
      <w:pPr/>
      <w:r>
        <w:rPr>
          <w:rFonts w:ascii="Aptos" w:hAnsi="Aptos" w:eastAsia="Aptos"/>
          <w:b w:val="0"/>
          <w:i w:val="0"/>
        </w:rPr>
        <w:t>Correr melhor antes de correr mais.</w:t>
      </w:r>
    </w:p>
    <w:p>
      <w:pPr/>
      <w:r>
        <w:rPr>
          <w:rFonts w:ascii="Aptos" w:hAnsi="Aptos" w:eastAsia="Aptos"/>
          <w:b w:val="0"/>
          <w:i w:val="0"/>
        </w:rPr>
        <w:t>Essa é a lógica.</w:t>
      </w:r>
    </w:p>
    <w:p>
      <w:pPr/>
      <w:r>
        <w:rPr>
          <w:rFonts w:ascii="Aptos" w:hAnsi="Aptos" w:eastAsia="Aptos"/>
          <w:b w:val="0"/>
          <w:i w:val="0"/>
        </w:rPr>
        <w:t>O atleta pode ter bom motor, boa disposição e grande vontade de evoluir. Mas, se desperdiça energia em cada passada, pagará caro quando o volume aumentar, quando a intensidade subir ou quando a fadiga aparecer.</w:t>
      </w:r>
    </w:p>
    <w:p>
      <w:pPr/>
      <w:r>
        <w:rPr>
          <w:rFonts w:ascii="Aptos" w:hAnsi="Aptos" w:eastAsia="Aptos"/>
          <w:b w:val="0"/>
          <w:i w:val="0"/>
        </w:rPr>
        <w:t>Treinos Inteligentes começam pela qualidade do movimento.</w:t>
      </w:r>
    </w:p>
    <w:p>
      <w:pPr>
        <w:pStyle w:val="Heading2"/>
      </w:pPr>
      <w:r>
        <w:t>18.2 A biomecânica não é igual para todos</w:t>
      </w:r>
    </w:p>
    <w:p>
      <w:pPr/>
      <w:r>
        <w:rPr>
          <w:rFonts w:ascii="Aptos" w:hAnsi="Aptos" w:eastAsia="Aptos"/>
          <w:b w:val="0"/>
          <w:i w:val="0"/>
        </w:rPr>
        <w:t>Uma das maiores armadilhas da corrida é procurar uma técnica perfeita e universal.</w:t>
      </w:r>
    </w:p>
    <w:p>
      <w:pPr/>
      <w:r>
        <w:rPr>
          <w:rFonts w:ascii="Aptos" w:hAnsi="Aptos" w:eastAsia="Aptos"/>
          <w:b w:val="0"/>
          <w:i w:val="0"/>
        </w:rPr>
        <w:t>Ela não existe.</w:t>
      </w:r>
    </w:p>
    <w:p>
      <w:pPr/>
      <w:r>
        <w:rPr>
          <w:rFonts w:ascii="Aptos" w:hAnsi="Aptos" w:eastAsia="Aptos"/>
          <w:b w:val="0"/>
          <w:i w:val="0"/>
        </w:rPr>
        <w:t>Cada corredor possui características próprias:</w:t>
      </w:r>
    </w:p>
    <w:p>
      <w:pPr>
        <w:pStyle w:val="ListBullet"/>
      </w:pPr>
      <w:r>
        <w:rPr>
          <w:rFonts w:ascii="Aptos" w:hAnsi="Aptos" w:eastAsia="Aptos"/>
          <w:b w:val="0"/>
          <w:i w:val="0"/>
        </w:rPr>
        <w:t>altura;</w:t>
      </w:r>
    </w:p>
    <w:p>
      <w:pPr>
        <w:pStyle w:val="ListBullet"/>
      </w:pPr>
      <w:r>
        <w:rPr>
          <w:rFonts w:ascii="Aptos" w:hAnsi="Aptos" w:eastAsia="Aptos"/>
          <w:b w:val="0"/>
          <w:i w:val="0"/>
        </w:rPr>
        <w:t>peso;</w:t>
      </w:r>
    </w:p>
    <w:p>
      <w:pPr>
        <w:pStyle w:val="ListBullet"/>
      </w:pPr>
      <w:r>
        <w:rPr>
          <w:rFonts w:ascii="Aptos" w:hAnsi="Aptos" w:eastAsia="Aptos"/>
          <w:b w:val="0"/>
          <w:i w:val="0"/>
        </w:rPr>
        <w:t>comprimento dos membros;</w:t>
      </w:r>
    </w:p>
    <w:p>
      <w:pPr>
        <w:pStyle w:val="ListBullet"/>
      </w:pPr>
      <w:r>
        <w:rPr>
          <w:rFonts w:ascii="Aptos" w:hAnsi="Aptos" w:eastAsia="Aptos"/>
          <w:b w:val="0"/>
          <w:i w:val="0"/>
        </w:rPr>
        <w:t>mobilidade;</w:t>
      </w:r>
    </w:p>
    <w:p>
      <w:pPr>
        <w:pStyle w:val="ListBullet"/>
      </w:pPr>
      <w:r>
        <w:rPr>
          <w:rFonts w:ascii="Aptos" w:hAnsi="Aptos" w:eastAsia="Aptos"/>
          <w:b w:val="0"/>
          <w:i w:val="0"/>
        </w:rPr>
        <w:t>força;</w:t>
      </w:r>
    </w:p>
    <w:p>
      <w:pPr>
        <w:pStyle w:val="ListBullet"/>
      </w:pPr>
      <w:r>
        <w:rPr>
          <w:rFonts w:ascii="Aptos" w:hAnsi="Aptos" w:eastAsia="Aptos"/>
          <w:b w:val="0"/>
          <w:i w:val="0"/>
        </w:rPr>
        <w:t>histórico esportivo;</w:t>
      </w:r>
    </w:p>
    <w:p>
      <w:pPr>
        <w:pStyle w:val="ListBullet"/>
      </w:pPr>
      <w:r>
        <w:rPr>
          <w:rFonts w:ascii="Aptos" w:hAnsi="Aptos" w:eastAsia="Aptos"/>
          <w:b w:val="0"/>
          <w:i w:val="0"/>
        </w:rPr>
        <w:t>lesões anteriores;</w:t>
      </w:r>
    </w:p>
    <w:p>
      <w:pPr>
        <w:pStyle w:val="ListBullet"/>
      </w:pPr>
      <w:r>
        <w:rPr>
          <w:rFonts w:ascii="Aptos" w:hAnsi="Aptos" w:eastAsia="Aptos"/>
          <w:b w:val="0"/>
          <w:i w:val="0"/>
        </w:rPr>
        <w:t>experiência;</w:t>
      </w:r>
    </w:p>
    <w:p>
      <w:pPr>
        <w:pStyle w:val="ListBullet"/>
      </w:pPr>
      <w:r>
        <w:rPr>
          <w:rFonts w:ascii="Aptos" w:hAnsi="Aptos" w:eastAsia="Aptos"/>
          <w:b w:val="0"/>
          <w:i w:val="0"/>
        </w:rPr>
        <w:t>coordenação;</w:t>
      </w:r>
    </w:p>
    <w:p>
      <w:pPr>
        <w:pStyle w:val="ListBullet"/>
      </w:pPr>
      <w:r>
        <w:rPr>
          <w:rFonts w:ascii="Aptos" w:hAnsi="Aptos" w:eastAsia="Aptos"/>
          <w:b w:val="0"/>
          <w:i w:val="0"/>
        </w:rPr>
        <w:t>nível de condicionamento;</w:t>
      </w:r>
    </w:p>
    <w:p>
      <w:pPr>
        <w:pStyle w:val="ListBullet"/>
      </w:pPr>
      <w:r>
        <w:rPr>
          <w:rFonts w:ascii="Aptos" w:hAnsi="Aptos" w:eastAsia="Aptos"/>
          <w:b w:val="0"/>
          <w:i w:val="0"/>
        </w:rPr>
        <w:t>percepção corporal.</w:t>
      </w:r>
    </w:p>
    <w:p>
      <w:pPr/>
      <w:r>
        <w:rPr>
          <w:rFonts w:ascii="Aptos" w:hAnsi="Aptos" w:eastAsia="Aptos"/>
          <w:b w:val="0"/>
          <w:i w:val="0"/>
        </w:rPr>
        <w:t>Tudo isso influencia a maneira como a pessoa corre.</w:t>
      </w:r>
    </w:p>
    <w:p>
      <w:pPr/>
      <w:r>
        <w:rPr>
          <w:rFonts w:ascii="Aptos" w:hAnsi="Aptos" w:eastAsia="Aptos"/>
          <w:b w:val="0"/>
          <w:i w:val="0"/>
        </w:rPr>
        <w:t>Por isso, a TriLife não procura transformar todos os atletas em corredores iguais.</w:t>
      </w:r>
    </w:p>
    <w:p>
      <w:pPr/>
      <w:r>
        <w:rPr>
          <w:rFonts w:ascii="Aptos" w:hAnsi="Aptos" w:eastAsia="Aptos"/>
          <w:b w:val="0"/>
          <w:i w:val="0"/>
        </w:rPr>
        <w:t>A metodologia busca eliminar desperdícios sem destruir características individuais.</w:t>
      </w:r>
    </w:p>
    <w:p>
      <w:pPr/>
      <w:r>
        <w:rPr>
          <w:rFonts w:ascii="Aptos" w:hAnsi="Aptos" w:eastAsia="Aptos"/>
          <w:b w:val="0"/>
          <w:i w:val="0"/>
        </w:rPr>
        <w:t>O objetivo não é copiar a biomecânica de um atleta profissional.</w:t>
      </w:r>
    </w:p>
    <w:p>
      <w:pPr/>
      <w:r>
        <w:rPr>
          <w:rFonts w:ascii="Aptos" w:hAnsi="Aptos" w:eastAsia="Aptos"/>
          <w:b w:val="0"/>
          <w:i w:val="0"/>
        </w:rPr>
        <w:t>É construir a melhor biomecânica possível para aquele corredor, naquele momento da trajetória dele.</w:t>
      </w:r>
    </w:p>
    <w:p>
      <w:pPr/>
      <w:r>
        <w:rPr>
          <w:rFonts w:ascii="Aptos" w:hAnsi="Aptos" w:eastAsia="Aptos"/>
          <w:b w:val="0"/>
          <w:i w:val="0"/>
        </w:rPr>
        <w:t>Essa visão evita correções exageradas.</w:t>
      </w:r>
    </w:p>
    <w:p>
      <w:pPr/>
      <w:r>
        <w:rPr>
          <w:rFonts w:ascii="Aptos" w:hAnsi="Aptos" w:eastAsia="Aptos"/>
          <w:b w:val="0"/>
          <w:i w:val="0"/>
        </w:rPr>
        <w:t>Mudar tudo de uma vez pode confundir o atleta, gerar tensão e até piorar a corrida.</w:t>
      </w:r>
    </w:p>
    <w:p>
      <w:pPr/>
      <w:r>
        <w:rPr>
          <w:rFonts w:ascii="Aptos" w:hAnsi="Aptos" w:eastAsia="Aptos"/>
          <w:b w:val="0"/>
          <w:i w:val="0"/>
        </w:rPr>
        <w:t>A biomecânica precisa ser ajustada com critério.</w:t>
      </w:r>
    </w:p>
    <w:p>
      <w:pPr/>
      <w:r>
        <w:rPr>
          <w:rFonts w:ascii="Aptos" w:hAnsi="Aptos" w:eastAsia="Aptos"/>
          <w:b w:val="0"/>
          <w:i w:val="0"/>
        </w:rPr>
        <w:t>Poucos pontos bem escolhidos produzem mais resultado do que excesso de comandos.</w:t>
      </w:r>
    </w:p>
    <w:p>
      <w:pPr>
        <w:pStyle w:val="Heading2"/>
      </w:pPr>
      <w:r>
        <w:t>18.3 Os quatro princípios da corrida eficiente</w:t>
      </w:r>
    </w:p>
    <w:p>
      <w:pPr/>
      <w:r>
        <w:rPr>
          <w:rFonts w:ascii="Aptos" w:hAnsi="Aptos" w:eastAsia="Aptos"/>
          <w:b w:val="0"/>
          <w:i w:val="0"/>
        </w:rPr>
        <w:t>Embora cada atleta tenha um padrão próprio, a metodologia organiza a biomecânica em quatro princípios práticos.</w:t>
      </w:r>
    </w:p>
    <w:p>
      <w:pPr>
        <w:pStyle w:val="TriLifeQuote"/>
      </w:pPr>
      <w:r>
        <w:rPr>
          <w:rFonts w:ascii="Aptos" w:hAnsi="Aptos" w:eastAsia="Aptos"/>
          <w:b w:val="0"/>
          <w:i/>
        </w:rPr>
        <w:t>Postura</w:t>
      </w:r>
    </w:p>
    <w:p>
      <w:pPr/>
      <w:r>
        <w:rPr>
          <w:rFonts w:ascii="Aptos" w:hAnsi="Aptos" w:eastAsia="Aptos"/>
          <w:b w:val="0"/>
          <w:i w:val="0"/>
        </w:rPr>
        <w:t>O corpo precisa permanecer alinhado durante a corrida. A cabeça acompanha a direção do deslocamento. Os ombros ficam relaxados. O tronco mantém estabilidade. Quanto menor a oscilação desnecessária, menor o desperdício de energia.</w:t>
      </w:r>
    </w:p>
    <w:p>
      <w:pPr>
        <w:pStyle w:val="TriLifeQuote"/>
      </w:pPr>
      <w:r>
        <w:rPr>
          <w:rFonts w:ascii="Aptos" w:hAnsi="Aptos" w:eastAsia="Aptos"/>
          <w:b w:val="0"/>
          <w:i/>
        </w:rPr>
        <w:t>Cadência</w:t>
      </w:r>
    </w:p>
    <w:p>
      <w:pPr/>
      <w:r>
        <w:rPr>
          <w:rFonts w:ascii="Aptos" w:hAnsi="Aptos" w:eastAsia="Aptos"/>
          <w:b w:val="0"/>
          <w:i w:val="0"/>
        </w:rPr>
        <w:t>A cadência representa o ritmo mecânico da corrida. Passadas curtas e rápidas favorecem menor tempo de contato com o solo e melhor aproveitamento da energia produzida. Por isso, a metodologia utiliza a referência de 170 passos por minuto como norte técnico para a maior parte dos corredores.</w:t>
      </w:r>
    </w:p>
    <w:p>
      <w:pPr>
        <w:pStyle w:val="TriLifeQuote"/>
      </w:pPr>
      <w:r>
        <w:rPr>
          <w:rFonts w:ascii="Aptos" w:hAnsi="Aptos" w:eastAsia="Aptos"/>
          <w:b w:val="0"/>
          <w:i/>
        </w:rPr>
        <w:t>Apoio</w:t>
      </w:r>
    </w:p>
    <w:p>
      <w:pPr/>
      <w:r>
        <w:rPr>
          <w:rFonts w:ascii="Aptos" w:hAnsi="Aptos" w:eastAsia="Aptos"/>
          <w:b w:val="0"/>
          <w:i w:val="0"/>
        </w:rPr>
        <w:t>O pé deve tocar o solo próximo ao centro de massa. Quando o apoio acontece muito à frente do corpo, parte da força vira frenagem. O método prioriza uma corrida fluida, sem exageros técnicos e sem mudanças artificiais de pisada.</w:t>
      </w:r>
    </w:p>
    <w:p>
      <w:pPr>
        <w:pStyle w:val="TriLifeQuote"/>
      </w:pPr>
      <w:r>
        <w:rPr>
          <w:rFonts w:ascii="Aptos" w:hAnsi="Aptos" w:eastAsia="Aptos"/>
          <w:b w:val="0"/>
          <w:i/>
        </w:rPr>
        <w:t>Propulsão</w:t>
      </w:r>
    </w:p>
    <w:p>
      <w:pPr/>
      <w:r>
        <w:rPr>
          <w:rFonts w:ascii="Aptos" w:hAnsi="Aptos" w:eastAsia="Aptos"/>
          <w:b w:val="0"/>
          <w:i w:val="0"/>
        </w:rPr>
        <w:t>Depois do contato com o solo, o atleta precisa aplicar força para trás. A orientação prática é clara: empurrar o chão. Essa ação melhora a transferência de energia para o deslocamento à frente.</w:t>
      </w:r>
    </w:p>
    <w:p>
      <w:pPr/>
      <w:r>
        <w:rPr>
          <w:rFonts w:ascii="Aptos" w:hAnsi="Aptos" w:eastAsia="Aptos"/>
          <w:b w:val="0"/>
          <w:i w:val="0"/>
        </w:rPr>
        <w:t>Esses princípios não funcionam separados.</w:t>
      </w:r>
    </w:p>
    <w:p>
      <w:pPr/>
      <w:r>
        <w:rPr>
          <w:rFonts w:ascii="Aptos" w:hAnsi="Aptos" w:eastAsia="Aptos"/>
          <w:b w:val="0"/>
          <w:i w:val="0"/>
        </w:rPr>
        <w:t>Eles formam um sistema.</w:t>
      </w:r>
    </w:p>
    <w:p>
      <w:pPr/>
      <w:r>
        <w:rPr>
          <w:rFonts w:ascii="Aptos" w:hAnsi="Aptos" w:eastAsia="Aptos"/>
          <w:b w:val="0"/>
          <w:i w:val="0"/>
        </w:rPr>
        <w:t>Postura organiza. Cadência dá ritmo. Apoio reduz frenagem. Propulsão transforma força em deslocamento.</w:t>
      </w:r>
    </w:p>
    <w:p>
      <w:pPr>
        <w:pStyle w:val="Heading2"/>
      </w:pPr>
      <w:r>
        <w:t>18.4 Economia de movimento</w:t>
      </w:r>
    </w:p>
    <w:p>
      <w:pPr/>
      <w:r>
        <w:rPr>
          <w:rFonts w:ascii="Aptos" w:hAnsi="Aptos" w:eastAsia="Aptos"/>
          <w:b w:val="0"/>
          <w:i w:val="0"/>
        </w:rPr>
        <w:t>Cada movimento desnecessário possui custo.</w:t>
      </w:r>
    </w:p>
    <w:p>
      <w:pPr/>
      <w:r>
        <w:rPr>
          <w:rFonts w:ascii="Aptos" w:hAnsi="Aptos" w:eastAsia="Aptos"/>
          <w:b w:val="0"/>
          <w:i w:val="0"/>
        </w:rPr>
        <w:t>Braços excessivamente abertos.</w:t>
      </w:r>
    </w:p>
    <w:p>
      <w:pPr/>
      <w:r>
        <w:rPr>
          <w:rFonts w:ascii="Aptos" w:hAnsi="Aptos" w:eastAsia="Aptos"/>
          <w:b w:val="0"/>
          <w:i w:val="0"/>
        </w:rPr>
        <w:t>Oscilação exagerada do tronco.</w:t>
      </w:r>
    </w:p>
    <w:p>
      <w:pPr/>
      <w:r>
        <w:rPr>
          <w:rFonts w:ascii="Aptos" w:hAnsi="Aptos" w:eastAsia="Aptos"/>
          <w:b w:val="0"/>
          <w:i w:val="0"/>
        </w:rPr>
        <w:t>Saltos verticais.</w:t>
      </w:r>
    </w:p>
    <w:p>
      <w:pPr/>
      <w:r>
        <w:rPr>
          <w:rFonts w:ascii="Aptos" w:hAnsi="Aptos" w:eastAsia="Aptos"/>
          <w:b w:val="0"/>
          <w:i w:val="0"/>
        </w:rPr>
        <w:t>Passadas muito longas.</w:t>
      </w:r>
    </w:p>
    <w:p>
      <w:pPr/>
      <w:r>
        <w:rPr>
          <w:rFonts w:ascii="Aptos" w:hAnsi="Aptos" w:eastAsia="Aptos"/>
          <w:b w:val="0"/>
          <w:i w:val="0"/>
        </w:rPr>
        <w:t>Tensão nos ombros.</w:t>
      </w:r>
    </w:p>
    <w:p>
      <w:pPr/>
      <w:r>
        <w:rPr>
          <w:rFonts w:ascii="Aptos" w:hAnsi="Aptos" w:eastAsia="Aptos"/>
          <w:b w:val="0"/>
          <w:i w:val="0"/>
        </w:rPr>
        <w:t>Quadril instável.</w:t>
      </w:r>
    </w:p>
    <w:p>
      <w:pPr/>
      <w:r>
        <w:rPr>
          <w:rFonts w:ascii="Aptos" w:hAnsi="Aptos" w:eastAsia="Aptos"/>
          <w:b w:val="0"/>
          <w:i w:val="0"/>
        </w:rPr>
        <w:t>Contato pesado com o solo.</w:t>
      </w:r>
    </w:p>
    <w:p>
      <w:pPr/>
      <w:r>
        <w:rPr>
          <w:rFonts w:ascii="Aptos" w:hAnsi="Aptos" w:eastAsia="Aptos"/>
          <w:b w:val="0"/>
          <w:i w:val="0"/>
        </w:rPr>
        <w:t>Tudo isso consome energia.</w:t>
      </w:r>
    </w:p>
    <w:p>
      <w:pPr/>
      <w:r>
        <w:rPr>
          <w:rFonts w:ascii="Aptos" w:hAnsi="Aptos" w:eastAsia="Aptos"/>
          <w:b w:val="0"/>
          <w:i w:val="0"/>
        </w:rPr>
        <w:t>Em uma corrida curta, talvez o custo pareça pequeno. Em uma preparação longa, em um longão ou em uma prova com milhares de passadas, esse desperdício se torna relevante.</w:t>
      </w:r>
    </w:p>
    <w:p>
      <w:pPr/>
      <w:r>
        <w:rPr>
          <w:rFonts w:ascii="Aptos" w:hAnsi="Aptos" w:eastAsia="Aptos"/>
          <w:b w:val="0"/>
          <w:i w:val="0"/>
        </w:rPr>
        <w:t>A biomecânica melhora a economia porque reduz vazamentos.</w:t>
      </w:r>
    </w:p>
    <w:p>
      <w:pPr/>
      <w:r>
        <w:rPr>
          <w:rFonts w:ascii="Aptos" w:hAnsi="Aptos" w:eastAsia="Aptos"/>
          <w:b w:val="0"/>
          <w:i w:val="0"/>
        </w:rPr>
        <w:t>O atleta passa a gastar menos para produzir o mesmo deslocamento.</w:t>
      </w:r>
    </w:p>
    <w:p>
      <w:pPr/>
      <w:r>
        <w:rPr>
          <w:rFonts w:ascii="Aptos" w:hAnsi="Aptos" w:eastAsia="Aptos"/>
          <w:b w:val="0"/>
          <w:i w:val="0"/>
        </w:rPr>
        <w:t>Essa é uma das grandes ideias do Método TriLife Running: antes de pedir que o corredor produza mais, é preciso avaliar se ele já usa bem o que produz.</w:t>
      </w:r>
    </w:p>
    <w:p>
      <w:pPr/>
      <w:r>
        <w:rPr>
          <w:rFonts w:ascii="Aptos" w:hAnsi="Aptos" w:eastAsia="Aptos"/>
          <w:b w:val="0"/>
          <w:i w:val="0"/>
        </w:rPr>
        <w:t>Força sem direção desperdiça.</w:t>
      </w:r>
    </w:p>
    <w:p>
      <w:pPr/>
      <w:r>
        <w:rPr>
          <w:rFonts w:ascii="Aptos" w:hAnsi="Aptos" w:eastAsia="Aptos"/>
          <w:b w:val="0"/>
          <w:i w:val="0"/>
        </w:rPr>
        <w:t>Condicionamento sem economia cobra caro.</w:t>
      </w:r>
    </w:p>
    <w:p>
      <w:pPr/>
      <w:r>
        <w:rPr>
          <w:rFonts w:ascii="Aptos" w:hAnsi="Aptos" w:eastAsia="Aptos"/>
          <w:b w:val="0"/>
          <w:i w:val="0"/>
        </w:rPr>
        <w:t>Movimento eficiente preserva energia para quando ela realmente precisa ser usada.</w:t>
      </w:r>
    </w:p>
    <w:p>
      <w:pPr>
        <w:pStyle w:val="Heading2"/>
      </w:pPr>
      <w:r>
        <w:t>18.5 O papel da força na biomecânica</w:t>
      </w:r>
    </w:p>
    <w:p>
      <w:pPr/>
      <w:r>
        <w:rPr>
          <w:rFonts w:ascii="Aptos" w:hAnsi="Aptos" w:eastAsia="Aptos"/>
          <w:b w:val="0"/>
          <w:i w:val="0"/>
        </w:rPr>
        <w:t>Boa técnica não depende apenas de coordenação.</w:t>
      </w:r>
    </w:p>
    <w:p>
      <w:pPr/>
      <w:r>
        <w:rPr>
          <w:rFonts w:ascii="Aptos" w:hAnsi="Aptos" w:eastAsia="Aptos"/>
          <w:b w:val="0"/>
          <w:i w:val="0"/>
        </w:rPr>
        <w:t>Depende também da capacidade física para sustentar essa técnica.</w:t>
      </w:r>
    </w:p>
    <w:p>
      <w:pPr/>
      <w:r>
        <w:rPr>
          <w:rFonts w:ascii="Aptos" w:hAnsi="Aptos" w:eastAsia="Aptos"/>
          <w:b w:val="0"/>
          <w:i w:val="0"/>
        </w:rPr>
        <w:t>É comum ver corredores com boa mecânica nos primeiros minutos, mas que se desorganizam quando a fadiga aumenta. A cadência cai, a passada alonga, o tronco perde estabilidade, os braços ficam tensos e o contato com o solo fica mais pesado.</w:t>
      </w:r>
    </w:p>
    <w:p>
      <w:pPr/>
      <w:r>
        <w:rPr>
          <w:rFonts w:ascii="Aptos" w:hAnsi="Aptos" w:eastAsia="Aptos"/>
          <w:b w:val="0"/>
          <w:i w:val="0"/>
        </w:rPr>
        <w:t>Isso mostra que biomecânica também depende de força.</w:t>
      </w:r>
    </w:p>
    <w:p>
      <w:pPr/>
      <w:r>
        <w:rPr>
          <w:rFonts w:ascii="Aptos" w:hAnsi="Aptos" w:eastAsia="Aptos"/>
          <w:b w:val="0"/>
          <w:i w:val="0"/>
        </w:rPr>
        <w:t>O atleta precisa sustentar postura, controlar quadril, absorver impacto, produzir propulsão e manter repetição técnica mesmo cansado.</w:t>
      </w:r>
    </w:p>
    <w:p>
      <w:pPr/>
      <w:r>
        <w:rPr>
          <w:rFonts w:ascii="Aptos" w:hAnsi="Aptos" w:eastAsia="Aptos"/>
          <w:b w:val="0"/>
          <w:i w:val="0"/>
        </w:rPr>
        <w:t>Por isso, o Método TriLife integra corrida e fortalecimento específico.</w:t>
      </w:r>
    </w:p>
    <w:p>
      <w:pPr/>
      <w:r>
        <w:rPr>
          <w:rFonts w:ascii="Aptos" w:hAnsi="Aptos" w:eastAsia="Aptos"/>
          <w:b w:val="0"/>
          <w:i w:val="0"/>
        </w:rPr>
        <w:t>Não para desenvolver musculatura por estética.</w:t>
      </w:r>
    </w:p>
    <w:p>
      <w:pPr/>
      <w:r>
        <w:rPr>
          <w:rFonts w:ascii="Aptos" w:hAnsi="Aptos" w:eastAsia="Aptos"/>
          <w:b w:val="0"/>
          <w:i w:val="0"/>
        </w:rPr>
        <w:t>Mas para preservar qualidade de movimento durante todo o ciclo.</w:t>
      </w:r>
    </w:p>
    <w:p>
      <w:pPr/>
      <w:r>
        <w:rPr>
          <w:rFonts w:ascii="Aptos" w:hAnsi="Aptos" w:eastAsia="Aptos"/>
          <w:b w:val="0"/>
          <w:i w:val="0"/>
        </w:rPr>
        <w:t>A força precisa aparecer na corrida.</w:t>
      </w:r>
    </w:p>
    <w:p>
      <w:pPr/>
      <w:r>
        <w:rPr>
          <w:rFonts w:ascii="Aptos" w:hAnsi="Aptos" w:eastAsia="Aptos"/>
          <w:b w:val="0"/>
          <w:i w:val="0"/>
        </w:rPr>
        <w:t>Quando não aparece, ela fica isolada na academia.</w:t>
      </w:r>
    </w:p>
    <w:p>
      <w:pPr/>
      <w:r>
        <w:rPr>
          <w:rFonts w:ascii="Aptos" w:hAnsi="Aptos" w:eastAsia="Aptos"/>
          <w:b w:val="0"/>
          <w:i w:val="0"/>
        </w:rPr>
        <w:t>A biomecânica conecta o corpo treinado ao gesto esportivo.</w:t>
      </w:r>
    </w:p>
    <w:p>
      <w:pPr>
        <w:pStyle w:val="Heading2"/>
      </w:pPr>
      <w:r>
        <w:t>18.6 Biomecânica também é prevenção</w:t>
      </w:r>
    </w:p>
    <w:p>
      <w:pPr/>
      <w:r>
        <w:rPr>
          <w:rFonts w:ascii="Aptos" w:hAnsi="Aptos" w:eastAsia="Aptos"/>
          <w:b w:val="0"/>
          <w:i w:val="0"/>
        </w:rPr>
        <w:t>Grande parte das lesões da corrida não acontece por causa de um único movimento isolado.</w:t>
      </w:r>
    </w:p>
    <w:p>
      <w:pPr/>
      <w:r>
        <w:rPr>
          <w:rFonts w:ascii="Aptos" w:hAnsi="Aptos" w:eastAsia="Aptos"/>
          <w:b w:val="0"/>
          <w:i w:val="0"/>
        </w:rPr>
        <w:t>Elas surgem pela repetição de milhares de movimentos executados com algum grau de sobrecarga, compensação ou baixa eficiência.</w:t>
      </w:r>
    </w:p>
    <w:p>
      <w:pPr/>
      <w:r>
        <w:rPr>
          <w:rFonts w:ascii="Aptos" w:hAnsi="Aptos" w:eastAsia="Aptos"/>
          <w:b w:val="0"/>
          <w:i w:val="0"/>
        </w:rPr>
        <w:t>Quando pequenas falhas permanecem por semanas ou meses, determinadas estruturas recebem mais carga do que conseguem assimilar.</w:t>
      </w:r>
    </w:p>
    <w:p>
      <w:pPr/>
      <w:r>
        <w:rPr>
          <w:rFonts w:ascii="Aptos" w:hAnsi="Aptos" w:eastAsia="Aptos"/>
          <w:b w:val="0"/>
          <w:i w:val="0"/>
        </w:rPr>
        <w:t>A biomecânica ajuda a reduzir esse risco porque melhora distribuição de carga, controle do impacto, alinhamento e eficiência.</w:t>
      </w:r>
    </w:p>
    <w:p>
      <w:pPr/>
      <w:r>
        <w:rPr>
          <w:rFonts w:ascii="Aptos" w:hAnsi="Aptos" w:eastAsia="Aptos"/>
          <w:b w:val="0"/>
          <w:i w:val="0"/>
        </w:rPr>
        <w:t>Isso não significa que técnica perfeita elimina lesão.</w:t>
      </w:r>
    </w:p>
    <w:p>
      <w:pPr/>
      <w:r>
        <w:rPr>
          <w:rFonts w:ascii="Aptos" w:hAnsi="Aptos" w:eastAsia="Aptos"/>
          <w:b w:val="0"/>
          <w:i w:val="0"/>
        </w:rPr>
        <w:t>Significa que movimento melhor aumenta a margem de segurança.</w:t>
      </w:r>
    </w:p>
    <w:p>
      <w:pPr/>
      <w:r>
        <w:rPr>
          <w:rFonts w:ascii="Aptos" w:hAnsi="Aptos" w:eastAsia="Aptos"/>
          <w:b w:val="0"/>
          <w:i w:val="0"/>
        </w:rPr>
        <w:t>O Método TriLife Running não busca apenas performance.</w:t>
      </w:r>
    </w:p>
    <w:p>
      <w:pPr/>
      <w:r>
        <w:rPr>
          <w:rFonts w:ascii="Aptos" w:hAnsi="Aptos" w:eastAsia="Aptos"/>
          <w:b w:val="0"/>
          <w:i w:val="0"/>
        </w:rPr>
        <w:t>Busca longevidade esportiva.</w:t>
      </w:r>
    </w:p>
    <w:p>
      <w:pPr/>
      <w:r>
        <w:rPr>
          <w:rFonts w:ascii="Aptos" w:hAnsi="Aptos" w:eastAsia="Aptos"/>
          <w:b w:val="0"/>
          <w:i w:val="0"/>
        </w:rPr>
        <w:t>Um corredor que treina bem, mas se machuca sempre, não sustenta evolução. Um atleta que melhora movimento, recupera melhor e progride com critério consegue treinar por mais tempo.</w:t>
      </w:r>
    </w:p>
    <w:p>
      <w:pPr/>
      <w:r>
        <w:rPr>
          <w:rFonts w:ascii="Aptos" w:hAnsi="Aptos" w:eastAsia="Aptos"/>
          <w:b w:val="0"/>
          <w:i w:val="0"/>
        </w:rPr>
        <w:t>Treinos Inteligentes preservam a capacidade de continuar treinando.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biomecânica da corrida envolve a relação entre postura, forças de reação do solo, centro de massa, tempo de contato, rigidez músculo-tendínea, estabilidade articular e coordenação neuromuscular.</w:t>
            </w:r>
          </w:p>
          <w:p>
            <w:pPr/>
            <w:r>
              <w:rPr>
                <w:rFonts w:ascii="Aptos" w:hAnsi="Aptos" w:eastAsia="Aptos"/>
                <w:b w:val="0"/>
                <w:i w:val="0"/>
              </w:rPr>
              <w:t>Quando o apoio acontece muito à frente do corpo, aumenta a tendência de frenagem. Quando há oscilação vertical excessiva, parte da energia vai para cima em vez de ir para frente. Quando falta estabilidade, o corpo desperdiça força tentando controlar movimento.</w:t>
            </w:r>
          </w:p>
          <w:p>
            <w:pPr/>
            <w:r>
              <w:rPr>
                <w:rFonts w:ascii="Aptos" w:hAnsi="Aptos" w:eastAsia="Aptos"/>
                <w:b w:val="0"/>
                <w:i w:val="0"/>
              </w:rPr>
              <w:t>A melhora biomecânica busca reduzir esses desperdícios. Não existe técnica única para todos os atletas, mas existem princípios mecânicos que ajudam a correr com menor custo e maior controle.</w:t>
            </w:r>
          </w:p>
          <w:p>
            <w:pPr/>
            <w:r>
              <w:rPr>
                <w:rFonts w:ascii="Aptos" w:hAnsi="Aptos" w:eastAsia="Aptos"/>
                <w:b w:val="0"/>
                <w:i w:val="0"/>
              </w:rPr>
              <w:t>O Método TriLife Running usa biomecânica como ferramenta prática: ajustar o movimento o suficiente para aumentar eficiência, economia e sustentabilidade.</w:t>
            </w:r>
          </w:p>
        </w:tc>
      </w:tr>
    </w:tbl>
    <w:p/>
    <w:p>
      <w:pPr>
        <w:pStyle w:val="Heading2"/>
      </w:pPr>
      <w:r>
        <w:t>18.7 O treinador observa o conjunto</w:t>
      </w:r>
    </w:p>
    <w:p>
      <w:pPr/>
      <w:r>
        <w:rPr>
          <w:rFonts w:ascii="Aptos" w:hAnsi="Aptos" w:eastAsia="Aptos"/>
          <w:b w:val="0"/>
          <w:i w:val="0"/>
        </w:rPr>
        <w:t>Na metodologia TriLife, a análise biomecânica nunca se resume à pisada.</w:t>
      </w:r>
    </w:p>
    <w:p>
      <w:pPr/>
      <w:r>
        <w:rPr>
          <w:rFonts w:ascii="Aptos" w:hAnsi="Aptos" w:eastAsia="Aptos"/>
          <w:b w:val="0"/>
          <w:i w:val="0"/>
        </w:rPr>
        <w:t>Observar apenas o pé é reduzir demais o problema.</w:t>
      </w:r>
    </w:p>
    <w:p>
      <w:pPr/>
      <w:r>
        <w:rPr>
          <w:rFonts w:ascii="Aptos" w:hAnsi="Aptos" w:eastAsia="Aptos"/>
          <w:b w:val="0"/>
          <w:i w:val="0"/>
        </w:rPr>
        <w:t>O treinador precisa compreender o movimento como sistema integrado:</w:t>
      </w:r>
    </w:p>
    <w:p>
      <w:pPr>
        <w:pStyle w:val="ListBullet"/>
      </w:pPr>
      <w:r>
        <w:rPr>
          <w:rFonts w:ascii="Aptos" w:hAnsi="Aptos" w:eastAsia="Aptos"/>
          <w:b w:val="0"/>
          <w:i w:val="0"/>
        </w:rPr>
        <w:t>como está a postura?</w:t>
      </w:r>
    </w:p>
    <w:p>
      <w:pPr>
        <w:pStyle w:val="ListBullet"/>
      </w:pPr>
      <w:r>
        <w:rPr>
          <w:rFonts w:ascii="Aptos" w:hAnsi="Aptos" w:eastAsia="Aptos"/>
          <w:b w:val="0"/>
          <w:i w:val="0"/>
        </w:rPr>
        <w:t>a cadência permanece estável?</w:t>
      </w:r>
    </w:p>
    <w:p>
      <w:pPr>
        <w:pStyle w:val="ListBullet"/>
      </w:pPr>
      <w:r>
        <w:rPr>
          <w:rFonts w:ascii="Aptos" w:hAnsi="Aptos" w:eastAsia="Aptos"/>
          <w:b w:val="0"/>
          <w:i w:val="0"/>
        </w:rPr>
        <w:t>o apoio acontece próximo ao corpo?</w:t>
      </w:r>
    </w:p>
    <w:p>
      <w:pPr>
        <w:pStyle w:val="ListBullet"/>
      </w:pPr>
      <w:r>
        <w:rPr>
          <w:rFonts w:ascii="Aptos" w:hAnsi="Aptos" w:eastAsia="Aptos"/>
          <w:b w:val="0"/>
          <w:i w:val="0"/>
        </w:rPr>
        <w:t>existe perda técnica com fadiga?</w:t>
      </w:r>
    </w:p>
    <w:p>
      <w:pPr>
        <w:pStyle w:val="ListBullet"/>
      </w:pPr>
      <w:r>
        <w:rPr>
          <w:rFonts w:ascii="Aptos" w:hAnsi="Aptos" w:eastAsia="Aptos"/>
          <w:b w:val="0"/>
          <w:i w:val="0"/>
        </w:rPr>
        <w:t>os braços acompanham a corrida?</w:t>
      </w:r>
    </w:p>
    <w:p>
      <w:pPr>
        <w:pStyle w:val="ListBullet"/>
      </w:pPr>
      <w:r>
        <w:rPr>
          <w:rFonts w:ascii="Aptos" w:hAnsi="Aptos" w:eastAsia="Aptos"/>
          <w:b w:val="0"/>
          <w:i w:val="0"/>
        </w:rPr>
        <w:t>o quadril mantém estabilidade?</w:t>
      </w:r>
    </w:p>
    <w:p>
      <w:pPr>
        <w:pStyle w:val="ListBullet"/>
      </w:pPr>
      <w:r>
        <w:rPr>
          <w:rFonts w:ascii="Aptos" w:hAnsi="Aptos" w:eastAsia="Aptos"/>
          <w:b w:val="0"/>
          <w:i w:val="0"/>
        </w:rPr>
        <w:t>há tensão excessiva?</w:t>
      </w:r>
    </w:p>
    <w:p>
      <w:pPr>
        <w:pStyle w:val="ListBullet"/>
      </w:pPr>
      <w:r>
        <w:rPr>
          <w:rFonts w:ascii="Aptos" w:hAnsi="Aptos" w:eastAsia="Aptos"/>
          <w:b w:val="0"/>
          <w:i w:val="0"/>
        </w:rPr>
        <w:t>o atleta consegue correr bem em diferentes intensidades?</w:t>
      </w:r>
    </w:p>
    <w:p>
      <w:pPr>
        <w:pStyle w:val="ListBullet"/>
      </w:pPr>
      <w:r>
        <w:rPr>
          <w:rFonts w:ascii="Aptos" w:hAnsi="Aptos" w:eastAsia="Aptos"/>
          <w:b w:val="0"/>
          <w:i w:val="0"/>
        </w:rPr>
        <w:t>a mecânica melhora depois dos educativos?</w:t>
      </w:r>
    </w:p>
    <w:p>
      <w:pPr>
        <w:pStyle w:val="ListBullet"/>
      </w:pPr>
      <w:r>
        <w:rPr>
          <w:rFonts w:ascii="Aptos" w:hAnsi="Aptos" w:eastAsia="Aptos"/>
          <w:b w:val="0"/>
          <w:i w:val="0"/>
        </w:rPr>
        <w:t>a técnica aparece também nos treinos fortes?</w:t>
      </w:r>
    </w:p>
    <w:p>
      <w:pPr/>
      <w:r>
        <w:rPr>
          <w:rFonts w:ascii="Aptos" w:hAnsi="Aptos" w:eastAsia="Aptos"/>
          <w:b w:val="0"/>
          <w:i w:val="0"/>
        </w:rPr>
        <w:t>Essas respostas orientam intervenções melhores do que tentar corrigir um detalhe isolado.</w:t>
      </w:r>
    </w:p>
    <w:p>
      <w:pPr/>
      <w:r>
        <w:rPr>
          <w:rFonts w:ascii="Aptos" w:hAnsi="Aptos" w:eastAsia="Aptos"/>
          <w:b w:val="0"/>
          <w:i w:val="0"/>
        </w:rPr>
        <w:t>Às vezes, o problema que aparece no pé começa no quadril. Em outros casos, a passada longa está ligada à baixa cadência. Uma tensão de ombro pode revelar excesso de esforço. A queda técnica pode indicar falta de força ou fadiga acumulada.</w:t>
      </w:r>
    </w:p>
    <w:p>
      <w:pPr/>
      <w:r>
        <w:rPr>
          <w:rFonts w:ascii="Aptos" w:hAnsi="Aptos" w:eastAsia="Aptos"/>
          <w:b w:val="0"/>
          <w:i w:val="0"/>
        </w:rPr>
        <w:t>O corpo corre inteiro.</w:t>
      </w:r>
    </w:p>
    <w:p>
      <w:pPr/>
      <w:r>
        <w:rPr>
          <w:rFonts w:ascii="Aptos" w:hAnsi="Aptos" w:eastAsia="Aptos"/>
          <w:b w:val="0"/>
          <w:i w:val="0"/>
        </w:rPr>
        <w:t>O treinador precisa observar inteiro.</w:t>
      </w:r>
    </w:p>
    <w:p>
      <w:pPr>
        <w:pStyle w:val="Heading2"/>
      </w:pPr>
      <w:r>
        <w:t>18.8 Biomecânica se aprende correndo</w:t>
      </w:r>
    </w:p>
    <w:p>
      <w:pPr/>
      <w:r>
        <w:rPr>
          <w:rFonts w:ascii="Aptos" w:hAnsi="Aptos" w:eastAsia="Aptos"/>
          <w:b w:val="0"/>
          <w:i w:val="0"/>
        </w:rPr>
        <w:t>A biomecânica não deve ficar apenas na teoria.</w:t>
      </w:r>
    </w:p>
    <w:p>
      <w:pPr/>
      <w:r>
        <w:rPr>
          <w:rFonts w:ascii="Aptos" w:hAnsi="Aptos" w:eastAsia="Aptos"/>
          <w:b w:val="0"/>
          <w:i w:val="0"/>
        </w:rPr>
        <w:t>Ela precisa aparecer nas sessões.</w:t>
      </w:r>
    </w:p>
    <w:p>
      <w:pPr/>
      <w:r>
        <w:rPr>
          <w:rFonts w:ascii="Aptos" w:hAnsi="Aptos" w:eastAsia="Aptos"/>
          <w:b w:val="0"/>
          <w:i w:val="0"/>
        </w:rPr>
        <w:t>No Método TriLife, o movimento é trabalhado em vários momentos:</w:t>
      </w:r>
    </w:p>
    <w:p>
      <w:pPr>
        <w:pStyle w:val="ListBullet"/>
      </w:pPr>
      <w:r>
        <w:rPr>
          <w:rFonts w:ascii="Aptos" w:hAnsi="Aptos" w:eastAsia="Aptos"/>
          <w:b w:val="0"/>
          <w:i w:val="0"/>
        </w:rPr>
        <w:t>educativos;</w:t>
      </w:r>
    </w:p>
    <w:p>
      <w:pPr>
        <w:pStyle w:val="ListBullet"/>
      </w:pPr>
      <w:r>
        <w:rPr>
          <w:rFonts w:ascii="Aptos" w:hAnsi="Aptos" w:eastAsia="Aptos"/>
          <w:b w:val="0"/>
          <w:i w:val="0"/>
        </w:rPr>
        <w:t>aquecimento;</w:t>
      </w:r>
    </w:p>
    <w:p>
      <w:pPr>
        <w:pStyle w:val="ListBullet"/>
      </w:pPr>
      <w:r>
        <w:rPr>
          <w:rFonts w:ascii="Aptos" w:hAnsi="Aptos" w:eastAsia="Aptos"/>
          <w:b w:val="0"/>
          <w:i w:val="0"/>
        </w:rPr>
        <w:t>progressivos;</w:t>
      </w:r>
    </w:p>
    <w:p>
      <w:pPr>
        <w:pStyle w:val="ListBullet"/>
      </w:pPr>
      <w:r>
        <w:rPr>
          <w:rFonts w:ascii="Aptos" w:hAnsi="Aptos" w:eastAsia="Aptos"/>
          <w:b w:val="0"/>
          <w:i w:val="0"/>
        </w:rPr>
        <w:t>rodagens;</w:t>
      </w:r>
    </w:p>
    <w:p>
      <w:pPr>
        <w:pStyle w:val="ListBullet"/>
      </w:pPr>
      <w:r>
        <w:rPr>
          <w:rFonts w:ascii="Aptos" w:hAnsi="Aptos" w:eastAsia="Aptos"/>
          <w:b w:val="0"/>
          <w:i w:val="0"/>
        </w:rPr>
        <w:t>Tempo Runs;</w:t>
      </w:r>
    </w:p>
    <w:p>
      <w:pPr>
        <w:pStyle w:val="ListBullet"/>
      </w:pPr>
      <w:r>
        <w:rPr>
          <w:rFonts w:ascii="Aptos" w:hAnsi="Aptos" w:eastAsia="Aptos"/>
          <w:b w:val="0"/>
          <w:i w:val="0"/>
        </w:rPr>
        <w:t>Fartleks;</w:t>
      </w:r>
    </w:p>
    <w:p>
      <w:pPr>
        <w:pStyle w:val="ListBullet"/>
      </w:pPr>
      <w:r>
        <w:rPr>
          <w:rFonts w:ascii="Aptos" w:hAnsi="Aptos" w:eastAsia="Aptos"/>
          <w:b w:val="0"/>
          <w:i w:val="0"/>
        </w:rPr>
        <w:t>intervalados;</w:t>
      </w:r>
    </w:p>
    <w:p>
      <w:pPr>
        <w:pStyle w:val="ListBullet"/>
      </w:pPr>
      <w:r>
        <w:rPr>
          <w:rFonts w:ascii="Aptos" w:hAnsi="Aptos" w:eastAsia="Aptos"/>
          <w:b w:val="0"/>
          <w:i w:val="0"/>
        </w:rPr>
        <w:t>subidas;</w:t>
      </w:r>
    </w:p>
    <w:p>
      <w:pPr>
        <w:pStyle w:val="ListBullet"/>
      </w:pPr>
      <w:r>
        <w:rPr>
          <w:rFonts w:ascii="Aptos" w:hAnsi="Aptos" w:eastAsia="Aptos"/>
          <w:b w:val="0"/>
          <w:i w:val="0"/>
        </w:rPr>
        <w:t>fortalecimento;</w:t>
      </w:r>
    </w:p>
    <w:p>
      <w:pPr>
        <w:pStyle w:val="ListBullet"/>
      </w:pPr>
      <w:r>
        <w:rPr>
          <w:rFonts w:ascii="Aptos" w:hAnsi="Aptos" w:eastAsia="Aptos"/>
          <w:b w:val="0"/>
          <w:i w:val="0"/>
        </w:rPr>
        <w:t>análise do treinador.</w:t>
      </w:r>
    </w:p>
    <w:p>
      <w:pPr/>
      <w:r>
        <w:rPr>
          <w:rFonts w:ascii="Aptos" w:hAnsi="Aptos" w:eastAsia="Aptos"/>
          <w:b w:val="0"/>
          <w:i w:val="0"/>
        </w:rPr>
        <w:t>Cada treino vira oportunidade para consolidar padrão eficiente.</w:t>
      </w:r>
    </w:p>
    <w:p>
      <w:pPr/>
      <w:r>
        <w:rPr>
          <w:rFonts w:ascii="Aptos" w:hAnsi="Aptos" w:eastAsia="Aptos"/>
          <w:b w:val="0"/>
          <w:i w:val="0"/>
        </w:rPr>
        <w:t>Quanto mais o atleta repete esse padrão, mais automática a técnica se torna.</w:t>
      </w:r>
    </w:p>
    <w:p>
      <w:pPr/>
      <w:r>
        <w:rPr>
          <w:rFonts w:ascii="Aptos" w:hAnsi="Aptos" w:eastAsia="Aptos"/>
          <w:b w:val="0"/>
          <w:i w:val="0"/>
        </w:rPr>
        <w:t>No dia da prova, ele não deve pensar em dez comandos. Precisa apenas correr com o corpo treinado.</w:t>
      </w:r>
    </w:p>
    <w:p>
      <w:pPr/>
      <w:r>
        <w:rPr>
          <w:rFonts w:ascii="Aptos" w:hAnsi="Aptos" w:eastAsia="Aptos"/>
          <w:b w:val="0"/>
          <w:i w:val="0"/>
        </w:rPr>
        <w:t>A biomecânica bem ensinada se transforma em hábito.</w:t>
      </w:r>
    </w:p>
    <w:p>
      <w:pPr/>
      <w:r>
        <w:rPr>
          <w:rFonts w:ascii="Aptos" w:hAnsi="Aptos" w:eastAsia="Aptos"/>
          <w:b w:val="0"/>
          <w:i w:val="0"/>
        </w:rPr>
        <w:t>Esse é o objetivo.</w:t>
      </w:r>
    </w:p>
    <w:p>
      <w:pPr/>
      <w:r>
        <w:rPr>
          <w:rFonts w:ascii="Aptos" w:hAnsi="Aptos" w:eastAsia="Aptos"/>
          <w:b w:val="0"/>
          <w:i w:val="0"/>
        </w:rPr>
        <w:t>Não criar dependência constante de correção, mas desenvolver um corredor capaz de manter movimento eficiente sem pensar o tempo todo nele.</w:t>
      </w:r>
    </w:p>
    <w:p>
      <w:pPr>
        <w:pStyle w:val="Heading2"/>
      </w:pPr>
      <w:r>
        <w:t>Conclusão</w:t>
      </w:r>
    </w:p>
    <w:p>
      <w:pPr/>
      <w:r>
        <w:rPr>
          <w:rFonts w:ascii="Aptos" w:hAnsi="Aptos" w:eastAsia="Aptos"/>
          <w:b w:val="0"/>
          <w:i w:val="0"/>
        </w:rPr>
        <w:t>No Método TriLife Running, a biomecânica representa muito mais do que uma análise técnica da corrida.</w:t>
      </w:r>
    </w:p>
    <w:p>
      <w:pPr/>
      <w:r>
        <w:rPr>
          <w:rFonts w:ascii="Aptos" w:hAnsi="Aptos" w:eastAsia="Aptos"/>
          <w:b w:val="0"/>
          <w:i w:val="0"/>
        </w:rPr>
        <w:t>Ela é um processo contínuo de aperfeiçoamento do movimento.</w:t>
      </w:r>
    </w:p>
    <w:p>
      <w:pPr/>
      <w:r>
        <w:rPr>
          <w:rFonts w:ascii="Aptos" w:hAnsi="Aptos" w:eastAsia="Aptos"/>
          <w:b w:val="0"/>
          <w:i w:val="0"/>
        </w:rPr>
        <w:t>Postura, cadência, apoio e propulsão trabalham juntos para reduzir desperdícios, melhorar economia, aumentar eficiência e preservar o atleta ao longo da preparação.</w:t>
      </w:r>
    </w:p>
    <w:p>
      <w:pPr/>
      <w:r>
        <w:rPr>
          <w:rFonts w:ascii="Aptos" w:hAnsi="Aptos" w:eastAsia="Aptos"/>
          <w:b w:val="0"/>
          <w:i w:val="0"/>
        </w:rPr>
        <w:t>Treinos Inteligentes não procuram criar uma técnica perfeita.</w:t>
      </w:r>
    </w:p>
    <w:p>
      <w:pPr/>
      <w:r>
        <w:rPr>
          <w:rFonts w:ascii="Aptos" w:hAnsi="Aptos" w:eastAsia="Aptos"/>
          <w:b w:val="0"/>
          <w:i w:val="0"/>
        </w:rPr>
        <w:t>Procuram construir movimento eficiente, sustentável e capaz de acompanhar a evolução do corredor.</w:t>
      </w:r>
    </w:p>
    <w:p>
      <w:pPr>
        <w:pStyle w:val="Heading2"/>
      </w:pPr>
      <w:r>
        <w:t>Princípios Fundamentais do Método TriLife Running</w:t>
      </w:r>
    </w:p>
    <w:p>
      <w:pPr>
        <w:pStyle w:val="TriLifeQuote"/>
      </w:pPr>
      <w:r>
        <w:rPr>
          <w:rFonts w:ascii="Aptos" w:hAnsi="Aptos" w:eastAsia="Aptos"/>
          <w:b w:val="0"/>
          <w:i/>
        </w:rPr>
        <w:t>Princípio Fundamental nº 69</w:t>
      </w:r>
    </w:p>
    <w:p>
      <w:pPr/>
      <w:r>
        <w:rPr>
          <w:rFonts w:ascii="Aptos" w:hAnsi="Aptos" w:eastAsia="Aptos"/>
          <w:b w:val="0"/>
          <w:i w:val="0"/>
        </w:rPr>
        <w:t>Correr naturalmente não significa correr eficientemente.</w:t>
      </w:r>
    </w:p>
    <w:p>
      <w:pPr>
        <w:pStyle w:val="TriLifeQuote"/>
      </w:pPr>
      <w:r>
        <w:rPr>
          <w:rFonts w:ascii="Aptos" w:hAnsi="Aptos" w:eastAsia="Aptos"/>
          <w:b w:val="0"/>
          <w:i/>
        </w:rPr>
        <w:t>Princípio Fundamental nº 70</w:t>
      </w:r>
    </w:p>
    <w:p>
      <w:pPr/>
      <w:r>
        <w:rPr>
          <w:rFonts w:ascii="Aptos" w:hAnsi="Aptos" w:eastAsia="Aptos"/>
          <w:b w:val="0"/>
          <w:i w:val="0"/>
        </w:rPr>
        <w:t>A biomecânica deve respeitar a individualidade do atleta, mas reduzir desperdícios.</w:t>
      </w:r>
    </w:p>
    <w:p>
      <w:pPr>
        <w:pStyle w:val="TriLifeQuote"/>
      </w:pPr>
      <w:r>
        <w:rPr>
          <w:rFonts w:ascii="Aptos" w:hAnsi="Aptos" w:eastAsia="Aptos"/>
          <w:b w:val="0"/>
          <w:i/>
        </w:rPr>
        <w:t>Princípio Fundamental nº 71</w:t>
      </w:r>
    </w:p>
    <w:p>
      <w:pPr/>
      <w:r>
        <w:rPr>
          <w:rFonts w:ascii="Aptos" w:hAnsi="Aptos" w:eastAsia="Aptos"/>
          <w:b w:val="0"/>
          <w:i w:val="0"/>
        </w:rPr>
        <w:t>Postura, cadência, apoio e propulsão formam o sistema básico da corrida eficiente.</w:t>
      </w:r>
    </w:p>
    <w:p>
      <w:pPr>
        <w:pStyle w:val="TriLifeQuote"/>
      </w:pPr>
      <w:r>
        <w:rPr>
          <w:rFonts w:ascii="Aptos" w:hAnsi="Aptos" w:eastAsia="Aptos"/>
          <w:b w:val="0"/>
          <w:i/>
        </w:rPr>
        <w:t>Princípio Fundamental nº 72</w:t>
      </w:r>
    </w:p>
    <w:p>
      <w:pPr/>
      <w:r>
        <w:rPr>
          <w:rFonts w:ascii="Aptos" w:hAnsi="Aptos" w:eastAsia="Aptos"/>
          <w:b w:val="0"/>
          <w:i w:val="0"/>
        </w:rPr>
        <w:t>Treinos Inteligentes desenvolvem condicionamento e movimento ao mesmo tempo.</w:t>
      </w:r>
    </w:p>
    <w:p>
      <w:r>
        <w:br w:type="page"/>
      </w:r>
    </w:p>
    <w:p>
      <w:pPr>
        <w:pStyle w:val="Heading1"/>
        <w:jc w:val="center"/>
      </w:pPr>
      <w:r>
        <w:t>CAPÍTULO 19</w:t>
      </w:r>
    </w:p>
    <w:p>
      <w:pPr>
        <w:pStyle w:val="Heading1"/>
        <w:jc w:val="center"/>
      </w:pPr>
      <w:r>
        <w:t>LEITURA DE DADOS NO TRAININGPEAKS</w:t>
      </w:r>
    </w:p>
    <w:p>
      <w:pPr>
        <w:pStyle w:val="TriLifeQuote"/>
      </w:pPr>
      <w:r>
        <w:rPr>
          <w:rFonts w:ascii="Aptos" w:hAnsi="Aptos" w:eastAsia="Aptos"/>
          <w:b w:val="0"/>
          <w:i/>
        </w:rPr>
        <w:t>“Plataforma não é metodologia. Plataforma é ambiente de organização.”</w:t>
      </w:r>
    </w:p>
    <w:p>
      <w:pPr>
        <w:pStyle w:val="Heading2"/>
      </w:pPr>
      <w:r>
        <w:t>19.1 O papel do TrainingPeaks dentro da metodologia</w:t>
      </w:r>
    </w:p>
    <w:p>
      <w:pPr/>
      <w:r>
        <w:rPr>
          <w:rFonts w:ascii="Aptos" w:hAnsi="Aptos" w:eastAsia="Aptos"/>
          <w:b w:val="0"/>
          <w:i w:val="0"/>
        </w:rPr>
        <w:t>O TrainingPeaks é uma das principais ferramentas operacionais utilizadas dentro do Método TriLife Running.</w:t>
      </w:r>
    </w:p>
    <w:p>
      <w:pPr/>
      <w:r>
        <w:rPr>
          <w:rFonts w:ascii="Aptos" w:hAnsi="Aptos" w:eastAsia="Aptos"/>
          <w:b w:val="0"/>
          <w:i w:val="0"/>
        </w:rPr>
        <w:t>Ele organiza calendário, sessões, zonas, histórico, comentários, aderência, carga, execução e resposta do atleta.</w:t>
      </w:r>
    </w:p>
    <w:p>
      <w:pPr/>
      <w:r>
        <w:rPr>
          <w:rFonts w:ascii="Aptos" w:hAnsi="Aptos" w:eastAsia="Aptos"/>
          <w:b w:val="0"/>
          <w:i w:val="0"/>
        </w:rPr>
        <w:t>Mas a plataforma não cria metodologia.</w:t>
      </w:r>
    </w:p>
    <w:p>
      <w:pPr/>
      <w:r>
        <w:rPr>
          <w:rFonts w:ascii="Aptos" w:hAnsi="Aptos" w:eastAsia="Aptos"/>
          <w:b w:val="0"/>
          <w:i w:val="0"/>
        </w:rPr>
        <w:t>Ela mostra informações.</w:t>
      </w:r>
    </w:p>
    <w:p>
      <w:pPr/>
      <w:r>
        <w:rPr>
          <w:rFonts w:ascii="Aptos" w:hAnsi="Aptos" w:eastAsia="Aptos"/>
          <w:b w:val="0"/>
          <w:i w:val="0"/>
        </w:rPr>
        <w:t>O treinador interpreta.</w:t>
      </w:r>
    </w:p>
    <w:p>
      <w:pPr/>
      <w:r>
        <w:rPr>
          <w:rFonts w:ascii="Aptos" w:hAnsi="Aptos" w:eastAsia="Aptos"/>
          <w:b w:val="0"/>
          <w:i w:val="0"/>
        </w:rPr>
        <w:t>Essa distinção precisa ser mantida. O valor do TrainingPeaks não está apenas em entregar treinos de forma organizada. Está em permitir que o coach acompanhe o processo com mais clareza.</w:t>
      </w:r>
    </w:p>
    <w:p>
      <w:pPr/>
      <w:r>
        <w:rPr>
          <w:rFonts w:ascii="Aptos" w:hAnsi="Aptos" w:eastAsia="Aptos"/>
          <w:b w:val="0"/>
          <w:i w:val="0"/>
        </w:rPr>
        <w:t>A plataforma ajuda a enxergar padrões que poderiam passar despercebidos.</w:t>
      </w:r>
    </w:p>
    <w:p>
      <w:pPr/>
      <w:r>
        <w:rPr>
          <w:rFonts w:ascii="Aptos" w:hAnsi="Aptos" w:eastAsia="Aptos"/>
          <w:b w:val="0"/>
          <w:i w:val="0"/>
        </w:rPr>
        <w:t>Quando o atleta treinou.</w:t>
      </w:r>
    </w:p>
    <w:p>
      <w:pPr/>
      <w:r>
        <w:rPr>
          <w:rFonts w:ascii="Aptos" w:hAnsi="Aptos" w:eastAsia="Aptos"/>
          <w:b w:val="0"/>
          <w:i w:val="0"/>
        </w:rPr>
        <w:t>Como treinou.</w:t>
      </w:r>
    </w:p>
    <w:p>
      <w:pPr/>
      <w:r>
        <w:rPr>
          <w:rFonts w:ascii="Aptos" w:hAnsi="Aptos" w:eastAsia="Aptos"/>
          <w:b w:val="0"/>
          <w:i w:val="0"/>
        </w:rPr>
        <w:t>O que cumpriu.</w:t>
      </w:r>
    </w:p>
    <w:p>
      <w:pPr/>
      <w:r>
        <w:rPr>
          <w:rFonts w:ascii="Aptos" w:hAnsi="Aptos" w:eastAsia="Aptos"/>
          <w:b w:val="0"/>
          <w:i w:val="0"/>
        </w:rPr>
        <w:t>O que deixou de fazer.</w:t>
      </w:r>
    </w:p>
    <w:p>
      <w:pPr/>
      <w:r>
        <w:rPr>
          <w:rFonts w:ascii="Aptos" w:hAnsi="Aptos" w:eastAsia="Aptos"/>
          <w:b w:val="0"/>
          <w:i w:val="0"/>
        </w:rPr>
        <w:t>Onde exagerou.</w:t>
      </w:r>
    </w:p>
    <w:p>
      <w:pPr/>
      <w:r>
        <w:rPr>
          <w:rFonts w:ascii="Aptos" w:hAnsi="Aptos" w:eastAsia="Aptos"/>
          <w:b w:val="0"/>
          <w:i w:val="0"/>
        </w:rPr>
        <w:t>Onde reduziu.</w:t>
      </w:r>
    </w:p>
    <w:p>
      <w:pPr/>
      <w:r>
        <w:rPr>
          <w:rFonts w:ascii="Aptos" w:hAnsi="Aptos" w:eastAsia="Aptos"/>
          <w:b w:val="0"/>
          <w:i w:val="0"/>
        </w:rPr>
        <w:t>Como comentou.</w:t>
      </w:r>
    </w:p>
    <w:p>
      <w:pPr/>
      <w:r>
        <w:rPr>
          <w:rFonts w:ascii="Aptos" w:hAnsi="Aptos" w:eastAsia="Aptos"/>
          <w:b w:val="0"/>
          <w:i w:val="0"/>
        </w:rPr>
        <w:t>Como respondeu ao longo das semanas.</w:t>
      </w:r>
    </w:p>
    <w:p>
      <w:pPr/>
      <w:r>
        <w:rPr>
          <w:rFonts w:ascii="Aptos" w:hAnsi="Aptos" w:eastAsia="Aptos"/>
          <w:b w:val="0"/>
          <w:i w:val="0"/>
        </w:rPr>
        <w:t>Esses sinais não decidem sozinhos.</w:t>
      </w:r>
    </w:p>
    <w:p>
      <w:pPr/>
      <w:r>
        <w:rPr>
          <w:rFonts w:ascii="Aptos" w:hAnsi="Aptos" w:eastAsia="Aptos"/>
          <w:b w:val="0"/>
          <w:i w:val="0"/>
        </w:rPr>
        <w:t>Eles alimentam a tomada de decisão.</w:t>
      </w:r>
    </w:p>
    <w:p>
      <w:pPr/>
      <w:r>
        <w:rPr>
          <w:rFonts w:ascii="Aptos" w:hAnsi="Aptos" w:eastAsia="Aptos"/>
          <w:b w:val="0"/>
          <w:i w:val="0"/>
        </w:rPr>
        <w:t>Dentro do DNA TriLife, TrainingPeaks é uma ferramenta de leitura do processo. Não é piloto automático.</w:t>
      </w:r>
    </w:p>
    <w:p>
      <w:pPr>
        <w:pStyle w:val="Heading2"/>
      </w:pPr>
      <w:r>
        <w:t>19.2 O calendário revela comportamento</w:t>
      </w:r>
    </w:p>
    <w:p>
      <w:pPr/>
      <w:r>
        <w:rPr>
          <w:rFonts w:ascii="Aptos" w:hAnsi="Aptos" w:eastAsia="Aptos"/>
          <w:b w:val="0"/>
          <w:i w:val="0"/>
        </w:rPr>
        <w:t>Antes de analisar gráficos sofisticados, o treinador precisa observar o calendário.</w:t>
      </w:r>
    </w:p>
    <w:p>
      <w:pPr/>
      <w:r>
        <w:rPr>
          <w:rFonts w:ascii="Aptos" w:hAnsi="Aptos" w:eastAsia="Aptos"/>
          <w:b w:val="0"/>
          <w:i w:val="0"/>
        </w:rPr>
        <w:t>A primeira informação importante é a continuidade.</w:t>
      </w:r>
    </w:p>
    <w:p>
      <w:pPr/>
      <w:r>
        <w:rPr>
          <w:rFonts w:ascii="Aptos" w:hAnsi="Aptos" w:eastAsia="Aptos"/>
          <w:b w:val="0"/>
          <w:i w:val="0"/>
        </w:rPr>
        <w:t>O atleta está treinando com regularidade? Está cumprindo a semana? Está repetindo sessões úteis? Está criando base para sustentar a próxima etapa?</w:t>
      </w:r>
    </w:p>
    <w:p>
      <w:pPr/>
      <w:r>
        <w:rPr>
          <w:rFonts w:ascii="Aptos" w:hAnsi="Aptos" w:eastAsia="Aptos"/>
          <w:b w:val="0"/>
          <w:i w:val="0"/>
        </w:rPr>
        <w:t>A leitura do calendário mostra comportamento antes de mostrar performance.</w:t>
      </w:r>
    </w:p>
    <w:p>
      <w:pPr/>
      <w:r>
        <w:rPr>
          <w:rFonts w:ascii="Aptos" w:hAnsi="Aptos" w:eastAsia="Aptos"/>
          <w:b w:val="0"/>
          <w:i w:val="0"/>
        </w:rPr>
        <w:t>Um atleta pode executar uma sessão forte de forma excelente, mas ainda estar longe de evoluir se não consegue repetir semanas consistentes. Por outro lado, um corredor que mantém boa aderência, respeita zonas e acumula semanas bem executadas tende a construir evolução mais sólida.</w:t>
      </w:r>
    </w:p>
    <w:p>
      <w:pPr/>
      <w:r>
        <w:rPr>
          <w:rFonts w:ascii="Aptos" w:hAnsi="Aptos" w:eastAsia="Aptos"/>
          <w:b w:val="0"/>
          <w:i w:val="0"/>
        </w:rPr>
        <w:t>A regularidade aparece no calendário.</w:t>
      </w:r>
    </w:p>
    <w:p>
      <w:pPr/>
      <w:r>
        <w:rPr>
          <w:rFonts w:ascii="Aptos" w:hAnsi="Aptos" w:eastAsia="Aptos"/>
          <w:b w:val="0"/>
          <w:i w:val="0"/>
        </w:rPr>
        <w:t>As cores mostram parte da história.</w:t>
      </w:r>
    </w:p>
    <w:p>
      <w:pPr/>
      <w:r>
        <w:rPr>
          <w:rFonts w:ascii="Aptos" w:hAnsi="Aptos" w:eastAsia="Aptos"/>
          <w:b w:val="0"/>
          <w:i w:val="0"/>
        </w:rPr>
        <w:t>A sequência de treinos revela se o processo está vivo.</w:t>
      </w:r>
    </w:p>
    <w:p>
      <w:pPr/>
      <w:r>
        <w:rPr>
          <w:rFonts w:ascii="Aptos" w:hAnsi="Aptos" w:eastAsia="Aptos"/>
          <w:b w:val="0"/>
          <w:i w:val="0"/>
        </w:rPr>
        <w:t>Antes de buscar sofisticação, o Método TriLife procura identificar continuidade.</w:t>
      </w:r>
    </w:p>
    <w:p>
      <w:pPr/>
      <w:r>
        <w:rPr>
          <w:rFonts w:ascii="Aptos" w:hAnsi="Aptos" w:eastAsia="Aptos"/>
          <w:b w:val="0"/>
          <w:i w:val="0"/>
        </w:rPr>
        <w:t>Sem continuidade, os dados perdem profundidade.</w:t>
      </w:r>
    </w:p>
    <w:p>
      <w:pPr>
        <w:pStyle w:val="Heading2"/>
      </w:pPr>
      <w:r>
        <w:t>19.3 Aderência é uma métrica de treinamento</w:t>
      </w:r>
    </w:p>
    <w:p>
      <w:pPr/>
      <w:r>
        <w:rPr>
          <w:rFonts w:ascii="Aptos" w:hAnsi="Aptos" w:eastAsia="Aptos"/>
          <w:b w:val="0"/>
          <w:i w:val="0"/>
        </w:rPr>
        <w:t>Aderência não é apenas controle administrativo.</w:t>
      </w:r>
    </w:p>
    <w:p>
      <w:pPr/>
      <w:r>
        <w:rPr>
          <w:rFonts w:ascii="Aptos" w:hAnsi="Aptos" w:eastAsia="Aptos"/>
          <w:b w:val="0"/>
          <w:i w:val="0"/>
        </w:rPr>
        <w:t>É variável de treinamento.</w:t>
      </w:r>
    </w:p>
    <w:p>
      <w:pPr/>
      <w:r>
        <w:rPr>
          <w:rFonts w:ascii="Aptos" w:hAnsi="Aptos" w:eastAsia="Aptos"/>
          <w:b w:val="0"/>
          <w:i w:val="0"/>
        </w:rPr>
        <w:t>Um ciclo só produz adaptação quando o atleta consegue executar quantidade suficiente de estímulos com regularidade e coerência.</w:t>
      </w:r>
    </w:p>
    <w:p>
      <w:pPr/>
      <w:r>
        <w:rPr>
          <w:rFonts w:ascii="Aptos" w:hAnsi="Aptos" w:eastAsia="Aptos"/>
          <w:b w:val="0"/>
          <w:i w:val="0"/>
        </w:rPr>
        <w:t>No TrainingPeaks, a comparação entre planejado e executado mostra a distância entre prescrição e realidade. Essa distância precisa ser interpretada com maturidade.</w:t>
      </w:r>
    </w:p>
    <w:p>
      <w:pPr/>
      <w:r>
        <w:rPr>
          <w:rFonts w:ascii="Aptos" w:hAnsi="Aptos" w:eastAsia="Aptos"/>
          <w:b w:val="0"/>
          <w:i w:val="0"/>
        </w:rPr>
        <w:t>Nem toda falha indica falta de comprometimento.</w:t>
      </w:r>
    </w:p>
    <w:p>
      <w:pPr/>
      <w:r>
        <w:rPr>
          <w:rFonts w:ascii="Aptos" w:hAnsi="Aptos" w:eastAsia="Aptos"/>
          <w:b w:val="0"/>
          <w:i w:val="0"/>
        </w:rPr>
        <w:t>Às vezes, revela excesso de carga, rotina incompatível, sono ruim, dor, trabalho acumulado, baixa compreensão do treino ou falta de confiança na proposta.</w:t>
      </w:r>
    </w:p>
    <w:p>
      <w:pPr/>
      <w:r>
        <w:rPr>
          <w:rFonts w:ascii="Aptos" w:hAnsi="Aptos" w:eastAsia="Aptos"/>
          <w:b w:val="0"/>
          <w:i w:val="0"/>
        </w:rPr>
        <w:t>Dentro da metodologia TriLife, a pergunta não é apenas:</w:t>
      </w:r>
    </w:p>
    <w:p>
      <w:pPr>
        <w:pStyle w:val="TriLifeQuote"/>
      </w:pPr>
      <w:r>
        <w:rPr>
          <w:rFonts w:ascii="Aptos" w:hAnsi="Aptos" w:eastAsia="Aptos"/>
          <w:b w:val="0"/>
          <w:i/>
        </w:rPr>
        <w:t>“O atleta fez ou não fez?”</w:t>
      </w:r>
    </w:p>
    <w:p>
      <w:pPr/>
      <w:r>
        <w:rPr>
          <w:rFonts w:ascii="Aptos" w:hAnsi="Aptos" w:eastAsia="Aptos"/>
          <w:b w:val="0"/>
          <w:i w:val="0"/>
        </w:rPr>
        <w:t>A pergunta correta é:</w:t>
      </w:r>
    </w:p>
    <w:p>
      <w:pPr>
        <w:pStyle w:val="TriLifeQuote"/>
      </w:pPr>
      <w:r>
        <w:rPr>
          <w:rFonts w:ascii="Aptos" w:hAnsi="Aptos" w:eastAsia="Aptos"/>
          <w:b w:val="0"/>
          <w:i/>
        </w:rPr>
        <w:t>“Por que isso aconteceu e o que essa repetição indica?”</w:t>
      </w:r>
    </w:p>
    <w:p>
      <w:pPr/>
      <w:r>
        <w:rPr>
          <w:rFonts w:ascii="Aptos" w:hAnsi="Aptos" w:eastAsia="Aptos"/>
          <w:b w:val="0"/>
          <w:i w:val="0"/>
        </w:rPr>
        <w:t>Quando a baixa adesão aparece uma vez, pode ser evento. Quando se repete, vira tendência. E tendência precisa ser interpretada.</w:t>
      </w:r>
    </w:p>
    <w:p>
      <w:pPr/>
      <w:r>
        <w:rPr>
          <w:rFonts w:ascii="Aptos" w:hAnsi="Aptos" w:eastAsia="Aptos"/>
          <w:b w:val="0"/>
          <w:i w:val="0"/>
        </w:rPr>
        <w:t>O treinador pode ajustar volume, reorganizar dias, simplificar a semana, trocar estímulos, reduzir complexidade ou estabelecer micrometas para reconstruir consistência.</w:t>
      </w:r>
    </w:p>
    <w:p>
      <w:pPr/>
      <w:r>
        <w:rPr>
          <w:rFonts w:ascii="Aptos" w:hAnsi="Aptos" w:eastAsia="Aptos"/>
          <w:b w:val="0"/>
          <w:i w:val="0"/>
        </w:rPr>
        <w:t>Aderência baixa não deve gerar julgamento automático.</w:t>
      </w:r>
    </w:p>
    <w:p>
      <w:pPr/>
      <w:r>
        <w:rPr>
          <w:rFonts w:ascii="Aptos" w:hAnsi="Aptos" w:eastAsia="Aptos"/>
          <w:b w:val="0"/>
          <w:i w:val="0"/>
        </w:rPr>
        <w:t>Deve gerar leitura técnica.</w:t>
      </w:r>
    </w:p>
    <w:p>
      <w:pPr>
        <w:pStyle w:val="Heading2"/>
      </w:pPr>
      <w:r>
        <w:t>19.4 Cores, execução e contexto</w:t>
      </w:r>
    </w:p>
    <w:p>
      <w:pPr/>
      <w:r>
        <w:rPr>
          <w:rFonts w:ascii="Aptos" w:hAnsi="Aptos" w:eastAsia="Aptos"/>
          <w:b w:val="0"/>
          <w:i w:val="0"/>
        </w:rPr>
        <w:t>As marcações visuais da plataforma ajudam a identificar rapidamente se um treino foi executado próximo do planejado, abaixo do esperado ou acima do previsto.</w:t>
      </w:r>
    </w:p>
    <w:p>
      <w:pPr/>
      <w:r>
        <w:rPr>
          <w:rFonts w:ascii="Aptos" w:hAnsi="Aptos" w:eastAsia="Aptos"/>
          <w:b w:val="0"/>
          <w:i w:val="0"/>
        </w:rPr>
        <w:t>Essa visualização é útil.</w:t>
      </w:r>
    </w:p>
    <w:p>
      <w:pPr/>
      <w:r>
        <w:rPr>
          <w:rFonts w:ascii="Aptos" w:hAnsi="Aptos" w:eastAsia="Aptos"/>
          <w:b w:val="0"/>
          <w:i w:val="0"/>
        </w:rPr>
        <w:t>Mas não deve ser interpretada de forma automática.</w:t>
      </w:r>
    </w:p>
    <w:p>
      <w:pPr/>
      <w:r>
        <w:rPr>
          <w:rFonts w:ascii="Aptos" w:hAnsi="Aptos" w:eastAsia="Aptos"/>
          <w:b w:val="0"/>
          <w:i w:val="0"/>
        </w:rPr>
        <w:t>Um treino verde pode ter sido cumprido em volume, mas executado com intensidade errada. Um treino abaixo do planejado pode ter sido uma decisão inteligente diante de dor, calor excessivo ou fadiga. Uma sessão acima do previsto pode parecer positiva, mas também pode representar risco quando quebra a lógica da semana.</w:t>
      </w:r>
    </w:p>
    <w:p>
      <w:pPr/>
      <w:r>
        <w:rPr>
          <w:rFonts w:ascii="Aptos" w:hAnsi="Aptos" w:eastAsia="Aptos"/>
          <w:b w:val="0"/>
          <w:i w:val="0"/>
        </w:rPr>
        <w:t>A plataforma aponta sinais.</w:t>
      </w:r>
    </w:p>
    <w:p>
      <w:pPr/>
      <w:r>
        <w:rPr>
          <w:rFonts w:ascii="Aptos" w:hAnsi="Aptos" w:eastAsia="Aptos"/>
          <w:b w:val="0"/>
          <w:i w:val="0"/>
        </w:rPr>
        <w:t>O treinador precisa interpretar contexto.</w:t>
      </w:r>
    </w:p>
    <w:p>
      <w:pPr/>
      <w:r>
        <w:rPr>
          <w:rFonts w:ascii="Aptos" w:hAnsi="Aptos" w:eastAsia="Aptos"/>
          <w:b w:val="0"/>
          <w:i w:val="0"/>
        </w:rPr>
        <w:t>A cor não substitui a leitura.</w:t>
      </w:r>
    </w:p>
    <w:p>
      <w:pPr/>
      <w:r>
        <w:rPr>
          <w:rFonts w:ascii="Aptos" w:hAnsi="Aptos" w:eastAsia="Aptos"/>
          <w:b w:val="0"/>
          <w:i w:val="0"/>
        </w:rPr>
        <w:t>O método precisa cruzar a marca visual com:</w:t>
      </w:r>
    </w:p>
    <w:p>
      <w:pPr>
        <w:pStyle w:val="ListBullet"/>
      </w:pPr>
      <w:r>
        <w:rPr>
          <w:rFonts w:ascii="Aptos" w:hAnsi="Aptos" w:eastAsia="Aptos"/>
          <w:b w:val="0"/>
          <w:i w:val="0"/>
        </w:rPr>
        <w:t>objetivo da sessão;</w:t>
      </w:r>
    </w:p>
    <w:p>
      <w:pPr>
        <w:pStyle w:val="ListBullet"/>
      </w:pPr>
      <w:r>
        <w:rPr>
          <w:rFonts w:ascii="Aptos" w:hAnsi="Aptos" w:eastAsia="Aptos"/>
          <w:b w:val="0"/>
          <w:i w:val="0"/>
        </w:rPr>
        <w:t>zona prescrita;</w:t>
      </w:r>
    </w:p>
    <w:p>
      <w:pPr>
        <w:pStyle w:val="ListBullet"/>
      </w:pPr>
      <w:r>
        <w:rPr>
          <w:rFonts w:ascii="Aptos" w:hAnsi="Aptos" w:eastAsia="Aptos"/>
          <w:b w:val="0"/>
          <w:i w:val="0"/>
        </w:rPr>
        <w:t>percepção subjetiva;</w:t>
      </w:r>
    </w:p>
    <w:p>
      <w:pPr>
        <w:pStyle w:val="ListBullet"/>
      </w:pPr>
      <w:r>
        <w:rPr>
          <w:rFonts w:ascii="Aptos" w:hAnsi="Aptos" w:eastAsia="Aptos"/>
          <w:b w:val="0"/>
          <w:i w:val="0"/>
        </w:rPr>
        <w:t>frequência cardíaca;</w:t>
      </w:r>
    </w:p>
    <w:p>
      <w:pPr>
        <w:pStyle w:val="ListBullet"/>
      </w:pPr>
      <w:r>
        <w:rPr>
          <w:rFonts w:ascii="Aptos" w:hAnsi="Aptos" w:eastAsia="Aptos"/>
          <w:b w:val="0"/>
          <w:i w:val="0"/>
        </w:rPr>
        <w:t>pace;</w:t>
      </w:r>
    </w:p>
    <w:p>
      <w:pPr>
        <w:pStyle w:val="ListBullet"/>
      </w:pPr>
      <w:r>
        <w:rPr>
          <w:rFonts w:ascii="Aptos" w:hAnsi="Aptos" w:eastAsia="Aptos"/>
          <w:b w:val="0"/>
          <w:i w:val="0"/>
        </w:rPr>
        <w:t>comentário do atleta;</w:t>
      </w:r>
    </w:p>
    <w:p>
      <w:pPr>
        <w:pStyle w:val="ListBullet"/>
      </w:pPr>
      <w:r>
        <w:rPr>
          <w:rFonts w:ascii="Aptos" w:hAnsi="Aptos" w:eastAsia="Aptos"/>
          <w:b w:val="0"/>
          <w:i w:val="0"/>
        </w:rPr>
        <w:t>posição do treino na semana;</w:t>
      </w:r>
    </w:p>
    <w:p>
      <w:pPr>
        <w:pStyle w:val="ListBullet"/>
      </w:pPr>
      <w:r>
        <w:rPr>
          <w:rFonts w:ascii="Aptos" w:hAnsi="Aptos" w:eastAsia="Aptos"/>
          <w:b w:val="0"/>
          <w:i w:val="0"/>
        </w:rPr>
        <w:t>histórico recente;</w:t>
      </w:r>
    </w:p>
    <w:p>
      <w:pPr>
        <w:pStyle w:val="ListBullet"/>
      </w:pPr>
      <w:r>
        <w:rPr>
          <w:rFonts w:ascii="Aptos" w:hAnsi="Aptos" w:eastAsia="Aptos"/>
          <w:b w:val="0"/>
          <w:i w:val="0"/>
        </w:rPr>
        <w:t>resposta após a sessão.</w:t>
      </w:r>
    </w:p>
    <w:p>
      <w:pPr/>
      <w:r>
        <w:rPr>
          <w:rFonts w:ascii="Aptos" w:hAnsi="Aptos" w:eastAsia="Aptos"/>
          <w:b w:val="0"/>
          <w:i w:val="0"/>
        </w:rPr>
        <w:t>Sem esse cruzamento, o coach pode premiar erro e punir decisão inteligente.</w:t>
      </w:r>
    </w:p>
    <w:p>
      <w:pPr/>
      <w:r>
        <w:rPr>
          <w:rFonts w:ascii="Aptos" w:hAnsi="Aptos" w:eastAsia="Aptos"/>
          <w:b w:val="0"/>
          <w:i w:val="0"/>
        </w:rPr>
        <w:t>Treinos Inteligentes não analisam cor isolada.</w:t>
      </w:r>
    </w:p>
    <w:p>
      <w:pPr/>
      <w:r>
        <w:rPr>
          <w:rFonts w:ascii="Aptos" w:hAnsi="Aptos" w:eastAsia="Aptos"/>
          <w:b w:val="0"/>
          <w:i w:val="0"/>
        </w:rPr>
        <w:t>Analisam coerência.</w:t>
      </w:r>
    </w:p>
    <w:p>
      <w:pPr>
        <w:pStyle w:val="Heading2"/>
      </w:pPr>
      <w:r>
        <w:t>19.5 Comentário do atleta também é dado</w:t>
      </w:r>
    </w:p>
    <w:p>
      <w:pPr/>
      <w:r>
        <w:rPr>
          <w:rFonts w:ascii="Aptos" w:hAnsi="Aptos" w:eastAsia="Aptos"/>
          <w:b w:val="0"/>
          <w:i w:val="0"/>
        </w:rPr>
        <w:t>O comentário do atleta é uma das informações mais importantes do TrainingPeaks.</w:t>
      </w:r>
    </w:p>
    <w:p>
      <w:pPr/>
      <w:r>
        <w:rPr>
          <w:rFonts w:ascii="Aptos" w:hAnsi="Aptos" w:eastAsia="Aptos"/>
          <w:b w:val="0"/>
          <w:i w:val="0"/>
        </w:rPr>
        <w:t>Muitos treinadores olham apenas para números. A metodologia TriLife olha também para a percepção.</w:t>
      </w:r>
    </w:p>
    <w:p>
      <w:pPr/>
      <w:r>
        <w:rPr>
          <w:rFonts w:ascii="Aptos" w:hAnsi="Aptos" w:eastAsia="Aptos"/>
          <w:b w:val="0"/>
          <w:i w:val="0"/>
        </w:rPr>
        <w:t>Um comentário simples pode mudar a interpretação de um treino.</w:t>
      </w:r>
    </w:p>
    <w:p>
      <w:pPr/>
      <w:r>
        <w:rPr>
          <w:rFonts w:ascii="Aptos" w:hAnsi="Aptos" w:eastAsia="Aptos"/>
          <w:b w:val="0"/>
          <w:i w:val="0"/>
        </w:rPr>
        <w:t>“Treino controlado.”</w:t>
      </w:r>
    </w:p>
    <w:p>
      <w:pPr/>
      <w:r>
        <w:rPr>
          <w:rFonts w:ascii="Aptos" w:hAnsi="Aptos" w:eastAsia="Aptos"/>
          <w:b w:val="0"/>
          <w:i w:val="0"/>
        </w:rPr>
        <w:t>“Pernas pesadas.”</w:t>
      </w:r>
    </w:p>
    <w:p>
      <w:pPr/>
      <w:r>
        <w:rPr>
          <w:rFonts w:ascii="Aptos" w:hAnsi="Aptos" w:eastAsia="Aptos"/>
          <w:b w:val="0"/>
          <w:i w:val="0"/>
        </w:rPr>
        <w:t>“Senti dor no joelho.”</w:t>
      </w:r>
    </w:p>
    <w:p>
      <w:pPr/>
      <w:r>
        <w:rPr>
          <w:rFonts w:ascii="Aptos" w:hAnsi="Aptos" w:eastAsia="Aptos"/>
          <w:b w:val="0"/>
          <w:i w:val="0"/>
        </w:rPr>
        <w:t>“Fiz no calor.”</w:t>
      </w:r>
    </w:p>
    <w:p>
      <w:pPr/>
      <w:r>
        <w:rPr>
          <w:rFonts w:ascii="Aptos" w:hAnsi="Aptos" w:eastAsia="Aptos"/>
          <w:b w:val="0"/>
          <w:i w:val="0"/>
        </w:rPr>
        <w:t>“Dormir mal.”</w:t>
      </w:r>
    </w:p>
    <w:p>
      <w:pPr/>
      <w:r>
        <w:rPr>
          <w:rFonts w:ascii="Aptos" w:hAnsi="Aptos" w:eastAsia="Aptos"/>
          <w:b w:val="0"/>
          <w:i w:val="0"/>
        </w:rPr>
        <w:t>“Segurei porque estava cansado.”</w:t>
      </w:r>
    </w:p>
    <w:p>
      <w:pPr/>
      <w:r>
        <w:rPr>
          <w:rFonts w:ascii="Aptos" w:hAnsi="Aptos" w:eastAsia="Aptos"/>
          <w:b w:val="0"/>
          <w:i w:val="0"/>
        </w:rPr>
        <w:t>“Terminei bem.”</w:t>
      </w:r>
    </w:p>
    <w:p>
      <w:pPr/>
      <w:r>
        <w:rPr>
          <w:rFonts w:ascii="Aptos" w:hAnsi="Aptos" w:eastAsia="Aptos"/>
          <w:b w:val="0"/>
          <w:i w:val="0"/>
        </w:rPr>
        <w:t>“Senti que daria para mais.”</w:t>
      </w:r>
    </w:p>
    <w:p>
      <w:pPr/>
      <w:r>
        <w:rPr>
          <w:rFonts w:ascii="Aptos" w:hAnsi="Aptos" w:eastAsia="Aptos"/>
          <w:b w:val="0"/>
          <w:i w:val="0"/>
        </w:rPr>
        <w:t>“Frequência subiu muito.”</w:t>
      </w:r>
    </w:p>
    <w:p>
      <w:pPr/>
      <w:r>
        <w:rPr>
          <w:rFonts w:ascii="Aptos" w:hAnsi="Aptos" w:eastAsia="Aptos"/>
          <w:b w:val="0"/>
          <w:i w:val="0"/>
        </w:rPr>
        <w:t>“Respiração ficou descontrolada.”</w:t>
      </w:r>
    </w:p>
    <w:p>
      <w:pPr/>
      <w:r>
        <w:rPr>
          <w:rFonts w:ascii="Aptos" w:hAnsi="Aptos" w:eastAsia="Aptos"/>
          <w:b w:val="0"/>
          <w:i w:val="0"/>
        </w:rPr>
        <w:t>Essas frases aproximam o treinador da realidade.</w:t>
      </w:r>
    </w:p>
    <w:p>
      <w:pPr/>
      <w:r>
        <w:rPr>
          <w:rFonts w:ascii="Aptos" w:hAnsi="Aptos" w:eastAsia="Aptos"/>
          <w:b w:val="0"/>
          <w:i w:val="0"/>
        </w:rPr>
        <w:t>O número mostra o que aconteceu. O comentário ajuda a entender como aconteceu.</w:t>
      </w:r>
    </w:p>
    <w:p>
      <w:pPr/>
      <w:r>
        <w:rPr>
          <w:rFonts w:ascii="Aptos" w:hAnsi="Aptos" w:eastAsia="Aptos"/>
          <w:b w:val="0"/>
          <w:i w:val="0"/>
        </w:rPr>
        <w:t>Quando o atleta aprende a comentar bem, a qualidade da análise melhora muito. Ele deixa de escrever apenas “feito” e passa a comunicar sinais úteis.</w:t>
      </w:r>
    </w:p>
    <w:p>
      <w:pPr/>
      <w:r>
        <w:rPr>
          <w:rFonts w:ascii="Aptos" w:hAnsi="Aptos" w:eastAsia="Aptos"/>
          <w:b w:val="0"/>
          <w:i w:val="0"/>
        </w:rPr>
        <w:t>O treinador deve educar essa comunicação.</w:t>
      </w:r>
    </w:p>
    <w:p>
      <w:pPr/>
      <w:r>
        <w:rPr>
          <w:rFonts w:ascii="Aptos" w:hAnsi="Aptos" w:eastAsia="Aptos"/>
          <w:b w:val="0"/>
          <w:i w:val="0"/>
        </w:rPr>
        <w:t>Feedback bom também se treina.</w:t>
      </w:r>
    </w:p>
    <w:p>
      <w:pPr>
        <w:pStyle w:val="Heading2"/>
      </w:pPr>
      <w:r>
        <w:t>19.6 Histórico dá profundidade à análise</w:t>
      </w:r>
    </w:p>
    <w:p>
      <w:pPr/>
      <w:r>
        <w:rPr>
          <w:rFonts w:ascii="Aptos" w:hAnsi="Aptos" w:eastAsia="Aptos"/>
          <w:b w:val="0"/>
          <w:i w:val="0"/>
        </w:rPr>
        <w:t>Um treino isolado informa.</w:t>
      </w:r>
    </w:p>
    <w:p>
      <w:pPr/>
      <w:r>
        <w:rPr>
          <w:rFonts w:ascii="Aptos" w:hAnsi="Aptos" w:eastAsia="Aptos"/>
          <w:b w:val="0"/>
          <w:i w:val="0"/>
        </w:rPr>
        <w:t>O histórico orienta decisão.</w:t>
      </w:r>
    </w:p>
    <w:p>
      <w:pPr/>
      <w:r>
        <w:rPr>
          <w:rFonts w:ascii="Aptos" w:hAnsi="Aptos" w:eastAsia="Aptos"/>
          <w:b w:val="0"/>
          <w:i w:val="0"/>
        </w:rPr>
        <w:t>O TrainingPeaks permite comparar semanas, blocos, ritmos, frequência cardíaca, aderência, evolução de carga, resposta aos treinos e comportamento ao longo do tempo.</w:t>
      </w:r>
    </w:p>
    <w:p>
      <w:pPr/>
      <w:r>
        <w:rPr>
          <w:rFonts w:ascii="Aptos" w:hAnsi="Aptos" w:eastAsia="Aptos"/>
          <w:b w:val="0"/>
          <w:i w:val="0"/>
        </w:rPr>
        <w:t>Essa leitura longitudinal é essencial.</w:t>
      </w:r>
    </w:p>
    <w:p>
      <w:pPr/>
      <w:r>
        <w:rPr>
          <w:rFonts w:ascii="Aptos" w:hAnsi="Aptos" w:eastAsia="Aptos"/>
          <w:b w:val="0"/>
          <w:i w:val="0"/>
        </w:rPr>
        <w:t>O Método TriLife Running não muda planejamento por ansiedade a cada sessão. Ele observa tendências. Quando o histórico mostra consistência, a progressão ganha força. Quando mostra instabilidade, o treinador precisa investigar.</w:t>
      </w:r>
    </w:p>
    <w:p>
      <w:pPr/>
      <w:r>
        <w:rPr>
          <w:rFonts w:ascii="Aptos" w:hAnsi="Aptos" w:eastAsia="Aptos"/>
          <w:b w:val="0"/>
          <w:i w:val="0"/>
        </w:rPr>
        <w:t>O histórico responde perguntas importantes:</w:t>
      </w:r>
    </w:p>
    <w:p>
      <w:pPr>
        <w:pStyle w:val="ListBullet"/>
      </w:pPr>
      <w:r>
        <w:rPr>
          <w:rFonts w:ascii="Aptos" w:hAnsi="Aptos" w:eastAsia="Aptos"/>
          <w:b w:val="0"/>
          <w:i w:val="0"/>
        </w:rPr>
        <w:t>o atleta vem assimilando a carga?</w:t>
      </w:r>
    </w:p>
    <w:p>
      <w:pPr>
        <w:pStyle w:val="ListBullet"/>
      </w:pPr>
      <w:r>
        <w:rPr>
          <w:rFonts w:ascii="Aptos" w:hAnsi="Aptos" w:eastAsia="Aptos"/>
          <w:b w:val="0"/>
          <w:i w:val="0"/>
        </w:rPr>
        <w:t>a frequência cardíaca está mais controlada?</w:t>
      </w:r>
    </w:p>
    <w:p>
      <w:pPr>
        <w:pStyle w:val="ListBullet"/>
      </w:pPr>
      <w:r>
        <w:rPr>
          <w:rFonts w:ascii="Aptos" w:hAnsi="Aptos" w:eastAsia="Aptos"/>
          <w:b w:val="0"/>
          <w:i w:val="0"/>
        </w:rPr>
        <w:t>o pace melhorou com o mesmo custo?</w:t>
      </w:r>
    </w:p>
    <w:p>
      <w:pPr>
        <w:pStyle w:val="ListBullet"/>
      </w:pPr>
      <w:r>
        <w:rPr>
          <w:rFonts w:ascii="Aptos" w:hAnsi="Aptos" w:eastAsia="Aptos"/>
          <w:b w:val="0"/>
          <w:i w:val="0"/>
        </w:rPr>
        <w:t>houve aumento brusco de volume?</w:t>
      </w:r>
    </w:p>
    <w:p>
      <w:pPr>
        <w:pStyle w:val="ListBullet"/>
      </w:pPr>
      <w:r>
        <w:rPr>
          <w:rFonts w:ascii="Aptos" w:hAnsi="Aptos" w:eastAsia="Aptos"/>
          <w:b w:val="0"/>
          <w:i w:val="0"/>
        </w:rPr>
        <w:t>as faltas estão se repetindo?</w:t>
      </w:r>
    </w:p>
    <w:p>
      <w:pPr>
        <w:pStyle w:val="ListBullet"/>
      </w:pPr>
      <w:r>
        <w:rPr>
          <w:rFonts w:ascii="Aptos" w:hAnsi="Aptos" w:eastAsia="Aptos"/>
          <w:b w:val="0"/>
          <w:i w:val="0"/>
        </w:rPr>
        <w:t>os comentários indicam fadiga?</w:t>
      </w:r>
    </w:p>
    <w:p>
      <w:pPr>
        <w:pStyle w:val="ListBullet"/>
      </w:pPr>
      <w:r>
        <w:rPr>
          <w:rFonts w:ascii="Aptos" w:hAnsi="Aptos" w:eastAsia="Aptos"/>
          <w:b w:val="0"/>
          <w:i w:val="0"/>
        </w:rPr>
        <w:t>a recuperação está funcionando?</w:t>
      </w:r>
    </w:p>
    <w:p>
      <w:pPr>
        <w:pStyle w:val="ListBullet"/>
      </w:pPr>
      <w:r>
        <w:rPr>
          <w:rFonts w:ascii="Aptos" w:hAnsi="Aptos" w:eastAsia="Aptos"/>
          <w:b w:val="0"/>
          <w:i w:val="0"/>
        </w:rPr>
        <w:t>a periodização está produzindo adaptação?</w:t>
      </w:r>
    </w:p>
    <w:p>
      <w:pPr/>
      <w:r>
        <w:rPr>
          <w:rFonts w:ascii="Aptos" w:hAnsi="Aptos" w:eastAsia="Aptos"/>
          <w:b w:val="0"/>
          <w:i w:val="0"/>
        </w:rPr>
        <w:t>Sem histórico, o treinador decide no escuro.</w:t>
      </w:r>
    </w:p>
    <w:p>
      <w:pPr/>
      <w:r>
        <w:rPr>
          <w:rFonts w:ascii="Aptos" w:hAnsi="Aptos" w:eastAsia="Aptos"/>
          <w:b w:val="0"/>
          <w:i w:val="0"/>
        </w:rPr>
        <w:t>Com histórico, a decisão ganha profundidade.</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leitura de dados no TrainingPeaks se conecta ao monitoramento de carga interna e carga externa. A carga externa mostra aquilo que foi feito: distância, duração, pace, altimetria, volume e estrutura da sessão. A carga interna mostra como o organismo respondeu: frequência cardíaca, percepção de esforço, fadiga, dor, comentários e recuperação.</w:t>
            </w:r>
          </w:p>
          <w:p>
            <w:pPr/>
            <w:r>
              <w:rPr>
                <w:rFonts w:ascii="Aptos" w:hAnsi="Aptos" w:eastAsia="Aptos"/>
                <w:b w:val="0"/>
                <w:i w:val="0"/>
              </w:rPr>
              <w:t>Uma mesma carga externa pode gerar respostas internas diferentes em atletas diferentes ou no mesmo atleta em dias diferentes. Por isso, a análise eficiente precisa cruzar planejamento, execução, contexto e resposta.</w:t>
            </w:r>
          </w:p>
          <w:p>
            <w:pPr/>
            <w:r>
              <w:rPr>
                <w:rFonts w:ascii="Aptos" w:hAnsi="Aptos" w:eastAsia="Aptos"/>
                <w:b w:val="0"/>
                <w:i w:val="0"/>
              </w:rPr>
              <w:t>O Método TriLife Running utiliza o TrainingPeaks como ambiente para reunir esses sinais. A plataforma organiza informações. A metodologia transforma essas informações em decisão.</w:t>
            </w:r>
          </w:p>
          <w:p>
            <w:pPr/>
            <w:r>
              <w:rPr>
                <w:rFonts w:ascii="Aptos" w:hAnsi="Aptos" w:eastAsia="Aptos"/>
                <w:b w:val="0"/>
                <w:i w:val="0"/>
              </w:rPr>
              <w:t>Dado não decide.</w:t>
            </w:r>
          </w:p>
          <w:p>
            <w:pPr/>
            <w:r>
              <w:rPr>
                <w:rFonts w:ascii="Aptos" w:hAnsi="Aptos" w:eastAsia="Aptos"/>
                <w:b w:val="0"/>
                <w:i w:val="0"/>
              </w:rPr>
              <w:t>Dado orienta leitura.</w:t>
            </w:r>
          </w:p>
        </w:tc>
      </w:tr>
    </w:tbl>
    <w:p/>
    <w:p>
      <w:pPr>
        <w:pStyle w:val="Heading2"/>
      </w:pPr>
      <w:r>
        <w:t>19.7 Coerência vale mais do que perfeição</w:t>
      </w:r>
    </w:p>
    <w:p>
      <w:pPr/>
      <w:r>
        <w:rPr>
          <w:rFonts w:ascii="Aptos" w:hAnsi="Aptos" w:eastAsia="Aptos"/>
          <w:b w:val="0"/>
          <w:i w:val="0"/>
        </w:rPr>
        <w:t>O gráfico nunca será perfeito.</w:t>
      </w:r>
    </w:p>
    <w:p>
      <w:pPr/>
      <w:r>
        <w:rPr>
          <w:rFonts w:ascii="Aptos" w:hAnsi="Aptos" w:eastAsia="Aptos"/>
          <w:b w:val="0"/>
          <w:i w:val="0"/>
        </w:rPr>
        <w:t>A vida real não produz ciclos impecáveis.</w:t>
      </w:r>
    </w:p>
    <w:p>
      <w:pPr/>
      <w:r>
        <w:rPr>
          <w:rFonts w:ascii="Aptos" w:hAnsi="Aptos" w:eastAsia="Aptos"/>
          <w:b w:val="0"/>
          <w:i w:val="0"/>
        </w:rPr>
        <w:t>O atleta pode falhar, ajustar, atrasar, trocar horário, treinar em terreno diferente, correr no calor, dormir mal ou executar abaixo do planejado.</w:t>
      </w:r>
    </w:p>
    <w:p>
      <w:pPr/>
      <w:r>
        <w:rPr>
          <w:rFonts w:ascii="Aptos" w:hAnsi="Aptos" w:eastAsia="Aptos"/>
          <w:b w:val="0"/>
          <w:i w:val="0"/>
        </w:rPr>
        <w:t>A pergunta central não deve ser se tudo ficou visualmente perfeito.</w:t>
      </w:r>
    </w:p>
    <w:p>
      <w:pPr/>
      <w:r>
        <w:rPr>
          <w:rFonts w:ascii="Aptos" w:hAnsi="Aptos" w:eastAsia="Aptos"/>
          <w:b w:val="0"/>
          <w:i w:val="0"/>
        </w:rPr>
        <w:t>A pergunta é:</w:t>
      </w:r>
    </w:p>
    <w:p>
      <w:pPr>
        <w:pStyle w:val="TriLifeQuote"/>
      </w:pPr>
      <w:r>
        <w:rPr>
          <w:rFonts w:ascii="Aptos" w:hAnsi="Aptos" w:eastAsia="Aptos"/>
          <w:b w:val="0"/>
          <w:i/>
        </w:rPr>
        <w:t>a semana executada aproximou o atleta do objetivo ou apenas gerou desgaste?</w:t>
      </w:r>
    </w:p>
    <w:p>
      <w:pPr/>
      <w:r>
        <w:rPr>
          <w:rFonts w:ascii="Aptos" w:hAnsi="Aptos" w:eastAsia="Aptos"/>
          <w:b w:val="0"/>
          <w:i w:val="0"/>
        </w:rPr>
        <w:t>Um treino fácil feito forte demais é erro metodológico. Um treino forte feito sem controle também é. Uma sessão abaixo do planejado pode ser acerto quando preserva a semana. Uma sessão acima pode ser problema quando cria fadiga desnecessária.</w:t>
      </w:r>
    </w:p>
    <w:p>
      <w:pPr/>
      <w:r>
        <w:rPr>
          <w:rFonts w:ascii="Aptos" w:hAnsi="Aptos" w:eastAsia="Aptos"/>
          <w:b w:val="0"/>
          <w:i w:val="0"/>
        </w:rPr>
        <w:t>O TrainingPeaks ajuda a enxergar essas situações.</w:t>
      </w:r>
    </w:p>
    <w:p>
      <w:pPr/>
      <w:r>
        <w:rPr>
          <w:rFonts w:ascii="Aptos" w:hAnsi="Aptos" w:eastAsia="Aptos"/>
          <w:b w:val="0"/>
          <w:i w:val="0"/>
        </w:rPr>
        <w:t>Mas o treinador precisa analisar coerência.</w:t>
      </w:r>
    </w:p>
    <w:p>
      <w:pPr/>
      <w:r>
        <w:rPr>
          <w:rFonts w:ascii="Aptos" w:hAnsi="Aptos" w:eastAsia="Aptos"/>
          <w:b w:val="0"/>
          <w:i w:val="0"/>
        </w:rPr>
        <w:t>O calendário bonito não vale mais do que a resposta real do atleta.</w:t>
      </w:r>
    </w:p>
    <w:p>
      <w:pPr>
        <w:pStyle w:val="Heading2"/>
      </w:pPr>
      <w:r>
        <w:t>19.8 A decisão vem depois da leitura</w:t>
      </w:r>
    </w:p>
    <w:p>
      <w:pPr/>
      <w:r>
        <w:rPr>
          <w:rFonts w:ascii="Aptos" w:hAnsi="Aptos" w:eastAsia="Aptos"/>
          <w:b w:val="0"/>
          <w:i w:val="0"/>
        </w:rPr>
        <w:t>O TrainingPeaks só se transforma em ferramenta de desenvolvimento quando a análise gera decisão coerente.</w:t>
      </w:r>
    </w:p>
    <w:p>
      <w:pPr/>
      <w:r>
        <w:rPr>
          <w:rFonts w:ascii="Aptos" w:hAnsi="Aptos" w:eastAsia="Aptos"/>
          <w:b w:val="0"/>
          <w:i w:val="0"/>
        </w:rPr>
        <w:t>Depois de ler calendário, dados, comentários e histórico, o treinador precisa decidir se mantém, aumenta, reduz, reorganiza, simplifica ou espera mais informações.</w:t>
      </w:r>
    </w:p>
    <w:p>
      <w:pPr/>
      <w:r>
        <w:rPr>
          <w:rFonts w:ascii="Aptos" w:hAnsi="Aptos" w:eastAsia="Aptos"/>
          <w:b w:val="0"/>
          <w:i w:val="0"/>
        </w:rPr>
        <w:t>Essa decisão não pode nascer de ansiedade.</w:t>
      </w:r>
    </w:p>
    <w:p>
      <w:pPr/>
      <w:r>
        <w:rPr>
          <w:rFonts w:ascii="Aptos" w:hAnsi="Aptos" w:eastAsia="Aptos"/>
          <w:b w:val="0"/>
          <w:i w:val="0"/>
        </w:rPr>
        <w:t>Ela precisa respeitar a fase da periodização, a margem de segurança, a resposta do atleta e o objetivo do bloco.</w:t>
      </w:r>
    </w:p>
    <w:p>
      <w:pPr/>
      <w:r>
        <w:rPr>
          <w:rFonts w:ascii="Aptos" w:hAnsi="Aptos" w:eastAsia="Aptos"/>
          <w:b w:val="0"/>
          <w:i w:val="0"/>
        </w:rPr>
        <w:t>Às vezes, a melhor decisão é não mexer.</w:t>
      </w:r>
    </w:p>
    <w:p>
      <w:pPr/>
      <w:r>
        <w:rPr>
          <w:rFonts w:ascii="Aptos" w:hAnsi="Aptos" w:eastAsia="Aptos"/>
          <w:b w:val="0"/>
          <w:i w:val="0"/>
        </w:rPr>
        <w:t>Em outros momentos, reduzir antes que o problema apareça protege o ciclo.</w:t>
      </w:r>
    </w:p>
    <w:p>
      <w:pPr/>
      <w:r>
        <w:rPr>
          <w:rFonts w:ascii="Aptos" w:hAnsi="Aptos" w:eastAsia="Aptos"/>
          <w:b w:val="0"/>
          <w:i w:val="0"/>
        </w:rPr>
        <w:t>Também há situações em que avançar faz sentido porque o atleta demonstrou credenciais para isso.</w:t>
      </w:r>
    </w:p>
    <w:p>
      <w:pPr/>
      <w:r>
        <w:rPr>
          <w:rFonts w:ascii="Aptos" w:hAnsi="Aptos" w:eastAsia="Aptos"/>
          <w:b w:val="0"/>
          <w:i w:val="0"/>
        </w:rPr>
        <w:t>A plataforma ajuda a enxergar.</w:t>
      </w:r>
    </w:p>
    <w:p>
      <w:pPr/>
      <w:r>
        <w:rPr>
          <w:rFonts w:ascii="Aptos" w:hAnsi="Aptos" w:eastAsia="Aptos"/>
          <w:b w:val="0"/>
          <w:i w:val="0"/>
        </w:rPr>
        <w:t>O método ajuda a escolher.</w:t>
      </w:r>
    </w:p>
    <w:p>
      <w:pPr/>
      <w:r>
        <w:rPr>
          <w:rFonts w:ascii="Aptos" w:hAnsi="Aptos" w:eastAsia="Aptos"/>
          <w:b w:val="0"/>
          <w:i w:val="0"/>
        </w:rPr>
        <w:t>O bom treinador não usa o TrainingPeaks para vigiar o atleta.</w:t>
      </w:r>
    </w:p>
    <w:p>
      <w:pPr/>
      <w:r>
        <w:rPr>
          <w:rFonts w:ascii="Aptos" w:hAnsi="Aptos" w:eastAsia="Aptos"/>
          <w:b w:val="0"/>
          <w:i w:val="0"/>
        </w:rPr>
        <w:t>Usa para compreender o processo.</w:t>
      </w:r>
    </w:p>
    <w:p>
      <w:pPr>
        <w:pStyle w:val="Heading2"/>
      </w:pPr>
      <w:r>
        <w:t>Conclusão</w:t>
      </w:r>
    </w:p>
    <w:p>
      <w:pPr/>
      <w:r>
        <w:rPr>
          <w:rFonts w:ascii="Aptos" w:hAnsi="Aptos" w:eastAsia="Aptos"/>
          <w:b w:val="0"/>
          <w:i w:val="0"/>
        </w:rPr>
        <w:t>Dentro do Método TriLife Running, o TrainingPeaks é um ambiente de organização, leitura e acompanhamento.</w:t>
      </w:r>
    </w:p>
    <w:p>
      <w:pPr/>
      <w:r>
        <w:rPr>
          <w:rFonts w:ascii="Aptos" w:hAnsi="Aptos" w:eastAsia="Aptos"/>
          <w:b w:val="0"/>
          <w:i w:val="0"/>
        </w:rPr>
        <w:t>Ele mostra calendário, aderência, execução, comentários, histórico e métricas. Mas não substitui o raciocínio do coach.</w:t>
      </w:r>
    </w:p>
    <w:p>
      <w:pPr/>
      <w:r>
        <w:rPr>
          <w:rFonts w:ascii="Aptos" w:hAnsi="Aptos" w:eastAsia="Aptos"/>
          <w:b w:val="0"/>
          <w:i w:val="0"/>
        </w:rPr>
        <w:t>A plataforma aponta sinais. O treinador interpreta o processo. A metodologia transforma leitura em decisão.</w:t>
      </w:r>
    </w:p>
    <w:p>
      <w:pPr/>
      <w:r>
        <w:rPr>
          <w:rFonts w:ascii="Aptos" w:hAnsi="Aptos" w:eastAsia="Aptos"/>
          <w:b w:val="0"/>
          <w:i w:val="0"/>
        </w:rPr>
        <w:t>Quando usado dessa forma, o TrainingPeaks deixa de ser apenas local de entrega de planilhas e passa a ser uma ferramenta de desenvolvimento do atleta.</w:t>
      </w:r>
    </w:p>
    <w:p>
      <w:pPr>
        <w:pStyle w:val="Heading2"/>
      </w:pPr>
      <w:r>
        <w:t>Princípios Fundamentais do Método TriLife Running</w:t>
      </w:r>
    </w:p>
    <w:p>
      <w:pPr>
        <w:pStyle w:val="TriLifeQuote"/>
      </w:pPr>
      <w:r>
        <w:rPr>
          <w:rFonts w:ascii="Aptos" w:hAnsi="Aptos" w:eastAsia="Aptos"/>
          <w:b w:val="0"/>
          <w:i/>
        </w:rPr>
        <w:t>Princípio Fundamental nº 73</w:t>
      </w:r>
    </w:p>
    <w:p>
      <w:pPr/>
      <w:r>
        <w:rPr>
          <w:rFonts w:ascii="Aptos" w:hAnsi="Aptos" w:eastAsia="Aptos"/>
          <w:b w:val="0"/>
          <w:i w:val="0"/>
        </w:rPr>
        <w:t>Plataforma não é metodologia. Plataforma é ambiente de organização.</w:t>
      </w:r>
    </w:p>
    <w:p>
      <w:pPr>
        <w:pStyle w:val="TriLifeQuote"/>
      </w:pPr>
      <w:r>
        <w:rPr>
          <w:rFonts w:ascii="Aptos" w:hAnsi="Aptos" w:eastAsia="Aptos"/>
          <w:b w:val="0"/>
          <w:i/>
        </w:rPr>
        <w:t>Princípio Fundamental nº 74</w:t>
      </w:r>
    </w:p>
    <w:p>
      <w:pPr/>
      <w:r>
        <w:rPr>
          <w:rFonts w:ascii="Aptos" w:hAnsi="Aptos" w:eastAsia="Aptos"/>
          <w:b w:val="0"/>
          <w:i w:val="0"/>
        </w:rPr>
        <w:t>O calendário revela comportamento antes de revelar performance.</w:t>
      </w:r>
    </w:p>
    <w:p>
      <w:pPr>
        <w:pStyle w:val="TriLifeQuote"/>
      </w:pPr>
      <w:r>
        <w:rPr>
          <w:rFonts w:ascii="Aptos" w:hAnsi="Aptos" w:eastAsia="Aptos"/>
          <w:b w:val="0"/>
          <w:i/>
        </w:rPr>
        <w:t>Princípio Fundamental nº 75</w:t>
      </w:r>
    </w:p>
    <w:p>
      <w:pPr/>
      <w:r>
        <w:rPr>
          <w:rFonts w:ascii="Aptos" w:hAnsi="Aptos" w:eastAsia="Aptos"/>
          <w:b w:val="0"/>
          <w:i w:val="0"/>
        </w:rPr>
        <w:t>Comentário do atleta também é dado.</w:t>
      </w:r>
    </w:p>
    <w:p>
      <w:pPr>
        <w:pStyle w:val="TriLifeQuote"/>
      </w:pPr>
      <w:r>
        <w:rPr>
          <w:rFonts w:ascii="Aptos" w:hAnsi="Aptos" w:eastAsia="Aptos"/>
          <w:b w:val="0"/>
          <w:i/>
        </w:rPr>
        <w:t>Princípio Fundamental nº 76</w:t>
      </w:r>
    </w:p>
    <w:p>
      <w:pPr/>
      <w:r>
        <w:rPr>
          <w:rFonts w:ascii="Aptos" w:hAnsi="Aptos" w:eastAsia="Aptos"/>
          <w:b w:val="0"/>
          <w:i w:val="0"/>
        </w:rPr>
        <w:t>O TrainingPeaks mostra sinais. O treinador interpreta o processo.</w:t>
      </w:r>
    </w:p>
    <w:p>
      <w:r>
        <w:br w:type="page"/>
      </w:r>
    </w:p>
    <w:p>
      <w:pPr>
        <w:pStyle w:val="Heading1"/>
        <w:jc w:val="center"/>
      </w:pPr>
      <w:r>
        <w:t>CAPÍTULO 20</w:t>
      </w:r>
    </w:p>
    <w:p>
      <w:pPr>
        <w:pStyle w:val="Heading1"/>
        <w:jc w:val="center"/>
      </w:pPr>
      <w:r>
        <w:t>PACE, FREQUÊNCIA CARDÍACA E PACE/HEART</w:t>
      </w:r>
    </w:p>
    <w:p>
      <w:pPr>
        <w:pStyle w:val="Heading1"/>
        <w:jc w:val="center"/>
      </w:pPr>
      <w:r>
        <w:t>Interpretando Produção, Resposta e Eficiência</w:t>
      </w:r>
    </w:p>
    <w:p>
      <w:pPr>
        <w:pStyle w:val="TriLifeQuote"/>
      </w:pPr>
      <w:r>
        <w:rPr>
          <w:rFonts w:ascii="Aptos" w:hAnsi="Aptos" w:eastAsia="Aptos"/>
          <w:b w:val="0"/>
          <w:i/>
        </w:rPr>
        <w:t>“Pace mostra o que o atleta produziu. Frequência cardíaca mostra quanto custou produzir.”</w:t>
      </w:r>
    </w:p>
    <w:p>
      <w:pPr>
        <w:pStyle w:val="Heading2"/>
      </w:pPr>
      <w:r>
        <w:t>20.1 Pace é resultado, não explicação completa</w:t>
      </w:r>
    </w:p>
    <w:p>
      <w:pPr/>
      <w:r>
        <w:rPr>
          <w:rFonts w:ascii="Aptos" w:hAnsi="Aptos" w:eastAsia="Aptos"/>
          <w:b w:val="0"/>
          <w:i w:val="0"/>
        </w:rPr>
        <w:t>O pace é uma das métricas mais usadas na corrida porque traduz de forma simples a velocidade média do atleta.</w:t>
      </w:r>
    </w:p>
    <w:p>
      <w:pPr/>
      <w:r>
        <w:rPr>
          <w:rFonts w:ascii="Aptos" w:hAnsi="Aptos" w:eastAsia="Aptos"/>
          <w:b w:val="0"/>
          <w:i w:val="0"/>
        </w:rPr>
        <w:t>Ele ajuda a prescrever, comparar, organizar zonas e avaliar desempenho.</w:t>
      </w:r>
    </w:p>
    <w:p>
      <w:pPr/>
      <w:r>
        <w:rPr>
          <w:rFonts w:ascii="Aptos" w:hAnsi="Aptos" w:eastAsia="Aptos"/>
          <w:b w:val="0"/>
          <w:i w:val="0"/>
        </w:rPr>
        <w:t>Dentro do Método TriLife Running, o pace é importante. Mas nunca deve ser interpretado isoladamente.</w:t>
      </w:r>
    </w:p>
    <w:p>
      <w:pPr/>
      <w:r>
        <w:rPr>
          <w:rFonts w:ascii="Aptos" w:hAnsi="Aptos" w:eastAsia="Aptos"/>
          <w:b w:val="0"/>
          <w:i w:val="0"/>
        </w:rPr>
        <w:t>Um mesmo ritmo pode representar estímulos completamente diferentes.</w:t>
      </w:r>
    </w:p>
    <w:p>
      <w:pPr/>
      <w:r>
        <w:rPr>
          <w:rFonts w:ascii="Aptos" w:hAnsi="Aptos" w:eastAsia="Aptos"/>
          <w:b w:val="0"/>
          <w:i w:val="0"/>
        </w:rPr>
        <w:t>Correr a 5:00 min/km em clima ameno, descansado, em percurso plano e com boa recuperação não é igual a correr o mesmo pace em calor, vento, sono ruim, fadiga acumulada, terreno irregular ou depois de uma semana pesada.</w:t>
      </w:r>
    </w:p>
    <w:p>
      <w:pPr/>
      <w:r>
        <w:rPr>
          <w:rFonts w:ascii="Aptos" w:hAnsi="Aptos" w:eastAsia="Aptos"/>
          <w:b w:val="0"/>
          <w:i w:val="0"/>
        </w:rPr>
        <w:t>O pace mostra o que aconteceu por fora.</w:t>
      </w:r>
    </w:p>
    <w:p>
      <w:pPr/>
      <w:r>
        <w:rPr>
          <w:rFonts w:ascii="Aptos" w:hAnsi="Aptos" w:eastAsia="Aptos"/>
          <w:b w:val="0"/>
          <w:i w:val="0"/>
        </w:rPr>
        <w:t>Informa a produção mecânica do atleta.</w:t>
      </w:r>
    </w:p>
    <w:p>
      <w:pPr/>
      <w:r>
        <w:rPr>
          <w:rFonts w:ascii="Aptos" w:hAnsi="Aptos" w:eastAsia="Aptos"/>
          <w:b w:val="0"/>
          <w:i w:val="0"/>
        </w:rPr>
        <w:t>Mas não explica sozinho o custo interno dessa produção.</w:t>
      </w:r>
    </w:p>
    <w:p>
      <w:pPr/>
      <w:r>
        <w:rPr>
          <w:rFonts w:ascii="Aptos" w:hAnsi="Aptos" w:eastAsia="Aptos"/>
          <w:b w:val="0"/>
          <w:i w:val="0"/>
        </w:rPr>
        <w:t>Quando o treinador interpreta apenas pace, corre o risco de confundir velocidade com controle, empolgação com evolução e sofrimento com adaptação.</w:t>
      </w:r>
    </w:p>
    <w:p>
      <w:pPr/>
      <w:r>
        <w:rPr>
          <w:rFonts w:ascii="Aptos" w:hAnsi="Aptos" w:eastAsia="Aptos"/>
          <w:b w:val="0"/>
          <w:i w:val="0"/>
        </w:rPr>
        <w:t>A metodologia TriLife usa o pace como informação.</w:t>
      </w:r>
    </w:p>
    <w:p>
      <w:pPr/>
      <w:r>
        <w:rPr>
          <w:rFonts w:ascii="Aptos" w:hAnsi="Aptos" w:eastAsia="Aptos"/>
          <w:b w:val="0"/>
          <w:i w:val="0"/>
        </w:rPr>
        <w:t>Não como sentença.</w:t>
      </w:r>
    </w:p>
    <w:p>
      <w:pPr>
        <w:pStyle w:val="Heading2"/>
      </w:pPr>
      <w:r>
        <w:t>20.2 Frequência cardíaca mostra a resposta interna</w:t>
      </w:r>
    </w:p>
    <w:p>
      <w:pPr/>
      <w:r>
        <w:rPr>
          <w:rFonts w:ascii="Aptos" w:hAnsi="Aptos" w:eastAsia="Aptos"/>
          <w:b w:val="0"/>
          <w:i w:val="0"/>
        </w:rPr>
        <w:t>A frequência cardíaca ajuda a entender como o organismo respondeu ao esforço.</w:t>
      </w:r>
    </w:p>
    <w:p>
      <w:pPr/>
      <w:r>
        <w:rPr>
          <w:rFonts w:ascii="Aptos" w:hAnsi="Aptos" w:eastAsia="Aptos"/>
          <w:b w:val="0"/>
          <w:i w:val="0"/>
        </w:rPr>
        <w:t>Ela mostra o custo fisiológico relativo daquele treino em determinado contexto.</w:t>
      </w:r>
    </w:p>
    <w:p>
      <w:pPr/>
      <w:r>
        <w:rPr>
          <w:rFonts w:ascii="Aptos" w:hAnsi="Aptos" w:eastAsia="Aptos"/>
          <w:b w:val="0"/>
          <w:i w:val="0"/>
        </w:rPr>
        <w:t>Quando usada com critério, ajuda a identificar intensidade real, fadiga acumulada, dificuldade de recuperação, influência do calor, hidratação inadequada, ansiedade, estresse e até melhora de eficiência ao longo do ciclo.</w:t>
      </w:r>
    </w:p>
    <w:p>
      <w:pPr/>
      <w:r>
        <w:rPr>
          <w:rFonts w:ascii="Aptos" w:hAnsi="Aptos" w:eastAsia="Aptos"/>
          <w:b w:val="0"/>
          <w:i w:val="0"/>
        </w:rPr>
        <w:t>Mas a frequência cardíaca também não é verdade absoluta.</w:t>
      </w:r>
    </w:p>
    <w:p>
      <w:pPr/>
      <w:r>
        <w:rPr>
          <w:rFonts w:ascii="Aptos" w:hAnsi="Aptos" w:eastAsia="Aptos"/>
          <w:b w:val="0"/>
          <w:i w:val="0"/>
        </w:rPr>
        <w:t>Ela sofre influência de vários fatores:</w:t>
      </w:r>
    </w:p>
    <w:p>
      <w:pPr>
        <w:pStyle w:val="ListBullet"/>
      </w:pPr>
      <w:r>
        <w:rPr>
          <w:rFonts w:ascii="Aptos" w:hAnsi="Aptos" w:eastAsia="Aptos"/>
          <w:b w:val="0"/>
          <w:i w:val="0"/>
        </w:rPr>
        <w:t>sono;</w:t>
      </w:r>
    </w:p>
    <w:p>
      <w:pPr>
        <w:pStyle w:val="ListBullet"/>
      </w:pPr>
      <w:r>
        <w:rPr>
          <w:rFonts w:ascii="Aptos" w:hAnsi="Aptos" w:eastAsia="Aptos"/>
          <w:b w:val="0"/>
          <w:i w:val="0"/>
        </w:rPr>
        <w:t>temperatura;</w:t>
      </w:r>
    </w:p>
    <w:p>
      <w:pPr>
        <w:pStyle w:val="ListBullet"/>
      </w:pPr>
      <w:r>
        <w:rPr>
          <w:rFonts w:ascii="Aptos" w:hAnsi="Aptos" w:eastAsia="Aptos"/>
          <w:b w:val="0"/>
          <w:i w:val="0"/>
        </w:rPr>
        <w:t>cafeína;</w:t>
      </w:r>
    </w:p>
    <w:p>
      <w:pPr>
        <w:pStyle w:val="ListBullet"/>
      </w:pPr>
      <w:r>
        <w:rPr>
          <w:rFonts w:ascii="Aptos" w:hAnsi="Aptos" w:eastAsia="Aptos"/>
          <w:b w:val="0"/>
          <w:i w:val="0"/>
        </w:rPr>
        <w:t>estresse;</w:t>
      </w:r>
    </w:p>
    <w:p>
      <w:pPr>
        <w:pStyle w:val="ListBullet"/>
      </w:pPr>
      <w:r>
        <w:rPr>
          <w:rFonts w:ascii="Aptos" w:hAnsi="Aptos" w:eastAsia="Aptos"/>
          <w:b w:val="0"/>
          <w:i w:val="0"/>
        </w:rPr>
        <w:t>hidratação;</w:t>
      </w:r>
    </w:p>
    <w:p>
      <w:pPr>
        <w:pStyle w:val="ListBullet"/>
      </w:pPr>
      <w:r>
        <w:rPr>
          <w:rFonts w:ascii="Aptos" w:hAnsi="Aptos" w:eastAsia="Aptos"/>
          <w:b w:val="0"/>
          <w:i w:val="0"/>
        </w:rPr>
        <w:t>altitude;</w:t>
      </w:r>
    </w:p>
    <w:p>
      <w:pPr>
        <w:pStyle w:val="ListBullet"/>
      </w:pPr>
      <w:r>
        <w:rPr>
          <w:rFonts w:ascii="Aptos" w:hAnsi="Aptos" w:eastAsia="Aptos"/>
          <w:b w:val="0"/>
          <w:i w:val="0"/>
        </w:rPr>
        <w:t>medicamentos;</w:t>
      </w:r>
    </w:p>
    <w:p>
      <w:pPr>
        <w:pStyle w:val="ListBullet"/>
      </w:pPr>
      <w:r>
        <w:rPr>
          <w:rFonts w:ascii="Aptos" w:hAnsi="Aptos" w:eastAsia="Aptos"/>
          <w:b w:val="0"/>
          <w:i w:val="0"/>
        </w:rPr>
        <w:t>erro de leitura do sensor;</w:t>
      </w:r>
    </w:p>
    <w:p>
      <w:pPr>
        <w:pStyle w:val="ListBullet"/>
      </w:pPr>
      <w:r>
        <w:rPr>
          <w:rFonts w:ascii="Aptos" w:hAnsi="Aptos" w:eastAsia="Aptos"/>
          <w:b w:val="0"/>
          <w:i w:val="0"/>
        </w:rPr>
        <w:t>estado emocional;</w:t>
      </w:r>
    </w:p>
    <w:p>
      <w:pPr>
        <w:pStyle w:val="ListBullet"/>
      </w:pPr>
      <w:r>
        <w:rPr>
          <w:rFonts w:ascii="Aptos" w:hAnsi="Aptos" w:eastAsia="Aptos"/>
          <w:b w:val="0"/>
          <w:i w:val="0"/>
        </w:rPr>
        <w:t>fadiga acumulada;</w:t>
      </w:r>
    </w:p>
    <w:p>
      <w:pPr>
        <w:pStyle w:val="ListBullet"/>
      </w:pPr>
      <w:r>
        <w:rPr>
          <w:rFonts w:ascii="Aptos" w:hAnsi="Aptos" w:eastAsia="Aptos"/>
          <w:b w:val="0"/>
          <w:i w:val="0"/>
        </w:rPr>
        <w:t>início de doença.</w:t>
      </w:r>
    </w:p>
    <w:p>
      <w:pPr/>
      <w:r>
        <w:rPr>
          <w:rFonts w:ascii="Aptos" w:hAnsi="Aptos" w:eastAsia="Aptos"/>
          <w:b w:val="0"/>
          <w:i w:val="0"/>
        </w:rPr>
        <w:t>Por isso, o treinador precisa cruzar frequência cardíaca com pace, percepção subjetiva, comentários, histórico e objetivo da sessão.</w:t>
      </w:r>
    </w:p>
    <w:p>
      <w:pPr/>
      <w:r>
        <w:rPr>
          <w:rFonts w:ascii="Aptos" w:hAnsi="Aptos" w:eastAsia="Aptos"/>
          <w:b w:val="0"/>
          <w:i w:val="0"/>
        </w:rPr>
        <w:t>O dado isolado pode enganar.</w:t>
      </w:r>
    </w:p>
    <w:p>
      <w:pPr/>
      <w:r>
        <w:rPr>
          <w:rFonts w:ascii="Aptos" w:hAnsi="Aptos" w:eastAsia="Aptos"/>
          <w:b w:val="0"/>
          <w:i w:val="0"/>
        </w:rPr>
        <w:t>O conjunto aproxima o coach da realidade.</w:t>
      </w:r>
    </w:p>
    <w:p>
      <w:pPr/>
      <w:r>
        <w:rPr>
          <w:rFonts w:ascii="Aptos" w:hAnsi="Aptos" w:eastAsia="Aptos"/>
          <w:b w:val="0"/>
          <w:i w:val="0"/>
        </w:rPr>
        <w:t>A frequência cardíaca não decide sozinha. Ela faz parte da leitura.</w:t>
      </w:r>
    </w:p>
    <w:p>
      <w:pPr>
        <w:pStyle w:val="Heading2"/>
      </w:pPr>
      <w:r>
        <w:t>20.3 Pace/Heart: a relação entre produção e custo</w:t>
      </w:r>
    </w:p>
    <w:p>
      <w:pPr/>
      <w:r>
        <w:rPr>
          <w:rFonts w:ascii="Aptos" w:hAnsi="Aptos" w:eastAsia="Aptos"/>
          <w:b w:val="0"/>
          <w:i w:val="0"/>
        </w:rPr>
        <w:t>A relação Pace/Heart ajuda a observar eficiência.</w:t>
      </w:r>
    </w:p>
    <w:p>
      <w:pPr/>
      <w:r>
        <w:rPr>
          <w:rFonts w:ascii="Aptos" w:hAnsi="Aptos" w:eastAsia="Aptos"/>
          <w:b w:val="0"/>
          <w:i w:val="0"/>
        </w:rPr>
        <w:t>A ideia é simples:</w:t>
      </w:r>
    </w:p>
    <w:p>
      <w:pPr>
        <w:pStyle w:val="TriLifeQuote"/>
      </w:pPr>
      <w:r>
        <w:rPr>
          <w:rFonts w:ascii="Aptos" w:hAnsi="Aptos" w:eastAsia="Aptos"/>
          <w:b w:val="0"/>
          <w:i/>
        </w:rPr>
        <w:t>quanto ritmo o atleta consegue produzir para determinado custo cardiovascular?</w:t>
      </w:r>
    </w:p>
    <w:p>
      <w:pPr/>
      <w:r>
        <w:rPr>
          <w:rFonts w:ascii="Aptos" w:hAnsi="Aptos" w:eastAsia="Aptos"/>
          <w:b w:val="0"/>
          <w:i w:val="0"/>
        </w:rPr>
        <w:t>Se, ao longo do tempo, o corredor sustenta pace semelhante com frequência cardíaca menor, existe sinal de melhora de eficiência. Se corre mais rápido com frequência cardíaca semelhante, também há indicação positiva.</w:t>
      </w:r>
    </w:p>
    <w:p>
      <w:pPr/>
      <w:r>
        <w:rPr>
          <w:rFonts w:ascii="Aptos" w:hAnsi="Aptos" w:eastAsia="Aptos"/>
          <w:b w:val="0"/>
          <w:i w:val="0"/>
        </w:rPr>
        <w:t>Isso não significa que todo treino precisa mostrar evolução.</w:t>
      </w:r>
    </w:p>
    <w:p>
      <w:pPr/>
      <w:r>
        <w:rPr>
          <w:rFonts w:ascii="Aptos" w:hAnsi="Aptos" w:eastAsia="Aptos"/>
          <w:b w:val="0"/>
          <w:i w:val="0"/>
        </w:rPr>
        <w:t>O processo deve ser observado em condições comparáveis.</w:t>
      </w:r>
    </w:p>
    <w:p>
      <w:pPr/>
      <w:r>
        <w:rPr>
          <w:rFonts w:ascii="Aptos" w:hAnsi="Aptos" w:eastAsia="Aptos"/>
          <w:b w:val="0"/>
          <w:i w:val="0"/>
        </w:rPr>
        <w:t>Essa relação é especialmente útil em rodagens controladas, longões, blocos de resistência e sessões em que o objetivo é estabilidade.</w:t>
      </w:r>
    </w:p>
    <w:p>
      <w:pPr/>
      <w:r>
        <w:rPr>
          <w:rFonts w:ascii="Aptos" w:hAnsi="Aptos" w:eastAsia="Aptos"/>
          <w:b w:val="0"/>
          <w:i w:val="0"/>
        </w:rPr>
        <w:t>Ela ajuda o treinador a perceber se o atleta está ficando mais econômico, mais resistente e mais capaz de sustentar esforço com menor custo.</w:t>
      </w:r>
    </w:p>
    <w:p>
      <w:pPr/>
      <w:r>
        <w:rPr>
          <w:rFonts w:ascii="Aptos" w:hAnsi="Aptos" w:eastAsia="Aptos"/>
          <w:b w:val="0"/>
          <w:i w:val="0"/>
        </w:rPr>
        <w:t>A comparação, porém, precisa ser justa.</w:t>
      </w:r>
    </w:p>
    <w:p>
      <w:pPr/>
      <w:r>
        <w:rPr>
          <w:rFonts w:ascii="Aptos" w:hAnsi="Aptos" w:eastAsia="Aptos"/>
          <w:b w:val="0"/>
          <w:i w:val="0"/>
        </w:rPr>
        <w:t>Percurso, temperatura, terreno, fadiga, hidratação e objetivo do treino precisam ser considerados.</w:t>
      </w:r>
    </w:p>
    <w:p>
      <w:pPr/>
      <w:r>
        <w:rPr>
          <w:rFonts w:ascii="Aptos" w:hAnsi="Aptos" w:eastAsia="Aptos"/>
          <w:b w:val="0"/>
          <w:i w:val="0"/>
        </w:rPr>
        <w:t>Comparar dias muito diferentes pode gerar interpretação errada.</w:t>
      </w:r>
    </w:p>
    <w:p>
      <w:pPr/>
      <w:r>
        <w:rPr>
          <w:rFonts w:ascii="Aptos" w:hAnsi="Aptos" w:eastAsia="Aptos"/>
          <w:b w:val="0"/>
          <w:i w:val="0"/>
        </w:rPr>
        <w:t>O Pace/Heart não é um número mágico.</w:t>
      </w:r>
    </w:p>
    <w:p>
      <w:pPr/>
      <w:r>
        <w:rPr>
          <w:rFonts w:ascii="Aptos" w:hAnsi="Aptos" w:eastAsia="Aptos"/>
          <w:b w:val="0"/>
          <w:i w:val="0"/>
        </w:rPr>
        <w:t>É uma lente de eficiência.</w:t>
      </w:r>
    </w:p>
    <w:p>
      <w:pPr>
        <w:pStyle w:val="Heading2"/>
      </w:pPr>
      <w:r>
        <w:t>20.4 O erro de transformar número em identidade</w:t>
      </w:r>
    </w:p>
    <w:p>
      <w:pPr/>
      <w:r>
        <w:rPr>
          <w:rFonts w:ascii="Aptos" w:hAnsi="Aptos" w:eastAsia="Aptos"/>
          <w:b w:val="0"/>
          <w:i w:val="0"/>
        </w:rPr>
        <w:t>Muitos atletas passam a se definir pelo pace.</w:t>
      </w:r>
    </w:p>
    <w:p>
      <w:pPr/>
      <w:r>
        <w:rPr>
          <w:rFonts w:ascii="Aptos" w:hAnsi="Aptos" w:eastAsia="Aptos"/>
          <w:b w:val="0"/>
          <w:i w:val="0"/>
        </w:rPr>
        <w:t>Quando correm mais rápido, sentem que evoluíram. Quando correm mais lento, acham que regrediram.</w:t>
      </w:r>
    </w:p>
    <w:p>
      <w:pPr/>
      <w:r>
        <w:rPr>
          <w:rFonts w:ascii="Aptos" w:hAnsi="Aptos" w:eastAsia="Aptos"/>
          <w:b w:val="0"/>
          <w:i w:val="0"/>
        </w:rPr>
        <w:t>Essa relação emocional com o número prejudica o processo.</w:t>
      </w:r>
    </w:p>
    <w:p>
      <w:pPr/>
      <w:r>
        <w:rPr>
          <w:rFonts w:ascii="Aptos" w:hAnsi="Aptos" w:eastAsia="Aptos"/>
          <w:b w:val="0"/>
          <w:i w:val="0"/>
        </w:rPr>
        <w:t>O Método TriLife Running educa o atleta para entender que pace é consequência, não identidade.</w:t>
      </w:r>
    </w:p>
    <w:p>
      <w:pPr/>
      <w:r>
        <w:rPr>
          <w:rFonts w:ascii="Aptos" w:hAnsi="Aptos" w:eastAsia="Aptos"/>
          <w:b w:val="0"/>
          <w:i w:val="0"/>
        </w:rPr>
        <w:t>Existem dias em que correr mais lento representa inteligência. Existem sessões em que segurar o ritmo é mais importante do que acelerar. Existem treinos em que a vitória está em respeitar a zona, não em bater recorde no aplicativo.</w:t>
      </w:r>
    </w:p>
    <w:p>
      <w:pPr/>
      <w:r>
        <w:rPr>
          <w:rFonts w:ascii="Aptos" w:hAnsi="Aptos" w:eastAsia="Aptos"/>
          <w:b w:val="0"/>
          <w:i w:val="0"/>
        </w:rPr>
        <w:t>Essa educação faz parte da formação do corredor.</w:t>
      </w:r>
    </w:p>
    <w:p>
      <w:pPr/>
      <w:r>
        <w:rPr>
          <w:rFonts w:ascii="Aptos" w:hAnsi="Aptos" w:eastAsia="Aptos"/>
          <w:b w:val="0"/>
          <w:i w:val="0"/>
        </w:rPr>
        <w:t>Um atleta que entende a função do treino executa melhor.</w:t>
      </w:r>
    </w:p>
    <w:p>
      <w:pPr/>
      <w:r>
        <w:rPr>
          <w:rFonts w:ascii="Aptos" w:hAnsi="Aptos" w:eastAsia="Aptos"/>
          <w:b w:val="0"/>
          <w:i w:val="0"/>
        </w:rPr>
        <w:t>Um atleta refém do pace tende a transformar toda sessão em teste.</w:t>
      </w:r>
    </w:p>
    <w:p>
      <w:pPr/>
      <w:r>
        <w:rPr>
          <w:rFonts w:ascii="Aptos" w:hAnsi="Aptos" w:eastAsia="Aptos"/>
          <w:b w:val="0"/>
          <w:i w:val="0"/>
        </w:rPr>
        <w:t>Treino não é sempre prova.</w:t>
      </w:r>
    </w:p>
    <w:p>
      <w:pPr/>
      <w:r>
        <w:rPr>
          <w:rFonts w:ascii="Aptos" w:hAnsi="Aptos" w:eastAsia="Aptos"/>
          <w:b w:val="0"/>
          <w:i w:val="0"/>
        </w:rPr>
        <w:t>Dado não é sempre julgamento.</w:t>
      </w:r>
    </w:p>
    <w:p>
      <w:pPr/>
      <w:r>
        <w:rPr>
          <w:rFonts w:ascii="Aptos" w:hAnsi="Aptos" w:eastAsia="Aptos"/>
          <w:b w:val="0"/>
          <w:i w:val="0"/>
        </w:rPr>
        <w:t>O relógio deve servir ao processo. Não comandar emocionalmente o atleta.</w:t>
      </w:r>
    </w:p>
    <w:p>
      <w:pPr>
        <w:pStyle w:val="Heading2"/>
      </w:pPr>
      <w:r>
        <w:t>20.5 Quando o pace melhora e a frequência cardíaca sobe</w:t>
      </w:r>
    </w:p>
    <w:p>
      <w:pPr/>
      <w:r>
        <w:rPr>
          <w:rFonts w:ascii="Aptos" w:hAnsi="Aptos" w:eastAsia="Aptos"/>
          <w:b w:val="0"/>
          <w:i w:val="0"/>
        </w:rPr>
        <w:t>Nem toda melhora de pace representa melhora real.</w:t>
      </w:r>
    </w:p>
    <w:p>
      <w:pPr/>
      <w:r>
        <w:rPr>
          <w:rFonts w:ascii="Aptos" w:hAnsi="Aptos" w:eastAsia="Aptos"/>
          <w:b w:val="0"/>
          <w:i w:val="0"/>
        </w:rPr>
        <w:t>Se o atleta corre mais rápido, mas a frequência cardíaca sobe de forma desproporcional, talvez a sessão tenha sido apenas mais intensa, não necessariamente mais eficiente.</w:t>
      </w:r>
    </w:p>
    <w:p>
      <w:pPr/>
      <w:r>
        <w:rPr>
          <w:rFonts w:ascii="Aptos" w:hAnsi="Aptos" w:eastAsia="Aptos"/>
          <w:b w:val="0"/>
          <w:i w:val="0"/>
        </w:rPr>
        <w:t>Isso não é automaticamente negativo.</w:t>
      </w:r>
    </w:p>
    <w:p>
      <w:pPr/>
      <w:r>
        <w:rPr>
          <w:rFonts w:ascii="Aptos" w:hAnsi="Aptos" w:eastAsia="Aptos"/>
          <w:b w:val="0"/>
          <w:i w:val="0"/>
        </w:rPr>
        <w:t>Existem momentos do ciclo em que o objetivo é produzir intensidade alta. Em um intervalado, em um bloco forte ou em determinada fase específica, a frequência cardíaca mais alta pode ser esperada.</w:t>
      </w:r>
    </w:p>
    <w:p>
      <w:pPr/>
      <w:r>
        <w:rPr>
          <w:rFonts w:ascii="Aptos" w:hAnsi="Aptos" w:eastAsia="Aptos"/>
          <w:b w:val="0"/>
          <w:i w:val="0"/>
        </w:rPr>
        <w:t>O treinador precisa diferenciar estímulo planejado de descontrole.</w:t>
      </w:r>
    </w:p>
    <w:p>
      <w:pPr/>
      <w:r>
        <w:rPr>
          <w:rFonts w:ascii="Aptos" w:hAnsi="Aptos" w:eastAsia="Aptos"/>
          <w:b w:val="0"/>
          <w:i w:val="0"/>
        </w:rPr>
        <w:t>Se a elevação da frequência cardíaca acontece dentro do objetivo do treino, com boa percepção, técnica preservada e recuperação adequada, pode fazer parte do processo.</w:t>
      </w:r>
    </w:p>
    <w:p>
      <w:pPr/>
      <w:r>
        <w:rPr>
          <w:rFonts w:ascii="Aptos" w:hAnsi="Aptos" w:eastAsia="Aptos"/>
          <w:b w:val="0"/>
          <w:i w:val="0"/>
        </w:rPr>
        <w:t>Quando aparece em treinos fáceis, acompanhada de cansaço, dificuldade de recuperar ou comentários negativos, pode indicar excesso de carga, estresse, desidratação, início de doença ou baixa recuperação.</w:t>
      </w:r>
    </w:p>
    <w:p>
      <w:pPr/>
      <w:r>
        <w:rPr>
          <w:rFonts w:ascii="Aptos" w:hAnsi="Aptos" w:eastAsia="Aptos"/>
          <w:b w:val="0"/>
          <w:i w:val="0"/>
        </w:rPr>
        <w:t>A interpretação depende da intenção da sessão.</w:t>
      </w:r>
    </w:p>
    <w:p>
      <w:pPr/>
      <w:r>
        <w:rPr>
          <w:rFonts w:ascii="Aptos" w:hAnsi="Aptos" w:eastAsia="Aptos"/>
          <w:b w:val="0"/>
          <w:i w:val="0"/>
        </w:rPr>
        <w:t>Sem intenção clara, qualquer número parece importante.</w:t>
      </w:r>
    </w:p>
    <w:p>
      <w:pPr>
        <w:pStyle w:val="Heading2"/>
      </w:pPr>
      <w:r>
        <w:t>20.6 Quando a frequência cardíaca está alta demais para um pace comum</w:t>
      </w:r>
    </w:p>
    <w:p>
      <w:pPr/>
      <w:r>
        <w:rPr>
          <w:rFonts w:ascii="Aptos" w:hAnsi="Aptos" w:eastAsia="Aptos"/>
          <w:b w:val="0"/>
          <w:i w:val="0"/>
        </w:rPr>
        <w:t>Um dos sinais que o treinador precisa observar é a frequência cardíaca alta em ritmos que normalmente seriam confortáveis para o atleta.</w:t>
      </w:r>
    </w:p>
    <w:p>
      <w:pPr/>
      <w:r>
        <w:rPr>
          <w:rFonts w:ascii="Aptos" w:hAnsi="Aptos" w:eastAsia="Aptos"/>
          <w:b w:val="0"/>
          <w:i w:val="0"/>
        </w:rPr>
        <w:t>Quando isso acontece de forma isolada, pode ser apenas efeito de calor, sono ruim, desidratação, estresse ou variação normal.</w:t>
      </w:r>
    </w:p>
    <w:p>
      <w:pPr/>
      <w:r>
        <w:rPr>
          <w:rFonts w:ascii="Aptos" w:hAnsi="Aptos" w:eastAsia="Aptos"/>
          <w:b w:val="0"/>
          <w:i w:val="0"/>
        </w:rPr>
        <w:t>Quando se repete, merece atenção.</w:t>
      </w:r>
    </w:p>
    <w:p>
      <w:pPr/>
      <w:r>
        <w:rPr>
          <w:rFonts w:ascii="Aptos" w:hAnsi="Aptos" w:eastAsia="Aptos"/>
          <w:b w:val="0"/>
          <w:i w:val="0"/>
        </w:rPr>
        <w:t>Pode indicar fadiga acumulada, início de doença, excesso de intensidade nas semanas anteriores, falta de base, recuperação insuficiente ou dificuldade de controlar zonas leves.</w:t>
      </w:r>
    </w:p>
    <w:p>
      <w:pPr/>
      <w:r>
        <w:rPr>
          <w:rFonts w:ascii="Aptos" w:hAnsi="Aptos" w:eastAsia="Aptos"/>
          <w:b w:val="0"/>
          <w:i w:val="0"/>
        </w:rPr>
        <w:t>Nessa situação, a decisão não deve ser automática.</w:t>
      </w:r>
    </w:p>
    <w:p>
      <w:pPr/>
      <w:r>
        <w:rPr>
          <w:rFonts w:ascii="Aptos" w:hAnsi="Aptos" w:eastAsia="Aptos"/>
          <w:b w:val="0"/>
          <w:i w:val="0"/>
        </w:rPr>
        <w:t>O treinador precisa observar histórico, conversar com o atleta e analisar a semana como um todo.</w:t>
      </w:r>
    </w:p>
    <w:p>
      <w:pPr/>
      <w:r>
        <w:rPr>
          <w:rFonts w:ascii="Aptos" w:hAnsi="Aptos" w:eastAsia="Aptos"/>
          <w:b w:val="0"/>
          <w:i w:val="0"/>
        </w:rPr>
        <w:t>Muitas vezes, uma pequena redução de carga evita um problema maior.</w:t>
      </w:r>
    </w:p>
    <w:p>
      <w:pPr/>
      <w:r>
        <w:rPr>
          <w:rFonts w:ascii="Aptos" w:hAnsi="Aptos" w:eastAsia="Aptos"/>
          <w:b w:val="0"/>
          <w:i w:val="0"/>
        </w:rPr>
        <w:t>Esse é o bom uso da frequência cardíaca: enxergar sinais antes que a queda de desempenho fique evidente.</w:t>
      </w:r>
    </w:p>
    <w:p>
      <w:pPr/>
      <w:r>
        <w:rPr>
          <w:rFonts w:ascii="Aptos" w:hAnsi="Aptos" w:eastAsia="Aptos"/>
          <w:b w:val="0"/>
          <w:i w:val="0"/>
        </w:rPr>
        <w:t>O número não serve para assustar.</w:t>
      </w:r>
    </w:p>
    <w:p>
      <w:pPr/>
      <w:r>
        <w:rPr>
          <w:rFonts w:ascii="Aptos" w:hAnsi="Aptos" w:eastAsia="Aptos"/>
          <w:b w:val="0"/>
          <w:i w:val="0"/>
        </w:rPr>
        <w:t>Serve para orientar leitura.</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Pace representa carga externa: aquilo que o atleta produziu mecanicamente. Frequência cardíaca representa parte da carga interna: como o organismo respondeu ao esforço.</w:t>
            </w:r>
          </w:p>
          <w:p>
            <w:pPr/>
            <w:r>
              <w:rPr>
                <w:rFonts w:ascii="Aptos" w:hAnsi="Aptos" w:eastAsia="Aptos"/>
                <w:b w:val="0"/>
                <w:i w:val="0"/>
              </w:rPr>
              <w:t>A relação entre produção externa e custo interno ajuda a entender eficiência. Quando o atleta consegue correr no mesmo ritmo com menor frequência cardíaca, ou correr mais rápido com custo cardiovascular semelhante, há sinal de adaptação positiva em condições comparáveis.</w:t>
            </w:r>
          </w:p>
          <w:p>
            <w:pPr/>
            <w:r>
              <w:rPr>
                <w:rFonts w:ascii="Aptos" w:hAnsi="Aptos" w:eastAsia="Aptos"/>
                <w:b w:val="0"/>
                <w:i w:val="0"/>
              </w:rPr>
              <w:t>Essa interpretação também se conecta ao conceito de desacoplamento entre pace e frequência cardíaca. Quando o coração precisa subir progressivamente para sustentar o mesmo ritmo, a eficiência começa a cair.</w:t>
            </w:r>
          </w:p>
          <w:p>
            <w:pPr/>
            <w:r>
              <w:rPr>
                <w:rFonts w:ascii="Aptos" w:hAnsi="Aptos" w:eastAsia="Aptos"/>
                <w:b w:val="0"/>
                <w:i w:val="0"/>
              </w:rPr>
              <w:t>O Método TriLife Running utiliza pace, frequência cardíaca e Pace/Heart como sinais integrados. Nenhum dado decide sozinho. A força da análise está no cruzamento entre métrica, contexto e intenção do treino.</w:t>
            </w:r>
          </w:p>
        </w:tc>
      </w:tr>
    </w:tbl>
    <w:p/>
    <w:p>
      <w:pPr>
        <w:pStyle w:val="Heading2"/>
      </w:pPr>
      <w:r>
        <w:t>20.7 O papel do PZI nessa interpretação</w:t>
      </w:r>
    </w:p>
    <w:p>
      <w:pPr/>
      <w:r>
        <w:rPr>
          <w:rFonts w:ascii="Aptos" w:hAnsi="Aptos" w:eastAsia="Aptos"/>
          <w:b w:val="0"/>
          <w:i w:val="0"/>
        </w:rPr>
        <w:t>O Sistema PZI ajuda a transformar pace e frequência cardíaca em linguagem prática.</w:t>
      </w:r>
    </w:p>
    <w:p>
      <w:pPr/>
      <w:r>
        <w:rPr>
          <w:rFonts w:ascii="Aptos" w:hAnsi="Aptos" w:eastAsia="Aptos"/>
          <w:b w:val="0"/>
          <w:i w:val="0"/>
        </w:rPr>
        <w:t>Em vez de deixar o atleta perdido entre números, zonas genéricas e ansiedade por ritmo, o PZI organiza a intensidade em referências compreensíveis.</w:t>
      </w:r>
    </w:p>
    <w:p>
      <w:pPr/>
      <w:r>
        <w:rPr>
          <w:rFonts w:ascii="Aptos" w:hAnsi="Aptos" w:eastAsia="Aptos"/>
          <w:b w:val="0"/>
          <w:i w:val="0"/>
        </w:rPr>
        <w:t>Quando o atleta sabe qual é a intenção da zona, executa melhor.</w:t>
      </w:r>
    </w:p>
    <w:p>
      <w:pPr/>
      <w:r>
        <w:rPr>
          <w:rFonts w:ascii="Aptos" w:hAnsi="Aptos" w:eastAsia="Aptos"/>
          <w:b w:val="0"/>
          <w:i w:val="0"/>
        </w:rPr>
        <w:t>O pace deixa de ser uma ordem rígida e passa a ser referência. A frequência cardíaca deixa de ser alarme isolado e passa a ser resposta observada dentro do contexto.</w:t>
      </w:r>
    </w:p>
    <w:p>
      <w:pPr/>
      <w:r>
        <w:rPr>
          <w:rFonts w:ascii="Aptos" w:hAnsi="Aptos" w:eastAsia="Aptos"/>
          <w:b w:val="0"/>
          <w:i w:val="0"/>
        </w:rPr>
        <w:t>Essa integração entre pace, frequência cardíaca, PZI, percepção subjetiva e comentário do atleta torna a análise mais madura.</w:t>
      </w:r>
    </w:p>
    <w:p>
      <w:pPr/>
      <w:r>
        <w:rPr>
          <w:rFonts w:ascii="Aptos" w:hAnsi="Aptos" w:eastAsia="Aptos"/>
          <w:b w:val="0"/>
          <w:i w:val="0"/>
        </w:rPr>
        <w:t>O treinador deixa de perseguir números soltos.</w:t>
      </w:r>
    </w:p>
    <w:p>
      <w:pPr/>
      <w:r>
        <w:rPr>
          <w:rFonts w:ascii="Aptos" w:hAnsi="Aptos" w:eastAsia="Aptos"/>
          <w:b w:val="0"/>
          <w:i w:val="0"/>
        </w:rPr>
        <w:t>Passa a interpretar coerência.</w:t>
      </w:r>
    </w:p>
    <w:p>
      <w:pPr/>
      <w:r>
        <w:rPr>
          <w:rFonts w:ascii="Aptos" w:hAnsi="Aptos" w:eastAsia="Aptos"/>
          <w:b w:val="0"/>
          <w:i w:val="0"/>
        </w:rPr>
        <w:t>A pergunta deixa de ser apenas:</w:t>
      </w:r>
    </w:p>
    <w:p>
      <w:pPr>
        <w:pStyle w:val="TriLifeQuote"/>
      </w:pPr>
      <w:r>
        <w:rPr>
          <w:rFonts w:ascii="Aptos" w:hAnsi="Aptos" w:eastAsia="Aptos"/>
          <w:b w:val="0"/>
          <w:i/>
        </w:rPr>
        <w:t>“Qual foi o ritmo?”</w:t>
      </w:r>
    </w:p>
    <w:p>
      <w:pPr/>
      <w:r>
        <w:rPr>
          <w:rFonts w:ascii="Aptos" w:hAnsi="Aptos" w:eastAsia="Aptos"/>
          <w:b w:val="0"/>
          <w:i w:val="0"/>
        </w:rPr>
        <w:t>E passa a ser:</w:t>
      </w:r>
    </w:p>
    <w:p>
      <w:pPr>
        <w:pStyle w:val="TriLifeQuote"/>
      </w:pPr>
      <w:r>
        <w:rPr>
          <w:rFonts w:ascii="Aptos" w:hAnsi="Aptos" w:eastAsia="Aptos"/>
          <w:b w:val="0"/>
          <w:i/>
        </w:rPr>
        <w:t>“O atleta executou a intensidade certa para o objetivo do treino?”</w:t>
      </w:r>
    </w:p>
    <w:p>
      <w:pPr/>
      <w:r>
        <w:rPr>
          <w:rFonts w:ascii="Aptos" w:hAnsi="Aptos" w:eastAsia="Aptos"/>
          <w:b w:val="0"/>
          <w:i w:val="0"/>
        </w:rPr>
        <w:t>Essa mudança fortalece a metodologia.</w:t>
      </w:r>
    </w:p>
    <w:p>
      <w:pPr>
        <w:pStyle w:val="Heading2"/>
      </w:pPr>
      <w:r>
        <w:t>20.8 Eficiência como objetivo do processo</w:t>
      </w:r>
    </w:p>
    <w:p>
      <w:pPr/>
      <w:r>
        <w:rPr>
          <w:rFonts w:ascii="Aptos" w:hAnsi="Aptos" w:eastAsia="Aptos"/>
          <w:b w:val="0"/>
          <w:i w:val="0"/>
        </w:rPr>
        <w:t>A relação entre pace e frequência cardíaca ajuda a enxergar um dos objetivos mais importantes do treinamento: eficiência.</w:t>
      </w:r>
    </w:p>
    <w:p>
      <w:pPr/>
      <w:r>
        <w:rPr>
          <w:rFonts w:ascii="Aptos" w:hAnsi="Aptos" w:eastAsia="Aptos"/>
          <w:b w:val="0"/>
          <w:i w:val="0"/>
        </w:rPr>
        <w:t>O atleta eficiente não apenas corre mais rápido.</w:t>
      </w:r>
    </w:p>
    <w:p>
      <w:pPr/>
      <w:r>
        <w:rPr>
          <w:rFonts w:ascii="Aptos" w:hAnsi="Aptos" w:eastAsia="Aptos"/>
          <w:b w:val="0"/>
          <w:i w:val="0"/>
        </w:rPr>
        <w:t>Ele corre melhor.</w:t>
      </w:r>
    </w:p>
    <w:p>
      <w:pPr/>
      <w:r>
        <w:rPr>
          <w:rFonts w:ascii="Aptos" w:hAnsi="Aptos" w:eastAsia="Aptos"/>
          <w:b w:val="0"/>
          <w:i w:val="0"/>
        </w:rPr>
        <w:t>Produz mais com menos custo. Sustenta ritmo com menor instabilidade. Controla a intensidade. Recupera melhor. Repete semanas com mais qualidade.</w:t>
      </w:r>
    </w:p>
    <w:p>
      <w:pPr/>
      <w:r>
        <w:rPr>
          <w:rFonts w:ascii="Aptos" w:hAnsi="Aptos" w:eastAsia="Aptos"/>
          <w:b w:val="0"/>
          <w:i w:val="0"/>
        </w:rPr>
        <w:t>Essa eficiência surge da combinação entre base, controle de intensidade, consistência, recuperação, economia de corrida e progressão adequada.</w:t>
      </w:r>
    </w:p>
    <w:p>
      <w:pPr/>
      <w:r>
        <w:rPr>
          <w:rFonts w:ascii="Aptos" w:hAnsi="Aptos" w:eastAsia="Aptos"/>
          <w:b w:val="0"/>
          <w:i w:val="0"/>
        </w:rPr>
        <w:t>Quando o atleta aprende a respeitar treinos fáceis, executar treinos fortes com objetivo claro e manter regularidade, os dados começam a mostrar respostas mais consistentes.</w:t>
      </w:r>
    </w:p>
    <w:p>
      <w:pPr/>
      <w:r>
        <w:rPr>
          <w:rFonts w:ascii="Aptos" w:hAnsi="Aptos" w:eastAsia="Aptos"/>
          <w:b w:val="0"/>
          <w:i w:val="0"/>
        </w:rPr>
        <w:t>O mesmo esforço passa a custar menos.</w:t>
      </w:r>
    </w:p>
    <w:p>
      <w:pPr/>
      <w:r>
        <w:rPr>
          <w:rFonts w:ascii="Aptos" w:hAnsi="Aptos" w:eastAsia="Aptos"/>
          <w:b w:val="0"/>
          <w:i w:val="0"/>
        </w:rPr>
        <w:t>O mesmo pace passa a ser sustentado com mais estabilidade.</w:t>
      </w:r>
    </w:p>
    <w:p>
      <w:pPr/>
      <w:r>
        <w:rPr>
          <w:rFonts w:ascii="Aptos" w:hAnsi="Aptos" w:eastAsia="Aptos"/>
          <w:b w:val="0"/>
          <w:i w:val="0"/>
        </w:rPr>
        <w:t>Essa é uma das maiores marcas dos Treinos Inteligentes: o atleta não apenas corre mais rápido. Ele corre com mais controle, menor desperdício e melhor compreensão do próprio corpo.</w:t>
      </w:r>
    </w:p>
    <w:p>
      <w:pPr>
        <w:pStyle w:val="Heading2"/>
      </w:pPr>
      <w:r>
        <w:t>Conclusão</w:t>
      </w:r>
    </w:p>
    <w:p>
      <w:pPr/>
      <w:r>
        <w:rPr>
          <w:rFonts w:ascii="Aptos" w:hAnsi="Aptos" w:eastAsia="Aptos"/>
          <w:b w:val="0"/>
          <w:i w:val="0"/>
        </w:rPr>
        <w:t>Pace, frequência cardíaca e Pace/Heart são ferramentas importantes dentro do Método TriLife Running.</w:t>
      </w:r>
    </w:p>
    <w:p>
      <w:pPr/>
      <w:r>
        <w:rPr>
          <w:rFonts w:ascii="Aptos" w:hAnsi="Aptos" w:eastAsia="Aptos"/>
          <w:b w:val="0"/>
          <w:i w:val="0"/>
        </w:rPr>
        <w:t>O pace mostra produção. A frequência cardíaca mostra custo. A relação entre os dois ajuda a interpretar eficiência.</w:t>
      </w:r>
    </w:p>
    <w:p>
      <w:pPr/>
      <w:r>
        <w:rPr>
          <w:rFonts w:ascii="Aptos" w:hAnsi="Aptos" w:eastAsia="Aptos"/>
          <w:b w:val="0"/>
          <w:i w:val="0"/>
        </w:rPr>
        <w:t>Mas nenhum desses dados deve ser analisado isoladamente.</w:t>
      </w:r>
    </w:p>
    <w:p>
      <w:pPr/>
      <w:r>
        <w:rPr>
          <w:rFonts w:ascii="Aptos" w:hAnsi="Aptos" w:eastAsia="Aptos"/>
          <w:b w:val="0"/>
          <w:i w:val="0"/>
        </w:rPr>
        <w:t>A metodologia cruza números com contexto, objetivo da sessão, PZI, percepção subjetiva, comentários, histórico e fase da periodização.</w:t>
      </w:r>
    </w:p>
    <w:p>
      <w:pPr/>
      <w:r>
        <w:rPr>
          <w:rFonts w:ascii="Aptos" w:hAnsi="Aptos" w:eastAsia="Aptos"/>
          <w:b w:val="0"/>
          <w:i w:val="0"/>
        </w:rPr>
        <w:t>O treinador não busca apenas velocidade.</w:t>
      </w:r>
    </w:p>
    <w:p>
      <w:pPr/>
      <w:r>
        <w:rPr>
          <w:rFonts w:ascii="Aptos" w:hAnsi="Aptos" w:eastAsia="Aptos"/>
          <w:b w:val="0"/>
          <w:i w:val="0"/>
        </w:rPr>
        <w:t>Busca coerência entre produção, resposta e adaptação.</w:t>
      </w:r>
    </w:p>
    <w:p>
      <w:pPr>
        <w:pStyle w:val="Heading2"/>
      </w:pPr>
      <w:r>
        <w:t>Princípios Fundamentais do Método TriLife Running</w:t>
      </w:r>
    </w:p>
    <w:p>
      <w:pPr>
        <w:pStyle w:val="TriLifeQuote"/>
      </w:pPr>
      <w:r>
        <w:rPr>
          <w:rFonts w:ascii="Aptos" w:hAnsi="Aptos" w:eastAsia="Aptos"/>
          <w:b w:val="0"/>
          <w:i/>
        </w:rPr>
        <w:t>Princípio Fundamental nº 77</w:t>
      </w:r>
    </w:p>
    <w:p>
      <w:pPr/>
      <w:r>
        <w:rPr>
          <w:rFonts w:ascii="Aptos" w:hAnsi="Aptos" w:eastAsia="Aptos"/>
          <w:b w:val="0"/>
          <w:i w:val="0"/>
        </w:rPr>
        <w:t>Pace mostra produção. Frequência cardíaca mostra custo.</w:t>
      </w:r>
    </w:p>
    <w:p>
      <w:pPr>
        <w:pStyle w:val="TriLifeQuote"/>
      </w:pPr>
      <w:r>
        <w:rPr>
          <w:rFonts w:ascii="Aptos" w:hAnsi="Aptos" w:eastAsia="Aptos"/>
          <w:b w:val="0"/>
          <w:i/>
        </w:rPr>
        <w:t>Princípio Fundamental nº 78</w:t>
      </w:r>
    </w:p>
    <w:p>
      <w:pPr/>
      <w:r>
        <w:rPr>
          <w:rFonts w:ascii="Aptos" w:hAnsi="Aptos" w:eastAsia="Aptos"/>
          <w:b w:val="0"/>
          <w:i w:val="0"/>
        </w:rPr>
        <w:t>Número isolado não decide treino.</w:t>
      </w:r>
    </w:p>
    <w:p>
      <w:pPr>
        <w:pStyle w:val="TriLifeQuote"/>
      </w:pPr>
      <w:r>
        <w:rPr>
          <w:rFonts w:ascii="Aptos" w:hAnsi="Aptos" w:eastAsia="Aptos"/>
          <w:b w:val="0"/>
          <w:i/>
        </w:rPr>
        <w:t>Princípio Fundamental nº 79</w:t>
      </w:r>
    </w:p>
    <w:p>
      <w:pPr/>
      <w:r>
        <w:rPr>
          <w:rFonts w:ascii="Aptos" w:hAnsi="Aptos" w:eastAsia="Aptos"/>
          <w:b w:val="0"/>
          <w:i w:val="0"/>
        </w:rPr>
        <w:t>Pace/Heart só tem valor quando comparado com contexto.</w:t>
      </w:r>
    </w:p>
    <w:p>
      <w:pPr>
        <w:pStyle w:val="TriLifeQuote"/>
      </w:pPr>
      <w:r>
        <w:rPr>
          <w:rFonts w:ascii="Aptos" w:hAnsi="Aptos" w:eastAsia="Aptos"/>
          <w:b w:val="0"/>
          <w:i/>
        </w:rPr>
        <w:t>Princípio Fundamental nº 80</w:t>
      </w:r>
    </w:p>
    <w:p>
      <w:pPr/>
      <w:r>
        <w:rPr>
          <w:rFonts w:ascii="Aptos" w:hAnsi="Aptos" w:eastAsia="Aptos"/>
          <w:b w:val="0"/>
          <w:i w:val="0"/>
        </w:rPr>
        <w:t>Eficiência é correr melhor, não apenas correr mais rápido.</w:t>
      </w:r>
    </w:p>
    <w:p>
      <w:r>
        <w:br w:type="page"/>
      </w:r>
    </w:p>
    <w:p>
      <w:pPr>
        <w:pStyle w:val="Title"/>
        <w:jc w:val="center"/>
      </w:pPr>
      <w:r>
        <w:t>BLOCO 5</w:t>
      </w:r>
    </w:p>
    <w:p>
      <w:pPr>
        <w:pStyle w:val="Heading1"/>
        <w:jc w:val="center"/>
      </w:pPr>
      <w:r>
        <w:t>LEITURA DE EFICIÊNCIA, ADESÃO E GESTÃO DO CICLO</w:t>
      </w:r>
    </w:p>
    <w:p>
      <w:r>
        <w:br w:type="page"/>
      </w:r>
    </w:p>
    <w:p>
      <w:pPr>
        <w:pStyle w:val="Heading1"/>
        <w:jc w:val="center"/>
      </w:pPr>
      <w:r>
        <w:t>CAPÍTULO 21</w:t>
      </w:r>
    </w:p>
    <w:p>
      <w:pPr>
        <w:pStyle w:val="Heading1"/>
        <w:jc w:val="center"/>
      </w:pPr>
      <w:r>
        <w:t>DECOUPLING / CARDIAC DRIFT</w:t>
      </w:r>
    </w:p>
    <w:p>
      <w:pPr>
        <w:pStyle w:val="Heading1"/>
        <w:jc w:val="center"/>
      </w:pPr>
      <w:r>
        <w:t>Quando a Eficiência Começa a Cair</w:t>
      </w:r>
    </w:p>
    <w:p>
      <w:pPr>
        <w:pStyle w:val="TriLifeQuote"/>
      </w:pPr>
      <w:r>
        <w:rPr>
          <w:rFonts w:ascii="Aptos" w:hAnsi="Aptos" w:eastAsia="Aptos"/>
          <w:b w:val="0"/>
          <w:i/>
        </w:rPr>
        <w:t>“O atleta pode manter o mesmo pace e, ainda assim, pagar um preço cada vez maior para continuar correndo.”</w:t>
      </w:r>
    </w:p>
    <w:p>
      <w:pPr>
        <w:pStyle w:val="Heading2"/>
      </w:pPr>
      <w:r>
        <w:t>21.1 O que é desacoplamento</w:t>
      </w:r>
    </w:p>
    <w:p>
      <w:pPr/>
      <w:r>
        <w:rPr>
          <w:rFonts w:ascii="Aptos" w:hAnsi="Aptos" w:eastAsia="Aptos"/>
          <w:b w:val="0"/>
          <w:i w:val="0"/>
        </w:rPr>
        <w:t>Decoupling, ou desacoplamento, é a perda progressiva da relação entre aquilo que o atleta produz por fora e aquilo que o organismo precisa pagar por dentro.</w:t>
      </w:r>
    </w:p>
    <w:p>
      <w:pPr/>
      <w:r>
        <w:rPr>
          <w:rFonts w:ascii="Aptos" w:hAnsi="Aptos" w:eastAsia="Aptos"/>
          <w:b w:val="0"/>
          <w:i w:val="0"/>
        </w:rPr>
        <w:t>Na corrida, essa análise costuma observar a relação entre pace e frequência cardíaca ao longo do tempo.</w:t>
      </w:r>
    </w:p>
    <w:p>
      <w:pPr/>
      <w:r>
        <w:rPr>
          <w:rFonts w:ascii="Aptos" w:hAnsi="Aptos" w:eastAsia="Aptos"/>
          <w:b w:val="0"/>
          <w:i w:val="0"/>
        </w:rPr>
        <w:t>Em uma situação ideal de esforço estável, o corredor mantém ritmo e frequência cardíaca relativamente controlados. O pace segue próximo do planejado, a frequência cardíaca se comporta dentro de uma faixa esperada e a percepção de esforço cresce de forma compatível com a sessão.</w:t>
      </w:r>
    </w:p>
    <w:p>
      <w:pPr/>
      <w:r>
        <w:rPr>
          <w:rFonts w:ascii="Aptos" w:hAnsi="Aptos" w:eastAsia="Aptos"/>
          <w:b w:val="0"/>
          <w:i w:val="0"/>
        </w:rPr>
        <w:t>Quando essa relação começa a se perder, surge o sinal de desacoplamento.</w:t>
      </w:r>
    </w:p>
    <w:p>
      <w:pPr/>
      <w:r>
        <w:rPr>
          <w:rFonts w:ascii="Aptos" w:hAnsi="Aptos" w:eastAsia="Aptos"/>
          <w:b w:val="0"/>
          <w:i w:val="0"/>
        </w:rPr>
        <w:t>O atleta mantém o mesmo pace, mas a frequência cardíaca sobe progressivamente. Ou, em outro cenário, a frequência cardíaca permanece alta enquanto o pace começa a cair.</w:t>
      </w:r>
    </w:p>
    <w:p>
      <w:pPr/>
      <w:r>
        <w:rPr>
          <w:rFonts w:ascii="Aptos" w:hAnsi="Aptos" w:eastAsia="Aptos"/>
          <w:b w:val="0"/>
          <w:i w:val="0"/>
        </w:rPr>
        <w:t>Nos dois casos, a mensagem é parecida: o corpo está pagando mais caro para continuar produzindo.</w:t>
      </w:r>
    </w:p>
    <w:p>
      <w:pPr/>
      <w:r>
        <w:rPr>
          <w:rFonts w:ascii="Aptos" w:hAnsi="Aptos" w:eastAsia="Aptos"/>
          <w:b w:val="0"/>
          <w:i w:val="0"/>
        </w:rPr>
        <w:t xml:space="preserve">Esse fenômeno também é chamado de </w:t>
      </w:r>
      <w:r>
        <w:rPr>
          <w:rFonts w:ascii="Aptos" w:hAnsi="Aptos" w:eastAsia="Aptos"/>
          <w:b/>
          <w:i w:val="0"/>
        </w:rPr>
        <w:t>cardiac drift</w:t>
      </w:r>
      <w:r>
        <w:rPr>
          <w:rFonts w:ascii="Aptos" w:hAnsi="Aptos" w:eastAsia="Aptos"/>
          <w:b w:val="0"/>
          <w:i w:val="0"/>
        </w:rPr>
        <w:t>. Ele mostra que o organismo está aumentando o custo cardiovascular para sustentar o esforço.</w:t>
      </w:r>
    </w:p>
    <w:p>
      <w:pPr/>
      <w:r>
        <w:rPr>
          <w:rFonts w:ascii="Aptos" w:hAnsi="Aptos" w:eastAsia="Aptos"/>
          <w:b w:val="0"/>
          <w:i w:val="0"/>
        </w:rPr>
        <w:t>Dentro do Método TriLife Running, o desacoplamento não é tratado como número isolado, nem como diagnóstico automático. Ele é uma pista.</w:t>
      </w:r>
    </w:p>
    <w:p>
      <w:pPr/>
      <w:r>
        <w:rPr>
          <w:rFonts w:ascii="Aptos" w:hAnsi="Aptos" w:eastAsia="Aptos"/>
          <w:b w:val="0"/>
          <w:i w:val="0"/>
        </w:rPr>
        <w:t>Pode indicar resistência aeróbia ainda insuficiente, intensidade mal controlada, fadiga acumulada, calor, desidratação, erro nutricional, falta de base ou baixa maturidade do atleta para sustentar determinada demanda.</w:t>
      </w:r>
    </w:p>
    <w:p>
      <w:pPr/>
      <w:r>
        <w:rPr>
          <w:rFonts w:ascii="Aptos" w:hAnsi="Aptos" w:eastAsia="Aptos"/>
          <w:b w:val="0"/>
          <w:i w:val="0"/>
        </w:rPr>
        <w:t>O número aponta.</w:t>
      </w:r>
    </w:p>
    <w:p>
      <w:pPr/>
      <w:r>
        <w:rPr>
          <w:rFonts w:ascii="Aptos" w:hAnsi="Aptos" w:eastAsia="Aptos"/>
          <w:b w:val="0"/>
          <w:i w:val="0"/>
        </w:rPr>
        <w:t>O treinador interpreta.</w:t>
      </w:r>
    </w:p>
    <w:p>
      <w:pPr>
        <w:pStyle w:val="Heading2"/>
      </w:pPr>
      <w:r>
        <w:t>21.2 Onde essa análise faz mais sentido</w:t>
      </w:r>
    </w:p>
    <w:p>
      <w:pPr/>
      <w:r>
        <w:rPr>
          <w:rFonts w:ascii="Aptos" w:hAnsi="Aptos" w:eastAsia="Aptos"/>
          <w:b w:val="0"/>
          <w:i w:val="0"/>
        </w:rPr>
        <w:t>A análise de decoupling faz mais sentido em treinos com proposta de estabilidade.</w:t>
      </w:r>
    </w:p>
    <w:p>
      <w:pPr/>
      <w:r>
        <w:rPr>
          <w:rFonts w:ascii="Aptos" w:hAnsi="Aptos" w:eastAsia="Aptos"/>
          <w:b w:val="0"/>
          <w:i w:val="0"/>
        </w:rPr>
        <w:t>Ela é mais útil em:</w:t>
      </w:r>
    </w:p>
    <w:p>
      <w:pPr>
        <w:pStyle w:val="ListBullet"/>
      </w:pPr>
      <w:r>
        <w:rPr>
          <w:rFonts w:ascii="Aptos" w:hAnsi="Aptos" w:eastAsia="Aptos"/>
          <w:b w:val="0"/>
          <w:i w:val="0"/>
        </w:rPr>
        <w:t>rodagens controladas;</w:t>
      </w:r>
    </w:p>
    <w:p>
      <w:pPr>
        <w:pStyle w:val="ListBullet"/>
      </w:pPr>
      <w:r>
        <w:rPr>
          <w:rFonts w:ascii="Aptos" w:hAnsi="Aptos" w:eastAsia="Aptos"/>
          <w:b w:val="0"/>
          <w:i w:val="0"/>
        </w:rPr>
        <w:t>longões;</w:t>
      </w:r>
    </w:p>
    <w:p>
      <w:pPr>
        <w:pStyle w:val="ListBullet"/>
      </w:pPr>
      <w:r>
        <w:rPr>
          <w:rFonts w:ascii="Aptos" w:hAnsi="Aptos" w:eastAsia="Aptos"/>
          <w:b w:val="0"/>
          <w:i w:val="0"/>
        </w:rPr>
        <w:t>treinos contínuos;</w:t>
      </w:r>
    </w:p>
    <w:p>
      <w:pPr>
        <w:pStyle w:val="ListBullet"/>
      </w:pPr>
      <w:r>
        <w:rPr>
          <w:rFonts w:ascii="Aptos" w:hAnsi="Aptos" w:eastAsia="Aptos"/>
          <w:b w:val="0"/>
          <w:i w:val="0"/>
        </w:rPr>
        <w:t>sessões em PZI estável;</w:t>
      </w:r>
    </w:p>
    <w:p>
      <w:pPr>
        <w:pStyle w:val="ListBullet"/>
      </w:pPr>
      <w:r>
        <w:rPr>
          <w:rFonts w:ascii="Aptos" w:hAnsi="Aptos" w:eastAsia="Aptos"/>
          <w:b w:val="0"/>
          <w:i w:val="0"/>
        </w:rPr>
        <w:t>blocos de resistência;</w:t>
      </w:r>
    </w:p>
    <w:p>
      <w:pPr>
        <w:pStyle w:val="ListBullet"/>
      </w:pPr>
      <w:r>
        <w:rPr>
          <w:rFonts w:ascii="Aptos" w:hAnsi="Aptos" w:eastAsia="Aptos"/>
          <w:b w:val="0"/>
          <w:i w:val="0"/>
        </w:rPr>
        <w:t>treinos com pouca variação de terreno;</w:t>
      </w:r>
    </w:p>
    <w:p>
      <w:pPr>
        <w:pStyle w:val="ListBullet"/>
      </w:pPr>
      <w:r>
        <w:rPr>
          <w:rFonts w:ascii="Aptos" w:hAnsi="Aptos" w:eastAsia="Aptos"/>
          <w:b w:val="0"/>
          <w:i w:val="0"/>
        </w:rPr>
        <w:t>esforços em que o objetivo era manter intensidade constante.</w:t>
      </w:r>
    </w:p>
    <w:p>
      <w:pPr/>
      <w:r>
        <w:rPr>
          <w:rFonts w:ascii="Aptos" w:hAnsi="Aptos" w:eastAsia="Aptos"/>
          <w:b w:val="0"/>
          <w:i w:val="0"/>
        </w:rPr>
        <w:t>Nesses contextos, a relação entre pace e frequência cardíaca pode mostrar se o atleta sustenta eficiência ao longo do tempo.</w:t>
      </w:r>
    </w:p>
    <w:p>
      <w:pPr/>
      <w:r>
        <w:rPr>
          <w:rFonts w:ascii="Aptos" w:hAnsi="Aptos" w:eastAsia="Aptos"/>
          <w:b w:val="0"/>
          <w:i w:val="0"/>
        </w:rPr>
        <w:t>Se o treino foi planejado para ser estável e a frequência cardíaca sobe demais sem mudança proporcional de pace, o treinador precisa observar.</w:t>
      </w:r>
    </w:p>
    <w:p>
      <w:pPr/>
      <w:r>
        <w:rPr>
          <w:rFonts w:ascii="Aptos" w:hAnsi="Aptos" w:eastAsia="Aptos"/>
          <w:b w:val="0"/>
          <w:i w:val="0"/>
        </w:rPr>
        <w:t>Talvez o atleta tenha começado forte demais. Talvez a hidratação tenha falhado. Talvez o calor tenha influenciado. Talvez a base aeróbia ainda não sustente aquela duração. Talvez a carga das semanas anteriores esteja cobrando preço.</w:t>
      </w:r>
    </w:p>
    <w:p>
      <w:pPr/>
      <w:r>
        <w:rPr>
          <w:rFonts w:ascii="Aptos" w:hAnsi="Aptos" w:eastAsia="Aptos"/>
          <w:b w:val="0"/>
          <w:i w:val="0"/>
        </w:rPr>
        <w:t>A análise perde valor quando aplicada sem critério.</w:t>
      </w:r>
    </w:p>
    <w:p>
      <w:pPr/>
      <w:r>
        <w:rPr>
          <w:rFonts w:ascii="Aptos" w:hAnsi="Aptos" w:eastAsia="Aptos"/>
          <w:b w:val="0"/>
          <w:i w:val="0"/>
        </w:rPr>
        <w:t>Em Fartleks, intervalados, percursos com muitas subidas, trilhas, treinos com pausas frequentes ou sessões muito variáveis, a relação entre pace e frequência cardíaca naturalmente oscila.</w:t>
      </w:r>
    </w:p>
    <w:p>
      <w:pPr/>
      <w:r>
        <w:rPr>
          <w:rFonts w:ascii="Aptos" w:hAnsi="Aptos" w:eastAsia="Aptos"/>
          <w:b w:val="0"/>
          <w:i w:val="0"/>
        </w:rPr>
        <w:t>Não faz sentido cobrar estabilidade de um treino construído para variar.</w:t>
      </w:r>
    </w:p>
    <w:p>
      <w:pPr/>
      <w:r>
        <w:rPr>
          <w:rFonts w:ascii="Aptos" w:hAnsi="Aptos" w:eastAsia="Aptos"/>
          <w:b w:val="0"/>
          <w:i w:val="0"/>
        </w:rPr>
        <w:t>Por isso, antes de olhar o desacoplamento, o treinador precisa perguntar:</w:t>
      </w:r>
    </w:p>
    <w:p>
      <w:pPr>
        <w:pStyle w:val="TriLifeQuote"/>
      </w:pPr>
      <w:r>
        <w:rPr>
          <w:rFonts w:ascii="Aptos" w:hAnsi="Aptos" w:eastAsia="Aptos"/>
          <w:b w:val="0"/>
          <w:i/>
        </w:rPr>
        <w:t>a sessão tinha proposta de estabilidade?</w:t>
      </w:r>
    </w:p>
    <w:p>
      <w:pPr/>
      <w:r>
        <w:rPr>
          <w:rFonts w:ascii="Aptos" w:hAnsi="Aptos" w:eastAsia="Aptos"/>
          <w:b w:val="0"/>
          <w:i w:val="0"/>
        </w:rPr>
        <w:t>Sem essa pergunta, a métrica vira ruído.</w:t>
      </w:r>
    </w:p>
    <w:p>
      <w:pPr>
        <w:pStyle w:val="Heading2"/>
      </w:pPr>
      <w:r>
        <w:t>21.3 Produção externa e custo interno</w:t>
      </w:r>
    </w:p>
    <w:p>
      <w:pPr/>
      <w:r>
        <w:rPr>
          <w:rFonts w:ascii="Aptos" w:hAnsi="Aptos" w:eastAsia="Aptos"/>
          <w:b w:val="0"/>
          <w:i w:val="0"/>
        </w:rPr>
        <w:t>O desacoplamento ajuda a reforçar uma das ideias centrais do Método TriLife Running: pace não conta a história completa.</w:t>
      </w:r>
    </w:p>
    <w:p>
      <w:pPr/>
      <w:r>
        <w:rPr>
          <w:rFonts w:ascii="Aptos" w:hAnsi="Aptos" w:eastAsia="Aptos"/>
          <w:b w:val="0"/>
          <w:i w:val="0"/>
        </w:rPr>
        <w:t>O pace mostra a produção externa.</w:t>
      </w:r>
    </w:p>
    <w:p>
      <w:pPr/>
      <w:r>
        <w:rPr>
          <w:rFonts w:ascii="Aptos" w:hAnsi="Aptos" w:eastAsia="Aptos"/>
          <w:b w:val="0"/>
          <w:i w:val="0"/>
        </w:rPr>
        <w:t>A frequência cardíaca mostra parte do custo interno.</w:t>
      </w:r>
    </w:p>
    <w:p>
      <w:pPr/>
      <w:r>
        <w:rPr>
          <w:rFonts w:ascii="Aptos" w:hAnsi="Aptos" w:eastAsia="Aptos"/>
          <w:b w:val="0"/>
          <w:i w:val="0"/>
        </w:rPr>
        <w:t>Quando essas duas informações se afastam ao longo da sessão, a metodologia ganha uma oportunidade de leitura.</w:t>
      </w:r>
    </w:p>
    <w:p>
      <w:pPr/>
      <w:r>
        <w:rPr>
          <w:rFonts w:ascii="Aptos" w:hAnsi="Aptos" w:eastAsia="Aptos"/>
          <w:b w:val="0"/>
          <w:i w:val="0"/>
        </w:rPr>
        <w:t>Um atleta pode sustentar 5:30 min/km por 60 minutos. No início, esse ritmo pode custar 140 bpm. No final, pode custar 165 bpm. O pace foi mantido, mas o custo subiu muito.</w:t>
      </w:r>
    </w:p>
    <w:p>
      <w:pPr/>
      <w:r>
        <w:rPr>
          <w:rFonts w:ascii="Aptos" w:hAnsi="Aptos" w:eastAsia="Aptos"/>
          <w:b w:val="0"/>
          <w:i w:val="0"/>
        </w:rPr>
        <w:t>Outro corredor pode iniciar controlado e, após determinado tempo, precisar reduzir o ritmo para manter a frequência cardíaca dentro da zona. Nesse caso, o organismo não conseguiu sustentar a produção planejada com o mesmo custo.</w:t>
      </w:r>
    </w:p>
    <w:p>
      <w:pPr/>
      <w:r>
        <w:rPr>
          <w:rFonts w:ascii="Aptos" w:hAnsi="Aptos" w:eastAsia="Aptos"/>
          <w:b w:val="0"/>
          <w:i w:val="0"/>
        </w:rPr>
        <w:t>Nenhuma dessas situações deve ser interpretada isoladamente.</w:t>
      </w:r>
    </w:p>
    <w:p>
      <w:pPr/>
      <w:r>
        <w:rPr>
          <w:rFonts w:ascii="Aptos" w:hAnsi="Aptos" w:eastAsia="Aptos"/>
          <w:b w:val="0"/>
          <w:i w:val="0"/>
        </w:rPr>
        <w:t>O treinador precisa cruzar:</w:t>
      </w:r>
    </w:p>
    <w:p>
      <w:pPr>
        <w:pStyle w:val="ListBullet"/>
      </w:pPr>
      <w:r>
        <w:rPr>
          <w:rFonts w:ascii="Aptos" w:hAnsi="Aptos" w:eastAsia="Aptos"/>
          <w:b w:val="0"/>
          <w:i w:val="0"/>
        </w:rPr>
        <w:t>duração do treino;</w:t>
      </w:r>
    </w:p>
    <w:p>
      <w:pPr>
        <w:pStyle w:val="ListBullet"/>
      </w:pPr>
      <w:r>
        <w:rPr>
          <w:rFonts w:ascii="Aptos" w:hAnsi="Aptos" w:eastAsia="Aptos"/>
          <w:b w:val="0"/>
          <w:i w:val="0"/>
        </w:rPr>
        <w:t>zona PZI prescrita;</w:t>
      </w:r>
    </w:p>
    <w:p>
      <w:pPr>
        <w:pStyle w:val="ListBullet"/>
      </w:pPr>
      <w:r>
        <w:rPr>
          <w:rFonts w:ascii="Aptos" w:hAnsi="Aptos" w:eastAsia="Aptos"/>
          <w:b w:val="0"/>
          <w:i w:val="0"/>
        </w:rPr>
        <w:t>temperatura;</w:t>
      </w:r>
    </w:p>
    <w:p>
      <w:pPr>
        <w:pStyle w:val="ListBullet"/>
      </w:pPr>
      <w:r>
        <w:rPr>
          <w:rFonts w:ascii="Aptos" w:hAnsi="Aptos" w:eastAsia="Aptos"/>
          <w:b w:val="0"/>
          <w:i w:val="0"/>
        </w:rPr>
        <w:t>hidratação;</w:t>
      </w:r>
    </w:p>
    <w:p>
      <w:pPr>
        <w:pStyle w:val="ListBullet"/>
      </w:pPr>
      <w:r>
        <w:rPr>
          <w:rFonts w:ascii="Aptos" w:hAnsi="Aptos" w:eastAsia="Aptos"/>
          <w:b w:val="0"/>
          <w:i w:val="0"/>
        </w:rPr>
        <w:t>alimentação;</w:t>
      </w:r>
    </w:p>
    <w:p>
      <w:pPr>
        <w:pStyle w:val="ListBullet"/>
      </w:pPr>
      <w:r>
        <w:rPr>
          <w:rFonts w:ascii="Aptos" w:hAnsi="Aptos" w:eastAsia="Aptos"/>
          <w:b w:val="0"/>
          <w:i w:val="0"/>
        </w:rPr>
        <w:t>sono;</w:t>
      </w:r>
    </w:p>
    <w:p>
      <w:pPr>
        <w:pStyle w:val="ListBullet"/>
      </w:pPr>
      <w:r>
        <w:rPr>
          <w:rFonts w:ascii="Aptos" w:hAnsi="Aptos" w:eastAsia="Aptos"/>
          <w:b w:val="0"/>
          <w:i w:val="0"/>
        </w:rPr>
        <w:t>fadiga acumulada;</w:t>
      </w:r>
    </w:p>
    <w:p>
      <w:pPr>
        <w:pStyle w:val="ListBullet"/>
      </w:pPr>
      <w:r>
        <w:rPr>
          <w:rFonts w:ascii="Aptos" w:hAnsi="Aptos" w:eastAsia="Aptos"/>
          <w:b w:val="0"/>
          <w:i w:val="0"/>
        </w:rPr>
        <w:t>terreno;</w:t>
      </w:r>
    </w:p>
    <w:p>
      <w:pPr>
        <w:pStyle w:val="ListBullet"/>
      </w:pPr>
      <w:r>
        <w:rPr>
          <w:rFonts w:ascii="Aptos" w:hAnsi="Aptos" w:eastAsia="Aptos"/>
          <w:b w:val="0"/>
          <w:i w:val="0"/>
        </w:rPr>
        <w:t>comentários do atleta;</w:t>
      </w:r>
    </w:p>
    <w:p>
      <w:pPr>
        <w:pStyle w:val="ListBullet"/>
      </w:pPr>
      <w:r>
        <w:rPr>
          <w:rFonts w:ascii="Aptos" w:hAnsi="Aptos" w:eastAsia="Aptos"/>
          <w:b w:val="0"/>
          <w:i w:val="0"/>
        </w:rPr>
        <w:t>histórico recente;</w:t>
      </w:r>
    </w:p>
    <w:p>
      <w:pPr>
        <w:pStyle w:val="ListBullet"/>
      </w:pPr>
      <w:r>
        <w:rPr>
          <w:rFonts w:ascii="Aptos" w:hAnsi="Aptos" w:eastAsia="Aptos"/>
          <w:b w:val="0"/>
          <w:i w:val="0"/>
        </w:rPr>
        <w:t>resposta nos dias seguintes.</w:t>
      </w:r>
    </w:p>
    <w:p>
      <w:pPr/>
      <w:r>
        <w:rPr>
          <w:rFonts w:ascii="Aptos" w:hAnsi="Aptos" w:eastAsia="Aptos"/>
          <w:b w:val="0"/>
          <w:i w:val="0"/>
        </w:rPr>
        <w:t>A força da análise está no conjunto.</w:t>
      </w:r>
    </w:p>
    <w:p>
      <w:pPr/>
      <w:r>
        <w:rPr>
          <w:rFonts w:ascii="Aptos" w:hAnsi="Aptos" w:eastAsia="Aptos"/>
          <w:b w:val="0"/>
          <w:i w:val="0"/>
        </w:rPr>
        <w:t>O desacoplamento mostra que algo mudou. A metodologia procura entender o motivo.</w:t>
      </w:r>
    </w:p>
    <w:p>
      <w:pPr>
        <w:pStyle w:val="Heading2"/>
      </w:pPr>
      <w:r>
        <w:t>21.4 Cardiac drift não é sempre erro</w:t>
      </w:r>
    </w:p>
    <w:p>
      <w:pPr/>
      <w:r>
        <w:rPr>
          <w:rFonts w:ascii="Aptos" w:hAnsi="Aptos" w:eastAsia="Aptos"/>
          <w:b w:val="0"/>
          <w:i w:val="0"/>
        </w:rPr>
        <w:t>Nem todo aumento de frequência cardíaca ao longo do treino representa problema.</w:t>
      </w:r>
    </w:p>
    <w:p>
      <w:pPr/>
      <w:r>
        <w:rPr>
          <w:rFonts w:ascii="Aptos" w:hAnsi="Aptos" w:eastAsia="Aptos"/>
          <w:b w:val="0"/>
          <w:i w:val="0"/>
        </w:rPr>
        <w:t>Em esforços prolongados, é esperado que a frequência cardíaca suba gradualmente, mesmo quando o ritmo permanece estável. O corpo aquece, perde líquido, modifica a distribuição de sangue, acumula fadiga e precisa trabalhar mais para manter a mesma produção.</w:t>
      </w:r>
    </w:p>
    <w:p>
      <w:pPr/>
      <w:r>
        <w:rPr>
          <w:rFonts w:ascii="Aptos" w:hAnsi="Aptos" w:eastAsia="Aptos"/>
          <w:b w:val="0"/>
          <w:i w:val="0"/>
        </w:rPr>
        <w:t>O erro está em interpretar qualquer elevação como falha.</w:t>
      </w:r>
    </w:p>
    <w:p>
      <w:pPr/>
      <w:r>
        <w:rPr>
          <w:rFonts w:ascii="Aptos" w:hAnsi="Aptos" w:eastAsia="Aptos"/>
          <w:b w:val="0"/>
          <w:i w:val="0"/>
        </w:rPr>
        <w:t>O Método TriLife Running não trabalha assim.</w:t>
      </w:r>
    </w:p>
    <w:p>
      <w:pPr/>
      <w:r>
        <w:rPr>
          <w:rFonts w:ascii="Aptos" w:hAnsi="Aptos" w:eastAsia="Aptos"/>
          <w:b w:val="0"/>
          <w:i w:val="0"/>
        </w:rPr>
        <w:t>O treinador precisa diferenciar uma elevação esperada de um desacoplamento excessivo.</w:t>
      </w:r>
    </w:p>
    <w:p>
      <w:pPr/>
      <w:r>
        <w:rPr>
          <w:rFonts w:ascii="Aptos" w:hAnsi="Aptos" w:eastAsia="Aptos"/>
          <w:b w:val="0"/>
          <w:i w:val="0"/>
        </w:rPr>
        <w:t>Uma pequena subida progressiva pode fazer parte da fisiologia normal do esforço. Uma elevação abrupta, desproporcional ou acompanhada de queda técnica, percepção muito alta e dificuldade de recuperação merece atenção.</w:t>
      </w:r>
    </w:p>
    <w:p>
      <w:pPr/>
      <w:r>
        <w:rPr>
          <w:rFonts w:ascii="Aptos" w:hAnsi="Aptos" w:eastAsia="Aptos"/>
          <w:b w:val="0"/>
          <w:i w:val="0"/>
        </w:rPr>
        <w:t>O contexto manda.</w:t>
      </w:r>
    </w:p>
    <w:p>
      <w:pPr/>
      <w:r>
        <w:rPr>
          <w:rFonts w:ascii="Aptos" w:hAnsi="Aptos" w:eastAsia="Aptos"/>
          <w:b w:val="0"/>
          <w:i w:val="0"/>
        </w:rPr>
        <w:t>Em um longão sob calor, algum drift pode aparecer. Em uma rodagem curta e leve, uma frequência cardíaca descontrolada pode indicar problema maior. Em um atleta iniciante, a estabilidade pode demorar mais a surgir. Em um atleta experiente, perda repentina de eficiência pode indicar fadiga acumulada.</w:t>
      </w:r>
    </w:p>
    <w:p>
      <w:pPr/>
      <w:r>
        <w:rPr>
          <w:rFonts w:ascii="Aptos" w:hAnsi="Aptos" w:eastAsia="Aptos"/>
          <w:b w:val="0"/>
          <w:i w:val="0"/>
        </w:rPr>
        <w:t>O número nunca fala sozinho.</w:t>
      </w:r>
    </w:p>
    <w:p>
      <w:pPr/>
      <w:r>
        <w:rPr>
          <w:rFonts w:ascii="Aptos" w:hAnsi="Aptos" w:eastAsia="Aptos"/>
          <w:b w:val="0"/>
          <w:i w:val="0"/>
        </w:rPr>
        <w:t>A interpretação decide.</w:t>
      </w:r>
    </w:p>
    <w:p>
      <w:pPr>
        <w:pStyle w:val="Heading2"/>
      </w:pPr>
      <w:r>
        <w:t>21.5 Decoupling como sinal de durabilidade aeróbia</w:t>
      </w:r>
    </w:p>
    <w:p>
      <w:pPr/>
      <w:r>
        <w:rPr>
          <w:rFonts w:ascii="Aptos" w:hAnsi="Aptos" w:eastAsia="Aptos"/>
          <w:b w:val="0"/>
          <w:i w:val="0"/>
        </w:rPr>
        <w:t>Uma das leituras mais úteis do desacoplamento é avaliar a durabilidade aeróbia.</w:t>
      </w:r>
    </w:p>
    <w:p>
      <w:pPr/>
      <w:r>
        <w:rPr>
          <w:rFonts w:ascii="Aptos" w:hAnsi="Aptos" w:eastAsia="Aptos"/>
          <w:b w:val="0"/>
          <w:i w:val="0"/>
        </w:rPr>
        <w:t>Durabilidade é a capacidade de manter eficiência ao longo do tempo.</w:t>
      </w:r>
    </w:p>
    <w:p>
      <w:pPr/>
      <w:r>
        <w:rPr>
          <w:rFonts w:ascii="Aptos" w:hAnsi="Aptos" w:eastAsia="Aptos"/>
          <w:b w:val="0"/>
          <w:i w:val="0"/>
        </w:rPr>
        <w:t>Não basta correr bem nos primeiros 20 minutos. O atleta precisa sustentar mecânica, respiração, ritmo, frequência cardíaca e percepção de esforço conforme a sessão avança.</w:t>
      </w:r>
    </w:p>
    <w:p>
      <w:pPr/>
      <w:r>
        <w:rPr>
          <w:rFonts w:ascii="Aptos" w:hAnsi="Aptos" w:eastAsia="Aptos"/>
          <w:b w:val="0"/>
          <w:i w:val="0"/>
        </w:rPr>
        <w:t>Quando o desacoplamento aparece cedo demais, pode indicar que o atleta ainda não possui base suficiente para aquela duração ou intensidade.</w:t>
      </w:r>
    </w:p>
    <w:p>
      <w:pPr/>
      <w:r>
        <w:rPr>
          <w:rFonts w:ascii="Aptos" w:hAnsi="Aptos" w:eastAsia="Aptos"/>
          <w:b w:val="0"/>
          <w:i w:val="0"/>
        </w:rPr>
        <w:t>Em preparações longas, essa informação vale muito.</w:t>
      </w:r>
    </w:p>
    <w:p>
      <w:pPr/>
      <w:r>
        <w:rPr>
          <w:rFonts w:ascii="Aptos" w:hAnsi="Aptos" w:eastAsia="Aptos"/>
          <w:b w:val="0"/>
          <w:i w:val="0"/>
        </w:rPr>
        <w:t>O treinador consegue perceber se o corredor está construindo resistência real ou apenas sobrevivendo aos treinos.</w:t>
      </w:r>
    </w:p>
    <w:p>
      <w:pPr/>
      <w:r>
        <w:rPr>
          <w:rFonts w:ascii="Aptos" w:hAnsi="Aptos" w:eastAsia="Aptos"/>
          <w:b w:val="0"/>
          <w:i w:val="0"/>
        </w:rPr>
        <w:t>Um atleta que mantém pace e frequência cardíaca estáveis por mais tempo demonstra melhor controle, melhor base e maior capacidade de suportar carga.</w:t>
      </w:r>
    </w:p>
    <w:p>
      <w:pPr/>
      <w:r>
        <w:rPr>
          <w:rFonts w:ascii="Aptos" w:hAnsi="Aptos" w:eastAsia="Aptos"/>
          <w:b w:val="0"/>
          <w:i w:val="0"/>
        </w:rPr>
        <w:t>Essa adaptação não surge de um treino isolado.</w:t>
      </w:r>
    </w:p>
    <w:p>
      <w:pPr/>
      <w:r>
        <w:rPr>
          <w:rFonts w:ascii="Aptos" w:hAnsi="Aptos" w:eastAsia="Aptos"/>
          <w:b w:val="0"/>
          <w:i w:val="0"/>
        </w:rPr>
        <w:t>Ela nasce da combinação entre base, distribuição de intensidade, longões progressivos, controle do PZI, recuperação e consistência.</w:t>
      </w:r>
    </w:p>
    <w:p>
      <w:pPr/>
      <w:r>
        <w:rPr>
          <w:rFonts w:ascii="Aptos" w:hAnsi="Aptos" w:eastAsia="Aptos"/>
          <w:b w:val="0"/>
          <w:i w:val="0"/>
        </w:rPr>
        <w:t>Decoupling, nesse sentido, não é apenas métrica.</w:t>
      </w:r>
    </w:p>
    <w:p>
      <w:pPr/>
      <w:r>
        <w:rPr>
          <w:rFonts w:ascii="Aptos" w:hAnsi="Aptos" w:eastAsia="Aptos"/>
          <w:b w:val="0"/>
          <w:i w:val="0"/>
        </w:rPr>
        <w:t>É janela para enxergar resistência.</w:t>
      </w:r>
    </w:p>
    <w:p>
      <w:pPr>
        <w:pStyle w:val="Heading2"/>
      </w:pPr>
      <w:r>
        <w:t>21.6 Quando o desacoplamento indica intensidade errada</w:t>
      </w:r>
    </w:p>
    <w:p>
      <w:pPr/>
      <w:r>
        <w:rPr>
          <w:rFonts w:ascii="Aptos" w:hAnsi="Aptos" w:eastAsia="Aptos"/>
          <w:b w:val="0"/>
          <w:i w:val="0"/>
        </w:rPr>
        <w:t>Muitos casos de desacoplamento começam por erro de intensidade.</w:t>
      </w:r>
    </w:p>
    <w:p>
      <w:pPr/>
      <w:r>
        <w:rPr>
          <w:rFonts w:ascii="Aptos" w:hAnsi="Aptos" w:eastAsia="Aptos"/>
          <w:b w:val="0"/>
          <w:i w:val="0"/>
        </w:rPr>
        <w:t>O atleta inicia acima da zona planejada, sente-se bem nos primeiros minutos e acredita que conseguirá sustentar. Mais à frente, a frequência cardíaca sobe, a respiração pesa, a técnica deteriora e o custo do treino aumenta.</w:t>
      </w:r>
    </w:p>
    <w:p>
      <w:pPr/>
      <w:r>
        <w:rPr>
          <w:rFonts w:ascii="Aptos" w:hAnsi="Aptos" w:eastAsia="Aptos"/>
          <w:b w:val="0"/>
          <w:i w:val="0"/>
        </w:rPr>
        <w:t>O problema não começou no final.</w:t>
      </w:r>
    </w:p>
    <w:p>
      <w:pPr/>
      <w:r>
        <w:rPr>
          <w:rFonts w:ascii="Aptos" w:hAnsi="Aptos" w:eastAsia="Aptos"/>
          <w:b w:val="0"/>
          <w:i w:val="0"/>
        </w:rPr>
        <w:t>Começou no início.</w:t>
      </w:r>
    </w:p>
    <w:p>
      <w:pPr/>
      <w:r>
        <w:rPr>
          <w:rFonts w:ascii="Aptos" w:hAnsi="Aptos" w:eastAsia="Aptos"/>
          <w:b w:val="0"/>
          <w:i w:val="0"/>
        </w:rPr>
        <w:t>Dentro do Método TriLife Running, respeitar o PZI é decisivo para evitar esse erro. A zona prescrita não é sugestão vaga. Ela comunica a intenção fisiológica da sessão.</w:t>
      </w:r>
    </w:p>
    <w:p>
      <w:pPr/>
      <w:r>
        <w:rPr>
          <w:rFonts w:ascii="Aptos" w:hAnsi="Aptos" w:eastAsia="Aptos"/>
          <w:b w:val="0"/>
          <w:i w:val="0"/>
        </w:rPr>
        <w:t>Se o treino era para desenvolver base, rodagem controlada ou resistência com baixo custo, começar forte demais destrói a função. O atleta pode até completar a distância, mas não executa o estímulo planejado.</w:t>
      </w:r>
    </w:p>
    <w:p>
      <w:pPr/>
      <w:r>
        <w:rPr>
          <w:rFonts w:ascii="Aptos" w:hAnsi="Aptos" w:eastAsia="Aptos"/>
          <w:b w:val="0"/>
          <w:i w:val="0"/>
        </w:rPr>
        <w:t>O desacoplamento ajuda o treinador a identificar essa falha.</w:t>
      </w:r>
    </w:p>
    <w:p>
      <w:pPr/>
      <w:r>
        <w:rPr>
          <w:rFonts w:ascii="Aptos" w:hAnsi="Aptos" w:eastAsia="Aptos"/>
          <w:b w:val="0"/>
          <w:i w:val="0"/>
        </w:rPr>
        <w:t>Quando o padrão se repete, o ajuste pode ser pedagógico: ensinar o atleta a começar mais leve, controlar melhor o ritmo, respeitar a frequência cardíaca ou usar percepção de esforço com mais maturidade.</w:t>
      </w:r>
    </w:p>
    <w:p>
      <w:pPr/>
      <w:r>
        <w:rPr>
          <w:rFonts w:ascii="Aptos" w:hAnsi="Aptos" w:eastAsia="Aptos"/>
          <w:b w:val="0"/>
          <w:i w:val="0"/>
        </w:rPr>
        <w:t>Às vezes, o problema não é falta de condicionamento.</w:t>
      </w:r>
    </w:p>
    <w:p>
      <w:pPr/>
      <w:r>
        <w:rPr>
          <w:rFonts w:ascii="Aptos" w:hAnsi="Aptos" w:eastAsia="Aptos"/>
          <w:b w:val="0"/>
          <w:i w:val="0"/>
        </w:rPr>
        <w:t>É falta de controle.</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O cardiac drift ocorre quando a frequência cardíaca aumenta progressivamente durante um esforço prolongado, mesmo com ritmo relativamente estável. Esse fenômeno pode ser influenciado por elevação da temperatura corporal, perda de líquidos, redução do volume plasmático, fadiga muscular, depleção energética e maior demanda cardiovascular para sustentar o mesmo trabalho.</w:t>
            </w:r>
          </w:p>
          <w:p>
            <w:pPr/>
            <w:r>
              <w:rPr>
                <w:rFonts w:ascii="Aptos" w:hAnsi="Aptos" w:eastAsia="Aptos"/>
                <w:b w:val="0"/>
                <w:i w:val="0"/>
              </w:rPr>
              <w:t>Na prática, o desacoplamento entre pace e frequência cardíaca mostra queda de eficiência: o atleta mantém a produção externa, mas o organismo precisa de custo interno maior.</w:t>
            </w:r>
          </w:p>
          <w:p>
            <w:pPr/>
            <w:r>
              <w:rPr>
                <w:rFonts w:ascii="Aptos" w:hAnsi="Aptos" w:eastAsia="Aptos"/>
                <w:b w:val="0"/>
                <w:i w:val="0"/>
              </w:rPr>
              <w:t>O Método TriLife Running usa essa leitura como ferramenta de interpretação, não como sentença automática. Quando analisado em treinos estáveis e dentro de contexto adequado, o decoupling ajuda a avaliar durabilidade aeróbia, controle de intensidade, hidratação, recuperação e maturidade do atleta para sustentar esforço.</w:t>
            </w:r>
          </w:p>
          <w:p>
            <w:pPr/>
            <w:r>
              <w:rPr>
                <w:rFonts w:ascii="Aptos" w:hAnsi="Aptos" w:eastAsia="Aptos"/>
                <w:b w:val="0"/>
                <w:i w:val="0"/>
              </w:rPr>
              <w:t>O dado mostra a deriva.</w:t>
            </w:r>
          </w:p>
          <w:p>
            <w:pPr/>
            <w:r>
              <w:rPr>
                <w:rFonts w:ascii="Aptos" w:hAnsi="Aptos" w:eastAsia="Aptos"/>
                <w:b w:val="0"/>
                <w:i w:val="0"/>
              </w:rPr>
              <w:t>O treinador entende a causa.</w:t>
            </w:r>
          </w:p>
        </w:tc>
      </w:tr>
    </w:tbl>
    <w:p/>
    <w:p>
      <w:pPr>
        <w:pStyle w:val="Heading2"/>
      </w:pPr>
      <w:r>
        <w:t>21.7 O papel do comentário do atleta</w:t>
      </w:r>
    </w:p>
    <w:p>
      <w:pPr/>
      <w:r>
        <w:rPr>
          <w:rFonts w:ascii="Aptos" w:hAnsi="Aptos" w:eastAsia="Aptos"/>
          <w:b w:val="0"/>
          <w:i w:val="0"/>
        </w:rPr>
        <w:t>Nenhuma análise de decoupling fica completa sem o comentário do atleta.</w:t>
      </w:r>
    </w:p>
    <w:p>
      <w:pPr/>
      <w:r>
        <w:rPr>
          <w:rFonts w:ascii="Aptos" w:hAnsi="Aptos" w:eastAsia="Aptos"/>
          <w:b w:val="0"/>
          <w:i w:val="0"/>
        </w:rPr>
        <w:t>O gráfico pode mostrar aumento de frequência cardíaca. Mas o comentário ajuda a explicar o cenário.</w:t>
      </w:r>
    </w:p>
    <w:p>
      <w:pPr/>
      <w:r>
        <w:rPr>
          <w:rFonts w:ascii="Aptos" w:hAnsi="Aptos" w:eastAsia="Aptos"/>
          <w:b w:val="0"/>
          <w:i w:val="0"/>
        </w:rPr>
        <w:t>O atleta pode escrever:</w:t>
      </w:r>
    </w:p>
    <w:p>
      <w:pPr>
        <w:pStyle w:val="ListBullet"/>
      </w:pPr>
      <w:r>
        <w:rPr>
          <w:rFonts w:ascii="Aptos" w:hAnsi="Aptos" w:eastAsia="Aptos"/>
          <w:b w:val="0"/>
          <w:i w:val="0"/>
        </w:rPr>
        <w:t>“fiz no calor”;</w:t>
      </w:r>
    </w:p>
    <w:p>
      <w:pPr>
        <w:pStyle w:val="ListBullet"/>
      </w:pPr>
      <w:r>
        <w:rPr>
          <w:rFonts w:ascii="Aptos" w:hAnsi="Aptos" w:eastAsia="Aptos"/>
          <w:b w:val="0"/>
          <w:i w:val="0"/>
        </w:rPr>
        <w:t>“saí sem comer direito”;</w:t>
      </w:r>
    </w:p>
    <w:p>
      <w:pPr>
        <w:pStyle w:val="ListBullet"/>
      </w:pPr>
      <w:r>
        <w:rPr>
          <w:rFonts w:ascii="Aptos" w:hAnsi="Aptos" w:eastAsia="Aptos"/>
          <w:b w:val="0"/>
          <w:i w:val="0"/>
        </w:rPr>
        <w:t>“senti sede”;</w:t>
      </w:r>
    </w:p>
    <w:p>
      <w:pPr>
        <w:pStyle w:val="ListBullet"/>
      </w:pPr>
      <w:r>
        <w:rPr>
          <w:rFonts w:ascii="Aptos" w:hAnsi="Aptos" w:eastAsia="Aptos"/>
          <w:b w:val="0"/>
          <w:i w:val="0"/>
        </w:rPr>
        <w:t>“pernas pesadas desde o começo”;</w:t>
      </w:r>
    </w:p>
    <w:p>
      <w:pPr>
        <w:pStyle w:val="ListBullet"/>
      </w:pPr>
      <w:r>
        <w:rPr>
          <w:rFonts w:ascii="Aptos" w:hAnsi="Aptos" w:eastAsia="Aptos"/>
          <w:b w:val="0"/>
          <w:i w:val="0"/>
        </w:rPr>
        <w:t>“comecei forte demais”;</w:t>
      </w:r>
    </w:p>
    <w:p>
      <w:pPr>
        <w:pStyle w:val="ListBullet"/>
      </w:pPr>
      <w:r>
        <w:rPr>
          <w:rFonts w:ascii="Aptos" w:hAnsi="Aptos" w:eastAsia="Aptos"/>
          <w:b w:val="0"/>
          <w:i w:val="0"/>
        </w:rPr>
        <w:t>“o percurso tinha muita subida”;</w:t>
      </w:r>
    </w:p>
    <w:p>
      <w:pPr>
        <w:pStyle w:val="ListBullet"/>
      </w:pPr>
      <w:r>
        <w:rPr>
          <w:rFonts w:ascii="Aptos" w:hAnsi="Aptos" w:eastAsia="Aptos"/>
          <w:b w:val="0"/>
          <w:i w:val="0"/>
        </w:rPr>
        <w:t>“tive que parar em semáforos”;</w:t>
      </w:r>
    </w:p>
    <w:p>
      <w:pPr>
        <w:pStyle w:val="ListBullet"/>
      </w:pPr>
      <w:r>
        <w:rPr>
          <w:rFonts w:ascii="Aptos" w:hAnsi="Aptos" w:eastAsia="Aptos"/>
          <w:b w:val="0"/>
          <w:i w:val="0"/>
        </w:rPr>
        <w:t>“a respiração descontrolou no final”;</w:t>
      </w:r>
    </w:p>
    <w:p>
      <w:pPr>
        <w:pStyle w:val="ListBullet"/>
      </w:pPr>
      <w:r>
        <w:rPr>
          <w:rFonts w:ascii="Aptos" w:hAnsi="Aptos" w:eastAsia="Aptos"/>
          <w:b w:val="0"/>
          <w:i w:val="0"/>
        </w:rPr>
        <w:t>“mantive confortável apesar da FC subir”.</w:t>
      </w:r>
    </w:p>
    <w:p>
      <w:pPr/>
      <w:r>
        <w:rPr>
          <w:rFonts w:ascii="Aptos" w:hAnsi="Aptos" w:eastAsia="Aptos"/>
          <w:b w:val="0"/>
          <w:i w:val="0"/>
        </w:rPr>
        <w:t>Essas informações mudam a interpretação.</w:t>
      </w:r>
    </w:p>
    <w:p>
      <w:pPr/>
      <w:r>
        <w:rPr>
          <w:rFonts w:ascii="Aptos" w:hAnsi="Aptos" w:eastAsia="Aptos"/>
          <w:b w:val="0"/>
          <w:i w:val="0"/>
        </w:rPr>
        <w:t>Um aumento de frequência cardíaca em dia quente não tem o mesmo significado de um aumento em condições ideais. Uma queda de pace após subida longa não é igual a queda em percurso plano. Um drift acompanhado de sensação confortável pode exigir leitura diferente de um drift acompanhado de exaustão.</w:t>
      </w:r>
    </w:p>
    <w:p>
      <w:pPr/>
      <w:r>
        <w:rPr>
          <w:rFonts w:ascii="Aptos" w:hAnsi="Aptos" w:eastAsia="Aptos"/>
          <w:b w:val="0"/>
          <w:i w:val="0"/>
        </w:rPr>
        <w:t>O treinador precisa educar o atleta a comentar bem.</w:t>
      </w:r>
    </w:p>
    <w:p>
      <w:pPr/>
      <w:r>
        <w:rPr>
          <w:rFonts w:ascii="Aptos" w:hAnsi="Aptos" w:eastAsia="Aptos"/>
          <w:b w:val="0"/>
          <w:i w:val="0"/>
        </w:rPr>
        <w:t>Comentário bom transforma dado em contexto.</w:t>
      </w:r>
    </w:p>
    <w:p>
      <w:pPr/>
      <w:r>
        <w:rPr>
          <w:rFonts w:ascii="Aptos" w:hAnsi="Aptos" w:eastAsia="Aptos"/>
          <w:b w:val="0"/>
          <w:i w:val="0"/>
        </w:rPr>
        <w:t>Contexto melhora decisão.</w:t>
      </w:r>
    </w:p>
    <w:p>
      <w:pPr>
        <w:pStyle w:val="Heading2"/>
      </w:pPr>
      <w:r>
        <w:t>21.8 Como o coach usa essa informação</w:t>
      </w:r>
    </w:p>
    <w:p>
      <w:pPr/>
      <w:r>
        <w:rPr>
          <w:rFonts w:ascii="Aptos" w:hAnsi="Aptos" w:eastAsia="Aptos"/>
          <w:b w:val="0"/>
          <w:i w:val="0"/>
        </w:rPr>
        <w:t>O desacoplamento pode gerar diferentes decisões.</w:t>
      </w:r>
    </w:p>
    <w:p>
      <w:pPr/>
      <w:r>
        <w:rPr>
          <w:rFonts w:ascii="Aptos" w:hAnsi="Aptos" w:eastAsia="Aptos"/>
          <w:b w:val="0"/>
          <w:i w:val="0"/>
        </w:rPr>
        <w:t>Se aparece de forma leve e esperada, talvez nenhuma mudança seja necessária. Se surge de forma recorrente em treinos estáveis, o treinador pode ajustar a prescrição.</w:t>
      </w:r>
    </w:p>
    <w:p>
      <w:pPr/>
      <w:r>
        <w:rPr>
          <w:rFonts w:ascii="Aptos" w:hAnsi="Aptos" w:eastAsia="Aptos"/>
          <w:b w:val="0"/>
          <w:i w:val="0"/>
        </w:rPr>
        <w:t>Possíveis caminhos:</w:t>
      </w:r>
    </w:p>
    <w:p>
      <w:pPr>
        <w:pStyle w:val="ListBullet"/>
      </w:pPr>
      <w:r>
        <w:rPr>
          <w:rFonts w:ascii="Aptos" w:hAnsi="Aptos" w:eastAsia="Aptos"/>
          <w:b w:val="0"/>
          <w:i w:val="0"/>
        </w:rPr>
        <w:t>reduzir intensidade dos longões;</w:t>
      </w:r>
    </w:p>
    <w:p>
      <w:pPr>
        <w:pStyle w:val="ListBullet"/>
      </w:pPr>
      <w:r>
        <w:rPr>
          <w:rFonts w:ascii="Aptos" w:hAnsi="Aptos" w:eastAsia="Aptos"/>
          <w:b w:val="0"/>
          <w:i w:val="0"/>
        </w:rPr>
        <w:t>reforçar base aeróbia;</w:t>
      </w:r>
    </w:p>
    <w:p>
      <w:pPr>
        <w:pStyle w:val="ListBullet"/>
      </w:pPr>
      <w:r>
        <w:rPr>
          <w:rFonts w:ascii="Aptos" w:hAnsi="Aptos" w:eastAsia="Aptos"/>
          <w:b w:val="0"/>
          <w:i w:val="0"/>
        </w:rPr>
        <w:t>revisar hidratação e nutrição;</w:t>
      </w:r>
    </w:p>
    <w:p>
      <w:pPr>
        <w:pStyle w:val="ListBullet"/>
      </w:pPr>
      <w:r>
        <w:rPr>
          <w:rFonts w:ascii="Aptos" w:hAnsi="Aptos" w:eastAsia="Aptos"/>
          <w:b w:val="0"/>
          <w:i w:val="0"/>
        </w:rPr>
        <w:t>controlar melhor o início do treino;</w:t>
      </w:r>
    </w:p>
    <w:p>
      <w:pPr>
        <w:pStyle w:val="ListBullet"/>
      </w:pPr>
      <w:r>
        <w:rPr>
          <w:rFonts w:ascii="Aptos" w:hAnsi="Aptos" w:eastAsia="Aptos"/>
          <w:b w:val="0"/>
          <w:i w:val="0"/>
        </w:rPr>
        <w:t>ajustar o Ritmo de Limiar;</w:t>
      </w:r>
    </w:p>
    <w:p>
      <w:pPr>
        <w:pStyle w:val="ListBullet"/>
      </w:pPr>
      <w:r>
        <w:rPr>
          <w:rFonts w:ascii="Aptos" w:hAnsi="Aptos" w:eastAsia="Aptos"/>
          <w:b w:val="0"/>
          <w:i w:val="0"/>
        </w:rPr>
        <w:t>reduzir carga na semana;</w:t>
      </w:r>
    </w:p>
    <w:p>
      <w:pPr>
        <w:pStyle w:val="ListBullet"/>
      </w:pPr>
      <w:r>
        <w:rPr>
          <w:rFonts w:ascii="Aptos" w:hAnsi="Aptos" w:eastAsia="Aptos"/>
          <w:b w:val="0"/>
          <w:i w:val="0"/>
        </w:rPr>
        <w:t>inserir sessões mais estáveis;</w:t>
      </w:r>
    </w:p>
    <w:p>
      <w:pPr>
        <w:pStyle w:val="ListBullet"/>
      </w:pPr>
      <w:r>
        <w:rPr>
          <w:rFonts w:ascii="Aptos" w:hAnsi="Aptos" w:eastAsia="Aptos"/>
          <w:b w:val="0"/>
          <w:i w:val="0"/>
        </w:rPr>
        <w:t>trabalhar percepção de esforço;</w:t>
      </w:r>
    </w:p>
    <w:p>
      <w:pPr>
        <w:pStyle w:val="ListBullet"/>
      </w:pPr>
      <w:r>
        <w:rPr>
          <w:rFonts w:ascii="Aptos" w:hAnsi="Aptos" w:eastAsia="Aptos"/>
          <w:b w:val="0"/>
          <w:i w:val="0"/>
        </w:rPr>
        <w:t>observar recuperação pós-treino;</w:t>
      </w:r>
    </w:p>
    <w:p>
      <w:pPr>
        <w:pStyle w:val="ListBullet"/>
      </w:pPr>
      <w:r>
        <w:rPr>
          <w:rFonts w:ascii="Aptos" w:hAnsi="Aptos" w:eastAsia="Aptos"/>
          <w:b w:val="0"/>
          <w:i w:val="0"/>
        </w:rPr>
        <w:t>simplificar a sessão para melhorar execução.</w:t>
      </w:r>
    </w:p>
    <w:p>
      <w:pPr/>
      <w:r>
        <w:rPr>
          <w:rFonts w:ascii="Aptos" w:hAnsi="Aptos" w:eastAsia="Aptos"/>
          <w:b w:val="0"/>
          <w:i w:val="0"/>
        </w:rPr>
        <w:t>A decisão depende da causa provável.</w:t>
      </w:r>
    </w:p>
    <w:p>
      <w:pPr/>
      <w:r>
        <w:rPr>
          <w:rFonts w:ascii="Aptos" w:hAnsi="Aptos" w:eastAsia="Aptos"/>
          <w:b w:val="0"/>
          <w:i w:val="0"/>
        </w:rPr>
        <w:t>O erro seria olhar o gráfico e concluir automaticamente que o atleta está fraco ou mal preparado.</w:t>
      </w:r>
    </w:p>
    <w:p>
      <w:pPr/>
      <w:r>
        <w:rPr>
          <w:rFonts w:ascii="Aptos" w:hAnsi="Aptos" w:eastAsia="Aptos"/>
          <w:b w:val="0"/>
          <w:i w:val="0"/>
        </w:rPr>
        <w:t>O Método TriLife Running evita esse tipo de leitura rasa.</w:t>
      </w:r>
    </w:p>
    <w:p>
      <w:pPr/>
      <w:r>
        <w:rPr>
          <w:rFonts w:ascii="Aptos" w:hAnsi="Aptos" w:eastAsia="Aptos"/>
          <w:b w:val="0"/>
          <w:i w:val="0"/>
        </w:rPr>
        <w:t>O coach interpreta tendência, cruza sinais e decide com critério.</w:t>
      </w:r>
    </w:p>
    <w:p>
      <w:pPr>
        <w:pStyle w:val="Heading2"/>
      </w:pPr>
      <w:r>
        <w:t>21.9 Eficiência é sustentação</w:t>
      </w:r>
    </w:p>
    <w:p>
      <w:pPr/>
      <w:r>
        <w:rPr>
          <w:rFonts w:ascii="Aptos" w:hAnsi="Aptos" w:eastAsia="Aptos"/>
          <w:b w:val="0"/>
          <w:i w:val="0"/>
        </w:rPr>
        <w:t>O objetivo não é apenas correr rápido.</w:t>
      </w:r>
    </w:p>
    <w:p>
      <w:pPr/>
      <w:r>
        <w:rPr>
          <w:rFonts w:ascii="Aptos" w:hAnsi="Aptos" w:eastAsia="Aptos"/>
          <w:b w:val="0"/>
          <w:i w:val="0"/>
        </w:rPr>
        <w:t>É sustentar produção com custo controlado.</w:t>
      </w:r>
    </w:p>
    <w:p>
      <w:pPr/>
      <w:r>
        <w:rPr>
          <w:rFonts w:ascii="Aptos" w:hAnsi="Aptos" w:eastAsia="Aptos"/>
          <w:b w:val="0"/>
          <w:i w:val="0"/>
        </w:rPr>
        <w:t>Essa é uma das grandes mensagens do capítulo.</w:t>
      </w:r>
    </w:p>
    <w:p>
      <w:pPr/>
      <w:r>
        <w:rPr>
          <w:rFonts w:ascii="Aptos" w:hAnsi="Aptos" w:eastAsia="Aptos"/>
          <w:b w:val="0"/>
          <w:i w:val="0"/>
        </w:rPr>
        <w:t>Um atleta eficiente consegue manter ritmo, técnica e frequência cardíaca mais estáveis por mais tempo. Ele desperdiça menos, responde melhor ao calor, controla melhor intensidade e chega aos trechos finais com mais capacidade de decisão.</w:t>
      </w:r>
    </w:p>
    <w:p>
      <w:pPr/>
      <w:r>
        <w:rPr>
          <w:rFonts w:ascii="Aptos" w:hAnsi="Aptos" w:eastAsia="Aptos"/>
          <w:b w:val="0"/>
          <w:i w:val="0"/>
        </w:rPr>
        <w:t>Decoupling ajuda a enxergar quando essa eficiência começa a cair.</w:t>
      </w:r>
    </w:p>
    <w:p>
      <w:pPr/>
      <w:r>
        <w:rPr>
          <w:rFonts w:ascii="Aptos" w:hAnsi="Aptos" w:eastAsia="Aptos"/>
          <w:b w:val="0"/>
          <w:i w:val="0"/>
        </w:rPr>
        <w:t>Não substitui o olhar do treinador.</w:t>
      </w:r>
    </w:p>
    <w:p>
      <w:pPr/>
      <w:r>
        <w:rPr>
          <w:rFonts w:ascii="Aptos" w:hAnsi="Aptos" w:eastAsia="Aptos"/>
          <w:b w:val="0"/>
          <w:i w:val="0"/>
        </w:rPr>
        <w:t>Mas amplia a leitura.</w:t>
      </w:r>
    </w:p>
    <w:p>
      <w:pPr/>
      <w:r>
        <w:rPr>
          <w:rFonts w:ascii="Aptos" w:hAnsi="Aptos" w:eastAsia="Aptos"/>
          <w:b w:val="0"/>
          <w:i w:val="0"/>
        </w:rPr>
        <w:t>Dentro dos Treinos Inteligentes, o corredor aprende que a prova não é decidida apenas por quanto consegue produzir no início. Muitas vezes, é decidida por quanto consegue preservar quando o custo começa a subir.</w:t>
      </w:r>
    </w:p>
    <w:p>
      <w:pPr/>
      <w:r>
        <w:rPr>
          <w:rFonts w:ascii="Aptos" w:hAnsi="Aptos" w:eastAsia="Aptos"/>
          <w:b w:val="0"/>
          <w:i w:val="0"/>
        </w:rPr>
        <w:t>A eficiência real aparece com o tempo.</w:t>
      </w:r>
    </w:p>
    <w:p>
      <w:pPr>
        <w:pStyle w:val="Heading2"/>
      </w:pPr>
      <w:r>
        <w:t>Conclusão</w:t>
      </w:r>
    </w:p>
    <w:p>
      <w:pPr/>
      <w:r>
        <w:rPr>
          <w:rFonts w:ascii="Aptos" w:hAnsi="Aptos" w:eastAsia="Aptos"/>
          <w:b w:val="0"/>
          <w:i w:val="0"/>
        </w:rPr>
        <w:t>Decoupling e cardiac drift ajudam o Método TriLife Running a interpretar a relação entre produção e custo ao longo do esforço.</w:t>
      </w:r>
    </w:p>
    <w:p>
      <w:pPr/>
      <w:r>
        <w:rPr>
          <w:rFonts w:ascii="Aptos" w:hAnsi="Aptos" w:eastAsia="Aptos"/>
          <w:b w:val="0"/>
          <w:i w:val="0"/>
        </w:rPr>
        <w:t>Quando a frequência cardíaca sobe demais para sustentar o mesmo pace, ou quando o pace cai enquanto o custo interno permanece alto, o treinador ganha uma informação importante sobre eficiência, resistência, fadiga e controle de intensidade.</w:t>
      </w:r>
    </w:p>
    <w:p>
      <w:pPr/>
      <w:r>
        <w:rPr>
          <w:rFonts w:ascii="Aptos" w:hAnsi="Aptos" w:eastAsia="Aptos"/>
          <w:b w:val="0"/>
          <w:i w:val="0"/>
        </w:rPr>
        <w:t>A métrica não deve ser usada isoladamente. Ela precisa ser lida junto com objetivo da sessão, PZI, histórico, clima, hidratação, terreno, comentários e resposta posterior do atleta.</w:t>
      </w:r>
    </w:p>
    <w:p>
      <w:pPr/>
      <w:r>
        <w:rPr>
          <w:rFonts w:ascii="Aptos" w:hAnsi="Aptos" w:eastAsia="Aptos"/>
          <w:b w:val="0"/>
          <w:i w:val="0"/>
        </w:rPr>
        <w:t>No DNA TriLife, o decoupling não serve para assustar o corredor.</w:t>
      </w:r>
    </w:p>
    <w:p>
      <w:pPr/>
      <w:r>
        <w:rPr>
          <w:rFonts w:ascii="Aptos" w:hAnsi="Aptos" w:eastAsia="Aptos"/>
          <w:b w:val="0"/>
          <w:i w:val="0"/>
        </w:rPr>
        <w:t>Serve para entender quando a eficiência começa a cair e como o método deve responder.</w:t>
      </w:r>
    </w:p>
    <w:p>
      <w:pPr>
        <w:pStyle w:val="Heading2"/>
      </w:pPr>
      <w:r>
        <w:t>Princípios Fundamentais do Método TriLife Running</w:t>
      </w:r>
    </w:p>
    <w:p>
      <w:pPr>
        <w:pStyle w:val="TriLifeQuote"/>
      </w:pPr>
      <w:r>
        <w:rPr>
          <w:rFonts w:ascii="Aptos" w:hAnsi="Aptos" w:eastAsia="Aptos"/>
          <w:b w:val="0"/>
          <w:i/>
        </w:rPr>
        <w:t>Princípio Fundamental nº 81</w:t>
      </w:r>
    </w:p>
    <w:p>
      <w:pPr/>
      <w:r>
        <w:rPr>
          <w:rFonts w:ascii="Aptos" w:hAnsi="Aptos" w:eastAsia="Aptos"/>
          <w:b w:val="0"/>
          <w:i w:val="0"/>
        </w:rPr>
        <w:t>Decoupling mostra quando o custo interno começa a se afastar da produção externa.</w:t>
      </w:r>
    </w:p>
    <w:p>
      <w:pPr>
        <w:pStyle w:val="TriLifeQuote"/>
      </w:pPr>
      <w:r>
        <w:rPr>
          <w:rFonts w:ascii="Aptos" w:hAnsi="Aptos" w:eastAsia="Aptos"/>
          <w:b w:val="0"/>
          <w:i/>
        </w:rPr>
        <w:t>Princípio Fundamental nº 82</w:t>
      </w:r>
    </w:p>
    <w:p>
      <w:pPr/>
      <w:r>
        <w:rPr>
          <w:rFonts w:ascii="Aptos" w:hAnsi="Aptos" w:eastAsia="Aptos"/>
          <w:b w:val="0"/>
          <w:i w:val="0"/>
        </w:rPr>
        <w:t>Cardiac drift precisa ser interpretado dentro da intenção da sessão.</w:t>
      </w:r>
    </w:p>
    <w:p>
      <w:pPr>
        <w:pStyle w:val="TriLifeQuote"/>
      </w:pPr>
      <w:r>
        <w:rPr>
          <w:rFonts w:ascii="Aptos" w:hAnsi="Aptos" w:eastAsia="Aptos"/>
          <w:b w:val="0"/>
          <w:i/>
        </w:rPr>
        <w:t>Princípio Fundamental nº 83</w:t>
      </w:r>
    </w:p>
    <w:p>
      <w:pPr/>
      <w:r>
        <w:rPr>
          <w:rFonts w:ascii="Aptos" w:hAnsi="Aptos" w:eastAsia="Aptos"/>
          <w:b w:val="0"/>
          <w:i w:val="0"/>
        </w:rPr>
        <w:t>Eficiência não é apenas correr rápido. É sustentar ritmo com menor custo.</w:t>
      </w:r>
    </w:p>
    <w:p>
      <w:pPr>
        <w:pStyle w:val="TriLifeQuote"/>
      </w:pPr>
      <w:r>
        <w:rPr>
          <w:rFonts w:ascii="Aptos" w:hAnsi="Aptos" w:eastAsia="Aptos"/>
          <w:b w:val="0"/>
          <w:i/>
        </w:rPr>
        <w:t>Princípio Fundamental nº 84</w:t>
      </w:r>
    </w:p>
    <w:p>
      <w:pPr/>
      <w:r>
        <w:rPr>
          <w:rFonts w:ascii="Aptos" w:hAnsi="Aptos" w:eastAsia="Aptos"/>
          <w:b w:val="0"/>
          <w:i w:val="0"/>
        </w:rPr>
        <w:t>O gráfico aponta sinais. O treinador interpreta causas.</w:t>
      </w:r>
    </w:p>
    <w:p>
      <w:r>
        <w:br w:type="page"/>
      </w:r>
    </w:p>
    <w:p>
      <w:pPr>
        <w:pStyle w:val="Heading1"/>
        <w:jc w:val="center"/>
      </w:pPr>
      <w:r>
        <w:t>CAPÍTULO 22</w:t>
      </w:r>
    </w:p>
    <w:p>
      <w:pPr>
        <w:pStyle w:val="Heading1"/>
        <w:jc w:val="center"/>
      </w:pPr>
      <w:r>
        <w:t>MICROMETAS E ADESÃO DO ATLETA</w:t>
      </w:r>
    </w:p>
    <w:p>
      <w:pPr>
        <w:pStyle w:val="Heading1"/>
        <w:jc w:val="center"/>
      </w:pPr>
      <w:r>
        <w:t>A Construção da Consistência</w:t>
      </w:r>
    </w:p>
    <w:p>
      <w:pPr>
        <w:pStyle w:val="TriLifeQuote"/>
      </w:pPr>
      <w:r>
        <w:rPr>
          <w:rFonts w:ascii="Aptos" w:hAnsi="Aptos" w:eastAsia="Aptos"/>
          <w:b w:val="0"/>
          <w:i/>
        </w:rPr>
        <w:t>“Grandes evoluções são construídas por pequenas vitórias repetidas.”</w:t>
      </w:r>
    </w:p>
    <w:p>
      <w:pPr>
        <w:pStyle w:val="Heading2"/>
      </w:pPr>
      <w:r>
        <w:t>22.1 Adesão é parte da metodologia</w:t>
      </w:r>
    </w:p>
    <w:p>
      <w:pPr/>
      <w:r>
        <w:rPr>
          <w:rFonts w:ascii="Aptos" w:hAnsi="Aptos" w:eastAsia="Aptos"/>
          <w:b w:val="0"/>
          <w:i w:val="0"/>
        </w:rPr>
        <w:t>Nenhum método funciona sem adesão.</w:t>
      </w:r>
    </w:p>
    <w:p>
      <w:pPr/>
      <w:r>
        <w:rPr>
          <w:rFonts w:ascii="Aptos" w:hAnsi="Aptos" w:eastAsia="Aptos"/>
          <w:b w:val="0"/>
          <w:i w:val="0"/>
        </w:rPr>
        <w:t>A melhor planilha perde valor quando o atleta não consegue executá-la. O melhor ciclo não produz resultado quando a rotina não sustenta o processo. A prescrição mais sofisticada falha quando o corredor não entende, não acredita ou não consegue repetir o que foi planejado.</w:t>
      </w:r>
    </w:p>
    <w:p>
      <w:pPr/>
      <w:r>
        <w:rPr>
          <w:rFonts w:ascii="Aptos" w:hAnsi="Aptos" w:eastAsia="Aptos"/>
          <w:b w:val="0"/>
          <w:i w:val="0"/>
        </w:rPr>
        <w:t>Por isso, no Método TriLife Running, adesão não é detalhe administrativo.</w:t>
      </w:r>
    </w:p>
    <w:p>
      <w:pPr/>
      <w:r>
        <w:rPr>
          <w:rFonts w:ascii="Aptos" w:hAnsi="Aptos" w:eastAsia="Aptos"/>
          <w:b w:val="0"/>
          <w:i w:val="0"/>
        </w:rPr>
        <w:t>É parte do treinamento.</w:t>
      </w:r>
    </w:p>
    <w:p>
      <w:pPr/>
      <w:r>
        <w:rPr>
          <w:rFonts w:ascii="Aptos" w:hAnsi="Aptos" w:eastAsia="Aptos"/>
          <w:b w:val="0"/>
          <w:i w:val="0"/>
        </w:rPr>
        <w:t>Aderir significa manter vínculo com o processo. Significa cumprir a rotina possível, comunicar dificuldades, respeitar zonas, executar o que foi proposto, entender a função dos treinos e voltar ao plano mesmo depois de falhas.</w:t>
      </w:r>
    </w:p>
    <w:p>
      <w:pPr/>
      <w:r>
        <w:rPr>
          <w:rFonts w:ascii="Aptos" w:hAnsi="Aptos" w:eastAsia="Aptos"/>
          <w:b w:val="0"/>
          <w:i w:val="0"/>
        </w:rPr>
        <w:t>Muitos atletas não abandonam o processo de uma vez.</w:t>
      </w:r>
    </w:p>
    <w:p>
      <w:pPr/>
      <w:r>
        <w:rPr>
          <w:rFonts w:ascii="Aptos" w:hAnsi="Aptos" w:eastAsia="Aptos"/>
          <w:b w:val="0"/>
          <w:i w:val="0"/>
        </w:rPr>
        <w:t>Eles começam perdendo uma sessão. Depois acumulam duas. Em seguida deixam de comentar. Passam a executar fora da zona. Ficam frustrados. Sentem que estão atrasados. Por fim, se afastam.</w:t>
      </w:r>
    </w:p>
    <w:p>
      <w:pPr/>
      <w:r>
        <w:rPr>
          <w:rFonts w:ascii="Aptos" w:hAnsi="Aptos" w:eastAsia="Aptos"/>
          <w:b w:val="0"/>
          <w:i w:val="0"/>
        </w:rPr>
        <w:t>O treinador precisa intervir antes disso.</w:t>
      </w:r>
    </w:p>
    <w:p>
      <w:pPr/>
      <w:r>
        <w:rPr>
          <w:rFonts w:ascii="Aptos" w:hAnsi="Aptos" w:eastAsia="Aptos"/>
          <w:b w:val="0"/>
          <w:i w:val="0"/>
        </w:rPr>
        <w:t>Micrometas ajudam exatamente nesse ponto.</w:t>
      </w:r>
    </w:p>
    <w:p>
      <w:pPr/>
      <w:r>
        <w:rPr>
          <w:rFonts w:ascii="Aptos" w:hAnsi="Aptos" w:eastAsia="Aptos"/>
          <w:b w:val="0"/>
          <w:i w:val="0"/>
        </w:rPr>
        <w:t>Elas reduzem a distância entre onde o atleta está e o próximo comportamento necessário.</w:t>
      </w:r>
    </w:p>
    <w:p>
      <w:pPr>
        <w:pStyle w:val="Heading2"/>
      </w:pPr>
      <w:r>
        <w:t>22.2 O que são micrometas</w:t>
      </w:r>
    </w:p>
    <w:p>
      <w:pPr/>
      <w:r>
        <w:rPr>
          <w:rFonts w:ascii="Aptos" w:hAnsi="Aptos" w:eastAsia="Aptos"/>
          <w:b w:val="0"/>
          <w:i w:val="0"/>
        </w:rPr>
        <w:t>Micrometas são pequenos objetivos práticos, claros e alcançáveis, usados para construir adesão, confiança e consistência.</w:t>
      </w:r>
    </w:p>
    <w:p>
      <w:pPr/>
      <w:r>
        <w:rPr>
          <w:rFonts w:ascii="Aptos" w:hAnsi="Aptos" w:eastAsia="Aptos"/>
          <w:b w:val="0"/>
          <w:i w:val="0"/>
        </w:rPr>
        <w:t>Elas não substituem a prova-alvo.</w:t>
      </w:r>
    </w:p>
    <w:p>
      <w:pPr/>
      <w:r>
        <w:rPr>
          <w:rFonts w:ascii="Aptos" w:hAnsi="Aptos" w:eastAsia="Aptos"/>
          <w:b w:val="0"/>
          <w:i w:val="0"/>
        </w:rPr>
        <w:t>Aproximam o atleta do processo.</w:t>
      </w:r>
    </w:p>
    <w:p>
      <w:pPr/>
      <w:r>
        <w:rPr>
          <w:rFonts w:ascii="Aptos" w:hAnsi="Aptos" w:eastAsia="Aptos"/>
          <w:b w:val="0"/>
          <w:i w:val="0"/>
        </w:rPr>
        <w:t>Uma prova pode estar a meses de distância. A micrometa atua hoje, nesta semana, neste treino, neste comportamento.</w:t>
      </w:r>
    </w:p>
    <w:p>
      <w:pPr/>
      <w:r>
        <w:rPr>
          <w:rFonts w:ascii="Aptos" w:hAnsi="Aptos" w:eastAsia="Aptos"/>
          <w:b w:val="0"/>
          <w:i w:val="0"/>
        </w:rPr>
        <w:t>Exemplos de micrometas:</w:t>
      </w:r>
    </w:p>
    <w:p>
      <w:pPr>
        <w:pStyle w:val="ListBullet"/>
      </w:pPr>
      <w:r>
        <w:rPr>
          <w:rFonts w:ascii="Aptos" w:hAnsi="Aptos" w:eastAsia="Aptos"/>
          <w:b w:val="0"/>
          <w:i w:val="0"/>
        </w:rPr>
        <w:t>cumprir três treinos na semana;</w:t>
      </w:r>
    </w:p>
    <w:p>
      <w:pPr>
        <w:pStyle w:val="ListBullet"/>
      </w:pPr>
      <w:r>
        <w:rPr>
          <w:rFonts w:ascii="Aptos" w:hAnsi="Aptos" w:eastAsia="Aptos"/>
          <w:b w:val="0"/>
          <w:i w:val="0"/>
        </w:rPr>
        <w:t>comentar todos os treinos no TrainingPeaks;</w:t>
      </w:r>
    </w:p>
    <w:p>
      <w:pPr>
        <w:pStyle w:val="ListBullet"/>
      </w:pPr>
      <w:r>
        <w:rPr>
          <w:rFonts w:ascii="Aptos" w:hAnsi="Aptos" w:eastAsia="Aptos"/>
          <w:b w:val="0"/>
          <w:i w:val="0"/>
        </w:rPr>
        <w:t>manter a rodagem realmente leve;</w:t>
      </w:r>
    </w:p>
    <w:p>
      <w:pPr>
        <w:pStyle w:val="ListBullet"/>
      </w:pPr>
      <w:r>
        <w:rPr>
          <w:rFonts w:ascii="Aptos" w:hAnsi="Aptos" w:eastAsia="Aptos"/>
          <w:b w:val="0"/>
          <w:i w:val="0"/>
        </w:rPr>
        <w:t>executar o aquecimento completo;</w:t>
      </w:r>
    </w:p>
    <w:p>
      <w:pPr>
        <w:pStyle w:val="ListBullet"/>
      </w:pPr>
      <w:r>
        <w:rPr>
          <w:rFonts w:ascii="Aptos" w:hAnsi="Aptos" w:eastAsia="Aptos"/>
          <w:b w:val="0"/>
          <w:i w:val="0"/>
        </w:rPr>
        <w:t>respeitar PZI 2 sem acelerar;</w:t>
      </w:r>
    </w:p>
    <w:p>
      <w:pPr>
        <w:pStyle w:val="ListBullet"/>
      </w:pPr>
      <w:r>
        <w:rPr>
          <w:rFonts w:ascii="Aptos" w:hAnsi="Aptos" w:eastAsia="Aptos"/>
          <w:b w:val="0"/>
          <w:i w:val="0"/>
        </w:rPr>
        <w:t>fechar um longão sem quebrar;</w:t>
      </w:r>
    </w:p>
    <w:p>
      <w:pPr>
        <w:pStyle w:val="ListBullet"/>
      </w:pPr>
      <w:r>
        <w:rPr>
          <w:rFonts w:ascii="Aptos" w:hAnsi="Aptos" w:eastAsia="Aptos"/>
          <w:b w:val="0"/>
          <w:i w:val="0"/>
        </w:rPr>
        <w:t>manter cadência mínima durante blocos;</w:t>
      </w:r>
    </w:p>
    <w:p>
      <w:pPr>
        <w:pStyle w:val="ListBullet"/>
      </w:pPr>
      <w:r>
        <w:rPr>
          <w:rFonts w:ascii="Aptos" w:hAnsi="Aptos" w:eastAsia="Aptos"/>
          <w:b w:val="0"/>
          <w:i w:val="0"/>
        </w:rPr>
        <w:t>hidratar-se antes da sessão;</w:t>
      </w:r>
    </w:p>
    <w:p>
      <w:pPr>
        <w:pStyle w:val="ListBullet"/>
      </w:pPr>
      <w:r>
        <w:rPr>
          <w:rFonts w:ascii="Aptos" w:hAnsi="Aptos" w:eastAsia="Aptos"/>
          <w:b w:val="0"/>
          <w:i w:val="0"/>
        </w:rPr>
        <w:t>dormir melhor na véspera do treino forte;</w:t>
      </w:r>
    </w:p>
    <w:p>
      <w:pPr>
        <w:pStyle w:val="ListBullet"/>
      </w:pPr>
      <w:r>
        <w:rPr>
          <w:rFonts w:ascii="Aptos" w:hAnsi="Aptos" w:eastAsia="Aptos"/>
          <w:b w:val="0"/>
          <w:i w:val="0"/>
        </w:rPr>
        <w:t>completar duas semanas sem faltar.</w:t>
      </w:r>
    </w:p>
    <w:p>
      <w:pPr/>
      <w:r>
        <w:rPr>
          <w:rFonts w:ascii="Aptos" w:hAnsi="Aptos" w:eastAsia="Aptos"/>
          <w:b w:val="0"/>
          <w:i w:val="0"/>
        </w:rPr>
        <w:t>Essas metas parecem simples.</w:t>
      </w:r>
    </w:p>
    <w:p>
      <w:pPr/>
      <w:r>
        <w:rPr>
          <w:rFonts w:ascii="Aptos" w:hAnsi="Aptos" w:eastAsia="Aptos"/>
          <w:b w:val="0"/>
          <w:i w:val="0"/>
        </w:rPr>
        <w:t>Mas constroem comportamento.</w:t>
      </w:r>
    </w:p>
    <w:p>
      <w:pPr/>
      <w:r>
        <w:rPr>
          <w:rFonts w:ascii="Aptos" w:hAnsi="Aptos" w:eastAsia="Aptos"/>
          <w:b w:val="0"/>
          <w:i w:val="0"/>
        </w:rPr>
        <w:t>O atleta que cumpre pequenas metas começa a experimentar controle. E controle gera confiança.</w:t>
      </w:r>
    </w:p>
    <w:p>
      <w:pPr/>
      <w:r>
        <w:rPr>
          <w:rFonts w:ascii="Aptos" w:hAnsi="Aptos" w:eastAsia="Aptos"/>
          <w:b w:val="0"/>
          <w:i w:val="0"/>
        </w:rPr>
        <w:t>A evolução deixa de depender apenas do resultado final.</w:t>
      </w:r>
    </w:p>
    <w:p>
      <w:pPr/>
      <w:r>
        <w:rPr>
          <w:rFonts w:ascii="Aptos" w:hAnsi="Aptos" w:eastAsia="Aptos"/>
          <w:b w:val="0"/>
          <w:i w:val="0"/>
        </w:rPr>
        <w:t>Passa a ser percebida no cotidiano.</w:t>
      </w:r>
    </w:p>
    <w:p>
      <w:pPr>
        <w:pStyle w:val="Heading2"/>
      </w:pPr>
      <w:r>
        <w:t>22.3 Por que o atleta precisa de vitórias próximas</w:t>
      </w:r>
    </w:p>
    <w:p>
      <w:pPr/>
      <w:r>
        <w:rPr>
          <w:rFonts w:ascii="Aptos" w:hAnsi="Aptos" w:eastAsia="Aptos"/>
          <w:b w:val="0"/>
          <w:i w:val="0"/>
        </w:rPr>
        <w:t>Objetivos grandes motivam, mas também podem assustar.</w:t>
      </w:r>
    </w:p>
    <w:p>
      <w:pPr/>
      <w:r>
        <w:rPr>
          <w:rFonts w:ascii="Aptos" w:hAnsi="Aptos" w:eastAsia="Aptos"/>
          <w:b w:val="0"/>
          <w:i w:val="0"/>
        </w:rPr>
        <w:t>Uma maratona, uma meia, uma prova-alvo importante ou um retorno pós-lesão podem parecer distantes demais para orientar o comportamento diário.</w:t>
      </w:r>
    </w:p>
    <w:p>
      <w:pPr/>
      <w:r>
        <w:rPr>
          <w:rFonts w:ascii="Aptos" w:hAnsi="Aptos" w:eastAsia="Aptos"/>
          <w:b w:val="0"/>
          <w:i w:val="0"/>
        </w:rPr>
        <w:t>A micrometa encurta o caminho.</w:t>
      </w:r>
    </w:p>
    <w:p>
      <w:pPr/>
      <w:r>
        <w:rPr>
          <w:rFonts w:ascii="Aptos" w:hAnsi="Aptos" w:eastAsia="Aptos"/>
          <w:b w:val="0"/>
          <w:i w:val="0"/>
        </w:rPr>
        <w:t>Ela transforma um objetivo grande em uma ação possível.</w:t>
      </w:r>
    </w:p>
    <w:p>
      <w:pPr/>
      <w:r>
        <w:rPr>
          <w:rFonts w:ascii="Aptos" w:hAnsi="Aptos" w:eastAsia="Aptos"/>
          <w:b w:val="0"/>
          <w:i w:val="0"/>
        </w:rPr>
        <w:t>O atleta deixa de pensar apenas: “preciso correr 42 km daqui a alguns meses”.</w:t>
      </w:r>
    </w:p>
    <w:p>
      <w:pPr/>
      <w:r>
        <w:rPr>
          <w:rFonts w:ascii="Aptos" w:hAnsi="Aptos" w:eastAsia="Aptos"/>
          <w:b w:val="0"/>
          <w:i w:val="0"/>
        </w:rPr>
        <w:t>Passa a pensar:</w:t>
      </w:r>
    </w:p>
    <w:p>
      <w:pPr>
        <w:pStyle w:val="TriLifeQuote"/>
      </w:pPr>
      <w:r>
        <w:rPr>
          <w:rFonts w:ascii="Aptos" w:hAnsi="Aptos" w:eastAsia="Aptos"/>
          <w:b w:val="0"/>
          <w:i/>
        </w:rPr>
        <w:t>“esta semana preciso cumprir três sessões com qualidade.”</w:t>
      </w:r>
    </w:p>
    <w:p>
      <w:pPr/>
      <w:r>
        <w:rPr>
          <w:rFonts w:ascii="Aptos" w:hAnsi="Aptos" w:eastAsia="Aptos"/>
          <w:b w:val="0"/>
          <w:i w:val="0"/>
        </w:rPr>
        <w:t>Essa mudança reduz ansiedade.</w:t>
      </w:r>
    </w:p>
    <w:p>
      <w:pPr/>
      <w:r>
        <w:rPr>
          <w:rFonts w:ascii="Aptos" w:hAnsi="Aptos" w:eastAsia="Aptos"/>
          <w:b w:val="0"/>
          <w:i w:val="0"/>
        </w:rPr>
        <w:t>Também melhora foco.</w:t>
      </w:r>
    </w:p>
    <w:p>
      <w:pPr/>
      <w:r>
        <w:rPr>
          <w:rFonts w:ascii="Aptos" w:hAnsi="Aptos" w:eastAsia="Aptos"/>
          <w:b w:val="0"/>
          <w:i w:val="0"/>
        </w:rPr>
        <w:t>A metodologia TriLife entende que o atleta não precisa vencer o ciclo inteiro de uma vez. Precisa vencer a próxima etapa.</w:t>
      </w:r>
    </w:p>
    <w:p>
      <w:pPr/>
      <w:r>
        <w:rPr>
          <w:rFonts w:ascii="Aptos" w:hAnsi="Aptos" w:eastAsia="Aptos"/>
          <w:b w:val="0"/>
          <w:i w:val="0"/>
        </w:rPr>
        <w:t>Quando essas pequenas etapas se acumulam, o processo ganha corpo.</w:t>
      </w:r>
    </w:p>
    <w:p>
      <w:pPr/>
      <w:r>
        <w:rPr>
          <w:rFonts w:ascii="Aptos" w:hAnsi="Aptos" w:eastAsia="Aptos"/>
          <w:b w:val="0"/>
          <w:i w:val="0"/>
        </w:rPr>
        <w:t>Adesão não nasce apenas de motivação.</w:t>
      </w:r>
    </w:p>
    <w:p>
      <w:pPr/>
      <w:r>
        <w:rPr>
          <w:rFonts w:ascii="Aptos" w:hAnsi="Aptos" w:eastAsia="Aptos"/>
          <w:b w:val="0"/>
          <w:i w:val="0"/>
        </w:rPr>
        <w:t>Nasce de clareza, repetição e sensação de progresso.</w:t>
      </w:r>
    </w:p>
    <w:p>
      <w:pPr/>
      <w:r>
        <w:rPr>
          <w:rFonts w:ascii="Aptos" w:hAnsi="Aptos" w:eastAsia="Aptos"/>
          <w:b w:val="0"/>
          <w:i w:val="0"/>
        </w:rPr>
        <w:t>Micrometas criam essa sensação.</w:t>
      </w:r>
    </w:p>
    <w:p>
      <w:pPr>
        <w:pStyle w:val="Heading2"/>
      </w:pPr>
      <w:r>
        <w:t>22.4 Micrometas e educação do atleta</w:t>
      </w:r>
    </w:p>
    <w:p>
      <w:pPr/>
      <w:r>
        <w:rPr>
          <w:rFonts w:ascii="Aptos" w:hAnsi="Aptos" w:eastAsia="Aptos"/>
          <w:b w:val="0"/>
          <w:i w:val="0"/>
        </w:rPr>
        <w:t>Micrometas também ensinam o atleta a treinar melhor.</w:t>
      </w:r>
    </w:p>
    <w:p>
      <w:pPr/>
      <w:r>
        <w:rPr>
          <w:rFonts w:ascii="Aptos" w:hAnsi="Aptos" w:eastAsia="Aptos"/>
          <w:b w:val="0"/>
          <w:i w:val="0"/>
        </w:rPr>
        <w:t>Um corredor que sempre acelera nos treinos leves pode receber uma micrometa simples: terminar a rodagem dentro da zona prescrita.</w:t>
      </w:r>
    </w:p>
    <w:p>
      <w:pPr/>
      <w:r>
        <w:rPr>
          <w:rFonts w:ascii="Aptos" w:hAnsi="Aptos" w:eastAsia="Aptos"/>
          <w:b w:val="0"/>
          <w:i w:val="0"/>
        </w:rPr>
        <w:t>Outro, que não comenta as sessões, pode ter como meta escrever feedback curto após cada treino.</w:t>
      </w:r>
    </w:p>
    <w:p>
      <w:pPr/>
      <w:r>
        <w:rPr>
          <w:rFonts w:ascii="Aptos" w:hAnsi="Aptos" w:eastAsia="Aptos"/>
          <w:b w:val="0"/>
          <w:i w:val="0"/>
        </w:rPr>
        <w:t>Um atleta ansioso pode trabalhar a meta de começar os primeiros 10 minutos mais controlado. Alguém com baixa confiança pode focar em completar a semana, sem buscar pace.</w:t>
      </w:r>
    </w:p>
    <w:p>
      <w:pPr/>
      <w:r>
        <w:rPr>
          <w:rFonts w:ascii="Aptos" w:hAnsi="Aptos" w:eastAsia="Aptos"/>
          <w:b w:val="0"/>
          <w:i w:val="0"/>
        </w:rPr>
        <w:t>Essas pequenas tarefas direcionam a atenção para o comportamento que mais precisa ser corrigido.</w:t>
      </w:r>
    </w:p>
    <w:p>
      <w:pPr/>
      <w:r>
        <w:rPr>
          <w:rFonts w:ascii="Aptos" w:hAnsi="Aptos" w:eastAsia="Aptos"/>
          <w:b w:val="0"/>
          <w:i w:val="0"/>
        </w:rPr>
        <w:t>A micrometa funciona como ferramenta pedagógica.</w:t>
      </w:r>
    </w:p>
    <w:p>
      <w:pPr/>
      <w:r>
        <w:rPr>
          <w:rFonts w:ascii="Aptos" w:hAnsi="Aptos" w:eastAsia="Aptos"/>
          <w:b w:val="0"/>
          <w:i w:val="0"/>
        </w:rPr>
        <w:t>Ela mostra ao atleta o que realmente importa naquele momento.</w:t>
      </w:r>
    </w:p>
    <w:p>
      <w:pPr/>
      <w:r>
        <w:rPr>
          <w:rFonts w:ascii="Aptos" w:hAnsi="Aptos" w:eastAsia="Aptos"/>
          <w:b w:val="0"/>
          <w:i w:val="0"/>
        </w:rPr>
        <w:t>Nem sempre a meta será correr mais rápido.</w:t>
      </w:r>
    </w:p>
    <w:p>
      <w:pPr/>
      <w:r>
        <w:rPr>
          <w:rFonts w:ascii="Aptos" w:hAnsi="Aptos" w:eastAsia="Aptos"/>
          <w:b w:val="0"/>
          <w:i w:val="0"/>
        </w:rPr>
        <w:t>Às vezes, será recuperar melhor. Controlar mais. Executar com menos ansiedade. Respeitar a zona. Dormir mais cedo. Chegar no treino com alimentação adequada. Não transformar Fartlek em tiro máximo.</w:t>
      </w:r>
    </w:p>
    <w:p>
      <w:pPr/>
      <w:r>
        <w:rPr>
          <w:rFonts w:ascii="Aptos" w:hAnsi="Aptos" w:eastAsia="Aptos"/>
          <w:b w:val="0"/>
          <w:i w:val="0"/>
        </w:rPr>
        <w:t>O método educa por repetição.</w:t>
      </w:r>
    </w:p>
    <w:p>
      <w:pPr/>
      <w:r>
        <w:rPr>
          <w:rFonts w:ascii="Aptos" w:hAnsi="Aptos" w:eastAsia="Aptos"/>
          <w:b w:val="0"/>
          <w:i w:val="0"/>
        </w:rPr>
        <w:t>Micrometas organizam essa repetição.</w:t>
      </w:r>
    </w:p>
    <w:p>
      <w:pPr>
        <w:pStyle w:val="Heading2"/>
      </w:pPr>
      <w:r>
        <w:t>22.5 Adesão antes de performance</w:t>
      </w:r>
    </w:p>
    <w:p>
      <w:pPr/>
      <w:r>
        <w:rPr>
          <w:rFonts w:ascii="Aptos" w:hAnsi="Aptos" w:eastAsia="Aptos"/>
          <w:b w:val="0"/>
          <w:i w:val="0"/>
        </w:rPr>
        <w:t>Muitos atletas querem performance antes de construir adesão.</w:t>
      </w:r>
    </w:p>
    <w:p>
      <w:pPr/>
      <w:r>
        <w:rPr>
          <w:rFonts w:ascii="Aptos" w:hAnsi="Aptos" w:eastAsia="Aptos"/>
          <w:b w:val="0"/>
          <w:i w:val="0"/>
        </w:rPr>
        <w:t>Esse é um erro comum.</w:t>
      </w:r>
    </w:p>
    <w:p>
      <w:pPr/>
      <w:r>
        <w:rPr>
          <w:rFonts w:ascii="Aptos" w:hAnsi="Aptos" w:eastAsia="Aptos"/>
          <w:b w:val="0"/>
          <w:i w:val="0"/>
        </w:rPr>
        <w:t>Performance depende de consistência. Consistência depende de adesão. Adesão depende de rotina, compreensão, confiança e sensação de progresso.</w:t>
      </w:r>
    </w:p>
    <w:p>
      <w:pPr/>
      <w:r>
        <w:rPr>
          <w:rFonts w:ascii="Aptos" w:hAnsi="Aptos" w:eastAsia="Aptos"/>
          <w:b w:val="0"/>
          <w:i w:val="0"/>
        </w:rPr>
        <w:t>Se essa base comportamental não existe, o ciclo fica frágil.</w:t>
      </w:r>
    </w:p>
    <w:p>
      <w:pPr/>
      <w:r>
        <w:rPr>
          <w:rFonts w:ascii="Aptos" w:hAnsi="Aptos" w:eastAsia="Aptos"/>
          <w:b w:val="0"/>
          <w:i w:val="0"/>
        </w:rPr>
        <w:t>O Método TriLife Running entende que, em muitos casos, o primeiro objetivo não é melhorar pace. É fazer o atleta permanecer no processo.</w:t>
      </w:r>
    </w:p>
    <w:p>
      <w:pPr/>
      <w:r>
        <w:rPr>
          <w:rFonts w:ascii="Aptos" w:hAnsi="Aptos" w:eastAsia="Aptos"/>
          <w:b w:val="0"/>
          <w:i w:val="0"/>
        </w:rPr>
        <w:t>Um corredor que não consegue cumprir duas semanas seguidas precisa antes construir regularidade. Um iniciante que transforma todo treino em sofrimento precisa aprender controle. Um atleta que falha por agenda precisa receber planejamento possível. Quem vive frustrado com números precisa reconstruir relação com o treino.</w:t>
      </w:r>
    </w:p>
    <w:p>
      <w:pPr/>
      <w:r>
        <w:rPr>
          <w:rFonts w:ascii="Aptos" w:hAnsi="Aptos" w:eastAsia="Aptos"/>
          <w:b w:val="0"/>
          <w:i w:val="0"/>
        </w:rPr>
        <w:t>Nesse momento, micrometas são mais úteis do que grandes promessas.</w:t>
      </w:r>
    </w:p>
    <w:p>
      <w:pPr/>
      <w:r>
        <w:rPr>
          <w:rFonts w:ascii="Aptos" w:hAnsi="Aptos" w:eastAsia="Aptos"/>
          <w:b w:val="0"/>
          <w:i w:val="0"/>
        </w:rPr>
        <w:t>Elas ajudam o treinador a transformar o comportamento do atleta.</w:t>
      </w:r>
    </w:p>
    <w:p>
      <w:pPr/>
      <w:r>
        <w:rPr>
          <w:rFonts w:ascii="Aptos" w:hAnsi="Aptos" w:eastAsia="Aptos"/>
          <w:b w:val="0"/>
          <w:i w:val="0"/>
        </w:rPr>
        <w:t>E comportamento sustentado vira desempenho.</w:t>
      </w:r>
    </w:p>
    <w:p>
      <w:pPr>
        <w:pStyle w:val="Heading2"/>
      </w:pPr>
      <w:r>
        <w:t>22.6 Micrometas dentro do TrainingPeaks</w:t>
      </w:r>
    </w:p>
    <w:p>
      <w:pPr/>
      <w:r>
        <w:rPr>
          <w:rFonts w:ascii="Aptos" w:hAnsi="Aptos" w:eastAsia="Aptos"/>
          <w:b w:val="0"/>
          <w:i w:val="0"/>
        </w:rPr>
        <w:t>O TrainingPeaks pode ser usado para fortalecer micrometas.</w:t>
      </w:r>
    </w:p>
    <w:p>
      <w:pPr/>
      <w:r>
        <w:rPr>
          <w:rFonts w:ascii="Aptos" w:hAnsi="Aptos" w:eastAsia="Aptos"/>
          <w:b w:val="0"/>
          <w:i w:val="0"/>
        </w:rPr>
        <w:t>O treinador pode observar calendário, comentários, zonas, consistência e execução para criar metas simples e verificáveis.</w:t>
      </w:r>
    </w:p>
    <w:p>
      <w:pPr/>
      <w:r>
        <w:rPr>
          <w:rFonts w:ascii="Aptos" w:hAnsi="Aptos" w:eastAsia="Aptos"/>
          <w:b w:val="0"/>
          <w:i w:val="0"/>
        </w:rPr>
        <w:t>Exemplos:</w:t>
      </w:r>
    </w:p>
    <w:p>
      <w:pPr>
        <w:pStyle w:val="ListBullet"/>
      </w:pPr>
      <w:r>
        <w:rPr>
          <w:rFonts w:ascii="Aptos" w:hAnsi="Aptos" w:eastAsia="Aptos"/>
          <w:b w:val="0"/>
          <w:i w:val="0"/>
        </w:rPr>
        <w:t>“esta semana vamos buscar quatro treinos verdes”;</w:t>
      </w:r>
    </w:p>
    <w:p>
      <w:pPr>
        <w:pStyle w:val="ListBullet"/>
      </w:pPr>
      <w:r>
        <w:rPr>
          <w:rFonts w:ascii="Aptos" w:hAnsi="Aptos" w:eastAsia="Aptos"/>
          <w:b w:val="0"/>
          <w:i w:val="0"/>
        </w:rPr>
        <w:t>“todos os treinos leves precisam ficar realmente leves”;</w:t>
      </w:r>
    </w:p>
    <w:p>
      <w:pPr>
        <w:pStyle w:val="ListBullet"/>
      </w:pPr>
      <w:r>
        <w:rPr>
          <w:rFonts w:ascii="Aptos" w:hAnsi="Aptos" w:eastAsia="Aptos"/>
          <w:b w:val="0"/>
          <w:i w:val="0"/>
        </w:rPr>
        <w:t>“quero comentário após cada sessão”;</w:t>
      </w:r>
    </w:p>
    <w:p>
      <w:pPr>
        <w:pStyle w:val="ListBullet"/>
      </w:pPr>
      <w:r>
        <w:rPr>
          <w:rFonts w:ascii="Aptos" w:hAnsi="Aptos" w:eastAsia="Aptos"/>
          <w:b w:val="0"/>
          <w:i w:val="0"/>
        </w:rPr>
        <w:t>“vamos fechar o longão sem drift exagerado”;</w:t>
      </w:r>
    </w:p>
    <w:p>
      <w:pPr>
        <w:pStyle w:val="ListBullet"/>
      </w:pPr>
      <w:r>
        <w:rPr>
          <w:rFonts w:ascii="Aptos" w:hAnsi="Aptos" w:eastAsia="Aptos"/>
          <w:b w:val="0"/>
          <w:i w:val="0"/>
        </w:rPr>
        <w:t>“o objetivo do Tempo Run é controle, não pace máximo”;</w:t>
      </w:r>
    </w:p>
    <w:p>
      <w:pPr>
        <w:pStyle w:val="ListBullet"/>
      </w:pPr>
      <w:r>
        <w:rPr>
          <w:rFonts w:ascii="Aptos" w:hAnsi="Aptos" w:eastAsia="Aptos"/>
          <w:b w:val="0"/>
          <w:i w:val="0"/>
        </w:rPr>
        <w:t>“vamos manter a semana sem pular aquecimento”.</w:t>
      </w:r>
    </w:p>
    <w:p>
      <w:pPr/>
      <w:r>
        <w:rPr>
          <w:rFonts w:ascii="Aptos" w:hAnsi="Aptos" w:eastAsia="Aptos"/>
          <w:b w:val="0"/>
          <w:i w:val="0"/>
        </w:rPr>
        <w:t>A plataforma registra.</w:t>
      </w:r>
    </w:p>
    <w:p>
      <w:pPr/>
      <w:r>
        <w:rPr>
          <w:rFonts w:ascii="Aptos" w:hAnsi="Aptos" w:eastAsia="Aptos"/>
          <w:b w:val="0"/>
          <w:i w:val="0"/>
        </w:rPr>
        <w:t>O treinador orienta.</w:t>
      </w:r>
    </w:p>
    <w:p>
      <w:pPr/>
      <w:r>
        <w:rPr>
          <w:rFonts w:ascii="Aptos" w:hAnsi="Aptos" w:eastAsia="Aptos"/>
          <w:b w:val="0"/>
          <w:i w:val="0"/>
        </w:rPr>
        <w:t>O atleta acompanha.</w:t>
      </w:r>
    </w:p>
    <w:p>
      <w:pPr/>
      <w:r>
        <w:rPr>
          <w:rFonts w:ascii="Aptos" w:hAnsi="Aptos" w:eastAsia="Aptos"/>
          <w:b w:val="0"/>
          <w:i w:val="0"/>
        </w:rPr>
        <w:t>Quando a micrometa aparece no ambiente de treino, deixa de ser frase motivacional. Vira critério de execução.</w:t>
      </w:r>
    </w:p>
    <w:p>
      <w:pPr/>
      <w:r>
        <w:rPr>
          <w:rFonts w:ascii="Aptos" w:hAnsi="Aptos" w:eastAsia="Aptos"/>
          <w:b w:val="0"/>
          <w:i w:val="0"/>
        </w:rPr>
        <w:t>Essa clareza melhora a relação do atleta com a planilha.</w:t>
      </w:r>
    </w:p>
    <w:p>
      <w:pPr/>
      <w:r>
        <w:rPr>
          <w:rFonts w:ascii="Aptos" w:hAnsi="Aptos" w:eastAsia="Aptos"/>
          <w:b w:val="0"/>
          <w:i w:val="0"/>
        </w:rPr>
        <w:t>Ele passa a saber exatamente qual comportamento está sendo treinado.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Micrometas se conectam à literatura sobre definição de metas, autoeficácia e mudança de comportamento. Objetivos menores, claros e próximos tendem a aumentar percepção de controle, reduzir ansiedade e melhorar continuidade da prática.</w:t>
            </w:r>
          </w:p>
          <w:p>
            <w:pPr/>
            <w:r>
              <w:rPr>
                <w:rFonts w:ascii="Aptos" w:hAnsi="Aptos" w:eastAsia="Aptos"/>
                <w:b w:val="0"/>
                <w:i w:val="0"/>
              </w:rPr>
              <w:t>Quando o atleta cumpre metas viáveis, fortalece a crença de que consegue executar o processo. Essa percepção aumenta a chance de repetir comportamentos positivos. Comportamentos repetidos constroem hábito. Hábito sustenta adesão.</w:t>
            </w:r>
          </w:p>
          <w:p>
            <w:pPr/>
            <w:r>
              <w:rPr>
                <w:rFonts w:ascii="Aptos" w:hAnsi="Aptos" w:eastAsia="Aptos"/>
                <w:b w:val="0"/>
                <w:i w:val="0"/>
              </w:rPr>
              <w:t>No treinamento, a evolução fisiológica depende de consistência. Micrometas funcionam como ponte entre prescrição e comportamento: transformam um ciclo longo em ações executáveis no curto prazo.</w:t>
            </w:r>
          </w:p>
          <w:p>
            <w:pPr/>
            <w:r>
              <w:rPr>
                <w:rFonts w:ascii="Aptos" w:hAnsi="Aptos" w:eastAsia="Aptos"/>
                <w:b w:val="0"/>
                <w:i w:val="0"/>
              </w:rPr>
              <w:t>O Método TriLife Running usa micrometas para construir o atleta antes de cobrar dele grandes resultados.</w:t>
            </w:r>
          </w:p>
        </w:tc>
      </w:tr>
    </w:tbl>
    <w:p/>
    <w:p>
      <w:pPr>
        <w:pStyle w:val="Heading2"/>
      </w:pPr>
      <w:r>
        <w:t>22.7 Micrometas não podem virar cobrança vazia</w:t>
      </w:r>
    </w:p>
    <w:p>
      <w:pPr/>
      <w:r>
        <w:rPr>
          <w:rFonts w:ascii="Aptos" w:hAnsi="Aptos" w:eastAsia="Aptos"/>
          <w:b w:val="0"/>
          <w:i w:val="0"/>
        </w:rPr>
        <w:t>Micrometas precisam ser úteis.</w:t>
      </w:r>
    </w:p>
    <w:p>
      <w:pPr/>
      <w:r>
        <w:rPr>
          <w:rFonts w:ascii="Aptos" w:hAnsi="Aptos" w:eastAsia="Aptos"/>
          <w:b w:val="0"/>
          <w:i w:val="0"/>
        </w:rPr>
        <w:t>Não devem virar lista infinita de obrigações.</w:t>
      </w:r>
    </w:p>
    <w:p>
      <w:pPr/>
      <w:r>
        <w:rPr>
          <w:rFonts w:ascii="Aptos" w:hAnsi="Aptos" w:eastAsia="Aptos"/>
          <w:b w:val="0"/>
          <w:i w:val="0"/>
        </w:rPr>
        <w:t>Se o treinador cria metas demais, o atleta se perde. Se define metas vagas, não orienta comportamento. Se estabelece metas inalcançáveis, aumenta frustração.</w:t>
      </w:r>
    </w:p>
    <w:p>
      <w:pPr/>
      <w:r>
        <w:rPr>
          <w:rFonts w:ascii="Aptos" w:hAnsi="Aptos" w:eastAsia="Aptos"/>
          <w:b w:val="0"/>
          <w:i w:val="0"/>
        </w:rPr>
        <w:t>A boa micrometa deve ser:</w:t>
      </w:r>
    </w:p>
    <w:p>
      <w:pPr>
        <w:pStyle w:val="ListBullet"/>
      </w:pPr>
      <w:r>
        <w:rPr>
          <w:rFonts w:ascii="Aptos" w:hAnsi="Aptos" w:eastAsia="Aptos"/>
          <w:b w:val="0"/>
          <w:i w:val="0"/>
        </w:rPr>
        <w:t>simples;</w:t>
      </w:r>
    </w:p>
    <w:p>
      <w:pPr>
        <w:pStyle w:val="ListBullet"/>
      </w:pPr>
      <w:r>
        <w:rPr>
          <w:rFonts w:ascii="Aptos" w:hAnsi="Aptos" w:eastAsia="Aptos"/>
          <w:b w:val="0"/>
          <w:i w:val="0"/>
        </w:rPr>
        <w:t>específica;</w:t>
      </w:r>
    </w:p>
    <w:p>
      <w:pPr>
        <w:pStyle w:val="ListBullet"/>
      </w:pPr>
      <w:r>
        <w:rPr>
          <w:rFonts w:ascii="Aptos" w:hAnsi="Aptos" w:eastAsia="Aptos"/>
          <w:b w:val="0"/>
          <w:i w:val="0"/>
        </w:rPr>
        <w:t>mensurável;</w:t>
      </w:r>
    </w:p>
    <w:p>
      <w:pPr>
        <w:pStyle w:val="ListBullet"/>
      </w:pPr>
      <w:r>
        <w:rPr>
          <w:rFonts w:ascii="Aptos" w:hAnsi="Aptos" w:eastAsia="Aptos"/>
          <w:b w:val="0"/>
          <w:i w:val="0"/>
        </w:rPr>
        <w:t>possível;</w:t>
      </w:r>
    </w:p>
    <w:p>
      <w:pPr>
        <w:pStyle w:val="ListBullet"/>
      </w:pPr>
      <w:r>
        <w:rPr>
          <w:rFonts w:ascii="Aptos" w:hAnsi="Aptos" w:eastAsia="Aptos"/>
          <w:b w:val="0"/>
          <w:i w:val="0"/>
        </w:rPr>
        <w:t>conectada ao momento do ciclo;</w:t>
      </w:r>
    </w:p>
    <w:p>
      <w:pPr>
        <w:pStyle w:val="ListBullet"/>
      </w:pPr>
      <w:r>
        <w:rPr>
          <w:rFonts w:ascii="Aptos" w:hAnsi="Aptos" w:eastAsia="Aptos"/>
          <w:b w:val="0"/>
          <w:i w:val="0"/>
        </w:rPr>
        <w:t>relevante para aquele atleta;</w:t>
      </w:r>
    </w:p>
    <w:p>
      <w:pPr>
        <w:pStyle w:val="ListBullet"/>
      </w:pPr>
      <w:r>
        <w:rPr>
          <w:rFonts w:ascii="Aptos" w:hAnsi="Aptos" w:eastAsia="Aptos"/>
          <w:b w:val="0"/>
          <w:i w:val="0"/>
        </w:rPr>
        <w:t>fácil de revisar depois.</w:t>
      </w:r>
    </w:p>
    <w:p>
      <w:pPr/>
      <w:r>
        <w:rPr>
          <w:rFonts w:ascii="Aptos" w:hAnsi="Aptos" w:eastAsia="Aptos"/>
          <w:b w:val="0"/>
          <w:i w:val="0"/>
        </w:rPr>
        <w:t>Uma micrometa boa tem função.</w:t>
      </w:r>
    </w:p>
    <w:p>
      <w:pPr/>
      <w:r>
        <w:rPr>
          <w:rFonts w:ascii="Aptos" w:hAnsi="Aptos" w:eastAsia="Aptos"/>
          <w:b w:val="0"/>
          <w:i w:val="0"/>
        </w:rPr>
        <w:t>Ela não existe para enfeitar o processo.</w:t>
      </w:r>
    </w:p>
    <w:p>
      <w:pPr/>
      <w:r>
        <w:rPr>
          <w:rFonts w:ascii="Aptos" w:hAnsi="Aptos" w:eastAsia="Aptos"/>
          <w:b w:val="0"/>
          <w:i w:val="0"/>
        </w:rPr>
        <w:t>Existe para corrigir um comportamento, reforçar uma competência ou aumentar adesão.</w:t>
      </w:r>
    </w:p>
    <w:p>
      <w:pPr/>
      <w:r>
        <w:rPr>
          <w:rFonts w:ascii="Aptos" w:hAnsi="Aptos" w:eastAsia="Aptos"/>
          <w:b w:val="0"/>
          <w:i w:val="0"/>
        </w:rPr>
        <w:t>O treinador precisa escolher poucas metas e acompanhar de perto.</w:t>
      </w:r>
    </w:p>
    <w:p>
      <w:pPr/>
      <w:r>
        <w:rPr>
          <w:rFonts w:ascii="Aptos" w:hAnsi="Aptos" w:eastAsia="Aptos"/>
          <w:b w:val="0"/>
          <w:i w:val="0"/>
        </w:rPr>
        <w:t>Foco demais vira ruído.</w:t>
      </w:r>
    </w:p>
    <w:p>
      <w:pPr/>
      <w:r>
        <w:rPr>
          <w:rFonts w:ascii="Aptos" w:hAnsi="Aptos" w:eastAsia="Aptos"/>
          <w:b w:val="0"/>
          <w:i w:val="0"/>
        </w:rPr>
        <w:t>Foco certo vira evolução.</w:t>
      </w:r>
    </w:p>
    <w:p>
      <w:pPr>
        <w:pStyle w:val="Heading2"/>
      </w:pPr>
      <w:r>
        <w:t>22.8 Aderência também é sinal de prontidão</w:t>
      </w:r>
    </w:p>
    <w:p>
      <w:pPr/>
      <w:r>
        <w:rPr>
          <w:rFonts w:ascii="Aptos" w:hAnsi="Aptos" w:eastAsia="Aptos"/>
          <w:b w:val="0"/>
          <w:i w:val="0"/>
        </w:rPr>
        <w:t>A adesão do atleta ajuda o treinador a decidir se ele está pronto para avançar.</w:t>
      </w:r>
    </w:p>
    <w:p>
      <w:pPr/>
      <w:r>
        <w:rPr>
          <w:rFonts w:ascii="Aptos" w:hAnsi="Aptos" w:eastAsia="Aptos"/>
          <w:b w:val="0"/>
          <w:i w:val="0"/>
        </w:rPr>
        <w:t>Um corredor que cumpre treinos, comenta bem, recupera, entende zonas e mantém regularidade demonstra prontidão comportamental.</w:t>
      </w:r>
    </w:p>
    <w:p>
      <w:pPr/>
      <w:r>
        <w:rPr>
          <w:rFonts w:ascii="Aptos" w:hAnsi="Aptos" w:eastAsia="Aptos"/>
          <w:b w:val="0"/>
          <w:i w:val="0"/>
        </w:rPr>
        <w:t>Outro que falha muito, não responde, executa fora da proposta e vive acumulando atrasos talvez ainda não esteja pronto para receber mais carga, mesmo que deseje uma prova maior.</w:t>
      </w:r>
    </w:p>
    <w:p>
      <w:pPr/>
      <w:r>
        <w:rPr>
          <w:rFonts w:ascii="Aptos" w:hAnsi="Aptos" w:eastAsia="Aptos"/>
          <w:b w:val="0"/>
          <w:i w:val="0"/>
        </w:rPr>
        <w:t>Prontidão não é apenas fisiológica.</w:t>
      </w:r>
    </w:p>
    <w:p>
      <w:pPr/>
      <w:r>
        <w:rPr>
          <w:rFonts w:ascii="Aptos" w:hAnsi="Aptos" w:eastAsia="Aptos"/>
          <w:b w:val="0"/>
          <w:i w:val="0"/>
        </w:rPr>
        <w:t>É também comportamental.</w:t>
      </w:r>
    </w:p>
    <w:p>
      <w:pPr/>
      <w:r>
        <w:rPr>
          <w:rFonts w:ascii="Aptos" w:hAnsi="Aptos" w:eastAsia="Aptos"/>
          <w:b w:val="0"/>
          <w:i w:val="0"/>
        </w:rPr>
        <w:t>Essa leitura protege o ciclo.</w:t>
      </w:r>
    </w:p>
    <w:p>
      <w:pPr/>
      <w:r>
        <w:rPr>
          <w:rFonts w:ascii="Aptos" w:hAnsi="Aptos" w:eastAsia="Aptos"/>
          <w:b w:val="0"/>
          <w:i w:val="0"/>
        </w:rPr>
        <w:t>Antes de aumentar volume, intensidade ou complexidade, o treinador precisa avaliar se o atleta tem estrutura para sustentar o próximo passo.</w:t>
      </w:r>
    </w:p>
    <w:p>
      <w:pPr/>
      <w:r>
        <w:rPr>
          <w:rFonts w:ascii="Aptos" w:hAnsi="Aptos" w:eastAsia="Aptos"/>
          <w:b w:val="0"/>
          <w:i w:val="0"/>
        </w:rPr>
        <w:t>Micrometas ajudam a construir essa estrutura.</w:t>
      </w:r>
    </w:p>
    <w:p>
      <w:pPr/>
      <w:r>
        <w:rPr>
          <w:rFonts w:ascii="Aptos" w:hAnsi="Aptos" w:eastAsia="Aptos"/>
          <w:b w:val="0"/>
          <w:i w:val="0"/>
        </w:rPr>
        <w:t>Elas mostram, semana após semana, se o atleta está ganhando consistência.</w:t>
      </w:r>
    </w:p>
    <w:p>
      <w:pPr>
        <w:pStyle w:val="Heading2"/>
      </w:pPr>
      <w:r>
        <w:t>22.9 O papel emocional das micrometas</w:t>
      </w:r>
    </w:p>
    <w:p>
      <w:pPr/>
      <w:r>
        <w:rPr>
          <w:rFonts w:ascii="Aptos" w:hAnsi="Aptos" w:eastAsia="Aptos"/>
          <w:b w:val="0"/>
          <w:i w:val="0"/>
        </w:rPr>
        <w:t>Treinamento não é apenas corpo.</w:t>
      </w:r>
    </w:p>
    <w:p>
      <w:pPr/>
      <w:r>
        <w:rPr>
          <w:rFonts w:ascii="Aptos" w:hAnsi="Aptos" w:eastAsia="Aptos"/>
          <w:b w:val="0"/>
          <w:i w:val="0"/>
        </w:rPr>
        <w:t>O atleta lida com medo, insegurança, comparação, ansiedade, frustração, pressa e cobrança pessoal.</w:t>
      </w:r>
    </w:p>
    <w:p>
      <w:pPr/>
      <w:r>
        <w:rPr>
          <w:rFonts w:ascii="Aptos" w:hAnsi="Aptos" w:eastAsia="Aptos"/>
          <w:b w:val="0"/>
          <w:i w:val="0"/>
        </w:rPr>
        <w:t>Micrometas ajudam a organizar emocionalmente o processo.</w:t>
      </w:r>
    </w:p>
    <w:p>
      <w:pPr/>
      <w:r>
        <w:rPr>
          <w:rFonts w:ascii="Aptos" w:hAnsi="Aptos" w:eastAsia="Aptos"/>
          <w:b w:val="0"/>
          <w:i w:val="0"/>
        </w:rPr>
        <w:t>Quando o objetivo parece grande demais, o atleta pode se sentir distante. Quando a meta é pequena e clara, ele volta a ter controle.</w:t>
      </w:r>
    </w:p>
    <w:p>
      <w:pPr/>
      <w:r>
        <w:rPr>
          <w:rFonts w:ascii="Aptos" w:hAnsi="Aptos" w:eastAsia="Aptos"/>
          <w:b w:val="0"/>
          <w:i w:val="0"/>
        </w:rPr>
        <w:t>Cada pequena vitória reforça confiança.</w:t>
      </w:r>
    </w:p>
    <w:p>
      <w:pPr/>
      <w:r>
        <w:rPr>
          <w:rFonts w:ascii="Aptos" w:hAnsi="Aptos" w:eastAsia="Aptos"/>
          <w:b w:val="0"/>
          <w:i w:val="0"/>
        </w:rPr>
        <w:t>Cumprir a semana. Respeitar a zona. Melhorar comentário. Completar o aquecimento. Controlar o início do treino. Encerrar um longão bem.</w:t>
      </w:r>
    </w:p>
    <w:p>
      <w:pPr/>
      <w:r>
        <w:rPr>
          <w:rFonts w:ascii="Aptos" w:hAnsi="Aptos" w:eastAsia="Aptos"/>
          <w:b w:val="0"/>
          <w:i w:val="0"/>
        </w:rPr>
        <w:t>Essas conquistas criam vínculo com o método.</w:t>
      </w:r>
    </w:p>
    <w:p>
      <w:pPr/>
      <w:r>
        <w:rPr>
          <w:rFonts w:ascii="Aptos" w:hAnsi="Aptos" w:eastAsia="Aptos"/>
          <w:b w:val="0"/>
          <w:i w:val="0"/>
        </w:rPr>
        <w:t>O atleta passa a perceber progresso mesmo antes do resultado competitivo aparecer.</w:t>
      </w:r>
    </w:p>
    <w:p>
      <w:pPr/>
      <w:r>
        <w:rPr>
          <w:rFonts w:ascii="Aptos" w:hAnsi="Aptos" w:eastAsia="Aptos"/>
          <w:b w:val="0"/>
          <w:i w:val="0"/>
        </w:rPr>
        <w:t>Isso é importante porque a evolução na corrida nem sempre é imediata. Há semanas duras, ciclos longos e fases de consolidação.</w:t>
      </w:r>
    </w:p>
    <w:p>
      <w:pPr/>
      <w:r>
        <w:rPr>
          <w:rFonts w:ascii="Aptos" w:hAnsi="Aptos" w:eastAsia="Aptos"/>
          <w:b w:val="0"/>
          <w:i w:val="0"/>
        </w:rPr>
        <w:t>Micrometas mantêm o atleta dentro do jogo.</w:t>
      </w:r>
    </w:p>
    <w:p>
      <w:pPr>
        <w:pStyle w:val="Heading2"/>
      </w:pPr>
      <w:r>
        <w:t>Conclusão</w:t>
      </w:r>
    </w:p>
    <w:p>
      <w:pPr/>
      <w:r>
        <w:rPr>
          <w:rFonts w:ascii="Aptos" w:hAnsi="Aptos" w:eastAsia="Aptos"/>
          <w:b w:val="0"/>
          <w:i w:val="0"/>
        </w:rPr>
        <w:t>Micrometas são ferramentas práticas para construir adesão, confiança e consistência dentro do Método TriLife Running.</w:t>
      </w:r>
    </w:p>
    <w:p>
      <w:pPr/>
      <w:r>
        <w:rPr>
          <w:rFonts w:ascii="Aptos" w:hAnsi="Aptos" w:eastAsia="Aptos"/>
          <w:b w:val="0"/>
          <w:i w:val="0"/>
        </w:rPr>
        <w:t>Elas transformam objetivos grandes em comportamentos pequenos, claros e executáveis. Ajudam o atleta a entender o processo, melhoram comunicação, fortalecem rotina e fornecem ao treinador sinais importantes sobre prontidão.</w:t>
      </w:r>
    </w:p>
    <w:p>
      <w:pPr/>
      <w:r>
        <w:rPr>
          <w:rFonts w:ascii="Aptos" w:hAnsi="Aptos" w:eastAsia="Aptos"/>
          <w:b w:val="0"/>
          <w:i w:val="0"/>
        </w:rPr>
        <w:t>No DNA TriLife, desempenho não nasce apenas da planilha.</w:t>
      </w:r>
    </w:p>
    <w:p>
      <w:pPr/>
      <w:r>
        <w:rPr>
          <w:rFonts w:ascii="Aptos" w:hAnsi="Aptos" w:eastAsia="Aptos"/>
          <w:b w:val="0"/>
          <w:i w:val="0"/>
        </w:rPr>
        <w:t>Nasce da capacidade de permanecer no processo.</w:t>
      </w:r>
    </w:p>
    <w:p>
      <w:pPr/>
      <w:r>
        <w:rPr>
          <w:rFonts w:ascii="Aptos" w:hAnsi="Aptos" w:eastAsia="Aptos"/>
          <w:b w:val="0"/>
          <w:i w:val="0"/>
        </w:rPr>
        <w:t>Micrometas constroem essa permanência.</w:t>
      </w:r>
    </w:p>
    <w:p>
      <w:pPr>
        <w:pStyle w:val="Heading2"/>
      </w:pPr>
      <w:r>
        <w:t>Princípios Fundamentais do Método TriLife Running</w:t>
      </w:r>
    </w:p>
    <w:p>
      <w:pPr>
        <w:pStyle w:val="TriLifeQuote"/>
      </w:pPr>
      <w:r>
        <w:rPr>
          <w:rFonts w:ascii="Aptos" w:hAnsi="Aptos" w:eastAsia="Aptos"/>
          <w:b w:val="0"/>
          <w:i/>
        </w:rPr>
        <w:t>Princípio Fundamental nº 85</w:t>
      </w:r>
    </w:p>
    <w:p>
      <w:pPr/>
      <w:r>
        <w:rPr>
          <w:rFonts w:ascii="Aptos" w:hAnsi="Aptos" w:eastAsia="Aptos"/>
          <w:b w:val="0"/>
          <w:i w:val="0"/>
        </w:rPr>
        <w:t>Adesão é variável de treinamento, não detalhe administrativo.</w:t>
      </w:r>
    </w:p>
    <w:p>
      <w:pPr>
        <w:pStyle w:val="TriLifeQuote"/>
      </w:pPr>
      <w:r>
        <w:rPr>
          <w:rFonts w:ascii="Aptos" w:hAnsi="Aptos" w:eastAsia="Aptos"/>
          <w:b w:val="0"/>
          <w:i/>
        </w:rPr>
        <w:t>Princípio Fundamental nº 86</w:t>
      </w:r>
    </w:p>
    <w:p>
      <w:pPr/>
      <w:r>
        <w:rPr>
          <w:rFonts w:ascii="Aptos" w:hAnsi="Aptos" w:eastAsia="Aptos"/>
          <w:b w:val="0"/>
          <w:i w:val="0"/>
        </w:rPr>
        <w:t>Micrometas transformam objetivos grandes em comportamentos executáveis.</w:t>
      </w:r>
    </w:p>
    <w:p>
      <w:pPr>
        <w:pStyle w:val="TriLifeQuote"/>
      </w:pPr>
      <w:r>
        <w:rPr>
          <w:rFonts w:ascii="Aptos" w:hAnsi="Aptos" w:eastAsia="Aptos"/>
          <w:b w:val="0"/>
          <w:i/>
        </w:rPr>
        <w:t>Princípio Fundamental nº 87</w:t>
      </w:r>
    </w:p>
    <w:p>
      <w:pPr/>
      <w:r>
        <w:rPr>
          <w:rFonts w:ascii="Aptos" w:hAnsi="Aptos" w:eastAsia="Aptos"/>
          <w:b w:val="0"/>
          <w:i w:val="0"/>
        </w:rPr>
        <w:t>Consistência vem antes da performance.</w:t>
      </w:r>
    </w:p>
    <w:p>
      <w:pPr>
        <w:pStyle w:val="TriLifeQuote"/>
      </w:pPr>
      <w:r>
        <w:rPr>
          <w:rFonts w:ascii="Aptos" w:hAnsi="Aptos" w:eastAsia="Aptos"/>
          <w:b w:val="0"/>
          <w:i/>
        </w:rPr>
        <w:t>Princípio Fundamental nº 88</w:t>
      </w:r>
    </w:p>
    <w:p>
      <w:pPr/>
      <w:r>
        <w:rPr>
          <w:rFonts w:ascii="Aptos" w:hAnsi="Aptos" w:eastAsia="Aptos"/>
          <w:b w:val="0"/>
          <w:i w:val="0"/>
        </w:rPr>
        <w:t>Prontidão também é comportamental.</w:t>
      </w:r>
    </w:p>
    <w:p>
      <w:r>
        <w:br w:type="page"/>
      </w:r>
    </w:p>
    <w:p>
      <w:pPr>
        <w:pStyle w:val="Heading1"/>
        <w:jc w:val="center"/>
      </w:pPr>
      <w:r>
        <w:t>CAPÍTULO 23</w:t>
      </w:r>
    </w:p>
    <w:p>
      <w:pPr>
        <w:pStyle w:val="Heading1"/>
        <w:jc w:val="center"/>
      </w:pPr>
      <w:r>
        <w:t>MARGEM DE SEGURANÇA NOS CICLOS</w:t>
      </w:r>
    </w:p>
    <w:p>
      <w:pPr>
        <w:pStyle w:val="Heading1"/>
        <w:jc w:val="center"/>
      </w:pPr>
      <w:r>
        <w:t>Planejar para a Vida Real</w:t>
      </w:r>
    </w:p>
    <w:p>
      <w:pPr>
        <w:pStyle w:val="TriLifeQuote"/>
      </w:pPr>
      <w:r>
        <w:rPr>
          <w:rFonts w:ascii="Aptos" w:hAnsi="Aptos" w:eastAsia="Aptos"/>
          <w:b w:val="0"/>
          <w:i/>
        </w:rPr>
        <w:t>“Uma periodização inteligente não depende de uma vida perfeita.”</w:t>
      </w:r>
    </w:p>
    <w:p>
      <w:pPr>
        <w:pStyle w:val="Heading2"/>
      </w:pPr>
      <w:r>
        <w:t>23.1 Por que margem de segurança existe</w:t>
      </w:r>
    </w:p>
    <w:p>
      <w:pPr/>
      <w:r>
        <w:rPr>
          <w:rFonts w:ascii="Aptos" w:hAnsi="Aptos" w:eastAsia="Aptos"/>
          <w:b w:val="0"/>
          <w:i w:val="0"/>
        </w:rPr>
        <w:t>Todo planejamento nasce com uma intenção.</w:t>
      </w:r>
    </w:p>
    <w:p>
      <w:pPr/>
      <w:r>
        <w:rPr>
          <w:rFonts w:ascii="Aptos" w:hAnsi="Aptos" w:eastAsia="Aptos"/>
          <w:b w:val="0"/>
          <w:i w:val="0"/>
        </w:rPr>
        <w:t>O treinador organiza prova-alvo, semanas, blocos, carga, intensidade, recuperação e polimento. A planilha parte de uma hipótese: se o atleta cumprir o processo com boa resposta, chegará ao objetivo em melhor condição.</w:t>
      </w:r>
    </w:p>
    <w:p>
      <w:pPr/>
      <w:r>
        <w:rPr>
          <w:rFonts w:ascii="Aptos" w:hAnsi="Aptos" w:eastAsia="Aptos"/>
          <w:b w:val="0"/>
          <w:i w:val="0"/>
        </w:rPr>
        <w:t>Mas a vida real raramente respeita a planilha.</w:t>
      </w:r>
    </w:p>
    <w:p>
      <w:pPr/>
      <w:r>
        <w:rPr>
          <w:rFonts w:ascii="Aptos" w:hAnsi="Aptos" w:eastAsia="Aptos"/>
          <w:b w:val="0"/>
          <w:i w:val="0"/>
        </w:rPr>
        <w:t>O atleta viaja. Fica doente. Dorme mal. Enfrenta estresse profissional. Perde sessão. Sente dor. Treina no calor. Tem compromissos familiares. Chega cansado. Executa abaixo do esperado. Às vezes, simplesmente não consegue encaixar a semana.</w:t>
      </w:r>
    </w:p>
    <w:p>
      <w:pPr/>
      <w:r>
        <w:rPr>
          <w:rFonts w:ascii="Aptos" w:hAnsi="Aptos" w:eastAsia="Aptos"/>
          <w:b w:val="0"/>
          <w:i w:val="0"/>
        </w:rPr>
        <w:t>A margem de segurança existe porque o Método TriLife Running não treina atletas imaginários.</w:t>
      </w:r>
    </w:p>
    <w:p>
      <w:pPr/>
      <w:r>
        <w:rPr>
          <w:rFonts w:ascii="Aptos" w:hAnsi="Aptos" w:eastAsia="Aptos"/>
          <w:b w:val="0"/>
          <w:i w:val="0"/>
        </w:rPr>
        <w:t>Treina pessoas reais.</w:t>
      </w:r>
    </w:p>
    <w:p>
      <w:pPr/>
      <w:r>
        <w:rPr>
          <w:rFonts w:ascii="Aptos" w:hAnsi="Aptos" w:eastAsia="Aptos"/>
          <w:b w:val="0"/>
          <w:i w:val="0"/>
        </w:rPr>
        <w:t>Planejar com margem não significa ser conservador demais. Significa reconhecer que qualquer ciclo precisa de espaço para absorver imprevistos sem perder a direção.</w:t>
      </w:r>
    </w:p>
    <w:p>
      <w:pPr/>
      <w:r>
        <w:rPr>
          <w:rFonts w:ascii="Aptos" w:hAnsi="Aptos" w:eastAsia="Aptos"/>
          <w:b w:val="0"/>
          <w:i w:val="0"/>
        </w:rPr>
        <w:t>Sem margem, toda falha vira crise.</w:t>
      </w:r>
    </w:p>
    <w:p>
      <w:pPr/>
      <w:r>
        <w:rPr>
          <w:rFonts w:ascii="Aptos" w:hAnsi="Aptos" w:eastAsia="Aptos"/>
          <w:b w:val="0"/>
          <w:i w:val="0"/>
        </w:rPr>
        <w:t>Com margem, o treinador ajusta sem destruir o ciclo.</w:t>
      </w:r>
    </w:p>
    <w:p>
      <w:pPr>
        <w:pStyle w:val="Heading2"/>
      </w:pPr>
      <w:r>
        <w:t>23.2 Margem não é sobra sem função</w:t>
      </w:r>
    </w:p>
    <w:p>
      <w:pPr/>
      <w:r>
        <w:rPr>
          <w:rFonts w:ascii="Aptos" w:hAnsi="Aptos" w:eastAsia="Aptos"/>
          <w:b w:val="0"/>
          <w:i w:val="0"/>
        </w:rPr>
        <w:t>Margem de segurança não é tempo vazio.</w:t>
      </w:r>
    </w:p>
    <w:p>
      <w:pPr/>
      <w:r>
        <w:rPr>
          <w:rFonts w:ascii="Aptos" w:hAnsi="Aptos" w:eastAsia="Aptos"/>
          <w:b w:val="0"/>
          <w:i w:val="0"/>
        </w:rPr>
        <w:t>Ela faz parte da arquitetura do ciclo.</w:t>
      </w:r>
    </w:p>
    <w:p>
      <w:pPr/>
      <w:r>
        <w:rPr>
          <w:rFonts w:ascii="Aptos" w:hAnsi="Aptos" w:eastAsia="Aptos"/>
          <w:b w:val="0"/>
          <w:i w:val="0"/>
        </w:rPr>
        <w:t>Quando tudo acontece bem, a margem pode ser usada para consolidar adaptações, reforçar confiança, recuperar melhor ou ajustar detalhes finos. Quando surgem problemas, ela permite reorganizar o processo sem tentar compensar tudo de forma agressiva.</w:t>
      </w:r>
    </w:p>
    <w:p>
      <w:pPr/>
      <w:r>
        <w:rPr>
          <w:rFonts w:ascii="Aptos" w:hAnsi="Aptos" w:eastAsia="Aptos"/>
          <w:b w:val="0"/>
          <w:i w:val="0"/>
        </w:rPr>
        <w:t>Essa diferença é decisiva.</w:t>
      </w:r>
    </w:p>
    <w:p>
      <w:pPr/>
      <w:r>
        <w:rPr>
          <w:rFonts w:ascii="Aptos" w:hAnsi="Aptos" w:eastAsia="Aptos"/>
          <w:b w:val="0"/>
          <w:i w:val="0"/>
        </w:rPr>
        <w:t>Muitos atletas, ao perderem um treino, tentam encaixar a sessão em outro dia de qualquer maneira. Resultado: acumulam carga, reduzem recuperação e prejudicam a semana.</w:t>
      </w:r>
    </w:p>
    <w:p>
      <w:pPr/>
      <w:r>
        <w:rPr>
          <w:rFonts w:ascii="Aptos" w:hAnsi="Aptos" w:eastAsia="Aptos"/>
          <w:b w:val="0"/>
          <w:i w:val="0"/>
        </w:rPr>
        <w:t>O Método TriLife Running evita essa lógica.</w:t>
      </w:r>
    </w:p>
    <w:p>
      <w:pPr/>
      <w:r>
        <w:rPr>
          <w:rFonts w:ascii="Aptos" w:hAnsi="Aptos" w:eastAsia="Aptos"/>
          <w:b w:val="0"/>
          <w:i w:val="0"/>
        </w:rPr>
        <w:t>Nem todo treino perdido precisa ser recuperado.</w:t>
      </w:r>
    </w:p>
    <w:p>
      <w:pPr/>
      <w:r>
        <w:rPr>
          <w:rFonts w:ascii="Aptos" w:hAnsi="Aptos" w:eastAsia="Aptos"/>
          <w:b w:val="0"/>
          <w:i w:val="0"/>
        </w:rPr>
        <w:t>Às vezes, o melhor ajuste é seguir em frente. Em outros casos, vale reorganizar. Em algumas situações, a sessão precisa ser abandonada para preservar o bloco.</w:t>
      </w:r>
    </w:p>
    <w:p>
      <w:pPr/>
      <w:r>
        <w:rPr>
          <w:rFonts w:ascii="Aptos" w:hAnsi="Aptos" w:eastAsia="Aptos"/>
          <w:b w:val="0"/>
          <w:i w:val="0"/>
        </w:rPr>
        <w:t>A margem dá ao treinador espaço para decidir com calma.</w:t>
      </w:r>
    </w:p>
    <w:p>
      <w:pPr/>
      <w:r>
        <w:rPr>
          <w:rFonts w:ascii="Aptos" w:hAnsi="Aptos" w:eastAsia="Aptos"/>
          <w:b w:val="0"/>
          <w:i w:val="0"/>
        </w:rPr>
        <w:t>O ciclo não deve depender de perfeição.</w:t>
      </w:r>
    </w:p>
    <w:p>
      <w:pPr/>
      <w:r>
        <w:rPr>
          <w:rFonts w:ascii="Aptos" w:hAnsi="Aptos" w:eastAsia="Aptos"/>
          <w:b w:val="0"/>
          <w:i w:val="0"/>
        </w:rPr>
        <w:t>Deve depender de boa gestão.</w:t>
      </w:r>
    </w:p>
    <w:p>
      <w:pPr>
        <w:pStyle w:val="Heading2"/>
      </w:pPr>
      <w:r>
        <w:t>23.3 A margem começa na escolha do objetivo</w:t>
      </w:r>
    </w:p>
    <w:p>
      <w:pPr/>
      <w:r>
        <w:rPr>
          <w:rFonts w:ascii="Aptos" w:hAnsi="Aptos" w:eastAsia="Aptos"/>
          <w:b w:val="0"/>
          <w:i w:val="0"/>
        </w:rPr>
        <w:t>A margem de segurança começa antes da planilha.</w:t>
      </w:r>
    </w:p>
    <w:p>
      <w:pPr/>
      <w:r>
        <w:rPr>
          <w:rFonts w:ascii="Aptos" w:hAnsi="Aptos" w:eastAsia="Aptos"/>
          <w:b w:val="0"/>
          <w:i w:val="0"/>
        </w:rPr>
        <w:t>Começa na escolha do objetivo.</w:t>
      </w:r>
    </w:p>
    <w:p>
      <w:pPr/>
      <w:r>
        <w:rPr>
          <w:rFonts w:ascii="Aptos" w:hAnsi="Aptos" w:eastAsia="Aptos"/>
          <w:b w:val="0"/>
          <w:i w:val="0"/>
        </w:rPr>
        <w:t>Um atleta que deseja correr uma maratona, mas ainda não possui base, histórico, rotina ou credenciais, exigirá margem maior. Um corredor experiente, com bom histórico e alta adesão, pode trabalhar com estrutura mais específica.</w:t>
      </w:r>
    </w:p>
    <w:p>
      <w:pPr/>
      <w:r>
        <w:rPr>
          <w:rFonts w:ascii="Aptos" w:hAnsi="Aptos" w:eastAsia="Aptos"/>
          <w:b w:val="0"/>
          <w:i w:val="0"/>
        </w:rPr>
        <w:t>A pergunta não deve ser apenas:</w:t>
      </w:r>
    </w:p>
    <w:p>
      <w:pPr>
        <w:pStyle w:val="TriLifeQuote"/>
      </w:pPr>
      <w:r>
        <w:rPr>
          <w:rFonts w:ascii="Aptos" w:hAnsi="Aptos" w:eastAsia="Aptos"/>
          <w:b w:val="0"/>
          <w:i/>
        </w:rPr>
        <w:t>“Dá tempo de preparar?”</w:t>
      </w:r>
    </w:p>
    <w:p>
      <w:pPr/>
      <w:r>
        <w:rPr>
          <w:rFonts w:ascii="Aptos" w:hAnsi="Aptos" w:eastAsia="Aptos"/>
          <w:b w:val="0"/>
          <w:i w:val="0"/>
        </w:rPr>
        <w:t>A pergunta melhor é:</w:t>
      </w:r>
    </w:p>
    <w:p>
      <w:pPr>
        <w:pStyle w:val="TriLifeQuote"/>
      </w:pPr>
      <w:r>
        <w:rPr>
          <w:rFonts w:ascii="Aptos" w:hAnsi="Aptos" w:eastAsia="Aptos"/>
          <w:b w:val="0"/>
          <w:i/>
        </w:rPr>
        <w:t>“Dá tempo de preparar com margem?”</w:t>
      </w:r>
    </w:p>
    <w:p>
      <w:pPr/>
      <w:r>
        <w:rPr>
          <w:rFonts w:ascii="Aptos" w:hAnsi="Aptos" w:eastAsia="Aptos"/>
          <w:b w:val="0"/>
          <w:i w:val="0"/>
        </w:rPr>
        <w:t>Essa mudança protege o atleta.</w:t>
      </w:r>
    </w:p>
    <w:p>
      <w:pPr/>
      <w:r>
        <w:rPr>
          <w:rFonts w:ascii="Aptos" w:hAnsi="Aptos" w:eastAsia="Aptos"/>
          <w:b w:val="0"/>
          <w:i w:val="0"/>
        </w:rPr>
        <w:t>Um ciclo apertado demais pode até caber no calendário, mas não cabe no corpo. O treinador precisa avaliar se existe tempo para construir, errar, ajustar, recuperar, consolidar e polir.</w:t>
      </w:r>
    </w:p>
    <w:p>
      <w:pPr/>
      <w:r>
        <w:rPr>
          <w:rFonts w:ascii="Aptos" w:hAnsi="Aptos" w:eastAsia="Aptos"/>
          <w:b w:val="0"/>
          <w:i w:val="0"/>
        </w:rPr>
        <w:t>Quando o objetivo exige mais do que a realidade permite, a metodologia precisa ter maturidade para ajustar expectativa.</w:t>
      </w:r>
    </w:p>
    <w:p>
      <w:pPr/>
      <w:r>
        <w:rPr>
          <w:rFonts w:ascii="Aptos" w:hAnsi="Aptos" w:eastAsia="Aptos"/>
          <w:b w:val="0"/>
          <w:i w:val="0"/>
        </w:rPr>
        <w:t>Ambição sem margem vira risco.</w:t>
      </w:r>
    </w:p>
    <w:p>
      <w:pPr/>
      <w:r>
        <w:rPr>
          <w:rFonts w:ascii="Aptos" w:hAnsi="Aptos" w:eastAsia="Aptos"/>
          <w:b w:val="0"/>
          <w:i w:val="0"/>
        </w:rPr>
        <w:t>Margem transforma ambição em processo.</w:t>
      </w:r>
    </w:p>
    <w:p>
      <w:pPr>
        <w:pStyle w:val="Heading2"/>
      </w:pPr>
      <w:r>
        <w:t>23.4 Margem protege a progressão</w:t>
      </w:r>
    </w:p>
    <w:p>
      <w:pPr/>
      <w:r>
        <w:rPr>
          <w:rFonts w:ascii="Aptos" w:hAnsi="Aptos" w:eastAsia="Aptos"/>
          <w:b w:val="0"/>
          <w:i w:val="0"/>
        </w:rPr>
        <w:t>A progressão da carga precisa respeitar adaptação.</w:t>
      </w:r>
    </w:p>
    <w:p>
      <w:pPr/>
      <w:r>
        <w:rPr>
          <w:rFonts w:ascii="Aptos" w:hAnsi="Aptos" w:eastAsia="Aptos"/>
          <w:b w:val="0"/>
          <w:i w:val="0"/>
        </w:rPr>
        <w:t>Subir volume ou intensidade de forma rápida demais pode gerar evolução aparente no curto prazo, mas aumenta risco de fadiga, dor, queda de qualidade e interrupção.</w:t>
      </w:r>
    </w:p>
    <w:p>
      <w:pPr/>
      <w:r>
        <w:rPr>
          <w:rFonts w:ascii="Aptos" w:hAnsi="Aptos" w:eastAsia="Aptos"/>
          <w:b w:val="0"/>
          <w:i w:val="0"/>
        </w:rPr>
        <w:t>A margem de segurança permite que a progressão aconteça com espaço para resposta.</w:t>
      </w:r>
    </w:p>
    <w:p>
      <w:pPr/>
      <w:r>
        <w:rPr>
          <w:rFonts w:ascii="Aptos" w:hAnsi="Aptos" w:eastAsia="Aptos"/>
          <w:b w:val="0"/>
          <w:i w:val="0"/>
        </w:rPr>
        <w:t>O treinador observa se o atleta está assimilando antes de avançar. Caso a resposta seja boa, o ciclo progride. Se surgem sinais de fadiga, a margem permite manter ou reduzir sem comprometer o objetivo principal.</w:t>
      </w:r>
    </w:p>
    <w:p>
      <w:pPr/>
      <w:r>
        <w:rPr>
          <w:rFonts w:ascii="Aptos" w:hAnsi="Aptos" w:eastAsia="Aptos"/>
          <w:b w:val="0"/>
          <w:i w:val="0"/>
        </w:rPr>
        <w:t>Essa lógica evita o erro de tratar a planilha como trilho fixo.</w:t>
      </w:r>
    </w:p>
    <w:p>
      <w:pPr/>
      <w:r>
        <w:rPr>
          <w:rFonts w:ascii="Aptos" w:hAnsi="Aptos" w:eastAsia="Aptos"/>
          <w:b w:val="0"/>
          <w:i w:val="0"/>
        </w:rPr>
        <w:t>O ciclo precisa ter direção, mas também precisa ter amortecimento.</w:t>
      </w:r>
    </w:p>
    <w:p>
      <w:pPr/>
      <w:r>
        <w:rPr>
          <w:rFonts w:ascii="Aptos" w:hAnsi="Aptos" w:eastAsia="Aptos"/>
          <w:b w:val="0"/>
          <w:i w:val="0"/>
        </w:rPr>
        <w:t>Corredores não evoluem em linha reta.</w:t>
      </w:r>
    </w:p>
    <w:p>
      <w:pPr/>
      <w:r>
        <w:rPr>
          <w:rFonts w:ascii="Aptos" w:hAnsi="Aptos" w:eastAsia="Aptos"/>
          <w:b w:val="0"/>
          <w:i w:val="0"/>
        </w:rPr>
        <w:t>Há semanas ótimas, semanas medianas e semanas ruins. A margem permite atravessar essa variação sem desespero.</w:t>
      </w:r>
    </w:p>
    <w:p>
      <w:pPr/>
      <w:r>
        <w:rPr>
          <w:rFonts w:ascii="Aptos" w:hAnsi="Aptos" w:eastAsia="Aptos"/>
          <w:b w:val="0"/>
          <w:i w:val="0"/>
        </w:rPr>
        <w:t>Treinos Inteligentes respeitam a oscilação natural do processo.</w:t>
      </w:r>
    </w:p>
    <w:p>
      <w:pPr>
        <w:pStyle w:val="Heading2"/>
      </w:pPr>
      <w:r>
        <w:t>23.5 Margem e prevenção de lesão</w:t>
      </w:r>
    </w:p>
    <w:p>
      <w:pPr/>
      <w:r>
        <w:rPr>
          <w:rFonts w:ascii="Aptos" w:hAnsi="Aptos" w:eastAsia="Aptos"/>
          <w:b w:val="0"/>
          <w:i w:val="0"/>
        </w:rPr>
        <w:t>Lesões raramente surgem do nada.</w:t>
      </w:r>
    </w:p>
    <w:p>
      <w:pPr/>
      <w:r>
        <w:rPr>
          <w:rFonts w:ascii="Aptos" w:hAnsi="Aptos" w:eastAsia="Aptos"/>
          <w:b w:val="0"/>
          <w:i w:val="0"/>
        </w:rPr>
        <w:t>Muitas vezes, aparecem depois de uma sequência de sinais ignorados: dor leve que persiste, queda de técnica, sono ruim, aumento abrupto de carga, recuperação insuficiente, treinos fortes demais, falta de fortalecimento ou tentativa de compensar sessões perdidas.</w:t>
      </w:r>
    </w:p>
    <w:p>
      <w:pPr/>
      <w:r>
        <w:rPr>
          <w:rFonts w:ascii="Aptos" w:hAnsi="Aptos" w:eastAsia="Aptos"/>
          <w:b w:val="0"/>
          <w:i w:val="0"/>
        </w:rPr>
        <w:t>A margem de segurança reduz a chance de transformar sinais pequenos em problemas grandes.</w:t>
      </w:r>
    </w:p>
    <w:p>
      <w:pPr/>
      <w:r>
        <w:rPr>
          <w:rFonts w:ascii="Aptos" w:hAnsi="Aptos" w:eastAsia="Aptos"/>
          <w:b w:val="0"/>
          <w:i w:val="0"/>
        </w:rPr>
        <w:t>Quando existe espaço no ciclo, o treinador pode retirar um treino, trocar intensidade por rodagem leve, reduzir volume, reorganizar a semana ou preservar o atleta sem sentir que todo o planejamento foi perdido.</w:t>
      </w:r>
    </w:p>
    <w:p>
      <w:pPr/>
      <w:r>
        <w:rPr>
          <w:rFonts w:ascii="Aptos" w:hAnsi="Aptos" w:eastAsia="Aptos"/>
          <w:b w:val="0"/>
          <w:i w:val="0"/>
        </w:rPr>
        <w:t>Sem margem, qualquer ajuste parece ameaça.</w:t>
      </w:r>
    </w:p>
    <w:p>
      <w:pPr/>
      <w:r>
        <w:rPr>
          <w:rFonts w:ascii="Aptos" w:hAnsi="Aptos" w:eastAsia="Aptos"/>
          <w:b w:val="0"/>
          <w:i w:val="0"/>
        </w:rPr>
        <w:t>Com margem, ajuste vira estratégia.</w:t>
      </w:r>
    </w:p>
    <w:p>
      <w:pPr/>
      <w:r>
        <w:rPr>
          <w:rFonts w:ascii="Aptos" w:hAnsi="Aptos" w:eastAsia="Aptos"/>
          <w:b w:val="0"/>
          <w:i w:val="0"/>
        </w:rPr>
        <w:t>A prevenção não acontece apenas com exercício corretivo ou fortalecimento. Também acontece na arquitetura da carga.</w:t>
      </w:r>
    </w:p>
    <w:p>
      <w:pPr/>
      <w:r>
        <w:rPr>
          <w:rFonts w:ascii="Aptos" w:hAnsi="Aptos" w:eastAsia="Aptos"/>
          <w:b w:val="0"/>
          <w:i w:val="0"/>
        </w:rPr>
        <w:t>Um ciclo bem planejado protege o atleta antes que a dor vire lesão.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margem de segurança se conecta ao controle de carga, à progressão gradual e à relação entre estresse, fadiga e adaptação. O organismo precisa de estímulo para evoluir, mas aumentos rápidos demais de volume ou intensidade podem superar a capacidade de assimilação dos tecidos e sistemas fisiológicos.</w:t>
            </w:r>
          </w:p>
          <w:p>
            <w:pPr/>
            <w:r>
              <w:rPr>
                <w:rFonts w:ascii="Aptos" w:hAnsi="Aptos" w:eastAsia="Aptos"/>
                <w:b w:val="0"/>
                <w:i w:val="0"/>
              </w:rPr>
              <w:t>Ciclos com espaço para recuperação, ajuste e consolidação reduzem o risco de acumular fadiga não funcional. A resposta ao treinamento varia de atleta para atleta e também varia no mesmo atleta ao longo da temporada.</w:t>
            </w:r>
          </w:p>
          <w:p>
            <w:pPr/>
            <w:r>
              <w:rPr>
                <w:rFonts w:ascii="Aptos" w:hAnsi="Aptos" w:eastAsia="Aptos"/>
                <w:b w:val="0"/>
                <w:i w:val="0"/>
              </w:rPr>
              <w:t>O Método TriLife Running utiliza margem para lidar com essa variabilidade. Em vez de construir planilhas que dependem de execução perfeita, organiza ciclos capazes de absorver imprevistos sem perder a lógica adaptativa.</w:t>
            </w:r>
          </w:p>
          <w:p>
            <w:pPr/>
            <w:r>
              <w:rPr>
                <w:rFonts w:ascii="Aptos" w:hAnsi="Aptos" w:eastAsia="Aptos"/>
                <w:b w:val="0"/>
                <w:i w:val="0"/>
              </w:rPr>
              <w:t>Margem não é falta de precisão.</w:t>
            </w:r>
          </w:p>
          <w:p>
            <w:pPr/>
            <w:r>
              <w:rPr>
                <w:rFonts w:ascii="Aptos" w:hAnsi="Aptos" w:eastAsia="Aptos"/>
                <w:b w:val="0"/>
                <w:i w:val="0"/>
              </w:rPr>
              <w:t>É precisão aplicada à vida real.</w:t>
            </w:r>
          </w:p>
        </w:tc>
      </w:tr>
    </w:tbl>
    <w:p/>
    <w:p>
      <w:pPr>
        <w:pStyle w:val="Heading2"/>
      </w:pPr>
      <w:r>
        <w:t>23.6 Margem dentro da semana</w:t>
      </w:r>
    </w:p>
    <w:p>
      <w:pPr/>
      <w:r>
        <w:rPr>
          <w:rFonts w:ascii="Aptos" w:hAnsi="Aptos" w:eastAsia="Aptos"/>
          <w:b w:val="0"/>
          <w:i w:val="0"/>
        </w:rPr>
        <w:t>A margem não aparece apenas no calendário geral.</w:t>
      </w:r>
    </w:p>
    <w:p>
      <w:pPr/>
      <w:r>
        <w:rPr>
          <w:rFonts w:ascii="Aptos" w:hAnsi="Aptos" w:eastAsia="Aptos"/>
          <w:b w:val="0"/>
          <w:i w:val="0"/>
        </w:rPr>
        <w:t>Também aparece dentro da semana.</w:t>
      </w:r>
    </w:p>
    <w:p>
      <w:pPr/>
      <w:r>
        <w:rPr>
          <w:rFonts w:ascii="Aptos" w:hAnsi="Aptos" w:eastAsia="Aptos"/>
          <w:b w:val="0"/>
          <w:i w:val="0"/>
        </w:rPr>
        <w:t>O treinador precisa observar quais treinos são essenciais, quais são complementares e quais podem ser ajustados se algo sair do planejado.</w:t>
      </w:r>
    </w:p>
    <w:p>
      <w:pPr/>
      <w:r>
        <w:rPr>
          <w:rFonts w:ascii="Aptos" w:hAnsi="Aptos" w:eastAsia="Aptos"/>
          <w:b w:val="0"/>
          <w:i w:val="0"/>
        </w:rPr>
        <w:t>Em uma semana, talvez o Tempo Run seja prioridade. Em outra, o longão. Em outra, a recuperação. Em fase técnica, o aquecimento e os educativos podem receber mais atenção. Perto da prova, preservar frescor pode ser mais importante do que cumprir volume.</w:t>
      </w:r>
    </w:p>
    <w:p>
      <w:pPr/>
      <w:r>
        <w:rPr>
          <w:rFonts w:ascii="Aptos" w:hAnsi="Aptos" w:eastAsia="Aptos"/>
          <w:b w:val="0"/>
          <w:i w:val="0"/>
        </w:rPr>
        <w:t>Essa hierarquia ajuda a decidir quando o atleta falha.</w:t>
      </w:r>
    </w:p>
    <w:p>
      <w:pPr/>
      <w:r>
        <w:rPr>
          <w:rFonts w:ascii="Aptos" w:hAnsi="Aptos" w:eastAsia="Aptos"/>
          <w:b w:val="0"/>
          <w:i w:val="0"/>
        </w:rPr>
        <w:t>Nem todo treino tem o mesmo peso.</w:t>
      </w:r>
    </w:p>
    <w:p>
      <w:pPr/>
      <w:r>
        <w:rPr>
          <w:rFonts w:ascii="Aptos" w:hAnsi="Aptos" w:eastAsia="Aptos"/>
          <w:b w:val="0"/>
          <w:i w:val="0"/>
        </w:rPr>
        <w:t>A margem semanal permite reorganizar sem empilhar sessões.</w:t>
      </w:r>
    </w:p>
    <w:p>
      <w:pPr/>
      <w:r>
        <w:rPr>
          <w:rFonts w:ascii="Aptos" w:hAnsi="Aptos" w:eastAsia="Aptos"/>
          <w:b w:val="0"/>
          <w:i w:val="0"/>
        </w:rPr>
        <w:t>O erro comum é tentar encaixar tudo que foi perdido.</w:t>
      </w:r>
    </w:p>
    <w:p>
      <w:pPr/>
      <w:r>
        <w:rPr>
          <w:rFonts w:ascii="Aptos" w:hAnsi="Aptos" w:eastAsia="Aptos"/>
          <w:b w:val="0"/>
          <w:i w:val="0"/>
        </w:rPr>
        <w:t>O método prefere preservar a função da semana.</w:t>
      </w:r>
    </w:p>
    <w:p>
      <w:pPr/>
      <w:r>
        <w:rPr>
          <w:rFonts w:ascii="Aptos" w:hAnsi="Aptos" w:eastAsia="Aptos"/>
          <w:b w:val="0"/>
          <w:i w:val="0"/>
        </w:rPr>
        <w:t>Se a tentativa de recuperar um treino compromete o próximo estímulo importante, talvez a melhor decisão seja não recuperar.</w:t>
      </w:r>
    </w:p>
    <w:p>
      <w:pPr/>
      <w:r>
        <w:rPr>
          <w:rFonts w:ascii="Aptos" w:hAnsi="Aptos" w:eastAsia="Aptos"/>
          <w:b w:val="0"/>
          <w:i w:val="0"/>
        </w:rPr>
        <w:t>Perder uma sessão pode ser ruim.</w:t>
      </w:r>
    </w:p>
    <w:p>
      <w:pPr/>
      <w:r>
        <w:rPr>
          <w:rFonts w:ascii="Aptos" w:hAnsi="Aptos" w:eastAsia="Aptos"/>
          <w:b w:val="0"/>
          <w:i w:val="0"/>
        </w:rPr>
        <w:t>Perder a lógica da semana é pior.</w:t>
      </w:r>
    </w:p>
    <w:p>
      <w:pPr>
        <w:pStyle w:val="Heading2"/>
      </w:pPr>
      <w:r>
        <w:t>23.7 Margem dentro do ciclo</w:t>
      </w:r>
    </w:p>
    <w:p>
      <w:pPr/>
      <w:r>
        <w:rPr>
          <w:rFonts w:ascii="Aptos" w:hAnsi="Aptos" w:eastAsia="Aptos"/>
          <w:b w:val="0"/>
          <w:i w:val="0"/>
        </w:rPr>
        <w:t>Em escala maior, a margem aparece na organização dos blocos.</w:t>
      </w:r>
    </w:p>
    <w:p>
      <w:pPr/>
      <w:r>
        <w:rPr>
          <w:rFonts w:ascii="Aptos" w:hAnsi="Aptos" w:eastAsia="Aptos"/>
          <w:b w:val="0"/>
          <w:i w:val="0"/>
        </w:rPr>
        <w:t>Um ciclo bem construído não deixa tudo para a reta final. As capacidades precisam ser desenvolvidas com antecedência suficiente para que o treinador possa consolidar, ajustar e polir.</w:t>
      </w:r>
    </w:p>
    <w:p>
      <w:pPr/>
      <w:r>
        <w:rPr>
          <w:rFonts w:ascii="Aptos" w:hAnsi="Aptos" w:eastAsia="Aptos"/>
          <w:b w:val="0"/>
          <w:i w:val="0"/>
        </w:rPr>
        <w:t>Se o atleta chega às últimas semanas ainda tentando construir base, intensidade, resistência específica e confiança ao mesmo tempo, o ciclo ficou apertado.</w:t>
      </w:r>
    </w:p>
    <w:p>
      <w:pPr/>
      <w:r>
        <w:rPr>
          <w:rFonts w:ascii="Aptos" w:hAnsi="Aptos" w:eastAsia="Aptos"/>
          <w:b w:val="0"/>
          <w:i w:val="0"/>
        </w:rPr>
        <w:t>A metodologia TriLife procura evitar esse cenário.</w:t>
      </w:r>
    </w:p>
    <w:p>
      <w:pPr/>
      <w:r>
        <w:rPr>
          <w:rFonts w:ascii="Aptos" w:hAnsi="Aptos" w:eastAsia="Aptos"/>
          <w:b w:val="0"/>
          <w:i w:val="0"/>
        </w:rPr>
        <w:t>O polimento precisa revelar condicionamento, não tentar criar condicionamento. A fase específica precisa ser sustentada por base construída. A progressão precisa acontecer antes da urgência.</w:t>
      </w:r>
    </w:p>
    <w:p>
      <w:pPr/>
      <w:r>
        <w:rPr>
          <w:rFonts w:ascii="Aptos" w:hAnsi="Aptos" w:eastAsia="Aptos"/>
          <w:b w:val="0"/>
          <w:i w:val="0"/>
        </w:rPr>
        <w:t>Margem de ciclo significa ter tempo para o processo amadurecer.</w:t>
      </w:r>
    </w:p>
    <w:p>
      <w:pPr/>
      <w:r>
        <w:rPr>
          <w:rFonts w:ascii="Aptos" w:hAnsi="Aptos" w:eastAsia="Aptos"/>
          <w:b w:val="0"/>
          <w:i w:val="0"/>
        </w:rPr>
        <w:t>Sem ela, o treinador vira refém do calendário.</w:t>
      </w:r>
    </w:p>
    <w:p>
      <w:pPr/>
      <w:r>
        <w:rPr>
          <w:rFonts w:ascii="Aptos" w:hAnsi="Aptos" w:eastAsia="Aptos"/>
          <w:b w:val="0"/>
          <w:i w:val="0"/>
        </w:rPr>
        <w:t>Com ela, consegue tomar decisões melhores.</w:t>
      </w:r>
    </w:p>
    <w:p>
      <w:pPr>
        <w:pStyle w:val="Heading2"/>
      </w:pPr>
      <w:r>
        <w:t>23.8 Margem emocional</w:t>
      </w:r>
    </w:p>
    <w:p>
      <w:pPr/>
      <w:r>
        <w:rPr>
          <w:rFonts w:ascii="Aptos" w:hAnsi="Aptos" w:eastAsia="Aptos"/>
          <w:b w:val="0"/>
          <w:i w:val="0"/>
        </w:rPr>
        <w:t>Existe também uma margem emocional.</w:t>
      </w:r>
    </w:p>
    <w:p>
      <w:pPr/>
      <w:r>
        <w:rPr>
          <w:rFonts w:ascii="Aptos" w:hAnsi="Aptos" w:eastAsia="Aptos"/>
          <w:b w:val="0"/>
          <w:i w:val="0"/>
        </w:rPr>
        <w:t>Atletas pressionados demais tendem a interpretar qualquer falha como fracasso. Perdem confiança, tentam compensar, aceleram onde deveriam controlar e passam a treinar com ansiedade.</w:t>
      </w:r>
    </w:p>
    <w:p>
      <w:pPr/>
      <w:r>
        <w:rPr>
          <w:rFonts w:ascii="Aptos" w:hAnsi="Aptos" w:eastAsia="Aptos"/>
          <w:b w:val="0"/>
          <w:i w:val="0"/>
        </w:rPr>
        <w:t>A margem ajuda a educar o atleta.</w:t>
      </w:r>
    </w:p>
    <w:p>
      <w:pPr/>
      <w:r>
        <w:rPr>
          <w:rFonts w:ascii="Aptos" w:hAnsi="Aptos" w:eastAsia="Aptos"/>
          <w:b w:val="0"/>
          <w:i w:val="0"/>
        </w:rPr>
        <w:t>Quando ele entende que o ciclo prevê ajustes, lida melhor com imprevistos. A falha deixa de ser catástrofe e passa a ser informação.</w:t>
      </w:r>
    </w:p>
    <w:p>
      <w:pPr/>
      <w:r>
        <w:rPr>
          <w:rFonts w:ascii="Aptos" w:hAnsi="Aptos" w:eastAsia="Aptos"/>
          <w:b w:val="0"/>
          <w:i w:val="0"/>
        </w:rPr>
        <w:t>Isso não significa aceitar falta de compromisso.</w:t>
      </w:r>
    </w:p>
    <w:p>
      <w:pPr/>
      <w:r>
        <w:rPr>
          <w:rFonts w:ascii="Aptos" w:hAnsi="Aptos" w:eastAsia="Aptos"/>
          <w:b w:val="0"/>
          <w:i w:val="0"/>
        </w:rPr>
        <w:t>Significa diferenciar irresponsabilidade de vida real.</w:t>
      </w:r>
    </w:p>
    <w:p>
      <w:pPr/>
      <w:r>
        <w:rPr>
          <w:rFonts w:ascii="Aptos" w:hAnsi="Aptos" w:eastAsia="Aptos"/>
          <w:b w:val="0"/>
          <w:i w:val="0"/>
        </w:rPr>
        <w:t>O treinador precisa cobrar adesão, mas também precisa ensinar adaptação.</w:t>
      </w:r>
    </w:p>
    <w:p>
      <w:pPr/>
      <w:r>
        <w:rPr>
          <w:rFonts w:ascii="Aptos" w:hAnsi="Aptos" w:eastAsia="Aptos"/>
          <w:b w:val="0"/>
          <w:i w:val="0"/>
        </w:rPr>
        <w:t>Um atleta que aprende a voltar ao plano depois de uma falha se torna mais forte do que aquele que tenta compensar tudo no desespero.</w:t>
      </w:r>
    </w:p>
    <w:p>
      <w:pPr/>
      <w:r>
        <w:rPr>
          <w:rFonts w:ascii="Aptos" w:hAnsi="Aptos" w:eastAsia="Aptos"/>
          <w:b w:val="0"/>
          <w:i w:val="0"/>
        </w:rPr>
        <w:t>O método precisa proteger o corpo e a cabeça do corredor.</w:t>
      </w:r>
    </w:p>
    <w:p>
      <w:pPr>
        <w:pStyle w:val="Heading2"/>
      </w:pPr>
      <w:r>
        <w:t>23.9 O treinador decide o que preservar</w:t>
      </w:r>
    </w:p>
    <w:p>
      <w:pPr/>
      <w:r>
        <w:rPr>
          <w:rFonts w:ascii="Aptos" w:hAnsi="Aptos" w:eastAsia="Aptos"/>
          <w:b w:val="0"/>
          <w:i w:val="0"/>
        </w:rPr>
        <w:t>Quando algo sai do planejado, a pergunta principal é:</w:t>
      </w:r>
    </w:p>
    <w:p>
      <w:pPr>
        <w:pStyle w:val="TriLifeQuote"/>
      </w:pPr>
      <w:r>
        <w:rPr>
          <w:rFonts w:ascii="Aptos" w:hAnsi="Aptos" w:eastAsia="Aptos"/>
          <w:b w:val="0"/>
          <w:i/>
        </w:rPr>
        <w:t>o que precisa ser preservado?</w:t>
      </w:r>
    </w:p>
    <w:p>
      <w:pPr/>
      <w:r>
        <w:rPr>
          <w:rFonts w:ascii="Aptos" w:hAnsi="Aptos" w:eastAsia="Aptos"/>
          <w:b w:val="0"/>
          <w:i w:val="0"/>
        </w:rPr>
        <w:t>Pode ser a recuperação. Pode ser o treino-chave. Pode ser o longão. Pode ser a semana leve. Pode ser o polimento. Pode ser a confiança do atleta. Pode ser a ausência de dor.</w:t>
      </w:r>
    </w:p>
    <w:p>
      <w:pPr/>
      <w:r>
        <w:rPr>
          <w:rFonts w:ascii="Aptos" w:hAnsi="Aptos" w:eastAsia="Aptos"/>
          <w:b w:val="0"/>
          <w:i w:val="0"/>
        </w:rPr>
        <w:t>A margem só funciona quando o treinador sabe priorizar.</w:t>
      </w:r>
    </w:p>
    <w:p>
      <w:pPr/>
      <w:r>
        <w:rPr>
          <w:rFonts w:ascii="Aptos" w:hAnsi="Aptos" w:eastAsia="Aptos"/>
          <w:b w:val="0"/>
          <w:i w:val="0"/>
        </w:rPr>
        <w:t>Sem prioridade, qualquer ajuste vira improviso.</w:t>
      </w:r>
    </w:p>
    <w:p>
      <w:pPr/>
      <w:r>
        <w:rPr>
          <w:rFonts w:ascii="Aptos" w:hAnsi="Aptos" w:eastAsia="Aptos"/>
          <w:b w:val="0"/>
          <w:i w:val="0"/>
        </w:rPr>
        <w:t>O Método TriLife Running organiza decisões com base na função do ciclo. Em alguns momentos, preservar carga é importante. Em outros, preservar o atleta vale mais. Perto da prova, preservar frescor pode ser a decisão mais inteligente.</w:t>
      </w:r>
    </w:p>
    <w:p>
      <w:pPr/>
      <w:r>
        <w:rPr>
          <w:rFonts w:ascii="Aptos" w:hAnsi="Aptos" w:eastAsia="Aptos"/>
          <w:b w:val="0"/>
          <w:i w:val="0"/>
        </w:rPr>
        <w:t>A margem não decide sozinha.</w:t>
      </w:r>
    </w:p>
    <w:p>
      <w:pPr/>
      <w:r>
        <w:rPr>
          <w:rFonts w:ascii="Aptos" w:hAnsi="Aptos" w:eastAsia="Aptos"/>
          <w:b w:val="0"/>
          <w:i w:val="0"/>
        </w:rPr>
        <w:t>Ela dá espaço para a decisão correta acontecer.</w:t>
      </w:r>
    </w:p>
    <w:p>
      <w:pPr>
        <w:pStyle w:val="Heading2"/>
      </w:pPr>
      <w:r>
        <w:t>Conclusão</w:t>
      </w:r>
    </w:p>
    <w:p>
      <w:pPr/>
      <w:r>
        <w:rPr>
          <w:rFonts w:ascii="Aptos" w:hAnsi="Aptos" w:eastAsia="Aptos"/>
          <w:b w:val="0"/>
          <w:i w:val="0"/>
        </w:rPr>
        <w:t>Margem de segurança é parte central da gestão do ciclo no Método TriLife Running.</w:t>
      </w:r>
    </w:p>
    <w:p>
      <w:pPr/>
      <w:r>
        <w:rPr>
          <w:rFonts w:ascii="Aptos" w:hAnsi="Aptos" w:eastAsia="Aptos"/>
          <w:b w:val="0"/>
          <w:i w:val="0"/>
        </w:rPr>
        <w:t>Ela permite que a periodização funcione dentro da vida real, absorva imprevistos, proteja a progressão, reduza risco de lesão e preserve a lógica adaptativa do treinamento.</w:t>
      </w:r>
    </w:p>
    <w:p>
      <w:pPr/>
      <w:r>
        <w:rPr>
          <w:rFonts w:ascii="Aptos" w:hAnsi="Aptos" w:eastAsia="Aptos"/>
          <w:b w:val="0"/>
          <w:i w:val="0"/>
        </w:rPr>
        <w:t>Uma planilha sem margem pode parecer ambiciosa, mas se torna frágil diante da primeira falha.</w:t>
      </w:r>
    </w:p>
    <w:p>
      <w:pPr/>
      <w:r>
        <w:rPr>
          <w:rFonts w:ascii="Aptos" w:hAnsi="Aptos" w:eastAsia="Aptos"/>
          <w:b w:val="0"/>
          <w:i w:val="0"/>
        </w:rPr>
        <w:t>Treinos Inteligentes não dependem de perfeição.</w:t>
      </w:r>
    </w:p>
    <w:p>
      <w:pPr/>
      <w:r>
        <w:rPr>
          <w:rFonts w:ascii="Aptos" w:hAnsi="Aptos" w:eastAsia="Aptos"/>
          <w:b w:val="0"/>
          <w:i w:val="0"/>
        </w:rPr>
        <w:t>Dependem de estrutura, leitura e capacidade de ajuste.</w:t>
      </w:r>
    </w:p>
    <w:p>
      <w:pPr>
        <w:pStyle w:val="Heading2"/>
      </w:pPr>
      <w:r>
        <w:t>Princípios Fundamentais do Método TriLife Running</w:t>
      </w:r>
    </w:p>
    <w:p>
      <w:pPr>
        <w:pStyle w:val="TriLifeQuote"/>
      </w:pPr>
      <w:r>
        <w:rPr>
          <w:rFonts w:ascii="Aptos" w:hAnsi="Aptos" w:eastAsia="Aptos"/>
          <w:b w:val="0"/>
          <w:i/>
        </w:rPr>
        <w:t>Princípio Fundamental nº 89</w:t>
      </w:r>
    </w:p>
    <w:p>
      <w:pPr/>
      <w:r>
        <w:rPr>
          <w:rFonts w:ascii="Aptos" w:hAnsi="Aptos" w:eastAsia="Aptos"/>
          <w:b w:val="0"/>
          <w:i w:val="0"/>
        </w:rPr>
        <w:t>Uma periodização inteligente não depende de uma vida perfeita.</w:t>
      </w:r>
    </w:p>
    <w:p>
      <w:pPr>
        <w:pStyle w:val="TriLifeQuote"/>
      </w:pPr>
      <w:r>
        <w:rPr>
          <w:rFonts w:ascii="Aptos" w:hAnsi="Aptos" w:eastAsia="Aptos"/>
          <w:b w:val="0"/>
          <w:i/>
        </w:rPr>
        <w:t>Princípio Fundamental nº 90</w:t>
      </w:r>
    </w:p>
    <w:p>
      <w:pPr/>
      <w:r>
        <w:rPr>
          <w:rFonts w:ascii="Aptos" w:hAnsi="Aptos" w:eastAsia="Aptos"/>
          <w:b w:val="0"/>
          <w:i w:val="0"/>
        </w:rPr>
        <w:t>Margem de segurança não é sobra. É proteção metodológica.</w:t>
      </w:r>
    </w:p>
    <w:p>
      <w:pPr>
        <w:pStyle w:val="TriLifeQuote"/>
      </w:pPr>
      <w:r>
        <w:rPr>
          <w:rFonts w:ascii="Aptos" w:hAnsi="Aptos" w:eastAsia="Aptos"/>
          <w:b w:val="0"/>
          <w:i/>
        </w:rPr>
        <w:t>Princípio Fundamental nº 91</w:t>
      </w:r>
    </w:p>
    <w:p>
      <w:pPr/>
      <w:r>
        <w:rPr>
          <w:rFonts w:ascii="Aptos" w:hAnsi="Aptos" w:eastAsia="Aptos"/>
          <w:b w:val="0"/>
          <w:i w:val="0"/>
        </w:rPr>
        <w:t>Nem todo treino perdido deve ser recuperado.</w:t>
      </w:r>
    </w:p>
    <w:p>
      <w:pPr>
        <w:pStyle w:val="TriLifeQuote"/>
      </w:pPr>
      <w:r>
        <w:rPr>
          <w:rFonts w:ascii="Aptos" w:hAnsi="Aptos" w:eastAsia="Aptos"/>
          <w:b w:val="0"/>
          <w:i/>
        </w:rPr>
        <w:t>Princípio Fundamental nº 92</w:t>
      </w:r>
    </w:p>
    <w:p>
      <w:pPr/>
      <w:r>
        <w:rPr>
          <w:rFonts w:ascii="Aptos" w:hAnsi="Aptos" w:eastAsia="Aptos"/>
          <w:b w:val="0"/>
          <w:i w:val="0"/>
        </w:rPr>
        <w:t>Perder uma sessão é melhor do que perder a lógica do ciclo.</w:t>
      </w:r>
    </w:p>
    <w:p>
      <w:r>
        <w:br w:type="page"/>
      </w:r>
    </w:p>
    <w:p>
      <w:pPr>
        <w:pStyle w:val="Heading1"/>
        <w:jc w:val="center"/>
      </w:pPr>
      <w:r>
        <w:t>CAPÍTULO 24</w:t>
      </w:r>
    </w:p>
    <w:p>
      <w:pPr>
        <w:pStyle w:val="Heading1"/>
        <w:jc w:val="center"/>
      </w:pPr>
      <w:r>
        <w:t>CREDENCIAIS: 5K → 10K → 21K → 42K</w:t>
      </w:r>
    </w:p>
    <w:p>
      <w:pPr>
        <w:pStyle w:val="Heading1"/>
        <w:jc w:val="center"/>
      </w:pPr>
      <w:r>
        <w:t>A Progressão que Forma o Corredor</w:t>
      </w:r>
    </w:p>
    <w:p>
      <w:pPr>
        <w:pStyle w:val="TriLifeQuote"/>
      </w:pPr>
      <w:r>
        <w:rPr>
          <w:rFonts w:ascii="Aptos" w:hAnsi="Aptos" w:eastAsia="Aptos"/>
          <w:b w:val="0"/>
          <w:i/>
        </w:rPr>
        <w:t>“Credencial é capacidade demonstrada, não desejo declarado.”</w:t>
      </w:r>
    </w:p>
    <w:p>
      <w:pPr>
        <w:pStyle w:val="Heading2"/>
      </w:pPr>
      <w:r>
        <w:t>24.1 O que são credenciais dentro do Método TriLife</w:t>
      </w:r>
    </w:p>
    <w:p>
      <w:pPr/>
      <w:r>
        <w:rPr>
          <w:rFonts w:ascii="Aptos" w:hAnsi="Aptos" w:eastAsia="Aptos"/>
          <w:b w:val="0"/>
          <w:i w:val="0"/>
        </w:rPr>
        <w:t>Dentro do Método TriLife Running, credencial é a capacidade demonstrada pelo atleta para avançar ao próximo nível de exigência.</w:t>
      </w:r>
    </w:p>
    <w:p>
      <w:pPr/>
      <w:r>
        <w:rPr>
          <w:rFonts w:ascii="Aptos" w:hAnsi="Aptos" w:eastAsia="Aptos"/>
          <w:b w:val="0"/>
          <w:i w:val="0"/>
        </w:rPr>
        <w:t>Não é vontade.</w:t>
      </w:r>
    </w:p>
    <w:p>
      <w:pPr/>
      <w:r>
        <w:rPr>
          <w:rFonts w:ascii="Aptos" w:hAnsi="Aptos" w:eastAsia="Aptos"/>
          <w:b w:val="0"/>
          <w:i w:val="0"/>
        </w:rPr>
        <w:t>Não é inscrição em prova.</w:t>
      </w:r>
    </w:p>
    <w:p>
      <w:pPr/>
      <w:r>
        <w:rPr>
          <w:rFonts w:ascii="Aptos" w:hAnsi="Aptos" w:eastAsia="Aptos"/>
          <w:b w:val="0"/>
          <w:i w:val="0"/>
        </w:rPr>
        <w:t>Não é coragem.</w:t>
      </w:r>
    </w:p>
    <w:p>
      <w:pPr/>
      <w:r>
        <w:rPr>
          <w:rFonts w:ascii="Aptos" w:hAnsi="Aptos" w:eastAsia="Aptos"/>
          <w:b w:val="0"/>
          <w:i w:val="0"/>
        </w:rPr>
        <w:t>Não é apenas desejo de correr mais longe.</w:t>
      </w:r>
    </w:p>
    <w:p>
      <w:pPr/>
      <w:r>
        <w:rPr>
          <w:rFonts w:ascii="Aptos" w:hAnsi="Aptos" w:eastAsia="Aptos"/>
          <w:b w:val="0"/>
          <w:i w:val="0"/>
        </w:rPr>
        <w:t>Credencial é evidência de que o atleta possui condições físicas, técnicas, comportamentais e operacionais para sustentar o próximo passo.</w:t>
      </w:r>
    </w:p>
    <w:p>
      <w:pPr/>
      <w:r>
        <w:rPr>
          <w:rFonts w:ascii="Aptos" w:hAnsi="Aptos" w:eastAsia="Aptos"/>
          <w:b w:val="0"/>
          <w:i w:val="0"/>
        </w:rPr>
        <w:t>Esse conceito protege o corredor de uma progressão desorganizada.</w:t>
      </w:r>
    </w:p>
    <w:p>
      <w:pPr/>
      <w:r>
        <w:rPr>
          <w:rFonts w:ascii="Aptos" w:hAnsi="Aptos" w:eastAsia="Aptos"/>
          <w:b w:val="0"/>
          <w:i w:val="0"/>
        </w:rPr>
        <w:t>Muitos atletas querem saltar etapas. Desejam sair rapidamente do 5K para a meia maratona, ou da meia para a maratona, sem construir histórico suficiente. O problema não está em sonhar alto. O problema está em confundir sonho com prontidão.</w:t>
      </w:r>
    </w:p>
    <w:p>
      <w:pPr/>
      <w:r>
        <w:rPr>
          <w:rFonts w:ascii="Aptos" w:hAnsi="Aptos" w:eastAsia="Aptos"/>
          <w:b w:val="0"/>
          <w:i w:val="0"/>
        </w:rPr>
        <w:t>O Método TriLife Running não usa credenciais para limitar o atleta.</w:t>
      </w:r>
    </w:p>
    <w:p>
      <w:pPr/>
      <w:r>
        <w:rPr>
          <w:rFonts w:ascii="Aptos" w:hAnsi="Aptos" w:eastAsia="Aptos"/>
          <w:b w:val="0"/>
          <w:i w:val="0"/>
        </w:rPr>
        <w:t>Usa para formar melhor.</w:t>
      </w:r>
    </w:p>
    <w:p>
      <w:pPr/>
      <w:r>
        <w:rPr>
          <w:rFonts w:ascii="Aptos" w:hAnsi="Aptos" w:eastAsia="Aptos"/>
          <w:b w:val="0"/>
          <w:i w:val="0"/>
        </w:rPr>
        <w:t>Cada distância ensina competências que serão necessárias na próxima.</w:t>
      </w:r>
    </w:p>
    <w:p>
      <w:pPr/>
      <w:r>
        <w:rPr>
          <w:rFonts w:ascii="Aptos" w:hAnsi="Aptos" w:eastAsia="Aptos"/>
          <w:b w:val="0"/>
          <w:i w:val="0"/>
        </w:rPr>
        <w:t>Quando o atleta respeita essas portas de passagem, chega mais preparado aos desafios maiores.</w:t>
      </w:r>
    </w:p>
    <w:p>
      <w:pPr>
        <w:pStyle w:val="Heading2"/>
      </w:pPr>
      <w:r>
        <w:t>24.2 O 5K como escola de base competitiva</w:t>
      </w:r>
    </w:p>
    <w:p>
      <w:pPr/>
      <w:r>
        <w:rPr>
          <w:rFonts w:ascii="Aptos" w:hAnsi="Aptos" w:eastAsia="Aptos"/>
          <w:b w:val="0"/>
          <w:i w:val="0"/>
        </w:rPr>
        <w:t>O 5K não deve ser tratado como prova pequena.</w:t>
      </w:r>
    </w:p>
    <w:p>
      <w:pPr/>
      <w:r>
        <w:rPr>
          <w:rFonts w:ascii="Aptos" w:hAnsi="Aptos" w:eastAsia="Aptos"/>
          <w:b w:val="0"/>
          <w:i w:val="0"/>
        </w:rPr>
        <w:t>Ele é uma excelente escola.</w:t>
      </w:r>
    </w:p>
    <w:p>
      <w:pPr/>
      <w:r>
        <w:rPr>
          <w:rFonts w:ascii="Aptos" w:hAnsi="Aptos" w:eastAsia="Aptos"/>
          <w:b w:val="0"/>
          <w:i w:val="0"/>
        </w:rPr>
        <w:t>Nessa distância, o atleta aprende controle de intensidade, ritmo, técnica, aquecimento, cadência, largada, desconforto e experiência competitiva.</w:t>
      </w:r>
    </w:p>
    <w:p>
      <w:pPr/>
      <w:r>
        <w:rPr>
          <w:rFonts w:ascii="Aptos" w:hAnsi="Aptos" w:eastAsia="Aptos"/>
          <w:b w:val="0"/>
          <w:i w:val="0"/>
        </w:rPr>
        <w:t>O 5K exige intensidade, mas também exige organização.</w:t>
      </w:r>
    </w:p>
    <w:p>
      <w:pPr/>
      <w:r>
        <w:rPr>
          <w:rFonts w:ascii="Aptos" w:hAnsi="Aptos" w:eastAsia="Aptos"/>
          <w:b w:val="0"/>
          <w:i w:val="0"/>
        </w:rPr>
        <w:t>Corredores iniciantes costumam largar forte demais, quebrar no meio e terminar sobrevivendo. A metodologia usa essa distância para ensinar leitura de ritmo, respeito ao PZI, percepção de esforço e execução técnica sob pressão.</w:t>
      </w:r>
    </w:p>
    <w:p>
      <w:pPr/>
      <w:r>
        <w:rPr>
          <w:rFonts w:ascii="Aptos" w:hAnsi="Aptos" w:eastAsia="Aptos"/>
          <w:b w:val="0"/>
          <w:i w:val="0"/>
        </w:rPr>
        <w:t>O 5K também ajuda a desenvolver velocidade útil para etapas futuras.</w:t>
      </w:r>
    </w:p>
    <w:p>
      <w:pPr/>
      <w:r>
        <w:rPr>
          <w:rFonts w:ascii="Aptos" w:hAnsi="Aptos" w:eastAsia="Aptos"/>
          <w:b w:val="0"/>
          <w:i w:val="0"/>
        </w:rPr>
        <w:t>Não é apenas porta de entrada.</w:t>
      </w:r>
    </w:p>
    <w:p>
      <w:pPr/>
      <w:r>
        <w:rPr>
          <w:rFonts w:ascii="Aptos" w:hAnsi="Aptos" w:eastAsia="Aptos"/>
          <w:b w:val="0"/>
          <w:i w:val="0"/>
        </w:rPr>
        <w:t>É formação.</w:t>
      </w:r>
    </w:p>
    <w:p>
      <w:pPr/>
      <w:r>
        <w:rPr>
          <w:rFonts w:ascii="Aptos" w:hAnsi="Aptos" w:eastAsia="Aptos"/>
          <w:b w:val="0"/>
          <w:i w:val="0"/>
        </w:rPr>
        <w:t>Um atleta que aprende a correr bem 5K constrói recursos importantes para o 10K, para a meia e até para a maratona.</w:t>
      </w:r>
    </w:p>
    <w:p>
      <w:pPr/>
      <w:r>
        <w:rPr>
          <w:rFonts w:ascii="Aptos" w:hAnsi="Aptos" w:eastAsia="Aptos"/>
          <w:b w:val="0"/>
          <w:i w:val="0"/>
        </w:rPr>
        <w:t>Velocidade, técnica e controle não desaparecem em provas longas.</w:t>
      </w:r>
    </w:p>
    <w:p>
      <w:pPr/>
      <w:r>
        <w:rPr>
          <w:rFonts w:ascii="Aptos" w:hAnsi="Aptos" w:eastAsia="Aptos"/>
          <w:b w:val="0"/>
          <w:i w:val="0"/>
        </w:rPr>
        <w:t>Apenas mudam de função.</w:t>
      </w:r>
    </w:p>
    <w:p>
      <w:pPr>
        <w:pStyle w:val="Heading2"/>
      </w:pPr>
      <w:r>
        <w:t>24.3 O 10K como consolidação</w:t>
      </w:r>
    </w:p>
    <w:p>
      <w:pPr/>
      <w:r>
        <w:rPr>
          <w:rFonts w:ascii="Aptos" w:hAnsi="Aptos" w:eastAsia="Aptos"/>
          <w:b w:val="0"/>
          <w:i w:val="0"/>
        </w:rPr>
        <w:t>O 10K amplia a exigência.</w:t>
      </w:r>
    </w:p>
    <w:p>
      <w:pPr/>
      <w:r>
        <w:rPr>
          <w:rFonts w:ascii="Aptos" w:hAnsi="Aptos" w:eastAsia="Aptos"/>
          <w:b w:val="0"/>
          <w:i w:val="0"/>
        </w:rPr>
        <w:t>A intensidade ainda é relevante, mas a sustentação ganha mais peso.</w:t>
      </w:r>
    </w:p>
    <w:p>
      <w:pPr/>
      <w:r>
        <w:rPr>
          <w:rFonts w:ascii="Aptos" w:hAnsi="Aptos" w:eastAsia="Aptos"/>
          <w:b w:val="0"/>
          <w:i w:val="0"/>
        </w:rPr>
        <w:t>O atleta precisa aprender a controlar ritmo por mais tempo, respeitar estratégia e lidar com desconforto prolongado. A prova exige base melhor, resistência específica e capacidade de não se empolgar cedo demais.</w:t>
      </w:r>
    </w:p>
    <w:p>
      <w:pPr/>
      <w:r>
        <w:rPr>
          <w:rFonts w:ascii="Aptos" w:hAnsi="Aptos" w:eastAsia="Aptos"/>
          <w:b w:val="0"/>
          <w:i w:val="0"/>
        </w:rPr>
        <w:t>Dentro da metodologia TriLife, o 10K funciona como etapa de consolidação.</w:t>
      </w:r>
    </w:p>
    <w:p>
      <w:pPr/>
      <w:r>
        <w:rPr>
          <w:rFonts w:ascii="Aptos" w:hAnsi="Aptos" w:eastAsia="Aptos"/>
          <w:b w:val="0"/>
          <w:i w:val="0"/>
        </w:rPr>
        <w:t>Ele mostra se o corredor já consegue:</w:t>
      </w:r>
    </w:p>
    <w:p>
      <w:pPr>
        <w:pStyle w:val="ListBullet"/>
      </w:pPr>
      <w:r>
        <w:rPr>
          <w:rFonts w:ascii="Aptos" w:hAnsi="Aptos" w:eastAsia="Aptos"/>
          <w:b w:val="0"/>
          <w:i w:val="0"/>
        </w:rPr>
        <w:t>sustentar rotina;</w:t>
      </w:r>
    </w:p>
    <w:p>
      <w:pPr>
        <w:pStyle w:val="ListBullet"/>
      </w:pPr>
      <w:r>
        <w:rPr>
          <w:rFonts w:ascii="Aptos" w:hAnsi="Aptos" w:eastAsia="Aptos"/>
          <w:b w:val="0"/>
          <w:i w:val="0"/>
        </w:rPr>
        <w:t>executar semanas com consistência;</w:t>
      </w:r>
    </w:p>
    <w:p>
      <w:pPr>
        <w:pStyle w:val="ListBullet"/>
      </w:pPr>
      <w:r>
        <w:rPr>
          <w:rFonts w:ascii="Aptos" w:hAnsi="Aptos" w:eastAsia="Aptos"/>
          <w:b w:val="0"/>
          <w:i w:val="0"/>
        </w:rPr>
        <w:t>controlar intensidade;</w:t>
      </w:r>
    </w:p>
    <w:p>
      <w:pPr>
        <w:pStyle w:val="ListBullet"/>
      </w:pPr>
      <w:r>
        <w:rPr>
          <w:rFonts w:ascii="Aptos" w:hAnsi="Aptos" w:eastAsia="Aptos"/>
          <w:b w:val="0"/>
          <w:i w:val="0"/>
        </w:rPr>
        <w:t>realizar Tempo Runs com qualidade;</w:t>
      </w:r>
    </w:p>
    <w:p>
      <w:pPr>
        <w:pStyle w:val="ListBullet"/>
      </w:pPr>
      <w:r>
        <w:rPr>
          <w:rFonts w:ascii="Aptos" w:hAnsi="Aptos" w:eastAsia="Aptos"/>
          <w:b w:val="0"/>
          <w:i w:val="0"/>
        </w:rPr>
        <w:t>recuperar entre estímulos;</w:t>
      </w:r>
    </w:p>
    <w:p>
      <w:pPr>
        <w:pStyle w:val="ListBullet"/>
      </w:pPr>
      <w:r>
        <w:rPr>
          <w:rFonts w:ascii="Aptos" w:hAnsi="Aptos" w:eastAsia="Aptos"/>
          <w:b w:val="0"/>
          <w:i w:val="0"/>
        </w:rPr>
        <w:t>manter técnica sob esforço;</w:t>
      </w:r>
    </w:p>
    <w:p>
      <w:pPr>
        <w:pStyle w:val="ListBullet"/>
      </w:pPr>
      <w:r>
        <w:rPr>
          <w:rFonts w:ascii="Aptos" w:hAnsi="Aptos" w:eastAsia="Aptos"/>
          <w:b w:val="0"/>
          <w:i w:val="0"/>
        </w:rPr>
        <w:t>lidar com prova sem quebrar por ansiedade.</w:t>
      </w:r>
    </w:p>
    <w:p>
      <w:pPr/>
      <w:r>
        <w:rPr>
          <w:rFonts w:ascii="Aptos" w:hAnsi="Aptos" w:eastAsia="Aptos"/>
          <w:b w:val="0"/>
          <w:i w:val="0"/>
        </w:rPr>
        <w:t>O 10K ensina que performance não é apenas correr forte.</w:t>
      </w:r>
    </w:p>
    <w:p>
      <w:pPr/>
      <w:r>
        <w:rPr>
          <w:rFonts w:ascii="Aptos" w:hAnsi="Aptos" w:eastAsia="Aptos"/>
          <w:b w:val="0"/>
          <w:i w:val="0"/>
        </w:rPr>
        <w:t>É sustentar.</w:t>
      </w:r>
    </w:p>
    <w:p>
      <w:pPr/>
      <w:r>
        <w:rPr>
          <w:rFonts w:ascii="Aptos" w:hAnsi="Aptos" w:eastAsia="Aptos"/>
          <w:b w:val="0"/>
          <w:i w:val="0"/>
        </w:rPr>
        <w:t>Essa competência será essencial para a meia maratona.</w:t>
      </w:r>
    </w:p>
    <w:p>
      <w:pPr>
        <w:pStyle w:val="Heading2"/>
      </w:pPr>
      <w:r>
        <w:t>24.4 A meia maratona como resistência específica</w:t>
      </w:r>
    </w:p>
    <w:p>
      <w:pPr/>
      <w:r>
        <w:rPr>
          <w:rFonts w:ascii="Aptos" w:hAnsi="Aptos" w:eastAsia="Aptos"/>
          <w:b w:val="0"/>
          <w:i w:val="0"/>
        </w:rPr>
        <w:t>A meia maratona muda o jogo.</w:t>
      </w:r>
    </w:p>
    <w:p>
      <w:pPr/>
      <w:r>
        <w:rPr>
          <w:rFonts w:ascii="Aptos" w:hAnsi="Aptos" w:eastAsia="Aptos"/>
          <w:b w:val="0"/>
          <w:i w:val="0"/>
        </w:rPr>
        <w:t>A distância exige mais histórico, mais controle, mais economia, mais estratégia e melhor gestão de energia.</w:t>
      </w:r>
    </w:p>
    <w:p>
      <w:pPr/>
      <w:r>
        <w:rPr>
          <w:rFonts w:ascii="Aptos" w:hAnsi="Aptos" w:eastAsia="Aptos"/>
          <w:b w:val="0"/>
          <w:i w:val="0"/>
        </w:rPr>
        <w:t>O atleta que chega à meia sem base suficiente costuma pagar caro: quebra no final, sofre com recuperação prolongada, sente dores e descobre que vontade não sustenta 21 km bem treinados.</w:t>
      </w:r>
    </w:p>
    <w:p>
      <w:pPr/>
      <w:r>
        <w:rPr>
          <w:rFonts w:ascii="Aptos" w:hAnsi="Aptos" w:eastAsia="Aptos"/>
          <w:b w:val="0"/>
          <w:i w:val="0"/>
        </w:rPr>
        <w:t>No Método TriLife Running, a meia maratona funciona como credencial importante para objetivos mais longos.</w:t>
      </w:r>
    </w:p>
    <w:p>
      <w:pPr/>
      <w:r>
        <w:rPr>
          <w:rFonts w:ascii="Aptos" w:hAnsi="Aptos" w:eastAsia="Aptos"/>
          <w:b w:val="0"/>
          <w:i w:val="0"/>
        </w:rPr>
        <w:t>Ela ensina:</w:t>
      </w:r>
    </w:p>
    <w:p>
      <w:pPr>
        <w:pStyle w:val="ListBullet"/>
      </w:pPr>
      <w:r>
        <w:rPr>
          <w:rFonts w:ascii="Aptos" w:hAnsi="Aptos" w:eastAsia="Aptos"/>
          <w:b w:val="0"/>
          <w:i w:val="0"/>
        </w:rPr>
        <w:t>construção de volume;</w:t>
      </w:r>
    </w:p>
    <w:p>
      <w:pPr>
        <w:pStyle w:val="ListBullet"/>
      </w:pPr>
      <w:r>
        <w:rPr>
          <w:rFonts w:ascii="Aptos" w:hAnsi="Aptos" w:eastAsia="Aptos"/>
          <w:b w:val="0"/>
          <w:i w:val="0"/>
        </w:rPr>
        <w:t>longões progressivos;</w:t>
      </w:r>
    </w:p>
    <w:p>
      <w:pPr>
        <w:pStyle w:val="ListBullet"/>
      </w:pPr>
      <w:r>
        <w:rPr>
          <w:rFonts w:ascii="Aptos" w:hAnsi="Aptos" w:eastAsia="Aptos"/>
          <w:b w:val="0"/>
          <w:i w:val="0"/>
        </w:rPr>
        <w:t>resistência específica;</w:t>
      </w:r>
    </w:p>
    <w:p>
      <w:pPr>
        <w:pStyle w:val="ListBullet"/>
      </w:pPr>
      <w:r>
        <w:rPr>
          <w:rFonts w:ascii="Aptos" w:hAnsi="Aptos" w:eastAsia="Aptos"/>
          <w:b w:val="0"/>
          <w:i w:val="0"/>
        </w:rPr>
        <w:t>controle nutricional básico;</w:t>
      </w:r>
    </w:p>
    <w:p>
      <w:pPr>
        <w:pStyle w:val="ListBullet"/>
      </w:pPr>
      <w:r>
        <w:rPr>
          <w:rFonts w:ascii="Aptos" w:hAnsi="Aptos" w:eastAsia="Aptos"/>
          <w:b w:val="0"/>
          <w:i w:val="0"/>
        </w:rPr>
        <w:t>ritmo sustentável;</w:t>
      </w:r>
    </w:p>
    <w:p>
      <w:pPr>
        <w:pStyle w:val="ListBullet"/>
      </w:pPr>
      <w:r>
        <w:rPr>
          <w:rFonts w:ascii="Aptos" w:hAnsi="Aptos" w:eastAsia="Aptos"/>
          <w:b w:val="0"/>
          <w:i w:val="0"/>
        </w:rPr>
        <w:t>paciência;</w:t>
      </w:r>
    </w:p>
    <w:p>
      <w:pPr>
        <w:pStyle w:val="ListBullet"/>
      </w:pPr>
      <w:r>
        <w:rPr>
          <w:rFonts w:ascii="Aptos" w:hAnsi="Aptos" w:eastAsia="Aptos"/>
          <w:b w:val="0"/>
          <w:i w:val="0"/>
        </w:rPr>
        <w:t>economia de corrida;</w:t>
      </w:r>
    </w:p>
    <w:p>
      <w:pPr>
        <w:pStyle w:val="ListBullet"/>
      </w:pPr>
      <w:r>
        <w:rPr>
          <w:rFonts w:ascii="Aptos" w:hAnsi="Aptos" w:eastAsia="Aptos"/>
          <w:b w:val="0"/>
          <w:i w:val="0"/>
        </w:rPr>
        <w:t>gestão emocional;</w:t>
      </w:r>
    </w:p>
    <w:p>
      <w:pPr>
        <w:pStyle w:val="ListBullet"/>
      </w:pPr>
      <w:r>
        <w:rPr>
          <w:rFonts w:ascii="Aptos" w:hAnsi="Aptos" w:eastAsia="Aptos"/>
          <w:b w:val="0"/>
          <w:i w:val="0"/>
        </w:rPr>
        <w:t>recuperação pós-esforço.</w:t>
      </w:r>
    </w:p>
    <w:p>
      <w:pPr/>
      <w:r>
        <w:rPr>
          <w:rFonts w:ascii="Aptos" w:hAnsi="Aptos" w:eastAsia="Aptos"/>
          <w:b w:val="0"/>
          <w:i w:val="0"/>
        </w:rPr>
        <w:t>A meia maratona começa a mostrar se o atleta tem maturidade para lidar com ciclos mais longos.</w:t>
      </w:r>
    </w:p>
    <w:p>
      <w:pPr/>
      <w:r>
        <w:rPr>
          <w:rFonts w:ascii="Aptos" w:hAnsi="Aptos" w:eastAsia="Aptos"/>
          <w:b w:val="0"/>
          <w:i w:val="0"/>
        </w:rPr>
        <w:t>Ela não é apenas metade da maratona.</w:t>
      </w:r>
    </w:p>
    <w:p>
      <w:pPr/>
      <w:r>
        <w:rPr>
          <w:rFonts w:ascii="Aptos" w:hAnsi="Aptos" w:eastAsia="Aptos"/>
          <w:b w:val="0"/>
          <w:i w:val="0"/>
        </w:rPr>
        <w:t>É uma prova com identidade própria.</w:t>
      </w:r>
    </w:p>
    <w:p>
      <w:pPr/>
      <w:r>
        <w:rPr>
          <w:rFonts w:ascii="Aptos" w:hAnsi="Aptos" w:eastAsia="Aptos"/>
          <w:b w:val="0"/>
          <w:i w:val="0"/>
        </w:rPr>
        <w:t>E uma etapa valiosa na formação do corredor.</w:t>
      </w:r>
    </w:p>
    <w:p>
      <w:pPr>
        <w:pStyle w:val="Heading2"/>
      </w:pPr>
      <w:r>
        <w:t>24.5 A maratona exige histórico</w:t>
      </w:r>
    </w:p>
    <w:p>
      <w:pPr/>
      <w:r>
        <w:rPr>
          <w:rFonts w:ascii="Aptos" w:hAnsi="Aptos" w:eastAsia="Aptos"/>
          <w:b w:val="0"/>
          <w:i w:val="0"/>
        </w:rPr>
        <w:t>A maratona não perdoa falta de construção.</w:t>
      </w:r>
    </w:p>
    <w:p>
      <w:pPr/>
      <w:r>
        <w:rPr>
          <w:rFonts w:ascii="Aptos" w:hAnsi="Aptos" w:eastAsia="Aptos"/>
          <w:b w:val="0"/>
          <w:i w:val="0"/>
        </w:rPr>
        <w:t>Ela exige consistência, base, volume, resistência muscular, estratégia, nutrição, recuperação, experiência, margem de segurança e maturidade emocional.</w:t>
      </w:r>
    </w:p>
    <w:p>
      <w:pPr/>
      <w:r>
        <w:rPr>
          <w:rFonts w:ascii="Aptos" w:hAnsi="Aptos" w:eastAsia="Aptos"/>
          <w:b w:val="0"/>
          <w:i w:val="0"/>
        </w:rPr>
        <w:t>Dentro do Método TriLife Running, a maratona não deve ser tratada como simples aumento de distância.</w:t>
      </w:r>
    </w:p>
    <w:p>
      <w:pPr/>
      <w:r>
        <w:rPr>
          <w:rFonts w:ascii="Aptos" w:hAnsi="Aptos" w:eastAsia="Aptos"/>
          <w:b w:val="0"/>
          <w:i w:val="0"/>
        </w:rPr>
        <w:t>Ela representa mudança profunda na exigência do processo.</w:t>
      </w:r>
    </w:p>
    <w:p>
      <w:pPr/>
      <w:r>
        <w:rPr>
          <w:rFonts w:ascii="Aptos" w:hAnsi="Aptos" w:eastAsia="Aptos"/>
          <w:b w:val="0"/>
          <w:i w:val="0"/>
        </w:rPr>
        <w:t>O atleta precisa demonstrar credenciais antes de receber um ciclo específico para 42K. Precisa ter histórico de treinos, capacidade de cumprir longões, tolerância musculoesquelética, controle de intensidade e adesão suficiente para sustentar meses de preparação.</w:t>
      </w:r>
    </w:p>
    <w:p>
      <w:pPr/>
      <w:r>
        <w:rPr>
          <w:rFonts w:ascii="Aptos" w:hAnsi="Aptos" w:eastAsia="Aptos"/>
          <w:b w:val="0"/>
          <w:i w:val="0"/>
        </w:rPr>
        <w:t>A maratona não começa no dia da prova.</w:t>
      </w:r>
    </w:p>
    <w:p>
      <w:pPr/>
      <w:r>
        <w:rPr>
          <w:rFonts w:ascii="Aptos" w:hAnsi="Aptos" w:eastAsia="Aptos"/>
          <w:b w:val="0"/>
          <w:i w:val="0"/>
        </w:rPr>
        <w:t>Também não começa na semana do primeiro longão.</w:t>
      </w:r>
    </w:p>
    <w:p>
      <w:pPr/>
      <w:r>
        <w:rPr>
          <w:rFonts w:ascii="Aptos" w:hAnsi="Aptos" w:eastAsia="Aptos"/>
          <w:b w:val="0"/>
          <w:i w:val="0"/>
        </w:rPr>
        <w:t>Começa nas etapas anteriores.</w:t>
      </w:r>
    </w:p>
    <w:p>
      <w:pPr/>
      <w:r>
        <w:rPr>
          <w:rFonts w:ascii="Aptos" w:hAnsi="Aptos" w:eastAsia="Aptos"/>
          <w:b w:val="0"/>
          <w:i w:val="0"/>
        </w:rPr>
        <w:t>O 5K ensina intensidade. O 10K ensina sustentação. A meia ensina resistência específica. A maratona exige que tudo isso esteja integrado.</w:t>
      </w:r>
    </w:p>
    <w:p>
      <w:pPr/>
      <w:r>
        <w:rPr>
          <w:rFonts w:ascii="Aptos" w:hAnsi="Aptos" w:eastAsia="Aptos"/>
          <w:b w:val="0"/>
          <w:i w:val="0"/>
        </w:rPr>
        <w:t>Desejar correr 42K é legítimo.</w:t>
      </w:r>
    </w:p>
    <w:p>
      <w:pPr/>
      <w:r>
        <w:rPr>
          <w:rFonts w:ascii="Aptos" w:hAnsi="Aptos" w:eastAsia="Aptos"/>
          <w:b w:val="0"/>
          <w:i w:val="0"/>
        </w:rPr>
        <w:t>Estar pronto para treinar 42K é outra coisa.</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O conceito de credenciais se apoia nos princípios de progressão, especificidade e adaptação gradual. O corpo precisa de tempo para desenvolver capacidades cardiovasculares, musculares, tendíneas, metabólicas, técnicas e comportamentais.</w:t>
            </w:r>
          </w:p>
          <w:p>
            <w:pPr/>
            <w:r>
              <w:rPr>
                <w:rFonts w:ascii="Aptos" w:hAnsi="Aptos" w:eastAsia="Aptos"/>
                <w:b w:val="0"/>
                <w:i w:val="0"/>
              </w:rPr>
              <w:t>À medida que a distância aumenta, muda também a exigência do treinamento. Provas longas exigem maior tolerância ao volume, melhor economia de corrida, resistência muscular, controle nutricional e capacidade de recuperação.</w:t>
            </w:r>
          </w:p>
          <w:p>
            <w:pPr/>
            <w:r>
              <w:rPr>
                <w:rFonts w:ascii="Aptos" w:hAnsi="Aptos" w:eastAsia="Aptos"/>
                <w:b w:val="0"/>
                <w:i w:val="0"/>
              </w:rPr>
              <w:t>A progressão 5K → 10K → 21K → 42K permite construir competências em camadas. Cada etapa desenvolve habilidades que reduzem o risco de avançar para uma demanda maior sem preparo suficiente.</w:t>
            </w:r>
          </w:p>
          <w:p>
            <w:pPr/>
            <w:r>
              <w:rPr>
                <w:rFonts w:ascii="Aptos" w:hAnsi="Aptos" w:eastAsia="Aptos"/>
                <w:b w:val="0"/>
                <w:i w:val="0"/>
              </w:rPr>
              <w:t>O Método TriLife Running usa credenciais para transformar desejo em prontidão.</w:t>
            </w:r>
          </w:p>
        </w:tc>
      </w:tr>
    </w:tbl>
    <w:p/>
    <w:p>
      <w:pPr>
        <w:pStyle w:val="Heading2"/>
      </w:pPr>
      <w:r>
        <w:t>24.6 Credenciais não são apenas distância</w:t>
      </w:r>
    </w:p>
    <w:p>
      <w:pPr/>
      <w:r>
        <w:rPr>
          <w:rFonts w:ascii="Aptos" w:hAnsi="Aptos" w:eastAsia="Aptos"/>
          <w:b w:val="0"/>
          <w:i w:val="0"/>
        </w:rPr>
        <w:t>Um atleta pode ter completado uma prova e ainda não possuir todas as credenciais para avançar.</w:t>
      </w:r>
    </w:p>
    <w:p>
      <w:pPr/>
      <w:r>
        <w:rPr>
          <w:rFonts w:ascii="Aptos" w:hAnsi="Aptos" w:eastAsia="Aptos"/>
          <w:b w:val="0"/>
          <w:i w:val="0"/>
        </w:rPr>
        <w:t>Terminar não é o mesmo que estar preparado para progredir.</w:t>
      </w:r>
    </w:p>
    <w:p>
      <w:pPr/>
      <w:r>
        <w:rPr>
          <w:rFonts w:ascii="Aptos" w:hAnsi="Aptos" w:eastAsia="Aptos"/>
          <w:b w:val="0"/>
          <w:i w:val="0"/>
        </w:rPr>
        <w:t>O treinador precisa olhar além do resultado.</w:t>
      </w:r>
    </w:p>
    <w:p>
      <w:pPr/>
      <w:r>
        <w:rPr>
          <w:rFonts w:ascii="Aptos" w:hAnsi="Aptos" w:eastAsia="Aptos"/>
          <w:b w:val="0"/>
          <w:i w:val="0"/>
        </w:rPr>
        <w:t>Credenciais incluem:</w:t>
      </w:r>
    </w:p>
    <w:p>
      <w:pPr>
        <w:pStyle w:val="ListBullet"/>
      </w:pPr>
      <w:r>
        <w:rPr>
          <w:rFonts w:ascii="Aptos" w:hAnsi="Aptos" w:eastAsia="Aptos"/>
          <w:b w:val="0"/>
          <w:i w:val="0"/>
        </w:rPr>
        <w:t>adesão ao treinamento;</w:t>
      </w:r>
    </w:p>
    <w:p>
      <w:pPr>
        <w:pStyle w:val="ListBullet"/>
      </w:pPr>
      <w:r>
        <w:rPr>
          <w:rFonts w:ascii="Aptos" w:hAnsi="Aptos" w:eastAsia="Aptos"/>
          <w:b w:val="0"/>
          <w:i w:val="0"/>
        </w:rPr>
        <w:t>capacidade de recuperar;</w:t>
      </w:r>
    </w:p>
    <w:p>
      <w:pPr>
        <w:pStyle w:val="ListBullet"/>
      </w:pPr>
      <w:r>
        <w:rPr>
          <w:rFonts w:ascii="Aptos" w:hAnsi="Aptos" w:eastAsia="Aptos"/>
          <w:b w:val="0"/>
          <w:i w:val="0"/>
        </w:rPr>
        <w:t>ausência de dores persistentes;</w:t>
      </w:r>
    </w:p>
    <w:p>
      <w:pPr>
        <w:pStyle w:val="ListBullet"/>
      </w:pPr>
      <w:r>
        <w:rPr>
          <w:rFonts w:ascii="Aptos" w:hAnsi="Aptos" w:eastAsia="Aptos"/>
          <w:b w:val="0"/>
          <w:i w:val="0"/>
        </w:rPr>
        <w:t>maturidade para respeitar zonas;</w:t>
      </w:r>
    </w:p>
    <w:p>
      <w:pPr>
        <w:pStyle w:val="ListBullet"/>
      </w:pPr>
      <w:r>
        <w:rPr>
          <w:rFonts w:ascii="Aptos" w:hAnsi="Aptos" w:eastAsia="Aptos"/>
          <w:b w:val="0"/>
          <w:i w:val="0"/>
        </w:rPr>
        <w:t>boa comunicação com o coach;</w:t>
      </w:r>
    </w:p>
    <w:p>
      <w:pPr>
        <w:pStyle w:val="ListBullet"/>
      </w:pPr>
      <w:r>
        <w:rPr>
          <w:rFonts w:ascii="Aptos" w:hAnsi="Aptos" w:eastAsia="Aptos"/>
          <w:b w:val="0"/>
          <w:i w:val="0"/>
        </w:rPr>
        <w:t>regularidade semanal;</w:t>
      </w:r>
    </w:p>
    <w:p>
      <w:pPr>
        <w:pStyle w:val="ListBullet"/>
      </w:pPr>
      <w:r>
        <w:rPr>
          <w:rFonts w:ascii="Aptos" w:hAnsi="Aptos" w:eastAsia="Aptos"/>
          <w:b w:val="0"/>
          <w:i w:val="0"/>
        </w:rPr>
        <w:t>execução técnica;</w:t>
      </w:r>
    </w:p>
    <w:p>
      <w:pPr>
        <w:pStyle w:val="ListBullet"/>
      </w:pPr>
      <w:r>
        <w:rPr>
          <w:rFonts w:ascii="Aptos" w:hAnsi="Aptos" w:eastAsia="Aptos"/>
          <w:b w:val="0"/>
          <w:i w:val="0"/>
        </w:rPr>
        <w:t>capacidade de cumprir longões;</w:t>
      </w:r>
    </w:p>
    <w:p>
      <w:pPr>
        <w:pStyle w:val="ListBullet"/>
      </w:pPr>
      <w:r>
        <w:rPr>
          <w:rFonts w:ascii="Aptos" w:hAnsi="Aptos" w:eastAsia="Aptos"/>
          <w:b w:val="0"/>
          <w:i w:val="0"/>
        </w:rPr>
        <w:t>controle emocional;</w:t>
      </w:r>
    </w:p>
    <w:p>
      <w:pPr>
        <w:pStyle w:val="ListBullet"/>
      </w:pPr>
      <w:r>
        <w:rPr>
          <w:rFonts w:ascii="Aptos" w:hAnsi="Aptos" w:eastAsia="Aptos"/>
          <w:b w:val="0"/>
          <w:i w:val="0"/>
        </w:rPr>
        <w:t>histórico de ciclos bem assimilados.</w:t>
      </w:r>
    </w:p>
    <w:p>
      <w:pPr/>
      <w:r>
        <w:rPr>
          <w:rFonts w:ascii="Aptos" w:hAnsi="Aptos" w:eastAsia="Aptos"/>
          <w:b w:val="0"/>
          <w:i w:val="0"/>
        </w:rPr>
        <w:t>Um corredor pode finalizar uma meia maratona, mas terminar lesionado, exausto e sem conseguir treinar por semanas. Isso não mostra prontidão para maratona. Mostra que a distância foi vencida, mas talvez sem boa base de sustentação.</w:t>
      </w:r>
    </w:p>
    <w:p>
      <w:pPr/>
      <w:r>
        <w:rPr>
          <w:rFonts w:ascii="Aptos" w:hAnsi="Aptos" w:eastAsia="Aptos"/>
          <w:b w:val="0"/>
          <w:i w:val="0"/>
        </w:rPr>
        <w:t>O Método TriLife Running busca mais do que completar.</w:t>
      </w:r>
    </w:p>
    <w:p>
      <w:pPr/>
      <w:r>
        <w:rPr>
          <w:rFonts w:ascii="Aptos" w:hAnsi="Aptos" w:eastAsia="Aptos"/>
          <w:b w:val="0"/>
          <w:i w:val="0"/>
        </w:rPr>
        <w:t>Busca formar.</w:t>
      </w:r>
    </w:p>
    <w:p>
      <w:pPr/>
      <w:r>
        <w:rPr>
          <w:rFonts w:ascii="Aptos" w:hAnsi="Aptos" w:eastAsia="Aptos"/>
          <w:b w:val="0"/>
          <w:i w:val="0"/>
        </w:rPr>
        <w:t>A credencial verdadeira aparece quando o atleta demonstra capacidade de treinar, competir, recuperar e continuar evoluindo.</w:t>
      </w:r>
    </w:p>
    <w:p>
      <w:pPr>
        <w:pStyle w:val="Heading2"/>
      </w:pPr>
      <w:r>
        <w:t>24.7 Quando segurar é decisão técnica</w:t>
      </w:r>
    </w:p>
    <w:p>
      <w:pPr/>
      <w:r>
        <w:rPr>
          <w:rFonts w:ascii="Aptos" w:hAnsi="Aptos" w:eastAsia="Aptos"/>
          <w:b w:val="0"/>
          <w:i w:val="0"/>
        </w:rPr>
        <w:t>Nem sempre o melhor caminho é avançar.</w:t>
      </w:r>
    </w:p>
    <w:p>
      <w:pPr/>
      <w:r>
        <w:rPr>
          <w:rFonts w:ascii="Aptos" w:hAnsi="Aptos" w:eastAsia="Aptos"/>
          <w:b w:val="0"/>
          <w:i w:val="0"/>
        </w:rPr>
        <w:t>Às vezes, o treinador precisa segurar o atleta em uma distância, repetir um ciclo, consolidar base, melhorar técnica ou reforçar adesão antes de permitir o próximo salto.</w:t>
      </w:r>
    </w:p>
    <w:p>
      <w:pPr/>
      <w:r>
        <w:rPr>
          <w:rFonts w:ascii="Aptos" w:hAnsi="Aptos" w:eastAsia="Aptos"/>
          <w:b w:val="0"/>
          <w:i w:val="0"/>
        </w:rPr>
        <w:t>Essa decisão pode frustrar o corredor no curto prazo, mas protege a evolução no longo prazo.</w:t>
      </w:r>
    </w:p>
    <w:p>
      <w:pPr/>
      <w:r>
        <w:rPr>
          <w:rFonts w:ascii="Aptos" w:hAnsi="Aptos" w:eastAsia="Aptos"/>
          <w:b w:val="0"/>
          <w:i w:val="0"/>
        </w:rPr>
        <w:t>O coach precisa ter autoridade para dizer:</w:t>
      </w:r>
    </w:p>
    <w:p>
      <w:pPr>
        <w:pStyle w:val="TriLifeQuote"/>
      </w:pPr>
      <w:r>
        <w:rPr>
          <w:rFonts w:ascii="Aptos" w:hAnsi="Aptos" w:eastAsia="Aptos"/>
          <w:b w:val="0"/>
          <w:i/>
        </w:rPr>
        <w:t>ainda não.</w:t>
      </w:r>
    </w:p>
    <w:p>
      <w:pPr/>
      <w:r>
        <w:rPr>
          <w:rFonts w:ascii="Aptos" w:hAnsi="Aptos" w:eastAsia="Aptos"/>
          <w:b w:val="0"/>
          <w:i w:val="0"/>
        </w:rPr>
        <w:t>Esse “ainda não” não é negação do sonho.</w:t>
      </w:r>
    </w:p>
    <w:p>
      <w:pPr/>
      <w:r>
        <w:rPr>
          <w:rFonts w:ascii="Aptos" w:hAnsi="Aptos" w:eastAsia="Aptos"/>
          <w:b w:val="0"/>
          <w:i w:val="0"/>
        </w:rPr>
        <w:t>É organização do caminho.</w:t>
      </w:r>
    </w:p>
    <w:p>
      <w:pPr/>
      <w:r>
        <w:rPr>
          <w:rFonts w:ascii="Aptos" w:hAnsi="Aptos" w:eastAsia="Aptos"/>
          <w:b w:val="0"/>
          <w:i w:val="0"/>
        </w:rPr>
        <w:t>A metodologia não segura o atleta por medo. Segura quando os sinais mostram que avançar agora custaria caro demais.</w:t>
      </w:r>
    </w:p>
    <w:p>
      <w:pPr/>
      <w:r>
        <w:rPr>
          <w:rFonts w:ascii="Aptos" w:hAnsi="Aptos" w:eastAsia="Aptos"/>
          <w:b w:val="0"/>
          <w:i w:val="0"/>
        </w:rPr>
        <w:t>Melhor consolidar e avançar forte do que subir de distância no improviso e transformar o objetivo em sofrimento.</w:t>
      </w:r>
    </w:p>
    <w:p>
      <w:pPr/>
      <w:r>
        <w:rPr>
          <w:rFonts w:ascii="Aptos" w:hAnsi="Aptos" w:eastAsia="Aptos"/>
          <w:b w:val="0"/>
          <w:i w:val="0"/>
        </w:rPr>
        <w:t>O atleta bem conduzido entende que cada etapa tem função.</w:t>
      </w:r>
    </w:p>
    <w:p>
      <w:pPr/>
      <w:r>
        <w:rPr>
          <w:rFonts w:ascii="Aptos" w:hAnsi="Aptos" w:eastAsia="Aptos"/>
          <w:b w:val="0"/>
          <w:i w:val="0"/>
        </w:rPr>
        <w:t>A pressa pode até colocar alguém na linha de largada.</w:t>
      </w:r>
    </w:p>
    <w:p>
      <w:pPr/>
      <w:r>
        <w:rPr>
          <w:rFonts w:ascii="Aptos" w:hAnsi="Aptos" w:eastAsia="Aptos"/>
          <w:b w:val="0"/>
          <w:i w:val="0"/>
        </w:rPr>
        <w:t>Mas não garante boa chegada.</w:t>
      </w:r>
    </w:p>
    <w:p>
      <w:pPr>
        <w:pStyle w:val="Heading2"/>
      </w:pPr>
      <w:r>
        <w:t>24.8 A progressão fortalece identidade esportiva</w:t>
      </w:r>
    </w:p>
    <w:p>
      <w:pPr/>
      <w:r>
        <w:rPr>
          <w:rFonts w:ascii="Aptos" w:hAnsi="Aptos" w:eastAsia="Aptos"/>
          <w:b w:val="0"/>
          <w:i w:val="0"/>
        </w:rPr>
        <w:t>Respeitar credenciais também ajuda o atleta a construir identidade.</w:t>
      </w:r>
    </w:p>
    <w:p>
      <w:pPr/>
      <w:r>
        <w:rPr>
          <w:rFonts w:ascii="Aptos" w:hAnsi="Aptos" w:eastAsia="Aptos"/>
          <w:b w:val="0"/>
          <w:i w:val="0"/>
        </w:rPr>
        <w:t>Ele deixa de ser alguém que apenas coleciona provas e passa a entender sua evolução.</w:t>
      </w:r>
    </w:p>
    <w:p>
      <w:pPr/>
      <w:r>
        <w:rPr>
          <w:rFonts w:ascii="Aptos" w:hAnsi="Aptos" w:eastAsia="Aptos"/>
          <w:b w:val="0"/>
          <w:i w:val="0"/>
        </w:rPr>
        <w:t>Cada distância vencida com qualidade reforça confiança. Cada ciclo bem assimilado aumenta maturidade. Cada etapa concluída cria base para a próxima.</w:t>
      </w:r>
    </w:p>
    <w:p>
      <w:pPr/>
      <w:r>
        <w:rPr>
          <w:rFonts w:ascii="Aptos" w:hAnsi="Aptos" w:eastAsia="Aptos"/>
          <w:b w:val="0"/>
          <w:i w:val="0"/>
        </w:rPr>
        <w:t>O corredor passa a enxergar o processo com orgulho.</w:t>
      </w:r>
    </w:p>
    <w:p>
      <w:pPr/>
      <w:r>
        <w:rPr>
          <w:rFonts w:ascii="Aptos" w:hAnsi="Aptos" w:eastAsia="Aptos"/>
          <w:b w:val="0"/>
          <w:i w:val="0"/>
        </w:rPr>
        <w:t>Não apenas como obrigação.</w:t>
      </w:r>
    </w:p>
    <w:p>
      <w:pPr/>
      <w:r>
        <w:rPr>
          <w:rFonts w:ascii="Aptos" w:hAnsi="Aptos" w:eastAsia="Aptos"/>
          <w:b w:val="0"/>
          <w:i w:val="0"/>
        </w:rPr>
        <w:t>Essa formação é importante porque o atleta que entende seu caminho tende a respeitar mais a metodologia.</w:t>
      </w:r>
    </w:p>
    <w:p>
      <w:pPr/>
      <w:r>
        <w:rPr>
          <w:rFonts w:ascii="Aptos" w:hAnsi="Aptos" w:eastAsia="Aptos"/>
          <w:b w:val="0"/>
          <w:i w:val="0"/>
        </w:rPr>
        <w:t>Ele sabe por que está correndo 5K. Sabe por que o 10K importa. Entende por que a meia precisa ser bem feita. Percebe por que a maratona exige histórico.</w:t>
      </w:r>
    </w:p>
    <w:p>
      <w:pPr/>
      <w:r>
        <w:rPr>
          <w:rFonts w:ascii="Aptos" w:hAnsi="Aptos" w:eastAsia="Aptos"/>
          <w:b w:val="0"/>
          <w:i w:val="0"/>
        </w:rPr>
        <w:t>A prova deixa de ser evento isolado.</w:t>
      </w:r>
    </w:p>
    <w:p>
      <w:pPr/>
      <w:r>
        <w:rPr>
          <w:rFonts w:ascii="Aptos" w:hAnsi="Aptos" w:eastAsia="Aptos"/>
          <w:b w:val="0"/>
          <w:i w:val="0"/>
        </w:rPr>
        <w:t>Vira capítulo da formação.</w:t>
      </w:r>
    </w:p>
    <w:p>
      <w:pPr>
        <w:pStyle w:val="Heading2"/>
      </w:pPr>
      <w:r>
        <w:t>Conclusão</w:t>
      </w:r>
    </w:p>
    <w:p>
      <w:pPr/>
      <w:r>
        <w:rPr>
          <w:rFonts w:ascii="Aptos" w:hAnsi="Aptos" w:eastAsia="Aptos"/>
          <w:b w:val="0"/>
          <w:i w:val="0"/>
        </w:rPr>
        <w:t>No Método TriLife Running, credenciais organizam a progressão do atleta.</w:t>
      </w:r>
    </w:p>
    <w:p>
      <w:pPr/>
      <w:r>
        <w:rPr>
          <w:rFonts w:ascii="Aptos" w:hAnsi="Aptos" w:eastAsia="Aptos"/>
          <w:b w:val="0"/>
          <w:i w:val="0"/>
        </w:rPr>
        <w:t>Elas ajudam o coach a decidir quando avançar, quando consolidar e quando segurar o processo. A sequência de distâncias não serve para limitar o corredor, mas para construir competência antes de aumentar a exigência.</w:t>
      </w:r>
    </w:p>
    <w:p>
      <w:pPr/>
      <w:r>
        <w:rPr>
          <w:rFonts w:ascii="Aptos" w:hAnsi="Aptos" w:eastAsia="Aptos"/>
          <w:b w:val="0"/>
          <w:i w:val="0"/>
        </w:rPr>
        <w:t>Um atleta bem formado entende que cada etapa tem função. O 5K ensina base competitiva. O 10K ensina sustentação. A meia maratona ensina resistência específica. A maratona exige histórico.</w:t>
      </w:r>
    </w:p>
    <w:p>
      <w:pPr/>
      <w:r>
        <w:rPr>
          <w:rFonts w:ascii="Aptos" w:hAnsi="Aptos" w:eastAsia="Aptos"/>
          <w:b w:val="0"/>
          <w:i w:val="0"/>
        </w:rPr>
        <w:t>Quem respeita as portas de passagem chega mais preparado ao próximo desafio.</w:t>
      </w:r>
    </w:p>
    <w:p>
      <w:pPr>
        <w:pStyle w:val="Heading2"/>
      </w:pPr>
      <w:r>
        <w:t>Princípios Fundamentais do Método TriLife Running</w:t>
      </w:r>
    </w:p>
    <w:p>
      <w:pPr>
        <w:pStyle w:val="TriLifeQuote"/>
      </w:pPr>
      <w:r>
        <w:rPr>
          <w:rFonts w:ascii="Aptos" w:hAnsi="Aptos" w:eastAsia="Aptos"/>
          <w:b w:val="0"/>
          <w:i/>
        </w:rPr>
        <w:t>Princípio Fundamental nº 93</w:t>
      </w:r>
    </w:p>
    <w:p>
      <w:pPr/>
      <w:r>
        <w:rPr>
          <w:rFonts w:ascii="Aptos" w:hAnsi="Aptos" w:eastAsia="Aptos"/>
          <w:b w:val="0"/>
          <w:i w:val="0"/>
        </w:rPr>
        <w:t>Credencial é capacidade demonstrada, não desejo declarado.</w:t>
      </w:r>
    </w:p>
    <w:p>
      <w:pPr>
        <w:pStyle w:val="TriLifeQuote"/>
      </w:pPr>
      <w:r>
        <w:rPr>
          <w:rFonts w:ascii="Aptos" w:hAnsi="Aptos" w:eastAsia="Aptos"/>
          <w:b w:val="0"/>
          <w:i/>
        </w:rPr>
        <w:t>Princípio Fundamental nº 94</w:t>
      </w:r>
    </w:p>
    <w:p>
      <w:pPr/>
      <w:r>
        <w:rPr>
          <w:rFonts w:ascii="Aptos" w:hAnsi="Aptos" w:eastAsia="Aptos"/>
          <w:b w:val="0"/>
          <w:i w:val="0"/>
        </w:rPr>
        <w:t>Cada distância ensina competências necessárias para a próxima.</w:t>
      </w:r>
    </w:p>
    <w:p>
      <w:pPr>
        <w:pStyle w:val="TriLifeQuote"/>
      </w:pPr>
      <w:r>
        <w:rPr>
          <w:rFonts w:ascii="Aptos" w:hAnsi="Aptos" w:eastAsia="Aptos"/>
          <w:b w:val="0"/>
          <w:i/>
        </w:rPr>
        <w:t>Princípio Fundamental nº 95</w:t>
      </w:r>
    </w:p>
    <w:p>
      <w:pPr/>
      <w:r>
        <w:rPr>
          <w:rFonts w:ascii="Aptos" w:hAnsi="Aptos" w:eastAsia="Aptos"/>
          <w:b w:val="0"/>
          <w:i w:val="0"/>
        </w:rPr>
        <w:t>A maratona exige histórico antes do ciclo específico.</w:t>
      </w:r>
    </w:p>
    <w:p>
      <w:pPr>
        <w:pStyle w:val="TriLifeQuote"/>
      </w:pPr>
      <w:r>
        <w:rPr>
          <w:rFonts w:ascii="Aptos" w:hAnsi="Aptos" w:eastAsia="Aptos"/>
          <w:b w:val="0"/>
          <w:i/>
        </w:rPr>
        <w:t>Princípio Fundamental nº 96</w:t>
      </w:r>
    </w:p>
    <w:p>
      <w:pPr/>
      <w:r>
        <w:rPr>
          <w:rFonts w:ascii="Aptos" w:hAnsi="Aptos" w:eastAsia="Aptos"/>
          <w:b w:val="0"/>
          <w:i w:val="0"/>
        </w:rPr>
        <w:t>Credenciais também são comportamentais: adesão, recuperação, comunicação e controle.</w:t>
      </w:r>
    </w:p>
    <w:p>
      <w:r>
        <w:br w:type="page"/>
      </w:r>
    </w:p>
    <w:p>
      <w:pPr>
        <w:pStyle w:val="Heading1"/>
        <w:jc w:val="center"/>
      </w:pPr>
      <w:r>
        <w:t>CAPÍTULO 25</w:t>
      </w:r>
    </w:p>
    <w:p>
      <w:pPr>
        <w:pStyle w:val="Heading1"/>
        <w:jc w:val="center"/>
      </w:pPr>
      <w:r>
        <w:t>POLIMENTO / TAPER</w:t>
      </w:r>
    </w:p>
    <w:p>
      <w:pPr>
        <w:pStyle w:val="Heading1"/>
        <w:jc w:val="center"/>
      </w:pPr>
      <w:r>
        <w:t>Chegar Pronto Sem Chegar Cansado</w:t>
      </w:r>
    </w:p>
    <w:p>
      <w:pPr>
        <w:pStyle w:val="TriLifeQuote"/>
      </w:pPr>
      <w:r>
        <w:rPr>
          <w:rFonts w:ascii="Aptos" w:hAnsi="Aptos" w:eastAsia="Aptos"/>
          <w:b w:val="0"/>
          <w:i/>
        </w:rPr>
        <w:t>“Na reta final, o objetivo não é provar condicionamento. É permitir que o condicionamento apareça.”</w:t>
      </w:r>
    </w:p>
    <w:p>
      <w:pPr>
        <w:pStyle w:val="Heading2"/>
      </w:pPr>
      <w:r>
        <w:t>25.1 O polimento não constrói o atleta</w:t>
      </w:r>
    </w:p>
    <w:p>
      <w:pPr/>
      <w:r>
        <w:rPr>
          <w:rFonts w:ascii="Aptos" w:hAnsi="Aptos" w:eastAsia="Aptos"/>
          <w:b w:val="0"/>
          <w:i w:val="0"/>
        </w:rPr>
        <w:t>O polimento, também chamado de taper, é a fase em que o treinador reduz a exposição à carga para permitir que o atleta chegue à prova recuperado, responsivo e confiante.</w:t>
      </w:r>
    </w:p>
    <w:p>
      <w:pPr/>
      <w:r>
        <w:rPr>
          <w:rFonts w:ascii="Aptos" w:hAnsi="Aptos" w:eastAsia="Aptos"/>
          <w:b w:val="0"/>
          <w:i w:val="0"/>
        </w:rPr>
        <w:t>Essa fase não existe para construir o que não foi construído antes.</w:t>
      </w:r>
    </w:p>
    <w:p>
      <w:pPr/>
      <w:r>
        <w:rPr>
          <w:rFonts w:ascii="Aptos" w:hAnsi="Aptos" w:eastAsia="Aptos"/>
          <w:b w:val="0"/>
          <w:i w:val="0"/>
        </w:rPr>
        <w:t>Quando o ciclo chega ao polimento, o trabalho principal já precisa estar feito. Tentar compensar atraso na reta final costuma aumentar fadiga, ansiedade e risco de lesão.</w:t>
      </w:r>
    </w:p>
    <w:p>
      <w:pPr/>
      <w:r>
        <w:rPr>
          <w:rFonts w:ascii="Aptos" w:hAnsi="Aptos" w:eastAsia="Aptos"/>
          <w:b w:val="0"/>
          <w:i w:val="0"/>
        </w:rPr>
        <w:t>No DNA TriLife, o polimento é entendido como limpeza do processo.</w:t>
      </w:r>
    </w:p>
    <w:p>
      <w:pPr/>
      <w:r>
        <w:rPr>
          <w:rFonts w:ascii="Aptos" w:hAnsi="Aptos" w:eastAsia="Aptos"/>
          <w:b w:val="0"/>
          <w:i w:val="0"/>
        </w:rPr>
        <w:t>O treinador remove excesso, preserva estímulos importantes e permite que o corpo assimile aquilo que foi construído.</w:t>
      </w:r>
    </w:p>
    <w:p>
      <w:pPr/>
      <w:r>
        <w:rPr>
          <w:rFonts w:ascii="Aptos" w:hAnsi="Aptos" w:eastAsia="Aptos"/>
          <w:b w:val="0"/>
          <w:i w:val="0"/>
        </w:rPr>
        <w:t>A reta final não é momento de desespero.</w:t>
      </w:r>
    </w:p>
    <w:p>
      <w:pPr/>
      <w:r>
        <w:rPr>
          <w:rFonts w:ascii="Aptos" w:hAnsi="Aptos" w:eastAsia="Aptos"/>
          <w:b w:val="0"/>
          <w:i w:val="0"/>
        </w:rPr>
        <w:t>É momento de precisão.</w:t>
      </w:r>
    </w:p>
    <w:p>
      <w:pPr/>
      <w:r>
        <w:rPr>
          <w:rFonts w:ascii="Aptos" w:hAnsi="Aptos" w:eastAsia="Aptos"/>
          <w:b w:val="0"/>
          <w:i w:val="0"/>
        </w:rPr>
        <w:t>O atleta precisa entender isso, porque muitos corredores ficam inseguros quando o volume diminui. Acham que estão perdendo condicionamento. Querem fazer mais um treino forte para provar que estão prontos.</w:t>
      </w:r>
    </w:p>
    <w:p>
      <w:pPr/>
      <w:r>
        <w:rPr>
          <w:rFonts w:ascii="Aptos" w:hAnsi="Aptos" w:eastAsia="Aptos"/>
          <w:b w:val="0"/>
          <w:i w:val="0"/>
        </w:rPr>
        <w:t>Mas prova não se ganha na ansiedade da última semana.</w:t>
      </w:r>
    </w:p>
    <w:p>
      <w:pPr/>
      <w:r>
        <w:rPr>
          <w:rFonts w:ascii="Aptos" w:hAnsi="Aptos" w:eastAsia="Aptos"/>
          <w:b w:val="0"/>
          <w:i w:val="0"/>
        </w:rPr>
        <w:t>A última fase serve para deixar aparecer o que foi construído ao longo do ciclo.</w:t>
      </w:r>
    </w:p>
    <w:p>
      <w:pPr>
        <w:pStyle w:val="Heading2"/>
      </w:pPr>
      <w:r>
        <w:t>25.2 Reduzir carga não é parar de treinar</w:t>
      </w:r>
    </w:p>
    <w:p>
      <w:pPr/>
      <w:r>
        <w:rPr>
          <w:rFonts w:ascii="Aptos" w:hAnsi="Aptos" w:eastAsia="Aptos"/>
          <w:b w:val="0"/>
          <w:i w:val="0"/>
        </w:rPr>
        <w:t>Um erro comum é confundir polimento com descanso absoluto.</w:t>
      </w:r>
    </w:p>
    <w:p>
      <w:pPr/>
      <w:r>
        <w:rPr>
          <w:rFonts w:ascii="Aptos" w:hAnsi="Aptos" w:eastAsia="Aptos"/>
          <w:b w:val="0"/>
          <w:i w:val="0"/>
        </w:rPr>
        <w:t>O atleta precisa recuperar, mas também precisa manter sensação de movimento, ritmo, coordenação e confiança.</w:t>
      </w:r>
    </w:p>
    <w:p>
      <w:pPr/>
      <w:r>
        <w:rPr>
          <w:rFonts w:ascii="Aptos" w:hAnsi="Aptos" w:eastAsia="Aptos"/>
          <w:b w:val="0"/>
          <w:i w:val="0"/>
        </w:rPr>
        <w:t>Por isso, a redução de carga deve ser inteligente.</w:t>
      </w:r>
    </w:p>
    <w:p>
      <w:pPr/>
      <w:r>
        <w:rPr>
          <w:rFonts w:ascii="Aptos" w:hAnsi="Aptos" w:eastAsia="Aptos"/>
          <w:b w:val="0"/>
          <w:i w:val="0"/>
        </w:rPr>
        <w:t>Normalmente, o volume diminui mais do que a qualidade. Pequenos estímulos podem permanecer para manter o corpo acordado, sem produzir desgaste desnecessário.</w:t>
      </w:r>
    </w:p>
    <w:p>
      <w:pPr/>
      <w:r>
        <w:rPr>
          <w:rFonts w:ascii="Aptos" w:hAnsi="Aptos" w:eastAsia="Aptos"/>
          <w:b w:val="0"/>
          <w:i w:val="0"/>
        </w:rPr>
        <w:t>O objetivo é reduzir peso sem apagar a forma.</w:t>
      </w:r>
    </w:p>
    <w:p>
      <w:pPr/>
      <w:r>
        <w:rPr>
          <w:rFonts w:ascii="Aptos" w:hAnsi="Aptos" w:eastAsia="Aptos"/>
          <w:b w:val="0"/>
          <w:i w:val="0"/>
        </w:rPr>
        <w:t>Um bom taper preserva:</w:t>
      </w:r>
    </w:p>
    <w:p>
      <w:pPr>
        <w:pStyle w:val="ListBullet"/>
      </w:pPr>
      <w:r>
        <w:rPr>
          <w:rFonts w:ascii="Aptos" w:hAnsi="Aptos" w:eastAsia="Aptos"/>
          <w:b w:val="0"/>
          <w:i w:val="0"/>
        </w:rPr>
        <w:t>sensação de ritmo;</w:t>
      </w:r>
    </w:p>
    <w:p>
      <w:pPr>
        <w:pStyle w:val="ListBullet"/>
      </w:pPr>
      <w:r>
        <w:rPr>
          <w:rFonts w:ascii="Aptos" w:hAnsi="Aptos" w:eastAsia="Aptos"/>
          <w:b w:val="0"/>
          <w:i w:val="0"/>
        </w:rPr>
        <w:t>coordenação;</w:t>
      </w:r>
    </w:p>
    <w:p>
      <w:pPr>
        <w:pStyle w:val="ListBullet"/>
      </w:pPr>
      <w:r>
        <w:rPr>
          <w:rFonts w:ascii="Aptos" w:hAnsi="Aptos" w:eastAsia="Aptos"/>
          <w:b w:val="0"/>
          <w:i w:val="0"/>
        </w:rPr>
        <w:t>cadência;</w:t>
      </w:r>
    </w:p>
    <w:p>
      <w:pPr>
        <w:pStyle w:val="ListBullet"/>
      </w:pPr>
      <w:r>
        <w:rPr>
          <w:rFonts w:ascii="Aptos" w:hAnsi="Aptos" w:eastAsia="Aptos"/>
          <w:b w:val="0"/>
          <w:i w:val="0"/>
        </w:rPr>
        <w:t>mobilidade;</w:t>
      </w:r>
    </w:p>
    <w:p>
      <w:pPr>
        <w:pStyle w:val="ListBullet"/>
      </w:pPr>
      <w:r>
        <w:rPr>
          <w:rFonts w:ascii="Aptos" w:hAnsi="Aptos" w:eastAsia="Aptos"/>
          <w:b w:val="0"/>
          <w:i w:val="0"/>
        </w:rPr>
        <w:t>confiança;</w:t>
      </w:r>
    </w:p>
    <w:p>
      <w:pPr>
        <w:pStyle w:val="ListBullet"/>
      </w:pPr>
      <w:r>
        <w:rPr>
          <w:rFonts w:ascii="Aptos" w:hAnsi="Aptos" w:eastAsia="Aptos"/>
          <w:b w:val="0"/>
          <w:i w:val="0"/>
        </w:rPr>
        <w:t>ativação neuromuscular;</w:t>
      </w:r>
    </w:p>
    <w:p>
      <w:pPr>
        <w:pStyle w:val="ListBullet"/>
      </w:pPr>
      <w:r>
        <w:rPr>
          <w:rFonts w:ascii="Aptos" w:hAnsi="Aptos" w:eastAsia="Aptos"/>
          <w:b w:val="0"/>
          <w:i w:val="0"/>
        </w:rPr>
        <w:t>recuperação;</w:t>
      </w:r>
    </w:p>
    <w:p>
      <w:pPr>
        <w:pStyle w:val="ListBullet"/>
      </w:pPr>
      <w:r>
        <w:rPr>
          <w:rFonts w:ascii="Aptos" w:hAnsi="Aptos" w:eastAsia="Aptos"/>
          <w:b w:val="0"/>
          <w:i w:val="0"/>
        </w:rPr>
        <w:t>vontade de competir.</w:t>
      </w:r>
    </w:p>
    <w:p>
      <w:pPr/>
      <w:r>
        <w:rPr>
          <w:rFonts w:ascii="Aptos" w:hAnsi="Aptos" w:eastAsia="Aptos"/>
          <w:b w:val="0"/>
          <w:i w:val="0"/>
        </w:rPr>
        <w:t>O treinador precisa diferenciar fadiga de prontidão.</w:t>
      </w:r>
    </w:p>
    <w:p>
      <w:pPr/>
      <w:r>
        <w:rPr>
          <w:rFonts w:ascii="Aptos" w:hAnsi="Aptos" w:eastAsia="Aptos"/>
          <w:b w:val="0"/>
          <w:i w:val="0"/>
        </w:rPr>
        <w:t>O atleta deve chegar com vontade de correr, não com sensação de abandono. Também não deve chegar cansado de tentar provar algo nos últimos dias.</w:t>
      </w:r>
    </w:p>
    <w:p>
      <w:pPr/>
      <w:r>
        <w:rPr>
          <w:rFonts w:ascii="Aptos" w:hAnsi="Aptos" w:eastAsia="Aptos"/>
          <w:b w:val="0"/>
          <w:i w:val="0"/>
        </w:rPr>
        <w:t>Polimento bem feito deixa o corpo leve e a cabeça segura.</w:t>
      </w:r>
    </w:p>
    <w:p>
      <w:pPr>
        <w:pStyle w:val="Heading2"/>
      </w:pPr>
      <w:r>
        <w:t>25.3 O melhor taper depende do atleta</w:t>
      </w:r>
    </w:p>
    <w:p>
      <w:pPr/>
      <w:r>
        <w:rPr>
          <w:rFonts w:ascii="Aptos" w:hAnsi="Aptos" w:eastAsia="Aptos"/>
          <w:b w:val="0"/>
          <w:i w:val="0"/>
        </w:rPr>
        <w:t>Não existe um único modelo de polimento para todos.</w:t>
      </w:r>
    </w:p>
    <w:p>
      <w:pPr/>
      <w:r>
        <w:rPr>
          <w:rFonts w:ascii="Aptos" w:hAnsi="Aptos" w:eastAsia="Aptos"/>
          <w:b w:val="0"/>
          <w:i w:val="0"/>
        </w:rPr>
        <w:t>Atletas respondem de formas diferentes à redução de carga.</w:t>
      </w:r>
    </w:p>
    <w:p>
      <w:pPr/>
      <w:r>
        <w:rPr>
          <w:rFonts w:ascii="Aptos" w:hAnsi="Aptos" w:eastAsia="Aptos"/>
          <w:b w:val="0"/>
          <w:i w:val="0"/>
        </w:rPr>
        <w:t>Alguns precisam de mais descanso para absorver o ciclo. Outros perdem sensação de ritmo quando reduzem demais. Corredores experientes costumam lidar melhor com pequenas ativações. Iniciantes podem precisar de mais segurança, menos complexidade e orientação emocional.</w:t>
      </w:r>
    </w:p>
    <w:p>
      <w:pPr/>
      <w:r>
        <w:rPr>
          <w:rFonts w:ascii="Aptos" w:hAnsi="Aptos" w:eastAsia="Aptos"/>
          <w:b w:val="0"/>
          <w:i w:val="0"/>
        </w:rPr>
        <w:t>A distância-alvo também muda a necessidade de polimento.</w:t>
      </w:r>
    </w:p>
    <w:p>
      <w:pPr/>
      <w:r>
        <w:rPr>
          <w:rFonts w:ascii="Aptos" w:hAnsi="Aptos" w:eastAsia="Aptos"/>
          <w:b w:val="0"/>
          <w:i w:val="0"/>
        </w:rPr>
        <w:t>Provas mais longas costumam exigir maior cuidado com fadiga acumulada. Provas curtas podem preservar estímulos mais vivos por mais tempo. Ciclos pesados pedem limpeza maior. Preparações mais controladas talvez precisem de ajustes menores.</w:t>
      </w:r>
    </w:p>
    <w:p>
      <w:pPr/>
      <w:r>
        <w:rPr>
          <w:rFonts w:ascii="Aptos" w:hAnsi="Aptos" w:eastAsia="Aptos"/>
          <w:b w:val="0"/>
          <w:i w:val="0"/>
        </w:rPr>
        <w:t>O taper precisa respeitar:</w:t>
      </w:r>
    </w:p>
    <w:p>
      <w:pPr>
        <w:pStyle w:val="ListBullet"/>
      </w:pPr>
      <w:r>
        <w:rPr>
          <w:rFonts w:ascii="Aptos" w:hAnsi="Aptos" w:eastAsia="Aptos"/>
          <w:b w:val="0"/>
          <w:i w:val="0"/>
        </w:rPr>
        <w:t>histórico do atleta;</w:t>
      </w:r>
    </w:p>
    <w:p>
      <w:pPr>
        <w:pStyle w:val="ListBullet"/>
      </w:pPr>
      <w:r>
        <w:rPr>
          <w:rFonts w:ascii="Aptos" w:hAnsi="Aptos" w:eastAsia="Aptos"/>
          <w:b w:val="0"/>
          <w:i w:val="0"/>
        </w:rPr>
        <w:t>resposta ao ciclo;</w:t>
      </w:r>
    </w:p>
    <w:p>
      <w:pPr>
        <w:pStyle w:val="ListBullet"/>
      </w:pPr>
      <w:r>
        <w:rPr>
          <w:rFonts w:ascii="Aptos" w:hAnsi="Aptos" w:eastAsia="Aptos"/>
          <w:b w:val="0"/>
          <w:i w:val="0"/>
        </w:rPr>
        <w:t>nível de fadiga;</w:t>
      </w:r>
    </w:p>
    <w:p>
      <w:pPr>
        <w:pStyle w:val="ListBullet"/>
      </w:pPr>
      <w:r>
        <w:rPr>
          <w:rFonts w:ascii="Aptos" w:hAnsi="Aptos" w:eastAsia="Aptos"/>
          <w:b w:val="0"/>
          <w:i w:val="0"/>
        </w:rPr>
        <w:t>distância da prova;</w:t>
      </w:r>
    </w:p>
    <w:p>
      <w:pPr>
        <w:pStyle w:val="ListBullet"/>
      </w:pPr>
      <w:r>
        <w:rPr>
          <w:rFonts w:ascii="Aptos" w:hAnsi="Aptos" w:eastAsia="Aptos"/>
          <w:b w:val="0"/>
          <w:i w:val="0"/>
        </w:rPr>
        <w:t>experiência competitiva;</w:t>
      </w:r>
    </w:p>
    <w:p>
      <w:pPr>
        <w:pStyle w:val="ListBullet"/>
      </w:pPr>
      <w:r>
        <w:rPr>
          <w:rFonts w:ascii="Aptos" w:hAnsi="Aptos" w:eastAsia="Aptos"/>
          <w:b w:val="0"/>
          <w:i w:val="0"/>
        </w:rPr>
        <w:t>rotina da semana final;</w:t>
      </w:r>
    </w:p>
    <w:p>
      <w:pPr>
        <w:pStyle w:val="ListBullet"/>
      </w:pPr>
      <w:r>
        <w:rPr>
          <w:rFonts w:ascii="Aptos" w:hAnsi="Aptos" w:eastAsia="Aptos"/>
          <w:b w:val="0"/>
          <w:i w:val="0"/>
        </w:rPr>
        <w:t>sono;</w:t>
      </w:r>
    </w:p>
    <w:p>
      <w:pPr>
        <w:pStyle w:val="ListBullet"/>
      </w:pPr>
      <w:r>
        <w:rPr>
          <w:rFonts w:ascii="Aptos" w:hAnsi="Aptos" w:eastAsia="Aptos"/>
          <w:b w:val="0"/>
          <w:i w:val="0"/>
        </w:rPr>
        <w:t>ansiedade;</w:t>
      </w:r>
    </w:p>
    <w:p>
      <w:pPr>
        <w:pStyle w:val="ListBullet"/>
      </w:pPr>
      <w:r>
        <w:rPr>
          <w:rFonts w:ascii="Aptos" w:hAnsi="Aptos" w:eastAsia="Aptos"/>
          <w:b w:val="0"/>
          <w:i w:val="0"/>
        </w:rPr>
        <w:t>sinais de dor;</w:t>
      </w:r>
    </w:p>
    <w:p>
      <w:pPr>
        <w:pStyle w:val="ListBullet"/>
      </w:pPr>
      <w:r>
        <w:rPr>
          <w:rFonts w:ascii="Aptos" w:hAnsi="Aptos" w:eastAsia="Aptos"/>
          <w:b w:val="0"/>
          <w:i w:val="0"/>
        </w:rPr>
        <w:t>objetivo da prova.</w:t>
      </w:r>
    </w:p>
    <w:p>
      <w:pPr/>
      <w:r>
        <w:rPr>
          <w:rFonts w:ascii="Aptos" w:hAnsi="Aptos" w:eastAsia="Aptos"/>
          <w:b w:val="0"/>
          <w:i w:val="0"/>
        </w:rPr>
        <w:t>O método permanece.</w:t>
      </w:r>
    </w:p>
    <w:p>
      <w:pPr/>
      <w:r>
        <w:rPr>
          <w:rFonts w:ascii="Aptos" w:hAnsi="Aptos" w:eastAsia="Aptos"/>
          <w:b w:val="0"/>
          <w:i w:val="0"/>
        </w:rPr>
        <w:t>A aplicação muda conforme o atleta.</w:t>
      </w:r>
    </w:p>
    <w:p>
      <w:pPr>
        <w:pStyle w:val="Heading2"/>
      </w:pPr>
      <w:r>
        <w:t>25.4 O polimento começa antes da semana da prova</w:t>
      </w:r>
    </w:p>
    <w:p>
      <w:pPr/>
      <w:r>
        <w:rPr>
          <w:rFonts w:ascii="Aptos" w:hAnsi="Aptos" w:eastAsia="Aptos"/>
          <w:b w:val="0"/>
          <w:i w:val="0"/>
        </w:rPr>
        <w:t>O polimento não deve ser improvisado na última semana.</w:t>
      </w:r>
    </w:p>
    <w:p>
      <w:pPr/>
      <w:r>
        <w:rPr>
          <w:rFonts w:ascii="Aptos" w:hAnsi="Aptos" w:eastAsia="Aptos"/>
          <w:b w:val="0"/>
          <w:i w:val="0"/>
        </w:rPr>
        <w:t>Ele precisa estar previsto na periodização.</w:t>
      </w:r>
    </w:p>
    <w:p>
      <w:pPr/>
      <w:r>
        <w:rPr>
          <w:rFonts w:ascii="Aptos" w:hAnsi="Aptos" w:eastAsia="Aptos"/>
          <w:b w:val="0"/>
          <w:i w:val="0"/>
        </w:rPr>
        <w:t>Quando o ciclo é construído com margem, o treinador chega ao período final com mais controle. Se o atleta cumpriu o necessário, a fase final pode ser usada para reduzir estresse, refinar ritmo e fortalecer confiança. Se houve falhas ou sinais de risco, o coach decide com cuidado o que ainda pode ser feito e o que deve ser abandonado.</w:t>
      </w:r>
    </w:p>
    <w:p>
      <w:pPr/>
      <w:r>
        <w:rPr>
          <w:rFonts w:ascii="Aptos" w:hAnsi="Aptos" w:eastAsia="Aptos"/>
          <w:b w:val="0"/>
          <w:i w:val="0"/>
        </w:rPr>
        <w:t>Na reta final, nem todo treino útil no papel é útil na prática.</w:t>
      </w:r>
    </w:p>
    <w:p>
      <w:pPr/>
      <w:r>
        <w:rPr>
          <w:rFonts w:ascii="Aptos" w:hAnsi="Aptos" w:eastAsia="Aptos"/>
          <w:b w:val="0"/>
          <w:i w:val="0"/>
        </w:rPr>
        <w:t>Às vezes, o melhor ajuste é retirar. Em outros casos, manter algo curto e controlado resolve. Em algumas situações, a prioridade é reorganizar a semana para preservar o atleta.</w:t>
      </w:r>
    </w:p>
    <w:p>
      <w:pPr/>
      <w:r>
        <w:rPr>
          <w:rFonts w:ascii="Aptos" w:hAnsi="Aptos" w:eastAsia="Aptos"/>
          <w:b w:val="0"/>
          <w:i w:val="0"/>
        </w:rPr>
        <w:t>Polimento é tomada de decisão.</w:t>
      </w:r>
    </w:p>
    <w:p>
      <w:pPr/>
      <w:r>
        <w:rPr>
          <w:rFonts w:ascii="Aptos" w:hAnsi="Aptos" w:eastAsia="Aptos"/>
          <w:b w:val="0"/>
          <w:i w:val="0"/>
        </w:rPr>
        <w:t>Não receita.</w:t>
      </w:r>
    </w:p>
    <w:p>
      <w:pPr/>
      <w:r>
        <w:rPr>
          <w:rFonts w:ascii="Aptos" w:hAnsi="Aptos" w:eastAsia="Aptos"/>
          <w:b w:val="0"/>
          <w:i w:val="0"/>
        </w:rPr>
        <w:t>O erro é tentar resolver em poucos dias aquilo que deveria ter sido construído em semanas.</w:t>
      </w:r>
    </w:p>
    <w:p>
      <w:pPr/>
      <w:r>
        <w:rPr>
          <w:rFonts w:ascii="Aptos" w:hAnsi="Aptos" w:eastAsia="Aptos"/>
          <w:b w:val="0"/>
          <w:i w:val="0"/>
        </w:rPr>
        <w:t>Quando o treinador respeita a arquitetura do ciclo, o taper deixa de ser desespero e vira consequência natural da preparação.</w:t>
      </w:r>
    </w:p>
    <w:p>
      <w:pPr>
        <w:pStyle w:val="Heading2"/>
      </w:pPr>
      <w:r>
        <w:t>25.5 A limpeza da fadiga</w:t>
      </w:r>
    </w:p>
    <w:p>
      <w:pPr/>
      <w:r>
        <w:rPr>
          <w:rFonts w:ascii="Aptos" w:hAnsi="Aptos" w:eastAsia="Aptos"/>
          <w:b w:val="0"/>
          <w:i w:val="0"/>
        </w:rPr>
        <w:t>O ciclo de treinamento acumula adaptações, mas também acumula fadiga.</w:t>
      </w:r>
    </w:p>
    <w:p>
      <w:pPr/>
      <w:r>
        <w:rPr>
          <w:rFonts w:ascii="Aptos" w:hAnsi="Aptos" w:eastAsia="Aptos"/>
          <w:b w:val="0"/>
          <w:i w:val="0"/>
        </w:rPr>
        <w:t>A função do polimento é reduzir essa fadiga sem permitir que o atleta perca prontidão.</w:t>
      </w:r>
    </w:p>
    <w:p>
      <w:pPr/>
      <w:r>
        <w:rPr>
          <w:rFonts w:ascii="Aptos" w:hAnsi="Aptos" w:eastAsia="Aptos"/>
          <w:b w:val="0"/>
          <w:i w:val="0"/>
        </w:rPr>
        <w:t>Essa limpeza precisa ser feita com critério.</w:t>
      </w:r>
    </w:p>
    <w:p>
      <w:pPr/>
      <w:r>
        <w:rPr>
          <w:rFonts w:ascii="Aptos" w:hAnsi="Aptos" w:eastAsia="Aptos"/>
          <w:b w:val="0"/>
          <w:i w:val="0"/>
        </w:rPr>
        <w:t>Se reduz demais, o atleta pode se sentir apagado. Se reduz de menos, chega cansado. Se mantém intensidade alta demais, aumenta risco. Se corta tudo, perde sensação de ritmo.</w:t>
      </w:r>
    </w:p>
    <w:p>
      <w:pPr/>
      <w:r>
        <w:rPr>
          <w:rFonts w:ascii="Aptos" w:hAnsi="Aptos" w:eastAsia="Aptos"/>
          <w:b w:val="0"/>
          <w:i w:val="0"/>
        </w:rPr>
        <w:t>O equilíbrio é fino.</w:t>
      </w:r>
    </w:p>
    <w:p>
      <w:pPr/>
      <w:r>
        <w:rPr>
          <w:rFonts w:ascii="Aptos" w:hAnsi="Aptos" w:eastAsia="Aptos"/>
          <w:b w:val="0"/>
          <w:i w:val="0"/>
        </w:rPr>
        <w:t>O treinador precisa observar:</w:t>
      </w:r>
    </w:p>
    <w:p>
      <w:pPr>
        <w:pStyle w:val="ListBullet"/>
      </w:pPr>
      <w:r>
        <w:rPr>
          <w:rFonts w:ascii="Aptos" w:hAnsi="Aptos" w:eastAsia="Aptos"/>
          <w:b w:val="0"/>
          <w:i w:val="0"/>
        </w:rPr>
        <w:t>como o atleta chega à reta final;</w:t>
      </w:r>
    </w:p>
    <w:p>
      <w:pPr>
        <w:pStyle w:val="ListBullet"/>
      </w:pPr>
      <w:r>
        <w:rPr>
          <w:rFonts w:ascii="Aptos" w:hAnsi="Aptos" w:eastAsia="Aptos"/>
          <w:b w:val="0"/>
          <w:i w:val="0"/>
        </w:rPr>
        <w:t>quanto volume acumulou;</w:t>
      </w:r>
    </w:p>
    <w:p>
      <w:pPr>
        <w:pStyle w:val="ListBullet"/>
      </w:pPr>
      <w:r>
        <w:rPr>
          <w:rFonts w:ascii="Aptos" w:hAnsi="Aptos" w:eastAsia="Aptos"/>
          <w:b w:val="0"/>
          <w:i w:val="0"/>
        </w:rPr>
        <w:t>quais treinos deixaram mais desgaste;</w:t>
      </w:r>
    </w:p>
    <w:p>
      <w:pPr>
        <w:pStyle w:val="ListBullet"/>
      </w:pPr>
      <w:r>
        <w:rPr>
          <w:rFonts w:ascii="Aptos" w:hAnsi="Aptos" w:eastAsia="Aptos"/>
          <w:b w:val="0"/>
          <w:i w:val="0"/>
        </w:rPr>
        <w:t>como está a recuperação;</w:t>
      </w:r>
    </w:p>
    <w:p>
      <w:pPr>
        <w:pStyle w:val="ListBullet"/>
      </w:pPr>
      <w:r>
        <w:rPr>
          <w:rFonts w:ascii="Aptos" w:hAnsi="Aptos" w:eastAsia="Aptos"/>
          <w:b w:val="0"/>
          <w:i w:val="0"/>
        </w:rPr>
        <w:t>se existem dores;</w:t>
      </w:r>
    </w:p>
    <w:p>
      <w:pPr>
        <w:pStyle w:val="ListBullet"/>
      </w:pPr>
      <w:r>
        <w:rPr>
          <w:rFonts w:ascii="Aptos" w:hAnsi="Aptos" w:eastAsia="Aptos"/>
          <w:b w:val="0"/>
          <w:i w:val="0"/>
        </w:rPr>
        <w:t>como está a frequência cardíaca;</w:t>
      </w:r>
    </w:p>
    <w:p>
      <w:pPr>
        <w:pStyle w:val="ListBullet"/>
      </w:pPr>
      <w:r>
        <w:rPr>
          <w:rFonts w:ascii="Aptos" w:hAnsi="Aptos" w:eastAsia="Aptos"/>
          <w:b w:val="0"/>
          <w:i w:val="0"/>
        </w:rPr>
        <w:t>como estão os comentários;</w:t>
      </w:r>
    </w:p>
    <w:p>
      <w:pPr>
        <w:pStyle w:val="ListBullet"/>
      </w:pPr>
      <w:r>
        <w:rPr>
          <w:rFonts w:ascii="Aptos" w:hAnsi="Aptos" w:eastAsia="Aptos"/>
          <w:b w:val="0"/>
          <w:i w:val="0"/>
        </w:rPr>
        <w:t>qual prova será disputada;</w:t>
      </w:r>
    </w:p>
    <w:p>
      <w:pPr>
        <w:pStyle w:val="ListBullet"/>
      </w:pPr>
      <w:r>
        <w:rPr>
          <w:rFonts w:ascii="Aptos" w:hAnsi="Aptos" w:eastAsia="Aptos"/>
          <w:b w:val="0"/>
          <w:i w:val="0"/>
        </w:rPr>
        <w:t>que tipo de estímulo preserva confiança sem gerar custo.</w:t>
      </w:r>
    </w:p>
    <w:p>
      <w:pPr/>
      <w:r>
        <w:rPr>
          <w:rFonts w:ascii="Aptos" w:hAnsi="Aptos" w:eastAsia="Aptos"/>
          <w:b w:val="0"/>
          <w:i w:val="0"/>
        </w:rPr>
        <w:t>O polimento não é pausa.</w:t>
      </w:r>
    </w:p>
    <w:p>
      <w:pPr/>
      <w:r>
        <w:rPr>
          <w:rFonts w:ascii="Aptos" w:hAnsi="Aptos" w:eastAsia="Aptos"/>
          <w:b w:val="0"/>
          <w:i w:val="0"/>
        </w:rPr>
        <w:t>É ajuste fino entre fadiga e forma.</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literatura sobre taper mostra que a redução planejada da carga antes da competição pode melhorar desempenho ao diminuir fadiga acumulada e preservar adaptações construídas. Autores como Iñigo Mujika descrevem o taper como estratégia para reduzir volume sem eliminar completamente estímulos importantes, especialmente intensidade controlada e frequência suficiente para manter prontidão.</w:t>
            </w:r>
          </w:p>
          <w:p>
            <w:pPr/>
            <w:r>
              <w:rPr>
                <w:rFonts w:ascii="Aptos" w:hAnsi="Aptos" w:eastAsia="Aptos"/>
                <w:b w:val="0"/>
                <w:i w:val="0"/>
              </w:rPr>
              <w:t>O objetivo é permitir que a aptidão construída durante o ciclo apareça com menor interferência da fadiga residual. Quando bem conduzido, o atleta chega à prova mais responsivo, recuperado e confiante.</w:t>
            </w:r>
          </w:p>
          <w:p>
            <w:pPr/>
            <w:r>
              <w:rPr>
                <w:rFonts w:ascii="Aptos" w:hAnsi="Aptos" w:eastAsia="Aptos"/>
                <w:b w:val="0"/>
                <w:i w:val="0"/>
              </w:rPr>
              <w:t>O Método TriLife Running aplica essa lógica de forma prática: reduz o excesso, preserva estímulos estratégicos e individualiza a reta final conforme histórico, prova, fadiga e resposta do atleta.</w:t>
            </w:r>
          </w:p>
          <w:p>
            <w:pPr/>
            <w:r>
              <w:rPr>
                <w:rFonts w:ascii="Aptos" w:hAnsi="Aptos" w:eastAsia="Aptos"/>
                <w:b w:val="0"/>
                <w:i w:val="0"/>
              </w:rPr>
              <w:t>O taper não cria condicionamento.</w:t>
            </w:r>
          </w:p>
          <w:p>
            <w:pPr/>
            <w:r>
              <w:rPr>
                <w:rFonts w:ascii="Aptos" w:hAnsi="Aptos" w:eastAsia="Aptos"/>
                <w:b w:val="0"/>
                <w:i w:val="0"/>
              </w:rPr>
              <w:t>Ele revela o condicionamento construído.</w:t>
            </w:r>
          </w:p>
        </w:tc>
      </w:tr>
    </w:tbl>
    <w:p/>
    <w:p>
      <w:pPr>
        <w:pStyle w:val="Heading2"/>
      </w:pPr>
      <w:r>
        <w:t>25.6 O componente psicológico do polimento</w:t>
      </w:r>
    </w:p>
    <w:p>
      <w:pPr/>
      <w:r>
        <w:rPr>
          <w:rFonts w:ascii="Aptos" w:hAnsi="Aptos" w:eastAsia="Aptos"/>
          <w:b w:val="0"/>
          <w:i w:val="0"/>
        </w:rPr>
        <w:t>O polimento mexe com a cabeça do atleta.</w:t>
      </w:r>
    </w:p>
    <w:p>
      <w:pPr/>
      <w:r>
        <w:rPr>
          <w:rFonts w:ascii="Aptos" w:hAnsi="Aptos" w:eastAsia="Aptos"/>
          <w:b w:val="0"/>
          <w:i w:val="0"/>
        </w:rPr>
        <w:t>Quando a carga reduz, muitos corredores sentem insegurança. Acham que estão treinando pouco. Começam a duvidar do ciclo. Querem testar o ritmo. Procuram validação em um treino forte. Comparam-se com outros atletas. Ficam atentos demais a qualquer sensação corporal.</w:t>
      </w:r>
    </w:p>
    <w:p>
      <w:pPr/>
      <w:r>
        <w:rPr>
          <w:rFonts w:ascii="Aptos" w:hAnsi="Aptos" w:eastAsia="Aptos"/>
          <w:b w:val="0"/>
          <w:i w:val="0"/>
        </w:rPr>
        <w:t>Essa ansiedade pode atrapalhar a prova.</w:t>
      </w:r>
    </w:p>
    <w:p>
      <w:pPr/>
      <w:r>
        <w:rPr>
          <w:rFonts w:ascii="Aptos" w:hAnsi="Aptos" w:eastAsia="Aptos"/>
          <w:b w:val="0"/>
          <w:i w:val="0"/>
        </w:rPr>
        <w:t>O treinador precisa orientar a fase final com clareza.</w:t>
      </w:r>
    </w:p>
    <w:p>
      <w:pPr/>
      <w:r>
        <w:rPr>
          <w:rFonts w:ascii="Aptos" w:hAnsi="Aptos" w:eastAsia="Aptos"/>
          <w:b w:val="0"/>
          <w:i w:val="0"/>
        </w:rPr>
        <w:t>O atleta precisa entender que sentir-se com mais energia é bom. Que a redução de carga foi planejada. Que a vontade de correr deve aumentar. Que não é hora de provar condicionamento. Que a prova será o momento de usar o que foi construído.</w:t>
      </w:r>
    </w:p>
    <w:p>
      <w:pPr/>
      <w:r>
        <w:rPr>
          <w:rFonts w:ascii="Aptos" w:hAnsi="Aptos" w:eastAsia="Aptos"/>
          <w:b w:val="0"/>
          <w:i w:val="0"/>
        </w:rPr>
        <w:t>Comunicação é parte do taper.</w:t>
      </w:r>
    </w:p>
    <w:p>
      <w:pPr/>
      <w:r>
        <w:rPr>
          <w:rFonts w:ascii="Aptos" w:hAnsi="Aptos" w:eastAsia="Aptos"/>
          <w:b w:val="0"/>
          <w:i w:val="0"/>
        </w:rPr>
        <w:t>Um atleta inseguro pode desperdiçar energia emocional antes da largada.</w:t>
      </w:r>
    </w:p>
    <w:p>
      <w:pPr/>
      <w:r>
        <w:rPr>
          <w:rFonts w:ascii="Aptos" w:hAnsi="Aptos" w:eastAsia="Aptos"/>
          <w:b w:val="0"/>
          <w:i w:val="0"/>
        </w:rPr>
        <w:t>O coach precisa proteger corpo e mente.</w:t>
      </w:r>
    </w:p>
    <w:p>
      <w:pPr>
        <w:pStyle w:val="Heading2"/>
      </w:pPr>
      <w:r>
        <w:t>25.7 O que não fazer na reta final</w:t>
      </w:r>
    </w:p>
    <w:p>
      <w:pPr/>
      <w:r>
        <w:rPr>
          <w:rFonts w:ascii="Aptos" w:hAnsi="Aptos" w:eastAsia="Aptos"/>
          <w:b w:val="0"/>
          <w:i w:val="0"/>
        </w:rPr>
        <w:t>Na reta final, alguns erros são comuns.</w:t>
      </w:r>
    </w:p>
    <w:p>
      <w:pPr/>
      <w:r>
        <w:rPr>
          <w:rFonts w:ascii="Aptos" w:hAnsi="Aptos" w:eastAsia="Aptos"/>
          <w:b w:val="0"/>
          <w:i w:val="0"/>
        </w:rPr>
        <w:t>Entre eles:</w:t>
      </w:r>
    </w:p>
    <w:p>
      <w:pPr>
        <w:pStyle w:val="ListBullet"/>
      </w:pPr>
      <w:r>
        <w:rPr>
          <w:rFonts w:ascii="Aptos" w:hAnsi="Aptos" w:eastAsia="Aptos"/>
          <w:b w:val="0"/>
          <w:i w:val="0"/>
        </w:rPr>
        <w:t>tentar recuperar treinos perdidos;</w:t>
      </w:r>
    </w:p>
    <w:p>
      <w:pPr>
        <w:pStyle w:val="ListBullet"/>
      </w:pPr>
      <w:r>
        <w:rPr>
          <w:rFonts w:ascii="Aptos" w:hAnsi="Aptos" w:eastAsia="Aptos"/>
          <w:b w:val="0"/>
          <w:i w:val="0"/>
        </w:rPr>
        <w:t>fazer teste forte perto demais da prova;</w:t>
      </w:r>
    </w:p>
    <w:p>
      <w:pPr>
        <w:pStyle w:val="ListBullet"/>
      </w:pPr>
      <w:r>
        <w:rPr>
          <w:rFonts w:ascii="Aptos" w:hAnsi="Aptos" w:eastAsia="Aptos"/>
          <w:b w:val="0"/>
          <w:i w:val="0"/>
        </w:rPr>
        <w:t>aumentar volume por ansiedade;</w:t>
      </w:r>
    </w:p>
    <w:p>
      <w:pPr>
        <w:pStyle w:val="ListBullet"/>
      </w:pPr>
      <w:r>
        <w:rPr>
          <w:rFonts w:ascii="Aptos" w:hAnsi="Aptos" w:eastAsia="Aptos"/>
          <w:b w:val="0"/>
          <w:i w:val="0"/>
        </w:rPr>
        <w:t>mudar tênis, alimentação ou estratégia sem necessidade;</w:t>
      </w:r>
    </w:p>
    <w:p>
      <w:pPr>
        <w:pStyle w:val="ListBullet"/>
      </w:pPr>
      <w:r>
        <w:rPr>
          <w:rFonts w:ascii="Aptos" w:hAnsi="Aptos" w:eastAsia="Aptos"/>
          <w:b w:val="0"/>
          <w:i w:val="0"/>
        </w:rPr>
        <w:t>ignorar sono;</w:t>
      </w:r>
    </w:p>
    <w:p>
      <w:pPr>
        <w:pStyle w:val="ListBullet"/>
      </w:pPr>
      <w:r>
        <w:rPr>
          <w:rFonts w:ascii="Aptos" w:hAnsi="Aptos" w:eastAsia="Aptos"/>
          <w:b w:val="0"/>
          <w:i w:val="0"/>
        </w:rPr>
        <w:t>reduzir tudo e ficar travado;</w:t>
      </w:r>
    </w:p>
    <w:p>
      <w:pPr>
        <w:pStyle w:val="ListBullet"/>
      </w:pPr>
      <w:r>
        <w:rPr>
          <w:rFonts w:ascii="Aptos" w:hAnsi="Aptos" w:eastAsia="Aptos"/>
          <w:b w:val="0"/>
          <w:i w:val="0"/>
        </w:rPr>
        <w:t>competir no último treino;</w:t>
      </w:r>
    </w:p>
    <w:p>
      <w:pPr>
        <w:pStyle w:val="ListBullet"/>
      </w:pPr>
      <w:r>
        <w:rPr>
          <w:rFonts w:ascii="Aptos" w:hAnsi="Aptos" w:eastAsia="Aptos"/>
          <w:b w:val="0"/>
          <w:i w:val="0"/>
        </w:rPr>
        <w:t>transformar progressivos em tiros máximos;</w:t>
      </w:r>
    </w:p>
    <w:p>
      <w:pPr>
        <w:pStyle w:val="ListBullet"/>
      </w:pPr>
      <w:r>
        <w:rPr>
          <w:rFonts w:ascii="Aptos" w:hAnsi="Aptos" w:eastAsia="Aptos"/>
          <w:b w:val="0"/>
          <w:i w:val="0"/>
        </w:rPr>
        <w:t>comparar a planilha com a de outros atletas;</w:t>
      </w:r>
    </w:p>
    <w:p>
      <w:pPr>
        <w:pStyle w:val="ListBullet"/>
      </w:pPr>
      <w:r>
        <w:rPr>
          <w:rFonts w:ascii="Aptos" w:hAnsi="Aptos" w:eastAsia="Aptos"/>
          <w:b w:val="0"/>
          <w:i w:val="0"/>
        </w:rPr>
        <w:t>mudar o plano sem avisar o treinador.</w:t>
      </w:r>
    </w:p>
    <w:p>
      <w:pPr/>
      <w:r>
        <w:rPr>
          <w:rFonts w:ascii="Aptos" w:hAnsi="Aptos" w:eastAsia="Aptos"/>
          <w:b w:val="0"/>
          <w:i w:val="0"/>
        </w:rPr>
        <w:t>Esses erros têm origem na insegurança.</w:t>
      </w:r>
    </w:p>
    <w:p>
      <w:pPr/>
      <w:r>
        <w:rPr>
          <w:rFonts w:ascii="Aptos" w:hAnsi="Aptos" w:eastAsia="Aptos"/>
          <w:b w:val="0"/>
          <w:i w:val="0"/>
        </w:rPr>
        <w:t>O Método TriLife Running usa a reta final para simplificar, não para complicar.</w:t>
      </w:r>
    </w:p>
    <w:p>
      <w:pPr/>
      <w:r>
        <w:rPr>
          <w:rFonts w:ascii="Aptos" w:hAnsi="Aptos" w:eastAsia="Aptos"/>
          <w:b w:val="0"/>
          <w:i w:val="0"/>
        </w:rPr>
        <w:t>Quanto mais perto da prova, menos espaço existe para improviso.</w:t>
      </w:r>
    </w:p>
    <w:p>
      <w:pPr/>
      <w:r>
        <w:rPr>
          <w:rFonts w:ascii="Aptos" w:hAnsi="Aptos" w:eastAsia="Aptos"/>
          <w:b w:val="0"/>
          <w:i w:val="0"/>
        </w:rPr>
        <w:t>A fase final exige disciplina.</w:t>
      </w:r>
    </w:p>
    <w:p>
      <w:pPr/>
      <w:r>
        <w:rPr>
          <w:rFonts w:ascii="Aptos" w:hAnsi="Aptos" w:eastAsia="Aptos"/>
          <w:b w:val="0"/>
          <w:i w:val="0"/>
        </w:rPr>
        <w:t>Disciplina para não fazer demais.</w:t>
      </w:r>
    </w:p>
    <w:p>
      <w:pPr>
        <w:pStyle w:val="Heading2"/>
      </w:pPr>
      <w:r>
        <w:t>25.8 A prova começa antes da largada</w:t>
      </w:r>
    </w:p>
    <w:p>
      <w:pPr/>
      <w:r>
        <w:rPr>
          <w:rFonts w:ascii="Aptos" w:hAnsi="Aptos" w:eastAsia="Aptos"/>
          <w:b w:val="0"/>
          <w:i w:val="0"/>
        </w:rPr>
        <w:t>O polimento conecta treinamento e competição.</w:t>
      </w:r>
    </w:p>
    <w:p>
      <w:pPr/>
      <w:r>
        <w:rPr>
          <w:rFonts w:ascii="Aptos" w:hAnsi="Aptos" w:eastAsia="Aptos"/>
          <w:b w:val="0"/>
          <w:i w:val="0"/>
        </w:rPr>
        <w:t>Nessa fase, o atleta começa a entrar mentalmente na prova. Ajusta sono, alimentação, logística, horários, material, estratégia e expectativa.</w:t>
      </w:r>
    </w:p>
    <w:p>
      <w:pPr/>
      <w:r>
        <w:rPr>
          <w:rFonts w:ascii="Aptos" w:hAnsi="Aptos" w:eastAsia="Aptos"/>
          <w:b w:val="0"/>
          <w:i w:val="0"/>
        </w:rPr>
        <w:t>A prova não começa quando o relógio dispara.</w:t>
      </w:r>
    </w:p>
    <w:p>
      <w:pPr/>
      <w:r>
        <w:rPr>
          <w:rFonts w:ascii="Aptos" w:hAnsi="Aptos" w:eastAsia="Aptos"/>
          <w:b w:val="0"/>
          <w:i w:val="0"/>
        </w:rPr>
        <w:t>Começa na forma como o atleta conduz os dias anteriores.</w:t>
      </w:r>
    </w:p>
    <w:p>
      <w:pPr/>
      <w:r>
        <w:rPr>
          <w:rFonts w:ascii="Aptos" w:hAnsi="Aptos" w:eastAsia="Aptos"/>
          <w:b w:val="0"/>
          <w:i w:val="0"/>
        </w:rPr>
        <w:t>Um bom taper ajuda o corredor a chegar organizado.</w:t>
      </w:r>
    </w:p>
    <w:p>
      <w:pPr/>
      <w:r>
        <w:rPr>
          <w:rFonts w:ascii="Aptos" w:hAnsi="Aptos" w:eastAsia="Aptos"/>
          <w:b w:val="0"/>
          <w:i w:val="0"/>
        </w:rPr>
        <w:t>Não apenas fisicamente descansado, mas também mentalmente pronto.</w:t>
      </w:r>
    </w:p>
    <w:p>
      <w:pPr/>
      <w:r>
        <w:rPr>
          <w:rFonts w:ascii="Aptos" w:hAnsi="Aptos" w:eastAsia="Aptos"/>
          <w:b w:val="0"/>
          <w:i w:val="0"/>
        </w:rPr>
        <w:t>O treinador precisa garantir que a semana final tenha clareza:</w:t>
      </w:r>
    </w:p>
    <w:p>
      <w:pPr>
        <w:pStyle w:val="ListBullet"/>
      </w:pPr>
      <w:r>
        <w:rPr>
          <w:rFonts w:ascii="Aptos" w:hAnsi="Aptos" w:eastAsia="Aptos"/>
          <w:b w:val="0"/>
          <w:i w:val="0"/>
        </w:rPr>
        <w:t>o que será feito;</w:t>
      </w:r>
    </w:p>
    <w:p>
      <w:pPr>
        <w:pStyle w:val="ListBullet"/>
      </w:pPr>
      <w:r>
        <w:rPr>
          <w:rFonts w:ascii="Aptos" w:hAnsi="Aptos" w:eastAsia="Aptos"/>
          <w:b w:val="0"/>
          <w:i w:val="0"/>
        </w:rPr>
        <w:t>o que será evitado;</w:t>
      </w:r>
    </w:p>
    <w:p>
      <w:pPr>
        <w:pStyle w:val="ListBullet"/>
      </w:pPr>
      <w:r>
        <w:rPr>
          <w:rFonts w:ascii="Aptos" w:hAnsi="Aptos" w:eastAsia="Aptos"/>
          <w:b w:val="0"/>
          <w:i w:val="0"/>
        </w:rPr>
        <w:t>qual ritmo será usado;</w:t>
      </w:r>
    </w:p>
    <w:p>
      <w:pPr>
        <w:pStyle w:val="ListBullet"/>
      </w:pPr>
      <w:r>
        <w:rPr>
          <w:rFonts w:ascii="Aptos" w:hAnsi="Aptos" w:eastAsia="Aptos"/>
          <w:b w:val="0"/>
          <w:i w:val="0"/>
        </w:rPr>
        <w:t>como será o aquecimento;</w:t>
      </w:r>
    </w:p>
    <w:p>
      <w:pPr>
        <w:pStyle w:val="ListBullet"/>
      </w:pPr>
      <w:r>
        <w:rPr>
          <w:rFonts w:ascii="Aptos" w:hAnsi="Aptos" w:eastAsia="Aptos"/>
          <w:b w:val="0"/>
          <w:i w:val="0"/>
        </w:rPr>
        <w:t>como será a alimentação;</w:t>
      </w:r>
    </w:p>
    <w:p>
      <w:pPr>
        <w:pStyle w:val="ListBullet"/>
      </w:pPr>
      <w:r>
        <w:rPr>
          <w:rFonts w:ascii="Aptos" w:hAnsi="Aptos" w:eastAsia="Aptos"/>
          <w:b w:val="0"/>
          <w:i w:val="0"/>
        </w:rPr>
        <w:t>que estratégia será seguida;</w:t>
      </w:r>
    </w:p>
    <w:p>
      <w:pPr>
        <w:pStyle w:val="ListBullet"/>
      </w:pPr>
      <w:r>
        <w:rPr>
          <w:rFonts w:ascii="Aptos" w:hAnsi="Aptos" w:eastAsia="Aptos"/>
          <w:b w:val="0"/>
          <w:i w:val="0"/>
        </w:rPr>
        <w:t>como lidar com ansiedade;</w:t>
      </w:r>
    </w:p>
    <w:p>
      <w:pPr>
        <w:pStyle w:val="ListBullet"/>
      </w:pPr>
      <w:r>
        <w:rPr>
          <w:rFonts w:ascii="Aptos" w:hAnsi="Aptos" w:eastAsia="Aptos"/>
          <w:b w:val="0"/>
          <w:i w:val="0"/>
        </w:rPr>
        <w:t>quando controlar;</w:t>
      </w:r>
    </w:p>
    <w:p>
      <w:pPr>
        <w:pStyle w:val="ListBullet"/>
      </w:pPr>
      <w:r>
        <w:rPr>
          <w:rFonts w:ascii="Aptos" w:hAnsi="Aptos" w:eastAsia="Aptos"/>
          <w:b w:val="0"/>
          <w:i w:val="0"/>
        </w:rPr>
        <w:t>quando competir.</w:t>
      </w:r>
    </w:p>
    <w:p>
      <w:pPr/>
      <w:r>
        <w:rPr>
          <w:rFonts w:ascii="Aptos" w:hAnsi="Aptos" w:eastAsia="Aptos"/>
          <w:b w:val="0"/>
          <w:i w:val="0"/>
        </w:rPr>
        <w:t>Quanto menos dúvidas na reta final, melhor.</w:t>
      </w:r>
    </w:p>
    <w:p>
      <w:pPr/>
      <w:r>
        <w:rPr>
          <w:rFonts w:ascii="Aptos" w:hAnsi="Aptos" w:eastAsia="Aptos"/>
          <w:b w:val="0"/>
          <w:i w:val="0"/>
        </w:rPr>
        <w:t>A confiança nasce da preparação bem interpretada.</w:t>
      </w:r>
    </w:p>
    <w:p>
      <w:pPr>
        <w:pStyle w:val="Heading2"/>
      </w:pPr>
      <w:r>
        <w:t>25.9 Polimento como respeito ao processo</w:t>
      </w:r>
    </w:p>
    <w:p>
      <w:pPr/>
      <w:r>
        <w:rPr>
          <w:rFonts w:ascii="Aptos" w:hAnsi="Aptos" w:eastAsia="Aptos"/>
          <w:b w:val="0"/>
          <w:i w:val="0"/>
        </w:rPr>
        <w:t>O polimento é a prova de que o treinador confia no próprio ciclo.</w:t>
      </w:r>
    </w:p>
    <w:p>
      <w:pPr/>
      <w:r>
        <w:rPr>
          <w:rFonts w:ascii="Aptos" w:hAnsi="Aptos" w:eastAsia="Aptos"/>
          <w:b w:val="0"/>
          <w:i w:val="0"/>
        </w:rPr>
        <w:t>Se a preparação foi bem construída, não há motivo para desespero no final.</w:t>
      </w:r>
    </w:p>
    <w:p>
      <w:pPr/>
      <w:r>
        <w:rPr>
          <w:rFonts w:ascii="Aptos" w:hAnsi="Aptos" w:eastAsia="Aptos"/>
          <w:b w:val="0"/>
          <w:i w:val="0"/>
        </w:rPr>
        <w:t>A metodologia precisa ter coragem de reduzir.</w:t>
      </w:r>
    </w:p>
    <w:p>
      <w:pPr/>
      <w:r>
        <w:rPr>
          <w:rFonts w:ascii="Aptos" w:hAnsi="Aptos" w:eastAsia="Aptos"/>
          <w:b w:val="0"/>
          <w:i w:val="0"/>
        </w:rPr>
        <w:t>Coragem de preservar.</w:t>
      </w:r>
    </w:p>
    <w:p>
      <w:pPr/>
      <w:r>
        <w:rPr>
          <w:rFonts w:ascii="Aptos" w:hAnsi="Aptos" w:eastAsia="Aptos"/>
          <w:b w:val="0"/>
          <w:i w:val="0"/>
        </w:rPr>
        <w:t>Coragem de não inventar.</w:t>
      </w:r>
    </w:p>
    <w:p>
      <w:pPr/>
      <w:r>
        <w:rPr>
          <w:rFonts w:ascii="Aptos" w:hAnsi="Aptos" w:eastAsia="Aptos"/>
          <w:b w:val="0"/>
          <w:i w:val="0"/>
        </w:rPr>
        <w:t>O atleta também precisa confiar.</w:t>
      </w:r>
    </w:p>
    <w:p>
      <w:pPr/>
      <w:r>
        <w:rPr>
          <w:rFonts w:ascii="Aptos" w:hAnsi="Aptos" w:eastAsia="Aptos"/>
          <w:b w:val="0"/>
          <w:i w:val="0"/>
        </w:rPr>
        <w:t>A última semana não é o momento de buscar segurança em sofrimento. É o momento de respeitar o processo.</w:t>
      </w:r>
    </w:p>
    <w:p>
      <w:pPr/>
      <w:r>
        <w:rPr>
          <w:rFonts w:ascii="Aptos" w:hAnsi="Aptos" w:eastAsia="Aptos"/>
          <w:b w:val="0"/>
          <w:i w:val="0"/>
        </w:rPr>
        <w:t>O corpo já recebeu os estímulos principais.</w:t>
      </w:r>
    </w:p>
    <w:p>
      <w:pPr/>
      <w:r>
        <w:rPr>
          <w:rFonts w:ascii="Aptos" w:hAnsi="Aptos" w:eastAsia="Aptos"/>
          <w:b w:val="0"/>
          <w:i w:val="0"/>
        </w:rPr>
        <w:t>Agora precisa chegar com energia suficiente para transformar adaptação em desempenho.</w:t>
      </w:r>
    </w:p>
    <w:p>
      <w:pPr/>
      <w:r>
        <w:rPr>
          <w:rFonts w:ascii="Aptos" w:hAnsi="Aptos" w:eastAsia="Aptos"/>
          <w:b w:val="0"/>
          <w:i w:val="0"/>
        </w:rPr>
        <w:t>No DNA TriLife, o taper representa maturidade.</w:t>
      </w:r>
    </w:p>
    <w:p>
      <w:pPr/>
      <w:r>
        <w:rPr>
          <w:rFonts w:ascii="Aptos" w:hAnsi="Aptos" w:eastAsia="Aptos"/>
          <w:b w:val="0"/>
          <w:i w:val="0"/>
        </w:rPr>
        <w:t>Ele mostra que Treinos Inteligentes não se resumem a saber colocar carga.</w:t>
      </w:r>
    </w:p>
    <w:p>
      <w:pPr/>
      <w:r>
        <w:rPr>
          <w:rFonts w:ascii="Aptos" w:hAnsi="Aptos" w:eastAsia="Aptos"/>
          <w:b w:val="0"/>
          <w:i w:val="0"/>
        </w:rPr>
        <w:t>Também exigem saber retirar.</w:t>
      </w:r>
    </w:p>
    <w:p>
      <w:pPr>
        <w:pStyle w:val="Heading2"/>
      </w:pPr>
      <w:r>
        <w:t>Conclusão</w:t>
      </w:r>
    </w:p>
    <w:p>
      <w:pPr/>
      <w:r>
        <w:rPr>
          <w:rFonts w:ascii="Aptos" w:hAnsi="Aptos" w:eastAsia="Aptos"/>
          <w:b w:val="0"/>
          <w:i w:val="0"/>
        </w:rPr>
        <w:t>O polimento é a fase em que o Método TriLife Running permite que o condicionamento construído apareça.</w:t>
      </w:r>
    </w:p>
    <w:p>
      <w:pPr/>
      <w:r>
        <w:rPr>
          <w:rFonts w:ascii="Aptos" w:hAnsi="Aptos" w:eastAsia="Aptos"/>
          <w:b w:val="0"/>
          <w:i w:val="0"/>
        </w:rPr>
        <w:t>Ele reduz fadiga, preserva estímulos importantes, organiza a reta final e prepara o atleta para competir com energia, controle e confiança.</w:t>
      </w:r>
    </w:p>
    <w:p>
      <w:pPr/>
      <w:r>
        <w:rPr>
          <w:rFonts w:ascii="Aptos" w:hAnsi="Aptos" w:eastAsia="Aptos"/>
          <w:b w:val="0"/>
          <w:i w:val="0"/>
        </w:rPr>
        <w:t>Taper não é descanso aleatório.</w:t>
      </w:r>
    </w:p>
    <w:p>
      <w:pPr/>
      <w:r>
        <w:rPr>
          <w:rFonts w:ascii="Aptos" w:hAnsi="Aptos" w:eastAsia="Aptos"/>
          <w:b w:val="0"/>
          <w:i w:val="0"/>
        </w:rPr>
        <w:t>É estratégia.</w:t>
      </w:r>
    </w:p>
    <w:p>
      <w:pPr/>
      <w:r>
        <w:rPr>
          <w:rFonts w:ascii="Aptos" w:hAnsi="Aptos" w:eastAsia="Aptos"/>
          <w:b w:val="0"/>
          <w:i w:val="0"/>
        </w:rPr>
        <w:t>Na reta final, o objetivo não é provar que o atleta está pronto.</w:t>
      </w:r>
    </w:p>
    <w:p>
      <w:pPr/>
      <w:r>
        <w:rPr>
          <w:rFonts w:ascii="Aptos" w:hAnsi="Aptos" w:eastAsia="Aptos"/>
          <w:b w:val="0"/>
          <w:i w:val="0"/>
        </w:rPr>
        <w:t>É permitir que ele chegue pronto.</w:t>
      </w:r>
    </w:p>
    <w:p>
      <w:pPr>
        <w:pStyle w:val="Heading2"/>
      </w:pPr>
      <w:r>
        <w:t>Princípios Fundamentais do Método TriLife Running</w:t>
      </w:r>
    </w:p>
    <w:p>
      <w:pPr>
        <w:pStyle w:val="TriLifeQuote"/>
      </w:pPr>
      <w:r>
        <w:rPr>
          <w:rFonts w:ascii="Aptos" w:hAnsi="Aptos" w:eastAsia="Aptos"/>
          <w:b w:val="0"/>
          <w:i/>
        </w:rPr>
        <w:t>Princípio Fundamental nº 97</w:t>
      </w:r>
    </w:p>
    <w:p>
      <w:pPr/>
      <w:r>
        <w:rPr>
          <w:rFonts w:ascii="Aptos" w:hAnsi="Aptos" w:eastAsia="Aptos"/>
          <w:b w:val="0"/>
          <w:i w:val="0"/>
        </w:rPr>
        <w:t>Polimento não constrói o atleta. Revela o que foi construído.</w:t>
      </w:r>
    </w:p>
    <w:p>
      <w:pPr>
        <w:pStyle w:val="TriLifeQuote"/>
      </w:pPr>
      <w:r>
        <w:rPr>
          <w:rFonts w:ascii="Aptos" w:hAnsi="Aptos" w:eastAsia="Aptos"/>
          <w:b w:val="0"/>
          <w:i/>
        </w:rPr>
        <w:t>Princípio Fundamental nº 98</w:t>
      </w:r>
    </w:p>
    <w:p>
      <w:pPr/>
      <w:r>
        <w:rPr>
          <w:rFonts w:ascii="Aptos" w:hAnsi="Aptos" w:eastAsia="Aptos"/>
          <w:b w:val="0"/>
          <w:i w:val="0"/>
        </w:rPr>
        <w:t>Reduzir carga não significa parar de treinar.</w:t>
      </w:r>
    </w:p>
    <w:p>
      <w:pPr>
        <w:pStyle w:val="TriLifeQuote"/>
      </w:pPr>
      <w:r>
        <w:rPr>
          <w:rFonts w:ascii="Aptos" w:hAnsi="Aptos" w:eastAsia="Aptos"/>
          <w:b w:val="0"/>
          <w:i/>
        </w:rPr>
        <w:t>Princípio Fundamental nº 99</w:t>
      </w:r>
    </w:p>
    <w:p>
      <w:pPr/>
      <w:r>
        <w:rPr>
          <w:rFonts w:ascii="Aptos" w:hAnsi="Aptos" w:eastAsia="Aptos"/>
          <w:b w:val="0"/>
          <w:i w:val="0"/>
        </w:rPr>
        <w:t>A reta final exige precisão, não desespero.</w:t>
      </w:r>
    </w:p>
    <w:p>
      <w:pPr>
        <w:pStyle w:val="TriLifeQuote"/>
      </w:pPr>
      <w:r>
        <w:rPr>
          <w:rFonts w:ascii="Aptos" w:hAnsi="Aptos" w:eastAsia="Aptos"/>
          <w:b w:val="0"/>
          <w:i/>
        </w:rPr>
        <w:t>Princípio Fundamental nº 100</w:t>
      </w:r>
    </w:p>
    <w:p>
      <w:pPr/>
      <w:r>
        <w:rPr>
          <w:rFonts w:ascii="Aptos" w:hAnsi="Aptos" w:eastAsia="Aptos"/>
          <w:b w:val="0"/>
          <w:i w:val="0"/>
        </w:rPr>
        <w:t>Saber retirar carga também é saber treinar.</w:t>
      </w:r>
    </w:p>
    <w:p>
      <w:r>
        <w:br w:type="page"/>
      </w:r>
    </w:p>
    <w:p>
      <w:pPr>
        <w:pStyle w:val="Title"/>
        <w:jc w:val="center"/>
      </w:pPr>
      <w:r>
        <w:t>BLOCO 6</w:t>
      </w:r>
    </w:p>
    <w:p>
      <w:pPr>
        <w:pStyle w:val="Heading1"/>
        <w:jc w:val="center"/>
      </w:pPr>
      <w:r>
        <w:t>EXECUÇÃO, NUTRIÇÃO, AJUSTES E TOMADA DE DECISÃO</w:t>
      </w:r>
    </w:p>
    <w:p>
      <w:r>
        <w:br w:type="page"/>
      </w:r>
    </w:p>
    <w:p>
      <w:pPr>
        <w:pStyle w:val="Heading1"/>
        <w:jc w:val="center"/>
      </w:pPr>
      <w:r>
        <w:t>CAPÍTULO 26</w:t>
      </w:r>
    </w:p>
    <w:p>
      <w:pPr>
        <w:pStyle w:val="Heading1"/>
        <w:jc w:val="center"/>
      </w:pPr>
      <w:r>
        <w:t>ESTRATÉGIA DE PROVA</w:t>
      </w:r>
    </w:p>
    <w:p>
      <w:pPr>
        <w:pStyle w:val="Heading1"/>
        <w:jc w:val="center"/>
      </w:pPr>
      <w:r>
        <w:t>Transformando Treinamento em Execução</w:t>
      </w:r>
    </w:p>
    <w:p>
      <w:pPr>
        <w:pStyle w:val="TriLifeQuote"/>
      </w:pPr>
      <w:r>
        <w:rPr>
          <w:rFonts w:ascii="Aptos" w:hAnsi="Aptos" w:eastAsia="Aptos"/>
          <w:b w:val="0"/>
          <w:i/>
        </w:rPr>
        <w:t>“Prova bem executada não começa na largada. Começa na forma como o atleta aprendeu a treinar.”</w:t>
      </w:r>
    </w:p>
    <w:p>
      <w:pPr>
        <w:pStyle w:val="Heading2"/>
      </w:pPr>
      <w:r>
        <w:t>26.1 Estratégia é parte do treinamento</w:t>
      </w:r>
    </w:p>
    <w:p>
      <w:pPr/>
      <w:r>
        <w:rPr>
          <w:rFonts w:ascii="Aptos" w:hAnsi="Aptos" w:eastAsia="Aptos"/>
          <w:b w:val="0"/>
          <w:i w:val="0"/>
        </w:rPr>
        <w:t>Estratégia de prova não deve ser criada na véspera.</w:t>
      </w:r>
    </w:p>
    <w:p>
      <w:pPr/>
      <w:r>
        <w:rPr>
          <w:rFonts w:ascii="Aptos" w:hAnsi="Aptos" w:eastAsia="Aptos"/>
          <w:b w:val="0"/>
          <w:i w:val="0"/>
        </w:rPr>
        <w:t>Ela precisa nascer dentro do treinamento.</w:t>
      </w:r>
    </w:p>
    <w:p>
      <w:pPr/>
      <w:r>
        <w:rPr>
          <w:rFonts w:ascii="Aptos" w:hAnsi="Aptos" w:eastAsia="Aptos"/>
          <w:b w:val="0"/>
          <w:i w:val="0"/>
        </w:rPr>
        <w:t>Cada rodagem controlada, cada Tempo Run, cada Fartlek, cada treino longo, cada subida, cada recuperação e cada ajuste de ritmo ensina o atleta a interpretar o próprio corpo.</w:t>
      </w:r>
    </w:p>
    <w:p>
      <w:pPr/>
      <w:r>
        <w:rPr>
          <w:rFonts w:ascii="Aptos" w:hAnsi="Aptos" w:eastAsia="Aptos"/>
          <w:b w:val="0"/>
          <w:i w:val="0"/>
        </w:rPr>
        <w:t>A prova apenas exige que essa educação apareça sob pressão.</w:t>
      </w:r>
    </w:p>
    <w:p>
      <w:pPr/>
      <w:r>
        <w:rPr>
          <w:rFonts w:ascii="Aptos" w:hAnsi="Aptos" w:eastAsia="Aptos"/>
          <w:b w:val="0"/>
          <w:i w:val="0"/>
        </w:rPr>
        <w:t>No Método TriLife Running, estratégia é a ponte entre planilha e competição. O atleta não deve chegar à largada apenas com condicionamento. Deve chegar com um plano claro de execução.</w:t>
      </w:r>
    </w:p>
    <w:p>
      <w:pPr/>
      <w:r>
        <w:rPr>
          <w:rFonts w:ascii="Aptos" w:hAnsi="Aptos" w:eastAsia="Aptos"/>
          <w:b w:val="0"/>
          <w:i w:val="0"/>
        </w:rPr>
        <w:t>Condicionamento permite correr.</w:t>
      </w:r>
    </w:p>
    <w:p>
      <w:pPr/>
      <w:r>
        <w:rPr>
          <w:rFonts w:ascii="Aptos" w:hAnsi="Aptos" w:eastAsia="Aptos"/>
          <w:b w:val="0"/>
          <w:i w:val="0"/>
        </w:rPr>
        <w:t>Estratégia permite correr bem.</w:t>
      </w:r>
    </w:p>
    <w:p>
      <w:pPr/>
      <w:r>
        <w:rPr>
          <w:rFonts w:ascii="Aptos" w:hAnsi="Aptos" w:eastAsia="Aptos"/>
          <w:b w:val="0"/>
          <w:i w:val="0"/>
        </w:rPr>
        <w:t>Essa diferença é decisiva.</w:t>
      </w:r>
    </w:p>
    <w:p>
      <w:pPr/>
      <w:r>
        <w:rPr>
          <w:rFonts w:ascii="Aptos" w:hAnsi="Aptos" w:eastAsia="Aptos"/>
          <w:b w:val="0"/>
          <w:i w:val="0"/>
        </w:rPr>
        <w:t>Um atleta bem treinado, mas sem estratégia, pode desperdiçar energia cedo demais, largar acima do controle, errar hidratação, ignorar o terreno, seguir o ritmo de outros corredores e transformar uma preparação sólida em uma prova mal executada.</w:t>
      </w:r>
    </w:p>
    <w:p>
      <w:pPr/>
      <w:r>
        <w:rPr>
          <w:rFonts w:ascii="Aptos" w:hAnsi="Aptos" w:eastAsia="Aptos"/>
          <w:b w:val="0"/>
          <w:i w:val="0"/>
        </w:rPr>
        <w:t>O treinamento constrói capacidade.</w:t>
      </w:r>
    </w:p>
    <w:p>
      <w:pPr/>
      <w:r>
        <w:rPr>
          <w:rFonts w:ascii="Aptos" w:hAnsi="Aptos" w:eastAsia="Aptos"/>
          <w:b w:val="0"/>
          <w:i w:val="0"/>
        </w:rPr>
        <w:t>A estratégia organiza como essa capacidade será usada.</w:t>
      </w:r>
    </w:p>
    <w:p>
      <w:pPr/>
      <w:r>
        <w:rPr>
          <w:rFonts w:ascii="Aptos" w:hAnsi="Aptos" w:eastAsia="Aptos"/>
          <w:b w:val="0"/>
          <w:i w:val="0"/>
        </w:rPr>
        <w:t>Por isso, o Método TriLife Running não trata prova como evento separado da metodologia. A prova é a expressão final do ciclo. Ela mostra se o atleta aprendeu a controlar intensidade, respeitar o PZI, interpretar esforço, preservar energia, lidar com desconforto e tomar boas decisões quando a emoção aumenta.</w:t>
      </w:r>
    </w:p>
    <w:p>
      <w:pPr/>
      <w:r>
        <w:rPr>
          <w:rFonts w:ascii="Aptos" w:hAnsi="Aptos" w:eastAsia="Aptos"/>
          <w:b w:val="0"/>
          <w:i w:val="0"/>
        </w:rPr>
        <w:t>A planilha prepara o corpo.</w:t>
      </w:r>
    </w:p>
    <w:p>
      <w:pPr/>
      <w:r>
        <w:rPr>
          <w:rFonts w:ascii="Aptos" w:hAnsi="Aptos" w:eastAsia="Aptos"/>
          <w:b w:val="0"/>
          <w:i w:val="0"/>
        </w:rPr>
        <w:t>A estratégia prepara a execução.</w:t>
      </w:r>
    </w:p>
    <w:p>
      <w:pPr>
        <w:pStyle w:val="Heading2"/>
      </w:pPr>
      <w:r>
        <w:t>26.2 O erro de depender apenas do pace</w:t>
      </w:r>
    </w:p>
    <w:p>
      <w:pPr/>
      <w:r>
        <w:rPr>
          <w:rFonts w:ascii="Aptos" w:hAnsi="Aptos" w:eastAsia="Aptos"/>
          <w:b w:val="0"/>
          <w:i w:val="0"/>
        </w:rPr>
        <w:t>O pace é importante, mas não pode ser a única referência de prova.</w:t>
      </w:r>
    </w:p>
    <w:p>
      <w:pPr/>
      <w:r>
        <w:rPr>
          <w:rFonts w:ascii="Aptos" w:hAnsi="Aptos" w:eastAsia="Aptos"/>
          <w:b w:val="0"/>
          <w:i w:val="0"/>
        </w:rPr>
        <w:t>Terreno, clima, vento, hidratação, largada cheia, ansiedade, variação de percurso, altimetria, temperatura e estado emocional alteram o comportamento do ritmo.</w:t>
      </w:r>
    </w:p>
    <w:p>
      <w:pPr/>
      <w:r>
        <w:rPr>
          <w:rFonts w:ascii="Aptos" w:hAnsi="Aptos" w:eastAsia="Aptos"/>
          <w:b w:val="0"/>
          <w:i w:val="0"/>
        </w:rPr>
        <w:t>Quando o atleta depende apenas de um número, fica vulnerável.</w:t>
      </w:r>
    </w:p>
    <w:p>
      <w:pPr/>
      <w:r>
        <w:rPr>
          <w:rFonts w:ascii="Aptos" w:hAnsi="Aptos" w:eastAsia="Aptos"/>
          <w:b w:val="0"/>
          <w:i w:val="0"/>
        </w:rPr>
        <w:t>Se o relógio mostra um pace diferente do esperado, ele pode acelerar demais, desacelerar sem necessidade ou perder confiança.</w:t>
      </w:r>
    </w:p>
    <w:p>
      <w:pPr/>
      <w:r>
        <w:rPr>
          <w:rFonts w:ascii="Aptos" w:hAnsi="Aptos" w:eastAsia="Aptos"/>
          <w:b w:val="0"/>
          <w:i w:val="0"/>
        </w:rPr>
        <w:t>A metodologia TriLife prepara o atleta para ler intensidade.</w:t>
      </w:r>
    </w:p>
    <w:p>
      <w:pPr/>
      <w:r>
        <w:rPr>
          <w:rFonts w:ascii="Aptos" w:hAnsi="Aptos" w:eastAsia="Aptos"/>
          <w:b w:val="0"/>
          <w:i w:val="0"/>
        </w:rPr>
        <w:t>O pace ajuda, mas precisa conversar com:</w:t>
      </w:r>
    </w:p>
    <w:p>
      <w:pPr>
        <w:pStyle w:val="ListBullet"/>
      </w:pPr>
      <w:r>
        <w:rPr>
          <w:rFonts w:ascii="Aptos" w:hAnsi="Aptos" w:eastAsia="Aptos"/>
          <w:b w:val="0"/>
          <w:i w:val="0"/>
        </w:rPr>
        <w:t>percepção de esforço;</w:t>
      </w:r>
    </w:p>
    <w:p>
      <w:pPr>
        <w:pStyle w:val="ListBullet"/>
      </w:pPr>
      <w:r>
        <w:rPr>
          <w:rFonts w:ascii="Aptos" w:hAnsi="Aptos" w:eastAsia="Aptos"/>
          <w:b w:val="0"/>
          <w:i w:val="0"/>
        </w:rPr>
        <w:t>frequência cardíaca;</w:t>
      </w:r>
    </w:p>
    <w:p>
      <w:pPr>
        <w:pStyle w:val="ListBullet"/>
      </w:pPr>
      <w:r>
        <w:rPr>
          <w:rFonts w:ascii="Aptos" w:hAnsi="Aptos" w:eastAsia="Aptos"/>
          <w:b w:val="0"/>
          <w:i w:val="0"/>
        </w:rPr>
        <w:t>PZI;</w:t>
      </w:r>
    </w:p>
    <w:p>
      <w:pPr>
        <w:pStyle w:val="ListBullet"/>
      </w:pPr>
      <w:r>
        <w:rPr>
          <w:rFonts w:ascii="Aptos" w:hAnsi="Aptos" w:eastAsia="Aptos"/>
          <w:b w:val="0"/>
          <w:i w:val="0"/>
        </w:rPr>
        <w:t>terreno;</w:t>
      </w:r>
    </w:p>
    <w:p>
      <w:pPr>
        <w:pStyle w:val="ListBullet"/>
      </w:pPr>
      <w:r>
        <w:rPr>
          <w:rFonts w:ascii="Aptos" w:hAnsi="Aptos" w:eastAsia="Aptos"/>
          <w:b w:val="0"/>
          <w:i w:val="0"/>
        </w:rPr>
        <w:t>temperatura;</w:t>
      </w:r>
    </w:p>
    <w:p>
      <w:pPr>
        <w:pStyle w:val="ListBullet"/>
      </w:pPr>
      <w:r>
        <w:rPr>
          <w:rFonts w:ascii="Aptos" w:hAnsi="Aptos" w:eastAsia="Aptos"/>
          <w:b w:val="0"/>
          <w:i w:val="0"/>
        </w:rPr>
        <w:t>sensação muscular;</w:t>
      </w:r>
    </w:p>
    <w:p>
      <w:pPr>
        <w:pStyle w:val="ListBullet"/>
      </w:pPr>
      <w:r>
        <w:rPr>
          <w:rFonts w:ascii="Aptos" w:hAnsi="Aptos" w:eastAsia="Aptos"/>
          <w:b w:val="0"/>
          <w:i w:val="0"/>
        </w:rPr>
        <w:t>momento da prova;</w:t>
      </w:r>
    </w:p>
    <w:p>
      <w:pPr>
        <w:pStyle w:val="ListBullet"/>
      </w:pPr>
      <w:r>
        <w:rPr>
          <w:rFonts w:ascii="Aptos" w:hAnsi="Aptos" w:eastAsia="Aptos"/>
          <w:b w:val="0"/>
          <w:i w:val="0"/>
        </w:rPr>
        <w:t>estratégia planejada.</w:t>
      </w:r>
    </w:p>
    <w:p>
      <w:pPr/>
      <w:r>
        <w:rPr>
          <w:rFonts w:ascii="Aptos" w:hAnsi="Aptos" w:eastAsia="Aptos"/>
          <w:b w:val="0"/>
          <w:i w:val="0"/>
        </w:rPr>
        <w:t>O número orienta.</w:t>
      </w:r>
    </w:p>
    <w:p>
      <w:pPr/>
      <w:r>
        <w:rPr>
          <w:rFonts w:ascii="Aptos" w:hAnsi="Aptos" w:eastAsia="Aptos"/>
          <w:b w:val="0"/>
          <w:i w:val="0"/>
        </w:rPr>
        <w:t>A execução exige interpretação.</w:t>
      </w:r>
    </w:p>
    <w:p>
      <w:pPr/>
      <w:r>
        <w:rPr>
          <w:rFonts w:ascii="Aptos" w:hAnsi="Aptos" w:eastAsia="Aptos"/>
          <w:b w:val="0"/>
          <w:i w:val="0"/>
        </w:rPr>
        <w:t>Um mesmo pace pode ser confortável em um dia e caro demais em outro. Pode ser adequado no plano e agressivo em uma subida. Pode funcionar no início e ser insustentável no final.</w:t>
      </w:r>
    </w:p>
    <w:p>
      <w:pPr/>
      <w:r>
        <w:rPr>
          <w:rFonts w:ascii="Aptos" w:hAnsi="Aptos" w:eastAsia="Aptos"/>
          <w:b w:val="0"/>
          <w:i w:val="0"/>
        </w:rPr>
        <w:t>Por isso, o atleta precisa aprender a correr com mais de uma referência.</w:t>
      </w:r>
    </w:p>
    <w:p>
      <w:pPr/>
      <w:r>
        <w:rPr>
          <w:rFonts w:ascii="Aptos" w:hAnsi="Aptos" w:eastAsia="Aptos"/>
          <w:b w:val="0"/>
          <w:i w:val="0"/>
        </w:rPr>
        <w:t>O relógio informa.</w:t>
      </w:r>
    </w:p>
    <w:p>
      <w:pPr/>
      <w:r>
        <w:rPr>
          <w:rFonts w:ascii="Aptos" w:hAnsi="Aptos" w:eastAsia="Aptos"/>
          <w:b w:val="0"/>
          <w:i w:val="0"/>
        </w:rPr>
        <w:t>O corpo confirma.</w:t>
      </w:r>
    </w:p>
    <w:p>
      <w:pPr/>
      <w:r>
        <w:rPr>
          <w:rFonts w:ascii="Aptos" w:hAnsi="Aptos" w:eastAsia="Aptos"/>
          <w:b w:val="0"/>
          <w:i w:val="0"/>
        </w:rPr>
        <w:t>A estratégia decide.</w:t>
      </w:r>
    </w:p>
    <w:p>
      <w:pPr>
        <w:pStyle w:val="Heading2"/>
      </w:pPr>
      <w:r>
        <w:t>26.3 A largada é uma decisão técnica</w:t>
      </w:r>
    </w:p>
    <w:p>
      <w:pPr/>
      <w:r>
        <w:rPr>
          <w:rFonts w:ascii="Aptos" w:hAnsi="Aptos" w:eastAsia="Aptos"/>
          <w:b w:val="0"/>
          <w:i w:val="0"/>
        </w:rPr>
        <w:t>Muitas provas são comprometidas nos primeiros minutos.</w:t>
      </w:r>
    </w:p>
    <w:p>
      <w:pPr/>
      <w:r>
        <w:rPr>
          <w:rFonts w:ascii="Aptos" w:hAnsi="Aptos" w:eastAsia="Aptos"/>
          <w:b w:val="0"/>
          <w:i w:val="0"/>
        </w:rPr>
        <w:t>O atleta chega descansado, alimentado, motivado, cercado por outros corredores e emocionalmente ativado. Tudo parece fácil. A respiração ainda está controlada. As pernas respondem bem. O ambiente empurra.</w:t>
      </w:r>
    </w:p>
    <w:p>
      <w:pPr/>
      <w:r>
        <w:rPr>
          <w:rFonts w:ascii="Aptos" w:hAnsi="Aptos" w:eastAsia="Aptos"/>
          <w:b w:val="0"/>
          <w:i w:val="0"/>
        </w:rPr>
        <w:t>É exatamente nesse momento que muitos erram.</w:t>
      </w:r>
    </w:p>
    <w:p>
      <w:pPr/>
      <w:r>
        <w:rPr>
          <w:rFonts w:ascii="Aptos" w:hAnsi="Aptos" w:eastAsia="Aptos"/>
          <w:b w:val="0"/>
          <w:i w:val="0"/>
        </w:rPr>
        <w:t>A largada precisa ser tratada como decisão técnica.</w:t>
      </w:r>
    </w:p>
    <w:p>
      <w:pPr/>
      <w:r>
        <w:rPr>
          <w:rFonts w:ascii="Aptos" w:hAnsi="Aptos" w:eastAsia="Aptos"/>
          <w:b w:val="0"/>
          <w:i w:val="0"/>
        </w:rPr>
        <w:t>O corredor deve entrar na prova com controle, respeitando o plano e evitando gastar energia antes da hora.</w:t>
      </w:r>
    </w:p>
    <w:p>
      <w:pPr/>
      <w:r>
        <w:rPr>
          <w:rFonts w:ascii="Aptos" w:hAnsi="Aptos" w:eastAsia="Aptos"/>
          <w:b w:val="0"/>
          <w:i w:val="0"/>
        </w:rPr>
        <w:t>Isso não significa largar fraco.</w:t>
      </w:r>
    </w:p>
    <w:p>
      <w:pPr/>
      <w:r>
        <w:rPr>
          <w:rFonts w:ascii="Aptos" w:hAnsi="Aptos" w:eastAsia="Aptos"/>
          <w:b w:val="0"/>
          <w:i w:val="0"/>
        </w:rPr>
        <w:t>Significa largar de forma compatível com o objetivo.</w:t>
      </w:r>
    </w:p>
    <w:p>
      <w:pPr/>
      <w:r>
        <w:rPr>
          <w:rFonts w:ascii="Aptos" w:hAnsi="Aptos" w:eastAsia="Aptos"/>
          <w:b w:val="0"/>
          <w:i w:val="0"/>
        </w:rPr>
        <w:t>O início precisa permitir que o atleta cresça ou sustente. Não pode obrigá-lo a negociar sobrevivência cedo demais.</w:t>
      </w:r>
    </w:p>
    <w:p>
      <w:pPr/>
      <w:r>
        <w:rPr>
          <w:rFonts w:ascii="Aptos" w:hAnsi="Aptos" w:eastAsia="Aptos"/>
          <w:b w:val="0"/>
          <w:i w:val="0"/>
        </w:rPr>
        <w:t>A estratégia começa quando o atleta aceita não provar tudo no primeiro quilômetro.</w:t>
      </w:r>
    </w:p>
    <w:p>
      <w:pPr/>
      <w:r>
        <w:rPr>
          <w:rFonts w:ascii="Aptos" w:hAnsi="Aptos" w:eastAsia="Aptos"/>
          <w:b w:val="0"/>
          <w:i w:val="0"/>
        </w:rPr>
        <w:t>Essa maturidade é treinada antes.</w:t>
      </w:r>
    </w:p>
    <w:p>
      <w:pPr/>
      <w:r>
        <w:rPr>
          <w:rFonts w:ascii="Aptos" w:hAnsi="Aptos" w:eastAsia="Aptos"/>
          <w:b w:val="0"/>
          <w:i w:val="0"/>
        </w:rPr>
        <w:t>Nos treinos, o atleta aprende a controlar Fartleks, sustentar Tempo Runs, respeitar zonas leves e não transformar toda sessão em teste. Na prova, essa educação aparece como capacidade de largar com inteligência.</w:t>
      </w:r>
    </w:p>
    <w:p>
      <w:pPr/>
      <w:r>
        <w:rPr>
          <w:rFonts w:ascii="Aptos" w:hAnsi="Aptos" w:eastAsia="Aptos"/>
          <w:b w:val="0"/>
          <w:i w:val="0"/>
        </w:rPr>
        <w:t>Quem larga acima da própria estratégia não está sendo corajoso.</w:t>
      </w:r>
    </w:p>
    <w:p>
      <w:pPr/>
      <w:r>
        <w:rPr>
          <w:rFonts w:ascii="Aptos" w:hAnsi="Aptos" w:eastAsia="Aptos"/>
          <w:b w:val="0"/>
          <w:i w:val="0"/>
        </w:rPr>
        <w:t>Está antecipando fadiga.</w:t>
      </w:r>
    </w:p>
    <w:p>
      <w:pPr>
        <w:pStyle w:val="Heading2"/>
      </w:pPr>
      <w:r>
        <w:t>26.4 Dividir a prova em partes</w:t>
      </w:r>
    </w:p>
    <w:p>
      <w:pPr/>
      <w:r>
        <w:rPr>
          <w:rFonts w:ascii="Aptos" w:hAnsi="Aptos" w:eastAsia="Aptos"/>
          <w:b w:val="0"/>
          <w:i w:val="0"/>
        </w:rPr>
        <w:t>Uma prova bem executada precisa ser dividida.</w:t>
      </w:r>
    </w:p>
    <w:p>
      <w:pPr/>
      <w:r>
        <w:rPr>
          <w:rFonts w:ascii="Aptos" w:hAnsi="Aptos" w:eastAsia="Aptos"/>
          <w:b w:val="0"/>
          <w:i w:val="0"/>
        </w:rPr>
        <w:t>O atleta não deve pensar apenas na distância total. Precisa entender cada fase da competição.</w:t>
      </w:r>
    </w:p>
    <w:p>
      <w:pPr/>
      <w:r>
        <w:rPr>
          <w:rFonts w:ascii="Aptos" w:hAnsi="Aptos" w:eastAsia="Aptos"/>
          <w:b w:val="0"/>
          <w:i w:val="0"/>
        </w:rPr>
        <w:t>De forma geral, a estratégia pode ser organizada em três grandes momentos:</w:t>
      </w:r>
    </w:p>
    <w:p>
      <w:pPr>
        <w:pStyle w:val="TriLifeQuote"/>
      </w:pPr>
      <w:r>
        <w:rPr>
          <w:rFonts w:ascii="Aptos" w:hAnsi="Aptos" w:eastAsia="Aptos"/>
          <w:b w:val="0"/>
          <w:i/>
        </w:rPr>
        <w:t>Início controlado</w:t>
      </w:r>
    </w:p>
    <w:p>
      <w:pPr/>
      <w:r>
        <w:rPr>
          <w:rFonts w:ascii="Aptos" w:hAnsi="Aptos" w:eastAsia="Aptos"/>
          <w:b w:val="0"/>
          <w:i w:val="0"/>
        </w:rPr>
        <w:t>O atleta estabiliza respiração, encontra espaço, controla ansiedade e evita esforço acima do planejado.</w:t>
      </w:r>
    </w:p>
    <w:p>
      <w:pPr>
        <w:pStyle w:val="TriLifeQuote"/>
      </w:pPr>
      <w:r>
        <w:rPr>
          <w:rFonts w:ascii="Aptos" w:hAnsi="Aptos" w:eastAsia="Aptos"/>
          <w:b w:val="0"/>
          <w:i/>
        </w:rPr>
        <w:t>Parte média sustentável</w:t>
      </w:r>
    </w:p>
    <w:p>
      <w:pPr/>
      <w:r>
        <w:rPr>
          <w:rFonts w:ascii="Aptos" w:hAnsi="Aptos" w:eastAsia="Aptos"/>
          <w:b w:val="0"/>
          <w:i w:val="0"/>
        </w:rPr>
        <w:t>O corredor entra no ritmo principal, mantém técnica, hidratação, concentração e percepção de esforço.</w:t>
      </w:r>
    </w:p>
    <w:p>
      <w:pPr>
        <w:pStyle w:val="TriLifeQuote"/>
      </w:pPr>
      <w:r>
        <w:rPr>
          <w:rFonts w:ascii="Aptos" w:hAnsi="Aptos" w:eastAsia="Aptos"/>
          <w:b w:val="0"/>
          <w:i/>
        </w:rPr>
        <w:t>Final competitivo</w:t>
      </w:r>
    </w:p>
    <w:p>
      <w:pPr/>
      <w:r>
        <w:rPr>
          <w:rFonts w:ascii="Aptos" w:hAnsi="Aptos" w:eastAsia="Aptos"/>
          <w:b w:val="0"/>
          <w:i w:val="0"/>
        </w:rPr>
        <w:t>Se a estratégia foi bem executada, o atleta começa a usar aquilo que preservou. Nesse momento, pode sustentar, crescer ou competir de forma mais agressiva.</w:t>
      </w:r>
    </w:p>
    <w:p>
      <w:pPr/>
      <w:r>
        <w:rPr>
          <w:rFonts w:ascii="Aptos" w:hAnsi="Aptos" w:eastAsia="Aptos"/>
          <w:b w:val="0"/>
          <w:i w:val="0"/>
        </w:rPr>
        <w:t>Essa divisão reduz ansiedade.</w:t>
      </w:r>
    </w:p>
    <w:p>
      <w:pPr/>
      <w:r>
        <w:rPr>
          <w:rFonts w:ascii="Aptos" w:hAnsi="Aptos" w:eastAsia="Aptos"/>
          <w:b w:val="0"/>
          <w:i w:val="0"/>
        </w:rPr>
        <w:t>Em vez de pensar “faltam muitos quilômetros”, o atleta executa uma etapa por vez.</w:t>
      </w:r>
    </w:p>
    <w:p>
      <w:pPr/>
      <w:r>
        <w:rPr>
          <w:rFonts w:ascii="Aptos" w:hAnsi="Aptos" w:eastAsia="Aptos"/>
          <w:b w:val="0"/>
          <w:i w:val="0"/>
        </w:rPr>
        <w:t>O Método TriLife Running utiliza essa lógica porque a prova não é apenas teste de capacidade física. É teste de administração.</w:t>
      </w:r>
    </w:p>
    <w:p>
      <w:pPr/>
      <w:r>
        <w:rPr>
          <w:rFonts w:ascii="Aptos" w:hAnsi="Aptos" w:eastAsia="Aptos"/>
          <w:b w:val="0"/>
          <w:i w:val="0"/>
        </w:rPr>
        <w:t>O atleta precisa saber o que fazer em cada momento.</w:t>
      </w:r>
    </w:p>
    <w:p>
      <w:pPr/>
      <w:r>
        <w:rPr>
          <w:rFonts w:ascii="Aptos" w:hAnsi="Aptos" w:eastAsia="Aptos"/>
          <w:b w:val="0"/>
          <w:i w:val="0"/>
        </w:rPr>
        <w:t>Quando controlar.</w:t>
      </w:r>
    </w:p>
    <w:p>
      <w:pPr/>
      <w:r>
        <w:rPr>
          <w:rFonts w:ascii="Aptos" w:hAnsi="Aptos" w:eastAsia="Aptos"/>
          <w:b w:val="0"/>
          <w:i w:val="0"/>
        </w:rPr>
        <w:t>Quando sustentar.</w:t>
      </w:r>
    </w:p>
    <w:p>
      <w:pPr/>
      <w:r>
        <w:rPr>
          <w:rFonts w:ascii="Aptos" w:hAnsi="Aptos" w:eastAsia="Aptos"/>
          <w:b w:val="0"/>
          <w:i w:val="0"/>
        </w:rPr>
        <w:t>Quando responder.</w:t>
      </w:r>
    </w:p>
    <w:p>
      <w:pPr/>
      <w:r>
        <w:rPr>
          <w:rFonts w:ascii="Aptos" w:hAnsi="Aptos" w:eastAsia="Aptos"/>
          <w:b w:val="0"/>
          <w:i w:val="0"/>
        </w:rPr>
        <w:t>Quando aceitar o desconforto.</w:t>
      </w:r>
    </w:p>
    <w:p>
      <w:pPr/>
      <w:r>
        <w:rPr>
          <w:rFonts w:ascii="Aptos" w:hAnsi="Aptos" w:eastAsia="Aptos"/>
          <w:b w:val="0"/>
          <w:i w:val="0"/>
        </w:rPr>
        <w:t>Quando competir.</w:t>
      </w:r>
    </w:p>
    <w:p>
      <w:pPr>
        <w:pStyle w:val="Heading2"/>
      </w:pPr>
      <w:r>
        <w:t>26.5 A estratégia muda conforme a distância</w:t>
      </w:r>
    </w:p>
    <w:p>
      <w:pPr/>
      <w:r>
        <w:rPr>
          <w:rFonts w:ascii="Aptos" w:hAnsi="Aptos" w:eastAsia="Aptos"/>
          <w:b w:val="0"/>
          <w:i w:val="0"/>
        </w:rPr>
        <w:t>O princípio da estratégia permanece, mas a aplicação muda conforme a prova.</w:t>
      </w:r>
    </w:p>
    <w:p>
      <w:pPr/>
      <w:r>
        <w:rPr>
          <w:rFonts w:ascii="Aptos" w:hAnsi="Aptos" w:eastAsia="Aptos"/>
          <w:b w:val="0"/>
          <w:i w:val="0"/>
        </w:rPr>
        <w:t>Em distâncias curtas, o erro costuma estar em largar forte demais e não conseguir sustentar. Em provas intermediárias, a dificuldade é manter ritmo controlado por mais tempo. Em provas longas, entram com mais força hidratação, nutrição, economia, paciência e controle mental.</w:t>
      </w:r>
    </w:p>
    <w:p>
      <w:pPr/>
      <w:r>
        <w:rPr>
          <w:rFonts w:ascii="Aptos" w:hAnsi="Aptos" w:eastAsia="Aptos"/>
          <w:b w:val="0"/>
          <w:i w:val="0"/>
        </w:rPr>
        <w:t>A metodologia não usa a mesma estratégia para todos.</w:t>
      </w:r>
    </w:p>
    <w:p>
      <w:pPr/>
      <w:r>
        <w:rPr>
          <w:rFonts w:ascii="Aptos" w:hAnsi="Aptos" w:eastAsia="Aptos"/>
          <w:b w:val="0"/>
          <w:i w:val="0"/>
        </w:rPr>
        <w:t>O atleta, a prova, o percurso, o clima, a fase do ciclo e o histórico de execução precisam ser considerados.</w:t>
      </w:r>
    </w:p>
    <w:p>
      <w:pPr/>
      <w:r>
        <w:rPr>
          <w:rFonts w:ascii="Aptos" w:hAnsi="Aptos" w:eastAsia="Aptos"/>
          <w:b w:val="0"/>
          <w:i w:val="0"/>
        </w:rPr>
        <w:t>A estratégia de um corredor iniciante em 5K não é igual à de um atleta experiente buscando performance. A estratégia de uma meia maratona não é apenas “correr mais devagar”. A maratona não é simplesmente “resistir até o fim”.</w:t>
      </w:r>
    </w:p>
    <w:p>
      <w:pPr/>
      <w:r>
        <w:rPr>
          <w:rFonts w:ascii="Aptos" w:hAnsi="Aptos" w:eastAsia="Aptos"/>
          <w:b w:val="0"/>
          <w:i w:val="0"/>
        </w:rPr>
        <w:t>Cada prova exige distribuição própria de energia.</w:t>
      </w:r>
    </w:p>
    <w:p>
      <w:pPr/>
      <w:r>
        <w:rPr>
          <w:rFonts w:ascii="Aptos" w:hAnsi="Aptos" w:eastAsia="Aptos"/>
          <w:b w:val="0"/>
          <w:i w:val="0"/>
        </w:rPr>
        <w:t>A distância define a demanda.</w:t>
      </w:r>
    </w:p>
    <w:p>
      <w:pPr/>
      <w:r>
        <w:rPr>
          <w:rFonts w:ascii="Aptos" w:hAnsi="Aptos" w:eastAsia="Aptos"/>
          <w:b w:val="0"/>
          <w:i w:val="0"/>
        </w:rPr>
        <w:t>O atleta define a margem.</w:t>
      </w:r>
    </w:p>
    <w:p>
      <w:pPr/>
      <w:r>
        <w:rPr>
          <w:rFonts w:ascii="Aptos" w:hAnsi="Aptos" w:eastAsia="Aptos"/>
          <w:b w:val="0"/>
          <w:i w:val="0"/>
        </w:rPr>
        <w:t>O treinador organiza a execução.</w:t>
      </w:r>
    </w:p>
    <w:p>
      <w:pPr>
        <w:pStyle w:val="Heading2"/>
      </w:pPr>
      <w:r>
        <w:t>26.6 Estratégia também é controle emocional</w:t>
      </w:r>
    </w:p>
    <w:p>
      <w:pPr/>
      <w:r>
        <w:rPr>
          <w:rFonts w:ascii="Aptos" w:hAnsi="Aptos" w:eastAsia="Aptos"/>
          <w:b w:val="0"/>
          <w:i w:val="0"/>
        </w:rPr>
        <w:t>Prova mexe com emoção.</w:t>
      </w:r>
    </w:p>
    <w:p>
      <w:pPr/>
      <w:r>
        <w:rPr>
          <w:rFonts w:ascii="Aptos" w:hAnsi="Aptos" w:eastAsia="Aptos"/>
          <w:b w:val="0"/>
          <w:i w:val="0"/>
        </w:rPr>
        <w:t>Largada, público, música, outros atletas, expectativa, medo, comparação, relógio e ambiente competitivo podem tirar o corredor da própria estratégia.</w:t>
      </w:r>
    </w:p>
    <w:p>
      <w:pPr/>
      <w:r>
        <w:rPr>
          <w:rFonts w:ascii="Aptos" w:hAnsi="Aptos" w:eastAsia="Aptos"/>
          <w:b w:val="0"/>
          <w:i w:val="0"/>
        </w:rPr>
        <w:t>O atleta precisa ser treinado para não entregar a prova para o ambiente.</w:t>
      </w:r>
    </w:p>
    <w:p>
      <w:pPr/>
      <w:r>
        <w:rPr>
          <w:rFonts w:ascii="Aptos" w:hAnsi="Aptos" w:eastAsia="Aptos"/>
          <w:b w:val="0"/>
          <w:i w:val="0"/>
        </w:rPr>
        <w:t>No Método TriLife Running, controle emocional não é tratado como frase motivacional. Ele é consequência de preparação.</w:t>
      </w:r>
    </w:p>
    <w:p>
      <w:pPr/>
      <w:r>
        <w:rPr>
          <w:rFonts w:ascii="Aptos" w:hAnsi="Aptos" w:eastAsia="Aptos"/>
          <w:b w:val="0"/>
          <w:i w:val="0"/>
        </w:rPr>
        <w:t>Quando o atleta aprende a respeitar o PZI, entende a função dos treinos, executa micrometas, comenta bem, controla intensidade e conhece sua resposta, passa a confiar mais no processo.</w:t>
      </w:r>
    </w:p>
    <w:p>
      <w:pPr/>
      <w:r>
        <w:rPr>
          <w:rFonts w:ascii="Aptos" w:hAnsi="Aptos" w:eastAsia="Aptos"/>
          <w:b w:val="0"/>
          <w:i w:val="0"/>
        </w:rPr>
        <w:t>Essa confiança reduz impulsividade.</w:t>
      </w:r>
    </w:p>
    <w:p>
      <w:pPr/>
      <w:r>
        <w:rPr>
          <w:rFonts w:ascii="Aptos" w:hAnsi="Aptos" w:eastAsia="Aptos"/>
          <w:b w:val="0"/>
          <w:i w:val="0"/>
        </w:rPr>
        <w:t>O corredor entende que não precisa responder a todo mundo que passa. Não precisa acelerar porque está ansioso. Não precisa mudar a estratégia porque o primeiro quilômetro saiu diferente. Não precisa provar nada cedo demais.</w:t>
      </w:r>
    </w:p>
    <w:p>
      <w:pPr/>
      <w:r>
        <w:rPr>
          <w:rFonts w:ascii="Aptos" w:hAnsi="Aptos" w:eastAsia="Aptos"/>
          <w:b w:val="0"/>
          <w:i w:val="0"/>
        </w:rPr>
        <w:t>Estratégia é manter clareza quando a prova tenta criar confusão.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estratégia de prova conversa com conceitos de pacing, percepção subjetiva de esforço e autorregulação. O desempenho em endurance não depende apenas da capacidade fisiológica máxima, mas da forma como o atleta distribui energia ao longo do esforço.</w:t>
            </w:r>
          </w:p>
          <w:p>
            <w:pPr/>
            <w:r>
              <w:rPr>
                <w:rFonts w:ascii="Aptos" w:hAnsi="Aptos" w:eastAsia="Aptos"/>
                <w:b w:val="0"/>
                <w:i w:val="0"/>
              </w:rPr>
              <w:t>Quando o corredor inicia acima da intensidade sustentável, aumenta o custo metabólico cedo demais e antecipa fadiga. Quando começa controlado, preserva recursos para sustentar a parte média e responder melhor ao final.</w:t>
            </w:r>
          </w:p>
          <w:p>
            <w:pPr/>
            <w:r>
              <w:rPr>
                <w:rFonts w:ascii="Aptos" w:hAnsi="Aptos" w:eastAsia="Aptos"/>
                <w:b w:val="0"/>
                <w:i w:val="0"/>
              </w:rPr>
              <w:t>A percepção de esforço funciona como regulador interno. Pace, frequência cardíaca e PZI ajudam a orientar, mas o atleta precisa integrar esses sinais ao contexto real da prova.</w:t>
            </w:r>
          </w:p>
          <w:p>
            <w:pPr/>
            <w:r>
              <w:rPr>
                <w:rFonts w:ascii="Aptos" w:hAnsi="Aptos" w:eastAsia="Aptos"/>
                <w:b w:val="0"/>
                <w:i w:val="0"/>
              </w:rPr>
              <w:t>O Método TriLife Running aplica essa lógica ao ensinar o atleta a controlar intensidade nos treinos para executar melhor na competição.</w:t>
            </w:r>
          </w:p>
          <w:p>
            <w:pPr/>
            <w:r>
              <w:rPr>
                <w:rFonts w:ascii="Aptos" w:hAnsi="Aptos" w:eastAsia="Aptos"/>
                <w:b w:val="0"/>
                <w:i w:val="0"/>
              </w:rPr>
              <w:t>A estratégia não nasce no discurso da véspera.</w:t>
            </w:r>
          </w:p>
          <w:p>
            <w:pPr/>
            <w:r>
              <w:rPr>
                <w:rFonts w:ascii="Aptos" w:hAnsi="Aptos" w:eastAsia="Aptos"/>
                <w:b w:val="0"/>
                <w:i w:val="0"/>
              </w:rPr>
              <w:t>Nasce na repetição de boas decisões durante o ciclo.</w:t>
            </w:r>
          </w:p>
        </w:tc>
      </w:tr>
    </w:tbl>
    <w:p/>
    <w:p>
      <w:pPr>
        <w:pStyle w:val="Heading2"/>
      </w:pPr>
      <w:r>
        <w:t>26.7 Plano A, Plano B e Plano C</w:t>
      </w:r>
    </w:p>
    <w:p>
      <w:pPr/>
      <w:r>
        <w:rPr>
          <w:rFonts w:ascii="Aptos" w:hAnsi="Aptos" w:eastAsia="Aptos"/>
          <w:b w:val="0"/>
          <w:i w:val="0"/>
        </w:rPr>
        <w:t>Uma estratégia forte não depende de um único cenário.</w:t>
      </w:r>
    </w:p>
    <w:p>
      <w:pPr/>
      <w:r>
        <w:rPr>
          <w:rFonts w:ascii="Aptos" w:hAnsi="Aptos" w:eastAsia="Aptos"/>
          <w:b w:val="0"/>
          <w:i w:val="0"/>
        </w:rPr>
        <w:t>O treinador precisa preparar o atleta para variações.</w:t>
      </w:r>
    </w:p>
    <w:p>
      <w:pPr/>
      <w:r>
        <w:rPr>
          <w:rFonts w:ascii="Aptos" w:hAnsi="Aptos" w:eastAsia="Aptos"/>
          <w:b/>
          <w:i w:val="0"/>
        </w:rPr>
        <w:t>Plano A</w:t>
      </w:r>
      <w:r>
        <w:rPr>
          <w:rFonts w:ascii="Aptos" w:hAnsi="Aptos" w:eastAsia="Aptos"/>
          <w:b w:val="0"/>
          <w:i w:val="0"/>
        </w:rPr>
        <w:t xml:space="preserve"> é a execução ideal: clima favorável, corpo respondendo bem, percurso dentro do esperado e estratégia principal mantida.</w:t>
      </w:r>
    </w:p>
    <w:p>
      <w:pPr/>
      <w:r>
        <w:rPr>
          <w:rFonts w:ascii="Aptos" w:hAnsi="Aptos" w:eastAsia="Aptos"/>
          <w:b/>
          <w:i w:val="0"/>
        </w:rPr>
        <w:t>Plano B</w:t>
      </w:r>
      <w:r>
        <w:rPr>
          <w:rFonts w:ascii="Aptos" w:hAnsi="Aptos" w:eastAsia="Aptos"/>
          <w:b w:val="0"/>
          <w:i w:val="0"/>
        </w:rPr>
        <w:t xml:space="preserve"> entra quando algo muda: calor maior, vento, largada cheia, desconforto leve, ritmo inicial fora do previsto ou sensação diferente da esperada.</w:t>
      </w:r>
    </w:p>
    <w:p>
      <w:pPr/>
      <w:r>
        <w:rPr>
          <w:rFonts w:ascii="Aptos" w:hAnsi="Aptos" w:eastAsia="Aptos"/>
          <w:b/>
          <w:i w:val="0"/>
        </w:rPr>
        <w:t>Plano C</w:t>
      </w:r>
      <w:r>
        <w:rPr>
          <w:rFonts w:ascii="Aptos" w:hAnsi="Aptos" w:eastAsia="Aptos"/>
          <w:b w:val="0"/>
          <w:i w:val="0"/>
        </w:rPr>
        <w:t xml:space="preserve"> protege o atleta quando o objetivo principal precisa ser reajustado: dor, mal-estar, quebra importante, condição ambiental severa ou risco de transformar a prova em problema.</w:t>
      </w:r>
    </w:p>
    <w:p>
      <w:pPr/>
      <w:r>
        <w:rPr>
          <w:rFonts w:ascii="Aptos" w:hAnsi="Aptos" w:eastAsia="Aptos"/>
          <w:b w:val="0"/>
          <w:i w:val="0"/>
        </w:rPr>
        <w:t>Essa organização não enfraquece a mentalidade competitiva.</w:t>
      </w:r>
    </w:p>
    <w:p>
      <w:pPr/>
      <w:r>
        <w:rPr>
          <w:rFonts w:ascii="Aptos" w:hAnsi="Aptos" w:eastAsia="Aptos"/>
          <w:b w:val="0"/>
          <w:i w:val="0"/>
        </w:rPr>
        <w:t>Fortalece.</w:t>
      </w:r>
    </w:p>
    <w:p>
      <w:pPr/>
      <w:r>
        <w:rPr>
          <w:rFonts w:ascii="Aptos" w:hAnsi="Aptos" w:eastAsia="Aptos"/>
          <w:b w:val="0"/>
          <w:i w:val="0"/>
        </w:rPr>
        <w:t>O atleta que só tem Plano A fica perdido quando a prova foge do ideal. O atleta preparado para cenários diferentes mantém capacidade de decisão.</w:t>
      </w:r>
    </w:p>
    <w:p>
      <w:pPr/>
      <w:r>
        <w:rPr>
          <w:rFonts w:ascii="Aptos" w:hAnsi="Aptos" w:eastAsia="Aptos"/>
          <w:b w:val="0"/>
          <w:i w:val="0"/>
        </w:rPr>
        <w:t>No DNA TriLife, prova bem executada não é aquela em que nada dá errado.</w:t>
      </w:r>
    </w:p>
    <w:p>
      <w:pPr/>
      <w:r>
        <w:rPr>
          <w:rFonts w:ascii="Aptos" w:hAnsi="Aptos" w:eastAsia="Aptos"/>
          <w:b w:val="0"/>
          <w:i w:val="0"/>
        </w:rPr>
        <w:t>É aquela em que o atleta sabe responder quando algo muda.</w:t>
      </w:r>
    </w:p>
    <w:p>
      <w:pPr>
        <w:pStyle w:val="Heading2"/>
      </w:pPr>
      <w:r>
        <w:t>26.8 Hidratação e alimentação fazem parte da estratégia</w:t>
      </w:r>
    </w:p>
    <w:p>
      <w:pPr/>
      <w:r>
        <w:rPr>
          <w:rFonts w:ascii="Aptos" w:hAnsi="Aptos" w:eastAsia="Aptos"/>
          <w:b w:val="0"/>
          <w:i w:val="0"/>
        </w:rPr>
        <w:t>A estratégia de prova também precisa considerar hidratação e alimentação.</w:t>
      </w:r>
    </w:p>
    <w:p>
      <w:pPr/>
      <w:r>
        <w:rPr>
          <w:rFonts w:ascii="Aptos" w:hAnsi="Aptos" w:eastAsia="Aptos"/>
          <w:b w:val="0"/>
          <w:i w:val="0"/>
        </w:rPr>
        <w:t>Esse tema será tratado com mais foco no capítulo seguinte, mas precisa aparecer aqui porque execução competitiva não depende apenas de ritmo.</w:t>
      </w:r>
    </w:p>
    <w:p>
      <w:pPr/>
      <w:r>
        <w:rPr>
          <w:rFonts w:ascii="Aptos" w:hAnsi="Aptos" w:eastAsia="Aptos"/>
          <w:b w:val="0"/>
          <w:i w:val="0"/>
        </w:rPr>
        <w:t>Em provas mais longas, ou em condições de calor, o atleta precisa saber quando beber, quando usar carboidrato, como testar isso antes e como evitar novidades no dia da prova.</w:t>
      </w:r>
    </w:p>
    <w:p>
      <w:pPr/>
      <w:r>
        <w:rPr>
          <w:rFonts w:ascii="Aptos" w:hAnsi="Aptos" w:eastAsia="Aptos"/>
          <w:b w:val="0"/>
          <w:i w:val="0"/>
        </w:rPr>
        <w:t>O erro comum é deixar tudo para a competição.</w:t>
      </w:r>
    </w:p>
    <w:p>
      <w:pPr/>
      <w:r>
        <w:rPr>
          <w:rFonts w:ascii="Aptos" w:hAnsi="Aptos" w:eastAsia="Aptos"/>
          <w:b w:val="0"/>
          <w:i w:val="0"/>
        </w:rPr>
        <w:t>Experimentar gel novo, mudar café da manhã, usar suplemento sem treino prévio ou improvisar hidratação pode comprometer uma prova bem preparada.</w:t>
      </w:r>
    </w:p>
    <w:p>
      <w:pPr/>
      <w:r>
        <w:rPr>
          <w:rFonts w:ascii="Aptos" w:hAnsi="Aptos" w:eastAsia="Aptos"/>
          <w:b w:val="0"/>
          <w:i w:val="0"/>
        </w:rPr>
        <w:t>No Método TriLife Running, nada importante deve estrear no dia da prova.</w:t>
      </w:r>
    </w:p>
    <w:p>
      <w:pPr/>
      <w:r>
        <w:rPr>
          <w:rFonts w:ascii="Aptos" w:hAnsi="Aptos" w:eastAsia="Aptos"/>
          <w:b w:val="0"/>
          <w:i w:val="0"/>
        </w:rPr>
        <w:t>Treino serve também para ensaiar rotina.</w:t>
      </w:r>
    </w:p>
    <w:p>
      <w:pPr/>
      <w:r>
        <w:rPr>
          <w:rFonts w:ascii="Aptos" w:hAnsi="Aptos" w:eastAsia="Aptos"/>
          <w:b w:val="0"/>
          <w:i w:val="0"/>
        </w:rPr>
        <w:t>O atleta precisa chegar sabendo:</w:t>
      </w:r>
    </w:p>
    <w:p>
      <w:pPr>
        <w:pStyle w:val="ListBullet"/>
      </w:pPr>
      <w:r>
        <w:rPr>
          <w:rFonts w:ascii="Aptos" w:hAnsi="Aptos" w:eastAsia="Aptos"/>
          <w:b w:val="0"/>
          <w:i w:val="0"/>
        </w:rPr>
        <w:t>o que comer antes;</w:t>
      </w:r>
    </w:p>
    <w:p>
      <w:pPr>
        <w:pStyle w:val="ListBullet"/>
      </w:pPr>
      <w:r>
        <w:rPr>
          <w:rFonts w:ascii="Aptos" w:hAnsi="Aptos" w:eastAsia="Aptos"/>
          <w:b w:val="0"/>
          <w:i w:val="0"/>
        </w:rPr>
        <w:t>o que usar durante;</w:t>
      </w:r>
    </w:p>
    <w:p>
      <w:pPr>
        <w:pStyle w:val="ListBullet"/>
      </w:pPr>
      <w:r>
        <w:rPr>
          <w:rFonts w:ascii="Aptos" w:hAnsi="Aptos" w:eastAsia="Aptos"/>
          <w:b w:val="0"/>
          <w:i w:val="0"/>
        </w:rPr>
        <w:t>onde hidratar;</w:t>
      </w:r>
    </w:p>
    <w:p>
      <w:pPr>
        <w:pStyle w:val="ListBullet"/>
      </w:pPr>
      <w:r>
        <w:rPr>
          <w:rFonts w:ascii="Aptos" w:hAnsi="Aptos" w:eastAsia="Aptos"/>
          <w:b w:val="0"/>
          <w:i w:val="0"/>
        </w:rPr>
        <w:t>em que momento controlar;</w:t>
      </w:r>
    </w:p>
    <w:p>
      <w:pPr>
        <w:pStyle w:val="ListBullet"/>
      </w:pPr>
      <w:r>
        <w:rPr>
          <w:rFonts w:ascii="Aptos" w:hAnsi="Aptos" w:eastAsia="Aptos"/>
          <w:b w:val="0"/>
          <w:i w:val="0"/>
        </w:rPr>
        <w:t>como reagir se o estômago pesar;</w:t>
      </w:r>
    </w:p>
    <w:p>
      <w:pPr>
        <w:pStyle w:val="ListBullet"/>
      </w:pPr>
      <w:r>
        <w:rPr>
          <w:rFonts w:ascii="Aptos" w:hAnsi="Aptos" w:eastAsia="Aptos"/>
          <w:b w:val="0"/>
          <w:i w:val="0"/>
        </w:rPr>
        <w:t>o que evitar na reta final.</w:t>
      </w:r>
    </w:p>
    <w:p>
      <w:pPr/>
      <w:r>
        <w:rPr>
          <w:rFonts w:ascii="Aptos" w:hAnsi="Aptos" w:eastAsia="Aptos"/>
          <w:b w:val="0"/>
          <w:i w:val="0"/>
        </w:rPr>
        <w:t>Estratégia é execução completa.</w:t>
      </w:r>
    </w:p>
    <w:p>
      <w:pPr/>
      <w:r>
        <w:rPr>
          <w:rFonts w:ascii="Aptos" w:hAnsi="Aptos" w:eastAsia="Aptos"/>
          <w:b w:val="0"/>
          <w:i w:val="0"/>
        </w:rPr>
        <w:t>Não apenas pace.</w:t>
      </w:r>
    </w:p>
    <w:p>
      <w:pPr>
        <w:pStyle w:val="Heading2"/>
      </w:pPr>
      <w:r>
        <w:t>26.9 A prova como ferramenta de aprendizado</w:t>
      </w:r>
    </w:p>
    <w:p>
      <w:pPr/>
      <w:r>
        <w:rPr>
          <w:rFonts w:ascii="Aptos" w:hAnsi="Aptos" w:eastAsia="Aptos"/>
          <w:b w:val="0"/>
          <w:i w:val="0"/>
        </w:rPr>
        <w:t>Mesmo quando a prova não sai como o planejado, ela produz informação.</w:t>
      </w:r>
    </w:p>
    <w:p>
      <w:pPr/>
      <w:r>
        <w:rPr>
          <w:rFonts w:ascii="Aptos" w:hAnsi="Aptos" w:eastAsia="Aptos"/>
          <w:b w:val="0"/>
          <w:i w:val="0"/>
        </w:rPr>
        <w:t>O Método TriLife Running não encerra a análise na linha de chegada.</w:t>
      </w:r>
    </w:p>
    <w:p>
      <w:pPr/>
      <w:r>
        <w:rPr>
          <w:rFonts w:ascii="Aptos" w:hAnsi="Aptos" w:eastAsia="Aptos"/>
          <w:b w:val="0"/>
          <w:i w:val="0"/>
        </w:rPr>
        <w:t>Depois da competição, o treinador precisa entender:</w:t>
      </w:r>
    </w:p>
    <w:p>
      <w:pPr>
        <w:pStyle w:val="ListBullet"/>
      </w:pPr>
      <w:r>
        <w:rPr>
          <w:rFonts w:ascii="Aptos" w:hAnsi="Aptos" w:eastAsia="Aptos"/>
          <w:b w:val="0"/>
          <w:i w:val="0"/>
        </w:rPr>
        <w:t>o atleta largou dentro da estratégia?</w:t>
      </w:r>
    </w:p>
    <w:p>
      <w:pPr>
        <w:pStyle w:val="ListBullet"/>
      </w:pPr>
      <w:r>
        <w:rPr>
          <w:rFonts w:ascii="Aptos" w:hAnsi="Aptos" w:eastAsia="Aptos"/>
          <w:b w:val="0"/>
          <w:i w:val="0"/>
        </w:rPr>
        <w:t>respeitou o PZI?</w:t>
      </w:r>
    </w:p>
    <w:p>
      <w:pPr>
        <w:pStyle w:val="ListBullet"/>
      </w:pPr>
      <w:r>
        <w:rPr>
          <w:rFonts w:ascii="Aptos" w:hAnsi="Aptos" w:eastAsia="Aptos"/>
          <w:b w:val="0"/>
          <w:i w:val="0"/>
        </w:rPr>
        <w:t>controlou a primeira parte?</w:t>
      </w:r>
    </w:p>
    <w:p>
      <w:pPr>
        <w:pStyle w:val="ListBullet"/>
      </w:pPr>
      <w:r>
        <w:rPr>
          <w:rFonts w:ascii="Aptos" w:hAnsi="Aptos" w:eastAsia="Aptos"/>
          <w:b w:val="0"/>
          <w:i w:val="0"/>
        </w:rPr>
        <w:t>sustentou a parte média?</w:t>
      </w:r>
    </w:p>
    <w:p>
      <w:pPr>
        <w:pStyle w:val="ListBullet"/>
      </w:pPr>
      <w:r>
        <w:rPr>
          <w:rFonts w:ascii="Aptos" w:hAnsi="Aptos" w:eastAsia="Aptos"/>
          <w:b w:val="0"/>
          <w:i w:val="0"/>
        </w:rPr>
        <w:t>quebrou onde?</w:t>
      </w:r>
    </w:p>
    <w:p>
      <w:pPr>
        <w:pStyle w:val="ListBullet"/>
      </w:pPr>
      <w:r>
        <w:rPr>
          <w:rFonts w:ascii="Aptos" w:hAnsi="Aptos" w:eastAsia="Aptos"/>
          <w:b w:val="0"/>
          <w:i w:val="0"/>
        </w:rPr>
        <w:t>por que quebrou?</w:t>
      </w:r>
    </w:p>
    <w:p>
      <w:pPr>
        <w:pStyle w:val="ListBullet"/>
      </w:pPr>
      <w:r>
        <w:rPr>
          <w:rFonts w:ascii="Aptos" w:hAnsi="Aptos" w:eastAsia="Aptos"/>
          <w:b w:val="0"/>
          <w:i w:val="0"/>
        </w:rPr>
        <w:t>hidratou bem?</w:t>
      </w:r>
    </w:p>
    <w:p>
      <w:pPr>
        <w:pStyle w:val="ListBullet"/>
      </w:pPr>
      <w:r>
        <w:rPr>
          <w:rFonts w:ascii="Aptos" w:hAnsi="Aptos" w:eastAsia="Aptos"/>
          <w:b w:val="0"/>
          <w:i w:val="0"/>
        </w:rPr>
        <w:t>alimentou-se bem?</w:t>
      </w:r>
    </w:p>
    <w:p>
      <w:pPr>
        <w:pStyle w:val="ListBullet"/>
      </w:pPr>
      <w:r>
        <w:rPr>
          <w:rFonts w:ascii="Aptos" w:hAnsi="Aptos" w:eastAsia="Aptos"/>
          <w:b w:val="0"/>
          <w:i w:val="0"/>
        </w:rPr>
        <w:t>a frequência cardíaca foi coerente?</w:t>
      </w:r>
    </w:p>
    <w:p>
      <w:pPr>
        <w:pStyle w:val="ListBullet"/>
      </w:pPr>
      <w:r>
        <w:rPr>
          <w:rFonts w:ascii="Aptos" w:hAnsi="Aptos" w:eastAsia="Aptos"/>
          <w:b w:val="0"/>
          <w:i w:val="0"/>
        </w:rPr>
        <w:t>a percepção bateu com o planejado?</w:t>
      </w:r>
    </w:p>
    <w:p>
      <w:pPr>
        <w:pStyle w:val="ListBullet"/>
      </w:pPr>
      <w:r>
        <w:rPr>
          <w:rFonts w:ascii="Aptos" w:hAnsi="Aptos" w:eastAsia="Aptos"/>
          <w:b w:val="0"/>
          <w:i w:val="0"/>
        </w:rPr>
        <w:t>houve dor?</w:t>
      </w:r>
    </w:p>
    <w:p>
      <w:pPr>
        <w:pStyle w:val="ListBullet"/>
      </w:pPr>
      <w:r>
        <w:rPr>
          <w:rFonts w:ascii="Aptos" w:hAnsi="Aptos" w:eastAsia="Aptos"/>
          <w:b w:val="0"/>
          <w:i w:val="0"/>
        </w:rPr>
        <w:t>a estratégia era realista?</w:t>
      </w:r>
    </w:p>
    <w:p>
      <w:pPr>
        <w:pStyle w:val="ListBullet"/>
      </w:pPr>
      <w:r>
        <w:rPr>
          <w:rFonts w:ascii="Aptos" w:hAnsi="Aptos" w:eastAsia="Aptos"/>
          <w:b w:val="0"/>
          <w:i w:val="0"/>
        </w:rPr>
        <w:t>o ciclo preparou adequadamente?</w:t>
      </w:r>
    </w:p>
    <w:p>
      <w:pPr/>
      <w:r>
        <w:rPr>
          <w:rFonts w:ascii="Aptos" w:hAnsi="Aptos" w:eastAsia="Aptos"/>
          <w:b w:val="0"/>
          <w:i w:val="0"/>
        </w:rPr>
        <w:t>Essa leitura transforma prova em material de evolução.</w:t>
      </w:r>
    </w:p>
    <w:p>
      <w:pPr/>
      <w:r>
        <w:rPr>
          <w:rFonts w:ascii="Aptos" w:hAnsi="Aptos" w:eastAsia="Aptos"/>
          <w:b w:val="0"/>
          <w:i w:val="0"/>
        </w:rPr>
        <w:t>A competição deixa de ser apenas resultado.</w:t>
      </w:r>
    </w:p>
    <w:p>
      <w:pPr/>
      <w:r>
        <w:rPr>
          <w:rFonts w:ascii="Aptos" w:hAnsi="Aptos" w:eastAsia="Aptos"/>
          <w:b w:val="0"/>
          <w:i w:val="0"/>
        </w:rPr>
        <w:t>Vira diagnóstico.</w:t>
      </w:r>
    </w:p>
    <w:p>
      <w:pPr/>
      <w:r>
        <w:rPr>
          <w:rFonts w:ascii="Aptos" w:hAnsi="Aptos" w:eastAsia="Aptos"/>
          <w:b w:val="0"/>
          <w:i w:val="0"/>
        </w:rPr>
        <w:t>Uma prova bem executada confirma o caminho. Uma prova mal executada revela pontos de ajuste. Uma quebra mostra onde a preparação, a estratégia ou o comportamento precisam melhorar.</w:t>
      </w:r>
    </w:p>
    <w:p>
      <w:pPr/>
      <w:r>
        <w:rPr>
          <w:rFonts w:ascii="Aptos" w:hAnsi="Aptos" w:eastAsia="Aptos"/>
          <w:b w:val="0"/>
          <w:i w:val="0"/>
        </w:rPr>
        <w:t>O atleta que aprende com a prova volta melhor para o ciclo seguinte.</w:t>
      </w:r>
    </w:p>
    <w:p>
      <w:pPr>
        <w:pStyle w:val="Heading2"/>
      </w:pPr>
      <w:r>
        <w:t>Conclusão</w:t>
      </w:r>
    </w:p>
    <w:p>
      <w:pPr/>
      <w:r>
        <w:rPr>
          <w:rFonts w:ascii="Aptos" w:hAnsi="Aptos" w:eastAsia="Aptos"/>
          <w:b w:val="0"/>
          <w:i w:val="0"/>
        </w:rPr>
        <w:t>Estratégia de prova é a transformação do treinamento em execução.</w:t>
      </w:r>
    </w:p>
    <w:p>
      <w:pPr/>
      <w:r>
        <w:rPr>
          <w:rFonts w:ascii="Aptos" w:hAnsi="Aptos" w:eastAsia="Aptos"/>
          <w:b w:val="0"/>
          <w:i w:val="0"/>
        </w:rPr>
        <w:t>O Método TriLife Running prepara o atleta para chegar à largada com condicionamento, clareza e capacidade de decisão.</w:t>
      </w:r>
    </w:p>
    <w:p>
      <w:pPr/>
      <w:r>
        <w:rPr>
          <w:rFonts w:ascii="Aptos" w:hAnsi="Aptos" w:eastAsia="Aptos"/>
          <w:b w:val="0"/>
          <w:i w:val="0"/>
        </w:rPr>
        <w:t>Pace, PZI, percepção de esforço, frequência cardíaca, terreno, clima, hidratação, alimentação e controle emocional precisam trabalhar juntos.</w:t>
      </w:r>
    </w:p>
    <w:p>
      <w:pPr/>
      <w:r>
        <w:rPr>
          <w:rFonts w:ascii="Aptos" w:hAnsi="Aptos" w:eastAsia="Aptos"/>
          <w:b w:val="0"/>
          <w:i w:val="0"/>
        </w:rPr>
        <w:t>Prova bem executada não depende apenas de correr forte.</w:t>
      </w:r>
    </w:p>
    <w:p>
      <w:pPr/>
      <w:r>
        <w:rPr>
          <w:rFonts w:ascii="Aptos" w:hAnsi="Aptos" w:eastAsia="Aptos"/>
          <w:b w:val="0"/>
          <w:i w:val="0"/>
        </w:rPr>
        <w:t>Depende de usar a capacidade construída no momento certo, com controle suficiente para sustentar e inteligência suficiente para ajustar.</w:t>
      </w:r>
    </w:p>
    <w:p>
      <w:pPr/>
      <w:r>
        <w:rPr>
          <w:rFonts w:ascii="Aptos" w:hAnsi="Aptos" w:eastAsia="Aptos"/>
          <w:b w:val="0"/>
          <w:i w:val="0"/>
        </w:rPr>
        <w:t>No DNA TriLife, estratégia não é detalhe final.</w:t>
      </w:r>
    </w:p>
    <w:p>
      <w:pPr/>
      <w:r>
        <w:rPr>
          <w:rFonts w:ascii="Aptos" w:hAnsi="Aptos" w:eastAsia="Aptos"/>
          <w:b w:val="0"/>
          <w:i w:val="0"/>
        </w:rPr>
        <w:t>É parte do treinamento desde o início.</w:t>
      </w:r>
    </w:p>
    <w:p>
      <w:pPr>
        <w:pStyle w:val="Heading2"/>
      </w:pPr>
      <w:r>
        <w:t>Princípios Fundamentais do Método TriLife Running</w:t>
      </w:r>
    </w:p>
    <w:p>
      <w:pPr>
        <w:pStyle w:val="TriLifeQuote"/>
      </w:pPr>
      <w:r>
        <w:rPr>
          <w:rFonts w:ascii="Aptos" w:hAnsi="Aptos" w:eastAsia="Aptos"/>
          <w:b w:val="0"/>
          <w:i/>
        </w:rPr>
        <w:t>Princípio Fundamental nº 101</w:t>
      </w:r>
    </w:p>
    <w:p>
      <w:pPr/>
      <w:r>
        <w:rPr>
          <w:rFonts w:ascii="Aptos" w:hAnsi="Aptos" w:eastAsia="Aptos"/>
          <w:b w:val="0"/>
          <w:i w:val="0"/>
        </w:rPr>
        <w:t>Prova bem executada começa na forma como o atleta aprendeu a treinar.</w:t>
      </w:r>
    </w:p>
    <w:p>
      <w:pPr>
        <w:pStyle w:val="TriLifeQuote"/>
      </w:pPr>
      <w:r>
        <w:rPr>
          <w:rFonts w:ascii="Aptos" w:hAnsi="Aptos" w:eastAsia="Aptos"/>
          <w:b w:val="0"/>
          <w:i/>
        </w:rPr>
        <w:t>Princípio Fundamental nº 102</w:t>
      </w:r>
    </w:p>
    <w:p>
      <w:pPr/>
      <w:r>
        <w:rPr>
          <w:rFonts w:ascii="Aptos" w:hAnsi="Aptos" w:eastAsia="Aptos"/>
          <w:b w:val="0"/>
          <w:i w:val="0"/>
        </w:rPr>
        <w:t>Pace orienta, mas estratégia exige interpretação.</w:t>
      </w:r>
    </w:p>
    <w:p>
      <w:pPr>
        <w:pStyle w:val="TriLifeQuote"/>
      </w:pPr>
      <w:r>
        <w:rPr>
          <w:rFonts w:ascii="Aptos" w:hAnsi="Aptos" w:eastAsia="Aptos"/>
          <w:b w:val="0"/>
          <w:i/>
        </w:rPr>
        <w:t>Princípio Fundamental nº 103</w:t>
      </w:r>
    </w:p>
    <w:p>
      <w:pPr/>
      <w:r>
        <w:rPr>
          <w:rFonts w:ascii="Aptos" w:hAnsi="Aptos" w:eastAsia="Aptos"/>
          <w:b w:val="0"/>
          <w:i w:val="0"/>
        </w:rPr>
        <w:t>A largada é uma decisão técnica, não uma reação emocional.</w:t>
      </w:r>
    </w:p>
    <w:p>
      <w:pPr>
        <w:pStyle w:val="TriLifeQuote"/>
      </w:pPr>
      <w:r>
        <w:rPr>
          <w:rFonts w:ascii="Aptos" w:hAnsi="Aptos" w:eastAsia="Aptos"/>
          <w:b w:val="0"/>
          <w:i/>
        </w:rPr>
        <w:t>Princípio Fundamental nº 104</w:t>
      </w:r>
    </w:p>
    <w:p>
      <w:pPr/>
      <w:r>
        <w:rPr>
          <w:rFonts w:ascii="Aptos" w:hAnsi="Aptos" w:eastAsia="Aptos"/>
          <w:b w:val="0"/>
          <w:i w:val="0"/>
        </w:rPr>
        <w:t>A prova também é ferramenta de aprendizado para o próximo ciclo.</w:t>
      </w:r>
    </w:p>
    <w:p>
      <w:r>
        <w:br w:type="page"/>
      </w:r>
    </w:p>
    <w:p>
      <w:pPr>
        <w:pStyle w:val="Heading1"/>
        <w:jc w:val="center"/>
      </w:pPr>
      <w:r>
        <w:t>CAPÍTULO 27</w:t>
      </w:r>
    </w:p>
    <w:p>
      <w:pPr>
        <w:pStyle w:val="Heading1"/>
        <w:jc w:val="center"/>
      </w:pPr>
      <w:r>
        <w:t>NUTRIÇÃO BÁSICA DENTRO DA METODOLOGIA</w:t>
      </w:r>
    </w:p>
    <w:p>
      <w:pPr>
        <w:pStyle w:val="Heading1"/>
        <w:jc w:val="center"/>
      </w:pPr>
      <w:r>
        <w:t>Energia Para Sustentar o Processo</w:t>
      </w:r>
    </w:p>
    <w:p>
      <w:pPr>
        <w:pStyle w:val="TriLifeQuote"/>
      </w:pPr>
      <w:r>
        <w:rPr>
          <w:rFonts w:ascii="Aptos" w:hAnsi="Aptos" w:eastAsia="Aptos"/>
          <w:b w:val="0"/>
          <w:i/>
        </w:rPr>
        <w:t>“Treino bem prescrito precisa de corpo abastecido para ser bem executado.”</w:t>
      </w:r>
    </w:p>
    <w:p>
      <w:pPr>
        <w:pStyle w:val="Heading2"/>
      </w:pPr>
      <w:r>
        <w:t>27.1 Nutrição dentro do Método TriLife</w:t>
      </w:r>
    </w:p>
    <w:p>
      <w:pPr/>
      <w:r>
        <w:rPr>
          <w:rFonts w:ascii="Aptos" w:hAnsi="Aptos" w:eastAsia="Aptos"/>
          <w:b w:val="0"/>
          <w:i w:val="0"/>
        </w:rPr>
        <w:t>O Método TriLife Running não transforma o treinador de corrida em nutricionista.</w:t>
      </w:r>
    </w:p>
    <w:p>
      <w:pPr/>
      <w:r>
        <w:rPr>
          <w:rFonts w:ascii="Aptos" w:hAnsi="Aptos" w:eastAsia="Aptos"/>
          <w:b w:val="0"/>
          <w:i w:val="0"/>
        </w:rPr>
        <w:t>Essa distinção precisa ficar clara.</w:t>
      </w:r>
    </w:p>
    <w:p>
      <w:pPr/>
      <w:r>
        <w:rPr>
          <w:rFonts w:ascii="Aptos" w:hAnsi="Aptos" w:eastAsia="Aptos"/>
          <w:b w:val="0"/>
          <w:i w:val="0"/>
        </w:rPr>
        <w:t>Prescrição alimentar individualizada, cálculo detalhado de dieta, suplementação específica e condutas clínicas pertencem ao profissional de nutrição.</w:t>
      </w:r>
    </w:p>
    <w:p>
      <w:pPr/>
      <w:r>
        <w:rPr>
          <w:rFonts w:ascii="Aptos" w:hAnsi="Aptos" w:eastAsia="Aptos"/>
          <w:b w:val="0"/>
          <w:i w:val="0"/>
        </w:rPr>
        <w:t>Ainda assim, a metodologia entende que nenhum processo de treinamento pode ignorar o papel básico da energia, da hidratação e da recuperação.</w:t>
      </w:r>
    </w:p>
    <w:p>
      <w:pPr/>
      <w:r>
        <w:rPr>
          <w:rFonts w:ascii="Aptos" w:hAnsi="Aptos" w:eastAsia="Aptos"/>
          <w:b w:val="0"/>
          <w:i w:val="0"/>
        </w:rPr>
        <w:t>O atleta precisa compreender que treino não acontece no vazio.</w:t>
      </w:r>
    </w:p>
    <w:p>
      <w:pPr/>
      <w:r>
        <w:rPr>
          <w:rFonts w:ascii="Aptos" w:hAnsi="Aptos" w:eastAsia="Aptos"/>
          <w:b w:val="0"/>
          <w:i w:val="0"/>
        </w:rPr>
        <w:t>Para executar bem, recuperar melhor e sustentar semanas de carga, o corpo precisa estar minimamente abastecido.</w:t>
      </w:r>
    </w:p>
    <w:p>
      <w:pPr/>
      <w:r>
        <w:rPr>
          <w:rFonts w:ascii="Aptos" w:hAnsi="Aptos" w:eastAsia="Aptos"/>
          <w:b w:val="0"/>
          <w:i w:val="0"/>
        </w:rPr>
        <w:t>Muitos erros de treinamento não nascem da planilha. Nascem de sono ruim, alimentação inadequada, baixa ingestão de energia, hidratação insuficiente ou escolhas ruins perto de sessões importantes.</w:t>
      </w:r>
    </w:p>
    <w:p>
      <w:pPr/>
      <w:r>
        <w:rPr>
          <w:rFonts w:ascii="Aptos" w:hAnsi="Aptos" w:eastAsia="Aptos"/>
          <w:b w:val="0"/>
          <w:i w:val="0"/>
        </w:rPr>
        <w:t>A metodologia não precisa invadir a área da nutrição para ensinar o básico.</w:t>
      </w:r>
    </w:p>
    <w:p>
      <w:pPr/>
      <w:r>
        <w:rPr>
          <w:rFonts w:ascii="Aptos" w:hAnsi="Aptos" w:eastAsia="Aptos"/>
          <w:b w:val="0"/>
          <w:i w:val="0"/>
        </w:rPr>
        <w:t>Precisa educar o atleta a respeitar o processo.</w:t>
      </w:r>
    </w:p>
    <w:p>
      <w:pPr/>
      <w:r>
        <w:rPr>
          <w:rFonts w:ascii="Aptos" w:hAnsi="Aptos" w:eastAsia="Aptos"/>
          <w:b w:val="0"/>
          <w:i w:val="0"/>
        </w:rPr>
        <w:t>Treinar forte sem energia suficiente compromete execução.</w:t>
      </w:r>
    </w:p>
    <w:p>
      <w:pPr/>
      <w:r>
        <w:rPr>
          <w:rFonts w:ascii="Aptos" w:hAnsi="Aptos" w:eastAsia="Aptos"/>
          <w:b w:val="0"/>
          <w:i w:val="0"/>
        </w:rPr>
        <w:t>Treinar muito sem recuperar compromete adaptação.</w:t>
      </w:r>
    </w:p>
    <w:p>
      <w:pPr/>
      <w:r>
        <w:rPr>
          <w:rFonts w:ascii="Aptos" w:hAnsi="Aptos" w:eastAsia="Aptos"/>
          <w:b w:val="0"/>
          <w:i w:val="0"/>
        </w:rPr>
        <w:t>Competir sem testar estratégia compromete resultado.</w:t>
      </w:r>
    </w:p>
    <w:p>
      <w:pPr/>
      <w:r>
        <w:rPr>
          <w:rFonts w:ascii="Aptos" w:hAnsi="Aptos" w:eastAsia="Aptos"/>
          <w:b w:val="0"/>
          <w:i w:val="0"/>
        </w:rPr>
        <w:t>Nutrição básica, dentro do DNA TriLife, é suporte para o treinamento.</w:t>
      </w:r>
    </w:p>
    <w:p>
      <w:pPr>
        <w:pStyle w:val="Heading2"/>
      </w:pPr>
      <w:r>
        <w:t>27.2 Energia disponível é condição de treinamento</w:t>
      </w:r>
    </w:p>
    <w:p>
      <w:pPr/>
      <w:r>
        <w:rPr>
          <w:rFonts w:ascii="Aptos" w:hAnsi="Aptos" w:eastAsia="Aptos"/>
          <w:b w:val="0"/>
          <w:i w:val="0"/>
        </w:rPr>
        <w:t>Todo treino exige energia.</w:t>
      </w:r>
    </w:p>
    <w:p>
      <w:pPr/>
      <w:r>
        <w:rPr>
          <w:rFonts w:ascii="Aptos" w:hAnsi="Aptos" w:eastAsia="Aptos"/>
          <w:b w:val="0"/>
          <w:i w:val="0"/>
        </w:rPr>
        <w:t>Sessões leves exigem menos. Tempo Runs, intervalados, longões, subidas e treinos em calor exigem mais. Ciclos longos exigem regularidade não apenas na planilha, mas também no abastecimento.</w:t>
      </w:r>
    </w:p>
    <w:p>
      <w:pPr/>
      <w:r>
        <w:rPr>
          <w:rFonts w:ascii="Aptos" w:hAnsi="Aptos" w:eastAsia="Aptos"/>
          <w:b w:val="0"/>
          <w:i w:val="0"/>
        </w:rPr>
        <w:t>Quando o atleta chega ao treino mal alimentado, pode sentir queda de rendimento, percepção de esforço alta, dificuldade de sustentar ritmo, tontura, irritabilidade, fadiga precoce ou recuperação ruim.</w:t>
      </w:r>
    </w:p>
    <w:p>
      <w:pPr/>
      <w:r>
        <w:rPr>
          <w:rFonts w:ascii="Aptos" w:hAnsi="Aptos" w:eastAsia="Aptos"/>
          <w:b w:val="0"/>
          <w:i w:val="0"/>
        </w:rPr>
        <w:t>Nem sempre isso significa falta de condicionamento.</w:t>
      </w:r>
    </w:p>
    <w:p>
      <w:pPr/>
      <w:r>
        <w:rPr>
          <w:rFonts w:ascii="Aptos" w:hAnsi="Aptos" w:eastAsia="Aptos"/>
          <w:b w:val="0"/>
          <w:i w:val="0"/>
        </w:rPr>
        <w:t>Às vezes, significa falta de energia.</w:t>
      </w:r>
    </w:p>
    <w:p>
      <w:pPr/>
      <w:r>
        <w:rPr>
          <w:rFonts w:ascii="Aptos" w:hAnsi="Aptos" w:eastAsia="Aptos"/>
          <w:b w:val="0"/>
          <w:i w:val="0"/>
        </w:rPr>
        <w:t>O treinador precisa saber interpretar.</w:t>
      </w:r>
    </w:p>
    <w:p>
      <w:pPr/>
      <w:r>
        <w:rPr>
          <w:rFonts w:ascii="Aptos" w:hAnsi="Aptos" w:eastAsia="Aptos"/>
          <w:b w:val="0"/>
          <w:i w:val="0"/>
        </w:rPr>
        <w:t>Se o atleta falha repetidamente em treinos-chave, mas relata alimentação ruim, pouca hidratação ou longos períodos sem comer, a análise precisa considerar esse contexto.</w:t>
      </w:r>
    </w:p>
    <w:p>
      <w:pPr/>
      <w:r>
        <w:rPr>
          <w:rFonts w:ascii="Aptos" w:hAnsi="Aptos" w:eastAsia="Aptos"/>
          <w:b w:val="0"/>
          <w:i w:val="0"/>
        </w:rPr>
        <w:t>O Método TriLife Running não avalia performance isolada da rotina.</w:t>
      </w:r>
    </w:p>
    <w:p>
      <w:pPr/>
      <w:r>
        <w:rPr>
          <w:rFonts w:ascii="Aptos" w:hAnsi="Aptos" w:eastAsia="Aptos"/>
          <w:b w:val="0"/>
          <w:i w:val="0"/>
        </w:rPr>
        <w:t>O corpo que corre é o mesmo corpo que trabalhou, dormiu, comeu, se estressou e tentou recuperar.</w:t>
      </w:r>
    </w:p>
    <w:p>
      <w:pPr/>
      <w:r>
        <w:rPr>
          <w:rFonts w:ascii="Aptos" w:hAnsi="Aptos" w:eastAsia="Aptos"/>
          <w:b w:val="0"/>
          <w:i w:val="0"/>
        </w:rPr>
        <w:t>Energia disponível sustenta qualidade.</w:t>
      </w:r>
    </w:p>
    <w:p>
      <w:pPr/>
      <w:r>
        <w:rPr>
          <w:rFonts w:ascii="Aptos" w:hAnsi="Aptos" w:eastAsia="Aptos"/>
          <w:b w:val="0"/>
          <w:i w:val="0"/>
        </w:rPr>
        <w:t>Sem ela, a planilha perde precisão.</w:t>
      </w:r>
    </w:p>
    <w:p>
      <w:pPr>
        <w:pStyle w:val="Heading2"/>
      </w:pPr>
      <w:r>
        <w:t>27.3 Carboidrato como combustível de intensidade</w:t>
      </w:r>
    </w:p>
    <w:p>
      <w:pPr/>
      <w:r>
        <w:rPr>
          <w:rFonts w:ascii="Aptos" w:hAnsi="Aptos" w:eastAsia="Aptos"/>
          <w:b w:val="0"/>
          <w:i w:val="0"/>
        </w:rPr>
        <w:t>Em treinos de corrida, especialmente nas intensidades moderadas e altas, o carboidrato tem papel importante como fonte de energia.</w:t>
      </w:r>
    </w:p>
    <w:p>
      <w:pPr/>
      <w:r>
        <w:rPr>
          <w:rFonts w:ascii="Aptos" w:hAnsi="Aptos" w:eastAsia="Aptos"/>
          <w:b w:val="0"/>
          <w:i w:val="0"/>
        </w:rPr>
        <w:t>Isso não significa que todo atleta precise comer da mesma forma.</w:t>
      </w:r>
    </w:p>
    <w:p>
      <w:pPr/>
      <w:r>
        <w:rPr>
          <w:rFonts w:ascii="Aptos" w:hAnsi="Aptos" w:eastAsia="Aptos"/>
          <w:b w:val="0"/>
          <w:i w:val="0"/>
        </w:rPr>
        <w:t>Também não significa transformar nutrição em regra única.</w:t>
      </w:r>
    </w:p>
    <w:p>
      <w:pPr/>
      <w:r>
        <w:rPr>
          <w:rFonts w:ascii="Aptos" w:hAnsi="Aptos" w:eastAsia="Aptos"/>
          <w:b w:val="0"/>
          <w:i w:val="0"/>
        </w:rPr>
        <w:t>A ideia central é simples: quanto maior a intensidade ou duração do treino, maior a necessidade de atenção ao abastecimento.</w:t>
      </w:r>
    </w:p>
    <w:p>
      <w:pPr/>
      <w:r>
        <w:rPr>
          <w:rFonts w:ascii="Aptos" w:hAnsi="Aptos" w:eastAsia="Aptos"/>
          <w:b w:val="0"/>
          <w:i w:val="0"/>
        </w:rPr>
        <w:t>Tempo Runs, intervalados, longões e sessões próximas ao Ritmo de Limiar costumam exigir mais disponibilidade energética. Quando o atleta tenta executar esses treinos sem combustível adequado, pode até completar a sessão, mas com custo maior, técnica pior e recuperação comprometida.</w:t>
      </w:r>
    </w:p>
    <w:p>
      <w:pPr/>
      <w:r>
        <w:rPr>
          <w:rFonts w:ascii="Aptos" w:hAnsi="Aptos" w:eastAsia="Aptos"/>
          <w:b w:val="0"/>
          <w:i w:val="0"/>
        </w:rPr>
        <w:t>No Método TriLife Running, o atleta aprende que treinos importantes precisam ser preparados.</w:t>
      </w:r>
    </w:p>
    <w:p>
      <w:pPr/>
      <w:r>
        <w:rPr>
          <w:rFonts w:ascii="Aptos" w:hAnsi="Aptos" w:eastAsia="Aptos"/>
          <w:b w:val="0"/>
          <w:i w:val="0"/>
        </w:rPr>
        <w:t>A preparação inclui sono, hidratação, aquecimento e também alimentação compatível.</w:t>
      </w:r>
    </w:p>
    <w:p>
      <w:pPr/>
      <w:r>
        <w:rPr>
          <w:rFonts w:ascii="Aptos" w:hAnsi="Aptos" w:eastAsia="Aptos"/>
          <w:b w:val="0"/>
          <w:i w:val="0"/>
        </w:rPr>
        <w:t>O objetivo não é criar dependência de suplemento.</w:t>
      </w:r>
    </w:p>
    <w:p>
      <w:pPr/>
      <w:r>
        <w:rPr>
          <w:rFonts w:ascii="Aptos" w:hAnsi="Aptos" w:eastAsia="Aptos"/>
          <w:b w:val="0"/>
          <w:i w:val="0"/>
        </w:rPr>
        <w:t>É evitar que falta de energia atrapalhe a adaptação planejada.</w:t>
      </w:r>
    </w:p>
    <w:p>
      <w:pPr>
        <w:pStyle w:val="Heading2"/>
      </w:pPr>
      <w:r>
        <w:t>27.4 Hidratação e controle de esforço</w:t>
      </w:r>
    </w:p>
    <w:p>
      <w:pPr/>
      <w:r>
        <w:rPr>
          <w:rFonts w:ascii="Aptos" w:hAnsi="Aptos" w:eastAsia="Aptos"/>
          <w:b w:val="0"/>
          <w:i w:val="0"/>
        </w:rPr>
        <w:t>Hidratação influencia diretamente a resposta ao treino.</w:t>
      </w:r>
    </w:p>
    <w:p>
      <w:pPr/>
      <w:r>
        <w:rPr>
          <w:rFonts w:ascii="Aptos" w:hAnsi="Aptos" w:eastAsia="Aptos"/>
          <w:b w:val="0"/>
          <w:i w:val="0"/>
        </w:rPr>
        <w:t>Em dias quentes, úmidos ou em sessões longas, a perda de líquidos pode aumentar frequência cardíaca, percepção de esforço e queda de rendimento.</w:t>
      </w:r>
    </w:p>
    <w:p>
      <w:pPr/>
      <w:r>
        <w:rPr>
          <w:rFonts w:ascii="Aptos" w:hAnsi="Aptos" w:eastAsia="Aptos"/>
          <w:b w:val="0"/>
          <w:i w:val="0"/>
        </w:rPr>
        <w:t>Isso se conecta ao que o método observa em Pace/Heart e decoupling.</w:t>
      </w:r>
    </w:p>
    <w:p>
      <w:pPr/>
      <w:r>
        <w:rPr>
          <w:rFonts w:ascii="Aptos" w:hAnsi="Aptos" w:eastAsia="Aptos"/>
          <w:b w:val="0"/>
          <w:i w:val="0"/>
        </w:rPr>
        <w:t>O atleta pode manter o mesmo pace, mas pagar custo interno cada vez maior quando desidratado ou superaquecido. A frequência cardíaca sobe, a respiração pesa e o treino deixa de representar apenas condicionamento. Passa a refletir também falha de suporte.</w:t>
      </w:r>
    </w:p>
    <w:p>
      <w:pPr/>
      <w:r>
        <w:rPr>
          <w:rFonts w:ascii="Aptos" w:hAnsi="Aptos" w:eastAsia="Aptos"/>
          <w:b w:val="0"/>
          <w:i w:val="0"/>
        </w:rPr>
        <w:t>Por isso, hidratação precisa fazer parte da cultura do atleta.</w:t>
      </w:r>
    </w:p>
    <w:p>
      <w:pPr/>
      <w:r>
        <w:rPr>
          <w:rFonts w:ascii="Aptos" w:hAnsi="Aptos" w:eastAsia="Aptos"/>
          <w:b w:val="0"/>
          <w:i w:val="0"/>
        </w:rPr>
        <w:t>Não apenas no dia da prova.</w:t>
      </w:r>
    </w:p>
    <w:p>
      <w:pPr/>
      <w:r>
        <w:rPr>
          <w:rFonts w:ascii="Aptos" w:hAnsi="Aptos" w:eastAsia="Aptos"/>
          <w:b w:val="0"/>
          <w:i w:val="0"/>
        </w:rPr>
        <w:t>O corredor deve aprender a observar:</w:t>
      </w:r>
    </w:p>
    <w:p>
      <w:pPr>
        <w:pStyle w:val="ListBullet"/>
      </w:pPr>
      <w:r>
        <w:rPr>
          <w:rFonts w:ascii="Aptos" w:hAnsi="Aptos" w:eastAsia="Aptos"/>
          <w:b w:val="0"/>
          <w:i w:val="0"/>
        </w:rPr>
        <w:t>sede;</w:t>
      </w:r>
    </w:p>
    <w:p>
      <w:pPr>
        <w:pStyle w:val="ListBullet"/>
      </w:pPr>
      <w:r>
        <w:rPr>
          <w:rFonts w:ascii="Aptos" w:hAnsi="Aptos" w:eastAsia="Aptos"/>
          <w:b w:val="0"/>
          <w:i w:val="0"/>
        </w:rPr>
        <w:t>cor da urina;</w:t>
      </w:r>
    </w:p>
    <w:p>
      <w:pPr>
        <w:pStyle w:val="ListBullet"/>
      </w:pPr>
      <w:r>
        <w:rPr>
          <w:rFonts w:ascii="Aptos" w:hAnsi="Aptos" w:eastAsia="Aptos"/>
          <w:b w:val="0"/>
          <w:i w:val="0"/>
        </w:rPr>
        <w:t>calor;</w:t>
      </w:r>
    </w:p>
    <w:p>
      <w:pPr>
        <w:pStyle w:val="ListBullet"/>
      </w:pPr>
      <w:r>
        <w:rPr>
          <w:rFonts w:ascii="Aptos" w:hAnsi="Aptos" w:eastAsia="Aptos"/>
          <w:b w:val="0"/>
          <w:i w:val="0"/>
        </w:rPr>
        <w:t>duração da sessão;</w:t>
      </w:r>
    </w:p>
    <w:p>
      <w:pPr>
        <w:pStyle w:val="ListBullet"/>
      </w:pPr>
      <w:r>
        <w:rPr>
          <w:rFonts w:ascii="Aptos" w:hAnsi="Aptos" w:eastAsia="Aptos"/>
          <w:b w:val="0"/>
          <w:i w:val="0"/>
        </w:rPr>
        <w:t>perda de suor;</w:t>
      </w:r>
    </w:p>
    <w:p>
      <w:pPr>
        <w:pStyle w:val="ListBullet"/>
      </w:pPr>
      <w:r>
        <w:rPr>
          <w:rFonts w:ascii="Aptos" w:hAnsi="Aptos" w:eastAsia="Aptos"/>
          <w:b w:val="0"/>
          <w:i w:val="0"/>
        </w:rPr>
        <w:t>sensação de boca seca;</w:t>
      </w:r>
    </w:p>
    <w:p>
      <w:pPr>
        <w:pStyle w:val="ListBullet"/>
      </w:pPr>
      <w:r>
        <w:rPr>
          <w:rFonts w:ascii="Aptos" w:hAnsi="Aptos" w:eastAsia="Aptos"/>
          <w:b w:val="0"/>
          <w:i w:val="0"/>
        </w:rPr>
        <w:t>queda de rendimento;</w:t>
      </w:r>
    </w:p>
    <w:p>
      <w:pPr>
        <w:pStyle w:val="ListBullet"/>
      </w:pPr>
      <w:r>
        <w:rPr>
          <w:rFonts w:ascii="Aptos" w:hAnsi="Aptos" w:eastAsia="Aptos"/>
          <w:b w:val="0"/>
          <w:i w:val="0"/>
        </w:rPr>
        <w:t>frequência cardíaca fora do padrão;</w:t>
      </w:r>
    </w:p>
    <w:p>
      <w:pPr>
        <w:pStyle w:val="ListBullet"/>
      </w:pPr>
      <w:r>
        <w:rPr>
          <w:rFonts w:ascii="Aptos" w:hAnsi="Aptos" w:eastAsia="Aptos"/>
          <w:b w:val="0"/>
          <w:i w:val="0"/>
        </w:rPr>
        <w:t>recuperação após treinos longos.</w:t>
      </w:r>
    </w:p>
    <w:p>
      <w:pPr/>
      <w:r>
        <w:rPr>
          <w:rFonts w:ascii="Aptos" w:hAnsi="Aptos" w:eastAsia="Aptos"/>
          <w:b w:val="0"/>
          <w:i w:val="0"/>
        </w:rPr>
        <w:t>A orientação específica pode depender do nutricionista, mas a consciência básica precisa ser reforçada pela metodologia.</w:t>
      </w:r>
    </w:p>
    <w:p>
      <w:pPr/>
      <w:r>
        <w:rPr>
          <w:rFonts w:ascii="Aptos" w:hAnsi="Aptos" w:eastAsia="Aptos"/>
          <w:b w:val="0"/>
          <w:i w:val="0"/>
        </w:rPr>
        <w:t>Atleta que treina desidratado interpreta mal o próprio corpo.</w:t>
      </w:r>
    </w:p>
    <w:p>
      <w:pPr/>
      <w:r>
        <w:rPr>
          <w:rFonts w:ascii="Aptos" w:hAnsi="Aptos" w:eastAsia="Aptos"/>
          <w:b w:val="0"/>
          <w:i w:val="0"/>
        </w:rPr>
        <w:t>E produz dados menos confiáveis.</w:t>
      </w:r>
    </w:p>
    <w:p>
      <w:pPr>
        <w:pStyle w:val="Heading2"/>
      </w:pPr>
      <w:r>
        <w:t>27.5 Antes do treino: chegar pronto</w:t>
      </w:r>
    </w:p>
    <w:p>
      <w:pPr/>
      <w:r>
        <w:rPr>
          <w:rFonts w:ascii="Aptos" w:hAnsi="Aptos" w:eastAsia="Aptos"/>
          <w:b w:val="0"/>
          <w:i w:val="0"/>
        </w:rPr>
        <w:t>A alimentação antes do treino precisa ter uma função: permitir que o atleta execute a sessão com energia e conforto.</w:t>
      </w:r>
    </w:p>
    <w:p>
      <w:pPr/>
      <w:r>
        <w:rPr>
          <w:rFonts w:ascii="Aptos" w:hAnsi="Aptos" w:eastAsia="Aptos"/>
          <w:b w:val="0"/>
          <w:i w:val="0"/>
        </w:rPr>
        <w:t>Não existe uma única regra para todos.</w:t>
      </w:r>
    </w:p>
    <w:p>
      <w:pPr/>
      <w:r>
        <w:rPr>
          <w:rFonts w:ascii="Aptos" w:hAnsi="Aptos" w:eastAsia="Aptos"/>
          <w:b w:val="0"/>
          <w:i w:val="0"/>
        </w:rPr>
        <w:t>Alguns treinam cedo. Outros treinam à noite. Alguns toleram comer perto da corrida. Outros precisam de mais tempo. Há quem se sinta bem com algo leve. Há quem precise de refeição mais estruturada.</w:t>
      </w:r>
    </w:p>
    <w:p>
      <w:pPr/>
      <w:r>
        <w:rPr>
          <w:rFonts w:ascii="Aptos" w:hAnsi="Aptos" w:eastAsia="Aptos"/>
          <w:b w:val="0"/>
          <w:i w:val="0"/>
        </w:rPr>
        <w:t>O Método TriLife Running não padroniza dieta.</w:t>
      </w:r>
    </w:p>
    <w:p>
      <w:pPr/>
      <w:r>
        <w:rPr>
          <w:rFonts w:ascii="Aptos" w:hAnsi="Aptos" w:eastAsia="Aptos"/>
          <w:b w:val="0"/>
          <w:i w:val="0"/>
        </w:rPr>
        <w:t>Mas educa o atleta a não chegar despreparado.</w:t>
      </w:r>
    </w:p>
    <w:p>
      <w:pPr/>
      <w:r>
        <w:rPr>
          <w:rFonts w:ascii="Aptos" w:hAnsi="Aptos" w:eastAsia="Aptos"/>
          <w:b w:val="0"/>
          <w:i w:val="0"/>
        </w:rPr>
        <w:t>Antes de sessões importantes, ele precisa observar:</w:t>
      </w:r>
    </w:p>
    <w:p>
      <w:pPr>
        <w:pStyle w:val="ListBullet"/>
      </w:pPr>
      <w:r>
        <w:rPr>
          <w:rFonts w:ascii="Aptos" w:hAnsi="Aptos" w:eastAsia="Aptos"/>
          <w:b w:val="0"/>
          <w:i w:val="0"/>
        </w:rPr>
        <w:t>horário do treino;</w:t>
      </w:r>
    </w:p>
    <w:p>
      <w:pPr>
        <w:pStyle w:val="ListBullet"/>
      </w:pPr>
      <w:r>
        <w:rPr>
          <w:rFonts w:ascii="Aptos" w:hAnsi="Aptos" w:eastAsia="Aptos"/>
          <w:b w:val="0"/>
          <w:i w:val="0"/>
        </w:rPr>
        <w:t>tempo desde a última refeição;</w:t>
      </w:r>
    </w:p>
    <w:p>
      <w:pPr>
        <w:pStyle w:val="ListBullet"/>
      </w:pPr>
      <w:r>
        <w:rPr>
          <w:rFonts w:ascii="Aptos" w:hAnsi="Aptos" w:eastAsia="Aptos"/>
          <w:b w:val="0"/>
          <w:i w:val="0"/>
        </w:rPr>
        <w:t>tipo de sessão;</w:t>
      </w:r>
    </w:p>
    <w:p>
      <w:pPr>
        <w:pStyle w:val="ListBullet"/>
      </w:pPr>
      <w:r>
        <w:rPr>
          <w:rFonts w:ascii="Aptos" w:hAnsi="Aptos" w:eastAsia="Aptos"/>
          <w:b w:val="0"/>
          <w:i w:val="0"/>
        </w:rPr>
        <w:t>duração prevista;</w:t>
      </w:r>
    </w:p>
    <w:p>
      <w:pPr>
        <w:pStyle w:val="ListBullet"/>
      </w:pPr>
      <w:r>
        <w:rPr>
          <w:rFonts w:ascii="Aptos" w:hAnsi="Aptos" w:eastAsia="Aptos"/>
          <w:b w:val="0"/>
          <w:i w:val="0"/>
        </w:rPr>
        <w:t>intensidade;</w:t>
      </w:r>
    </w:p>
    <w:p>
      <w:pPr>
        <w:pStyle w:val="ListBullet"/>
      </w:pPr>
      <w:r>
        <w:rPr>
          <w:rFonts w:ascii="Aptos" w:hAnsi="Aptos" w:eastAsia="Aptos"/>
          <w:b w:val="0"/>
          <w:i w:val="0"/>
        </w:rPr>
        <w:t>tolerância gastrointestinal;</w:t>
      </w:r>
    </w:p>
    <w:p>
      <w:pPr>
        <w:pStyle w:val="ListBullet"/>
      </w:pPr>
      <w:r>
        <w:rPr>
          <w:rFonts w:ascii="Aptos" w:hAnsi="Aptos" w:eastAsia="Aptos"/>
          <w:b w:val="0"/>
          <w:i w:val="0"/>
        </w:rPr>
        <w:t>hidratação;</w:t>
      </w:r>
    </w:p>
    <w:p>
      <w:pPr>
        <w:pStyle w:val="ListBullet"/>
      </w:pPr>
      <w:r>
        <w:rPr>
          <w:rFonts w:ascii="Aptos" w:hAnsi="Aptos" w:eastAsia="Aptos"/>
          <w:b w:val="0"/>
          <w:i w:val="0"/>
        </w:rPr>
        <w:t>histórico de respostas anteriores.</w:t>
      </w:r>
    </w:p>
    <w:p>
      <w:pPr/>
      <w:r>
        <w:rPr>
          <w:rFonts w:ascii="Aptos" w:hAnsi="Aptos" w:eastAsia="Aptos"/>
          <w:b w:val="0"/>
          <w:i w:val="0"/>
        </w:rPr>
        <w:t>Treinos leves podem exigir menos preparação. Treinos fortes ou longos pedem mais atenção.</w:t>
      </w:r>
    </w:p>
    <w:p>
      <w:pPr/>
      <w:r>
        <w:rPr>
          <w:rFonts w:ascii="Aptos" w:hAnsi="Aptos" w:eastAsia="Aptos"/>
          <w:b w:val="0"/>
          <w:i w:val="0"/>
        </w:rPr>
        <w:t>O erro é tratar todos os dias como iguais.</w:t>
      </w:r>
    </w:p>
    <w:p>
      <w:pPr/>
      <w:r>
        <w:rPr>
          <w:rFonts w:ascii="Aptos" w:hAnsi="Aptos" w:eastAsia="Aptos"/>
          <w:b w:val="0"/>
          <w:i w:val="0"/>
        </w:rPr>
        <w:t>A sessão define a necessidade.</w:t>
      </w:r>
    </w:p>
    <w:p>
      <w:pPr/>
      <w:r>
        <w:rPr>
          <w:rFonts w:ascii="Aptos" w:hAnsi="Aptos" w:eastAsia="Aptos"/>
          <w:b w:val="0"/>
          <w:i w:val="0"/>
        </w:rPr>
        <w:t>O atleta aprende com a própria resposta.</w:t>
      </w:r>
    </w:p>
    <w:p>
      <w:pPr/>
      <w:r>
        <w:rPr>
          <w:rFonts w:ascii="Aptos" w:hAnsi="Aptos" w:eastAsia="Aptos"/>
          <w:b w:val="0"/>
          <w:i w:val="0"/>
        </w:rPr>
        <w:t>O treinador interpreta quando a execução falha por falta de suporte.</w:t>
      </w:r>
    </w:p>
    <w:p>
      <w:pPr>
        <w:pStyle w:val="Heading2"/>
      </w:pPr>
      <w:r>
        <w:t>27.6 Durante o treino: praticar antes da prova</w:t>
      </w:r>
    </w:p>
    <w:p>
      <w:pPr/>
      <w:r>
        <w:rPr>
          <w:rFonts w:ascii="Aptos" w:hAnsi="Aptos" w:eastAsia="Aptos"/>
          <w:b w:val="0"/>
          <w:i w:val="0"/>
        </w:rPr>
        <w:t>Em treinos longos ou sessões específicas, pode ser necessário praticar alimentação e hidratação durante o esforço.</w:t>
      </w:r>
    </w:p>
    <w:p>
      <w:pPr/>
      <w:r>
        <w:rPr>
          <w:rFonts w:ascii="Aptos" w:hAnsi="Aptos" w:eastAsia="Aptos"/>
          <w:b w:val="0"/>
          <w:i w:val="0"/>
        </w:rPr>
        <w:t>Isso vale especialmente para provas mais longas, em que a estratégia nutricional não pode ser improvisada no dia.</w:t>
      </w:r>
    </w:p>
    <w:p>
      <w:pPr/>
      <w:r>
        <w:rPr>
          <w:rFonts w:ascii="Aptos" w:hAnsi="Aptos" w:eastAsia="Aptos"/>
          <w:b w:val="0"/>
          <w:i w:val="0"/>
        </w:rPr>
        <w:t>O atleta precisa testar:</w:t>
      </w:r>
    </w:p>
    <w:p>
      <w:pPr>
        <w:pStyle w:val="ListBullet"/>
      </w:pPr>
      <w:r>
        <w:rPr>
          <w:rFonts w:ascii="Aptos" w:hAnsi="Aptos" w:eastAsia="Aptos"/>
          <w:b w:val="0"/>
          <w:i w:val="0"/>
        </w:rPr>
        <w:t>horário de ingestão;</w:t>
      </w:r>
    </w:p>
    <w:p>
      <w:pPr>
        <w:pStyle w:val="ListBullet"/>
      </w:pPr>
      <w:r>
        <w:rPr>
          <w:rFonts w:ascii="Aptos" w:hAnsi="Aptos" w:eastAsia="Aptos"/>
          <w:b w:val="0"/>
          <w:i w:val="0"/>
        </w:rPr>
        <w:t>tipo de carboidrato;</w:t>
      </w:r>
    </w:p>
    <w:p>
      <w:pPr>
        <w:pStyle w:val="ListBullet"/>
      </w:pPr>
      <w:r>
        <w:rPr>
          <w:rFonts w:ascii="Aptos" w:hAnsi="Aptos" w:eastAsia="Aptos"/>
          <w:b w:val="0"/>
          <w:i w:val="0"/>
        </w:rPr>
        <w:t>quantidade tolerada;</w:t>
      </w:r>
    </w:p>
    <w:p>
      <w:pPr>
        <w:pStyle w:val="ListBullet"/>
      </w:pPr>
      <w:r>
        <w:rPr>
          <w:rFonts w:ascii="Aptos" w:hAnsi="Aptos" w:eastAsia="Aptos"/>
          <w:b w:val="0"/>
          <w:i w:val="0"/>
        </w:rPr>
        <w:t>hidratação junto com gel ou alimento;</w:t>
      </w:r>
    </w:p>
    <w:p>
      <w:pPr>
        <w:pStyle w:val="ListBullet"/>
      </w:pPr>
      <w:r>
        <w:rPr>
          <w:rFonts w:ascii="Aptos" w:hAnsi="Aptos" w:eastAsia="Aptos"/>
          <w:b w:val="0"/>
          <w:i w:val="0"/>
        </w:rPr>
        <w:t>resposta do estômago;</w:t>
      </w:r>
    </w:p>
    <w:p>
      <w:pPr>
        <w:pStyle w:val="ListBullet"/>
      </w:pPr>
      <w:r>
        <w:rPr>
          <w:rFonts w:ascii="Aptos" w:hAnsi="Aptos" w:eastAsia="Aptos"/>
          <w:b w:val="0"/>
          <w:i w:val="0"/>
        </w:rPr>
        <w:t>comportamento da energia;</w:t>
      </w:r>
    </w:p>
    <w:p>
      <w:pPr>
        <w:pStyle w:val="ListBullet"/>
      </w:pPr>
      <w:r>
        <w:rPr>
          <w:rFonts w:ascii="Aptos" w:hAnsi="Aptos" w:eastAsia="Aptos"/>
          <w:b w:val="0"/>
          <w:i w:val="0"/>
        </w:rPr>
        <w:t>preferência pessoal;</w:t>
      </w:r>
    </w:p>
    <w:p>
      <w:pPr>
        <w:pStyle w:val="ListBullet"/>
      </w:pPr>
      <w:r>
        <w:rPr>
          <w:rFonts w:ascii="Aptos" w:hAnsi="Aptos" w:eastAsia="Aptos"/>
          <w:b w:val="0"/>
          <w:i w:val="0"/>
        </w:rPr>
        <w:t>logística de transporte.</w:t>
      </w:r>
    </w:p>
    <w:p>
      <w:pPr/>
      <w:r>
        <w:rPr>
          <w:rFonts w:ascii="Aptos" w:hAnsi="Aptos" w:eastAsia="Aptos"/>
          <w:b w:val="0"/>
          <w:i w:val="0"/>
        </w:rPr>
        <w:t>Nada importante deve estrear na prova.</w:t>
      </w:r>
    </w:p>
    <w:p>
      <w:pPr/>
      <w:r>
        <w:rPr>
          <w:rFonts w:ascii="Aptos" w:hAnsi="Aptos" w:eastAsia="Aptos"/>
          <w:b w:val="0"/>
          <w:i w:val="0"/>
        </w:rPr>
        <w:t>A metodologia utiliza o treinamento para ensaiar execução.</w:t>
      </w:r>
    </w:p>
    <w:p>
      <w:pPr/>
      <w:r>
        <w:rPr>
          <w:rFonts w:ascii="Aptos" w:hAnsi="Aptos" w:eastAsia="Aptos"/>
          <w:b w:val="0"/>
          <w:i w:val="0"/>
        </w:rPr>
        <w:t>Se o atleta descobre no dia da competição que determinado gel causa desconforto, que não consegue beber correndo, que esquece de se alimentar ou que sente enjoo em determinado produto, a falha poderia ter sido evitada.</w:t>
      </w:r>
    </w:p>
    <w:p>
      <w:pPr/>
      <w:r>
        <w:rPr>
          <w:rFonts w:ascii="Aptos" w:hAnsi="Aptos" w:eastAsia="Aptos"/>
          <w:b w:val="0"/>
          <w:i w:val="0"/>
        </w:rPr>
        <w:t>Nutrição de prova também é treinável.</w:t>
      </w:r>
    </w:p>
    <w:p>
      <w:pPr/>
      <w:r>
        <w:rPr>
          <w:rFonts w:ascii="Aptos" w:hAnsi="Aptos" w:eastAsia="Aptos"/>
          <w:b w:val="0"/>
          <w:i w:val="0"/>
        </w:rPr>
        <w:t>Não basta ter o produto.</w:t>
      </w:r>
    </w:p>
    <w:p>
      <w:pPr/>
      <w:r>
        <w:rPr>
          <w:rFonts w:ascii="Aptos" w:hAnsi="Aptos" w:eastAsia="Aptos"/>
          <w:b w:val="0"/>
          <w:i w:val="0"/>
        </w:rPr>
        <w:t>É preciso saber usar.</w:t>
      </w:r>
    </w:p>
    <w:p>
      <w:pPr>
        <w:pStyle w:val="Heading2"/>
      </w:pPr>
      <w:r>
        <w:t>27.7 Depois do treino: recuperar para assimilar</w:t>
      </w:r>
    </w:p>
    <w:p>
      <w:pPr/>
      <w:r>
        <w:rPr>
          <w:rFonts w:ascii="Aptos" w:hAnsi="Aptos" w:eastAsia="Aptos"/>
          <w:b w:val="0"/>
          <w:i w:val="0"/>
        </w:rPr>
        <w:t>A adaptação acontece depois do estímulo.</w:t>
      </w:r>
    </w:p>
    <w:p>
      <w:pPr/>
      <w:r>
        <w:rPr>
          <w:rFonts w:ascii="Aptos" w:hAnsi="Aptos" w:eastAsia="Aptos"/>
          <w:b w:val="0"/>
          <w:i w:val="0"/>
        </w:rPr>
        <w:t>Por isso, a alimentação pós-treino precisa apoiar a recuperação.</w:t>
      </w:r>
    </w:p>
    <w:p>
      <w:pPr/>
      <w:r>
        <w:rPr>
          <w:rFonts w:ascii="Aptos" w:hAnsi="Aptos" w:eastAsia="Aptos"/>
          <w:b w:val="0"/>
          <w:i w:val="0"/>
        </w:rPr>
        <w:t>Após sessões mais exigentes, o corpo precisa restaurar energia, reparar tecidos, reduzir desgaste e se preparar para o próximo estímulo.</w:t>
      </w:r>
    </w:p>
    <w:p>
      <w:pPr/>
      <w:r>
        <w:rPr>
          <w:rFonts w:ascii="Aptos" w:hAnsi="Aptos" w:eastAsia="Aptos"/>
          <w:b w:val="0"/>
          <w:i w:val="0"/>
        </w:rPr>
        <w:t>Sono, hidratação e alimentação entram juntos nesse processo.</w:t>
      </w:r>
    </w:p>
    <w:p>
      <w:pPr/>
      <w:r>
        <w:rPr>
          <w:rFonts w:ascii="Aptos" w:hAnsi="Aptos" w:eastAsia="Aptos"/>
          <w:b w:val="0"/>
          <w:i w:val="0"/>
        </w:rPr>
        <w:t>Quando o atleta negligencia a recuperação, pode até cumprir bons treinos isolados, mas perde consistência nas semanas seguintes.</w:t>
      </w:r>
    </w:p>
    <w:p>
      <w:pPr/>
      <w:r>
        <w:rPr>
          <w:rFonts w:ascii="Aptos" w:hAnsi="Aptos" w:eastAsia="Aptos"/>
          <w:b w:val="0"/>
          <w:i w:val="0"/>
        </w:rPr>
        <w:t>O Método TriLife Running reforça que treino bom não termina quando o relógio para.</w:t>
      </w:r>
    </w:p>
    <w:p>
      <w:pPr/>
      <w:r>
        <w:rPr>
          <w:rFonts w:ascii="Aptos" w:hAnsi="Aptos" w:eastAsia="Aptos"/>
          <w:b w:val="0"/>
          <w:i w:val="0"/>
        </w:rPr>
        <w:t>A sessão termina quando o atleta cria condições para assimilar o que fez.</w:t>
      </w:r>
    </w:p>
    <w:p>
      <w:pPr/>
      <w:r>
        <w:rPr>
          <w:rFonts w:ascii="Aptos" w:hAnsi="Aptos" w:eastAsia="Aptos"/>
          <w:b w:val="0"/>
          <w:i w:val="0"/>
        </w:rPr>
        <w:t>Esse cuidado é ainda mais importante em blocos intensos, longões, semanas de maior volume e fases próximas à prova.</w:t>
      </w:r>
    </w:p>
    <w:p>
      <w:pPr/>
      <w:r>
        <w:rPr>
          <w:rFonts w:ascii="Aptos" w:hAnsi="Aptos" w:eastAsia="Aptos"/>
          <w:b w:val="0"/>
          <w:i w:val="0"/>
        </w:rPr>
        <w:t>A carga só tem valor quando o atleta consegue absorver.</w:t>
      </w:r>
    </w:p>
    <w:p>
      <w:pPr/>
      <w:r>
        <w:rPr>
          <w:rFonts w:ascii="Aptos" w:hAnsi="Aptos" w:eastAsia="Aptos"/>
          <w:b w:val="0"/>
          <w:i w:val="0"/>
        </w:rPr>
        <w:t>Nutrição básica ajuda nessa absorção.</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O desempenho em endurance depende de disponibilidade energética, hidratação e recuperação adequadas. Carboidratos têm papel importante em intensidades moderadas e altas, porque ajudam a sustentar esforços próximos ao limiar, treinos longos e sessões de maior demanda.</w:t>
            </w:r>
          </w:p>
          <w:p>
            <w:pPr/>
            <w:r>
              <w:rPr>
                <w:rFonts w:ascii="Aptos" w:hAnsi="Aptos" w:eastAsia="Aptos"/>
                <w:b w:val="0"/>
                <w:i w:val="0"/>
              </w:rPr>
              <w:t>A desidratação e o calor podem aumentar frequência cardíaca, percepção de esforço e queda de desempenho, interferindo diretamente na relação entre pace e custo interno. Estratégias de ingestão durante treinos longos precisam ser praticadas antes da competição para reduzir risco de desconforto gastrointestinal e falhas de energia.</w:t>
            </w:r>
          </w:p>
          <w:p>
            <w:pPr/>
            <w:r>
              <w:rPr>
                <w:rFonts w:ascii="Aptos" w:hAnsi="Aptos" w:eastAsia="Aptos"/>
                <w:b w:val="0"/>
                <w:i w:val="0"/>
              </w:rPr>
              <w:t>O Método TriLife Running utiliza esses princípios de forma básica e operacional: o atleta precisa chegar abastecido, hidratar-se com consciência, testar estratégias durante o treino e recuperar para assimilar carga.</w:t>
            </w:r>
          </w:p>
          <w:p>
            <w:pPr/>
            <w:r>
              <w:rPr>
                <w:rFonts w:ascii="Aptos" w:hAnsi="Aptos" w:eastAsia="Aptos"/>
                <w:b w:val="0"/>
                <w:i w:val="0"/>
              </w:rPr>
              <w:t>Nutrição não substitui treinamento.</w:t>
            </w:r>
          </w:p>
          <w:p>
            <w:pPr/>
            <w:r>
              <w:rPr>
                <w:rFonts w:ascii="Aptos" w:hAnsi="Aptos" w:eastAsia="Aptos"/>
                <w:b w:val="0"/>
                <w:i w:val="0"/>
              </w:rPr>
              <w:t>Mas treinamento mal sustentado por energia e recuperação perde qualidade.</w:t>
            </w:r>
          </w:p>
        </w:tc>
      </w:tr>
    </w:tbl>
    <w:p/>
    <w:p>
      <w:pPr>
        <w:pStyle w:val="Heading2"/>
      </w:pPr>
      <w:r>
        <w:t>27.8 Nutrição e interpretação de dados</w:t>
      </w:r>
    </w:p>
    <w:p>
      <w:pPr/>
      <w:r>
        <w:rPr>
          <w:rFonts w:ascii="Aptos" w:hAnsi="Aptos" w:eastAsia="Aptos"/>
          <w:b w:val="0"/>
          <w:i w:val="0"/>
        </w:rPr>
        <w:t>A nutrição também influencia a leitura do treinador.</w:t>
      </w:r>
    </w:p>
    <w:p>
      <w:pPr/>
      <w:r>
        <w:rPr>
          <w:rFonts w:ascii="Aptos" w:hAnsi="Aptos" w:eastAsia="Aptos"/>
          <w:b w:val="0"/>
          <w:i w:val="0"/>
        </w:rPr>
        <w:t>Quando um atleta apresenta frequência cardíaca alta, quebra em longões, queda de pace, percepção de esforço desproporcional ou dificuldade de recuperar, o coach precisa investigar o suporte nutricional básico.</w:t>
      </w:r>
    </w:p>
    <w:p>
      <w:pPr/>
      <w:r>
        <w:rPr>
          <w:rFonts w:ascii="Aptos" w:hAnsi="Aptos" w:eastAsia="Aptos"/>
          <w:b w:val="0"/>
          <w:i w:val="0"/>
        </w:rPr>
        <w:t>Perguntas simples ajudam:</w:t>
      </w:r>
    </w:p>
    <w:p>
      <w:pPr>
        <w:pStyle w:val="ListBullet"/>
      </w:pPr>
      <w:r>
        <w:rPr>
          <w:rFonts w:ascii="Aptos" w:hAnsi="Aptos" w:eastAsia="Aptos"/>
          <w:b w:val="0"/>
          <w:i w:val="0"/>
        </w:rPr>
        <w:t>você comeu antes do treino?</w:t>
      </w:r>
    </w:p>
    <w:p>
      <w:pPr>
        <w:pStyle w:val="ListBullet"/>
      </w:pPr>
      <w:r>
        <w:rPr>
          <w:rFonts w:ascii="Aptos" w:hAnsi="Aptos" w:eastAsia="Aptos"/>
          <w:b w:val="0"/>
          <w:i w:val="0"/>
        </w:rPr>
        <w:t>quanto tempo ficou sem comer?</w:t>
      </w:r>
    </w:p>
    <w:p>
      <w:pPr>
        <w:pStyle w:val="ListBullet"/>
      </w:pPr>
      <w:r>
        <w:rPr>
          <w:rFonts w:ascii="Aptos" w:hAnsi="Aptos" w:eastAsia="Aptos"/>
          <w:b w:val="0"/>
          <w:i w:val="0"/>
        </w:rPr>
        <w:t>bebeu água ao longo do dia?</w:t>
      </w:r>
    </w:p>
    <w:p>
      <w:pPr>
        <w:pStyle w:val="ListBullet"/>
      </w:pPr>
      <w:r>
        <w:rPr>
          <w:rFonts w:ascii="Aptos" w:hAnsi="Aptos" w:eastAsia="Aptos"/>
          <w:b w:val="0"/>
          <w:i w:val="0"/>
        </w:rPr>
        <w:t>usou algo durante o longão?</w:t>
      </w:r>
    </w:p>
    <w:p>
      <w:pPr>
        <w:pStyle w:val="ListBullet"/>
      </w:pPr>
      <w:r>
        <w:rPr>
          <w:rFonts w:ascii="Aptos" w:hAnsi="Aptos" w:eastAsia="Aptos"/>
          <w:b w:val="0"/>
          <w:i w:val="0"/>
        </w:rPr>
        <w:t>testou o que pretende usar na prova?</w:t>
      </w:r>
    </w:p>
    <w:p>
      <w:pPr>
        <w:pStyle w:val="ListBullet"/>
      </w:pPr>
      <w:r>
        <w:rPr>
          <w:rFonts w:ascii="Aptos" w:hAnsi="Aptos" w:eastAsia="Aptos"/>
          <w:b w:val="0"/>
          <w:i w:val="0"/>
        </w:rPr>
        <w:t>recuperou depois da sessão?</w:t>
      </w:r>
    </w:p>
    <w:p>
      <w:pPr>
        <w:pStyle w:val="ListBullet"/>
      </w:pPr>
      <w:r>
        <w:rPr>
          <w:rFonts w:ascii="Aptos" w:hAnsi="Aptos" w:eastAsia="Aptos"/>
          <w:b w:val="0"/>
          <w:i w:val="0"/>
        </w:rPr>
        <w:t>sentiu desconforto gástrico?</w:t>
      </w:r>
    </w:p>
    <w:p>
      <w:pPr>
        <w:pStyle w:val="ListBullet"/>
      </w:pPr>
      <w:r>
        <w:rPr>
          <w:rFonts w:ascii="Aptos" w:hAnsi="Aptos" w:eastAsia="Aptos"/>
          <w:b w:val="0"/>
          <w:i w:val="0"/>
        </w:rPr>
        <w:t>o calor interferiu?</w:t>
      </w:r>
    </w:p>
    <w:p>
      <w:pPr>
        <w:pStyle w:val="ListBullet"/>
      </w:pPr>
      <w:r>
        <w:rPr>
          <w:rFonts w:ascii="Aptos" w:hAnsi="Aptos" w:eastAsia="Aptos"/>
          <w:b w:val="0"/>
          <w:i w:val="0"/>
        </w:rPr>
        <w:t>dormiu bem?</w:t>
      </w:r>
    </w:p>
    <w:p>
      <w:pPr/>
      <w:r>
        <w:rPr>
          <w:rFonts w:ascii="Aptos" w:hAnsi="Aptos" w:eastAsia="Aptos"/>
          <w:b w:val="0"/>
          <w:i w:val="0"/>
        </w:rPr>
        <w:t>Essas respostas dão contexto aos dados.</w:t>
      </w:r>
    </w:p>
    <w:p>
      <w:pPr/>
      <w:r>
        <w:rPr>
          <w:rFonts w:ascii="Aptos" w:hAnsi="Aptos" w:eastAsia="Aptos"/>
          <w:b w:val="0"/>
          <w:i w:val="0"/>
        </w:rPr>
        <w:t>Sem elas, o treinador pode interpretar como falha fisiológica aquilo que foi falha de abastecimento.</w:t>
      </w:r>
    </w:p>
    <w:p>
      <w:pPr/>
      <w:r>
        <w:rPr>
          <w:rFonts w:ascii="Aptos" w:hAnsi="Aptos" w:eastAsia="Aptos"/>
          <w:b w:val="0"/>
          <w:i w:val="0"/>
        </w:rPr>
        <w:t>O método não separa números da realidade.</w:t>
      </w:r>
    </w:p>
    <w:p>
      <w:pPr/>
      <w:r>
        <w:rPr>
          <w:rFonts w:ascii="Aptos" w:hAnsi="Aptos" w:eastAsia="Aptos"/>
          <w:b w:val="0"/>
          <w:i w:val="0"/>
        </w:rPr>
        <w:t>Nutrição básica é uma das peças dessa realidade.</w:t>
      </w:r>
    </w:p>
    <w:p>
      <w:pPr>
        <w:pStyle w:val="Heading2"/>
      </w:pPr>
      <w:r>
        <w:t>27.9 O papel do nutricionista</w:t>
      </w:r>
    </w:p>
    <w:p>
      <w:pPr/>
      <w:r>
        <w:rPr>
          <w:rFonts w:ascii="Aptos" w:hAnsi="Aptos" w:eastAsia="Aptos"/>
          <w:b w:val="0"/>
          <w:i w:val="0"/>
        </w:rPr>
        <w:t>O treinador deve reconhecer seus limites profissionais.</w:t>
      </w:r>
    </w:p>
    <w:p>
      <w:pPr/>
      <w:r>
        <w:rPr>
          <w:rFonts w:ascii="Aptos" w:hAnsi="Aptos" w:eastAsia="Aptos"/>
          <w:b w:val="0"/>
          <w:i w:val="0"/>
        </w:rPr>
        <w:t>A metodologia pode orientar princípios gerais, educar sobre rotina, reforçar hidratação, lembrar a importância de testar estratégias e encaminhar o atleta quando necessário.</w:t>
      </w:r>
    </w:p>
    <w:p>
      <w:pPr/>
      <w:r>
        <w:rPr>
          <w:rFonts w:ascii="Aptos" w:hAnsi="Aptos" w:eastAsia="Aptos"/>
          <w:b w:val="0"/>
          <w:i w:val="0"/>
        </w:rPr>
        <w:t>Mas condutas individualizadas devem ser conduzidas por nutricionista.</w:t>
      </w:r>
    </w:p>
    <w:p>
      <w:pPr/>
      <w:r>
        <w:rPr>
          <w:rFonts w:ascii="Aptos" w:hAnsi="Aptos" w:eastAsia="Aptos"/>
          <w:b w:val="0"/>
          <w:i w:val="0"/>
        </w:rPr>
        <w:t>Isso fortalece o método.</w:t>
      </w:r>
    </w:p>
    <w:p>
      <w:pPr/>
      <w:r>
        <w:rPr>
          <w:rFonts w:ascii="Aptos" w:hAnsi="Aptos" w:eastAsia="Aptos"/>
          <w:b w:val="0"/>
          <w:i w:val="0"/>
        </w:rPr>
        <w:t>Não enfraquece.</w:t>
      </w:r>
    </w:p>
    <w:p>
      <w:pPr/>
      <w:r>
        <w:rPr>
          <w:rFonts w:ascii="Aptos" w:hAnsi="Aptos" w:eastAsia="Aptos"/>
          <w:b w:val="0"/>
          <w:i w:val="0"/>
        </w:rPr>
        <w:t>Um ecossistema de treinamento bem construído entende que o atleta precisa de suporte multidisciplinar.</w:t>
      </w:r>
    </w:p>
    <w:p>
      <w:pPr/>
      <w:r>
        <w:rPr>
          <w:rFonts w:ascii="Aptos" w:hAnsi="Aptos" w:eastAsia="Aptos"/>
          <w:b w:val="0"/>
          <w:i w:val="0"/>
        </w:rPr>
        <w:t>O coach organiza o treinamento. O nutricionista ajusta alimentação. Outros profissionais podem contribuir com fisioterapia, medicina, psicologia e fortalecimento, quando necessário.</w:t>
      </w:r>
    </w:p>
    <w:p>
      <w:pPr/>
      <w:r>
        <w:rPr>
          <w:rFonts w:ascii="Aptos" w:hAnsi="Aptos" w:eastAsia="Aptos"/>
          <w:b w:val="0"/>
          <w:i w:val="0"/>
        </w:rPr>
        <w:t>A TriLife não precisa resolver tudo sozinha.</w:t>
      </w:r>
    </w:p>
    <w:p>
      <w:pPr/>
      <w:r>
        <w:rPr>
          <w:rFonts w:ascii="Aptos" w:hAnsi="Aptos" w:eastAsia="Aptos"/>
          <w:b w:val="0"/>
          <w:i w:val="0"/>
        </w:rPr>
        <w:t>Precisa saber integrar.</w:t>
      </w:r>
    </w:p>
    <w:p>
      <w:pPr/>
      <w:r>
        <w:rPr>
          <w:rFonts w:ascii="Aptos" w:hAnsi="Aptos" w:eastAsia="Aptos"/>
          <w:b w:val="0"/>
          <w:i w:val="0"/>
        </w:rPr>
        <w:t>Essa integração melhora segurança, performance e confiança do atleta.</w:t>
      </w:r>
    </w:p>
    <w:p>
      <w:pPr>
        <w:pStyle w:val="Heading2"/>
      </w:pPr>
      <w:r>
        <w:t>27.10 Simplicidade também vale para nutrição</w:t>
      </w:r>
    </w:p>
    <w:p>
      <w:pPr/>
      <w:r>
        <w:rPr>
          <w:rFonts w:ascii="Aptos" w:hAnsi="Aptos" w:eastAsia="Aptos"/>
          <w:b w:val="0"/>
          <w:i w:val="0"/>
        </w:rPr>
        <w:t>Assim como na prescrição de treino, a nutrição básica precisa ser compreendida.</w:t>
      </w:r>
    </w:p>
    <w:p>
      <w:pPr/>
      <w:r>
        <w:rPr>
          <w:rFonts w:ascii="Aptos" w:hAnsi="Aptos" w:eastAsia="Aptos"/>
          <w:b w:val="0"/>
          <w:i w:val="0"/>
        </w:rPr>
        <w:t>O atleta não precisa receber um excesso de regras que não consegue cumprir.</w:t>
      </w:r>
    </w:p>
    <w:p>
      <w:pPr/>
      <w:r>
        <w:rPr>
          <w:rFonts w:ascii="Aptos" w:hAnsi="Aptos" w:eastAsia="Aptos"/>
          <w:b w:val="0"/>
          <w:i w:val="0"/>
        </w:rPr>
        <w:t>Precisa entender alguns princípios:</w:t>
      </w:r>
    </w:p>
    <w:p>
      <w:pPr>
        <w:pStyle w:val="ListBullet"/>
      </w:pPr>
      <w:r>
        <w:rPr>
          <w:rFonts w:ascii="Aptos" w:hAnsi="Aptos" w:eastAsia="Aptos"/>
          <w:b w:val="0"/>
          <w:i w:val="0"/>
        </w:rPr>
        <w:t>não chegar vazio em treinos importantes;</w:t>
      </w:r>
    </w:p>
    <w:p>
      <w:pPr>
        <w:pStyle w:val="ListBullet"/>
      </w:pPr>
      <w:r>
        <w:rPr>
          <w:rFonts w:ascii="Aptos" w:hAnsi="Aptos" w:eastAsia="Aptos"/>
          <w:b w:val="0"/>
          <w:i w:val="0"/>
        </w:rPr>
        <w:t>hidratar-se ao longo do dia;</w:t>
      </w:r>
    </w:p>
    <w:p>
      <w:pPr>
        <w:pStyle w:val="ListBullet"/>
      </w:pPr>
      <w:r>
        <w:rPr>
          <w:rFonts w:ascii="Aptos" w:hAnsi="Aptos" w:eastAsia="Aptos"/>
          <w:b w:val="0"/>
          <w:i w:val="0"/>
        </w:rPr>
        <w:t>testar alimentação de prova durante o ciclo;</w:t>
      </w:r>
    </w:p>
    <w:p>
      <w:pPr>
        <w:pStyle w:val="ListBullet"/>
      </w:pPr>
      <w:r>
        <w:rPr>
          <w:rFonts w:ascii="Aptos" w:hAnsi="Aptos" w:eastAsia="Aptos"/>
          <w:b w:val="0"/>
          <w:i w:val="0"/>
        </w:rPr>
        <w:t>recuperar bem depois de sessões exigentes;</w:t>
      </w:r>
    </w:p>
    <w:p>
      <w:pPr>
        <w:pStyle w:val="ListBullet"/>
      </w:pPr>
      <w:r>
        <w:rPr>
          <w:rFonts w:ascii="Aptos" w:hAnsi="Aptos" w:eastAsia="Aptos"/>
          <w:b w:val="0"/>
          <w:i w:val="0"/>
        </w:rPr>
        <w:t>não estrear produtos no dia da competição;</w:t>
      </w:r>
    </w:p>
    <w:p>
      <w:pPr>
        <w:pStyle w:val="ListBullet"/>
      </w:pPr>
      <w:r>
        <w:rPr>
          <w:rFonts w:ascii="Aptos" w:hAnsi="Aptos" w:eastAsia="Aptos"/>
          <w:b w:val="0"/>
          <w:i w:val="0"/>
        </w:rPr>
        <w:t>procurar nutricionista para plano individualizado.</w:t>
      </w:r>
    </w:p>
    <w:p>
      <w:pPr/>
      <w:r>
        <w:rPr>
          <w:rFonts w:ascii="Aptos" w:hAnsi="Aptos" w:eastAsia="Aptos"/>
          <w:b w:val="0"/>
          <w:i w:val="0"/>
        </w:rPr>
        <w:t>Essas orientações simples já evitam muitos erros.</w:t>
      </w:r>
    </w:p>
    <w:p>
      <w:pPr/>
      <w:r>
        <w:rPr>
          <w:rFonts w:ascii="Aptos" w:hAnsi="Aptos" w:eastAsia="Aptos"/>
          <w:b w:val="0"/>
          <w:i w:val="0"/>
        </w:rPr>
        <w:t>No DNA TriLife, simplicidade não significa superficialidade. Significa foco no que melhora execução.</w:t>
      </w:r>
    </w:p>
    <w:p>
      <w:pPr/>
      <w:r>
        <w:rPr>
          <w:rFonts w:ascii="Aptos" w:hAnsi="Aptos" w:eastAsia="Aptos"/>
          <w:b w:val="0"/>
          <w:i w:val="0"/>
        </w:rPr>
        <w:t>Nutrição básica dentro da metodologia existe para sustentar o treino.</w:t>
      </w:r>
    </w:p>
    <w:p>
      <w:pPr/>
      <w:r>
        <w:rPr>
          <w:rFonts w:ascii="Aptos" w:hAnsi="Aptos" w:eastAsia="Aptos"/>
          <w:b w:val="0"/>
          <w:i w:val="0"/>
        </w:rPr>
        <w:t>Não para complicar a vida do atleta.</w:t>
      </w:r>
    </w:p>
    <w:p>
      <w:pPr>
        <w:pStyle w:val="Heading2"/>
      </w:pPr>
      <w:r>
        <w:t>Conclusão</w:t>
      </w:r>
    </w:p>
    <w:p>
      <w:pPr/>
      <w:r>
        <w:rPr>
          <w:rFonts w:ascii="Aptos" w:hAnsi="Aptos" w:eastAsia="Aptos"/>
          <w:b w:val="0"/>
          <w:i w:val="0"/>
        </w:rPr>
        <w:t>Nutrição básica é suporte para os Treinos Inteligentes.</w:t>
      </w:r>
    </w:p>
    <w:p>
      <w:pPr/>
      <w:r>
        <w:rPr>
          <w:rFonts w:ascii="Aptos" w:hAnsi="Aptos" w:eastAsia="Aptos"/>
          <w:b w:val="0"/>
          <w:i w:val="0"/>
        </w:rPr>
        <w:t>O Método TriLife Running não substitui o trabalho do nutricionista, mas entende que energia, hidratação e recuperação influenciam diretamente execução, adaptação e prova.</w:t>
      </w:r>
    </w:p>
    <w:p>
      <w:pPr/>
      <w:r>
        <w:rPr>
          <w:rFonts w:ascii="Aptos" w:hAnsi="Aptos" w:eastAsia="Aptos"/>
          <w:b w:val="0"/>
          <w:i w:val="0"/>
        </w:rPr>
        <w:t>O atleta precisa chegar aos treinos importantes com condições de produzir, praticar estratégias antes da competição e recuperar bem para assimilar carga.</w:t>
      </w:r>
    </w:p>
    <w:p>
      <w:pPr/>
      <w:r>
        <w:rPr>
          <w:rFonts w:ascii="Aptos" w:hAnsi="Aptos" w:eastAsia="Aptos"/>
          <w:b w:val="0"/>
          <w:i w:val="0"/>
        </w:rPr>
        <w:t>Treino bem prescrito precisa de corpo abastecido para ser bem executado.</w:t>
      </w:r>
    </w:p>
    <w:p>
      <w:pPr>
        <w:pStyle w:val="Heading2"/>
      </w:pPr>
      <w:r>
        <w:t>Princípios Fundamentais do Método TriLife Running</w:t>
      </w:r>
    </w:p>
    <w:p>
      <w:pPr>
        <w:pStyle w:val="TriLifeQuote"/>
      </w:pPr>
      <w:r>
        <w:rPr>
          <w:rFonts w:ascii="Aptos" w:hAnsi="Aptos" w:eastAsia="Aptos"/>
          <w:b w:val="0"/>
          <w:i/>
        </w:rPr>
        <w:t>Princípio Fundamental nº 105</w:t>
      </w:r>
    </w:p>
    <w:p>
      <w:pPr/>
      <w:r>
        <w:rPr>
          <w:rFonts w:ascii="Aptos" w:hAnsi="Aptos" w:eastAsia="Aptos"/>
          <w:b w:val="0"/>
          <w:i w:val="0"/>
        </w:rPr>
        <w:t>Nutrição básica sustenta execução, recuperação e adaptação.</w:t>
      </w:r>
    </w:p>
    <w:p>
      <w:pPr>
        <w:pStyle w:val="TriLifeQuote"/>
      </w:pPr>
      <w:r>
        <w:rPr>
          <w:rFonts w:ascii="Aptos" w:hAnsi="Aptos" w:eastAsia="Aptos"/>
          <w:b w:val="0"/>
          <w:i/>
        </w:rPr>
        <w:t>Princípio Fundamental nº 106</w:t>
      </w:r>
    </w:p>
    <w:p>
      <w:pPr/>
      <w:r>
        <w:rPr>
          <w:rFonts w:ascii="Aptos" w:hAnsi="Aptos" w:eastAsia="Aptos"/>
          <w:b w:val="0"/>
          <w:i w:val="0"/>
        </w:rPr>
        <w:t>Treinos importantes precisam ser preparados também fora da planilha.</w:t>
      </w:r>
    </w:p>
    <w:p>
      <w:pPr>
        <w:pStyle w:val="TriLifeQuote"/>
      </w:pPr>
      <w:r>
        <w:rPr>
          <w:rFonts w:ascii="Aptos" w:hAnsi="Aptos" w:eastAsia="Aptos"/>
          <w:b w:val="0"/>
          <w:i/>
        </w:rPr>
        <w:t>Princípio Fundamental nº 107</w:t>
      </w:r>
    </w:p>
    <w:p>
      <w:pPr/>
      <w:r>
        <w:rPr>
          <w:rFonts w:ascii="Aptos" w:hAnsi="Aptos" w:eastAsia="Aptos"/>
          <w:b w:val="0"/>
          <w:i w:val="0"/>
        </w:rPr>
        <w:t>Nada essencial deve ser testado pela primeira vez no dia da prova.</w:t>
      </w:r>
    </w:p>
    <w:p>
      <w:pPr>
        <w:pStyle w:val="TriLifeQuote"/>
      </w:pPr>
      <w:r>
        <w:rPr>
          <w:rFonts w:ascii="Aptos" w:hAnsi="Aptos" w:eastAsia="Aptos"/>
          <w:b w:val="0"/>
          <w:i/>
        </w:rPr>
        <w:t>Princípio Fundamental nº 108</w:t>
      </w:r>
    </w:p>
    <w:p>
      <w:pPr/>
      <w:r>
        <w:rPr>
          <w:rFonts w:ascii="Aptos" w:hAnsi="Aptos" w:eastAsia="Aptos"/>
          <w:b w:val="0"/>
          <w:i w:val="0"/>
        </w:rPr>
        <w:t>O treinador orienta princípios gerais e integra o nutricionista quando necessário.</w:t>
      </w:r>
    </w:p>
    <w:p>
      <w:r>
        <w:br w:type="page"/>
      </w:r>
    </w:p>
    <w:p>
      <w:pPr>
        <w:pStyle w:val="Heading1"/>
        <w:jc w:val="center"/>
      </w:pPr>
      <w:r>
        <w:t>CAPÍTULO 28</w:t>
      </w:r>
    </w:p>
    <w:p>
      <w:pPr>
        <w:pStyle w:val="Heading1"/>
        <w:jc w:val="center"/>
      </w:pPr>
      <w:r>
        <w:t>COMO AJUSTAR TREINOS QUANDO O ATLETA FALHA</w:t>
      </w:r>
    </w:p>
    <w:p>
      <w:pPr>
        <w:pStyle w:val="Heading1"/>
        <w:jc w:val="center"/>
      </w:pPr>
      <w:r>
        <w:t>Transformando Falhas em Decisão</w:t>
      </w:r>
    </w:p>
    <w:p>
      <w:pPr>
        <w:pStyle w:val="TriLifeQuote"/>
      </w:pPr>
      <w:r>
        <w:rPr>
          <w:rFonts w:ascii="Aptos" w:hAnsi="Aptos" w:eastAsia="Aptos"/>
          <w:b w:val="0"/>
          <w:i/>
        </w:rPr>
        <w:t>“Falha isolada se ajusta. Padrão de falhas se replaneja.”</w:t>
      </w:r>
    </w:p>
    <w:p>
      <w:pPr>
        <w:pStyle w:val="Heading2"/>
      </w:pPr>
      <w:r>
        <w:t>28.1 Falhar faz parte da vida real</w:t>
      </w:r>
    </w:p>
    <w:p>
      <w:pPr/>
      <w:r>
        <w:rPr>
          <w:rFonts w:ascii="Aptos" w:hAnsi="Aptos" w:eastAsia="Aptos"/>
          <w:b w:val="0"/>
          <w:i w:val="0"/>
        </w:rPr>
        <w:t>Nenhum atleta cumpre cem por cento da planilha para sempre.</w:t>
      </w:r>
    </w:p>
    <w:p>
      <w:pPr/>
      <w:r>
        <w:rPr>
          <w:rFonts w:ascii="Aptos" w:hAnsi="Aptos" w:eastAsia="Aptos"/>
          <w:b w:val="0"/>
          <w:i w:val="0"/>
        </w:rPr>
        <w:t>Falhas acontecem.</w:t>
      </w:r>
    </w:p>
    <w:p>
      <w:pPr/>
      <w:r>
        <w:rPr>
          <w:rFonts w:ascii="Aptos" w:hAnsi="Aptos" w:eastAsia="Aptos"/>
          <w:b w:val="0"/>
          <w:i w:val="0"/>
        </w:rPr>
        <w:t>O atleta perde treino por trabalho, viagem, sono ruim, doença, dor, falta de tempo, cansaço, problemas familiares, clima, ansiedade ou simples dificuldade de organizar rotina.</w:t>
      </w:r>
    </w:p>
    <w:p>
      <w:pPr/>
      <w:r>
        <w:rPr>
          <w:rFonts w:ascii="Aptos" w:hAnsi="Aptos" w:eastAsia="Aptos"/>
          <w:b w:val="0"/>
          <w:i w:val="0"/>
        </w:rPr>
        <w:t>O Método TriLife Running não trata falha como catástrofe automática.</w:t>
      </w:r>
    </w:p>
    <w:p>
      <w:pPr/>
      <w:r>
        <w:rPr>
          <w:rFonts w:ascii="Aptos" w:hAnsi="Aptos" w:eastAsia="Aptos"/>
          <w:b w:val="0"/>
          <w:i w:val="0"/>
        </w:rPr>
        <w:t>Também não ignora.</w:t>
      </w:r>
    </w:p>
    <w:p>
      <w:pPr/>
      <w:r>
        <w:rPr>
          <w:rFonts w:ascii="Aptos" w:hAnsi="Aptos" w:eastAsia="Aptos"/>
          <w:b w:val="0"/>
          <w:i w:val="0"/>
        </w:rPr>
        <w:t>A falha é informação.</w:t>
      </w:r>
    </w:p>
    <w:p>
      <w:pPr/>
      <w:r>
        <w:rPr>
          <w:rFonts w:ascii="Aptos" w:hAnsi="Aptos" w:eastAsia="Aptos"/>
          <w:b w:val="0"/>
          <w:i w:val="0"/>
        </w:rPr>
        <w:t>O treinador precisa entender o que aconteceu, por que aconteceu e como isso interfere na lógica do ciclo.</w:t>
      </w:r>
    </w:p>
    <w:p>
      <w:pPr/>
      <w:r>
        <w:rPr>
          <w:rFonts w:ascii="Aptos" w:hAnsi="Aptos" w:eastAsia="Aptos"/>
          <w:b w:val="0"/>
          <w:i w:val="0"/>
        </w:rPr>
        <w:t>Uma falha isolada pode exigir apenas ajuste simples. Um padrão de falhas muda completamente a leitura do processo.</w:t>
      </w:r>
    </w:p>
    <w:p>
      <w:pPr/>
      <w:r>
        <w:rPr>
          <w:rFonts w:ascii="Aptos" w:hAnsi="Aptos" w:eastAsia="Aptos"/>
          <w:b w:val="0"/>
          <w:i w:val="0"/>
        </w:rPr>
        <w:t>Essa diferença é central.</w:t>
      </w:r>
    </w:p>
    <w:p>
      <w:pPr/>
      <w:r>
        <w:rPr>
          <w:rFonts w:ascii="Aptos" w:hAnsi="Aptos" w:eastAsia="Aptos"/>
          <w:b w:val="0"/>
          <w:i w:val="0"/>
        </w:rPr>
        <w:t>O erro de muitos atletas é tentar compensar tudo. Perdeu um treino, tenta encaixar no dia seguinte. Perdeu dois, empilha sessões. A semana fica pesada, a recuperação some e o ciclo perde coerência.</w:t>
      </w:r>
    </w:p>
    <w:p>
      <w:pPr/>
      <w:r>
        <w:rPr>
          <w:rFonts w:ascii="Aptos" w:hAnsi="Aptos" w:eastAsia="Aptos"/>
          <w:b w:val="0"/>
          <w:i w:val="0"/>
        </w:rPr>
        <w:t>O Método TriLife Running prefere preservar a lógica do treinamento.</w:t>
      </w:r>
    </w:p>
    <w:p>
      <w:pPr/>
      <w:r>
        <w:rPr>
          <w:rFonts w:ascii="Aptos" w:hAnsi="Aptos" w:eastAsia="Aptos"/>
          <w:b w:val="0"/>
          <w:i w:val="0"/>
        </w:rPr>
        <w:t>Nem todo treino perdido deve ser recuperado.</w:t>
      </w:r>
    </w:p>
    <w:p>
      <w:pPr/>
      <w:r>
        <w:rPr>
          <w:rFonts w:ascii="Aptos" w:hAnsi="Aptos" w:eastAsia="Aptos"/>
          <w:b w:val="0"/>
          <w:i w:val="0"/>
        </w:rPr>
        <w:t>Às vezes, seguir em frente é a melhor decisão.</w:t>
      </w:r>
    </w:p>
    <w:p>
      <w:pPr>
        <w:pStyle w:val="Heading2"/>
      </w:pPr>
      <w:r>
        <w:t>28.2 A primeira pergunta: por que o treino falhou?</w:t>
      </w:r>
    </w:p>
    <w:p>
      <w:pPr/>
      <w:r>
        <w:rPr>
          <w:rFonts w:ascii="Aptos" w:hAnsi="Aptos" w:eastAsia="Aptos"/>
          <w:b w:val="0"/>
          <w:i w:val="0"/>
        </w:rPr>
        <w:t>Antes de ajustar, o treinador precisa entender a causa.</w:t>
      </w:r>
    </w:p>
    <w:p>
      <w:pPr/>
      <w:r>
        <w:rPr>
          <w:rFonts w:ascii="Aptos" w:hAnsi="Aptos" w:eastAsia="Aptos"/>
          <w:b w:val="0"/>
          <w:i w:val="0"/>
        </w:rPr>
        <w:t>Falhas diferentes exigem respostas diferentes.</w:t>
      </w:r>
    </w:p>
    <w:p>
      <w:pPr/>
      <w:r>
        <w:rPr>
          <w:rFonts w:ascii="Aptos" w:hAnsi="Aptos" w:eastAsia="Aptos"/>
          <w:b w:val="0"/>
          <w:i w:val="0"/>
        </w:rPr>
        <w:t>O atleta faltou porque estava cansado? Porque sentiu dor? Porque não entendeu a sessão? Porque a rotina não comporta a planilha? Porque viajou? Porque a carga está alta demais? Porque não está motivado? Porque o treino foi mal posicionado? Porque faltou comunicação?</w:t>
      </w:r>
    </w:p>
    <w:p>
      <w:pPr/>
      <w:r>
        <w:rPr>
          <w:rFonts w:ascii="Aptos" w:hAnsi="Aptos" w:eastAsia="Aptos"/>
          <w:b w:val="0"/>
          <w:i w:val="0"/>
        </w:rPr>
        <w:t>Sem essa resposta, o ajuste vira chute.</w:t>
      </w:r>
    </w:p>
    <w:p>
      <w:pPr/>
      <w:r>
        <w:rPr>
          <w:rFonts w:ascii="Aptos" w:hAnsi="Aptos" w:eastAsia="Aptos"/>
          <w:b w:val="0"/>
          <w:i w:val="0"/>
        </w:rPr>
        <w:t>O Método TriLife Running interpreta a falha como sinal dentro do processo.</w:t>
      </w:r>
    </w:p>
    <w:p>
      <w:pPr/>
      <w:r>
        <w:rPr>
          <w:rFonts w:ascii="Aptos" w:hAnsi="Aptos" w:eastAsia="Aptos"/>
          <w:b w:val="0"/>
          <w:i w:val="0"/>
        </w:rPr>
        <w:t>Algumas causas são externas e pontuais. Outras revelam problema de planejamento. Algumas indicam baixa adesão. Outras mostram excesso de carga. Há falhas que são decisões inteligentes do atleta para preservar o corpo. Há falhas que mostram falta de compromisso.</w:t>
      </w:r>
    </w:p>
    <w:p>
      <w:pPr/>
      <w:r>
        <w:rPr>
          <w:rFonts w:ascii="Aptos" w:hAnsi="Aptos" w:eastAsia="Aptos"/>
          <w:b w:val="0"/>
          <w:i w:val="0"/>
        </w:rPr>
        <w:t>O coach precisa diferenciar.</w:t>
      </w:r>
    </w:p>
    <w:p>
      <w:pPr/>
      <w:r>
        <w:rPr>
          <w:rFonts w:ascii="Aptos" w:hAnsi="Aptos" w:eastAsia="Aptos"/>
          <w:b w:val="0"/>
          <w:i w:val="0"/>
        </w:rPr>
        <w:t>A planilha não deve reagir apenas ao fato de o treino ter sido perdido.</w:t>
      </w:r>
    </w:p>
    <w:p>
      <w:pPr/>
      <w:r>
        <w:rPr>
          <w:rFonts w:ascii="Aptos" w:hAnsi="Aptos" w:eastAsia="Aptos"/>
          <w:b w:val="0"/>
          <w:i w:val="0"/>
        </w:rPr>
        <w:t>Deve reagir ao motivo.</w:t>
      </w:r>
    </w:p>
    <w:p>
      <w:pPr>
        <w:pStyle w:val="Heading2"/>
      </w:pPr>
      <w:r>
        <w:t>28.3 Falha isolada não muda o ciclo inteiro</w:t>
      </w:r>
    </w:p>
    <w:p>
      <w:pPr/>
      <w:r>
        <w:rPr>
          <w:rFonts w:ascii="Aptos" w:hAnsi="Aptos" w:eastAsia="Aptos"/>
          <w:b w:val="0"/>
          <w:i w:val="0"/>
        </w:rPr>
        <w:t>Um treino perdido não precisa destruir a periodização.</w:t>
      </w:r>
    </w:p>
    <w:p>
      <w:pPr/>
      <w:r>
        <w:rPr>
          <w:rFonts w:ascii="Aptos" w:hAnsi="Aptos" w:eastAsia="Aptos"/>
          <w:b w:val="0"/>
          <w:i w:val="0"/>
        </w:rPr>
        <w:t>Se o atleta possui boa adesão, vinha respondendo bem e perdeu uma sessão por motivo pontual, o ajuste pode ser simples.</w:t>
      </w:r>
    </w:p>
    <w:p>
      <w:pPr/>
      <w:r>
        <w:rPr>
          <w:rFonts w:ascii="Aptos" w:hAnsi="Aptos" w:eastAsia="Aptos"/>
          <w:b w:val="0"/>
          <w:i w:val="0"/>
        </w:rPr>
        <w:t>Possíveis decisões:</w:t>
      </w:r>
    </w:p>
    <w:p>
      <w:pPr>
        <w:pStyle w:val="ListBullet"/>
      </w:pPr>
      <w:r>
        <w:rPr>
          <w:rFonts w:ascii="Aptos" w:hAnsi="Aptos" w:eastAsia="Aptos"/>
          <w:b w:val="0"/>
          <w:i w:val="0"/>
        </w:rPr>
        <w:t>manter a sequência original;</w:t>
      </w:r>
    </w:p>
    <w:p>
      <w:pPr>
        <w:pStyle w:val="ListBullet"/>
      </w:pPr>
      <w:r>
        <w:rPr>
          <w:rFonts w:ascii="Aptos" w:hAnsi="Aptos" w:eastAsia="Aptos"/>
          <w:b w:val="0"/>
          <w:i w:val="0"/>
        </w:rPr>
        <w:t>retirar o treino perdido;</w:t>
      </w:r>
    </w:p>
    <w:p>
      <w:pPr>
        <w:pStyle w:val="ListBullet"/>
      </w:pPr>
      <w:r>
        <w:rPr>
          <w:rFonts w:ascii="Aptos" w:hAnsi="Aptos" w:eastAsia="Aptos"/>
          <w:b w:val="0"/>
          <w:i w:val="0"/>
        </w:rPr>
        <w:t>adaptar volume da semana;</w:t>
      </w:r>
    </w:p>
    <w:p>
      <w:pPr>
        <w:pStyle w:val="ListBullet"/>
      </w:pPr>
      <w:r>
        <w:rPr>
          <w:rFonts w:ascii="Aptos" w:hAnsi="Aptos" w:eastAsia="Aptos"/>
          <w:b w:val="0"/>
          <w:i w:val="0"/>
        </w:rPr>
        <w:t>preservar o treino-chave seguinte;</w:t>
      </w:r>
    </w:p>
    <w:p>
      <w:pPr>
        <w:pStyle w:val="ListBullet"/>
      </w:pPr>
      <w:r>
        <w:rPr>
          <w:rFonts w:ascii="Aptos" w:hAnsi="Aptos" w:eastAsia="Aptos"/>
          <w:b w:val="0"/>
          <w:i w:val="0"/>
        </w:rPr>
        <w:t>transformar a sessão perdida em recuperação;</w:t>
      </w:r>
    </w:p>
    <w:p>
      <w:pPr>
        <w:pStyle w:val="ListBullet"/>
      </w:pPr>
      <w:r>
        <w:rPr>
          <w:rFonts w:ascii="Aptos" w:hAnsi="Aptos" w:eastAsia="Aptos"/>
          <w:b w:val="0"/>
          <w:i w:val="0"/>
        </w:rPr>
        <w:t>reorganizar apenas pequenos detalhes.</w:t>
      </w:r>
    </w:p>
    <w:p>
      <w:pPr/>
      <w:r>
        <w:rPr>
          <w:rFonts w:ascii="Aptos" w:hAnsi="Aptos" w:eastAsia="Aptos"/>
          <w:b w:val="0"/>
          <w:i w:val="0"/>
        </w:rPr>
        <w:t>O erro seria tentar recuperar o treino a qualquer custo.</w:t>
      </w:r>
    </w:p>
    <w:p>
      <w:pPr/>
      <w:r>
        <w:rPr>
          <w:rFonts w:ascii="Aptos" w:hAnsi="Aptos" w:eastAsia="Aptos"/>
          <w:b w:val="0"/>
          <w:i w:val="0"/>
        </w:rPr>
        <w:t>Se o atleta perdeu uma rodagem leve, talvez não haja motivo para mexer em toda a semana. Se perdeu um treino forte, o treinador precisa avaliar se vale realocar ou se isso comprometerá a recuperação. Se perdeu um longão, a decisão depende da fase do ciclo e da proximidade da prova.</w:t>
      </w:r>
    </w:p>
    <w:p>
      <w:pPr/>
      <w:r>
        <w:rPr>
          <w:rFonts w:ascii="Aptos" w:hAnsi="Aptos" w:eastAsia="Aptos"/>
          <w:b w:val="0"/>
          <w:i w:val="0"/>
        </w:rPr>
        <w:t>Falha isolada pede leitura proporcional.</w:t>
      </w:r>
    </w:p>
    <w:p>
      <w:pPr/>
      <w:r>
        <w:rPr>
          <w:rFonts w:ascii="Aptos" w:hAnsi="Aptos" w:eastAsia="Aptos"/>
          <w:b w:val="0"/>
          <w:i w:val="0"/>
        </w:rPr>
        <w:t>Treinos Inteligentes não transformam um problema pequeno em problema maior.</w:t>
      </w:r>
    </w:p>
    <w:p>
      <w:pPr>
        <w:pStyle w:val="Heading2"/>
      </w:pPr>
      <w:r>
        <w:t>28.4 Padrão de falhas exige replanejamento</w:t>
      </w:r>
    </w:p>
    <w:p>
      <w:pPr/>
      <w:r>
        <w:rPr>
          <w:rFonts w:ascii="Aptos" w:hAnsi="Aptos" w:eastAsia="Aptos"/>
          <w:b w:val="0"/>
          <w:i w:val="0"/>
        </w:rPr>
        <w:t>Quando as falhas se repetem, a conversa muda.</w:t>
      </w:r>
    </w:p>
    <w:p>
      <w:pPr/>
      <w:r>
        <w:rPr>
          <w:rFonts w:ascii="Aptos" w:hAnsi="Aptos" w:eastAsia="Aptos"/>
          <w:b w:val="0"/>
          <w:i w:val="0"/>
        </w:rPr>
        <w:t>Se o atleta falha toda semana, não comenta, executa fora da zona, perde sessões-chave ou vive tentando compensar, o problema já não é pontual.</w:t>
      </w:r>
    </w:p>
    <w:p>
      <w:pPr/>
      <w:r>
        <w:rPr>
          <w:rFonts w:ascii="Aptos" w:hAnsi="Aptos" w:eastAsia="Aptos"/>
          <w:b w:val="0"/>
          <w:i w:val="0"/>
        </w:rPr>
        <w:t>É estrutural.</w:t>
      </w:r>
    </w:p>
    <w:p>
      <w:pPr/>
      <w:r>
        <w:rPr>
          <w:rFonts w:ascii="Aptos" w:hAnsi="Aptos" w:eastAsia="Aptos"/>
          <w:b w:val="0"/>
          <w:i w:val="0"/>
        </w:rPr>
        <w:t>Nesse caso, o treinador precisa replanejar.</w:t>
      </w:r>
    </w:p>
    <w:p>
      <w:pPr/>
      <w:r>
        <w:rPr>
          <w:rFonts w:ascii="Aptos" w:hAnsi="Aptos" w:eastAsia="Aptos"/>
          <w:b w:val="0"/>
          <w:i w:val="0"/>
        </w:rPr>
        <w:t>Talvez a carga esteja alta demais. Talvez a rotina real não comporte a prescrição. Talvez a comunicação esteja ruim. Talvez o atleta ainda não tenha criado hábito. Talvez o objetivo escolhido esteja incompatível com a disponibilidade. Talvez as micrometas precisem ser reconstruídas.</w:t>
      </w:r>
    </w:p>
    <w:p>
      <w:pPr/>
      <w:r>
        <w:rPr>
          <w:rFonts w:ascii="Aptos" w:hAnsi="Aptos" w:eastAsia="Aptos"/>
          <w:b w:val="0"/>
          <w:i w:val="0"/>
        </w:rPr>
        <w:t>O Método TriLife Running não insiste cegamente em uma planilha que o atleta não consegue cumprir.</w:t>
      </w:r>
    </w:p>
    <w:p>
      <w:pPr/>
      <w:r>
        <w:rPr>
          <w:rFonts w:ascii="Aptos" w:hAnsi="Aptos" w:eastAsia="Aptos"/>
          <w:b w:val="0"/>
          <w:i w:val="0"/>
        </w:rPr>
        <w:t>A planilha é hipótese técnica.</w:t>
      </w:r>
    </w:p>
    <w:p>
      <w:pPr/>
      <w:r>
        <w:rPr>
          <w:rFonts w:ascii="Aptos" w:hAnsi="Aptos" w:eastAsia="Aptos"/>
          <w:b w:val="0"/>
          <w:i w:val="0"/>
        </w:rPr>
        <w:t>Quando a realidade mostra que a hipótese não funciona, ela precisa ser ajustada.</w:t>
      </w:r>
    </w:p>
    <w:p>
      <w:pPr/>
      <w:r>
        <w:rPr>
          <w:rFonts w:ascii="Aptos" w:hAnsi="Aptos" w:eastAsia="Aptos"/>
          <w:b w:val="0"/>
          <w:i w:val="0"/>
        </w:rPr>
        <w:t>Padrão de falhas é um pedido de mudança.</w:t>
      </w:r>
    </w:p>
    <w:p>
      <w:pPr/>
      <w:r>
        <w:rPr>
          <w:rFonts w:ascii="Aptos" w:hAnsi="Aptos" w:eastAsia="Aptos"/>
          <w:b w:val="0"/>
          <w:i w:val="0"/>
        </w:rPr>
        <w:t>Não apenas uma sequência de desculpas.</w:t>
      </w:r>
    </w:p>
    <w:p>
      <w:pPr>
        <w:pStyle w:val="Heading2"/>
      </w:pPr>
      <w:r>
        <w:t>28.5 Treino perdido não deve ser compensado automaticamente</w:t>
      </w:r>
    </w:p>
    <w:p>
      <w:pPr/>
      <w:r>
        <w:rPr>
          <w:rFonts w:ascii="Aptos" w:hAnsi="Aptos" w:eastAsia="Aptos"/>
          <w:b w:val="0"/>
          <w:i w:val="0"/>
        </w:rPr>
        <w:t>Compensar treino perdido é uma das maiores armadilhas da corrida.</w:t>
      </w:r>
    </w:p>
    <w:p>
      <w:pPr/>
      <w:r>
        <w:rPr>
          <w:rFonts w:ascii="Aptos" w:hAnsi="Aptos" w:eastAsia="Aptos"/>
          <w:b w:val="0"/>
          <w:i w:val="0"/>
        </w:rPr>
        <w:t>O atleta tenta “pagar dívida” com a planilha. Empilha sessões, reduz recuperação e transforma a semana em uma sequência mal distribuída.</w:t>
      </w:r>
    </w:p>
    <w:p>
      <w:pPr/>
      <w:r>
        <w:rPr>
          <w:rFonts w:ascii="Aptos" w:hAnsi="Aptos" w:eastAsia="Aptos"/>
          <w:b w:val="0"/>
          <w:i w:val="0"/>
        </w:rPr>
        <w:t>Esse comportamento costuma gerar mais problema do que solução.</w:t>
      </w:r>
    </w:p>
    <w:p>
      <w:pPr/>
      <w:r>
        <w:rPr>
          <w:rFonts w:ascii="Aptos" w:hAnsi="Aptos" w:eastAsia="Aptos"/>
          <w:b w:val="0"/>
          <w:i w:val="0"/>
        </w:rPr>
        <w:t>No Método TriLife Running, treino perdido não vira dívida automática.</w:t>
      </w:r>
    </w:p>
    <w:p>
      <w:pPr/>
      <w:r>
        <w:rPr>
          <w:rFonts w:ascii="Aptos" w:hAnsi="Aptos" w:eastAsia="Aptos"/>
          <w:b w:val="0"/>
          <w:i w:val="0"/>
        </w:rPr>
        <w:t>Ele precisa ser interpretado.</w:t>
      </w:r>
    </w:p>
    <w:p>
      <w:pPr/>
      <w:r>
        <w:rPr>
          <w:rFonts w:ascii="Aptos" w:hAnsi="Aptos" w:eastAsia="Aptos"/>
          <w:b w:val="0"/>
          <w:i w:val="0"/>
        </w:rPr>
        <w:t>A pergunta é:</w:t>
      </w:r>
    </w:p>
    <w:p>
      <w:pPr>
        <w:pStyle w:val="TriLifeQuote"/>
      </w:pPr>
      <w:r>
        <w:rPr>
          <w:rFonts w:ascii="Aptos" w:hAnsi="Aptos" w:eastAsia="Aptos"/>
          <w:b w:val="0"/>
          <w:i/>
        </w:rPr>
        <w:t>recuperar esse treino preserva ou prejudica a função da semana?</w:t>
      </w:r>
    </w:p>
    <w:p>
      <w:pPr/>
      <w:r>
        <w:rPr>
          <w:rFonts w:ascii="Aptos" w:hAnsi="Aptos" w:eastAsia="Aptos"/>
          <w:b w:val="0"/>
          <w:i w:val="0"/>
        </w:rPr>
        <w:t>Se preservar, pode ser realocado com critério.</w:t>
      </w:r>
    </w:p>
    <w:p>
      <w:pPr/>
      <w:r>
        <w:rPr>
          <w:rFonts w:ascii="Aptos" w:hAnsi="Aptos" w:eastAsia="Aptos"/>
          <w:b w:val="0"/>
          <w:i w:val="0"/>
        </w:rPr>
        <w:t>Se prejudicar, deve ser retirado.</w:t>
      </w:r>
    </w:p>
    <w:p>
      <w:pPr/>
      <w:r>
        <w:rPr>
          <w:rFonts w:ascii="Aptos" w:hAnsi="Aptos" w:eastAsia="Aptos"/>
          <w:b w:val="0"/>
          <w:i w:val="0"/>
        </w:rPr>
        <w:t>A prioridade não é salvar o orgulho da planilha.</w:t>
      </w:r>
    </w:p>
    <w:p>
      <w:pPr/>
      <w:r>
        <w:rPr>
          <w:rFonts w:ascii="Aptos" w:hAnsi="Aptos" w:eastAsia="Aptos"/>
          <w:b w:val="0"/>
          <w:i w:val="0"/>
        </w:rPr>
        <w:t>É preservar a adaptação do ciclo.</w:t>
      </w:r>
    </w:p>
    <w:p>
      <w:pPr/>
      <w:r>
        <w:rPr>
          <w:rFonts w:ascii="Aptos" w:hAnsi="Aptos" w:eastAsia="Aptos"/>
          <w:b w:val="0"/>
          <w:i w:val="0"/>
        </w:rPr>
        <w:t>Perder um treino pode ser ruim.</w:t>
      </w:r>
    </w:p>
    <w:p>
      <w:pPr/>
      <w:r>
        <w:rPr>
          <w:rFonts w:ascii="Aptos" w:hAnsi="Aptos" w:eastAsia="Aptos"/>
          <w:b w:val="0"/>
          <w:i w:val="0"/>
        </w:rPr>
        <w:t>Compensar errado pode ser pior.</w:t>
      </w:r>
    </w:p>
    <w:p>
      <w:pPr>
        <w:pStyle w:val="Heading2"/>
      </w:pPr>
      <w:r>
        <w:t>28.6 Hierarquia dos treinos</w:t>
      </w:r>
    </w:p>
    <w:p>
      <w:pPr/>
      <w:r>
        <w:rPr>
          <w:rFonts w:ascii="Aptos" w:hAnsi="Aptos" w:eastAsia="Aptos"/>
          <w:b w:val="0"/>
          <w:i w:val="0"/>
        </w:rPr>
        <w:t>Nem todos os treinos têm o mesmo peso dentro da semana.</w:t>
      </w:r>
    </w:p>
    <w:p>
      <w:pPr/>
      <w:r>
        <w:rPr>
          <w:rFonts w:ascii="Aptos" w:hAnsi="Aptos" w:eastAsia="Aptos"/>
          <w:b w:val="0"/>
          <w:i w:val="0"/>
        </w:rPr>
        <w:t>Algumas sessões são centrais para o objetivo do bloco. Outras são complementares. Algumas existem para recuperar. Outras para preparar. Outras para desenvolver.</w:t>
      </w:r>
    </w:p>
    <w:p>
      <w:pPr/>
      <w:r>
        <w:rPr>
          <w:rFonts w:ascii="Aptos" w:hAnsi="Aptos" w:eastAsia="Aptos"/>
          <w:b w:val="0"/>
          <w:i w:val="0"/>
        </w:rPr>
        <w:t>Quando o atleta falha, o treinador precisa saber o que preservar.</w:t>
      </w:r>
    </w:p>
    <w:p>
      <w:pPr/>
      <w:r>
        <w:rPr>
          <w:rFonts w:ascii="Aptos" w:hAnsi="Aptos" w:eastAsia="Aptos"/>
          <w:b w:val="0"/>
          <w:i w:val="0"/>
        </w:rPr>
        <w:t>Em uma semana específica, o treino-chave pode ser o Tempo Run. Em outra, o longão. Em outra, a recuperação. Em outra, o estímulo de subida. Em outra, o objetivo principal pode ser simplesmente voltar a ter regularidade.</w:t>
      </w:r>
    </w:p>
    <w:p>
      <w:pPr/>
      <w:r>
        <w:rPr>
          <w:rFonts w:ascii="Aptos" w:hAnsi="Aptos" w:eastAsia="Aptos"/>
          <w:b w:val="0"/>
          <w:i w:val="0"/>
        </w:rPr>
        <w:t>Essa hierarquia orienta o ajuste.</w:t>
      </w:r>
    </w:p>
    <w:p>
      <w:pPr/>
      <w:r>
        <w:rPr>
          <w:rFonts w:ascii="Aptos" w:hAnsi="Aptos" w:eastAsia="Aptos"/>
          <w:b w:val="0"/>
          <w:i w:val="0"/>
        </w:rPr>
        <w:t>Se o atleta perdeu um treino complementar, talvez a semana siga normalmente. Se perdeu a sessão principal, o coach avalia se ainda é possível realocar sem comprometer o restante. Se perdeu uma sessão leve, talvez não valha a pena inserir em outro dia.</w:t>
      </w:r>
    </w:p>
    <w:p>
      <w:pPr/>
      <w:r>
        <w:rPr>
          <w:rFonts w:ascii="Aptos" w:hAnsi="Aptos" w:eastAsia="Aptos"/>
          <w:b w:val="0"/>
          <w:i w:val="0"/>
        </w:rPr>
        <w:t>O método não trata todos os treinos como iguais.</w:t>
      </w:r>
    </w:p>
    <w:p>
      <w:pPr/>
      <w:r>
        <w:rPr>
          <w:rFonts w:ascii="Aptos" w:hAnsi="Aptos" w:eastAsia="Aptos"/>
          <w:b w:val="0"/>
          <w:i w:val="0"/>
        </w:rPr>
        <w:t>Trata cada treino pela função que exerce.</w:t>
      </w:r>
    </w:p>
    <w:p>
      <w:pPr>
        <w:pStyle w:val="Heading2"/>
      </w:pPr>
      <w:r>
        <w:t>28.7 Dor muda a decisão</w:t>
      </w:r>
    </w:p>
    <w:p>
      <w:pPr/>
      <w:r>
        <w:rPr>
          <w:rFonts w:ascii="Aptos" w:hAnsi="Aptos" w:eastAsia="Aptos"/>
          <w:b w:val="0"/>
          <w:i w:val="0"/>
        </w:rPr>
        <w:t>Quando a falha envolve dor, a decisão precisa ser mais cuidadosa.</w:t>
      </w:r>
    </w:p>
    <w:p>
      <w:pPr/>
      <w:r>
        <w:rPr>
          <w:rFonts w:ascii="Aptos" w:hAnsi="Aptos" w:eastAsia="Aptos"/>
          <w:b w:val="0"/>
          <w:i w:val="0"/>
        </w:rPr>
        <w:t>Dor persistente, dor que altera mecânica, dor que piora durante o treino ou dor que retorna repetidamente não deve ser tratada como simples falta.</w:t>
      </w:r>
    </w:p>
    <w:p>
      <w:pPr/>
      <w:r>
        <w:rPr>
          <w:rFonts w:ascii="Aptos" w:hAnsi="Aptos" w:eastAsia="Aptos"/>
          <w:b w:val="0"/>
          <w:i w:val="0"/>
        </w:rPr>
        <w:t>Nesse caso, o ajuste precisa priorizar segurança.</w:t>
      </w:r>
    </w:p>
    <w:p>
      <w:pPr/>
      <w:r>
        <w:rPr>
          <w:rFonts w:ascii="Aptos" w:hAnsi="Aptos" w:eastAsia="Aptos"/>
          <w:b w:val="0"/>
          <w:i w:val="0"/>
        </w:rPr>
        <w:t>Possíveis decisões incluem:</w:t>
      </w:r>
    </w:p>
    <w:p>
      <w:pPr>
        <w:pStyle w:val="ListBullet"/>
      </w:pPr>
      <w:r>
        <w:rPr>
          <w:rFonts w:ascii="Aptos" w:hAnsi="Aptos" w:eastAsia="Aptos"/>
          <w:b w:val="0"/>
          <w:i w:val="0"/>
        </w:rPr>
        <w:t>retirar intensidade;</w:t>
      </w:r>
    </w:p>
    <w:p>
      <w:pPr>
        <w:pStyle w:val="ListBullet"/>
      </w:pPr>
      <w:r>
        <w:rPr>
          <w:rFonts w:ascii="Aptos" w:hAnsi="Aptos" w:eastAsia="Aptos"/>
          <w:b w:val="0"/>
          <w:i w:val="0"/>
        </w:rPr>
        <w:t>substituir corrida por atividade de menor impacto;</w:t>
      </w:r>
    </w:p>
    <w:p>
      <w:pPr>
        <w:pStyle w:val="ListBullet"/>
      </w:pPr>
      <w:r>
        <w:rPr>
          <w:rFonts w:ascii="Aptos" w:hAnsi="Aptos" w:eastAsia="Aptos"/>
          <w:b w:val="0"/>
          <w:i w:val="0"/>
        </w:rPr>
        <w:t>reduzir volume;</w:t>
      </w:r>
    </w:p>
    <w:p>
      <w:pPr>
        <w:pStyle w:val="ListBullet"/>
      </w:pPr>
      <w:r>
        <w:rPr>
          <w:rFonts w:ascii="Aptos" w:hAnsi="Aptos" w:eastAsia="Aptos"/>
          <w:b w:val="0"/>
          <w:i w:val="0"/>
        </w:rPr>
        <w:t>priorizar recuperação;</w:t>
      </w:r>
    </w:p>
    <w:p>
      <w:pPr>
        <w:pStyle w:val="ListBullet"/>
      </w:pPr>
      <w:r>
        <w:rPr>
          <w:rFonts w:ascii="Aptos" w:hAnsi="Aptos" w:eastAsia="Aptos"/>
          <w:b w:val="0"/>
          <w:i w:val="0"/>
        </w:rPr>
        <w:t>orientar avaliação profissional;</w:t>
      </w:r>
    </w:p>
    <w:p>
      <w:pPr>
        <w:pStyle w:val="ListBullet"/>
      </w:pPr>
      <w:r>
        <w:rPr>
          <w:rFonts w:ascii="Aptos" w:hAnsi="Aptos" w:eastAsia="Aptos"/>
          <w:b w:val="0"/>
          <w:i w:val="0"/>
        </w:rPr>
        <w:t>revisar fortalecimento;</w:t>
      </w:r>
    </w:p>
    <w:p>
      <w:pPr>
        <w:pStyle w:val="ListBullet"/>
      </w:pPr>
      <w:r>
        <w:rPr>
          <w:rFonts w:ascii="Aptos" w:hAnsi="Aptos" w:eastAsia="Aptos"/>
          <w:b w:val="0"/>
          <w:i w:val="0"/>
        </w:rPr>
        <w:t>observar biomecânica;</w:t>
      </w:r>
    </w:p>
    <w:p>
      <w:pPr>
        <w:pStyle w:val="ListBullet"/>
      </w:pPr>
      <w:r>
        <w:rPr>
          <w:rFonts w:ascii="Aptos" w:hAnsi="Aptos" w:eastAsia="Aptos"/>
          <w:b w:val="0"/>
          <w:i w:val="0"/>
        </w:rPr>
        <w:t>pausar progressão;</w:t>
      </w:r>
    </w:p>
    <w:p>
      <w:pPr>
        <w:pStyle w:val="ListBullet"/>
      </w:pPr>
      <w:r>
        <w:rPr>
          <w:rFonts w:ascii="Aptos" w:hAnsi="Aptos" w:eastAsia="Aptos"/>
          <w:b w:val="0"/>
          <w:i w:val="0"/>
        </w:rPr>
        <w:t>evitar compensar treinos perdidos.</w:t>
      </w:r>
    </w:p>
    <w:p>
      <w:pPr/>
      <w:r>
        <w:rPr>
          <w:rFonts w:ascii="Aptos" w:hAnsi="Aptos" w:eastAsia="Aptos"/>
          <w:b w:val="0"/>
          <w:i w:val="0"/>
        </w:rPr>
        <w:t>A metodologia não normaliza dor como parte obrigatória da evolução.</w:t>
      </w:r>
    </w:p>
    <w:p>
      <w:pPr/>
      <w:r>
        <w:rPr>
          <w:rFonts w:ascii="Aptos" w:hAnsi="Aptos" w:eastAsia="Aptos"/>
          <w:b w:val="0"/>
          <w:i w:val="0"/>
        </w:rPr>
        <w:t>Desconforto de esforço é uma coisa.</w:t>
      </w:r>
    </w:p>
    <w:p>
      <w:pPr/>
      <w:r>
        <w:rPr>
          <w:rFonts w:ascii="Aptos" w:hAnsi="Aptos" w:eastAsia="Aptos"/>
          <w:b w:val="0"/>
          <w:i w:val="0"/>
        </w:rPr>
        <w:t>Dor com sinal de risco é outra.</w:t>
      </w:r>
    </w:p>
    <w:p>
      <w:pPr/>
      <w:r>
        <w:rPr>
          <w:rFonts w:ascii="Aptos" w:hAnsi="Aptos" w:eastAsia="Aptos"/>
          <w:b w:val="0"/>
          <w:i w:val="0"/>
        </w:rPr>
        <w:t>O treinador precisa preservar o atleta.</w:t>
      </w:r>
    </w:p>
    <w:p>
      <w:pPr/>
      <w:r>
        <w:rPr>
          <w:rFonts w:ascii="Aptos" w:hAnsi="Aptos" w:eastAsia="Aptos"/>
          <w:b w:val="0"/>
          <w:i w:val="0"/>
        </w:rPr>
        <w:t>Não apenas a planilha.</w:t>
      </w:r>
    </w:p>
    <w:p>
      <w:pPr/>
      <w:r>
        <w:rPr>
          <w:rFonts w:ascii="Aptos" w:hAnsi="Aptos" w:eastAsia="Aptos"/>
          <w:b w:val="0"/>
          <w:i w:val="0"/>
        </w:rPr>
        <w:t>Treinos Inteligentes protegem continuidade.</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Ajustar treinos diante de falhas se conecta ao controle de carga e à prevenção de acúmulo excessivo de fadiga. O organismo se adapta à sequência de estímulos recebidos, mas essa adaptação depende da distribuição adequada entre carga e recuperação.</w:t>
            </w:r>
          </w:p>
          <w:p>
            <w:pPr/>
            <w:r>
              <w:rPr>
                <w:rFonts w:ascii="Aptos" w:hAnsi="Aptos" w:eastAsia="Aptos"/>
                <w:b w:val="0"/>
                <w:i w:val="0"/>
              </w:rPr>
              <w:t>Quando um treino perdido é compensado sem critério, a densidade da semana pode aumentar demais. Isso reduz recuperação, altera a função dos treinos seguintes e pode elevar o risco de fadiga não funcional ou lesão.</w:t>
            </w:r>
          </w:p>
          <w:p>
            <w:pPr/>
            <w:r>
              <w:rPr>
                <w:rFonts w:ascii="Aptos" w:hAnsi="Aptos" w:eastAsia="Aptos"/>
                <w:b w:val="0"/>
                <w:i w:val="0"/>
              </w:rPr>
              <w:t>A literatura de monitoramento de carga reforça a importância de observar consistência, progressão gradual e resposta individual. O Método TriLife Running aplica essa lógica ao diferenciar falha isolada de padrão de falhas, preservando a função do ciclo antes de tentar salvar uma sessão perdida.</w:t>
            </w:r>
          </w:p>
          <w:p>
            <w:pPr/>
            <w:r>
              <w:rPr>
                <w:rFonts w:ascii="Aptos" w:hAnsi="Aptos" w:eastAsia="Aptos"/>
                <w:b w:val="0"/>
                <w:i w:val="0"/>
              </w:rPr>
              <w:t>Ajustar não é improvisar.</w:t>
            </w:r>
          </w:p>
          <w:p>
            <w:pPr/>
            <w:r>
              <w:rPr>
                <w:rFonts w:ascii="Aptos" w:hAnsi="Aptos" w:eastAsia="Aptos"/>
                <w:b w:val="0"/>
                <w:i w:val="0"/>
              </w:rPr>
              <w:t>É proteger a adaptação planejada.</w:t>
            </w:r>
          </w:p>
        </w:tc>
      </w:tr>
    </w:tbl>
    <w:p/>
    <w:p>
      <w:pPr>
        <w:pStyle w:val="Heading2"/>
      </w:pPr>
      <w:r>
        <w:t>28.8 Comunicação transforma falha em aprendizado</w:t>
      </w:r>
    </w:p>
    <w:p>
      <w:pPr/>
      <w:r>
        <w:rPr>
          <w:rFonts w:ascii="Aptos" w:hAnsi="Aptos" w:eastAsia="Aptos"/>
          <w:b w:val="0"/>
          <w:i w:val="0"/>
        </w:rPr>
        <w:t>A qualidade do ajuste depende da comunicação.</w:t>
      </w:r>
    </w:p>
    <w:p>
      <w:pPr/>
      <w:r>
        <w:rPr>
          <w:rFonts w:ascii="Aptos" w:hAnsi="Aptos" w:eastAsia="Aptos"/>
          <w:b w:val="0"/>
          <w:i w:val="0"/>
        </w:rPr>
        <w:t>Se o atleta apenas deixa de fazer o treino e não explica nada, o treinador interpreta com menos precisão. Se comenta bem, informa dor, cansaço, rotina, sono, clima ou dificuldade de execução, a falha vira dado útil.</w:t>
      </w:r>
    </w:p>
    <w:p>
      <w:pPr/>
      <w:r>
        <w:rPr>
          <w:rFonts w:ascii="Aptos" w:hAnsi="Aptos" w:eastAsia="Aptos"/>
          <w:b w:val="0"/>
          <w:i w:val="0"/>
        </w:rPr>
        <w:t>O Método TriLife Running precisa educar o atleta a comunicar falhas sem medo.</w:t>
      </w:r>
    </w:p>
    <w:p>
      <w:pPr/>
      <w:r>
        <w:rPr>
          <w:rFonts w:ascii="Aptos" w:hAnsi="Aptos" w:eastAsia="Aptos"/>
          <w:b w:val="0"/>
          <w:i w:val="0"/>
        </w:rPr>
        <w:t>Isso não significa aceitar falta de compromisso.</w:t>
      </w:r>
    </w:p>
    <w:p>
      <w:pPr/>
      <w:r>
        <w:rPr>
          <w:rFonts w:ascii="Aptos" w:hAnsi="Aptos" w:eastAsia="Aptos"/>
          <w:b w:val="0"/>
          <w:i w:val="0"/>
        </w:rPr>
        <w:t>Significa criar ambiente onde informação real chega ao treinador.</w:t>
      </w:r>
    </w:p>
    <w:p>
      <w:pPr/>
      <w:r>
        <w:rPr>
          <w:rFonts w:ascii="Aptos" w:hAnsi="Aptos" w:eastAsia="Aptos"/>
          <w:b w:val="0"/>
          <w:i w:val="0"/>
        </w:rPr>
        <w:t>Comentários úteis incluem:</w:t>
      </w:r>
    </w:p>
    <w:p>
      <w:pPr>
        <w:pStyle w:val="ListBullet"/>
      </w:pPr>
      <w:r>
        <w:rPr>
          <w:rFonts w:ascii="Aptos" w:hAnsi="Aptos" w:eastAsia="Aptos"/>
          <w:b w:val="0"/>
          <w:i w:val="0"/>
        </w:rPr>
        <w:t>“não fiz porque senti dor no joelho”;</w:t>
      </w:r>
    </w:p>
    <w:p>
      <w:pPr>
        <w:pStyle w:val="ListBullet"/>
      </w:pPr>
      <w:r>
        <w:rPr>
          <w:rFonts w:ascii="Aptos" w:hAnsi="Aptos" w:eastAsia="Aptos"/>
          <w:b w:val="0"/>
          <w:i w:val="0"/>
        </w:rPr>
        <w:t>“dormi três horas e acordei destruído”;</w:t>
      </w:r>
    </w:p>
    <w:p>
      <w:pPr>
        <w:pStyle w:val="ListBullet"/>
      </w:pPr>
      <w:r>
        <w:rPr>
          <w:rFonts w:ascii="Aptos" w:hAnsi="Aptos" w:eastAsia="Aptos"/>
          <w:b w:val="0"/>
          <w:i w:val="0"/>
        </w:rPr>
        <w:t>“tentei correr, mas a frequência subiu demais”;</w:t>
      </w:r>
    </w:p>
    <w:p>
      <w:pPr>
        <w:pStyle w:val="ListBullet"/>
      </w:pPr>
      <w:r>
        <w:rPr>
          <w:rFonts w:ascii="Aptos" w:hAnsi="Aptos" w:eastAsia="Aptos"/>
          <w:b w:val="0"/>
          <w:i w:val="0"/>
        </w:rPr>
        <w:t>“não consegui encaixar por causa do trabalho”;</w:t>
      </w:r>
    </w:p>
    <w:p>
      <w:pPr>
        <w:pStyle w:val="ListBullet"/>
      </w:pPr>
      <w:r>
        <w:rPr>
          <w:rFonts w:ascii="Aptos" w:hAnsi="Aptos" w:eastAsia="Aptos"/>
          <w:b w:val="0"/>
          <w:i w:val="0"/>
        </w:rPr>
        <w:t>“senti que compensaria mal se fizesse hoje”;</w:t>
      </w:r>
    </w:p>
    <w:p>
      <w:pPr>
        <w:pStyle w:val="ListBullet"/>
      </w:pPr>
      <w:r>
        <w:rPr>
          <w:rFonts w:ascii="Aptos" w:hAnsi="Aptos" w:eastAsia="Aptos"/>
          <w:b w:val="0"/>
          <w:i w:val="0"/>
        </w:rPr>
        <w:t>“estava cansado e optei por preservar”.</w:t>
      </w:r>
    </w:p>
    <w:p>
      <w:pPr/>
      <w:r>
        <w:rPr>
          <w:rFonts w:ascii="Aptos" w:hAnsi="Aptos" w:eastAsia="Aptos"/>
          <w:b w:val="0"/>
          <w:i w:val="0"/>
        </w:rPr>
        <w:t>Essas informações ajudam o coach a decidir.</w:t>
      </w:r>
    </w:p>
    <w:p>
      <w:pPr/>
      <w:r>
        <w:rPr>
          <w:rFonts w:ascii="Aptos" w:hAnsi="Aptos" w:eastAsia="Aptos"/>
          <w:b w:val="0"/>
          <w:i w:val="0"/>
        </w:rPr>
        <w:t>Falha sem comunicação vira buraco na planilha.</w:t>
      </w:r>
    </w:p>
    <w:p>
      <w:pPr/>
      <w:r>
        <w:rPr>
          <w:rFonts w:ascii="Aptos" w:hAnsi="Aptos" w:eastAsia="Aptos"/>
          <w:b w:val="0"/>
          <w:i w:val="0"/>
        </w:rPr>
        <w:t>Falha bem comunicada vira oportunidade de ajuste.</w:t>
      </w:r>
    </w:p>
    <w:p>
      <w:pPr>
        <w:pStyle w:val="Heading2"/>
      </w:pPr>
      <w:r>
        <w:t>28.9 Reorganizar sem punir</w:t>
      </w:r>
    </w:p>
    <w:p>
      <w:pPr/>
      <w:r>
        <w:rPr>
          <w:rFonts w:ascii="Aptos" w:hAnsi="Aptos" w:eastAsia="Aptos"/>
          <w:b w:val="0"/>
          <w:i w:val="0"/>
        </w:rPr>
        <w:t>O objetivo do ajuste não é punir o atleta.</w:t>
      </w:r>
    </w:p>
    <w:p>
      <w:pPr/>
      <w:r>
        <w:rPr>
          <w:rFonts w:ascii="Aptos" w:hAnsi="Aptos" w:eastAsia="Aptos"/>
          <w:b w:val="0"/>
          <w:i w:val="0"/>
        </w:rPr>
        <w:t>Também não é passar a mão na cabeça.</w:t>
      </w:r>
    </w:p>
    <w:p>
      <w:pPr/>
      <w:r>
        <w:rPr>
          <w:rFonts w:ascii="Aptos" w:hAnsi="Aptos" w:eastAsia="Aptos"/>
          <w:b w:val="0"/>
          <w:i w:val="0"/>
        </w:rPr>
        <w:t>É reorganizar o processo.</w:t>
      </w:r>
    </w:p>
    <w:p>
      <w:pPr/>
      <w:r>
        <w:rPr>
          <w:rFonts w:ascii="Aptos" w:hAnsi="Aptos" w:eastAsia="Aptos"/>
          <w:b w:val="0"/>
          <w:i w:val="0"/>
        </w:rPr>
        <w:t>Quando o corredor falha, ele já tende a sentir culpa, ansiedade ou frustração. Se o treinador responde apenas com cobrança ou com uma compensação agressiva, pode piorar o problema.</w:t>
      </w:r>
    </w:p>
    <w:p>
      <w:pPr/>
      <w:r>
        <w:rPr>
          <w:rFonts w:ascii="Aptos" w:hAnsi="Aptos" w:eastAsia="Aptos"/>
          <w:b w:val="0"/>
          <w:i w:val="0"/>
        </w:rPr>
        <w:t>O ajuste precisa ser firme e técnico.</w:t>
      </w:r>
    </w:p>
    <w:p>
      <w:pPr/>
      <w:r>
        <w:rPr>
          <w:rFonts w:ascii="Aptos" w:hAnsi="Aptos" w:eastAsia="Aptos"/>
          <w:b w:val="0"/>
          <w:i w:val="0"/>
        </w:rPr>
        <w:t>O coach pode dizer:</w:t>
      </w:r>
    </w:p>
    <w:p>
      <w:pPr>
        <w:pStyle w:val="ListBullet"/>
      </w:pPr>
      <w:r>
        <w:rPr>
          <w:rFonts w:ascii="Aptos" w:hAnsi="Aptos" w:eastAsia="Aptos"/>
          <w:b w:val="0"/>
          <w:i w:val="0"/>
        </w:rPr>
        <w:t>esse treino não será recuperado;</w:t>
      </w:r>
    </w:p>
    <w:p>
      <w:pPr>
        <w:pStyle w:val="ListBullet"/>
      </w:pPr>
      <w:r>
        <w:rPr>
          <w:rFonts w:ascii="Aptos" w:hAnsi="Aptos" w:eastAsia="Aptos"/>
          <w:b w:val="0"/>
          <w:i w:val="0"/>
        </w:rPr>
        <w:t>vamos preservar o treino-chave;</w:t>
      </w:r>
    </w:p>
    <w:p>
      <w:pPr>
        <w:pStyle w:val="ListBullet"/>
      </w:pPr>
      <w:r>
        <w:rPr>
          <w:rFonts w:ascii="Aptos" w:hAnsi="Aptos" w:eastAsia="Aptos"/>
          <w:b w:val="0"/>
          <w:i w:val="0"/>
        </w:rPr>
        <w:t>vamos reduzir a semana;</w:t>
      </w:r>
    </w:p>
    <w:p>
      <w:pPr>
        <w:pStyle w:val="ListBullet"/>
      </w:pPr>
      <w:r>
        <w:rPr>
          <w:rFonts w:ascii="Aptos" w:hAnsi="Aptos" w:eastAsia="Aptos"/>
          <w:b w:val="0"/>
          <w:i w:val="0"/>
        </w:rPr>
        <w:t>vamos trocar intensidade por rodagem;</w:t>
      </w:r>
    </w:p>
    <w:p>
      <w:pPr>
        <w:pStyle w:val="ListBullet"/>
      </w:pPr>
      <w:r>
        <w:rPr>
          <w:rFonts w:ascii="Aptos" w:hAnsi="Aptos" w:eastAsia="Aptos"/>
          <w:b w:val="0"/>
          <w:i w:val="0"/>
        </w:rPr>
        <w:t>vamos reconstruir adesão;</w:t>
      </w:r>
    </w:p>
    <w:p>
      <w:pPr>
        <w:pStyle w:val="ListBullet"/>
      </w:pPr>
      <w:r>
        <w:rPr>
          <w:rFonts w:ascii="Aptos" w:hAnsi="Aptos" w:eastAsia="Aptos"/>
          <w:b w:val="0"/>
          <w:i w:val="0"/>
        </w:rPr>
        <w:t>vamos revisar sua rotina;</w:t>
      </w:r>
    </w:p>
    <w:p>
      <w:pPr>
        <w:pStyle w:val="ListBullet"/>
      </w:pPr>
      <w:r>
        <w:rPr>
          <w:rFonts w:ascii="Aptos" w:hAnsi="Aptos" w:eastAsia="Aptos"/>
          <w:b w:val="0"/>
          <w:i w:val="0"/>
        </w:rPr>
        <w:t>vamos ajustar o objetivo.</w:t>
      </w:r>
    </w:p>
    <w:p>
      <w:pPr/>
      <w:r>
        <w:rPr>
          <w:rFonts w:ascii="Aptos" w:hAnsi="Aptos" w:eastAsia="Aptos"/>
          <w:b w:val="0"/>
          <w:i w:val="0"/>
        </w:rPr>
        <w:t>Essa clareza reduz ansiedade.</w:t>
      </w:r>
    </w:p>
    <w:p>
      <w:pPr/>
      <w:r>
        <w:rPr>
          <w:rFonts w:ascii="Aptos" w:hAnsi="Aptos" w:eastAsia="Aptos"/>
          <w:b w:val="0"/>
          <w:i w:val="0"/>
        </w:rPr>
        <w:t>O atleta entende que existe método mesmo quando algo sai do planejado.</w:t>
      </w:r>
    </w:p>
    <w:p>
      <w:pPr/>
      <w:r>
        <w:rPr>
          <w:rFonts w:ascii="Aptos" w:hAnsi="Aptos" w:eastAsia="Aptos"/>
          <w:b w:val="0"/>
          <w:i w:val="0"/>
        </w:rPr>
        <w:t>Isso fortalece confiança.</w:t>
      </w:r>
    </w:p>
    <w:p>
      <w:pPr/>
      <w:r>
        <w:rPr>
          <w:rFonts w:ascii="Aptos" w:hAnsi="Aptos" w:eastAsia="Aptos"/>
          <w:b w:val="0"/>
          <w:i w:val="0"/>
        </w:rPr>
        <w:t>A metodologia não depende de perfeição.</w:t>
      </w:r>
    </w:p>
    <w:p>
      <w:pPr/>
      <w:r>
        <w:rPr>
          <w:rFonts w:ascii="Aptos" w:hAnsi="Aptos" w:eastAsia="Aptos"/>
          <w:b w:val="0"/>
          <w:i w:val="0"/>
        </w:rPr>
        <w:t>Depende de boa resposta aos imprevistos.</w:t>
      </w:r>
    </w:p>
    <w:p>
      <w:pPr>
        <w:pStyle w:val="Heading2"/>
      </w:pPr>
      <w:r>
        <w:t>28.10 Micrometas para reconstruir adesão</w:t>
      </w:r>
    </w:p>
    <w:p>
      <w:pPr/>
      <w:r>
        <w:rPr>
          <w:rFonts w:ascii="Aptos" w:hAnsi="Aptos" w:eastAsia="Aptos"/>
          <w:b w:val="0"/>
          <w:i w:val="0"/>
        </w:rPr>
        <w:t>Quando as falhas se repetem, micrometas podem ajudar.</w:t>
      </w:r>
    </w:p>
    <w:p>
      <w:pPr/>
      <w:r>
        <w:rPr>
          <w:rFonts w:ascii="Aptos" w:hAnsi="Aptos" w:eastAsia="Aptos"/>
          <w:b w:val="0"/>
          <w:i w:val="0"/>
        </w:rPr>
        <w:t>Em vez de insistir em uma planilha ambiciosa demais, o treinador pode reconstruir o processo com objetivos pequenos e claros:</w:t>
      </w:r>
    </w:p>
    <w:p>
      <w:pPr>
        <w:pStyle w:val="ListBullet"/>
      </w:pPr>
      <w:r>
        <w:rPr>
          <w:rFonts w:ascii="Aptos" w:hAnsi="Aptos" w:eastAsia="Aptos"/>
          <w:b w:val="0"/>
          <w:i w:val="0"/>
        </w:rPr>
        <w:t>cumprir três treinos na semana;</w:t>
      </w:r>
    </w:p>
    <w:p>
      <w:pPr>
        <w:pStyle w:val="ListBullet"/>
      </w:pPr>
      <w:r>
        <w:rPr>
          <w:rFonts w:ascii="Aptos" w:hAnsi="Aptos" w:eastAsia="Aptos"/>
          <w:b w:val="0"/>
          <w:i w:val="0"/>
        </w:rPr>
        <w:t>comentar todas as sessões;</w:t>
      </w:r>
    </w:p>
    <w:p>
      <w:pPr>
        <w:pStyle w:val="ListBullet"/>
      </w:pPr>
      <w:r>
        <w:rPr>
          <w:rFonts w:ascii="Aptos" w:hAnsi="Aptos" w:eastAsia="Aptos"/>
          <w:b w:val="0"/>
          <w:i w:val="0"/>
        </w:rPr>
        <w:t>respeitar zonas leves;</w:t>
      </w:r>
    </w:p>
    <w:p>
      <w:pPr>
        <w:pStyle w:val="ListBullet"/>
      </w:pPr>
      <w:r>
        <w:rPr>
          <w:rFonts w:ascii="Aptos" w:hAnsi="Aptos" w:eastAsia="Aptos"/>
          <w:b w:val="0"/>
          <w:i w:val="0"/>
        </w:rPr>
        <w:t>executar aquecimento completo;</w:t>
      </w:r>
    </w:p>
    <w:p>
      <w:pPr>
        <w:pStyle w:val="ListBullet"/>
      </w:pPr>
      <w:r>
        <w:rPr>
          <w:rFonts w:ascii="Aptos" w:hAnsi="Aptos" w:eastAsia="Aptos"/>
          <w:b w:val="0"/>
          <w:i w:val="0"/>
        </w:rPr>
        <w:t>não tentar compensar treinos perdidos;</w:t>
      </w:r>
    </w:p>
    <w:p>
      <w:pPr>
        <w:pStyle w:val="ListBullet"/>
      </w:pPr>
      <w:r>
        <w:rPr>
          <w:rFonts w:ascii="Aptos" w:hAnsi="Aptos" w:eastAsia="Aptos"/>
          <w:b w:val="0"/>
          <w:i w:val="0"/>
        </w:rPr>
        <w:t>priorizar sono antes do treino-chave;</w:t>
      </w:r>
    </w:p>
    <w:p>
      <w:pPr>
        <w:pStyle w:val="ListBullet"/>
      </w:pPr>
      <w:r>
        <w:rPr>
          <w:rFonts w:ascii="Aptos" w:hAnsi="Aptos" w:eastAsia="Aptos"/>
          <w:b w:val="0"/>
          <w:i w:val="0"/>
        </w:rPr>
        <w:t>completar duas semanas consistentes.</w:t>
      </w:r>
    </w:p>
    <w:p>
      <w:pPr/>
      <w:r>
        <w:rPr>
          <w:rFonts w:ascii="Aptos" w:hAnsi="Aptos" w:eastAsia="Aptos"/>
          <w:b w:val="0"/>
          <w:i w:val="0"/>
        </w:rPr>
        <w:t>Essas metas reaproximam o atleta do método.</w:t>
      </w:r>
    </w:p>
    <w:p>
      <w:pPr/>
      <w:r>
        <w:rPr>
          <w:rFonts w:ascii="Aptos" w:hAnsi="Aptos" w:eastAsia="Aptos"/>
          <w:b w:val="0"/>
          <w:i w:val="0"/>
        </w:rPr>
        <w:t>O objetivo inicial pode deixar de ser performance e voltar a ser adesão.</w:t>
      </w:r>
    </w:p>
    <w:p>
      <w:pPr/>
      <w:r>
        <w:rPr>
          <w:rFonts w:ascii="Aptos" w:hAnsi="Aptos" w:eastAsia="Aptos"/>
          <w:b w:val="0"/>
          <w:i w:val="0"/>
        </w:rPr>
        <w:t>Isso não é retrocesso.</w:t>
      </w:r>
    </w:p>
    <w:p>
      <w:pPr/>
      <w:r>
        <w:rPr>
          <w:rFonts w:ascii="Aptos" w:hAnsi="Aptos" w:eastAsia="Aptos"/>
          <w:b w:val="0"/>
          <w:i w:val="0"/>
        </w:rPr>
        <w:t>É reconstrução.</w:t>
      </w:r>
    </w:p>
    <w:p>
      <w:pPr/>
      <w:r>
        <w:rPr>
          <w:rFonts w:ascii="Aptos" w:hAnsi="Aptos" w:eastAsia="Aptos"/>
          <w:b w:val="0"/>
          <w:i w:val="0"/>
        </w:rPr>
        <w:t>O atleta que recupera consistência volta a produzir dados melhores. Dados melhores permitem decisões melhores. Decisões melhores recolocam o ciclo em direção ao objetivo.</w:t>
      </w:r>
    </w:p>
    <w:p>
      <w:pPr/>
      <w:r>
        <w:rPr>
          <w:rFonts w:ascii="Aptos" w:hAnsi="Aptos" w:eastAsia="Aptos"/>
          <w:b w:val="0"/>
          <w:i w:val="0"/>
        </w:rPr>
        <w:t>Micrometas transformam falha em comportamento treinável.</w:t>
      </w:r>
    </w:p>
    <w:p>
      <w:pPr>
        <w:pStyle w:val="Heading2"/>
      </w:pPr>
      <w:r>
        <w:t>Conclusão</w:t>
      </w:r>
    </w:p>
    <w:p>
      <w:pPr/>
      <w:r>
        <w:rPr>
          <w:rFonts w:ascii="Aptos" w:hAnsi="Aptos" w:eastAsia="Aptos"/>
          <w:b w:val="0"/>
          <w:i w:val="0"/>
        </w:rPr>
        <w:t>Falhas fazem parte da vida real do atleta.</w:t>
      </w:r>
    </w:p>
    <w:p>
      <w:pPr/>
      <w:r>
        <w:rPr>
          <w:rFonts w:ascii="Aptos" w:hAnsi="Aptos" w:eastAsia="Aptos"/>
          <w:b w:val="0"/>
          <w:i w:val="0"/>
        </w:rPr>
        <w:t>O Método TriLife Running não trata cada falha como desastre, nem permite que padrões de falha sejam ignorados.</w:t>
      </w:r>
    </w:p>
    <w:p>
      <w:pPr/>
      <w:r>
        <w:rPr>
          <w:rFonts w:ascii="Aptos" w:hAnsi="Aptos" w:eastAsia="Aptos"/>
          <w:b w:val="0"/>
          <w:i w:val="0"/>
        </w:rPr>
        <w:t>Ajustar exige entender causa, preservar a função da semana, evitar compensações automáticas, respeitar dor, reorganizar prioridades e fortalecer comunicação.</w:t>
      </w:r>
    </w:p>
    <w:p>
      <w:pPr/>
      <w:r>
        <w:rPr>
          <w:rFonts w:ascii="Aptos" w:hAnsi="Aptos" w:eastAsia="Aptos"/>
          <w:b w:val="0"/>
          <w:i w:val="0"/>
        </w:rPr>
        <w:t>Treino perdido não deve ser pago com desespero.</w:t>
      </w:r>
    </w:p>
    <w:p>
      <w:pPr/>
      <w:r>
        <w:rPr>
          <w:rFonts w:ascii="Aptos" w:hAnsi="Aptos" w:eastAsia="Aptos"/>
          <w:b w:val="0"/>
          <w:i w:val="0"/>
        </w:rPr>
        <w:t>Deve ser interpretado com método.</w:t>
      </w:r>
    </w:p>
    <w:p>
      <w:pPr/>
      <w:r>
        <w:rPr>
          <w:rFonts w:ascii="Aptos" w:hAnsi="Aptos" w:eastAsia="Aptos"/>
          <w:b w:val="0"/>
          <w:i w:val="0"/>
        </w:rPr>
        <w:t>No DNA TriLife, ajustar é proteger a evolução.</w:t>
      </w:r>
    </w:p>
    <w:p>
      <w:pPr>
        <w:pStyle w:val="Heading2"/>
      </w:pPr>
      <w:r>
        <w:t>Princípios Fundamentais do Método TriLife Running</w:t>
      </w:r>
    </w:p>
    <w:p>
      <w:pPr>
        <w:pStyle w:val="TriLifeQuote"/>
      </w:pPr>
      <w:r>
        <w:rPr>
          <w:rFonts w:ascii="Aptos" w:hAnsi="Aptos" w:eastAsia="Aptos"/>
          <w:b w:val="0"/>
          <w:i/>
        </w:rPr>
        <w:t>Princípio Fundamental nº 109</w:t>
      </w:r>
    </w:p>
    <w:p>
      <w:pPr/>
      <w:r>
        <w:rPr>
          <w:rFonts w:ascii="Aptos" w:hAnsi="Aptos" w:eastAsia="Aptos"/>
          <w:b w:val="0"/>
          <w:i w:val="0"/>
        </w:rPr>
        <w:t>Falha isolada se ajusta. Padrão de falhas se replaneja.</w:t>
      </w:r>
    </w:p>
    <w:p>
      <w:pPr>
        <w:pStyle w:val="TriLifeQuote"/>
      </w:pPr>
      <w:r>
        <w:rPr>
          <w:rFonts w:ascii="Aptos" w:hAnsi="Aptos" w:eastAsia="Aptos"/>
          <w:b w:val="0"/>
          <w:i/>
        </w:rPr>
        <w:t>Princípio Fundamental nº 110</w:t>
      </w:r>
    </w:p>
    <w:p>
      <w:pPr/>
      <w:r>
        <w:rPr>
          <w:rFonts w:ascii="Aptos" w:hAnsi="Aptos" w:eastAsia="Aptos"/>
          <w:b w:val="0"/>
          <w:i w:val="0"/>
        </w:rPr>
        <w:t>Treino perdido não deve ser compensado automaticamente.</w:t>
      </w:r>
    </w:p>
    <w:p>
      <w:pPr>
        <w:pStyle w:val="TriLifeQuote"/>
      </w:pPr>
      <w:r>
        <w:rPr>
          <w:rFonts w:ascii="Aptos" w:hAnsi="Aptos" w:eastAsia="Aptos"/>
          <w:b w:val="0"/>
          <w:i/>
        </w:rPr>
        <w:t>Princípio Fundamental nº 111</w:t>
      </w:r>
    </w:p>
    <w:p>
      <w:pPr/>
      <w:r>
        <w:rPr>
          <w:rFonts w:ascii="Aptos" w:hAnsi="Aptos" w:eastAsia="Aptos"/>
          <w:b w:val="0"/>
          <w:i w:val="0"/>
        </w:rPr>
        <w:t>O ajuste protege a função do ciclo, não o orgulho da planilha.</w:t>
      </w:r>
    </w:p>
    <w:p>
      <w:pPr>
        <w:pStyle w:val="TriLifeQuote"/>
      </w:pPr>
      <w:r>
        <w:rPr>
          <w:rFonts w:ascii="Aptos" w:hAnsi="Aptos" w:eastAsia="Aptos"/>
          <w:b w:val="0"/>
          <w:i/>
        </w:rPr>
        <w:t>Princípio Fundamental nº 112</w:t>
      </w:r>
    </w:p>
    <w:p>
      <w:pPr/>
      <w:r>
        <w:rPr>
          <w:rFonts w:ascii="Aptos" w:hAnsi="Aptos" w:eastAsia="Aptos"/>
          <w:b w:val="0"/>
          <w:i w:val="0"/>
        </w:rPr>
        <w:t>Comunicação clara transforma falha em aprendizado e adesão.</w:t>
      </w:r>
    </w:p>
    <w:p>
      <w:r>
        <w:br w:type="page"/>
      </w:r>
    </w:p>
    <w:p>
      <w:pPr>
        <w:pStyle w:val="Heading1"/>
        <w:jc w:val="center"/>
      </w:pPr>
      <w:r>
        <w:t>CAPÍTULO 29</w:t>
      </w:r>
    </w:p>
    <w:p>
      <w:pPr>
        <w:pStyle w:val="Heading1"/>
        <w:jc w:val="center"/>
      </w:pPr>
      <w:r>
        <w:t>COMO O COACH DECIDE SE AUMENTA, MANTÉM OU REDUZ CARGA</w:t>
      </w:r>
    </w:p>
    <w:p>
      <w:pPr>
        <w:pStyle w:val="Heading1"/>
        <w:jc w:val="center"/>
      </w:pPr>
      <w:r>
        <w:t>A Tomada de Decisão Dentro do DNA TriLife</w:t>
      </w:r>
    </w:p>
    <w:p>
      <w:pPr>
        <w:pStyle w:val="TriLifeQuote"/>
      </w:pPr>
      <w:r>
        <w:rPr>
          <w:rFonts w:ascii="Aptos" w:hAnsi="Aptos" w:eastAsia="Aptos"/>
          <w:b w:val="0"/>
          <w:i/>
        </w:rPr>
        <w:t>“O treinador não aumenta carga porque quer evolução rápida. Aumenta quando o atleta demonstra que está pronto para absorver o próximo passo.”</w:t>
      </w:r>
    </w:p>
    <w:p>
      <w:pPr>
        <w:pStyle w:val="Heading2"/>
      </w:pPr>
      <w:r>
        <w:t>29.1 A decisão mais importante do treinador</w:t>
      </w:r>
    </w:p>
    <w:p>
      <w:pPr/>
      <w:r>
        <w:rPr>
          <w:rFonts w:ascii="Aptos" w:hAnsi="Aptos" w:eastAsia="Aptos"/>
          <w:b w:val="0"/>
          <w:i w:val="0"/>
        </w:rPr>
        <w:t>Entre todas as decisões do coach, poucas são tão importantes quanto escolher se a carga deve aumentar, ser mantida ou ser reduzida.</w:t>
      </w:r>
    </w:p>
    <w:p>
      <w:pPr/>
      <w:r>
        <w:rPr>
          <w:rFonts w:ascii="Aptos" w:hAnsi="Aptos" w:eastAsia="Aptos"/>
          <w:b w:val="0"/>
          <w:i w:val="0"/>
        </w:rPr>
        <w:t>Essa escolha define a segurança do ciclo, a velocidade da evolução, o risco de lesão, a confiança do atleta e a capacidade de chegar à prova com forma suficiente e fadiga controlada.</w:t>
      </w:r>
    </w:p>
    <w:p>
      <w:pPr/>
      <w:r>
        <w:rPr>
          <w:rFonts w:ascii="Aptos" w:hAnsi="Aptos" w:eastAsia="Aptos"/>
          <w:b w:val="0"/>
          <w:i w:val="0"/>
        </w:rPr>
        <w:t>No Método TriLife Running, carga não aumenta por ansiedade.</w:t>
      </w:r>
    </w:p>
    <w:p>
      <w:pPr/>
      <w:r>
        <w:rPr>
          <w:rFonts w:ascii="Aptos" w:hAnsi="Aptos" w:eastAsia="Aptos"/>
          <w:b w:val="0"/>
          <w:i w:val="0"/>
        </w:rPr>
        <w:t>Não aumenta por comparação.</w:t>
      </w:r>
    </w:p>
    <w:p>
      <w:pPr/>
      <w:r>
        <w:rPr>
          <w:rFonts w:ascii="Aptos" w:hAnsi="Aptos" w:eastAsia="Aptos"/>
          <w:b w:val="0"/>
          <w:i w:val="0"/>
        </w:rPr>
        <w:t>Não aumenta para deixar a planilha mais bonita.</w:t>
      </w:r>
    </w:p>
    <w:p>
      <w:pPr/>
      <w:r>
        <w:rPr>
          <w:rFonts w:ascii="Aptos" w:hAnsi="Aptos" w:eastAsia="Aptos"/>
          <w:b w:val="0"/>
          <w:i w:val="0"/>
        </w:rPr>
        <w:t>Não aumenta apenas porque o atleta quer evoluir mais rápido.</w:t>
      </w:r>
    </w:p>
    <w:p>
      <w:pPr/>
      <w:r>
        <w:rPr>
          <w:rFonts w:ascii="Aptos" w:hAnsi="Aptos" w:eastAsia="Aptos"/>
          <w:b w:val="0"/>
          <w:i w:val="0"/>
        </w:rPr>
        <w:t>A carga aumenta quando o atleta demonstra que está pronto para absorver o próximo passo.</w:t>
      </w:r>
    </w:p>
    <w:p>
      <w:pPr/>
      <w:r>
        <w:rPr>
          <w:rFonts w:ascii="Aptos" w:hAnsi="Aptos" w:eastAsia="Aptos"/>
          <w:b w:val="0"/>
          <w:i w:val="0"/>
        </w:rPr>
        <w:t>Essa decisão pertence ao treinador, mas precisa ser sustentada por dados, comentários, histórico, aderência, percepção de esforço e observação prática.</w:t>
      </w:r>
    </w:p>
    <w:p>
      <w:pPr/>
      <w:r>
        <w:rPr>
          <w:rFonts w:ascii="Aptos" w:hAnsi="Aptos" w:eastAsia="Aptos"/>
          <w:b w:val="0"/>
          <w:i w:val="0"/>
        </w:rPr>
        <w:t>A metodologia não busca carga máxima.</w:t>
      </w:r>
    </w:p>
    <w:p>
      <w:pPr/>
      <w:r>
        <w:rPr>
          <w:rFonts w:ascii="Aptos" w:hAnsi="Aptos" w:eastAsia="Aptos"/>
          <w:b w:val="0"/>
          <w:i w:val="0"/>
        </w:rPr>
        <w:t>Busca carga assimilável.</w:t>
      </w:r>
    </w:p>
    <w:p>
      <w:pPr/>
      <w:r>
        <w:rPr>
          <w:rFonts w:ascii="Aptos" w:hAnsi="Aptos" w:eastAsia="Aptos"/>
          <w:b w:val="0"/>
          <w:i w:val="0"/>
        </w:rPr>
        <w:t>Esse é o ponto.</w:t>
      </w:r>
    </w:p>
    <w:p>
      <w:pPr/>
      <w:r>
        <w:rPr>
          <w:rFonts w:ascii="Aptos" w:hAnsi="Aptos" w:eastAsia="Aptos"/>
          <w:b w:val="0"/>
          <w:i w:val="0"/>
        </w:rPr>
        <w:t>A melhor carga não é a maior que o atleta consegue sobreviver.</w:t>
      </w:r>
    </w:p>
    <w:p>
      <w:pPr/>
      <w:r>
        <w:rPr>
          <w:rFonts w:ascii="Aptos" w:hAnsi="Aptos" w:eastAsia="Aptos"/>
          <w:b w:val="0"/>
          <w:i w:val="0"/>
        </w:rPr>
        <w:t>É a carga que ele consegue transformar em adaptação.</w:t>
      </w:r>
    </w:p>
    <w:p>
      <w:pPr>
        <w:pStyle w:val="Heading2"/>
      </w:pPr>
      <w:r>
        <w:t>29.2 Carga não é apenas quilometragem</w:t>
      </w:r>
    </w:p>
    <w:p>
      <w:pPr/>
      <w:r>
        <w:rPr>
          <w:rFonts w:ascii="Aptos" w:hAnsi="Aptos" w:eastAsia="Aptos"/>
          <w:b w:val="0"/>
          <w:i w:val="0"/>
        </w:rPr>
        <w:t>Antes de decidir, o coach precisa entender o que está chamando de carga.</w:t>
      </w:r>
    </w:p>
    <w:p>
      <w:pPr/>
      <w:r>
        <w:rPr>
          <w:rFonts w:ascii="Aptos" w:hAnsi="Aptos" w:eastAsia="Aptos"/>
          <w:b w:val="0"/>
          <w:i w:val="0"/>
        </w:rPr>
        <w:t>Carga não é apenas volume semanal.</w:t>
      </w:r>
    </w:p>
    <w:p>
      <w:pPr/>
      <w:r>
        <w:rPr>
          <w:rFonts w:ascii="Aptos" w:hAnsi="Aptos" w:eastAsia="Aptos"/>
          <w:b w:val="0"/>
          <w:i w:val="0"/>
        </w:rPr>
        <w:t>Também envolve:</w:t>
      </w:r>
    </w:p>
    <w:p>
      <w:pPr>
        <w:pStyle w:val="ListBullet"/>
      </w:pPr>
      <w:r>
        <w:rPr>
          <w:rFonts w:ascii="Aptos" w:hAnsi="Aptos" w:eastAsia="Aptos"/>
          <w:b w:val="0"/>
          <w:i w:val="0"/>
        </w:rPr>
        <w:t>intensidade;</w:t>
      </w:r>
    </w:p>
    <w:p>
      <w:pPr>
        <w:pStyle w:val="ListBullet"/>
      </w:pPr>
      <w:r>
        <w:rPr>
          <w:rFonts w:ascii="Aptos" w:hAnsi="Aptos" w:eastAsia="Aptos"/>
          <w:b w:val="0"/>
          <w:i w:val="0"/>
        </w:rPr>
        <w:t>densidade da semana;</w:t>
      </w:r>
    </w:p>
    <w:p>
      <w:pPr>
        <w:pStyle w:val="ListBullet"/>
      </w:pPr>
      <w:r>
        <w:rPr>
          <w:rFonts w:ascii="Aptos" w:hAnsi="Aptos" w:eastAsia="Aptos"/>
          <w:b w:val="0"/>
          <w:i w:val="0"/>
        </w:rPr>
        <w:t>duração dos treinos;</w:t>
      </w:r>
    </w:p>
    <w:p>
      <w:pPr>
        <w:pStyle w:val="ListBullet"/>
      </w:pPr>
      <w:r>
        <w:rPr>
          <w:rFonts w:ascii="Aptos" w:hAnsi="Aptos" w:eastAsia="Aptos"/>
          <w:b w:val="0"/>
          <w:i w:val="0"/>
        </w:rPr>
        <w:t>terreno;</w:t>
      </w:r>
    </w:p>
    <w:p>
      <w:pPr>
        <w:pStyle w:val="ListBullet"/>
      </w:pPr>
      <w:r>
        <w:rPr>
          <w:rFonts w:ascii="Aptos" w:hAnsi="Aptos" w:eastAsia="Aptos"/>
          <w:b w:val="0"/>
          <w:i w:val="0"/>
        </w:rPr>
        <w:t>altimetria;</w:t>
      </w:r>
    </w:p>
    <w:p>
      <w:pPr>
        <w:pStyle w:val="ListBullet"/>
      </w:pPr>
      <w:r>
        <w:rPr>
          <w:rFonts w:ascii="Aptos" w:hAnsi="Aptos" w:eastAsia="Aptos"/>
          <w:b w:val="0"/>
          <w:i w:val="0"/>
        </w:rPr>
        <w:t>número de sessões;</w:t>
      </w:r>
    </w:p>
    <w:p>
      <w:pPr>
        <w:pStyle w:val="ListBullet"/>
      </w:pPr>
      <w:r>
        <w:rPr>
          <w:rFonts w:ascii="Aptos" w:hAnsi="Aptos" w:eastAsia="Aptos"/>
          <w:b w:val="0"/>
          <w:i w:val="0"/>
        </w:rPr>
        <w:t>longões;</w:t>
      </w:r>
    </w:p>
    <w:p>
      <w:pPr>
        <w:pStyle w:val="ListBullet"/>
      </w:pPr>
      <w:r>
        <w:rPr>
          <w:rFonts w:ascii="Aptos" w:hAnsi="Aptos" w:eastAsia="Aptos"/>
          <w:b w:val="0"/>
          <w:i w:val="0"/>
        </w:rPr>
        <w:t>treinos de força;</w:t>
      </w:r>
    </w:p>
    <w:p>
      <w:pPr>
        <w:pStyle w:val="ListBullet"/>
      </w:pPr>
      <w:r>
        <w:rPr>
          <w:rFonts w:ascii="Aptos" w:hAnsi="Aptos" w:eastAsia="Aptos"/>
          <w:b w:val="0"/>
          <w:i w:val="0"/>
        </w:rPr>
        <w:t>provas intermediárias;</w:t>
      </w:r>
    </w:p>
    <w:p>
      <w:pPr>
        <w:pStyle w:val="ListBullet"/>
      </w:pPr>
      <w:r>
        <w:rPr>
          <w:rFonts w:ascii="Aptos" w:hAnsi="Aptos" w:eastAsia="Aptos"/>
          <w:b w:val="0"/>
          <w:i w:val="0"/>
        </w:rPr>
        <w:t>sono;</w:t>
      </w:r>
    </w:p>
    <w:p>
      <w:pPr>
        <w:pStyle w:val="ListBullet"/>
      </w:pPr>
      <w:r>
        <w:rPr>
          <w:rFonts w:ascii="Aptos" w:hAnsi="Aptos" w:eastAsia="Aptos"/>
          <w:b w:val="0"/>
          <w:i w:val="0"/>
        </w:rPr>
        <w:t>estresse;</w:t>
      </w:r>
    </w:p>
    <w:p>
      <w:pPr>
        <w:pStyle w:val="ListBullet"/>
      </w:pPr>
      <w:r>
        <w:rPr>
          <w:rFonts w:ascii="Aptos" w:hAnsi="Aptos" w:eastAsia="Aptos"/>
          <w:b w:val="0"/>
          <w:i w:val="0"/>
        </w:rPr>
        <w:t>recuperação;</w:t>
      </w:r>
    </w:p>
    <w:p>
      <w:pPr>
        <w:pStyle w:val="ListBullet"/>
      </w:pPr>
      <w:r>
        <w:rPr>
          <w:rFonts w:ascii="Aptos" w:hAnsi="Aptos" w:eastAsia="Aptos"/>
          <w:b w:val="0"/>
          <w:i w:val="0"/>
        </w:rPr>
        <w:t>calor;</w:t>
      </w:r>
    </w:p>
    <w:p>
      <w:pPr>
        <w:pStyle w:val="ListBullet"/>
      </w:pPr>
      <w:r>
        <w:rPr>
          <w:rFonts w:ascii="Aptos" w:hAnsi="Aptos" w:eastAsia="Aptos"/>
          <w:b w:val="0"/>
          <w:i w:val="0"/>
        </w:rPr>
        <w:t>modalidade associada;</w:t>
      </w:r>
    </w:p>
    <w:p>
      <w:pPr>
        <w:pStyle w:val="ListBullet"/>
      </w:pPr>
      <w:r>
        <w:rPr>
          <w:rFonts w:ascii="Aptos" w:hAnsi="Aptos" w:eastAsia="Aptos"/>
          <w:b w:val="0"/>
          <w:i w:val="0"/>
        </w:rPr>
        <w:t>estado emocional;</w:t>
      </w:r>
    </w:p>
    <w:p>
      <w:pPr>
        <w:pStyle w:val="ListBullet"/>
      </w:pPr>
      <w:r>
        <w:rPr>
          <w:rFonts w:ascii="Aptos" w:hAnsi="Aptos" w:eastAsia="Aptos"/>
          <w:b w:val="0"/>
          <w:i w:val="0"/>
        </w:rPr>
        <w:t>histórico recente;</w:t>
      </w:r>
    </w:p>
    <w:p>
      <w:pPr>
        <w:pStyle w:val="ListBullet"/>
      </w:pPr>
      <w:r>
        <w:rPr>
          <w:rFonts w:ascii="Aptos" w:hAnsi="Aptos" w:eastAsia="Aptos"/>
          <w:b w:val="0"/>
          <w:i w:val="0"/>
        </w:rPr>
        <w:t>capacidade de sustentar o processo.</w:t>
      </w:r>
    </w:p>
    <w:p>
      <w:pPr/>
      <w:r>
        <w:rPr>
          <w:rFonts w:ascii="Aptos" w:hAnsi="Aptos" w:eastAsia="Aptos"/>
          <w:b w:val="0"/>
          <w:i w:val="0"/>
        </w:rPr>
        <w:t>Dois atletas podem correr a mesma quilometragem e receber cargas completamente diferentes.</w:t>
      </w:r>
    </w:p>
    <w:p>
      <w:pPr/>
      <w:r>
        <w:rPr>
          <w:rFonts w:ascii="Aptos" w:hAnsi="Aptos" w:eastAsia="Aptos"/>
          <w:b w:val="0"/>
          <w:i w:val="0"/>
        </w:rPr>
        <w:t>Um pode executar com controle, recuperar bem e terminar a semana estável. Outro pode fazer o mesmo volume com fadiga alta, sono ruim, dores e queda de qualidade.</w:t>
      </w:r>
    </w:p>
    <w:p>
      <w:pPr/>
      <w:r>
        <w:rPr>
          <w:rFonts w:ascii="Aptos" w:hAnsi="Aptos" w:eastAsia="Aptos"/>
          <w:b w:val="0"/>
          <w:i w:val="0"/>
        </w:rPr>
        <w:t>Por isso, decidir carga exige olhar para o conjunto.</w:t>
      </w:r>
    </w:p>
    <w:p>
      <w:pPr/>
      <w:r>
        <w:rPr>
          <w:rFonts w:ascii="Aptos" w:hAnsi="Aptos" w:eastAsia="Aptos"/>
          <w:b w:val="0"/>
          <w:i w:val="0"/>
        </w:rPr>
        <w:t>O número semanal informa.</w:t>
      </w:r>
    </w:p>
    <w:p>
      <w:pPr/>
      <w:r>
        <w:rPr>
          <w:rFonts w:ascii="Aptos" w:hAnsi="Aptos" w:eastAsia="Aptos"/>
          <w:b w:val="0"/>
          <w:i w:val="0"/>
        </w:rPr>
        <w:t>Mas não explica tudo.</w:t>
      </w:r>
    </w:p>
    <w:p>
      <w:pPr/>
      <w:r>
        <w:rPr>
          <w:rFonts w:ascii="Aptos" w:hAnsi="Aptos" w:eastAsia="Aptos"/>
          <w:b w:val="0"/>
          <w:i w:val="0"/>
        </w:rPr>
        <w:t>O treinador precisa cruzar carga externa com resposta interna.</w:t>
      </w:r>
    </w:p>
    <w:p>
      <w:pPr>
        <w:pStyle w:val="Heading2"/>
      </w:pPr>
      <w:r>
        <w:t>29.3 Quando aumentar carga</w:t>
      </w:r>
    </w:p>
    <w:p>
      <w:pPr/>
      <w:r>
        <w:rPr>
          <w:rFonts w:ascii="Aptos" w:hAnsi="Aptos" w:eastAsia="Aptos"/>
          <w:b w:val="0"/>
          <w:i w:val="0"/>
        </w:rPr>
        <w:t>A carga pode aumentar quando o atleta demonstra consistência, boa execução, recuperação adequada e estabilidade nos sinais do processo.</w:t>
      </w:r>
    </w:p>
    <w:p>
      <w:pPr/>
      <w:r>
        <w:rPr>
          <w:rFonts w:ascii="Aptos" w:hAnsi="Aptos" w:eastAsia="Aptos"/>
          <w:b w:val="0"/>
          <w:i w:val="0"/>
        </w:rPr>
        <w:t>Isso aparece quando ele:</w:t>
      </w:r>
    </w:p>
    <w:p>
      <w:pPr>
        <w:pStyle w:val="ListBullet"/>
      </w:pPr>
      <w:r>
        <w:rPr>
          <w:rFonts w:ascii="Aptos" w:hAnsi="Aptos" w:eastAsia="Aptos"/>
          <w:b w:val="0"/>
          <w:i w:val="0"/>
        </w:rPr>
        <w:t>cumpre a maioria dos treinos;</w:t>
      </w:r>
    </w:p>
    <w:p>
      <w:pPr>
        <w:pStyle w:val="ListBullet"/>
      </w:pPr>
      <w:r>
        <w:rPr>
          <w:rFonts w:ascii="Aptos" w:hAnsi="Aptos" w:eastAsia="Aptos"/>
          <w:b w:val="0"/>
          <w:i w:val="0"/>
        </w:rPr>
        <w:t>entende as zonas;</w:t>
      </w:r>
    </w:p>
    <w:p>
      <w:pPr>
        <w:pStyle w:val="ListBullet"/>
      </w:pPr>
      <w:r>
        <w:rPr>
          <w:rFonts w:ascii="Aptos" w:hAnsi="Aptos" w:eastAsia="Aptos"/>
          <w:b w:val="0"/>
          <w:i w:val="0"/>
        </w:rPr>
        <w:t>respeita PZI;</w:t>
      </w:r>
    </w:p>
    <w:p>
      <w:pPr>
        <w:pStyle w:val="ListBullet"/>
      </w:pPr>
      <w:r>
        <w:rPr>
          <w:rFonts w:ascii="Aptos" w:hAnsi="Aptos" w:eastAsia="Aptos"/>
          <w:b w:val="0"/>
          <w:i w:val="0"/>
        </w:rPr>
        <w:t>recupera entre estímulos;</w:t>
      </w:r>
    </w:p>
    <w:p>
      <w:pPr>
        <w:pStyle w:val="ListBullet"/>
      </w:pPr>
      <w:r>
        <w:rPr>
          <w:rFonts w:ascii="Aptos" w:hAnsi="Aptos" w:eastAsia="Aptos"/>
          <w:b w:val="0"/>
          <w:i w:val="0"/>
        </w:rPr>
        <w:t>não apresenta dor relevante;</w:t>
      </w:r>
    </w:p>
    <w:p>
      <w:pPr>
        <w:pStyle w:val="ListBullet"/>
      </w:pPr>
      <w:r>
        <w:rPr>
          <w:rFonts w:ascii="Aptos" w:hAnsi="Aptos" w:eastAsia="Aptos"/>
          <w:b w:val="0"/>
          <w:i w:val="0"/>
        </w:rPr>
        <w:t>comenta bem;</w:t>
      </w:r>
    </w:p>
    <w:p>
      <w:pPr>
        <w:pStyle w:val="ListBullet"/>
      </w:pPr>
      <w:r>
        <w:rPr>
          <w:rFonts w:ascii="Aptos" w:hAnsi="Aptos" w:eastAsia="Aptos"/>
          <w:b w:val="0"/>
          <w:i w:val="0"/>
        </w:rPr>
        <w:t>mantém técnica;</w:t>
      </w:r>
    </w:p>
    <w:p>
      <w:pPr>
        <w:pStyle w:val="ListBullet"/>
      </w:pPr>
      <w:r>
        <w:rPr>
          <w:rFonts w:ascii="Aptos" w:hAnsi="Aptos" w:eastAsia="Aptos"/>
          <w:b w:val="0"/>
          <w:i w:val="0"/>
        </w:rPr>
        <w:t>executa sessões-chave sem colapsar;</w:t>
      </w:r>
    </w:p>
    <w:p>
      <w:pPr>
        <w:pStyle w:val="ListBullet"/>
      </w:pPr>
      <w:r>
        <w:rPr>
          <w:rFonts w:ascii="Aptos" w:hAnsi="Aptos" w:eastAsia="Aptos"/>
          <w:b w:val="0"/>
          <w:i w:val="0"/>
        </w:rPr>
        <w:t>apresenta tendência positiva nos dados;</w:t>
      </w:r>
    </w:p>
    <w:p>
      <w:pPr>
        <w:pStyle w:val="ListBullet"/>
      </w:pPr>
      <w:r>
        <w:rPr>
          <w:rFonts w:ascii="Aptos" w:hAnsi="Aptos" w:eastAsia="Aptos"/>
          <w:b w:val="0"/>
          <w:i w:val="0"/>
        </w:rPr>
        <w:t>demonstra maturidade para o próximo passo.</w:t>
      </w:r>
    </w:p>
    <w:p>
      <w:pPr/>
      <w:r>
        <w:rPr>
          <w:rFonts w:ascii="Aptos" w:hAnsi="Aptos" w:eastAsia="Aptos"/>
          <w:b w:val="0"/>
          <w:i w:val="0"/>
        </w:rPr>
        <w:t>Aumentar carga não significa fazer salto agressivo.</w:t>
      </w:r>
    </w:p>
    <w:p>
      <w:pPr/>
      <w:r>
        <w:rPr>
          <w:rFonts w:ascii="Aptos" w:hAnsi="Aptos" w:eastAsia="Aptos"/>
          <w:b w:val="0"/>
          <w:i w:val="0"/>
        </w:rPr>
        <w:t>Pode significar pequeno aumento de volume, leve progressão no longão, mais tempo em determinada zona, redução controlada de recuperação, inserção de novo estímulo ou aumento de complexidade técnica.</w:t>
      </w:r>
    </w:p>
    <w:p>
      <w:pPr/>
      <w:r>
        <w:rPr>
          <w:rFonts w:ascii="Aptos" w:hAnsi="Aptos" w:eastAsia="Aptos"/>
          <w:b w:val="0"/>
          <w:i w:val="0"/>
        </w:rPr>
        <w:t>O avanço precisa ter direção.</w:t>
      </w:r>
    </w:p>
    <w:p>
      <w:pPr/>
      <w:r>
        <w:rPr>
          <w:rFonts w:ascii="Aptos" w:hAnsi="Aptos" w:eastAsia="Aptos"/>
          <w:b w:val="0"/>
          <w:i w:val="0"/>
        </w:rPr>
        <w:t>O treinador não aumenta tudo ao mesmo tempo.</w:t>
      </w:r>
    </w:p>
    <w:p>
      <w:pPr/>
      <w:r>
        <w:rPr>
          <w:rFonts w:ascii="Aptos" w:hAnsi="Aptos" w:eastAsia="Aptos"/>
          <w:b w:val="0"/>
          <w:i w:val="0"/>
        </w:rPr>
        <w:t>Se aumenta volume, talvez preserve intensidade. Se aumenta intensidade, talvez mantenha volume. Se introduz subida, talvez controle o restante da semana. Se aumenta longão, talvez simplifique outro estímulo.</w:t>
      </w:r>
    </w:p>
    <w:p>
      <w:pPr/>
      <w:r>
        <w:rPr>
          <w:rFonts w:ascii="Aptos" w:hAnsi="Aptos" w:eastAsia="Aptos"/>
          <w:b w:val="0"/>
          <w:i w:val="0"/>
        </w:rPr>
        <w:t>Progressão inteligente escolhe uma variável principal.</w:t>
      </w:r>
    </w:p>
    <w:p>
      <w:pPr/>
      <w:r>
        <w:rPr>
          <w:rFonts w:ascii="Aptos" w:hAnsi="Aptos" w:eastAsia="Aptos"/>
          <w:b w:val="0"/>
          <w:i w:val="0"/>
        </w:rPr>
        <w:t>O corpo precisa entender o estímulo.</w:t>
      </w:r>
    </w:p>
    <w:p>
      <w:pPr/>
      <w:r>
        <w:rPr>
          <w:rFonts w:ascii="Aptos" w:hAnsi="Aptos" w:eastAsia="Aptos"/>
          <w:b w:val="0"/>
          <w:i w:val="0"/>
        </w:rPr>
        <w:t>Não ser atacado por todos os lados.</w:t>
      </w:r>
    </w:p>
    <w:p>
      <w:pPr>
        <w:pStyle w:val="Heading2"/>
      </w:pPr>
      <w:r>
        <w:t>29.4 Quando manter carga</w:t>
      </w:r>
    </w:p>
    <w:p>
      <w:pPr/>
      <w:r>
        <w:rPr>
          <w:rFonts w:ascii="Aptos" w:hAnsi="Aptos" w:eastAsia="Aptos"/>
          <w:b w:val="0"/>
          <w:i w:val="0"/>
        </w:rPr>
        <w:t>Manter carga é uma das decisões mais subestimadas do treinamento.</w:t>
      </w:r>
    </w:p>
    <w:p>
      <w:pPr/>
      <w:r>
        <w:rPr>
          <w:rFonts w:ascii="Aptos" w:hAnsi="Aptos" w:eastAsia="Aptos"/>
          <w:b w:val="0"/>
          <w:i w:val="0"/>
        </w:rPr>
        <w:t>Muitos atletas interpretam manutenção como estagnação.</w:t>
      </w:r>
    </w:p>
    <w:p>
      <w:pPr/>
      <w:r>
        <w:rPr>
          <w:rFonts w:ascii="Aptos" w:hAnsi="Aptos" w:eastAsia="Aptos"/>
          <w:b w:val="0"/>
          <w:i w:val="0"/>
        </w:rPr>
        <w:t>Não é.</w:t>
      </w:r>
    </w:p>
    <w:p>
      <w:pPr/>
      <w:r>
        <w:rPr>
          <w:rFonts w:ascii="Aptos" w:hAnsi="Aptos" w:eastAsia="Aptos"/>
          <w:b w:val="0"/>
          <w:i w:val="0"/>
        </w:rPr>
        <w:t>Em vários momentos, manter é a decisão mais inteligente.</w:t>
      </w:r>
    </w:p>
    <w:p>
      <w:pPr/>
      <w:r>
        <w:rPr>
          <w:rFonts w:ascii="Aptos" w:hAnsi="Aptos" w:eastAsia="Aptos"/>
          <w:b w:val="0"/>
          <w:i w:val="0"/>
        </w:rPr>
        <w:t>A carga deve ser mantida quando o atleta ainda está consolidando uma adaptação, quando executa bem mas precisa repetir para ganhar confiança, quando a resposta é positiva mas recente demais para justificar aumento, ou quando o ciclo pede estabilidade antes de avançar.</w:t>
      </w:r>
    </w:p>
    <w:p>
      <w:pPr/>
      <w:r>
        <w:rPr>
          <w:rFonts w:ascii="Aptos" w:hAnsi="Aptos" w:eastAsia="Aptos"/>
          <w:b w:val="0"/>
          <w:i w:val="0"/>
        </w:rPr>
        <w:t>Manter também é útil quando há sinais leves de fadiga, rotina mais pesada, proximidade de prova, necessidade de preservar técnica ou ajuste em andamento.</w:t>
      </w:r>
    </w:p>
    <w:p>
      <w:pPr/>
      <w:r>
        <w:rPr>
          <w:rFonts w:ascii="Aptos" w:hAnsi="Aptos" w:eastAsia="Aptos"/>
          <w:b w:val="0"/>
          <w:i w:val="0"/>
        </w:rPr>
        <w:t>A metodologia TriLife entende que nem toda semana precisa ser progressiva.</w:t>
      </w:r>
    </w:p>
    <w:p>
      <w:pPr/>
      <w:r>
        <w:rPr>
          <w:rFonts w:ascii="Aptos" w:hAnsi="Aptos" w:eastAsia="Aptos"/>
          <w:b w:val="0"/>
          <w:i w:val="0"/>
        </w:rPr>
        <w:t>Às vezes, repetir a dose fortalece a adaptação.</w:t>
      </w:r>
    </w:p>
    <w:p>
      <w:pPr/>
      <w:r>
        <w:rPr>
          <w:rFonts w:ascii="Aptos" w:hAnsi="Aptos" w:eastAsia="Aptos"/>
          <w:b w:val="0"/>
          <w:i w:val="0"/>
        </w:rPr>
        <w:t>O organismo não evolui apenas quando a carga sobe.</w:t>
      </w:r>
    </w:p>
    <w:p>
      <w:pPr/>
      <w:r>
        <w:rPr>
          <w:rFonts w:ascii="Aptos" w:hAnsi="Aptos" w:eastAsia="Aptos"/>
          <w:b w:val="0"/>
          <w:i w:val="0"/>
        </w:rPr>
        <w:t>Evolui quando assimila.</w:t>
      </w:r>
    </w:p>
    <w:p>
      <w:pPr/>
      <w:r>
        <w:rPr>
          <w:rFonts w:ascii="Aptos" w:hAnsi="Aptos" w:eastAsia="Aptos"/>
          <w:b w:val="0"/>
          <w:i w:val="0"/>
        </w:rPr>
        <w:t>Manter carga pode ser o espaço necessário para transformar treino em consistência.</w:t>
      </w:r>
    </w:p>
    <w:p>
      <w:pPr>
        <w:pStyle w:val="Heading2"/>
      </w:pPr>
      <w:r>
        <w:t>29.5 Quando reduzir carga</w:t>
      </w:r>
    </w:p>
    <w:p>
      <w:pPr/>
      <w:r>
        <w:rPr>
          <w:rFonts w:ascii="Aptos" w:hAnsi="Aptos" w:eastAsia="Aptos"/>
          <w:b w:val="0"/>
          <w:i w:val="0"/>
        </w:rPr>
        <w:t>Reduzir carga é decisão técnica.</w:t>
      </w:r>
    </w:p>
    <w:p>
      <w:pPr/>
      <w:r>
        <w:rPr>
          <w:rFonts w:ascii="Aptos" w:hAnsi="Aptos" w:eastAsia="Aptos"/>
          <w:b w:val="0"/>
          <w:i w:val="0"/>
        </w:rPr>
        <w:t>Não é fracasso.</w:t>
      </w:r>
    </w:p>
    <w:p>
      <w:pPr/>
      <w:r>
        <w:rPr>
          <w:rFonts w:ascii="Aptos" w:hAnsi="Aptos" w:eastAsia="Aptos"/>
          <w:b w:val="0"/>
          <w:i w:val="0"/>
        </w:rPr>
        <w:t>A carga deve ser reduzida quando os sinais indicam que o atleta não está assimilando o processo.</w:t>
      </w:r>
    </w:p>
    <w:p>
      <w:pPr/>
      <w:r>
        <w:rPr>
          <w:rFonts w:ascii="Aptos" w:hAnsi="Aptos" w:eastAsia="Aptos"/>
          <w:b w:val="0"/>
          <w:i w:val="0"/>
        </w:rPr>
        <w:t>Sinais importantes incluem:</w:t>
      </w:r>
    </w:p>
    <w:p>
      <w:pPr>
        <w:pStyle w:val="ListBullet"/>
      </w:pPr>
      <w:r>
        <w:rPr>
          <w:rFonts w:ascii="Aptos" w:hAnsi="Aptos" w:eastAsia="Aptos"/>
          <w:b w:val="0"/>
          <w:i w:val="0"/>
        </w:rPr>
        <w:t>fadiga persistente;</w:t>
      </w:r>
    </w:p>
    <w:p>
      <w:pPr>
        <w:pStyle w:val="ListBullet"/>
      </w:pPr>
      <w:r>
        <w:rPr>
          <w:rFonts w:ascii="Aptos" w:hAnsi="Aptos" w:eastAsia="Aptos"/>
          <w:b w:val="0"/>
          <w:i w:val="0"/>
        </w:rPr>
        <w:t>dores recorrentes;</w:t>
      </w:r>
    </w:p>
    <w:p>
      <w:pPr>
        <w:pStyle w:val="ListBullet"/>
      </w:pPr>
      <w:r>
        <w:rPr>
          <w:rFonts w:ascii="Aptos" w:hAnsi="Aptos" w:eastAsia="Aptos"/>
          <w:b w:val="0"/>
          <w:i w:val="0"/>
        </w:rPr>
        <w:t>queda de desempenho;</w:t>
      </w:r>
    </w:p>
    <w:p>
      <w:pPr>
        <w:pStyle w:val="ListBullet"/>
      </w:pPr>
      <w:r>
        <w:rPr>
          <w:rFonts w:ascii="Aptos" w:hAnsi="Aptos" w:eastAsia="Aptos"/>
          <w:b w:val="0"/>
          <w:i w:val="0"/>
        </w:rPr>
        <w:t>frequência cardíaca alta em treinos leves;</w:t>
      </w:r>
    </w:p>
    <w:p>
      <w:pPr>
        <w:pStyle w:val="ListBullet"/>
      </w:pPr>
      <w:r>
        <w:rPr>
          <w:rFonts w:ascii="Aptos" w:hAnsi="Aptos" w:eastAsia="Aptos"/>
          <w:b w:val="0"/>
          <w:i w:val="0"/>
        </w:rPr>
        <w:t>percepção de esforço desproporcional;</w:t>
      </w:r>
    </w:p>
    <w:p>
      <w:pPr>
        <w:pStyle w:val="ListBullet"/>
      </w:pPr>
      <w:r>
        <w:rPr>
          <w:rFonts w:ascii="Aptos" w:hAnsi="Aptos" w:eastAsia="Aptos"/>
          <w:b w:val="0"/>
          <w:i w:val="0"/>
        </w:rPr>
        <w:t>baixa motivação;</w:t>
      </w:r>
    </w:p>
    <w:p>
      <w:pPr>
        <w:pStyle w:val="ListBullet"/>
      </w:pPr>
      <w:r>
        <w:rPr>
          <w:rFonts w:ascii="Aptos" w:hAnsi="Aptos" w:eastAsia="Aptos"/>
          <w:b w:val="0"/>
          <w:i w:val="0"/>
        </w:rPr>
        <w:t>sono ruim;</w:t>
      </w:r>
    </w:p>
    <w:p>
      <w:pPr>
        <w:pStyle w:val="ListBullet"/>
      </w:pPr>
      <w:r>
        <w:rPr>
          <w:rFonts w:ascii="Aptos" w:hAnsi="Aptos" w:eastAsia="Aptos"/>
          <w:b w:val="0"/>
          <w:i w:val="0"/>
        </w:rPr>
        <w:t>comentários negativos repetidos;</w:t>
      </w:r>
    </w:p>
    <w:p>
      <w:pPr>
        <w:pStyle w:val="ListBullet"/>
      </w:pPr>
      <w:r>
        <w:rPr>
          <w:rFonts w:ascii="Aptos" w:hAnsi="Aptos" w:eastAsia="Aptos"/>
          <w:b w:val="0"/>
          <w:i w:val="0"/>
        </w:rPr>
        <w:t>falhas sucessivas;</w:t>
      </w:r>
    </w:p>
    <w:p>
      <w:pPr>
        <w:pStyle w:val="ListBullet"/>
      </w:pPr>
      <w:r>
        <w:rPr>
          <w:rFonts w:ascii="Aptos" w:hAnsi="Aptos" w:eastAsia="Aptos"/>
          <w:b w:val="0"/>
          <w:i w:val="0"/>
        </w:rPr>
        <w:t>técnica deteriorada;</w:t>
      </w:r>
    </w:p>
    <w:p>
      <w:pPr>
        <w:pStyle w:val="ListBullet"/>
      </w:pPr>
      <w:r>
        <w:rPr>
          <w:rFonts w:ascii="Aptos" w:hAnsi="Aptos" w:eastAsia="Aptos"/>
          <w:b w:val="0"/>
          <w:i w:val="0"/>
        </w:rPr>
        <w:t>dificuldade de recuperar;</w:t>
      </w:r>
    </w:p>
    <w:p>
      <w:pPr>
        <w:pStyle w:val="ListBullet"/>
      </w:pPr>
      <w:r>
        <w:rPr>
          <w:rFonts w:ascii="Aptos" w:hAnsi="Aptos" w:eastAsia="Aptos"/>
          <w:b w:val="0"/>
          <w:i w:val="0"/>
        </w:rPr>
        <w:t>alteração de rotina;</w:t>
      </w:r>
    </w:p>
    <w:p>
      <w:pPr>
        <w:pStyle w:val="ListBullet"/>
      </w:pPr>
      <w:r>
        <w:rPr>
          <w:rFonts w:ascii="Aptos" w:hAnsi="Aptos" w:eastAsia="Aptos"/>
          <w:b w:val="0"/>
          <w:i w:val="0"/>
        </w:rPr>
        <w:t>proximidade de prova exigindo polimento.</w:t>
      </w:r>
    </w:p>
    <w:p>
      <w:pPr/>
      <w:r>
        <w:rPr>
          <w:rFonts w:ascii="Aptos" w:hAnsi="Aptos" w:eastAsia="Aptos"/>
          <w:b w:val="0"/>
          <w:i w:val="0"/>
        </w:rPr>
        <w:t>Reduzir pode significar cortar volume, retirar intensidade, simplificar a semana, substituir treino forte por rodagem leve, aumentar descanso, pausar progressão ou reorganizar o ciclo.</w:t>
      </w:r>
    </w:p>
    <w:p>
      <w:pPr/>
      <w:r>
        <w:rPr>
          <w:rFonts w:ascii="Aptos" w:hAnsi="Aptos" w:eastAsia="Aptos"/>
          <w:b w:val="0"/>
          <w:i w:val="0"/>
        </w:rPr>
        <w:t>O treinador precisa agir antes que o problema fique grande.</w:t>
      </w:r>
    </w:p>
    <w:p>
      <w:pPr/>
      <w:r>
        <w:rPr>
          <w:rFonts w:ascii="Aptos" w:hAnsi="Aptos" w:eastAsia="Aptos"/>
          <w:b w:val="0"/>
          <w:i w:val="0"/>
        </w:rPr>
        <w:t>Reduzir cedo pode salvar o ciclo.</w:t>
      </w:r>
    </w:p>
    <w:p>
      <w:pPr/>
      <w:r>
        <w:rPr>
          <w:rFonts w:ascii="Aptos" w:hAnsi="Aptos" w:eastAsia="Aptos"/>
          <w:b w:val="0"/>
          <w:i w:val="0"/>
        </w:rPr>
        <w:t>Insistir tarde demais pode destruir semanas de preparação.</w:t>
      </w:r>
    </w:p>
    <w:p>
      <w:pPr/>
      <w:r>
        <w:rPr>
          <w:rFonts w:ascii="Aptos" w:hAnsi="Aptos" w:eastAsia="Aptos"/>
          <w:b w:val="0"/>
          <w:i w:val="0"/>
        </w:rPr>
        <w:t>Treinos Inteligentes exigem coragem para retirar.</w:t>
      </w:r>
    </w:p>
    <w:tbl>
      <w:tblPr>
        <w:tblW w:type="auto" w:w="0"/>
        <w:jc w:val="center"/>
        <w:tblLook w:firstColumn="1" w:firstRow="1" w:lastColumn="0" w:lastRow="0" w:noHBand="0" w:noVBand="1" w:val="04A0"/>
      </w:tblPr>
      <w:tblGrid>
        <w:gridCol w:w="10080"/>
      </w:tblGrid>
      <w:tr>
        <w:tc>
          <w:tcPr>
            <w:tcW w:type="dxa" w:w="10080"/>
            <w:vAlign w:val="center"/>
            <w:shd w:fill="EAF4EF"/>
            <w:tcBorders>
              <w:top w:sz="8" w:val="single" w:color="2E6E4F"/>
              <w:left w:sz="8" w:val="single" w:color="2E6E4F"/>
              <w:bottom w:sz="8" w:val="single" w:color="2E6E4F"/>
              <w:right w:sz="8" w:val="single" w:color="2E6E4F"/>
            </w:tcBorders>
          </w:tcPr>
          <w:p>
            <w:pPr>
              <w:pStyle w:val="Heading2"/>
            </w:pPr>
            <w:r/>
            <w:r>
              <w:rPr>
                <w:rFonts w:ascii="Aptos" w:hAnsi="Aptos" w:eastAsia="Aptos"/>
                <w:b/>
                <w:i w:val="0"/>
              </w:rPr>
              <w:t>🔬 A CIÊNCIA POR TRÁS DO MÉTODO</w:t>
            </w:r>
          </w:p>
          <w:p>
            <w:pPr/>
            <w:r>
              <w:rPr>
                <w:rFonts w:ascii="Aptos" w:hAnsi="Aptos" w:eastAsia="Aptos"/>
                <w:b w:val="0"/>
                <w:i w:val="0"/>
              </w:rPr>
              <w:t>A decisão de aumentar, manter ou reduzir carga se conecta à relação entre estímulo, fadiga, recuperação e adaptação. O organismo precisa de sobrecarga para evoluir, mas essa sobrecarga só é positiva quando pode ser assimilada.</w:t>
            </w:r>
          </w:p>
          <w:p>
            <w:pPr/>
            <w:r>
              <w:rPr>
                <w:rFonts w:ascii="Aptos" w:hAnsi="Aptos" w:eastAsia="Aptos"/>
                <w:b w:val="0"/>
                <w:i w:val="0"/>
              </w:rPr>
              <w:t>A carga externa mostra o que foi realizado: volume, intensidade, duração, terreno e frequência. A carga interna revela como o atleta respondeu: frequência cardíaca, percepção de esforço, fadiga, dor, sono, humor e recuperação.</w:t>
            </w:r>
          </w:p>
          <w:p>
            <w:pPr/>
            <w:r>
              <w:rPr>
                <w:rFonts w:ascii="Aptos" w:hAnsi="Aptos" w:eastAsia="Aptos"/>
                <w:b w:val="0"/>
                <w:i w:val="0"/>
              </w:rPr>
              <w:t>Quando a carga externa aumenta sem resposta interna compatível, cresce o risco de fadiga não funcional, queda de desempenho e lesão. Quando o atleta demonstra estabilidade, consistência e recuperação, pode haver espaço para progressão.</w:t>
            </w:r>
          </w:p>
          <w:p>
            <w:pPr/>
            <w:r>
              <w:rPr>
                <w:rFonts w:ascii="Aptos" w:hAnsi="Aptos" w:eastAsia="Aptos"/>
                <w:b w:val="0"/>
                <w:i w:val="0"/>
              </w:rPr>
              <w:t>O Método TriLife Running usa essa lógica para tomar decisões práticas: aumentar quando há prontidão, manter quando há consolidação e reduzir quando a resposta mostra risco.</w:t>
            </w:r>
          </w:p>
          <w:p>
            <w:pPr/>
            <w:r>
              <w:rPr>
                <w:rFonts w:ascii="Aptos" w:hAnsi="Aptos" w:eastAsia="Aptos"/>
                <w:b w:val="0"/>
                <w:i w:val="0"/>
              </w:rPr>
              <w:t>Carga boa é carga assimilada.</w:t>
            </w:r>
          </w:p>
        </w:tc>
      </w:tr>
    </w:tbl>
    <w:p/>
    <w:p>
      <w:pPr>
        <w:pStyle w:val="Heading2"/>
      </w:pPr>
      <w:r>
        <w:t>29.6 Aderência como critério de carga</w:t>
      </w:r>
    </w:p>
    <w:p>
      <w:pPr/>
      <w:r>
        <w:rPr>
          <w:rFonts w:ascii="Aptos" w:hAnsi="Aptos" w:eastAsia="Aptos"/>
          <w:b w:val="0"/>
          <w:i w:val="0"/>
        </w:rPr>
        <w:t>Aderência é um dos primeiros critérios para decidir progressão.</w:t>
      </w:r>
    </w:p>
    <w:p>
      <w:pPr/>
      <w:r>
        <w:rPr>
          <w:rFonts w:ascii="Aptos" w:hAnsi="Aptos" w:eastAsia="Aptos"/>
          <w:b w:val="0"/>
          <w:i w:val="0"/>
        </w:rPr>
        <w:t>Um atleta que não cumpre a planilha com regularidade ainda não demonstrou base suficiente para receber mais carga.</w:t>
      </w:r>
    </w:p>
    <w:p>
      <w:pPr/>
      <w:r>
        <w:rPr>
          <w:rFonts w:ascii="Aptos" w:hAnsi="Aptos" w:eastAsia="Aptos"/>
          <w:b w:val="0"/>
          <w:i w:val="0"/>
        </w:rPr>
        <w:t>Antes de aumentar volume ou intensidade, o treinador precisa perguntar:</w:t>
      </w:r>
    </w:p>
    <w:p>
      <w:pPr>
        <w:pStyle w:val="ListBullet"/>
      </w:pPr>
      <w:r>
        <w:rPr>
          <w:rFonts w:ascii="Aptos" w:hAnsi="Aptos" w:eastAsia="Aptos"/>
          <w:b w:val="0"/>
          <w:i w:val="0"/>
        </w:rPr>
        <w:t>o atleta está cumprindo a semana?</w:t>
      </w:r>
    </w:p>
    <w:p>
      <w:pPr>
        <w:pStyle w:val="ListBullet"/>
      </w:pPr>
      <w:r>
        <w:rPr>
          <w:rFonts w:ascii="Aptos" w:hAnsi="Aptos" w:eastAsia="Aptos"/>
          <w:b w:val="0"/>
          <w:i w:val="0"/>
        </w:rPr>
        <w:t>está executando as sessões-chave?</w:t>
      </w:r>
    </w:p>
    <w:p>
      <w:pPr>
        <w:pStyle w:val="ListBullet"/>
      </w:pPr>
      <w:r>
        <w:rPr>
          <w:rFonts w:ascii="Aptos" w:hAnsi="Aptos" w:eastAsia="Aptos"/>
          <w:b w:val="0"/>
          <w:i w:val="0"/>
        </w:rPr>
        <w:t>respeita as zonas?</w:t>
      </w:r>
    </w:p>
    <w:p>
      <w:pPr>
        <w:pStyle w:val="ListBullet"/>
      </w:pPr>
      <w:r>
        <w:rPr>
          <w:rFonts w:ascii="Aptos" w:hAnsi="Aptos" w:eastAsia="Aptos"/>
          <w:b w:val="0"/>
          <w:i w:val="0"/>
        </w:rPr>
        <w:t>comenta os treinos?</w:t>
      </w:r>
    </w:p>
    <w:p>
      <w:pPr>
        <w:pStyle w:val="ListBullet"/>
      </w:pPr>
      <w:r>
        <w:rPr>
          <w:rFonts w:ascii="Aptos" w:hAnsi="Aptos" w:eastAsia="Aptos"/>
          <w:b w:val="0"/>
          <w:i w:val="0"/>
        </w:rPr>
        <w:t>consegue manter rotina?</w:t>
      </w:r>
    </w:p>
    <w:p>
      <w:pPr>
        <w:pStyle w:val="ListBullet"/>
      </w:pPr>
      <w:r>
        <w:rPr>
          <w:rFonts w:ascii="Aptos" w:hAnsi="Aptos" w:eastAsia="Aptos"/>
          <w:b w:val="0"/>
          <w:i w:val="0"/>
        </w:rPr>
        <w:t>recupera bem?</w:t>
      </w:r>
    </w:p>
    <w:p>
      <w:pPr>
        <w:pStyle w:val="ListBullet"/>
      </w:pPr>
      <w:r>
        <w:rPr>
          <w:rFonts w:ascii="Aptos" w:hAnsi="Aptos" w:eastAsia="Aptos"/>
          <w:b w:val="0"/>
          <w:i w:val="0"/>
        </w:rPr>
        <w:t>entende a proposta?</w:t>
      </w:r>
    </w:p>
    <w:p>
      <w:pPr/>
      <w:r>
        <w:rPr>
          <w:rFonts w:ascii="Aptos" w:hAnsi="Aptos" w:eastAsia="Aptos"/>
          <w:b w:val="0"/>
          <w:i w:val="0"/>
        </w:rPr>
        <w:t>Se a resposta for negativa, talvez o primeiro ajuste não seja aumentar carga.</w:t>
      </w:r>
    </w:p>
    <w:p>
      <w:pPr/>
      <w:r>
        <w:rPr>
          <w:rFonts w:ascii="Aptos" w:hAnsi="Aptos" w:eastAsia="Aptos"/>
          <w:b w:val="0"/>
          <w:i w:val="0"/>
        </w:rPr>
        <w:t>Talvez seja simplificar.</w:t>
      </w:r>
    </w:p>
    <w:p>
      <w:pPr/>
      <w:r>
        <w:rPr>
          <w:rFonts w:ascii="Aptos" w:hAnsi="Aptos" w:eastAsia="Aptos"/>
          <w:b w:val="0"/>
          <w:i w:val="0"/>
        </w:rPr>
        <w:t>Reorganizar.</w:t>
      </w:r>
    </w:p>
    <w:p>
      <w:pPr/>
      <w:r>
        <w:rPr>
          <w:rFonts w:ascii="Aptos" w:hAnsi="Aptos" w:eastAsia="Aptos"/>
          <w:b w:val="0"/>
          <w:i w:val="0"/>
        </w:rPr>
        <w:t>Criar micrometas.</w:t>
      </w:r>
    </w:p>
    <w:p>
      <w:pPr/>
      <w:r>
        <w:rPr>
          <w:rFonts w:ascii="Aptos" w:hAnsi="Aptos" w:eastAsia="Aptos"/>
          <w:b w:val="0"/>
          <w:i w:val="0"/>
        </w:rPr>
        <w:t>Reduzir complexidade.</w:t>
      </w:r>
    </w:p>
    <w:p>
      <w:pPr/>
      <w:r>
        <w:rPr>
          <w:rFonts w:ascii="Aptos" w:hAnsi="Aptos" w:eastAsia="Aptos"/>
          <w:b w:val="0"/>
          <w:i w:val="0"/>
        </w:rPr>
        <w:t>Aumentar carga em cima de baixa adesão costuma piorar o problema. A planilha fica mais distante da realidade e o atleta acumula frustração.</w:t>
      </w:r>
    </w:p>
    <w:p>
      <w:pPr/>
      <w:r>
        <w:rPr>
          <w:rFonts w:ascii="Aptos" w:hAnsi="Aptos" w:eastAsia="Aptos"/>
          <w:b w:val="0"/>
          <w:i w:val="0"/>
        </w:rPr>
        <w:t>Consistência vem antes de progressão.</w:t>
      </w:r>
    </w:p>
    <w:p>
      <w:pPr>
        <w:pStyle w:val="Heading2"/>
      </w:pPr>
      <w:r>
        <w:t>29.7 Dados ajudam, mas não decidem sozinhos</w:t>
      </w:r>
    </w:p>
    <w:p>
      <w:pPr/>
      <w:r>
        <w:rPr>
          <w:rFonts w:ascii="Aptos" w:hAnsi="Aptos" w:eastAsia="Aptos"/>
          <w:b w:val="0"/>
          <w:i w:val="0"/>
        </w:rPr>
        <w:t>TrainingPeaks, pace, frequência cardíaca, Pace/Heart, decoupling, aderência e comentários ajudam o treinador.</w:t>
      </w:r>
    </w:p>
    <w:p>
      <w:pPr/>
      <w:r>
        <w:rPr>
          <w:rFonts w:ascii="Aptos" w:hAnsi="Aptos" w:eastAsia="Aptos"/>
          <w:b w:val="0"/>
          <w:i w:val="0"/>
        </w:rPr>
        <w:t>Mas nenhuma métrica isolada decide.</w:t>
      </w:r>
    </w:p>
    <w:p>
      <w:pPr/>
      <w:r>
        <w:rPr>
          <w:rFonts w:ascii="Aptos" w:hAnsi="Aptos" w:eastAsia="Aptos"/>
          <w:b w:val="0"/>
          <w:i w:val="0"/>
        </w:rPr>
        <w:t>Um atleta pode melhorar pace e ainda assim estar cansado. Pode apresentar frequência cardíaca alta por calor. Pode falhar por viagem. Pode cumprir volume, mas executar intensidade errada. Pode parecer pronto no gráfico e relatar dor.</w:t>
      </w:r>
    </w:p>
    <w:p>
      <w:pPr/>
      <w:r>
        <w:rPr>
          <w:rFonts w:ascii="Aptos" w:hAnsi="Aptos" w:eastAsia="Aptos"/>
          <w:b w:val="0"/>
          <w:i w:val="0"/>
        </w:rPr>
        <w:t>O método precisa cruzar informações.</w:t>
      </w:r>
    </w:p>
    <w:p>
      <w:pPr/>
      <w:r>
        <w:rPr>
          <w:rFonts w:ascii="Aptos" w:hAnsi="Aptos" w:eastAsia="Aptos"/>
          <w:b w:val="0"/>
          <w:i w:val="0"/>
        </w:rPr>
        <w:t>A decisão de carga deve considerar:</w:t>
      </w:r>
    </w:p>
    <w:p>
      <w:pPr>
        <w:pStyle w:val="ListBullet"/>
      </w:pPr>
      <w:r>
        <w:rPr>
          <w:rFonts w:ascii="Aptos" w:hAnsi="Aptos" w:eastAsia="Aptos"/>
          <w:b w:val="0"/>
          <w:i w:val="0"/>
        </w:rPr>
        <w:t>dados objetivos;</w:t>
      </w:r>
    </w:p>
    <w:p>
      <w:pPr>
        <w:pStyle w:val="ListBullet"/>
      </w:pPr>
      <w:r>
        <w:rPr>
          <w:rFonts w:ascii="Aptos" w:hAnsi="Aptos" w:eastAsia="Aptos"/>
          <w:b w:val="0"/>
          <w:i w:val="0"/>
        </w:rPr>
        <w:t>comentários subjetivos;</w:t>
      </w:r>
    </w:p>
    <w:p>
      <w:pPr>
        <w:pStyle w:val="ListBullet"/>
      </w:pPr>
      <w:r>
        <w:rPr>
          <w:rFonts w:ascii="Aptos" w:hAnsi="Aptos" w:eastAsia="Aptos"/>
          <w:b w:val="0"/>
          <w:i w:val="0"/>
        </w:rPr>
        <w:t>histórico;</w:t>
      </w:r>
    </w:p>
    <w:p>
      <w:pPr>
        <w:pStyle w:val="ListBullet"/>
      </w:pPr>
      <w:r>
        <w:rPr>
          <w:rFonts w:ascii="Aptos" w:hAnsi="Aptos" w:eastAsia="Aptos"/>
          <w:b w:val="0"/>
          <w:i w:val="0"/>
        </w:rPr>
        <w:t>fase da periodização;</w:t>
      </w:r>
    </w:p>
    <w:p>
      <w:pPr>
        <w:pStyle w:val="ListBullet"/>
      </w:pPr>
      <w:r>
        <w:rPr>
          <w:rFonts w:ascii="Aptos" w:hAnsi="Aptos" w:eastAsia="Aptos"/>
          <w:b w:val="0"/>
          <w:i w:val="0"/>
        </w:rPr>
        <w:t>objetivo da prova;</w:t>
      </w:r>
    </w:p>
    <w:p>
      <w:pPr>
        <w:pStyle w:val="ListBullet"/>
      </w:pPr>
      <w:r>
        <w:rPr>
          <w:rFonts w:ascii="Aptos" w:hAnsi="Aptos" w:eastAsia="Aptos"/>
          <w:b w:val="0"/>
          <w:i w:val="0"/>
        </w:rPr>
        <w:t>sinais de fadiga;</w:t>
      </w:r>
    </w:p>
    <w:p>
      <w:pPr>
        <w:pStyle w:val="ListBullet"/>
      </w:pPr>
      <w:r>
        <w:rPr>
          <w:rFonts w:ascii="Aptos" w:hAnsi="Aptos" w:eastAsia="Aptos"/>
          <w:b w:val="0"/>
          <w:i w:val="0"/>
        </w:rPr>
        <w:t>recuperação;</w:t>
      </w:r>
    </w:p>
    <w:p>
      <w:pPr>
        <w:pStyle w:val="ListBullet"/>
      </w:pPr>
      <w:r>
        <w:rPr>
          <w:rFonts w:ascii="Aptos" w:hAnsi="Aptos" w:eastAsia="Aptos"/>
          <w:b w:val="0"/>
          <w:i w:val="0"/>
        </w:rPr>
        <w:t>técnica;</w:t>
      </w:r>
    </w:p>
    <w:p>
      <w:pPr>
        <w:pStyle w:val="ListBullet"/>
      </w:pPr>
      <w:r>
        <w:rPr>
          <w:rFonts w:ascii="Aptos" w:hAnsi="Aptos" w:eastAsia="Aptos"/>
          <w:b w:val="0"/>
          <w:i w:val="0"/>
        </w:rPr>
        <w:t>contexto de vida;</w:t>
      </w:r>
    </w:p>
    <w:p>
      <w:pPr>
        <w:pStyle w:val="ListBullet"/>
      </w:pPr>
      <w:r>
        <w:rPr>
          <w:rFonts w:ascii="Aptos" w:hAnsi="Aptos" w:eastAsia="Aptos"/>
          <w:b w:val="0"/>
          <w:i w:val="0"/>
        </w:rPr>
        <w:t>experiência do atleta;</w:t>
      </w:r>
    </w:p>
    <w:p>
      <w:pPr>
        <w:pStyle w:val="ListBullet"/>
      </w:pPr>
      <w:r>
        <w:rPr>
          <w:rFonts w:ascii="Aptos" w:hAnsi="Aptos" w:eastAsia="Aptos"/>
          <w:b w:val="0"/>
          <w:i w:val="0"/>
        </w:rPr>
        <w:t>margem de segurança.</w:t>
      </w:r>
    </w:p>
    <w:p>
      <w:pPr/>
      <w:r>
        <w:rPr>
          <w:rFonts w:ascii="Aptos" w:hAnsi="Aptos" w:eastAsia="Aptos"/>
          <w:b w:val="0"/>
          <w:i w:val="0"/>
        </w:rPr>
        <w:t>A tecnologia amplia a leitura.</w:t>
      </w:r>
    </w:p>
    <w:p>
      <w:pPr/>
      <w:r>
        <w:rPr>
          <w:rFonts w:ascii="Aptos" w:hAnsi="Aptos" w:eastAsia="Aptos"/>
          <w:b w:val="0"/>
          <w:i w:val="0"/>
        </w:rPr>
        <w:t>O treinador decide.</w:t>
      </w:r>
    </w:p>
    <w:p>
      <w:pPr/>
      <w:r>
        <w:rPr>
          <w:rFonts w:ascii="Aptos" w:hAnsi="Aptos" w:eastAsia="Aptos"/>
          <w:b w:val="0"/>
          <w:i w:val="0"/>
        </w:rPr>
        <w:t>Essa frase resume boa parte do DNA TriLife.</w:t>
      </w:r>
    </w:p>
    <w:p>
      <w:pPr>
        <w:pStyle w:val="Heading2"/>
      </w:pPr>
      <w:r>
        <w:t>29.8 O papel da fase do ciclo</w:t>
      </w:r>
    </w:p>
    <w:p>
      <w:pPr/>
      <w:r>
        <w:rPr>
          <w:rFonts w:ascii="Aptos" w:hAnsi="Aptos" w:eastAsia="Aptos"/>
          <w:b w:val="0"/>
          <w:i w:val="0"/>
        </w:rPr>
        <w:t>A decisão de carga também depende da fase da periodização.</w:t>
      </w:r>
    </w:p>
    <w:p>
      <w:pPr/>
      <w:r>
        <w:rPr>
          <w:rFonts w:ascii="Aptos" w:hAnsi="Aptos" w:eastAsia="Aptos"/>
          <w:b w:val="0"/>
          <w:i w:val="0"/>
        </w:rPr>
        <w:t>Na base, o foco pode ser construir regularidade, técnica, volume controlado e compreensão do método. Na fase de desenvolvimento, a carga pode progredir conforme o atleta demonstra assimilação. Na fase específica, a intensidade e a exigência precisam conversar com a prova. No polimento, reduzir carga passa a ser parte da estratégia.</w:t>
      </w:r>
    </w:p>
    <w:p>
      <w:pPr/>
      <w:r>
        <w:rPr>
          <w:rFonts w:ascii="Aptos" w:hAnsi="Aptos" w:eastAsia="Aptos"/>
          <w:b w:val="0"/>
          <w:i w:val="0"/>
        </w:rPr>
        <w:t>A mesma resposta do atleta pode gerar decisões diferentes em fases diferentes.</w:t>
      </w:r>
    </w:p>
    <w:p>
      <w:pPr/>
      <w:r>
        <w:rPr>
          <w:rFonts w:ascii="Aptos" w:hAnsi="Aptos" w:eastAsia="Aptos"/>
          <w:b w:val="0"/>
          <w:i w:val="0"/>
        </w:rPr>
        <w:t>Um sinal de fadiga leve em uma fase de carga pode ser esperado. O mesmo sinal perto da prova pode exigir redução imediata. Uma boa resposta na base pode permitir aumento gradual. Uma boa resposta no taper não significa que o treinador deve inserir novo treino forte.</w:t>
      </w:r>
    </w:p>
    <w:p>
      <w:pPr/>
      <w:r>
        <w:rPr>
          <w:rFonts w:ascii="Aptos" w:hAnsi="Aptos" w:eastAsia="Aptos"/>
          <w:b w:val="0"/>
          <w:i w:val="0"/>
        </w:rPr>
        <w:t>Contexto decide.</w:t>
      </w:r>
    </w:p>
    <w:p>
      <w:pPr/>
      <w:r>
        <w:rPr>
          <w:rFonts w:ascii="Aptos" w:hAnsi="Aptos" w:eastAsia="Aptos"/>
          <w:b w:val="0"/>
          <w:i w:val="0"/>
        </w:rPr>
        <w:t>A carga nunca deve ser analisada fora da arquitetura do ciclo.</w:t>
      </w:r>
    </w:p>
    <w:p>
      <w:pPr>
        <w:pStyle w:val="Heading2"/>
      </w:pPr>
      <w:r>
        <w:t>29.9 O coach decide com perguntas</w:t>
      </w:r>
    </w:p>
    <w:p>
      <w:pPr/>
      <w:r>
        <w:rPr>
          <w:rFonts w:ascii="Aptos" w:hAnsi="Aptos" w:eastAsia="Aptos"/>
          <w:b w:val="0"/>
          <w:i w:val="0"/>
        </w:rPr>
        <w:t>A tomada de decisão TriLife pode ser organizada por perguntas práticas.</w:t>
      </w:r>
    </w:p>
    <w:p>
      <w:pPr>
        <w:pStyle w:val="TriLifeQuote"/>
      </w:pPr>
      <w:r>
        <w:rPr>
          <w:rFonts w:ascii="Aptos" w:hAnsi="Aptos" w:eastAsia="Aptos"/>
          <w:b w:val="0"/>
          <w:i/>
        </w:rPr>
        <w:t>Para aumentar carga:</w:t>
      </w:r>
    </w:p>
    <w:p>
      <w:pPr>
        <w:pStyle w:val="ListBullet"/>
      </w:pPr>
      <w:r>
        <w:rPr>
          <w:rFonts w:ascii="Aptos" w:hAnsi="Aptos" w:eastAsia="Aptos"/>
          <w:b w:val="0"/>
          <w:i w:val="0"/>
        </w:rPr>
        <w:t>o atleta está aderindo?</w:t>
      </w:r>
    </w:p>
    <w:p>
      <w:pPr>
        <w:pStyle w:val="ListBullet"/>
      </w:pPr>
      <w:r>
        <w:rPr>
          <w:rFonts w:ascii="Aptos" w:hAnsi="Aptos" w:eastAsia="Aptos"/>
          <w:b w:val="0"/>
          <w:i w:val="0"/>
        </w:rPr>
        <w:t>recupera bem?</w:t>
      </w:r>
    </w:p>
    <w:p>
      <w:pPr>
        <w:pStyle w:val="ListBullet"/>
      </w:pPr>
      <w:r>
        <w:rPr>
          <w:rFonts w:ascii="Aptos" w:hAnsi="Aptos" w:eastAsia="Aptos"/>
          <w:b w:val="0"/>
          <w:i w:val="0"/>
        </w:rPr>
        <w:t>não apresenta dor?</w:t>
      </w:r>
    </w:p>
    <w:p>
      <w:pPr>
        <w:pStyle w:val="ListBullet"/>
      </w:pPr>
      <w:r>
        <w:rPr>
          <w:rFonts w:ascii="Aptos" w:hAnsi="Aptos" w:eastAsia="Aptos"/>
          <w:b w:val="0"/>
          <w:i w:val="0"/>
        </w:rPr>
        <w:t>executa zonas corretamente?</w:t>
      </w:r>
    </w:p>
    <w:p>
      <w:pPr>
        <w:pStyle w:val="ListBullet"/>
      </w:pPr>
      <w:r>
        <w:rPr>
          <w:rFonts w:ascii="Aptos" w:hAnsi="Aptos" w:eastAsia="Aptos"/>
          <w:b w:val="0"/>
          <w:i w:val="0"/>
        </w:rPr>
        <w:t>mantém técnica?</w:t>
      </w:r>
    </w:p>
    <w:p>
      <w:pPr>
        <w:pStyle w:val="ListBullet"/>
      </w:pPr>
      <w:r>
        <w:rPr>
          <w:rFonts w:ascii="Aptos" w:hAnsi="Aptos" w:eastAsia="Aptos"/>
          <w:b w:val="0"/>
          <w:i w:val="0"/>
        </w:rPr>
        <w:t>comenta bem?</w:t>
      </w:r>
    </w:p>
    <w:p>
      <w:pPr>
        <w:pStyle w:val="ListBullet"/>
      </w:pPr>
      <w:r>
        <w:rPr>
          <w:rFonts w:ascii="Aptos" w:hAnsi="Aptos" w:eastAsia="Aptos"/>
          <w:b w:val="0"/>
          <w:i w:val="0"/>
        </w:rPr>
        <w:t>demonstra tendência positiva?</w:t>
      </w:r>
    </w:p>
    <w:p>
      <w:pPr>
        <w:pStyle w:val="ListBullet"/>
      </w:pPr>
      <w:r>
        <w:rPr>
          <w:rFonts w:ascii="Aptos" w:hAnsi="Aptos" w:eastAsia="Aptos"/>
          <w:b w:val="0"/>
          <w:i w:val="0"/>
        </w:rPr>
        <w:t>a fase do ciclo permite progressão?</w:t>
      </w:r>
    </w:p>
    <w:p>
      <w:pPr>
        <w:pStyle w:val="TriLifeQuote"/>
      </w:pPr>
      <w:r>
        <w:rPr>
          <w:rFonts w:ascii="Aptos" w:hAnsi="Aptos" w:eastAsia="Aptos"/>
          <w:b w:val="0"/>
          <w:i/>
        </w:rPr>
        <w:t>Para manter carga:</w:t>
      </w:r>
    </w:p>
    <w:p>
      <w:pPr>
        <w:pStyle w:val="ListBullet"/>
      </w:pPr>
      <w:r>
        <w:rPr>
          <w:rFonts w:ascii="Aptos" w:hAnsi="Aptos" w:eastAsia="Aptos"/>
          <w:b w:val="0"/>
          <w:i w:val="0"/>
        </w:rPr>
        <w:t>a adaptação ainda precisa consolidar?</w:t>
      </w:r>
    </w:p>
    <w:p>
      <w:pPr>
        <w:pStyle w:val="ListBullet"/>
      </w:pPr>
      <w:r>
        <w:rPr>
          <w:rFonts w:ascii="Aptos" w:hAnsi="Aptos" w:eastAsia="Aptos"/>
          <w:b w:val="0"/>
          <w:i w:val="0"/>
        </w:rPr>
        <w:t>o atleta está bem, mas ainda recente?</w:t>
      </w:r>
    </w:p>
    <w:p>
      <w:pPr>
        <w:pStyle w:val="ListBullet"/>
      </w:pPr>
      <w:r>
        <w:rPr>
          <w:rFonts w:ascii="Aptos" w:hAnsi="Aptos" w:eastAsia="Aptos"/>
          <w:b w:val="0"/>
          <w:i w:val="0"/>
        </w:rPr>
        <w:t>a rotina está mais pesada?</w:t>
      </w:r>
    </w:p>
    <w:p>
      <w:pPr>
        <w:pStyle w:val="ListBullet"/>
      </w:pPr>
      <w:r>
        <w:rPr>
          <w:rFonts w:ascii="Aptos" w:hAnsi="Aptos" w:eastAsia="Aptos"/>
          <w:b w:val="0"/>
          <w:i w:val="0"/>
        </w:rPr>
        <w:t>existe sinal leve de fadiga?</w:t>
      </w:r>
    </w:p>
    <w:p>
      <w:pPr>
        <w:pStyle w:val="ListBullet"/>
      </w:pPr>
      <w:r>
        <w:rPr>
          <w:rFonts w:ascii="Aptos" w:hAnsi="Aptos" w:eastAsia="Aptos"/>
          <w:b w:val="0"/>
          <w:i w:val="0"/>
        </w:rPr>
        <w:t>repetir a dose pode fortalecer confiança?</w:t>
      </w:r>
    </w:p>
    <w:p>
      <w:pPr>
        <w:pStyle w:val="ListBullet"/>
      </w:pPr>
      <w:r>
        <w:rPr>
          <w:rFonts w:ascii="Aptos" w:hAnsi="Aptos" w:eastAsia="Aptos"/>
          <w:b w:val="0"/>
          <w:i w:val="0"/>
        </w:rPr>
        <w:t>a fase pede estabilidade?</w:t>
      </w:r>
    </w:p>
    <w:p>
      <w:pPr>
        <w:pStyle w:val="TriLifeQuote"/>
      </w:pPr>
      <w:r>
        <w:rPr>
          <w:rFonts w:ascii="Aptos" w:hAnsi="Aptos" w:eastAsia="Aptos"/>
          <w:b w:val="0"/>
          <w:i/>
        </w:rPr>
        <w:t>Para reduzir carga:</w:t>
      </w:r>
    </w:p>
    <w:p>
      <w:pPr>
        <w:pStyle w:val="ListBullet"/>
      </w:pPr>
      <w:r>
        <w:rPr>
          <w:rFonts w:ascii="Aptos" w:hAnsi="Aptos" w:eastAsia="Aptos"/>
          <w:b w:val="0"/>
          <w:i w:val="0"/>
        </w:rPr>
        <w:t>há dor?</w:t>
      </w:r>
    </w:p>
    <w:p>
      <w:pPr>
        <w:pStyle w:val="ListBullet"/>
      </w:pPr>
      <w:r>
        <w:rPr>
          <w:rFonts w:ascii="Aptos" w:hAnsi="Aptos" w:eastAsia="Aptos"/>
          <w:b w:val="0"/>
          <w:i w:val="0"/>
        </w:rPr>
        <w:t>a fadiga está persistente?</w:t>
      </w:r>
    </w:p>
    <w:p>
      <w:pPr>
        <w:pStyle w:val="ListBullet"/>
      </w:pPr>
      <w:r>
        <w:rPr>
          <w:rFonts w:ascii="Aptos" w:hAnsi="Aptos" w:eastAsia="Aptos"/>
          <w:b w:val="0"/>
          <w:i w:val="0"/>
        </w:rPr>
        <w:t>a frequência cardíaca está fora do padrão?</w:t>
      </w:r>
    </w:p>
    <w:p>
      <w:pPr>
        <w:pStyle w:val="ListBullet"/>
      </w:pPr>
      <w:r>
        <w:rPr>
          <w:rFonts w:ascii="Aptos" w:hAnsi="Aptos" w:eastAsia="Aptos"/>
          <w:b w:val="0"/>
          <w:i w:val="0"/>
        </w:rPr>
        <w:t>o desempenho caiu repetidamente?</w:t>
      </w:r>
    </w:p>
    <w:p>
      <w:pPr>
        <w:pStyle w:val="ListBullet"/>
      </w:pPr>
      <w:r>
        <w:rPr>
          <w:rFonts w:ascii="Aptos" w:hAnsi="Aptos" w:eastAsia="Aptos"/>
          <w:b w:val="0"/>
          <w:i w:val="0"/>
        </w:rPr>
        <w:t>o atleta está falhando muito?</w:t>
      </w:r>
    </w:p>
    <w:p>
      <w:pPr>
        <w:pStyle w:val="ListBullet"/>
      </w:pPr>
      <w:r>
        <w:rPr>
          <w:rFonts w:ascii="Aptos" w:hAnsi="Aptos" w:eastAsia="Aptos"/>
          <w:b w:val="0"/>
          <w:i w:val="0"/>
        </w:rPr>
        <w:t>a recuperação piorou?</w:t>
      </w:r>
    </w:p>
    <w:p>
      <w:pPr>
        <w:pStyle w:val="ListBullet"/>
      </w:pPr>
      <w:r>
        <w:rPr>
          <w:rFonts w:ascii="Aptos" w:hAnsi="Aptos" w:eastAsia="Aptos"/>
          <w:b w:val="0"/>
          <w:i w:val="0"/>
        </w:rPr>
        <w:t>a prova está próxima?</w:t>
      </w:r>
    </w:p>
    <w:p>
      <w:pPr>
        <w:pStyle w:val="ListBullet"/>
      </w:pPr>
      <w:r>
        <w:rPr>
          <w:rFonts w:ascii="Aptos" w:hAnsi="Aptos" w:eastAsia="Aptos"/>
          <w:b w:val="0"/>
          <w:i w:val="0"/>
        </w:rPr>
        <w:t>o ciclo precisa ser preservado?</w:t>
      </w:r>
    </w:p>
    <w:p>
      <w:pPr/>
      <w:r>
        <w:rPr>
          <w:rFonts w:ascii="Aptos" w:hAnsi="Aptos" w:eastAsia="Aptos"/>
          <w:b w:val="0"/>
          <w:i w:val="0"/>
        </w:rPr>
        <w:t>Essas perguntas dão estrutura à decisão.</w:t>
      </w:r>
    </w:p>
    <w:p>
      <w:pPr/>
      <w:r>
        <w:rPr>
          <w:rFonts w:ascii="Aptos" w:hAnsi="Aptos" w:eastAsia="Aptos"/>
          <w:b w:val="0"/>
          <w:i w:val="0"/>
        </w:rPr>
        <w:t>O treinador deixa de agir por impulso.</w:t>
      </w:r>
    </w:p>
    <w:p>
      <w:pPr/>
      <w:r>
        <w:rPr>
          <w:rFonts w:ascii="Aptos" w:hAnsi="Aptos" w:eastAsia="Aptos"/>
          <w:b w:val="0"/>
          <w:i w:val="0"/>
        </w:rPr>
        <w:t>Passa a decidir com método.</w:t>
      </w:r>
    </w:p>
    <w:p>
      <w:pPr>
        <w:pStyle w:val="Heading2"/>
      </w:pPr>
      <w:r>
        <w:t>29.10 A carga deve servir ao atleta</w:t>
      </w:r>
    </w:p>
    <w:p>
      <w:pPr/>
      <w:r>
        <w:rPr>
          <w:rFonts w:ascii="Aptos" w:hAnsi="Aptos" w:eastAsia="Aptos"/>
          <w:b w:val="0"/>
          <w:i w:val="0"/>
        </w:rPr>
        <w:t>A carga não é objetivo final.</w:t>
      </w:r>
    </w:p>
    <w:p>
      <w:pPr/>
      <w:r>
        <w:rPr>
          <w:rFonts w:ascii="Aptos" w:hAnsi="Aptos" w:eastAsia="Aptos"/>
          <w:b w:val="0"/>
          <w:i w:val="0"/>
        </w:rPr>
        <w:t>É ferramenta.</w:t>
      </w:r>
    </w:p>
    <w:p>
      <w:pPr/>
      <w:r>
        <w:rPr>
          <w:rFonts w:ascii="Aptos" w:hAnsi="Aptos" w:eastAsia="Aptos"/>
          <w:b w:val="0"/>
          <w:i w:val="0"/>
        </w:rPr>
        <w:t>O objetivo é desenvolver o atleta.</w:t>
      </w:r>
    </w:p>
    <w:p>
      <w:pPr/>
      <w:r>
        <w:rPr>
          <w:rFonts w:ascii="Aptos" w:hAnsi="Aptos" w:eastAsia="Aptos"/>
          <w:b w:val="0"/>
          <w:i w:val="0"/>
        </w:rPr>
        <w:t>Quando a carga melhora o processo, ela serve ao método. Quando passa a destruir recuperação, adesão, técnica ou confiança, precisa ser revista.</w:t>
      </w:r>
    </w:p>
    <w:p>
      <w:pPr/>
      <w:r>
        <w:rPr>
          <w:rFonts w:ascii="Aptos" w:hAnsi="Aptos" w:eastAsia="Aptos"/>
          <w:b w:val="0"/>
          <w:i w:val="0"/>
        </w:rPr>
        <w:t>Essa visão protege o treinador de uma armadilha comum: achar que evolução está sempre ligada a fazer mais.</w:t>
      </w:r>
    </w:p>
    <w:p>
      <w:pPr/>
      <w:r>
        <w:rPr>
          <w:rFonts w:ascii="Aptos" w:hAnsi="Aptos" w:eastAsia="Aptos"/>
          <w:b w:val="0"/>
          <w:i w:val="0"/>
        </w:rPr>
        <w:t>Às vezes, o atleta precisa de mais.</w:t>
      </w:r>
    </w:p>
    <w:p>
      <w:pPr/>
      <w:r>
        <w:rPr>
          <w:rFonts w:ascii="Aptos" w:hAnsi="Aptos" w:eastAsia="Aptos"/>
          <w:b w:val="0"/>
          <w:i w:val="0"/>
        </w:rPr>
        <w:t>Às vezes, precisa repetir.</w:t>
      </w:r>
    </w:p>
    <w:p>
      <w:pPr/>
      <w:r>
        <w:rPr>
          <w:rFonts w:ascii="Aptos" w:hAnsi="Aptos" w:eastAsia="Aptos"/>
          <w:b w:val="0"/>
          <w:i w:val="0"/>
        </w:rPr>
        <w:t>Às vezes, precisa de menos.</w:t>
      </w:r>
    </w:p>
    <w:p>
      <w:pPr/>
      <w:r>
        <w:rPr>
          <w:rFonts w:ascii="Aptos" w:hAnsi="Aptos" w:eastAsia="Aptos"/>
          <w:b w:val="0"/>
          <w:i w:val="0"/>
        </w:rPr>
        <w:t>O bom coach entende a diferença.</w:t>
      </w:r>
    </w:p>
    <w:p>
      <w:pPr/>
      <w:r>
        <w:rPr>
          <w:rFonts w:ascii="Aptos" w:hAnsi="Aptos" w:eastAsia="Aptos"/>
          <w:b w:val="0"/>
          <w:i w:val="0"/>
        </w:rPr>
        <w:t>O Método TriLife Running não mede competência pela agressividade da planilha. Mede pela capacidade de conduzir o atleta até a prova com evolução, saúde, clareza e confiança.</w:t>
      </w:r>
    </w:p>
    <w:p>
      <w:pPr/>
      <w:r>
        <w:rPr>
          <w:rFonts w:ascii="Aptos" w:hAnsi="Aptos" w:eastAsia="Aptos"/>
          <w:b w:val="0"/>
          <w:i w:val="0"/>
        </w:rPr>
        <w:t>Carga inteligente é aquela que o atleta consegue absorver e transformar em desempenho.</w:t>
      </w:r>
    </w:p>
    <w:p>
      <w:pPr>
        <w:pStyle w:val="Heading2"/>
      </w:pPr>
      <w:r>
        <w:t>29.11 A decisão final pertence ao treinador</w:t>
      </w:r>
    </w:p>
    <w:p>
      <w:pPr/>
      <w:r>
        <w:rPr>
          <w:rFonts w:ascii="Aptos" w:hAnsi="Aptos" w:eastAsia="Aptos"/>
          <w:b w:val="0"/>
          <w:i w:val="0"/>
        </w:rPr>
        <w:t>O atleta sente.</w:t>
      </w:r>
    </w:p>
    <w:p>
      <w:pPr/>
      <w:r>
        <w:rPr>
          <w:rFonts w:ascii="Aptos" w:hAnsi="Aptos" w:eastAsia="Aptos"/>
          <w:b w:val="0"/>
          <w:i w:val="0"/>
        </w:rPr>
        <w:t>Os dados mostram.</w:t>
      </w:r>
    </w:p>
    <w:p>
      <w:pPr/>
      <w:r>
        <w:rPr>
          <w:rFonts w:ascii="Aptos" w:hAnsi="Aptos" w:eastAsia="Aptos"/>
          <w:b w:val="0"/>
          <w:i w:val="0"/>
        </w:rPr>
        <w:t>A plataforma organiza.</w:t>
      </w:r>
    </w:p>
    <w:p>
      <w:pPr/>
      <w:r>
        <w:rPr>
          <w:rFonts w:ascii="Aptos" w:hAnsi="Aptos" w:eastAsia="Aptos"/>
          <w:b w:val="0"/>
          <w:i w:val="0"/>
        </w:rPr>
        <w:t>A ciência orienta.</w:t>
      </w:r>
    </w:p>
    <w:p>
      <w:pPr/>
      <w:r>
        <w:rPr>
          <w:rFonts w:ascii="Aptos" w:hAnsi="Aptos" w:eastAsia="Aptos"/>
          <w:b w:val="0"/>
          <w:i w:val="0"/>
        </w:rPr>
        <w:t>Mas a decisão final pertence ao treinador.</w:t>
      </w:r>
    </w:p>
    <w:p>
      <w:pPr/>
      <w:r>
        <w:rPr>
          <w:rFonts w:ascii="Aptos" w:hAnsi="Aptos" w:eastAsia="Aptos"/>
          <w:b w:val="0"/>
          <w:i w:val="0"/>
        </w:rPr>
        <w:t>Esse é o papel do coach dentro do DNA TriLife.</w:t>
      </w:r>
    </w:p>
    <w:p>
      <w:pPr/>
      <w:r>
        <w:rPr>
          <w:rFonts w:ascii="Aptos" w:hAnsi="Aptos" w:eastAsia="Aptos"/>
          <w:b w:val="0"/>
          <w:i w:val="0"/>
        </w:rPr>
        <w:t>Não basta entregar planilha. Não basta olhar gráfico. Não basta seguir fórmula. O treinador precisa interpretar o processo e assumir responsabilidade pela decisão.</w:t>
      </w:r>
    </w:p>
    <w:p>
      <w:pPr/>
      <w:r>
        <w:rPr>
          <w:rFonts w:ascii="Aptos" w:hAnsi="Aptos" w:eastAsia="Aptos"/>
          <w:b w:val="0"/>
          <w:i w:val="0"/>
        </w:rPr>
        <w:t>Aumentar, manter ou reduzir carga exige conhecimento técnico, experiência prática e coragem.</w:t>
      </w:r>
    </w:p>
    <w:p>
      <w:pPr/>
      <w:r>
        <w:rPr>
          <w:rFonts w:ascii="Aptos" w:hAnsi="Aptos" w:eastAsia="Aptos"/>
          <w:b w:val="0"/>
          <w:i w:val="0"/>
        </w:rPr>
        <w:t>Coragem para avançar quando o atleta está pronto.</w:t>
      </w:r>
    </w:p>
    <w:p>
      <w:pPr/>
      <w:r>
        <w:rPr>
          <w:rFonts w:ascii="Aptos" w:hAnsi="Aptos" w:eastAsia="Aptos"/>
          <w:b w:val="0"/>
          <w:i w:val="0"/>
        </w:rPr>
        <w:t>Coragem para manter quando a ansiedade pede mais.</w:t>
      </w:r>
    </w:p>
    <w:p>
      <w:pPr/>
      <w:r>
        <w:rPr>
          <w:rFonts w:ascii="Aptos" w:hAnsi="Aptos" w:eastAsia="Aptos"/>
          <w:b w:val="0"/>
          <w:i w:val="0"/>
        </w:rPr>
        <w:t>Coragem para reduzir quando o orgulho da planilha tenta resistir.</w:t>
      </w:r>
    </w:p>
    <w:p>
      <w:pPr/>
      <w:r>
        <w:rPr>
          <w:rFonts w:ascii="Aptos" w:hAnsi="Aptos" w:eastAsia="Aptos"/>
          <w:b w:val="0"/>
          <w:i w:val="0"/>
        </w:rPr>
        <w:t>Essa tomada de decisão fecha a lógica do livro.</w:t>
      </w:r>
    </w:p>
    <w:p>
      <w:pPr/>
      <w:r>
        <w:rPr>
          <w:rFonts w:ascii="Aptos" w:hAnsi="Aptos" w:eastAsia="Aptos"/>
          <w:b w:val="0"/>
          <w:i w:val="0"/>
        </w:rPr>
        <w:t>Treinos Inteligentes não são apenas treinos bem escritos.</w:t>
      </w:r>
    </w:p>
    <w:p>
      <w:pPr/>
      <w:r>
        <w:rPr>
          <w:rFonts w:ascii="Aptos" w:hAnsi="Aptos" w:eastAsia="Aptos"/>
          <w:b w:val="0"/>
          <w:i w:val="0"/>
        </w:rPr>
        <w:t>São decisões bem tomadas.</w:t>
      </w:r>
    </w:p>
    <w:p>
      <w:pPr>
        <w:pStyle w:val="Heading2"/>
      </w:pPr>
      <w:r>
        <w:t>Conclusão</w:t>
      </w:r>
    </w:p>
    <w:p>
      <w:pPr/>
      <w:r>
        <w:rPr>
          <w:rFonts w:ascii="Aptos" w:hAnsi="Aptos" w:eastAsia="Aptos"/>
          <w:b w:val="0"/>
          <w:i w:val="0"/>
        </w:rPr>
        <w:t>A decisão de aumentar, manter ou reduzir carga representa o centro da atuação do coach dentro do Método TriLife Running.</w:t>
      </w:r>
    </w:p>
    <w:p>
      <w:pPr/>
      <w:r>
        <w:rPr>
          <w:rFonts w:ascii="Aptos" w:hAnsi="Aptos" w:eastAsia="Aptos"/>
          <w:b w:val="0"/>
          <w:i w:val="0"/>
        </w:rPr>
        <w:t>A carga só deve progredir quando o atleta demonstra prontidão. Deve ser mantida quando a adaptação precisa consolidar. Deve ser reduzida quando os sinais mostram risco, fadiga ou baixa assimilação.</w:t>
      </w:r>
    </w:p>
    <w:p>
      <w:pPr/>
      <w:r>
        <w:rPr>
          <w:rFonts w:ascii="Aptos" w:hAnsi="Aptos" w:eastAsia="Aptos"/>
          <w:b w:val="0"/>
          <w:i w:val="0"/>
        </w:rPr>
        <w:t>Volume, intensidade, recuperação, aderência, comentários, dados, técnica, rotina e fase da periodização precisam ser interpretados em conjunto.</w:t>
      </w:r>
    </w:p>
    <w:p>
      <w:pPr/>
      <w:r>
        <w:rPr>
          <w:rFonts w:ascii="Aptos" w:hAnsi="Aptos" w:eastAsia="Aptos"/>
          <w:b w:val="0"/>
          <w:i w:val="0"/>
        </w:rPr>
        <w:t>No DNA TriLife, o treinador não segue a planilha cegamente.</w:t>
      </w:r>
    </w:p>
    <w:p>
      <w:pPr/>
      <w:r>
        <w:rPr>
          <w:rFonts w:ascii="Aptos" w:hAnsi="Aptos" w:eastAsia="Aptos"/>
          <w:b w:val="0"/>
          <w:i w:val="0"/>
        </w:rPr>
        <w:t>Ele conduz o processo.</w:t>
      </w:r>
    </w:p>
    <w:p>
      <w:pPr/>
      <w:r>
        <w:rPr>
          <w:rFonts w:ascii="Aptos" w:hAnsi="Aptos" w:eastAsia="Aptos"/>
          <w:b w:val="0"/>
          <w:i w:val="0"/>
        </w:rPr>
        <w:t>Essa é a essência dos Treinos Inteligentes: aplicar ciência, interpretar pessoas e tomar decisões capazes de transformar treinamento em evolução real.</w:t>
      </w:r>
    </w:p>
    <w:p>
      <w:pPr>
        <w:pStyle w:val="Heading2"/>
      </w:pPr>
      <w:r>
        <w:t>Princípios Fundamentais do Método TriLife Running</w:t>
      </w:r>
    </w:p>
    <w:p>
      <w:pPr>
        <w:pStyle w:val="TriLifeQuote"/>
      </w:pPr>
      <w:r>
        <w:rPr>
          <w:rFonts w:ascii="Aptos" w:hAnsi="Aptos" w:eastAsia="Aptos"/>
          <w:b w:val="0"/>
          <w:i/>
        </w:rPr>
        <w:t>Princípio Fundamental nº 113</w:t>
      </w:r>
    </w:p>
    <w:p>
      <w:pPr/>
      <w:r>
        <w:rPr>
          <w:rFonts w:ascii="Aptos" w:hAnsi="Aptos" w:eastAsia="Aptos"/>
          <w:b w:val="0"/>
          <w:i w:val="0"/>
        </w:rPr>
        <w:t>Carga só deve aumentar quando o atleta demonstra prontidão para assimilar.</w:t>
      </w:r>
    </w:p>
    <w:p>
      <w:pPr>
        <w:pStyle w:val="TriLifeQuote"/>
      </w:pPr>
      <w:r>
        <w:rPr>
          <w:rFonts w:ascii="Aptos" w:hAnsi="Aptos" w:eastAsia="Aptos"/>
          <w:b w:val="0"/>
          <w:i/>
        </w:rPr>
        <w:t>Princípio Fundamental nº 114</w:t>
      </w:r>
    </w:p>
    <w:p>
      <w:pPr/>
      <w:r>
        <w:rPr>
          <w:rFonts w:ascii="Aptos" w:hAnsi="Aptos" w:eastAsia="Aptos"/>
          <w:b w:val="0"/>
          <w:i w:val="0"/>
        </w:rPr>
        <w:t>Manter carga também é decisão de evolução.</w:t>
      </w:r>
    </w:p>
    <w:p>
      <w:pPr>
        <w:pStyle w:val="TriLifeQuote"/>
      </w:pPr>
      <w:r>
        <w:rPr>
          <w:rFonts w:ascii="Aptos" w:hAnsi="Aptos" w:eastAsia="Aptos"/>
          <w:b w:val="0"/>
          <w:i/>
        </w:rPr>
        <w:t>Princípio Fundamental nº 115</w:t>
      </w:r>
    </w:p>
    <w:p>
      <w:pPr/>
      <w:r>
        <w:rPr>
          <w:rFonts w:ascii="Aptos" w:hAnsi="Aptos" w:eastAsia="Aptos"/>
          <w:b w:val="0"/>
          <w:i w:val="0"/>
        </w:rPr>
        <w:t>Reduzir carga cedo pode salvar o ciclo.</w:t>
      </w:r>
    </w:p>
    <w:p>
      <w:pPr>
        <w:pStyle w:val="TriLifeQuote"/>
      </w:pPr>
      <w:r>
        <w:rPr>
          <w:rFonts w:ascii="Aptos" w:hAnsi="Aptos" w:eastAsia="Aptos"/>
          <w:b w:val="0"/>
          <w:i/>
        </w:rPr>
        <w:t>Princípio Fundamental nº 116</w:t>
      </w:r>
    </w:p>
    <w:p>
      <w:pPr/>
      <w:r>
        <w:rPr>
          <w:rFonts w:ascii="Aptos" w:hAnsi="Aptos" w:eastAsia="Aptos"/>
          <w:b w:val="0"/>
          <w:i w:val="0"/>
        </w:rPr>
        <w:t>A decisão final pertence ao treinador, sustentada por dados, contexto e experiência prática.</w:t>
      </w:r>
    </w:p>
    <w:p>
      <w:pPr>
        <w:pStyle w:val="Heading1"/>
        <w:jc w:val="center"/>
      </w:pPr>
      <w:r>
        <w:t>FECHAMENTO DO MANUSCRITO</w:t>
      </w:r>
    </w:p>
    <w:p>
      <w:pPr>
        <w:pStyle w:val="Heading1"/>
        <w:jc w:val="center"/>
      </w:pPr>
      <w:r>
        <w:t>O DNA DO MÉTODO TRILIFE RUNNING</w:t>
      </w:r>
    </w:p>
    <w:p>
      <w:pPr/>
      <w:r>
        <w:rPr>
          <w:rFonts w:ascii="Aptos" w:hAnsi="Aptos" w:eastAsia="Aptos"/>
          <w:b w:val="0"/>
          <w:i w:val="0"/>
        </w:rPr>
        <w:t>O Método TriLife Running não é apenas uma forma de montar planilhas.</w:t>
      </w:r>
    </w:p>
    <w:p>
      <w:pPr/>
      <w:r>
        <w:rPr>
          <w:rFonts w:ascii="Aptos" w:hAnsi="Aptos" w:eastAsia="Aptos"/>
          <w:b w:val="0"/>
          <w:i w:val="0"/>
        </w:rPr>
        <w:t>É uma forma de pensar o treinamento.</w:t>
      </w:r>
    </w:p>
    <w:p>
      <w:pPr/>
      <w:r>
        <w:rPr>
          <w:rFonts w:ascii="Aptos" w:hAnsi="Aptos" w:eastAsia="Aptos"/>
          <w:b w:val="0"/>
          <w:i w:val="0"/>
        </w:rPr>
        <w:t>Ao longo deste livro, a metodologia foi apresentada por seus pilares: Treinos Inteligentes, interpretação do atleta, construção de base, Ritmo de Limiar, PZI, periodização, ferramentas específicas, recuperação, aquecimento, economia, individualização, simplicidade, biomecânica, leitura de dados, estratégia, nutrição, ajustes e tomada de decisão.</w:t>
      </w:r>
    </w:p>
    <w:p>
      <w:pPr/>
      <w:r>
        <w:rPr>
          <w:rFonts w:ascii="Aptos" w:hAnsi="Aptos" w:eastAsia="Aptos"/>
          <w:b w:val="0"/>
          <w:i w:val="0"/>
        </w:rPr>
        <w:t>Cada capítulo reforça a mesma ideia central:</w:t>
      </w:r>
    </w:p>
    <w:p>
      <w:pPr>
        <w:pStyle w:val="TriLifeQuote"/>
      </w:pPr>
      <w:r>
        <w:rPr>
          <w:rFonts w:ascii="Aptos" w:hAnsi="Aptos" w:eastAsia="Aptos"/>
          <w:b w:val="0"/>
          <w:i/>
        </w:rPr>
        <w:t>o treinamento não evolui por acaso.</w:t>
      </w:r>
    </w:p>
    <w:p>
      <w:pPr/>
      <w:r>
        <w:rPr>
          <w:rFonts w:ascii="Aptos" w:hAnsi="Aptos" w:eastAsia="Aptos"/>
          <w:b w:val="0"/>
          <w:i w:val="0"/>
        </w:rPr>
        <w:t>Ele evolui quando existe método.</w:t>
      </w:r>
    </w:p>
    <w:p>
      <w:pPr/>
      <w:r>
        <w:rPr>
          <w:rFonts w:ascii="Aptos" w:hAnsi="Aptos" w:eastAsia="Aptos"/>
          <w:b w:val="0"/>
          <w:i w:val="0"/>
        </w:rPr>
        <w:t>No DNA TriLife, ciência, experiência prática e simplicidade operacional trabalham juntas para transformar informação em decisão. O atleta não é tratado como número. A planilha não é tratada como verdade absoluta. O dado não substitui o treinador. A tecnologia não substitui a metodologia.</w:t>
      </w:r>
    </w:p>
    <w:p>
      <w:pPr/>
      <w:r>
        <w:rPr>
          <w:rFonts w:ascii="Aptos" w:hAnsi="Aptos" w:eastAsia="Aptos"/>
          <w:b w:val="0"/>
          <w:i w:val="0"/>
        </w:rPr>
        <w:t>O método observa.</w:t>
      </w:r>
    </w:p>
    <w:p>
      <w:pPr/>
      <w:r>
        <w:rPr>
          <w:rFonts w:ascii="Aptos" w:hAnsi="Aptos" w:eastAsia="Aptos"/>
          <w:b w:val="0"/>
          <w:i w:val="0"/>
        </w:rPr>
        <w:t>O coach interpreta.</w:t>
      </w:r>
    </w:p>
    <w:p>
      <w:pPr/>
      <w:r>
        <w:rPr>
          <w:rFonts w:ascii="Aptos" w:hAnsi="Aptos" w:eastAsia="Aptos"/>
          <w:b w:val="0"/>
          <w:i w:val="0"/>
        </w:rPr>
        <w:t>O atleta executa.</w:t>
      </w:r>
    </w:p>
    <w:p>
      <w:pPr/>
      <w:r>
        <w:rPr>
          <w:rFonts w:ascii="Aptos" w:hAnsi="Aptos" w:eastAsia="Aptos"/>
          <w:b w:val="0"/>
          <w:i w:val="0"/>
        </w:rPr>
        <w:t>O processo ajusta.</w:t>
      </w:r>
    </w:p>
    <w:p>
      <w:pPr/>
      <w:r>
        <w:rPr>
          <w:rFonts w:ascii="Aptos" w:hAnsi="Aptos" w:eastAsia="Aptos"/>
          <w:b w:val="0"/>
          <w:i w:val="0"/>
        </w:rPr>
        <w:t>Essa lógica permite treinar pessoas reais, com rotinas reais, objetivos reais e respostas diferentes ao longo da preparação.</w:t>
      </w:r>
    </w:p>
    <w:p>
      <w:pPr/>
      <w:r>
        <w:rPr>
          <w:rFonts w:ascii="Aptos" w:hAnsi="Aptos" w:eastAsia="Aptos"/>
          <w:b w:val="0"/>
          <w:i w:val="0"/>
        </w:rPr>
        <w:t>O livro termina onde o treinamento começa todos os dias: na decisão.</w:t>
      </w:r>
    </w:p>
    <w:p>
      <w:pPr/>
      <w:r>
        <w:rPr>
          <w:rFonts w:ascii="Aptos" w:hAnsi="Aptos" w:eastAsia="Aptos"/>
          <w:b w:val="0"/>
          <w:i w:val="0"/>
        </w:rPr>
        <w:t>Decidir a dose certa.</w:t>
      </w:r>
    </w:p>
    <w:p>
      <w:pPr/>
      <w:r>
        <w:rPr>
          <w:rFonts w:ascii="Aptos" w:hAnsi="Aptos" w:eastAsia="Aptos"/>
          <w:b w:val="0"/>
          <w:i w:val="0"/>
        </w:rPr>
        <w:t>Decidir a intensidade certa.</w:t>
      </w:r>
    </w:p>
    <w:p>
      <w:pPr/>
      <w:r>
        <w:rPr>
          <w:rFonts w:ascii="Aptos" w:hAnsi="Aptos" w:eastAsia="Aptos"/>
          <w:b w:val="0"/>
          <w:i w:val="0"/>
        </w:rPr>
        <w:t>Decidir quando avançar.</w:t>
      </w:r>
    </w:p>
    <w:p>
      <w:pPr/>
      <w:r>
        <w:rPr>
          <w:rFonts w:ascii="Aptos" w:hAnsi="Aptos" w:eastAsia="Aptos"/>
          <w:b w:val="0"/>
          <w:i w:val="0"/>
        </w:rPr>
        <w:t>Decidir quando segurar.</w:t>
      </w:r>
    </w:p>
    <w:p>
      <w:pPr/>
      <w:r>
        <w:rPr>
          <w:rFonts w:ascii="Aptos" w:hAnsi="Aptos" w:eastAsia="Aptos"/>
          <w:b w:val="0"/>
          <w:i w:val="0"/>
        </w:rPr>
        <w:t>Decidir quando reduzir.</w:t>
      </w:r>
    </w:p>
    <w:p>
      <w:pPr/>
      <w:r>
        <w:rPr>
          <w:rFonts w:ascii="Aptos" w:hAnsi="Aptos" w:eastAsia="Aptos"/>
          <w:b w:val="0"/>
          <w:i w:val="0"/>
        </w:rPr>
        <w:t>Decidir como transformar cada treino em parte de uma construção maior.</w:t>
      </w:r>
    </w:p>
    <w:p>
      <w:pPr/>
      <w:r>
        <w:rPr>
          <w:rFonts w:ascii="Aptos" w:hAnsi="Aptos" w:eastAsia="Aptos"/>
          <w:b w:val="0"/>
          <w:i w:val="0"/>
        </w:rPr>
        <w:t>Esse é o verdadeiro DNA do Método TriLife Running.</w:t>
      </w:r>
    </w:p>
    <w:p>
      <w:pPr>
        <w:pStyle w:val="TriLifeQuote"/>
      </w:pPr>
      <w:r>
        <w:rPr>
          <w:rFonts w:ascii="Aptos" w:hAnsi="Aptos" w:eastAsia="Aptos"/>
          <w:b w:val="0"/>
          <w:i/>
        </w:rPr>
        <w:t>Treinos Inteligentes e Personalizados.</w:t>
      </w:r>
    </w:p>
    <w:p>
      <w:pPr>
        <w:pStyle w:val="TriLifeQuote"/>
      </w:pPr>
      <w:r>
        <w:rPr>
          <w:rFonts w:ascii="Aptos" w:hAnsi="Aptos" w:eastAsia="Aptos"/>
          <w:b w:val="0"/>
          <w:i/>
        </w:rPr>
        <w:t>Propósito. Foco. Crescimento.</w:t>
      </w:r>
    </w:p>
    <w:sectPr w:rsidR="00FC693F" w:rsidRPr="0006063C" w:rsidSect="00034616">
      <w:headerReference w:type="default" r:id="rId9"/>
      <w:footerReference w:type="default" r:id="rId10"/>
      <w:pgSz w:w="12240" w:h="15840"/>
      <w:pgMar w:top="1080"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 xml:space="preserve">Página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646464"/>
        <w:sz w:val="16"/>
      </w:rPr>
      <w:t>DNA do Método TriLife Running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eastAsia="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ascii="Aptos Display" w:hAnsi="Aptos Display" w:eastAsia="Aptos Display"/>
      <w:b/>
      <w:bCs/>
      <w:color w:val="14365D"/>
      <w:sz w:val="36"/>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ptos" w:hAnsi="Aptos" w:eastAsia="Aptos"/>
      <w:b/>
      <w:bCs/>
      <w:color w:val="2E6E4F"/>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Aptos" w:hAnsi="Aptos" w:eastAsia="Aptos"/>
      <w:b/>
      <w:bCs/>
      <w:color w:val="14365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80" w:line="240" w:lineRule="auto" w:before="0"/>
      <w:contextualSpacing/>
    </w:pPr>
    <w:rPr>
      <w:rFonts w:asciiTheme="majorHAnsi" w:eastAsiaTheme="majorEastAsia" w:hAnsiTheme="majorHAnsi" w:cstheme="majorBidi" w:ascii="Aptos Display" w:hAnsi="Aptos Display" w:eastAsia="Aptos Display"/>
      <w:b/>
      <w:color w:val="14365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contextualSpacing/>
    </w:pPr>
    <w:rPr>
      <w:rFonts w:ascii="Aptos" w:hAnsi="Aptos"/>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riLifeQuote">
    <w:name w:val="TriLife Quote"/>
    <w:basedOn w:val="Normal"/>
    <w:pPr>
      <w:spacing w:before="120" w:after="160"/>
      <w:ind w:left="288" w:right="288"/>
    </w:pPr>
    <w:rPr>
      <w:i/>
      <w:color w:val="505050"/>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DNA do Método TriLife Running - Reescrito Completo</dc:title>
  <dc:subject>Treinos Inteligentes e Personalizados</dc:subject>
  <dc:creator>TriLife Running</dc:creator>
  <cp:keywords>TriLife, Running, Método, PZI, Ritmo de Limiar</cp:keywords>
  <dc:description>generated by python-docx</dc:description>
  <cp:lastModifiedBy/>
  <cp:revision>1</cp:revision>
  <dcterms:created xsi:type="dcterms:W3CDTF">2013-12-23T23:15:00Z</dcterms:created>
  <dcterms:modified xsi:type="dcterms:W3CDTF">2013-12-23T23:15:00Z</dcterms:modified>
  <cp:category/>
</cp:coreProperties>
</file>