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AAF95" w14:textId="77777777" w:rsidR="00314AE7" w:rsidRPr="00133A4D" w:rsidRDefault="0096550E" w:rsidP="002A1BD3">
      <w:pPr>
        <w:spacing w:before="2400" w:line="360" w:lineRule="auto"/>
        <w:ind w:firstLine="0"/>
        <w:jc w:val="center"/>
        <w:rPr>
          <w:rFonts w:ascii="Baskerville Old Face" w:hAnsi="Baskerville Old Face"/>
          <w:bCs/>
          <w:sz w:val="48"/>
          <w:szCs w:val="48"/>
        </w:rPr>
      </w:pPr>
      <w:r w:rsidRPr="00133A4D">
        <w:rPr>
          <w:rFonts w:ascii="Baskerville Old Face" w:hAnsi="Baskerville Old Face"/>
          <w:bCs/>
          <w:sz w:val="48"/>
          <w:szCs w:val="48"/>
        </w:rPr>
        <w:t>F</w:t>
      </w:r>
      <w:r w:rsidR="007671E1" w:rsidRPr="00133A4D">
        <w:rPr>
          <w:rFonts w:ascii="Baskerville Old Face" w:hAnsi="Baskerville Old Face"/>
          <w:bCs/>
          <w:sz w:val="48"/>
          <w:szCs w:val="48"/>
        </w:rPr>
        <w:t>INIAN’S DREAM</w:t>
      </w:r>
    </w:p>
    <w:p w14:paraId="13FB2EC4" w14:textId="476E7838" w:rsidR="006B36E4" w:rsidRPr="007A551B" w:rsidRDefault="006B36E4" w:rsidP="002A1BD3">
      <w:pPr>
        <w:spacing w:before="2400" w:line="360" w:lineRule="auto"/>
        <w:ind w:firstLine="0"/>
        <w:jc w:val="center"/>
        <w:rPr>
          <w:rFonts w:ascii="Baskerville Old Face" w:hAnsi="Baskerville Old Face"/>
          <w:bCs/>
          <w:sz w:val="32"/>
          <w:szCs w:val="32"/>
        </w:rPr>
      </w:pPr>
      <w:r w:rsidRPr="007A551B">
        <w:rPr>
          <w:rFonts w:ascii="Baskerville Old Face" w:hAnsi="Baskerville Old Face"/>
          <w:bCs/>
          <w:sz w:val="32"/>
          <w:szCs w:val="32"/>
        </w:rPr>
        <w:t xml:space="preserve">Whispers from </w:t>
      </w:r>
      <w:r w:rsidR="00737967" w:rsidRPr="007A551B">
        <w:rPr>
          <w:rFonts w:ascii="Baskerville Old Face" w:hAnsi="Baskerville Old Face"/>
          <w:bCs/>
          <w:sz w:val="32"/>
          <w:szCs w:val="32"/>
        </w:rPr>
        <w:t xml:space="preserve">the </w:t>
      </w:r>
      <w:r w:rsidR="007A551B" w:rsidRPr="007A551B">
        <w:rPr>
          <w:rFonts w:ascii="Baskerville Old Face" w:hAnsi="Baskerville Old Face"/>
          <w:bCs/>
          <w:sz w:val="32"/>
          <w:szCs w:val="32"/>
        </w:rPr>
        <w:t xml:space="preserve">Edinburgh </w:t>
      </w:r>
      <w:r w:rsidRPr="007A551B">
        <w:rPr>
          <w:rFonts w:ascii="Baskerville Old Face" w:hAnsi="Baskerville Old Face"/>
          <w:bCs/>
          <w:sz w:val="32"/>
          <w:szCs w:val="32"/>
        </w:rPr>
        <w:t>Gallows</w:t>
      </w:r>
      <w:r w:rsidR="002C707A" w:rsidRPr="007A551B">
        <w:rPr>
          <w:rFonts w:ascii="Baskerville Old Face" w:hAnsi="Baskerville Old Face"/>
          <w:bCs/>
          <w:sz w:val="32"/>
          <w:szCs w:val="32"/>
        </w:rPr>
        <w:t xml:space="preserve"> of 1724</w:t>
      </w:r>
    </w:p>
    <w:p w14:paraId="74D38100" w14:textId="4F69A1E6" w:rsidR="00F45C1A" w:rsidRPr="00CE758F" w:rsidRDefault="007671E1" w:rsidP="002A1BD3">
      <w:pPr>
        <w:spacing w:before="960" w:line="360" w:lineRule="auto"/>
        <w:ind w:firstLine="0"/>
        <w:jc w:val="center"/>
        <w:rPr>
          <w:rFonts w:ascii="Baskerville Old Face" w:hAnsi="Baskerville Old Face"/>
          <w:bCs/>
          <w:sz w:val="28"/>
          <w:szCs w:val="28"/>
        </w:rPr>
      </w:pPr>
      <w:r w:rsidRPr="00CE758F">
        <w:rPr>
          <w:rFonts w:ascii="Baskerville Old Face" w:hAnsi="Baskerville Old Face"/>
          <w:bCs/>
          <w:sz w:val="28"/>
          <w:szCs w:val="28"/>
        </w:rPr>
        <w:t>G</w:t>
      </w:r>
      <w:r w:rsidR="00804210">
        <w:rPr>
          <w:rFonts w:ascii="Baskerville Old Face" w:hAnsi="Baskerville Old Face"/>
          <w:bCs/>
          <w:sz w:val="28"/>
          <w:szCs w:val="28"/>
        </w:rPr>
        <w:t>ordon</w:t>
      </w:r>
      <w:r w:rsidRPr="00CE758F">
        <w:rPr>
          <w:rFonts w:ascii="Baskerville Old Face" w:hAnsi="Baskerville Old Face"/>
          <w:bCs/>
          <w:sz w:val="28"/>
          <w:szCs w:val="28"/>
        </w:rPr>
        <w:t xml:space="preserve"> G</w:t>
      </w:r>
      <w:r w:rsidR="00B42503">
        <w:rPr>
          <w:rFonts w:ascii="Baskerville Old Face" w:hAnsi="Baskerville Old Face"/>
          <w:bCs/>
          <w:sz w:val="28"/>
          <w:szCs w:val="28"/>
        </w:rPr>
        <w:t>.</w:t>
      </w:r>
      <w:r w:rsidRPr="00CE758F">
        <w:rPr>
          <w:rFonts w:ascii="Baskerville Old Face" w:hAnsi="Baskerville Old Face"/>
          <w:bCs/>
          <w:sz w:val="28"/>
          <w:szCs w:val="28"/>
        </w:rPr>
        <w:t xml:space="preserve"> </w:t>
      </w:r>
      <w:r w:rsidR="00B42503">
        <w:rPr>
          <w:rFonts w:ascii="Baskerville Old Face" w:hAnsi="Baskerville Old Face"/>
          <w:bCs/>
          <w:sz w:val="28"/>
          <w:szCs w:val="28"/>
        </w:rPr>
        <w:t>Kinghorn</w:t>
      </w:r>
    </w:p>
    <w:p w14:paraId="7108E538" w14:textId="77777777" w:rsidR="00F45C1A" w:rsidRPr="00CE758F" w:rsidRDefault="007671E1" w:rsidP="002A1BD3">
      <w:pPr>
        <w:spacing w:before="240" w:line="360" w:lineRule="auto"/>
        <w:ind w:firstLine="0"/>
        <w:jc w:val="center"/>
        <w:rPr>
          <w:rFonts w:ascii="Baskerville Old Face" w:hAnsi="Baskerville Old Face"/>
          <w:bCs/>
          <w:sz w:val="28"/>
          <w:szCs w:val="28"/>
        </w:rPr>
      </w:pPr>
      <w:r w:rsidRPr="00CE758F">
        <w:rPr>
          <w:rFonts w:ascii="Baskerville Old Face" w:hAnsi="Baskerville Old Face"/>
          <w:bCs/>
          <w:i/>
          <w:sz w:val="28"/>
          <w:szCs w:val="28"/>
        </w:rPr>
        <w:t>a novel</w:t>
      </w:r>
    </w:p>
    <w:p w14:paraId="7D4E77DF"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0E3AAF2F" w14:textId="77777777" w:rsidR="00E96800" w:rsidRPr="00CE758F" w:rsidRDefault="00E96800" w:rsidP="002A1BD3">
      <w:pPr>
        <w:spacing w:line="360" w:lineRule="auto"/>
        <w:ind w:firstLine="0"/>
        <w:jc w:val="center"/>
        <w:rPr>
          <w:rFonts w:ascii="Baskerville Old Face" w:hAnsi="Baskerville Old Face"/>
          <w:bCs/>
          <w:i/>
          <w:sz w:val="28"/>
          <w:szCs w:val="28"/>
        </w:rPr>
      </w:pPr>
    </w:p>
    <w:p w14:paraId="437EF650" w14:textId="77777777" w:rsidR="00007DAC" w:rsidRDefault="00007DAC" w:rsidP="002A1BD3">
      <w:pPr>
        <w:spacing w:line="360" w:lineRule="auto"/>
        <w:ind w:firstLine="0"/>
        <w:jc w:val="center"/>
        <w:rPr>
          <w:rFonts w:ascii="Baskerville Old Face" w:hAnsi="Baskerville Old Face"/>
          <w:bCs/>
          <w:i/>
          <w:sz w:val="32"/>
          <w:szCs w:val="32"/>
        </w:rPr>
      </w:pPr>
    </w:p>
    <w:p w14:paraId="15FE2DB7" w14:textId="78DCA3A5" w:rsidR="00E96800" w:rsidRPr="002A1BD3" w:rsidRDefault="003858EF" w:rsidP="002A1BD3">
      <w:pPr>
        <w:spacing w:line="360" w:lineRule="auto"/>
        <w:ind w:firstLine="0"/>
        <w:jc w:val="center"/>
        <w:rPr>
          <w:rFonts w:ascii="Baskerville Old Face" w:hAnsi="Baskerville Old Face"/>
          <w:bCs/>
          <w:i/>
          <w:sz w:val="32"/>
          <w:szCs w:val="32"/>
        </w:rPr>
      </w:pPr>
      <w:r w:rsidRPr="002A1BD3">
        <w:rPr>
          <w:rFonts w:ascii="Baskerville Old Face" w:hAnsi="Baskerville Old Face"/>
          <w:bCs/>
          <w:i/>
          <w:sz w:val="32"/>
          <w:szCs w:val="32"/>
        </w:rPr>
        <w:t>Dedications</w:t>
      </w:r>
    </w:p>
    <w:p w14:paraId="6F95D93B" w14:textId="77777777" w:rsidR="00E96800" w:rsidRPr="00CE758F" w:rsidRDefault="00E96800" w:rsidP="002A1BD3">
      <w:pPr>
        <w:spacing w:line="360" w:lineRule="auto"/>
        <w:ind w:firstLine="0"/>
        <w:jc w:val="center"/>
        <w:rPr>
          <w:rFonts w:ascii="Baskerville Old Face" w:hAnsi="Baskerville Old Face"/>
          <w:bCs/>
          <w:i/>
          <w:sz w:val="28"/>
          <w:szCs w:val="28"/>
        </w:rPr>
      </w:pPr>
    </w:p>
    <w:p w14:paraId="50658E61" w14:textId="77777777" w:rsidR="00E96800" w:rsidRPr="00CE758F" w:rsidRDefault="00E96800" w:rsidP="002A1BD3">
      <w:pPr>
        <w:spacing w:line="360" w:lineRule="auto"/>
        <w:ind w:firstLine="0"/>
        <w:jc w:val="center"/>
        <w:rPr>
          <w:rFonts w:ascii="Baskerville Old Face" w:hAnsi="Baskerville Old Face"/>
          <w:bCs/>
          <w:i/>
          <w:sz w:val="28"/>
          <w:szCs w:val="28"/>
        </w:rPr>
      </w:pPr>
    </w:p>
    <w:p w14:paraId="4659A0D2" w14:textId="1E0C10B6" w:rsidR="00F45C1A" w:rsidRPr="00CE758F" w:rsidRDefault="007671E1" w:rsidP="002A1BD3">
      <w:pPr>
        <w:spacing w:line="360" w:lineRule="auto"/>
        <w:ind w:firstLine="0"/>
        <w:jc w:val="center"/>
        <w:rPr>
          <w:rFonts w:ascii="Baskerville Old Face" w:hAnsi="Baskerville Old Face"/>
          <w:bCs/>
          <w:sz w:val="28"/>
          <w:szCs w:val="28"/>
        </w:rPr>
      </w:pPr>
      <w:r w:rsidRPr="00CE758F">
        <w:rPr>
          <w:rFonts w:ascii="Baskerville Old Face" w:hAnsi="Baskerville Old Face"/>
          <w:bCs/>
          <w:i/>
          <w:sz w:val="28"/>
          <w:szCs w:val="28"/>
        </w:rPr>
        <w:t>To my late mother,</w:t>
      </w:r>
      <w:r w:rsidR="0089242E">
        <w:rPr>
          <w:rFonts w:ascii="Baskerville Old Face" w:hAnsi="Baskerville Old Face"/>
          <w:bCs/>
          <w:i/>
          <w:sz w:val="28"/>
          <w:szCs w:val="28"/>
        </w:rPr>
        <w:t xml:space="preserve"> my </w:t>
      </w:r>
      <w:r w:rsidR="0087634A">
        <w:rPr>
          <w:rFonts w:ascii="Baskerville Old Face" w:hAnsi="Baskerville Old Face"/>
          <w:bCs/>
          <w:i/>
          <w:sz w:val="28"/>
          <w:szCs w:val="28"/>
        </w:rPr>
        <w:t>now deceased siblings, Alan and Maureen</w:t>
      </w:r>
      <w:r w:rsidR="00314AE7">
        <w:rPr>
          <w:rFonts w:ascii="Baskerville Old Face" w:hAnsi="Baskerville Old Face"/>
          <w:bCs/>
          <w:i/>
          <w:sz w:val="28"/>
          <w:szCs w:val="28"/>
        </w:rPr>
        <w:t>,</w:t>
      </w:r>
      <w:r w:rsidRPr="00CE758F">
        <w:rPr>
          <w:rFonts w:ascii="Baskerville Old Face" w:hAnsi="Baskerville Old Face"/>
          <w:bCs/>
          <w:i/>
          <w:sz w:val="28"/>
          <w:szCs w:val="28"/>
        </w:rPr>
        <w:t xml:space="preserve"> and to the parents who raised me.</w:t>
      </w:r>
    </w:p>
    <w:p w14:paraId="189D468B" w14:textId="77777777" w:rsidR="00D74884" w:rsidRPr="00CE758F" w:rsidRDefault="00D74884" w:rsidP="002A1BD3">
      <w:pPr>
        <w:spacing w:line="360" w:lineRule="auto"/>
        <w:jc w:val="center"/>
        <w:rPr>
          <w:rFonts w:ascii="Baskerville Old Face" w:hAnsi="Baskerville Old Face"/>
          <w:bCs/>
          <w:i/>
          <w:sz w:val="28"/>
          <w:szCs w:val="28"/>
        </w:rPr>
      </w:pPr>
    </w:p>
    <w:p w14:paraId="777B6709" w14:textId="74673FF0" w:rsidR="00F45C1A" w:rsidRDefault="007671E1" w:rsidP="002A1BD3">
      <w:pPr>
        <w:spacing w:line="360" w:lineRule="auto"/>
        <w:jc w:val="center"/>
        <w:rPr>
          <w:rFonts w:ascii="Baskerville Old Face" w:hAnsi="Baskerville Old Face"/>
          <w:bCs/>
          <w:i/>
          <w:sz w:val="28"/>
          <w:szCs w:val="28"/>
        </w:rPr>
      </w:pPr>
      <w:r w:rsidRPr="00CE758F">
        <w:rPr>
          <w:rFonts w:ascii="Baskerville Old Face" w:hAnsi="Baskerville Old Face"/>
          <w:bCs/>
          <w:i/>
          <w:sz w:val="28"/>
          <w:szCs w:val="28"/>
        </w:rPr>
        <w:t xml:space="preserve">To my wife, Pimpakan, for her eternal love, </w:t>
      </w:r>
      <w:r w:rsidR="00CC13C1">
        <w:rPr>
          <w:rFonts w:ascii="Baskerville Old Face" w:hAnsi="Baskerville Old Face"/>
          <w:bCs/>
          <w:i/>
          <w:sz w:val="28"/>
          <w:szCs w:val="28"/>
        </w:rPr>
        <w:t xml:space="preserve">unwavering </w:t>
      </w:r>
      <w:r w:rsidRPr="00CE758F">
        <w:rPr>
          <w:rFonts w:ascii="Baskerville Old Face" w:hAnsi="Baskerville Old Face"/>
          <w:bCs/>
          <w:i/>
          <w:sz w:val="28"/>
          <w:szCs w:val="28"/>
        </w:rPr>
        <w:t>belief</w:t>
      </w:r>
      <w:r w:rsidR="00EC2B61">
        <w:rPr>
          <w:rFonts w:ascii="Baskerville Old Face" w:hAnsi="Baskerville Old Face"/>
          <w:bCs/>
          <w:i/>
          <w:sz w:val="28"/>
          <w:szCs w:val="28"/>
        </w:rPr>
        <w:t>,</w:t>
      </w:r>
      <w:r w:rsidRPr="00CE758F">
        <w:rPr>
          <w:rFonts w:ascii="Baskerville Old Face" w:hAnsi="Baskerville Old Face"/>
          <w:bCs/>
          <w:i/>
          <w:sz w:val="28"/>
          <w:szCs w:val="28"/>
        </w:rPr>
        <w:t xml:space="preserve"> and </w:t>
      </w:r>
      <w:r w:rsidR="00EC2B61">
        <w:rPr>
          <w:rFonts w:ascii="Baskerville Old Face" w:hAnsi="Baskerville Old Face"/>
          <w:bCs/>
          <w:i/>
          <w:sz w:val="28"/>
          <w:szCs w:val="28"/>
        </w:rPr>
        <w:t xml:space="preserve">indomitable </w:t>
      </w:r>
      <w:r w:rsidRPr="00CE758F">
        <w:rPr>
          <w:rFonts w:ascii="Baskerville Old Face" w:hAnsi="Baskerville Old Face"/>
          <w:bCs/>
          <w:i/>
          <w:sz w:val="28"/>
          <w:szCs w:val="28"/>
        </w:rPr>
        <w:t>support.</w:t>
      </w:r>
    </w:p>
    <w:p w14:paraId="0BC366D9" w14:textId="77777777" w:rsidR="0021179D" w:rsidRDefault="0021179D" w:rsidP="002A1BD3">
      <w:pPr>
        <w:spacing w:line="360" w:lineRule="auto"/>
        <w:jc w:val="left"/>
        <w:rPr>
          <w:rFonts w:ascii="Baskerville Old Face" w:hAnsi="Baskerville Old Face"/>
          <w:bCs/>
          <w:i/>
          <w:sz w:val="28"/>
          <w:szCs w:val="28"/>
        </w:rPr>
      </w:pPr>
    </w:p>
    <w:p w14:paraId="44387588" w14:textId="61384E21" w:rsidR="00B550F7" w:rsidRPr="00CE758F" w:rsidRDefault="002C5AC1" w:rsidP="002A1BD3">
      <w:pPr>
        <w:spacing w:line="360" w:lineRule="auto"/>
        <w:jc w:val="left"/>
        <w:rPr>
          <w:rFonts w:ascii="Baskerville Old Face" w:hAnsi="Baskerville Old Face"/>
          <w:bCs/>
          <w:sz w:val="28"/>
          <w:szCs w:val="28"/>
        </w:rPr>
      </w:pPr>
      <w:r>
        <w:rPr>
          <w:rFonts w:ascii="Baskerville Old Face" w:hAnsi="Baskerville Old Face"/>
          <w:bCs/>
          <w:i/>
          <w:sz w:val="28"/>
          <w:szCs w:val="28"/>
        </w:rPr>
        <w:t xml:space="preserve">To Piera and Lynn for </w:t>
      </w:r>
      <w:r w:rsidR="0021179D">
        <w:rPr>
          <w:rFonts w:ascii="Baskerville Old Face" w:hAnsi="Baskerville Old Face"/>
          <w:bCs/>
          <w:i/>
          <w:sz w:val="28"/>
          <w:szCs w:val="28"/>
        </w:rPr>
        <w:t>sh</w:t>
      </w:r>
      <w:r w:rsidR="00922100">
        <w:rPr>
          <w:rFonts w:ascii="Baskerville Old Face" w:hAnsi="Baskerville Old Face"/>
          <w:bCs/>
          <w:i/>
          <w:sz w:val="28"/>
          <w:szCs w:val="28"/>
        </w:rPr>
        <w:t xml:space="preserve">aring their inner strength with me; I became </w:t>
      </w:r>
      <w:r w:rsidR="00277544">
        <w:rPr>
          <w:rFonts w:ascii="Baskerville Old Face" w:hAnsi="Baskerville Old Face"/>
          <w:bCs/>
          <w:i/>
          <w:sz w:val="28"/>
          <w:szCs w:val="28"/>
        </w:rPr>
        <w:t>stronger</w:t>
      </w:r>
      <w:r w:rsidR="00922100">
        <w:rPr>
          <w:rFonts w:ascii="Baskerville Old Face" w:hAnsi="Baskerville Old Face"/>
          <w:bCs/>
          <w:i/>
          <w:sz w:val="28"/>
          <w:szCs w:val="28"/>
        </w:rPr>
        <w:t xml:space="preserve"> because of it</w:t>
      </w:r>
    </w:p>
    <w:p w14:paraId="199FCE20" w14:textId="77777777" w:rsidR="00D74884" w:rsidRPr="00CE758F" w:rsidRDefault="00D74884" w:rsidP="002A1BD3">
      <w:pPr>
        <w:spacing w:line="360" w:lineRule="auto"/>
        <w:jc w:val="center"/>
        <w:rPr>
          <w:rFonts w:ascii="Baskerville Old Face" w:hAnsi="Baskerville Old Face"/>
          <w:bCs/>
          <w:i/>
          <w:sz w:val="28"/>
          <w:szCs w:val="28"/>
        </w:rPr>
      </w:pPr>
    </w:p>
    <w:p w14:paraId="542CC0CD" w14:textId="64A7EF9A" w:rsidR="00F45C1A" w:rsidRPr="00CE758F" w:rsidRDefault="007671E1" w:rsidP="002A1BD3">
      <w:pPr>
        <w:spacing w:line="360" w:lineRule="auto"/>
        <w:jc w:val="center"/>
        <w:rPr>
          <w:rFonts w:ascii="Baskerville Old Face" w:hAnsi="Baskerville Old Face"/>
          <w:bCs/>
          <w:sz w:val="28"/>
          <w:szCs w:val="28"/>
        </w:rPr>
      </w:pPr>
      <w:r w:rsidRPr="00CE758F">
        <w:rPr>
          <w:rFonts w:ascii="Baskerville Old Face" w:hAnsi="Baskerville Old Face"/>
          <w:bCs/>
          <w:i/>
          <w:sz w:val="28"/>
          <w:szCs w:val="28"/>
        </w:rPr>
        <w:t>To Eileen and Alex, for always being there.</w:t>
      </w:r>
    </w:p>
    <w:p w14:paraId="02FDF15B" w14:textId="77777777" w:rsidR="00A062DA" w:rsidRDefault="00A062DA" w:rsidP="002A1BD3">
      <w:pPr>
        <w:spacing w:line="360" w:lineRule="auto"/>
        <w:jc w:val="center"/>
        <w:rPr>
          <w:rFonts w:ascii="Baskerville Old Face" w:hAnsi="Baskerville Old Face"/>
          <w:bCs/>
          <w:i/>
          <w:sz w:val="28"/>
          <w:szCs w:val="28"/>
        </w:rPr>
      </w:pPr>
    </w:p>
    <w:p w14:paraId="53ED4E1D" w14:textId="1286876D" w:rsidR="00F45C1A" w:rsidRPr="00CE758F" w:rsidRDefault="007671E1" w:rsidP="002A1BD3">
      <w:pPr>
        <w:spacing w:line="360" w:lineRule="auto"/>
        <w:jc w:val="center"/>
        <w:rPr>
          <w:rFonts w:ascii="Baskerville Old Face" w:hAnsi="Baskerville Old Face"/>
          <w:bCs/>
          <w:sz w:val="28"/>
          <w:szCs w:val="28"/>
        </w:rPr>
      </w:pPr>
      <w:r w:rsidRPr="00CE758F">
        <w:rPr>
          <w:rFonts w:ascii="Baskerville Old Face" w:hAnsi="Baskerville Old Face"/>
          <w:bCs/>
          <w:i/>
          <w:sz w:val="28"/>
          <w:szCs w:val="28"/>
        </w:rPr>
        <w:t>And to Sandra</w:t>
      </w:r>
      <w:r w:rsidR="00277544">
        <w:rPr>
          <w:rFonts w:ascii="Baskerville Old Face" w:hAnsi="Baskerville Old Face"/>
          <w:bCs/>
          <w:i/>
          <w:sz w:val="28"/>
          <w:szCs w:val="28"/>
        </w:rPr>
        <w:t xml:space="preserve"> at Albury</w:t>
      </w:r>
      <w:r w:rsidRPr="00CE758F">
        <w:rPr>
          <w:rFonts w:ascii="Baskerville Old Face" w:hAnsi="Baskerville Old Face"/>
          <w:bCs/>
          <w:i/>
          <w:sz w:val="28"/>
          <w:szCs w:val="28"/>
        </w:rPr>
        <w:t>.</w:t>
      </w:r>
    </w:p>
    <w:p w14:paraId="5583F03A" w14:textId="77777777" w:rsidR="00D74884" w:rsidRPr="00CE758F" w:rsidRDefault="00D74884" w:rsidP="002A1BD3">
      <w:pPr>
        <w:spacing w:line="360" w:lineRule="auto"/>
        <w:jc w:val="center"/>
        <w:rPr>
          <w:rFonts w:ascii="Baskerville Old Face" w:hAnsi="Baskerville Old Face"/>
          <w:bCs/>
          <w:i/>
          <w:sz w:val="28"/>
          <w:szCs w:val="28"/>
        </w:rPr>
      </w:pPr>
    </w:p>
    <w:p w14:paraId="51DA9FFA" w14:textId="22B359AC" w:rsidR="00F45C1A" w:rsidRPr="00CE758F" w:rsidRDefault="007671E1" w:rsidP="002A1BD3">
      <w:pPr>
        <w:spacing w:line="360" w:lineRule="auto"/>
        <w:jc w:val="center"/>
        <w:rPr>
          <w:rFonts w:ascii="Baskerville Old Face" w:hAnsi="Baskerville Old Face"/>
          <w:bCs/>
          <w:sz w:val="28"/>
          <w:szCs w:val="28"/>
        </w:rPr>
      </w:pPr>
      <w:r w:rsidRPr="00CE758F">
        <w:rPr>
          <w:rFonts w:ascii="Baskerville Old Face" w:hAnsi="Baskerville Old Face"/>
          <w:bCs/>
          <w:i/>
          <w:sz w:val="28"/>
          <w:szCs w:val="28"/>
        </w:rPr>
        <w:t>‘True love stories never have endings.’</w:t>
      </w:r>
    </w:p>
    <w:p w14:paraId="4B3813CF" w14:textId="77777777" w:rsidR="00F45C1A" w:rsidRPr="00CE758F" w:rsidRDefault="007671E1" w:rsidP="002A1BD3">
      <w:pPr>
        <w:spacing w:line="360" w:lineRule="auto"/>
        <w:ind w:firstLine="0"/>
        <w:jc w:val="center"/>
        <w:rPr>
          <w:rFonts w:ascii="Baskerville Old Face" w:hAnsi="Baskerville Old Face"/>
          <w:bCs/>
          <w:sz w:val="28"/>
          <w:szCs w:val="28"/>
        </w:rPr>
      </w:pPr>
      <w:r w:rsidRPr="00CE758F">
        <w:rPr>
          <w:rFonts w:ascii="Baskerville Old Face" w:hAnsi="Baskerville Old Face"/>
          <w:bCs/>
          <w:sz w:val="28"/>
          <w:szCs w:val="28"/>
        </w:rPr>
        <w:br w:type="page"/>
      </w:r>
    </w:p>
    <w:p w14:paraId="533450B4" w14:textId="77777777" w:rsidR="00553DD1" w:rsidRDefault="00553DD1" w:rsidP="002A1BD3">
      <w:pPr>
        <w:pStyle w:val="Heading2"/>
        <w:spacing w:before="400" w:after="200" w:line="360" w:lineRule="auto"/>
        <w:rPr>
          <w:rFonts w:ascii="Baskerville Old Face" w:hAnsi="Baskerville Old Face"/>
          <w:b w:val="0"/>
          <w:sz w:val="28"/>
          <w:szCs w:val="28"/>
        </w:rPr>
      </w:pPr>
    </w:p>
    <w:p w14:paraId="415CCBCF" w14:textId="30554B3E" w:rsidR="00F45C1A" w:rsidRPr="002A1BD3" w:rsidRDefault="007671E1" w:rsidP="002A1BD3">
      <w:pPr>
        <w:pStyle w:val="Heading2"/>
        <w:spacing w:before="400" w:after="200" w:line="360" w:lineRule="auto"/>
        <w:rPr>
          <w:rFonts w:ascii="Baskerville Old Face" w:hAnsi="Baskerville Old Face"/>
          <w:b w:val="0"/>
          <w:szCs w:val="32"/>
        </w:rPr>
      </w:pPr>
      <w:r w:rsidRPr="002A1BD3">
        <w:rPr>
          <w:rFonts w:ascii="Baskerville Old Face" w:hAnsi="Baskerville Old Face"/>
          <w:b w:val="0"/>
          <w:szCs w:val="32"/>
        </w:rPr>
        <w:t>By the Same Author</w:t>
      </w:r>
    </w:p>
    <w:p w14:paraId="5F50AF3E" w14:textId="77777777" w:rsidR="00B879E2" w:rsidRPr="00CE758F" w:rsidRDefault="00B879E2" w:rsidP="002A1BD3">
      <w:pPr>
        <w:spacing w:line="360" w:lineRule="auto"/>
        <w:ind w:firstLine="0"/>
        <w:rPr>
          <w:rFonts w:ascii="Baskerville Old Face" w:hAnsi="Baskerville Old Face"/>
          <w:bCs/>
          <w:i/>
          <w:sz w:val="28"/>
          <w:szCs w:val="28"/>
        </w:rPr>
      </w:pPr>
    </w:p>
    <w:p w14:paraId="3554CD96" w14:textId="77777777" w:rsidR="00B879E2" w:rsidRPr="00CE758F" w:rsidRDefault="00B879E2" w:rsidP="002A1BD3">
      <w:pPr>
        <w:spacing w:line="360" w:lineRule="auto"/>
        <w:ind w:firstLine="0"/>
        <w:rPr>
          <w:rFonts w:ascii="Baskerville Old Face" w:hAnsi="Baskerville Old Face"/>
          <w:bCs/>
          <w:i/>
          <w:sz w:val="28"/>
          <w:szCs w:val="28"/>
        </w:rPr>
      </w:pPr>
    </w:p>
    <w:p w14:paraId="213B7FBD" w14:textId="77777777" w:rsidR="00B879E2" w:rsidRPr="00CE758F" w:rsidRDefault="00B879E2" w:rsidP="002A1BD3">
      <w:pPr>
        <w:spacing w:line="360" w:lineRule="auto"/>
        <w:ind w:firstLine="0"/>
        <w:rPr>
          <w:rFonts w:ascii="Baskerville Old Face" w:hAnsi="Baskerville Old Face"/>
          <w:bCs/>
          <w:i/>
          <w:sz w:val="28"/>
          <w:szCs w:val="28"/>
        </w:rPr>
      </w:pPr>
    </w:p>
    <w:p w14:paraId="0FEAB033" w14:textId="77777777" w:rsidR="00B879E2" w:rsidRPr="00CE758F" w:rsidRDefault="00B879E2" w:rsidP="002A1BD3">
      <w:pPr>
        <w:spacing w:line="360" w:lineRule="auto"/>
        <w:ind w:firstLine="0"/>
        <w:rPr>
          <w:rFonts w:ascii="Baskerville Old Face" w:hAnsi="Baskerville Old Face"/>
          <w:bCs/>
          <w:i/>
          <w:sz w:val="28"/>
          <w:szCs w:val="28"/>
        </w:rPr>
      </w:pPr>
    </w:p>
    <w:p w14:paraId="0CD07B76" w14:textId="77777777" w:rsidR="00A10F7A" w:rsidRDefault="007671E1" w:rsidP="002A1BD3">
      <w:pPr>
        <w:spacing w:line="360" w:lineRule="auto"/>
        <w:ind w:firstLine="0"/>
        <w:jc w:val="center"/>
        <w:rPr>
          <w:rFonts w:ascii="Baskerville Old Face" w:hAnsi="Baskerville Old Face"/>
          <w:bCs/>
          <w:sz w:val="28"/>
          <w:szCs w:val="28"/>
        </w:rPr>
      </w:pPr>
      <w:r w:rsidRPr="00CE758F">
        <w:rPr>
          <w:rFonts w:ascii="Baskerville Old Face" w:hAnsi="Baskerville Old Face"/>
          <w:bCs/>
          <w:i/>
          <w:sz w:val="28"/>
          <w:szCs w:val="28"/>
        </w:rPr>
        <w:t>The Lentil Tree</w:t>
      </w:r>
    </w:p>
    <w:p w14:paraId="3AB0064B" w14:textId="77777777" w:rsidR="00A10F7A" w:rsidRDefault="00A10F7A" w:rsidP="002A1BD3">
      <w:pPr>
        <w:spacing w:line="360" w:lineRule="auto"/>
        <w:ind w:firstLine="0"/>
        <w:jc w:val="center"/>
        <w:rPr>
          <w:rFonts w:ascii="Baskerville Old Face" w:hAnsi="Baskerville Old Face"/>
          <w:bCs/>
          <w:sz w:val="28"/>
          <w:szCs w:val="28"/>
        </w:rPr>
      </w:pPr>
    </w:p>
    <w:p w14:paraId="4485464E" w14:textId="351D28B9" w:rsidR="00F45C1A" w:rsidRPr="00A10F7A" w:rsidRDefault="007671E1" w:rsidP="002A1BD3">
      <w:pPr>
        <w:spacing w:line="360" w:lineRule="auto"/>
        <w:ind w:firstLine="0"/>
        <w:jc w:val="center"/>
        <w:rPr>
          <w:rFonts w:ascii="Baskerville Old Face" w:hAnsi="Baskerville Old Face"/>
          <w:bCs/>
          <w:sz w:val="28"/>
          <w:szCs w:val="28"/>
        </w:rPr>
      </w:pPr>
      <w:r w:rsidRPr="00CE758F">
        <w:rPr>
          <w:rFonts w:ascii="Baskerville Old Face" w:hAnsi="Baskerville Old Face"/>
          <w:bCs/>
          <w:i/>
          <w:sz w:val="28"/>
          <w:szCs w:val="28"/>
        </w:rPr>
        <w:t>The Hoplites of Leith</w:t>
      </w:r>
    </w:p>
    <w:p w14:paraId="4B57DDDB" w14:textId="77777777" w:rsidR="00471D30" w:rsidRDefault="00471D30" w:rsidP="002A1BD3">
      <w:pPr>
        <w:spacing w:line="360" w:lineRule="auto"/>
        <w:jc w:val="center"/>
        <w:rPr>
          <w:rFonts w:ascii="Baskerville Old Face" w:hAnsi="Baskerville Old Face"/>
          <w:bCs/>
          <w:i/>
          <w:sz w:val="28"/>
          <w:szCs w:val="28"/>
        </w:rPr>
      </w:pPr>
    </w:p>
    <w:p w14:paraId="2DA7A2CB" w14:textId="77777777" w:rsidR="00471D30" w:rsidRDefault="00471D30" w:rsidP="002A1BD3">
      <w:pPr>
        <w:spacing w:line="360" w:lineRule="auto"/>
        <w:jc w:val="center"/>
        <w:rPr>
          <w:rFonts w:ascii="Baskerville Old Face" w:hAnsi="Baskerville Old Face"/>
          <w:bCs/>
          <w:i/>
          <w:sz w:val="28"/>
          <w:szCs w:val="28"/>
        </w:rPr>
      </w:pPr>
    </w:p>
    <w:p w14:paraId="5E155D63" w14:textId="77777777" w:rsidR="00471D30" w:rsidRDefault="00471D30" w:rsidP="002A1BD3">
      <w:pPr>
        <w:spacing w:line="360" w:lineRule="auto"/>
        <w:jc w:val="center"/>
        <w:rPr>
          <w:rFonts w:ascii="Baskerville Old Face" w:hAnsi="Baskerville Old Face"/>
          <w:bCs/>
          <w:i/>
          <w:sz w:val="28"/>
          <w:szCs w:val="28"/>
        </w:rPr>
      </w:pPr>
    </w:p>
    <w:p w14:paraId="1C43933A" w14:textId="77777777" w:rsidR="00471D30" w:rsidRDefault="00471D30" w:rsidP="002A1BD3">
      <w:pPr>
        <w:spacing w:line="360" w:lineRule="auto"/>
        <w:jc w:val="center"/>
        <w:rPr>
          <w:rFonts w:ascii="Baskerville Old Face" w:hAnsi="Baskerville Old Face"/>
          <w:bCs/>
          <w:i/>
          <w:sz w:val="28"/>
          <w:szCs w:val="28"/>
        </w:rPr>
      </w:pPr>
    </w:p>
    <w:p w14:paraId="648D5AE7" w14:textId="77777777" w:rsidR="00471D30" w:rsidRDefault="00471D30" w:rsidP="002A1BD3">
      <w:pPr>
        <w:spacing w:line="360" w:lineRule="auto"/>
        <w:jc w:val="center"/>
        <w:rPr>
          <w:rFonts w:ascii="Baskerville Old Face" w:hAnsi="Baskerville Old Face"/>
          <w:bCs/>
          <w:i/>
          <w:sz w:val="28"/>
          <w:szCs w:val="28"/>
        </w:rPr>
      </w:pPr>
    </w:p>
    <w:p w14:paraId="7EEF6192" w14:textId="77777777" w:rsidR="00471D30" w:rsidRDefault="00471D30" w:rsidP="002A1BD3">
      <w:pPr>
        <w:spacing w:line="360" w:lineRule="auto"/>
        <w:jc w:val="center"/>
        <w:rPr>
          <w:rFonts w:ascii="Baskerville Old Face" w:hAnsi="Baskerville Old Face"/>
          <w:bCs/>
          <w:i/>
          <w:sz w:val="28"/>
          <w:szCs w:val="28"/>
        </w:rPr>
      </w:pPr>
    </w:p>
    <w:p w14:paraId="68647A82" w14:textId="77777777" w:rsidR="00471D30" w:rsidRDefault="00471D30" w:rsidP="002A1BD3">
      <w:pPr>
        <w:spacing w:line="360" w:lineRule="auto"/>
        <w:jc w:val="center"/>
        <w:rPr>
          <w:rFonts w:ascii="Baskerville Old Face" w:hAnsi="Baskerville Old Face"/>
          <w:bCs/>
          <w:i/>
          <w:sz w:val="28"/>
          <w:szCs w:val="28"/>
        </w:rPr>
      </w:pPr>
    </w:p>
    <w:p w14:paraId="718C78DD" w14:textId="77777777" w:rsidR="00471D30" w:rsidRDefault="00471D30" w:rsidP="002A1BD3">
      <w:pPr>
        <w:spacing w:line="360" w:lineRule="auto"/>
        <w:jc w:val="center"/>
        <w:rPr>
          <w:rFonts w:ascii="Baskerville Old Face" w:hAnsi="Baskerville Old Face"/>
          <w:bCs/>
          <w:i/>
          <w:sz w:val="28"/>
          <w:szCs w:val="28"/>
        </w:rPr>
      </w:pPr>
    </w:p>
    <w:p w14:paraId="37FFE21B" w14:textId="77777777" w:rsidR="00471D30" w:rsidRDefault="00471D30" w:rsidP="002A1BD3">
      <w:pPr>
        <w:spacing w:line="360" w:lineRule="auto"/>
        <w:jc w:val="center"/>
        <w:rPr>
          <w:rFonts w:ascii="Baskerville Old Face" w:hAnsi="Baskerville Old Face"/>
          <w:bCs/>
          <w:i/>
          <w:sz w:val="28"/>
          <w:szCs w:val="28"/>
        </w:rPr>
      </w:pPr>
    </w:p>
    <w:p w14:paraId="7006CC20" w14:textId="77777777" w:rsidR="00471D30" w:rsidRDefault="00471D30" w:rsidP="002A1BD3">
      <w:pPr>
        <w:spacing w:line="360" w:lineRule="auto"/>
        <w:jc w:val="center"/>
        <w:rPr>
          <w:rFonts w:ascii="Baskerville Old Face" w:hAnsi="Baskerville Old Face"/>
          <w:bCs/>
          <w:i/>
          <w:sz w:val="28"/>
          <w:szCs w:val="28"/>
        </w:rPr>
      </w:pPr>
    </w:p>
    <w:p w14:paraId="3E39B57E" w14:textId="77777777" w:rsidR="00471D30" w:rsidRDefault="00471D30" w:rsidP="002A1BD3">
      <w:pPr>
        <w:spacing w:line="360" w:lineRule="auto"/>
        <w:jc w:val="center"/>
        <w:rPr>
          <w:rFonts w:ascii="Baskerville Old Face" w:hAnsi="Baskerville Old Face"/>
          <w:bCs/>
          <w:i/>
          <w:sz w:val="28"/>
          <w:szCs w:val="28"/>
        </w:rPr>
      </w:pPr>
    </w:p>
    <w:p w14:paraId="2D297B87" w14:textId="77777777" w:rsidR="00471D30" w:rsidRDefault="00471D30" w:rsidP="002A1BD3">
      <w:pPr>
        <w:spacing w:line="360" w:lineRule="auto"/>
        <w:jc w:val="center"/>
        <w:rPr>
          <w:rFonts w:ascii="Baskerville Old Face" w:hAnsi="Baskerville Old Face"/>
          <w:bCs/>
          <w:i/>
          <w:sz w:val="28"/>
          <w:szCs w:val="28"/>
        </w:rPr>
      </w:pPr>
    </w:p>
    <w:p w14:paraId="74EB7578" w14:textId="77777777" w:rsidR="0080229B" w:rsidRPr="0080229B" w:rsidRDefault="00445BF8" w:rsidP="0080229B">
      <w:pPr>
        <w:pStyle w:val="NormalWeb"/>
        <w:spacing w:before="0" w:beforeAutospacing="0" w:after="240" w:afterAutospacing="0"/>
        <w:ind w:firstLine="720"/>
        <w:jc w:val="center"/>
        <w:rPr>
          <w:color w:val="000000"/>
          <w:sz w:val="32"/>
          <w:szCs w:val="32"/>
        </w:rPr>
      </w:pPr>
      <w:r w:rsidRPr="0080229B">
        <w:rPr>
          <w:color w:val="000000"/>
          <w:sz w:val="32"/>
          <w:szCs w:val="32"/>
        </w:rPr>
        <w:lastRenderedPageBreak/>
        <w:t>Preface</w:t>
      </w:r>
      <w:r w:rsidR="0080229B" w:rsidRPr="0080229B">
        <w:rPr>
          <w:color w:val="000000"/>
          <w:sz w:val="32"/>
          <w:szCs w:val="32"/>
        </w:rPr>
        <w:t>.</w:t>
      </w:r>
    </w:p>
    <w:p w14:paraId="2CB0061C" w14:textId="0FBB69EE" w:rsidR="00927688" w:rsidRDefault="00B52714" w:rsidP="0080229B">
      <w:pPr>
        <w:pStyle w:val="NormalWeb"/>
        <w:spacing w:before="0" w:beforeAutospacing="0" w:after="240" w:afterAutospacing="0" w:line="360" w:lineRule="auto"/>
        <w:ind w:firstLine="720"/>
        <w:jc w:val="both"/>
        <w:rPr>
          <w:rFonts w:ascii="Baskerville Old Face" w:hAnsi="Baskerville Old Face"/>
        </w:rPr>
      </w:pPr>
      <w:r w:rsidRPr="0080229B">
        <w:rPr>
          <w:rFonts w:ascii="Baskerville Old Face" w:hAnsi="Baskerville Old Face"/>
          <w:color w:val="000000"/>
          <w:sz w:val="28"/>
          <w:szCs w:val="28"/>
        </w:rPr>
        <w:t>In the vast tapestry of human experience, the threads of regret, hope, pain, and redemption intertwine with intricate complexity, weaving stories that speak to our deepest longings and fears. It is within this labyrinth of emotion and circumstance that Finian Kavanagh’s story unfolds—a narrative not merely of one man’s journey across continents and decades, but a mirror held up to the restless spirit within all of us. As you open this book, you step into the rugged landscapes of Scotland’s misty streets and Australia’s simmering Outback, into the echoes of a time when the world itself seemed perched precariously on the edge of transformation. More than that, you enter the realm of second chances, where the ordinary collision of history and personal destiny is charged with the extraordinary power of mercy, love, and profound human change.</w:t>
      </w:r>
      <w:r w:rsidRPr="0080229B">
        <w:rPr>
          <w:rFonts w:ascii="Baskerville Old Face" w:hAnsi="Baskerville Old Face"/>
        </w:rPr>
        <w:t xml:space="preserve"> </w:t>
      </w:r>
      <w:r w:rsidRPr="0080229B">
        <w:rPr>
          <w:rFonts w:ascii="Baskerville Old Face" w:hAnsi="Baskerville Old Face"/>
          <w:color w:val="000000"/>
          <w:sz w:val="28"/>
          <w:szCs w:val="28"/>
        </w:rPr>
        <w:t xml:space="preserve">Finian’s path is neither smooth nor predictable. Born into a world shadowed by sectarian hatred, poverty, and the bruises of youth bruised by bullying, his flight from Edinburgh to the volatile beauty of Australia’s Northern Territory is at once an escape and a reckless leap of faith. It is a story familiar in its bones—an immigrant’s struggle to carve out identity and meaning in alien </w:t>
      </w:r>
      <w:r w:rsidRPr="0080229B">
        <w:rPr>
          <w:rFonts w:ascii="Baskerville Old Face" w:hAnsi="Baskerville Old Face"/>
          <w:color w:val="000000"/>
          <w:sz w:val="28"/>
          <w:szCs w:val="28"/>
        </w:rPr>
        <w:lastRenderedPageBreak/>
        <w:t>soil</w:t>
      </w:r>
      <w:r w:rsidR="00763BD3">
        <w:rPr>
          <w:rFonts w:ascii="Baskerville Old Face" w:hAnsi="Baskerville Old Face"/>
          <w:color w:val="000000"/>
          <w:sz w:val="28"/>
          <w:szCs w:val="28"/>
        </w:rPr>
        <w:t xml:space="preserve">, </w:t>
      </w:r>
      <w:r w:rsidRPr="0080229B">
        <w:rPr>
          <w:rFonts w:ascii="Baskerville Old Face" w:hAnsi="Baskerville Old Face"/>
          <w:color w:val="000000"/>
          <w:sz w:val="28"/>
          <w:szCs w:val="28"/>
        </w:rPr>
        <w:t>but rendered distinct through the raw tenacity and haunting vulnerability of one who refuses to be defined solely by his wounds. Here is a man wrestling with the weight of ambition and the gravity of compassion, grappling with the cost of success and the necessity of connection, emboldened by love yet tested by loss. Through Finian’s eyes, you will glimpse the fragile architecture of human resolve as it bends and sometimes nearly breaks under the pressures of fate.</w:t>
      </w:r>
      <w:r w:rsidR="00E94B97" w:rsidRPr="0080229B">
        <w:rPr>
          <w:rFonts w:ascii="Baskerville Old Face" w:hAnsi="Baskerville Old Face"/>
        </w:rPr>
        <w:t xml:space="preserve"> </w:t>
      </w:r>
      <w:r w:rsidRPr="0080229B">
        <w:rPr>
          <w:rFonts w:ascii="Baskerville Old Face" w:hAnsi="Baskerville Old Face"/>
          <w:color w:val="000000"/>
          <w:sz w:val="28"/>
          <w:szCs w:val="28"/>
        </w:rPr>
        <w:t>But this tale, rich with the rugged grit of pioneering life and the intimate folds of domestic devotion, blossoms into something much more</w:t>
      </w:r>
      <w:r w:rsidR="00FA4206">
        <w:rPr>
          <w:rFonts w:ascii="Baskerville Old Face" w:hAnsi="Baskerville Old Face"/>
          <w:color w:val="000000"/>
          <w:sz w:val="28"/>
          <w:szCs w:val="28"/>
        </w:rPr>
        <w:t xml:space="preserve">, </w:t>
      </w:r>
      <w:r w:rsidRPr="0080229B">
        <w:rPr>
          <w:rFonts w:ascii="Baskerville Old Face" w:hAnsi="Baskerville Old Face"/>
          <w:color w:val="000000"/>
          <w:sz w:val="28"/>
          <w:szCs w:val="28"/>
        </w:rPr>
        <w:t>a metaphysical pondering on time, choice, and the essence of mercy. The spectral visitation of Margaret Dickson, known to history as Half Hangit Maggie, introduces a magical realism that shatters the boundaries of the temporal world. When Finian is granted a second chance to repay his debts to the past and reshape the future, the narrative invites you to wrestle alongside him with profound questions: What does it mean to truly forgive? How might one balance the unrelenting pursuit of ambition with the anarchic demands of empathy? And when life offers a rare moment to rewrite its script, can the heart summon the courage to choose compassion over revenge, love over pride?</w:t>
      </w:r>
      <w:r w:rsidR="00E94B97" w:rsidRPr="0080229B">
        <w:rPr>
          <w:rFonts w:ascii="Baskerville Old Face" w:hAnsi="Baskerville Old Face"/>
        </w:rPr>
        <w:t xml:space="preserve"> </w:t>
      </w:r>
    </w:p>
    <w:p w14:paraId="7F32E550" w14:textId="1C70C130" w:rsidR="00B52714" w:rsidRPr="00400E3B" w:rsidRDefault="00B52714" w:rsidP="0080229B">
      <w:pPr>
        <w:pStyle w:val="NormalWeb"/>
        <w:spacing w:before="0" w:beforeAutospacing="0" w:after="240" w:afterAutospacing="0" w:line="360" w:lineRule="auto"/>
        <w:ind w:firstLine="720"/>
        <w:jc w:val="both"/>
        <w:rPr>
          <w:rFonts w:ascii="Baskerville Old Face" w:hAnsi="Baskerville Old Face"/>
          <w:color w:val="000000"/>
          <w:sz w:val="28"/>
          <w:szCs w:val="28"/>
        </w:rPr>
      </w:pPr>
      <w:r w:rsidRPr="0080229B">
        <w:rPr>
          <w:rFonts w:ascii="Baskerville Old Face" w:hAnsi="Baskerville Old Face"/>
          <w:color w:val="000000"/>
          <w:sz w:val="28"/>
          <w:szCs w:val="28"/>
        </w:rPr>
        <w:lastRenderedPageBreak/>
        <w:t>This spiritual reckoning pulses at the core of the novel, but so too does the grounding heartbeat of community</w:t>
      </w:r>
      <w:r w:rsidR="00E94B97" w:rsidRPr="0080229B">
        <w:rPr>
          <w:rFonts w:ascii="Baskerville Old Face" w:hAnsi="Baskerville Old Face"/>
          <w:color w:val="000000"/>
          <w:sz w:val="28"/>
          <w:szCs w:val="28"/>
        </w:rPr>
        <w:t xml:space="preserve">, </w:t>
      </w:r>
      <w:r w:rsidRPr="0080229B">
        <w:rPr>
          <w:rFonts w:ascii="Baskerville Old Face" w:hAnsi="Baskerville Old Face"/>
          <w:color w:val="000000"/>
          <w:sz w:val="28"/>
          <w:szCs w:val="28"/>
        </w:rPr>
        <w:t>the fragile alliances forged amidst hardship and shared survival. The vibrant relationships with Ellie, Finian’s anchoring beacon of love and endurance; with Narrah, an Indigenous Arrernte foreman who embodies the enduring legacy and wisdom of a culture scarred yet unyielding; and with the broader network of friends and kin, reveal the human capacity to transcend divisions fostered by history, race, and circumstance. Their woven stories compel us to reflect on our own roles within the wider communities we inhabit, reminding us that compassion is not only a private act but a social imperative.</w:t>
      </w:r>
      <w:r w:rsidR="00E94B97" w:rsidRPr="0080229B">
        <w:rPr>
          <w:rFonts w:ascii="Baskerville Old Face" w:hAnsi="Baskerville Old Face"/>
        </w:rPr>
        <w:t xml:space="preserve"> </w:t>
      </w:r>
      <w:r w:rsidRPr="0080229B">
        <w:rPr>
          <w:rFonts w:ascii="Baskerville Old Face" w:hAnsi="Baskerville Old Face"/>
          <w:color w:val="000000"/>
          <w:sz w:val="28"/>
          <w:szCs w:val="28"/>
        </w:rPr>
        <w:t xml:space="preserve">In chronicling Finian’s rise from water-drilling camps to the creation of the formidable Kavanagh Drilling Company and Kavanagh’s Keep homestead, the narrative does not shy away from brutality—the razor-edge reality of loss, the aching void left by Ellie’s violent death, the slow corrosion of Finian’s spirit in the wake of grief. These are not easy moments, but they are essential. They embody that truest of paradoxes: that through suffering we often find our deepest capacities for empathy, and that the fractures within us can be the very places where light and renewal seep </w:t>
      </w:r>
      <w:r w:rsidRPr="0080229B">
        <w:rPr>
          <w:rFonts w:ascii="Baskerville Old Face" w:hAnsi="Baskerville Old Face"/>
          <w:color w:val="000000"/>
          <w:sz w:val="28"/>
          <w:szCs w:val="28"/>
        </w:rPr>
        <w:lastRenderedPageBreak/>
        <w:t>in. It is a story tempered by sorrow yet illuminated by mercy, a testament to the human soul’s relentless yearning for redemption.</w:t>
      </w:r>
      <w:r w:rsidR="00445BF8" w:rsidRPr="0080229B">
        <w:rPr>
          <w:rFonts w:ascii="Baskerville Old Face" w:hAnsi="Baskerville Old Face"/>
          <w:color w:val="000000"/>
          <w:sz w:val="28"/>
          <w:szCs w:val="28"/>
        </w:rPr>
        <w:t xml:space="preserve"> </w:t>
      </w:r>
      <w:r w:rsidRPr="0080229B">
        <w:rPr>
          <w:rFonts w:ascii="Baskerville Old Face" w:hAnsi="Baskerville Old Face"/>
          <w:color w:val="000000"/>
          <w:sz w:val="28"/>
          <w:szCs w:val="28"/>
        </w:rPr>
        <w:t>The historical backdrop—spanning from the heat and dust of Australia's Outback to the turbulent heart of 1960s Edinburgh—offers more than mere setting; it frames the complex interplay of cultural identity and displacement. The migratory waves that forever bind places and people, the scars left by religious animosities long past but not forgotten, the fragile coexistence and sometimes stark tensions between settler descendants and Indigenous custodians of the land</w:t>
      </w:r>
      <w:r w:rsidR="00FA4206">
        <w:rPr>
          <w:rFonts w:ascii="Baskerville Old Face" w:hAnsi="Baskerville Old Face"/>
          <w:color w:val="000000"/>
          <w:sz w:val="28"/>
          <w:szCs w:val="28"/>
        </w:rPr>
        <w:t xml:space="preserve">, </w:t>
      </w:r>
      <w:r w:rsidRPr="0080229B">
        <w:rPr>
          <w:rFonts w:ascii="Baskerville Old Face" w:hAnsi="Baskerville Old Face"/>
          <w:color w:val="000000"/>
          <w:sz w:val="28"/>
          <w:szCs w:val="28"/>
        </w:rPr>
        <w:t>all these currents flow through the lives portrayed here with sensitivity and depth. This is a narrative conscious of history’s weight, yet determined not to be anchored by it but to rise through its ashes into a future suffused with hope.</w:t>
      </w:r>
      <w:r w:rsidR="00445BF8" w:rsidRPr="0080229B">
        <w:rPr>
          <w:rFonts w:ascii="Baskerville Old Face" w:hAnsi="Baskerville Old Face"/>
        </w:rPr>
        <w:t xml:space="preserve"> </w:t>
      </w:r>
      <w:r w:rsidRPr="0080229B">
        <w:rPr>
          <w:rFonts w:ascii="Baskerville Old Face" w:hAnsi="Baskerville Old Face"/>
          <w:color w:val="000000"/>
          <w:sz w:val="28"/>
          <w:szCs w:val="28"/>
        </w:rPr>
        <w:t xml:space="preserve">For </w:t>
      </w:r>
      <w:r w:rsidR="00445BF8" w:rsidRPr="0080229B">
        <w:rPr>
          <w:rFonts w:ascii="Baskerville Old Face" w:hAnsi="Baskerville Old Face"/>
          <w:color w:val="000000"/>
          <w:sz w:val="28"/>
          <w:szCs w:val="28"/>
        </w:rPr>
        <w:t xml:space="preserve">my </w:t>
      </w:r>
      <w:r w:rsidRPr="0080229B">
        <w:rPr>
          <w:rFonts w:ascii="Baskerville Old Face" w:hAnsi="Baskerville Old Face"/>
          <w:color w:val="000000"/>
          <w:sz w:val="28"/>
          <w:szCs w:val="28"/>
        </w:rPr>
        <w:t>reader</w:t>
      </w:r>
      <w:r w:rsidR="00445BF8" w:rsidRPr="0080229B">
        <w:rPr>
          <w:rFonts w:ascii="Baskerville Old Face" w:hAnsi="Baskerville Old Face"/>
          <w:color w:val="000000"/>
          <w:sz w:val="28"/>
          <w:szCs w:val="28"/>
        </w:rPr>
        <w:t>s</w:t>
      </w:r>
      <w:r w:rsidRPr="0080229B">
        <w:rPr>
          <w:rFonts w:ascii="Baskerville Old Face" w:hAnsi="Baskerville Old Face"/>
          <w:color w:val="000000"/>
          <w:sz w:val="28"/>
          <w:szCs w:val="28"/>
        </w:rPr>
        <w:t>, embarking on Finian’s journey is to delve into a story that is at once intimately personal and profoundly universal. It is a call to examine the ledger of your own life’s regrets and triumphs, to recognize the fragile beauty of the connections that shape us, and to contemplate the redemptive power of grace and second chances. The choice Finian faces at his crossroads in 1963</w:t>
      </w:r>
      <w:r w:rsidR="005A4D13">
        <w:rPr>
          <w:rFonts w:ascii="Baskerville Old Face" w:hAnsi="Baskerville Old Face"/>
          <w:color w:val="000000"/>
          <w:sz w:val="28"/>
          <w:szCs w:val="28"/>
        </w:rPr>
        <w:t xml:space="preserve">, </w:t>
      </w:r>
      <w:r w:rsidRPr="0080229B">
        <w:rPr>
          <w:rFonts w:ascii="Baskerville Old Face" w:hAnsi="Baskerville Old Face"/>
          <w:color w:val="000000"/>
          <w:sz w:val="28"/>
          <w:szCs w:val="28"/>
        </w:rPr>
        <w:t xml:space="preserve">between vengeance and mercy, ambition and love—is not solely his. It is a reflection of choices </w:t>
      </w:r>
      <w:r w:rsidRPr="0080229B">
        <w:rPr>
          <w:rFonts w:ascii="Baskerville Old Face" w:hAnsi="Baskerville Old Face"/>
          <w:color w:val="000000"/>
          <w:sz w:val="28"/>
          <w:szCs w:val="28"/>
        </w:rPr>
        <w:lastRenderedPageBreak/>
        <w:t>continually presented to us all, in moments large and small, whispered in the silence of our hearts.</w:t>
      </w:r>
      <w:r w:rsidR="00400E3B">
        <w:rPr>
          <w:rFonts w:ascii="Baskerville Old Face" w:hAnsi="Baskerville Old Face"/>
        </w:rPr>
        <w:t xml:space="preserve"> </w:t>
      </w:r>
      <w:r w:rsidRPr="0080229B">
        <w:rPr>
          <w:rFonts w:ascii="Baskerville Old Face" w:hAnsi="Baskerville Old Face"/>
          <w:color w:val="000000"/>
          <w:sz w:val="28"/>
          <w:szCs w:val="28"/>
        </w:rPr>
        <w:t>In telling this story, I have sought to balance the toughness of a life quaked by hardship with moments of tender reflection and spiritual transcendence. I invite you to walk with Finian through his rugged landscape of past and present, bearing witness to the cost and courage of transformation. May this novel move you deeply and perhaps inspire a renewed compassion, not only for others but for the parts of ourselves still seeking forgiveness and a chance to begin again.</w:t>
      </w:r>
      <w:r w:rsidR="00400E3B">
        <w:rPr>
          <w:rFonts w:ascii="Baskerville Old Face" w:hAnsi="Baskerville Old Face"/>
        </w:rPr>
        <w:t xml:space="preserve"> </w:t>
      </w:r>
      <w:r w:rsidRPr="0080229B">
        <w:rPr>
          <w:rFonts w:ascii="Baskerville Old Face" w:hAnsi="Baskerville Old Face"/>
          <w:color w:val="000000"/>
          <w:sz w:val="28"/>
          <w:szCs w:val="28"/>
        </w:rPr>
        <w:t>Welcome to Finian’s Second Chance. May you find within these pages a reminder that the past holds lessons but does not dictate destiny; that even amid the harshest deserts of the soul, rivers of hope may still run deep; and that ultimately, it is love and mercy, more than any worldly triumph, that leave the most enduring marks upon the heart.</w:t>
      </w:r>
    </w:p>
    <w:p w14:paraId="627C2E37" w14:textId="39937DFD" w:rsidR="0080229B" w:rsidRPr="0080229B" w:rsidRDefault="00400E3B" w:rsidP="00400E3B">
      <w:pPr>
        <w:pStyle w:val="NormalWeb"/>
        <w:spacing w:before="0" w:beforeAutospacing="0" w:after="240" w:afterAutospacing="0" w:line="360" w:lineRule="auto"/>
        <w:ind w:firstLine="720"/>
        <w:jc w:val="center"/>
        <w:rPr>
          <w:rFonts w:ascii="Baskerville Old Face" w:hAnsi="Baskerville Old Face"/>
        </w:rPr>
      </w:pPr>
      <w:r>
        <w:rPr>
          <w:rFonts w:ascii="Baskerville Old Face" w:hAnsi="Baskerville Old Face"/>
          <w:color w:val="000000"/>
          <w:sz w:val="28"/>
          <w:szCs w:val="28"/>
        </w:rPr>
        <w:t>****</w:t>
      </w:r>
    </w:p>
    <w:p w14:paraId="437CE588" w14:textId="77777777" w:rsidR="00B52714" w:rsidRDefault="00B52714" w:rsidP="002A1BD3">
      <w:pPr>
        <w:spacing w:line="360" w:lineRule="auto"/>
        <w:jc w:val="center"/>
        <w:rPr>
          <w:rFonts w:ascii="Baskerville Old Face" w:hAnsi="Baskerville Old Face"/>
          <w:bCs/>
          <w:iCs/>
          <w:sz w:val="28"/>
          <w:szCs w:val="28"/>
        </w:rPr>
      </w:pPr>
    </w:p>
    <w:p w14:paraId="72A0F7D5" w14:textId="77777777" w:rsidR="00B52714" w:rsidRDefault="00B52714" w:rsidP="002A1BD3">
      <w:pPr>
        <w:spacing w:line="360" w:lineRule="auto"/>
        <w:jc w:val="center"/>
        <w:rPr>
          <w:rFonts w:ascii="Baskerville Old Face" w:hAnsi="Baskerville Old Face"/>
          <w:bCs/>
          <w:iCs/>
          <w:sz w:val="28"/>
          <w:szCs w:val="28"/>
        </w:rPr>
      </w:pPr>
    </w:p>
    <w:p w14:paraId="49BAC7F8" w14:textId="77777777" w:rsidR="005A4D13" w:rsidRDefault="005A4D13" w:rsidP="002A1BD3">
      <w:pPr>
        <w:spacing w:line="360" w:lineRule="auto"/>
        <w:jc w:val="center"/>
        <w:rPr>
          <w:rFonts w:ascii="Baskerville Old Face" w:hAnsi="Baskerville Old Face"/>
          <w:bCs/>
          <w:iCs/>
          <w:sz w:val="28"/>
          <w:szCs w:val="28"/>
        </w:rPr>
      </w:pPr>
    </w:p>
    <w:p w14:paraId="2980DE53" w14:textId="77777777" w:rsidR="00B10544" w:rsidRDefault="00B10544" w:rsidP="002A1BD3">
      <w:pPr>
        <w:spacing w:line="360" w:lineRule="auto"/>
        <w:jc w:val="center"/>
        <w:rPr>
          <w:rFonts w:ascii="Baskerville Old Face" w:hAnsi="Baskerville Old Face"/>
          <w:bCs/>
          <w:iCs/>
          <w:sz w:val="32"/>
          <w:szCs w:val="32"/>
        </w:rPr>
      </w:pPr>
    </w:p>
    <w:p w14:paraId="1573BD1E" w14:textId="43C9A30C" w:rsidR="00471D30" w:rsidRPr="005A4D13" w:rsidRDefault="00987CBD" w:rsidP="002A1BD3">
      <w:pPr>
        <w:spacing w:line="360" w:lineRule="auto"/>
        <w:jc w:val="center"/>
        <w:rPr>
          <w:rFonts w:ascii="Baskerville Old Face" w:hAnsi="Baskerville Old Face"/>
          <w:bCs/>
          <w:iCs/>
          <w:sz w:val="32"/>
          <w:szCs w:val="32"/>
        </w:rPr>
      </w:pPr>
      <w:r w:rsidRPr="005A4D13">
        <w:rPr>
          <w:rFonts w:ascii="Baskerville Old Face" w:hAnsi="Baskerville Old Face"/>
          <w:bCs/>
          <w:iCs/>
          <w:sz w:val="32"/>
          <w:szCs w:val="32"/>
        </w:rPr>
        <w:lastRenderedPageBreak/>
        <w:t>Table of Contents</w:t>
      </w:r>
    </w:p>
    <w:p w14:paraId="0937070F" w14:textId="77777777" w:rsidR="00B0629C" w:rsidRDefault="00B0629C" w:rsidP="002A1BD3">
      <w:pPr>
        <w:spacing w:line="360" w:lineRule="auto"/>
        <w:jc w:val="center"/>
        <w:rPr>
          <w:rFonts w:ascii="Baskerville Old Face" w:hAnsi="Baskerville Old Face"/>
          <w:bCs/>
          <w:iCs/>
          <w:sz w:val="28"/>
          <w:szCs w:val="28"/>
        </w:rPr>
      </w:pPr>
    </w:p>
    <w:p w14:paraId="797B499B" w14:textId="38A090BE" w:rsidR="00987CBD" w:rsidRPr="00987CBD" w:rsidRDefault="003858EF"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Ded</w:t>
      </w:r>
      <w:r w:rsidR="00B0629C">
        <w:rPr>
          <w:rFonts w:ascii="Baskerville Old Face" w:hAnsi="Baskerville Old Face"/>
          <w:bCs/>
          <w:iCs/>
          <w:sz w:val="28"/>
          <w:szCs w:val="28"/>
        </w:rPr>
        <w:t>i</w:t>
      </w:r>
      <w:r>
        <w:rPr>
          <w:rFonts w:ascii="Baskerville Old Face" w:hAnsi="Baskerville Old Face"/>
          <w:bCs/>
          <w:iCs/>
          <w:sz w:val="28"/>
          <w:szCs w:val="28"/>
        </w:rPr>
        <w:t>cations</w:t>
      </w:r>
      <w:r w:rsidR="00B0629C">
        <w:rPr>
          <w:rFonts w:ascii="Baskerville Old Face" w:hAnsi="Baskerville Old Face"/>
          <w:bCs/>
          <w:iCs/>
          <w:sz w:val="28"/>
          <w:szCs w:val="28"/>
        </w:rPr>
        <w:tab/>
      </w:r>
      <w:r w:rsidR="00B0629C">
        <w:rPr>
          <w:rFonts w:ascii="Baskerville Old Face" w:hAnsi="Baskerville Old Face"/>
          <w:bCs/>
          <w:iCs/>
          <w:sz w:val="28"/>
          <w:szCs w:val="28"/>
        </w:rPr>
        <w:tab/>
      </w:r>
      <w:r w:rsidR="00B0629C">
        <w:rPr>
          <w:rFonts w:ascii="Baskerville Old Face" w:hAnsi="Baskerville Old Face"/>
          <w:bCs/>
          <w:iCs/>
          <w:sz w:val="28"/>
          <w:szCs w:val="28"/>
        </w:rPr>
        <w:tab/>
      </w:r>
      <w:r w:rsidR="00B0629C">
        <w:rPr>
          <w:rFonts w:ascii="Baskerville Old Face" w:hAnsi="Baskerville Old Face"/>
          <w:bCs/>
          <w:iCs/>
          <w:sz w:val="28"/>
          <w:szCs w:val="28"/>
        </w:rPr>
        <w:tab/>
      </w:r>
      <w:r w:rsidR="00B0629C">
        <w:rPr>
          <w:rFonts w:ascii="Baskerville Old Face" w:hAnsi="Baskerville Old Face"/>
          <w:bCs/>
          <w:iCs/>
          <w:sz w:val="28"/>
          <w:szCs w:val="28"/>
        </w:rPr>
        <w:tab/>
      </w:r>
      <w:r w:rsidR="00B0629C">
        <w:rPr>
          <w:rFonts w:ascii="Baskerville Old Face" w:hAnsi="Baskerville Old Face"/>
          <w:bCs/>
          <w:iCs/>
          <w:sz w:val="28"/>
          <w:szCs w:val="28"/>
        </w:rPr>
        <w:tab/>
        <w:t>2.</w:t>
      </w:r>
      <w:r w:rsidR="007578CF">
        <w:rPr>
          <w:rFonts w:ascii="Baskerville Old Face" w:hAnsi="Baskerville Old Face"/>
          <w:bCs/>
          <w:iCs/>
          <w:sz w:val="28"/>
          <w:szCs w:val="28"/>
        </w:rPr>
        <w:t xml:space="preserve"> </w:t>
      </w:r>
      <w:r w:rsidR="00652E06">
        <w:rPr>
          <w:rFonts w:ascii="Baskerville Old Face" w:hAnsi="Baskerville Old Face"/>
          <w:bCs/>
          <w:iCs/>
          <w:sz w:val="28"/>
          <w:szCs w:val="28"/>
        </w:rPr>
        <w:t xml:space="preserve">                                 </w:t>
      </w:r>
      <w:r w:rsidR="009179B3">
        <w:rPr>
          <w:rFonts w:ascii="Baskerville Old Face" w:hAnsi="Baskerville Old Face"/>
          <w:bCs/>
          <w:iCs/>
          <w:sz w:val="28"/>
          <w:szCs w:val="28"/>
        </w:rPr>
        <w:t xml:space="preserve">    </w:t>
      </w:r>
    </w:p>
    <w:p w14:paraId="33A19E02" w14:textId="77777777" w:rsidR="0012084C" w:rsidRDefault="0012084C" w:rsidP="002A1BD3">
      <w:pPr>
        <w:spacing w:line="360" w:lineRule="auto"/>
        <w:jc w:val="left"/>
        <w:rPr>
          <w:rFonts w:ascii="Baskerville Old Face" w:hAnsi="Baskerville Old Face"/>
          <w:bCs/>
          <w:iCs/>
          <w:sz w:val="28"/>
          <w:szCs w:val="28"/>
        </w:rPr>
      </w:pPr>
    </w:p>
    <w:p w14:paraId="4A48CDE5" w14:textId="06EC55BB" w:rsidR="00471D30" w:rsidRDefault="00FC78AF"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A No</w:t>
      </w:r>
      <w:r w:rsidR="00C501FA">
        <w:rPr>
          <w:rFonts w:ascii="Baskerville Old Face" w:hAnsi="Baskerville Old Face"/>
          <w:bCs/>
          <w:iCs/>
          <w:sz w:val="28"/>
          <w:szCs w:val="28"/>
        </w:rPr>
        <w:t>t</w:t>
      </w:r>
      <w:r>
        <w:rPr>
          <w:rFonts w:ascii="Baskerville Old Face" w:hAnsi="Baskerville Old Face"/>
          <w:bCs/>
          <w:iCs/>
          <w:sz w:val="28"/>
          <w:szCs w:val="28"/>
        </w:rPr>
        <w:t>e on Margaret</w:t>
      </w:r>
      <w:r w:rsidR="00C501FA">
        <w:rPr>
          <w:rFonts w:ascii="Baskerville Old Face" w:hAnsi="Baskerville Old Face"/>
          <w:bCs/>
          <w:iCs/>
          <w:sz w:val="28"/>
          <w:szCs w:val="28"/>
        </w:rPr>
        <w:t xml:space="preserve"> Dickson</w:t>
      </w:r>
      <w:r w:rsidR="00CC3805">
        <w:rPr>
          <w:rFonts w:ascii="Baskerville Old Face" w:hAnsi="Baskerville Old Face"/>
          <w:bCs/>
          <w:iCs/>
          <w:sz w:val="28"/>
          <w:szCs w:val="28"/>
        </w:rPr>
        <w:tab/>
      </w:r>
      <w:r w:rsidR="00CC3805">
        <w:rPr>
          <w:rFonts w:ascii="Baskerville Old Face" w:hAnsi="Baskerville Old Face"/>
          <w:bCs/>
          <w:iCs/>
          <w:sz w:val="28"/>
          <w:szCs w:val="28"/>
        </w:rPr>
        <w:tab/>
      </w:r>
      <w:r w:rsidR="00CC3805">
        <w:rPr>
          <w:rFonts w:ascii="Baskerville Old Face" w:hAnsi="Baskerville Old Face"/>
          <w:bCs/>
          <w:iCs/>
          <w:sz w:val="28"/>
          <w:szCs w:val="28"/>
        </w:rPr>
        <w:tab/>
        <w:t>5.</w:t>
      </w:r>
    </w:p>
    <w:p w14:paraId="1D412912" w14:textId="77777777" w:rsidR="0012084C" w:rsidRDefault="0012084C" w:rsidP="002A1BD3">
      <w:pPr>
        <w:spacing w:line="360" w:lineRule="auto"/>
        <w:jc w:val="left"/>
        <w:rPr>
          <w:rFonts w:ascii="Baskerville Old Face" w:hAnsi="Baskerville Old Face"/>
          <w:bCs/>
          <w:iCs/>
          <w:sz w:val="28"/>
          <w:szCs w:val="28"/>
        </w:rPr>
      </w:pPr>
    </w:p>
    <w:p w14:paraId="10751FD4" w14:textId="5A37799C" w:rsidR="00867BA6" w:rsidRDefault="00867BA6"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Part One-The Dream and the Departure</w:t>
      </w:r>
      <w:r>
        <w:rPr>
          <w:rFonts w:ascii="Baskerville Old Face" w:hAnsi="Baskerville Old Face"/>
          <w:bCs/>
          <w:iCs/>
          <w:sz w:val="28"/>
          <w:szCs w:val="28"/>
        </w:rPr>
        <w:tab/>
      </w:r>
      <w:r>
        <w:rPr>
          <w:rFonts w:ascii="Baskerville Old Face" w:hAnsi="Baskerville Old Face"/>
          <w:bCs/>
          <w:iCs/>
          <w:sz w:val="28"/>
          <w:szCs w:val="28"/>
        </w:rPr>
        <w:tab/>
        <w:t>6.</w:t>
      </w:r>
    </w:p>
    <w:p w14:paraId="59FFEEE2" w14:textId="77777777" w:rsidR="00B41722" w:rsidRDefault="00B41722" w:rsidP="002A1BD3">
      <w:pPr>
        <w:spacing w:line="360" w:lineRule="auto"/>
        <w:jc w:val="left"/>
        <w:rPr>
          <w:rFonts w:ascii="Baskerville Old Face" w:hAnsi="Baskerville Old Face"/>
          <w:bCs/>
          <w:iCs/>
          <w:sz w:val="28"/>
          <w:szCs w:val="28"/>
        </w:rPr>
      </w:pPr>
    </w:p>
    <w:p w14:paraId="59E8A98A" w14:textId="7AAAABDE" w:rsidR="00B41722" w:rsidRDefault="00B41722"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 xml:space="preserve">Chapter </w:t>
      </w:r>
      <w:r w:rsidR="005E2B96">
        <w:rPr>
          <w:rFonts w:ascii="Baskerville Old Face" w:hAnsi="Baskerville Old Face"/>
          <w:bCs/>
          <w:iCs/>
          <w:sz w:val="28"/>
          <w:szCs w:val="28"/>
        </w:rPr>
        <w:t>1</w:t>
      </w:r>
      <w:r w:rsidR="00A43F26">
        <w:rPr>
          <w:rFonts w:ascii="Baskerville Old Face" w:hAnsi="Baskerville Old Face"/>
          <w:bCs/>
          <w:iCs/>
          <w:sz w:val="28"/>
          <w:szCs w:val="28"/>
        </w:rPr>
        <w:t>-A Father’s Shadow</w:t>
      </w:r>
      <w:r w:rsidR="00A43F26">
        <w:rPr>
          <w:rFonts w:ascii="Baskerville Old Face" w:hAnsi="Baskerville Old Face"/>
          <w:bCs/>
          <w:iCs/>
          <w:sz w:val="28"/>
          <w:szCs w:val="28"/>
        </w:rPr>
        <w:tab/>
      </w:r>
      <w:r w:rsidR="00A43F26">
        <w:rPr>
          <w:rFonts w:ascii="Baskerville Old Face" w:hAnsi="Baskerville Old Face"/>
          <w:bCs/>
          <w:iCs/>
          <w:sz w:val="28"/>
          <w:szCs w:val="28"/>
        </w:rPr>
        <w:tab/>
      </w:r>
      <w:r w:rsidR="00A43F26">
        <w:rPr>
          <w:rFonts w:ascii="Baskerville Old Face" w:hAnsi="Baskerville Old Face"/>
          <w:bCs/>
          <w:iCs/>
          <w:sz w:val="28"/>
          <w:szCs w:val="28"/>
        </w:rPr>
        <w:tab/>
        <w:t>7</w:t>
      </w:r>
      <w:r w:rsidR="00E25CB0">
        <w:rPr>
          <w:rFonts w:ascii="Baskerville Old Face" w:hAnsi="Baskerville Old Face"/>
          <w:bCs/>
          <w:iCs/>
          <w:sz w:val="28"/>
          <w:szCs w:val="28"/>
        </w:rPr>
        <w:t>.</w:t>
      </w:r>
    </w:p>
    <w:p w14:paraId="36802962" w14:textId="77777777" w:rsidR="00035EF3" w:rsidRDefault="005E2B96"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 xml:space="preserve">Chapter </w:t>
      </w:r>
      <w:r w:rsidR="00E25CB0">
        <w:rPr>
          <w:rFonts w:ascii="Baskerville Old Face" w:hAnsi="Baskerville Old Face"/>
          <w:bCs/>
          <w:iCs/>
          <w:sz w:val="28"/>
          <w:szCs w:val="28"/>
        </w:rPr>
        <w:t>2-The Red Heart Beckons</w:t>
      </w:r>
      <w:r w:rsidR="00E25CB0">
        <w:rPr>
          <w:rFonts w:ascii="Baskerville Old Face" w:hAnsi="Baskerville Old Face"/>
          <w:bCs/>
          <w:iCs/>
          <w:sz w:val="28"/>
          <w:szCs w:val="28"/>
        </w:rPr>
        <w:tab/>
      </w:r>
      <w:r w:rsidR="00E25CB0">
        <w:rPr>
          <w:rFonts w:ascii="Baskerville Old Face" w:hAnsi="Baskerville Old Face"/>
          <w:bCs/>
          <w:iCs/>
          <w:sz w:val="28"/>
          <w:szCs w:val="28"/>
        </w:rPr>
        <w:tab/>
      </w:r>
      <w:r w:rsidR="00E25CB0">
        <w:rPr>
          <w:rFonts w:ascii="Baskerville Old Face" w:hAnsi="Baskerville Old Face"/>
          <w:bCs/>
          <w:iCs/>
          <w:sz w:val="28"/>
          <w:szCs w:val="28"/>
        </w:rPr>
        <w:tab/>
      </w:r>
      <w:r w:rsidR="00035EF3">
        <w:rPr>
          <w:rFonts w:ascii="Baskerville Old Face" w:hAnsi="Baskerville Old Face"/>
          <w:bCs/>
          <w:iCs/>
          <w:sz w:val="28"/>
          <w:szCs w:val="28"/>
        </w:rPr>
        <w:t>24.</w:t>
      </w:r>
    </w:p>
    <w:p w14:paraId="6FB2F7F8" w14:textId="77777777" w:rsidR="00DC5C62" w:rsidRDefault="00035EF3"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 xml:space="preserve">Chapter </w:t>
      </w:r>
      <w:r w:rsidR="00B821AC">
        <w:rPr>
          <w:rFonts w:ascii="Baskerville Old Face" w:hAnsi="Baskerville Old Face"/>
          <w:bCs/>
          <w:iCs/>
          <w:sz w:val="28"/>
          <w:szCs w:val="28"/>
        </w:rPr>
        <w:t>3-Wally’s Rules</w:t>
      </w:r>
      <w:r w:rsidR="00DC5C62">
        <w:rPr>
          <w:rFonts w:ascii="Baskerville Old Face" w:hAnsi="Baskerville Old Face"/>
          <w:bCs/>
          <w:iCs/>
          <w:sz w:val="28"/>
          <w:szCs w:val="28"/>
        </w:rPr>
        <w:tab/>
      </w:r>
      <w:r w:rsidR="00DC5C62">
        <w:rPr>
          <w:rFonts w:ascii="Baskerville Old Face" w:hAnsi="Baskerville Old Face"/>
          <w:bCs/>
          <w:iCs/>
          <w:sz w:val="28"/>
          <w:szCs w:val="28"/>
        </w:rPr>
        <w:tab/>
      </w:r>
      <w:r w:rsidR="00DC5C62">
        <w:rPr>
          <w:rFonts w:ascii="Baskerville Old Face" w:hAnsi="Baskerville Old Face"/>
          <w:bCs/>
          <w:iCs/>
          <w:sz w:val="28"/>
          <w:szCs w:val="28"/>
        </w:rPr>
        <w:tab/>
      </w:r>
      <w:r w:rsidR="00DC5C62">
        <w:rPr>
          <w:rFonts w:ascii="Baskerville Old Face" w:hAnsi="Baskerville Old Face"/>
          <w:bCs/>
          <w:iCs/>
          <w:sz w:val="28"/>
          <w:szCs w:val="28"/>
        </w:rPr>
        <w:tab/>
        <w:t>41.</w:t>
      </w:r>
    </w:p>
    <w:p w14:paraId="1748624C" w14:textId="77777777" w:rsidR="001E02B5" w:rsidRDefault="00DC5C62"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Chapter 4-Narrah’s Warning</w:t>
      </w:r>
      <w:r w:rsidR="001E02B5">
        <w:rPr>
          <w:rFonts w:ascii="Baskerville Old Face" w:hAnsi="Baskerville Old Face"/>
          <w:bCs/>
          <w:iCs/>
          <w:sz w:val="28"/>
          <w:szCs w:val="28"/>
        </w:rPr>
        <w:tab/>
      </w:r>
      <w:r w:rsidR="001E02B5">
        <w:rPr>
          <w:rFonts w:ascii="Baskerville Old Face" w:hAnsi="Baskerville Old Face"/>
          <w:bCs/>
          <w:iCs/>
          <w:sz w:val="28"/>
          <w:szCs w:val="28"/>
        </w:rPr>
        <w:tab/>
      </w:r>
      <w:r w:rsidR="001E02B5">
        <w:rPr>
          <w:rFonts w:ascii="Baskerville Old Face" w:hAnsi="Baskerville Old Face"/>
          <w:bCs/>
          <w:iCs/>
          <w:sz w:val="28"/>
          <w:szCs w:val="28"/>
        </w:rPr>
        <w:tab/>
      </w:r>
      <w:r w:rsidR="001E02B5">
        <w:rPr>
          <w:rFonts w:ascii="Baskerville Old Face" w:hAnsi="Baskerville Old Face"/>
          <w:bCs/>
          <w:iCs/>
          <w:sz w:val="28"/>
          <w:szCs w:val="28"/>
        </w:rPr>
        <w:tab/>
        <w:t>53.</w:t>
      </w:r>
    </w:p>
    <w:p w14:paraId="5A3BBB19" w14:textId="5F3F22A0" w:rsidR="009B11F1" w:rsidRDefault="001E02B5"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Chapter 5-The First Strike</w:t>
      </w:r>
      <w:r w:rsidR="009B11F1">
        <w:rPr>
          <w:rFonts w:ascii="Baskerville Old Face" w:hAnsi="Baskerville Old Face"/>
          <w:bCs/>
          <w:iCs/>
          <w:sz w:val="28"/>
          <w:szCs w:val="28"/>
        </w:rPr>
        <w:tab/>
      </w:r>
      <w:r w:rsidR="009B11F1">
        <w:rPr>
          <w:rFonts w:ascii="Baskerville Old Face" w:hAnsi="Baskerville Old Face"/>
          <w:bCs/>
          <w:iCs/>
          <w:sz w:val="28"/>
          <w:szCs w:val="28"/>
        </w:rPr>
        <w:tab/>
      </w:r>
      <w:r w:rsidR="009B11F1">
        <w:rPr>
          <w:rFonts w:ascii="Baskerville Old Face" w:hAnsi="Baskerville Old Face"/>
          <w:bCs/>
          <w:iCs/>
          <w:sz w:val="28"/>
          <w:szCs w:val="28"/>
        </w:rPr>
        <w:tab/>
      </w:r>
      <w:r w:rsidR="009B11F1">
        <w:rPr>
          <w:rFonts w:ascii="Baskerville Old Face" w:hAnsi="Baskerville Old Face"/>
          <w:bCs/>
          <w:iCs/>
          <w:sz w:val="28"/>
          <w:szCs w:val="28"/>
        </w:rPr>
        <w:tab/>
        <w:t>66.</w:t>
      </w:r>
    </w:p>
    <w:p w14:paraId="6B14C272" w14:textId="77777777" w:rsidR="0005538D" w:rsidRDefault="0005538D" w:rsidP="002A1BD3">
      <w:pPr>
        <w:spacing w:line="360" w:lineRule="auto"/>
        <w:jc w:val="left"/>
        <w:rPr>
          <w:rFonts w:ascii="Baskerville Old Face" w:hAnsi="Baskerville Old Face"/>
          <w:bCs/>
          <w:iCs/>
          <w:sz w:val="28"/>
          <w:szCs w:val="28"/>
        </w:rPr>
      </w:pPr>
    </w:p>
    <w:p w14:paraId="0E12F077" w14:textId="73A889A2" w:rsidR="0005538D" w:rsidRDefault="0005538D"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 xml:space="preserve">Part </w:t>
      </w:r>
      <w:r w:rsidR="0096297E">
        <w:rPr>
          <w:rFonts w:ascii="Baskerville Old Face" w:hAnsi="Baskerville Old Face"/>
          <w:bCs/>
          <w:iCs/>
          <w:sz w:val="28"/>
          <w:szCs w:val="28"/>
        </w:rPr>
        <w:t>Two-The Rise and the Ruin</w:t>
      </w:r>
      <w:r w:rsidR="0012084C">
        <w:rPr>
          <w:rFonts w:ascii="Baskerville Old Face" w:hAnsi="Baskerville Old Face"/>
          <w:bCs/>
          <w:iCs/>
          <w:sz w:val="28"/>
          <w:szCs w:val="28"/>
        </w:rPr>
        <w:tab/>
      </w:r>
      <w:r w:rsidR="0012084C">
        <w:rPr>
          <w:rFonts w:ascii="Baskerville Old Face" w:hAnsi="Baskerville Old Face"/>
          <w:bCs/>
          <w:iCs/>
          <w:sz w:val="28"/>
          <w:szCs w:val="28"/>
        </w:rPr>
        <w:tab/>
      </w:r>
      <w:r w:rsidR="0012084C">
        <w:rPr>
          <w:rFonts w:ascii="Baskerville Old Face" w:hAnsi="Baskerville Old Face"/>
          <w:bCs/>
          <w:iCs/>
          <w:sz w:val="28"/>
          <w:szCs w:val="28"/>
        </w:rPr>
        <w:tab/>
        <w:t>86.</w:t>
      </w:r>
    </w:p>
    <w:p w14:paraId="70BC67F0" w14:textId="77777777" w:rsidR="0012084C" w:rsidRDefault="0012084C" w:rsidP="002A1BD3">
      <w:pPr>
        <w:spacing w:line="360" w:lineRule="auto"/>
        <w:jc w:val="left"/>
        <w:rPr>
          <w:rFonts w:ascii="Baskerville Old Face" w:hAnsi="Baskerville Old Face"/>
          <w:bCs/>
          <w:iCs/>
          <w:sz w:val="28"/>
          <w:szCs w:val="28"/>
        </w:rPr>
      </w:pPr>
    </w:p>
    <w:p w14:paraId="0798B41C" w14:textId="77777777" w:rsidR="00856E0D" w:rsidRDefault="009B11F1"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Chapter 6-Ellie’s Arrival</w:t>
      </w:r>
      <w:r>
        <w:rPr>
          <w:rFonts w:ascii="Baskerville Old Face" w:hAnsi="Baskerville Old Face"/>
          <w:bCs/>
          <w:iCs/>
          <w:sz w:val="28"/>
          <w:szCs w:val="28"/>
        </w:rPr>
        <w:tab/>
      </w:r>
      <w:r>
        <w:rPr>
          <w:rFonts w:ascii="Baskerville Old Face" w:hAnsi="Baskerville Old Face"/>
          <w:bCs/>
          <w:iCs/>
          <w:sz w:val="28"/>
          <w:szCs w:val="28"/>
        </w:rPr>
        <w:tab/>
      </w:r>
      <w:r>
        <w:rPr>
          <w:rFonts w:ascii="Baskerville Old Face" w:hAnsi="Baskerville Old Face"/>
          <w:bCs/>
          <w:iCs/>
          <w:sz w:val="28"/>
          <w:szCs w:val="28"/>
        </w:rPr>
        <w:tab/>
      </w:r>
      <w:r>
        <w:rPr>
          <w:rFonts w:ascii="Baskerville Old Face" w:hAnsi="Baskerville Old Face"/>
          <w:bCs/>
          <w:iCs/>
          <w:sz w:val="28"/>
          <w:szCs w:val="28"/>
        </w:rPr>
        <w:tab/>
      </w:r>
      <w:r w:rsidR="00856E0D">
        <w:rPr>
          <w:rFonts w:ascii="Baskerville Old Face" w:hAnsi="Baskerville Old Face"/>
          <w:bCs/>
          <w:iCs/>
          <w:sz w:val="28"/>
          <w:szCs w:val="28"/>
        </w:rPr>
        <w:t>87.</w:t>
      </w:r>
    </w:p>
    <w:p w14:paraId="4F99FFE7" w14:textId="77777777" w:rsidR="00FB74B8" w:rsidRDefault="00856E0D"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Chapter 7-</w:t>
      </w:r>
      <w:r w:rsidR="00FB74B8">
        <w:rPr>
          <w:rFonts w:ascii="Baskerville Old Face" w:hAnsi="Baskerville Old Face"/>
          <w:bCs/>
          <w:iCs/>
          <w:sz w:val="28"/>
          <w:szCs w:val="28"/>
        </w:rPr>
        <w:t>The Empty Cradle</w:t>
      </w:r>
      <w:r w:rsidR="00FB74B8">
        <w:rPr>
          <w:rFonts w:ascii="Baskerville Old Face" w:hAnsi="Baskerville Old Face"/>
          <w:bCs/>
          <w:iCs/>
          <w:sz w:val="28"/>
          <w:szCs w:val="28"/>
        </w:rPr>
        <w:tab/>
      </w:r>
      <w:r w:rsidR="00FB74B8">
        <w:rPr>
          <w:rFonts w:ascii="Baskerville Old Face" w:hAnsi="Baskerville Old Face"/>
          <w:bCs/>
          <w:iCs/>
          <w:sz w:val="28"/>
          <w:szCs w:val="28"/>
        </w:rPr>
        <w:tab/>
      </w:r>
      <w:r w:rsidR="00FB74B8">
        <w:rPr>
          <w:rFonts w:ascii="Baskerville Old Face" w:hAnsi="Baskerville Old Face"/>
          <w:bCs/>
          <w:iCs/>
          <w:sz w:val="28"/>
          <w:szCs w:val="28"/>
        </w:rPr>
        <w:tab/>
        <w:t>102.</w:t>
      </w:r>
    </w:p>
    <w:p w14:paraId="160F60D0" w14:textId="77777777" w:rsidR="00F2468F" w:rsidRDefault="00FB74B8"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Chapter 8</w:t>
      </w:r>
      <w:r w:rsidR="00F2468F">
        <w:rPr>
          <w:rFonts w:ascii="Baskerville Old Face" w:hAnsi="Baskerville Old Face"/>
          <w:bCs/>
          <w:iCs/>
          <w:sz w:val="28"/>
          <w:szCs w:val="28"/>
        </w:rPr>
        <w:t>-Kavanagh’s Keep</w:t>
      </w:r>
      <w:r w:rsidR="00F2468F">
        <w:rPr>
          <w:rFonts w:ascii="Baskerville Old Face" w:hAnsi="Baskerville Old Face"/>
          <w:bCs/>
          <w:iCs/>
          <w:sz w:val="28"/>
          <w:szCs w:val="28"/>
        </w:rPr>
        <w:tab/>
      </w:r>
      <w:r w:rsidR="00F2468F">
        <w:rPr>
          <w:rFonts w:ascii="Baskerville Old Face" w:hAnsi="Baskerville Old Face"/>
          <w:bCs/>
          <w:iCs/>
          <w:sz w:val="28"/>
          <w:szCs w:val="28"/>
        </w:rPr>
        <w:tab/>
      </w:r>
      <w:r w:rsidR="00F2468F">
        <w:rPr>
          <w:rFonts w:ascii="Baskerville Old Face" w:hAnsi="Baskerville Old Face"/>
          <w:bCs/>
          <w:iCs/>
          <w:sz w:val="28"/>
          <w:szCs w:val="28"/>
        </w:rPr>
        <w:tab/>
      </w:r>
      <w:r w:rsidR="00F2468F">
        <w:rPr>
          <w:rFonts w:ascii="Baskerville Old Face" w:hAnsi="Baskerville Old Face"/>
          <w:bCs/>
          <w:iCs/>
          <w:sz w:val="28"/>
          <w:szCs w:val="28"/>
        </w:rPr>
        <w:tab/>
        <w:t>119.</w:t>
      </w:r>
    </w:p>
    <w:p w14:paraId="30CFE408" w14:textId="77777777" w:rsidR="001C252F" w:rsidRDefault="00421B50"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Chapter 9-The Price of Water</w:t>
      </w:r>
      <w:r>
        <w:rPr>
          <w:rFonts w:ascii="Baskerville Old Face" w:hAnsi="Baskerville Old Face"/>
          <w:bCs/>
          <w:iCs/>
          <w:sz w:val="28"/>
          <w:szCs w:val="28"/>
        </w:rPr>
        <w:tab/>
      </w:r>
      <w:r>
        <w:rPr>
          <w:rFonts w:ascii="Baskerville Old Face" w:hAnsi="Baskerville Old Face"/>
          <w:bCs/>
          <w:iCs/>
          <w:sz w:val="28"/>
          <w:szCs w:val="28"/>
        </w:rPr>
        <w:tab/>
      </w:r>
      <w:r>
        <w:rPr>
          <w:rFonts w:ascii="Baskerville Old Face" w:hAnsi="Baskerville Old Face"/>
          <w:bCs/>
          <w:iCs/>
          <w:sz w:val="28"/>
          <w:szCs w:val="28"/>
        </w:rPr>
        <w:tab/>
      </w:r>
      <w:r w:rsidR="001C252F">
        <w:rPr>
          <w:rFonts w:ascii="Baskerville Old Face" w:hAnsi="Baskerville Old Face"/>
          <w:bCs/>
          <w:iCs/>
          <w:sz w:val="28"/>
          <w:szCs w:val="28"/>
        </w:rPr>
        <w:t>129.</w:t>
      </w:r>
    </w:p>
    <w:p w14:paraId="1530C943" w14:textId="77777777" w:rsidR="00C73C4F" w:rsidRDefault="001C252F"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Chapter10-Wally’s Farewell</w:t>
      </w:r>
      <w:r w:rsidR="00C73C4F">
        <w:rPr>
          <w:rFonts w:ascii="Baskerville Old Face" w:hAnsi="Baskerville Old Face"/>
          <w:bCs/>
          <w:iCs/>
          <w:sz w:val="28"/>
          <w:szCs w:val="28"/>
        </w:rPr>
        <w:tab/>
      </w:r>
      <w:r w:rsidR="00C73C4F">
        <w:rPr>
          <w:rFonts w:ascii="Baskerville Old Face" w:hAnsi="Baskerville Old Face"/>
          <w:bCs/>
          <w:iCs/>
          <w:sz w:val="28"/>
          <w:szCs w:val="28"/>
        </w:rPr>
        <w:tab/>
      </w:r>
      <w:r w:rsidR="00C73C4F">
        <w:rPr>
          <w:rFonts w:ascii="Baskerville Old Face" w:hAnsi="Baskerville Old Face"/>
          <w:bCs/>
          <w:iCs/>
          <w:sz w:val="28"/>
          <w:szCs w:val="28"/>
        </w:rPr>
        <w:tab/>
      </w:r>
      <w:r w:rsidR="00C73C4F">
        <w:rPr>
          <w:rFonts w:ascii="Baskerville Old Face" w:hAnsi="Baskerville Old Face"/>
          <w:bCs/>
          <w:iCs/>
          <w:sz w:val="28"/>
          <w:szCs w:val="28"/>
        </w:rPr>
        <w:tab/>
        <w:t>143.</w:t>
      </w:r>
    </w:p>
    <w:p w14:paraId="197E0348" w14:textId="77777777" w:rsidR="00F514FE" w:rsidRDefault="00C73C4F"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Chapter11-The Last Drive</w:t>
      </w:r>
      <w:r>
        <w:rPr>
          <w:rFonts w:ascii="Baskerville Old Face" w:hAnsi="Baskerville Old Face"/>
          <w:bCs/>
          <w:iCs/>
          <w:sz w:val="28"/>
          <w:szCs w:val="28"/>
        </w:rPr>
        <w:tab/>
      </w:r>
      <w:r>
        <w:rPr>
          <w:rFonts w:ascii="Baskerville Old Face" w:hAnsi="Baskerville Old Face"/>
          <w:bCs/>
          <w:iCs/>
          <w:sz w:val="28"/>
          <w:szCs w:val="28"/>
        </w:rPr>
        <w:tab/>
      </w:r>
      <w:r>
        <w:rPr>
          <w:rFonts w:ascii="Baskerville Old Face" w:hAnsi="Baskerville Old Face"/>
          <w:bCs/>
          <w:iCs/>
          <w:sz w:val="28"/>
          <w:szCs w:val="28"/>
        </w:rPr>
        <w:tab/>
      </w:r>
      <w:r>
        <w:rPr>
          <w:rFonts w:ascii="Baskerville Old Face" w:hAnsi="Baskerville Old Face"/>
          <w:bCs/>
          <w:iCs/>
          <w:sz w:val="28"/>
          <w:szCs w:val="28"/>
        </w:rPr>
        <w:tab/>
      </w:r>
      <w:r w:rsidR="00F514FE">
        <w:rPr>
          <w:rFonts w:ascii="Baskerville Old Face" w:hAnsi="Baskerville Old Face"/>
          <w:bCs/>
          <w:iCs/>
          <w:sz w:val="28"/>
          <w:szCs w:val="28"/>
        </w:rPr>
        <w:t>160.</w:t>
      </w:r>
    </w:p>
    <w:p w14:paraId="68B2A666" w14:textId="77777777" w:rsidR="0047383B" w:rsidRDefault="0047383B" w:rsidP="002A1BD3">
      <w:pPr>
        <w:spacing w:line="360" w:lineRule="auto"/>
        <w:jc w:val="left"/>
        <w:rPr>
          <w:rFonts w:ascii="Baskerville Old Face" w:hAnsi="Baskerville Old Face"/>
          <w:bCs/>
          <w:iCs/>
          <w:sz w:val="28"/>
          <w:szCs w:val="28"/>
        </w:rPr>
      </w:pPr>
    </w:p>
    <w:p w14:paraId="2F91DF7E" w14:textId="7E424FB1" w:rsidR="008B4D48" w:rsidRDefault="008B4D48"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 xml:space="preserve">Part </w:t>
      </w:r>
      <w:r w:rsidR="00155AFA">
        <w:rPr>
          <w:rFonts w:ascii="Baskerville Old Face" w:hAnsi="Baskerville Old Face"/>
          <w:bCs/>
          <w:iCs/>
          <w:sz w:val="28"/>
          <w:szCs w:val="28"/>
        </w:rPr>
        <w:t>3-The Trial and Transformation</w:t>
      </w:r>
      <w:r w:rsidR="00155AFA">
        <w:rPr>
          <w:rFonts w:ascii="Baskerville Old Face" w:hAnsi="Baskerville Old Face"/>
          <w:bCs/>
          <w:iCs/>
          <w:sz w:val="28"/>
          <w:szCs w:val="28"/>
        </w:rPr>
        <w:tab/>
      </w:r>
      <w:r w:rsidR="00155AFA">
        <w:rPr>
          <w:rFonts w:ascii="Baskerville Old Face" w:hAnsi="Baskerville Old Face"/>
          <w:bCs/>
          <w:iCs/>
          <w:sz w:val="28"/>
          <w:szCs w:val="28"/>
        </w:rPr>
        <w:tab/>
      </w:r>
      <w:r w:rsidR="00C8230A">
        <w:rPr>
          <w:rFonts w:ascii="Baskerville Old Face" w:hAnsi="Baskerville Old Face"/>
          <w:bCs/>
          <w:iCs/>
          <w:sz w:val="28"/>
          <w:szCs w:val="28"/>
        </w:rPr>
        <w:t>176</w:t>
      </w:r>
    </w:p>
    <w:p w14:paraId="2D95992C" w14:textId="77777777" w:rsidR="00C8230A" w:rsidRDefault="00C8230A" w:rsidP="002A1BD3">
      <w:pPr>
        <w:spacing w:line="360" w:lineRule="auto"/>
        <w:jc w:val="left"/>
        <w:rPr>
          <w:rFonts w:ascii="Baskerville Old Face" w:hAnsi="Baskerville Old Face"/>
          <w:bCs/>
          <w:iCs/>
          <w:sz w:val="28"/>
          <w:szCs w:val="28"/>
        </w:rPr>
      </w:pPr>
    </w:p>
    <w:p w14:paraId="36D7250D" w14:textId="3BDFF5A7" w:rsidR="00C8230A" w:rsidRDefault="00C8230A"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Chapter 12-</w:t>
      </w:r>
      <w:r w:rsidR="00E42EE1">
        <w:rPr>
          <w:rFonts w:ascii="Baskerville Old Face" w:hAnsi="Baskerville Old Face"/>
          <w:bCs/>
          <w:iCs/>
          <w:sz w:val="28"/>
          <w:szCs w:val="28"/>
        </w:rPr>
        <w:t>The Summons</w:t>
      </w:r>
      <w:r w:rsidR="00E42EE1">
        <w:rPr>
          <w:rFonts w:ascii="Baskerville Old Face" w:hAnsi="Baskerville Old Face"/>
          <w:bCs/>
          <w:iCs/>
          <w:sz w:val="28"/>
          <w:szCs w:val="28"/>
        </w:rPr>
        <w:tab/>
      </w:r>
      <w:r w:rsidR="00E42EE1">
        <w:rPr>
          <w:rFonts w:ascii="Baskerville Old Face" w:hAnsi="Baskerville Old Face"/>
          <w:bCs/>
          <w:iCs/>
          <w:sz w:val="28"/>
          <w:szCs w:val="28"/>
        </w:rPr>
        <w:tab/>
      </w:r>
      <w:r w:rsidR="00E42EE1">
        <w:rPr>
          <w:rFonts w:ascii="Baskerville Old Face" w:hAnsi="Baskerville Old Face"/>
          <w:bCs/>
          <w:iCs/>
          <w:sz w:val="28"/>
          <w:szCs w:val="28"/>
        </w:rPr>
        <w:tab/>
      </w:r>
      <w:r w:rsidR="00E42EE1">
        <w:rPr>
          <w:rFonts w:ascii="Baskerville Old Face" w:hAnsi="Baskerville Old Face"/>
          <w:bCs/>
          <w:iCs/>
          <w:sz w:val="28"/>
          <w:szCs w:val="28"/>
        </w:rPr>
        <w:tab/>
        <w:t>177</w:t>
      </w:r>
    </w:p>
    <w:p w14:paraId="3D7922C9" w14:textId="218A5ECD" w:rsidR="00E42EE1" w:rsidRDefault="00E42EE1" w:rsidP="002A1BD3">
      <w:pPr>
        <w:spacing w:line="360" w:lineRule="auto"/>
        <w:jc w:val="left"/>
        <w:rPr>
          <w:rFonts w:ascii="Baskerville Old Face" w:hAnsi="Baskerville Old Face"/>
          <w:bCs/>
          <w:iCs/>
          <w:sz w:val="28"/>
          <w:szCs w:val="28"/>
        </w:rPr>
      </w:pPr>
      <w:r>
        <w:rPr>
          <w:rFonts w:ascii="Baskerville Old Face" w:hAnsi="Baskerville Old Face"/>
          <w:bCs/>
          <w:iCs/>
          <w:sz w:val="28"/>
          <w:szCs w:val="28"/>
        </w:rPr>
        <w:t>Chapter 13-</w:t>
      </w:r>
      <w:r w:rsidR="001B1902">
        <w:rPr>
          <w:rFonts w:ascii="Baskerville Old Face" w:hAnsi="Baskerville Old Face"/>
          <w:bCs/>
          <w:iCs/>
          <w:sz w:val="28"/>
          <w:szCs w:val="28"/>
        </w:rPr>
        <w:t>The Case for the Prosecution</w:t>
      </w:r>
      <w:r w:rsidR="001B1902">
        <w:rPr>
          <w:rFonts w:ascii="Baskerville Old Face" w:hAnsi="Baskerville Old Face"/>
          <w:bCs/>
          <w:iCs/>
          <w:sz w:val="28"/>
          <w:szCs w:val="28"/>
        </w:rPr>
        <w:tab/>
      </w:r>
      <w:r w:rsidR="001B1902">
        <w:rPr>
          <w:rFonts w:ascii="Baskerville Old Face" w:hAnsi="Baskerville Old Face"/>
          <w:bCs/>
          <w:iCs/>
          <w:sz w:val="28"/>
          <w:szCs w:val="28"/>
        </w:rPr>
        <w:tab/>
        <w:t>195</w:t>
      </w:r>
    </w:p>
    <w:p w14:paraId="5D6EA470" w14:textId="2A016409" w:rsidR="00471D30" w:rsidRDefault="00F141DB" w:rsidP="002A1BD3">
      <w:pPr>
        <w:spacing w:line="360" w:lineRule="auto"/>
        <w:jc w:val="left"/>
        <w:rPr>
          <w:rFonts w:ascii="Baskerville Old Face" w:hAnsi="Baskerville Old Face"/>
          <w:bCs/>
          <w:sz w:val="28"/>
          <w:szCs w:val="28"/>
        </w:rPr>
      </w:pPr>
      <w:r>
        <w:rPr>
          <w:rFonts w:ascii="Baskerville Old Face" w:hAnsi="Baskerville Old Face"/>
          <w:bCs/>
          <w:sz w:val="28"/>
          <w:szCs w:val="28"/>
        </w:rPr>
        <w:t>Chapter 14-The Question of Harm</w:t>
      </w:r>
      <w:r w:rsidR="001B64DB">
        <w:rPr>
          <w:rFonts w:ascii="Baskerville Old Face" w:hAnsi="Baskerville Old Face"/>
          <w:bCs/>
          <w:sz w:val="28"/>
          <w:szCs w:val="28"/>
        </w:rPr>
        <w:tab/>
      </w:r>
      <w:r w:rsidR="001B64DB">
        <w:rPr>
          <w:rFonts w:ascii="Baskerville Old Face" w:hAnsi="Baskerville Old Face"/>
          <w:bCs/>
          <w:sz w:val="28"/>
          <w:szCs w:val="28"/>
        </w:rPr>
        <w:tab/>
      </w:r>
      <w:r w:rsidR="001B64DB">
        <w:rPr>
          <w:rFonts w:ascii="Baskerville Old Face" w:hAnsi="Baskerville Old Face"/>
          <w:bCs/>
          <w:sz w:val="28"/>
          <w:szCs w:val="28"/>
        </w:rPr>
        <w:tab/>
        <w:t>209.</w:t>
      </w:r>
    </w:p>
    <w:p w14:paraId="68D7385D" w14:textId="5C90B5E0" w:rsidR="001B64DB" w:rsidRDefault="001B64DB" w:rsidP="002A1BD3">
      <w:pPr>
        <w:spacing w:line="360" w:lineRule="auto"/>
        <w:jc w:val="left"/>
        <w:rPr>
          <w:rFonts w:ascii="Baskerville Old Face" w:hAnsi="Baskerville Old Face"/>
          <w:bCs/>
          <w:sz w:val="28"/>
          <w:szCs w:val="28"/>
        </w:rPr>
      </w:pPr>
      <w:r>
        <w:rPr>
          <w:rFonts w:ascii="Baskerville Old Face" w:hAnsi="Baskerville Old Face"/>
          <w:bCs/>
          <w:sz w:val="28"/>
          <w:szCs w:val="28"/>
        </w:rPr>
        <w:t>Chapter 15-</w:t>
      </w:r>
      <w:r w:rsidR="000A339F">
        <w:rPr>
          <w:rFonts w:ascii="Baskerville Old Face" w:hAnsi="Baskerville Old Face"/>
          <w:bCs/>
          <w:sz w:val="28"/>
          <w:szCs w:val="28"/>
        </w:rPr>
        <w:t>The Question of Blindness</w:t>
      </w:r>
      <w:r w:rsidR="000A339F">
        <w:rPr>
          <w:rFonts w:ascii="Baskerville Old Face" w:hAnsi="Baskerville Old Face"/>
          <w:bCs/>
          <w:sz w:val="28"/>
          <w:szCs w:val="28"/>
        </w:rPr>
        <w:tab/>
      </w:r>
      <w:r w:rsidR="000A339F">
        <w:rPr>
          <w:rFonts w:ascii="Baskerville Old Face" w:hAnsi="Baskerville Old Face"/>
          <w:bCs/>
          <w:sz w:val="28"/>
          <w:szCs w:val="28"/>
        </w:rPr>
        <w:tab/>
        <w:t>222.</w:t>
      </w:r>
    </w:p>
    <w:p w14:paraId="6E5D9CC7" w14:textId="3E60594C" w:rsidR="000A339F" w:rsidRDefault="000A339F" w:rsidP="002A1BD3">
      <w:pPr>
        <w:spacing w:line="360" w:lineRule="auto"/>
        <w:jc w:val="left"/>
        <w:rPr>
          <w:rFonts w:ascii="Baskerville Old Face" w:hAnsi="Baskerville Old Face"/>
          <w:bCs/>
          <w:sz w:val="28"/>
          <w:szCs w:val="28"/>
        </w:rPr>
      </w:pPr>
      <w:r>
        <w:rPr>
          <w:rFonts w:ascii="Baskerville Old Face" w:hAnsi="Baskerville Old Face"/>
          <w:bCs/>
          <w:sz w:val="28"/>
          <w:szCs w:val="28"/>
        </w:rPr>
        <w:t>Chapter 16-</w:t>
      </w:r>
      <w:r w:rsidR="000B6C2D">
        <w:rPr>
          <w:rFonts w:ascii="Baskerville Old Face" w:hAnsi="Baskerville Old Face"/>
          <w:bCs/>
          <w:sz w:val="28"/>
          <w:szCs w:val="28"/>
        </w:rPr>
        <w:t>The Ghost of Padraig</w:t>
      </w:r>
      <w:r w:rsidR="000B6C2D">
        <w:rPr>
          <w:rFonts w:ascii="Baskerville Old Face" w:hAnsi="Baskerville Old Face"/>
          <w:bCs/>
          <w:sz w:val="28"/>
          <w:szCs w:val="28"/>
        </w:rPr>
        <w:tab/>
      </w:r>
      <w:r w:rsidR="000B6C2D">
        <w:rPr>
          <w:rFonts w:ascii="Baskerville Old Face" w:hAnsi="Baskerville Old Face"/>
          <w:bCs/>
          <w:sz w:val="28"/>
          <w:szCs w:val="28"/>
        </w:rPr>
        <w:tab/>
      </w:r>
      <w:r w:rsidR="000B6C2D">
        <w:rPr>
          <w:rFonts w:ascii="Baskerville Old Face" w:hAnsi="Baskerville Old Face"/>
          <w:bCs/>
          <w:sz w:val="28"/>
          <w:szCs w:val="28"/>
        </w:rPr>
        <w:tab/>
        <w:t>242.</w:t>
      </w:r>
    </w:p>
    <w:p w14:paraId="0C91CBC2" w14:textId="23810B59" w:rsidR="000B6C2D" w:rsidRDefault="000B6C2D" w:rsidP="002A1BD3">
      <w:pPr>
        <w:spacing w:line="360" w:lineRule="auto"/>
        <w:jc w:val="left"/>
        <w:rPr>
          <w:rFonts w:ascii="Baskerville Old Face" w:hAnsi="Baskerville Old Face"/>
          <w:bCs/>
          <w:sz w:val="28"/>
          <w:szCs w:val="28"/>
        </w:rPr>
      </w:pPr>
      <w:r>
        <w:rPr>
          <w:rFonts w:ascii="Baskerville Old Face" w:hAnsi="Baskerville Old Face"/>
          <w:bCs/>
          <w:sz w:val="28"/>
          <w:szCs w:val="28"/>
        </w:rPr>
        <w:t>Chapter 17-</w:t>
      </w:r>
      <w:r w:rsidR="004D264A">
        <w:rPr>
          <w:rFonts w:ascii="Baskerville Old Face" w:hAnsi="Baskerville Old Face"/>
          <w:bCs/>
          <w:sz w:val="28"/>
          <w:szCs w:val="28"/>
        </w:rPr>
        <w:t>Ellie’s Testament</w:t>
      </w:r>
      <w:r w:rsidR="004D264A">
        <w:rPr>
          <w:rFonts w:ascii="Baskerville Old Face" w:hAnsi="Baskerville Old Face"/>
          <w:bCs/>
          <w:sz w:val="28"/>
          <w:szCs w:val="28"/>
        </w:rPr>
        <w:tab/>
      </w:r>
      <w:r w:rsidR="004D264A">
        <w:rPr>
          <w:rFonts w:ascii="Baskerville Old Face" w:hAnsi="Baskerville Old Face"/>
          <w:bCs/>
          <w:sz w:val="28"/>
          <w:szCs w:val="28"/>
        </w:rPr>
        <w:tab/>
      </w:r>
      <w:r w:rsidR="004D264A">
        <w:rPr>
          <w:rFonts w:ascii="Baskerville Old Face" w:hAnsi="Baskerville Old Face"/>
          <w:bCs/>
          <w:sz w:val="28"/>
          <w:szCs w:val="28"/>
        </w:rPr>
        <w:tab/>
      </w:r>
      <w:r w:rsidR="004D264A">
        <w:rPr>
          <w:rFonts w:ascii="Baskerville Old Face" w:hAnsi="Baskerville Old Face"/>
          <w:bCs/>
          <w:sz w:val="28"/>
          <w:szCs w:val="28"/>
        </w:rPr>
        <w:tab/>
        <w:t>262.</w:t>
      </w:r>
    </w:p>
    <w:p w14:paraId="2E41DE06" w14:textId="0B88267A" w:rsidR="004D264A" w:rsidRDefault="004D264A" w:rsidP="002A1BD3">
      <w:pPr>
        <w:spacing w:line="360" w:lineRule="auto"/>
        <w:jc w:val="left"/>
        <w:rPr>
          <w:rFonts w:ascii="Baskerville Old Face" w:hAnsi="Baskerville Old Face"/>
          <w:bCs/>
          <w:sz w:val="28"/>
          <w:szCs w:val="28"/>
        </w:rPr>
      </w:pPr>
      <w:r>
        <w:rPr>
          <w:rFonts w:ascii="Baskerville Old Face" w:hAnsi="Baskerville Old Face"/>
          <w:bCs/>
          <w:sz w:val="28"/>
          <w:szCs w:val="28"/>
        </w:rPr>
        <w:t xml:space="preserve">Chapter 18-Darrow’s </w:t>
      </w:r>
      <w:r w:rsidR="00FE6ADF">
        <w:rPr>
          <w:rFonts w:ascii="Baskerville Old Face" w:hAnsi="Baskerville Old Face"/>
          <w:bCs/>
          <w:sz w:val="28"/>
          <w:szCs w:val="28"/>
        </w:rPr>
        <w:t>Plea</w:t>
      </w:r>
      <w:r w:rsidR="00FE6ADF">
        <w:rPr>
          <w:rFonts w:ascii="Baskerville Old Face" w:hAnsi="Baskerville Old Face"/>
          <w:bCs/>
          <w:sz w:val="28"/>
          <w:szCs w:val="28"/>
        </w:rPr>
        <w:tab/>
      </w:r>
      <w:r w:rsidR="00FE6ADF">
        <w:rPr>
          <w:rFonts w:ascii="Baskerville Old Face" w:hAnsi="Baskerville Old Face"/>
          <w:bCs/>
          <w:sz w:val="28"/>
          <w:szCs w:val="28"/>
        </w:rPr>
        <w:tab/>
      </w:r>
      <w:r w:rsidR="00FE6ADF">
        <w:rPr>
          <w:rFonts w:ascii="Baskerville Old Face" w:hAnsi="Baskerville Old Face"/>
          <w:bCs/>
          <w:sz w:val="28"/>
          <w:szCs w:val="28"/>
        </w:rPr>
        <w:tab/>
      </w:r>
      <w:r w:rsidR="00FE6ADF">
        <w:rPr>
          <w:rFonts w:ascii="Baskerville Old Face" w:hAnsi="Baskerville Old Face"/>
          <w:bCs/>
          <w:sz w:val="28"/>
          <w:szCs w:val="28"/>
        </w:rPr>
        <w:tab/>
        <w:t>282.</w:t>
      </w:r>
    </w:p>
    <w:p w14:paraId="7C9F31E3" w14:textId="63AC2F67" w:rsidR="00FE6ADF" w:rsidRDefault="00FE6ADF" w:rsidP="002A1BD3">
      <w:pPr>
        <w:spacing w:line="360" w:lineRule="auto"/>
        <w:jc w:val="left"/>
        <w:rPr>
          <w:rFonts w:ascii="Baskerville Old Face" w:hAnsi="Baskerville Old Face"/>
          <w:bCs/>
          <w:sz w:val="28"/>
          <w:szCs w:val="28"/>
        </w:rPr>
      </w:pPr>
      <w:r>
        <w:rPr>
          <w:rFonts w:ascii="Baskerville Old Face" w:hAnsi="Baskerville Old Face"/>
          <w:bCs/>
          <w:sz w:val="28"/>
          <w:szCs w:val="28"/>
        </w:rPr>
        <w:t>Chapter 19-The Question of Change</w:t>
      </w:r>
      <w:r w:rsidR="000D735A">
        <w:rPr>
          <w:rFonts w:ascii="Baskerville Old Face" w:hAnsi="Baskerville Old Face"/>
          <w:bCs/>
          <w:sz w:val="28"/>
          <w:szCs w:val="28"/>
        </w:rPr>
        <w:tab/>
      </w:r>
      <w:r w:rsidR="000D735A">
        <w:rPr>
          <w:rFonts w:ascii="Baskerville Old Face" w:hAnsi="Baskerville Old Face"/>
          <w:bCs/>
          <w:sz w:val="28"/>
          <w:szCs w:val="28"/>
        </w:rPr>
        <w:tab/>
        <w:t>299.</w:t>
      </w:r>
    </w:p>
    <w:p w14:paraId="1DD70AF2" w14:textId="31A621C9" w:rsidR="000D735A" w:rsidRDefault="000D735A" w:rsidP="002A1BD3">
      <w:pPr>
        <w:spacing w:line="360" w:lineRule="auto"/>
        <w:jc w:val="left"/>
        <w:rPr>
          <w:rFonts w:ascii="Baskerville Old Face" w:hAnsi="Baskerville Old Face"/>
          <w:bCs/>
          <w:sz w:val="28"/>
          <w:szCs w:val="28"/>
        </w:rPr>
      </w:pPr>
      <w:r>
        <w:rPr>
          <w:rFonts w:ascii="Baskerville Old Face" w:hAnsi="Baskerville Old Face"/>
          <w:bCs/>
          <w:sz w:val="28"/>
          <w:szCs w:val="28"/>
        </w:rPr>
        <w:t>Chapter 20</w:t>
      </w:r>
      <w:r w:rsidR="005B1AA0">
        <w:rPr>
          <w:rFonts w:ascii="Baskerville Old Face" w:hAnsi="Baskerville Old Face"/>
          <w:bCs/>
          <w:sz w:val="28"/>
          <w:szCs w:val="28"/>
        </w:rPr>
        <w:t>-The4 Question of Truth</w:t>
      </w:r>
      <w:r w:rsidR="005B1AA0">
        <w:rPr>
          <w:rFonts w:ascii="Baskerville Old Face" w:hAnsi="Baskerville Old Face"/>
          <w:bCs/>
          <w:sz w:val="28"/>
          <w:szCs w:val="28"/>
        </w:rPr>
        <w:tab/>
      </w:r>
      <w:r w:rsidR="005B1AA0">
        <w:rPr>
          <w:rFonts w:ascii="Baskerville Old Face" w:hAnsi="Baskerville Old Face"/>
          <w:bCs/>
          <w:sz w:val="28"/>
          <w:szCs w:val="28"/>
        </w:rPr>
        <w:tab/>
      </w:r>
      <w:r w:rsidR="00733A4F">
        <w:rPr>
          <w:rFonts w:ascii="Baskerville Old Face" w:hAnsi="Baskerville Old Face"/>
          <w:bCs/>
          <w:sz w:val="28"/>
          <w:szCs w:val="28"/>
        </w:rPr>
        <w:t>316.</w:t>
      </w:r>
    </w:p>
    <w:p w14:paraId="19EB5BAB" w14:textId="4B0E5ACC" w:rsidR="00733A4F" w:rsidRDefault="00733A4F" w:rsidP="002A1BD3">
      <w:pPr>
        <w:spacing w:line="360" w:lineRule="auto"/>
        <w:jc w:val="left"/>
        <w:rPr>
          <w:rFonts w:ascii="Baskerville Old Face" w:hAnsi="Baskerville Old Face"/>
          <w:bCs/>
          <w:sz w:val="28"/>
          <w:szCs w:val="28"/>
        </w:rPr>
      </w:pPr>
      <w:r>
        <w:rPr>
          <w:rFonts w:ascii="Baskerville Old Face" w:hAnsi="Baskerville Old Face"/>
          <w:bCs/>
          <w:sz w:val="28"/>
          <w:szCs w:val="28"/>
        </w:rPr>
        <w:t>Chapter 21-The Verdict</w:t>
      </w:r>
      <w:r w:rsidR="005F3042">
        <w:rPr>
          <w:rFonts w:ascii="Baskerville Old Face" w:hAnsi="Baskerville Old Face"/>
          <w:bCs/>
          <w:sz w:val="28"/>
          <w:szCs w:val="28"/>
        </w:rPr>
        <w:tab/>
      </w:r>
      <w:r w:rsidR="005F3042">
        <w:rPr>
          <w:rFonts w:ascii="Baskerville Old Face" w:hAnsi="Baskerville Old Face"/>
          <w:bCs/>
          <w:sz w:val="28"/>
          <w:szCs w:val="28"/>
        </w:rPr>
        <w:tab/>
      </w:r>
      <w:r w:rsidR="005F3042">
        <w:rPr>
          <w:rFonts w:ascii="Baskerville Old Face" w:hAnsi="Baskerville Old Face"/>
          <w:bCs/>
          <w:sz w:val="28"/>
          <w:szCs w:val="28"/>
        </w:rPr>
        <w:tab/>
      </w:r>
      <w:r w:rsidR="005F3042">
        <w:rPr>
          <w:rFonts w:ascii="Baskerville Old Face" w:hAnsi="Baskerville Old Face"/>
          <w:bCs/>
          <w:sz w:val="28"/>
          <w:szCs w:val="28"/>
        </w:rPr>
        <w:tab/>
        <w:t>332.</w:t>
      </w:r>
    </w:p>
    <w:p w14:paraId="18B52345" w14:textId="3FC974D4" w:rsidR="005F3042" w:rsidRDefault="005F3042" w:rsidP="002A1BD3">
      <w:pPr>
        <w:spacing w:line="360" w:lineRule="auto"/>
        <w:jc w:val="left"/>
        <w:rPr>
          <w:rFonts w:ascii="Baskerville Old Face" w:hAnsi="Baskerville Old Face"/>
          <w:bCs/>
          <w:sz w:val="28"/>
          <w:szCs w:val="28"/>
        </w:rPr>
      </w:pPr>
      <w:r>
        <w:rPr>
          <w:rFonts w:ascii="Baskerville Old Face" w:hAnsi="Baskerville Old Face"/>
          <w:bCs/>
          <w:sz w:val="28"/>
          <w:szCs w:val="28"/>
        </w:rPr>
        <w:t>Chapter</w:t>
      </w:r>
      <w:r w:rsidR="0062440F">
        <w:rPr>
          <w:rFonts w:ascii="Baskerville Old Face" w:hAnsi="Baskerville Old Face"/>
          <w:bCs/>
          <w:sz w:val="28"/>
          <w:szCs w:val="28"/>
        </w:rPr>
        <w:t xml:space="preserve"> 22</w:t>
      </w:r>
      <w:r>
        <w:rPr>
          <w:rFonts w:ascii="Baskerville Old Face" w:hAnsi="Baskerville Old Face"/>
          <w:bCs/>
          <w:sz w:val="28"/>
          <w:szCs w:val="28"/>
        </w:rPr>
        <w:t xml:space="preserve"> -The Awakening</w:t>
      </w:r>
      <w:r w:rsidR="0062440F">
        <w:rPr>
          <w:rFonts w:ascii="Baskerville Old Face" w:hAnsi="Baskerville Old Face"/>
          <w:bCs/>
          <w:sz w:val="28"/>
          <w:szCs w:val="28"/>
        </w:rPr>
        <w:tab/>
      </w:r>
      <w:r w:rsidR="0062440F">
        <w:rPr>
          <w:rFonts w:ascii="Baskerville Old Face" w:hAnsi="Baskerville Old Face"/>
          <w:bCs/>
          <w:sz w:val="28"/>
          <w:szCs w:val="28"/>
        </w:rPr>
        <w:tab/>
      </w:r>
      <w:r w:rsidR="0062440F">
        <w:rPr>
          <w:rFonts w:ascii="Baskerville Old Face" w:hAnsi="Baskerville Old Face"/>
          <w:bCs/>
          <w:sz w:val="28"/>
          <w:szCs w:val="28"/>
        </w:rPr>
        <w:tab/>
      </w:r>
      <w:r w:rsidR="0062440F">
        <w:rPr>
          <w:rFonts w:ascii="Baskerville Old Face" w:hAnsi="Baskerville Old Face"/>
          <w:bCs/>
          <w:sz w:val="28"/>
          <w:szCs w:val="28"/>
        </w:rPr>
        <w:tab/>
        <w:t>350.</w:t>
      </w:r>
    </w:p>
    <w:p w14:paraId="7356F7DE" w14:textId="77777777" w:rsidR="0062440F" w:rsidRDefault="0062440F" w:rsidP="002A1BD3">
      <w:pPr>
        <w:spacing w:line="360" w:lineRule="auto"/>
        <w:jc w:val="left"/>
        <w:rPr>
          <w:rFonts w:ascii="Baskerville Old Face" w:hAnsi="Baskerville Old Face"/>
          <w:bCs/>
          <w:sz w:val="28"/>
          <w:szCs w:val="28"/>
        </w:rPr>
      </w:pPr>
    </w:p>
    <w:p w14:paraId="16986599" w14:textId="6B08DED2" w:rsidR="00FA48A8" w:rsidRDefault="00D75BD1" w:rsidP="002A1BD3">
      <w:pPr>
        <w:spacing w:line="360" w:lineRule="auto"/>
        <w:jc w:val="left"/>
        <w:rPr>
          <w:rFonts w:ascii="Baskerville Old Face" w:hAnsi="Baskerville Old Face"/>
          <w:bCs/>
          <w:sz w:val="28"/>
          <w:szCs w:val="28"/>
        </w:rPr>
      </w:pPr>
      <w:r>
        <w:rPr>
          <w:rFonts w:ascii="Baskerville Old Face" w:hAnsi="Baskerville Old Face"/>
          <w:bCs/>
          <w:sz w:val="28"/>
          <w:szCs w:val="28"/>
        </w:rPr>
        <w:t>Acknowledgements</w:t>
      </w:r>
      <w:r>
        <w:rPr>
          <w:rFonts w:ascii="Baskerville Old Face" w:hAnsi="Baskerville Old Face"/>
          <w:bCs/>
          <w:sz w:val="28"/>
          <w:szCs w:val="28"/>
        </w:rPr>
        <w:tab/>
      </w:r>
      <w:r>
        <w:rPr>
          <w:rFonts w:ascii="Baskerville Old Face" w:hAnsi="Baskerville Old Face"/>
          <w:bCs/>
          <w:sz w:val="28"/>
          <w:szCs w:val="28"/>
        </w:rPr>
        <w:tab/>
      </w:r>
      <w:r>
        <w:rPr>
          <w:rFonts w:ascii="Baskerville Old Face" w:hAnsi="Baskerville Old Face"/>
          <w:bCs/>
          <w:sz w:val="28"/>
          <w:szCs w:val="28"/>
        </w:rPr>
        <w:tab/>
      </w:r>
      <w:r>
        <w:rPr>
          <w:rFonts w:ascii="Baskerville Old Face" w:hAnsi="Baskerville Old Face"/>
          <w:bCs/>
          <w:sz w:val="28"/>
          <w:szCs w:val="28"/>
        </w:rPr>
        <w:tab/>
      </w:r>
      <w:r>
        <w:rPr>
          <w:rFonts w:ascii="Baskerville Old Face" w:hAnsi="Baskerville Old Face"/>
          <w:bCs/>
          <w:sz w:val="28"/>
          <w:szCs w:val="28"/>
        </w:rPr>
        <w:tab/>
      </w:r>
      <w:r w:rsidR="00FA48A8">
        <w:rPr>
          <w:rFonts w:ascii="Baskerville Old Face" w:hAnsi="Baskerville Old Face"/>
          <w:bCs/>
          <w:sz w:val="28"/>
          <w:szCs w:val="28"/>
        </w:rPr>
        <w:t>383</w:t>
      </w:r>
      <w:r w:rsidR="00CB5F58">
        <w:rPr>
          <w:rFonts w:ascii="Baskerville Old Face" w:hAnsi="Baskerville Old Face"/>
          <w:bCs/>
          <w:sz w:val="28"/>
          <w:szCs w:val="28"/>
        </w:rPr>
        <w:t>.</w:t>
      </w:r>
    </w:p>
    <w:p w14:paraId="5D2A2F18" w14:textId="77777777" w:rsidR="00FA48A8" w:rsidRDefault="00FA48A8" w:rsidP="002A1BD3">
      <w:pPr>
        <w:spacing w:line="360" w:lineRule="auto"/>
        <w:jc w:val="left"/>
        <w:rPr>
          <w:rFonts w:ascii="Baskerville Old Face" w:hAnsi="Baskerville Old Face"/>
          <w:bCs/>
          <w:sz w:val="28"/>
          <w:szCs w:val="28"/>
        </w:rPr>
      </w:pPr>
    </w:p>
    <w:p w14:paraId="6663982E" w14:textId="4E590C0F" w:rsidR="0062440F" w:rsidRPr="00CE758F" w:rsidRDefault="00FA48A8" w:rsidP="002A1BD3">
      <w:pPr>
        <w:spacing w:line="360" w:lineRule="auto"/>
        <w:jc w:val="left"/>
        <w:rPr>
          <w:rFonts w:ascii="Baskerville Old Face" w:hAnsi="Baskerville Old Face"/>
          <w:bCs/>
          <w:sz w:val="28"/>
          <w:szCs w:val="28"/>
        </w:rPr>
      </w:pPr>
      <w:r>
        <w:rPr>
          <w:rFonts w:ascii="Baskerville Old Face" w:hAnsi="Baskerville Old Face"/>
          <w:bCs/>
          <w:sz w:val="28"/>
          <w:szCs w:val="28"/>
        </w:rPr>
        <w:t>About the Author</w:t>
      </w:r>
      <w:r>
        <w:rPr>
          <w:rFonts w:ascii="Baskerville Old Face" w:hAnsi="Baskerville Old Face"/>
          <w:bCs/>
          <w:sz w:val="28"/>
          <w:szCs w:val="28"/>
        </w:rPr>
        <w:tab/>
      </w:r>
      <w:r>
        <w:rPr>
          <w:rFonts w:ascii="Baskerville Old Face" w:hAnsi="Baskerville Old Face"/>
          <w:bCs/>
          <w:sz w:val="28"/>
          <w:szCs w:val="28"/>
        </w:rPr>
        <w:tab/>
      </w:r>
      <w:r>
        <w:rPr>
          <w:rFonts w:ascii="Baskerville Old Face" w:hAnsi="Baskerville Old Face"/>
          <w:bCs/>
          <w:sz w:val="28"/>
          <w:szCs w:val="28"/>
        </w:rPr>
        <w:tab/>
      </w:r>
      <w:r>
        <w:rPr>
          <w:rFonts w:ascii="Baskerville Old Face" w:hAnsi="Baskerville Old Face"/>
          <w:bCs/>
          <w:sz w:val="28"/>
          <w:szCs w:val="28"/>
        </w:rPr>
        <w:tab/>
      </w:r>
      <w:r>
        <w:rPr>
          <w:rFonts w:ascii="Baskerville Old Face" w:hAnsi="Baskerville Old Face"/>
          <w:bCs/>
          <w:sz w:val="28"/>
          <w:szCs w:val="28"/>
        </w:rPr>
        <w:tab/>
      </w:r>
      <w:r w:rsidR="00CB5F58">
        <w:rPr>
          <w:rFonts w:ascii="Baskerville Old Face" w:hAnsi="Baskerville Old Face"/>
          <w:bCs/>
          <w:sz w:val="28"/>
          <w:szCs w:val="28"/>
        </w:rPr>
        <w:t>384.</w:t>
      </w:r>
      <w:r w:rsidR="00D75BD1">
        <w:rPr>
          <w:rFonts w:ascii="Baskerville Old Face" w:hAnsi="Baskerville Old Face"/>
          <w:bCs/>
          <w:sz w:val="28"/>
          <w:szCs w:val="28"/>
        </w:rPr>
        <w:tab/>
      </w:r>
      <w:r w:rsidR="00D75BD1">
        <w:rPr>
          <w:rFonts w:ascii="Baskerville Old Face" w:hAnsi="Baskerville Old Face"/>
          <w:bCs/>
          <w:sz w:val="28"/>
          <w:szCs w:val="28"/>
        </w:rPr>
        <w:tab/>
      </w:r>
      <w:r w:rsidR="00D75BD1">
        <w:rPr>
          <w:rFonts w:ascii="Baskerville Old Face" w:hAnsi="Baskerville Old Face"/>
          <w:bCs/>
          <w:sz w:val="28"/>
          <w:szCs w:val="28"/>
        </w:rPr>
        <w:tab/>
      </w:r>
    </w:p>
    <w:p w14:paraId="47E70969" w14:textId="77777777" w:rsidR="00F45C1A" w:rsidRPr="00CE758F" w:rsidRDefault="007671E1" w:rsidP="002A1BD3">
      <w:pPr>
        <w:spacing w:line="360" w:lineRule="auto"/>
        <w:ind w:firstLine="0"/>
        <w:jc w:val="center"/>
        <w:rPr>
          <w:rFonts w:ascii="Baskerville Old Face" w:hAnsi="Baskerville Old Face"/>
          <w:bCs/>
          <w:sz w:val="28"/>
          <w:szCs w:val="28"/>
        </w:rPr>
      </w:pPr>
      <w:r w:rsidRPr="00CE758F">
        <w:rPr>
          <w:rFonts w:ascii="Baskerville Old Face" w:hAnsi="Baskerville Old Face"/>
          <w:bCs/>
          <w:sz w:val="28"/>
          <w:szCs w:val="28"/>
        </w:rPr>
        <w:br w:type="page"/>
      </w:r>
    </w:p>
    <w:p w14:paraId="65109449" w14:textId="77777777" w:rsidR="00525FEA" w:rsidRDefault="00525FEA" w:rsidP="002A1BD3">
      <w:pPr>
        <w:pStyle w:val="Heading2"/>
        <w:spacing w:before="400" w:after="200" w:line="360" w:lineRule="auto"/>
        <w:rPr>
          <w:rFonts w:ascii="Baskerville Old Face" w:hAnsi="Baskerville Old Face"/>
          <w:b w:val="0"/>
          <w:sz w:val="28"/>
          <w:szCs w:val="28"/>
        </w:rPr>
      </w:pPr>
    </w:p>
    <w:p w14:paraId="10C9ABCB" w14:textId="77777777" w:rsidR="007760BA" w:rsidRPr="00115D19" w:rsidRDefault="007760BA" w:rsidP="002A1BD3">
      <w:pPr>
        <w:pStyle w:val="Heading2"/>
        <w:spacing w:before="400" w:after="200" w:line="360" w:lineRule="auto"/>
        <w:rPr>
          <w:rFonts w:ascii="Baskerville Old Face" w:hAnsi="Baskerville Old Face"/>
          <w:b w:val="0"/>
          <w:szCs w:val="32"/>
        </w:rPr>
      </w:pPr>
      <w:r w:rsidRPr="00115D19">
        <w:rPr>
          <w:rFonts w:ascii="Baskerville Old Face" w:hAnsi="Baskerville Old Face"/>
          <w:b w:val="0"/>
          <w:szCs w:val="32"/>
        </w:rPr>
        <w:t>A Note on Margaret Dickson</w:t>
      </w:r>
    </w:p>
    <w:p w14:paraId="09348842" w14:textId="34CBF752" w:rsidR="007760BA" w:rsidRPr="007760BA" w:rsidRDefault="0087634A" w:rsidP="0087634A">
      <w:pPr>
        <w:pStyle w:val="Heading2"/>
        <w:spacing w:before="400" w:after="200" w:line="360" w:lineRule="auto"/>
        <w:jc w:val="both"/>
        <w:rPr>
          <w:rFonts w:ascii="Baskerville Old Face" w:hAnsi="Baskerville Old Face"/>
          <w:b w:val="0"/>
          <w:sz w:val="28"/>
          <w:szCs w:val="28"/>
        </w:rPr>
      </w:pPr>
      <w:r>
        <w:rPr>
          <w:rFonts w:ascii="Baskerville Old Face" w:hAnsi="Baskerville Old Face"/>
          <w:b w:val="0"/>
          <w:sz w:val="28"/>
          <w:szCs w:val="28"/>
        </w:rPr>
        <w:tab/>
      </w:r>
      <w:r w:rsidR="007760BA" w:rsidRPr="007760BA">
        <w:rPr>
          <w:rFonts w:ascii="Baskerville Old Face" w:hAnsi="Baskerville Old Face"/>
          <w:b w:val="0"/>
          <w:sz w:val="28"/>
          <w:szCs w:val="28"/>
        </w:rPr>
        <w:t>Margaret Dickson was no invention of folklore but a once-living wife and mother. Born near Musselburgh, she was condemned in 1724 under the Concealment of Pregnancy Act, not for killing her child, but for failing to reveal she carried one. Hanged in Edinburgh’s Grassmarket</w:t>
      </w:r>
      <w:r w:rsidR="00FD1EA1">
        <w:rPr>
          <w:rFonts w:ascii="Baskerville Old Face" w:hAnsi="Baskerville Old Face"/>
          <w:b w:val="0"/>
          <w:sz w:val="28"/>
          <w:szCs w:val="28"/>
        </w:rPr>
        <w:t xml:space="preserve"> in the same </w:t>
      </w:r>
      <w:r w:rsidR="00BF62C8">
        <w:rPr>
          <w:rFonts w:ascii="Baskerville Old Face" w:hAnsi="Baskerville Old Face"/>
          <w:b w:val="0"/>
          <w:sz w:val="28"/>
          <w:szCs w:val="28"/>
        </w:rPr>
        <w:t>year</w:t>
      </w:r>
      <w:r w:rsidR="007760BA" w:rsidRPr="007760BA">
        <w:rPr>
          <w:rFonts w:ascii="Baskerville Old Face" w:hAnsi="Baskerville Old Face"/>
          <w:b w:val="0"/>
          <w:sz w:val="28"/>
          <w:szCs w:val="28"/>
        </w:rPr>
        <w:t xml:space="preserve">, she was cut down from the gallows and laid motionless in a cart. On the journey to her grave at Musselburgh, she stirred, awakening from her brief deathly slumber. Scottish law had no provision for a woman already executed; consequently, Margaret Dickson lived on for another twenty-five years, selling salt in the streets of Edinburgh and forever remembered as “Half Hangit Maggie". Her marriage, annulled by her death, was solemnised again. </w:t>
      </w:r>
    </w:p>
    <w:p w14:paraId="2614F2FB" w14:textId="5333FCC9" w:rsidR="009412B2" w:rsidRDefault="007760BA" w:rsidP="002A1BD3">
      <w:pPr>
        <w:pStyle w:val="Heading2"/>
        <w:spacing w:before="400" w:after="200" w:line="360" w:lineRule="auto"/>
        <w:rPr>
          <w:rFonts w:ascii="Baskerville Old Face" w:hAnsi="Baskerville Old Face"/>
          <w:b w:val="0"/>
          <w:sz w:val="28"/>
          <w:szCs w:val="28"/>
        </w:rPr>
      </w:pPr>
      <w:r w:rsidRPr="007760BA">
        <w:rPr>
          <w:rFonts w:ascii="Baskerville Old Face" w:hAnsi="Baskerville Old Face"/>
          <w:b w:val="0"/>
          <w:sz w:val="28"/>
          <w:szCs w:val="28"/>
        </w:rPr>
        <w:t xml:space="preserve">Everything else in this book about second chances is </w:t>
      </w:r>
      <w:r w:rsidR="00515ED1">
        <w:rPr>
          <w:rFonts w:ascii="Baskerville Old Face" w:hAnsi="Baskerville Old Face"/>
          <w:b w:val="0"/>
          <w:sz w:val="28"/>
          <w:szCs w:val="28"/>
        </w:rPr>
        <w:t xml:space="preserve">a work of </w:t>
      </w:r>
      <w:r w:rsidRPr="007760BA">
        <w:rPr>
          <w:rFonts w:ascii="Baskerville Old Face" w:hAnsi="Baskerville Old Face"/>
          <w:b w:val="0"/>
          <w:sz w:val="28"/>
          <w:szCs w:val="28"/>
        </w:rPr>
        <w:t>fiction.</w:t>
      </w:r>
    </w:p>
    <w:p w14:paraId="3D34BA5B" w14:textId="77777777" w:rsidR="0037269E" w:rsidRDefault="0037269E" w:rsidP="002A1BD3">
      <w:pPr>
        <w:pStyle w:val="Heading1"/>
        <w:spacing w:before="560" w:after="280" w:line="360" w:lineRule="auto"/>
        <w:rPr>
          <w:rFonts w:ascii="Baskerville Old Face" w:hAnsi="Baskerville Old Face"/>
          <w:b w:val="0"/>
          <w:sz w:val="28"/>
        </w:rPr>
      </w:pPr>
    </w:p>
    <w:p w14:paraId="2386E3E2" w14:textId="77777777" w:rsidR="0037269E" w:rsidRDefault="0037269E" w:rsidP="002A1BD3">
      <w:pPr>
        <w:pStyle w:val="Heading1"/>
        <w:spacing w:before="560" w:after="280" w:line="360" w:lineRule="auto"/>
        <w:rPr>
          <w:rFonts w:ascii="Baskerville Old Face" w:hAnsi="Baskerville Old Face"/>
          <w:b w:val="0"/>
          <w:sz w:val="28"/>
        </w:rPr>
      </w:pPr>
    </w:p>
    <w:p w14:paraId="40FDEECB" w14:textId="77777777" w:rsidR="0037269E" w:rsidRDefault="0037269E" w:rsidP="002A1BD3">
      <w:pPr>
        <w:pStyle w:val="Heading1"/>
        <w:spacing w:before="560" w:after="280" w:line="360" w:lineRule="auto"/>
        <w:rPr>
          <w:rFonts w:ascii="Baskerville Old Face" w:hAnsi="Baskerville Old Face"/>
          <w:b w:val="0"/>
          <w:sz w:val="28"/>
        </w:rPr>
      </w:pPr>
    </w:p>
    <w:p w14:paraId="77D33F4D" w14:textId="77777777" w:rsidR="0037269E" w:rsidRDefault="0037269E" w:rsidP="002A1BD3">
      <w:pPr>
        <w:pStyle w:val="Heading1"/>
        <w:spacing w:before="560" w:after="280" w:line="360" w:lineRule="auto"/>
        <w:rPr>
          <w:rFonts w:ascii="Baskerville Old Face" w:hAnsi="Baskerville Old Face"/>
          <w:b w:val="0"/>
          <w:sz w:val="28"/>
        </w:rPr>
      </w:pPr>
    </w:p>
    <w:p w14:paraId="23B5654C" w14:textId="77777777" w:rsidR="00811CD0" w:rsidRDefault="00811CD0" w:rsidP="002A1BD3">
      <w:pPr>
        <w:pStyle w:val="Heading1"/>
        <w:spacing w:before="560" w:after="280" w:line="360" w:lineRule="auto"/>
        <w:rPr>
          <w:rFonts w:ascii="Baskerville Old Face" w:hAnsi="Baskerville Old Face"/>
          <w:b w:val="0"/>
          <w:sz w:val="28"/>
        </w:rPr>
      </w:pPr>
    </w:p>
    <w:p w14:paraId="33EC9EE3" w14:textId="08A10124" w:rsidR="00F45C1A" w:rsidRPr="00CE758F" w:rsidRDefault="0037269E" w:rsidP="002A1BD3">
      <w:pPr>
        <w:pStyle w:val="Heading1"/>
        <w:spacing w:before="560" w:after="280" w:line="360" w:lineRule="auto"/>
        <w:rPr>
          <w:rFonts w:ascii="Baskerville Old Face" w:hAnsi="Baskerville Old Face"/>
          <w:b w:val="0"/>
          <w:sz w:val="28"/>
        </w:rPr>
      </w:pPr>
      <w:r>
        <w:rPr>
          <w:rFonts w:ascii="Baskerville Old Face" w:hAnsi="Baskerville Old Face"/>
          <w:b w:val="0"/>
          <w:sz w:val="28"/>
        </w:rPr>
        <w:t>P</w:t>
      </w:r>
      <w:r w:rsidR="007671E1" w:rsidRPr="00CE758F">
        <w:rPr>
          <w:rFonts w:ascii="Baskerville Old Face" w:hAnsi="Baskerville Old Face"/>
          <w:b w:val="0"/>
          <w:sz w:val="28"/>
        </w:rPr>
        <w:t>art One</w:t>
      </w:r>
    </w:p>
    <w:p w14:paraId="17984BF3"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Dream and the Departure</w:t>
      </w:r>
    </w:p>
    <w:p w14:paraId="48A668D1"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330FF4F7"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One</w:t>
      </w:r>
    </w:p>
    <w:p w14:paraId="063575CF" w14:textId="77777777" w:rsidR="00F45C1A"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A Father’s Shadow</w:t>
      </w:r>
    </w:p>
    <w:p w14:paraId="13ACB552" w14:textId="77777777" w:rsidR="007043FA" w:rsidRPr="007043FA" w:rsidRDefault="007043FA" w:rsidP="002A1BD3">
      <w:pPr>
        <w:spacing w:line="360" w:lineRule="auto"/>
      </w:pPr>
    </w:p>
    <w:p w14:paraId="4BF54404" w14:textId="77777777" w:rsidR="00F45C1A" w:rsidRPr="007043FA" w:rsidRDefault="007671E1" w:rsidP="002A1BD3">
      <w:pPr>
        <w:spacing w:line="360" w:lineRule="auto"/>
        <w:ind w:firstLine="0"/>
        <w:rPr>
          <w:rFonts w:ascii="Baskerville Old Face" w:hAnsi="Baskerville Old Face"/>
          <w:bCs/>
          <w:iCs/>
          <w:sz w:val="28"/>
          <w:szCs w:val="28"/>
        </w:rPr>
      </w:pPr>
      <w:r w:rsidRPr="007043FA">
        <w:rPr>
          <w:rFonts w:ascii="Baskerville Old Face" w:hAnsi="Baskerville Old Face"/>
          <w:bCs/>
          <w:iCs/>
          <w:sz w:val="28"/>
          <w:szCs w:val="28"/>
        </w:rPr>
        <w:t>Edinburgh, March 1963</w:t>
      </w:r>
    </w:p>
    <w:p w14:paraId="28C8BECE" w14:textId="77777777" w:rsidR="007043FA" w:rsidRDefault="007043FA" w:rsidP="002A1BD3">
      <w:pPr>
        <w:spacing w:line="360" w:lineRule="auto"/>
        <w:rPr>
          <w:rFonts w:ascii="Baskerville Old Face" w:hAnsi="Baskerville Old Face"/>
          <w:bCs/>
          <w:sz w:val="28"/>
          <w:szCs w:val="28"/>
        </w:rPr>
      </w:pPr>
    </w:p>
    <w:p w14:paraId="6352DFC9" w14:textId="56FED60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frost had been </w:t>
      </w:r>
      <w:r w:rsidR="005D64E5">
        <w:rPr>
          <w:rFonts w:ascii="Baskerville Old Face" w:hAnsi="Baskerville Old Face"/>
          <w:bCs/>
          <w:sz w:val="28"/>
          <w:szCs w:val="28"/>
        </w:rPr>
        <w:t xml:space="preserve">locked </w:t>
      </w:r>
      <w:r w:rsidRPr="00CE758F">
        <w:rPr>
          <w:rFonts w:ascii="Baskerville Old Face" w:hAnsi="Baskerville Old Face"/>
          <w:bCs/>
          <w:sz w:val="28"/>
          <w:szCs w:val="28"/>
        </w:rPr>
        <w:t>in the ground since Boxing Day</w:t>
      </w:r>
      <w:r w:rsidR="007043FA">
        <w:rPr>
          <w:rFonts w:ascii="Baskerville Old Face" w:hAnsi="Baskerville Old Face"/>
          <w:bCs/>
          <w:sz w:val="28"/>
          <w:szCs w:val="28"/>
        </w:rPr>
        <w:t>,</w:t>
      </w:r>
      <w:r w:rsidRPr="00CE758F">
        <w:rPr>
          <w:rFonts w:ascii="Baskerville Old Face" w:hAnsi="Baskerville Old Face"/>
          <w:bCs/>
          <w:sz w:val="28"/>
          <w:szCs w:val="28"/>
        </w:rPr>
        <w:t xml:space="preserve"> and it had not let go.</w:t>
      </w:r>
      <w:r w:rsidR="007043FA">
        <w:rPr>
          <w:rFonts w:ascii="Baskerville Old Face" w:hAnsi="Baskerville Old Face"/>
          <w:bCs/>
          <w:sz w:val="28"/>
          <w:szCs w:val="28"/>
        </w:rPr>
        <w:t xml:space="preserve"> </w:t>
      </w:r>
      <w:r w:rsidRPr="00CE758F">
        <w:rPr>
          <w:rFonts w:ascii="Baskerville Old Face" w:hAnsi="Baskerville Old Face"/>
          <w:bCs/>
          <w:sz w:val="28"/>
          <w:szCs w:val="28"/>
        </w:rPr>
        <w:t xml:space="preserve">Three months of it: the pipes in the stair burst and mended and burst again, the coal measured out in the Kavanagh kitchen like </w:t>
      </w:r>
      <w:r w:rsidR="00064FB9">
        <w:rPr>
          <w:rFonts w:ascii="Baskerville Old Face" w:hAnsi="Baskerville Old Face"/>
          <w:bCs/>
          <w:sz w:val="28"/>
          <w:szCs w:val="28"/>
        </w:rPr>
        <w:t xml:space="preserve">sacred </w:t>
      </w:r>
      <w:r w:rsidRPr="00CE758F">
        <w:rPr>
          <w:rFonts w:ascii="Baskerville Old Face" w:hAnsi="Baskerville Old Face"/>
          <w:bCs/>
          <w:sz w:val="28"/>
          <w:szCs w:val="28"/>
        </w:rPr>
        <w:t>communion. Finian</w:t>
      </w:r>
      <w:r w:rsidR="005F485C">
        <w:rPr>
          <w:rFonts w:ascii="Baskerville Old Face" w:hAnsi="Baskerville Old Face"/>
          <w:bCs/>
          <w:sz w:val="28"/>
          <w:szCs w:val="28"/>
        </w:rPr>
        <w:t>, as his parents and siblings</w:t>
      </w:r>
      <w:r w:rsidR="00833D05">
        <w:rPr>
          <w:rFonts w:ascii="Baskerville Old Face" w:hAnsi="Baskerville Old Face"/>
          <w:bCs/>
          <w:sz w:val="28"/>
          <w:szCs w:val="28"/>
        </w:rPr>
        <w:t>,</w:t>
      </w:r>
      <w:r w:rsidRPr="00CE758F">
        <w:rPr>
          <w:rFonts w:ascii="Baskerville Old Face" w:hAnsi="Baskerville Old Face"/>
          <w:bCs/>
          <w:sz w:val="28"/>
          <w:szCs w:val="28"/>
        </w:rPr>
        <w:t xml:space="preserve"> had gone to his bed every night of that winter with his socks on, and woken every morning to the flowers of ice on the inside of the window, and thought each morning of a place where a man could stand in the open at noon and be too warm.</w:t>
      </w:r>
      <w:r w:rsidR="00907328">
        <w:rPr>
          <w:rFonts w:ascii="Baskerville Old Face" w:hAnsi="Baskerville Old Face"/>
          <w:bCs/>
          <w:sz w:val="28"/>
          <w:szCs w:val="28"/>
        </w:rPr>
        <w:t xml:space="preserve"> </w:t>
      </w:r>
      <w:r w:rsidRPr="00CE758F">
        <w:rPr>
          <w:rFonts w:ascii="Baskerville Old Face" w:hAnsi="Baskerville Old Face"/>
          <w:bCs/>
          <w:sz w:val="28"/>
          <w:szCs w:val="28"/>
        </w:rPr>
        <w:t>Now the thaw had come</w:t>
      </w:r>
      <w:r w:rsidR="007043FA">
        <w:rPr>
          <w:rFonts w:ascii="Baskerville Old Face" w:hAnsi="Baskerville Old Face"/>
          <w:bCs/>
          <w:sz w:val="28"/>
          <w:szCs w:val="28"/>
        </w:rPr>
        <w:t>,</w:t>
      </w:r>
      <w:r w:rsidRPr="00CE758F">
        <w:rPr>
          <w:rFonts w:ascii="Baskerville Old Face" w:hAnsi="Baskerville Old Face"/>
          <w:bCs/>
          <w:sz w:val="28"/>
          <w:szCs w:val="28"/>
        </w:rPr>
        <w:t xml:space="preserve"> and it was worse. The whole of the West Port ran with grey water. The closes dripped.</w:t>
      </w:r>
      <w:r w:rsidR="00907328">
        <w:rPr>
          <w:rFonts w:ascii="Baskerville Old Face" w:hAnsi="Baskerville Old Face"/>
          <w:bCs/>
          <w:sz w:val="28"/>
          <w:szCs w:val="28"/>
        </w:rPr>
        <w:t xml:space="preserve"> </w:t>
      </w:r>
      <w:r w:rsidRPr="00CE758F">
        <w:rPr>
          <w:rFonts w:ascii="Baskerville Old Face" w:hAnsi="Baskerville Old Face"/>
          <w:bCs/>
          <w:sz w:val="28"/>
          <w:szCs w:val="28"/>
        </w:rPr>
        <w:t>He came out of Cordiner’s Close at half six with his collar up and the ticket in the inside pocket of his jacket, where it had been for eleven days.</w:t>
      </w:r>
      <w:r w:rsidR="00907328">
        <w:rPr>
          <w:rFonts w:ascii="Baskerville Old Face" w:hAnsi="Baskerville Old Face"/>
          <w:bCs/>
          <w:sz w:val="28"/>
          <w:szCs w:val="28"/>
        </w:rPr>
        <w:t xml:space="preserve"> </w:t>
      </w:r>
      <w:r w:rsidRPr="00CE758F">
        <w:rPr>
          <w:rFonts w:ascii="Baskerville Old Face" w:hAnsi="Baskerville Old Face"/>
          <w:bCs/>
          <w:sz w:val="28"/>
          <w:szCs w:val="28"/>
        </w:rPr>
        <w:t>He had not told them yet.</w:t>
      </w:r>
      <w:r w:rsidR="00907328">
        <w:rPr>
          <w:rFonts w:ascii="Baskerville Old Face" w:hAnsi="Baskerville Old Face"/>
          <w:bCs/>
          <w:sz w:val="28"/>
          <w:szCs w:val="28"/>
        </w:rPr>
        <w:t xml:space="preserve"> </w:t>
      </w:r>
      <w:r w:rsidRPr="00CE758F">
        <w:rPr>
          <w:rFonts w:ascii="Baskerville Old Face" w:hAnsi="Baskerville Old Face"/>
          <w:bCs/>
          <w:sz w:val="28"/>
          <w:szCs w:val="28"/>
        </w:rPr>
        <w:t xml:space="preserve">The office of the Commonwealth of Australia was on George Street, in a building with a brass plate and a radiator that worked, the first thing Finian noticed about it </w:t>
      </w:r>
      <w:r w:rsidRPr="00CE758F">
        <w:rPr>
          <w:rFonts w:ascii="Baskerville Old Face" w:hAnsi="Baskerville Old Face"/>
          <w:bCs/>
          <w:sz w:val="28"/>
          <w:szCs w:val="28"/>
        </w:rPr>
        <w:lastRenderedPageBreak/>
        <w:t>and the thing he remembered longest. The clerk asked his age. He said seventeen. The clerk looked at his hands.</w:t>
      </w:r>
      <w:r w:rsidR="00907328">
        <w:rPr>
          <w:rFonts w:ascii="Baskerville Old Face" w:hAnsi="Baskerville Old Face"/>
          <w:bCs/>
          <w:sz w:val="28"/>
          <w:szCs w:val="28"/>
        </w:rPr>
        <w:t xml:space="preserve"> </w:t>
      </w:r>
      <w:r w:rsidRPr="00CE758F">
        <w:rPr>
          <w:rFonts w:ascii="Baskerville Old Face" w:hAnsi="Baskerville Old Face"/>
          <w:bCs/>
          <w:sz w:val="28"/>
          <w:szCs w:val="28"/>
        </w:rPr>
        <w:t>That was the whole of it. His hands.</w:t>
      </w:r>
      <w:r w:rsidR="00076FD3">
        <w:rPr>
          <w:rFonts w:ascii="Baskerville Old Face" w:hAnsi="Baskerville Old Face"/>
          <w:bCs/>
          <w:sz w:val="28"/>
          <w:szCs w:val="28"/>
        </w:rPr>
        <w:t xml:space="preserve"> </w:t>
      </w:r>
      <w:r w:rsidRPr="00CE758F">
        <w:rPr>
          <w:rFonts w:ascii="Baskerville Old Face" w:hAnsi="Baskerville Old Face"/>
          <w:bCs/>
          <w:sz w:val="28"/>
          <w:szCs w:val="28"/>
        </w:rPr>
        <w:t>They were not a boy’s hands. They had been in the wet</w:t>
      </w:r>
      <w:r w:rsidR="00833D05">
        <w:rPr>
          <w:rFonts w:ascii="Baskerville Old Face" w:hAnsi="Baskerville Old Face"/>
          <w:bCs/>
          <w:sz w:val="28"/>
          <w:szCs w:val="28"/>
        </w:rPr>
        <w:t>,</w:t>
      </w:r>
      <w:r w:rsidRPr="00CE758F">
        <w:rPr>
          <w:rFonts w:ascii="Baskerville Old Face" w:hAnsi="Baskerville Old Face"/>
          <w:bCs/>
          <w:sz w:val="28"/>
          <w:szCs w:val="28"/>
        </w:rPr>
        <w:t xml:space="preserve"> and the cold of </w:t>
      </w:r>
      <w:r w:rsidR="00B347E0">
        <w:rPr>
          <w:rFonts w:ascii="Baskerville Old Face" w:hAnsi="Baskerville Old Face"/>
          <w:bCs/>
          <w:sz w:val="28"/>
          <w:szCs w:val="28"/>
        </w:rPr>
        <w:t>Leckie</w:t>
      </w:r>
      <w:r w:rsidRPr="00CE758F">
        <w:rPr>
          <w:rFonts w:ascii="Baskerville Old Face" w:hAnsi="Baskerville Old Face"/>
          <w:bCs/>
          <w:sz w:val="28"/>
          <w:szCs w:val="28"/>
        </w:rPr>
        <w:t xml:space="preserve">’s </w:t>
      </w:r>
      <w:r w:rsidR="00C24DEE">
        <w:rPr>
          <w:rFonts w:ascii="Baskerville Old Face" w:hAnsi="Baskerville Old Face"/>
          <w:bCs/>
          <w:sz w:val="28"/>
          <w:szCs w:val="28"/>
        </w:rPr>
        <w:t xml:space="preserve">coal </w:t>
      </w:r>
      <w:r w:rsidRPr="00CE758F">
        <w:rPr>
          <w:rFonts w:ascii="Baskerville Old Face" w:hAnsi="Baskerville Old Face"/>
          <w:bCs/>
          <w:sz w:val="28"/>
          <w:szCs w:val="28"/>
        </w:rPr>
        <w:t>yard since he was fourteen, hum</w:t>
      </w:r>
      <w:r w:rsidR="00026B10">
        <w:rPr>
          <w:rFonts w:ascii="Baskerville Old Face" w:hAnsi="Baskerville Old Face"/>
          <w:bCs/>
          <w:sz w:val="28"/>
          <w:szCs w:val="28"/>
        </w:rPr>
        <w:t>ping heavy</w:t>
      </w:r>
      <w:r w:rsidR="006E5ACD">
        <w:rPr>
          <w:rFonts w:ascii="Baskerville Old Face" w:hAnsi="Baskerville Old Face"/>
          <w:bCs/>
          <w:sz w:val="28"/>
          <w:szCs w:val="28"/>
        </w:rPr>
        <w:t xml:space="preserve"> sacks</w:t>
      </w:r>
      <w:r w:rsidRPr="00CE758F">
        <w:rPr>
          <w:rFonts w:ascii="Baskerville Old Face" w:hAnsi="Baskerville Old Face"/>
          <w:bCs/>
          <w:sz w:val="28"/>
          <w:szCs w:val="28"/>
        </w:rPr>
        <w:t xml:space="preserve">, split across the knuckles and yellow at the callus, and the clerk looked at them the way a man looks at a good tool and said, </w:t>
      </w:r>
      <w:r w:rsidRPr="00CE758F">
        <w:rPr>
          <w:rFonts w:ascii="Baskerville Old Face" w:hAnsi="Baskerville Old Face"/>
          <w:bCs/>
          <w:i/>
          <w:sz w:val="28"/>
          <w:szCs w:val="28"/>
        </w:rPr>
        <w:t>Well. They’ll take you.</w:t>
      </w:r>
      <w:r w:rsidR="00EB31FD">
        <w:rPr>
          <w:rFonts w:ascii="Baskerville Old Face" w:hAnsi="Baskerville Old Face"/>
          <w:bCs/>
          <w:sz w:val="28"/>
          <w:szCs w:val="28"/>
        </w:rPr>
        <w:t xml:space="preserve"> </w:t>
      </w:r>
      <w:r w:rsidRPr="00CE758F">
        <w:rPr>
          <w:rFonts w:ascii="Baskerville Old Face" w:hAnsi="Baskerville Old Face"/>
          <w:bCs/>
          <w:sz w:val="28"/>
          <w:szCs w:val="28"/>
        </w:rPr>
        <w:t>T</w:t>
      </w:r>
      <w:r w:rsidR="001C5DEA">
        <w:rPr>
          <w:rFonts w:ascii="Baskerville Old Face" w:hAnsi="Baskerville Old Face"/>
          <w:bCs/>
          <w:sz w:val="28"/>
          <w:szCs w:val="28"/>
        </w:rPr>
        <w:t>wenty</w:t>
      </w:r>
      <w:r w:rsidRPr="00CE758F">
        <w:rPr>
          <w:rFonts w:ascii="Baskerville Old Face" w:hAnsi="Baskerville Old Face"/>
          <w:bCs/>
          <w:sz w:val="28"/>
          <w:szCs w:val="28"/>
        </w:rPr>
        <w:t xml:space="preserve"> pounds, the fare. The Commonwealth paid the rest, and in exchange you gave them two years of your life in a country you had never seen, and if you came home before the two years were up you paid the whole passage back, which nobody could, and that was the point.</w:t>
      </w:r>
      <w:r w:rsidR="00EB31FD">
        <w:rPr>
          <w:rFonts w:ascii="Baskerville Old Face" w:hAnsi="Baskerville Old Face"/>
          <w:bCs/>
          <w:sz w:val="28"/>
          <w:szCs w:val="28"/>
        </w:rPr>
        <w:t xml:space="preserve"> </w:t>
      </w:r>
      <w:r w:rsidRPr="00CE758F">
        <w:rPr>
          <w:rFonts w:ascii="Baskerville Old Face" w:hAnsi="Baskerville Old Face"/>
          <w:bCs/>
          <w:sz w:val="28"/>
          <w:szCs w:val="28"/>
        </w:rPr>
        <w:t xml:space="preserve">He had the </w:t>
      </w:r>
      <w:r w:rsidR="00E7611B">
        <w:rPr>
          <w:rFonts w:ascii="Baskerville Old Face" w:hAnsi="Baskerville Old Face"/>
          <w:bCs/>
          <w:sz w:val="28"/>
          <w:szCs w:val="28"/>
        </w:rPr>
        <w:t>twenty</w:t>
      </w:r>
      <w:r w:rsidRPr="00CE758F">
        <w:rPr>
          <w:rFonts w:ascii="Baskerville Old Face" w:hAnsi="Baskerville Old Face"/>
          <w:bCs/>
          <w:sz w:val="28"/>
          <w:szCs w:val="28"/>
        </w:rPr>
        <w:t xml:space="preserve"> pounds in a Bovril tin under the loose board. He had had it since November.</w:t>
      </w:r>
      <w:r w:rsidR="00EB31FD">
        <w:rPr>
          <w:rFonts w:ascii="Baskerville Old Face" w:hAnsi="Baskerville Old Face"/>
          <w:bCs/>
          <w:sz w:val="28"/>
          <w:szCs w:val="28"/>
        </w:rPr>
        <w:t xml:space="preserve"> </w:t>
      </w:r>
      <w:r w:rsidRPr="00CE758F">
        <w:rPr>
          <w:rFonts w:ascii="Baskerville Old Face" w:hAnsi="Baskerville Old Face"/>
          <w:bCs/>
          <w:sz w:val="28"/>
          <w:szCs w:val="28"/>
        </w:rPr>
        <w:t>What he did not have was the courage to say it out loud in his mother’s kitchen.</w:t>
      </w:r>
      <w:r w:rsidR="00EB31FD">
        <w:rPr>
          <w:rFonts w:ascii="Baskerville Old Face" w:hAnsi="Baskerville Old Face"/>
          <w:bCs/>
          <w:sz w:val="28"/>
          <w:szCs w:val="28"/>
        </w:rPr>
        <w:t xml:space="preserve"> </w:t>
      </w:r>
      <w:r w:rsidRPr="00CE758F">
        <w:rPr>
          <w:rFonts w:ascii="Baskerville Old Face" w:hAnsi="Baskerville Old Face"/>
          <w:bCs/>
          <w:sz w:val="28"/>
          <w:szCs w:val="28"/>
        </w:rPr>
        <w:t>She was up when he came in from the yard that evening</w:t>
      </w:r>
      <w:r w:rsidR="00EB31FD">
        <w:rPr>
          <w:rFonts w:ascii="Baskerville Old Face" w:hAnsi="Baskerville Old Face"/>
          <w:bCs/>
          <w:sz w:val="28"/>
          <w:szCs w:val="28"/>
        </w:rPr>
        <w:t>;</w:t>
      </w:r>
      <w:r w:rsidRPr="00CE758F">
        <w:rPr>
          <w:rFonts w:ascii="Baskerville Old Face" w:hAnsi="Baskerville Old Face"/>
          <w:bCs/>
          <w:sz w:val="28"/>
          <w:szCs w:val="28"/>
        </w:rPr>
        <w:t xml:space="preserve"> of course she was; Bridie Kavanagh had never in Finian’s memory been in her bed when he came through a door. She was at the range in her coat, because the kitchen was cold enough for a coat, stirring something grey.</w:t>
      </w:r>
      <w:r w:rsidR="00EB31FD">
        <w:rPr>
          <w:rFonts w:ascii="Baskerville Old Face" w:hAnsi="Baskerville Old Face"/>
          <w:bCs/>
          <w:sz w:val="28"/>
          <w:szCs w:val="28"/>
        </w:rPr>
        <w:t xml:space="preserve"> </w:t>
      </w:r>
      <w:r w:rsidRPr="00CE758F">
        <w:rPr>
          <w:rFonts w:ascii="Baskerville Old Face" w:hAnsi="Baskerville Old Face"/>
          <w:bCs/>
          <w:sz w:val="28"/>
          <w:szCs w:val="28"/>
        </w:rPr>
        <w:t>’Your father’s away out,’ she said.</w:t>
      </w:r>
      <w:r w:rsidR="00721544">
        <w:rPr>
          <w:rFonts w:ascii="Baskerville Old Face" w:hAnsi="Baskerville Old Face"/>
          <w:bCs/>
          <w:sz w:val="28"/>
          <w:szCs w:val="28"/>
        </w:rPr>
        <w:t xml:space="preserve"> </w:t>
      </w:r>
      <w:r w:rsidRPr="00CE758F">
        <w:rPr>
          <w:rFonts w:ascii="Baskerville Old Face" w:hAnsi="Baskerville Old Face"/>
          <w:bCs/>
          <w:sz w:val="28"/>
          <w:szCs w:val="28"/>
        </w:rPr>
        <w:t>’It’s not seven.’</w:t>
      </w:r>
      <w:r w:rsidR="00721544">
        <w:rPr>
          <w:rFonts w:ascii="Baskerville Old Face" w:hAnsi="Baskerville Old Face"/>
          <w:bCs/>
          <w:sz w:val="28"/>
          <w:szCs w:val="28"/>
        </w:rPr>
        <w:t xml:space="preserve"> </w:t>
      </w:r>
      <w:r w:rsidRPr="00CE758F">
        <w:rPr>
          <w:rFonts w:ascii="Baskerville Old Face" w:hAnsi="Baskerville Old Face"/>
          <w:bCs/>
          <w:sz w:val="28"/>
          <w:szCs w:val="28"/>
        </w:rPr>
        <w:t xml:space="preserve">’He couldn’t settle.’ She said it flatly, the way you would report the weather, and that flatness </w:t>
      </w:r>
      <w:r w:rsidRPr="00CE758F">
        <w:rPr>
          <w:rFonts w:ascii="Baskerville Old Face" w:hAnsi="Baskerville Old Face"/>
          <w:bCs/>
          <w:sz w:val="28"/>
          <w:szCs w:val="28"/>
        </w:rPr>
        <w:lastRenderedPageBreak/>
        <w:t>was its own kind of grief; she had been reporting the weather of Padraig Kavanagh for eighteen years. ’He’ll be down at the wall.’</w:t>
      </w:r>
      <w:r w:rsidR="00721544">
        <w:rPr>
          <w:rFonts w:ascii="Baskerville Old Face" w:hAnsi="Baskerville Old Face"/>
          <w:bCs/>
          <w:sz w:val="28"/>
          <w:szCs w:val="28"/>
        </w:rPr>
        <w:t xml:space="preserve"> </w:t>
      </w:r>
      <w:r w:rsidRPr="00CE758F">
        <w:rPr>
          <w:rFonts w:ascii="Baskerville Old Face" w:hAnsi="Baskerville Old Face"/>
          <w:bCs/>
          <w:sz w:val="28"/>
          <w:szCs w:val="28"/>
        </w:rPr>
        <w:t>The wall meant the low parapet at the top of the Vennel steps, where the Flodden Wall still stood</w:t>
      </w:r>
      <w:r w:rsidR="00721544">
        <w:rPr>
          <w:rFonts w:ascii="Baskerville Old Face" w:hAnsi="Baskerville Old Face"/>
          <w:bCs/>
          <w:sz w:val="28"/>
          <w:szCs w:val="28"/>
        </w:rPr>
        <w:t>,</w:t>
      </w:r>
      <w:r w:rsidRPr="00CE758F">
        <w:rPr>
          <w:rFonts w:ascii="Baskerville Old Face" w:hAnsi="Baskerville Old Face"/>
          <w:bCs/>
          <w:sz w:val="28"/>
          <w:szCs w:val="28"/>
        </w:rPr>
        <w:t xml:space="preserve"> and you could see down over the Grassmarket, over the wet slate and the lamps coming on, all the way to the Pentlands when the air was clear. It was where his father went when the house got too small around him. In summer he could be there half the night. In the winter just gone he had come home with his hands blue and had not seemed to notice.</w:t>
      </w:r>
      <w:r w:rsidR="00721544">
        <w:rPr>
          <w:rFonts w:ascii="Baskerville Old Face" w:hAnsi="Baskerville Old Face"/>
          <w:bCs/>
          <w:sz w:val="28"/>
          <w:szCs w:val="28"/>
        </w:rPr>
        <w:t xml:space="preserve"> </w:t>
      </w:r>
      <w:r w:rsidRPr="00CE758F">
        <w:rPr>
          <w:rFonts w:ascii="Baskerville Old Face" w:hAnsi="Baskerville Old Face"/>
          <w:bCs/>
          <w:sz w:val="28"/>
          <w:szCs w:val="28"/>
        </w:rPr>
        <w:t>Finian stood in the door.</w:t>
      </w:r>
      <w:r w:rsidR="00721544">
        <w:rPr>
          <w:rFonts w:ascii="Baskerville Old Face" w:hAnsi="Baskerville Old Face"/>
          <w:bCs/>
          <w:sz w:val="28"/>
          <w:szCs w:val="28"/>
        </w:rPr>
        <w:t xml:space="preserve"> </w:t>
      </w:r>
      <w:r w:rsidRPr="00CE758F">
        <w:rPr>
          <w:rFonts w:ascii="Baskerville Old Face" w:hAnsi="Baskerville Old Face"/>
          <w:bCs/>
          <w:sz w:val="28"/>
          <w:szCs w:val="28"/>
        </w:rPr>
        <w:t>’Ma.’</w:t>
      </w:r>
      <w:r w:rsidR="00721544">
        <w:rPr>
          <w:rFonts w:ascii="Baskerville Old Face" w:hAnsi="Baskerville Old Face"/>
          <w:bCs/>
          <w:sz w:val="28"/>
          <w:szCs w:val="28"/>
        </w:rPr>
        <w:t xml:space="preserve"> </w:t>
      </w:r>
      <w:r w:rsidRPr="00CE758F">
        <w:rPr>
          <w:rFonts w:ascii="Baskerville Old Face" w:hAnsi="Baskerville Old Face"/>
          <w:bCs/>
          <w:sz w:val="28"/>
          <w:szCs w:val="28"/>
        </w:rPr>
        <w:t xml:space="preserve">Something in </w:t>
      </w:r>
      <w:r w:rsidR="00981188">
        <w:rPr>
          <w:rFonts w:ascii="Baskerville Old Face" w:hAnsi="Baskerville Old Face"/>
          <w:bCs/>
          <w:sz w:val="28"/>
          <w:szCs w:val="28"/>
        </w:rPr>
        <w:t>his verse</w:t>
      </w:r>
      <w:r w:rsidRPr="00CE758F">
        <w:rPr>
          <w:rFonts w:ascii="Baskerville Old Face" w:hAnsi="Baskerville Old Face"/>
          <w:bCs/>
          <w:sz w:val="28"/>
          <w:szCs w:val="28"/>
        </w:rPr>
        <w:t xml:space="preserve"> made her stop stirring.</w:t>
      </w:r>
      <w:r w:rsidR="00721544">
        <w:rPr>
          <w:rFonts w:ascii="Baskerville Old Face" w:hAnsi="Baskerville Old Face"/>
          <w:bCs/>
          <w:sz w:val="28"/>
          <w:szCs w:val="28"/>
        </w:rPr>
        <w:t xml:space="preserve"> </w:t>
      </w:r>
      <w:r w:rsidRPr="00CE758F">
        <w:rPr>
          <w:rFonts w:ascii="Baskerville Old Face" w:hAnsi="Baskerville Old Face"/>
          <w:bCs/>
          <w:sz w:val="28"/>
          <w:szCs w:val="28"/>
        </w:rPr>
        <w:t>She did not turn round. She stood at the range with the spoon in her hand</w:t>
      </w:r>
      <w:r w:rsidR="00293F96">
        <w:rPr>
          <w:rFonts w:ascii="Baskerville Old Face" w:hAnsi="Baskerville Old Face"/>
          <w:bCs/>
          <w:sz w:val="28"/>
          <w:szCs w:val="28"/>
        </w:rPr>
        <w:t>,</w:t>
      </w:r>
      <w:r w:rsidRPr="00CE758F">
        <w:rPr>
          <w:rFonts w:ascii="Baskerville Old Face" w:hAnsi="Baskerville Old Face"/>
          <w:bCs/>
          <w:sz w:val="28"/>
          <w:szCs w:val="28"/>
        </w:rPr>
        <w:t xml:space="preserve"> </w:t>
      </w:r>
      <w:r w:rsidR="00293F96">
        <w:rPr>
          <w:rFonts w:ascii="Baskerville Old Face" w:hAnsi="Baskerville Old Face"/>
          <w:bCs/>
          <w:sz w:val="28"/>
          <w:szCs w:val="28"/>
        </w:rPr>
        <w:t>with</w:t>
      </w:r>
      <w:r w:rsidRPr="00CE758F">
        <w:rPr>
          <w:rFonts w:ascii="Baskerville Old Face" w:hAnsi="Baskerville Old Face"/>
          <w:bCs/>
          <w:sz w:val="28"/>
          <w:szCs w:val="28"/>
        </w:rPr>
        <w:t xml:space="preserve"> her back to him and said, ’When.’</w:t>
      </w:r>
    </w:p>
    <w:p w14:paraId="7D6019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’Twelfth. Train to London and then the boat from Southampton.’</w:t>
      </w:r>
    </w:p>
    <w:p w14:paraId="6ACBC4D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twelfth of this month.’</w:t>
      </w:r>
    </w:p>
    <w:p w14:paraId="264C2D0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536817D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nine days.’</w:t>
      </w:r>
    </w:p>
    <w:p w14:paraId="5B66A88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0C5D448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spoon went down on the rest. She put both hands on the rail of the range and leaned on it, and Finian saw, with a lurch, that his mother’s arms were shaking.</w:t>
      </w:r>
    </w:p>
    <w:p w14:paraId="711B9D7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’I knew when you started leaving the </w:t>
      </w:r>
      <w:r w:rsidRPr="00CE758F">
        <w:rPr>
          <w:rFonts w:ascii="Baskerville Old Face" w:hAnsi="Baskerville Old Face"/>
          <w:bCs/>
          <w:i/>
          <w:sz w:val="28"/>
          <w:szCs w:val="28"/>
        </w:rPr>
        <w:t>Scotsman</w:t>
      </w:r>
      <w:r w:rsidRPr="00CE758F">
        <w:rPr>
          <w:rFonts w:ascii="Baskerville Old Face" w:hAnsi="Baskerville Old Face"/>
          <w:bCs/>
          <w:sz w:val="28"/>
          <w:szCs w:val="28"/>
        </w:rPr>
        <w:t xml:space="preserve"> folded open at the shipping,’ she said. ’I’m not a stupid woman, Finian.’</w:t>
      </w:r>
    </w:p>
    <w:p w14:paraId="4B7448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never thought you were.’</w:t>
      </w:r>
    </w:p>
    <w:p w14:paraId="471C9C3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thought I’d greet.’</w:t>
      </w:r>
    </w:p>
    <w:p w14:paraId="2FA1672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thought you’d stop me.’</w:t>
      </w:r>
    </w:p>
    <w:p w14:paraId="5DFE60EF" w14:textId="32CEA05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At that she did turn, and her face was not what he had braced for. It was not anger</w:t>
      </w:r>
      <w:r w:rsidR="00F852EA">
        <w:rPr>
          <w:rFonts w:ascii="Baskerville Old Face" w:hAnsi="Baskerville Old Face"/>
          <w:bCs/>
          <w:sz w:val="28"/>
          <w:szCs w:val="28"/>
        </w:rPr>
        <w:t>,</w:t>
      </w:r>
      <w:r w:rsidRPr="00CE758F">
        <w:rPr>
          <w:rFonts w:ascii="Baskerville Old Face" w:hAnsi="Baskerville Old Face"/>
          <w:bCs/>
          <w:sz w:val="28"/>
          <w:szCs w:val="28"/>
        </w:rPr>
        <w:t xml:space="preserve"> and it was not weeping. It was something older and more tired than either.</w:t>
      </w:r>
    </w:p>
    <w:p w14:paraId="02D9AC0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’Stop you.’ She almost laughed. ’God love you, son. I’ve spent eighteen years watching your father die of a country he never got to. D’you think I’d do the same to you?’</w:t>
      </w:r>
    </w:p>
    <w:p w14:paraId="73A893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crossed the kitchen and took his face in her two cold hands, and Finian, who was five inches taller than her and had been for two years, felt about nine years old.</w:t>
      </w:r>
    </w:p>
    <w:p w14:paraId="253DFF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’You’ll write,’ she said. ’Not a card. A letter. Every month, so I know the shape of your life and not just that you’re breathing.’</w:t>
      </w:r>
    </w:p>
    <w:p w14:paraId="5687423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will.’</w:t>
      </w:r>
    </w:p>
    <w:p w14:paraId="1E04A0DC" w14:textId="5E19656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you’ll tell him yourself. Tonight. Not tomorrow, not the day after.’ Her thumbs moved once on his cheekbones. ’He’ll take it hard</w:t>
      </w:r>
      <w:r w:rsidR="00F852EA">
        <w:rPr>
          <w:rFonts w:ascii="Baskerville Old Face" w:hAnsi="Baskerville Old Face"/>
          <w:bCs/>
          <w:sz w:val="28"/>
          <w:szCs w:val="28"/>
        </w:rPr>
        <w:t>,</w:t>
      </w:r>
      <w:r w:rsidRPr="00CE758F">
        <w:rPr>
          <w:rFonts w:ascii="Baskerville Old Face" w:hAnsi="Baskerville Old Face"/>
          <w:bCs/>
          <w:sz w:val="28"/>
          <w:szCs w:val="28"/>
        </w:rPr>
        <w:t xml:space="preserve"> and he’ll take it strange, and whatever way </w:t>
      </w:r>
      <w:r w:rsidRPr="00CE758F">
        <w:rPr>
          <w:rFonts w:ascii="Baskerville Old Face" w:hAnsi="Baskerville Old Face"/>
          <w:bCs/>
          <w:sz w:val="28"/>
          <w:szCs w:val="28"/>
        </w:rPr>
        <w:lastRenderedPageBreak/>
        <w:t>he takes it, you stand there and take it back. He’s earned that much off you.’</w:t>
      </w:r>
    </w:p>
    <w:p w14:paraId="329BE01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know what he’s earned.’</w:t>
      </w:r>
    </w:p>
    <w:p w14:paraId="20F0360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his mother, ’you don’t. But you’re going to a place that might teach you.’</w:t>
      </w:r>
    </w:p>
    <w:p w14:paraId="11296444" w14:textId="5F6C4B9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woman at the mouth of the close when he came back out.</w:t>
      </w:r>
      <w:r w:rsidR="00B10544">
        <w:rPr>
          <w:rFonts w:ascii="Baskerville Old Face" w:hAnsi="Baskerville Old Face"/>
          <w:bCs/>
          <w:sz w:val="28"/>
          <w:szCs w:val="28"/>
        </w:rPr>
        <w:t xml:space="preserve"> </w:t>
      </w:r>
      <w:r w:rsidRPr="00CE758F">
        <w:rPr>
          <w:rFonts w:ascii="Baskerville Old Face" w:hAnsi="Baskerville Old Face"/>
          <w:bCs/>
          <w:sz w:val="28"/>
          <w:szCs w:val="28"/>
        </w:rPr>
        <w:t>Finian barely registered her. Grey shawl, dark skirts, standing out of the drip of the rone pipe with her hands folded in front of her, the way old women stood at close-mouths all over the Old Town waiting on nothing in particular. He said ’Evening’ as he passed, because you did, and she inclined her head.</w:t>
      </w:r>
      <w:r w:rsidR="00212748">
        <w:rPr>
          <w:rFonts w:ascii="Baskerville Old Face" w:hAnsi="Baskerville Old Face"/>
          <w:bCs/>
          <w:sz w:val="28"/>
          <w:szCs w:val="28"/>
        </w:rPr>
        <w:t xml:space="preserve"> </w:t>
      </w:r>
      <w:r w:rsidRPr="00CE758F">
        <w:rPr>
          <w:rFonts w:ascii="Baskerville Old Face" w:hAnsi="Baskerville Old Face"/>
          <w:bCs/>
          <w:sz w:val="28"/>
          <w:szCs w:val="28"/>
        </w:rPr>
        <w:t xml:space="preserve">He </w:t>
      </w:r>
      <w:r w:rsidR="00927DE6">
        <w:rPr>
          <w:rFonts w:ascii="Baskerville Old Face" w:hAnsi="Baskerville Old Face"/>
          <w:bCs/>
          <w:sz w:val="28"/>
          <w:szCs w:val="28"/>
        </w:rPr>
        <w:t>strode several</w:t>
      </w:r>
      <w:r w:rsidRPr="00CE758F">
        <w:rPr>
          <w:rFonts w:ascii="Baskerville Old Face" w:hAnsi="Baskerville Old Face"/>
          <w:bCs/>
          <w:sz w:val="28"/>
          <w:szCs w:val="28"/>
        </w:rPr>
        <w:t xml:space="preserve"> steps up the wynd before it occurred to him that he had not heard her answer; that the lamplight had not been on her face; and that in three months of that killing winter he had never once seen her before, though he knew every face between the Grassmarket and the Vennel.</w:t>
      </w:r>
      <w:r w:rsidR="00212748">
        <w:rPr>
          <w:rFonts w:ascii="Baskerville Old Face" w:hAnsi="Baskerville Old Face"/>
          <w:bCs/>
          <w:sz w:val="28"/>
          <w:szCs w:val="28"/>
        </w:rPr>
        <w:t xml:space="preserve"> </w:t>
      </w:r>
      <w:r w:rsidRPr="00CE758F">
        <w:rPr>
          <w:rFonts w:ascii="Baskerville Old Face" w:hAnsi="Baskerville Old Face"/>
          <w:bCs/>
          <w:sz w:val="28"/>
          <w:szCs w:val="28"/>
        </w:rPr>
        <w:t>He turned round.</w:t>
      </w:r>
      <w:r w:rsidR="00212748">
        <w:rPr>
          <w:rFonts w:ascii="Baskerville Old Face" w:hAnsi="Baskerville Old Face"/>
          <w:bCs/>
          <w:sz w:val="28"/>
          <w:szCs w:val="28"/>
        </w:rPr>
        <w:t xml:space="preserve"> </w:t>
      </w:r>
      <w:r w:rsidRPr="00CE758F">
        <w:rPr>
          <w:rFonts w:ascii="Baskerville Old Face" w:hAnsi="Baskerville Old Face"/>
          <w:bCs/>
          <w:sz w:val="28"/>
          <w:szCs w:val="28"/>
        </w:rPr>
        <w:t>The close-mouth was empty. Water ran down the wall where she had stood, and it was wet everywhere, and there was nothing at all to say that a woman had been standing there.</w:t>
      </w:r>
      <w:r w:rsidR="00AA7EE3">
        <w:rPr>
          <w:rFonts w:ascii="Baskerville Old Face" w:hAnsi="Baskerville Old Face"/>
          <w:bCs/>
          <w:sz w:val="28"/>
          <w:szCs w:val="28"/>
        </w:rPr>
        <w:t xml:space="preserve"> </w:t>
      </w:r>
      <w:r w:rsidRPr="00CE758F">
        <w:rPr>
          <w:rFonts w:ascii="Baskerville Old Face" w:hAnsi="Baskerville Old Face"/>
          <w:bCs/>
          <w:i/>
          <w:sz w:val="28"/>
          <w:szCs w:val="28"/>
        </w:rPr>
        <w:t>Away and don’t be daft,</w:t>
      </w:r>
      <w:r w:rsidRPr="00CE758F">
        <w:rPr>
          <w:rFonts w:ascii="Baskerville Old Face" w:hAnsi="Baskerville Old Face"/>
          <w:bCs/>
          <w:sz w:val="28"/>
          <w:szCs w:val="28"/>
        </w:rPr>
        <w:t xml:space="preserve"> he told himself, and went on up the steps, and did not look back again, and could not afterwards have said why not </w:t>
      </w:r>
      <w:r w:rsidRPr="00CE758F">
        <w:rPr>
          <w:rFonts w:ascii="Baskerville Old Face" w:hAnsi="Baskerville Old Face"/>
          <w:bCs/>
          <w:sz w:val="28"/>
          <w:szCs w:val="28"/>
        </w:rPr>
        <w:lastRenderedPageBreak/>
        <w:t>looking back had felt like a decision.</w:t>
      </w:r>
      <w:r w:rsidR="00212748">
        <w:rPr>
          <w:rFonts w:ascii="Baskerville Old Face" w:hAnsi="Baskerville Old Face"/>
          <w:bCs/>
          <w:sz w:val="28"/>
          <w:szCs w:val="28"/>
        </w:rPr>
        <w:t xml:space="preserve"> </w:t>
      </w:r>
      <w:r w:rsidRPr="00CE758F">
        <w:rPr>
          <w:rFonts w:ascii="Baskerville Old Face" w:hAnsi="Baskerville Old Face"/>
          <w:bCs/>
          <w:sz w:val="28"/>
          <w:szCs w:val="28"/>
        </w:rPr>
        <w:t>His father was at the wall.</w:t>
      </w:r>
      <w:r w:rsidR="00212748">
        <w:rPr>
          <w:rFonts w:ascii="Baskerville Old Face" w:hAnsi="Baskerville Old Face"/>
          <w:bCs/>
          <w:sz w:val="28"/>
          <w:szCs w:val="28"/>
        </w:rPr>
        <w:t xml:space="preserve"> </w:t>
      </w:r>
      <w:r w:rsidRPr="00CE758F">
        <w:rPr>
          <w:rFonts w:ascii="Baskerville Old Face" w:hAnsi="Baskerville Old Face"/>
          <w:bCs/>
          <w:sz w:val="28"/>
          <w:szCs w:val="28"/>
        </w:rPr>
        <w:t>He had his cap off, which he only ever did outdoors, and his hair was thin and wet and stuck to his skull, and he was looking down over the Grassmarket with his forearms on the parapet and his hands loose. From behind, in the dark, he could have been an old man. He was forty-six.</w:t>
      </w:r>
      <w:r w:rsidR="00212748">
        <w:rPr>
          <w:rFonts w:ascii="Baskerville Old Face" w:hAnsi="Baskerville Old Face"/>
          <w:bCs/>
          <w:sz w:val="28"/>
          <w:szCs w:val="28"/>
        </w:rPr>
        <w:t xml:space="preserve"> </w:t>
      </w:r>
      <w:r w:rsidRPr="00CE758F">
        <w:rPr>
          <w:rFonts w:ascii="Baskerville Old Face" w:hAnsi="Baskerville Old Face"/>
          <w:bCs/>
          <w:sz w:val="28"/>
          <w:szCs w:val="28"/>
        </w:rPr>
        <w:t>Finian stood at his shoulder and looked where he was looking. The market square below, the lamps doubled in the standing water, the tail end of a horse-and-cart going up towards the West Bow, the White Hart glowing at the far corner like a coal.</w:t>
      </w:r>
      <w:r w:rsidR="00212748">
        <w:rPr>
          <w:rFonts w:ascii="Baskerville Old Face" w:hAnsi="Baskerville Old Face"/>
          <w:bCs/>
          <w:sz w:val="28"/>
          <w:szCs w:val="28"/>
        </w:rPr>
        <w:t xml:space="preserve"> </w:t>
      </w:r>
      <w:r w:rsidRPr="00CE758F">
        <w:rPr>
          <w:rFonts w:ascii="Baskerville Old Face" w:hAnsi="Baskerville Old Face"/>
          <w:bCs/>
          <w:sz w:val="28"/>
          <w:szCs w:val="28"/>
        </w:rPr>
        <w:t>’They hanged folk down there,’ Padraig said, without turning. ’Did y’know that</w:t>
      </w:r>
      <w:r w:rsidR="00F852EA">
        <w:rPr>
          <w:rFonts w:ascii="Baskerville Old Face" w:hAnsi="Baskerville Old Face"/>
          <w:bCs/>
          <w:sz w:val="28"/>
          <w:szCs w:val="28"/>
        </w:rPr>
        <w:t>?</w:t>
      </w:r>
      <w:r w:rsidRPr="00CE758F">
        <w:rPr>
          <w:rFonts w:ascii="Baskerville Old Face" w:hAnsi="Baskerville Old Face"/>
          <w:bCs/>
          <w:sz w:val="28"/>
          <w:szCs w:val="28"/>
        </w:rPr>
        <w:t>’</w:t>
      </w:r>
      <w:r w:rsidR="00212748">
        <w:rPr>
          <w:rFonts w:ascii="Baskerville Old Face" w:hAnsi="Baskerville Old Face"/>
          <w:bCs/>
          <w:sz w:val="28"/>
          <w:szCs w:val="28"/>
        </w:rPr>
        <w:t xml:space="preserve"> </w:t>
      </w:r>
      <w:r w:rsidRPr="00CE758F">
        <w:rPr>
          <w:rFonts w:ascii="Baskerville Old Face" w:hAnsi="Baskerville Old Face"/>
          <w:bCs/>
          <w:sz w:val="28"/>
          <w:szCs w:val="28"/>
        </w:rPr>
        <w:t>’You’ve told me.’</w:t>
      </w:r>
      <w:r w:rsidR="00212748">
        <w:rPr>
          <w:rFonts w:ascii="Baskerville Old Face" w:hAnsi="Baskerville Old Face"/>
          <w:bCs/>
          <w:sz w:val="28"/>
          <w:szCs w:val="28"/>
        </w:rPr>
        <w:t xml:space="preserve"> </w:t>
      </w:r>
      <w:r w:rsidRPr="00CE758F">
        <w:rPr>
          <w:rFonts w:ascii="Baskerville Old Face" w:hAnsi="Baskerville Old Face"/>
          <w:bCs/>
          <w:sz w:val="28"/>
          <w:szCs w:val="28"/>
        </w:rPr>
        <w:t>’Hundreds of them. Covenanters, mostly. There’s a stone.’ He shifted his weight. ’I used to think that was a terrible thing about this town, that it kept a stone for it. Now I think it’s the only honest thing about it.’</w:t>
      </w:r>
      <w:r w:rsidR="00212748">
        <w:rPr>
          <w:rFonts w:ascii="Baskerville Old Face" w:hAnsi="Baskerville Old Face"/>
          <w:bCs/>
          <w:sz w:val="28"/>
          <w:szCs w:val="28"/>
        </w:rPr>
        <w:t xml:space="preserve"> </w:t>
      </w:r>
      <w:r w:rsidRPr="00CE758F">
        <w:rPr>
          <w:rFonts w:ascii="Baskerville Old Face" w:hAnsi="Baskerville Old Face"/>
          <w:bCs/>
          <w:sz w:val="28"/>
          <w:szCs w:val="28"/>
        </w:rPr>
        <w:t>He had been a talker once. Finian had been told this the way you are told about a country you have never visited. Bridie said that before the war Padraig Kavanagh could hold a room in Wexford and in Leith both; that he sang; that he had a laugh on him you could hear across a street. What had come home in 1946 talked in short pieces with long gaps between them, like a man paying out rope.</w:t>
      </w:r>
    </w:p>
    <w:p w14:paraId="7BF84C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’Da.’</w:t>
      </w:r>
    </w:p>
    <w:p w14:paraId="7FA96AA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’Mm.’</w:t>
      </w:r>
    </w:p>
    <w:p w14:paraId="216EC8F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got a ticket.’</w:t>
      </w:r>
    </w:p>
    <w:p w14:paraId="32207C4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 father did not move.</w:t>
      </w:r>
    </w:p>
    <w:p w14:paraId="234C93C0" w14:textId="7E3051F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cart went on up the West Bow. Somewhere down in the Cowgate a door banged</w:t>
      </w:r>
      <w:r w:rsidR="00313941">
        <w:rPr>
          <w:rFonts w:ascii="Baskerville Old Face" w:hAnsi="Baskerville Old Face"/>
          <w:bCs/>
          <w:sz w:val="28"/>
          <w:szCs w:val="28"/>
        </w:rPr>
        <w:t>,</w:t>
      </w:r>
      <w:r w:rsidRPr="00CE758F">
        <w:rPr>
          <w:rFonts w:ascii="Baskerville Old Face" w:hAnsi="Baskerville Old Face"/>
          <w:bCs/>
          <w:sz w:val="28"/>
          <w:szCs w:val="28"/>
        </w:rPr>
        <w:t xml:space="preserve"> and two men started arguing about money</w:t>
      </w:r>
      <w:r w:rsidR="0094087B">
        <w:rPr>
          <w:rFonts w:ascii="Baskerville Old Face" w:hAnsi="Baskerville Old Face"/>
          <w:bCs/>
          <w:sz w:val="28"/>
          <w:szCs w:val="28"/>
        </w:rPr>
        <w:t>,</w:t>
      </w:r>
      <w:r w:rsidRPr="00CE758F">
        <w:rPr>
          <w:rFonts w:ascii="Baskerville Old Face" w:hAnsi="Baskerville Old Face"/>
          <w:bCs/>
          <w:sz w:val="28"/>
          <w:szCs w:val="28"/>
        </w:rPr>
        <w:t xml:space="preserve"> and then stopped.</w:t>
      </w:r>
    </w:p>
    <w:p w14:paraId="4BCCEC1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’Where to,’ said Padraig at last.</w:t>
      </w:r>
    </w:p>
    <w:p w14:paraId="0F890E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’Melbourne first. Then up.’</w:t>
      </w:r>
    </w:p>
    <w:p w14:paraId="17F6C72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’Up.’</w:t>
      </w:r>
    </w:p>
    <w:p w14:paraId="71426CC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’North. The Territory.’</w:t>
      </w:r>
    </w:p>
    <w:p w14:paraId="1C53A05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then his father did move. He straightened off the parapet, and turned, and Finian saw his face in the lamplight and could not read a single thing on it.</w:t>
      </w:r>
    </w:p>
    <w:p w14:paraId="4F3B6DF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it again,’ Padraig said.</w:t>
      </w:r>
    </w:p>
    <w:p w14:paraId="35F7862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an assisted passage. The twelfth. Ship out of Southampton, six weeks, and then—’</w:t>
      </w:r>
    </w:p>
    <w:p w14:paraId="73E39BE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 that bit. The other bit.’</w:t>
      </w:r>
    </w:p>
    <w:p w14:paraId="7DE0DD2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swallowed. ’The Territory.’</w:t>
      </w:r>
    </w:p>
    <w:p w14:paraId="36914BA1" w14:textId="084F2E3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Something went across his father’s face then, fast, like </w:t>
      </w:r>
      <w:r w:rsidR="001C5B0A">
        <w:rPr>
          <w:rFonts w:ascii="Baskerville Old Face" w:hAnsi="Baskerville Old Face"/>
          <w:bCs/>
          <w:sz w:val="28"/>
          <w:szCs w:val="28"/>
        </w:rPr>
        <w:t xml:space="preserve">changing </w:t>
      </w:r>
      <w:r w:rsidRPr="00CE758F">
        <w:rPr>
          <w:rFonts w:ascii="Baskerville Old Face" w:hAnsi="Baskerville Old Face"/>
          <w:bCs/>
          <w:sz w:val="28"/>
          <w:szCs w:val="28"/>
        </w:rPr>
        <w:t xml:space="preserve">weather </w:t>
      </w:r>
      <w:r w:rsidR="001C5B0A">
        <w:rPr>
          <w:rFonts w:ascii="Baskerville Old Face" w:hAnsi="Baskerville Old Face"/>
          <w:bCs/>
          <w:sz w:val="28"/>
          <w:szCs w:val="28"/>
        </w:rPr>
        <w:t xml:space="preserve">sweeping </w:t>
      </w:r>
      <w:r w:rsidRPr="00CE758F">
        <w:rPr>
          <w:rFonts w:ascii="Baskerville Old Face" w:hAnsi="Baskerville Old Face"/>
          <w:bCs/>
          <w:sz w:val="28"/>
          <w:szCs w:val="28"/>
        </w:rPr>
        <w:t xml:space="preserve">across a hill. He put his hand out and gripped the parapet, and stood like that, gripping wet </w:t>
      </w:r>
      <w:r w:rsidRPr="00CE758F">
        <w:rPr>
          <w:rFonts w:ascii="Baskerville Old Face" w:hAnsi="Baskerville Old Face"/>
          <w:bCs/>
          <w:sz w:val="28"/>
          <w:szCs w:val="28"/>
        </w:rPr>
        <w:lastRenderedPageBreak/>
        <w:t>stone, for long enough that Finian said, ’Da—’ and reached for his elbow.</w:t>
      </w:r>
    </w:p>
    <w:p w14:paraId="7F0F425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’Don’t.’ Padraig lifted the hand off the stone and held it up, flat. </w:t>
      </w:r>
      <w:r w:rsidRPr="00CE758F">
        <w:rPr>
          <w:rFonts w:ascii="Baskerville Old Face" w:hAnsi="Baskerville Old Face"/>
          <w:bCs/>
          <w:i/>
          <w:sz w:val="28"/>
          <w:szCs w:val="28"/>
        </w:rPr>
        <w:t>Stop.</w:t>
      </w:r>
      <w:r w:rsidRPr="00CE758F">
        <w:rPr>
          <w:rFonts w:ascii="Baskerville Old Face" w:hAnsi="Baskerville Old Face"/>
          <w:bCs/>
          <w:sz w:val="28"/>
          <w:szCs w:val="28"/>
        </w:rPr>
        <w:t xml:space="preserve"> It was shaking. ’Don’t touch us a minute.’</w:t>
      </w:r>
    </w:p>
    <w:p w14:paraId="07700DA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 with his arms at his sides.</w:t>
      </w:r>
    </w:p>
    <w:p w14:paraId="70C936DB" w14:textId="60E39BB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’You’ll have got that out of my mouth,’ his father said. ’That name. You’ll have got it off me, at some hour, when I’d drink in </w:t>
      </w:r>
      <w:r w:rsidR="00BB255D">
        <w:rPr>
          <w:rFonts w:ascii="Baskerville Old Face" w:hAnsi="Baskerville Old Face"/>
          <w:bCs/>
          <w:sz w:val="28"/>
          <w:szCs w:val="28"/>
        </w:rPr>
        <w:t>me</w:t>
      </w:r>
      <w:r w:rsidRPr="00CE758F">
        <w:rPr>
          <w:rFonts w:ascii="Baskerville Old Face" w:hAnsi="Baskerville Old Face"/>
          <w:bCs/>
          <w:sz w:val="28"/>
          <w:szCs w:val="28"/>
        </w:rPr>
        <w:t xml:space="preserve"> and no sense.’</w:t>
      </w:r>
    </w:p>
    <w:p w14:paraId="724A52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’You’ve said it a hundred times.’</w:t>
      </w:r>
    </w:p>
    <w:p w14:paraId="2844B07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’Aye.’ Padraig laughed, one syllable, entirely without humour. ’A hundred times. And never once </w:t>
      </w:r>
      <w:r w:rsidRPr="00CE758F">
        <w:rPr>
          <w:rFonts w:ascii="Baskerville Old Face" w:hAnsi="Baskerville Old Face"/>
          <w:bCs/>
          <w:i/>
          <w:sz w:val="28"/>
          <w:szCs w:val="28"/>
        </w:rPr>
        <w:t>did</w:t>
      </w:r>
      <w:r w:rsidRPr="00CE758F">
        <w:rPr>
          <w:rFonts w:ascii="Baskerville Old Face" w:hAnsi="Baskerville Old Face"/>
          <w:bCs/>
          <w:sz w:val="28"/>
          <w:szCs w:val="28"/>
        </w:rPr>
        <w:t xml:space="preserve"> it.’</w:t>
      </w:r>
    </w:p>
    <w:p w14:paraId="6E3374C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not why I’m going.’</w:t>
      </w:r>
    </w:p>
    <w:p w14:paraId="4713566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exactly why you’re going.’</w:t>
      </w:r>
    </w:p>
    <w:p w14:paraId="4BE56C5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looked at each other in the wet dark.</w:t>
      </w:r>
    </w:p>
    <w:p w14:paraId="3B79A8F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’Come away home,’ Padraig said. ’There’s a thing I’ve to give you, and I’ll not do it standing in the rain like a beggar.’</w:t>
      </w:r>
    </w:p>
    <w:p w14:paraId="5920723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tin was under the bed, and Finian had known about it his whole life and had never once been let touch it.</w:t>
      </w:r>
    </w:p>
    <w:p w14:paraId="399CC663" w14:textId="6A5652E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had held fifty Player’s Navy Cut, a long time ago. Now it held his father’s war. Three things.</w:t>
      </w:r>
      <w:r w:rsidR="008661FB">
        <w:rPr>
          <w:rFonts w:ascii="Baskerville Old Face" w:hAnsi="Baskerville Old Face"/>
          <w:bCs/>
          <w:sz w:val="28"/>
          <w:szCs w:val="28"/>
        </w:rPr>
        <w:t xml:space="preserve"> </w:t>
      </w:r>
      <w:r w:rsidRPr="00CE758F">
        <w:rPr>
          <w:rFonts w:ascii="Baskerville Old Face" w:hAnsi="Baskerville Old Face"/>
          <w:bCs/>
          <w:sz w:val="28"/>
          <w:szCs w:val="28"/>
        </w:rPr>
        <w:t xml:space="preserve">Padraig set it on the kitchen table, and Bridie, understanding at once what was </w:t>
      </w:r>
      <w:r w:rsidRPr="00CE758F">
        <w:rPr>
          <w:rFonts w:ascii="Baskerville Old Face" w:hAnsi="Baskerville Old Face"/>
          <w:bCs/>
          <w:sz w:val="28"/>
          <w:szCs w:val="28"/>
        </w:rPr>
        <w:lastRenderedPageBreak/>
        <w:t>happening, went and stood at the sink with her back to them and ran a tap that did not need running.</w:t>
      </w:r>
    </w:p>
    <w:p w14:paraId="4E73967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first thing out was a photograph, so soft at the corners it had gone furry. Six men in shorts and no shirts, squinting, sitting on and around a truck with a gun on it. Sand behind them. Sand under them. Nothing else in the world but sand.</w:t>
      </w:r>
    </w:p>
    <w:p w14:paraId="4360062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’North Africa,’ said Padraig. ’Forty-one. That’s me.’</w:t>
      </w:r>
    </w:p>
    <w:p w14:paraId="55DA0054" w14:textId="6BABF12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bent over it. He could not find his father anywhere in it. Then he could, and wished he hadn’t: second from the left, laughing, one arm slung round the neck of the man beside him</w:t>
      </w:r>
      <w:r w:rsidR="008661FB">
        <w:rPr>
          <w:rFonts w:ascii="Baskerville Old Face" w:hAnsi="Baskerville Old Face"/>
          <w:bCs/>
          <w:sz w:val="28"/>
          <w:szCs w:val="28"/>
        </w:rPr>
        <w:t xml:space="preserve">, </w:t>
      </w:r>
      <w:r w:rsidRPr="00CE758F">
        <w:rPr>
          <w:rFonts w:ascii="Baskerville Old Face" w:hAnsi="Baskerville Old Face"/>
          <w:bCs/>
          <w:sz w:val="28"/>
          <w:szCs w:val="28"/>
        </w:rPr>
        <w:t>a boy of about twenty-four with a chest like a door and hair so pale it had gone white in the print.</w:t>
      </w:r>
    </w:p>
    <w:p w14:paraId="274B8CC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that,’ said his father, ’is Snowy Hale.’</w:t>
      </w:r>
    </w:p>
    <w:p w14:paraId="186393B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the name carefully. He set it down on the table between them like something breakable.</w:t>
      </w:r>
    </w:p>
    <w:p w14:paraId="3F26B7E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’Australian?’</w:t>
      </w:r>
    </w:p>
    <w:p w14:paraId="2678541D" w14:textId="77777777" w:rsidR="00CE6D78"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’Ninth Division. They were in Tobruk with us. </w:t>
      </w:r>
      <w:r w:rsidRPr="00CE758F">
        <w:rPr>
          <w:rFonts w:ascii="Baskerville Old Face" w:hAnsi="Baskerville Old Face"/>
          <w:bCs/>
          <w:i/>
          <w:sz w:val="28"/>
          <w:szCs w:val="28"/>
        </w:rPr>
        <w:t>We</w:t>
      </w:r>
      <w:r w:rsidRPr="00CE758F">
        <w:rPr>
          <w:rFonts w:ascii="Baskerville Old Face" w:hAnsi="Baskerville Old Face"/>
          <w:bCs/>
          <w:sz w:val="28"/>
          <w:szCs w:val="28"/>
        </w:rPr>
        <w:t xml:space="preserve"> were in it with </w:t>
      </w:r>
      <w:r w:rsidRPr="00CE758F">
        <w:rPr>
          <w:rFonts w:ascii="Baskerville Old Face" w:hAnsi="Baskerville Old Face"/>
          <w:bCs/>
          <w:i/>
          <w:sz w:val="28"/>
          <w:szCs w:val="28"/>
        </w:rPr>
        <w:t>them</w:t>
      </w:r>
      <w:r w:rsidRPr="00CE758F">
        <w:rPr>
          <w:rFonts w:ascii="Baskerville Old Face" w:hAnsi="Baskerville Old Face"/>
          <w:bCs/>
          <w:sz w:val="28"/>
          <w:szCs w:val="28"/>
        </w:rPr>
        <w:t>, if you’d asked Snowy.’ A ghost of the old laugh, gone as soon as it came. ’They shelled us for two hundred and forty days, son. You can’t imagine it</w:t>
      </w:r>
      <w:r w:rsidR="0088413C">
        <w:rPr>
          <w:rFonts w:ascii="Baskerville Old Face" w:hAnsi="Baskerville Old Face"/>
          <w:bCs/>
          <w:sz w:val="28"/>
          <w:szCs w:val="28"/>
        </w:rPr>
        <w:t>,</w:t>
      </w:r>
      <w:r w:rsidRPr="00CE758F">
        <w:rPr>
          <w:rFonts w:ascii="Baskerville Old Face" w:hAnsi="Baskerville Old Face"/>
          <w:bCs/>
          <w:sz w:val="28"/>
          <w:szCs w:val="28"/>
        </w:rPr>
        <w:t xml:space="preserve"> and I’ll not try to make you. And every night of it, that man talked. </w:t>
      </w:r>
    </w:p>
    <w:p w14:paraId="4B69423A" w14:textId="3E5037C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Talked the way you’d whistle in a dark room. About home.’</w:t>
      </w:r>
    </w:p>
    <w:p w14:paraId="201E7ED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Territory.’</w:t>
      </w:r>
    </w:p>
    <w:p w14:paraId="4CF4DA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’Tennant Creek. Katherine. Names I’d never heard and couldn’t spell, and I can still say the lot of them.’ Padraig’s eyes had gone somewhere past the kitchen wall. ’He put down bores. Water bores, for the cattle stations. That was his trade, before. Him and his father with a rig on the back of a truck, going station to station, drilling for water.’</w:t>
      </w:r>
    </w:p>
    <w:p w14:paraId="687A6BA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’In the desert.’</w:t>
      </w:r>
    </w:p>
    <w:p w14:paraId="3B817BBA" w14:textId="58E374C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Pr="00CE758F">
        <w:rPr>
          <w:rFonts w:ascii="Baskerville Old Face" w:hAnsi="Baskerville Old Face"/>
          <w:bCs/>
          <w:i/>
          <w:sz w:val="28"/>
          <w:szCs w:val="28"/>
        </w:rPr>
        <w:t>Under</w:t>
      </w:r>
      <w:r w:rsidRPr="00CE758F">
        <w:rPr>
          <w:rFonts w:ascii="Baskerville Old Face" w:hAnsi="Baskerville Old Face"/>
          <w:bCs/>
          <w:sz w:val="28"/>
          <w:szCs w:val="28"/>
        </w:rPr>
        <w:t xml:space="preserve"> the desert.’ Padraig’s hand came down flat on the table, and Finian jumped. ’That was the thing he’d say. He’d say it every night of that bloody siege, when we hadn’t a cupful between six men and the tank water tasted of petrol. He’d say</w:t>
      </w:r>
      <w:r w:rsidR="00F02D8A">
        <w:rPr>
          <w:rFonts w:ascii="Baskerville Old Face" w:hAnsi="Baskerville Old Face"/>
          <w:bCs/>
          <w:sz w:val="28"/>
          <w:szCs w:val="28"/>
        </w:rPr>
        <w:t xml:space="preserve">, </w:t>
      </w:r>
      <w:r w:rsidRPr="00CE758F">
        <w:rPr>
          <w:rFonts w:ascii="Baskerville Old Face" w:hAnsi="Baskerville Old Face"/>
          <w:bCs/>
          <w:i/>
          <w:sz w:val="28"/>
          <w:szCs w:val="28"/>
        </w:rPr>
        <w:t>Paddy</w:t>
      </w:r>
      <w:r w:rsidR="00F02D8A">
        <w:rPr>
          <w:rFonts w:ascii="Baskerville Old Face" w:hAnsi="Baskerville Old Face"/>
          <w:bCs/>
          <w:sz w:val="28"/>
          <w:szCs w:val="28"/>
        </w:rPr>
        <w:t>,</w:t>
      </w:r>
      <w:r w:rsidRPr="00CE758F">
        <w:rPr>
          <w:rFonts w:ascii="Baskerville Old Face" w:hAnsi="Baskerville Old Face"/>
          <w:bCs/>
          <w:sz w:val="28"/>
          <w:szCs w:val="28"/>
        </w:rPr>
        <w:t xml:space="preserve">’ and his father’s voice changed, went slower and broader and warmer, an Australian voice worn smooth by twenty years of use in a cold kitchen ’— </w:t>
      </w:r>
      <w:r w:rsidRPr="00CE758F">
        <w:rPr>
          <w:rFonts w:ascii="Baskerville Old Face" w:hAnsi="Baskerville Old Face"/>
          <w:bCs/>
          <w:i/>
          <w:sz w:val="28"/>
          <w:szCs w:val="28"/>
        </w:rPr>
        <w:t xml:space="preserve">Paddy, there’s a sea under the desert. Whole sea of it. Been </w:t>
      </w:r>
      <w:r w:rsidR="00F155A4" w:rsidRPr="00CE758F">
        <w:rPr>
          <w:rFonts w:ascii="Baskerville Old Face" w:hAnsi="Baskerville Old Face"/>
          <w:bCs/>
          <w:i/>
          <w:sz w:val="28"/>
          <w:szCs w:val="28"/>
        </w:rPr>
        <w:t>sitting</w:t>
      </w:r>
      <w:r w:rsidRPr="00CE758F">
        <w:rPr>
          <w:rFonts w:ascii="Baskerville Old Face" w:hAnsi="Baskerville Old Face"/>
          <w:bCs/>
          <w:i/>
          <w:sz w:val="28"/>
          <w:szCs w:val="28"/>
        </w:rPr>
        <w:t>’ there since before there was anybody to be thirsty. You just have to know where to put the hole.</w:t>
      </w:r>
      <w:r w:rsidRPr="00CE758F">
        <w:rPr>
          <w:rFonts w:ascii="Baskerville Old Face" w:hAnsi="Baskerville Old Face"/>
          <w:bCs/>
          <w:sz w:val="28"/>
          <w:szCs w:val="28"/>
        </w:rPr>
        <w:t>’</w:t>
      </w:r>
    </w:p>
    <w:p w14:paraId="71746B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tap ran at the sink. Bridie did not turn round.</w:t>
      </w:r>
    </w:p>
    <w:p w14:paraId="1A3AF14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was going to take me,’ Padraig said. ’That was the arrangement. When it was done, I’d go out with him and learn the rig, and we’d put bores down the length of the Barkly, and there’d be work for two men for forty years. He wrote it down for us. Made us take an address.’</w:t>
      </w:r>
    </w:p>
    <w:p w14:paraId="624786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second thing out of the tin was the address: a scrap of paper folded to a hard little square, worn through along the folds, the pencil gone silver with age.</w:t>
      </w:r>
    </w:p>
    <w:p w14:paraId="6D02249E" w14:textId="1C40A9E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Hale</w:t>
      </w:r>
      <w:r w:rsidR="004212DC">
        <w:rPr>
          <w:rFonts w:ascii="Baskerville Old Face" w:hAnsi="Baskerville Old Face"/>
          <w:bCs/>
          <w:i/>
          <w:sz w:val="28"/>
          <w:szCs w:val="28"/>
        </w:rPr>
        <w:t xml:space="preserve"> -</w:t>
      </w:r>
      <w:r w:rsidRPr="00CE758F">
        <w:rPr>
          <w:rFonts w:ascii="Baskerville Old Face" w:hAnsi="Baskerville Old Face"/>
          <w:bCs/>
          <w:i/>
          <w:sz w:val="28"/>
          <w:szCs w:val="28"/>
        </w:rPr>
        <w:t xml:space="preserve"> c/o Post Office, Tennant Creek, N.T.</w:t>
      </w:r>
    </w:p>
    <w:p w14:paraId="0643A73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happened to him?’</w:t>
      </w:r>
    </w:p>
    <w:p w14:paraId="6C7330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 father looked at the photograph for a while.</w:t>
      </w:r>
    </w:p>
    <w:p w14:paraId="1A0D87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 Alamein,’ he said. ’The second one. October.’</w:t>
      </w:r>
    </w:p>
    <w:p w14:paraId="1406764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’Was it quick?’</w:t>
      </w:r>
    </w:p>
    <w:p w14:paraId="56F4417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7380F4A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was all. Finian did not ask again, then or ever.</w:t>
      </w:r>
    </w:p>
    <w:p w14:paraId="3536BD3B" w14:textId="02F1D3E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third thing was a map. Not a proper map</w:t>
      </w:r>
      <w:r w:rsidR="00F46339">
        <w:rPr>
          <w:rFonts w:ascii="Baskerville Old Face" w:hAnsi="Baskerville Old Face"/>
          <w:bCs/>
          <w:sz w:val="28"/>
          <w:szCs w:val="28"/>
        </w:rPr>
        <w:t xml:space="preserve">, </w:t>
      </w:r>
      <w:r w:rsidRPr="00CE758F">
        <w:rPr>
          <w:rFonts w:ascii="Baskerville Old Face" w:hAnsi="Baskerville Old Face"/>
          <w:bCs/>
          <w:sz w:val="28"/>
          <w:szCs w:val="28"/>
        </w:rPr>
        <w:t xml:space="preserve">a page torn out of an atlas, Australia entire, the great blank middle of it printed in a pale washed orange that the printers had plainly chosen for want of anything else to put there. And across that emptiness somebody had drawn in pencil a wandering line, and marked six crosses on it, and written beside them in a big </w:t>
      </w:r>
      <w:r w:rsidRPr="00CE758F">
        <w:rPr>
          <w:rFonts w:ascii="Baskerville Old Face" w:hAnsi="Baskerville Old Face"/>
          <w:bCs/>
          <w:sz w:val="28"/>
          <w:szCs w:val="28"/>
        </w:rPr>
        <w:lastRenderedPageBreak/>
        <w:t xml:space="preserve">unschooled hand: </w:t>
      </w:r>
      <w:r w:rsidRPr="00CE758F">
        <w:rPr>
          <w:rFonts w:ascii="Baskerville Old Face" w:hAnsi="Baskerville Old Face"/>
          <w:bCs/>
          <w:i/>
          <w:sz w:val="28"/>
          <w:szCs w:val="28"/>
        </w:rPr>
        <w:t>water here. water here. water, 90ft. good water.</w:t>
      </w:r>
    </w:p>
    <w:p w14:paraId="10063F0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that on the lid of an ammunition box,’ said Padraig. ’From memory. In the dark.’</w:t>
      </w:r>
    </w:p>
    <w:p w14:paraId="5AABB0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put his finger on the pencil line and it came away with a grey smudge on it, and something in his chest turned over hard and did not turn back.</w:t>
      </w:r>
    </w:p>
    <w:p w14:paraId="07928BA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did you never go?’</w:t>
      </w:r>
    </w:p>
    <w:p w14:paraId="1C03A52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not planned to ask it. It came out of him.</w:t>
      </w:r>
    </w:p>
    <w:p w14:paraId="52E3F18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 mother’s tap stopped.</w:t>
      </w:r>
    </w:p>
    <w:p w14:paraId="0DB5CDDE" w14:textId="5394A85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’Ask it right,’ said his father quietly. ’You’ve been wanting to ask it since you were nine. Ask it right</w:t>
      </w:r>
      <w:r w:rsidR="0000702F">
        <w:rPr>
          <w:rFonts w:ascii="Baskerville Old Face" w:hAnsi="Baskerville Old Face"/>
          <w:bCs/>
          <w:sz w:val="28"/>
          <w:szCs w:val="28"/>
        </w:rPr>
        <w:t xml:space="preserve">, </w:t>
      </w:r>
      <w:r w:rsidRPr="00CE758F">
        <w:rPr>
          <w:rFonts w:ascii="Baskerville Old Face" w:hAnsi="Baskerville Old Face"/>
          <w:bCs/>
          <w:sz w:val="28"/>
          <w:szCs w:val="28"/>
        </w:rPr>
        <w:t>I’ll answer it right, and then it’s asked and done</w:t>
      </w:r>
      <w:r w:rsidR="00E8750A">
        <w:rPr>
          <w:rFonts w:ascii="Baskerville Old Face" w:hAnsi="Baskerville Old Face"/>
          <w:bCs/>
          <w:sz w:val="28"/>
          <w:szCs w:val="28"/>
        </w:rPr>
        <w:t>,</w:t>
      </w:r>
      <w:r w:rsidRPr="00CE758F">
        <w:rPr>
          <w:rFonts w:ascii="Baskerville Old Face" w:hAnsi="Baskerville Old Face"/>
          <w:bCs/>
          <w:sz w:val="28"/>
          <w:szCs w:val="28"/>
        </w:rPr>
        <w:t xml:space="preserve"> and you can carry it away with you.’</w:t>
      </w:r>
    </w:p>
    <w:p w14:paraId="12A780D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Finian’s face was burning.</w:t>
      </w:r>
    </w:p>
    <w:p w14:paraId="3F074F2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did you never go, Da? You had the address. You had the trade waiting. You were twenty-nine when you came home. You’d years.’</w:t>
      </w:r>
    </w:p>
    <w:p w14:paraId="1673DC0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had all of that,’ Padraig agreed. ’Aye. And I came up that stair in November of forty-six, and your mother was standing at that range there, and I sat down in that chair you’re </w:t>
      </w:r>
      <w:r w:rsidRPr="00CE758F">
        <w:rPr>
          <w:rFonts w:ascii="Baskerville Old Face" w:hAnsi="Baskerville Old Face"/>
          <w:bCs/>
          <w:sz w:val="28"/>
          <w:szCs w:val="28"/>
        </w:rPr>
        <w:lastRenderedPageBreak/>
        <w:t>sitting in —’ he nodded at it ’— and I could not get back up out of it for four months.’</w:t>
      </w:r>
    </w:p>
    <w:p w14:paraId="75CD3BC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’Padraig,’ said Bridie, from the sink.</w:t>
      </w:r>
    </w:p>
    <w:p w14:paraId="01161210" w14:textId="7D46DF9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’He’s asked me right, Bridie. He gets it right back.’ Padraig did not raise his voice at all. ’Four months, son. And when I did get up out of it, I found I could not hear a lorry come up the West Port without I was on the floor, and I could not sleep in the dark, and I have not slept in the dark since. Which is the reason your father keeps a gate at a bonded warehouse at night, instead of a trade in the daylight like a man.’</w:t>
      </w:r>
      <w:r w:rsidR="00D03251">
        <w:rPr>
          <w:rFonts w:ascii="Baskerville Old Face" w:hAnsi="Baskerville Old Face"/>
          <w:bCs/>
          <w:sz w:val="28"/>
          <w:szCs w:val="28"/>
        </w:rPr>
        <w:t xml:space="preserve"> </w:t>
      </w:r>
      <w:r w:rsidRPr="00CE758F">
        <w:rPr>
          <w:rFonts w:ascii="Baskerville Old Face" w:hAnsi="Baskerville Old Face"/>
          <w:bCs/>
          <w:sz w:val="28"/>
          <w:szCs w:val="28"/>
        </w:rPr>
        <w:t>The kitchen was very quiet.</w:t>
      </w:r>
    </w:p>
    <w:p w14:paraId="46BF94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why. Not because I forgot him.’ He turned the tin a half-inch on the table, squaring it to nothing. ’Because I was in bits. And by the time I was in fewer bits I’d a wife and a wean and no fare and no nerve, and every year I didn’t go, it got a stone heavier to go. Until it’s the kind of heavy you don’t lift. You just build the house round it.’</w:t>
      </w:r>
    </w:p>
    <w:p w14:paraId="3EB798C6" w14:textId="2217A28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t>
      </w:r>
      <w:r w:rsidR="00D03251">
        <w:rPr>
          <w:rFonts w:ascii="Baskerville Old Face" w:hAnsi="Baskerville Old Face"/>
          <w:bCs/>
          <w:sz w:val="28"/>
          <w:szCs w:val="28"/>
        </w:rPr>
        <w:t>placed</w:t>
      </w:r>
      <w:r w:rsidRPr="00CE758F">
        <w:rPr>
          <w:rFonts w:ascii="Baskerville Old Face" w:hAnsi="Baskerville Old Face"/>
          <w:bCs/>
          <w:sz w:val="28"/>
          <w:szCs w:val="28"/>
        </w:rPr>
        <w:t xml:space="preserve"> the photograph back in the tin.</w:t>
      </w:r>
    </w:p>
    <w:p w14:paraId="246CC6C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 he said. ’Do you want it or not.’</w:t>
      </w:r>
    </w:p>
    <w:p w14:paraId="7C11F0B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’Want what?’</w:t>
      </w:r>
    </w:p>
    <w:p w14:paraId="574CA06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tin, you eejit.’</w:t>
      </w:r>
    </w:p>
    <w:p w14:paraId="31B370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’I—’ and found he could not do the rest of it.</w:t>
      </w:r>
    </w:p>
    <w:p w14:paraId="4BFD53A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His father pushed it across the table with two fingers.</w:t>
      </w:r>
    </w:p>
    <w:p w14:paraId="5080170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address’ll be no use to you. He’ll have no people left there and it’s twenty year on. The map’s no use either — it’s a drawing on a page out of a Philips’ atlas.’ Padraig’s voice had gone rough at the edges now, and he was speaking faster to get out in front of it. ’But you’ll take them, because they’re what I’ve got. And because if you’re going to that country, you’ll go with something in your pocket that says a Kavanagh was expected there once.’</w:t>
      </w:r>
    </w:p>
    <w:p w14:paraId="5D01033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put his hand on the tin and could not lift it.</w:t>
      </w:r>
    </w:p>
    <w:p w14:paraId="0AE56FB6" w14:textId="5E0B848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w:t>
      </w:r>
    </w:p>
    <w:p w14:paraId="1EFB4FF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you’ll hear one thing more, and then we’ll say no more about it.’ Padraig leaned in over the table. His eyes were wet and absolutely steady. ’It’s not a race. And it’s not a debt. You don’t owe me a single acre of that country. If you get out there and you hate it, you come home, and I’ll not think one thing less of you. If you get out there and you’re only middling at it, you stay middling and you be happy, and I’ll not think one thing less of you.’</w:t>
      </w:r>
    </w:p>
    <w:p w14:paraId="2A378F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if I do it?’ said Finian. ’If I actually </w:t>
      </w:r>
      <w:r w:rsidRPr="00CE758F">
        <w:rPr>
          <w:rFonts w:ascii="Baskerville Old Face" w:hAnsi="Baskerville Old Face"/>
          <w:bCs/>
          <w:i/>
          <w:sz w:val="28"/>
          <w:szCs w:val="28"/>
        </w:rPr>
        <w:t>do</w:t>
      </w:r>
      <w:r w:rsidRPr="00CE758F">
        <w:rPr>
          <w:rFonts w:ascii="Baskerville Old Face" w:hAnsi="Baskerville Old Face"/>
          <w:bCs/>
          <w:sz w:val="28"/>
          <w:szCs w:val="28"/>
        </w:rPr>
        <w:t xml:space="preserve"> it?’</w:t>
      </w:r>
    </w:p>
    <w:p w14:paraId="307885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 father sat back.</w:t>
      </w:r>
    </w:p>
    <w:p w14:paraId="1A9E93B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For a moment he did not answer at all. He looked at his son across the kitchen table the way a man looks at weather coming up the firth — and it was not pride on his face, and it was not doubt, and Finian was seventeen and had no name for what it was. He would be given a name for it, eventually, in a room with no walls, by the man himself.</w:t>
      </w:r>
    </w:p>
    <w:p w14:paraId="5094DA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mind what it costs you,’ Padraig said. ’That’s all. Just mind what it costs you, and keep a running total. Because it doesn’t send you a bill.’</w:t>
      </w:r>
    </w:p>
    <w:p w14:paraId="43E854BD" w14:textId="3C42B15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Strachan was sixteen, and she took it the way she took everything: badly for four minutes and then practically for the rest of her life.</w:t>
      </w:r>
      <w:r w:rsidR="005B0583">
        <w:rPr>
          <w:rFonts w:ascii="Baskerville Old Face" w:hAnsi="Baskerville Old Face"/>
          <w:bCs/>
          <w:sz w:val="28"/>
          <w:szCs w:val="28"/>
        </w:rPr>
        <w:t xml:space="preserve"> </w:t>
      </w:r>
      <w:r w:rsidRPr="00CE758F">
        <w:rPr>
          <w:rFonts w:ascii="Baskerville Old Face" w:hAnsi="Baskerville Old Face"/>
          <w:bCs/>
          <w:sz w:val="28"/>
          <w:szCs w:val="28"/>
        </w:rPr>
        <w:t>They went up the Crags on the Sunday, because it was the only place in Edinburgh you could be neither indoors nor observed. The wind up there had teeth still. Below them the city lay in its bowl, smoking from ten thousand chimneys, and beyond it the Firth was the colour of a knife.</w:t>
      </w:r>
      <w:r w:rsidR="005B0583">
        <w:rPr>
          <w:rFonts w:ascii="Baskerville Old Face" w:hAnsi="Baskerville Old Face"/>
          <w:bCs/>
          <w:sz w:val="28"/>
          <w:szCs w:val="28"/>
        </w:rPr>
        <w:t xml:space="preserve"> </w:t>
      </w:r>
      <w:r w:rsidRPr="00CE758F">
        <w:rPr>
          <w:rFonts w:ascii="Baskerville Old Face" w:hAnsi="Baskerville Old Face"/>
          <w:bCs/>
          <w:sz w:val="28"/>
          <w:szCs w:val="28"/>
        </w:rPr>
        <w:t>She cried for exactly as long as it took to walk from the foot of the path to the whin bushes. Then she stopped, and wiped her face with the heel of her hand, furious at herself, and said: ’Two years.’</w:t>
      </w:r>
    </w:p>
    <w:p w14:paraId="43079F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’Two years is the bond. After that I’m free.’</w:t>
      </w:r>
    </w:p>
    <w:p w14:paraId="168FACC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’No. </w:t>
      </w:r>
      <w:r w:rsidRPr="00CE758F">
        <w:rPr>
          <w:rFonts w:ascii="Baskerville Old Face" w:hAnsi="Baskerville Old Face"/>
          <w:bCs/>
          <w:i/>
          <w:sz w:val="28"/>
          <w:szCs w:val="28"/>
        </w:rPr>
        <w:t>Two years,</w:t>
      </w:r>
      <w:r w:rsidRPr="00CE758F">
        <w:rPr>
          <w:rFonts w:ascii="Baskerville Old Face" w:hAnsi="Baskerville Old Face"/>
          <w:bCs/>
          <w:sz w:val="28"/>
          <w:szCs w:val="28"/>
        </w:rPr>
        <w:t>’ she said. ’That’s what I’m giving you. You’ve two years to make something out there I can come to. A place with a roof, and a job you’ll not be killed at. And then you send for me, Finian Kavanagh, and I’ll come.’</w:t>
      </w:r>
    </w:p>
    <w:p w14:paraId="20E3378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stared at her. ’You’d come out there?’</w:t>
      </w:r>
    </w:p>
    <w:p w14:paraId="47D6714A" w14:textId="74B8FF8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’Don’t be </w:t>
      </w:r>
      <w:r w:rsidR="007B5707">
        <w:rPr>
          <w:rFonts w:ascii="Baskerville Old Face" w:hAnsi="Baskerville Old Face"/>
          <w:bCs/>
          <w:sz w:val="28"/>
          <w:szCs w:val="28"/>
        </w:rPr>
        <w:t>daft</w:t>
      </w:r>
      <w:r w:rsidRPr="00CE758F">
        <w:rPr>
          <w:rFonts w:ascii="Baskerville Old Face" w:hAnsi="Baskerville Old Face"/>
          <w:bCs/>
          <w:sz w:val="28"/>
          <w:szCs w:val="28"/>
        </w:rPr>
        <w:t>, of course I’d come.’ She turned her face into the wind so he couldn’t see it properly. ’I’ve been to Dunbar. That’s my whole life, that’s the furthest edge of it, Dunbar. D’you think I want the West Port and a scheme flat and four bairns before I’m twenty-five?’</w:t>
      </w:r>
    </w:p>
    <w:p w14:paraId="08C4FAA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 lot of folk want that.’</w:t>
      </w:r>
    </w:p>
    <w:p w14:paraId="07D0992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and God bless them.’ She pushed her hair back. ’Two years. And if you’ve not sent for me by then, I’ll know what you’ve chosen, and I’ll not sit greeting about it — I’ll away and marry a man from Dunbar out of pure spite.’</w:t>
      </w:r>
    </w:p>
    <w:p w14:paraId="6891629C" w14:textId="6920210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laughed, properly, the first proper laugh in nine days, and she looked round at him</w:t>
      </w:r>
      <w:r w:rsidR="00E8750A">
        <w:rPr>
          <w:rFonts w:ascii="Baskerville Old Face" w:hAnsi="Baskerville Old Face"/>
          <w:bCs/>
          <w:sz w:val="28"/>
          <w:szCs w:val="28"/>
        </w:rPr>
        <w:t xml:space="preserve">, </w:t>
      </w:r>
      <w:r w:rsidRPr="00CE758F">
        <w:rPr>
          <w:rFonts w:ascii="Baskerville Old Face" w:hAnsi="Baskerville Old Face"/>
          <w:bCs/>
          <w:sz w:val="28"/>
          <w:szCs w:val="28"/>
        </w:rPr>
        <w:t>her face broke into it too, and for a minute the two of them stood on the Crags in the wind and were only what they were: sixteen and seventeen and completely certain.</w:t>
      </w:r>
    </w:p>
    <w:p w14:paraId="2C80DFE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’Two years,’ he said.</w:t>
      </w:r>
    </w:p>
    <w:p w14:paraId="671A639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it like you mean it.’</w:t>
      </w:r>
    </w:p>
    <w:p w14:paraId="7A6BFE1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’Two years, Ellie. I swear it on my mother.’</w:t>
      </w:r>
    </w:p>
    <w:p w14:paraId="1C0058F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’Swear it on something you’re frightened of.’</w:t>
      </w:r>
    </w:p>
    <w:p w14:paraId="546262B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thought about that.</w:t>
      </w:r>
    </w:p>
    <w:p w14:paraId="5D72A0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swear it,’ he said, ’on ending up like my father.’</w:t>
      </w:r>
    </w:p>
    <w:p w14:paraId="117350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should have flinched. She didn’t. She looked at him for a long, level moment with the whole grey city behind her, and something went over her face that he did not have the years yet to read, and she said:</w:t>
      </w:r>
    </w:p>
    <w:p w14:paraId="0FE4B57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Well. Mind you keep that one.’</w:t>
      </w:r>
    </w:p>
    <w:p w14:paraId="5412641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sat down in the wet grass, quite suddenly, as though her legs had been taken away from under her, and put her arms round her knees and her forehead down on them, and stayed like that.</w:t>
      </w:r>
    </w:p>
    <w:p w14:paraId="609648E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 over her, useless.</w:t>
      </w:r>
    </w:p>
    <w:p w14:paraId="0077A68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w:t>
      </w:r>
    </w:p>
    <w:p w14:paraId="093B5B8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’Give us a minute,’ she said, into her knees. ’I’m allowed a minute.’</w:t>
      </w:r>
    </w:p>
    <w:p w14:paraId="453270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sat down beside her on the wet ground and did not touch her, because he understood, without being told, that being touched would finish her. The wind came across the Crags and flattened the grass in long grey runs, and away </w:t>
      </w:r>
      <w:r w:rsidRPr="00CE758F">
        <w:rPr>
          <w:rFonts w:ascii="Baskerville Old Face" w:hAnsi="Baskerville Old Face"/>
          <w:bCs/>
          <w:sz w:val="28"/>
          <w:szCs w:val="28"/>
        </w:rPr>
        <w:lastRenderedPageBreak/>
        <w:t>below them the city smoked, and Ellie Strachan took her minute.</w:t>
      </w:r>
    </w:p>
    <w:p w14:paraId="3B0D2824" w14:textId="02A0FB2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stood up</w:t>
      </w:r>
      <w:r w:rsidR="00756A9F">
        <w:rPr>
          <w:rFonts w:ascii="Baskerville Old Face" w:hAnsi="Baskerville Old Face"/>
          <w:bCs/>
          <w:sz w:val="28"/>
          <w:szCs w:val="28"/>
        </w:rPr>
        <w:t xml:space="preserve">, </w:t>
      </w:r>
      <w:r w:rsidRPr="00CE758F">
        <w:rPr>
          <w:rFonts w:ascii="Baskerville Old Face" w:hAnsi="Baskerville Old Face"/>
          <w:bCs/>
          <w:sz w:val="28"/>
          <w:szCs w:val="28"/>
        </w:rPr>
        <w:t>brushed herself down and said, ’Right,’ and started back down the path, and never once, in all the years that followed, mentioned it again.</w:t>
      </w:r>
    </w:p>
    <w:p w14:paraId="1073E77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twelfth was a Tuesday, and it was, of course, raining.</w:t>
      </w:r>
    </w:p>
    <w:p w14:paraId="4983B246" w14:textId="194D89B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Waverley Station under glass in the rain is the loudest quiet place on earth: the hiss of it on the roof, the shunting, the pigeons, the </w:t>
      </w:r>
      <w:r w:rsidR="00F155A4" w:rsidRPr="00CE758F">
        <w:rPr>
          <w:rFonts w:ascii="Baskerville Old Face" w:hAnsi="Baskerville Old Face"/>
          <w:bCs/>
          <w:sz w:val="28"/>
          <w:szCs w:val="28"/>
        </w:rPr>
        <w:t>Tannoy</w:t>
      </w:r>
      <w:r w:rsidRPr="00CE758F">
        <w:rPr>
          <w:rFonts w:ascii="Baskerville Old Face" w:hAnsi="Baskerville Old Face"/>
          <w:bCs/>
          <w:sz w:val="28"/>
          <w:szCs w:val="28"/>
        </w:rPr>
        <w:t xml:space="preserve"> saying something that might have been a place name. Finian stood at the door of the London train with a cardboard case and a coat over his arm and his family in a half-circle in front of him, and had no idea what to do with his hands.</w:t>
      </w:r>
    </w:p>
    <w:p w14:paraId="5C5B037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 mother had made it as far as the platform and no further. She held on to him and said nothing at all, worse than anything she could have said, and when she let go she stepped straight back and put her hand over her mouth and kept it there.</w:t>
      </w:r>
    </w:p>
    <w:p w14:paraId="2A9FE1F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shook his hand.</w:t>
      </w:r>
    </w:p>
    <w:p w14:paraId="52AD7BE1" w14:textId="04A293A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was what she did</w:t>
      </w:r>
      <w:r w:rsidR="00756A9F">
        <w:rPr>
          <w:rFonts w:ascii="Baskerville Old Face" w:hAnsi="Baskerville Old Face"/>
          <w:bCs/>
          <w:sz w:val="28"/>
          <w:szCs w:val="28"/>
        </w:rPr>
        <w:t>—walked up in front of everybody,</w:t>
      </w:r>
      <w:r w:rsidRPr="00CE758F">
        <w:rPr>
          <w:rFonts w:ascii="Baskerville Old Face" w:hAnsi="Baskerville Old Face"/>
          <w:bCs/>
          <w:sz w:val="28"/>
          <w:szCs w:val="28"/>
        </w:rPr>
        <w:t xml:space="preserve"> shook his hand like a coal merchant, dead serious, and said, ’Two years.’ And then did not let go. Two seconds. Three. </w:t>
      </w:r>
      <w:r w:rsidRPr="00CE758F">
        <w:rPr>
          <w:rFonts w:ascii="Baskerville Old Face" w:hAnsi="Baskerville Old Face"/>
          <w:bCs/>
          <w:sz w:val="28"/>
          <w:szCs w:val="28"/>
        </w:rPr>
        <w:lastRenderedPageBreak/>
        <w:t xml:space="preserve">Long enough that he felt </w:t>
      </w:r>
      <w:r w:rsidR="00756A9F">
        <w:rPr>
          <w:rFonts w:ascii="Baskerville Old Face" w:hAnsi="Baskerville Old Face"/>
          <w:bCs/>
          <w:sz w:val="28"/>
          <w:szCs w:val="28"/>
        </w:rPr>
        <w:t>her grip change from a handshake into the other thing, and then she took it back and stepped away,</w:t>
      </w:r>
      <w:r w:rsidRPr="00CE758F">
        <w:rPr>
          <w:rFonts w:ascii="Baskerville Old Face" w:hAnsi="Baskerville Old Face"/>
          <w:bCs/>
          <w:sz w:val="28"/>
          <w:szCs w:val="28"/>
        </w:rPr>
        <w:t xml:space="preserve"> and only then did her chin go.</w:t>
      </w:r>
    </w:p>
    <w:p w14:paraId="64763FD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 father was last.</w:t>
      </w:r>
    </w:p>
    <w:p w14:paraId="277B80B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Padraig had put on his good jacket, the one from the wedding, and the shoulders of it were dark with rain, and he had his cap in his hands and was turning it round and round by the brim.</w:t>
      </w:r>
    </w:p>
    <w:p w14:paraId="4806622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he said.</w:t>
      </w:r>
    </w:p>
    <w:p w14:paraId="37F0FC7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said Finian.</w:t>
      </w:r>
    </w:p>
    <w:p w14:paraId="331229D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’You’ve the tin.’</w:t>
      </w:r>
    </w:p>
    <w:p w14:paraId="5ADBD0F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the tin.’</w:t>
      </w:r>
    </w:p>
    <w:p w14:paraId="3DEC152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Round went the cap. ’Well.’</w:t>
      </w:r>
    </w:p>
    <w:p w14:paraId="24F4645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guard blew the whistle up the platform.</w:t>
      </w:r>
    </w:p>
    <w:p w14:paraId="4EB9478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Padraig Kavanagh, who had not put his arms round his son since his son was eleven years of age, dropped the cap on the wet platform and took hold of Finian with both hands, hard, the way a drowning man takes hold, and put his mouth against his ear.</w:t>
      </w:r>
    </w:p>
    <w:p w14:paraId="34F9C030" w14:textId="09E134F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’You’ll find water,’ he said. ’You will. You’re better made than me</w:t>
      </w:r>
      <w:r w:rsidR="001A7501">
        <w:rPr>
          <w:rFonts w:ascii="Baskerville Old Face" w:hAnsi="Baskerville Old Face"/>
          <w:bCs/>
          <w:sz w:val="28"/>
          <w:szCs w:val="28"/>
        </w:rPr>
        <w:t xml:space="preserve">, </w:t>
      </w:r>
      <w:r w:rsidRPr="00CE758F">
        <w:rPr>
          <w:rFonts w:ascii="Baskerville Old Face" w:hAnsi="Baskerville Old Face"/>
          <w:bCs/>
          <w:sz w:val="28"/>
          <w:szCs w:val="28"/>
        </w:rPr>
        <w:t>you always were.’</w:t>
      </w:r>
    </w:p>
    <w:p w14:paraId="6C4EC97A" w14:textId="78302ED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w:t>
      </w:r>
    </w:p>
    <w:p w14:paraId="25943792" w14:textId="285A54E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t>
      </w:r>
      <w:r w:rsidRPr="00CE758F">
        <w:rPr>
          <w:rFonts w:ascii="Baskerville Old Face" w:hAnsi="Baskerville Old Face"/>
          <w:bCs/>
          <w:i/>
          <w:sz w:val="28"/>
          <w:szCs w:val="28"/>
        </w:rPr>
        <w:t>Listen.</w:t>
      </w:r>
      <w:r w:rsidRPr="00CE758F">
        <w:rPr>
          <w:rFonts w:ascii="Baskerville Old Face" w:hAnsi="Baskerville Old Face"/>
          <w:bCs/>
          <w:sz w:val="28"/>
          <w:szCs w:val="28"/>
        </w:rPr>
        <w:t xml:space="preserve"> You’ll find water, and they’ll pay you for it, and then they’ll pay you more, and one day you’ll be standing in the middle of the whole thing with everything you ever wanted stacked up round about you —’ his hands tightened ’— and I want you to stop, on that day, wherever you are, and look about you, and count what’s left. Will you do that for me</w:t>
      </w:r>
      <w:r w:rsidR="001A7501">
        <w:rPr>
          <w:rFonts w:ascii="Baskerville Old Face" w:hAnsi="Baskerville Old Face"/>
          <w:bCs/>
          <w:sz w:val="28"/>
          <w:szCs w:val="28"/>
        </w:rPr>
        <w:t>?</w:t>
      </w:r>
      <w:r w:rsidRPr="00CE758F">
        <w:rPr>
          <w:rFonts w:ascii="Baskerville Old Face" w:hAnsi="Baskerville Old Face"/>
          <w:bCs/>
          <w:sz w:val="28"/>
          <w:szCs w:val="28"/>
        </w:rPr>
        <w:t xml:space="preserve"> Will you count</w:t>
      </w:r>
      <w:r w:rsidR="001A7501">
        <w:rPr>
          <w:rFonts w:ascii="Baskerville Old Face" w:hAnsi="Baskerville Old Face"/>
          <w:bCs/>
          <w:sz w:val="28"/>
          <w:szCs w:val="28"/>
        </w:rPr>
        <w:t>?</w:t>
      </w:r>
      <w:r w:rsidRPr="00CE758F">
        <w:rPr>
          <w:rFonts w:ascii="Baskerville Old Face" w:hAnsi="Baskerville Old Face"/>
          <w:bCs/>
          <w:sz w:val="28"/>
          <w:szCs w:val="28"/>
        </w:rPr>
        <w:t>’</w:t>
      </w:r>
    </w:p>
    <w:p w14:paraId="4224A5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’I’ll count,’ Finian said. ’I promise. I’ll count.’</w:t>
      </w:r>
    </w:p>
    <w:p w14:paraId="12E9E6D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 father let go of him, and bent, and picked his cap up off the wet, and put it on, and stood back among the women with the rain coming off the brim of it.</w:t>
      </w:r>
    </w:p>
    <w:p w14:paraId="324A77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got on the train.</w:t>
      </w:r>
    </w:p>
    <w:p w14:paraId="6DDAA46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found a seat on the platform side and got the window down and hung out of it, and the three of them were exactly where he had left them, not waving yet, waiting for the movement. The train took its weight. The platform began, very slowly, to slide.</w:t>
      </w:r>
    </w:p>
    <w:p w14:paraId="77E13D3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they waved. All three, all at once, and his mother came a few steps after the carriage and stopped.</w:t>
      </w:r>
    </w:p>
    <w:p w14:paraId="16F612F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watched them until the curve of the tunnel took them.</w:t>
      </w:r>
    </w:p>
    <w:p w14:paraId="7942592E" w14:textId="15B1E00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in that last half-second before the dark came over the glass</w:t>
      </w:r>
      <w:r w:rsidR="001A7501">
        <w:rPr>
          <w:rFonts w:ascii="Baskerville Old Face" w:hAnsi="Baskerville Old Face"/>
          <w:bCs/>
          <w:sz w:val="28"/>
          <w:szCs w:val="28"/>
        </w:rPr>
        <w:t xml:space="preserve">, </w:t>
      </w:r>
      <w:r w:rsidRPr="00CE758F">
        <w:rPr>
          <w:rFonts w:ascii="Baskerville Old Face" w:hAnsi="Baskerville Old Face"/>
          <w:bCs/>
          <w:sz w:val="28"/>
          <w:szCs w:val="28"/>
        </w:rPr>
        <w:t>a half-second he would spend a great deal of money, thirty-two years later, trying and failing to describe to a court that had no interest in his money — he saw, standing further up the platform beyond his family, apart from everyone, quite dry in all that rain, a woman in a grey shawl.</w:t>
      </w:r>
    </w:p>
    <w:p w14:paraId="0164368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was not waving.</w:t>
      </w:r>
    </w:p>
    <w:p w14:paraId="7C8D3D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had her chin up, and she was watching the train the way you watch a thing you have already seen the end of.</w:t>
      </w:r>
    </w:p>
    <w:p w14:paraId="5182EA4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the tunnel took her too, and there was only the black glass and his own face in it, and Finian Kavanagh sat back in his seat with the tin on his knees and both hands flat on the lid of it, going south, going to the ship, going to the red country.</w:t>
      </w:r>
    </w:p>
    <w:p w14:paraId="2661F35E" w14:textId="31CD012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was seventeen years and four months </w:t>
      </w:r>
      <w:r w:rsidR="00B27250">
        <w:rPr>
          <w:rFonts w:ascii="Baskerville Old Face" w:hAnsi="Baskerville Old Face"/>
          <w:bCs/>
          <w:sz w:val="28"/>
          <w:szCs w:val="28"/>
        </w:rPr>
        <w:t>of age</w:t>
      </w:r>
      <w:r w:rsidRPr="00CE758F">
        <w:rPr>
          <w:rFonts w:ascii="Baskerville Old Face" w:hAnsi="Baskerville Old Face"/>
          <w:bCs/>
          <w:sz w:val="28"/>
          <w:szCs w:val="28"/>
        </w:rPr>
        <w:t>.</w:t>
      </w:r>
    </w:p>
    <w:p w14:paraId="16C22DA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Under his hands, folded inside the tin on a page torn out of an atlas, a dead man’s pencil line wandered across the emptiest part of the world, and beside it, six times, in a big unschooled hand:</w:t>
      </w:r>
    </w:p>
    <w:p w14:paraId="325D09C0" w14:textId="252D9D16" w:rsidR="00F45C1A" w:rsidRPr="00CE758F" w:rsidRDefault="001A7501" w:rsidP="002A1BD3">
      <w:pPr>
        <w:spacing w:line="360" w:lineRule="auto"/>
        <w:jc w:val="center"/>
        <w:rPr>
          <w:rFonts w:ascii="Baskerville Old Face" w:hAnsi="Baskerville Old Face"/>
          <w:bCs/>
          <w:sz w:val="28"/>
          <w:szCs w:val="28"/>
        </w:rPr>
      </w:pPr>
      <w:r>
        <w:rPr>
          <w:rFonts w:ascii="Baskerville Old Face" w:hAnsi="Baskerville Old Face"/>
          <w:bCs/>
          <w:i/>
          <w:sz w:val="28"/>
          <w:szCs w:val="28"/>
        </w:rPr>
        <w:t>W</w:t>
      </w:r>
      <w:r w:rsidR="007671E1" w:rsidRPr="00CE758F">
        <w:rPr>
          <w:rFonts w:ascii="Baskerville Old Face" w:hAnsi="Baskerville Old Face"/>
          <w:bCs/>
          <w:i/>
          <w:sz w:val="28"/>
          <w:szCs w:val="28"/>
        </w:rPr>
        <w:t xml:space="preserve">ater </w:t>
      </w:r>
      <w:r w:rsidR="00560F78">
        <w:rPr>
          <w:rFonts w:ascii="Baskerville Old Face" w:hAnsi="Baskerville Old Face"/>
          <w:bCs/>
          <w:i/>
          <w:sz w:val="28"/>
          <w:szCs w:val="28"/>
        </w:rPr>
        <w:t>H</w:t>
      </w:r>
      <w:r w:rsidR="007671E1" w:rsidRPr="00CE758F">
        <w:rPr>
          <w:rFonts w:ascii="Baskerville Old Face" w:hAnsi="Baskerville Old Face"/>
          <w:bCs/>
          <w:i/>
          <w:sz w:val="28"/>
          <w:szCs w:val="28"/>
        </w:rPr>
        <w:t>ere.</w:t>
      </w:r>
    </w:p>
    <w:p w14:paraId="364BCE30"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1531CD33"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Two</w:t>
      </w:r>
    </w:p>
    <w:p w14:paraId="3299D520"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Red Heart Beckons</w:t>
      </w:r>
    </w:p>
    <w:p w14:paraId="5291FDEC" w14:textId="3C1DB7B1"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The</w:t>
      </w:r>
      <w:r w:rsidR="00636086">
        <w:rPr>
          <w:rFonts w:ascii="Baskerville Old Face" w:hAnsi="Baskerville Old Face"/>
          <w:bCs/>
          <w:sz w:val="28"/>
          <w:szCs w:val="28"/>
        </w:rPr>
        <w:t xml:space="preserve"> </w:t>
      </w:r>
      <w:r w:rsidRPr="00CE758F">
        <w:rPr>
          <w:rFonts w:ascii="Baskerville Old Face" w:hAnsi="Baskerville Old Face"/>
          <w:bCs/>
          <w:i/>
          <w:sz w:val="28"/>
          <w:szCs w:val="28"/>
        </w:rPr>
        <w:t>Fairsea</w:t>
      </w:r>
      <w:r w:rsidRPr="00CE758F">
        <w:rPr>
          <w:rFonts w:ascii="Baskerville Old Face" w:hAnsi="Baskerville Old Face"/>
          <w:bCs/>
          <w:sz w:val="28"/>
          <w:szCs w:val="28"/>
        </w:rPr>
        <w:t xml:space="preserve"> sailed from Southampton on the ninth of September with something over two thousand souls aboard her, and Finian Kavanagh was sick for four days of it.</w:t>
      </w:r>
    </w:p>
    <w:p w14:paraId="45C723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sick in the Bay of Biscay and he was sick off the coast of Portugal and he was sick in a six-berth cabin below the waterline that smelled of disinfectant and other men’s feet, and a Glasgow welder in the bunk above him called Tam Doran told him cheerfully, every few hours, that he would get his sea legs or he would die, and that either way it would stop.</w:t>
      </w:r>
    </w:p>
    <w:p w14:paraId="03AF53C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 the fifth morning it stopped.</w:t>
      </w:r>
    </w:p>
    <w:p w14:paraId="782D9CCE" w14:textId="5F76D6F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came up onto the after deck at six o’clock</w:t>
      </w:r>
      <w:r w:rsidR="00120031">
        <w:rPr>
          <w:rFonts w:ascii="Baskerville Old Face" w:hAnsi="Baskerville Old Face"/>
          <w:bCs/>
          <w:sz w:val="28"/>
          <w:szCs w:val="28"/>
        </w:rPr>
        <w:t xml:space="preserve">, </w:t>
      </w:r>
      <w:r w:rsidRPr="00CE758F">
        <w:rPr>
          <w:rFonts w:ascii="Baskerville Old Face" w:hAnsi="Baskerville Old Face"/>
          <w:bCs/>
          <w:sz w:val="28"/>
          <w:szCs w:val="28"/>
        </w:rPr>
        <w:t>the Mediterranean was flat and enormous and the colour of a bottle held up to a lamp, and he stood at the rail with his hands on the warm iron and understood, with a lurch that had nothing to do with the ship, that he had done it. That there was no part of this that could now be undone by changing his mind. Scotland was four days behind him and getting further behind at seventeen knots</w:t>
      </w:r>
      <w:r w:rsidR="00120031">
        <w:rPr>
          <w:rFonts w:ascii="Baskerville Old Face" w:hAnsi="Baskerville Old Face"/>
          <w:bCs/>
          <w:sz w:val="28"/>
          <w:szCs w:val="28"/>
        </w:rPr>
        <w:t xml:space="preserve">; </w:t>
      </w:r>
      <w:r w:rsidRPr="00CE758F">
        <w:rPr>
          <w:rFonts w:ascii="Baskerville Old Face" w:hAnsi="Baskerville Old Face"/>
          <w:bCs/>
          <w:sz w:val="28"/>
          <w:szCs w:val="28"/>
        </w:rPr>
        <w:t>there was nothing in front of him but the thing he had said he would do.</w:t>
      </w:r>
    </w:p>
    <w:p w14:paraId="1B1616A0" w14:textId="77777777" w:rsidR="004245C8"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was not frightened. He noted, with some interest, that he was not frightened, and filed the fact away as evidence of something.</w:t>
      </w:r>
      <w:r w:rsidR="00FB77B8">
        <w:rPr>
          <w:rFonts w:ascii="Baskerville Old Face" w:hAnsi="Baskerville Old Face"/>
          <w:bCs/>
          <w:sz w:val="28"/>
          <w:szCs w:val="28"/>
        </w:rPr>
        <w:t xml:space="preserve"> </w:t>
      </w:r>
      <w:r w:rsidRPr="00CE758F">
        <w:rPr>
          <w:rFonts w:ascii="Baskerville Old Face" w:hAnsi="Baskerville Old Face"/>
          <w:bCs/>
          <w:sz w:val="28"/>
          <w:szCs w:val="28"/>
        </w:rPr>
        <w:t>The ship was a country of its own with its own weather and its own gossip. There were Poles and Italians and a great many English, and enough Scots that a man could go the length of C deck and never hear another accent. There were families with four and five children who had sold everything they owned and put the proceeds into two trunks. There was a woman from Motherwell who cried every night for nine days and then stopped and never cried again for the rest of the voyage, and Finian thought about that woman for a very long time afterwards, though he never learned her name.</w:t>
      </w:r>
      <w:r w:rsidR="00FB77B8">
        <w:rPr>
          <w:rFonts w:ascii="Baskerville Old Face" w:hAnsi="Baskerville Old Face"/>
          <w:bCs/>
          <w:sz w:val="28"/>
          <w:szCs w:val="28"/>
        </w:rPr>
        <w:t xml:space="preserve"> </w:t>
      </w:r>
      <w:r w:rsidRPr="00CE758F">
        <w:rPr>
          <w:rFonts w:ascii="Baskerville Old Face" w:hAnsi="Baskerville Old Face"/>
          <w:bCs/>
          <w:sz w:val="28"/>
          <w:szCs w:val="28"/>
        </w:rPr>
        <w:t>He was the youngest man travelling alone. The purser had looked twice at his papers at Southampton</w:t>
      </w:r>
      <w:r w:rsidR="00525735">
        <w:rPr>
          <w:rFonts w:ascii="Baskerville Old Face" w:hAnsi="Baskerville Old Face"/>
          <w:bCs/>
          <w:sz w:val="28"/>
          <w:szCs w:val="28"/>
        </w:rPr>
        <w:t>,</w:t>
      </w:r>
      <w:r w:rsidRPr="00CE758F">
        <w:rPr>
          <w:rFonts w:ascii="Baskerville Old Face" w:hAnsi="Baskerville Old Face"/>
          <w:bCs/>
          <w:sz w:val="28"/>
          <w:szCs w:val="28"/>
        </w:rPr>
        <w:t xml:space="preserve"> at the form with his father’s signature on it, the signature that had taken Padraig four days and a bottle to get onto the page</w:t>
      </w:r>
      <w:r w:rsidR="00525735">
        <w:rPr>
          <w:rFonts w:ascii="Baskerville Old Face" w:hAnsi="Baskerville Old Face"/>
          <w:bCs/>
          <w:sz w:val="28"/>
          <w:szCs w:val="28"/>
        </w:rPr>
        <w:t xml:space="preserve">, </w:t>
      </w:r>
      <w:r w:rsidRPr="00CE758F">
        <w:rPr>
          <w:rFonts w:ascii="Baskerville Old Face" w:hAnsi="Baskerville Old Face"/>
          <w:bCs/>
          <w:sz w:val="28"/>
          <w:szCs w:val="28"/>
        </w:rPr>
        <w:t>and then had looked at Finian and shrugged and stamped it. Sixteen thousand miles for ten pounds. The Commonwealth of Australia wanted young men and did not, on the whole, want to know why the young men were going.</w:t>
      </w:r>
      <w:r w:rsidR="00FB77B8">
        <w:rPr>
          <w:rFonts w:ascii="Baskerville Old Face" w:hAnsi="Baskerville Old Face"/>
          <w:bCs/>
          <w:sz w:val="28"/>
          <w:szCs w:val="28"/>
        </w:rPr>
        <w:t xml:space="preserve"> </w:t>
      </w:r>
      <w:r w:rsidRPr="00CE758F">
        <w:rPr>
          <w:rFonts w:ascii="Baskerville Old Face" w:hAnsi="Baskerville Old Face"/>
          <w:bCs/>
          <w:sz w:val="28"/>
          <w:szCs w:val="28"/>
        </w:rPr>
        <w:t xml:space="preserve">He wrote to Ellie every third day. He numbered the letters in the top right corner, because Tam Doran had told him that mail put </w:t>
      </w:r>
      <w:r w:rsidRPr="00CE758F">
        <w:rPr>
          <w:rFonts w:ascii="Baskerville Old Face" w:hAnsi="Baskerville Old Face"/>
          <w:bCs/>
          <w:sz w:val="28"/>
          <w:szCs w:val="28"/>
        </w:rPr>
        <w:lastRenderedPageBreak/>
        <w:t>ashore at ports came home in whatever order it liked, and it seemed to Finian important that she should be able to lay them out and read them in the order they had happened. By Port Said he was on four. She had told him, on the platform, that she would write back the same, and she did, and for the next two years the two of them numbered their letters like a pair of clerks keeping a set of books, and neither of them ever once remarked on it or explained it, and there was no year in either of their lives afterwards when they did not both know exactly which number they had reached.</w:t>
      </w:r>
      <w:r w:rsidR="00FB77B8">
        <w:rPr>
          <w:rFonts w:ascii="Baskerville Old Face" w:hAnsi="Baskerville Old Face"/>
          <w:bCs/>
          <w:sz w:val="28"/>
          <w:szCs w:val="28"/>
        </w:rPr>
        <w:t xml:space="preserve"> </w:t>
      </w:r>
      <w:r w:rsidRPr="00CE758F">
        <w:rPr>
          <w:rFonts w:ascii="Baskerville Old Face" w:hAnsi="Baskerville Old Face"/>
          <w:bCs/>
          <w:sz w:val="28"/>
          <w:szCs w:val="28"/>
        </w:rPr>
        <w:t xml:space="preserve">Ellie kept his. All of them, in a shoebox that became two shoeboxes and then a tea chest, and thirty-two years after the </w:t>
      </w:r>
      <w:r w:rsidRPr="00CE758F">
        <w:rPr>
          <w:rFonts w:ascii="Baskerville Old Face" w:hAnsi="Baskerville Old Face"/>
          <w:bCs/>
          <w:i/>
          <w:sz w:val="28"/>
          <w:szCs w:val="28"/>
        </w:rPr>
        <w:t>Fairsea</w:t>
      </w:r>
      <w:r w:rsidRPr="00CE758F">
        <w:rPr>
          <w:rFonts w:ascii="Baskerville Old Face" w:hAnsi="Baskerville Old Face"/>
          <w:bCs/>
          <w:sz w:val="28"/>
          <w:szCs w:val="28"/>
        </w:rPr>
        <w:t xml:space="preserve"> cleared Southampton the tea chest would be standing in a room at Kavanagh’s Keep with a decade of dust on the lid, and a woman would be asked in a place that was not a place to describe what was in it.</w:t>
      </w:r>
      <w:r w:rsidR="00FB77B8">
        <w:rPr>
          <w:rFonts w:ascii="Baskerville Old Face" w:hAnsi="Baskerville Old Face"/>
          <w:bCs/>
          <w:sz w:val="28"/>
          <w:szCs w:val="28"/>
        </w:rPr>
        <w:t xml:space="preserve"> </w:t>
      </w:r>
      <w:r w:rsidRPr="00CE758F">
        <w:rPr>
          <w:rFonts w:ascii="Baskerville Old Face" w:hAnsi="Baskerville Old Face"/>
          <w:bCs/>
          <w:sz w:val="28"/>
          <w:szCs w:val="28"/>
        </w:rPr>
        <w:t xml:space="preserve">At Port Said the bumboats came out before the anchor was properly down, a hundred of them, and men swarmed up ropes with leather pouffes and brassware and postcards and hung over the rails shouting prices in four languages. A conjuror in a filthy </w:t>
      </w:r>
      <w:r w:rsidR="00F155A4" w:rsidRPr="00CE758F">
        <w:rPr>
          <w:rFonts w:ascii="Baskerville Old Face" w:hAnsi="Baskerville Old Face"/>
          <w:bCs/>
          <w:sz w:val="28"/>
          <w:szCs w:val="28"/>
        </w:rPr>
        <w:t>Galabeya</w:t>
      </w:r>
      <w:r w:rsidRPr="00CE758F">
        <w:rPr>
          <w:rFonts w:ascii="Baskerville Old Face" w:hAnsi="Baskerville Old Face"/>
          <w:bCs/>
          <w:sz w:val="28"/>
          <w:szCs w:val="28"/>
        </w:rPr>
        <w:t xml:space="preserve"> produced live chicks from under Finian’s collar and demanded two shillings. He paid it. He was seventeen and </w:t>
      </w:r>
      <w:r w:rsidRPr="00CE758F">
        <w:rPr>
          <w:rFonts w:ascii="Baskerville Old Face" w:hAnsi="Baskerville Old Face"/>
          <w:bCs/>
          <w:sz w:val="28"/>
          <w:szCs w:val="28"/>
        </w:rPr>
        <w:lastRenderedPageBreak/>
        <w:t>had never in his life seen anything he could not account for.</w:t>
      </w:r>
      <w:r w:rsidR="00BC6B3B">
        <w:rPr>
          <w:rFonts w:ascii="Baskerville Old Face" w:hAnsi="Baskerville Old Face"/>
          <w:bCs/>
          <w:sz w:val="28"/>
          <w:szCs w:val="28"/>
        </w:rPr>
        <w:t xml:space="preserve"> </w:t>
      </w:r>
      <w:r w:rsidRPr="00CE758F">
        <w:rPr>
          <w:rFonts w:ascii="Baskerville Old Face" w:hAnsi="Baskerville Old Face"/>
          <w:bCs/>
          <w:sz w:val="28"/>
          <w:szCs w:val="28"/>
        </w:rPr>
        <w:t>Then the Canal, the strangest thing he ever saw at sea or anywhere else: a ship of twelve thousand tons moving at walking pace through the middle of a desert, so that from the boat deck you looked down onto sand and camels and a lone man on a bicycle keeping pace with them on the service road for four miles. There was no water visible at all from certain angles. Only the ship, ploughing through the Sinai.</w:t>
      </w:r>
      <w:r w:rsidR="00BC6B3B">
        <w:rPr>
          <w:rFonts w:ascii="Baskerville Old Face" w:hAnsi="Baskerville Old Face"/>
          <w:bCs/>
          <w:sz w:val="28"/>
          <w:szCs w:val="28"/>
        </w:rPr>
        <w:t xml:space="preserve"> </w:t>
      </w:r>
      <w:r w:rsidRPr="00CE758F">
        <w:rPr>
          <w:rFonts w:ascii="Baskerville Old Face" w:hAnsi="Baskerville Old Face"/>
          <w:bCs/>
          <w:sz w:val="28"/>
          <w:szCs w:val="28"/>
        </w:rPr>
        <w:t xml:space="preserve">In the Red Sea the heat arrived properly and did not leave. Men slept on deck. The steel of the rail could not be held after ten in the morning. At Aden they took on oil in a harbour like the inside of a kiln, and Finian went ashore for two hours with Tam Doran and drank a warm lemonade in a bar with a fan that did not turn, and came back aboard with his shirt stuck to him, and thought: </w:t>
      </w:r>
      <w:r w:rsidRPr="00CE758F">
        <w:rPr>
          <w:rFonts w:ascii="Baskerville Old Face" w:hAnsi="Baskerville Old Face"/>
          <w:bCs/>
          <w:i/>
          <w:sz w:val="28"/>
          <w:szCs w:val="28"/>
        </w:rPr>
        <w:t>this is the sort of heat he was talking about</w:t>
      </w:r>
      <w:r w:rsidRPr="00CE758F">
        <w:rPr>
          <w:rFonts w:ascii="Baskerville Old Face" w:hAnsi="Baskerville Old Face"/>
          <w:bCs/>
          <w:sz w:val="28"/>
          <w:szCs w:val="28"/>
        </w:rPr>
        <w:t>, and was pleased with himself, and was entirely wrong. What he had felt at Aden would have been called a mild day in the country he was going to.</w:t>
      </w:r>
      <w:r w:rsidR="004245C8">
        <w:rPr>
          <w:rFonts w:ascii="Baskerville Old Face" w:hAnsi="Baskerville Old Face"/>
          <w:bCs/>
          <w:sz w:val="28"/>
          <w:szCs w:val="28"/>
        </w:rPr>
        <w:t xml:space="preserve"> </w:t>
      </w:r>
      <w:r w:rsidRPr="00CE758F">
        <w:rPr>
          <w:rFonts w:ascii="Baskerville Old Face" w:hAnsi="Baskerville Old Face"/>
          <w:bCs/>
          <w:sz w:val="28"/>
          <w:szCs w:val="28"/>
        </w:rPr>
        <w:t>It was in the Red Sea that he opened the tin.</w:t>
      </w:r>
      <w:r w:rsidR="004245C8">
        <w:rPr>
          <w:rFonts w:ascii="Baskerville Old Face" w:hAnsi="Baskerville Old Face"/>
          <w:bCs/>
          <w:sz w:val="28"/>
          <w:szCs w:val="28"/>
        </w:rPr>
        <w:t xml:space="preserve"> </w:t>
      </w:r>
      <w:r w:rsidRPr="00CE758F">
        <w:rPr>
          <w:rFonts w:ascii="Baskerville Old Face" w:hAnsi="Baskerville Old Face"/>
          <w:bCs/>
          <w:sz w:val="28"/>
          <w:szCs w:val="28"/>
        </w:rPr>
        <w:t xml:space="preserve">He did it once and only once on the whole voyage, sitting on his bunk at two in the afternoon with the cabin to himself. A Player’s Navy Cut tin, the paint gone off the corners, the hinge stiff. Inside, a photograph, a folded page </w:t>
      </w:r>
      <w:r w:rsidRPr="00CE758F">
        <w:rPr>
          <w:rFonts w:ascii="Baskerville Old Face" w:hAnsi="Baskerville Old Face"/>
          <w:bCs/>
          <w:sz w:val="28"/>
          <w:szCs w:val="28"/>
        </w:rPr>
        <w:lastRenderedPageBreak/>
        <w:t>torn out of an atlas, and a square of paper with an address on it.</w:t>
      </w:r>
      <w:r w:rsidR="004D138C">
        <w:rPr>
          <w:rFonts w:ascii="Baskerville Old Face" w:hAnsi="Baskerville Old Face"/>
          <w:bCs/>
          <w:sz w:val="28"/>
          <w:szCs w:val="28"/>
        </w:rPr>
        <w:t xml:space="preserve"> </w:t>
      </w:r>
      <w:r w:rsidRPr="00CE758F">
        <w:rPr>
          <w:rFonts w:ascii="Baskerville Old Face" w:hAnsi="Baskerville Old Face"/>
          <w:bCs/>
          <w:sz w:val="28"/>
          <w:szCs w:val="28"/>
        </w:rPr>
        <w:t xml:space="preserve">The photograph was of a young man in shorts and boots standing beside something that had been cut off at the edge of the frame. He was squinting into the sun with his whole face and grinning anyway. He looked about twenty-two. On the back, in pencil, in a hand that sloped hard to the right: </w:t>
      </w:r>
      <w:r w:rsidRPr="00CE758F">
        <w:rPr>
          <w:rFonts w:ascii="Baskerville Old Face" w:hAnsi="Baskerville Old Face"/>
          <w:bCs/>
          <w:i/>
          <w:sz w:val="28"/>
          <w:szCs w:val="28"/>
        </w:rPr>
        <w:t xml:space="preserve">Snowy. Tobruk. He owes me </w:t>
      </w:r>
      <w:r w:rsidR="004D138C">
        <w:rPr>
          <w:rFonts w:ascii="Baskerville Old Face" w:hAnsi="Baskerville Old Face"/>
          <w:bCs/>
          <w:i/>
          <w:sz w:val="28"/>
          <w:szCs w:val="28"/>
        </w:rPr>
        <w:t>four shillings and sixpence</w:t>
      </w:r>
      <w:r w:rsidRPr="00CE758F">
        <w:rPr>
          <w:rFonts w:ascii="Baskerville Old Face" w:hAnsi="Baskerville Old Face"/>
          <w:bCs/>
          <w:i/>
          <w:sz w:val="28"/>
          <w:szCs w:val="28"/>
        </w:rPr>
        <w:t>.</w:t>
      </w:r>
      <w:r w:rsidR="00525735">
        <w:rPr>
          <w:rFonts w:ascii="Baskerville Old Face" w:hAnsi="Baskerville Old Face"/>
          <w:bCs/>
          <w:sz w:val="28"/>
          <w:szCs w:val="28"/>
        </w:rPr>
        <w:t xml:space="preserve"> </w:t>
      </w:r>
      <w:r w:rsidRPr="00CE758F">
        <w:rPr>
          <w:rFonts w:ascii="Baskerville Old Face" w:hAnsi="Baskerville Old Face"/>
          <w:bCs/>
          <w:sz w:val="28"/>
          <w:szCs w:val="28"/>
        </w:rPr>
        <w:t xml:space="preserve">The atlas page was Central Australia. It was mostly a printed pale orange, an emptiness the mapmakers had not bothered to fill because there had been nothing to put in it, and across that orange someone had made eleven small pencil crosses, and beside four of them had written, in the same right-sloping hand, </w:t>
      </w:r>
      <w:r w:rsidRPr="00CE758F">
        <w:rPr>
          <w:rFonts w:ascii="Baskerville Old Face" w:hAnsi="Baskerville Old Face"/>
          <w:bCs/>
          <w:i/>
          <w:sz w:val="28"/>
          <w:szCs w:val="28"/>
        </w:rPr>
        <w:t>water here</w:t>
      </w:r>
      <w:r w:rsidRPr="00CE758F">
        <w:rPr>
          <w:rFonts w:ascii="Baskerville Old Face" w:hAnsi="Baskerville Old Face"/>
          <w:bCs/>
          <w:sz w:val="28"/>
          <w:szCs w:val="28"/>
        </w:rPr>
        <w:t>.</w:t>
      </w:r>
      <w:r w:rsidR="004D138C">
        <w:rPr>
          <w:rFonts w:ascii="Baskerville Old Face" w:hAnsi="Baskerville Old Face"/>
          <w:bCs/>
          <w:sz w:val="28"/>
          <w:szCs w:val="28"/>
        </w:rPr>
        <w:t xml:space="preserve"> </w:t>
      </w:r>
      <w:r w:rsidRPr="00CE758F">
        <w:rPr>
          <w:rFonts w:ascii="Baskerville Old Face" w:hAnsi="Baskerville Old Face"/>
          <w:bCs/>
          <w:sz w:val="28"/>
          <w:szCs w:val="28"/>
        </w:rPr>
        <w:t xml:space="preserve">The square of paper said: </w:t>
      </w:r>
      <w:r w:rsidR="00F155A4" w:rsidRPr="00CE758F">
        <w:rPr>
          <w:rFonts w:ascii="Baskerville Old Face" w:hAnsi="Baskerville Old Face"/>
          <w:bCs/>
          <w:i/>
          <w:sz w:val="28"/>
          <w:szCs w:val="28"/>
        </w:rPr>
        <w:t>Mrs.</w:t>
      </w:r>
      <w:r w:rsidRPr="00CE758F">
        <w:rPr>
          <w:rFonts w:ascii="Baskerville Old Face" w:hAnsi="Baskerville Old Face"/>
          <w:bCs/>
          <w:i/>
          <w:sz w:val="28"/>
          <w:szCs w:val="28"/>
        </w:rPr>
        <w:t xml:space="preserve"> A. Hale, Tennant Creek, N.T. Ask at the Goldfields</w:t>
      </w:r>
      <w:r w:rsidR="002340FB">
        <w:rPr>
          <w:rFonts w:ascii="Baskerville Old Face" w:hAnsi="Baskerville Old Face"/>
          <w:bCs/>
          <w:i/>
          <w:sz w:val="28"/>
          <w:szCs w:val="28"/>
        </w:rPr>
        <w:t xml:space="preserve">. </w:t>
      </w:r>
      <w:r w:rsidRPr="00CE758F">
        <w:rPr>
          <w:rFonts w:ascii="Baskerville Old Face" w:hAnsi="Baskerville Old Face"/>
          <w:bCs/>
          <w:sz w:val="28"/>
          <w:szCs w:val="28"/>
        </w:rPr>
        <w:t>Finian looked at the photograph for a while. Then he put it back exactly as it had been, and closed the tin, and put the tin in the inside pocket of his jacket, and went up on deck and stood in the wind until the gong went for the second sitting.</w:t>
      </w:r>
      <w:r w:rsidR="004245C8">
        <w:rPr>
          <w:rFonts w:ascii="Baskerville Old Face" w:hAnsi="Baskerville Old Face"/>
          <w:bCs/>
          <w:sz w:val="28"/>
          <w:szCs w:val="28"/>
        </w:rPr>
        <w:t xml:space="preserve"> </w:t>
      </w:r>
      <w:r w:rsidRPr="00CE758F">
        <w:rPr>
          <w:rFonts w:ascii="Baskerville Old Face" w:hAnsi="Baskerville Old Face"/>
          <w:bCs/>
          <w:sz w:val="28"/>
          <w:szCs w:val="28"/>
        </w:rPr>
        <w:t>They came into Fremantle on the sixth of October and he saw Australia for the first time from the rail at half past five in the morning: a low grey-green line with a lighthouse on it, entirely unremarkable, and men all round him crying.</w:t>
      </w:r>
    </w:p>
    <w:p w14:paraId="61EFF67A" w14:textId="78882C3D" w:rsidR="00F45C1A" w:rsidRPr="00CE758F" w:rsidRDefault="00525735" w:rsidP="002A1BD3">
      <w:pPr>
        <w:spacing w:line="360" w:lineRule="auto"/>
        <w:rPr>
          <w:rFonts w:ascii="Baskerville Old Face" w:hAnsi="Baskerville Old Face"/>
          <w:bCs/>
          <w:sz w:val="28"/>
          <w:szCs w:val="28"/>
        </w:rPr>
      </w:pPr>
      <w:r>
        <w:rPr>
          <w:rFonts w:ascii="Baskerville Old Face" w:hAnsi="Baskerville Old Face"/>
          <w:bCs/>
          <w:sz w:val="28"/>
          <w:szCs w:val="28"/>
        </w:rPr>
        <w:lastRenderedPageBreak/>
        <w:t xml:space="preserve"> </w:t>
      </w:r>
      <w:r w:rsidR="007671E1" w:rsidRPr="00CE758F">
        <w:rPr>
          <w:rFonts w:ascii="Baskerville Old Face" w:hAnsi="Baskerville Old Face"/>
          <w:bCs/>
          <w:sz w:val="28"/>
          <w:szCs w:val="28"/>
        </w:rPr>
        <w:t>Melbourne on the eleventh. And then the buses, and the hostel.</w:t>
      </w:r>
      <w:r>
        <w:rPr>
          <w:rFonts w:ascii="Baskerville Old Face" w:hAnsi="Baskerville Old Face"/>
          <w:bCs/>
          <w:sz w:val="28"/>
          <w:szCs w:val="28"/>
        </w:rPr>
        <w:t xml:space="preserve"> </w:t>
      </w:r>
      <w:r w:rsidR="007671E1" w:rsidRPr="00CE758F">
        <w:rPr>
          <w:rFonts w:ascii="Baskerville Old Face" w:hAnsi="Baskerville Old Face"/>
          <w:bCs/>
          <w:sz w:val="28"/>
          <w:szCs w:val="28"/>
        </w:rPr>
        <w:t>Broadmeadows was a paddock with huts on it. Corrugated iron, painted cream, standing in rows on a flat brown field twelve miles from the middle of Melbourne with a wind coming across it that had not been slowed down by anything since Antarctica. Each hut was partitioned into cubicles. Each cubicle had two iron beds, a locker, and a light bulb. The walls stopped a foot short of the ceiling so that the whole building was in effect one room containing sixty men, and at night you could hear every single one of them.</w:t>
      </w:r>
      <w:r w:rsidR="002340FB">
        <w:rPr>
          <w:rFonts w:ascii="Baskerville Old Face" w:hAnsi="Baskerville Old Face"/>
          <w:bCs/>
          <w:sz w:val="28"/>
          <w:szCs w:val="28"/>
        </w:rPr>
        <w:t xml:space="preserve"> </w:t>
      </w:r>
      <w:r w:rsidR="007671E1" w:rsidRPr="00CE758F">
        <w:rPr>
          <w:rFonts w:ascii="Baskerville Old Face" w:hAnsi="Baskerville Old Face"/>
          <w:bCs/>
          <w:sz w:val="28"/>
          <w:szCs w:val="28"/>
        </w:rPr>
        <w:t>There was a mess hall that fed them boiled mutton, and a laundry, and a noticeboard.</w:t>
      </w:r>
      <w:r w:rsidR="002340FB">
        <w:rPr>
          <w:rFonts w:ascii="Baskerville Old Face" w:hAnsi="Baskerville Old Face"/>
          <w:bCs/>
          <w:sz w:val="28"/>
          <w:szCs w:val="28"/>
        </w:rPr>
        <w:t xml:space="preserve"> </w:t>
      </w:r>
      <w:r w:rsidR="007671E1" w:rsidRPr="00CE758F">
        <w:rPr>
          <w:rFonts w:ascii="Baskerville Old Face" w:hAnsi="Baskerville Old Face"/>
          <w:bCs/>
          <w:sz w:val="28"/>
          <w:szCs w:val="28"/>
        </w:rPr>
        <w:t>Finian was there eleven day</w:t>
      </w:r>
      <w:r w:rsidR="003A7B0A">
        <w:rPr>
          <w:rFonts w:ascii="Baskerville Old Face" w:hAnsi="Baskerville Old Face"/>
          <w:bCs/>
          <w:sz w:val="28"/>
          <w:szCs w:val="28"/>
        </w:rPr>
        <w:t xml:space="preserve">s; </w:t>
      </w:r>
      <w:r w:rsidR="007671E1" w:rsidRPr="00CE758F">
        <w:rPr>
          <w:rFonts w:ascii="Baskerville Old Face" w:hAnsi="Baskerville Old Face"/>
          <w:bCs/>
          <w:sz w:val="28"/>
          <w:szCs w:val="28"/>
        </w:rPr>
        <w:t>he hated it with a completeness that surprised him.</w:t>
      </w:r>
      <w:r w:rsidR="002340FB">
        <w:rPr>
          <w:rFonts w:ascii="Baskerville Old Face" w:hAnsi="Baskerville Old Face"/>
          <w:bCs/>
          <w:sz w:val="28"/>
          <w:szCs w:val="28"/>
        </w:rPr>
        <w:t xml:space="preserve"> </w:t>
      </w:r>
      <w:r w:rsidR="007671E1" w:rsidRPr="00CE758F">
        <w:rPr>
          <w:rFonts w:ascii="Baskerville Old Face" w:hAnsi="Baskerville Old Face"/>
          <w:bCs/>
          <w:sz w:val="28"/>
          <w:szCs w:val="28"/>
        </w:rPr>
        <w:t>It was not the food, though the food was a</w:t>
      </w:r>
      <w:r w:rsidR="00EB5EF2">
        <w:rPr>
          <w:rFonts w:ascii="Baskerville Old Face" w:hAnsi="Baskerville Old Face"/>
          <w:bCs/>
          <w:sz w:val="28"/>
          <w:szCs w:val="28"/>
        </w:rPr>
        <w:t xml:space="preserve"> culinary </w:t>
      </w:r>
      <w:r w:rsidR="007671E1" w:rsidRPr="00CE758F">
        <w:rPr>
          <w:rFonts w:ascii="Baskerville Old Face" w:hAnsi="Baskerville Old Face"/>
          <w:bCs/>
          <w:sz w:val="28"/>
          <w:szCs w:val="28"/>
        </w:rPr>
        <w:t>offence. It was not the cold</w:t>
      </w:r>
      <w:r w:rsidR="002340FB">
        <w:rPr>
          <w:rFonts w:ascii="Baskerville Old Face" w:hAnsi="Baskerville Old Face"/>
          <w:bCs/>
          <w:sz w:val="28"/>
          <w:szCs w:val="28"/>
        </w:rPr>
        <w:t xml:space="preserve">, </w:t>
      </w:r>
      <w:r w:rsidR="007671E1" w:rsidRPr="00CE758F">
        <w:rPr>
          <w:rFonts w:ascii="Baskerville Old Face" w:hAnsi="Baskerville Old Face"/>
          <w:bCs/>
          <w:sz w:val="28"/>
          <w:szCs w:val="28"/>
        </w:rPr>
        <w:t>it was October</w:t>
      </w:r>
      <w:r w:rsidR="003A7B0A">
        <w:rPr>
          <w:rFonts w:ascii="Baskerville Old Face" w:hAnsi="Baskerville Old Face"/>
          <w:bCs/>
          <w:sz w:val="28"/>
          <w:szCs w:val="28"/>
        </w:rPr>
        <w:t xml:space="preserve">, </w:t>
      </w:r>
      <w:r w:rsidR="007671E1" w:rsidRPr="00CE758F">
        <w:rPr>
          <w:rFonts w:ascii="Baskerville Old Face" w:hAnsi="Baskerville Old Face"/>
          <w:bCs/>
          <w:sz w:val="28"/>
          <w:szCs w:val="28"/>
        </w:rPr>
        <w:t xml:space="preserve">it was colder than Edinburgh had been in September, which nobody had thought to mention. It was the </w:t>
      </w:r>
      <w:r w:rsidR="007671E1" w:rsidRPr="00CE758F">
        <w:rPr>
          <w:rFonts w:ascii="Baskerville Old Face" w:hAnsi="Baskerville Old Face"/>
          <w:bCs/>
          <w:i/>
          <w:sz w:val="28"/>
          <w:szCs w:val="28"/>
        </w:rPr>
        <w:t>stillness</w:t>
      </w:r>
      <w:r w:rsidR="007671E1" w:rsidRPr="00CE758F">
        <w:rPr>
          <w:rFonts w:ascii="Baskerville Old Face" w:hAnsi="Baskerville Old Face"/>
          <w:bCs/>
          <w:sz w:val="28"/>
          <w:szCs w:val="28"/>
        </w:rPr>
        <w:t xml:space="preserve"> of it. They were all of them sitting. Two thousand people who had crossed the world were sitting on iron beds in a paddock in Victoria waiting for something, and what most of them were waiting for was a job in a factory in Dandenong, and Finian understood by about the fourth day that a man could arrive here at seventeen full of the far side of the world </w:t>
      </w:r>
      <w:r w:rsidR="007671E1" w:rsidRPr="00CE758F">
        <w:rPr>
          <w:rFonts w:ascii="Baskerville Old Face" w:hAnsi="Baskerville Old Face"/>
          <w:bCs/>
          <w:sz w:val="28"/>
          <w:szCs w:val="28"/>
        </w:rPr>
        <w:lastRenderedPageBreak/>
        <w:t>and be thirty-one before he ever saw a mile of it that was not visible from a bus.</w:t>
      </w:r>
      <w:r w:rsidR="00EB5EF2">
        <w:rPr>
          <w:rFonts w:ascii="Baskerville Old Face" w:hAnsi="Baskerville Old Face"/>
          <w:bCs/>
          <w:sz w:val="28"/>
          <w:szCs w:val="28"/>
        </w:rPr>
        <w:t xml:space="preserve"> </w:t>
      </w:r>
      <w:r w:rsidR="007671E1" w:rsidRPr="00CE758F">
        <w:rPr>
          <w:rFonts w:ascii="Baskerville Old Face" w:hAnsi="Baskerville Old Face"/>
          <w:bCs/>
          <w:sz w:val="28"/>
          <w:szCs w:val="28"/>
        </w:rPr>
        <w:t>There was a Dutchman in the next cubicle who had been at Broadmeadows for four months.</w:t>
      </w:r>
      <w:r w:rsidR="00EB5EF2">
        <w:rPr>
          <w:rFonts w:ascii="Baskerville Old Face" w:hAnsi="Baskerville Old Face"/>
          <w:bCs/>
          <w:sz w:val="28"/>
          <w:szCs w:val="28"/>
        </w:rPr>
        <w:t xml:space="preserve"> </w:t>
      </w:r>
      <w:r w:rsidR="007671E1" w:rsidRPr="00CE758F">
        <w:rPr>
          <w:rFonts w:ascii="Baskerville Old Face" w:hAnsi="Baskerville Old Face"/>
          <w:bCs/>
          <w:sz w:val="28"/>
          <w:szCs w:val="28"/>
        </w:rPr>
        <w:t>That was the thing that got him out.</w:t>
      </w:r>
      <w:r w:rsidR="008F4AC2">
        <w:rPr>
          <w:rFonts w:ascii="Baskerville Old Face" w:hAnsi="Baskerville Old Face"/>
          <w:bCs/>
          <w:sz w:val="28"/>
          <w:szCs w:val="28"/>
        </w:rPr>
        <w:t xml:space="preserve"> </w:t>
      </w:r>
      <w:r w:rsidR="007671E1" w:rsidRPr="00CE758F">
        <w:rPr>
          <w:rFonts w:ascii="Baskerville Old Face" w:hAnsi="Baskerville Old Face"/>
          <w:bCs/>
          <w:sz w:val="28"/>
          <w:szCs w:val="28"/>
        </w:rPr>
        <w:t>On the ninth day he went to the Commonwealth Employment Service in the city, in a queue, in his good jacket.</w:t>
      </w:r>
      <w:r w:rsidR="008F4AC2">
        <w:rPr>
          <w:rFonts w:ascii="Baskerville Old Face" w:hAnsi="Baskerville Old Face"/>
          <w:bCs/>
          <w:sz w:val="28"/>
          <w:szCs w:val="28"/>
        </w:rPr>
        <w:t xml:space="preserve"> </w:t>
      </w:r>
      <w:r w:rsidR="007671E1" w:rsidRPr="00CE758F">
        <w:rPr>
          <w:rFonts w:ascii="Baskerville Old Face" w:hAnsi="Baskerville Old Face"/>
          <w:bCs/>
          <w:sz w:val="28"/>
          <w:szCs w:val="28"/>
        </w:rPr>
        <w:t>The man behind the desk was called Furness and he was decent and tired and had done this eleven thousand times. He had a card index and a pencil and a way of not quite looking up.</w:t>
      </w:r>
    </w:p>
    <w:p w14:paraId="4DCFA2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“Trade?”</w:t>
      </w:r>
    </w:p>
    <w:p w14:paraId="3198FB5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“None yet.”</w:t>
      </w:r>
    </w:p>
    <w:p w14:paraId="54EEE3F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“Age?”</w:t>
      </w:r>
    </w:p>
    <w:p w14:paraId="6BAD414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“Nineteen,” said Finian.</w:t>
      </w:r>
    </w:p>
    <w:p w14:paraId="70ADBE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Furness looked up then. He looked at him for about two seconds, and then he looked back down and wrote something on the card that was not nineteen, and Finian never knew what it was.</w:t>
      </w:r>
    </w:p>
    <w:p w14:paraId="54656A2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We’ve got fitting and turning, apprenticeship, five years, Footscray. Good outfit. Board’s found. That’s the best thing on this desk for a lad your age and I’d take it if I were you.”</w:t>
      </w:r>
    </w:p>
    <w:p w14:paraId="51A782F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“What’s it pay?”</w:t>
      </w:r>
    </w:p>
    <w:p w14:paraId="22570050" w14:textId="62C19C4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“First year? Four </w:t>
      </w:r>
      <w:r w:rsidR="009E4C11">
        <w:rPr>
          <w:rFonts w:ascii="Baskerville Old Face" w:hAnsi="Baskerville Old Face"/>
          <w:bCs/>
          <w:sz w:val="28"/>
          <w:szCs w:val="28"/>
        </w:rPr>
        <w:t>pounds</w:t>
      </w:r>
      <w:r w:rsidR="00A44289">
        <w:rPr>
          <w:rFonts w:ascii="Baskerville Old Face" w:hAnsi="Baskerville Old Face"/>
          <w:bCs/>
          <w:sz w:val="28"/>
          <w:szCs w:val="28"/>
        </w:rPr>
        <w:t>,</w:t>
      </w:r>
      <w:r w:rsidRPr="00CE758F">
        <w:rPr>
          <w:rFonts w:ascii="Baskerville Old Face" w:hAnsi="Baskerville Old Face"/>
          <w:bCs/>
          <w:sz w:val="28"/>
          <w:szCs w:val="28"/>
        </w:rPr>
        <w:t xml:space="preserve"> twelve</w:t>
      </w:r>
      <w:r w:rsidR="00A44289">
        <w:rPr>
          <w:rFonts w:ascii="Baskerville Old Face" w:hAnsi="Baskerville Old Face"/>
          <w:bCs/>
          <w:sz w:val="28"/>
          <w:szCs w:val="28"/>
        </w:rPr>
        <w:t xml:space="preserve"> shillings</w:t>
      </w:r>
      <w:r w:rsidRPr="00CE758F">
        <w:rPr>
          <w:rFonts w:ascii="Baskerville Old Face" w:hAnsi="Baskerville Old Face"/>
          <w:bCs/>
          <w:sz w:val="28"/>
          <w:szCs w:val="28"/>
        </w:rPr>
        <w:t>.”</w:t>
      </w:r>
    </w:p>
    <w:p w14:paraId="7EB3CFB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pays the most?”</w:t>
      </w:r>
    </w:p>
    <w:p w14:paraId="53343A0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Furness put his pencil down.</w:t>
      </w:r>
    </w:p>
    <w:p w14:paraId="15A21DE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not the question you want to be asking.”</w:t>
      </w:r>
    </w:p>
    <w:p w14:paraId="0761926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the question I’m asking.”</w:t>
      </w:r>
    </w:p>
    <w:p w14:paraId="4539C2A5" w14:textId="40A621F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“Aye, well.” Furness leaned back and looked at him properly for the first time, and something in his face shifted from processing to something more like reluctance. “The most is the Territory or the Pilbara. Drilling, mainly. Water bores, mineral exploration, some of the mining outfits. Twenty, twenty-five </w:t>
      </w:r>
      <w:r w:rsidR="008F4AC2">
        <w:rPr>
          <w:rFonts w:ascii="Baskerville Old Face" w:hAnsi="Baskerville Old Face"/>
          <w:bCs/>
          <w:sz w:val="28"/>
          <w:szCs w:val="28"/>
        </w:rPr>
        <w:t xml:space="preserve">quid </w:t>
      </w:r>
      <w:r w:rsidRPr="00CE758F">
        <w:rPr>
          <w:rFonts w:ascii="Baskerville Old Face" w:hAnsi="Baskerville Old Face"/>
          <w:bCs/>
          <w:sz w:val="28"/>
          <w:szCs w:val="28"/>
        </w:rPr>
        <w:t xml:space="preserve">a week and your keep, </w:t>
      </w:r>
      <w:r w:rsidR="003A7B0A">
        <w:rPr>
          <w:rFonts w:ascii="Baskerville Old Face" w:hAnsi="Baskerville Old Face"/>
          <w:bCs/>
          <w:sz w:val="28"/>
          <w:szCs w:val="28"/>
        </w:rPr>
        <w:t>men is doing</w:t>
      </w:r>
      <w:r w:rsidRPr="00CE758F">
        <w:rPr>
          <w:rFonts w:ascii="Baskerville Old Face" w:hAnsi="Baskerville Old Face"/>
          <w:bCs/>
          <w:sz w:val="28"/>
          <w:szCs w:val="28"/>
        </w:rPr>
        <w:t xml:space="preserve"> thirty on a good contract.”</w:t>
      </w:r>
    </w:p>
    <w:p w14:paraId="53ED163F" w14:textId="61AD0F6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did the arithmetic in his head</w:t>
      </w:r>
      <w:r w:rsidR="00CA5647">
        <w:rPr>
          <w:rFonts w:ascii="Baskerville Old Face" w:hAnsi="Baskerville Old Face"/>
          <w:bCs/>
          <w:sz w:val="28"/>
          <w:szCs w:val="28"/>
        </w:rPr>
        <w:t xml:space="preserve">; </w:t>
      </w:r>
      <w:r w:rsidRPr="00CE758F">
        <w:rPr>
          <w:rFonts w:ascii="Baskerville Old Face" w:hAnsi="Baskerville Old Face"/>
          <w:bCs/>
          <w:sz w:val="28"/>
          <w:szCs w:val="28"/>
        </w:rPr>
        <w:t>it came out at more than his father had earned in a fortnight at the yard after twenty years.</w:t>
      </w:r>
    </w:p>
    <w:p w14:paraId="497B54B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“Where do I go?”</w:t>
      </w:r>
    </w:p>
    <w:p w14:paraId="1B6DC48D" w14:textId="282F813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“Son.” Furness had both hands flat on the desk. “Listen to me a minute, because I say this maybe twice a year and it’s usually wasted. That money’s not a wage. That money is what they have to pay you to make you go there. It’s forty-eight degrees in the shade</w:t>
      </w:r>
      <w:r w:rsidR="00CA5647">
        <w:rPr>
          <w:rFonts w:ascii="Baskerville Old Face" w:hAnsi="Baskerville Old Face"/>
          <w:bCs/>
          <w:sz w:val="28"/>
          <w:szCs w:val="28"/>
        </w:rPr>
        <w:t>,</w:t>
      </w:r>
      <w:r w:rsidRPr="00CE758F">
        <w:rPr>
          <w:rFonts w:ascii="Baskerville Old Face" w:hAnsi="Baskerville Old Face"/>
          <w:bCs/>
          <w:sz w:val="28"/>
          <w:szCs w:val="28"/>
        </w:rPr>
        <w:t xml:space="preserve"> and there isn’t any shade, and it’s four hundred </w:t>
      </w:r>
      <w:r w:rsidR="00CA5647">
        <w:rPr>
          <w:rFonts w:ascii="Baskerville Old Face" w:hAnsi="Baskerville Old Face"/>
          <w:bCs/>
          <w:sz w:val="28"/>
          <w:szCs w:val="28"/>
        </w:rPr>
        <w:t>miles</w:t>
      </w:r>
      <w:r w:rsidRPr="00CE758F">
        <w:rPr>
          <w:rFonts w:ascii="Baskerville Old Face" w:hAnsi="Baskerville Old Face"/>
          <w:bCs/>
          <w:sz w:val="28"/>
          <w:szCs w:val="28"/>
        </w:rPr>
        <w:t xml:space="preserve"> to a doctor, and a lad with soft hands will do </w:t>
      </w:r>
      <w:r w:rsidRPr="00CE758F">
        <w:rPr>
          <w:rFonts w:ascii="Baskerville Old Face" w:hAnsi="Baskerville Old Face"/>
          <w:bCs/>
          <w:sz w:val="28"/>
          <w:szCs w:val="28"/>
        </w:rPr>
        <w:lastRenderedPageBreak/>
        <w:t xml:space="preserve">himself an injury in the first fortnight because he won’t know what he’s looking at.” He tapped the card. “Five years at Footscray and you’ve got a trade for life. You can go anywhere in the world with a fitting ticket. That’s what it </w:t>
      </w:r>
      <w:r w:rsidRPr="00CE758F">
        <w:rPr>
          <w:rFonts w:ascii="Baskerville Old Face" w:hAnsi="Baskerville Old Face"/>
          <w:bCs/>
          <w:i/>
          <w:sz w:val="28"/>
          <w:szCs w:val="28"/>
        </w:rPr>
        <w:t>buys</w:t>
      </w:r>
      <w:r w:rsidRPr="00CE758F">
        <w:rPr>
          <w:rFonts w:ascii="Baskerville Old Face" w:hAnsi="Baskerville Old Face"/>
          <w:bCs/>
          <w:sz w:val="28"/>
          <w:szCs w:val="28"/>
        </w:rPr>
        <w:t xml:space="preserve"> you.”</w:t>
      </w:r>
    </w:p>
    <w:p w14:paraId="5D1A276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what does the other buy?”</w:t>
      </w:r>
    </w:p>
    <w:p w14:paraId="4F6717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“Money,” said Furness. “For what?”</w:t>
      </w:r>
    </w:p>
    <w:p w14:paraId="41041F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did not have an answer to that.</w:t>
      </w:r>
    </w:p>
    <w:p w14:paraId="563CB23B" w14:textId="43F21E8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stood in front of the desk in his good jacket with his hands at his sides</w:t>
      </w:r>
      <w:r w:rsidR="00CA5647">
        <w:rPr>
          <w:rFonts w:ascii="Baskerville Old Face" w:hAnsi="Baskerville Old Face"/>
          <w:bCs/>
          <w:sz w:val="28"/>
          <w:szCs w:val="28"/>
        </w:rPr>
        <w:t>;</w:t>
      </w:r>
      <w:r w:rsidRPr="00CE758F">
        <w:rPr>
          <w:rFonts w:ascii="Baskerville Old Face" w:hAnsi="Baskerville Old Face"/>
          <w:bCs/>
          <w:sz w:val="28"/>
          <w:szCs w:val="28"/>
        </w:rPr>
        <w:t xml:space="preserve"> he did not have an answer, and he knew he did not have one, and he was aware of the shape of the hole where the answer should have been; and he said, because it was what was in him and he had no other material to work with:</w:t>
      </w:r>
    </w:p>
    <w:p w14:paraId="718E5B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“I’ll take the Territory.”</w:t>
      </w:r>
    </w:p>
    <w:p w14:paraId="7D4A9E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Furness wrote out the card.</w:t>
      </w:r>
    </w:p>
    <w:p w14:paraId="32AA110E" w14:textId="0099A7F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Thirty-two years later a man in a heavy old-fashioned suit, in a room that was not a room, would ask Finian Kavanagh what his money had been for, and would allow him a long time to answer, and would not fill the silence; Finian would stand there in front of him and be nineteen years old and in his good jacket, and the shape of the hole would be the same shape it had been in Melbourne in 1963.</w:t>
      </w:r>
    </w:p>
    <w:p w14:paraId="2AC72DF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went north on the twenty-ninth of October.</w:t>
      </w:r>
    </w:p>
    <w:p w14:paraId="2A7A9A49" w14:textId="0835B66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Train to Adelaide. Then the Ghan, which in that year was still the narrow-gauge line to Alice Springs and took two days if nothing happened and considerably longer if anything did. Wooden seats in the cheap end. A guard who came through at intervals and said things nobody could hear over the noise.</w:t>
      </w:r>
      <w:r w:rsidR="004245C8">
        <w:rPr>
          <w:rFonts w:ascii="Baskerville Old Face" w:hAnsi="Baskerville Old Face"/>
          <w:bCs/>
          <w:sz w:val="28"/>
          <w:szCs w:val="28"/>
        </w:rPr>
        <w:t xml:space="preserve"> </w:t>
      </w:r>
      <w:r w:rsidRPr="00CE758F">
        <w:rPr>
          <w:rFonts w:ascii="Baskerville Old Face" w:hAnsi="Baskerville Old Face"/>
          <w:bCs/>
          <w:sz w:val="28"/>
          <w:szCs w:val="28"/>
        </w:rPr>
        <w:t>He watched South Australia turn into something else through a window with a broken catch.</w:t>
      </w:r>
      <w:r w:rsidR="004245C8">
        <w:rPr>
          <w:rFonts w:ascii="Baskerville Old Face" w:hAnsi="Baskerville Old Face"/>
          <w:bCs/>
          <w:sz w:val="28"/>
          <w:szCs w:val="28"/>
        </w:rPr>
        <w:t xml:space="preserve"> </w:t>
      </w:r>
      <w:r w:rsidRPr="00CE758F">
        <w:rPr>
          <w:rFonts w:ascii="Baskerville Old Face" w:hAnsi="Baskerville Old Face"/>
          <w:bCs/>
          <w:sz w:val="28"/>
          <w:szCs w:val="28"/>
        </w:rPr>
        <w:t>It went in stages, and he could remember all of them afterwards. Wheat. Then scrub. Then a long grey nothing with saltbush in it. Then, north of Marree, the country stopped pretending: it went red, all at once, over about twenty miles, and the red was not a metaphor and it was not a photograph</w:t>
      </w:r>
      <w:r w:rsidR="00636086">
        <w:rPr>
          <w:rFonts w:ascii="Baskerville Old Face" w:hAnsi="Baskerville Old Face"/>
          <w:bCs/>
          <w:sz w:val="28"/>
          <w:szCs w:val="28"/>
        </w:rPr>
        <w:t>,</w:t>
      </w:r>
      <w:r w:rsidRPr="00CE758F">
        <w:rPr>
          <w:rFonts w:ascii="Baskerville Old Face" w:hAnsi="Baskerville Old Face"/>
          <w:bCs/>
          <w:sz w:val="28"/>
          <w:szCs w:val="28"/>
        </w:rPr>
        <w:t xml:space="preserve"> it was a colour he had no name for, orange-red, the colour of the printed emptiness on the atlas page in his father’s tin, and it went to the edge of the earth in every direction and did not stop.</w:t>
      </w:r>
      <w:r w:rsidR="00B23902">
        <w:rPr>
          <w:rFonts w:ascii="Baskerville Old Face" w:hAnsi="Baskerville Old Face"/>
          <w:bCs/>
          <w:sz w:val="28"/>
          <w:szCs w:val="28"/>
        </w:rPr>
        <w:t xml:space="preserve"> </w:t>
      </w:r>
      <w:r w:rsidRPr="00CE758F">
        <w:rPr>
          <w:rFonts w:ascii="Baskerville Old Face" w:hAnsi="Baskerville Old Face"/>
          <w:bCs/>
          <w:sz w:val="28"/>
          <w:szCs w:val="28"/>
        </w:rPr>
        <w:t>There was a station called Oodnadatta where they stopped for water</w:t>
      </w:r>
      <w:r w:rsidR="009B743F">
        <w:rPr>
          <w:rFonts w:ascii="Baskerville Old Face" w:hAnsi="Baskerville Old Face"/>
          <w:bCs/>
          <w:sz w:val="28"/>
          <w:szCs w:val="28"/>
        </w:rPr>
        <w:t>;</w:t>
      </w:r>
      <w:r w:rsidR="00CA5647">
        <w:rPr>
          <w:rFonts w:ascii="Baskerville Old Face" w:hAnsi="Baskerville Old Face"/>
          <w:bCs/>
          <w:sz w:val="28"/>
          <w:szCs w:val="28"/>
        </w:rPr>
        <w:t xml:space="preserve"> </w:t>
      </w:r>
      <w:r w:rsidRPr="00CE758F">
        <w:rPr>
          <w:rFonts w:ascii="Baskerville Old Face" w:hAnsi="Baskerville Old Face"/>
          <w:bCs/>
          <w:sz w:val="28"/>
          <w:szCs w:val="28"/>
        </w:rPr>
        <w:t>he got down onto the ballast at four in the afternoon and stood in it.</w:t>
      </w:r>
      <w:r w:rsidR="00B23902">
        <w:rPr>
          <w:rFonts w:ascii="Baskerville Old Face" w:hAnsi="Baskerville Old Face"/>
          <w:bCs/>
          <w:sz w:val="28"/>
          <w:szCs w:val="28"/>
        </w:rPr>
        <w:t xml:space="preserve"> </w:t>
      </w:r>
      <w:r w:rsidRPr="00CE758F">
        <w:rPr>
          <w:rFonts w:ascii="Baskerville Old Face" w:hAnsi="Baskerville Old Face"/>
          <w:bCs/>
          <w:sz w:val="28"/>
          <w:szCs w:val="28"/>
        </w:rPr>
        <w:t>The heat came up through his boots.</w:t>
      </w:r>
      <w:r w:rsidR="008F4AC2">
        <w:rPr>
          <w:rFonts w:ascii="Baskerville Old Face" w:hAnsi="Baskerville Old Face"/>
          <w:bCs/>
          <w:sz w:val="28"/>
          <w:szCs w:val="28"/>
        </w:rPr>
        <w:t xml:space="preserve"> </w:t>
      </w:r>
      <w:r w:rsidRPr="00CE758F">
        <w:rPr>
          <w:rFonts w:ascii="Baskerville Old Face" w:hAnsi="Baskerville Old Face"/>
          <w:bCs/>
          <w:sz w:val="28"/>
          <w:szCs w:val="28"/>
        </w:rPr>
        <w:t>He had thought about this a great deal</w:t>
      </w:r>
      <w:r w:rsidR="009B743F">
        <w:rPr>
          <w:rFonts w:ascii="Baskerville Old Face" w:hAnsi="Baskerville Old Face"/>
          <w:bCs/>
          <w:sz w:val="28"/>
          <w:szCs w:val="28"/>
        </w:rPr>
        <w:t xml:space="preserve">, </w:t>
      </w:r>
      <w:r w:rsidRPr="00CE758F">
        <w:rPr>
          <w:rFonts w:ascii="Baskerville Old Face" w:hAnsi="Baskerville Old Face"/>
          <w:bCs/>
          <w:sz w:val="28"/>
          <w:szCs w:val="28"/>
        </w:rPr>
        <w:t>on the ship, in the hostel, in the kitchen in Leith with his father talking</w:t>
      </w:r>
      <w:r w:rsidR="00FC7FE4">
        <w:rPr>
          <w:rFonts w:ascii="Baskerville Old Face" w:hAnsi="Baskerville Old Face"/>
          <w:bCs/>
          <w:sz w:val="28"/>
          <w:szCs w:val="28"/>
        </w:rPr>
        <w:t xml:space="preserve">, </w:t>
      </w:r>
      <w:r w:rsidRPr="00CE758F">
        <w:rPr>
          <w:rFonts w:ascii="Baskerville Old Face" w:hAnsi="Baskerville Old Face"/>
          <w:bCs/>
          <w:sz w:val="28"/>
          <w:szCs w:val="28"/>
        </w:rPr>
        <w:t xml:space="preserve">and every single thing he had thought about it turned out to have been wrong, because he had been </w:t>
      </w:r>
      <w:r w:rsidRPr="00CE758F">
        <w:rPr>
          <w:rFonts w:ascii="Baskerville Old Face" w:hAnsi="Baskerville Old Face"/>
          <w:bCs/>
          <w:sz w:val="28"/>
          <w:szCs w:val="28"/>
        </w:rPr>
        <w:lastRenderedPageBreak/>
        <w:t>imagining an enlarged version of somewhere he had already been. There was no version of Scotland that scaled up to this. The sky did not sit on top of the country here; it came all the way down to the ground on every side, and stood there, and the country under it was so old and so unbothered and so entirely without any evidence of a single human intention that Finian Kavanagh, seventeen years and eight months old, felt for the first time in his life something that was not ambition.</w:t>
      </w:r>
      <w:r w:rsidR="008F4AC2">
        <w:rPr>
          <w:rFonts w:ascii="Baskerville Old Face" w:hAnsi="Baskerville Old Face"/>
          <w:bCs/>
          <w:sz w:val="28"/>
          <w:szCs w:val="28"/>
        </w:rPr>
        <w:t xml:space="preserve"> </w:t>
      </w:r>
      <w:r w:rsidRPr="00CE758F">
        <w:rPr>
          <w:rFonts w:ascii="Baskerville Old Face" w:hAnsi="Baskerville Old Face"/>
          <w:bCs/>
          <w:sz w:val="28"/>
          <w:szCs w:val="28"/>
        </w:rPr>
        <w:t>It lasted about a minute and a half. He never told anyone about it, and he never quite forgot it either.</w:t>
      </w:r>
      <w:r w:rsidR="008F4AC2">
        <w:rPr>
          <w:rFonts w:ascii="Baskerville Old Face" w:hAnsi="Baskerville Old Face"/>
          <w:bCs/>
          <w:sz w:val="28"/>
          <w:szCs w:val="28"/>
        </w:rPr>
        <w:t xml:space="preserve"> </w:t>
      </w:r>
      <w:r w:rsidRPr="00CE758F">
        <w:rPr>
          <w:rFonts w:ascii="Baskerville Old Face" w:hAnsi="Baskerville Old Face"/>
          <w:bCs/>
          <w:sz w:val="28"/>
          <w:szCs w:val="28"/>
        </w:rPr>
        <w:t>Then the whistle went, and he got back on the train.</w:t>
      </w:r>
      <w:r w:rsidR="00B23902">
        <w:rPr>
          <w:rFonts w:ascii="Baskerville Old Face" w:hAnsi="Baskerville Old Face"/>
          <w:bCs/>
          <w:sz w:val="28"/>
          <w:szCs w:val="28"/>
        </w:rPr>
        <w:t xml:space="preserve"> </w:t>
      </w:r>
      <w:r w:rsidRPr="00CE758F">
        <w:rPr>
          <w:rFonts w:ascii="Baskerville Old Face" w:hAnsi="Baskerville Old Face"/>
          <w:bCs/>
          <w:sz w:val="28"/>
          <w:szCs w:val="28"/>
        </w:rPr>
        <w:t>The Ghan broke down eleven miles short of a siding called Rumbalara at about nine the following morning: something in the locomotive, and word came down the carriages that there was a relief coming from Alice and it might be four hours and it might be tomorrow.</w:t>
      </w:r>
      <w:r w:rsidR="00B23902">
        <w:rPr>
          <w:rFonts w:ascii="Baskerville Old Face" w:hAnsi="Baskerville Old Face"/>
          <w:bCs/>
          <w:sz w:val="28"/>
          <w:szCs w:val="28"/>
        </w:rPr>
        <w:t xml:space="preserve"> </w:t>
      </w:r>
      <w:r w:rsidRPr="00CE758F">
        <w:rPr>
          <w:rFonts w:ascii="Baskerville Old Face" w:hAnsi="Baskerville Old Face"/>
          <w:bCs/>
          <w:sz w:val="28"/>
          <w:szCs w:val="28"/>
        </w:rPr>
        <w:t>By eleven the carriage was an oven. Men got out and sat in the strip of shade along the north side of the train</w:t>
      </w:r>
      <w:r w:rsidR="00850CB2">
        <w:rPr>
          <w:rFonts w:ascii="Baskerville Old Face" w:hAnsi="Baskerville Old Face"/>
          <w:bCs/>
          <w:sz w:val="28"/>
          <w:szCs w:val="28"/>
        </w:rPr>
        <w:t>, s</w:t>
      </w:r>
      <w:r w:rsidRPr="00CE758F">
        <w:rPr>
          <w:rFonts w:ascii="Baskerville Old Face" w:hAnsi="Baskerville Old Face"/>
          <w:bCs/>
          <w:sz w:val="28"/>
          <w:szCs w:val="28"/>
        </w:rPr>
        <w:t>ome of them started walking up and down the line, and by noon a rumour had established itself that the settlement at Rumbalara had a store and a tank.</w:t>
      </w:r>
      <w:r w:rsidR="00B23902">
        <w:rPr>
          <w:rFonts w:ascii="Baskerville Old Face" w:hAnsi="Baskerville Old Face"/>
          <w:bCs/>
          <w:sz w:val="28"/>
          <w:szCs w:val="28"/>
        </w:rPr>
        <w:t xml:space="preserve"> </w:t>
      </w:r>
      <w:r w:rsidRPr="00CE758F">
        <w:rPr>
          <w:rFonts w:ascii="Baskerville Old Face" w:hAnsi="Baskerville Old Face"/>
          <w:bCs/>
          <w:sz w:val="28"/>
          <w:szCs w:val="28"/>
        </w:rPr>
        <w:t>Finian looked at the line running north, dead straight, shimmering.</w:t>
      </w:r>
      <w:r w:rsidR="00327729">
        <w:rPr>
          <w:rFonts w:ascii="Baskerville Old Face" w:hAnsi="Baskerville Old Face"/>
          <w:bCs/>
          <w:sz w:val="28"/>
          <w:szCs w:val="28"/>
        </w:rPr>
        <w:t xml:space="preserve"> </w:t>
      </w:r>
      <w:r w:rsidRPr="00CE758F">
        <w:rPr>
          <w:rFonts w:ascii="Baskerville Old Face" w:hAnsi="Baskerville Old Face"/>
          <w:bCs/>
          <w:sz w:val="28"/>
          <w:szCs w:val="28"/>
        </w:rPr>
        <w:t>Eleven miles. He had walked further than that on a Sunday</w:t>
      </w:r>
      <w:r w:rsidR="003B6DD5">
        <w:rPr>
          <w:rFonts w:ascii="Baskerville Old Face" w:hAnsi="Baskerville Old Face"/>
          <w:bCs/>
          <w:sz w:val="28"/>
          <w:szCs w:val="28"/>
        </w:rPr>
        <w:t xml:space="preserve"> afternoon, arm</w:t>
      </w:r>
      <w:r w:rsidR="001A30F8">
        <w:rPr>
          <w:rFonts w:ascii="Baskerville Old Face" w:hAnsi="Baskerville Old Face"/>
          <w:bCs/>
          <w:sz w:val="28"/>
          <w:szCs w:val="28"/>
        </w:rPr>
        <w:t>-</w:t>
      </w:r>
      <w:r w:rsidR="003B6DD5">
        <w:rPr>
          <w:rFonts w:ascii="Baskerville Old Face" w:hAnsi="Baskerville Old Face"/>
          <w:bCs/>
          <w:sz w:val="28"/>
          <w:szCs w:val="28"/>
        </w:rPr>
        <w:t>in-</w:t>
      </w:r>
      <w:r w:rsidR="003B6DD5">
        <w:rPr>
          <w:rFonts w:ascii="Baskerville Old Face" w:hAnsi="Baskerville Old Face"/>
          <w:bCs/>
          <w:sz w:val="28"/>
          <w:szCs w:val="28"/>
        </w:rPr>
        <w:lastRenderedPageBreak/>
        <w:t>arm with Ellie</w:t>
      </w:r>
      <w:r w:rsidRPr="00CE758F">
        <w:rPr>
          <w:rFonts w:ascii="Baskerville Old Face" w:hAnsi="Baskerville Old Face"/>
          <w:bCs/>
          <w:sz w:val="28"/>
          <w:szCs w:val="28"/>
        </w:rPr>
        <w:t xml:space="preserve"> in Edinburgh</w:t>
      </w:r>
      <w:r w:rsidR="003B6DD5">
        <w:rPr>
          <w:rFonts w:ascii="Baskerville Old Face" w:hAnsi="Baskerville Old Face"/>
          <w:bCs/>
          <w:sz w:val="28"/>
          <w:szCs w:val="28"/>
        </w:rPr>
        <w:t>,</w:t>
      </w:r>
      <w:r w:rsidRPr="00CE758F">
        <w:rPr>
          <w:rFonts w:ascii="Baskerville Old Face" w:hAnsi="Baskerville Old Face"/>
          <w:bCs/>
          <w:sz w:val="28"/>
          <w:szCs w:val="28"/>
        </w:rPr>
        <w:t xml:space="preserve"> </w:t>
      </w:r>
      <w:r w:rsidR="001A30F8">
        <w:rPr>
          <w:rFonts w:ascii="Baskerville Old Face" w:hAnsi="Baskerville Old Face"/>
          <w:bCs/>
          <w:sz w:val="28"/>
          <w:szCs w:val="28"/>
        </w:rPr>
        <w:t xml:space="preserve">and </w:t>
      </w:r>
      <w:r w:rsidRPr="00CE758F">
        <w:rPr>
          <w:rFonts w:ascii="Baskerville Old Face" w:hAnsi="Baskerville Old Face"/>
          <w:bCs/>
          <w:sz w:val="28"/>
          <w:szCs w:val="28"/>
        </w:rPr>
        <w:t xml:space="preserve">without </w:t>
      </w:r>
      <w:r w:rsidR="001A30F8">
        <w:rPr>
          <w:rFonts w:ascii="Baskerville Old Face" w:hAnsi="Baskerville Old Face"/>
          <w:bCs/>
          <w:sz w:val="28"/>
          <w:szCs w:val="28"/>
        </w:rPr>
        <w:t xml:space="preserve">the pair of them </w:t>
      </w:r>
      <w:r w:rsidRPr="00CE758F">
        <w:rPr>
          <w:rFonts w:ascii="Baskerville Old Face" w:hAnsi="Baskerville Old Face"/>
          <w:bCs/>
          <w:sz w:val="28"/>
          <w:szCs w:val="28"/>
        </w:rPr>
        <w:t>noticing. He was young</w:t>
      </w:r>
      <w:r w:rsidR="00850CB2">
        <w:rPr>
          <w:rFonts w:ascii="Baskerville Old Face" w:hAnsi="Baskerville Old Face"/>
          <w:bCs/>
          <w:sz w:val="28"/>
          <w:szCs w:val="28"/>
        </w:rPr>
        <w:t xml:space="preserve">, </w:t>
      </w:r>
      <w:r w:rsidRPr="00CE758F">
        <w:rPr>
          <w:rFonts w:ascii="Baskerville Old Face" w:hAnsi="Baskerville Old Face"/>
          <w:bCs/>
          <w:sz w:val="28"/>
          <w:szCs w:val="28"/>
        </w:rPr>
        <w:t>he was extremely bored</w:t>
      </w:r>
      <w:r w:rsidR="009B743F">
        <w:rPr>
          <w:rFonts w:ascii="Baskerville Old Face" w:hAnsi="Baskerville Old Face"/>
          <w:bCs/>
          <w:sz w:val="28"/>
          <w:szCs w:val="28"/>
        </w:rPr>
        <w:t xml:space="preserve">; </w:t>
      </w:r>
      <w:r w:rsidRPr="00CE758F">
        <w:rPr>
          <w:rFonts w:ascii="Baskerville Old Face" w:hAnsi="Baskerville Old Face"/>
          <w:bCs/>
          <w:sz w:val="28"/>
          <w:szCs w:val="28"/>
        </w:rPr>
        <w:t>there was a distinct possibility of a cold drink at the end of it, and he was already down on the ballast with his jacket over his shoulder when he heard the woman.</w:t>
      </w:r>
      <w:r w:rsidR="00327729">
        <w:rPr>
          <w:rFonts w:ascii="Baskerville Old Face" w:hAnsi="Baskerville Old Face"/>
          <w:bCs/>
          <w:sz w:val="28"/>
          <w:szCs w:val="28"/>
        </w:rPr>
        <w:t xml:space="preserve"> </w:t>
      </w:r>
      <w:r w:rsidRPr="00CE758F">
        <w:rPr>
          <w:rFonts w:ascii="Baskerville Old Face" w:hAnsi="Baskerville Old Face"/>
          <w:bCs/>
          <w:sz w:val="28"/>
          <w:szCs w:val="28"/>
        </w:rPr>
        <w:t>“Ye’ll want yer water bag, son.”</w:t>
      </w:r>
      <w:r w:rsidR="001A30F8">
        <w:rPr>
          <w:rFonts w:ascii="Baskerville Old Face" w:hAnsi="Baskerville Old Face"/>
          <w:bCs/>
          <w:sz w:val="28"/>
          <w:szCs w:val="28"/>
        </w:rPr>
        <w:t xml:space="preserve"> </w:t>
      </w:r>
      <w:r w:rsidRPr="00CE758F">
        <w:rPr>
          <w:rFonts w:ascii="Baskerville Old Face" w:hAnsi="Baskerville Old Face"/>
          <w:bCs/>
          <w:sz w:val="28"/>
          <w:szCs w:val="28"/>
        </w:rPr>
        <w:t>She was standing on the embankment about fifteen feet up the line, in the sun, in a dark dress with an apron over it. Older than his mother. Ordinary as a doorstep.</w:t>
      </w:r>
      <w:r w:rsidR="00327729">
        <w:rPr>
          <w:rFonts w:ascii="Baskerville Old Face" w:hAnsi="Baskerville Old Face"/>
          <w:bCs/>
          <w:sz w:val="28"/>
          <w:szCs w:val="28"/>
        </w:rPr>
        <w:t xml:space="preserve"> </w:t>
      </w:r>
      <w:r w:rsidRPr="00CE758F">
        <w:rPr>
          <w:rFonts w:ascii="Baskerville Old Face" w:hAnsi="Baskerville Old Face"/>
          <w:bCs/>
          <w:sz w:val="28"/>
          <w:szCs w:val="28"/>
        </w:rPr>
        <w:t>“It’s no’ that far,” said Finian.</w:t>
      </w:r>
      <w:r w:rsidR="00327729">
        <w:rPr>
          <w:rFonts w:ascii="Baskerville Old Face" w:hAnsi="Baskerville Old Face"/>
          <w:bCs/>
          <w:sz w:val="28"/>
          <w:szCs w:val="28"/>
        </w:rPr>
        <w:t xml:space="preserve"> </w:t>
      </w:r>
      <w:r w:rsidRPr="00CE758F">
        <w:rPr>
          <w:rFonts w:ascii="Baskerville Old Face" w:hAnsi="Baskerville Old Face"/>
          <w:bCs/>
          <w:sz w:val="28"/>
          <w:szCs w:val="28"/>
        </w:rPr>
        <w:t xml:space="preserve">“Aye, it never is.” She was looking north up the rails, not at him. “There’s a young lad buried at Charlotte Waters that thought the same, and he’d </w:t>
      </w:r>
      <w:r w:rsidR="009B743F">
        <w:rPr>
          <w:rFonts w:ascii="Baskerville Old Face" w:hAnsi="Baskerville Old Face"/>
          <w:bCs/>
          <w:sz w:val="28"/>
          <w:szCs w:val="28"/>
        </w:rPr>
        <w:t>gone</w:t>
      </w:r>
      <w:r w:rsidRPr="00CE758F">
        <w:rPr>
          <w:rFonts w:ascii="Baskerville Old Face" w:hAnsi="Baskerville Old Face"/>
          <w:bCs/>
          <w:sz w:val="28"/>
          <w:szCs w:val="28"/>
        </w:rPr>
        <w:t xml:space="preserve"> further than you have in his life. He was three mile</w:t>
      </w:r>
      <w:r w:rsidR="00FC7FE4">
        <w:rPr>
          <w:rFonts w:ascii="Baskerville Old Face" w:hAnsi="Baskerville Old Face"/>
          <w:bCs/>
          <w:sz w:val="28"/>
          <w:szCs w:val="28"/>
        </w:rPr>
        <w:t xml:space="preserve"> away</w:t>
      </w:r>
      <w:r w:rsidRPr="00CE758F">
        <w:rPr>
          <w:rFonts w:ascii="Baskerville Old Face" w:hAnsi="Baskerville Old Face"/>
          <w:bCs/>
          <w:sz w:val="28"/>
          <w:szCs w:val="28"/>
        </w:rPr>
        <w:t xml:space="preserve"> f</w:t>
      </w:r>
      <w:r w:rsidR="00FF1D92">
        <w:rPr>
          <w:rFonts w:ascii="Baskerville Old Face" w:hAnsi="Baskerville Old Face"/>
          <w:bCs/>
          <w:sz w:val="28"/>
          <w:szCs w:val="28"/>
        </w:rPr>
        <w:t>rom</w:t>
      </w:r>
      <w:r w:rsidRPr="00CE758F">
        <w:rPr>
          <w:rFonts w:ascii="Baskerville Old Face" w:hAnsi="Baskerville Old Face"/>
          <w:bCs/>
          <w:sz w:val="28"/>
          <w:szCs w:val="28"/>
        </w:rPr>
        <w:t xml:space="preserve"> the tank when he sat do</w:t>
      </w:r>
      <w:r w:rsidR="00FF1D92">
        <w:rPr>
          <w:rFonts w:ascii="Baskerville Old Face" w:hAnsi="Baskerville Old Face"/>
          <w:bCs/>
          <w:sz w:val="28"/>
          <w:szCs w:val="28"/>
        </w:rPr>
        <w:t>w</w:t>
      </w:r>
      <w:r w:rsidRPr="00CE758F">
        <w:rPr>
          <w:rFonts w:ascii="Baskerville Old Face" w:hAnsi="Baskerville Old Face"/>
          <w:bCs/>
          <w:sz w:val="28"/>
          <w:szCs w:val="28"/>
        </w:rPr>
        <w:t>n.”</w:t>
      </w:r>
      <w:r w:rsidR="004245C8">
        <w:rPr>
          <w:rFonts w:ascii="Baskerville Old Face" w:hAnsi="Baskerville Old Face"/>
          <w:bCs/>
          <w:sz w:val="28"/>
          <w:szCs w:val="28"/>
        </w:rPr>
        <w:t xml:space="preserve"> </w:t>
      </w:r>
      <w:r w:rsidRPr="00CE758F">
        <w:rPr>
          <w:rFonts w:ascii="Baskerville Old Face" w:hAnsi="Baskerville Old Face"/>
          <w:bCs/>
          <w:sz w:val="28"/>
          <w:szCs w:val="28"/>
        </w:rPr>
        <w:t>Finian, who had been raised to be polite</w:t>
      </w:r>
      <w:r w:rsidR="00124B2D">
        <w:rPr>
          <w:rFonts w:ascii="Baskerville Old Face" w:hAnsi="Baskerville Old Face"/>
          <w:bCs/>
          <w:sz w:val="28"/>
          <w:szCs w:val="28"/>
        </w:rPr>
        <w:t xml:space="preserve"> and respectful</w:t>
      </w:r>
      <w:r w:rsidRPr="00CE758F">
        <w:rPr>
          <w:rFonts w:ascii="Baskerville Old Face" w:hAnsi="Baskerville Old Face"/>
          <w:bCs/>
          <w:sz w:val="28"/>
          <w:szCs w:val="28"/>
        </w:rPr>
        <w:t xml:space="preserve"> to women of that age</w:t>
      </w:r>
      <w:r w:rsidR="00124B2D">
        <w:rPr>
          <w:rFonts w:ascii="Baskerville Old Face" w:hAnsi="Baskerville Old Face"/>
          <w:bCs/>
          <w:sz w:val="28"/>
          <w:szCs w:val="28"/>
        </w:rPr>
        <w:t>,</w:t>
      </w:r>
      <w:r w:rsidRPr="00CE758F">
        <w:rPr>
          <w:rFonts w:ascii="Baskerville Old Face" w:hAnsi="Baskerville Old Face"/>
          <w:bCs/>
          <w:sz w:val="28"/>
          <w:szCs w:val="28"/>
        </w:rPr>
        <w:t xml:space="preserve"> and had also just spent thirty hours on a wooden seat, said: “Where’s the water bag, then?”</w:t>
      </w:r>
    </w:p>
    <w:p w14:paraId="0FD75BA2" w14:textId="77777777" w:rsidR="008D785C"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“Under the seat ye were in. The fella opposite</w:t>
      </w:r>
      <w:r w:rsidR="005E632A">
        <w:rPr>
          <w:rFonts w:ascii="Baskerville Old Face" w:hAnsi="Baskerville Old Face"/>
          <w:bCs/>
          <w:sz w:val="28"/>
          <w:szCs w:val="28"/>
        </w:rPr>
        <w:t>,</w:t>
      </w:r>
      <w:r w:rsidRPr="00CE758F">
        <w:rPr>
          <w:rFonts w:ascii="Baskerville Old Face" w:hAnsi="Baskerville Old Face"/>
          <w:bCs/>
          <w:sz w:val="28"/>
          <w:szCs w:val="28"/>
        </w:rPr>
        <w:t xml:space="preserve"> </w:t>
      </w:r>
      <w:r w:rsidR="005E632A">
        <w:rPr>
          <w:rFonts w:ascii="Baskerville Old Face" w:hAnsi="Baskerville Old Face"/>
          <w:bCs/>
          <w:sz w:val="28"/>
          <w:szCs w:val="28"/>
        </w:rPr>
        <w:t>h</w:t>
      </w:r>
      <w:r w:rsidRPr="00CE758F">
        <w:rPr>
          <w:rFonts w:ascii="Baskerville Old Face" w:hAnsi="Baskerville Old Face"/>
          <w:bCs/>
          <w:sz w:val="28"/>
          <w:szCs w:val="28"/>
        </w:rPr>
        <w:t>e’s got two.”</w:t>
      </w:r>
      <w:r w:rsidR="005E632A">
        <w:rPr>
          <w:rFonts w:ascii="Baskerville Old Face" w:hAnsi="Baskerville Old Face"/>
          <w:bCs/>
          <w:sz w:val="28"/>
          <w:szCs w:val="28"/>
        </w:rPr>
        <w:t xml:space="preserve"> </w:t>
      </w:r>
      <w:r w:rsidRPr="00CE758F">
        <w:rPr>
          <w:rFonts w:ascii="Baskerville Old Face" w:hAnsi="Baskerville Old Face"/>
          <w:bCs/>
          <w:sz w:val="28"/>
          <w:szCs w:val="28"/>
        </w:rPr>
        <w:t>He went back up into the carriage. The man opposite</w:t>
      </w:r>
      <w:r w:rsidR="00327729">
        <w:rPr>
          <w:rFonts w:ascii="Baskerville Old Face" w:hAnsi="Baskerville Old Face"/>
          <w:bCs/>
          <w:sz w:val="28"/>
          <w:szCs w:val="28"/>
        </w:rPr>
        <w:t xml:space="preserve">, </w:t>
      </w:r>
      <w:r w:rsidRPr="00CE758F">
        <w:rPr>
          <w:rFonts w:ascii="Baskerville Old Face" w:hAnsi="Baskerville Old Face"/>
          <w:bCs/>
          <w:sz w:val="28"/>
          <w:szCs w:val="28"/>
        </w:rPr>
        <w:t>a boundary rider going up to a station past Alice</w:t>
      </w:r>
      <w:r w:rsidR="005E632A">
        <w:rPr>
          <w:rFonts w:ascii="Baskerville Old Face" w:hAnsi="Baskerville Old Face"/>
          <w:bCs/>
          <w:sz w:val="28"/>
          <w:szCs w:val="28"/>
        </w:rPr>
        <w:t xml:space="preserve">, </w:t>
      </w:r>
      <w:r w:rsidRPr="00CE758F">
        <w:rPr>
          <w:rFonts w:ascii="Baskerville Old Face" w:hAnsi="Baskerville Old Face"/>
          <w:bCs/>
          <w:sz w:val="28"/>
          <w:szCs w:val="28"/>
        </w:rPr>
        <w:t>had two canvas water bags hanging from his rack, and when Finian asked, said “Take it, mate, take it,” without opening his eyes.</w:t>
      </w:r>
      <w:r w:rsidR="00824605">
        <w:rPr>
          <w:rFonts w:ascii="Baskerville Old Face" w:hAnsi="Baskerville Old Face"/>
          <w:bCs/>
          <w:sz w:val="28"/>
          <w:szCs w:val="28"/>
        </w:rPr>
        <w:t xml:space="preserve"> </w:t>
      </w:r>
      <w:r w:rsidRPr="00CE758F">
        <w:rPr>
          <w:rFonts w:ascii="Baskerville Old Face" w:hAnsi="Baskerville Old Face"/>
          <w:bCs/>
          <w:sz w:val="28"/>
          <w:szCs w:val="28"/>
        </w:rPr>
        <w:t>When Finian got back down onto the ballast</w:t>
      </w:r>
      <w:r w:rsidR="005205E9">
        <w:rPr>
          <w:rFonts w:ascii="Baskerville Old Face" w:hAnsi="Baskerville Old Face"/>
          <w:bCs/>
          <w:sz w:val="28"/>
          <w:szCs w:val="28"/>
        </w:rPr>
        <w:t>,</w:t>
      </w:r>
      <w:r w:rsidRPr="00CE758F">
        <w:rPr>
          <w:rFonts w:ascii="Baskerville Old Face" w:hAnsi="Baskerville Old Face"/>
          <w:bCs/>
          <w:sz w:val="28"/>
          <w:szCs w:val="28"/>
        </w:rPr>
        <w:t xml:space="preserve"> the woman was not on the embankment.</w:t>
      </w:r>
      <w:r w:rsidR="00824605">
        <w:rPr>
          <w:rFonts w:ascii="Baskerville Old Face" w:hAnsi="Baskerville Old Face"/>
          <w:bCs/>
          <w:sz w:val="28"/>
          <w:szCs w:val="28"/>
        </w:rPr>
        <w:t xml:space="preserve"> </w:t>
      </w:r>
    </w:p>
    <w:p w14:paraId="64056399" w14:textId="5DC8053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walked up the line about a hundred yards, which put him well clear of the train, and there was nowhere. There was gibber plain to the horizon in three directions and a low ridge of red sand about a mile east with nothing on it, and no vehicle, and no shade, and no woman.</w:t>
      </w:r>
      <w:r w:rsidR="00824605">
        <w:rPr>
          <w:rFonts w:ascii="Baskerville Old Face" w:hAnsi="Baskerville Old Face"/>
          <w:bCs/>
          <w:sz w:val="28"/>
          <w:szCs w:val="28"/>
        </w:rPr>
        <w:t xml:space="preserve"> </w:t>
      </w:r>
      <w:r w:rsidRPr="00CE758F">
        <w:rPr>
          <w:rFonts w:ascii="Baskerville Old Face" w:hAnsi="Baskerville Old Face"/>
          <w:bCs/>
          <w:sz w:val="28"/>
          <w:szCs w:val="28"/>
        </w:rPr>
        <w:t>He stood there with a stranger’s water bag in his hand and the flies coming onto his face and something went up the back of his neck that had nothing to do with heat.</w:t>
      </w:r>
      <w:r w:rsidR="00327729">
        <w:rPr>
          <w:rFonts w:ascii="Baskerville Old Face" w:hAnsi="Baskerville Old Face"/>
          <w:bCs/>
          <w:sz w:val="28"/>
          <w:szCs w:val="28"/>
        </w:rPr>
        <w:t xml:space="preserve"> </w:t>
      </w:r>
      <w:r w:rsidRPr="00CE758F">
        <w:rPr>
          <w:rFonts w:ascii="Baskerville Old Face" w:hAnsi="Baskerville Old Face"/>
          <w:bCs/>
          <w:sz w:val="28"/>
          <w:szCs w:val="28"/>
        </w:rPr>
        <w:t>Then a fettler further down the train shouted that the relief was coming, and everybody started climbing back on, and Finian climbed back on with them, and by the time they got into Alice Springs at ten that night he had put it away in the drawer where a young man puts things that will not go into any of his other drawers.</w:t>
      </w:r>
      <w:r w:rsidR="00B92075">
        <w:rPr>
          <w:rFonts w:ascii="Baskerville Old Face" w:hAnsi="Baskerville Old Face"/>
          <w:bCs/>
          <w:sz w:val="28"/>
          <w:szCs w:val="28"/>
        </w:rPr>
        <w:t xml:space="preserve"> </w:t>
      </w:r>
      <w:r w:rsidRPr="00CE758F">
        <w:rPr>
          <w:rFonts w:ascii="Baskerville Old Face" w:hAnsi="Baskerville Old Face"/>
          <w:bCs/>
          <w:sz w:val="28"/>
          <w:szCs w:val="28"/>
        </w:rPr>
        <w:t>A week later Wally Mansfield would tell him rule two</w:t>
      </w:r>
      <w:r w:rsidR="00B92075">
        <w:rPr>
          <w:rFonts w:ascii="Baskerville Old Face" w:hAnsi="Baskerville Old Face"/>
          <w:bCs/>
          <w:sz w:val="28"/>
          <w:szCs w:val="28"/>
        </w:rPr>
        <w:t xml:space="preserve">, </w:t>
      </w:r>
      <w:r w:rsidRPr="00CE758F">
        <w:rPr>
          <w:rFonts w:ascii="Baskerville Old Face" w:hAnsi="Baskerville Old Face"/>
          <w:bCs/>
          <w:i/>
          <w:sz w:val="28"/>
          <w:szCs w:val="28"/>
        </w:rPr>
        <w:t>you don’t walk</w:t>
      </w:r>
      <w:r w:rsidR="00B92075">
        <w:rPr>
          <w:rFonts w:ascii="Baskerville Old Face" w:hAnsi="Baskerville Old Face"/>
          <w:bCs/>
          <w:sz w:val="28"/>
          <w:szCs w:val="28"/>
        </w:rPr>
        <w:t xml:space="preserve">, </w:t>
      </w:r>
      <w:r w:rsidRPr="00CE758F">
        <w:rPr>
          <w:rFonts w:ascii="Baskerville Old Face" w:hAnsi="Baskerville Old Face"/>
          <w:bCs/>
          <w:sz w:val="28"/>
          <w:szCs w:val="28"/>
        </w:rPr>
        <w:t>and Finian would open his mouth to say something and find that he had absolutely no idea what to say.</w:t>
      </w:r>
      <w:r w:rsidR="00B92075">
        <w:rPr>
          <w:rFonts w:ascii="Baskerville Old Face" w:hAnsi="Baskerville Old Face"/>
          <w:bCs/>
          <w:sz w:val="28"/>
          <w:szCs w:val="28"/>
        </w:rPr>
        <w:t xml:space="preserve"> </w:t>
      </w:r>
      <w:r w:rsidRPr="00CE758F">
        <w:rPr>
          <w:rFonts w:ascii="Baskerville Old Face" w:hAnsi="Baskerville Old Face"/>
          <w:bCs/>
          <w:sz w:val="28"/>
          <w:szCs w:val="28"/>
        </w:rPr>
        <w:t>Alice Springs in November 1963 was three streets and a gap in a mountain range, and it was a hundred and six in the shade, and it was full.</w:t>
      </w:r>
      <w:r w:rsidR="00B92075">
        <w:rPr>
          <w:rFonts w:ascii="Baskerville Old Face" w:hAnsi="Baskerville Old Face"/>
          <w:bCs/>
          <w:sz w:val="28"/>
          <w:szCs w:val="28"/>
        </w:rPr>
        <w:t xml:space="preserve"> </w:t>
      </w:r>
      <w:r w:rsidRPr="00CE758F">
        <w:rPr>
          <w:rFonts w:ascii="Baskerville Old Face" w:hAnsi="Baskerville Old Face"/>
          <w:bCs/>
          <w:sz w:val="28"/>
          <w:szCs w:val="28"/>
        </w:rPr>
        <w:t>He was there nine days</w:t>
      </w:r>
      <w:r w:rsidR="005205E9">
        <w:rPr>
          <w:rFonts w:ascii="Baskerville Old Face" w:hAnsi="Baskerville Old Face"/>
          <w:bCs/>
          <w:sz w:val="28"/>
          <w:szCs w:val="28"/>
        </w:rPr>
        <w:t>,</w:t>
      </w:r>
      <w:r w:rsidRPr="00CE758F">
        <w:rPr>
          <w:rFonts w:ascii="Baskerville Old Face" w:hAnsi="Baskerville Old Face"/>
          <w:bCs/>
          <w:sz w:val="28"/>
          <w:szCs w:val="28"/>
        </w:rPr>
        <w:t xml:space="preserve"> and he could not get a start. There was work — there was plenty of work — but it was all for men with a ticket or men with a name, and Finian Kavanagh at seventeen had a Scottish accent, a good jacket that was now the wrong </w:t>
      </w:r>
      <w:r w:rsidRPr="00CE758F">
        <w:rPr>
          <w:rFonts w:ascii="Baskerville Old Face" w:hAnsi="Baskerville Old Face"/>
          <w:bCs/>
          <w:sz w:val="28"/>
          <w:szCs w:val="28"/>
        </w:rPr>
        <w:lastRenderedPageBreak/>
        <w:t>colour, eleven pounds, and hands which every single foreman in the town looked at before they looked at his face.</w:t>
      </w:r>
      <w:r w:rsidR="0067172D">
        <w:rPr>
          <w:rFonts w:ascii="Baskerville Old Face" w:hAnsi="Baskerville Old Face"/>
          <w:bCs/>
          <w:sz w:val="28"/>
          <w:szCs w:val="28"/>
        </w:rPr>
        <w:t xml:space="preserve"> </w:t>
      </w:r>
      <w:r w:rsidRPr="00CE758F">
        <w:rPr>
          <w:rFonts w:ascii="Baskerville Old Face" w:hAnsi="Baskerville Old Face"/>
          <w:bCs/>
          <w:sz w:val="28"/>
          <w:szCs w:val="28"/>
        </w:rPr>
        <w:t>On the fourth day a man at the Riverside told him: “Tennant Creek. Mining and water both. And they’re short</w:t>
      </w:r>
      <w:r w:rsidR="0067172D">
        <w:rPr>
          <w:rFonts w:ascii="Baskerville Old Face" w:hAnsi="Baskerville Old Face"/>
          <w:bCs/>
          <w:sz w:val="28"/>
          <w:szCs w:val="28"/>
        </w:rPr>
        <w:t xml:space="preserve">, </w:t>
      </w:r>
      <w:r w:rsidR="00D96B5B">
        <w:rPr>
          <w:rFonts w:ascii="Baskerville Old Face" w:hAnsi="Baskerville Old Face"/>
          <w:bCs/>
          <w:sz w:val="28"/>
          <w:szCs w:val="28"/>
        </w:rPr>
        <w:t xml:space="preserve">they’re always short </w:t>
      </w:r>
      <w:r w:rsidRPr="00CE758F">
        <w:rPr>
          <w:rFonts w:ascii="Baskerville Old Face" w:hAnsi="Baskerville Old Face"/>
          <w:bCs/>
          <w:sz w:val="28"/>
          <w:szCs w:val="28"/>
        </w:rPr>
        <w:t>”</w:t>
      </w:r>
      <w:r w:rsidR="0067172D">
        <w:rPr>
          <w:rFonts w:ascii="Baskerville Old Face" w:hAnsi="Baskerville Old Face"/>
          <w:bCs/>
          <w:sz w:val="28"/>
          <w:szCs w:val="28"/>
        </w:rPr>
        <w:t xml:space="preserve"> </w:t>
      </w:r>
      <w:r w:rsidRPr="00CE758F">
        <w:rPr>
          <w:rFonts w:ascii="Baskerville Old Face" w:hAnsi="Baskerville Old Face"/>
          <w:bCs/>
          <w:sz w:val="28"/>
          <w:szCs w:val="28"/>
        </w:rPr>
        <w:t>Five hundred and ten kilometres north on the mail truck, which took him for two pound and a share of the driving from Barrow Creek, and that was how Finian Kavanagh came to drive a motor vehicle for the first time in his life at three in the morning on a dirt road in the Northern Territory, at fifteen miles an hour, terrified, with a sleeping man beside him and the headlights making a small yellow room in an enormous dark.</w:t>
      </w:r>
      <w:r w:rsidR="008D785C">
        <w:rPr>
          <w:rFonts w:ascii="Baskerville Old Face" w:hAnsi="Baskerville Old Face"/>
          <w:bCs/>
          <w:sz w:val="28"/>
          <w:szCs w:val="28"/>
        </w:rPr>
        <w:t xml:space="preserve"> </w:t>
      </w:r>
      <w:r w:rsidRPr="00CE758F">
        <w:rPr>
          <w:rFonts w:ascii="Baskerville Old Face" w:hAnsi="Baskerville Old Face"/>
          <w:bCs/>
          <w:sz w:val="28"/>
          <w:szCs w:val="28"/>
        </w:rPr>
        <w:t>He arrived in Tennant Creek on the twenty-second of November.</w:t>
      </w:r>
      <w:r w:rsidR="00F87241">
        <w:rPr>
          <w:rFonts w:ascii="Baskerville Old Face" w:hAnsi="Baskerville Old Face"/>
          <w:bCs/>
          <w:sz w:val="28"/>
          <w:szCs w:val="28"/>
        </w:rPr>
        <w:t xml:space="preserve"> </w:t>
      </w:r>
      <w:r w:rsidRPr="00CE758F">
        <w:rPr>
          <w:rFonts w:ascii="Baskerville Old Face" w:hAnsi="Baskerville Old Face"/>
          <w:bCs/>
          <w:sz w:val="28"/>
          <w:szCs w:val="28"/>
        </w:rPr>
        <w:t>Windley Street was a hundred yards of red dust with iron houses along it, and the number he wanted was a block.</w:t>
      </w:r>
      <w:r w:rsidR="0067172D">
        <w:rPr>
          <w:rFonts w:ascii="Baskerville Old Face" w:hAnsi="Baskerville Old Face"/>
          <w:bCs/>
          <w:sz w:val="28"/>
          <w:szCs w:val="28"/>
        </w:rPr>
        <w:t xml:space="preserve"> </w:t>
      </w:r>
      <w:r w:rsidRPr="00CE758F">
        <w:rPr>
          <w:rFonts w:ascii="Baskerville Old Face" w:hAnsi="Baskerville Old Face"/>
          <w:bCs/>
          <w:sz w:val="28"/>
          <w:szCs w:val="28"/>
        </w:rPr>
        <w:t>Not a ruin. A block: a bare rectangle of ground with a concrete slab going green at one end, four star pickets, a tangle of chicken wire, and a pepper tree that somebody had planted a long time ago and nobody had watered since.</w:t>
      </w:r>
      <w:r w:rsidR="00DB4A1F">
        <w:rPr>
          <w:rFonts w:ascii="Baskerville Old Face" w:hAnsi="Baskerville Old Face"/>
          <w:bCs/>
          <w:sz w:val="28"/>
          <w:szCs w:val="28"/>
        </w:rPr>
        <w:t xml:space="preserve"> </w:t>
      </w:r>
      <w:r w:rsidRPr="00CE758F">
        <w:rPr>
          <w:rFonts w:ascii="Baskerville Old Face" w:hAnsi="Baskerville Old Face"/>
          <w:bCs/>
          <w:sz w:val="28"/>
          <w:szCs w:val="28"/>
        </w:rPr>
        <w:t>He stood in front of it for a while with the tin in his hand.</w:t>
      </w:r>
      <w:r w:rsidR="00DB4A1F">
        <w:rPr>
          <w:rFonts w:ascii="Baskerville Old Face" w:hAnsi="Baskerville Old Face"/>
          <w:bCs/>
          <w:sz w:val="28"/>
          <w:szCs w:val="28"/>
        </w:rPr>
        <w:t xml:space="preserve"> </w:t>
      </w:r>
      <w:r w:rsidRPr="00CE758F">
        <w:rPr>
          <w:rFonts w:ascii="Baskerville Old Face" w:hAnsi="Baskerville Old Face"/>
          <w:bCs/>
          <w:sz w:val="28"/>
          <w:szCs w:val="28"/>
        </w:rPr>
        <w:t>Then he went to the Goldfields Hotel, because that is what the paper said to do.</w:t>
      </w:r>
      <w:r w:rsidR="00DB4A1F">
        <w:rPr>
          <w:rFonts w:ascii="Baskerville Old Face" w:hAnsi="Baskerville Old Face"/>
          <w:bCs/>
          <w:sz w:val="28"/>
          <w:szCs w:val="28"/>
        </w:rPr>
        <w:t xml:space="preserve"> </w:t>
      </w:r>
      <w:r w:rsidRPr="00CE758F">
        <w:rPr>
          <w:rFonts w:ascii="Baskerville Old Face" w:hAnsi="Baskerville Old Face"/>
          <w:bCs/>
          <w:sz w:val="28"/>
          <w:szCs w:val="28"/>
        </w:rPr>
        <w:t xml:space="preserve">The public bar at eleven in the morning contained seven men and a ceiling fan </w:t>
      </w:r>
      <w:r w:rsidRPr="00CE758F">
        <w:rPr>
          <w:rFonts w:ascii="Baskerville Old Face" w:hAnsi="Baskerville Old Face"/>
          <w:bCs/>
          <w:sz w:val="28"/>
          <w:szCs w:val="28"/>
        </w:rPr>
        <w:lastRenderedPageBreak/>
        <w:t>turning slowly enough to count. Finian bought a lemon squash he did not want, and asked the barman about Mrs</w:t>
      </w:r>
      <w:r w:rsidR="006F6A10">
        <w:rPr>
          <w:rFonts w:ascii="Baskerville Old Face" w:hAnsi="Baskerville Old Face"/>
          <w:bCs/>
          <w:sz w:val="28"/>
          <w:szCs w:val="28"/>
        </w:rPr>
        <w:t>.</w:t>
      </w:r>
      <w:r w:rsidRPr="00CE758F">
        <w:rPr>
          <w:rFonts w:ascii="Baskerville Old Face" w:hAnsi="Baskerville Old Face"/>
          <w:bCs/>
          <w:sz w:val="28"/>
          <w:szCs w:val="28"/>
        </w:rPr>
        <w:t xml:space="preserve"> A. Hale, and the barman said “Christ, mate, that’s a while back,” and a man at the end of the bar</w:t>
      </w:r>
      <w:r w:rsidR="00DB4A1F">
        <w:rPr>
          <w:rFonts w:ascii="Baskerville Old Face" w:hAnsi="Baskerville Old Face"/>
          <w:bCs/>
          <w:sz w:val="28"/>
          <w:szCs w:val="28"/>
        </w:rPr>
        <w:t xml:space="preserve">, </w:t>
      </w:r>
      <w:r w:rsidRPr="00CE758F">
        <w:rPr>
          <w:rFonts w:ascii="Baskerville Old Face" w:hAnsi="Baskerville Old Face"/>
          <w:bCs/>
          <w:sz w:val="28"/>
          <w:szCs w:val="28"/>
        </w:rPr>
        <w:t>sixty-odd, sunburnt to the colour of the road outside, missing the top joint of two fingers</w:t>
      </w:r>
      <w:r w:rsidR="00DB4A1F">
        <w:rPr>
          <w:rFonts w:ascii="Baskerville Old Face" w:hAnsi="Baskerville Old Face"/>
          <w:bCs/>
          <w:sz w:val="28"/>
          <w:szCs w:val="28"/>
        </w:rPr>
        <w:t xml:space="preserve">, </w:t>
      </w:r>
      <w:r w:rsidRPr="00CE758F">
        <w:rPr>
          <w:rFonts w:ascii="Baskerville Old Face" w:hAnsi="Baskerville Old Face"/>
          <w:bCs/>
          <w:sz w:val="28"/>
          <w:szCs w:val="28"/>
        </w:rPr>
        <w:t>said, “Alma? Alma Hale?”</w:t>
      </w:r>
      <w:r w:rsidR="008D785C">
        <w:rPr>
          <w:rFonts w:ascii="Baskerville Old Face" w:hAnsi="Baskerville Old Face"/>
          <w:bCs/>
          <w:sz w:val="28"/>
          <w:szCs w:val="28"/>
        </w:rPr>
        <w:t xml:space="preserve"> </w:t>
      </w:r>
      <w:r w:rsidRPr="00CE758F">
        <w:rPr>
          <w:rFonts w:ascii="Baskerville Old Face" w:hAnsi="Baskerville Old Face"/>
          <w:bCs/>
          <w:sz w:val="28"/>
          <w:szCs w:val="28"/>
        </w:rPr>
        <w:t>His name was Renshaw. He had been in the Territory since 1929 and had prospected, droved, cut sleepers, and worked eleven years underground at Nobles Nob, and he bought Finian a lemon squash without asking whether he wanted one.</w:t>
      </w:r>
    </w:p>
    <w:p w14:paraId="3DCAD66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“Alma Hale died in fifty-eight,” he said. “House was on Windley Street. Bloke bought the block and pulled it down and never built. It’s a block.” He drank. “And Snowy was killed in the war.”</w:t>
      </w:r>
    </w:p>
    <w:p w14:paraId="298FDD8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know that,” said Finian. “My father was with him.”</w:t>
      </w:r>
    </w:p>
    <w:p w14:paraId="0F3228B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Renshaw’s face changed then, and became, for a moment, quite gentle.</w:t>
      </w:r>
    </w:p>
    <w:p w14:paraId="124F949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“Was he now,” he said. “Where?”</w:t>
      </w:r>
    </w:p>
    <w:p w14:paraId="12046EF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“Tobruk. And after.”</w:t>
      </w:r>
    </w:p>
    <w:p w14:paraId="4F21310D" w14:textId="6EBB161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“Ah.” Renshaw nodded </w:t>
      </w:r>
      <w:r w:rsidR="00655F2B">
        <w:rPr>
          <w:rFonts w:ascii="Baskerville Old Face" w:hAnsi="Baskerville Old Face"/>
          <w:bCs/>
          <w:sz w:val="28"/>
          <w:szCs w:val="28"/>
        </w:rPr>
        <w:t>several times slowly</w:t>
      </w:r>
      <w:r w:rsidRPr="00CE758F">
        <w:rPr>
          <w:rFonts w:ascii="Baskerville Old Face" w:hAnsi="Baskerville Old Face"/>
          <w:bCs/>
          <w:sz w:val="28"/>
          <w:szCs w:val="28"/>
        </w:rPr>
        <w:t>. “Well. There you are.”</w:t>
      </w:r>
    </w:p>
    <w:p w14:paraId="1417E241" w14:textId="6FF0EF1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Finian had the tin out on the table before he had decided to put it there. He got the folded page out and opened it and turned it round, and pushed it across the beer rings towards the old man, and heard himself say, too fast, in the wrong voice, the voice of a boy:</w:t>
      </w:r>
      <w:r w:rsidR="00571FE6">
        <w:rPr>
          <w:rFonts w:ascii="Baskerville Old Face" w:hAnsi="Baskerville Old Face"/>
          <w:bCs/>
          <w:sz w:val="28"/>
          <w:szCs w:val="28"/>
        </w:rPr>
        <w:t xml:space="preserve"> </w:t>
      </w:r>
      <w:r w:rsidRPr="00CE758F">
        <w:rPr>
          <w:rFonts w:ascii="Baskerville Old Face" w:hAnsi="Baskerville Old Face"/>
          <w:bCs/>
          <w:sz w:val="28"/>
          <w:szCs w:val="28"/>
        </w:rPr>
        <w:t>“He was going tae put down bores. Him and my father. Out here. Water bores, for the stations</w:t>
      </w:r>
      <w:r w:rsidR="00571FE6">
        <w:rPr>
          <w:rFonts w:ascii="Baskerville Old Face" w:hAnsi="Baskerville Old Face"/>
          <w:bCs/>
          <w:sz w:val="28"/>
          <w:szCs w:val="28"/>
        </w:rPr>
        <w:t xml:space="preserve">, </w:t>
      </w:r>
      <w:r w:rsidRPr="00CE758F">
        <w:rPr>
          <w:rFonts w:ascii="Baskerville Old Face" w:hAnsi="Baskerville Old Face"/>
          <w:bCs/>
          <w:sz w:val="28"/>
          <w:szCs w:val="28"/>
        </w:rPr>
        <w:t>he’d worked it all out, he had the country picked, he’d —“ Finian’s finger went along the crosses. “</w:t>
      </w:r>
      <w:r w:rsidRPr="00CE758F">
        <w:rPr>
          <w:rFonts w:ascii="Baskerville Old Face" w:hAnsi="Baskerville Old Face"/>
          <w:bCs/>
          <w:i/>
          <w:sz w:val="28"/>
          <w:szCs w:val="28"/>
        </w:rPr>
        <w:t>Water here.</w:t>
      </w:r>
      <w:r w:rsidRPr="00CE758F">
        <w:rPr>
          <w:rFonts w:ascii="Baskerville Old Face" w:hAnsi="Baskerville Old Face"/>
          <w:bCs/>
          <w:sz w:val="28"/>
          <w:szCs w:val="28"/>
        </w:rPr>
        <w:t xml:space="preserve"> He knew where the water was.”</w:t>
      </w:r>
      <w:r w:rsidR="00571FE6">
        <w:rPr>
          <w:rFonts w:ascii="Baskerville Old Face" w:hAnsi="Baskerville Old Face"/>
          <w:bCs/>
          <w:sz w:val="28"/>
          <w:szCs w:val="28"/>
        </w:rPr>
        <w:t xml:space="preserve"> </w:t>
      </w:r>
      <w:r w:rsidRPr="00CE758F">
        <w:rPr>
          <w:rFonts w:ascii="Baskerville Old Face" w:hAnsi="Baskerville Old Face"/>
          <w:bCs/>
          <w:sz w:val="28"/>
          <w:szCs w:val="28"/>
        </w:rPr>
        <w:t>Renshaw looked at the page for a long time.</w:t>
      </w:r>
      <w:r w:rsidR="008D785C">
        <w:rPr>
          <w:rFonts w:ascii="Baskerville Old Face" w:hAnsi="Baskerville Old Face"/>
          <w:bCs/>
          <w:sz w:val="28"/>
          <w:szCs w:val="28"/>
        </w:rPr>
        <w:t xml:space="preserve"> </w:t>
      </w:r>
      <w:r w:rsidRPr="00CE758F">
        <w:rPr>
          <w:rFonts w:ascii="Baskerville Old Face" w:hAnsi="Baskerville Old Face"/>
          <w:bCs/>
          <w:sz w:val="28"/>
          <w:szCs w:val="28"/>
        </w:rPr>
        <w:t>Then he said, kindly, and that was the unbearable part, that he said it kindly:</w:t>
      </w:r>
      <w:r w:rsidR="002A1938">
        <w:rPr>
          <w:rFonts w:ascii="Baskerville Old Face" w:hAnsi="Baskerville Old Face"/>
          <w:bCs/>
          <w:sz w:val="28"/>
          <w:szCs w:val="28"/>
        </w:rPr>
        <w:t xml:space="preserve"> </w:t>
      </w:r>
      <w:r w:rsidRPr="00CE758F">
        <w:rPr>
          <w:rFonts w:ascii="Baskerville Old Face" w:hAnsi="Baskerville Old Face"/>
          <w:bCs/>
          <w:sz w:val="28"/>
          <w:szCs w:val="28"/>
        </w:rPr>
        <w:t>“Son, Snowy Hale never put down a bore in his life.”</w:t>
      </w:r>
      <w:r w:rsidR="002A1938">
        <w:rPr>
          <w:rFonts w:ascii="Baskerville Old Face" w:hAnsi="Baskerville Old Face"/>
          <w:bCs/>
          <w:sz w:val="28"/>
          <w:szCs w:val="28"/>
        </w:rPr>
        <w:t xml:space="preserve"> </w:t>
      </w:r>
      <w:r w:rsidRPr="00CE758F">
        <w:rPr>
          <w:rFonts w:ascii="Baskerville Old Face" w:hAnsi="Baskerville Old Face"/>
          <w:bCs/>
          <w:sz w:val="28"/>
          <w:szCs w:val="28"/>
        </w:rPr>
        <w:t>The fan turned. Somebody at the bar laughed at something.</w:t>
      </w:r>
      <w:r w:rsidR="002A1938">
        <w:rPr>
          <w:rFonts w:ascii="Baskerville Old Face" w:hAnsi="Baskerville Old Face"/>
          <w:bCs/>
          <w:sz w:val="28"/>
          <w:szCs w:val="28"/>
        </w:rPr>
        <w:t xml:space="preserve"> </w:t>
      </w:r>
      <w:r w:rsidRPr="00CE758F">
        <w:rPr>
          <w:rFonts w:ascii="Baskerville Old Face" w:hAnsi="Baskerville Old Face"/>
          <w:bCs/>
          <w:sz w:val="28"/>
          <w:szCs w:val="28"/>
        </w:rPr>
        <w:t>“He was a rous</w:t>
      </w:r>
      <w:r w:rsidR="004A44AE">
        <w:rPr>
          <w:rFonts w:ascii="Baskerville Old Face" w:hAnsi="Baskerville Old Face"/>
          <w:bCs/>
          <w:sz w:val="28"/>
          <w:szCs w:val="28"/>
        </w:rPr>
        <w:t>t</w:t>
      </w:r>
      <w:r w:rsidRPr="00CE758F">
        <w:rPr>
          <w:rFonts w:ascii="Baskerville Old Face" w:hAnsi="Baskerville Old Face"/>
          <w:bCs/>
          <w:sz w:val="28"/>
          <w:szCs w:val="28"/>
        </w:rPr>
        <w:t xml:space="preserve">about,” Renshaw said. “Shed-hand out at Rockhampton Downs, and before that he was a yardman at the hotel in Katherine, and he could not have sunk a post-hole without a bloke to hold him up. He was twenty-one when he went away. He’d never owned a tool.” He turned the page round with one finger, gently, and looked at the pencil crosses. “But he could talk. Christ, he could talk. He’d talk the leg off a chair and then start on the table. He had this all worked out and he had a hotel worked out at the Marbles, and a picture theatre in Tennant, and a thing with </w:t>
      </w:r>
      <w:r w:rsidRPr="00CE758F">
        <w:rPr>
          <w:rFonts w:ascii="Baskerville Old Face" w:hAnsi="Baskerville Old Face"/>
          <w:bCs/>
          <w:sz w:val="28"/>
          <w:szCs w:val="28"/>
        </w:rPr>
        <w:lastRenderedPageBreak/>
        <w:t>camels that I never got to the bottom of. Every man in this town has heard one of Snowy Hale’s plans.” He pushed the page back across the table. “He’d have had a map for all of them.”</w:t>
      </w:r>
      <w:r w:rsidR="00E20E88">
        <w:rPr>
          <w:rFonts w:ascii="Baskerville Old Face" w:hAnsi="Baskerville Old Face"/>
          <w:bCs/>
          <w:sz w:val="28"/>
          <w:szCs w:val="28"/>
        </w:rPr>
        <w:t xml:space="preserve"> </w:t>
      </w:r>
      <w:r w:rsidRPr="00CE758F">
        <w:rPr>
          <w:rFonts w:ascii="Baskerville Old Face" w:hAnsi="Baskerville Old Face"/>
          <w:bCs/>
          <w:sz w:val="28"/>
          <w:szCs w:val="28"/>
        </w:rPr>
        <w:t xml:space="preserve">Finian sat </w:t>
      </w:r>
      <w:r w:rsidR="00E20E88">
        <w:rPr>
          <w:rFonts w:ascii="Baskerville Old Face" w:hAnsi="Baskerville Old Face"/>
          <w:bCs/>
          <w:sz w:val="28"/>
          <w:szCs w:val="28"/>
        </w:rPr>
        <w:t>motionless</w:t>
      </w:r>
      <w:r w:rsidRPr="00CE758F">
        <w:rPr>
          <w:rFonts w:ascii="Baskerville Old Face" w:hAnsi="Baskerville Old Face"/>
          <w:bCs/>
          <w:sz w:val="28"/>
          <w:szCs w:val="28"/>
        </w:rPr>
        <w:t>.</w:t>
      </w:r>
      <w:r w:rsidR="00E20E88">
        <w:rPr>
          <w:rFonts w:ascii="Baskerville Old Face" w:hAnsi="Baskerville Old Face"/>
          <w:bCs/>
          <w:sz w:val="28"/>
          <w:szCs w:val="28"/>
        </w:rPr>
        <w:t xml:space="preserve"> </w:t>
      </w:r>
      <w:r w:rsidRPr="00CE758F">
        <w:rPr>
          <w:rFonts w:ascii="Baskerville Old Face" w:hAnsi="Baskerville Old Face"/>
          <w:bCs/>
          <w:sz w:val="28"/>
          <w:szCs w:val="28"/>
        </w:rPr>
        <w:t>He was thinking about a kitchen in Edinburgh. He was thinking about twenty-one years of a man sitting in a chair by a window not saying anything, and a tin kept on a high shelf, and the four days it had taken that man to sign a form; and he was understanding, with a slowness that was itself a kind of pain, that the thing his father had carried out of the desert and up four flights of stairs in Leith and kept for two decades in a Player’s tin — the thing that had shaped the whole weather of Finian’s childhood, the thing he had crossed the world to complete</w:t>
      </w:r>
      <w:r w:rsidR="008D785C">
        <w:rPr>
          <w:rFonts w:ascii="Baskerville Old Face" w:hAnsi="Baskerville Old Face"/>
          <w:bCs/>
          <w:sz w:val="28"/>
          <w:szCs w:val="28"/>
        </w:rPr>
        <w:t xml:space="preserve">, </w:t>
      </w:r>
      <w:r w:rsidRPr="00CE758F">
        <w:rPr>
          <w:rFonts w:ascii="Baskerville Old Face" w:hAnsi="Baskerville Old Face"/>
          <w:bCs/>
          <w:sz w:val="28"/>
          <w:szCs w:val="28"/>
        </w:rPr>
        <w:t>was a story a frightened young man had made up in a hole in the ground in Libya to keep himself company, told to another frightened young man who had believed it, because believing it was better than the alternative on offer at the time.</w:t>
      </w:r>
      <w:r w:rsidR="00E20E88">
        <w:rPr>
          <w:rFonts w:ascii="Baskerville Old Face" w:hAnsi="Baskerville Old Face"/>
          <w:bCs/>
          <w:sz w:val="28"/>
          <w:szCs w:val="28"/>
        </w:rPr>
        <w:t xml:space="preserve"> </w:t>
      </w:r>
      <w:r w:rsidRPr="00CE758F">
        <w:rPr>
          <w:rFonts w:ascii="Baskerville Old Face" w:hAnsi="Baskerville Old Face"/>
          <w:bCs/>
          <w:sz w:val="28"/>
          <w:szCs w:val="28"/>
        </w:rPr>
        <w:t>Above the bar the wireless, which had been muttering all morning, changed its tone.</w:t>
      </w:r>
      <w:r w:rsidR="00E20E88">
        <w:rPr>
          <w:rFonts w:ascii="Baskerville Old Face" w:hAnsi="Baskerville Old Face"/>
          <w:bCs/>
          <w:sz w:val="28"/>
          <w:szCs w:val="28"/>
        </w:rPr>
        <w:t xml:space="preserve"> </w:t>
      </w:r>
      <w:r w:rsidRPr="00CE758F">
        <w:rPr>
          <w:rFonts w:ascii="Baskerville Old Face" w:hAnsi="Baskerville Old Face"/>
          <w:bCs/>
          <w:sz w:val="28"/>
          <w:szCs w:val="28"/>
        </w:rPr>
        <w:t xml:space="preserve">Men stopped talking. The barman reached up and turned it. It was the twenty-third of November in Australia and the President of the United States had been shot dead in Texas the day before, and the seven men in the public bar of the Goldfields </w:t>
      </w:r>
      <w:r w:rsidRPr="00CE758F">
        <w:rPr>
          <w:rFonts w:ascii="Baskerville Old Face" w:hAnsi="Baskerville Old Face"/>
          <w:bCs/>
          <w:sz w:val="28"/>
          <w:szCs w:val="28"/>
        </w:rPr>
        <w:lastRenderedPageBreak/>
        <w:t xml:space="preserve">Hotel stood and looked up at a shelf and listened to a voice from Sydney reading it out, and one of them said </w:t>
      </w:r>
      <w:r w:rsidRPr="00CE758F">
        <w:rPr>
          <w:rFonts w:ascii="Baskerville Old Face" w:hAnsi="Baskerville Old Face"/>
          <w:bCs/>
          <w:i/>
          <w:sz w:val="28"/>
          <w:szCs w:val="28"/>
        </w:rPr>
        <w:t>bloody hell</w:t>
      </w:r>
      <w:r w:rsidRPr="00CE758F">
        <w:rPr>
          <w:rFonts w:ascii="Baskerville Old Face" w:hAnsi="Baskerville Old Face"/>
          <w:bCs/>
          <w:sz w:val="28"/>
          <w:szCs w:val="28"/>
        </w:rPr>
        <w:t>, and Renshaw took his hat off and then put it back on.</w:t>
      </w:r>
      <w:r w:rsidR="00E20E88">
        <w:rPr>
          <w:rFonts w:ascii="Baskerville Old Face" w:hAnsi="Baskerville Old Face"/>
          <w:bCs/>
          <w:sz w:val="28"/>
          <w:szCs w:val="28"/>
        </w:rPr>
        <w:t xml:space="preserve"> </w:t>
      </w:r>
      <w:r w:rsidRPr="00CE758F">
        <w:rPr>
          <w:rFonts w:ascii="Baskerville Old Face" w:hAnsi="Baskerville Old Face"/>
          <w:bCs/>
          <w:sz w:val="28"/>
          <w:szCs w:val="28"/>
        </w:rPr>
        <w:t xml:space="preserve">Finian heard it. He registered it entirely. And it did not, in that hour, weigh as much as the other thing, and he knew that even at the time, and was ashamed of it, and was still ashamed of it thirty-two years later; and for the rest of his life, when people at dinner tables asked one another where they had been when Kennedy was shot, Finian Kavanagh would say </w:t>
      </w:r>
      <w:r w:rsidRPr="00CE758F">
        <w:rPr>
          <w:rFonts w:ascii="Baskerville Old Face" w:hAnsi="Baskerville Old Face"/>
          <w:bCs/>
          <w:i/>
          <w:sz w:val="28"/>
          <w:szCs w:val="28"/>
        </w:rPr>
        <w:t>a pub in Tennant Creek</w:t>
      </w:r>
      <w:r w:rsidRPr="00CE758F">
        <w:rPr>
          <w:rFonts w:ascii="Baskerville Old Face" w:hAnsi="Baskerville Old Face"/>
          <w:bCs/>
          <w:sz w:val="28"/>
          <w:szCs w:val="28"/>
        </w:rPr>
        <w:t>, always good for a laugh, and he never once told anybody</w:t>
      </w:r>
      <w:r w:rsidR="00B211D3">
        <w:rPr>
          <w:rFonts w:ascii="Baskerville Old Face" w:hAnsi="Baskerville Old Face"/>
          <w:bCs/>
          <w:sz w:val="28"/>
          <w:szCs w:val="28"/>
        </w:rPr>
        <w:t xml:space="preserve">, </w:t>
      </w:r>
      <w:r w:rsidRPr="00CE758F">
        <w:rPr>
          <w:rFonts w:ascii="Baskerville Old Face" w:hAnsi="Baskerville Old Face"/>
          <w:bCs/>
          <w:sz w:val="28"/>
          <w:szCs w:val="28"/>
        </w:rPr>
        <w:t>not Wally, not Ellie, not in fifty years</w:t>
      </w:r>
      <w:r w:rsidR="00B211D3">
        <w:rPr>
          <w:rFonts w:ascii="Baskerville Old Face" w:hAnsi="Baskerville Old Face"/>
          <w:bCs/>
          <w:sz w:val="28"/>
          <w:szCs w:val="28"/>
        </w:rPr>
        <w:t xml:space="preserve">, </w:t>
      </w:r>
      <w:r w:rsidRPr="00CE758F">
        <w:rPr>
          <w:rFonts w:ascii="Baskerville Old Face" w:hAnsi="Baskerville Old Face"/>
          <w:bCs/>
          <w:sz w:val="28"/>
          <w:szCs w:val="28"/>
        </w:rPr>
        <w:t>what he had been doing in it.</w:t>
      </w:r>
      <w:r w:rsidR="009E560C">
        <w:rPr>
          <w:rFonts w:ascii="Baskerville Old Face" w:hAnsi="Baskerville Old Face"/>
          <w:bCs/>
          <w:sz w:val="28"/>
          <w:szCs w:val="28"/>
        </w:rPr>
        <w:t xml:space="preserve"> </w:t>
      </w:r>
      <w:r w:rsidRPr="00CE758F">
        <w:rPr>
          <w:rFonts w:ascii="Baskerville Old Face" w:hAnsi="Baskerville Old Face"/>
          <w:bCs/>
          <w:sz w:val="28"/>
          <w:szCs w:val="28"/>
        </w:rPr>
        <w:t xml:space="preserve">He went outside into the </w:t>
      </w:r>
      <w:r w:rsidR="009E560C">
        <w:rPr>
          <w:rFonts w:ascii="Baskerville Old Face" w:hAnsi="Baskerville Old Face"/>
          <w:bCs/>
          <w:sz w:val="28"/>
          <w:szCs w:val="28"/>
        </w:rPr>
        <w:t>shimmering</w:t>
      </w:r>
      <w:r w:rsidRPr="00CE758F">
        <w:rPr>
          <w:rFonts w:ascii="Baskerville Old Face" w:hAnsi="Baskerville Old Face"/>
          <w:bCs/>
          <w:sz w:val="28"/>
          <w:szCs w:val="28"/>
        </w:rPr>
        <w:t xml:space="preserve"> light and stood in the dirt with the flies on him.</w:t>
      </w:r>
      <w:r w:rsidR="009E560C">
        <w:rPr>
          <w:rFonts w:ascii="Baskerville Old Face" w:hAnsi="Baskerville Old Face"/>
          <w:bCs/>
          <w:sz w:val="28"/>
          <w:szCs w:val="28"/>
        </w:rPr>
        <w:t xml:space="preserve"> </w:t>
      </w:r>
      <w:r w:rsidRPr="00CE758F">
        <w:rPr>
          <w:rFonts w:ascii="Baskerville Old Face" w:hAnsi="Baskerville Old Face"/>
          <w:bCs/>
          <w:sz w:val="28"/>
          <w:szCs w:val="28"/>
        </w:rPr>
        <w:t>He was seventeen. He had eleven pounds. There was a boat home if he wanted one</w:t>
      </w:r>
      <w:r w:rsidR="00A21BB1">
        <w:rPr>
          <w:rFonts w:ascii="Baskerville Old Face" w:hAnsi="Baskerville Old Face"/>
          <w:bCs/>
          <w:sz w:val="28"/>
          <w:szCs w:val="28"/>
        </w:rPr>
        <w:t>,</w:t>
      </w:r>
      <w:r w:rsidRPr="00CE758F">
        <w:rPr>
          <w:rFonts w:ascii="Baskerville Old Face" w:hAnsi="Baskerville Old Face"/>
          <w:bCs/>
          <w:sz w:val="28"/>
          <w:szCs w:val="28"/>
        </w:rPr>
        <w:t xml:space="preserve"> and no money to put himself on it.</w:t>
      </w:r>
      <w:r w:rsidR="00A21BB1">
        <w:rPr>
          <w:rFonts w:ascii="Baskerville Old Face" w:hAnsi="Baskerville Old Face"/>
          <w:bCs/>
          <w:sz w:val="28"/>
          <w:szCs w:val="28"/>
        </w:rPr>
        <w:t xml:space="preserve"> </w:t>
      </w:r>
      <w:r w:rsidRPr="00CE758F">
        <w:rPr>
          <w:rFonts w:ascii="Baskerville Old Face" w:hAnsi="Baskerville Old Face"/>
          <w:bCs/>
          <w:sz w:val="28"/>
          <w:szCs w:val="28"/>
        </w:rPr>
        <w:t xml:space="preserve">And what he thought, standing in the heat outside the Goldfields Hotel, was not </w:t>
      </w:r>
      <w:r w:rsidRPr="00CE758F">
        <w:rPr>
          <w:rFonts w:ascii="Baskerville Old Face" w:hAnsi="Baskerville Old Face"/>
          <w:bCs/>
          <w:i/>
          <w:sz w:val="28"/>
          <w:szCs w:val="28"/>
        </w:rPr>
        <w:t>my father was lied to</w:t>
      </w:r>
      <w:r w:rsidRPr="00CE758F">
        <w:rPr>
          <w:rFonts w:ascii="Baskerville Old Face" w:hAnsi="Baskerville Old Face"/>
          <w:bCs/>
          <w:sz w:val="28"/>
          <w:szCs w:val="28"/>
        </w:rPr>
        <w:t xml:space="preserve">, and it was not </w:t>
      </w:r>
      <w:r w:rsidRPr="00CE758F">
        <w:rPr>
          <w:rFonts w:ascii="Baskerville Old Face" w:hAnsi="Baskerville Old Face"/>
          <w:bCs/>
          <w:i/>
          <w:sz w:val="28"/>
          <w:szCs w:val="28"/>
        </w:rPr>
        <w:t xml:space="preserve">I have come </w:t>
      </w:r>
      <w:r w:rsidR="00322B65">
        <w:rPr>
          <w:rFonts w:ascii="Baskerville Old Face" w:hAnsi="Baskerville Old Face"/>
          <w:bCs/>
          <w:i/>
          <w:sz w:val="28"/>
          <w:szCs w:val="28"/>
        </w:rPr>
        <w:t>eleven</w:t>
      </w:r>
      <w:r w:rsidR="0058201E">
        <w:rPr>
          <w:rFonts w:ascii="Baskerville Old Face" w:hAnsi="Baskerville Old Face"/>
          <w:bCs/>
          <w:i/>
          <w:sz w:val="28"/>
          <w:szCs w:val="28"/>
        </w:rPr>
        <w:t xml:space="preserve"> </w:t>
      </w:r>
      <w:r w:rsidRPr="00CE758F">
        <w:rPr>
          <w:rFonts w:ascii="Baskerville Old Face" w:hAnsi="Baskerville Old Face"/>
          <w:bCs/>
          <w:i/>
          <w:sz w:val="28"/>
          <w:szCs w:val="28"/>
        </w:rPr>
        <w:t>thousand miles for nothing</w:t>
      </w:r>
      <w:r w:rsidRPr="00CE758F">
        <w:rPr>
          <w:rFonts w:ascii="Baskerville Old Face" w:hAnsi="Baskerville Old Face"/>
          <w:bCs/>
          <w:sz w:val="28"/>
          <w:szCs w:val="28"/>
        </w:rPr>
        <w:t>. What he thought</w:t>
      </w:r>
      <w:r w:rsidR="00322B65">
        <w:rPr>
          <w:rFonts w:ascii="Baskerville Old Face" w:hAnsi="Baskerville Old Face"/>
          <w:bCs/>
          <w:sz w:val="28"/>
          <w:szCs w:val="28"/>
        </w:rPr>
        <w:t xml:space="preserve">, </w:t>
      </w:r>
      <w:r w:rsidRPr="00CE758F">
        <w:rPr>
          <w:rFonts w:ascii="Baskerville Old Face" w:hAnsi="Baskerville Old Face"/>
          <w:bCs/>
          <w:sz w:val="28"/>
          <w:szCs w:val="28"/>
        </w:rPr>
        <w:t>and he was honest enough, later, in a place where honesty was not optional, to admit that it had come to him in exactly these words, in that order, within a minute of walking out of that bar</w:t>
      </w:r>
      <w:r w:rsidR="0030476D">
        <w:rPr>
          <w:rFonts w:ascii="Baskerville Old Face" w:hAnsi="Baskerville Old Face"/>
          <w:bCs/>
          <w:sz w:val="28"/>
          <w:szCs w:val="28"/>
        </w:rPr>
        <w:t xml:space="preserve"> </w:t>
      </w:r>
      <w:r w:rsidRPr="00CE758F">
        <w:rPr>
          <w:rFonts w:ascii="Baskerville Old Face" w:hAnsi="Baskerville Old Face"/>
          <w:bCs/>
          <w:sz w:val="28"/>
          <w:szCs w:val="28"/>
        </w:rPr>
        <w:t>was:</w:t>
      </w:r>
    </w:p>
    <w:p w14:paraId="39058B70" w14:textId="478462B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lastRenderedPageBreak/>
        <w:t>Then I’ll be the one that does it. And nobody will ever be able to say it wasn’t true.</w:t>
      </w:r>
      <w:r w:rsidR="00BE2874">
        <w:rPr>
          <w:rFonts w:ascii="Baskerville Old Face" w:hAnsi="Baskerville Old Face"/>
          <w:bCs/>
          <w:sz w:val="28"/>
          <w:szCs w:val="28"/>
        </w:rPr>
        <w:t xml:space="preserve"> </w:t>
      </w:r>
      <w:r w:rsidRPr="00CE758F">
        <w:rPr>
          <w:rFonts w:ascii="Baskerville Old Face" w:hAnsi="Baskerville Old Face"/>
          <w:bCs/>
          <w:sz w:val="28"/>
          <w:szCs w:val="28"/>
        </w:rPr>
        <w:t>He was to spend a great deal of the rest of his life explaining that decision to people, and he was never able to explain it to anyone, including himself, until he was forty-nine years old and lying in a bed in Alice Springs with a machine breathing for him.</w:t>
      </w:r>
      <w:r w:rsidR="0030476D">
        <w:rPr>
          <w:rFonts w:ascii="Baskerville Old Face" w:hAnsi="Baskerville Old Face"/>
          <w:bCs/>
          <w:sz w:val="28"/>
          <w:szCs w:val="28"/>
        </w:rPr>
        <w:t xml:space="preserve"> </w:t>
      </w:r>
      <w:r w:rsidRPr="00CE758F">
        <w:rPr>
          <w:rFonts w:ascii="Baskerville Old Face" w:hAnsi="Baskerville Old Face"/>
          <w:bCs/>
          <w:sz w:val="28"/>
          <w:szCs w:val="28"/>
        </w:rPr>
        <w:t>He went back inside. Renshaw was still at the table.</w:t>
      </w:r>
      <w:r w:rsidR="0030476D">
        <w:rPr>
          <w:rFonts w:ascii="Baskerville Old Face" w:hAnsi="Baskerville Old Face"/>
          <w:bCs/>
          <w:sz w:val="28"/>
          <w:szCs w:val="28"/>
        </w:rPr>
        <w:t xml:space="preserve"> </w:t>
      </w:r>
      <w:r w:rsidRPr="00CE758F">
        <w:rPr>
          <w:rFonts w:ascii="Baskerville Old Face" w:hAnsi="Baskerville Old Face"/>
          <w:bCs/>
          <w:sz w:val="28"/>
          <w:szCs w:val="28"/>
        </w:rPr>
        <w:t>“Where’s the drilling work?” Finian said.</w:t>
      </w:r>
      <w:r w:rsidR="00BE2874">
        <w:rPr>
          <w:rFonts w:ascii="Baskerville Old Face" w:hAnsi="Baskerville Old Face"/>
          <w:bCs/>
          <w:sz w:val="28"/>
          <w:szCs w:val="28"/>
        </w:rPr>
        <w:t xml:space="preserve"> </w:t>
      </w:r>
      <w:r w:rsidRPr="00CE758F">
        <w:rPr>
          <w:rFonts w:ascii="Baskerville Old Face" w:hAnsi="Baskerville Old Face"/>
          <w:bCs/>
          <w:sz w:val="28"/>
          <w:szCs w:val="28"/>
        </w:rPr>
        <w:t>Renshaw looked up at him. Whatever he saw made him take a moment.</w:t>
      </w:r>
      <w:r w:rsidR="0030476D">
        <w:rPr>
          <w:rFonts w:ascii="Baskerville Old Face" w:hAnsi="Baskerville Old Face"/>
          <w:bCs/>
          <w:sz w:val="28"/>
          <w:szCs w:val="28"/>
        </w:rPr>
        <w:t xml:space="preserve"> </w:t>
      </w:r>
      <w:r w:rsidRPr="00CE758F">
        <w:rPr>
          <w:rFonts w:ascii="Baskerville Old Face" w:hAnsi="Baskerville Old Face"/>
          <w:bCs/>
          <w:sz w:val="28"/>
          <w:szCs w:val="28"/>
        </w:rPr>
        <w:t>“There’s a bloke called Mansfield,” he said. “Wally Mansfield. Water outfit</w:t>
      </w:r>
      <w:r w:rsidR="0030476D">
        <w:rPr>
          <w:rFonts w:ascii="Baskerville Old Face" w:hAnsi="Baskerville Old Face"/>
          <w:bCs/>
          <w:sz w:val="28"/>
          <w:szCs w:val="28"/>
        </w:rPr>
        <w:t xml:space="preserve">, </w:t>
      </w:r>
      <w:r w:rsidRPr="00CE758F">
        <w:rPr>
          <w:rFonts w:ascii="Baskerville Old Face" w:hAnsi="Baskerville Old Face"/>
          <w:bCs/>
          <w:sz w:val="28"/>
          <w:szCs w:val="28"/>
        </w:rPr>
        <w:t>he’s out east of here somewhere, putting down stock bores for the pastoral company.” He drained his glass. “He’s in Thursday for stores. He’ll tell you no.”</w:t>
      </w:r>
      <w:r w:rsidR="006A3D2E">
        <w:rPr>
          <w:rFonts w:ascii="Baskerville Old Face" w:hAnsi="Baskerville Old Face"/>
          <w:bCs/>
          <w:sz w:val="28"/>
          <w:szCs w:val="28"/>
        </w:rPr>
        <w:t xml:space="preserve"> </w:t>
      </w:r>
      <w:r w:rsidRPr="00CE758F">
        <w:rPr>
          <w:rFonts w:ascii="Baskerville Old Face" w:hAnsi="Baskerville Old Face"/>
          <w:bCs/>
          <w:sz w:val="28"/>
          <w:szCs w:val="28"/>
        </w:rPr>
        <w:t>“Right,” said Finian.</w:t>
      </w:r>
      <w:r w:rsidR="006A3D2E">
        <w:rPr>
          <w:rFonts w:ascii="Baskerville Old Face" w:hAnsi="Baskerville Old Face"/>
          <w:bCs/>
          <w:sz w:val="28"/>
          <w:szCs w:val="28"/>
        </w:rPr>
        <w:t xml:space="preserve"> </w:t>
      </w:r>
      <w:r w:rsidRPr="00CE758F">
        <w:rPr>
          <w:rFonts w:ascii="Baskerville Old Face" w:hAnsi="Baskerville Old Face"/>
          <w:bCs/>
          <w:sz w:val="28"/>
          <w:szCs w:val="28"/>
        </w:rPr>
        <w:t>“He’ll tell you no,” Renshaw said again, “because you’re a boy and you’ve hands like a bank clerk and he’s buried one already.”</w:t>
      </w:r>
    </w:p>
    <w:p w14:paraId="24C31816" w14:textId="6056738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said Finian, and went to find somewhere to sleep</w:t>
      </w:r>
      <w:r w:rsidR="006A3D2E">
        <w:rPr>
          <w:rFonts w:ascii="Baskerville Old Face" w:hAnsi="Baskerville Old Face"/>
          <w:bCs/>
          <w:sz w:val="28"/>
          <w:szCs w:val="28"/>
        </w:rPr>
        <w:t xml:space="preserve"> and eat</w:t>
      </w:r>
      <w:r w:rsidRPr="00CE758F">
        <w:rPr>
          <w:rFonts w:ascii="Baskerville Old Face" w:hAnsi="Baskerville Old Face"/>
          <w:bCs/>
          <w:sz w:val="28"/>
          <w:szCs w:val="28"/>
        </w:rPr>
        <w:t xml:space="preserve"> until Thursday.</w:t>
      </w:r>
    </w:p>
    <w:p w14:paraId="6B7FDA02"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22DB6CA6"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Three</w:t>
      </w:r>
    </w:p>
    <w:p w14:paraId="56E3E1C3"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Wally’s Rules</w:t>
      </w:r>
    </w:p>
    <w:p w14:paraId="3C57BB3F" w14:textId="1887DD31" w:rsidR="00F45C1A" w:rsidRPr="00CE758F" w:rsidRDefault="00BE2874" w:rsidP="004A4882">
      <w:pPr>
        <w:spacing w:line="360" w:lineRule="auto"/>
        <w:ind w:firstLine="0"/>
        <w:rPr>
          <w:rFonts w:ascii="Baskerville Old Face" w:hAnsi="Baskerville Old Face"/>
          <w:bCs/>
          <w:sz w:val="28"/>
          <w:szCs w:val="28"/>
        </w:rPr>
      </w:pPr>
      <w:r>
        <w:rPr>
          <w:rFonts w:ascii="Baskerville Old Face" w:hAnsi="Baskerville Old Face"/>
          <w:bCs/>
          <w:sz w:val="28"/>
          <w:szCs w:val="28"/>
        </w:rPr>
        <w:tab/>
      </w:r>
      <w:r w:rsidR="007671E1" w:rsidRPr="00CE758F">
        <w:rPr>
          <w:rFonts w:ascii="Baskerville Old Face" w:hAnsi="Baskerville Old Face"/>
          <w:bCs/>
          <w:sz w:val="28"/>
          <w:szCs w:val="28"/>
        </w:rPr>
        <w:t>Wally Mansfield came in for stores on the Thursday at about four in the afternoon, and Finian, who had been sitting on the step of the store since half past seven that morning, knew it was him before anyone said so, because the truck came up the street too slowly and stopped square in the middle of nothing in particular, in the manner of a vehicle whose driver has never in his life had to consider another.</w:t>
      </w:r>
      <w:r w:rsidR="00DD3517">
        <w:rPr>
          <w:rFonts w:ascii="Baskerville Old Face" w:hAnsi="Baskerville Old Face"/>
          <w:bCs/>
          <w:sz w:val="28"/>
          <w:szCs w:val="28"/>
        </w:rPr>
        <w:t xml:space="preserve"> </w:t>
      </w:r>
      <w:r w:rsidR="007671E1" w:rsidRPr="00CE758F">
        <w:rPr>
          <w:rFonts w:ascii="Baskerville Old Face" w:hAnsi="Baskerville Old Face"/>
          <w:bCs/>
          <w:sz w:val="28"/>
          <w:szCs w:val="28"/>
        </w:rPr>
        <w:t>It was an International, ex-army</w:t>
      </w:r>
      <w:r w:rsidR="00DC5AE6">
        <w:rPr>
          <w:rFonts w:ascii="Baskerville Old Face" w:hAnsi="Baskerville Old Face"/>
          <w:bCs/>
          <w:sz w:val="28"/>
          <w:szCs w:val="28"/>
        </w:rPr>
        <w:t xml:space="preserve"> truck</w:t>
      </w:r>
      <w:r w:rsidR="007671E1" w:rsidRPr="00CE758F">
        <w:rPr>
          <w:rFonts w:ascii="Baskerville Old Face" w:hAnsi="Baskerville Old Face"/>
          <w:bCs/>
          <w:sz w:val="28"/>
          <w:szCs w:val="28"/>
        </w:rPr>
        <w:t xml:space="preserve">, painted a </w:t>
      </w:r>
      <w:r w:rsidR="004A4882">
        <w:rPr>
          <w:rFonts w:ascii="Baskerville Old Face" w:hAnsi="Baskerville Old Face"/>
          <w:bCs/>
          <w:sz w:val="28"/>
          <w:szCs w:val="28"/>
        </w:rPr>
        <w:t xml:space="preserve">shade of </w:t>
      </w:r>
      <w:r w:rsidR="007671E1" w:rsidRPr="00CE758F">
        <w:rPr>
          <w:rFonts w:ascii="Baskerville Old Face" w:hAnsi="Baskerville Old Face"/>
          <w:bCs/>
          <w:sz w:val="28"/>
          <w:szCs w:val="28"/>
        </w:rPr>
        <w:t>green that had gone the colour of a dead leaf, with a drilling rig on the back of it: a folded steel mast lying flat along the tray, a mud pump, a rack of rods, four drums, and a great deal of chain. Everything on it was worn smooth at the places where hands went and rusted everywhere else.</w:t>
      </w:r>
      <w:r w:rsidR="004A4882">
        <w:rPr>
          <w:rFonts w:ascii="Baskerville Old Face" w:hAnsi="Baskerville Old Face"/>
          <w:bCs/>
          <w:sz w:val="28"/>
          <w:szCs w:val="28"/>
        </w:rPr>
        <w:t xml:space="preserve"> </w:t>
      </w:r>
      <w:r w:rsidR="007671E1" w:rsidRPr="00CE758F">
        <w:rPr>
          <w:rFonts w:ascii="Baskerville Old Face" w:hAnsi="Baskerville Old Face"/>
          <w:bCs/>
          <w:sz w:val="28"/>
          <w:szCs w:val="28"/>
        </w:rPr>
        <w:t>The man who got out of it was somewhere over fifty and built like a fence post</w:t>
      </w:r>
      <w:r w:rsidR="004A4882">
        <w:rPr>
          <w:rFonts w:ascii="Baskerville Old Face" w:hAnsi="Baskerville Old Face"/>
          <w:bCs/>
          <w:sz w:val="28"/>
          <w:szCs w:val="28"/>
        </w:rPr>
        <w:t>,</w:t>
      </w:r>
      <w:r w:rsidR="007671E1" w:rsidRPr="00CE758F">
        <w:rPr>
          <w:rFonts w:ascii="Baskerville Old Face" w:hAnsi="Baskerville Old Face"/>
          <w:bCs/>
          <w:sz w:val="28"/>
          <w:szCs w:val="28"/>
        </w:rPr>
        <w:t xml:space="preserve"> not big, but with nothing on him that wasn’t structural. Khaki shirt, khaki trousers, a hat that had lost any memory of its original shape, and boots with the toecaps scuffed white. His forearms were the colour and approximate texture of the truck. He walked into the store without looking at Finian and </w:t>
      </w:r>
      <w:r w:rsidR="007671E1" w:rsidRPr="00CE758F">
        <w:rPr>
          <w:rFonts w:ascii="Baskerville Old Face" w:hAnsi="Baskerville Old Face"/>
          <w:bCs/>
          <w:sz w:val="28"/>
          <w:szCs w:val="28"/>
        </w:rPr>
        <w:lastRenderedPageBreak/>
        <w:t>came out eleven minutes later with a case of tinned meat under one arm and a coil of hose over his shoulder, and Finian stood up off the step and said:</w:t>
      </w:r>
    </w:p>
    <w:p w14:paraId="0CB7316A" w14:textId="150078C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F155A4" w:rsidRPr="00CE758F">
        <w:rPr>
          <w:rFonts w:ascii="Baskerville Old Face" w:hAnsi="Baskerville Old Face"/>
          <w:bCs/>
          <w:sz w:val="28"/>
          <w:szCs w:val="28"/>
        </w:rPr>
        <w:t>Mr.</w:t>
      </w:r>
      <w:r w:rsidRPr="00CE758F">
        <w:rPr>
          <w:rFonts w:ascii="Baskerville Old Face" w:hAnsi="Baskerville Old Face"/>
          <w:bCs/>
          <w:sz w:val="28"/>
          <w:szCs w:val="28"/>
        </w:rPr>
        <w:t xml:space="preserve"> Mansfield.”</w:t>
      </w:r>
    </w:p>
    <w:p w14:paraId="6AEF549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 put the case in the tray.</w:t>
      </w:r>
    </w:p>
    <w:p w14:paraId="7A8D480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“I’m after work.”</w:t>
      </w:r>
    </w:p>
    <w:p w14:paraId="1911E5E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 put the hose in after it.</w:t>
      </w:r>
    </w:p>
    <w:p w14:paraId="5EACA36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“I’ll do anything. I don’t need paying the first fortnight.”</w:t>
      </w:r>
    </w:p>
    <w:p w14:paraId="2005AF3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At that, Wally turned round and looked at him properly, from the boots up, and it was not an unkind look. It was the look of a man pricing a horse he has no intention of buying.</w:t>
      </w:r>
    </w:p>
    <w:p w14:paraId="152084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he said.</w:t>
      </w:r>
    </w:p>
    <w:p w14:paraId="1B8A542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“You’ve no’ heard—“</w:t>
      </w:r>
    </w:p>
    <w:p w14:paraId="24CABC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old are you?”</w:t>
      </w:r>
    </w:p>
    <w:p w14:paraId="109C0EF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“Nineteen.”</w:t>
      </w:r>
    </w:p>
    <w:p w14:paraId="4DF6087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“You’re not.” Wally went back to the tray and began lashing the load, and he spoke while he was doing it, not turning round. “You’re seventeen or you’re near enough it doesn’t matter. You’ve been off a boat about a month, you’ve never done a day’s work outside, and you’ve got a wool jacket in that case that you think you might need. And you want to </w:t>
      </w:r>
      <w:r w:rsidRPr="00CE758F">
        <w:rPr>
          <w:rFonts w:ascii="Baskerville Old Face" w:hAnsi="Baskerville Old Face"/>
          <w:bCs/>
          <w:sz w:val="28"/>
          <w:szCs w:val="28"/>
        </w:rPr>
        <w:lastRenderedPageBreak/>
        <w:t>come out east with me, two hundred and ten k from the nearest anything, and stand on a rig.”</w:t>
      </w:r>
    </w:p>
    <w:p w14:paraId="72AECF8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375C979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Wally.</w:t>
      </w:r>
    </w:p>
    <w:p w14:paraId="70092A3C" w14:textId="3E6F67D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pulled the last knot tight, and looked at it, and then said, in a different voice altogether, flatter and quicker, as a man says a thing he has said before and does not want to have to say again:</w:t>
      </w:r>
      <w:r w:rsidR="00011678">
        <w:rPr>
          <w:rFonts w:ascii="Baskerville Old Face" w:hAnsi="Baskerville Old Face"/>
          <w:bCs/>
          <w:sz w:val="28"/>
          <w:szCs w:val="28"/>
        </w:rPr>
        <w:t xml:space="preserve"> </w:t>
      </w:r>
      <w:r w:rsidRPr="00CE758F">
        <w:rPr>
          <w:rFonts w:ascii="Baskerville Old Face" w:hAnsi="Baskerville Old Face"/>
          <w:bCs/>
          <w:sz w:val="28"/>
          <w:szCs w:val="28"/>
        </w:rPr>
        <w:t>“Go and get a trade, son.”</w:t>
      </w:r>
      <w:r w:rsidR="00011678">
        <w:rPr>
          <w:rFonts w:ascii="Baskerville Old Face" w:hAnsi="Baskerville Old Face"/>
          <w:bCs/>
          <w:sz w:val="28"/>
          <w:szCs w:val="28"/>
        </w:rPr>
        <w:t xml:space="preserve"> </w:t>
      </w:r>
      <w:r w:rsidRPr="00CE758F">
        <w:rPr>
          <w:rFonts w:ascii="Baskerville Old Face" w:hAnsi="Baskerville Old Face"/>
          <w:bCs/>
          <w:sz w:val="28"/>
          <w:szCs w:val="28"/>
        </w:rPr>
        <w:t xml:space="preserve">Then he </w:t>
      </w:r>
      <w:r w:rsidR="00011678">
        <w:rPr>
          <w:rFonts w:ascii="Baskerville Old Face" w:hAnsi="Baskerville Old Face"/>
          <w:bCs/>
          <w:sz w:val="28"/>
          <w:szCs w:val="28"/>
        </w:rPr>
        <w:t>climbed back</w:t>
      </w:r>
      <w:r w:rsidRPr="00CE758F">
        <w:rPr>
          <w:rFonts w:ascii="Baskerville Old Face" w:hAnsi="Baskerville Old Face"/>
          <w:bCs/>
          <w:sz w:val="28"/>
          <w:szCs w:val="28"/>
        </w:rPr>
        <w:t xml:space="preserve"> into the truck and </w:t>
      </w:r>
      <w:r w:rsidR="003E43EB">
        <w:rPr>
          <w:rFonts w:ascii="Baskerville Old Face" w:hAnsi="Baskerville Old Face"/>
          <w:bCs/>
          <w:sz w:val="28"/>
          <w:szCs w:val="28"/>
        </w:rPr>
        <w:t xml:space="preserve">speedily </w:t>
      </w:r>
      <w:r w:rsidRPr="00CE758F">
        <w:rPr>
          <w:rFonts w:ascii="Baskerville Old Face" w:hAnsi="Baskerville Old Face"/>
          <w:bCs/>
          <w:sz w:val="28"/>
          <w:szCs w:val="28"/>
        </w:rPr>
        <w:t xml:space="preserve">drove out of town, </w:t>
      </w:r>
      <w:r w:rsidR="000F7606">
        <w:rPr>
          <w:rFonts w:ascii="Baskerville Old Face" w:hAnsi="Baskerville Old Face"/>
          <w:bCs/>
          <w:sz w:val="28"/>
          <w:szCs w:val="28"/>
        </w:rPr>
        <w:t xml:space="preserve">his </w:t>
      </w:r>
      <w:r w:rsidRPr="00CE758F">
        <w:rPr>
          <w:rFonts w:ascii="Baskerville Old Face" w:hAnsi="Baskerville Old Face"/>
          <w:bCs/>
          <w:sz w:val="28"/>
          <w:szCs w:val="28"/>
        </w:rPr>
        <w:t xml:space="preserve">dust </w:t>
      </w:r>
      <w:r w:rsidR="000F7606">
        <w:rPr>
          <w:rFonts w:ascii="Baskerville Old Face" w:hAnsi="Baskerville Old Face"/>
          <w:bCs/>
          <w:sz w:val="28"/>
          <w:szCs w:val="28"/>
        </w:rPr>
        <w:t xml:space="preserve">trail </w:t>
      </w:r>
      <w:r w:rsidRPr="00CE758F">
        <w:rPr>
          <w:rFonts w:ascii="Baskerville Old Face" w:hAnsi="Baskerville Old Face"/>
          <w:bCs/>
          <w:sz w:val="28"/>
          <w:szCs w:val="28"/>
        </w:rPr>
        <w:t>hung over the road for a good five minutes afterwards.</w:t>
      </w:r>
      <w:r w:rsidR="000F7606">
        <w:rPr>
          <w:rFonts w:ascii="Baskerville Old Face" w:hAnsi="Baskerville Old Face"/>
          <w:bCs/>
          <w:sz w:val="28"/>
          <w:szCs w:val="28"/>
        </w:rPr>
        <w:t xml:space="preserve"> </w:t>
      </w:r>
      <w:r w:rsidRPr="00CE758F">
        <w:rPr>
          <w:rFonts w:ascii="Baskerville Old Face" w:hAnsi="Baskerville Old Face"/>
          <w:bCs/>
          <w:sz w:val="28"/>
          <w:szCs w:val="28"/>
        </w:rPr>
        <w:t xml:space="preserve">He </w:t>
      </w:r>
      <w:r w:rsidR="000F7606">
        <w:rPr>
          <w:rFonts w:ascii="Baskerville Old Face" w:hAnsi="Baskerville Old Face"/>
          <w:bCs/>
          <w:sz w:val="28"/>
          <w:szCs w:val="28"/>
        </w:rPr>
        <w:t>returned</w:t>
      </w:r>
      <w:r w:rsidRPr="00CE758F">
        <w:rPr>
          <w:rFonts w:ascii="Baskerville Old Face" w:hAnsi="Baskerville Old Face"/>
          <w:bCs/>
          <w:sz w:val="28"/>
          <w:szCs w:val="28"/>
        </w:rPr>
        <w:t xml:space="preserve"> the following Thursday, because everybody was back the following Thursday. Finian was sitting on the step.</w:t>
      </w:r>
      <w:r w:rsidR="009C7533">
        <w:rPr>
          <w:rFonts w:ascii="Baskerville Old Face" w:hAnsi="Baskerville Old Face"/>
          <w:bCs/>
          <w:sz w:val="28"/>
          <w:szCs w:val="28"/>
        </w:rPr>
        <w:t xml:space="preserve"> </w:t>
      </w:r>
      <w:r w:rsidRPr="00CE758F">
        <w:rPr>
          <w:rFonts w:ascii="Baskerville Old Face" w:hAnsi="Baskerville Old Face"/>
          <w:bCs/>
          <w:sz w:val="28"/>
          <w:szCs w:val="28"/>
        </w:rPr>
        <w:t>The week between had cost him t</w:t>
      </w:r>
      <w:r w:rsidR="009C7533">
        <w:rPr>
          <w:rFonts w:ascii="Baskerville Old Face" w:hAnsi="Baskerville Old Face"/>
          <w:bCs/>
          <w:sz w:val="28"/>
          <w:szCs w:val="28"/>
        </w:rPr>
        <w:t>wo</w:t>
      </w:r>
      <w:r w:rsidRPr="00CE758F">
        <w:rPr>
          <w:rFonts w:ascii="Baskerville Old Face" w:hAnsi="Baskerville Old Face"/>
          <w:bCs/>
          <w:sz w:val="28"/>
          <w:szCs w:val="28"/>
        </w:rPr>
        <w:t xml:space="preserve"> pounds</w:t>
      </w:r>
      <w:r w:rsidR="009C7533">
        <w:rPr>
          <w:rFonts w:ascii="Baskerville Old Face" w:hAnsi="Baskerville Old Face"/>
          <w:bCs/>
          <w:sz w:val="28"/>
          <w:szCs w:val="28"/>
        </w:rPr>
        <w:t xml:space="preserve"> and</w:t>
      </w:r>
      <w:r w:rsidRPr="00CE758F">
        <w:rPr>
          <w:rFonts w:ascii="Baskerville Old Face" w:hAnsi="Baskerville Old Face"/>
          <w:bCs/>
          <w:sz w:val="28"/>
          <w:szCs w:val="28"/>
        </w:rPr>
        <w:t xml:space="preserve"> four</w:t>
      </w:r>
      <w:r w:rsidR="00D258FD">
        <w:rPr>
          <w:rFonts w:ascii="Baskerville Old Face" w:hAnsi="Baskerville Old Face"/>
          <w:bCs/>
          <w:sz w:val="28"/>
          <w:szCs w:val="28"/>
        </w:rPr>
        <w:t xml:space="preserve"> shillings,</w:t>
      </w:r>
      <w:r w:rsidRPr="00CE758F">
        <w:rPr>
          <w:rFonts w:ascii="Baskerville Old Face" w:hAnsi="Baskerville Old Face"/>
          <w:bCs/>
          <w:sz w:val="28"/>
          <w:szCs w:val="28"/>
        </w:rPr>
        <w:t xml:space="preserve"> and had been spent </w:t>
      </w:r>
      <w:r w:rsidR="00B80200">
        <w:rPr>
          <w:rFonts w:ascii="Baskerville Old Face" w:hAnsi="Baskerville Old Face"/>
          <w:bCs/>
          <w:sz w:val="28"/>
          <w:szCs w:val="28"/>
        </w:rPr>
        <w:t xml:space="preserve">on </w:t>
      </w:r>
      <w:r w:rsidRPr="00CE758F">
        <w:rPr>
          <w:rFonts w:ascii="Baskerville Old Face" w:hAnsi="Baskerville Old Face"/>
          <w:bCs/>
          <w:sz w:val="28"/>
          <w:szCs w:val="28"/>
        </w:rPr>
        <w:t>two nights in the single men’s quarters behind the hotel, four nights on a stretcher in Renshaw’s yard for nothing, one day carrying bricks for a man who was extending the back of the store, two days at the bore-water tank on the edge of town unloading a semi-trailer of drums, and every remaining hour sitting on the step in the shade of the awning, so that by the second Thursday there was not a man in Tennant Creek who did not know exactly what the Sco</w:t>
      </w:r>
      <w:r w:rsidR="00896AFB">
        <w:rPr>
          <w:rFonts w:ascii="Baskerville Old Face" w:hAnsi="Baskerville Old Face"/>
          <w:bCs/>
          <w:sz w:val="28"/>
          <w:szCs w:val="28"/>
        </w:rPr>
        <w:t>ttish</w:t>
      </w:r>
      <w:r w:rsidRPr="00CE758F">
        <w:rPr>
          <w:rFonts w:ascii="Baskerville Old Face" w:hAnsi="Baskerville Old Face"/>
          <w:bCs/>
          <w:sz w:val="28"/>
          <w:szCs w:val="28"/>
        </w:rPr>
        <w:t xml:space="preserve"> kid was doing and exactly who he was </w:t>
      </w:r>
      <w:r w:rsidRPr="00CE758F">
        <w:rPr>
          <w:rFonts w:ascii="Baskerville Old Face" w:hAnsi="Baskerville Old Face"/>
          <w:bCs/>
          <w:sz w:val="28"/>
          <w:szCs w:val="28"/>
        </w:rPr>
        <w:lastRenderedPageBreak/>
        <w:t>waiting for.</w:t>
      </w:r>
      <w:r w:rsidR="00896AFB">
        <w:rPr>
          <w:rFonts w:ascii="Baskerville Old Face" w:hAnsi="Baskerville Old Face"/>
          <w:bCs/>
          <w:sz w:val="28"/>
          <w:szCs w:val="28"/>
        </w:rPr>
        <w:t xml:space="preserve"> </w:t>
      </w:r>
      <w:r w:rsidRPr="00CE758F">
        <w:rPr>
          <w:rFonts w:ascii="Baskerville Old Face" w:hAnsi="Baskerville Old Face"/>
          <w:bCs/>
          <w:sz w:val="28"/>
          <w:szCs w:val="28"/>
        </w:rPr>
        <w:t>That was the part Finian had not planned and would not have been clever enough to plan. He simply had nowhere else to sit.</w:t>
      </w:r>
      <w:r w:rsidR="00896AFB">
        <w:rPr>
          <w:rFonts w:ascii="Baskerville Old Face" w:hAnsi="Baskerville Old Face"/>
          <w:bCs/>
          <w:sz w:val="28"/>
          <w:szCs w:val="28"/>
        </w:rPr>
        <w:t xml:space="preserve"> </w:t>
      </w:r>
      <w:r w:rsidRPr="00CE758F">
        <w:rPr>
          <w:rFonts w:ascii="Baskerville Old Face" w:hAnsi="Baskerville Old Face"/>
          <w:bCs/>
          <w:sz w:val="28"/>
          <w:szCs w:val="28"/>
        </w:rPr>
        <w:t>Wally stopped the truck</w:t>
      </w:r>
      <w:r w:rsidR="00896AFB">
        <w:rPr>
          <w:rFonts w:ascii="Baskerville Old Face" w:hAnsi="Baskerville Old Face"/>
          <w:bCs/>
          <w:sz w:val="28"/>
          <w:szCs w:val="28"/>
        </w:rPr>
        <w:t xml:space="preserve"> and </w:t>
      </w:r>
      <w:r w:rsidRPr="00CE758F">
        <w:rPr>
          <w:rFonts w:ascii="Baskerville Old Face" w:hAnsi="Baskerville Old Face"/>
          <w:bCs/>
          <w:sz w:val="28"/>
          <w:szCs w:val="28"/>
        </w:rPr>
        <w:t>got out. He looked at Finian on the step</w:t>
      </w:r>
      <w:r w:rsidR="00026BED">
        <w:rPr>
          <w:rFonts w:ascii="Baskerville Old Face" w:hAnsi="Baskerville Old Face"/>
          <w:bCs/>
          <w:sz w:val="28"/>
          <w:szCs w:val="28"/>
        </w:rPr>
        <w:t xml:space="preserve">; </w:t>
      </w:r>
      <w:r w:rsidRPr="00CE758F">
        <w:rPr>
          <w:rFonts w:ascii="Baskerville Old Face" w:hAnsi="Baskerville Old Face"/>
          <w:bCs/>
          <w:sz w:val="28"/>
          <w:szCs w:val="28"/>
        </w:rPr>
        <w:t>Finian looked back at him and said nothing at all, and Wally went into the store.</w:t>
      </w:r>
      <w:r w:rsidR="008D1A3D">
        <w:rPr>
          <w:rFonts w:ascii="Baskerville Old Face" w:hAnsi="Baskerville Old Face"/>
          <w:bCs/>
          <w:sz w:val="28"/>
          <w:szCs w:val="28"/>
        </w:rPr>
        <w:t xml:space="preserve"> </w:t>
      </w:r>
      <w:r w:rsidRPr="00CE758F">
        <w:rPr>
          <w:rFonts w:ascii="Baskerville Old Face" w:hAnsi="Baskerville Old Face"/>
          <w:bCs/>
          <w:sz w:val="28"/>
          <w:szCs w:val="28"/>
        </w:rPr>
        <w:t>He came out with four cases and a drum of oil, and the drum was the thing, in the end. It was a forty-four gallon drum and it went on the tray by way of two planks and a good deal of swearing, and Wally was at the bottom end of it on his own, and Finian came off the step without being asked and took the far side and walked it up with him, and did it correctly</w:t>
      </w:r>
      <w:r w:rsidR="008D1A3D">
        <w:rPr>
          <w:rFonts w:ascii="Baskerville Old Face" w:hAnsi="Baskerville Old Face"/>
          <w:bCs/>
          <w:sz w:val="28"/>
          <w:szCs w:val="28"/>
        </w:rPr>
        <w:t xml:space="preserve">, </w:t>
      </w:r>
      <w:r w:rsidRPr="00CE758F">
        <w:rPr>
          <w:rFonts w:ascii="Baskerville Old Face" w:hAnsi="Baskerville Old Face"/>
          <w:bCs/>
          <w:sz w:val="28"/>
          <w:szCs w:val="28"/>
        </w:rPr>
        <w:t>feet placed, back straight, weight against the drum and not under it, the pause at the lip, the roll.</w:t>
      </w:r>
      <w:r w:rsidR="008D1A3D">
        <w:rPr>
          <w:rFonts w:ascii="Baskerville Old Face" w:hAnsi="Baskerville Old Face"/>
          <w:bCs/>
          <w:sz w:val="28"/>
          <w:szCs w:val="28"/>
        </w:rPr>
        <w:t xml:space="preserve"> </w:t>
      </w:r>
      <w:r w:rsidRPr="00CE758F">
        <w:rPr>
          <w:rFonts w:ascii="Baskerville Old Face" w:hAnsi="Baskerville Old Face"/>
          <w:bCs/>
          <w:sz w:val="28"/>
          <w:szCs w:val="28"/>
        </w:rPr>
        <w:t>Wally straightened up and looked at him.</w:t>
      </w:r>
      <w:r w:rsidR="008D1A3D">
        <w:rPr>
          <w:rFonts w:ascii="Baskerville Old Face" w:hAnsi="Baskerville Old Face"/>
          <w:bCs/>
          <w:sz w:val="28"/>
          <w:szCs w:val="28"/>
        </w:rPr>
        <w:t xml:space="preserve"> </w:t>
      </w:r>
      <w:r w:rsidRPr="00CE758F">
        <w:rPr>
          <w:rFonts w:ascii="Baskerville Old Face" w:hAnsi="Baskerville Old Face"/>
          <w:bCs/>
          <w:sz w:val="28"/>
          <w:szCs w:val="28"/>
        </w:rPr>
        <w:t>“Where’d you learn that?”</w:t>
      </w:r>
    </w:p>
    <w:p w14:paraId="2AA6335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“Bond warehouse. Leith.” Finian was breathing hard and trying not to. “Saturdays, since I was thirteen. Whisky, mostly. They’re heavier.”</w:t>
      </w:r>
    </w:p>
    <w:p w14:paraId="450C47A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are not heavier.”</w:t>
      </w:r>
    </w:p>
    <w:p w14:paraId="50EE1421" w14:textId="77777777" w:rsidR="00BE2874"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r w:rsidR="00026BED">
        <w:rPr>
          <w:rFonts w:ascii="Baskerville Old Face" w:hAnsi="Baskerville Old Face"/>
          <w:bCs/>
          <w:sz w:val="28"/>
          <w:szCs w:val="28"/>
        </w:rPr>
        <w:t>,</w:t>
      </w:r>
      <w:r w:rsidRPr="00CE758F">
        <w:rPr>
          <w:rFonts w:ascii="Baskerville Old Face" w:hAnsi="Baskerville Old Face"/>
          <w:bCs/>
          <w:sz w:val="28"/>
          <w:szCs w:val="28"/>
        </w:rPr>
        <w:t xml:space="preserve"> they are. Two hundred an’ fifty kilo, wet.”</w:t>
      </w:r>
      <w:r w:rsidR="00574180">
        <w:rPr>
          <w:rFonts w:ascii="Baskerville Old Face" w:hAnsi="Baskerville Old Face"/>
          <w:bCs/>
          <w:sz w:val="28"/>
          <w:szCs w:val="28"/>
        </w:rPr>
        <w:t xml:space="preserve"> </w:t>
      </w:r>
      <w:r w:rsidRPr="00CE758F">
        <w:rPr>
          <w:rFonts w:ascii="Baskerville Old Face" w:hAnsi="Baskerville Old Face"/>
          <w:bCs/>
          <w:sz w:val="28"/>
          <w:szCs w:val="28"/>
        </w:rPr>
        <w:t xml:space="preserve">Wally took his </w:t>
      </w:r>
      <w:r w:rsidR="00574180">
        <w:rPr>
          <w:rFonts w:ascii="Baskerville Old Face" w:hAnsi="Baskerville Old Face"/>
          <w:bCs/>
          <w:sz w:val="28"/>
          <w:szCs w:val="28"/>
        </w:rPr>
        <w:t xml:space="preserve">sweat-stained </w:t>
      </w:r>
      <w:r w:rsidRPr="00CE758F">
        <w:rPr>
          <w:rFonts w:ascii="Baskerville Old Face" w:hAnsi="Baskerville Old Face"/>
          <w:bCs/>
          <w:sz w:val="28"/>
          <w:szCs w:val="28"/>
        </w:rPr>
        <w:t xml:space="preserve">hat off, wiped his </w:t>
      </w:r>
      <w:r w:rsidR="00AB4E36">
        <w:rPr>
          <w:rFonts w:ascii="Baskerville Old Face" w:hAnsi="Baskerville Old Face"/>
          <w:bCs/>
          <w:sz w:val="28"/>
          <w:szCs w:val="28"/>
        </w:rPr>
        <w:t>sodden pate</w:t>
      </w:r>
      <w:r w:rsidRPr="00CE758F">
        <w:rPr>
          <w:rFonts w:ascii="Baskerville Old Face" w:hAnsi="Baskerville Old Face"/>
          <w:bCs/>
          <w:sz w:val="28"/>
          <w:szCs w:val="28"/>
        </w:rPr>
        <w:t xml:space="preserve"> with his forearm, and </w:t>
      </w:r>
      <w:r w:rsidR="00505D73">
        <w:rPr>
          <w:rFonts w:ascii="Baskerville Old Face" w:hAnsi="Baskerville Old Face"/>
          <w:bCs/>
          <w:sz w:val="28"/>
          <w:szCs w:val="28"/>
        </w:rPr>
        <w:t xml:space="preserve">returned </w:t>
      </w:r>
      <w:r w:rsidR="00724276">
        <w:rPr>
          <w:rFonts w:ascii="Baskerville Old Face" w:hAnsi="Baskerville Old Face"/>
          <w:bCs/>
          <w:sz w:val="28"/>
          <w:szCs w:val="28"/>
        </w:rPr>
        <w:t xml:space="preserve">the </w:t>
      </w:r>
      <w:r w:rsidR="00505D73">
        <w:rPr>
          <w:rFonts w:ascii="Baskerville Old Face" w:hAnsi="Baskerville Old Face"/>
          <w:bCs/>
          <w:sz w:val="28"/>
          <w:szCs w:val="28"/>
        </w:rPr>
        <w:t>headgea</w:t>
      </w:r>
      <w:r w:rsidR="0091668E">
        <w:rPr>
          <w:rFonts w:ascii="Baskerville Old Face" w:hAnsi="Baskerville Old Face"/>
          <w:bCs/>
          <w:sz w:val="28"/>
          <w:szCs w:val="28"/>
        </w:rPr>
        <w:t>r</w:t>
      </w:r>
      <w:r w:rsidR="00724276">
        <w:rPr>
          <w:rFonts w:ascii="Baskerville Old Face" w:hAnsi="Baskerville Old Face"/>
          <w:bCs/>
          <w:sz w:val="28"/>
          <w:szCs w:val="28"/>
        </w:rPr>
        <w:t xml:space="preserve"> to his </w:t>
      </w:r>
      <w:r w:rsidR="0027366A">
        <w:rPr>
          <w:rFonts w:ascii="Baskerville Old Face" w:hAnsi="Baskerville Old Face"/>
          <w:bCs/>
          <w:sz w:val="28"/>
          <w:szCs w:val="28"/>
        </w:rPr>
        <w:t>deeply-bronzed dome</w:t>
      </w:r>
      <w:r w:rsidRPr="00CE758F">
        <w:rPr>
          <w:rFonts w:ascii="Baskerville Old Face" w:hAnsi="Baskerville Old Face"/>
          <w:bCs/>
          <w:sz w:val="28"/>
          <w:szCs w:val="28"/>
        </w:rPr>
        <w:t xml:space="preserve">. </w:t>
      </w:r>
    </w:p>
    <w:p w14:paraId="2D7B92EE" w14:textId="3CCAF38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Down the street a dog crossed from one shade to another.</w:t>
      </w:r>
      <w:r w:rsidR="00A433A3">
        <w:rPr>
          <w:rFonts w:ascii="Baskerville Old Face" w:hAnsi="Baskerville Old Face"/>
          <w:bCs/>
          <w:sz w:val="28"/>
          <w:szCs w:val="28"/>
        </w:rPr>
        <w:t xml:space="preserve"> </w:t>
      </w:r>
      <w:r w:rsidRPr="00CE758F">
        <w:rPr>
          <w:rFonts w:ascii="Baskerville Old Face" w:hAnsi="Baskerville Old Face"/>
          <w:bCs/>
          <w:sz w:val="28"/>
          <w:szCs w:val="28"/>
        </w:rPr>
        <w:t xml:space="preserve">“Get your case,” he </w:t>
      </w:r>
      <w:r w:rsidR="009B4297">
        <w:rPr>
          <w:rFonts w:ascii="Baskerville Old Face" w:hAnsi="Baskerville Old Face"/>
          <w:bCs/>
          <w:sz w:val="28"/>
          <w:szCs w:val="28"/>
        </w:rPr>
        <w:t>quietly uttered</w:t>
      </w:r>
      <w:r w:rsidRPr="00CE758F">
        <w:rPr>
          <w:rFonts w:ascii="Baskerville Old Face" w:hAnsi="Baskerville Old Face"/>
          <w:bCs/>
          <w:sz w:val="28"/>
          <w:szCs w:val="28"/>
        </w:rPr>
        <w:t>.</w:t>
      </w:r>
      <w:r w:rsidR="00A433A3">
        <w:rPr>
          <w:rFonts w:ascii="Baskerville Old Face" w:hAnsi="Baskerville Old Face"/>
          <w:bCs/>
          <w:sz w:val="28"/>
          <w:szCs w:val="28"/>
        </w:rPr>
        <w:t xml:space="preserve"> </w:t>
      </w:r>
      <w:r w:rsidRPr="00CE758F">
        <w:rPr>
          <w:rFonts w:ascii="Baskerville Old Face" w:hAnsi="Baskerville Old Face"/>
          <w:bCs/>
          <w:sz w:val="28"/>
          <w:szCs w:val="28"/>
        </w:rPr>
        <w:t xml:space="preserve">They drove east for four and a half hours and were on a </w:t>
      </w:r>
      <w:r w:rsidR="009B4297">
        <w:rPr>
          <w:rFonts w:ascii="Baskerville Old Face" w:hAnsi="Baskerville Old Face"/>
          <w:bCs/>
          <w:sz w:val="28"/>
          <w:szCs w:val="28"/>
        </w:rPr>
        <w:t xml:space="preserve">chartered </w:t>
      </w:r>
      <w:r w:rsidRPr="00CE758F">
        <w:rPr>
          <w:rFonts w:ascii="Baskerville Old Face" w:hAnsi="Baskerville Old Face"/>
          <w:bCs/>
          <w:sz w:val="28"/>
          <w:szCs w:val="28"/>
        </w:rPr>
        <w:t>road for perhaps forty minutes of it.</w:t>
      </w:r>
      <w:r w:rsidR="00A433A3">
        <w:rPr>
          <w:rFonts w:ascii="Baskerville Old Face" w:hAnsi="Baskerville Old Face"/>
          <w:bCs/>
          <w:sz w:val="28"/>
          <w:szCs w:val="28"/>
        </w:rPr>
        <w:t xml:space="preserve"> </w:t>
      </w:r>
      <w:r w:rsidRPr="00CE758F">
        <w:rPr>
          <w:rFonts w:ascii="Baskerville Old Face" w:hAnsi="Baskerville Old Face"/>
          <w:bCs/>
          <w:sz w:val="28"/>
          <w:szCs w:val="28"/>
        </w:rPr>
        <w:t xml:space="preserve">After that it was a pair of wheel ruts, and then it was a direction. Wally drove with one hand on the wheel and the other elbow out the window and did not speak for the first two hours. The country changed in ways that Finian at first could not see at all and by the end of the first year could read like a page: spinifex plain, then a run of </w:t>
      </w:r>
      <w:r w:rsidR="00F155A4" w:rsidRPr="00CE758F">
        <w:rPr>
          <w:rFonts w:ascii="Baskerville Old Face" w:hAnsi="Baskerville Old Face"/>
          <w:bCs/>
          <w:sz w:val="28"/>
          <w:szCs w:val="28"/>
        </w:rPr>
        <w:t>Gidgee</w:t>
      </w:r>
      <w:r w:rsidRPr="00CE758F">
        <w:rPr>
          <w:rFonts w:ascii="Baskerville Old Face" w:hAnsi="Baskerville Old Face"/>
          <w:bCs/>
          <w:sz w:val="28"/>
          <w:szCs w:val="28"/>
        </w:rPr>
        <w:t>, then a long low rise of red sand and the grass going silver on it, then the black soil downs east of the Stuart, cracked into plates you could put your hand into up to the wrist.</w:t>
      </w:r>
      <w:r w:rsidR="00A433A3">
        <w:rPr>
          <w:rFonts w:ascii="Baskerville Old Face" w:hAnsi="Baskerville Old Face"/>
          <w:bCs/>
          <w:sz w:val="28"/>
          <w:szCs w:val="28"/>
        </w:rPr>
        <w:t xml:space="preserve"> </w:t>
      </w:r>
      <w:r w:rsidRPr="00CE758F">
        <w:rPr>
          <w:rFonts w:ascii="Baskerville Old Face" w:hAnsi="Baskerville Old Face"/>
          <w:bCs/>
          <w:sz w:val="28"/>
          <w:szCs w:val="28"/>
        </w:rPr>
        <w:t>At about the third hour</w:t>
      </w:r>
      <w:r w:rsidR="00A433A3">
        <w:rPr>
          <w:rFonts w:ascii="Baskerville Old Face" w:hAnsi="Baskerville Old Face"/>
          <w:bCs/>
          <w:sz w:val="28"/>
          <w:szCs w:val="28"/>
        </w:rPr>
        <w:t xml:space="preserve">, </w:t>
      </w:r>
      <w:r w:rsidRPr="00CE758F">
        <w:rPr>
          <w:rFonts w:ascii="Baskerville Old Face" w:hAnsi="Baskerville Old Face"/>
          <w:bCs/>
          <w:sz w:val="28"/>
          <w:szCs w:val="28"/>
        </w:rPr>
        <w:t xml:space="preserve">a wedge-tailed </w:t>
      </w:r>
      <w:r w:rsidR="00CD6FD9">
        <w:rPr>
          <w:rFonts w:ascii="Baskerville Old Face" w:hAnsi="Baskerville Old Face"/>
          <w:bCs/>
          <w:sz w:val="28"/>
          <w:szCs w:val="28"/>
        </w:rPr>
        <w:t>hawk</w:t>
      </w:r>
      <w:r w:rsidRPr="00CE758F">
        <w:rPr>
          <w:rFonts w:ascii="Baskerville Old Face" w:hAnsi="Baskerville Old Face"/>
          <w:bCs/>
          <w:sz w:val="28"/>
          <w:szCs w:val="28"/>
        </w:rPr>
        <w:t xml:space="preserve"> came off a dead beast forty yards ahead of them and did not seem able to get up, running and beating and running, and then all at once it was up and going over the cab with a wingspan that blotted the windscreen, and Finian turned in his seat to watch it and said something, he never remembered what, and Wally said:</w:t>
      </w:r>
    </w:p>
    <w:p w14:paraId="78C091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“Mm.”</w:t>
      </w:r>
    </w:p>
    <w:p w14:paraId="0E9B8C1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At the fourth hour Wally said: “Water bag’s behind you. Drink.”</w:t>
      </w:r>
    </w:p>
    <w:p w14:paraId="0059E9B5" w14:textId="543DFB2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“I’m no</w:t>
      </w:r>
      <w:r w:rsidR="00D35EC4">
        <w:rPr>
          <w:rFonts w:ascii="Baskerville Old Face" w:hAnsi="Baskerville Old Face"/>
          <w:bCs/>
          <w:sz w:val="28"/>
          <w:szCs w:val="28"/>
        </w:rPr>
        <w:t>t</w:t>
      </w:r>
      <w:r w:rsidRPr="00CE758F">
        <w:rPr>
          <w:rFonts w:ascii="Baskerville Old Face" w:hAnsi="Baskerville Old Face"/>
          <w:bCs/>
          <w:sz w:val="28"/>
          <w:szCs w:val="28"/>
        </w:rPr>
        <w:t>’ thirsty.”</w:t>
      </w:r>
    </w:p>
    <w:p w14:paraId="266C73D4" w14:textId="2D86D75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the first one, then,” said Wally. “Rule one. You drink before you’re thirsty. By the time you’re thirsty out here you’re already a bit stupid, and a bit stupid is how it starts. Every bloke they’ve ever found, the water bag was on him or in the vehicle</w:t>
      </w:r>
      <w:r w:rsidR="00026BED">
        <w:rPr>
          <w:rFonts w:ascii="Baskerville Old Face" w:hAnsi="Baskerville Old Face"/>
          <w:bCs/>
          <w:sz w:val="28"/>
          <w:szCs w:val="28"/>
        </w:rPr>
        <w:t>,</w:t>
      </w:r>
      <w:r w:rsidRPr="00CE758F">
        <w:rPr>
          <w:rFonts w:ascii="Baskerville Old Face" w:hAnsi="Baskerville Old Face"/>
          <w:bCs/>
          <w:sz w:val="28"/>
          <w:szCs w:val="28"/>
        </w:rPr>
        <w:t xml:space="preserve"> and he was somewhere else.” He changed down for a wash-out. “Drink.”</w:t>
      </w:r>
      <w:r w:rsidR="00237AA1">
        <w:rPr>
          <w:rFonts w:ascii="Baskerville Old Face" w:hAnsi="Baskerville Old Face"/>
          <w:bCs/>
          <w:sz w:val="28"/>
          <w:szCs w:val="28"/>
        </w:rPr>
        <w:t xml:space="preserve"> </w:t>
      </w:r>
      <w:r w:rsidRPr="00CE758F">
        <w:rPr>
          <w:rFonts w:ascii="Baskerville Old Face" w:hAnsi="Baskerville Old Face"/>
          <w:bCs/>
          <w:sz w:val="28"/>
          <w:szCs w:val="28"/>
        </w:rPr>
        <w:t>Finian drank. The water was warm and tasted of canvas and was the best thing he had ever swallowed.</w:t>
      </w:r>
      <w:r w:rsidR="00F86E66">
        <w:rPr>
          <w:rFonts w:ascii="Baskerville Old Face" w:hAnsi="Baskerville Old Face"/>
          <w:bCs/>
          <w:sz w:val="28"/>
          <w:szCs w:val="28"/>
        </w:rPr>
        <w:t xml:space="preserve"> </w:t>
      </w:r>
      <w:r w:rsidRPr="00CE758F">
        <w:rPr>
          <w:rFonts w:ascii="Baskerville Old Face" w:hAnsi="Baskerville Old Face"/>
          <w:bCs/>
          <w:sz w:val="28"/>
          <w:szCs w:val="28"/>
        </w:rPr>
        <w:t xml:space="preserve">“Rule two,” said Wally, ten minutes later, as if the conversation had not stopped. “You don’t walk. Vehicle stops, you stay with the vehicle. You sit </w:t>
      </w:r>
      <w:r w:rsidR="00F86E66">
        <w:rPr>
          <w:rFonts w:ascii="Baskerville Old Face" w:hAnsi="Baskerville Old Face"/>
          <w:bCs/>
          <w:sz w:val="28"/>
          <w:szCs w:val="28"/>
        </w:rPr>
        <w:t xml:space="preserve">under it </w:t>
      </w:r>
      <w:r w:rsidRPr="00CE758F">
        <w:rPr>
          <w:rFonts w:ascii="Baskerville Old Face" w:hAnsi="Baskerville Old Face"/>
          <w:bCs/>
          <w:sz w:val="28"/>
          <w:szCs w:val="28"/>
        </w:rPr>
        <w:t>in the shade</w:t>
      </w:r>
      <w:r w:rsidR="00F86E66">
        <w:rPr>
          <w:rFonts w:ascii="Baskerville Old Face" w:hAnsi="Baskerville Old Face"/>
          <w:bCs/>
          <w:sz w:val="28"/>
          <w:szCs w:val="28"/>
        </w:rPr>
        <w:t xml:space="preserve">, </w:t>
      </w:r>
      <w:r w:rsidRPr="00CE758F">
        <w:rPr>
          <w:rFonts w:ascii="Baskerville Old Face" w:hAnsi="Baskerville Old Face"/>
          <w:bCs/>
          <w:sz w:val="28"/>
          <w:szCs w:val="28"/>
        </w:rPr>
        <w:t xml:space="preserve"> and you wait. A vehicle’s a big thing and a bloke’s a little thing</w:t>
      </w:r>
      <w:r w:rsidR="00026BED">
        <w:rPr>
          <w:rFonts w:ascii="Baskerville Old Face" w:hAnsi="Baskerville Old Face"/>
          <w:bCs/>
          <w:sz w:val="28"/>
          <w:szCs w:val="28"/>
        </w:rPr>
        <w:t>,</w:t>
      </w:r>
      <w:r w:rsidRPr="00CE758F">
        <w:rPr>
          <w:rFonts w:ascii="Baskerville Old Face" w:hAnsi="Baskerville Old Face"/>
          <w:bCs/>
          <w:sz w:val="28"/>
          <w:szCs w:val="28"/>
        </w:rPr>
        <w:t xml:space="preserve"> and they’re looking for the vehicle.”</w:t>
      </w:r>
      <w:r w:rsidR="00C52281">
        <w:rPr>
          <w:rFonts w:ascii="Baskerville Old Face" w:hAnsi="Baskerville Old Face"/>
          <w:bCs/>
          <w:sz w:val="28"/>
          <w:szCs w:val="28"/>
        </w:rPr>
        <w:t xml:space="preserve"> </w:t>
      </w:r>
      <w:r w:rsidRPr="00CE758F">
        <w:rPr>
          <w:rFonts w:ascii="Baskerville Old Face" w:hAnsi="Baskerville Old Face"/>
          <w:bCs/>
          <w:sz w:val="28"/>
          <w:szCs w:val="28"/>
        </w:rPr>
        <w:t>He said it flatly, in the voice of a man reciting a shopping list, and Finian, who had been three days on a stalled train at Alice Springs and had got down onto the ballast with his boots on and a plan in his head, felt the top of his scalp go cold.</w:t>
      </w:r>
      <w:r w:rsidR="00C52281">
        <w:rPr>
          <w:rFonts w:ascii="Baskerville Old Face" w:hAnsi="Baskerville Old Face"/>
          <w:bCs/>
          <w:sz w:val="28"/>
          <w:szCs w:val="28"/>
        </w:rPr>
        <w:t xml:space="preserve"> </w:t>
      </w:r>
      <w:r w:rsidRPr="00CE758F">
        <w:rPr>
          <w:rFonts w:ascii="Baskerville Old Face" w:hAnsi="Baskerville Old Face"/>
          <w:bCs/>
          <w:sz w:val="28"/>
          <w:szCs w:val="28"/>
        </w:rPr>
        <w:t>“Rule three. You tell somebody where you’re going and when you’ll be back, and if you change your mind you don’t change your mind.”</w:t>
      </w:r>
    </w:p>
    <w:p w14:paraId="29A458A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20EA6AFE" w14:textId="58BA362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“Rule four, and this is the one blokes argue with me about.” He looked across at him for the first time in an hour. </w:t>
      </w:r>
      <w:r w:rsidRPr="00CE758F">
        <w:rPr>
          <w:rFonts w:ascii="Baskerville Old Face" w:hAnsi="Baskerville Old Face"/>
          <w:bCs/>
          <w:sz w:val="28"/>
          <w:szCs w:val="28"/>
        </w:rPr>
        <w:lastRenderedPageBreak/>
        <w:t xml:space="preserve">“Nobody works tired on my rig. Not for a bonus, not to finish a hole, not because we’re two hours off the water. You get off the </w:t>
      </w:r>
      <w:r w:rsidR="00C52281">
        <w:rPr>
          <w:rFonts w:ascii="Baskerville Old Face" w:hAnsi="Baskerville Old Face"/>
          <w:bCs/>
          <w:sz w:val="28"/>
          <w:szCs w:val="28"/>
        </w:rPr>
        <w:t>site</w:t>
      </w:r>
      <w:r w:rsidRPr="00CE758F">
        <w:rPr>
          <w:rFonts w:ascii="Baskerville Old Face" w:hAnsi="Baskerville Old Face"/>
          <w:bCs/>
          <w:sz w:val="28"/>
          <w:szCs w:val="28"/>
        </w:rPr>
        <w:t xml:space="preserve"> when I say</w:t>
      </w:r>
      <w:r w:rsidR="005336E3">
        <w:rPr>
          <w:rFonts w:ascii="Baskerville Old Face" w:hAnsi="Baskerville Old Face"/>
          <w:bCs/>
          <w:sz w:val="28"/>
          <w:szCs w:val="28"/>
        </w:rPr>
        <w:t xml:space="preserve"> so</w:t>
      </w:r>
      <w:r w:rsidRPr="00CE758F">
        <w:rPr>
          <w:rFonts w:ascii="Baskerville Old Face" w:hAnsi="Baskerville Old Face"/>
          <w:bCs/>
          <w:sz w:val="28"/>
          <w:szCs w:val="28"/>
        </w:rPr>
        <w:t>. If you’re on my rig you’ll never do a nineteen-hour day, and if you want to do nineteen-hour days there’s plenty of blokes out here who’ll let you.”</w:t>
      </w:r>
    </w:p>
    <w:p w14:paraId="5C17681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w:t>
      </w:r>
    </w:p>
    <w:p w14:paraId="09002D3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“I’m not asking you if you agree with it.”</w:t>
      </w:r>
    </w:p>
    <w:p w14:paraId="66D2828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said right.”</w:t>
      </w:r>
    </w:p>
    <w:p w14:paraId="7FD7A4A9" w14:textId="77777777" w:rsidR="00472D4B"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did,” said Wally. “You’ll argue with me about it inside a month.”</w:t>
      </w:r>
      <w:r w:rsidR="005336E3">
        <w:rPr>
          <w:rFonts w:ascii="Baskerville Old Face" w:hAnsi="Baskerville Old Face"/>
          <w:bCs/>
          <w:sz w:val="28"/>
          <w:szCs w:val="28"/>
        </w:rPr>
        <w:t xml:space="preserve"> </w:t>
      </w:r>
      <w:r w:rsidRPr="00CE758F">
        <w:rPr>
          <w:rFonts w:ascii="Baskerville Old Face" w:hAnsi="Baskerville Old Face"/>
          <w:bCs/>
          <w:sz w:val="28"/>
          <w:szCs w:val="28"/>
        </w:rPr>
        <w:t>He was wrong about that. It</w:t>
      </w:r>
      <w:r w:rsidR="00A37AB8">
        <w:rPr>
          <w:rFonts w:ascii="Baskerville Old Face" w:hAnsi="Baskerville Old Face"/>
          <w:bCs/>
          <w:sz w:val="28"/>
          <w:szCs w:val="28"/>
        </w:rPr>
        <w:t xml:space="preserve"> </w:t>
      </w:r>
      <w:r w:rsidR="005336E3">
        <w:rPr>
          <w:rFonts w:ascii="Baskerville Old Face" w:hAnsi="Baskerville Old Face"/>
          <w:bCs/>
          <w:sz w:val="28"/>
          <w:szCs w:val="28"/>
        </w:rPr>
        <w:t>took anothe</w:t>
      </w:r>
      <w:r w:rsidR="00A37AB8">
        <w:rPr>
          <w:rFonts w:ascii="Baskerville Old Face" w:hAnsi="Baskerville Old Face"/>
          <w:bCs/>
          <w:sz w:val="28"/>
          <w:szCs w:val="28"/>
        </w:rPr>
        <w:t xml:space="preserve">r five </w:t>
      </w:r>
      <w:r w:rsidRPr="00CE758F">
        <w:rPr>
          <w:rFonts w:ascii="Baskerville Old Face" w:hAnsi="Baskerville Old Face"/>
          <w:bCs/>
          <w:sz w:val="28"/>
          <w:szCs w:val="28"/>
        </w:rPr>
        <w:t>weeks.</w:t>
      </w:r>
      <w:r w:rsidR="005336E3">
        <w:rPr>
          <w:rFonts w:ascii="Baskerville Old Face" w:hAnsi="Baskerville Old Face"/>
          <w:bCs/>
          <w:sz w:val="28"/>
          <w:szCs w:val="28"/>
        </w:rPr>
        <w:t xml:space="preserve"> </w:t>
      </w:r>
      <w:r w:rsidRPr="00CE758F">
        <w:rPr>
          <w:rFonts w:ascii="Baskerville Old Face" w:hAnsi="Baskerville Old Face"/>
          <w:bCs/>
          <w:sz w:val="28"/>
          <w:szCs w:val="28"/>
        </w:rPr>
        <w:t>He did tell him, in the end, about Col Tierney, but not for a long time, and not himself.</w:t>
      </w:r>
      <w:r w:rsidR="00A37AB8">
        <w:rPr>
          <w:rFonts w:ascii="Baskerville Old Face" w:hAnsi="Baskerville Old Face"/>
          <w:bCs/>
          <w:sz w:val="28"/>
          <w:szCs w:val="28"/>
        </w:rPr>
        <w:t xml:space="preserve"> </w:t>
      </w:r>
      <w:r w:rsidRPr="00CE758F">
        <w:rPr>
          <w:rFonts w:ascii="Baskerville Old Face" w:hAnsi="Baskerville Old Face"/>
          <w:bCs/>
          <w:sz w:val="28"/>
          <w:szCs w:val="28"/>
        </w:rPr>
        <w:t>It was Ted Mawson who told him, in Finian’s first month, in about nine sentences, sitting on an upturned drum with a mug of tea, in the tone of a man passing on a thing you would rather know than not know.</w:t>
      </w:r>
      <w:r w:rsidR="00A37AB8">
        <w:rPr>
          <w:rFonts w:ascii="Baskerville Old Face" w:hAnsi="Baskerville Old Face"/>
          <w:bCs/>
          <w:sz w:val="28"/>
          <w:szCs w:val="28"/>
        </w:rPr>
        <w:t xml:space="preserve"> </w:t>
      </w:r>
      <w:r w:rsidRPr="00CE758F">
        <w:rPr>
          <w:rFonts w:ascii="Baskerville Old Face" w:hAnsi="Baskerville Old Face"/>
          <w:bCs/>
          <w:sz w:val="28"/>
          <w:szCs w:val="28"/>
        </w:rPr>
        <w:t>Col Tierney had been nineteen. It had been 1961, on a job west of Elliott, and it had been the twelfth hour of what was going to be a nineteen-hour day because the hole was going to come in that night and everybody wanted it in. He had a loose sleeve</w:t>
      </w:r>
      <w:r w:rsidR="00295157">
        <w:rPr>
          <w:rFonts w:ascii="Baskerville Old Face" w:hAnsi="Baskerville Old Face"/>
          <w:bCs/>
          <w:sz w:val="28"/>
          <w:szCs w:val="28"/>
        </w:rPr>
        <w:t>,</w:t>
      </w:r>
      <w:r w:rsidRPr="00CE758F">
        <w:rPr>
          <w:rFonts w:ascii="Baskerville Old Face" w:hAnsi="Baskerville Old Face"/>
          <w:bCs/>
          <w:sz w:val="28"/>
          <w:szCs w:val="28"/>
        </w:rPr>
        <w:t xml:space="preserve"> and he had been reaching across the drive chain to clear something and the sleeve went in and took the arm with it, and Wally Mansfield had been standing eleven </w:t>
      </w:r>
      <w:r w:rsidRPr="00CE758F">
        <w:rPr>
          <w:rFonts w:ascii="Baskerville Old Face" w:hAnsi="Baskerville Old Face"/>
          <w:bCs/>
          <w:sz w:val="28"/>
          <w:szCs w:val="28"/>
        </w:rPr>
        <w:lastRenderedPageBreak/>
        <w:t>feet away at the brake with his hand actually on it, and had got to it in something under two seconds, and two seconds had not been anything like enough.</w:t>
      </w:r>
      <w:r w:rsidR="00A37AB8">
        <w:rPr>
          <w:rFonts w:ascii="Baskerville Old Face" w:hAnsi="Baskerville Old Face"/>
          <w:bCs/>
          <w:sz w:val="28"/>
          <w:szCs w:val="28"/>
        </w:rPr>
        <w:t xml:space="preserve"> </w:t>
      </w:r>
      <w:r w:rsidRPr="00CE758F">
        <w:rPr>
          <w:rFonts w:ascii="Baskerville Old Face" w:hAnsi="Baskerville Old Face"/>
          <w:bCs/>
          <w:sz w:val="28"/>
          <w:szCs w:val="28"/>
        </w:rPr>
        <w:t>They had got him into the vehicle</w:t>
      </w:r>
      <w:r w:rsidR="008F6537">
        <w:rPr>
          <w:rFonts w:ascii="Baskerville Old Face" w:hAnsi="Baskerville Old Face"/>
          <w:bCs/>
          <w:sz w:val="28"/>
          <w:szCs w:val="28"/>
        </w:rPr>
        <w:t>,</w:t>
      </w:r>
      <w:r w:rsidRPr="00CE758F">
        <w:rPr>
          <w:rFonts w:ascii="Baskerville Old Face" w:hAnsi="Baskerville Old Face"/>
          <w:bCs/>
          <w:sz w:val="28"/>
          <w:szCs w:val="28"/>
        </w:rPr>
        <w:t xml:space="preserve"> and they had driven four hours</w:t>
      </w:r>
      <w:r w:rsidR="008F6537">
        <w:rPr>
          <w:rFonts w:ascii="Baskerville Old Face" w:hAnsi="Baskerville Old Face"/>
          <w:bCs/>
          <w:sz w:val="28"/>
          <w:szCs w:val="28"/>
        </w:rPr>
        <w:t>;</w:t>
      </w:r>
      <w:r w:rsidR="00295157">
        <w:rPr>
          <w:rFonts w:ascii="Baskerville Old Face" w:hAnsi="Baskerville Old Face"/>
          <w:bCs/>
          <w:sz w:val="28"/>
          <w:szCs w:val="28"/>
        </w:rPr>
        <w:t xml:space="preserve"> </w:t>
      </w:r>
      <w:r w:rsidRPr="00CE758F">
        <w:rPr>
          <w:rFonts w:ascii="Baskerville Old Face" w:hAnsi="Baskerville Old Face"/>
          <w:bCs/>
          <w:sz w:val="28"/>
          <w:szCs w:val="28"/>
        </w:rPr>
        <w:t>he died about halfway.</w:t>
      </w:r>
      <w:r w:rsidR="00A37AB8">
        <w:rPr>
          <w:rFonts w:ascii="Baskerville Old Face" w:hAnsi="Baskerville Old Face"/>
          <w:bCs/>
          <w:sz w:val="28"/>
          <w:szCs w:val="28"/>
        </w:rPr>
        <w:t xml:space="preserve"> </w:t>
      </w:r>
      <w:r w:rsidRPr="00CE758F">
        <w:rPr>
          <w:rFonts w:ascii="Baskerville Old Face" w:hAnsi="Baskerville Old Face"/>
          <w:bCs/>
          <w:sz w:val="28"/>
          <w:szCs w:val="28"/>
        </w:rPr>
        <w:t>“That’s why the rules,” said Ted. “So don’t be a smart bastard about them.”</w:t>
      </w:r>
      <w:r w:rsidR="00A37AB8">
        <w:rPr>
          <w:rFonts w:ascii="Baskerville Old Face" w:hAnsi="Baskerville Old Face"/>
          <w:bCs/>
          <w:sz w:val="28"/>
          <w:szCs w:val="28"/>
        </w:rPr>
        <w:t xml:space="preserve"> </w:t>
      </w:r>
      <w:r w:rsidRPr="00CE758F">
        <w:rPr>
          <w:rFonts w:ascii="Baskerville Old Face" w:hAnsi="Baskerville Old Face"/>
          <w:bCs/>
          <w:sz w:val="28"/>
          <w:szCs w:val="28"/>
        </w:rPr>
        <w:t>“Was it Wally’s fault?”</w:t>
      </w:r>
      <w:r w:rsidR="00A37AB8">
        <w:rPr>
          <w:rFonts w:ascii="Baskerville Old Face" w:hAnsi="Baskerville Old Face"/>
          <w:bCs/>
          <w:sz w:val="28"/>
          <w:szCs w:val="28"/>
        </w:rPr>
        <w:t xml:space="preserve"> </w:t>
      </w:r>
      <w:r w:rsidRPr="00CE758F">
        <w:rPr>
          <w:rFonts w:ascii="Baskerville Old Face" w:hAnsi="Baskerville Old Face"/>
          <w:bCs/>
          <w:sz w:val="28"/>
          <w:szCs w:val="28"/>
        </w:rPr>
        <w:t>Ted drank his tea and looked out at the plain for a while.</w:t>
      </w:r>
      <w:r w:rsidR="00A37AB8">
        <w:rPr>
          <w:rFonts w:ascii="Baskerville Old Face" w:hAnsi="Baskerville Old Face"/>
          <w:bCs/>
          <w:sz w:val="28"/>
          <w:szCs w:val="28"/>
        </w:rPr>
        <w:t xml:space="preserve"> </w:t>
      </w:r>
      <w:r w:rsidRPr="00CE758F">
        <w:rPr>
          <w:rFonts w:ascii="Baskerville Old Face" w:hAnsi="Baskerville Old Face"/>
          <w:bCs/>
          <w:sz w:val="28"/>
          <w:szCs w:val="28"/>
        </w:rPr>
        <w:t>“No,” he said. “And he buried the boy.”</w:t>
      </w:r>
      <w:r w:rsidR="00A37AB8">
        <w:rPr>
          <w:rFonts w:ascii="Baskerville Old Face" w:hAnsi="Baskerville Old Face"/>
          <w:bCs/>
          <w:sz w:val="28"/>
          <w:szCs w:val="28"/>
        </w:rPr>
        <w:t xml:space="preserve"> </w:t>
      </w:r>
      <w:r w:rsidRPr="00CE758F">
        <w:rPr>
          <w:rFonts w:ascii="Baskerville Old Face" w:hAnsi="Baskerville Old Face"/>
          <w:bCs/>
          <w:sz w:val="28"/>
          <w:szCs w:val="28"/>
        </w:rPr>
        <w:t xml:space="preserve">The camp was </w:t>
      </w:r>
      <w:r w:rsidR="00D03F6B">
        <w:rPr>
          <w:rFonts w:ascii="Baskerville Old Face" w:hAnsi="Baskerville Old Face"/>
          <w:bCs/>
          <w:sz w:val="28"/>
          <w:szCs w:val="28"/>
        </w:rPr>
        <w:t xml:space="preserve">made up of </w:t>
      </w:r>
      <w:r w:rsidRPr="00CE758F">
        <w:rPr>
          <w:rFonts w:ascii="Baskerville Old Face" w:hAnsi="Baskerville Old Face"/>
          <w:bCs/>
          <w:sz w:val="28"/>
          <w:szCs w:val="28"/>
        </w:rPr>
        <w:t xml:space="preserve">two </w:t>
      </w:r>
      <w:r w:rsidR="00D03F6B">
        <w:rPr>
          <w:rFonts w:ascii="Baskerville Old Face" w:hAnsi="Baskerville Old Face"/>
          <w:bCs/>
          <w:sz w:val="28"/>
          <w:szCs w:val="28"/>
        </w:rPr>
        <w:t xml:space="preserve">battered </w:t>
      </w:r>
      <w:r w:rsidRPr="00CE758F">
        <w:rPr>
          <w:rFonts w:ascii="Baskerville Old Face" w:hAnsi="Baskerville Old Face"/>
          <w:bCs/>
          <w:sz w:val="28"/>
          <w:szCs w:val="28"/>
        </w:rPr>
        <w:t>caravans, a tarpaulin on four steel posts, a Furphy tank on a trailer, a fifty-gallon drum cut in half for a fire, a wire strung between two poles with three towels on it, and the rig standing about eighty yards off with its mast up against the sky.</w:t>
      </w:r>
      <w:r w:rsidR="00305F6E">
        <w:rPr>
          <w:rFonts w:ascii="Baskerville Old Face" w:hAnsi="Baskerville Old Face"/>
          <w:bCs/>
          <w:sz w:val="28"/>
          <w:szCs w:val="28"/>
        </w:rPr>
        <w:t xml:space="preserve"> </w:t>
      </w:r>
      <w:r w:rsidRPr="00CE758F">
        <w:rPr>
          <w:rFonts w:ascii="Baskerville Old Face" w:hAnsi="Baskerville Old Face"/>
          <w:bCs/>
          <w:sz w:val="28"/>
          <w:szCs w:val="28"/>
        </w:rPr>
        <w:t>There were two other men. Ted Mawson, who was thirty-six and from Cloncurry by way of everywhere and hardly spoke, and a very tall thin man of about sixty called Jack Anderson who had been a boundary rider and had opinions on every subject and no interest in whether anybody shared them.</w:t>
      </w:r>
      <w:r w:rsidR="00305F6E">
        <w:rPr>
          <w:rFonts w:ascii="Baskerville Old Face" w:hAnsi="Baskerville Old Face"/>
          <w:bCs/>
          <w:sz w:val="28"/>
          <w:szCs w:val="28"/>
        </w:rPr>
        <w:t xml:space="preserve"> </w:t>
      </w:r>
      <w:r w:rsidRPr="00CE758F">
        <w:rPr>
          <w:rFonts w:ascii="Baskerville Old Face" w:hAnsi="Baskerville Old Face"/>
          <w:bCs/>
          <w:sz w:val="28"/>
          <w:szCs w:val="28"/>
        </w:rPr>
        <w:t>Finian was put on the mud.</w:t>
      </w:r>
      <w:r w:rsidR="00305F6E">
        <w:rPr>
          <w:rFonts w:ascii="Baskerville Old Face" w:hAnsi="Baskerville Old Face"/>
          <w:bCs/>
          <w:sz w:val="28"/>
          <w:szCs w:val="28"/>
        </w:rPr>
        <w:t xml:space="preserve"> </w:t>
      </w:r>
      <w:r w:rsidRPr="00CE758F">
        <w:rPr>
          <w:rFonts w:ascii="Baskerville Old Face" w:hAnsi="Baskerville Old Face"/>
          <w:bCs/>
          <w:sz w:val="28"/>
          <w:szCs w:val="28"/>
        </w:rPr>
        <w:t xml:space="preserve">Nobody explains this to a man beforehand because there is no way to make it sound like anything. Drilling mud is a mixture of water and bentonite clay and it is pumped down the rods and comes back up the outside of the hole carrying the cuttings with it, and it goes </w:t>
      </w:r>
      <w:r w:rsidRPr="00CE758F">
        <w:rPr>
          <w:rFonts w:ascii="Baskerville Old Face" w:hAnsi="Baskerville Old Face"/>
          <w:bCs/>
          <w:sz w:val="28"/>
          <w:szCs w:val="28"/>
        </w:rPr>
        <w:lastRenderedPageBreak/>
        <w:t>into a sump, and the sump has to be dug and kept and cleaned, and the mud has to be mixed, and its thickness matters more than almost anything else on the job, and the man on the mud stands in it.</w:t>
      </w:r>
      <w:r w:rsidR="0067401A">
        <w:rPr>
          <w:rFonts w:ascii="Baskerville Old Face" w:hAnsi="Baskerville Old Face"/>
          <w:bCs/>
          <w:sz w:val="28"/>
          <w:szCs w:val="28"/>
        </w:rPr>
        <w:t xml:space="preserve"> </w:t>
      </w:r>
      <w:r w:rsidRPr="00CE758F">
        <w:rPr>
          <w:rFonts w:ascii="Baskerville Old Face" w:hAnsi="Baskerville Old Face"/>
          <w:bCs/>
          <w:sz w:val="28"/>
          <w:szCs w:val="28"/>
        </w:rPr>
        <w:t>He stood in it for five months.</w:t>
      </w:r>
      <w:r w:rsidR="0067401A">
        <w:rPr>
          <w:rFonts w:ascii="Baskerville Old Face" w:hAnsi="Baskerville Old Face"/>
          <w:bCs/>
          <w:sz w:val="28"/>
          <w:szCs w:val="28"/>
        </w:rPr>
        <w:t xml:space="preserve"> </w:t>
      </w:r>
      <w:r w:rsidRPr="00CE758F">
        <w:rPr>
          <w:rFonts w:ascii="Baskerville Old Face" w:hAnsi="Baskerville Old Face"/>
          <w:bCs/>
          <w:sz w:val="28"/>
          <w:szCs w:val="28"/>
        </w:rPr>
        <w:t xml:space="preserve">He dug sumps in black soil and in gravel and once in something that was very nearly rock. He mixed mud in a </w:t>
      </w:r>
      <w:r w:rsidR="00295157">
        <w:rPr>
          <w:rFonts w:ascii="Baskerville Old Face" w:hAnsi="Baskerville Old Face"/>
          <w:bCs/>
          <w:sz w:val="28"/>
          <w:szCs w:val="28"/>
        </w:rPr>
        <w:t>forty-four-gallon</w:t>
      </w:r>
      <w:r w:rsidRPr="00CE758F">
        <w:rPr>
          <w:rFonts w:ascii="Baskerville Old Face" w:hAnsi="Baskerville Old Face"/>
          <w:bCs/>
          <w:sz w:val="28"/>
          <w:szCs w:val="28"/>
        </w:rPr>
        <w:t xml:space="preserve"> drum with a shovel. He learned to read it</w:t>
      </w:r>
      <w:r w:rsidR="00295157">
        <w:rPr>
          <w:rFonts w:ascii="Baskerville Old Face" w:hAnsi="Baskerville Old Face"/>
          <w:bCs/>
          <w:sz w:val="28"/>
          <w:szCs w:val="28"/>
        </w:rPr>
        <w:t xml:space="preserve">, </w:t>
      </w:r>
      <w:r w:rsidRPr="00CE758F">
        <w:rPr>
          <w:rFonts w:ascii="Baskerville Old Face" w:hAnsi="Baskerville Old Face"/>
          <w:bCs/>
          <w:sz w:val="28"/>
          <w:szCs w:val="28"/>
        </w:rPr>
        <w:t>to put his hand in the flow at the collar and feel the grit in it and know whether the bit was cutting or polishing, which is a thing you cannot be taught out of a book and which he was doing without thinking about it by the end of the second month. He was grey to the elbow every day for five months and the mud dried in the hair on his forearms and he stopped noticing.</w:t>
      </w:r>
      <w:r w:rsidR="0067401A">
        <w:rPr>
          <w:rFonts w:ascii="Baskerville Old Face" w:hAnsi="Baskerville Old Face"/>
          <w:bCs/>
          <w:sz w:val="28"/>
          <w:szCs w:val="28"/>
        </w:rPr>
        <w:t xml:space="preserve"> </w:t>
      </w:r>
      <w:r w:rsidRPr="00CE758F">
        <w:rPr>
          <w:rFonts w:ascii="Baskerville Old Face" w:hAnsi="Baskerville Old Face"/>
          <w:bCs/>
          <w:sz w:val="28"/>
          <w:szCs w:val="28"/>
        </w:rPr>
        <w:t xml:space="preserve">He also learned the following, in no particular order: how to sling a load, how to shoe a rod with a chain wrench without breaking his wrist, how to sharpen a bit, how to fettle a pump, how to keep a diesel going with the wrong parts, how to drive a truck on a station track with two flat tyres because there was nothing else for it, how to cook a leg of beef in a hole in the ground, how to sleep in forty degrees, how to sleep next to a man who snored like a saw, how to be spoken to for four hours by Jack Anderson about federal politics, and how to do </w:t>
      </w:r>
      <w:r w:rsidRPr="00CE758F">
        <w:rPr>
          <w:rFonts w:ascii="Baskerville Old Face" w:hAnsi="Baskerville Old Face"/>
          <w:bCs/>
          <w:sz w:val="28"/>
          <w:szCs w:val="28"/>
        </w:rPr>
        <w:lastRenderedPageBreak/>
        <w:t>all of it on four hours’ sleep without complaining out loud, because complaining out loud was the one thing that would have finished him with those three men and he understood that inside a week.</w:t>
      </w:r>
      <w:r w:rsidR="00F778C0">
        <w:rPr>
          <w:rFonts w:ascii="Baskerville Old Face" w:hAnsi="Baskerville Old Face"/>
          <w:bCs/>
          <w:sz w:val="28"/>
          <w:szCs w:val="28"/>
        </w:rPr>
        <w:t xml:space="preserve"> </w:t>
      </w:r>
      <w:r w:rsidRPr="00CE758F">
        <w:rPr>
          <w:rFonts w:ascii="Baskerville Old Face" w:hAnsi="Baskerville Old Face"/>
          <w:bCs/>
          <w:sz w:val="28"/>
          <w:szCs w:val="28"/>
        </w:rPr>
        <w:t>He wrote to Ellie every Sunday. He wrote to his mother on the first of the month. He wrote to his father twice in the first year</w:t>
      </w:r>
      <w:r w:rsidR="00B17035">
        <w:rPr>
          <w:rFonts w:ascii="Baskerville Old Face" w:hAnsi="Baskerville Old Face"/>
          <w:bCs/>
          <w:sz w:val="28"/>
          <w:szCs w:val="28"/>
        </w:rPr>
        <w:t xml:space="preserve">; </w:t>
      </w:r>
      <w:r w:rsidRPr="00CE758F">
        <w:rPr>
          <w:rFonts w:ascii="Baskerville Old Face" w:hAnsi="Baskerville Old Face"/>
          <w:bCs/>
          <w:sz w:val="28"/>
          <w:szCs w:val="28"/>
        </w:rPr>
        <w:t>the</w:t>
      </w:r>
      <w:r w:rsidR="00966E2D">
        <w:rPr>
          <w:rFonts w:ascii="Baskerville Old Face" w:hAnsi="Baskerville Old Face"/>
          <w:bCs/>
          <w:sz w:val="28"/>
          <w:szCs w:val="28"/>
        </w:rPr>
        <w:t>se</w:t>
      </w:r>
      <w:r w:rsidRPr="00CE758F">
        <w:rPr>
          <w:rFonts w:ascii="Baskerville Old Face" w:hAnsi="Baskerville Old Face"/>
          <w:bCs/>
          <w:sz w:val="28"/>
          <w:szCs w:val="28"/>
        </w:rPr>
        <w:t xml:space="preserve"> letters were the hardest ones and the shortest.</w:t>
      </w:r>
      <w:r w:rsidR="00966E2D">
        <w:rPr>
          <w:rFonts w:ascii="Baskerville Old Face" w:hAnsi="Baskerville Old Face"/>
          <w:bCs/>
          <w:sz w:val="28"/>
          <w:szCs w:val="28"/>
        </w:rPr>
        <w:t xml:space="preserve"> </w:t>
      </w:r>
      <w:r w:rsidRPr="00CE758F">
        <w:rPr>
          <w:rFonts w:ascii="Baskerville Old Face" w:hAnsi="Baskerville Old Face"/>
          <w:bCs/>
          <w:sz w:val="28"/>
          <w:szCs w:val="28"/>
        </w:rPr>
        <w:t>And at the end of five months, in March 1964, on a station called Corella Downs, on the eleventh hole he had ever worked on, at three hundred and forty feet, the country did the thing that it did to him once and never entirely undid.</w:t>
      </w:r>
      <w:r w:rsidR="00B17035">
        <w:rPr>
          <w:rFonts w:ascii="Baskerville Old Face" w:hAnsi="Baskerville Old Face"/>
          <w:bCs/>
          <w:sz w:val="28"/>
          <w:szCs w:val="28"/>
        </w:rPr>
        <w:t xml:space="preserve"> </w:t>
      </w:r>
      <w:r w:rsidRPr="00CE758F">
        <w:rPr>
          <w:rFonts w:ascii="Baskerville Old Face" w:hAnsi="Baskerville Old Face"/>
          <w:bCs/>
          <w:sz w:val="28"/>
          <w:szCs w:val="28"/>
        </w:rPr>
        <w:t>They had been on it eight days</w:t>
      </w:r>
      <w:r w:rsidR="00B17035">
        <w:rPr>
          <w:rFonts w:ascii="Baskerville Old Face" w:hAnsi="Baskerville Old Face"/>
          <w:bCs/>
          <w:sz w:val="28"/>
          <w:szCs w:val="28"/>
        </w:rPr>
        <w:t>;</w:t>
      </w:r>
      <w:r w:rsidRPr="00CE758F">
        <w:rPr>
          <w:rFonts w:ascii="Baskerville Old Face" w:hAnsi="Baskerville Old Face"/>
          <w:bCs/>
          <w:sz w:val="28"/>
          <w:szCs w:val="28"/>
        </w:rPr>
        <w:t xml:space="preserve"> it had been a bad hole. They had lost circulation twice, which means the mud goes off into a cavity somewhere down there and stops coming back, and the whole thing has to be fixed with a sort of educated guessing that Finian would spend the next decade getting good at. Wally had been sour for three days. The station manager had come out twice in a Land Rover and stood with his hands on his hips.</w:t>
      </w:r>
      <w:r w:rsidR="00966E2D">
        <w:rPr>
          <w:rFonts w:ascii="Baskerville Old Face" w:hAnsi="Baskerville Old Face"/>
          <w:bCs/>
          <w:sz w:val="28"/>
          <w:szCs w:val="28"/>
        </w:rPr>
        <w:t xml:space="preserve"> </w:t>
      </w:r>
      <w:r w:rsidRPr="00CE758F">
        <w:rPr>
          <w:rFonts w:ascii="Baskerville Old Face" w:hAnsi="Baskerville Old Face"/>
          <w:bCs/>
          <w:sz w:val="28"/>
          <w:szCs w:val="28"/>
        </w:rPr>
        <w:t>At about ten in the morning on the eighth day the note of the rig changed.</w:t>
      </w:r>
      <w:r w:rsidR="00966E2D">
        <w:rPr>
          <w:rFonts w:ascii="Baskerville Old Face" w:hAnsi="Baskerville Old Face"/>
          <w:bCs/>
          <w:sz w:val="28"/>
          <w:szCs w:val="28"/>
        </w:rPr>
        <w:t xml:space="preserve"> </w:t>
      </w:r>
      <w:r w:rsidRPr="00CE758F">
        <w:rPr>
          <w:rFonts w:ascii="Baskerville Old Face" w:hAnsi="Baskerville Old Face"/>
          <w:bCs/>
          <w:sz w:val="28"/>
          <w:szCs w:val="28"/>
        </w:rPr>
        <w:t>Finian was at the sump with a shovel and heard it before anybody said anything, and he stood up.</w:t>
      </w:r>
      <w:r w:rsidR="00966E2D">
        <w:rPr>
          <w:rFonts w:ascii="Baskerville Old Face" w:hAnsi="Baskerville Old Face"/>
          <w:bCs/>
          <w:sz w:val="28"/>
          <w:szCs w:val="28"/>
        </w:rPr>
        <w:t xml:space="preserve"> </w:t>
      </w:r>
      <w:r w:rsidRPr="00CE758F">
        <w:rPr>
          <w:rFonts w:ascii="Baskerville Old Face" w:hAnsi="Baskerville Old Face"/>
          <w:bCs/>
          <w:sz w:val="28"/>
          <w:szCs w:val="28"/>
        </w:rPr>
        <w:t xml:space="preserve">Wally had his hand up. Ted had stopped what he was doing at the rod rack. The rig was </w:t>
      </w:r>
      <w:r w:rsidRPr="00CE758F">
        <w:rPr>
          <w:rFonts w:ascii="Baskerville Old Face" w:hAnsi="Baskerville Old Face"/>
          <w:bCs/>
          <w:sz w:val="28"/>
          <w:szCs w:val="28"/>
        </w:rPr>
        <w:lastRenderedPageBreak/>
        <w:t>making a sound Finian had not heard in five months</w:t>
      </w:r>
      <w:r w:rsidR="0027531F">
        <w:rPr>
          <w:rFonts w:ascii="Baskerville Old Face" w:hAnsi="Baskerville Old Face"/>
          <w:bCs/>
          <w:sz w:val="28"/>
          <w:szCs w:val="28"/>
        </w:rPr>
        <w:t>,</w:t>
      </w:r>
      <w:r w:rsidRPr="00CE758F">
        <w:rPr>
          <w:rFonts w:ascii="Baskerville Old Face" w:hAnsi="Baskerville Old Face"/>
          <w:bCs/>
          <w:sz w:val="28"/>
          <w:szCs w:val="28"/>
        </w:rPr>
        <w:t xml:space="preserve"> a lighter sound, easier, the sound of something that has stopped being resisted</w:t>
      </w:r>
      <w:r w:rsidR="00966E2D">
        <w:rPr>
          <w:rFonts w:ascii="Baskerville Old Face" w:hAnsi="Baskerville Old Face"/>
          <w:bCs/>
          <w:sz w:val="28"/>
          <w:szCs w:val="28"/>
        </w:rPr>
        <w:t xml:space="preserve"> - </w:t>
      </w:r>
      <w:r w:rsidRPr="00CE758F">
        <w:rPr>
          <w:rFonts w:ascii="Baskerville Old Face" w:hAnsi="Baskerville Old Face"/>
          <w:bCs/>
          <w:sz w:val="28"/>
          <w:szCs w:val="28"/>
        </w:rPr>
        <w:t>and the rods were going down.</w:t>
      </w:r>
      <w:r w:rsidR="00141244">
        <w:rPr>
          <w:rFonts w:ascii="Baskerville Old Face" w:hAnsi="Baskerville Old Face"/>
          <w:bCs/>
          <w:sz w:val="28"/>
          <w:szCs w:val="28"/>
        </w:rPr>
        <w:t xml:space="preserve"> </w:t>
      </w:r>
      <w:r w:rsidRPr="00CE758F">
        <w:rPr>
          <w:rFonts w:ascii="Baskerville Old Face" w:hAnsi="Baskerville Old Face"/>
          <w:bCs/>
          <w:sz w:val="28"/>
          <w:szCs w:val="28"/>
        </w:rPr>
        <w:t>Wally shut it down</w:t>
      </w:r>
      <w:r w:rsidR="00D57F86">
        <w:rPr>
          <w:rFonts w:ascii="Baskerville Old Face" w:hAnsi="Baskerville Old Face"/>
          <w:bCs/>
          <w:sz w:val="28"/>
          <w:szCs w:val="28"/>
        </w:rPr>
        <w:t>,</w:t>
      </w:r>
      <w:r w:rsidRPr="00CE758F">
        <w:rPr>
          <w:rFonts w:ascii="Baskerville Old Face" w:hAnsi="Baskerville Old Face"/>
          <w:bCs/>
          <w:sz w:val="28"/>
          <w:szCs w:val="28"/>
        </w:rPr>
        <w:t xml:space="preserve"> and they got the string up and looked at the bit</w:t>
      </w:r>
      <w:r w:rsidR="0027531F">
        <w:rPr>
          <w:rFonts w:ascii="Baskerville Old Face" w:hAnsi="Baskerville Old Face"/>
          <w:bCs/>
          <w:sz w:val="28"/>
          <w:szCs w:val="28"/>
        </w:rPr>
        <w:t xml:space="preserve">; </w:t>
      </w:r>
      <w:r w:rsidRPr="00CE758F">
        <w:rPr>
          <w:rFonts w:ascii="Baskerville Old Face" w:hAnsi="Baskerville Old Face"/>
          <w:bCs/>
          <w:sz w:val="28"/>
          <w:szCs w:val="28"/>
        </w:rPr>
        <w:t>it was polished bright on the shoulders</w:t>
      </w:r>
      <w:r w:rsidR="00D57F86">
        <w:rPr>
          <w:rFonts w:ascii="Baskerville Old Face" w:hAnsi="Baskerville Old Face"/>
          <w:bCs/>
          <w:sz w:val="28"/>
          <w:szCs w:val="28"/>
        </w:rPr>
        <w:t xml:space="preserve">, </w:t>
      </w:r>
      <w:r w:rsidRPr="00CE758F">
        <w:rPr>
          <w:rFonts w:ascii="Baskerville Old Face" w:hAnsi="Baskerville Old Face"/>
          <w:bCs/>
          <w:sz w:val="28"/>
          <w:szCs w:val="28"/>
        </w:rPr>
        <w:t>there was a smear of pale grey-green paste in the teeth of it, and Wally took some of it on his thumb and looked at it and put his thumb to his tongue, which Finian had never seen him do.</w:t>
      </w:r>
      <w:r w:rsidR="00966E2D">
        <w:rPr>
          <w:rFonts w:ascii="Baskerville Old Face" w:hAnsi="Baskerville Old Face"/>
          <w:bCs/>
          <w:sz w:val="28"/>
          <w:szCs w:val="28"/>
        </w:rPr>
        <w:t xml:space="preserve"> </w:t>
      </w:r>
      <w:r w:rsidRPr="00CE758F">
        <w:rPr>
          <w:rFonts w:ascii="Baskerville Old Face" w:hAnsi="Baskerville Old Face"/>
          <w:bCs/>
          <w:sz w:val="28"/>
          <w:szCs w:val="28"/>
        </w:rPr>
        <w:t>“Get the mud thin,” he said. “Now. Ten minutes.”</w:t>
      </w:r>
      <w:r w:rsidR="00966E2D">
        <w:rPr>
          <w:rFonts w:ascii="Baskerville Old Face" w:hAnsi="Baskerville Old Face"/>
          <w:bCs/>
          <w:sz w:val="28"/>
          <w:szCs w:val="28"/>
        </w:rPr>
        <w:t xml:space="preserve"> </w:t>
      </w:r>
      <w:r w:rsidRPr="00CE758F">
        <w:rPr>
          <w:rFonts w:ascii="Baskerville Old Face" w:hAnsi="Baskerville Old Face"/>
          <w:bCs/>
          <w:sz w:val="28"/>
          <w:szCs w:val="28"/>
        </w:rPr>
        <w:t>Finian ran.</w:t>
      </w:r>
      <w:r w:rsidR="00141244">
        <w:rPr>
          <w:rFonts w:ascii="Baskerville Old Face" w:hAnsi="Baskerville Old Face"/>
          <w:bCs/>
          <w:sz w:val="28"/>
          <w:szCs w:val="28"/>
        </w:rPr>
        <w:t xml:space="preserve"> </w:t>
      </w:r>
      <w:r w:rsidRPr="00CE758F">
        <w:rPr>
          <w:rFonts w:ascii="Baskerville Old Face" w:hAnsi="Baskerville Old Face"/>
          <w:bCs/>
          <w:sz w:val="28"/>
          <w:szCs w:val="28"/>
        </w:rPr>
        <w:t>He put the drum on and got it thin and got it circulating and did it in eight, and Wally did not say anything about that either then or ever, and they put the string back down, and they drilled eleven feet in nineteen minutes, and then Wally lifted his hand off the lever and stood back off the floor.</w:t>
      </w:r>
      <w:r w:rsidR="00141244">
        <w:rPr>
          <w:rFonts w:ascii="Baskerville Old Face" w:hAnsi="Baskerville Old Face"/>
          <w:bCs/>
          <w:sz w:val="28"/>
          <w:szCs w:val="28"/>
        </w:rPr>
        <w:t xml:space="preserve"> </w:t>
      </w:r>
      <w:r w:rsidRPr="00CE758F">
        <w:rPr>
          <w:rFonts w:ascii="Baskerville Old Face" w:hAnsi="Baskerville Old Face"/>
          <w:bCs/>
          <w:sz w:val="28"/>
          <w:szCs w:val="28"/>
        </w:rPr>
        <w:t>“Right,” he said.</w:t>
      </w:r>
      <w:r w:rsidR="001C6BC2">
        <w:rPr>
          <w:rFonts w:ascii="Baskerville Old Face" w:hAnsi="Baskerville Old Face"/>
          <w:bCs/>
          <w:sz w:val="28"/>
          <w:szCs w:val="28"/>
        </w:rPr>
        <w:t xml:space="preserve"> </w:t>
      </w:r>
      <w:r w:rsidRPr="00CE758F">
        <w:rPr>
          <w:rFonts w:ascii="Baskerville Old Face" w:hAnsi="Baskerville Old Face"/>
          <w:bCs/>
          <w:sz w:val="28"/>
          <w:szCs w:val="28"/>
        </w:rPr>
        <w:t xml:space="preserve">And nothing happened for four </w:t>
      </w:r>
      <w:r w:rsidR="001C6BC2">
        <w:rPr>
          <w:rFonts w:ascii="Baskerville Old Face" w:hAnsi="Baskerville Old Face"/>
          <w:bCs/>
          <w:sz w:val="28"/>
          <w:szCs w:val="28"/>
        </w:rPr>
        <w:t xml:space="preserve">to five </w:t>
      </w:r>
      <w:r w:rsidRPr="00CE758F">
        <w:rPr>
          <w:rFonts w:ascii="Baskerville Old Face" w:hAnsi="Baskerville Old Face"/>
          <w:bCs/>
          <w:sz w:val="28"/>
          <w:szCs w:val="28"/>
        </w:rPr>
        <w:t>seconds.</w:t>
      </w:r>
      <w:r w:rsidR="00141244">
        <w:rPr>
          <w:rFonts w:ascii="Baskerville Old Face" w:hAnsi="Baskerville Old Face"/>
          <w:bCs/>
          <w:sz w:val="28"/>
          <w:szCs w:val="28"/>
        </w:rPr>
        <w:t xml:space="preserve"> </w:t>
      </w:r>
      <w:r w:rsidRPr="00CE758F">
        <w:rPr>
          <w:rFonts w:ascii="Baskerville Old Face" w:hAnsi="Baskerville Old Face"/>
          <w:bCs/>
          <w:sz w:val="28"/>
          <w:szCs w:val="28"/>
        </w:rPr>
        <w:t>Jack Anderson put his hat on. Ted Mawson put down the wrench he was holding, and put it down on the drum without looking at it and started walking.</w:t>
      </w:r>
      <w:r w:rsidR="00141244">
        <w:rPr>
          <w:rFonts w:ascii="Baskerville Old Face" w:hAnsi="Baskerville Old Face"/>
          <w:bCs/>
          <w:sz w:val="28"/>
          <w:szCs w:val="28"/>
        </w:rPr>
        <w:t xml:space="preserve"> </w:t>
      </w:r>
      <w:r w:rsidRPr="00CE758F">
        <w:rPr>
          <w:rFonts w:ascii="Baskerville Old Face" w:hAnsi="Baskerville Old Face"/>
          <w:bCs/>
          <w:sz w:val="28"/>
          <w:szCs w:val="28"/>
        </w:rPr>
        <w:t>Then the mud coming up over the collar went from grey to a paler grey and then it thinned and lifted</w:t>
      </w:r>
      <w:r w:rsidR="00D57F86">
        <w:rPr>
          <w:rFonts w:ascii="Baskerville Old Face" w:hAnsi="Baskerville Old Face"/>
          <w:bCs/>
          <w:sz w:val="28"/>
          <w:szCs w:val="28"/>
        </w:rPr>
        <w:t xml:space="preserve">, </w:t>
      </w:r>
      <w:r w:rsidRPr="00CE758F">
        <w:rPr>
          <w:rFonts w:ascii="Baskerville Old Face" w:hAnsi="Baskerville Old Face"/>
          <w:bCs/>
          <w:sz w:val="28"/>
          <w:szCs w:val="28"/>
        </w:rPr>
        <w:t>there was a cough down the hole, a real cough, you could feel it up through the boards, and then the water came.</w:t>
      </w:r>
      <w:r w:rsidR="005E3194">
        <w:rPr>
          <w:rFonts w:ascii="Baskerville Old Face" w:hAnsi="Baskerville Old Face"/>
          <w:bCs/>
          <w:sz w:val="28"/>
          <w:szCs w:val="28"/>
        </w:rPr>
        <w:t xml:space="preserve"> </w:t>
      </w:r>
    </w:p>
    <w:p w14:paraId="09FA9908" w14:textId="3F3D5C2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 came up the casing and over the lip and out across the red dirt in a sheet, and it was clear, and it was cold</w:t>
      </w:r>
      <w:r w:rsidR="00877B5D">
        <w:rPr>
          <w:rFonts w:ascii="Baskerville Old Face" w:hAnsi="Baskerville Old Face"/>
          <w:bCs/>
          <w:sz w:val="28"/>
          <w:szCs w:val="28"/>
        </w:rPr>
        <w:t xml:space="preserve">, very </w:t>
      </w:r>
      <w:r w:rsidRPr="00CE758F">
        <w:rPr>
          <w:rFonts w:ascii="Baskerville Old Face" w:hAnsi="Baskerville Old Face"/>
          <w:bCs/>
          <w:sz w:val="28"/>
          <w:szCs w:val="28"/>
        </w:rPr>
        <w:t>cold, in that country, in March</w:t>
      </w:r>
      <w:r w:rsidR="00877B5D">
        <w:rPr>
          <w:rFonts w:ascii="Baskerville Old Face" w:hAnsi="Baskerville Old Face"/>
          <w:bCs/>
          <w:sz w:val="28"/>
          <w:szCs w:val="28"/>
        </w:rPr>
        <w:t xml:space="preserve">, </w:t>
      </w:r>
      <w:r w:rsidRPr="00CE758F">
        <w:rPr>
          <w:rFonts w:ascii="Baskerville Old Face" w:hAnsi="Baskerville Old Face"/>
          <w:bCs/>
          <w:sz w:val="28"/>
          <w:szCs w:val="28"/>
        </w:rPr>
        <w:t>and it kept coming, and it did not stop, and it was not going to stop; it was going to run there for the next sixty years and turn eight hundred square kilometres of unusable ground into country a man could put cattle on, and it had been sitting under there in the dark since before there were men to want it.</w:t>
      </w:r>
      <w:r w:rsidR="00877B5D">
        <w:rPr>
          <w:rFonts w:ascii="Baskerville Old Face" w:hAnsi="Baskerville Old Face"/>
          <w:bCs/>
          <w:sz w:val="28"/>
          <w:szCs w:val="28"/>
        </w:rPr>
        <w:t xml:space="preserve"> </w:t>
      </w:r>
      <w:r w:rsidRPr="00CE758F">
        <w:rPr>
          <w:rFonts w:ascii="Baskerville Old Face" w:hAnsi="Baskerville Old Face"/>
          <w:bCs/>
          <w:sz w:val="28"/>
          <w:szCs w:val="28"/>
        </w:rPr>
        <w:t>Jack Anderson took his hat off and filled it and put it back on his head.</w:t>
      </w:r>
      <w:r w:rsidR="00877B5D">
        <w:rPr>
          <w:rFonts w:ascii="Baskerville Old Face" w:hAnsi="Baskerville Old Face"/>
          <w:bCs/>
          <w:sz w:val="28"/>
          <w:szCs w:val="28"/>
        </w:rPr>
        <w:t xml:space="preserve"> </w:t>
      </w:r>
      <w:r w:rsidRPr="00CE758F">
        <w:rPr>
          <w:rFonts w:ascii="Baskerville Old Face" w:hAnsi="Baskerville Old Face"/>
          <w:bCs/>
          <w:sz w:val="28"/>
          <w:szCs w:val="28"/>
        </w:rPr>
        <w:t>Ted Mawson sat down in the mud in his boots and laughed like a drain.</w:t>
      </w:r>
      <w:r w:rsidR="00877B5D">
        <w:rPr>
          <w:rFonts w:ascii="Baskerville Old Face" w:hAnsi="Baskerville Old Face"/>
          <w:bCs/>
          <w:sz w:val="28"/>
          <w:szCs w:val="28"/>
        </w:rPr>
        <w:t xml:space="preserve"> </w:t>
      </w:r>
      <w:r w:rsidRPr="00CE758F">
        <w:rPr>
          <w:rFonts w:ascii="Baskerville Old Face" w:hAnsi="Baskerville Old Face"/>
          <w:bCs/>
          <w:sz w:val="28"/>
          <w:szCs w:val="28"/>
        </w:rPr>
        <w:t>Finian Kavanagh stood at the rig with his hands still on the rail and watched the water come out of a hole that he had helped to make in the top of the world, and something happened to him that never entirely stopped happening for the rest of his life.</w:t>
      </w:r>
      <w:r w:rsidR="00877B5D">
        <w:rPr>
          <w:rFonts w:ascii="Baskerville Old Face" w:hAnsi="Baskerville Old Face"/>
          <w:bCs/>
          <w:sz w:val="28"/>
          <w:szCs w:val="28"/>
        </w:rPr>
        <w:t xml:space="preserve"> </w:t>
      </w:r>
      <w:r w:rsidRPr="00CE758F">
        <w:rPr>
          <w:rFonts w:ascii="Baskerville Old Face" w:hAnsi="Baskerville Old Face"/>
          <w:bCs/>
          <w:sz w:val="28"/>
          <w:szCs w:val="28"/>
        </w:rPr>
        <w:t>He was not thinking about the cattle. He was, he admitted later</w:t>
      </w:r>
      <w:r w:rsidR="001C6BC2">
        <w:rPr>
          <w:rFonts w:ascii="Baskerville Old Face" w:hAnsi="Baskerville Old Face"/>
          <w:bCs/>
          <w:sz w:val="28"/>
          <w:szCs w:val="28"/>
        </w:rPr>
        <w:t xml:space="preserve">, </w:t>
      </w:r>
      <w:r w:rsidRPr="00CE758F">
        <w:rPr>
          <w:rFonts w:ascii="Baskerville Old Face" w:hAnsi="Baskerville Old Face"/>
          <w:bCs/>
          <w:sz w:val="28"/>
          <w:szCs w:val="28"/>
        </w:rPr>
        <w:t>in a place where he was not able to arrange it more flatteringly</w:t>
      </w:r>
      <w:r w:rsidR="001C6BC2">
        <w:rPr>
          <w:rFonts w:ascii="Baskerville Old Face" w:hAnsi="Baskerville Old Face"/>
          <w:bCs/>
          <w:sz w:val="28"/>
          <w:szCs w:val="28"/>
        </w:rPr>
        <w:t xml:space="preserve">, </w:t>
      </w:r>
      <w:r w:rsidRPr="00CE758F">
        <w:rPr>
          <w:rFonts w:ascii="Baskerville Old Face" w:hAnsi="Baskerville Old Face"/>
          <w:bCs/>
          <w:sz w:val="28"/>
          <w:szCs w:val="28"/>
        </w:rPr>
        <w:t xml:space="preserve">thinking, quite clearly and in these words: </w:t>
      </w:r>
      <w:r w:rsidRPr="00CE758F">
        <w:rPr>
          <w:rFonts w:ascii="Baskerville Old Face" w:hAnsi="Baskerville Old Face"/>
          <w:bCs/>
          <w:i/>
          <w:sz w:val="28"/>
          <w:szCs w:val="28"/>
        </w:rPr>
        <w:t>there is water everywhere under this</w:t>
      </w:r>
      <w:r w:rsidR="0027531F">
        <w:rPr>
          <w:rFonts w:ascii="Baskerville Old Face" w:hAnsi="Baskerville Old Face"/>
          <w:bCs/>
          <w:i/>
          <w:sz w:val="28"/>
          <w:szCs w:val="28"/>
        </w:rPr>
        <w:t>,</w:t>
      </w:r>
      <w:r w:rsidRPr="00CE758F">
        <w:rPr>
          <w:rFonts w:ascii="Baskerville Old Face" w:hAnsi="Baskerville Old Face"/>
          <w:bCs/>
          <w:i/>
          <w:sz w:val="28"/>
          <w:szCs w:val="28"/>
        </w:rPr>
        <w:t xml:space="preserve"> and almost nobody knows how to get it out, and I am going to be one of the people who knows how.</w:t>
      </w:r>
      <w:r w:rsidR="002526E9">
        <w:rPr>
          <w:rFonts w:ascii="Baskerville Old Face" w:hAnsi="Baskerville Old Face"/>
          <w:bCs/>
          <w:sz w:val="28"/>
          <w:szCs w:val="28"/>
        </w:rPr>
        <w:t xml:space="preserve"> </w:t>
      </w:r>
      <w:r w:rsidRPr="00CE758F">
        <w:rPr>
          <w:rFonts w:ascii="Baskerville Old Face" w:hAnsi="Baskerville Old Face"/>
          <w:bCs/>
          <w:sz w:val="28"/>
          <w:szCs w:val="28"/>
        </w:rPr>
        <w:t>Wally came and stood beside him. They watched it together for a bit.</w:t>
      </w:r>
    </w:p>
    <w:p w14:paraId="6DCD7E2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a good hole,” Wally said.</w:t>
      </w:r>
    </w:p>
    <w:p w14:paraId="7F6D8B7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“Aye.”</w:t>
      </w:r>
    </w:p>
    <w:p w14:paraId="5EFAA21A" w14:textId="39B669C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“Better than good.” He scratched his jaw. “You’ll not get many like that.”</w:t>
      </w:r>
      <w:r w:rsidR="002526E9">
        <w:rPr>
          <w:rFonts w:ascii="Baskerville Old Face" w:hAnsi="Baskerville Old Face"/>
          <w:bCs/>
          <w:sz w:val="28"/>
          <w:szCs w:val="28"/>
        </w:rPr>
        <w:t xml:space="preserve"> </w:t>
      </w:r>
      <w:r w:rsidRPr="00CE758F">
        <w:rPr>
          <w:rFonts w:ascii="Baskerville Old Face" w:hAnsi="Baskerville Old Face"/>
          <w:bCs/>
          <w:sz w:val="28"/>
          <w:szCs w:val="28"/>
        </w:rPr>
        <w:t>He looked sideways at the boy, at the mud dried grey to the elbow and the shoulders that had come up out of nowhere in five months and the expression on his face, and whatever Wally Mansfield saw there, he did not say anything about it for another twenty-two years, and when he finally did say it, in an office at Kavanagh’s Keep in 1985, he said it in six words and then put his hat on and left.</w:t>
      </w:r>
      <w:r w:rsidR="002526E9">
        <w:rPr>
          <w:rFonts w:ascii="Baskerville Old Face" w:hAnsi="Baskerville Old Face"/>
          <w:bCs/>
          <w:sz w:val="28"/>
          <w:szCs w:val="28"/>
        </w:rPr>
        <w:t xml:space="preserve"> </w:t>
      </w:r>
      <w:r w:rsidRPr="00CE758F">
        <w:rPr>
          <w:rFonts w:ascii="Baskerville Old Face" w:hAnsi="Baskerville Old Face"/>
          <w:bCs/>
          <w:sz w:val="28"/>
          <w:szCs w:val="28"/>
        </w:rPr>
        <w:t>They cased the bore over the following two days, and on the second afternoon a Land Rover came in from the east across the black soil and stopped by the tarp, and two men got out of it, and one of them was a stockman from the station in a red shirt with the sleeves cut off, and the other was a man of about Finian’s own age.</w:t>
      </w:r>
      <w:r w:rsidR="002526E9">
        <w:rPr>
          <w:rFonts w:ascii="Baskerville Old Face" w:hAnsi="Baskerville Old Face"/>
          <w:bCs/>
          <w:sz w:val="28"/>
          <w:szCs w:val="28"/>
        </w:rPr>
        <w:t xml:space="preserve"> </w:t>
      </w:r>
      <w:r w:rsidRPr="00CE758F">
        <w:rPr>
          <w:rFonts w:ascii="Baskerville Old Face" w:hAnsi="Baskerville Old Face"/>
          <w:bCs/>
          <w:sz w:val="28"/>
          <w:szCs w:val="28"/>
        </w:rPr>
        <w:t>He was a Warumungu man. He had a rolled swag and a rifle in a canvas sleeve</w:t>
      </w:r>
      <w:r w:rsidR="0027531F">
        <w:rPr>
          <w:rFonts w:ascii="Baskerville Old Face" w:hAnsi="Baskerville Old Face"/>
          <w:bCs/>
          <w:sz w:val="28"/>
          <w:szCs w:val="28"/>
        </w:rPr>
        <w:t>,</w:t>
      </w:r>
      <w:r w:rsidRPr="00CE758F">
        <w:rPr>
          <w:rFonts w:ascii="Baskerville Old Face" w:hAnsi="Baskerville Old Face"/>
          <w:bCs/>
          <w:sz w:val="28"/>
          <w:szCs w:val="28"/>
        </w:rPr>
        <w:t xml:space="preserve"> and he shook hands with Wally like a man greeting an old creditor on good terms, and Wally said, “You’re late,” and he said, “You’re still here,” and Jack Anderson laughed at that in a way that suggested it was funny for reasons that went back some years.</w:t>
      </w:r>
    </w:p>
    <w:p w14:paraId="5029A2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 brought him over.</w:t>
      </w:r>
    </w:p>
    <w:p w14:paraId="685A46A3" w14:textId="15D3C6F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“This is Narrah. He’ll run the water sampling and he knows this country a bloody sight better than I do, so if he tells you something, write it down.” He turned to go, and then said, over his shoulder, in the tone of a man discharging a formality: “That’s Finian. He’s </w:t>
      </w:r>
      <w:r w:rsidR="0026540E">
        <w:rPr>
          <w:rFonts w:ascii="Baskerville Old Face" w:hAnsi="Baskerville Old Face"/>
          <w:bCs/>
          <w:sz w:val="28"/>
          <w:szCs w:val="28"/>
        </w:rPr>
        <w:t>Scottish</w:t>
      </w:r>
      <w:r w:rsidRPr="00CE758F">
        <w:rPr>
          <w:rFonts w:ascii="Baskerville Old Face" w:hAnsi="Baskerville Old Face"/>
          <w:bCs/>
          <w:sz w:val="28"/>
          <w:szCs w:val="28"/>
        </w:rPr>
        <w:t>. He’s all right.”</w:t>
      </w:r>
    </w:p>
    <w:p w14:paraId="6A54BE3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He’s all right.</w:t>
      </w:r>
      <w:r w:rsidRPr="00CE758F">
        <w:rPr>
          <w:rFonts w:ascii="Baskerville Old Face" w:hAnsi="Baskerville Old Face"/>
          <w:bCs/>
          <w:sz w:val="28"/>
          <w:szCs w:val="28"/>
        </w:rPr>
        <w:t xml:space="preserve"> Five months.</w:t>
      </w:r>
    </w:p>
    <w:p w14:paraId="50115BF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looked at the new bore running out across the ground, and at the wet sheet of it spreading and soaking and darkening the red, and he looked at it for slightly longer than a man looks at a thing he is pleased about.</w:t>
      </w:r>
    </w:p>
    <w:p w14:paraId="4502818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he turned to Finian and put his hand out and said:</w:t>
      </w:r>
    </w:p>
    <w:p w14:paraId="25BB6426" w14:textId="5501F38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“Where’d you put her?”</w:t>
      </w:r>
      <w:r w:rsidR="002526E9">
        <w:rPr>
          <w:rFonts w:ascii="Baskerville Old Face" w:hAnsi="Baskerville Old Face"/>
          <w:bCs/>
          <w:sz w:val="28"/>
          <w:szCs w:val="28"/>
        </w:rPr>
        <w:t xml:space="preserve"> </w:t>
      </w:r>
      <w:r w:rsidRPr="00CE758F">
        <w:rPr>
          <w:rFonts w:ascii="Baskerville Old Face" w:hAnsi="Baskerville Old Face"/>
          <w:bCs/>
          <w:sz w:val="28"/>
          <w:szCs w:val="28"/>
        </w:rPr>
        <w:t xml:space="preserve">Finian, who thought he was being asked a technical question, and who was proud of the answer, said: “Three hundred and forty </w:t>
      </w:r>
      <w:r w:rsidR="0027531F">
        <w:rPr>
          <w:rFonts w:ascii="Baskerville Old Face" w:hAnsi="Baskerville Old Face"/>
          <w:bCs/>
          <w:sz w:val="28"/>
          <w:szCs w:val="28"/>
        </w:rPr>
        <w:t>feet</w:t>
      </w:r>
      <w:r w:rsidRPr="00CE758F">
        <w:rPr>
          <w:rFonts w:ascii="Baskerville Old Face" w:hAnsi="Baskerville Old Face"/>
          <w:bCs/>
          <w:sz w:val="28"/>
          <w:szCs w:val="28"/>
        </w:rPr>
        <w:t xml:space="preserve">. She’s a beauty. Ten thousand </w:t>
      </w:r>
      <w:r w:rsidR="0027531F">
        <w:rPr>
          <w:rFonts w:ascii="Baskerville Old Face" w:hAnsi="Baskerville Old Face"/>
          <w:bCs/>
          <w:sz w:val="28"/>
          <w:szCs w:val="28"/>
        </w:rPr>
        <w:t>gallons</w:t>
      </w:r>
      <w:r w:rsidRPr="00CE758F">
        <w:rPr>
          <w:rFonts w:ascii="Baskerville Old Face" w:hAnsi="Baskerville Old Face"/>
          <w:bCs/>
          <w:sz w:val="28"/>
          <w:szCs w:val="28"/>
        </w:rPr>
        <w:t xml:space="preserve"> an hour, near enough.”</w:t>
      </w:r>
    </w:p>
    <w:p w14:paraId="413AC22C" w14:textId="67E7591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Narrah said. “Where</w:t>
      </w:r>
      <w:r w:rsidR="0027531F">
        <w:rPr>
          <w:rFonts w:ascii="Baskerville Old Face" w:hAnsi="Baskerville Old Face"/>
          <w:bCs/>
          <w:sz w:val="28"/>
          <w:szCs w:val="28"/>
        </w:rPr>
        <w:t>?</w:t>
      </w:r>
      <w:r w:rsidRPr="00CE758F">
        <w:rPr>
          <w:rFonts w:ascii="Baskerville Old Face" w:hAnsi="Baskerville Old Face"/>
          <w:bCs/>
          <w:sz w:val="28"/>
          <w:szCs w:val="28"/>
        </w:rPr>
        <w:t>”</w:t>
      </w:r>
      <w:r w:rsidR="00B93CA7">
        <w:rPr>
          <w:rFonts w:ascii="Baskerville Old Face" w:hAnsi="Baskerville Old Face"/>
          <w:bCs/>
          <w:sz w:val="28"/>
          <w:szCs w:val="28"/>
        </w:rPr>
        <w:t xml:space="preserve"> </w:t>
      </w:r>
      <w:r w:rsidRPr="00CE758F">
        <w:rPr>
          <w:rFonts w:ascii="Baskerville Old Face" w:hAnsi="Baskerville Old Face"/>
          <w:bCs/>
          <w:sz w:val="28"/>
          <w:szCs w:val="28"/>
        </w:rPr>
        <w:t>And he lifted his chin at the country</w:t>
      </w:r>
      <w:r w:rsidR="0027531F">
        <w:rPr>
          <w:rFonts w:ascii="Baskerville Old Face" w:hAnsi="Baskerville Old Face"/>
          <w:bCs/>
          <w:sz w:val="28"/>
          <w:szCs w:val="28"/>
        </w:rPr>
        <w:t xml:space="preserve">, </w:t>
      </w:r>
      <w:r w:rsidRPr="00CE758F">
        <w:rPr>
          <w:rFonts w:ascii="Baskerville Old Face" w:hAnsi="Baskerville Old Face"/>
          <w:bCs/>
          <w:sz w:val="28"/>
          <w:szCs w:val="28"/>
        </w:rPr>
        <w:t>the whole of it, the plain and the low rise behind it and the line of trees away to the north that meant something Finian could not read</w:t>
      </w:r>
      <w:r w:rsidR="00B93CA7">
        <w:rPr>
          <w:rFonts w:ascii="Baskerville Old Face" w:hAnsi="Baskerville Old Face"/>
          <w:bCs/>
          <w:sz w:val="28"/>
          <w:szCs w:val="28"/>
        </w:rPr>
        <w:t xml:space="preserve">, </w:t>
      </w:r>
      <w:r w:rsidRPr="00CE758F">
        <w:rPr>
          <w:rFonts w:ascii="Baskerville Old Face" w:hAnsi="Baskerville Old Face"/>
          <w:bCs/>
          <w:sz w:val="28"/>
          <w:szCs w:val="28"/>
        </w:rPr>
        <w:t>and waited, quite patiently, to be answered.</w:t>
      </w:r>
      <w:r w:rsidR="00B93CA7">
        <w:rPr>
          <w:rFonts w:ascii="Baskerville Old Face" w:hAnsi="Baskerville Old Face"/>
          <w:bCs/>
          <w:sz w:val="28"/>
          <w:szCs w:val="28"/>
        </w:rPr>
        <w:t xml:space="preserve"> </w:t>
      </w:r>
      <w:r w:rsidRPr="00CE758F">
        <w:rPr>
          <w:rFonts w:ascii="Baskerville Old Face" w:hAnsi="Baskerville Old Face"/>
          <w:bCs/>
          <w:sz w:val="28"/>
          <w:szCs w:val="28"/>
        </w:rPr>
        <w:t>Finian did not understand the question.</w:t>
      </w:r>
    </w:p>
    <w:p w14:paraId="0637F59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 would be thirty-two years before he did, and by then Narrah would be dead, and Finian would be standing in a room with no walls, being asked it again.</w:t>
      </w:r>
    </w:p>
    <w:p w14:paraId="2BD47E83"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12064255"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Four</w:t>
      </w:r>
    </w:p>
    <w:p w14:paraId="152B6915"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Narrah’s Warning</w:t>
      </w:r>
    </w:p>
    <w:p w14:paraId="3D6B18EE" w14:textId="67EF5985"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“No. Where</w:t>
      </w:r>
      <w:r w:rsidR="00163682">
        <w:rPr>
          <w:rFonts w:ascii="Baskerville Old Face" w:hAnsi="Baskerville Old Face"/>
          <w:bCs/>
          <w:sz w:val="28"/>
          <w:szCs w:val="28"/>
        </w:rPr>
        <w:t>?</w:t>
      </w:r>
      <w:r w:rsidRPr="00CE758F">
        <w:rPr>
          <w:rFonts w:ascii="Baskerville Old Face" w:hAnsi="Baskerville Old Face"/>
          <w:bCs/>
          <w:sz w:val="28"/>
          <w:szCs w:val="28"/>
        </w:rPr>
        <w:t>.”</w:t>
      </w:r>
    </w:p>
    <w:p w14:paraId="600D13EE" w14:textId="7342D76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looked at him. The bore was behind them, capped and pegged and hissing faintly the way a new bore does for a day or two while the ground gets used to the insult, and the light was going out of the sky the way it went out here, all at once, as though somebody had pulled a switch two hundred miles west.</w:t>
      </w:r>
      <w:r w:rsidR="00B93CA7">
        <w:rPr>
          <w:rFonts w:ascii="Baskerville Old Face" w:hAnsi="Baskerville Old Face"/>
          <w:bCs/>
          <w:sz w:val="28"/>
          <w:szCs w:val="28"/>
        </w:rPr>
        <w:t xml:space="preserve"> </w:t>
      </w:r>
      <w:r w:rsidRPr="00CE758F">
        <w:rPr>
          <w:rFonts w:ascii="Baskerville Old Face" w:hAnsi="Baskerville Old Face"/>
          <w:bCs/>
          <w:sz w:val="28"/>
          <w:szCs w:val="28"/>
        </w:rPr>
        <w:t xml:space="preserve">“Twelve </w:t>
      </w:r>
      <w:r w:rsidR="0026540E">
        <w:rPr>
          <w:rFonts w:ascii="Baskerville Old Face" w:hAnsi="Baskerville Old Face"/>
          <w:bCs/>
          <w:sz w:val="28"/>
          <w:szCs w:val="28"/>
        </w:rPr>
        <w:t>miles</w:t>
      </w:r>
      <w:r w:rsidRPr="00CE758F">
        <w:rPr>
          <w:rFonts w:ascii="Baskerville Old Face" w:hAnsi="Baskerville Old Face"/>
          <w:bCs/>
          <w:sz w:val="28"/>
          <w:szCs w:val="28"/>
        </w:rPr>
        <w:t xml:space="preserve"> north-north-east of the tank,” he said. “Off the old stock route. There’s a grid reference on the sheet if you want it.”</w:t>
      </w:r>
    </w:p>
    <w:p w14:paraId="70C272B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not where,” Narrah said. “That’s how far.”</w:t>
      </w:r>
    </w:p>
    <w:p w14:paraId="6EB7CDD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the same thing.”</w:t>
      </w:r>
    </w:p>
    <w:p w14:paraId="6638C741" w14:textId="7ED74D5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“It’s not the same thing.” He said it without heat, the way a man corrects a boy about which end of a spanner to hold. Then he picked up the water drum he had come over for, settled it on his shoulder, and walked back towards the cook fire, and Finian stood in the last of the light with the pegging hammer in his hand and a hot, obscure irritation moving in his chest, because he had drilled that hole himself, twenty-one days of it, and he had found water at two hundred and ten feet </w:t>
      </w:r>
      <w:r w:rsidRPr="00CE758F">
        <w:rPr>
          <w:rFonts w:ascii="Baskerville Old Face" w:hAnsi="Baskerville Old Face"/>
          <w:bCs/>
          <w:sz w:val="28"/>
          <w:szCs w:val="28"/>
        </w:rPr>
        <w:lastRenderedPageBreak/>
        <w:t>where the survey had said three hundred, and this was the first thing anybody had said to him about it that he did not understand.</w:t>
      </w:r>
      <w:r w:rsidR="00851165">
        <w:rPr>
          <w:rFonts w:ascii="Baskerville Old Face" w:hAnsi="Baskerville Old Face"/>
          <w:bCs/>
          <w:sz w:val="28"/>
          <w:szCs w:val="28"/>
        </w:rPr>
        <w:t xml:space="preserve"> </w:t>
      </w:r>
      <w:r w:rsidRPr="00CE758F">
        <w:rPr>
          <w:rFonts w:ascii="Baskerville Old Face" w:hAnsi="Baskerville Old Face"/>
          <w:bCs/>
          <w:sz w:val="28"/>
          <w:szCs w:val="28"/>
        </w:rPr>
        <w:t>He put it away. He was good at putting things away. It was a thing he had learned in a small flat in Dumbiedykes from a man who had a war folded up inside him like a coat in a drawer, and Finian had taken the trick of it without ever once considering that he was learning something.</w:t>
      </w:r>
      <w:r w:rsidR="00851165">
        <w:rPr>
          <w:rFonts w:ascii="Baskerville Old Face" w:hAnsi="Baskerville Old Face"/>
          <w:bCs/>
          <w:sz w:val="28"/>
          <w:szCs w:val="28"/>
        </w:rPr>
        <w:t xml:space="preserve"> </w:t>
      </w:r>
      <w:r w:rsidRPr="00CE758F">
        <w:rPr>
          <w:rFonts w:ascii="Baskerville Old Face" w:hAnsi="Baskerville Old Face"/>
          <w:bCs/>
          <w:sz w:val="28"/>
          <w:szCs w:val="28"/>
        </w:rPr>
        <w:t xml:space="preserve">Narrah had been at the camp four months before Finian arrived and would be there four years after he left it, and in all that time Finian never learned his second name, because Narrah never offered it and Finian never thought to ask. On the pay sheet he was written down as </w:t>
      </w:r>
      <w:r w:rsidRPr="00CE758F">
        <w:rPr>
          <w:rFonts w:ascii="Baskerville Old Face" w:hAnsi="Baskerville Old Face"/>
          <w:bCs/>
          <w:i/>
          <w:sz w:val="28"/>
          <w:szCs w:val="28"/>
        </w:rPr>
        <w:t>Narrah — offsider</w:t>
      </w:r>
      <w:r w:rsidRPr="00CE758F">
        <w:rPr>
          <w:rFonts w:ascii="Baskerville Old Face" w:hAnsi="Baskerville Old Face"/>
          <w:bCs/>
          <w:sz w:val="28"/>
          <w:szCs w:val="28"/>
        </w:rPr>
        <w:t>. The sheet had columns for surname and given name and Wally had put him in the surname column, and there he stayed for eleven years.</w:t>
      </w:r>
      <w:r w:rsidR="00F638AD">
        <w:rPr>
          <w:rFonts w:ascii="Baskerville Old Face" w:hAnsi="Baskerville Old Face"/>
          <w:bCs/>
          <w:sz w:val="28"/>
          <w:szCs w:val="28"/>
        </w:rPr>
        <w:t xml:space="preserve"> </w:t>
      </w:r>
      <w:r w:rsidRPr="00CE758F">
        <w:rPr>
          <w:rFonts w:ascii="Baskerville Old Face" w:hAnsi="Baskerville Old Face"/>
          <w:bCs/>
          <w:sz w:val="28"/>
          <w:szCs w:val="28"/>
        </w:rPr>
        <w:t xml:space="preserve">He was maybe thirty-five. He might have been fifty. He had a way of standing entirely still that made the white men around him look like they were vibrating. He could weld, which Finian could not yet do, and he could take the head off a diesel and put it back with the parts laid out on a flour sack in an order that never varied, and he could find the road at night in country with no road in it, and he was, by a distance that was not close, the best tracker </w:t>
      </w:r>
      <w:r w:rsidRPr="00CE758F">
        <w:rPr>
          <w:rFonts w:ascii="Baskerville Old Face" w:hAnsi="Baskerville Old Face"/>
          <w:bCs/>
          <w:sz w:val="28"/>
          <w:szCs w:val="28"/>
        </w:rPr>
        <w:lastRenderedPageBreak/>
        <w:t>any of them had ever seen or would see.</w:t>
      </w:r>
      <w:r w:rsidR="00F638AD">
        <w:rPr>
          <w:rFonts w:ascii="Baskerville Old Face" w:hAnsi="Baskerville Old Face"/>
          <w:bCs/>
          <w:sz w:val="28"/>
          <w:szCs w:val="28"/>
        </w:rPr>
        <w:t xml:space="preserve"> </w:t>
      </w:r>
      <w:r w:rsidRPr="00CE758F">
        <w:rPr>
          <w:rFonts w:ascii="Baskerville Old Face" w:hAnsi="Baskerville Old Face"/>
          <w:bCs/>
          <w:sz w:val="28"/>
          <w:szCs w:val="28"/>
        </w:rPr>
        <w:t>He was also the man they sent for the water drum.</w:t>
      </w:r>
      <w:r w:rsidR="00F638AD">
        <w:rPr>
          <w:rFonts w:ascii="Baskerville Old Face" w:hAnsi="Baskerville Old Face"/>
          <w:bCs/>
          <w:sz w:val="28"/>
          <w:szCs w:val="28"/>
        </w:rPr>
        <w:t xml:space="preserve"> </w:t>
      </w:r>
      <w:r w:rsidRPr="00CE758F">
        <w:rPr>
          <w:rFonts w:ascii="Baskerville Old Face" w:hAnsi="Baskerville Old Face"/>
          <w:bCs/>
          <w:sz w:val="28"/>
          <w:szCs w:val="28"/>
        </w:rPr>
        <w:t xml:space="preserve">Ted used a word for him that Finian had heard perhaps a dozen times a day since Melbourne and had not yet decided how he felt about. That was the exact shape of it — </w:t>
      </w:r>
      <w:r w:rsidRPr="00CE758F">
        <w:rPr>
          <w:rFonts w:ascii="Baskerville Old Face" w:hAnsi="Baskerville Old Face"/>
          <w:bCs/>
          <w:i/>
          <w:sz w:val="28"/>
          <w:szCs w:val="28"/>
        </w:rPr>
        <w:t>had not yet decided how he felt about</w:t>
      </w:r>
      <w:r w:rsidRPr="00CE758F">
        <w:rPr>
          <w:rFonts w:ascii="Baskerville Old Face" w:hAnsi="Baskerville Old Face"/>
          <w:bCs/>
          <w:sz w:val="28"/>
          <w:szCs w:val="28"/>
        </w:rPr>
        <w:t xml:space="preserve"> — and thirty-two years later a Roman</w:t>
      </w:r>
      <w:r w:rsidR="00683047">
        <w:rPr>
          <w:rFonts w:ascii="Baskerville Old Face" w:hAnsi="Baskerville Old Face"/>
          <w:bCs/>
          <w:sz w:val="28"/>
          <w:szCs w:val="28"/>
        </w:rPr>
        <w:t xml:space="preserve"> general</w:t>
      </w:r>
      <w:r w:rsidRPr="00CE758F">
        <w:rPr>
          <w:rFonts w:ascii="Baskerville Old Face" w:hAnsi="Baskerville Old Face"/>
          <w:bCs/>
          <w:sz w:val="28"/>
          <w:szCs w:val="28"/>
        </w:rPr>
        <w:t xml:space="preserve"> with a voice like a coin dropped on stone would read that sentence back to him in a room with no walls and let it sit there in the air until Finian understood what it had cost.</w:t>
      </w:r>
      <w:r w:rsidR="00706666">
        <w:rPr>
          <w:rFonts w:ascii="Baskerville Old Face" w:hAnsi="Baskerville Old Face"/>
          <w:bCs/>
          <w:sz w:val="28"/>
          <w:szCs w:val="28"/>
        </w:rPr>
        <w:t xml:space="preserve"> </w:t>
      </w:r>
      <w:r w:rsidRPr="00CE758F">
        <w:rPr>
          <w:rFonts w:ascii="Baskerville Old Face" w:hAnsi="Baskerville Old Face"/>
          <w:bCs/>
          <w:sz w:val="28"/>
          <w:szCs w:val="28"/>
        </w:rPr>
        <w:t>Narrah answered to the word the way a man answers to</w:t>
      </w:r>
      <w:r w:rsidR="00706666">
        <w:rPr>
          <w:rFonts w:ascii="Baskerville Old Face" w:hAnsi="Baskerville Old Face"/>
          <w:bCs/>
          <w:sz w:val="28"/>
          <w:szCs w:val="28"/>
        </w:rPr>
        <w:t xml:space="preserve"> </w:t>
      </w:r>
      <w:r w:rsidRPr="00CE758F">
        <w:rPr>
          <w:rFonts w:ascii="Baskerville Old Face" w:hAnsi="Baskerville Old Face"/>
          <w:bCs/>
          <w:sz w:val="28"/>
          <w:szCs w:val="28"/>
        </w:rPr>
        <w:t>weather.</w:t>
      </w:r>
      <w:r w:rsidR="00706666">
        <w:rPr>
          <w:rFonts w:ascii="Baskerville Old Face" w:hAnsi="Baskerville Old Face"/>
          <w:bCs/>
          <w:sz w:val="28"/>
          <w:szCs w:val="28"/>
        </w:rPr>
        <w:t xml:space="preserve"> </w:t>
      </w:r>
      <w:r w:rsidRPr="00CE758F">
        <w:rPr>
          <w:rFonts w:ascii="Baskerville Old Face" w:hAnsi="Baskerville Old Face"/>
          <w:bCs/>
          <w:sz w:val="28"/>
          <w:szCs w:val="28"/>
        </w:rPr>
        <w:t>In the first week of March the camp truck went down forty miles out on the eastern run with a cracked head, and Wally sent the two of them to fetch it, because Narrah could fix it and Finian could lift things, and because Wally had begun, in his unhurried way, to make Finian useful in places where there was nobody to ask questions of.</w:t>
      </w:r>
      <w:r w:rsidR="00706666">
        <w:rPr>
          <w:rFonts w:ascii="Baskerville Old Face" w:hAnsi="Baskerville Old Face"/>
          <w:bCs/>
          <w:sz w:val="28"/>
          <w:szCs w:val="28"/>
        </w:rPr>
        <w:t xml:space="preserve"> </w:t>
      </w:r>
      <w:r w:rsidRPr="00CE758F">
        <w:rPr>
          <w:rFonts w:ascii="Baskerville Old Face" w:hAnsi="Baskerville Old Face"/>
          <w:bCs/>
          <w:sz w:val="28"/>
          <w:szCs w:val="28"/>
        </w:rPr>
        <w:t>They took the Land Rover and four days of water and left at four in the morning.</w:t>
      </w:r>
      <w:r w:rsidR="005E12E0">
        <w:rPr>
          <w:rFonts w:ascii="Baskerville Old Face" w:hAnsi="Baskerville Old Face"/>
          <w:bCs/>
          <w:sz w:val="28"/>
          <w:szCs w:val="28"/>
        </w:rPr>
        <w:t xml:space="preserve"> </w:t>
      </w:r>
      <w:r w:rsidRPr="00CE758F">
        <w:rPr>
          <w:rFonts w:ascii="Baskerville Old Face" w:hAnsi="Baskerville Old Face"/>
          <w:bCs/>
          <w:sz w:val="28"/>
          <w:szCs w:val="28"/>
        </w:rPr>
        <w:t>It was the longest Finian had spent alone with anyone since the ship. For the first two hours Narrah said nothing at all, and Finian, who had grown up in a tenement where silence meant somebody was angry, filled it</w:t>
      </w:r>
      <w:r w:rsidR="005E12E0">
        <w:rPr>
          <w:rFonts w:ascii="Baskerville Old Face" w:hAnsi="Baskerville Old Face"/>
          <w:bCs/>
          <w:sz w:val="28"/>
          <w:szCs w:val="28"/>
        </w:rPr>
        <w:t xml:space="preserve">, </w:t>
      </w:r>
      <w:r w:rsidRPr="00CE758F">
        <w:rPr>
          <w:rFonts w:ascii="Baskerville Old Face" w:hAnsi="Baskerville Old Face"/>
          <w:bCs/>
          <w:sz w:val="28"/>
          <w:szCs w:val="28"/>
        </w:rPr>
        <w:t xml:space="preserve">about Edinburgh, about the shipyard cranes at Leith, about the cold, mostly about the </w:t>
      </w:r>
      <w:r w:rsidRPr="00CE758F">
        <w:rPr>
          <w:rFonts w:ascii="Baskerville Old Face" w:hAnsi="Baskerville Old Face"/>
          <w:bCs/>
          <w:sz w:val="28"/>
          <w:szCs w:val="28"/>
        </w:rPr>
        <w:lastRenderedPageBreak/>
        <w:t>cold, because it was the only thing he had that this country could not immediately better.</w:t>
      </w:r>
    </w:p>
    <w:p w14:paraId="2B40F53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cold,” Narrah said eventually.</w:t>
      </w:r>
    </w:p>
    <w:p w14:paraId="760AED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“Cold enough the water in the close froze. In the pipe. Burst it.”</w:t>
      </w:r>
    </w:p>
    <w:p w14:paraId="1C45669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drove for a while with that.</w:t>
      </w:r>
    </w:p>
    <w:p w14:paraId="2D7E9AA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“Nah,” he said.</w:t>
      </w:r>
    </w:p>
    <w:p w14:paraId="6CFF0D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true.”</w:t>
      </w:r>
    </w:p>
    <w:p w14:paraId="0FB68AE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“Nah, I believe you. I’m just thinking about it.” He shifted down for a washaway. “Water going hard. That’s a big thing to have and not talk about. You been here five months and you never said.”</w:t>
      </w:r>
    </w:p>
    <w:p w14:paraId="68FB5C7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just winter.”</w:t>
      </w:r>
    </w:p>
    <w:p w14:paraId="3C448687" w14:textId="5E98445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“Mate,” Narrah said, “you got a country where the water goes hard</w:t>
      </w:r>
      <w:r w:rsidR="001643D2">
        <w:rPr>
          <w:rFonts w:ascii="Baskerville Old Face" w:hAnsi="Baskerville Old Face"/>
          <w:bCs/>
          <w:sz w:val="28"/>
          <w:szCs w:val="28"/>
        </w:rPr>
        <w:t xml:space="preserve">, </w:t>
      </w:r>
      <w:r w:rsidRPr="00CE758F">
        <w:rPr>
          <w:rFonts w:ascii="Baskerville Old Face" w:hAnsi="Baskerville Old Face"/>
          <w:bCs/>
          <w:sz w:val="28"/>
          <w:szCs w:val="28"/>
        </w:rPr>
        <w:t>you come here.”</w:t>
      </w:r>
      <w:r w:rsidR="000535F0">
        <w:rPr>
          <w:rFonts w:ascii="Baskerville Old Face" w:hAnsi="Baskerville Old Face"/>
          <w:bCs/>
          <w:sz w:val="28"/>
          <w:szCs w:val="28"/>
        </w:rPr>
        <w:t xml:space="preserve"> </w:t>
      </w:r>
      <w:r w:rsidRPr="00CE758F">
        <w:rPr>
          <w:rFonts w:ascii="Baskerville Old Face" w:hAnsi="Baskerville Old Face"/>
          <w:bCs/>
          <w:sz w:val="28"/>
          <w:szCs w:val="28"/>
        </w:rPr>
        <w:t>He laughed then, properly, a wheeze up out of the chest, and hit the wheel with the heel of his hand, and Finian found he was laughing too, and something in the cab loosened and did not tighten again for four days.</w:t>
      </w:r>
      <w:r w:rsidR="00CC4979">
        <w:rPr>
          <w:rFonts w:ascii="Baskerville Old Face" w:hAnsi="Baskerville Old Face"/>
          <w:bCs/>
          <w:sz w:val="28"/>
          <w:szCs w:val="28"/>
        </w:rPr>
        <w:t xml:space="preserve"> </w:t>
      </w:r>
      <w:r w:rsidRPr="00CE758F">
        <w:rPr>
          <w:rFonts w:ascii="Baskerville Old Face" w:hAnsi="Baskerville Old Face"/>
          <w:bCs/>
          <w:sz w:val="28"/>
          <w:szCs w:val="28"/>
        </w:rPr>
        <w:t>Narrah’s opinion of Finian’s accent was that it was a fault in the man’s cooling system. Narrah’s opinion of Finian’s cooking was worse</w:t>
      </w:r>
      <w:r w:rsidR="0026540E">
        <w:rPr>
          <w:rFonts w:ascii="Baskerville Old Face" w:hAnsi="Baskerville Old Face"/>
          <w:bCs/>
          <w:sz w:val="28"/>
          <w:szCs w:val="28"/>
        </w:rPr>
        <w:t>,</w:t>
      </w:r>
      <w:r w:rsidRPr="00CE758F">
        <w:rPr>
          <w:rFonts w:ascii="Baskerville Old Face" w:hAnsi="Baskerville Old Face"/>
          <w:bCs/>
          <w:sz w:val="28"/>
          <w:szCs w:val="28"/>
        </w:rPr>
        <w:t xml:space="preserve"> and he expressed it at length. On the second night, lying in the swag with the fire down to a red </w:t>
      </w:r>
      <w:r w:rsidRPr="00CE758F">
        <w:rPr>
          <w:rFonts w:ascii="Baskerville Old Face" w:hAnsi="Baskerville Old Face"/>
          <w:bCs/>
          <w:sz w:val="28"/>
          <w:szCs w:val="28"/>
        </w:rPr>
        <w:lastRenderedPageBreak/>
        <w:t>seam and the sky doing what the sky does out there when there is no moon and nothing for eleven hundred miles to put light into it, Finian said, without meaning to say anything, that his father had wanted to come here and never had.</w:t>
      </w:r>
    </w:p>
    <w:p w14:paraId="2BE9B83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“Where’d he want to come?”</w:t>
      </w:r>
    </w:p>
    <w:p w14:paraId="404DFC2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“Here. Australia.”</w:t>
      </w:r>
    </w:p>
    <w:p w14:paraId="0ACEADD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not where,” Narrah said. “That’s how far.”</w:t>
      </w:r>
    </w:p>
    <w:p w14:paraId="63153CDD" w14:textId="77777777" w:rsidR="004C01F9"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lay looking up.</w:t>
      </w:r>
      <w:r w:rsidR="0086444F">
        <w:rPr>
          <w:rFonts w:ascii="Baskerville Old Face" w:hAnsi="Baskerville Old Face"/>
          <w:bCs/>
          <w:sz w:val="28"/>
          <w:szCs w:val="28"/>
        </w:rPr>
        <w:t xml:space="preserve"> </w:t>
      </w:r>
      <w:r w:rsidRPr="00CE758F">
        <w:rPr>
          <w:rFonts w:ascii="Baskerville Old Face" w:hAnsi="Baskerville Old Face"/>
          <w:bCs/>
          <w:sz w:val="28"/>
          <w:szCs w:val="28"/>
        </w:rPr>
        <w:t>“I don’t know what that means,” he said. “When you say it. I’m not being smart. I genuinely don’t know what you mean by it.”</w:t>
      </w:r>
      <w:r w:rsidR="000535F0">
        <w:rPr>
          <w:rFonts w:ascii="Baskerville Old Face" w:hAnsi="Baskerville Old Face"/>
          <w:bCs/>
          <w:sz w:val="28"/>
          <w:szCs w:val="28"/>
        </w:rPr>
        <w:t xml:space="preserve"> </w:t>
      </w:r>
      <w:r w:rsidRPr="00CE758F">
        <w:rPr>
          <w:rFonts w:ascii="Baskerville Old Face" w:hAnsi="Baskerville Old Face"/>
          <w:bCs/>
          <w:sz w:val="28"/>
          <w:szCs w:val="28"/>
        </w:rPr>
        <w:t>For a while he thought Narrah had gone to sleep</w:t>
      </w:r>
      <w:r w:rsidR="000535F0">
        <w:rPr>
          <w:rFonts w:ascii="Baskerville Old Face" w:hAnsi="Baskerville Old Face"/>
          <w:bCs/>
          <w:sz w:val="28"/>
          <w:szCs w:val="28"/>
        </w:rPr>
        <w:t>.</w:t>
      </w:r>
      <w:r w:rsidR="00A642EB">
        <w:rPr>
          <w:rFonts w:ascii="Baskerville Old Face" w:hAnsi="Baskerville Old Face"/>
          <w:bCs/>
          <w:sz w:val="28"/>
          <w:szCs w:val="28"/>
        </w:rPr>
        <w:t xml:space="preserve"> </w:t>
      </w:r>
      <w:r w:rsidRPr="00CE758F">
        <w:rPr>
          <w:rFonts w:ascii="Baskerville Old Face" w:hAnsi="Baskerville Old Face"/>
          <w:bCs/>
          <w:sz w:val="28"/>
          <w:szCs w:val="28"/>
        </w:rPr>
        <w:t>“You know that bore you put down,” Narrah said. “The good one. You can tell me how deep she is and how much she makes an hour and what the water’s like and how much they paid you. You can’t tell me anything about the place. You been standing on it three weeks. You couldn’t tell me what’s a hundred yards east of it.”</w:t>
      </w:r>
    </w:p>
    <w:p w14:paraId="178EFCDE" w14:textId="3F77697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“Spinifex,” Finian said. “Same as everywhere.”</w:t>
      </w:r>
    </w:p>
    <w:p w14:paraId="32085E94" w14:textId="33FEF50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 Narrah said. “That’s what I’m saying, mate.”</w:t>
      </w:r>
      <w:r w:rsidR="00D17D6C">
        <w:rPr>
          <w:rFonts w:ascii="Baskerville Old Face" w:hAnsi="Baskerville Old Face"/>
          <w:bCs/>
          <w:sz w:val="28"/>
          <w:szCs w:val="28"/>
        </w:rPr>
        <w:t xml:space="preserve"> </w:t>
      </w:r>
      <w:r w:rsidRPr="00CE758F">
        <w:rPr>
          <w:rFonts w:ascii="Baskerville Old Face" w:hAnsi="Baskerville Old Face"/>
          <w:bCs/>
          <w:sz w:val="28"/>
          <w:szCs w:val="28"/>
        </w:rPr>
        <w:t xml:space="preserve">They found the truck where it had been left, nose down in a sand crossing with the bonnet up like a man surrendering, and it took two days, and on the morning of the second day they ran short of water because the drum in the Rover had been </w:t>
      </w:r>
      <w:r w:rsidRPr="00CE758F">
        <w:rPr>
          <w:rFonts w:ascii="Baskerville Old Face" w:hAnsi="Baskerville Old Face"/>
          <w:bCs/>
          <w:sz w:val="28"/>
          <w:szCs w:val="28"/>
        </w:rPr>
        <w:lastRenderedPageBreak/>
        <w:t>leaking a slow seep out of the bung the whole way and neither of them had checked it.</w:t>
      </w:r>
      <w:r w:rsidR="00D17D6C">
        <w:rPr>
          <w:rFonts w:ascii="Baskerville Old Face" w:hAnsi="Baskerville Old Face"/>
          <w:bCs/>
          <w:sz w:val="28"/>
          <w:szCs w:val="28"/>
        </w:rPr>
        <w:t xml:space="preserve"> </w:t>
      </w:r>
      <w:r w:rsidRPr="00CE758F">
        <w:rPr>
          <w:rFonts w:ascii="Baskerville Old Face" w:hAnsi="Baskerville Old Face"/>
          <w:bCs/>
          <w:sz w:val="28"/>
          <w:szCs w:val="28"/>
        </w:rPr>
        <w:t>Finian did the arithmetic in his head and did not like the answer and heard himself go quiet, and Narrah watched him go quiet and seemed to find it interesting.</w:t>
      </w:r>
      <w:r w:rsidR="00D17D6C">
        <w:rPr>
          <w:rFonts w:ascii="Baskerville Old Face" w:hAnsi="Baskerville Old Face"/>
          <w:bCs/>
          <w:sz w:val="28"/>
          <w:szCs w:val="28"/>
        </w:rPr>
        <w:t xml:space="preserve"> </w:t>
      </w:r>
      <w:r w:rsidRPr="00CE758F">
        <w:rPr>
          <w:rFonts w:ascii="Baskerville Old Face" w:hAnsi="Baskerville Old Face"/>
          <w:bCs/>
          <w:sz w:val="28"/>
          <w:szCs w:val="28"/>
        </w:rPr>
        <w:t>“You alright?”</w:t>
      </w:r>
    </w:p>
    <w:p w14:paraId="06212F0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“We’ve maybe a gallon.”</w:t>
      </w:r>
    </w:p>
    <w:p w14:paraId="4216028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w:t>
      </w:r>
    </w:p>
    <w:p w14:paraId="616BA67E" w14:textId="448B14A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 Finian looked at the sun. “Wally says you don’t walk.”</w:t>
      </w:r>
    </w:p>
    <w:p w14:paraId="2181F8E0" w14:textId="7E58AC7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“Wally’s right. You don’t walk.” Narrah wiped his hands on the flour sack and stood up and looked south-west at nothing, at absolutely nothing, at a slight paleness in the scrub that Finian could not have distinguished from any other slight paleness in any other scrub in the Territory. “We’re not walking. It’s about a mile and a half. Bring the shovel.”</w:t>
      </w:r>
      <w:r w:rsidR="00C7239E">
        <w:rPr>
          <w:rFonts w:ascii="Baskerville Old Face" w:hAnsi="Baskerville Old Face"/>
          <w:bCs/>
          <w:sz w:val="28"/>
          <w:szCs w:val="28"/>
        </w:rPr>
        <w:t xml:space="preserve"> </w:t>
      </w:r>
      <w:r w:rsidRPr="00CE758F">
        <w:rPr>
          <w:rFonts w:ascii="Baskerville Old Face" w:hAnsi="Baskerville Old Face"/>
          <w:bCs/>
          <w:sz w:val="28"/>
          <w:szCs w:val="28"/>
        </w:rPr>
        <w:t>It was a mile and a half. Finian counted it out afterwards on the odometer</w:t>
      </w:r>
      <w:r w:rsidR="001643D2">
        <w:rPr>
          <w:rFonts w:ascii="Baskerville Old Face" w:hAnsi="Baskerville Old Face"/>
          <w:bCs/>
          <w:sz w:val="28"/>
          <w:szCs w:val="28"/>
        </w:rPr>
        <w:t>,</w:t>
      </w:r>
      <w:r w:rsidRPr="00CE758F">
        <w:rPr>
          <w:rFonts w:ascii="Baskerville Old Face" w:hAnsi="Baskerville Old Face"/>
          <w:bCs/>
          <w:sz w:val="28"/>
          <w:szCs w:val="28"/>
        </w:rPr>
        <w:t xml:space="preserve"> and it was one point six.</w:t>
      </w:r>
      <w:r w:rsidR="00C7239E">
        <w:rPr>
          <w:rFonts w:ascii="Baskerville Old Face" w:hAnsi="Baskerville Old Face"/>
          <w:bCs/>
          <w:sz w:val="28"/>
          <w:szCs w:val="28"/>
        </w:rPr>
        <w:t xml:space="preserve"> </w:t>
      </w:r>
      <w:r w:rsidRPr="00CE758F">
        <w:rPr>
          <w:rFonts w:ascii="Baskerville Old Face" w:hAnsi="Baskerville Old Face"/>
          <w:bCs/>
          <w:sz w:val="28"/>
          <w:szCs w:val="28"/>
        </w:rPr>
        <w:t>There was nothing there. He wants that on the record, in whatever record there is. He stood in it and turned all the way round</w:t>
      </w:r>
      <w:r w:rsidR="001643D2">
        <w:rPr>
          <w:rFonts w:ascii="Baskerville Old Face" w:hAnsi="Baskerville Old Face"/>
          <w:bCs/>
          <w:sz w:val="28"/>
          <w:szCs w:val="28"/>
        </w:rPr>
        <w:t xml:space="preserve">, </w:t>
      </w:r>
      <w:r w:rsidRPr="00CE758F">
        <w:rPr>
          <w:rFonts w:ascii="Baskerville Old Face" w:hAnsi="Baskerville Old Face"/>
          <w:bCs/>
          <w:sz w:val="28"/>
          <w:szCs w:val="28"/>
        </w:rPr>
        <w:t xml:space="preserve">there was nothing there: a shallow dish in the ground perhaps forty yards across, a few coolibah, a rise of red sand on the far side with a lip of </w:t>
      </w:r>
      <w:r w:rsidRPr="00CE758F">
        <w:rPr>
          <w:rFonts w:ascii="Baskerville Old Face" w:hAnsi="Baskerville Old Face"/>
          <w:bCs/>
          <w:sz w:val="28"/>
          <w:szCs w:val="28"/>
        </w:rPr>
        <w:lastRenderedPageBreak/>
        <w:t>harder stuff showing through, and the same grass and the same flies and the same enormous indifferent sky.</w:t>
      </w:r>
    </w:p>
    <w:p w14:paraId="05BB76DC" w14:textId="77777777" w:rsidR="00DD7C74"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walked to a spot that was in no way distinguishable from the spot beside it, and put his heel in the sand twice, and said, “Here. Not too fast, it’ll fall in on you.”</w:t>
      </w:r>
      <w:r w:rsidR="00C7239E">
        <w:rPr>
          <w:rFonts w:ascii="Baskerville Old Face" w:hAnsi="Baskerville Old Face"/>
          <w:bCs/>
          <w:sz w:val="28"/>
          <w:szCs w:val="28"/>
        </w:rPr>
        <w:t xml:space="preserve"> </w:t>
      </w:r>
      <w:r w:rsidRPr="00CE758F">
        <w:rPr>
          <w:rFonts w:ascii="Baskerville Old Face" w:hAnsi="Baskerville Old Face"/>
          <w:bCs/>
          <w:sz w:val="28"/>
          <w:szCs w:val="28"/>
        </w:rPr>
        <w:t>Finian dug.</w:t>
      </w:r>
      <w:r w:rsidR="00C7239E">
        <w:rPr>
          <w:rFonts w:ascii="Baskerville Old Face" w:hAnsi="Baskerville Old Face"/>
          <w:bCs/>
          <w:sz w:val="28"/>
          <w:szCs w:val="28"/>
        </w:rPr>
        <w:t xml:space="preserve"> </w:t>
      </w:r>
      <w:r w:rsidRPr="00CE758F">
        <w:rPr>
          <w:rFonts w:ascii="Baskerville Old Face" w:hAnsi="Baskerville Old Face"/>
          <w:bCs/>
          <w:sz w:val="28"/>
          <w:szCs w:val="28"/>
        </w:rPr>
        <w:t>At four feet the sand went from red to a dull brown and got heavy on the shovel. At five and a half it went dark. At just under six the hole began, without any drama at all, to fill — not a rush, not a spring, just a slow patient darkening at the bottom that became a shine and then a hand’s depth of water, brown at first and then, after they had let it stand and bailed it twice, clear enough to see the grain of the sand at the bottom of it.</w:t>
      </w:r>
      <w:r w:rsidR="00C7239E">
        <w:rPr>
          <w:rFonts w:ascii="Baskerville Old Face" w:hAnsi="Baskerville Old Face"/>
          <w:bCs/>
          <w:sz w:val="28"/>
          <w:szCs w:val="28"/>
        </w:rPr>
        <w:t xml:space="preserve"> </w:t>
      </w:r>
      <w:r w:rsidRPr="00CE758F">
        <w:rPr>
          <w:rFonts w:ascii="Baskerville Old Face" w:hAnsi="Baskerville Old Face"/>
          <w:bCs/>
          <w:sz w:val="28"/>
          <w:szCs w:val="28"/>
        </w:rPr>
        <w:t>Finian sat back on his heels and laughed out loud.</w:t>
      </w:r>
      <w:r w:rsidR="00C7239E">
        <w:rPr>
          <w:rFonts w:ascii="Baskerville Old Face" w:hAnsi="Baskerville Old Face"/>
          <w:bCs/>
          <w:sz w:val="28"/>
          <w:szCs w:val="28"/>
        </w:rPr>
        <w:t xml:space="preserve"> </w:t>
      </w:r>
      <w:r w:rsidRPr="00CE758F">
        <w:rPr>
          <w:rFonts w:ascii="Baskerville Old Face" w:hAnsi="Baskerville Old Face"/>
          <w:bCs/>
          <w:sz w:val="28"/>
          <w:szCs w:val="28"/>
        </w:rPr>
        <w:t>He had, by then, been present at the making of nine bores. He had watched steel go into the ground and water come out of it</w:t>
      </w:r>
      <w:r w:rsidR="00860DA1">
        <w:rPr>
          <w:rFonts w:ascii="Baskerville Old Face" w:hAnsi="Baskerville Old Face"/>
          <w:bCs/>
          <w:sz w:val="28"/>
          <w:szCs w:val="28"/>
        </w:rPr>
        <w:t xml:space="preserve">, </w:t>
      </w:r>
      <w:r w:rsidRPr="00CE758F">
        <w:rPr>
          <w:rFonts w:ascii="Baskerville Old Face" w:hAnsi="Baskerville Old Face"/>
          <w:bCs/>
          <w:sz w:val="28"/>
          <w:szCs w:val="28"/>
        </w:rPr>
        <w:t>he had felt each time the particular satisfaction of a thing done by force. This was not that. This was somebody opening a cupboard in their own house.</w:t>
      </w:r>
      <w:r w:rsidR="00C7239E">
        <w:rPr>
          <w:rFonts w:ascii="Baskerville Old Face" w:hAnsi="Baskerville Old Face"/>
          <w:bCs/>
          <w:sz w:val="28"/>
          <w:szCs w:val="28"/>
        </w:rPr>
        <w:t xml:space="preserve"> </w:t>
      </w:r>
      <w:r w:rsidRPr="00CE758F">
        <w:rPr>
          <w:rFonts w:ascii="Baskerville Old Face" w:hAnsi="Baskerville Old Face"/>
          <w:bCs/>
          <w:sz w:val="28"/>
          <w:szCs w:val="28"/>
        </w:rPr>
        <w:t>“How did you know?”</w:t>
      </w:r>
      <w:r w:rsidR="00DD7C74">
        <w:rPr>
          <w:rFonts w:ascii="Baskerville Old Face" w:hAnsi="Baskerville Old Face"/>
          <w:bCs/>
          <w:sz w:val="28"/>
          <w:szCs w:val="28"/>
        </w:rPr>
        <w:t xml:space="preserve"> </w:t>
      </w:r>
    </w:p>
    <w:p w14:paraId="38E2F23A" w14:textId="1A7E98E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didn’t know,” Narrah said. “I was told.”</w:t>
      </w:r>
    </w:p>
    <w:p w14:paraId="7573754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“By who?”</w:t>
      </w:r>
    </w:p>
    <w:p w14:paraId="69673FAB" w14:textId="239DA52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“My grandmother’s brother. Nineteen</w:t>
      </w:r>
      <w:r w:rsidR="00DD7C74">
        <w:rPr>
          <w:rFonts w:ascii="Baskerville Old Face" w:hAnsi="Baskerville Old Face"/>
          <w:bCs/>
          <w:sz w:val="28"/>
          <w:szCs w:val="28"/>
        </w:rPr>
        <w:t>,</w:t>
      </w:r>
      <w:r w:rsidRPr="00CE758F">
        <w:rPr>
          <w:rFonts w:ascii="Baskerville Old Face" w:hAnsi="Baskerville Old Face"/>
          <w:bCs/>
          <w:sz w:val="28"/>
          <w:szCs w:val="28"/>
        </w:rPr>
        <w:t>“ He shrugged. “Long time. I was a kid.”</w:t>
      </w:r>
    </w:p>
    <w:p w14:paraId="6E5BEE74" w14:textId="48D7F8C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you remembered? One place, one time, thirty years back?”</w:t>
      </w:r>
      <w:r w:rsidR="00DD7C74">
        <w:rPr>
          <w:rFonts w:ascii="Baskerville Old Face" w:hAnsi="Baskerville Old Face"/>
          <w:bCs/>
          <w:sz w:val="28"/>
          <w:szCs w:val="28"/>
        </w:rPr>
        <w:t xml:space="preserve"> </w:t>
      </w:r>
      <w:r w:rsidRPr="00CE758F">
        <w:rPr>
          <w:rFonts w:ascii="Baskerville Old Face" w:hAnsi="Baskerville Old Face"/>
          <w:bCs/>
          <w:sz w:val="28"/>
          <w:szCs w:val="28"/>
        </w:rPr>
        <w:t>Narrah looked at him with what Finian only much later understood to be patience.</w:t>
      </w:r>
      <w:r w:rsidR="00DD7C74">
        <w:rPr>
          <w:rFonts w:ascii="Baskerville Old Face" w:hAnsi="Baskerville Old Face"/>
          <w:bCs/>
          <w:sz w:val="28"/>
          <w:szCs w:val="28"/>
        </w:rPr>
        <w:t xml:space="preserve"> </w:t>
      </w:r>
      <w:r w:rsidRPr="00CE758F">
        <w:rPr>
          <w:rFonts w:ascii="Baskerville Old Face" w:hAnsi="Baskerville Old Face"/>
          <w:bCs/>
          <w:sz w:val="28"/>
          <w:szCs w:val="28"/>
        </w:rPr>
        <w:t>“Not one place,” he said.</w:t>
      </w:r>
      <w:r w:rsidR="00DD7C74">
        <w:rPr>
          <w:rFonts w:ascii="Baskerville Old Face" w:hAnsi="Baskerville Old Face"/>
          <w:bCs/>
          <w:sz w:val="28"/>
          <w:szCs w:val="28"/>
        </w:rPr>
        <w:t xml:space="preserve"> </w:t>
      </w:r>
      <w:r w:rsidRPr="00CE758F">
        <w:rPr>
          <w:rFonts w:ascii="Baskerville Old Face" w:hAnsi="Baskerville Old Face"/>
          <w:bCs/>
          <w:sz w:val="28"/>
          <w:szCs w:val="28"/>
        </w:rPr>
        <w:t>Finian drank. It was cold, which he had not expected, and it tasted faintly of the ground and very slightly of leaves, and he thought at the time and thinks now that it was the best water he ever had in his life, and he drank it out of a hole a man had opened with two taps of his heel in a place with nothing there.</w:t>
      </w:r>
      <w:r w:rsidR="002B17A6">
        <w:rPr>
          <w:rFonts w:ascii="Baskerville Old Face" w:hAnsi="Baskerville Old Face"/>
          <w:bCs/>
          <w:sz w:val="28"/>
          <w:szCs w:val="28"/>
        </w:rPr>
        <w:t xml:space="preserve"> </w:t>
      </w:r>
      <w:r w:rsidRPr="00CE758F">
        <w:rPr>
          <w:rFonts w:ascii="Baskerville Old Face" w:hAnsi="Baskerville Old Face"/>
          <w:bCs/>
          <w:sz w:val="28"/>
          <w:szCs w:val="28"/>
        </w:rPr>
        <w:t>They filled the drum and the billy</w:t>
      </w:r>
      <w:r w:rsidR="00860DA1">
        <w:rPr>
          <w:rFonts w:ascii="Baskerville Old Face" w:hAnsi="Baskerville Old Face"/>
          <w:bCs/>
          <w:sz w:val="28"/>
          <w:szCs w:val="28"/>
        </w:rPr>
        <w:t>,</w:t>
      </w:r>
      <w:r w:rsidRPr="00CE758F">
        <w:rPr>
          <w:rFonts w:ascii="Baskerville Old Face" w:hAnsi="Baskerville Old Face"/>
          <w:bCs/>
          <w:sz w:val="28"/>
          <w:szCs w:val="28"/>
        </w:rPr>
        <w:t xml:space="preserve"> and the Rover and they were four hours getting the truck out, and it was on the way back, in the last of the afternoon with the shadows going long and blue behind the anthills, that Narrah stopped the truck.</w:t>
      </w:r>
      <w:r w:rsidR="002B17A6">
        <w:rPr>
          <w:rFonts w:ascii="Baskerville Old Face" w:hAnsi="Baskerville Old Face"/>
          <w:bCs/>
          <w:sz w:val="28"/>
          <w:szCs w:val="28"/>
        </w:rPr>
        <w:t xml:space="preserve"> </w:t>
      </w:r>
      <w:r w:rsidRPr="00CE758F">
        <w:rPr>
          <w:rFonts w:ascii="Baskerville Old Face" w:hAnsi="Baskerville Old Face"/>
          <w:bCs/>
          <w:sz w:val="28"/>
          <w:szCs w:val="28"/>
        </w:rPr>
        <w:t>He stopped it in the middle of nowhere and got out and stood on the tray and looked north for perhaps a minute, and then got down and stood by Finian’s window.</w:t>
      </w:r>
      <w:r w:rsidR="002B17A6">
        <w:rPr>
          <w:rFonts w:ascii="Baskerville Old Face" w:hAnsi="Baskerville Old Face"/>
          <w:bCs/>
          <w:sz w:val="28"/>
          <w:szCs w:val="28"/>
        </w:rPr>
        <w:t xml:space="preserve"> </w:t>
      </w:r>
      <w:r w:rsidRPr="00CE758F">
        <w:rPr>
          <w:rFonts w:ascii="Baskerville Old Face" w:hAnsi="Baskerville Old Face"/>
          <w:bCs/>
          <w:sz w:val="28"/>
          <w:szCs w:val="28"/>
        </w:rPr>
        <w:t>“See that?”</w:t>
      </w:r>
      <w:r w:rsidR="002B17A6">
        <w:rPr>
          <w:rFonts w:ascii="Baskerville Old Face" w:hAnsi="Baskerville Old Face"/>
          <w:bCs/>
          <w:sz w:val="28"/>
          <w:szCs w:val="28"/>
        </w:rPr>
        <w:t xml:space="preserve"> </w:t>
      </w:r>
      <w:r w:rsidRPr="00CE758F">
        <w:rPr>
          <w:rFonts w:ascii="Baskerville Old Face" w:hAnsi="Baskerville Old Face"/>
          <w:bCs/>
          <w:sz w:val="28"/>
          <w:szCs w:val="28"/>
        </w:rPr>
        <w:t>There was a low broken country away to the north, three or four miles off</w:t>
      </w:r>
      <w:r w:rsidR="002B17A6">
        <w:rPr>
          <w:rFonts w:ascii="Baskerville Old Face" w:hAnsi="Baskerville Old Face"/>
          <w:bCs/>
          <w:sz w:val="28"/>
          <w:szCs w:val="28"/>
        </w:rPr>
        <w:t xml:space="preserve">, </w:t>
      </w:r>
      <w:r w:rsidRPr="00CE758F">
        <w:rPr>
          <w:rFonts w:ascii="Baskerville Old Face" w:hAnsi="Baskerville Old Face"/>
          <w:bCs/>
          <w:sz w:val="28"/>
          <w:szCs w:val="28"/>
        </w:rPr>
        <w:t>a red run of rock coming up out of the flat like the back of something surfacing, and a green line under it, a real green, not the grey-green of the mulga but the green of a thing that has never once been short of a drink.</w:t>
      </w:r>
      <w:r w:rsidR="004C01F9">
        <w:rPr>
          <w:rFonts w:ascii="Baskerville Old Face" w:hAnsi="Baskerville Old Face"/>
          <w:bCs/>
          <w:sz w:val="28"/>
          <w:szCs w:val="28"/>
        </w:rPr>
        <w:t xml:space="preserve"> </w:t>
      </w:r>
      <w:r w:rsidRPr="00CE758F">
        <w:rPr>
          <w:rFonts w:ascii="Baskerville Old Face" w:hAnsi="Baskerville Old Face"/>
          <w:bCs/>
          <w:sz w:val="28"/>
          <w:szCs w:val="28"/>
        </w:rPr>
        <w:t xml:space="preserve">“Water there,” Finian said. His mouth had gone slightly dry. He was, at seventeen, already reading country the way a man reads a </w:t>
      </w:r>
      <w:r w:rsidRPr="00CE758F">
        <w:rPr>
          <w:rFonts w:ascii="Baskerville Old Face" w:hAnsi="Baskerville Old Face"/>
          <w:bCs/>
          <w:sz w:val="28"/>
          <w:szCs w:val="28"/>
        </w:rPr>
        <w:lastRenderedPageBreak/>
        <w:t>balance sheet, and that green was the healthiest number he had seen in five months. “That’s permanent. That’s not a soakage, that’s</w:t>
      </w:r>
      <w:r w:rsidR="002222E4">
        <w:rPr>
          <w:rFonts w:ascii="Baskerville Old Face" w:hAnsi="Baskerville Old Face"/>
          <w:bCs/>
          <w:sz w:val="28"/>
          <w:szCs w:val="28"/>
        </w:rPr>
        <w:t xml:space="preserve">, </w:t>
      </w:r>
      <w:r w:rsidRPr="00CE758F">
        <w:rPr>
          <w:rFonts w:ascii="Baskerville Old Face" w:hAnsi="Baskerville Old Face"/>
          <w:bCs/>
          <w:sz w:val="28"/>
          <w:szCs w:val="28"/>
        </w:rPr>
        <w:t>what is that, a spring line? Under that rock?”</w:t>
      </w:r>
    </w:p>
    <w:p w14:paraId="57D7DA2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w:t>
      </w:r>
    </w:p>
    <w:p w14:paraId="0ED8769D" w14:textId="5F87E1B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“That’d run a station. That’d run four stations.” He was already turning, already reaching for the map roll behind the seat. “Has anybody</w:t>
      </w:r>
      <w:r w:rsidR="002222E4">
        <w:rPr>
          <w:rFonts w:ascii="Baskerville Old Face" w:hAnsi="Baskerville Old Face"/>
          <w:bCs/>
          <w:sz w:val="28"/>
          <w:szCs w:val="28"/>
        </w:rPr>
        <w:t>,</w:t>
      </w:r>
      <w:r w:rsidRPr="00CE758F">
        <w:rPr>
          <w:rFonts w:ascii="Baskerville Old Face" w:hAnsi="Baskerville Old Face"/>
          <w:bCs/>
          <w:sz w:val="28"/>
          <w:szCs w:val="28"/>
        </w:rPr>
        <w:t xml:space="preserve"> is that pegged? Whose lease is that?”</w:t>
      </w:r>
    </w:p>
    <w:p w14:paraId="48F7D79A" w14:textId="4779FD4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“Don’t drill there,” Narrah said.</w:t>
      </w:r>
      <w:r w:rsidR="002222E4">
        <w:rPr>
          <w:rFonts w:ascii="Baskerville Old Face" w:hAnsi="Baskerville Old Face"/>
          <w:bCs/>
          <w:sz w:val="28"/>
          <w:szCs w:val="28"/>
        </w:rPr>
        <w:t xml:space="preserve"> </w:t>
      </w:r>
      <w:r w:rsidRPr="00CE758F">
        <w:rPr>
          <w:rFonts w:ascii="Baskerville Old Face" w:hAnsi="Baskerville Old Face"/>
          <w:bCs/>
          <w:sz w:val="28"/>
          <w:szCs w:val="28"/>
        </w:rPr>
        <w:t>Finian stopped with his hand on the map.</w:t>
      </w:r>
      <w:r w:rsidR="002222E4">
        <w:rPr>
          <w:rFonts w:ascii="Baskerville Old Face" w:hAnsi="Baskerville Old Face"/>
          <w:bCs/>
          <w:sz w:val="28"/>
          <w:szCs w:val="28"/>
        </w:rPr>
        <w:t xml:space="preserve"> </w:t>
      </w:r>
      <w:r w:rsidRPr="00CE758F">
        <w:rPr>
          <w:rFonts w:ascii="Baskerville Old Face" w:hAnsi="Baskerville Old Face"/>
          <w:bCs/>
          <w:sz w:val="28"/>
          <w:szCs w:val="28"/>
        </w:rPr>
        <w:t>“What?”</w:t>
      </w:r>
    </w:p>
    <w:p w14:paraId="6716FB98" w14:textId="0BAEA22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what I’m telling you. Whatever else you do out here. Don’t drill there and don’t let anybody else drill there if they ask you where the water is, that’s not where the water is.”</w:t>
      </w:r>
    </w:p>
    <w:p w14:paraId="6F3031FF" w14:textId="66735DF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w:t>
      </w:r>
      <w:r w:rsidR="001A3012">
        <w:rPr>
          <w:rFonts w:ascii="Baskerville Old Face" w:hAnsi="Baskerville Old Face"/>
          <w:bCs/>
          <w:sz w:val="28"/>
          <w:szCs w:val="28"/>
        </w:rPr>
        <w:t xml:space="preserve"> </w:t>
      </w:r>
      <w:r w:rsidRPr="00CE758F">
        <w:rPr>
          <w:rFonts w:ascii="Baskerville Old Face" w:hAnsi="Baskerville Old Face"/>
          <w:bCs/>
          <w:sz w:val="28"/>
          <w:szCs w:val="28"/>
        </w:rPr>
        <w:t>Narrah did not answer.</w:t>
      </w:r>
      <w:r w:rsidR="001A3012">
        <w:rPr>
          <w:rFonts w:ascii="Baskerville Old Face" w:hAnsi="Baskerville Old Face"/>
          <w:bCs/>
          <w:sz w:val="28"/>
          <w:szCs w:val="28"/>
        </w:rPr>
        <w:t xml:space="preserve"> </w:t>
      </w:r>
      <w:r w:rsidRPr="00CE758F">
        <w:rPr>
          <w:rFonts w:ascii="Baskerville Old Face" w:hAnsi="Baskerville Old Face"/>
          <w:bCs/>
          <w:sz w:val="28"/>
          <w:szCs w:val="28"/>
        </w:rPr>
        <w:t>It went on longer than Finian was comfortable with. The engine ticked. Away off, the green line sat under the red rock, doing what it had done for a very long time.</w:t>
      </w:r>
      <w:r w:rsidR="001A3012">
        <w:rPr>
          <w:rFonts w:ascii="Baskerville Old Face" w:hAnsi="Baskerville Old Face"/>
          <w:bCs/>
          <w:sz w:val="28"/>
          <w:szCs w:val="28"/>
        </w:rPr>
        <w:t xml:space="preserve"> </w:t>
      </w:r>
      <w:r w:rsidRPr="00CE758F">
        <w:rPr>
          <w:rFonts w:ascii="Baskerville Old Face" w:hAnsi="Baskerville Old Face"/>
          <w:bCs/>
          <w:sz w:val="28"/>
          <w:szCs w:val="28"/>
        </w:rPr>
        <w:t>“Is it a sacred site?” Finian said.</w:t>
      </w:r>
      <w:r w:rsidR="001A3012">
        <w:rPr>
          <w:rFonts w:ascii="Baskerville Old Face" w:hAnsi="Baskerville Old Face"/>
          <w:bCs/>
          <w:sz w:val="28"/>
          <w:szCs w:val="28"/>
        </w:rPr>
        <w:t xml:space="preserve"> </w:t>
      </w:r>
      <w:r w:rsidRPr="00CE758F">
        <w:rPr>
          <w:rFonts w:ascii="Baskerville Old Face" w:hAnsi="Baskerville Old Face"/>
          <w:bCs/>
          <w:sz w:val="28"/>
          <w:szCs w:val="28"/>
        </w:rPr>
        <w:t xml:space="preserve">He was trying to be decent. He </w:t>
      </w:r>
      <w:r w:rsidR="00860DA1">
        <w:rPr>
          <w:rFonts w:ascii="Baskerville Old Face" w:hAnsi="Baskerville Old Face"/>
          <w:bCs/>
          <w:sz w:val="28"/>
          <w:szCs w:val="28"/>
        </w:rPr>
        <w:t>wanted</w:t>
      </w:r>
      <w:r w:rsidRPr="00CE758F">
        <w:rPr>
          <w:rFonts w:ascii="Baskerville Old Face" w:hAnsi="Baskerville Old Face"/>
          <w:bCs/>
          <w:sz w:val="28"/>
          <w:szCs w:val="28"/>
        </w:rPr>
        <w:t xml:space="preserve"> that understood, and it </w:t>
      </w:r>
      <w:r w:rsidR="00622A4A">
        <w:rPr>
          <w:rFonts w:ascii="Baskerville Old Face" w:hAnsi="Baskerville Old Face"/>
          <w:bCs/>
          <w:sz w:val="28"/>
          <w:szCs w:val="28"/>
        </w:rPr>
        <w:t>would</w:t>
      </w:r>
      <w:r w:rsidRPr="00CE758F">
        <w:rPr>
          <w:rFonts w:ascii="Baskerville Old Face" w:hAnsi="Baskerville Old Face"/>
          <w:bCs/>
          <w:sz w:val="28"/>
          <w:szCs w:val="28"/>
        </w:rPr>
        <w:t xml:space="preserve"> be understood, in due course, by a man in a rumpled suit with his thumbs in his braces who will make rather a lot of it. He had heard the phrase somewhere</w:t>
      </w:r>
      <w:r w:rsidR="00E33270">
        <w:rPr>
          <w:rFonts w:ascii="Baskerville Old Face" w:hAnsi="Baskerville Old Face"/>
          <w:bCs/>
          <w:sz w:val="28"/>
          <w:szCs w:val="28"/>
        </w:rPr>
        <w:t xml:space="preserve">, </w:t>
      </w:r>
      <w:r w:rsidRPr="00CE758F">
        <w:rPr>
          <w:rFonts w:ascii="Baskerville Old Face" w:hAnsi="Baskerville Old Face"/>
          <w:bCs/>
          <w:sz w:val="28"/>
          <w:szCs w:val="28"/>
        </w:rPr>
        <w:t>a Welfare Branch man in the pub at Tennant, or the papers</w:t>
      </w:r>
      <w:r w:rsidR="00E33270">
        <w:rPr>
          <w:rFonts w:ascii="Baskerville Old Face" w:hAnsi="Baskerville Old Face"/>
          <w:bCs/>
          <w:sz w:val="28"/>
          <w:szCs w:val="28"/>
        </w:rPr>
        <w:t xml:space="preserve">, </w:t>
      </w:r>
      <w:r w:rsidRPr="00CE758F">
        <w:rPr>
          <w:rFonts w:ascii="Baskerville Old Face" w:hAnsi="Baskerville Old Face"/>
          <w:bCs/>
          <w:sz w:val="28"/>
          <w:szCs w:val="28"/>
        </w:rPr>
        <w:t>and he brought it out the way you bring out a form and hand it across a counter.</w:t>
      </w:r>
      <w:r w:rsidR="00E33270">
        <w:rPr>
          <w:rFonts w:ascii="Baskerville Old Face" w:hAnsi="Baskerville Old Face"/>
          <w:bCs/>
          <w:sz w:val="28"/>
          <w:szCs w:val="28"/>
        </w:rPr>
        <w:t xml:space="preserve"> </w:t>
      </w:r>
      <w:r w:rsidRPr="00CE758F">
        <w:rPr>
          <w:rFonts w:ascii="Baskerville Old Face" w:hAnsi="Baskerville Old Face"/>
          <w:bCs/>
          <w:sz w:val="28"/>
          <w:szCs w:val="28"/>
        </w:rPr>
        <w:lastRenderedPageBreak/>
        <w:t>Narrah’s face did something small.</w:t>
      </w:r>
      <w:r w:rsidR="00E33270">
        <w:rPr>
          <w:rFonts w:ascii="Baskerville Old Face" w:hAnsi="Baskerville Old Face"/>
          <w:bCs/>
          <w:sz w:val="28"/>
          <w:szCs w:val="28"/>
        </w:rPr>
        <w:t xml:space="preserve"> </w:t>
      </w:r>
      <w:r w:rsidRPr="00CE758F">
        <w:rPr>
          <w:rFonts w:ascii="Baskerville Old Face" w:hAnsi="Baskerville Old Face"/>
          <w:bCs/>
          <w:sz w:val="28"/>
          <w:szCs w:val="28"/>
        </w:rPr>
        <w:t>“You want me to tell you what it is,” he said, “so you can work out what it’s worth.”</w:t>
      </w:r>
    </w:p>
    <w:p w14:paraId="26FB00B2" w14:textId="18EE101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no</w:t>
      </w:r>
      <w:r w:rsidR="00C05F7D">
        <w:rPr>
          <w:rFonts w:ascii="Baskerville Old Face" w:hAnsi="Baskerville Old Face"/>
          <w:bCs/>
          <w:sz w:val="28"/>
          <w:szCs w:val="28"/>
        </w:rPr>
        <w:t>t</w:t>
      </w:r>
      <w:r w:rsidRPr="00CE758F">
        <w:rPr>
          <w:rFonts w:ascii="Baskerville Old Face" w:hAnsi="Baskerville Old Face"/>
          <w:bCs/>
          <w:sz w:val="28"/>
          <w:szCs w:val="28"/>
        </w:rPr>
        <w:t xml:space="preserve"> “</w:t>
      </w:r>
      <w:r w:rsidR="00C05F7D">
        <w:rPr>
          <w:rFonts w:ascii="Baskerville Old Face" w:hAnsi="Baskerville Old Face"/>
          <w:bCs/>
          <w:sz w:val="28"/>
          <w:szCs w:val="28"/>
        </w:rPr>
        <w:t>.</w:t>
      </w:r>
    </w:p>
    <w:p w14:paraId="473700BB" w14:textId="77777777" w:rsidR="004C01F9"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exactly it, mate. That’s the whole thing you just did.” He said it quite gently. That was somehow the worst of it. “If I tell you a story about that place you’ll write it in your book. And then it’s a thing with a price on it. And then some bloke says it’s not worth as much as the water, and he might even be right, because he’s the one doing the sums.” He put his hand flat on the door of the truck. “So no. I’m not telling you what it is. I’m telling you don’t drill there. Those are two different sentences</w:t>
      </w:r>
      <w:r w:rsidR="00622A4A">
        <w:rPr>
          <w:rFonts w:ascii="Baskerville Old Face" w:hAnsi="Baskerville Old Face"/>
          <w:bCs/>
          <w:sz w:val="28"/>
          <w:szCs w:val="28"/>
        </w:rPr>
        <w:t xml:space="preserve">, </w:t>
      </w:r>
      <w:r w:rsidRPr="00CE758F">
        <w:rPr>
          <w:rFonts w:ascii="Baskerville Old Face" w:hAnsi="Baskerville Old Face"/>
          <w:bCs/>
          <w:sz w:val="28"/>
          <w:szCs w:val="28"/>
        </w:rPr>
        <w:t>I’m giving you the second one.”</w:t>
      </w:r>
      <w:r w:rsidR="00C05F7D">
        <w:rPr>
          <w:rFonts w:ascii="Baskerville Old Face" w:hAnsi="Baskerville Old Face"/>
          <w:bCs/>
          <w:sz w:val="28"/>
          <w:szCs w:val="28"/>
        </w:rPr>
        <w:t xml:space="preserve"> </w:t>
      </w:r>
      <w:r w:rsidRPr="00CE758F">
        <w:rPr>
          <w:rFonts w:ascii="Baskerville Old Face" w:hAnsi="Baskerville Old Face"/>
          <w:bCs/>
          <w:sz w:val="28"/>
          <w:szCs w:val="28"/>
        </w:rPr>
        <w:t>Finian sat with the map half unrolled across his knees.</w:t>
      </w:r>
      <w:r w:rsidR="0016026A">
        <w:rPr>
          <w:rFonts w:ascii="Baskerville Old Face" w:hAnsi="Baskerville Old Face"/>
          <w:bCs/>
          <w:sz w:val="28"/>
          <w:szCs w:val="28"/>
        </w:rPr>
        <w:t xml:space="preserve"> </w:t>
      </w:r>
      <w:r w:rsidRPr="00CE758F">
        <w:rPr>
          <w:rFonts w:ascii="Baskerville Old Face" w:hAnsi="Baskerville Old Face"/>
          <w:bCs/>
          <w:sz w:val="28"/>
          <w:szCs w:val="28"/>
        </w:rPr>
        <w:t>He was seventeen years old. He had four pounds eleven in a tobacco tin under his bunk and a dead man’s map in his kit and a girl in Edinburgh counting down two years on a calendar, and he had just been handed, free, the location of the best water he had seen since he came into the country, and told he could not have it, by a man who would not say why.</w:t>
      </w:r>
      <w:r w:rsidR="004C01F9">
        <w:rPr>
          <w:rFonts w:ascii="Baskerville Old Face" w:hAnsi="Baskerville Old Face"/>
          <w:bCs/>
          <w:sz w:val="28"/>
          <w:szCs w:val="28"/>
        </w:rPr>
        <w:t xml:space="preserve"> </w:t>
      </w:r>
      <w:r w:rsidRPr="00CE758F">
        <w:rPr>
          <w:rFonts w:ascii="Baskerville Old Face" w:hAnsi="Baskerville Old Face"/>
          <w:bCs/>
          <w:sz w:val="28"/>
          <w:szCs w:val="28"/>
        </w:rPr>
        <w:t>And what he felt — and it took him thirty-two years and a courtroom to be able to name it — was not curiosity. It was not even greed, quite, not yet.</w:t>
      </w:r>
      <w:r w:rsidR="00D545C1">
        <w:rPr>
          <w:rFonts w:ascii="Baskerville Old Face" w:hAnsi="Baskerville Old Face"/>
          <w:bCs/>
          <w:sz w:val="28"/>
          <w:szCs w:val="28"/>
        </w:rPr>
        <w:t xml:space="preserve"> </w:t>
      </w:r>
    </w:p>
    <w:p w14:paraId="387AD47E" w14:textId="77777777" w:rsidR="008F5DC9"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 was the feeling of being kept out of a room.</w:t>
      </w:r>
      <w:r w:rsidR="00D545C1">
        <w:rPr>
          <w:rFonts w:ascii="Baskerville Old Face" w:hAnsi="Baskerville Old Face"/>
          <w:bCs/>
          <w:sz w:val="28"/>
          <w:szCs w:val="28"/>
        </w:rPr>
        <w:t xml:space="preserve"> </w:t>
      </w:r>
      <w:r w:rsidRPr="00CE758F">
        <w:rPr>
          <w:rFonts w:ascii="Baskerville Old Face" w:hAnsi="Baskerville Old Face"/>
          <w:bCs/>
          <w:sz w:val="28"/>
          <w:szCs w:val="28"/>
        </w:rPr>
        <w:t>“Right,” he said. “I’ll keep it in mind.”</w:t>
      </w:r>
      <w:r w:rsidR="00D545C1">
        <w:rPr>
          <w:rFonts w:ascii="Baskerville Old Face" w:hAnsi="Baskerville Old Face"/>
          <w:bCs/>
          <w:sz w:val="28"/>
          <w:szCs w:val="28"/>
        </w:rPr>
        <w:t xml:space="preserve"> </w:t>
      </w:r>
      <w:r w:rsidRPr="00CE758F">
        <w:rPr>
          <w:rFonts w:ascii="Baskerville Old Face" w:hAnsi="Baskerville Old Face"/>
          <w:bCs/>
          <w:sz w:val="28"/>
          <w:szCs w:val="28"/>
        </w:rPr>
        <w:t>Narrah looked at him a moment longer.</w:t>
      </w:r>
      <w:r w:rsidR="00D545C1">
        <w:rPr>
          <w:rFonts w:ascii="Baskerville Old Face" w:hAnsi="Baskerville Old Face"/>
          <w:bCs/>
          <w:sz w:val="28"/>
          <w:szCs w:val="28"/>
        </w:rPr>
        <w:t xml:space="preserve"> </w:t>
      </w:r>
      <w:r w:rsidRPr="00CE758F">
        <w:rPr>
          <w:rFonts w:ascii="Baskerville Old Face" w:hAnsi="Baskerville Old Face"/>
          <w:bCs/>
          <w:sz w:val="28"/>
          <w:szCs w:val="28"/>
        </w:rPr>
        <w:t>“You’ll keep it in mind,” he said.</w:t>
      </w:r>
      <w:r w:rsidR="00D545C1">
        <w:rPr>
          <w:rFonts w:ascii="Baskerville Old Face" w:hAnsi="Baskerville Old Face"/>
          <w:bCs/>
          <w:sz w:val="28"/>
          <w:szCs w:val="28"/>
        </w:rPr>
        <w:t xml:space="preserve"> </w:t>
      </w:r>
      <w:r w:rsidRPr="00CE758F">
        <w:rPr>
          <w:rFonts w:ascii="Baskerville Old Face" w:hAnsi="Baskerville Old Face"/>
          <w:bCs/>
          <w:sz w:val="28"/>
          <w:szCs w:val="28"/>
        </w:rPr>
        <w:t>He got back in the truck. They drove the sixty miles to camp and talked about the head gasket and about Ted’s snoring and about a horse Narrah’s cousin had, and it was easy again, mostly, and Finian laughed twice, and neither of them said anything else about it.</w:t>
      </w:r>
      <w:r w:rsidR="00D545C1">
        <w:rPr>
          <w:rFonts w:ascii="Baskerville Old Face" w:hAnsi="Baskerville Old Face"/>
          <w:bCs/>
          <w:sz w:val="28"/>
          <w:szCs w:val="28"/>
        </w:rPr>
        <w:t xml:space="preserve"> </w:t>
      </w:r>
      <w:r w:rsidRPr="00CE758F">
        <w:rPr>
          <w:rFonts w:ascii="Baskerville Old Face" w:hAnsi="Baskerville Old Face"/>
          <w:bCs/>
          <w:sz w:val="28"/>
          <w:szCs w:val="28"/>
        </w:rPr>
        <w:t>But Finian had a good memory for country by then, the beginnings of the memory that would one day let him hold four hundred square miles of the Georgina Basin in his head like a man holding a hand of cards, and that night he lay in his swag and put the red rock and the green line and the run of the flat together and fixed them, without any decision that he could later point to and call a decision, at a place he could find again.</w:t>
      </w:r>
      <w:r w:rsidR="006238D6">
        <w:rPr>
          <w:rFonts w:ascii="Baskerville Old Face" w:hAnsi="Baskerville Old Face"/>
          <w:bCs/>
          <w:sz w:val="28"/>
          <w:szCs w:val="28"/>
        </w:rPr>
        <w:t xml:space="preserve"> </w:t>
      </w:r>
      <w:r w:rsidRPr="00CE758F">
        <w:rPr>
          <w:rFonts w:ascii="Baskerville Old Face" w:hAnsi="Baskerville Old Face"/>
          <w:bCs/>
          <w:sz w:val="28"/>
          <w:szCs w:val="28"/>
        </w:rPr>
        <w:t>There is one more thing about those four days.</w:t>
      </w:r>
      <w:r w:rsidR="006238D6">
        <w:rPr>
          <w:rFonts w:ascii="Baskerville Old Face" w:hAnsi="Baskerville Old Face"/>
          <w:bCs/>
          <w:sz w:val="28"/>
          <w:szCs w:val="28"/>
        </w:rPr>
        <w:t xml:space="preserve"> </w:t>
      </w:r>
      <w:r w:rsidRPr="00CE758F">
        <w:rPr>
          <w:rFonts w:ascii="Baskerville Old Face" w:hAnsi="Baskerville Old Face"/>
          <w:bCs/>
          <w:sz w:val="28"/>
          <w:szCs w:val="28"/>
        </w:rPr>
        <w:t>On the second morning, while Narrah was under the truck, Finian walked out to the claypan to have a look at the country and to be, for twenty minutes, entirely alone in it, a thing he had started to want and could not have explained.</w:t>
      </w:r>
      <w:r w:rsidR="008F5DC9">
        <w:rPr>
          <w:rFonts w:ascii="Baskerville Old Face" w:hAnsi="Baskerville Old Face"/>
          <w:bCs/>
          <w:sz w:val="28"/>
          <w:szCs w:val="28"/>
        </w:rPr>
        <w:t xml:space="preserve"> </w:t>
      </w:r>
      <w:r w:rsidRPr="00CE758F">
        <w:rPr>
          <w:rFonts w:ascii="Baskerville Old Face" w:hAnsi="Baskerville Old Face"/>
          <w:bCs/>
          <w:sz w:val="28"/>
          <w:szCs w:val="28"/>
        </w:rPr>
        <w:t>When he came back Narrah was standing at the edge of the pan looking at the ground with his head on one side.</w:t>
      </w:r>
    </w:p>
    <w:p w14:paraId="339B543A" w14:textId="41AA2C85" w:rsidR="00F45C1A" w:rsidRPr="00CE758F" w:rsidRDefault="006238D6" w:rsidP="002A1BD3">
      <w:pPr>
        <w:spacing w:line="360" w:lineRule="auto"/>
        <w:rPr>
          <w:rFonts w:ascii="Baskerville Old Face" w:hAnsi="Baskerville Old Face"/>
          <w:bCs/>
          <w:sz w:val="28"/>
          <w:szCs w:val="28"/>
        </w:rPr>
      </w:pPr>
      <w:r>
        <w:rPr>
          <w:rFonts w:ascii="Baskerville Old Face" w:hAnsi="Baskerville Old Face"/>
          <w:bCs/>
          <w:sz w:val="28"/>
          <w:szCs w:val="28"/>
        </w:rPr>
        <w:t xml:space="preserve"> </w:t>
      </w:r>
      <w:r w:rsidR="007671E1" w:rsidRPr="00CE758F">
        <w:rPr>
          <w:rFonts w:ascii="Baskerville Old Face" w:hAnsi="Baskerville Old Face"/>
          <w:bCs/>
          <w:sz w:val="28"/>
          <w:szCs w:val="28"/>
        </w:rPr>
        <w:t>“Who’s the woman?”</w:t>
      </w:r>
    </w:p>
    <w:p w14:paraId="12164412" w14:textId="1F71F1C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“What woman?”</w:t>
      </w:r>
      <w:r w:rsidR="006238D6">
        <w:rPr>
          <w:rFonts w:ascii="Baskerville Old Face" w:hAnsi="Baskerville Old Face"/>
          <w:bCs/>
          <w:sz w:val="28"/>
          <w:szCs w:val="28"/>
        </w:rPr>
        <w:t xml:space="preserve"> </w:t>
      </w:r>
      <w:r w:rsidRPr="00CE758F">
        <w:rPr>
          <w:rFonts w:ascii="Baskerville Old Face" w:hAnsi="Baskerville Old Face"/>
          <w:bCs/>
          <w:sz w:val="28"/>
          <w:szCs w:val="28"/>
        </w:rPr>
        <w:t>Narrah pointed with his chin.</w:t>
      </w:r>
      <w:r w:rsidR="006238D6">
        <w:rPr>
          <w:rFonts w:ascii="Baskerville Old Face" w:hAnsi="Baskerville Old Face"/>
          <w:bCs/>
          <w:sz w:val="28"/>
          <w:szCs w:val="28"/>
        </w:rPr>
        <w:t xml:space="preserve"> </w:t>
      </w:r>
      <w:r w:rsidRPr="00CE758F">
        <w:rPr>
          <w:rFonts w:ascii="Baskerville Old Face" w:hAnsi="Baskerville Old Face"/>
          <w:bCs/>
          <w:sz w:val="28"/>
          <w:szCs w:val="28"/>
        </w:rPr>
        <w:t>Finian’s boots were there, going out and coming back, clear as print in the dried mud. And beside them, on the left, walking out</w:t>
      </w:r>
      <w:r w:rsidR="00153704">
        <w:rPr>
          <w:rFonts w:ascii="Baskerville Old Face" w:hAnsi="Baskerville Old Face"/>
          <w:bCs/>
          <w:sz w:val="28"/>
          <w:szCs w:val="28"/>
        </w:rPr>
        <w:t xml:space="preserve">, </w:t>
      </w:r>
      <w:r w:rsidRPr="00CE758F">
        <w:rPr>
          <w:rFonts w:ascii="Baskerville Old Face" w:hAnsi="Baskerville Old Face"/>
          <w:bCs/>
          <w:sz w:val="28"/>
          <w:szCs w:val="28"/>
        </w:rPr>
        <w:t>a woman’s feet. Bare. Small. Not deep. She had walked out beside him for a hundred yards or</w:t>
      </w:r>
      <w:r w:rsidR="00622A4A">
        <w:rPr>
          <w:rFonts w:ascii="Baskerville Old Face" w:hAnsi="Baskerville Old Face"/>
          <w:bCs/>
          <w:sz w:val="28"/>
          <w:szCs w:val="28"/>
        </w:rPr>
        <w:t>,</w:t>
      </w:r>
      <w:r w:rsidRPr="00CE758F">
        <w:rPr>
          <w:rFonts w:ascii="Baskerville Old Face" w:hAnsi="Baskerville Old Face"/>
          <w:bCs/>
          <w:sz w:val="28"/>
          <w:szCs w:val="28"/>
        </w:rPr>
        <w:t xml:space="preserve"> then the tracks stopped, both feet together, as if she had stood a moment; and </w:t>
      </w:r>
      <w:r w:rsidR="00622A4A">
        <w:rPr>
          <w:rFonts w:ascii="Baskerville Old Face" w:hAnsi="Baskerville Old Face"/>
          <w:bCs/>
          <w:sz w:val="28"/>
          <w:szCs w:val="28"/>
        </w:rPr>
        <w:t>none were coming</w:t>
      </w:r>
      <w:r w:rsidRPr="00CE758F">
        <w:rPr>
          <w:rFonts w:ascii="Baskerville Old Face" w:hAnsi="Baskerville Old Face"/>
          <w:bCs/>
          <w:sz w:val="28"/>
          <w:szCs w:val="28"/>
        </w:rPr>
        <w:t xml:space="preserve"> back, and none going anywhere else, and no others anywhere on the pan.</w:t>
      </w:r>
      <w:r w:rsidR="00153704">
        <w:rPr>
          <w:rFonts w:ascii="Baskerville Old Face" w:hAnsi="Baskerville Old Face"/>
          <w:bCs/>
          <w:sz w:val="28"/>
          <w:szCs w:val="28"/>
        </w:rPr>
        <w:t xml:space="preserve"> </w:t>
      </w:r>
      <w:r w:rsidRPr="00CE758F">
        <w:rPr>
          <w:rFonts w:ascii="Baskerville Old Face" w:hAnsi="Baskerville Old Face"/>
          <w:bCs/>
          <w:sz w:val="28"/>
          <w:szCs w:val="28"/>
        </w:rPr>
        <w:t>Finian looked at them for quite a long time.</w:t>
      </w:r>
      <w:r w:rsidR="00153704">
        <w:rPr>
          <w:rFonts w:ascii="Baskerville Old Face" w:hAnsi="Baskerville Old Face"/>
          <w:bCs/>
          <w:sz w:val="28"/>
          <w:szCs w:val="28"/>
        </w:rPr>
        <w:t xml:space="preserve"> </w:t>
      </w:r>
      <w:r w:rsidRPr="00CE758F">
        <w:rPr>
          <w:rFonts w:ascii="Baskerville Old Face" w:hAnsi="Baskerville Old Face"/>
          <w:bCs/>
          <w:sz w:val="28"/>
          <w:szCs w:val="28"/>
        </w:rPr>
        <w:t>“There’s nobody out here,” he said.</w:t>
      </w:r>
      <w:r w:rsidR="00153704">
        <w:rPr>
          <w:rFonts w:ascii="Baskerville Old Face" w:hAnsi="Baskerville Old Face"/>
          <w:bCs/>
          <w:sz w:val="28"/>
          <w:szCs w:val="28"/>
        </w:rPr>
        <w:t xml:space="preserve"> </w:t>
      </w:r>
      <w:r w:rsidRPr="00CE758F">
        <w:rPr>
          <w:rFonts w:ascii="Baskerville Old Face" w:hAnsi="Baskerville Old Face"/>
          <w:bCs/>
          <w:sz w:val="28"/>
          <w:szCs w:val="28"/>
        </w:rPr>
        <w:t>“No,” Narrah agreed. He was not spooked. He was annoyed, in the particular way of a professional handed a job with a piece missing. He walked the line of it, out and back, crouched once, stood up, and said something short in his own language that Finian did not ask him to translate. Then he went back to the truck and got on with the head gasket.</w:t>
      </w:r>
      <w:r w:rsidR="00153704">
        <w:rPr>
          <w:rFonts w:ascii="Baskerville Old Face" w:hAnsi="Baskerville Old Face"/>
          <w:bCs/>
          <w:sz w:val="28"/>
          <w:szCs w:val="28"/>
        </w:rPr>
        <w:t xml:space="preserve"> </w:t>
      </w:r>
      <w:r w:rsidRPr="00CE758F">
        <w:rPr>
          <w:rFonts w:ascii="Baskerville Old Face" w:hAnsi="Baskerville Old Face"/>
          <w:bCs/>
          <w:sz w:val="28"/>
          <w:szCs w:val="28"/>
        </w:rPr>
        <w:t>Twice more that day Finian went out and looked at the tracks. In the afternoon a wind came up off the flat and by evening the pan was smooth.</w:t>
      </w:r>
      <w:r w:rsidR="008F5DC9">
        <w:rPr>
          <w:rFonts w:ascii="Baskerville Old Face" w:hAnsi="Baskerville Old Face"/>
          <w:bCs/>
          <w:sz w:val="28"/>
          <w:szCs w:val="28"/>
        </w:rPr>
        <w:t xml:space="preserve"> </w:t>
      </w:r>
      <w:r w:rsidRPr="00CE758F">
        <w:rPr>
          <w:rFonts w:ascii="Baskerville Old Face" w:hAnsi="Baskerville Old Face"/>
          <w:bCs/>
          <w:sz w:val="28"/>
          <w:szCs w:val="28"/>
        </w:rPr>
        <w:t xml:space="preserve">They got in on the Thursday. Wally paid them out on the Friday, standing at the tailgate with the tin box and the sheet, and Finian took his and folded it into his shirt pocket and stood a moment because he had never yet gone straight from the tailgate without standing a moment first, and so he </w:t>
      </w:r>
      <w:r w:rsidRPr="00CE758F">
        <w:rPr>
          <w:rFonts w:ascii="Baskerville Old Face" w:hAnsi="Baskerville Old Face"/>
          <w:bCs/>
          <w:sz w:val="28"/>
          <w:szCs w:val="28"/>
        </w:rPr>
        <w:lastRenderedPageBreak/>
        <w:t>was still there when Narrah came up and took his.</w:t>
      </w:r>
      <w:r w:rsidR="00153704">
        <w:rPr>
          <w:rFonts w:ascii="Baskerville Old Face" w:hAnsi="Baskerville Old Face"/>
          <w:bCs/>
          <w:sz w:val="28"/>
          <w:szCs w:val="28"/>
        </w:rPr>
        <w:t xml:space="preserve"> </w:t>
      </w:r>
      <w:r w:rsidRPr="00CE758F">
        <w:rPr>
          <w:rFonts w:ascii="Baskerville Old Face" w:hAnsi="Baskerville Old Face"/>
          <w:bCs/>
          <w:sz w:val="28"/>
          <w:szCs w:val="28"/>
        </w:rPr>
        <w:t>Finian saw the note that came out of the box.</w:t>
      </w:r>
      <w:r w:rsidR="00153704">
        <w:rPr>
          <w:rFonts w:ascii="Baskerville Old Face" w:hAnsi="Baskerville Old Face"/>
          <w:bCs/>
          <w:sz w:val="28"/>
          <w:szCs w:val="28"/>
        </w:rPr>
        <w:t xml:space="preserve"> </w:t>
      </w:r>
      <w:r w:rsidRPr="00CE758F">
        <w:rPr>
          <w:rFonts w:ascii="Baskerville Old Face" w:hAnsi="Baskerville Old Face"/>
          <w:bCs/>
          <w:sz w:val="28"/>
          <w:szCs w:val="28"/>
        </w:rPr>
        <w:t>He knew what four days was worth, because he had just been paid for it. What Narrah got was not that. It was not close to that. It was not even the sort of wrong number that comes from an argument about hours; it was a different kind of number altogether, arrived at somewhere else, by somebody else, a long time ago.</w:t>
      </w:r>
      <w:r w:rsidR="00153704">
        <w:rPr>
          <w:rFonts w:ascii="Baskerville Old Face" w:hAnsi="Baskerville Old Face"/>
          <w:bCs/>
          <w:sz w:val="28"/>
          <w:szCs w:val="28"/>
        </w:rPr>
        <w:t xml:space="preserve"> </w:t>
      </w:r>
      <w:r w:rsidRPr="00CE758F">
        <w:rPr>
          <w:rFonts w:ascii="Baskerville Old Face" w:hAnsi="Baskerville Old Face"/>
          <w:bCs/>
          <w:sz w:val="28"/>
          <w:szCs w:val="28"/>
        </w:rPr>
        <w:t>Narrah folded it and put it away without looking at it and said something to Wally about the truck needing a new water pump before the wet, and Wally said he knew, and that was the whole of it.</w:t>
      </w:r>
      <w:r w:rsidR="00153704">
        <w:rPr>
          <w:rFonts w:ascii="Baskerville Old Face" w:hAnsi="Baskerville Old Face"/>
          <w:bCs/>
          <w:sz w:val="28"/>
          <w:szCs w:val="28"/>
        </w:rPr>
        <w:t xml:space="preserve"> </w:t>
      </w:r>
      <w:r w:rsidRPr="00CE758F">
        <w:rPr>
          <w:rFonts w:ascii="Baskerville Old Face" w:hAnsi="Baskerville Old Face"/>
          <w:bCs/>
          <w:sz w:val="28"/>
          <w:szCs w:val="28"/>
        </w:rPr>
        <w:t>Finian waited until Narrah had gone.</w:t>
      </w:r>
    </w:p>
    <w:p w14:paraId="7B3E170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w:t>
      </w:r>
    </w:p>
    <w:p w14:paraId="1805E24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“Mm.”</w:t>
      </w:r>
    </w:p>
    <w:p w14:paraId="34C7628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he got. That’s not — “ He stopped. He started again. “He was under that truck two days. I lifted things.”</w:t>
      </w:r>
    </w:p>
    <w:p w14:paraId="4DC609D2" w14:textId="51C8716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 closed the tin box and put the sheet under the strap and did not look up.</w:t>
      </w:r>
      <w:r w:rsidR="008F5DC9">
        <w:rPr>
          <w:rFonts w:ascii="Baskerville Old Face" w:hAnsi="Baskerville Old Face"/>
          <w:bCs/>
          <w:sz w:val="28"/>
          <w:szCs w:val="28"/>
        </w:rPr>
        <w:t xml:space="preserve"> </w:t>
      </w:r>
      <w:r w:rsidRPr="00CE758F">
        <w:rPr>
          <w:rFonts w:ascii="Baskerville Old Face" w:hAnsi="Baskerville Old Face"/>
          <w:bCs/>
          <w:sz w:val="28"/>
          <w:szCs w:val="28"/>
        </w:rPr>
        <w:t>“That’s how it is,” he said.</w:t>
      </w:r>
      <w:r w:rsidR="00D257D0">
        <w:rPr>
          <w:rFonts w:ascii="Baskerville Old Face" w:hAnsi="Baskerville Old Face"/>
          <w:bCs/>
          <w:sz w:val="28"/>
          <w:szCs w:val="28"/>
        </w:rPr>
        <w:t xml:space="preserve"> </w:t>
      </w:r>
      <w:r w:rsidRPr="00CE758F">
        <w:rPr>
          <w:rFonts w:ascii="Baskerville Old Face" w:hAnsi="Baskerville Old Face"/>
          <w:bCs/>
          <w:sz w:val="28"/>
          <w:szCs w:val="28"/>
        </w:rPr>
        <w:t>There was, Finian understood later, a version of that moment in which he said</w:t>
      </w:r>
      <w:r w:rsidR="00725737">
        <w:rPr>
          <w:rFonts w:ascii="Baskerville Old Face" w:hAnsi="Baskerville Old Face"/>
          <w:bCs/>
          <w:sz w:val="28"/>
          <w:szCs w:val="28"/>
        </w:rPr>
        <w:t>,</w:t>
      </w:r>
      <w:r w:rsidRPr="00CE758F">
        <w:rPr>
          <w:rFonts w:ascii="Baskerville Old Face" w:hAnsi="Baskerville Old Face"/>
          <w:bCs/>
          <w:sz w:val="28"/>
          <w:szCs w:val="28"/>
        </w:rPr>
        <w:t xml:space="preserve"> </w:t>
      </w:r>
      <w:r w:rsidRPr="00CE758F">
        <w:rPr>
          <w:rFonts w:ascii="Baskerville Old Face" w:hAnsi="Baskerville Old Face"/>
          <w:bCs/>
          <w:i/>
          <w:sz w:val="28"/>
          <w:szCs w:val="28"/>
        </w:rPr>
        <w:t>well, it’s not right</w:t>
      </w:r>
      <w:r w:rsidR="00D257D0">
        <w:rPr>
          <w:rFonts w:ascii="Baskerville Old Face" w:hAnsi="Baskerville Old Face"/>
          <w:bCs/>
          <w:sz w:val="28"/>
          <w:szCs w:val="28"/>
        </w:rPr>
        <w:t xml:space="preserve">, </w:t>
      </w:r>
      <w:r w:rsidRPr="00CE758F">
        <w:rPr>
          <w:rFonts w:ascii="Baskerville Old Face" w:hAnsi="Baskerville Old Face"/>
          <w:bCs/>
          <w:sz w:val="28"/>
          <w:szCs w:val="28"/>
        </w:rPr>
        <w:t xml:space="preserve">and Wally would have said </w:t>
      </w:r>
      <w:r w:rsidRPr="00CE758F">
        <w:rPr>
          <w:rFonts w:ascii="Baskerville Old Face" w:hAnsi="Baskerville Old Face"/>
          <w:bCs/>
          <w:i/>
          <w:sz w:val="28"/>
          <w:szCs w:val="28"/>
        </w:rPr>
        <w:t>no, it’s not</w:t>
      </w:r>
      <w:r w:rsidRPr="00CE758F">
        <w:rPr>
          <w:rFonts w:ascii="Baskerville Old Face" w:hAnsi="Baskerville Old Face"/>
          <w:bCs/>
          <w:sz w:val="28"/>
          <w:szCs w:val="28"/>
        </w:rPr>
        <w:t>, because Wally knew it wasn’t, which was why he wouldn’t look up</w:t>
      </w:r>
      <w:r w:rsidR="00D257D0">
        <w:rPr>
          <w:rFonts w:ascii="Baskerville Old Face" w:hAnsi="Baskerville Old Face"/>
          <w:bCs/>
          <w:sz w:val="28"/>
          <w:szCs w:val="28"/>
        </w:rPr>
        <w:t xml:space="preserve">, </w:t>
      </w:r>
      <w:r w:rsidRPr="00CE758F">
        <w:rPr>
          <w:rFonts w:ascii="Baskerville Old Face" w:hAnsi="Baskerville Old Face"/>
          <w:bCs/>
          <w:sz w:val="28"/>
          <w:szCs w:val="28"/>
        </w:rPr>
        <w:t xml:space="preserve">and nothing at all would have changed, that year, at that camp, out of that tin box. He would have been a boy of </w:t>
      </w:r>
      <w:r w:rsidRPr="00CE758F">
        <w:rPr>
          <w:rFonts w:ascii="Baskerville Old Face" w:hAnsi="Baskerville Old Face"/>
          <w:bCs/>
          <w:sz w:val="28"/>
          <w:szCs w:val="28"/>
        </w:rPr>
        <w:lastRenderedPageBreak/>
        <w:t>seventeen saying a true thing into a hot afternoon.</w:t>
      </w:r>
      <w:r w:rsidR="00D257D0">
        <w:rPr>
          <w:rFonts w:ascii="Baskerville Old Face" w:hAnsi="Baskerville Old Face"/>
          <w:bCs/>
          <w:sz w:val="28"/>
          <w:szCs w:val="28"/>
        </w:rPr>
        <w:t xml:space="preserve"> </w:t>
      </w:r>
      <w:r w:rsidRPr="00CE758F">
        <w:rPr>
          <w:rFonts w:ascii="Baskerville Old Face" w:hAnsi="Baskerville Old Face"/>
          <w:bCs/>
          <w:sz w:val="28"/>
          <w:szCs w:val="28"/>
        </w:rPr>
        <w:t>But he would have said it.</w:t>
      </w:r>
      <w:r w:rsidR="00D257D0">
        <w:rPr>
          <w:rFonts w:ascii="Baskerville Old Face" w:hAnsi="Baskerville Old Face"/>
          <w:bCs/>
          <w:sz w:val="28"/>
          <w:szCs w:val="28"/>
        </w:rPr>
        <w:t xml:space="preserve"> </w:t>
      </w:r>
      <w:r w:rsidRPr="00CE758F">
        <w:rPr>
          <w:rFonts w:ascii="Baskerville Old Face" w:hAnsi="Baskerville Old Face"/>
          <w:bCs/>
          <w:sz w:val="28"/>
          <w:szCs w:val="28"/>
        </w:rPr>
        <w:t>What he actually said was, “Aye. Fair enough.”</w:t>
      </w:r>
      <w:r w:rsidR="00D257D0">
        <w:rPr>
          <w:rFonts w:ascii="Baskerville Old Face" w:hAnsi="Baskerville Old Face"/>
          <w:bCs/>
          <w:sz w:val="28"/>
          <w:szCs w:val="28"/>
        </w:rPr>
        <w:t xml:space="preserve"> </w:t>
      </w:r>
      <w:r w:rsidRPr="00CE758F">
        <w:rPr>
          <w:rFonts w:ascii="Baskerville Old Face" w:hAnsi="Baskerville Old Face"/>
          <w:bCs/>
          <w:sz w:val="28"/>
          <w:szCs w:val="28"/>
        </w:rPr>
        <w:t xml:space="preserve">Then he went and had his tea. He did not think about it that night, or the following week, or at any point in the next thirty-two years, until a woman with a rope scar under her collar led him into a room with no walls and a prosecutor with a Roman face asked him, quite pleasantly, to describe the pay parade of the twelfth of March, 1964, and Finian discovered that he could describe it exactly: the heat of the tailgate through his shirt, the strap on the sheet, the top of Wally’s hat, and the fact that it had cost him nothing whatsoever to say </w:t>
      </w:r>
      <w:r w:rsidRPr="00CE758F">
        <w:rPr>
          <w:rFonts w:ascii="Baskerville Old Face" w:hAnsi="Baskerville Old Face"/>
          <w:bCs/>
          <w:i/>
          <w:sz w:val="28"/>
          <w:szCs w:val="28"/>
        </w:rPr>
        <w:t>fair enough</w:t>
      </w:r>
      <w:r w:rsidRPr="00CE758F">
        <w:rPr>
          <w:rFonts w:ascii="Baskerville Old Face" w:hAnsi="Baskerville Old Face"/>
          <w:bCs/>
          <w:sz w:val="28"/>
          <w:szCs w:val="28"/>
        </w:rPr>
        <w:t>, and that this was precisely why he had said it.</w:t>
      </w:r>
      <w:r w:rsidR="00CD2B63">
        <w:rPr>
          <w:rFonts w:ascii="Baskerville Old Face" w:hAnsi="Baskerville Old Face"/>
          <w:bCs/>
          <w:sz w:val="28"/>
          <w:szCs w:val="28"/>
        </w:rPr>
        <w:t xml:space="preserve"> </w:t>
      </w:r>
      <w:r w:rsidRPr="00CE758F">
        <w:rPr>
          <w:rFonts w:ascii="Baskerville Old Face" w:hAnsi="Baskerville Old Face"/>
          <w:bCs/>
          <w:sz w:val="28"/>
          <w:szCs w:val="28"/>
        </w:rPr>
        <w:t>He wrote to Ellie that Sunday.</w:t>
      </w:r>
      <w:r w:rsidR="00CD2B63">
        <w:rPr>
          <w:rFonts w:ascii="Baskerville Old Face" w:hAnsi="Baskerville Old Face"/>
          <w:bCs/>
          <w:sz w:val="28"/>
          <w:szCs w:val="28"/>
        </w:rPr>
        <w:t xml:space="preserve"> </w:t>
      </w:r>
      <w:r w:rsidRPr="00CE758F">
        <w:rPr>
          <w:rFonts w:ascii="Baskerville Old Face" w:hAnsi="Baskerville Old Face"/>
          <w:bCs/>
          <w:sz w:val="28"/>
          <w:szCs w:val="28"/>
        </w:rPr>
        <w:t>He told her about the soakage, because it was the best thing that had happened to him in Australia and he wanted her to have it. He got it slightly wrong in the telling</w:t>
      </w:r>
      <w:r w:rsidR="00CD2B63">
        <w:rPr>
          <w:rFonts w:ascii="Baskerville Old Face" w:hAnsi="Baskerville Old Face"/>
          <w:bCs/>
          <w:sz w:val="28"/>
          <w:szCs w:val="28"/>
        </w:rPr>
        <w:t>,</w:t>
      </w:r>
      <w:r w:rsidRPr="00CE758F">
        <w:rPr>
          <w:rFonts w:ascii="Baskerville Old Face" w:hAnsi="Baskerville Old Face"/>
          <w:bCs/>
          <w:sz w:val="28"/>
          <w:szCs w:val="28"/>
        </w:rPr>
        <w:t xml:space="preserve"> he wrote that Narrah </w:t>
      </w:r>
      <w:r w:rsidRPr="00CE758F">
        <w:rPr>
          <w:rFonts w:ascii="Baskerville Old Face" w:hAnsi="Baskerville Old Face"/>
          <w:bCs/>
          <w:i/>
          <w:sz w:val="28"/>
          <w:szCs w:val="28"/>
        </w:rPr>
        <w:t>found</w:t>
      </w:r>
      <w:r w:rsidRPr="00CE758F">
        <w:rPr>
          <w:rFonts w:ascii="Baskerville Old Face" w:hAnsi="Baskerville Old Face"/>
          <w:bCs/>
          <w:sz w:val="28"/>
          <w:szCs w:val="28"/>
        </w:rPr>
        <w:t xml:space="preserve"> water in the desert with a shovel, which made it a trick, a piece of bushcraft, a thing a clever fellow can do — and he did not write down the other part, about the rock and the green line, and he could not have said why.</w:t>
      </w:r>
      <w:r w:rsidR="00CD2B63">
        <w:rPr>
          <w:rFonts w:ascii="Baskerville Old Face" w:hAnsi="Baskerville Old Face"/>
          <w:bCs/>
          <w:sz w:val="28"/>
          <w:szCs w:val="28"/>
        </w:rPr>
        <w:t xml:space="preserve"> </w:t>
      </w:r>
      <w:r w:rsidRPr="00CE758F">
        <w:rPr>
          <w:rFonts w:ascii="Baskerville Old Face" w:hAnsi="Baskerville Old Face"/>
          <w:bCs/>
          <w:sz w:val="28"/>
          <w:szCs w:val="28"/>
        </w:rPr>
        <w:t>At the bottom, in the small tight hand he used when the page was running out, he wrote:</w:t>
      </w:r>
    </w:p>
    <w:p w14:paraId="41739315" w14:textId="10A6CA3C" w:rsidR="00F45C1A" w:rsidRPr="00CE758F" w:rsidRDefault="00F3048D" w:rsidP="002A1BD3">
      <w:pPr>
        <w:spacing w:line="360" w:lineRule="auto"/>
        <w:rPr>
          <w:rFonts w:ascii="Baskerville Old Face" w:hAnsi="Baskerville Old Face"/>
          <w:bCs/>
          <w:sz w:val="28"/>
          <w:szCs w:val="28"/>
        </w:rPr>
      </w:pPr>
      <w:r>
        <w:rPr>
          <w:rFonts w:ascii="Baskerville Old Face" w:hAnsi="Baskerville Old Face"/>
          <w:bCs/>
          <w:i/>
          <w:sz w:val="28"/>
          <w:szCs w:val="28"/>
        </w:rPr>
        <w:lastRenderedPageBreak/>
        <w:t>‘</w:t>
      </w:r>
      <w:r w:rsidR="007671E1" w:rsidRPr="00CE758F">
        <w:rPr>
          <w:rFonts w:ascii="Baskerville Old Face" w:hAnsi="Baskerville Old Face"/>
          <w:bCs/>
          <w:i/>
          <w:sz w:val="28"/>
          <w:szCs w:val="28"/>
        </w:rPr>
        <w:t>There is more water under this country than anybody knows. They are all looking in the wrong places with the wrong things. I am going to have a rig of my own before I am twenty-five</w:t>
      </w:r>
      <w:r>
        <w:rPr>
          <w:rFonts w:ascii="Baskerville Old Face" w:hAnsi="Baskerville Old Face"/>
          <w:bCs/>
          <w:i/>
          <w:sz w:val="28"/>
          <w:szCs w:val="28"/>
        </w:rPr>
        <w:t>’</w:t>
      </w:r>
      <w:r w:rsidR="007671E1" w:rsidRPr="00CE758F">
        <w:rPr>
          <w:rFonts w:ascii="Baskerville Old Face" w:hAnsi="Baskerville Old Face"/>
          <w:bCs/>
          <w:i/>
          <w:sz w:val="28"/>
          <w:szCs w:val="28"/>
        </w:rPr>
        <w:t>.</w:t>
      </w:r>
    </w:p>
    <w:p w14:paraId="2C36FD9C" w14:textId="262D6C7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twenty-three when he had the first one.</w:t>
      </w:r>
      <w:r w:rsidR="00F3048D">
        <w:rPr>
          <w:rFonts w:ascii="Baskerville Old Face" w:hAnsi="Baskerville Old Face"/>
          <w:bCs/>
          <w:sz w:val="28"/>
          <w:szCs w:val="28"/>
        </w:rPr>
        <w:t xml:space="preserve"> </w:t>
      </w:r>
      <w:r w:rsidRPr="00CE758F">
        <w:rPr>
          <w:rFonts w:ascii="Baskerville Old Face" w:hAnsi="Baskerville Old Face"/>
          <w:bCs/>
          <w:sz w:val="28"/>
          <w:szCs w:val="28"/>
        </w:rPr>
        <w:t>He was fifty-one when he put a rig in under the red rock, on a Commonwealth contract, with a police escort at the gate and Narrah standing on the other side of the wire in a shirt Finian had once bought him, and the thing he said that day</w:t>
      </w:r>
      <w:r w:rsidR="00F61353">
        <w:rPr>
          <w:rFonts w:ascii="Baskerville Old Face" w:hAnsi="Baskerville Old Face"/>
          <w:bCs/>
          <w:sz w:val="28"/>
          <w:szCs w:val="28"/>
        </w:rPr>
        <w:t xml:space="preserve">, </w:t>
      </w:r>
      <w:r w:rsidRPr="00CE758F">
        <w:rPr>
          <w:rFonts w:ascii="Baskerville Old Face" w:hAnsi="Baskerville Old Face"/>
          <w:bCs/>
          <w:sz w:val="28"/>
          <w:szCs w:val="28"/>
        </w:rPr>
        <w:t>the thing that ended it, the thing that would be read back to him in the room with no walls in his own voice</w:t>
      </w:r>
      <w:r w:rsidR="00F61353">
        <w:rPr>
          <w:rFonts w:ascii="Baskerville Old Face" w:hAnsi="Baskerville Old Face"/>
          <w:bCs/>
          <w:sz w:val="28"/>
          <w:szCs w:val="28"/>
        </w:rPr>
        <w:t xml:space="preserve">, </w:t>
      </w:r>
      <w:r w:rsidRPr="00CE758F">
        <w:rPr>
          <w:rFonts w:ascii="Baskerville Old Face" w:hAnsi="Baskerville Old Face"/>
          <w:bCs/>
          <w:sz w:val="28"/>
          <w:szCs w:val="28"/>
        </w:rPr>
        <w:t>was that in thirty years nobody had ever given him one good reason.</w:t>
      </w:r>
      <w:r w:rsidR="00F61353">
        <w:rPr>
          <w:rFonts w:ascii="Baskerville Old Face" w:hAnsi="Baskerville Old Face"/>
          <w:bCs/>
          <w:sz w:val="28"/>
          <w:szCs w:val="28"/>
        </w:rPr>
        <w:t xml:space="preserve"> </w:t>
      </w:r>
      <w:r w:rsidRPr="00CE758F">
        <w:rPr>
          <w:rFonts w:ascii="Baskerville Old Face" w:hAnsi="Baskerville Old Face"/>
          <w:bCs/>
          <w:sz w:val="28"/>
          <w:szCs w:val="28"/>
        </w:rPr>
        <w:t>Which was true.</w:t>
      </w:r>
      <w:r w:rsidR="00E41BBF">
        <w:rPr>
          <w:rFonts w:ascii="Baskerville Old Face" w:hAnsi="Baskerville Old Face"/>
          <w:bCs/>
          <w:sz w:val="28"/>
          <w:szCs w:val="28"/>
        </w:rPr>
        <w:t xml:space="preserve"> </w:t>
      </w:r>
      <w:r w:rsidRPr="00CE758F">
        <w:rPr>
          <w:rFonts w:ascii="Baskerville Old Face" w:hAnsi="Baskerville Old Face"/>
          <w:bCs/>
          <w:sz w:val="28"/>
          <w:szCs w:val="28"/>
        </w:rPr>
        <w:t>He had been given a sentence, on a hot afternoon in March 1964, sixty miles out on the eastern run, by a man who had just saved his life with two taps of a heel in the sand.</w:t>
      </w:r>
      <w:r w:rsidR="00F61353">
        <w:rPr>
          <w:rFonts w:ascii="Baskerville Old Face" w:hAnsi="Baskerville Old Face"/>
          <w:bCs/>
          <w:sz w:val="28"/>
          <w:szCs w:val="28"/>
        </w:rPr>
        <w:t xml:space="preserve"> </w:t>
      </w:r>
      <w:r w:rsidRPr="00CE758F">
        <w:rPr>
          <w:rFonts w:ascii="Baskerville Old Face" w:hAnsi="Baskerville Old Face"/>
          <w:bCs/>
          <w:sz w:val="28"/>
          <w:szCs w:val="28"/>
        </w:rPr>
        <w:t>He simply had not been given a reason, and he had decided, somewhere in the years between, that a thing without a reason was a thing that was not there</w:t>
      </w:r>
      <w:r w:rsidR="00D14B52">
        <w:rPr>
          <w:rFonts w:ascii="Baskerville Old Face" w:hAnsi="Baskerville Old Face"/>
          <w:bCs/>
          <w:sz w:val="28"/>
          <w:szCs w:val="28"/>
        </w:rPr>
        <w:t xml:space="preserve">, </w:t>
      </w:r>
      <w:r w:rsidRPr="00CE758F">
        <w:rPr>
          <w:rFonts w:ascii="Baskerville Old Face" w:hAnsi="Baskerville Old Face"/>
          <w:bCs/>
          <w:sz w:val="28"/>
          <w:szCs w:val="28"/>
        </w:rPr>
        <w:t>which is a very useful way to think if you intend to become the largest independent driller in the Northern Territory, and a very poor way to think if you intend, at the end of it all, to be able to explain yourself.</w:t>
      </w:r>
    </w:p>
    <w:p w14:paraId="54AC1220"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68404843"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Five</w:t>
      </w:r>
    </w:p>
    <w:p w14:paraId="05212F19"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First Strike</w:t>
      </w:r>
    </w:p>
    <w:p w14:paraId="742A66FC" w14:textId="6CD848B8" w:rsidR="00F45C1A" w:rsidRPr="00CE758F" w:rsidRDefault="001F57DF" w:rsidP="00D14B52">
      <w:pPr>
        <w:spacing w:line="360" w:lineRule="auto"/>
        <w:ind w:firstLine="0"/>
        <w:rPr>
          <w:rFonts w:ascii="Baskerville Old Face" w:hAnsi="Baskerville Old Face"/>
          <w:bCs/>
          <w:sz w:val="28"/>
          <w:szCs w:val="28"/>
        </w:rPr>
      </w:pPr>
      <w:r>
        <w:rPr>
          <w:rFonts w:ascii="Baskerville Old Face" w:hAnsi="Baskerville Old Face"/>
          <w:bCs/>
          <w:sz w:val="28"/>
          <w:szCs w:val="28"/>
        </w:rPr>
        <w:tab/>
      </w:r>
      <w:r w:rsidR="007671E1" w:rsidRPr="00CE758F">
        <w:rPr>
          <w:rFonts w:ascii="Baskerville Old Face" w:hAnsi="Baskerville Old Face"/>
          <w:bCs/>
          <w:sz w:val="28"/>
          <w:szCs w:val="28"/>
        </w:rPr>
        <w:t>It was the eleventh hole, and it was at Corella Downs, and it was February, which no one with a choice would have chosen.</w:t>
      </w:r>
      <w:r>
        <w:rPr>
          <w:rFonts w:ascii="Baskerville Old Face" w:hAnsi="Baskerville Old Face"/>
          <w:bCs/>
          <w:sz w:val="28"/>
          <w:szCs w:val="28"/>
        </w:rPr>
        <w:t xml:space="preserve"> </w:t>
      </w:r>
      <w:r w:rsidR="007671E1" w:rsidRPr="00CE758F">
        <w:rPr>
          <w:rFonts w:ascii="Baskerville Old Face" w:hAnsi="Baskerville Old Face"/>
          <w:bCs/>
          <w:sz w:val="28"/>
          <w:szCs w:val="28"/>
        </w:rPr>
        <w:t>The wet had failed that year. It had come in over the top in December and gone away again in a week, and left the country steaming and then left it hard, so that the black soil flats had dried into a pattern of cracks a man could put his hand into up to the wrist. The station had lost four hundred head in the north paddock in January for want of water in a year when it had rained. That was the Territory. Vic Doheny had the contract for three holes and the station manager wanted them yesterday, and Doheny, who was in Alice Springs with a cold beer and a telephone, had said that yesterday could be arranged.</w:t>
      </w:r>
      <w:r w:rsidR="00D14B52">
        <w:rPr>
          <w:rFonts w:ascii="Baskerville Old Face" w:hAnsi="Baskerville Old Face"/>
          <w:bCs/>
          <w:sz w:val="28"/>
          <w:szCs w:val="28"/>
        </w:rPr>
        <w:t xml:space="preserve"> </w:t>
      </w:r>
      <w:r w:rsidR="007671E1" w:rsidRPr="00CE758F">
        <w:rPr>
          <w:rFonts w:ascii="Baskerville Old Face" w:hAnsi="Baskerville Old Face"/>
          <w:bCs/>
          <w:sz w:val="28"/>
          <w:szCs w:val="28"/>
        </w:rPr>
        <w:t xml:space="preserve">They had put down the first two without trouble. The second had come in at two hundred and eighty feet at a thousand gallons an hour, a good bore by any measure, and the manager had come out and looked at it running into the turkey’s nest and said, </w:t>
      </w:r>
      <w:r w:rsidR="007671E1" w:rsidRPr="00CE758F">
        <w:rPr>
          <w:rFonts w:ascii="Baskerville Old Face" w:hAnsi="Baskerville Old Face"/>
          <w:bCs/>
          <w:i/>
          <w:sz w:val="28"/>
          <w:szCs w:val="28"/>
        </w:rPr>
        <w:t>Well</w:t>
      </w:r>
      <w:r w:rsidR="007671E1" w:rsidRPr="00CE758F">
        <w:rPr>
          <w:rFonts w:ascii="Baskerville Old Face" w:hAnsi="Baskerville Old Face"/>
          <w:bCs/>
          <w:sz w:val="28"/>
          <w:szCs w:val="28"/>
        </w:rPr>
        <w:t>, in a tone that from him was practically a brass band.</w:t>
      </w:r>
    </w:p>
    <w:p w14:paraId="21558DCF" w14:textId="7E99626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third hole was on a rise about nine miles east, on a bearing that Doheny had got from a government geologist and the geologist had got, Wally suspected, from a map and a feeling.</w:t>
      </w:r>
      <w:r w:rsidR="00AE1E85">
        <w:rPr>
          <w:rFonts w:ascii="Baskerville Old Face" w:hAnsi="Baskerville Old Face"/>
          <w:bCs/>
          <w:sz w:val="28"/>
          <w:szCs w:val="28"/>
        </w:rPr>
        <w:t xml:space="preserve"> </w:t>
      </w:r>
      <w:r w:rsidRPr="00CE758F">
        <w:rPr>
          <w:rFonts w:ascii="Baskerville Old Face" w:hAnsi="Baskerville Old Face"/>
          <w:bCs/>
          <w:sz w:val="28"/>
          <w:szCs w:val="28"/>
        </w:rPr>
        <w:t>“He’s picked it off the contour,” Wally said, standing at the peg with his hands on his hips. “You can always tell. They pick the high ground because it looks like it ought to be something.”</w:t>
      </w:r>
    </w:p>
    <w:p w14:paraId="6A2E145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“Is it not?”</w:t>
      </w:r>
    </w:p>
    <w:p w14:paraId="04D02F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might be.” He turned around slowly and looked at the country: mulga and spinifex and, away to the east, a low broken line of hills the colour of a healing bruise. “There’s water under here. Question’s how much and how far down and how hot.”</w:t>
      </w:r>
    </w:p>
    <w:p w14:paraId="41C08A1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“Hot?”</w:t>
      </w:r>
    </w:p>
    <w:p w14:paraId="127E29D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“You’ll see.”</w:t>
      </w:r>
    </w:p>
    <w:p w14:paraId="010256A0" w14:textId="462F8C3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was eighteen by t</w:t>
      </w:r>
      <w:r w:rsidR="00AE1E85">
        <w:rPr>
          <w:rFonts w:ascii="Baskerville Old Face" w:hAnsi="Baskerville Old Face"/>
          <w:bCs/>
          <w:sz w:val="28"/>
          <w:szCs w:val="28"/>
        </w:rPr>
        <w:t>his time</w:t>
      </w:r>
      <w:r w:rsidRPr="00CE758F">
        <w:rPr>
          <w:rFonts w:ascii="Baskerville Old Face" w:hAnsi="Baskerville Old Face"/>
          <w:bCs/>
          <w:sz w:val="28"/>
          <w:szCs w:val="28"/>
        </w:rPr>
        <w:t xml:space="preserve">. He had been in the country fourteen months. He had gone from nine stone eleven to eleven stone six and none of it anywhere soft; he had lost the last of the grey that Edinburgh puts under a man’s eyes, and gained instead the two-tone colouring of every working man north of the Twenty-Sixth Parallel, brown to the elbow and to the collar and white as a fish everywhere else. </w:t>
      </w:r>
      <w:r w:rsidRPr="00CE758F">
        <w:rPr>
          <w:rFonts w:ascii="Baskerville Old Face" w:hAnsi="Baskerville Old Face"/>
          <w:bCs/>
          <w:sz w:val="28"/>
          <w:szCs w:val="28"/>
        </w:rPr>
        <w:lastRenderedPageBreak/>
        <w:t>He could throw a chain. He could dress a bit. He could tell by the pitch of the pump when the mud was thinning and by the smell of the returns when they had come out of clay into sand, and he had learned</w:t>
      </w:r>
      <w:r w:rsidR="00AF4A84">
        <w:rPr>
          <w:rFonts w:ascii="Baskerville Old Face" w:hAnsi="Baskerville Old Face"/>
          <w:bCs/>
          <w:sz w:val="28"/>
          <w:szCs w:val="28"/>
        </w:rPr>
        <w:t xml:space="preserve">, </w:t>
      </w:r>
      <w:r w:rsidRPr="00CE758F">
        <w:rPr>
          <w:rFonts w:ascii="Baskerville Old Face" w:hAnsi="Baskerville Old Face"/>
          <w:bCs/>
          <w:sz w:val="28"/>
          <w:szCs w:val="28"/>
        </w:rPr>
        <w:t>this took longer, and Wally had made him learn it twice</w:t>
      </w:r>
      <w:r w:rsidR="00AF4A84">
        <w:rPr>
          <w:rFonts w:ascii="Baskerville Old Face" w:hAnsi="Baskerville Old Face"/>
          <w:bCs/>
          <w:sz w:val="28"/>
          <w:szCs w:val="28"/>
        </w:rPr>
        <w:t xml:space="preserve">, </w:t>
      </w:r>
      <w:r w:rsidRPr="00CE758F">
        <w:rPr>
          <w:rFonts w:ascii="Baskerville Old Face" w:hAnsi="Baskerville Old Face"/>
          <w:bCs/>
          <w:sz w:val="28"/>
          <w:szCs w:val="28"/>
        </w:rPr>
        <w:t xml:space="preserve">to say </w:t>
      </w:r>
      <w:r w:rsidRPr="00CE758F">
        <w:rPr>
          <w:rFonts w:ascii="Baskerville Old Face" w:hAnsi="Baskerville Old Face"/>
          <w:bCs/>
          <w:i/>
          <w:sz w:val="28"/>
          <w:szCs w:val="28"/>
        </w:rPr>
        <w:t>I don’t know</w:t>
      </w:r>
      <w:r w:rsidRPr="00CE758F">
        <w:rPr>
          <w:rFonts w:ascii="Baskerville Old Face" w:hAnsi="Baskerville Old Face"/>
          <w:bCs/>
          <w:sz w:val="28"/>
          <w:szCs w:val="28"/>
        </w:rPr>
        <w:t xml:space="preserve"> out loud instead of guessing and hoping.</w:t>
      </w:r>
      <w:r w:rsidR="00AF4A84">
        <w:rPr>
          <w:rFonts w:ascii="Baskerville Old Face" w:hAnsi="Baskerville Old Face"/>
          <w:bCs/>
          <w:sz w:val="28"/>
          <w:szCs w:val="28"/>
        </w:rPr>
        <w:t xml:space="preserve"> </w:t>
      </w:r>
      <w:r w:rsidRPr="00CE758F">
        <w:rPr>
          <w:rFonts w:ascii="Baskerville Old Face" w:hAnsi="Baskerville Old Face"/>
          <w:bCs/>
          <w:sz w:val="28"/>
          <w:szCs w:val="28"/>
        </w:rPr>
        <w:t>He was on twenty-two pounds a week and his keep, very good money for eighteen, and he was banking nineteen of it.</w:t>
      </w:r>
      <w:r w:rsidR="00AF4A84">
        <w:rPr>
          <w:rFonts w:ascii="Baskerville Old Face" w:hAnsi="Baskerville Old Face"/>
          <w:bCs/>
          <w:sz w:val="28"/>
          <w:szCs w:val="28"/>
        </w:rPr>
        <w:t xml:space="preserve"> </w:t>
      </w:r>
      <w:r w:rsidRPr="00CE758F">
        <w:rPr>
          <w:rFonts w:ascii="Baskerville Old Face" w:hAnsi="Baskerville Old Face"/>
          <w:bCs/>
          <w:sz w:val="28"/>
          <w:szCs w:val="28"/>
        </w:rPr>
        <w:t>He had a Commonwealth Savings passbook in the bottom of his kit under the Player’s tin and he had worked out, more times than he would have admitted to any living soul, the exact figure. A single fare, assisted, and the train, and something over for a room and a ring and whatever it was that women needed for a wedding, which he did not know and had been afraid to ask about in a letter in case the asking of it constituted the whole business and he got it wrong. Two hundred and ten pounds. He had a hundred and forty-one.</w:t>
      </w:r>
      <w:r w:rsidR="00AF4A84">
        <w:rPr>
          <w:rFonts w:ascii="Baskerville Old Face" w:hAnsi="Baskerville Old Face"/>
          <w:bCs/>
          <w:sz w:val="28"/>
          <w:szCs w:val="28"/>
        </w:rPr>
        <w:t xml:space="preserve"> </w:t>
      </w:r>
      <w:r w:rsidRPr="00CE758F">
        <w:rPr>
          <w:rFonts w:ascii="Baskerville Old Face" w:hAnsi="Baskerville Old Face"/>
          <w:bCs/>
          <w:sz w:val="28"/>
          <w:szCs w:val="28"/>
        </w:rPr>
        <w:t>He wrote to Ellie every second Sunday. She wrote back every week, which meant that letters arrived in threes and fours whenever the mail got out to them, and he read them in the order of the postmarks, sitting on the step of the caravan with his boots off, and then read them again out of order, and then put them in the tin.</w:t>
      </w:r>
    </w:p>
    <w:p w14:paraId="51C1DE4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had left the mill and gone to Duncan’s in the Grassmarket, in the office, on account of she could add up. Her mother had been poorly and was better. Padraig had been seen at the Bowling Club, which Ellie reported as though it were the Second Coming; he had not gone in, but he had been seen standing at the fence looking at the green, and had stood there some while.</w:t>
      </w:r>
    </w:p>
    <w:p w14:paraId="292B49E2" w14:textId="2BE1B4EC" w:rsidR="00B212DF" w:rsidRDefault="00AF4A84" w:rsidP="002A1BD3">
      <w:pPr>
        <w:spacing w:line="360" w:lineRule="auto"/>
        <w:rPr>
          <w:rFonts w:ascii="Baskerville Old Face" w:hAnsi="Baskerville Old Face"/>
          <w:bCs/>
          <w:sz w:val="28"/>
          <w:szCs w:val="28"/>
        </w:rPr>
      </w:pPr>
      <w:r>
        <w:rPr>
          <w:rFonts w:ascii="Baskerville Old Face" w:hAnsi="Baskerville Old Face"/>
          <w:bCs/>
          <w:i/>
          <w:sz w:val="28"/>
          <w:szCs w:val="28"/>
        </w:rPr>
        <w:t>‘</w:t>
      </w:r>
      <w:r w:rsidR="007671E1" w:rsidRPr="00CE758F">
        <w:rPr>
          <w:rFonts w:ascii="Baskerville Old Face" w:hAnsi="Baskerville Old Face"/>
          <w:bCs/>
          <w:i/>
          <w:sz w:val="28"/>
          <w:szCs w:val="28"/>
        </w:rPr>
        <w:t>He asks after you,</w:t>
      </w:r>
      <w:r w:rsidR="007671E1" w:rsidRPr="00CE758F">
        <w:rPr>
          <w:rFonts w:ascii="Baskerville Old Face" w:hAnsi="Baskerville Old Face"/>
          <w:bCs/>
          <w:sz w:val="28"/>
          <w:szCs w:val="28"/>
        </w:rPr>
        <w:t xml:space="preserve"> she wrote. </w:t>
      </w:r>
      <w:r w:rsidR="007671E1" w:rsidRPr="00CE758F">
        <w:rPr>
          <w:rFonts w:ascii="Baskerville Old Face" w:hAnsi="Baskerville Old Face"/>
          <w:bCs/>
          <w:i/>
          <w:sz w:val="28"/>
          <w:szCs w:val="28"/>
        </w:rPr>
        <w:t>He doesn’t ask me directly. He asks my mother and my mother tells me. I don’t know what that is, but I don’t think it’s nothing</w:t>
      </w:r>
      <w:r>
        <w:rPr>
          <w:rFonts w:ascii="Baskerville Old Face" w:hAnsi="Baskerville Old Face"/>
          <w:bCs/>
          <w:i/>
          <w:sz w:val="28"/>
          <w:szCs w:val="28"/>
        </w:rPr>
        <w:t>’</w:t>
      </w:r>
      <w:r w:rsidR="007671E1" w:rsidRPr="00CE758F">
        <w:rPr>
          <w:rFonts w:ascii="Baskerville Old Face" w:hAnsi="Baskerville Old Face"/>
          <w:bCs/>
          <w:i/>
          <w:sz w:val="28"/>
          <w:szCs w:val="28"/>
        </w:rPr>
        <w:t>.</w:t>
      </w:r>
    </w:p>
    <w:p w14:paraId="55159440" w14:textId="5FF7A7F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spudded in on a Tuesday and by Thursday they were at two hundred feet and the drilling had gone soft.</w:t>
      </w:r>
      <w:r w:rsidR="00320FD4">
        <w:rPr>
          <w:rFonts w:ascii="Baskerville Old Face" w:hAnsi="Baskerville Old Face"/>
          <w:bCs/>
          <w:sz w:val="28"/>
          <w:szCs w:val="28"/>
        </w:rPr>
        <w:t xml:space="preserve"> </w:t>
      </w:r>
      <w:r w:rsidRPr="00CE758F">
        <w:rPr>
          <w:rFonts w:ascii="Baskerville Old Face" w:hAnsi="Baskerville Old Face"/>
          <w:bCs/>
          <w:sz w:val="28"/>
          <w:szCs w:val="28"/>
        </w:rPr>
        <w:t>It was Ted who said it first. Ted Mawson was forty-one, from Cloncurry by way of everywhere, a short thick man with a face like a boot and a wife in Alice called Dot who sent him fruit cake in a biscuit tin four times a year and whose photograph, curling, was pinned inside the door of the tool box. He had been the one, in Finian’s first month, who had told him about Col Tierney, quietly, so that Wally would not hear it being told.</w:t>
      </w:r>
      <w:r w:rsidR="00320FD4">
        <w:rPr>
          <w:rFonts w:ascii="Baskerville Old Face" w:hAnsi="Baskerville Old Face"/>
          <w:bCs/>
          <w:sz w:val="28"/>
          <w:szCs w:val="28"/>
        </w:rPr>
        <w:t xml:space="preserve"> </w:t>
      </w:r>
      <w:r w:rsidRPr="00CE758F">
        <w:rPr>
          <w:rFonts w:ascii="Baskerville Old Face" w:hAnsi="Baskerville Old Face"/>
          <w:bCs/>
          <w:sz w:val="28"/>
          <w:szCs w:val="28"/>
        </w:rPr>
        <w:t>Ted came off the rig floor shaking his hands the way a man does when he has touched something he did not expect.</w:t>
      </w:r>
    </w:p>
    <w:p w14:paraId="37E5464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warm,” he said.</w:t>
      </w:r>
    </w:p>
    <w:p w14:paraId="3F174EB8" w14:textId="7F26237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Wally put his hand in the returns ditch. He held it there a while.</w:t>
      </w:r>
      <w:r w:rsidR="00320FD4">
        <w:rPr>
          <w:rFonts w:ascii="Baskerville Old Face" w:hAnsi="Baskerville Old Face"/>
          <w:bCs/>
          <w:sz w:val="28"/>
          <w:szCs w:val="28"/>
        </w:rPr>
        <w:t xml:space="preserve"> </w:t>
      </w:r>
      <w:r w:rsidRPr="00CE758F">
        <w:rPr>
          <w:rFonts w:ascii="Baskerville Old Face" w:hAnsi="Baskerville Old Face"/>
          <w:bCs/>
          <w:sz w:val="28"/>
          <w:szCs w:val="28"/>
        </w:rPr>
        <w:t>“That’s more than warm,” he said.</w:t>
      </w:r>
      <w:r w:rsidR="00320FD4">
        <w:rPr>
          <w:rFonts w:ascii="Baskerville Old Face" w:hAnsi="Baskerville Old Face"/>
          <w:bCs/>
          <w:sz w:val="28"/>
          <w:szCs w:val="28"/>
        </w:rPr>
        <w:t xml:space="preserve"> </w:t>
      </w:r>
      <w:r w:rsidRPr="00CE758F">
        <w:rPr>
          <w:rFonts w:ascii="Baskerville Old Face" w:hAnsi="Baskerville Old Face"/>
          <w:bCs/>
          <w:sz w:val="28"/>
          <w:szCs w:val="28"/>
        </w:rPr>
        <w:t>The mud coming back up out of the hole and running down the ditch to the sump was the colour of milky tea and it was, Finian discovered with his own hand, about the temperature of a bath you would get into slowly.</w:t>
      </w:r>
      <w:r w:rsidR="00320FD4">
        <w:rPr>
          <w:rFonts w:ascii="Baskerville Old Face" w:hAnsi="Baskerville Old Face"/>
          <w:bCs/>
          <w:sz w:val="28"/>
          <w:szCs w:val="28"/>
        </w:rPr>
        <w:t xml:space="preserve"> </w:t>
      </w:r>
      <w:r w:rsidRPr="00CE758F">
        <w:rPr>
          <w:rFonts w:ascii="Baskerville Old Face" w:hAnsi="Baskerville Old Face"/>
          <w:bCs/>
          <w:sz w:val="28"/>
          <w:szCs w:val="28"/>
        </w:rPr>
        <w:t>“What does that mean?”</w:t>
      </w:r>
    </w:p>
    <w:p w14:paraId="7C33ACA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means there’s hot water down there under a lid.” Wally wiped his hand on his thigh. “And it means we’re getting near the lid.”</w:t>
      </w:r>
    </w:p>
    <w:p w14:paraId="65736B4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“Is that not what we’re after?”</w:t>
      </w:r>
    </w:p>
    <w:p w14:paraId="17E6FF6D" w14:textId="28AFC5F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what we’re after if it comes up like a gentleman.” Wally was looking at the hole and not at Finian. “There’s country out east</w:t>
      </w:r>
      <w:r w:rsidR="00DA12D0">
        <w:rPr>
          <w:rFonts w:ascii="Baskerville Old Face" w:hAnsi="Baskerville Old Face"/>
          <w:bCs/>
          <w:sz w:val="28"/>
          <w:szCs w:val="28"/>
        </w:rPr>
        <w:t xml:space="preserve">, </w:t>
      </w:r>
      <w:r w:rsidRPr="00CE758F">
        <w:rPr>
          <w:rFonts w:ascii="Baskerville Old Face" w:hAnsi="Baskerville Old Face"/>
          <w:bCs/>
          <w:sz w:val="28"/>
          <w:szCs w:val="28"/>
        </w:rPr>
        <w:t>Queensland, and down through the Channel</w:t>
      </w:r>
      <w:r w:rsidR="00DA12D0">
        <w:rPr>
          <w:rFonts w:ascii="Baskerville Old Face" w:hAnsi="Baskerville Old Face"/>
          <w:bCs/>
          <w:sz w:val="28"/>
          <w:szCs w:val="28"/>
        </w:rPr>
        <w:t>,</w:t>
      </w:r>
      <w:r w:rsidRPr="00CE758F">
        <w:rPr>
          <w:rFonts w:ascii="Baskerville Old Face" w:hAnsi="Baskerville Old Face"/>
          <w:bCs/>
          <w:sz w:val="28"/>
          <w:szCs w:val="28"/>
        </w:rPr>
        <w:t xml:space="preserve"> where you put a hole down and the water comes up out of the ground by itself and it’ll come up for a hundred years and it comes up at a hundred and forty degrees and it’ll take the skin off you like a peeled grape. That’s a bore that runs itself. Station manager thinks it’s Christmas. And it is, till you try to shut it off.”</w:t>
      </w:r>
    </w:p>
    <w:p w14:paraId="13E1A568" w14:textId="7A49F17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“Can you no</w:t>
      </w:r>
      <w:r w:rsidR="00DA12D0">
        <w:rPr>
          <w:rFonts w:ascii="Baskerville Old Face" w:hAnsi="Baskerville Old Face"/>
          <w:bCs/>
          <w:sz w:val="28"/>
          <w:szCs w:val="28"/>
        </w:rPr>
        <w:t>t</w:t>
      </w:r>
      <w:r w:rsidRPr="00CE758F">
        <w:rPr>
          <w:rFonts w:ascii="Baskerville Old Face" w:hAnsi="Baskerville Old Face"/>
          <w:bCs/>
          <w:sz w:val="28"/>
          <w:szCs w:val="28"/>
        </w:rPr>
        <w:t>’ shut it off?”</w:t>
      </w:r>
    </w:p>
    <w:p w14:paraId="1A258DED" w14:textId="360D1C0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 can if you’ve built the top of the hole to shut off.” Wally spat. “And if you’ve got the casing sealed. And if you’ve </w:t>
      </w:r>
      <w:r w:rsidRPr="00CE758F">
        <w:rPr>
          <w:rFonts w:ascii="Baskerville Old Face" w:hAnsi="Baskerville Old Face"/>
          <w:bCs/>
          <w:sz w:val="28"/>
          <w:szCs w:val="28"/>
        </w:rPr>
        <w:lastRenderedPageBreak/>
        <w:t>done it before it wants shutting.”</w:t>
      </w:r>
      <w:r w:rsidR="00DA12D0">
        <w:rPr>
          <w:rFonts w:ascii="Baskerville Old Face" w:hAnsi="Baskerville Old Face"/>
          <w:bCs/>
          <w:sz w:val="28"/>
          <w:szCs w:val="28"/>
        </w:rPr>
        <w:t xml:space="preserve"> </w:t>
      </w:r>
      <w:r w:rsidRPr="00CE758F">
        <w:rPr>
          <w:rFonts w:ascii="Baskerville Old Face" w:hAnsi="Baskerville Old Face"/>
          <w:bCs/>
          <w:sz w:val="28"/>
          <w:szCs w:val="28"/>
        </w:rPr>
        <w:t>He stood there another moment, chewing the inside of his cheek.</w:t>
      </w:r>
      <w:r w:rsidR="00DA12D0">
        <w:rPr>
          <w:rFonts w:ascii="Baskerville Old Face" w:hAnsi="Baskerville Old Face"/>
          <w:bCs/>
          <w:sz w:val="28"/>
          <w:szCs w:val="28"/>
        </w:rPr>
        <w:t xml:space="preserve"> </w:t>
      </w:r>
      <w:r w:rsidRPr="00CE758F">
        <w:rPr>
          <w:rFonts w:ascii="Baskerville Old Face" w:hAnsi="Baskerville Old Face"/>
          <w:bCs/>
          <w:sz w:val="28"/>
          <w:szCs w:val="28"/>
        </w:rPr>
        <w:t>“Ted. Get the casing head up here and the valve out of the truck and put it where I can reach it in the dark. And get the bags in the water drum, the whole lot of them, and leave them in.”</w:t>
      </w:r>
    </w:p>
    <w:p w14:paraId="2DC28F7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reckon?”</w:t>
      </w:r>
    </w:p>
    <w:p w14:paraId="1C05D3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don’t reckon anything. I’ve been wrong twice this year and both times it cost me.” Wally turned. “Finian. When I say get off the floor, you get off the floor. You don’t finish what you’re doing. You don’t put the tool down nice. You get off the floor and you get behind the truck. Say it back to me.”</w:t>
      </w:r>
    </w:p>
    <w:p w14:paraId="269AE23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get off the floor and I get behind the truck.”</w:t>
      </w:r>
    </w:p>
    <w:p w14:paraId="1EE65A0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w:t>
      </w:r>
    </w:p>
    <w:p w14:paraId="0617F7B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I don’t finish what I’m doing.”</w:t>
      </w:r>
    </w:p>
    <w:p w14:paraId="6087CE8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Wally looked at him for slightly longer than was comfortable. “You’re a liar, but say it anyway.”</w:t>
      </w:r>
    </w:p>
    <w:p w14:paraId="3D5B12C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was not there.</w:t>
      </w:r>
    </w:p>
    <w:p w14:paraId="352A3EA9" w14:textId="7451651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had gone south three weeks before, from the yard at Tennant, into the back of a Land Rover with four other men and a swag and no explanation offered to anybody who worked for Vic Doheny. Wally had signed him off the book for a month without a word and told the office he’d gone </w:t>
      </w:r>
      <w:r w:rsidRPr="00CE758F">
        <w:rPr>
          <w:rFonts w:ascii="Baskerville Old Face" w:hAnsi="Baskerville Old Face"/>
          <w:bCs/>
          <w:sz w:val="28"/>
          <w:szCs w:val="28"/>
        </w:rPr>
        <w:lastRenderedPageBreak/>
        <w:t>crook.</w:t>
      </w:r>
      <w:r w:rsidR="003A5CF9">
        <w:rPr>
          <w:rFonts w:ascii="Baskerville Old Face" w:hAnsi="Baskerville Old Face"/>
          <w:bCs/>
          <w:sz w:val="28"/>
          <w:szCs w:val="28"/>
        </w:rPr>
        <w:t xml:space="preserve"> </w:t>
      </w:r>
      <w:r w:rsidRPr="00CE758F">
        <w:rPr>
          <w:rFonts w:ascii="Baskerville Old Face" w:hAnsi="Baskerville Old Face"/>
          <w:bCs/>
          <w:sz w:val="28"/>
          <w:szCs w:val="28"/>
        </w:rPr>
        <w:t>Finian had asked once, at the truck, mostly for something to say. “Where’s he away to?”</w:t>
      </w:r>
      <w:r w:rsidR="003A5CF9">
        <w:rPr>
          <w:rFonts w:ascii="Baskerville Old Face" w:hAnsi="Baskerville Old Face"/>
          <w:bCs/>
          <w:sz w:val="28"/>
          <w:szCs w:val="28"/>
        </w:rPr>
        <w:t xml:space="preserve"> </w:t>
      </w:r>
      <w:r w:rsidRPr="00CE758F">
        <w:rPr>
          <w:rFonts w:ascii="Baskerville Old Face" w:hAnsi="Baskerville Old Face"/>
          <w:bCs/>
          <w:sz w:val="28"/>
          <w:szCs w:val="28"/>
        </w:rPr>
        <w:t>And Narrah had looked at him with that expression he had — patient, faintly amused, the look of a man being asked by a dog what time it was — and said, “Business.”</w:t>
      </w:r>
    </w:p>
    <w:p w14:paraId="30B2B0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sort of business?”</w:t>
      </w:r>
    </w:p>
    <w:p w14:paraId="4CEA0328" w14:textId="2D17CC2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“Business</w:t>
      </w:r>
      <w:r w:rsidR="0024358E">
        <w:rPr>
          <w:rFonts w:ascii="Baskerville Old Face" w:hAnsi="Baskerville Old Face"/>
          <w:bCs/>
          <w:sz w:val="28"/>
          <w:szCs w:val="28"/>
        </w:rPr>
        <w:t>,</w:t>
      </w:r>
      <w:r w:rsidRPr="00CE758F">
        <w:rPr>
          <w:rFonts w:ascii="Baskerville Old Face" w:hAnsi="Baskerville Old Face"/>
          <w:bCs/>
          <w:sz w:val="28"/>
          <w:szCs w:val="28"/>
        </w:rPr>
        <w:t xml:space="preserve"> business,” said Narrah, and got in.</w:t>
      </w:r>
      <w:r w:rsidR="0016580E">
        <w:rPr>
          <w:rFonts w:ascii="Baskerville Old Face" w:hAnsi="Baskerville Old Face"/>
          <w:bCs/>
          <w:sz w:val="28"/>
          <w:szCs w:val="28"/>
        </w:rPr>
        <w:t xml:space="preserve"> </w:t>
      </w:r>
      <w:r w:rsidRPr="00CE758F">
        <w:rPr>
          <w:rFonts w:ascii="Baskerville Old Face" w:hAnsi="Baskerville Old Face"/>
          <w:bCs/>
          <w:sz w:val="28"/>
          <w:szCs w:val="28"/>
        </w:rPr>
        <w:t>Finian had wanted, standing in the yard, to ask a second time. He had felt the want quite distinctly and had not done it, and had turned back to the truck instead. He would be asked about that in due course, though not by anyone with a body, and he would be surprised at how well he remembered it, given that nothing had happened.</w:t>
      </w:r>
      <w:r w:rsidR="0016580E">
        <w:rPr>
          <w:rFonts w:ascii="Baskerville Old Face" w:hAnsi="Baskerville Old Face"/>
          <w:bCs/>
          <w:sz w:val="28"/>
          <w:szCs w:val="28"/>
        </w:rPr>
        <w:t xml:space="preserve"> </w:t>
      </w:r>
      <w:r w:rsidRPr="00CE758F">
        <w:rPr>
          <w:rFonts w:ascii="Baskerville Old Face" w:hAnsi="Baskerville Old Face"/>
          <w:bCs/>
          <w:sz w:val="28"/>
          <w:szCs w:val="28"/>
        </w:rPr>
        <w:t>It came at twenty past four on the Friday afternoon at two hundred and forty-one feet.</w:t>
      </w:r>
      <w:r w:rsidR="0016580E">
        <w:rPr>
          <w:rFonts w:ascii="Baskerville Old Face" w:hAnsi="Baskerville Old Face"/>
          <w:bCs/>
          <w:sz w:val="28"/>
          <w:szCs w:val="28"/>
        </w:rPr>
        <w:t xml:space="preserve"> </w:t>
      </w:r>
      <w:r w:rsidRPr="00CE758F">
        <w:rPr>
          <w:rFonts w:ascii="Baskerville Old Face" w:hAnsi="Baskerville Old Face"/>
          <w:bCs/>
          <w:sz w:val="28"/>
          <w:szCs w:val="28"/>
        </w:rPr>
        <w:t>Afterwards Finian could never lay the thing out in order. He had it in pieces, and the pieces were very bright and had no time in them.</w:t>
      </w:r>
      <w:r w:rsidR="0016580E">
        <w:rPr>
          <w:rFonts w:ascii="Baskerville Old Face" w:hAnsi="Baskerville Old Face"/>
          <w:bCs/>
          <w:sz w:val="28"/>
          <w:szCs w:val="28"/>
        </w:rPr>
        <w:t xml:space="preserve"> </w:t>
      </w:r>
      <w:r w:rsidRPr="00CE758F">
        <w:rPr>
          <w:rFonts w:ascii="Baskerville Old Face" w:hAnsi="Baskerville Old Face"/>
          <w:bCs/>
          <w:sz w:val="28"/>
          <w:szCs w:val="28"/>
        </w:rPr>
        <w:t>The pitch of the rig changed. That was the first piece — not a bang, nothing dramatic, just the engine note lifting as the load came off the bit, the way it did when you dropped into a cavity, and Wally’s head coming up.</w:t>
      </w:r>
    </w:p>
    <w:p w14:paraId="4887ED3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Then the ground moved. That was the second piece: not a shake but a </w:t>
      </w:r>
      <w:r w:rsidRPr="00CE758F">
        <w:rPr>
          <w:rFonts w:ascii="Baskerville Old Face" w:hAnsi="Baskerville Old Face"/>
          <w:bCs/>
          <w:i/>
          <w:sz w:val="28"/>
          <w:szCs w:val="28"/>
        </w:rPr>
        <w:t>lift</w:t>
      </w:r>
      <w:r w:rsidRPr="00CE758F">
        <w:rPr>
          <w:rFonts w:ascii="Baskerville Old Face" w:hAnsi="Baskerville Old Face"/>
          <w:bCs/>
          <w:sz w:val="28"/>
          <w:szCs w:val="28"/>
        </w:rPr>
        <w:t>, a soft heave under the boots, as though something had turned over in its sleep down there.</w:t>
      </w:r>
    </w:p>
    <w:p w14:paraId="4BC58E8E" w14:textId="62B74D2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the hole let go.</w:t>
      </w:r>
      <w:r w:rsidR="0024358E">
        <w:rPr>
          <w:rFonts w:ascii="Baskerville Old Face" w:hAnsi="Baskerville Old Face"/>
          <w:bCs/>
          <w:sz w:val="28"/>
          <w:szCs w:val="28"/>
        </w:rPr>
        <w:t xml:space="preserve"> </w:t>
      </w:r>
      <w:r w:rsidRPr="00CE758F">
        <w:rPr>
          <w:rFonts w:ascii="Baskerville Old Face" w:hAnsi="Baskerville Old Face"/>
          <w:bCs/>
          <w:sz w:val="28"/>
          <w:szCs w:val="28"/>
        </w:rPr>
        <w:t>It came up the annulus</w:t>
      </w:r>
      <w:r w:rsidR="0016580E">
        <w:rPr>
          <w:rFonts w:ascii="Baskerville Old Face" w:hAnsi="Baskerville Old Face"/>
          <w:bCs/>
          <w:sz w:val="28"/>
          <w:szCs w:val="28"/>
        </w:rPr>
        <w:t>,</w:t>
      </w:r>
      <w:r w:rsidRPr="00CE758F">
        <w:rPr>
          <w:rFonts w:ascii="Baskerville Old Face" w:hAnsi="Baskerville Old Face"/>
          <w:bCs/>
          <w:sz w:val="28"/>
          <w:szCs w:val="28"/>
        </w:rPr>
        <w:t xml:space="preserve"> up the ring of space between the drill pipe and the wall of the hole</w:t>
      </w:r>
      <w:r w:rsidR="0016580E">
        <w:rPr>
          <w:rFonts w:ascii="Baskerville Old Face" w:hAnsi="Baskerville Old Face"/>
          <w:bCs/>
          <w:sz w:val="28"/>
          <w:szCs w:val="28"/>
        </w:rPr>
        <w:t xml:space="preserve">, </w:t>
      </w:r>
      <w:r w:rsidRPr="00CE758F">
        <w:rPr>
          <w:rFonts w:ascii="Baskerville Old Face" w:hAnsi="Baskerville Old Face"/>
          <w:bCs/>
          <w:sz w:val="28"/>
          <w:szCs w:val="28"/>
        </w:rPr>
        <w:t>and it came up as steam first, a white column that went a hundred feet straight into the sky before the wind got hold of it, and behind the steam came the water, and behind and inside the water came sand, three hundred feet of ancient white sand travelling at the speed of a thrown stone, and the sound of it was not a roar. Finian had expected a roar. It was a hiss, enormous, filling everything, the sound of the biggest kettle in the world, and underneath it a rattle like hail on an iron roof: the sand hitting the mast.</w:t>
      </w:r>
      <w:r w:rsidR="0016580E">
        <w:rPr>
          <w:rFonts w:ascii="Baskerville Old Face" w:hAnsi="Baskerville Old Face"/>
          <w:bCs/>
          <w:sz w:val="28"/>
          <w:szCs w:val="28"/>
        </w:rPr>
        <w:t xml:space="preserve"> </w:t>
      </w:r>
      <w:r w:rsidRPr="00CE758F">
        <w:rPr>
          <w:rFonts w:ascii="Baskerville Old Face" w:hAnsi="Baskerville Old Face"/>
          <w:bCs/>
          <w:sz w:val="28"/>
          <w:szCs w:val="28"/>
        </w:rPr>
        <w:t>Ted was off the floor before Finian had finished turning round. Wally had him by the shoulder of his shirt and was hauling him bodily backwards down the ramp and Finian went with it and they were behind the water truck, all three, in about four seconds, and the world was white.</w:t>
      </w:r>
      <w:r w:rsidR="0016580E">
        <w:rPr>
          <w:rFonts w:ascii="Baskerville Old Face" w:hAnsi="Baskerville Old Face"/>
          <w:bCs/>
          <w:sz w:val="28"/>
          <w:szCs w:val="28"/>
        </w:rPr>
        <w:t xml:space="preserve"> </w:t>
      </w:r>
      <w:r w:rsidRPr="00CE758F">
        <w:rPr>
          <w:rFonts w:ascii="Baskerville Old Face" w:hAnsi="Baskerville Old Face"/>
          <w:bCs/>
          <w:sz w:val="28"/>
          <w:szCs w:val="28"/>
        </w:rPr>
        <w:t>They crouched. The spray came over the top of the truck and fell on them and it was hot</w:t>
      </w:r>
      <w:r w:rsidR="004A67E3">
        <w:rPr>
          <w:rFonts w:ascii="Baskerville Old Face" w:hAnsi="Baskerville Old Face"/>
          <w:bCs/>
          <w:sz w:val="28"/>
          <w:szCs w:val="28"/>
        </w:rPr>
        <w:t>,</w:t>
      </w:r>
      <w:r w:rsidRPr="00CE758F">
        <w:rPr>
          <w:rFonts w:ascii="Baskerville Old Face" w:hAnsi="Baskerville Old Face"/>
          <w:bCs/>
          <w:sz w:val="28"/>
          <w:szCs w:val="28"/>
        </w:rPr>
        <w:t xml:space="preserve"> not scalding at that distance, but hot enough that Wally pulled his hat down and put his arm over the back of his neck.</w:t>
      </w:r>
    </w:p>
    <w:p w14:paraId="74FABFA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“Right,” Wally shouted. “That’s that.”</w:t>
      </w:r>
    </w:p>
    <w:p w14:paraId="5297D40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“What’s that?”</w:t>
      </w:r>
    </w:p>
    <w:p w14:paraId="25AE8A6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the hole. Nobody’s shutting that.”</w:t>
      </w:r>
    </w:p>
    <w:p w14:paraId="34016F09" w14:textId="3A75146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steam thinned for a second and Finian saw the rig standing in it, the mast black against the white, and the cellar</w:t>
      </w:r>
      <w:r w:rsidR="004A67E3">
        <w:rPr>
          <w:rFonts w:ascii="Baskerville Old Face" w:hAnsi="Baskerville Old Face"/>
          <w:bCs/>
          <w:sz w:val="28"/>
          <w:szCs w:val="28"/>
        </w:rPr>
        <w:t>,</w:t>
      </w:r>
      <w:r w:rsidRPr="00CE758F">
        <w:rPr>
          <w:rFonts w:ascii="Baskerville Old Face" w:hAnsi="Baskerville Old Face"/>
          <w:bCs/>
          <w:sz w:val="28"/>
          <w:szCs w:val="28"/>
        </w:rPr>
        <w:t xml:space="preserve"> the shallow pit they had dug around the top of the hole</w:t>
      </w:r>
      <w:r w:rsidR="004A67E3">
        <w:rPr>
          <w:rFonts w:ascii="Baskerville Old Face" w:hAnsi="Baskerville Old Face"/>
          <w:bCs/>
          <w:sz w:val="28"/>
          <w:szCs w:val="28"/>
        </w:rPr>
        <w:t>,</w:t>
      </w:r>
      <w:r w:rsidRPr="00CE758F">
        <w:rPr>
          <w:rFonts w:ascii="Baskerville Old Face" w:hAnsi="Baskerville Old Face"/>
          <w:bCs/>
          <w:sz w:val="28"/>
          <w:szCs w:val="28"/>
        </w:rPr>
        <w:t xml:space="preserve"> was not a pit any more. It was a hole in the world, and it was getting bigger while he watched, because the water coming up had sand in it and sand cuts. It was eating the ground out from under the mast’s near foot. He saw the foot settle. Just a little. Two inches, perhaps.</w:t>
      </w:r>
    </w:p>
    <w:p w14:paraId="360D744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“She’s going,” Ted said.</w:t>
      </w:r>
    </w:p>
    <w:p w14:paraId="3D3290A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“Let her go.”</w:t>
      </w:r>
    </w:p>
    <w:p w14:paraId="57E312E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w:t>
      </w:r>
    </w:p>
    <w:p w14:paraId="3D5829E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“Let her </w:t>
      </w:r>
      <w:r w:rsidRPr="00CE758F">
        <w:rPr>
          <w:rFonts w:ascii="Baskerville Old Face" w:hAnsi="Baskerville Old Face"/>
          <w:bCs/>
          <w:i/>
          <w:sz w:val="28"/>
          <w:szCs w:val="28"/>
        </w:rPr>
        <w:t>go</w:t>
      </w:r>
      <w:r w:rsidRPr="00CE758F">
        <w:rPr>
          <w:rFonts w:ascii="Baskerville Old Face" w:hAnsi="Baskerville Old Face"/>
          <w:bCs/>
          <w:sz w:val="28"/>
          <w:szCs w:val="28"/>
        </w:rPr>
        <w:t>.” Wally had his hand flat on Ted’s chest. “Gear’s gear. There’s nothing on that floor worth a man. Get to the truck cab, both of you, we’re going back a hundred yards and we’re going to sit and watch it and then I’m going to drive nine miles and telephone Vic Doheny and tell him he owes me a beer.”</w:t>
      </w:r>
    </w:p>
    <w:p w14:paraId="7A4BD5B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that was the moment.</w:t>
      </w:r>
    </w:p>
    <w:p w14:paraId="7F5D3C37" w14:textId="3C519AC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 has to be set down honestly, because it was gone over very thoroughly afterwards, in a room with no walls, by a man in a toga and a man in a bad suit and a Roman who had made a fortune out of other men’s fires, and because Finian himself, at fifty-one, would still have told you it was the finest thing he ever did.</w:t>
      </w:r>
      <w:r w:rsidR="004A67E3">
        <w:rPr>
          <w:rFonts w:ascii="Baskerville Old Face" w:hAnsi="Baskerville Old Face"/>
          <w:bCs/>
          <w:sz w:val="28"/>
          <w:szCs w:val="28"/>
        </w:rPr>
        <w:t xml:space="preserve"> </w:t>
      </w:r>
      <w:r w:rsidRPr="00CE758F">
        <w:rPr>
          <w:rFonts w:ascii="Baskerville Old Face" w:hAnsi="Baskerville Old Face"/>
          <w:bCs/>
          <w:sz w:val="28"/>
          <w:szCs w:val="28"/>
        </w:rPr>
        <w:t>He did not think about Ted. He did not think about Wally’s rule, or about a nineteen-year-old boy in a grave at the north end of Tennant Creek with two bottles of lemon squash left at the foot of it.</w:t>
      </w:r>
    </w:p>
    <w:p w14:paraId="36DC0E0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thought: </w:t>
      </w:r>
      <w:r w:rsidRPr="00CE758F">
        <w:rPr>
          <w:rFonts w:ascii="Baskerville Old Face" w:hAnsi="Baskerville Old Face"/>
          <w:bCs/>
          <w:i/>
          <w:sz w:val="28"/>
          <w:szCs w:val="28"/>
        </w:rPr>
        <w:t>the valve is on the ground eight feet from the cellar where Ted put it.</w:t>
      </w:r>
    </w:p>
    <w:p w14:paraId="3312184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thought: </w:t>
      </w:r>
      <w:r w:rsidRPr="00CE758F">
        <w:rPr>
          <w:rFonts w:ascii="Baskerville Old Face" w:hAnsi="Baskerville Old Face"/>
          <w:bCs/>
          <w:i/>
          <w:sz w:val="28"/>
          <w:szCs w:val="28"/>
        </w:rPr>
        <w:t>that’s a nine-thousand-pound rig and Vic Doheny has one.</w:t>
      </w:r>
    </w:p>
    <w:p w14:paraId="6DEBF4A3" w14:textId="256D721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thought, and this was underneath the other two and moving faster: </w:t>
      </w:r>
      <w:r w:rsidRPr="00CE758F">
        <w:rPr>
          <w:rFonts w:ascii="Baskerville Old Face" w:hAnsi="Baskerville Old Face"/>
          <w:bCs/>
          <w:i/>
          <w:sz w:val="28"/>
          <w:szCs w:val="28"/>
        </w:rPr>
        <w:t>I have come eleven thousand miles and this is the first thing that has ever asked me what I am.</w:t>
      </w:r>
      <w:r w:rsidR="00783693">
        <w:rPr>
          <w:rFonts w:ascii="Baskerville Old Face" w:hAnsi="Baskerville Old Face"/>
          <w:bCs/>
          <w:sz w:val="28"/>
          <w:szCs w:val="28"/>
        </w:rPr>
        <w:t xml:space="preserve"> </w:t>
      </w:r>
      <w:r w:rsidRPr="00CE758F">
        <w:rPr>
          <w:rFonts w:ascii="Baskerville Old Face" w:hAnsi="Baskerville Old Face"/>
          <w:bCs/>
          <w:sz w:val="28"/>
          <w:szCs w:val="28"/>
        </w:rPr>
        <w:t>He went to the water drum and put his head and shoulders into it, and came up streaming, and took two of the soaked hessian bags and put one over his head like a monk’s hood and wound the other round his forearms, and he heard Wally shout his name once, and he went in.</w:t>
      </w:r>
    </w:p>
    <w:p w14:paraId="376B8F70" w14:textId="77777777" w:rsidR="004B7C95" w:rsidRDefault="004B7C95" w:rsidP="002A1BD3">
      <w:pPr>
        <w:spacing w:line="360" w:lineRule="auto"/>
        <w:rPr>
          <w:rFonts w:ascii="Baskerville Old Face" w:hAnsi="Baskerville Old Face"/>
          <w:bCs/>
          <w:sz w:val="28"/>
          <w:szCs w:val="28"/>
        </w:rPr>
      </w:pPr>
    </w:p>
    <w:p w14:paraId="7D63BD77" w14:textId="79D9B8B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got about fifteen feet before he could not see.</w:t>
      </w:r>
      <w:r w:rsidR="004B7C95">
        <w:rPr>
          <w:rFonts w:ascii="Baskerville Old Face" w:hAnsi="Baskerville Old Face"/>
          <w:bCs/>
          <w:sz w:val="28"/>
          <w:szCs w:val="28"/>
        </w:rPr>
        <w:t xml:space="preserve"> </w:t>
      </w:r>
      <w:r w:rsidRPr="00CE758F">
        <w:rPr>
          <w:rFonts w:ascii="Baskerville Old Face" w:hAnsi="Baskerville Old Face"/>
          <w:bCs/>
          <w:sz w:val="28"/>
          <w:szCs w:val="28"/>
        </w:rPr>
        <w:t>The steam was not like fog. Fog you can see a shape in. This was a white nothing with a weight to it, and it was full of sand, and the sand went into the wet hessian and through it and struck his skin like grit off a wheel, and the heat came at him in waves as the wind shifted, and there was one wave that went over his back and made him cry out inside the bag, a sound he did not hear himself make.</w:t>
      </w:r>
      <w:r w:rsidR="004B7C95">
        <w:rPr>
          <w:rFonts w:ascii="Baskerville Old Face" w:hAnsi="Baskerville Old Face"/>
          <w:bCs/>
          <w:sz w:val="28"/>
          <w:szCs w:val="28"/>
        </w:rPr>
        <w:t xml:space="preserve"> </w:t>
      </w:r>
      <w:r w:rsidRPr="00CE758F">
        <w:rPr>
          <w:rFonts w:ascii="Baskerville Old Face" w:hAnsi="Baskerville Old Face"/>
          <w:bCs/>
          <w:sz w:val="28"/>
          <w:szCs w:val="28"/>
        </w:rPr>
        <w:t>He went by memory. Eight paces from the ramp to the cellar edge. He counted them. On the sixth the ground under his boot was soft and moving</w:t>
      </w:r>
      <w:r w:rsidR="004B7C95">
        <w:rPr>
          <w:rFonts w:ascii="Baskerville Old Face" w:hAnsi="Baskerville Old Face"/>
          <w:bCs/>
          <w:sz w:val="28"/>
          <w:szCs w:val="28"/>
        </w:rPr>
        <w:t>,</w:t>
      </w:r>
      <w:r w:rsidRPr="00CE758F">
        <w:rPr>
          <w:rFonts w:ascii="Baskerville Old Face" w:hAnsi="Baskerville Old Face"/>
          <w:bCs/>
          <w:sz w:val="28"/>
          <w:szCs w:val="28"/>
        </w:rPr>
        <w:t xml:space="preserve"> the sand the hole was throwing up, already a foot deep and sliding</w:t>
      </w:r>
      <w:r w:rsidR="009C0868">
        <w:rPr>
          <w:rFonts w:ascii="Baskerville Old Face" w:hAnsi="Baskerville Old Face"/>
          <w:bCs/>
          <w:sz w:val="28"/>
          <w:szCs w:val="28"/>
        </w:rPr>
        <w:t>,</w:t>
      </w:r>
      <w:r w:rsidRPr="00CE758F">
        <w:rPr>
          <w:rFonts w:ascii="Baskerville Old Face" w:hAnsi="Baskerville Old Face"/>
          <w:bCs/>
          <w:sz w:val="28"/>
          <w:szCs w:val="28"/>
        </w:rPr>
        <w:t xml:space="preserve"> and on the seventh he understood that if he went one more forward he would go into the cellar and into the water, and the water would take the meat off him in about the time it takes to say so.</w:t>
      </w:r>
      <w:r w:rsidR="009C0868">
        <w:rPr>
          <w:rFonts w:ascii="Baskerville Old Face" w:hAnsi="Baskerville Old Face"/>
          <w:bCs/>
          <w:sz w:val="28"/>
          <w:szCs w:val="28"/>
        </w:rPr>
        <w:t xml:space="preserve"> </w:t>
      </w:r>
      <w:r w:rsidRPr="00CE758F">
        <w:rPr>
          <w:rFonts w:ascii="Baskerville Old Face" w:hAnsi="Baskerville Old Face"/>
          <w:bCs/>
          <w:sz w:val="28"/>
          <w:szCs w:val="28"/>
        </w:rPr>
        <w:t>He went down on his knees.</w:t>
      </w:r>
      <w:r w:rsidR="009C0868">
        <w:rPr>
          <w:rFonts w:ascii="Baskerville Old Face" w:hAnsi="Baskerville Old Face"/>
          <w:bCs/>
          <w:sz w:val="28"/>
          <w:szCs w:val="28"/>
        </w:rPr>
        <w:t xml:space="preserve"> </w:t>
      </w:r>
      <w:r w:rsidRPr="00CE758F">
        <w:rPr>
          <w:rFonts w:ascii="Baskerville Old Face" w:hAnsi="Baskerville Old Face"/>
          <w:bCs/>
          <w:sz w:val="28"/>
          <w:szCs w:val="28"/>
        </w:rPr>
        <w:t xml:space="preserve">He </w:t>
      </w:r>
      <w:r w:rsidR="009C0868">
        <w:rPr>
          <w:rFonts w:ascii="Baskerville Old Face" w:hAnsi="Baskerville Old Face"/>
          <w:bCs/>
          <w:sz w:val="28"/>
          <w:szCs w:val="28"/>
        </w:rPr>
        <w:t xml:space="preserve">then </w:t>
      </w:r>
      <w:r w:rsidRPr="00CE758F">
        <w:rPr>
          <w:rFonts w:ascii="Baskerville Old Face" w:hAnsi="Baskerville Old Face"/>
          <w:bCs/>
          <w:sz w:val="28"/>
          <w:szCs w:val="28"/>
        </w:rPr>
        <w:t>put his hands out and found the concrete lip of the cellar plate, and worked along it to the right, and found the casing head</w:t>
      </w:r>
      <w:r w:rsidR="009C0868">
        <w:rPr>
          <w:rFonts w:ascii="Baskerville Old Face" w:hAnsi="Baskerville Old Face"/>
          <w:bCs/>
          <w:sz w:val="28"/>
          <w:szCs w:val="28"/>
        </w:rPr>
        <w:t xml:space="preserve">, </w:t>
      </w:r>
      <w:r w:rsidRPr="00CE758F">
        <w:rPr>
          <w:rFonts w:ascii="Baskerville Old Face" w:hAnsi="Baskerville Old Face"/>
          <w:bCs/>
          <w:sz w:val="28"/>
          <w:szCs w:val="28"/>
        </w:rPr>
        <w:t>the fat iron collar they had clamped on that morning, because Wally had told Ted to have it up here where he could reach it in the dark, and Wally had been wrong twice that year and did not intend to be wrong a third time.</w:t>
      </w:r>
    </w:p>
    <w:p w14:paraId="7234D3ED" w14:textId="7EBF6D8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valve was on it. Ted had stabbed it and started the flange bolts before he came off the floor. It was a four-inch gate valve, and to shut a four-inch gate valve against pressure you turn the wheel, and you turn it, and you turn it. Sixty-one turns. Finian counted them later, on a valve on the ground, out of a kind of compulsion.</w:t>
      </w:r>
      <w:r w:rsidR="00BF34A6">
        <w:rPr>
          <w:rFonts w:ascii="Baskerville Old Face" w:hAnsi="Baskerville Old Face"/>
          <w:bCs/>
          <w:sz w:val="28"/>
          <w:szCs w:val="28"/>
        </w:rPr>
        <w:t xml:space="preserve"> </w:t>
      </w:r>
      <w:r w:rsidRPr="00CE758F">
        <w:rPr>
          <w:rFonts w:ascii="Baskerville Old Face" w:hAnsi="Baskerville Old Face"/>
          <w:bCs/>
          <w:sz w:val="28"/>
          <w:szCs w:val="28"/>
        </w:rPr>
        <w:t>He could not find the wheel.</w:t>
      </w:r>
      <w:r w:rsidR="00BF34A6">
        <w:rPr>
          <w:rFonts w:ascii="Baskerville Old Face" w:hAnsi="Baskerville Old Face"/>
          <w:bCs/>
          <w:sz w:val="28"/>
          <w:szCs w:val="28"/>
        </w:rPr>
        <w:t xml:space="preserve"> </w:t>
      </w:r>
      <w:r w:rsidRPr="00CE758F">
        <w:rPr>
          <w:rFonts w:ascii="Baskerville Old Face" w:hAnsi="Baskerville Old Face"/>
          <w:bCs/>
          <w:sz w:val="28"/>
          <w:szCs w:val="28"/>
        </w:rPr>
        <w:t>That is the part he never told anybody, and he did not tell it because it was not tellable, and because within about a week he had arranged it in his memory so that it was not a thing that had happened.</w:t>
      </w:r>
      <w:r w:rsidR="00BF34A6">
        <w:rPr>
          <w:rFonts w:ascii="Baskerville Old Face" w:hAnsi="Baskerville Old Face"/>
          <w:bCs/>
          <w:sz w:val="28"/>
          <w:szCs w:val="28"/>
        </w:rPr>
        <w:t xml:space="preserve"> </w:t>
      </w:r>
      <w:r w:rsidRPr="00CE758F">
        <w:rPr>
          <w:rFonts w:ascii="Baskerville Old Face" w:hAnsi="Baskerville Old Face"/>
          <w:bCs/>
          <w:sz w:val="28"/>
          <w:szCs w:val="28"/>
        </w:rPr>
        <w:t xml:space="preserve">He was </w:t>
      </w:r>
      <w:r w:rsidR="00BF34A6">
        <w:rPr>
          <w:rFonts w:ascii="Baskerville Old Face" w:hAnsi="Baskerville Old Face"/>
          <w:bCs/>
          <w:sz w:val="28"/>
          <w:szCs w:val="28"/>
        </w:rPr>
        <w:t xml:space="preserve">still </w:t>
      </w:r>
      <w:r w:rsidRPr="00CE758F">
        <w:rPr>
          <w:rFonts w:ascii="Baskerville Old Face" w:hAnsi="Baskerville Old Face"/>
          <w:bCs/>
          <w:sz w:val="28"/>
          <w:szCs w:val="28"/>
        </w:rPr>
        <w:t>on his knees at the casing head with his hands going over the iron and he could not find the wheel, and his hands were going faster, and the fear came up in him then properly, the animal kind, the kind that gets into the chest and starts making arrangements to run</w:t>
      </w:r>
      <w:r w:rsidR="00BF34A6">
        <w:rPr>
          <w:rFonts w:ascii="Baskerville Old Face" w:hAnsi="Baskerville Old Face"/>
          <w:bCs/>
          <w:sz w:val="28"/>
          <w:szCs w:val="28"/>
        </w:rPr>
        <w:t>,</w:t>
      </w:r>
      <w:r w:rsidRPr="00CE758F">
        <w:rPr>
          <w:rFonts w:ascii="Baskerville Old Face" w:hAnsi="Baskerville Old Face"/>
          <w:bCs/>
          <w:sz w:val="28"/>
          <w:szCs w:val="28"/>
        </w:rPr>
        <w:t xml:space="preserve"> and a hand closed over the back of his right hand.</w:t>
      </w:r>
      <w:r w:rsidR="00BF34A6">
        <w:rPr>
          <w:rFonts w:ascii="Baskerville Old Face" w:hAnsi="Baskerville Old Face"/>
          <w:bCs/>
          <w:sz w:val="28"/>
          <w:szCs w:val="28"/>
        </w:rPr>
        <w:t xml:space="preserve"> </w:t>
      </w:r>
      <w:r w:rsidRPr="00CE758F">
        <w:rPr>
          <w:rFonts w:ascii="Baskerville Old Face" w:hAnsi="Baskerville Old Face"/>
          <w:bCs/>
          <w:sz w:val="28"/>
          <w:szCs w:val="28"/>
        </w:rPr>
        <w:t>Not a grab. Not a snatch. It went over the back of his hand the way you would put your hand over a child’s on a pencil, and it was cool, which in that place was the strangest thing about it, and it moved his hand nine inches to the left and laid it on the spoke of the wheel and let go.</w:t>
      </w:r>
    </w:p>
    <w:p w14:paraId="6FB314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“Ted—“</w:t>
      </w:r>
    </w:p>
    <w:p w14:paraId="1AF49145" w14:textId="329BB27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ten seconds later</w:t>
      </w:r>
      <w:r w:rsidR="000C1261">
        <w:rPr>
          <w:rFonts w:ascii="Baskerville Old Face" w:hAnsi="Baskerville Old Face"/>
          <w:bCs/>
          <w:sz w:val="28"/>
          <w:szCs w:val="28"/>
        </w:rPr>
        <w:t xml:space="preserve">, </w:t>
      </w:r>
      <w:r w:rsidRPr="00CE758F">
        <w:rPr>
          <w:rFonts w:ascii="Baskerville Old Face" w:hAnsi="Baskerville Old Face"/>
          <w:bCs/>
          <w:sz w:val="28"/>
          <w:szCs w:val="28"/>
        </w:rPr>
        <w:t>he was three turns in by then — Ted arrived, on his knees, from the other side, coming in past the ramp with a bag over his head, and put both hands on the wheel where Finian’s were not.</w:t>
      </w:r>
      <w:r w:rsidR="000C1261">
        <w:rPr>
          <w:rFonts w:ascii="Baskerville Old Face" w:hAnsi="Baskerville Old Face"/>
          <w:bCs/>
          <w:sz w:val="28"/>
          <w:szCs w:val="28"/>
        </w:rPr>
        <w:t xml:space="preserve"> </w:t>
      </w:r>
      <w:r w:rsidRPr="00CE758F">
        <w:rPr>
          <w:rFonts w:ascii="Baskerville Old Face" w:hAnsi="Baskerville Old Face"/>
          <w:bCs/>
          <w:sz w:val="28"/>
          <w:szCs w:val="28"/>
        </w:rPr>
        <w:t>They wound it shut together in the white.</w:t>
      </w:r>
      <w:r w:rsidR="000C1261">
        <w:rPr>
          <w:rFonts w:ascii="Baskerville Old Face" w:hAnsi="Baskerville Old Face"/>
          <w:bCs/>
          <w:sz w:val="28"/>
          <w:szCs w:val="28"/>
        </w:rPr>
        <w:t xml:space="preserve"> </w:t>
      </w:r>
      <w:r w:rsidRPr="00CE758F">
        <w:rPr>
          <w:rFonts w:ascii="Baskerville Old Face" w:hAnsi="Baskerville Old Face"/>
          <w:bCs/>
          <w:sz w:val="28"/>
          <w:szCs w:val="28"/>
        </w:rPr>
        <w:t xml:space="preserve">Sixty-one turns, and the last twelve were the worst, because as the gate came across, the water that could not get out of the top started looking for another way, and the hole began to make a new sound, a deep knocking, and the cellar plate under Finian’s knees started to shift, and he thought with perfect clarity: </w:t>
      </w:r>
      <w:r w:rsidRPr="00CE758F">
        <w:rPr>
          <w:rFonts w:ascii="Baskerville Old Face" w:hAnsi="Baskerville Old Face"/>
          <w:bCs/>
          <w:i/>
          <w:sz w:val="28"/>
          <w:szCs w:val="28"/>
        </w:rPr>
        <w:t>it’s going to come up round the outside of the casing and take the whole lot and us with it.</w:t>
      </w:r>
    </w:p>
    <w:p w14:paraId="27FF1A9F" w14:textId="59209F5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didn’t. It held. The casing was sealed at ninety feet in good clay, and Wally had put it there on the Wednesday, and had charged Vic Doheny for the extra day, and Vic Doheny had told him on the telephone that he was an old woman.</w:t>
      </w:r>
      <w:r w:rsidR="000C1261">
        <w:rPr>
          <w:rFonts w:ascii="Baskerville Old Face" w:hAnsi="Baskerville Old Face"/>
          <w:bCs/>
          <w:sz w:val="28"/>
          <w:szCs w:val="28"/>
        </w:rPr>
        <w:t xml:space="preserve"> </w:t>
      </w:r>
      <w:r w:rsidRPr="00CE758F">
        <w:rPr>
          <w:rFonts w:ascii="Baskerville Old Face" w:hAnsi="Baskerville Old Face"/>
          <w:bCs/>
          <w:sz w:val="28"/>
          <w:szCs w:val="28"/>
        </w:rPr>
        <w:t>On the last turn the sound stopped.</w:t>
      </w:r>
      <w:r w:rsidR="000C1261">
        <w:rPr>
          <w:rFonts w:ascii="Baskerville Old Face" w:hAnsi="Baskerville Old Face"/>
          <w:bCs/>
          <w:sz w:val="28"/>
          <w:szCs w:val="28"/>
        </w:rPr>
        <w:t xml:space="preserve"> </w:t>
      </w:r>
      <w:r w:rsidRPr="00CE758F">
        <w:rPr>
          <w:rFonts w:ascii="Baskerville Old Face" w:hAnsi="Baskerville Old Face"/>
          <w:bCs/>
          <w:sz w:val="28"/>
          <w:szCs w:val="28"/>
        </w:rPr>
        <w:t>It stopped the way a machine stops. One second the world was a hiss and a rattle and the next it was a tick, and a drip, and a man breathing, and somewhere off in the mulga a crow. The steam went straight up now, thin, apologetic, and began to drift, and the light came back into the paddock a piece at a time.</w:t>
      </w:r>
    </w:p>
    <w:p w14:paraId="56703EB2" w14:textId="0096D51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water they had already put out was lying on the black soil in a sheet an inch deep and a hundred yards across, with the light of the late afternoon on it, so that for a moment there was more water in that paddock than there had been in a year.</w:t>
      </w:r>
      <w:r w:rsidR="000C1261">
        <w:rPr>
          <w:rFonts w:ascii="Baskerville Old Face" w:hAnsi="Baskerville Old Face"/>
          <w:bCs/>
          <w:sz w:val="28"/>
          <w:szCs w:val="28"/>
        </w:rPr>
        <w:t xml:space="preserve"> </w:t>
      </w:r>
      <w:r w:rsidRPr="00CE758F">
        <w:rPr>
          <w:rFonts w:ascii="Baskerville Old Face" w:hAnsi="Baskerville Old Face"/>
          <w:bCs/>
          <w:sz w:val="28"/>
          <w:szCs w:val="28"/>
        </w:rPr>
        <w:t>Finian pulled the bag off his head.</w:t>
      </w:r>
      <w:r w:rsidR="000C1261">
        <w:rPr>
          <w:rFonts w:ascii="Baskerville Old Face" w:hAnsi="Baskerville Old Face"/>
          <w:bCs/>
          <w:sz w:val="28"/>
          <w:szCs w:val="28"/>
        </w:rPr>
        <w:t xml:space="preserve"> </w:t>
      </w:r>
      <w:r w:rsidRPr="00CE758F">
        <w:rPr>
          <w:rFonts w:ascii="Baskerville Old Face" w:hAnsi="Baskerville Old Face"/>
          <w:bCs/>
          <w:sz w:val="28"/>
          <w:szCs w:val="28"/>
        </w:rPr>
        <w:t>Ted was sitting back on his heels three feet away with his arms held out from his body, palms up, in a way that a man does not hold his arms for any other reason.</w:t>
      </w:r>
      <w:r w:rsidR="000C1261">
        <w:rPr>
          <w:rFonts w:ascii="Baskerville Old Face" w:hAnsi="Baskerville Old Face"/>
          <w:bCs/>
          <w:sz w:val="28"/>
          <w:szCs w:val="28"/>
        </w:rPr>
        <w:t xml:space="preserve"> </w:t>
      </w:r>
      <w:r w:rsidRPr="00CE758F">
        <w:rPr>
          <w:rFonts w:ascii="Baskerville Old Face" w:hAnsi="Baskerville Old Face"/>
          <w:bCs/>
          <w:sz w:val="28"/>
          <w:szCs w:val="28"/>
        </w:rPr>
        <w:t>The bags on Ted’s forearms had gone up in the first wave and he had come on anyway with them smoking and they had scalded him from the elbow to the fingers on both arms, the left worse than the right. Wally cut the shirt off him and put him in the water drum to the shoulders and kept him there twenty minutes with a hat full of water going over his head, talking to him steadily the whole while about a horse he had once owned that was no good, and then they laid him in the back of the truck on wet bags and drove him nine miles to the homestead and a hundred and eighty to Tennant Creek.</w:t>
      </w:r>
      <w:r w:rsidR="00FB578B">
        <w:rPr>
          <w:rFonts w:ascii="Baskerville Old Face" w:hAnsi="Baskerville Old Face"/>
          <w:bCs/>
          <w:sz w:val="28"/>
          <w:szCs w:val="28"/>
        </w:rPr>
        <w:t xml:space="preserve"> </w:t>
      </w:r>
      <w:r w:rsidRPr="00CE758F">
        <w:rPr>
          <w:rFonts w:ascii="Baskerville Old Face" w:hAnsi="Baskerville Old Face"/>
          <w:bCs/>
          <w:sz w:val="28"/>
          <w:szCs w:val="28"/>
        </w:rPr>
        <w:t xml:space="preserve">He kept both arms. He kept his fingers. The left hand never came all the way closed again after that, and he could not make a fist with it, and for the rest of his working life Ted Mawson opened bottles with his right hand and held them steady with the heel of his left, and never once said anything </w:t>
      </w:r>
      <w:r w:rsidRPr="00CE758F">
        <w:rPr>
          <w:rFonts w:ascii="Baskerville Old Face" w:hAnsi="Baskerville Old Face"/>
          <w:bCs/>
          <w:sz w:val="28"/>
          <w:szCs w:val="28"/>
        </w:rPr>
        <w:lastRenderedPageBreak/>
        <w:t>about it in Finian’s hearing.</w:t>
      </w:r>
      <w:r w:rsidR="00FB578B">
        <w:rPr>
          <w:rFonts w:ascii="Baskerville Old Face" w:hAnsi="Baskerville Old Face"/>
          <w:bCs/>
          <w:sz w:val="28"/>
          <w:szCs w:val="28"/>
        </w:rPr>
        <w:t xml:space="preserve"> </w:t>
      </w:r>
      <w:r w:rsidRPr="00CE758F">
        <w:rPr>
          <w:rFonts w:ascii="Baskerville Old Face" w:hAnsi="Baskerville Old Face"/>
          <w:bCs/>
          <w:sz w:val="28"/>
          <w:szCs w:val="28"/>
        </w:rPr>
        <w:t xml:space="preserve">Dot came out on the mail plane. She was there when they arrived at the hospital, somehow, which nobody could account for, and she looked at Finian standing in the corridor in his ruined shirt with his eyebrows burnt off and she said, “You’ll be the Scotch boy,” and Finian said, </w:t>
      </w:r>
      <w:r w:rsidR="00686AA1">
        <w:rPr>
          <w:rFonts w:ascii="Baskerville Old Face" w:hAnsi="Baskerville Old Face"/>
          <w:bCs/>
          <w:sz w:val="28"/>
          <w:szCs w:val="28"/>
        </w:rPr>
        <w:t xml:space="preserve">“I’m the Scottish boy, </w:t>
      </w:r>
      <w:r w:rsidR="00BD7AC8">
        <w:rPr>
          <w:rFonts w:ascii="Baskerville Old Face" w:hAnsi="Baskerville Old Face"/>
          <w:bCs/>
          <w:sz w:val="28"/>
          <w:szCs w:val="28"/>
        </w:rPr>
        <w:t xml:space="preserve">Scotch is Whisky, she lightly chuckled </w:t>
      </w:r>
      <w:r w:rsidRPr="00CE758F">
        <w:rPr>
          <w:rFonts w:ascii="Baskerville Old Face" w:hAnsi="Baskerville Old Face"/>
          <w:bCs/>
          <w:sz w:val="28"/>
          <w:szCs w:val="28"/>
        </w:rPr>
        <w:t>and said, “Right,” and went in.</w:t>
      </w:r>
      <w:r w:rsidR="008E6530">
        <w:rPr>
          <w:rFonts w:ascii="Baskerville Old Face" w:hAnsi="Baskerville Old Face"/>
          <w:bCs/>
          <w:sz w:val="28"/>
          <w:szCs w:val="28"/>
        </w:rPr>
        <w:t xml:space="preserve"> </w:t>
      </w:r>
      <w:r w:rsidRPr="00CE758F">
        <w:rPr>
          <w:rFonts w:ascii="Baskerville Old Face" w:hAnsi="Baskerville Old Face"/>
          <w:bCs/>
          <w:sz w:val="28"/>
          <w:szCs w:val="28"/>
        </w:rPr>
        <w:t>Vic Doheny drove up from Alice on the Sunday.</w:t>
      </w:r>
      <w:r w:rsidR="008E6530">
        <w:rPr>
          <w:rFonts w:ascii="Baskerville Old Face" w:hAnsi="Baskerville Old Face"/>
          <w:bCs/>
          <w:sz w:val="28"/>
          <w:szCs w:val="28"/>
        </w:rPr>
        <w:t xml:space="preserve"> </w:t>
      </w:r>
      <w:r w:rsidRPr="00CE758F">
        <w:rPr>
          <w:rFonts w:ascii="Baskerville Old Face" w:hAnsi="Baskerville Old Face"/>
          <w:bCs/>
          <w:sz w:val="28"/>
          <w:szCs w:val="28"/>
        </w:rPr>
        <w:t xml:space="preserve">He was a big soft-bodied man in a clean shirt who had not put a hand on a rig in nine years and had three of them working, and he walked </w:t>
      </w:r>
      <w:r w:rsidR="00F155A4" w:rsidRPr="00CE758F">
        <w:rPr>
          <w:rFonts w:ascii="Baskerville Old Face" w:hAnsi="Baskerville Old Face"/>
          <w:bCs/>
          <w:sz w:val="28"/>
          <w:szCs w:val="28"/>
        </w:rPr>
        <w:t>all-round</w:t>
      </w:r>
      <w:r w:rsidRPr="00CE758F">
        <w:rPr>
          <w:rFonts w:ascii="Baskerville Old Face" w:hAnsi="Baskerville Old Face"/>
          <w:bCs/>
          <w:sz w:val="28"/>
          <w:szCs w:val="28"/>
        </w:rPr>
        <w:t xml:space="preserve"> the capped hole with his hands behind his back like a man at an exhibition, and then he stood in the steaming flat in his good boots and laughed out loud.</w:t>
      </w:r>
      <w:r w:rsidR="008E6530">
        <w:rPr>
          <w:rFonts w:ascii="Baskerville Old Face" w:hAnsi="Baskerville Old Face"/>
          <w:bCs/>
          <w:sz w:val="28"/>
          <w:szCs w:val="28"/>
        </w:rPr>
        <w:t xml:space="preserve"> </w:t>
      </w:r>
      <w:r w:rsidRPr="00CE758F">
        <w:rPr>
          <w:rFonts w:ascii="Baskerville Old Face" w:hAnsi="Baskerville Old Face"/>
          <w:bCs/>
          <w:sz w:val="28"/>
          <w:szCs w:val="28"/>
        </w:rPr>
        <w:t xml:space="preserve">“Two thousand gallons an hour,” he said. “Hot. They’ll be running that into a cooling pond and watering the whole eastern side </w:t>
      </w:r>
      <w:r w:rsidR="00F155A4" w:rsidRPr="00CE758F">
        <w:rPr>
          <w:rFonts w:ascii="Baskerville Old Face" w:hAnsi="Baskerville Old Face"/>
          <w:bCs/>
          <w:sz w:val="28"/>
          <w:szCs w:val="28"/>
        </w:rPr>
        <w:t>of</w:t>
      </w:r>
      <w:r w:rsidRPr="00CE758F">
        <w:rPr>
          <w:rFonts w:ascii="Baskerville Old Face" w:hAnsi="Baskerville Old Face"/>
          <w:bCs/>
          <w:sz w:val="28"/>
          <w:szCs w:val="28"/>
        </w:rPr>
        <w:t xml:space="preserve"> it in a fortnight.” He turned round. “You did that with a bag on your head.”</w:t>
      </w:r>
    </w:p>
    <w:p w14:paraId="41A5D279" w14:textId="3E7BB69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“Ted Mawson did the half of it,” said Finian.</w:t>
      </w:r>
      <w:r w:rsidR="0043351B">
        <w:rPr>
          <w:rFonts w:ascii="Baskerville Old Face" w:hAnsi="Baskerville Old Face"/>
          <w:bCs/>
          <w:sz w:val="28"/>
          <w:szCs w:val="28"/>
        </w:rPr>
        <w:t xml:space="preserve"> </w:t>
      </w:r>
      <w:r w:rsidRPr="00CE758F">
        <w:rPr>
          <w:rFonts w:ascii="Baskerville Old Face" w:hAnsi="Baskerville Old Face"/>
          <w:bCs/>
          <w:sz w:val="28"/>
          <w:szCs w:val="28"/>
        </w:rPr>
        <w:t xml:space="preserve">“Ted Mawson’s on compensation and Ted Mawson will be paid.” Doheny was already reaching into his hip pocket. “Now I’m going to tell you what you saved me, son, because you’ll not know. That mast is four thousand two hundred. The engine and pump’s another three. And the contract’s eleven hundred </w:t>
      </w:r>
      <w:r w:rsidRPr="00CE758F">
        <w:rPr>
          <w:rFonts w:ascii="Baskerville Old Face" w:hAnsi="Baskerville Old Face"/>
          <w:bCs/>
          <w:sz w:val="28"/>
          <w:szCs w:val="28"/>
        </w:rPr>
        <w:lastRenderedPageBreak/>
        <w:t>a hole and there’s two more holes on this station and Ruby Creek after it, and if that rig had gone in the ground on Friday afternoon I’d have lost the lot of it and the season with it.”</w:t>
      </w:r>
      <w:r w:rsidR="00BC1967">
        <w:rPr>
          <w:rFonts w:ascii="Baskerville Old Face" w:hAnsi="Baskerville Old Face"/>
          <w:bCs/>
          <w:sz w:val="28"/>
          <w:szCs w:val="28"/>
        </w:rPr>
        <w:t xml:space="preserve"> </w:t>
      </w:r>
      <w:r w:rsidRPr="00CE758F">
        <w:rPr>
          <w:rFonts w:ascii="Baskerville Old Face" w:hAnsi="Baskerville Old Face"/>
          <w:bCs/>
          <w:sz w:val="28"/>
          <w:szCs w:val="28"/>
        </w:rPr>
        <w:t>He counted out fifty pounds in fivers into Finian’s hand.</w:t>
      </w:r>
      <w:r w:rsidR="006D4194">
        <w:rPr>
          <w:rFonts w:ascii="Baskerville Old Face" w:hAnsi="Baskerville Old Face"/>
          <w:bCs/>
          <w:sz w:val="28"/>
          <w:szCs w:val="28"/>
        </w:rPr>
        <w:t xml:space="preserve"> </w:t>
      </w:r>
      <w:r w:rsidRPr="00CE758F">
        <w:rPr>
          <w:rFonts w:ascii="Baskerville Old Face" w:hAnsi="Baskerville Old Face"/>
          <w:bCs/>
          <w:sz w:val="28"/>
          <w:szCs w:val="28"/>
        </w:rPr>
        <w:t>“There y’are. My Scot</w:t>
      </w:r>
      <w:r w:rsidR="00BC1967">
        <w:rPr>
          <w:rFonts w:ascii="Baskerville Old Face" w:hAnsi="Baskerville Old Face"/>
          <w:bCs/>
          <w:sz w:val="28"/>
          <w:szCs w:val="28"/>
        </w:rPr>
        <w:t>sman</w:t>
      </w:r>
      <w:r w:rsidRPr="00CE758F">
        <w:rPr>
          <w:rFonts w:ascii="Baskerville Old Face" w:hAnsi="Baskerville Old Face"/>
          <w:bCs/>
          <w:sz w:val="28"/>
          <w:szCs w:val="28"/>
        </w:rPr>
        <w:t>.”</w:t>
      </w:r>
      <w:r w:rsidR="00BC1967">
        <w:rPr>
          <w:rFonts w:ascii="Baskerville Old Face" w:hAnsi="Baskerville Old Face"/>
          <w:bCs/>
          <w:sz w:val="28"/>
          <w:szCs w:val="28"/>
        </w:rPr>
        <w:t xml:space="preserve"> </w:t>
      </w:r>
      <w:r w:rsidRPr="00CE758F">
        <w:rPr>
          <w:rFonts w:ascii="Baskerville Old Face" w:hAnsi="Baskerville Old Face"/>
          <w:bCs/>
          <w:sz w:val="28"/>
          <w:szCs w:val="28"/>
        </w:rPr>
        <w:t>Finian looked at it. It was more money than he had ever held. It was seven weeks of the difference between where he was and Ellie standing on a platform in Alice Springs.</w:t>
      </w:r>
      <w:r w:rsidR="006D4194">
        <w:rPr>
          <w:rFonts w:ascii="Baskerville Old Face" w:hAnsi="Baskerville Old Face"/>
          <w:bCs/>
          <w:sz w:val="28"/>
          <w:szCs w:val="28"/>
        </w:rPr>
        <w:t xml:space="preserve"> </w:t>
      </w:r>
      <w:r w:rsidRPr="00CE758F">
        <w:rPr>
          <w:rFonts w:ascii="Baskerville Old Face" w:hAnsi="Baskerville Old Face"/>
          <w:bCs/>
          <w:sz w:val="28"/>
          <w:szCs w:val="28"/>
        </w:rPr>
        <w:t xml:space="preserve">“Thanks, </w:t>
      </w:r>
      <w:r w:rsidR="00A642EB" w:rsidRPr="00CE758F">
        <w:rPr>
          <w:rFonts w:ascii="Baskerville Old Face" w:hAnsi="Baskerville Old Face"/>
          <w:bCs/>
          <w:sz w:val="28"/>
          <w:szCs w:val="28"/>
        </w:rPr>
        <w:t>Mr.</w:t>
      </w:r>
      <w:r w:rsidRPr="00CE758F">
        <w:rPr>
          <w:rFonts w:ascii="Baskerville Old Face" w:hAnsi="Baskerville Old Face"/>
          <w:bCs/>
          <w:sz w:val="28"/>
          <w:szCs w:val="28"/>
        </w:rPr>
        <w:t xml:space="preserve"> Doheny.”</w:t>
      </w:r>
      <w:r w:rsidR="006D4194">
        <w:rPr>
          <w:rFonts w:ascii="Baskerville Old Face" w:hAnsi="Baskerville Old Face"/>
          <w:bCs/>
          <w:sz w:val="28"/>
          <w:szCs w:val="28"/>
        </w:rPr>
        <w:t xml:space="preserve"> </w:t>
      </w:r>
      <w:r w:rsidRPr="00CE758F">
        <w:rPr>
          <w:rFonts w:ascii="Baskerville Old Face" w:hAnsi="Baskerville Old Face"/>
          <w:bCs/>
          <w:sz w:val="28"/>
          <w:szCs w:val="28"/>
        </w:rPr>
        <w:t>“Vic.” Doheny clapped him on the shoulder. “Any bloke saves me seven thousand quid gets to call me</w:t>
      </w:r>
      <w:r w:rsidR="006D4194">
        <w:rPr>
          <w:rFonts w:ascii="Baskerville Old Face" w:hAnsi="Baskerville Old Face"/>
          <w:bCs/>
          <w:sz w:val="28"/>
          <w:szCs w:val="28"/>
        </w:rPr>
        <w:t>,</w:t>
      </w:r>
      <w:r w:rsidRPr="00CE758F">
        <w:rPr>
          <w:rFonts w:ascii="Baskerville Old Face" w:hAnsi="Baskerville Old Face"/>
          <w:bCs/>
          <w:sz w:val="28"/>
          <w:szCs w:val="28"/>
        </w:rPr>
        <w:t xml:space="preserve"> Vic.”</w:t>
      </w:r>
      <w:r w:rsidR="00127E81">
        <w:rPr>
          <w:rFonts w:ascii="Baskerville Old Face" w:hAnsi="Baskerville Old Face"/>
          <w:bCs/>
          <w:sz w:val="28"/>
          <w:szCs w:val="28"/>
        </w:rPr>
        <w:t xml:space="preserve"> </w:t>
      </w:r>
      <w:r w:rsidRPr="00CE758F">
        <w:rPr>
          <w:rFonts w:ascii="Baskerville Old Face" w:hAnsi="Baskerville Old Face"/>
          <w:bCs/>
          <w:sz w:val="28"/>
          <w:szCs w:val="28"/>
        </w:rPr>
        <w:t>Wally was twenty feet away, leaning on the mudguard of the truck, rolling a cigarette. He had not said a word for two days. He did not say one now. He licked the paper and put the cigarette in his mouth and looked out at the water lying on the flat, and Finian, holding fifty pounds, felt the silence come across the twenty feet and land on him like weather.</w:t>
      </w:r>
      <w:r w:rsidR="00127E81">
        <w:rPr>
          <w:rFonts w:ascii="Baskerville Old Face" w:hAnsi="Baskerville Old Face"/>
          <w:bCs/>
          <w:sz w:val="28"/>
          <w:szCs w:val="28"/>
        </w:rPr>
        <w:t xml:space="preserve"> </w:t>
      </w:r>
      <w:r w:rsidRPr="00CE758F">
        <w:rPr>
          <w:rFonts w:ascii="Baskerville Old Face" w:hAnsi="Baskerville Old Face"/>
          <w:bCs/>
          <w:sz w:val="28"/>
          <w:szCs w:val="28"/>
        </w:rPr>
        <w:t>It came out that night, at the fire drum, after Doheny had gone back to the homestead to be given a whisky.</w:t>
      </w:r>
      <w:r w:rsidR="00CD4FD4">
        <w:rPr>
          <w:rFonts w:ascii="Baskerville Old Face" w:hAnsi="Baskerville Old Face"/>
          <w:bCs/>
          <w:sz w:val="28"/>
          <w:szCs w:val="28"/>
        </w:rPr>
        <w:t xml:space="preserve"> </w:t>
      </w:r>
      <w:r w:rsidRPr="00CE758F">
        <w:rPr>
          <w:rFonts w:ascii="Baskerville Old Face" w:hAnsi="Baskerville Old Face"/>
          <w:bCs/>
          <w:sz w:val="28"/>
          <w:szCs w:val="28"/>
        </w:rPr>
        <w:t>“Say it,” said Finian, at last.</w:t>
      </w:r>
      <w:r w:rsidR="00CD4FD4">
        <w:rPr>
          <w:rFonts w:ascii="Baskerville Old Face" w:hAnsi="Baskerville Old Face"/>
          <w:bCs/>
          <w:sz w:val="28"/>
          <w:szCs w:val="28"/>
        </w:rPr>
        <w:t xml:space="preserve"> </w:t>
      </w:r>
      <w:r w:rsidRPr="00CE758F">
        <w:rPr>
          <w:rFonts w:ascii="Baskerville Old Face" w:hAnsi="Baskerville Old Face"/>
          <w:bCs/>
          <w:sz w:val="28"/>
          <w:szCs w:val="28"/>
        </w:rPr>
        <w:t>“I’ve said it. Friday. Before it happened. Twice.” Wally pushed a stick into the coals. “I said it to you in particular because I could see it in you.”</w:t>
      </w:r>
    </w:p>
    <w:p w14:paraId="118846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“See what?”</w:t>
      </w:r>
    </w:p>
    <w:p w14:paraId="32CC9B06" w14:textId="47EE80B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“That you’d go.” Wally looked up. “You want me to tell you it was brave. It was brave. I’d not have gone and I’ve been doing it twenty-two years. That’s not the argument, son, and you know fine it’s not, so don’t stand there with your chest out waiting for me to have the argument you’ve already got a speech for.”</w:t>
      </w:r>
      <w:r w:rsidR="00CD4FD4">
        <w:rPr>
          <w:rFonts w:ascii="Baskerville Old Face" w:hAnsi="Baskerville Old Face"/>
          <w:bCs/>
          <w:sz w:val="28"/>
          <w:szCs w:val="28"/>
        </w:rPr>
        <w:t xml:space="preserve"> </w:t>
      </w:r>
      <w:r w:rsidRPr="00CE758F">
        <w:rPr>
          <w:rFonts w:ascii="Baskerville Old Face" w:hAnsi="Baskerville Old Face"/>
          <w:bCs/>
          <w:sz w:val="28"/>
          <w:szCs w:val="28"/>
        </w:rPr>
        <w:t>Finian said nothing.</w:t>
      </w:r>
      <w:r w:rsidR="00A87D51">
        <w:rPr>
          <w:rFonts w:ascii="Baskerville Old Face" w:hAnsi="Baskerville Old Face"/>
          <w:bCs/>
          <w:sz w:val="28"/>
          <w:szCs w:val="28"/>
        </w:rPr>
        <w:t xml:space="preserve"> </w:t>
      </w:r>
      <w:r w:rsidRPr="00CE758F">
        <w:rPr>
          <w:rFonts w:ascii="Baskerville Old Face" w:hAnsi="Baskerville Old Face"/>
          <w:bCs/>
          <w:sz w:val="28"/>
          <w:szCs w:val="28"/>
        </w:rPr>
        <w:t>“Here’s the argument.” Wally held up one finger. “I gave one order. One. And the whole reason a crew works is that when the man says get off the floor, everybody gets off the floor, because there’s no time to have a discussion and no way to know who’s right.” Second finger. “You didn’t get off the floor. So Ted couldn’t. Because Ted’s forty-one and he’s got a wife and he’s a better man than either of us, and there is no version of Ted Mawson that sits behind a truck and watches a boy go into that on his own.”</w:t>
      </w:r>
      <w:r w:rsidR="00CD4FD4">
        <w:rPr>
          <w:rFonts w:ascii="Baskerville Old Face" w:hAnsi="Baskerville Old Face"/>
          <w:bCs/>
          <w:sz w:val="28"/>
          <w:szCs w:val="28"/>
        </w:rPr>
        <w:t xml:space="preserve"> </w:t>
      </w:r>
      <w:r w:rsidRPr="00CE758F">
        <w:rPr>
          <w:rFonts w:ascii="Baskerville Old Face" w:hAnsi="Baskerville Old Face"/>
          <w:bCs/>
          <w:sz w:val="28"/>
          <w:szCs w:val="28"/>
        </w:rPr>
        <w:t>The fire ticked.</w:t>
      </w:r>
      <w:r w:rsidR="00CD4FD4">
        <w:rPr>
          <w:rFonts w:ascii="Baskerville Old Face" w:hAnsi="Baskerville Old Face"/>
          <w:bCs/>
          <w:sz w:val="28"/>
          <w:szCs w:val="28"/>
        </w:rPr>
        <w:t xml:space="preserve"> </w:t>
      </w:r>
      <w:r w:rsidRPr="00CE758F">
        <w:rPr>
          <w:rFonts w:ascii="Baskerville Old Face" w:hAnsi="Baskerville Old Face"/>
          <w:bCs/>
          <w:sz w:val="28"/>
          <w:szCs w:val="28"/>
        </w:rPr>
        <w:t xml:space="preserve">“You didn’t burn,” Wally said. “That’s the whole of it. You went in and you came out with your eyebrows off and </w:t>
      </w:r>
      <w:r w:rsidRPr="00CE758F">
        <w:rPr>
          <w:rFonts w:ascii="Baskerville Old Face" w:hAnsi="Baskerville Old Face"/>
          <w:bCs/>
          <w:i/>
          <w:sz w:val="28"/>
          <w:szCs w:val="28"/>
        </w:rPr>
        <w:t>he burned</w:t>
      </w:r>
      <w:r w:rsidRPr="00CE758F">
        <w:rPr>
          <w:rFonts w:ascii="Baskerville Old Face" w:hAnsi="Baskerville Old Face"/>
          <w:bCs/>
          <w:sz w:val="28"/>
          <w:szCs w:val="28"/>
        </w:rPr>
        <w:t>. And on Sunday a man in a clean shirt gave you fifty quid.”</w:t>
      </w:r>
      <w:r w:rsidR="00A87D51">
        <w:rPr>
          <w:rFonts w:ascii="Baskerville Old Face" w:hAnsi="Baskerville Old Face"/>
          <w:bCs/>
          <w:sz w:val="28"/>
          <w:szCs w:val="28"/>
        </w:rPr>
        <w:t xml:space="preserve"> </w:t>
      </w:r>
      <w:r w:rsidRPr="00CE758F">
        <w:rPr>
          <w:rFonts w:ascii="Baskerville Old Face" w:hAnsi="Baskerville Old Face"/>
          <w:bCs/>
          <w:sz w:val="28"/>
          <w:szCs w:val="28"/>
        </w:rPr>
        <w:t>“I’d give it to Ted the morn if he’d take it and you know he’ll no</w:t>
      </w:r>
      <w:r w:rsidR="00A87D51">
        <w:rPr>
          <w:rFonts w:ascii="Baskerville Old Face" w:hAnsi="Baskerville Old Face"/>
          <w:bCs/>
          <w:sz w:val="28"/>
          <w:szCs w:val="28"/>
        </w:rPr>
        <w:t>t</w:t>
      </w:r>
      <w:r w:rsidRPr="00CE758F">
        <w:rPr>
          <w:rFonts w:ascii="Baskerville Old Face" w:hAnsi="Baskerville Old Face"/>
          <w:bCs/>
          <w:sz w:val="28"/>
          <w:szCs w:val="28"/>
        </w:rPr>
        <w:t>’ take it.”</w:t>
      </w:r>
    </w:p>
    <w:p w14:paraId="6E63F63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know he’ll not take it.” Wally’s voice had gone quiet. That was worse. “That’s not the trouble either.”</w:t>
      </w:r>
    </w:p>
    <w:p w14:paraId="6C7F56CE" w14:textId="5E496C8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“Then what’s the bloody trouble?”</w:t>
      </w:r>
      <w:r w:rsidR="00601B0E">
        <w:rPr>
          <w:rFonts w:ascii="Baskerville Old Face" w:hAnsi="Baskerville Old Face"/>
          <w:bCs/>
          <w:sz w:val="28"/>
          <w:szCs w:val="28"/>
        </w:rPr>
        <w:t xml:space="preserve"> </w:t>
      </w:r>
      <w:r w:rsidRPr="00CE758F">
        <w:rPr>
          <w:rFonts w:ascii="Baskerville Old Face" w:hAnsi="Baskerville Old Face"/>
          <w:bCs/>
          <w:sz w:val="28"/>
          <w:szCs w:val="28"/>
        </w:rPr>
        <w:t>Wally looked at him across the drum for a long moment.</w:t>
      </w:r>
      <w:r w:rsidR="00601B0E">
        <w:rPr>
          <w:rFonts w:ascii="Baskerville Old Face" w:hAnsi="Baskerville Old Face"/>
          <w:bCs/>
          <w:sz w:val="28"/>
          <w:szCs w:val="28"/>
        </w:rPr>
        <w:t xml:space="preserve"> </w:t>
      </w:r>
      <w:r w:rsidRPr="00CE758F">
        <w:rPr>
          <w:rFonts w:ascii="Baskerville Old Face" w:hAnsi="Baskerville Old Face"/>
          <w:bCs/>
          <w:sz w:val="28"/>
          <w:szCs w:val="28"/>
        </w:rPr>
        <w:t>“The trouble,” he said, “is that you were right.”</w:t>
      </w:r>
      <w:r w:rsidR="00601B0E">
        <w:rPr>
          <w:rFonts w:ascii="Baskerville Old Face" w:hAnsi="Baskerville Old Face"/>
          <w:bCs/>
          <w:sz w:val="28"/>
          <w:szCs w:val="28"/>
        </w:rPr>
        <w:t xml:space="preserve"> </w:t>
      </w:r>
      <w:r w:rsidRPr="00CE758F">
        <w:rPr>
          <w:rFonts w:ascii="Baskerville Old Face" w:hAnsi="Baskerville Old Face"/>
          <w:bCs/>
          <w:sz w:val="28"/>
          <w:szCs w:val="28"/>
        </w:rPr>
        <w:t>He let that sit where it fell, and did not help him with it.</w:t>
      </w:r>
      <w:r w:rsidR="00A87D51">
        <w:rPr>
          <w:rFonts w:ascii="Baskerville Old Face" w:hAnsi="Baskerville Old Face"/>
          <w:bCs/>
          <w:sz w:val="28"/>
          <w:szCs w:val="28"/>
        </w:rPr>
        <w:t xml:space="preserve"> </w:t>
      </w:r>
      <w:r w:rsidRPr="00CE758F">
        <w:rPr>
          <w:rFonts w:ascii="Baskerville Old Face" w:hAnsi="Baskerville Old Face"/>
          <w:bCs/>
          <w:sz w:val="28"/>
          <w:szCs w:val="28"/>
        </w:rPr>
        <w:t>“What were you thinking,” he said, “when you went to the water drum? Not on your knees. Not after. When you put your head in the barrel.”</w:t>
      </w:r>
    </w:p>
    <w:p w14:paraId="6C320AF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thought I could shut it.”</w:t>
      </w:r>
    </w:p>
    <w:p w14:paraId="42CDCF95" w14:textId="15DEC10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the second thing you thought.” He had not raised his voice at all. “What was the first?”</w:t>
      </w:r>
      <w:r w:rsidR="00A87D51">
        <w:rPr>
          <w:rFonts w:ascii="Baskerville Old Face" w:hAnsi="Baskerville Old Face"/>
          <w:bCs/>
          <w:sz w:val="28"/>
          <w:szCs w:val="28"/>
        </w:rPr>
        <w:t xml:space="preserve"> </w:t>
      </w:r>
      <w:r w:rsidRPr="00CE758F">
        <w:rPr>
          <w:rFonts w:ascii="Baskerville Old Face" w:hAnsi="Baskerville Old Face"/>
          <w:bCs/>
          <w:sz w:val="28"/>
          <w:szCs w:val="28"/>
        </w:rPr>
        <w:t>And Finian, who was eighteen, and who had been raised by a man that could not lie and had not yet finished teaching himself how, heard his own mouth say:</w:t>
      </w:r>
      <w:r w:rsidR="00FA4BE4">
        <w:rPr>
          <w:rFonts w:ascii="Baskerville Old Face" w:hAnsi="Baskerville Old Face"/>
          <w:bCs/>
          <w:sz w:val="28"/>
          <w:szCs w:val="28"/>
        </w:rPr>
        <w:t xml:space="preserve"> </w:t>
      </w:r>
      <w:r w:rsidRPr="00CE758F">
        <w:rPr>
          <w:rFonts w:ascii="Baskerville Old Face" w:hAnsi="Baskerville Old Face"/>
          <w:bCs/>
          <w:sz w:val="28"/>
          <w:szCs w:val="28"/>
        </w:rPr>
        <w:t>“The rig.”</w:t>
      </w:r>
    </w:p>
    <w:p w14:paraId="64D09DF9" w14:textId="304E452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Wally.</w:t>
      </w:r>
      <w:r w:rsidR="00FA4BE4">
        <w:rPr>
          <w:rFonts w:ascii="Baskerville Old Face" w:hAnsi="Baskerville Old Face"/>
          <w:bCs/>
          <w:sz w:val="28"/>
          <w:szCs w:val="28"/>
        </w:rPr>
        <w:t xml:space="preserve"> </w:t>
      </w:r>
      <w:r w:rsidRPr="00CE758F">
        <w:rPr>
          <w:rFonts w:ascii="Baskerville Old Face" w:hAnsi="Baskerville Old Face"/>
          <w:bCs/>
          <w:sz w:val="28"/>
          <w:szCs w:val="28"/>
        </w:rPr>
        <w:t>That was all of it. He did not say that it was a bad answer and he did not say that it was a good one. He sat with the stick in the coals and the fire going down in front of him, and the not-saying went on so long that Finian began, in a kind of quiet panic, to put things after his own answer — that it was Doheny’s living, that it was the season, that it was three men’s wages and the cook’s</w:t>
      </w:r>
      <w:r w:rsidR="00FA4BE4">
        <w:rPr>
          <w:rFonts w:ascii="Baskerville Old Face" w:hAnsi="Baskerville Old Face"/>
          <w:bCs/>
          <w:sz w:val="28"/>
          <w:szCs w:val="28"/>
        </w:rPr>
        <w:t xml:space="preserve">, </w:t>
      </w:r>
      <w:r w:rsidRPr="00CE758F">
        <w:rPr>
          <w:rFonts w:ascii="Baskerville Old Face" w:hAnsi="Baskerville Old Face"/>
          <w:bCs/>
          <w:sz w:val="28"/>
          <w:szCs w:val="28"/>
        </w:rPr>
        <w:t>and heard each one go out into the dark and land nowhere, and stopped.</w:t>
      </w:r>
      <w:r w:rsidR="00FA4BE4">
        <w:rPr>
          <w:rFonts w:ascii="Baskerville Old Face" w:hAnsi="Baskerville Old Face"/>
          <w:bCs/>
          <w:sz w:val="28"/>
          <w:szCs w:val="28"/>
        </w:rPr>
        <w:t xml:space="preserve"> </w:t>
      </w:r>
      <w:r w:rsidRPr="00CE758F">
        <w:rPr>
          <w:rFonts w:ascii="Baskerville Old Face" w:hAnsi="Baskerville Old Face"/>
          <w:bCs/>
          <w:sz w:val="28"/>
          <w:szCs w:val="28"/>
        </w:rPr>
        <w:t>Wally tipped the dregs of his tea into the fire and it hissed.</w:t>
      </w:r>
      <w:r w:rsidR="00FA4BE4">
        <w:rPr>
          <w:rFonts w:ascii="Baskerville Old Face" w:hAnsi="Baskerville Old Face"/>
          <w:bCs/>
          <w:sz w:val="28"/>
          <w:szCs w:val="28"/>
        </w:rPr>
        <w:t xml:space="preserve"> </w:t>
      </w:r>
      <w:r w:rsidRPr="00CE758F">
        <w:rPr>
          <w:rFonts w:ascii="Baskerville Old Face" w:hAnsi="Baskerville Old Face"/>
          <w:bCs/>
          <w:sz w:val="28"/>
          <w:szCs w:val="28"/>
        </w:rPr>
        <w:t>“Keep count,” he said.</w:t>
      </w:r>
    </w:p>
    <w:p w14:paraId="16878906" w14:textId="5B6A581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“Count of what?”</w:t>
      </w:r>
      <w:r w:rsidR="00FA4BE4">
        <w:rPr>
          <w:rFonts w:ascii="Baskerville Old Face" w:hAnsi="Baskerville Old Face"/>
          <w:bCs/>
          <w:sz w:val="28"/>
          <w:szCs w:val="28"/>
        </w:rPr>
        <w:t xml:space="preserve"> </w:t>
      </w:r>
      <w:r w:rsidRPr="00CE758F">
        <w:rPr>
          <w:rFonts w:ascii="Baskerville Old Face" w:hAnsi="Baskerville Old Face"/>
          <w:bCs/>
          <w:sz w:val="28"/>
          <w:szCs w:val="28"/>
        </w:rPr>
        <w:t>But he was getting up by then, in the manner of a man who has said the thing he came out to say and has found, on hearing it aloud, that it is a great deal smaller than it was inside him, and who is not going to have another go at it in front of a boy. He knocked the stick against the rim of the drum to clean it, and dropped it in, and went off to the caravan. The door went.</w:t>
      </w:r>
      <w:r w:rsidR="00FA4BE4">
        <w:rPr>
          <w:rFonts w:ascii="Baskerville Old Face" w:hAnsi="Baskerville Old Face"/>
          <w:bCs/>
          <w:sz w:val="28"/>
          <w:szCs w:val="28"/>
        </w:rPr>
        <w:t xml:space="preserve"> </w:t>
      </w:r>
      <w:r w:rsidRPr="00CE758F">
        <w:rPr>
          <w:rFonts w:ascii="Baskerville Old Face" w:hAnsi="Baskerville Old Face"/>
          <w:bCs/>
          <w:sz w:val="28"/>
          <w:szCs w:val="28"/>
        </w:rPr>
        <w:t>Finian sat on at the fire with fifty pounds in his shirt pocket.</w:t>
      </w:r>
      <w:r w:rsidR="00FA4BE4">
        <w:rPr>
          <w:rFonts w:ascii="Baskerville Old Face" w:hAnsi="Baskerville Old Face"/>
          <w:bCs/>
          <w:sz w:val="28"/>
          <w:szCs w:val="28"/>
        </w:rPr>
        <w:t xml:space="preserve"> </w:t>
      </w:r>
      <w:r w:rsidRPr="00CE758F">
        <w:rPr>
          <w:rFonts w:ascii="Baskerville Old Face" w:hAnsi="Baskerville Old Face"/>
          <w:bCs/>
          <w:sz w:val="28"/>
          <w:szCs w:val="28"/>
        </w:rPr>
        <w:t>It was a good while before he understood why two words should have gone through him like that, and he never got the whole way to it</w:t>
      </w:r>
      <w:r w:rsidR="00FA4BE4">
        <w:rPr>
          <w:rFonts w:ascii="Baskerville Old Face" w:hAnsi="Baskerville Old Face"/>
          <w:bCs/>
          <w:sz w:val="28"/>
          <w:szCs w:val="28"/>
        </w:rPr>
        <w:t xml:space="preserve">, </w:t>
      </w:r>
      <w:r w:rsidRPr="00CE758F">
        <w:rPr>
          <w:rFonts w:ascii="Baskerville Old Face" w:hAnsi="Baskerville Old Face"/>
          <w:bCs/>
          <w:sz w:val="28"/>
          <w:szCs w:val="28"/>
        </w:rPr>
        <w:t>he got as far as a kitchen in Edinburgh with the light gone blue in the window, and his father’s hands laid flat on the oilcloth, and the shape of a sentence he could no longer remember the whole of, only that it had been said to him kindly and that he had not liked it.</w:t>
      </w:r>
      <w:r w:rsidR="00FA4BE4">
        <w:rPr>
          <w:rFonts w:ascii="Baskerville Old Face" w:hAnsi="Baskerville Old Face"/>
          <w:bCs/>
          <w:sz w:val="28"/>
          <w:szCs w:val="28"/>
        </w:rPr>
        <w:t xml:space="preserve"> </w:t>
      </w:r>
      <w:r w:rsidRPr="00CE758F">
        <w:rPr>
          <w:rFonts w:ascii="Baskerville Old Face" w:hAnsi="Baskerville Old Face"/>
          <w:bCs/>
          <w:sz w:val="28"/>
          <w:szCs w:val="28"/>
        </w:rPr>
        <w:t>He put it away from him. He was angry for the rest of that night in a low, unassignable way, at nobody he could name, and in the morning it had gone.</w:t>
      </w:r>
      <w:r w:rsidR="00FA4BE4">
        <w:rPr>
          <w:rFonts w:ascii="Baskerville Old Face" w:hAnsi="Baskerville Old Face"/>
          <w:bCs/>
          <w:sz w:val="28"/>
          <w:szCs w:val="28"/>
        </w:rPr>
        <w:t xml:space="preserve"> </w:t>
      </w:r>
      <w:r w:rsidRPr="00CE758F">
        <w:rPr>
          <w:rFonts w:ascii="Baskerville Old Face" w:hAnsi="Baskerville Old Face"/>
          <w:bCs/>
          <w:sz w:val="28"/>
          <w:szCs w:val="28"/>
        </w:rPr>
        <w:t>He wrote to Ellie on the Monday.</w:t>
      </w:r>
      <w:r w:rsidR="00FA4BE4">
        <w:rPr>
          <w:rFonts w:ascii="Baskerville Old Face" w:hAnsi="Baskerville Old Face"/>
          <w:bCs/>
          <w:sz w:val="28"/>
          <w:szCs w:val="28"/>
        </w:rPr>
        <w:t xml:space="preserve"> </w:t>
      </w:r>
      <w:r w:rsidRPr="00CE758F">
        <w:rPr>
          <w:rFonts w:ascii="Baskerville Old Face" w:hAnsi="Baskerville Old Face"/>
          <w:bCs/>
          <w:sz w:val="28"/>
          <w:szCs w:val="28"/>
        </w:rPr>
        <w:t>He wrote it properly. He had the pad on his knee and the hurricane lamp on the step beside him and he wrote four pages, and they were the best pages he ever wrote to her, though she never read them.</w:t>
      </w:r>
    </w:p>
    <w:p w14:paraId="68A064A6" w14:textId="4BD6B4E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told her about the sound, that it was not a roar but a hiss. He told her about the eight paces and about going down on his knees. He told her that he had been more frightened than he had known a person could be and still keep doing things. He told her about Ted’s arms, and about Dot in the corridor, and about Wally at the fire drum, and he wrote</w:t>
      </w:r>
      <w:r w:rsidR="00F216AB">
        <w:rPr>
          <w:rFonts w:ascii="Baskerville Old Face" w:hAnsi="Baskerville Old Face"/>
          <w:bCs/>
          <w:sz w:val="28"/>
          <w:szCs w:val="28"/>
        </w:rPr>
        <w:t xml:space="preserve">, </w:t>
      </w:r>
      <w:r w:rsidRPr="00CE758F">
        <w:rPr>
          <w:rFonts w:ascii="Baskerville Old Face" w:hAnsi="Baskerville Old Face"/>
          <w:bCs/>
          <w:sz w:val="28"/>
          <w:szCs w:val="28"/>
        </w:rPr>
        <w:t>and it took him three attempts to get the sentence out</w:t>
      </w:r>
      <w:r w:rsidR="00F216AB">
        <w:rPr>
          <w:rFonts w:ascii="Baskerville Old Face" w:hAnsi="Baskerville Old Face"/>
          <w:bCs/>
          <w:sz w:val="28"/>
          <w:szCs w:val="28"/>
        </w:rPr>
        <w:t>,</w:t>
      </w:r>
      <w:r w:rsidRPr="00CE758F">
        <w:rPr>
          <w:rFonts w:ascii="Baskerville Old Face" w:hAnsi="Baskerville Old Face"/>
          <w:bCs/>
          <w:sz w:val="28"/>
          <w:szCs w:val="28"/>
        </w:rPr>
        <w:t xml:space="preserve"> </w:t>
      </w:r>
      <w:r w:rsidRPr="00CE758F">
        <w:rPr>
          <w:rFonts w:ascii="Baskerville Old Face" w:hAnsi="Baskerville Old Face"/>
          <w:bCs/>
          <w:i/>
          <w:sz w:val="28"/>
          <w:szCs w:val="28"/>
        </w:rPr>
        <w:t>Wally is right and I have not been able to look at him since Friday.</w:t>
      </w:r>
    </w:p>
    <w:p w14:paraId="0BC248F2" w14:textId="306848B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he read it back.</w:t>
      </w:r>
      <w:r w:rsidR="00F216AB">
        <w:rPr>
          <w:rFonts w:ascii="Baskerville Old Face" w:hAnsi="Baskerville Old Face"/>
          <w:bCs/>
          <w:sz w:val="28"/>
          <w:szCs w:val="28"/>
        </w:rPr>
        <w:t xml:space="preserve"> </w:t>
      </w:r>
      <w:r w:rsidRPr="00CE758F">
        <w:rPr>
          <w:rFonts w:ascii="Baskerville Old Face" w:hAnsi="Baskerville Old Face"/>
          <w:bCs/>
          <w:sz w:val="28"/>
          <w:szCs w:val="28"/>
        </w:rPr>
        <w:t xml:space="preserve">He sat with the four pages on his knee and read it the way she would read it, in the office at Duncan’s in the Grassmarket on her lunch, with her tea going cold, eleven thousand miles away and unable to do a single thing about any of it. He got to </w:t>
      </w:r>
      <w:r w:rsidRPr="00CE758F">
        <w:rPr>
          <w:rFonts w:ascii="Baskerville Old Face" w:hAnsi="Baskerville Old Face"/>
          <w:bCs/>
          <w:i/>
          <w:sz w:val="28"/>
          <w:szCs w:val="28"/>
        </w:rPr>
        <w:t>he burned</w:t>
      </w:r>
      <w:r w:rsidRPr="00CE758F">
        <w:rPr>
          <w:rFonts w:ascii="Baskerville Old Face" w:hAnsi="Baskerville Old Face"/>
          <w:bCs/>
          <w:sz w:val="28"/>
          <w:szCs w:val="28"/>
        </w:rPr>
        <w:t xml:space="preserve"> and he saw her face.</w:t>
      </w:r>
      <w:r w:rsidR="00F216AB">
        <w:rPr>
          <w:rFonts w:ascii="Baskerville Old Face" w:hAnsi="Baskerville Old Face"/>
          <w:bCs/>
          <w:sz w:val="28"/>
          <w:szCs w:val="28"/>
        </w:rPr>
        <w:t xml:space="preserve"> </w:t>
      </w:r>
      <w:r w:rsidRPr="00CE758F">
        <w:rPr>
          <w:rFonts w:ascii="Baskerville Old Face" w:hAnsi="Baskerville Old Face"/>
          <w:bCs/>
          <w:sz w:val="28"/>
          <w:szCs w:val="28"/>
        </w:rPr>
        <w:t>He would think, ever afterwards, that this was the reason. That he tore it up out of kindness, so as not to frighten her.</w:t>
      </w:r>
      <w:r w:rsidR="00F216AB">
        <w:rPr>
          <w:rFonts w:ascii="Baskerville Old Face" w:hAnsi="Baskerville Old Face"/>
          <w:bCs/>
          <w:sz w:val="28"/>
          <w:szCs w:val="28"/>
        </w:rPr>
        <w:t xml:space="preserve"> </w:t>
      </w:r>
      <w:r w:rsidRPr="00CE758F">
        <w:rPr>
          <w:rFonts w:ascii="Baskerville Old Face" w:hAnsi="Baskerville Old Face"/>
          <w:bCs/>
          <w:sz w:val="28"/>
          <w:szCs w:val="28"/>
        </w:rPr>
        <w:t>He tore the first page across, and the second, and the third.</w:t>
      </w:r>
      <w:r w:rsidR="00F216AB">
        <w:rPr>
          <w:rFonts w:ascii="Baskerville Old Face" w:hAnsi="Baskerville Old Face"/>
          <w:bCs/>
          <w:sz w:val="28"/>
          <w:szCs w:val="28"/>
        </w:rPr>
        <w:t xml:space="preserve"> </w:t>
      </w:r>
      <w:r w:rsidRPr="00CE758F">
        <w:rPr>
          <w:rFonts w:ascii="Baskerville Old Face" w:hAnsi="Baskerville Old Face"/>
          <w:bCs/>
          <w:sz w:val="28"/>
          <w:szCs w:val="28"/>
        </w:rPr>
        <w:t>He had the fourth in his hands and he did not tear it.</w:t>
      </w:r>
    </w:p>
    <w:p w14:paraId="239CF2E5" w14:textId="71497E6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could not have said why not, then or later. It was the page with Wally on it. It had the sentence about not being able to look at him near the bottom, in handwriting that had got smaller towards the end of the line, the way a man’s does when he is trying to get something past himself and onto the </w:t>
      </w:r>
      <w:r w:rsidRPr="00CE758F">
        <w:rPr>
          <w:rFonts w:ascii="Baskerville Old Face" w:hAnsi="Baskerville Old Face"/>
          <w:bCs/>
          <w:sz w:val="28"/>
          <w:szCs w:val="28"/>
        </w:rPr>
        <w:lastRenderedPageBreak/>
        <w:t>paper before he can stop it.</w:t>
      </w:r>
      <w:r w:rsidR="007206FB">
        <w:rPr>
          <w:rFonts w:ascii="Baskerville Old Face" w:hAnsi="Baskerville Old Face"/>
          <w:bCs/>
          <w:sz w:val="28"/>
          <w:szCs w:val="28"/>
        </w:rPr>
        <w:t xml:space="preserve"> </w:t>
      </w:r>
      <w:r w:rsidRPr="00CE758F">
        <w:rPr>
          <w:rFonts w:ascii="Baskerville Old Face" w:hAnsi="Baskerville Old Face"/>
          <w:bCs/>
          <w:sz w:val="28"/>
          <w:szCs w:val="28"/>
        </w:rPr>
        <w:t>He folded it in four. He got the Player’s tin out of his kit and put it in</w:t>
      </w:r>
      <w:r w:rsidR="007206FB">
        <w:rPr>
          <w:rFonts w:ascii="Baskerville Old Face" w:hAnsi="Baskerville Old Face"/>
          <w:bCs/>
          <w:sz w:val="28"/>
          <w:szCs w:val="28"/>
        </w:rPr>
        <w:t xml:space="preserve">, </w:t>
      </w:r>
      <w:r w:rsidRPr="00CE758F">
        <w:rPr>
          <w:rFonts w:ascii="Baskerville Old Face" w:hAnsi="Baskerville Old Face"/>
          <w:bCs/>
          <w:sz w:val="28"/>
          <w:szCs w:val="28"/>
        </w:rPr>
        <w:t xml:space="preserve"> in with the photograph of Snowy Hale grinning outside a shed at Rockhampton Downs, and the folded page out of the atlas with the pencil crosses on it and the words </w:t>
      </w:r>
      <w:r w:rsidRPr="00CE758F">
        <w:rPr>
          <w:rFonts w:ascii="Baskerville Old Face" w:hAnsi="Baskerville Old Face"/>
          <w:bCs/>
          <w:i/>
          <w:sz w:val="28"/>
          <w:szCs w:val="28"/>
        </w:rPr>
        <w:t>water here</w:t>
      </w:r>
      <w:r w:rsidR="007206FB">
        <w:rPr>
          <w:rFonts w:ascii="Baskerville Old Face" w:hAnsi="Baskerville Old Face"/>
          <w:bCs/>
          <w:sz w:val="28"/>
          <w:szCs w:val="28"/>
        </w:rPr>
        <w:t>,</w:t>
      </w:r>
      <w:r w:rsidRPr="00CE758F">
        <w:rPr>
          <w:rFonts w:ascii="Baskerville Old Face" w:hAnsi="Baskerville Old Face"/>
          <w:bCs/>
          <w:sz w:val="28"/>
          <w:szCs w:val="28"/>
        </w:rPr>
        <w:t xml:space="preserve"> and put the lid on, and pressed it down with his thumbs.</w:t>
      </w:r>
      <w:r w:rsidR="007206FB">
        <w:rPr>
          <w:rFonts w:ascii="Baskerville Old Face" w:hAnsi="Baskerville Old Face"/>
          <w:bCs/>
          <w:sz w:val="28"/>
          <w:szCs w:val="28"/>
        </w:rPr>
        <w:t xml:space="preserve"> </w:t>
      </w:r>
      <w:r w:rsidRPr="00CE758F">
        <w:rPr>
          <w:rFonts w:ascii="Baskerville Old Face" w:hAnsi="Baskerville Old Face"/>
          <w:bCs/>
          <w:sz w:val="28"/>
          <w:szCs w:val="28"/>
        </w:rPr>
        <w:t xml:space="preserve">Then he wrote the other one, and the other one was two pages, and in the other one there was a hot bore at Corella Downs that came in at two thousand gallons an hour, and a young man who went in and shut it off with wet bags round his arms, and a boss from Alice Springs who put fifty pounds in his hand and called him </w:t>
      </w:r>
      <w:r w:rsidRPr="00CE758F">
        <w:rPr>
          <w:rFonts w:ascii="Baskerville Old Face" w:hAnsi="Baskerville Old Face"/>
          <w:bCs/>
          <w:i/>
          <w:sz w:val="28"/>
          <w:szCs w:val="28"/>
        </w:rPr>
        <w:t>my Scotchman</w:t>
      </w:r>
      <w:r w:rsidRPr="00CE758F">
        <w:rPr>
          <w:rFonts w:ascii="Baskerville Old Face" w:hAnsi="Baskerville Old Face"/>
          <w:bCs/>
          <w:sz w:val="28"/>
          <w:szCs w:val="28"/>
        </w:rPr>
        <w:t>, and a great sheet of water lying out on the black soil flats with the sun going down in it.</w:t>
      </w:r>
      <w:r w:rsidR="007206FB">
        <w:rPr>
          <w:rFonts w:ascii="Baskerville Old Face" w:hAnsi="Baskerville Old Face"/>
          <w:bCs/>
          <w:sz w:val="28"/>
          <w:szCs w:val="28"/>
        </w:rPr>
        <w:t xml:space="preserve"> </w:t>
      </w:r>
      <w:r w:rsidRPr="00CE758F">
        <w:rPr>
          <w:rFonts w:ascii="Baskerville Old Face" w:hAnsi="Baskerville Old Face"/>
          <w:bCs/>
          <w:sz w:val="28"/>
          <w:szCs w:val="28"/>
        </w:rPr>
        <w:t>There was no Ted in the second letter. There was no fire drum in it either.</w:t>
      </w:r>
    </w:p>
    <w:p w14:paraId="571F132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£191 now,</w:t>
      </w:r>
      <w:r w:rsidRPr="00CE758F">
        <w:rPr>
          <w:rFonts w:ascii="Baskerville Old Face" w:hAnsi="Baskerville Old Face"/>
          <w:bCs/>
          <w:sz w:val="28"/>
          <w:szCs w:val="28"/>
        </w:rPr>
        <w:t xml:space="preserve"> he wrote at the bottom. </w:t>
      </w:r>
      <w:r w:rsidRPr="00CE758F">
        <w:rPr>
          <w:rFonts w:ascii="Baskerville Old Face" w:hAnsi="Baskerville Old Face"/>
          <w:bCs/>
          <w:i/>
          <w:sz w:val="28"/>
          <w:szCs w:val="28"/>
        </w:rPr>
        <w:t>Nineteen to go and then the fare and then you’ll not get rid of me. Tell your mother I have a job with prospects. Tell my father I found the country. Tell him it’s exactly as good as he said it was.</w:t>
      </w:r>
    </w:p>
    <w:p w14:paraId="43DAA0E3" w14:textId="2EC5E76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put the three torn pages in the fire drum and stood and watched them until they were nothing.</w:t>
      </w:r>
      <w:r w:rsidR="00F022CE">
        <w:rPr>
          <w:rFonts w:ascii="Baskerville Old Face" w:hAnsi="Baskerville Old Face"/>
          <w:bCs/>
          <w:sz w:val="28"/>
          <w:szCs w:val="28"/>
        </w:rPr>
        <w:t xml:space="preserve"> </w:t>
      </w:r>
      <w:r w:rsidRPr="00CE758F">
        <w:rPr>
          <w:rFonts w:ascii="Baskerville Old Face" w:hAnsi="Baskerville Old Face"/>
          <w:bCs/>
          <w:sz w:val="28"/>
          <w:szCs w:val="28"/>
        </w:rPr>
        <w:t>The fourth stayed in the tin.</w:t>
      </w:r>
    </w:p>
    <w:p w14:paraId="5AC489B2" w14:textId="6C1117E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 was in the tin at Ti Tree, and in the tin in the Devon Cream house at the Gap end of town, and in the tin in the safe at Kavanagh’s Keep behind the deeds and the insurance policies and the certificate from Darwin with two names on it, for thirty-one years. He never took it out and read it. He never threw it away.</w:t>
      </w:r>
      <w:r w:rsidR="00F022CE">
        <w:rPr>
          <w:rFonts w:ascii="Baskerville Old Face" w:hAnsi="Baskerville Old Face"/>
          <w:bCs/>
          <w:sz w:val="28"/>
          <w:szCs w:val="28"/>
        </w:rPr>
        <w:t xml:space="preserve"> </w:t>
      </w:r>
      <w:r w:rsidRPr="00CE758F">
        <w:rPr>
          <w:rFonts w:ascii="Baskerville Old Face" w:hAnsi="Baskerville Old Face"/>
          <w:bCs/>
          <w:sz w:val="28"/>
          <w:szCs w:val="28"/>
        </w:rPr>
        <w:t>And when at last it was read aloud to him, in a room with no walls, in his own voice, by a woman with no body, the thing that took his legs from under him was not the words. He knew the words. It was that he had carried them the whole way himself, in his father’s tin, and had never once been able to say what for.</w:t>
      </w:r>
      <w:r w:rsidR="00F022CE">
        <w:rPr>
          <w:rFonts w:ascii="Baskerville Old Face" w:hAnsi="Baskerville Old Face"/>
          <w:bCs/>
          <w:sz w:val="28"/>
          <w:szCs w:val="28"/>
        </w:rPr>
        <w:t xml:space="preserve"> </w:t>
      </w:r>
      <w:r w:rsidRPr="00CE758F">
        <w:rPr>
          <w:rFonts w:ascii="Baskerville Old Face" w:hAnsi="Baskerville Old Face"/>
          <w:bCs/>
          <w:sz w:val="28"/>
          <w:szCs w:val="28"/>
        </w:rPr>
        <w:t>The arithmetic he did on the back of the envelope, and it took him about ninety seconds, and it changed his life.</w:t>
      </w:r>
      <w:r w:rsidR="00F022CE">
        <w:rPr>
          <w:rFonts w:ascii="Baskerville Old Face" w:hAnsi="Baskerville Old Face"/>
          <w:bCs/>
          <w:sz w:val="28"/>
          <w:szCs w:val="28"/>
        </w:rPr>
        <w:t xml:space="preserve"> </w:t>
      </w:r>
      <w:r w:rsidRPr="00CE758F">
        <w:rPr>
          <w:rFonts w:ascii="Baskerville Old Face" w:hAnsi="Baskerville Old Face"/>
          <w:bCs/>
          <w:sz w:val="28"/>
          <w:szCs w:val="28"/>
        </w:rPr>
        <w:t>Eleven hundred pounds a hole. Say ten days a hole with the moves. Say twenty-eight holes in a good year, less the wet. Thirty thousand pounds a year gross, near enough. Take off fuel, take off casing and cement, take off the four wages</w:t>
      </w:r>
      <w:r w:rsidR="00260155">
        <w:rPr>
          <w:rFonts w:ascii="Baskerville Old Face" w:hAnsi="Baskerville Old Face"/>
          <w:bCs/>
          <w:sz w:val="28"/>
          <w:szCs w:val="28"/>
        </w:rPr>
        <w:t xml:space="preserve">, </w:t>
      </w:r>
      <w:r w:rsidRPr="00CE758F">
        <w:rPr>
          <w:rFonts w:ascii="Baskerville Old Face" w:hAnsi="Baskerville Old Face"/>
          <w:bCs/>
          <w:sz w:val="28"/>
          <w:szCs w:val="28"/>
        </w:rPr>
        <w:t>Wally’s twenty-eight, Ted’s twenty-four, his own twenty-two, the cook’s fourteen</w:t>
      </w:r>
      <w:r w:rsidR="00260155">
        <w:rPr>
          <w:rFonts w:ascii="Baskerville Old Face" w:hAnsi="Baskerville Old Face"/>
          <w:bCs/>
          <w:sz w:val="28"/>
          <w:szCs w:val="28"/>
        </w:rPr>
        <w:t xml:space="preserve">, </w:t>
      </w:r>
      <w:r w:rsidRPr="00CE758F">
        <w:rPr>
          <w:rFonts w:ascii="Baskerville Old Face" w:hAnsi="Baskerville Old Face"/>
          <w:bCs/>
          <w:sz w:val="28"/>
          <w:szCs w:val="28"/>
        </w:rPr>
        <w:t>take off the truck, take off Doheny’s office and Doheny’s telephone and Doheny’s cold beer.</w:t>
      </w:r>
      <w:r w:rsidR="00260155">
        <w:rPr>
          <w:rFonts w:ascii="Baskerville Old Face" w:hAnsi="Baskerville Old Face"/>
          <w:bCs/>
          <w:sz w:val="28"/>
          <w:szCs w:val="28"/>
        </w:rPr>
        <w:t xml:space="preserve"> </w:t>
      </w:r>
      <w:r w:rsidRPr="00CE758F">
        <w:rPr>
          <w:rFonts w:ascii="Baskerville Old Face" w:hAnsi="Baskerville Old Face"/>
          <w:bCs/>
          <w:sz w:val="28"/>
          <w:szCs w:val="28"/>
        </w:rPr>
        <w:t>He worked it three times because he could not believe it the first two.</w:t>
      </w:r>
    </w:p>
    <w:p w14:paraId="3437A8F5" w14:textId="3673ECB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men who did it took out about four thousand between the four of them. The man who owned the plant took out the rest.</w:t>
      </w:r>
      <w:r w:rsidR="00260155">
        <w:rPr>
          <w:rFonts w:ascii="Baskerville Old Face" w:hAnsi="Baskerville Old Face"/>
          <w:bCs/>
          <w:sz w:val="28"/>
          <w:szCs w:val="28"/>
        </w:rPr>
        <w:t xml:space="preserve"> </w:t>
      </w:r>
      <w:r w:rsidRPr="00CE758F">
        <w:rPr>
          <w:rFonts w:ascii="Baskerville Old Face" w:hAnsi="Baskerville Old Face"/>
          <w:bCs/>
          <w:sz w:val="28"/>
          <w:szCs w:val="28"/>
        </w:rPr>
        <w:t>Finian sat looking at the numbers in the lamplight, and it was not greed that he felt, and he would have been on firmer ground later if it had been. What he felt was the specific, clean, electrical outrage of a boy who has just discovered that a door he assumed was locked has been standing open his whole life and nobody thought to mention it.</w:t>
      </w:r>
      <w:r w:rsidR="00260155">
        <w:rPr>
          <w:rFonts w:ascii="Baskerville Old Face" w:hAnsi="Baskerville Old Face"/>
          <w:bCs/>
          <w:sz w:val="28"/>
          <w:szCs w:val="28"/>
        </w:rPr>
        <w:t xml:space="preserve"> </w:t>
      </w:r>
      <w:r w:rsidRPr="00CE758F">
        <w:rPr>
          <w:rFonts w:ascii="Baskerville Old Face" w:hAnsi="Baskerville Old Face"/>
          <w:bCs/>
          <w:sz w:val="28"/>
          <w:szCs w:val="28"/>
        </w:rPr>
        <w:t xml:space="preserve">A rig cost nine thousand pounds. A used one, </w:t>
      </w:r>
      <w:r w:rsidR="00B536ED">
        <w:rPr>
          <w:rFonts w:ascii="Baskerville Old Face" w:hAnsi="Baskerville Old Face"/>
          <w:bCs/>
          <w:sz w:val="28"/>
          <w:szCs w:val="28"/>
        </w:rPr>
        <w:t>from</w:t>
      </w:r>
      <w:r w:rsidRPr="00CE758F">
        <w:rPr>
          <w:rFonts w:ascii="Baskerville Old Face" w:hAnsi="Baskerville Old Face"/>
          <w:bCs/>
          <w:sz w:val="28"/>
          <w:szCs w:val="28"/>
        </w:rPr>
        <w:t xml:space="preserve"> a </w:t>
      </w:r>
      <w:r w:rsidRPr="00B536ED">
        <w:rPr>
          <w:rFonts w:ascii="Baskerville Old Face" w:hAnsi="Baskerville Old Face"/>
          <w:bCs/>
          <w:i/>
          <w:iCs/>
          <w:sz w:val="28"/>
          <w:szCs w:val="28"/>
        </w:rPr>
        <w:t>bankrupt</w:t>
      </w:r>
      <w:r w:rsidRPr="00CE758F">
        <w:rPr>
          <w:rFonts w:ascii="Baskerville Old Face" w:hAnsi="Baskerville Old Face"/>
          <w:bCs/>
          <w:sz w:val="28"/>
          <w:szCs w:val="28"/>
        </w:rPr>
        <w:t xml:space="preserve"> in Queensland, three and a half.</w:t>
      </w:r>
      <w:r w:rsidR="00B536ED">
        <w:rPr>
          <w:rFonts w:ascii="Baskerville Old Face" w:hAnsi="Baskerville Old Face"/>
          <w:bCs/>
          <w:sz w:val="28"/>
          <w:szCs w:val="28"/>
        </w:rPr>
        <w:t xml:space="preserve"> </w:t>
      </w:r>
      <w:r w:rsidRPr="00CE758F">
        <w:rPr>
          <w:rFonts w:ascii="Baskerville Old Face" w:hAnsi="Baskerville Old Face"/>
          <w:bCs/>
          <w:sz w:val="28"/>
          <w:szCs w:val="28"/>
        </w:rPr>
        <w:t>He wrote it on the back of the envelope and looked at it a while and then went and got another envelope, because that one had Ellie’s address on it.</w:t>
      </w:r>
    </w:p>
    <w:p w14:paraId="5659855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Three and a half thousand,</w:t>
      </w:r>
      <w:r w:rsidRPr="00CE758F">
        <w:rPr>
          <w:rFonts w:ascii="Baskerville Old Face" w:hAnsi="Baskerville Old Face"/>
          <w:bCs/>
          <w:sz w:val="28"/>
          <w:szCs w:val="28"/>
        </w:rPr>
        <w:t xml:space="preserve"> he wrote.</w:t>
      </w:r>
    </w:p>
    <w:p w14:paraId="435E09C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then, underneath, because he was eighteen and alone at a fire drum in the middle of Australia with fifty pounds in his shirt and no living person to say it to:</w:t>
      </w:r>
    </w:p>
    <w:p w14:paraId="0C60DC15" w14:textId="2CA2F4C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Then two. Then four. Then nobody tells me to get off the floor.</w:t>
      </w:r>
      <w:r w:rsidR="00F0334E">
        <w:rPr>
          <w:rFonts w:ascii="Baskerville Old Face" w:hAnsi="Baskerville Old Face"/>
          <w:bCs/>
          <w:sz w:val="28"/>
          <w:szCs w:val="28"/>
        </w:rPr>
        <w:t xml:space="preserve"> </w:t>
      </w:r>
      <w:r w:rsidRPr="00CE758F">
        <w:rPr>
          <w:rFonts w:ascii="Baskerville Old Face" w:hAnsi="Baskerville Old Face"/>
          <w:bCs/>
          <w:sz w:val="28"/>
          <w:szCs w:val="28"/>
        </w:rPr>
        <w:t>In the morning he walked back up to the capped hole before breakfast.</w:t>
      </w:r>
      <w:r w:rsidR="00F0334E">
        <w:rPr>
          <w:rFonts w:ascii="Baskerville Old Face" w:hAnsi="Baskerville Old Face"/>
          <w:bCs/>
          <w:sz w:val="28"/>
          <w:szCs w:val="28"/>
        </w:rPr>
        <w:t xml:space="preserve"> </w:t>
      </w:r>
      <w:r w:rsidRPr="00CE758F">
        <w:rPr>
          <w:rFonts w:ascii="Baskerville Old Face" w:hAnsi="Baskerville Old Face"/>
          <w:bCs/>
          <w:sz w:val="28"/>
          <w:szCs w:val="28"/>
        </w:rPr>
        <w:t xml:space="preserve">The flat was still shining. The water had spread another thirty yards overnight and the crows were down in the shallow end of it, drinking and squabbling, and the whole paddock smelled of hot mineral and wet earth and </w:t>
      </w:r>
      <w:r w:rsidRPr="00CE758F">
        <w:rPr>
          <w:rFonts w:ascii="Baskerville Old Face" w:hAnsi="Baskerville Old Face"/>
          <w:bCs/>
          <w:sz w:val="28"/>
          <w:szCs w:val="28"/>
        </w:rPr>
        <w:lastRenderedPageBreak/>
        <w:t>it was the smell, though he did not know the word for it yet, of the inside of the continent.</w:t>
      </w:r>
      <w:r w:rsidR="00F0334E">
        <w:rPr>
          <w:rFonts w:ascii="Baskerville Old Face" w:hAnsi="Baskerville Old Face"/>
          <w:bCs/>
          <w:sz w:val="28"/>
          <w:szCs w:val="28"/>
        </w:rPr>
        <w:t xml:space="preserve"> </w:t>
      </w:r>
      <w:r w:rsidRPr="00CE758F">
        <w:rPr>
          <w:rFonts w:ascii="Baskerville Old Face" w:hAnsi="Baskerville Old Face"/>
          <w:bCs/>
          <w:sz w:val="28"/>
          <w:szCs w:val="28"/>
        </w:rPr>
        <w:t>The steel of the cellar plate had been in the sun for an hour and was already too hot to sit on.</w:t>
      </w:r>
      <w:r w:rsidR="00F0334E">
        <w:rPr>
          <w:rFonts w:ascii="Baskerville Old Face" w:hAnsi="Baskerville Old Face"/>
          <w:bCs/>
          <w:sz w:val="28"/>
          <w:szCs w:val="28"/>
        </w:rPr>
        <w:t xml:space="preserve"> </w:t>
      </w:r>
      <w:r w:rsidRPr="00CE758F">
        <w:rPr>
          <w:rFonts w:ascii="Baskerville Old Face" w:hAnsi="Baskerville Old Face"/>
          <w:bCs/>
          <w:sz w:val="28"/>
          <w:szCs w:val="28"/>
        </w:rPr>
        <w:t>There was one mark on it. Just the one, over near the casing head, on the right-hand side where a man kneeling at the wheel would have had somebody standing beside him: the print of a bare foot, a woman’s, narrow, high in the arch, dark with wet on the hot plate.</w:t>
      </w:r>
      <w:r w:rsidR="00F0334E">
        <w:rPr>
          <w:rFonts w:ascii="Baskerville Old Face" w:hAnsi="Baskerville Old Face"/>
          <w:bCs/>
          <w:sz w:val="28"/>
          <w:szCs w:val="28"/>
        </w:rPr>
        <w:t xml:space="preserve"> </w:t>
      </w:r>
      <w:r w:rsidRPr="00CE758F">
        <w:rPr>
          <w:rFonts w:ascii="Baskerville Old Face" w:hAnsi="Baskerville Old Face"/>
          <w:bCs/>
          <w:sz w:val="28"/>
          <w:szCs w:val="28"/>
        </w:rPr>
        <w:t>Finian looked at it.</w:t>
      </w:r>
      <w:r w:rsidR="00F0334E">
        <w:rPr>
          <w:rFonts w:ascii="Baskerville Old Face" w:hAnsi="Baskerville Old Face"/>
          <w:bCs/>
          <w:sz w:val="28"/>
          <w:szCs w:val="28"/>
        </w:rPr>
        <w:t xml:space="preserve"> </w:t>
      </w:r>
      <w:r w:rsidRPr="00CE758F">
        <w:rPr>
          <w:rFonts w:ascii="Baskerville Old Face" w:hAnsi="Baskerville Old Face"/>
          <w:bCs/>
          <w:sz w:val="28"/>
          <w:szCs w:val="28"/>
        </w:rPr>
        <w:t>He had fifty pounds in his pocket and a hundred and ninety-one in the bank and nineteen to go, and three burnt pages in the drum and a fourth folded in a cigarette tin, and a man in Tennant Creek hospital with his arms wrapped who would not take his money, and he stood in the early sun and looked at a wet footprint on a steel plate at a hundred and ten degrees, and he watched it dry.</w:t>
      </w:r>
      <w:r w:rsidR="00F0334E">
        <w:rPr>
          <w:rFonts w:ascii="Baskerville Old Face" w:hAnsi="Baskerville Old Face"/>
          <w:bCs/>
          <w:sz w:val="28"/>
          <w:szCs w:val="28"/>
        </w:rPr>
        <w:t xml:space="preserve"> </w:t>
      </w:r>
      <w:r w:rsidRPr="00CE758F">
        <w:rPr>
          <w:rFonts w:ascii="Baskerville Old Face" w:hAnsi="Baskerville Old Face"/>
          <w:bCs/>
          <w:sz w:val="28"/>
          <w:szCs w:val="28"/>
        </w:rPr>
        <w:t>It took about a minute and a half. It went from the toes.</w:t>
      </w:r>
      <w:r w:rsidR="00F0334E">
        <w:rPr>
          <w:rFonts w:ascii="Baskerville Old Face" w:hAnsi="Baskerville Old Face"/>
          <w:bCs/>
          <w:sz w:val="28"/>
          <w:szCs w:val="28"/>
        </w:rPr>
        <w:t xml:space="preserve"> </w:t>
      </w:r>
      <w:r w:rsidRPr="00CE758F">
        <w:rPr>
          <w:rFonts w:ascii="Baskerville Old Face" w:hAnsi="Baskerville Old Face"/>
          <w:bCs/>
          <w:sz w:val="28"/>
          <w:szCs w:val="28"/>
        </w:rPr>
        <w:t>When it was gone he turned round and went down to the caravan for his breakfast, and he did not think about it again for thirty-one years.</w:t>
      </w:r>
    </w:p>
    <w:p w14:paraId="7AE7D416"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1F1E2843" w14:textId="77777777" w:rsidR="006314ED" w:rsidRDefault="006314ED" w:rsidP="002A1BD3">
      <w:pPr>
        <w:pStyle w:val="Heading1"/>
        <w:spacing w:before="560" w:after="280" w:line="360" w:lineRule="auto"/>
        <w:rPr>
          <w:rFonts w:ascii="Baskerville Old Face" w:hAnsi="Baskerville Old Face"/>
          <w:b w:val="0"/>
          <w:sz w:val="28"/>
        </w:rPr>
      </w:pPr>
    </w:p>
    <w:p w14:paraId="5D0870B7" w14:textId="77777777" w:rsidR="006314ED" w:rsidRDefault="006314ED" w:rsidP="002A1BD3">
      <w:pPr>
        <w:pStyle w:val="Heading1"/>
        <w:spacing w:before="560" w:after="280" w:line="360" w:lineRule="auto"/>
        <w:rPr>
          <w:rFonts w:ascii="Baskerville Old Face" w:hAnsi="Baskerville Old Face"/>
          <w:b w:val="0"/>
          <w:sz w:val="28"/>
        </w:rPr>
      </w:pPr>
    </w:p>
    <w:p w14:paraId="4DD546C4" w14:textId="77777777" w:rsidR="006314ED" w:rsidRDefault="006314ED" w:rsidP="002A1BD3">
      <w:pPr>
        <w:pStyle w:val="Heading1"/>
        <w:spacing w:before="560" w:after="280" w:line="360" w:lineRule="auto"/>
        <w:rPr>
          <w:rFonts w:ascii="Baskerville Old Face" w:hAnsi="Baskerville Old Face"/>
          <w:b w:val="0"/>
          <w:sz w:val="28"/>
        </w:rPr>
      </w:pPr>
    </w:p>
    <w:p w14:paraId="2AC0549E" w14:textId="2085F2CE" w:rsidR="00F45C1A" w:rsidRPr="00CE758F" w:rsidRDefault="007671E1" w:rsidP="002A1BD3">
      <w:pPr>
        <w:pStyle w:val="Heading1"/>
        <w:spacing w:before="560" w:after="280" w:line="360" w:lineRule="auto"/>
        <w:rPr>
          <w:rFonts w:ascii="Baskerville Old Face" w:hAnsi="Baskerville Old Face"/>
          <w:b w:val="0"/>
          <w:sz w:val="28"/>
        </w:rPr>
      </w:pPr>
      <w:r w:rsidRPr="00CE758F">
        <w:rPr>
          <w:rFonts w:ascii="Baskerville Old Face" w:hAnsi="Baskerville Old Face"/>
          <w:b w:val="0"/>
          <w:sz w:val="28"/>
        </w:rPr>
        <w:t>Part Two</w:t>
      </w:r>
    </w:p>
    <w:p w14:paraId="2F7AF85B"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Rise and the Ruin</w:t>
      </w:r>
    </w:p>
    <w:p w14:paraId="1B96956D"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7AEF2C51"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Six</w:t>
      </w:r>
    </w:p>
    <w:p w14:paraId="448428B2"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Ellie’s Arrival</w:t>
      </w:r>
    </w:p>
    <w:p w14:paraId="0A524C0F" w14:textId="720D1EB7" w:rsidR="00F45C1A" w:rsidRPr="00CE758F" w:rsidRDefault="0043351B" w:rsidP="008E44C9">
      <w:pPr>
        <w:spacing w:line="360" w:lineRule="auto"/>
        <w:ind w:firstLine="0"/>
        <w:rPr>
          <w:rFonts w:ascii="Baskerville Old Face" w:hAnsi="Baskerville Old Face"/>
          <w:bCs/>
          <w:sz w:val="28"/>
          <w:szCs w:val="28"/>
        </w:rPr>
      </w:pPr>
      <w:r>
        <w:rPr>
          <w:rFonts w:ascii="Baskerville Old Face" w:hAnsi="Baskerville Old Face"/>
          <w:bCs/>
          <w:sz w:val="28"/>
          <w:szCs w:val="28"/>
        </w:rPr>
        <w:tab/>
      </w:r>
      <w:r w:rsidR="007671E1" w:rsidRPr="00CE758F">
        <w:rPr>
          <w:rFonts w:ascii="Baskerville Old Face" w:hAnsi="Baskerville Old Face"/>
          <w:bCs/>
          <w:sz w:val="28"/>
          <w:szCs w:val="28"/>
        </w:rPr>
        <w:t>He lodged the notice of intended marriage on the eleventh of March, 1965, at the courthouse in Parsons Street, a month and a day before she was due, and he did it without knowing whether she was coming.</w:t>
      </w:r>
      <w:r w:rsidR="008E44C9">
        <w:rPr>
          <w:rFonts w:ascii="Baskerville Old Face" w:hAnsi="Baskerville Old Face"/>
          <w:bCs/>
          <w:sz w:val="28"/>
          <w:szCs w:val="28"/>
        </w:rPr>
        <w:t xml:space="preserve"> </w:t>
      </w:r>
      <w:r w:rsidR="007671E1" w:rsidRPr="00CE758F">
        <w:rPr>
          <w:rFonts w:ascii="Baskerville Old Face" w:hAnsi="Baskerville Old Face"/>
          <w:bCs/>
          <w:sz w:val="28"/>
          <w:szCs w:val="28"/>
        </w:rPr>
        <w:t>The clerk was a thin man named Beattie with a fountain pen he held like a scalpel, and he asked the questions in the order they were printed and wrote the answers in a hand so small and level it looked machine-made.</w:t>
      </w:r>
    </w:p>
    <w:p w14:paraId="123C8A4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“Full name of the other party.”</w:t>
      </w:r>
    </w:p>
    <w:p w14:paraId="3791B3C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“Eleanor Margaret Strachan.”</w:t>
      </w:r>
    </w:p>
    <w:p w14:paraId="6BAB18B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“Age.”</w:t>
      </w:r>
    </w:p>
    <w:p w14:paraId="1DE0C1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“Eighteen. She’ll be eighteen. She’s eighteen in nine days.”</w:t>
      </w:r>
    </w:p>
    <w:p w14:paraId="5272307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Beattie’s pen stopped. “Is she in the Territory?”</w:t>
      </w:r>
    </w:p>
    <w:p w14:paraId="01B9DDF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5284D79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“Is she in Australia?”</w:t>
      </w:r>
    </w:p>
    <w:p w14:paraId="4D4FC90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“She’s on a ship,” said Finian.</w:t>
      </w:r>
    </w:p>
    <w:p w14:paraId="08DFBDC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Beattie looked at him for a moment over the top of the form, and Finian understood that the man was deciding whether to be kind, and then Beattie put his head down and </w:t>
      </w:r>
      <w:r w:rsidRPr="00CE758F">
        <w:rPr>
          <w:rFonts w:ascii="Baskerville Old Face" w:hAnsi="Baskerville Old Face"/>
          <w:bCs/>
          <w:sz w:val="28"/>
          <w:szCs w:val="28"/>
        </w:rPr>
        <w:lastRenderedPageBreak/>
        <w:t xml:space="preserve">wrote </w:t>
      </w:r>
      <w:r w:rsidRPr="00CE758F">
        <w:rPr>
          <w:rFonts w:ascii="Baskerville Old Face" w:hAnsi="Baskerville Old Face"/>
          <w:bCs/>
          <w:i/>
          <w:sz w:val="28"/>
          <w:szCs w:val="28"/>
        </w:rPr>
        <w:t>Scotland</w:t>
      </w:r>
      <w:r w:rsidRPr="00CE758F">
        <w:rPr>
          <w:rFonts w:ascii="Baskerville Old Face" w:hAnsi="Baskerville Old Face"/>
          <w:bCs/>
          <w:sz w:val="28"/>
          <w:szCs w:val="28"/>
        </w:rPr>
        <w:t xml:space="preserve"> in the box for the usual place of residence and said, “One calendar month. If she isn’t here on the day you forfeit the fee and we do it again.”</w:t>
      </w:r>
    </w:p>
    <w:p w14:paraId="0A7F4F0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“She’ll be here.”</w:t>
      </w:r>
    </w:p>
    <w:p w14:paraId="0E7D86D4" w14:textId="35BFEB8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generally are,” said Beattie, “or they generally aren’t,” and he blotted the page.</w:t>
      </w:r>
      <w:r w:rsidR="00162979">
        <w:rPr>
          <w:rFonts w:ascii="Baskerville Old Face" w:hAnsi="Baskerville Old Face"/>
          <w:bCs/>
          <w:sz w:val="28"/>
          <w:szCs w:val="28"/>
        </w:rPr>
        <w:t xml:space="preserve"> </w:t>
      </w:r>
      <w:r w:rsidRPr="00CE758F">
        <w:rPr>
          <w:rFonts w:ascii="Baskerville Old Face" w:hAnsi="Baskerville Old Face"/>
          <w:bCs/>
          <w:sz w:val="28"/>
          <w:szCs w:val="28"/>
        </w:rPr>
        <w:t>Finian walked out into Parsons Street with the receipt folded in his shirt pocket and stood in the shade of the verandah post for longer than he needed to. It was ninety-eight degrees. Two magpies were fighting over something on the far side of the road. He had six hundred and forty pounds in the Commonwealth Bank and a receipt in his pocket for a wedding that might not have a bride at it, and he had never in his life felt so exactly balanced on the edge of the thing he wanted.</w:t>
      </w:r>
      <w:r w:rsidR="00162979">
        <w:rPr>
          <w:rFonts w:ascii="Baskerville Old Face" w:hAnsi="Baskerville Old Face"/>
          <w:bCs/>
          <w:sz w:val="28"/>
          <w:szCs w:val="28"/>
        </w:rPr>
        <w:t xml:space="preserve"> </w:t>
      </w:r>
      <w:r w:rsidRPr="00CE758F">
        <w:rPr>
          <w:rFonts w:ascii="Baskerville Old Face" w:hAnsi="Baskerville Old Face"/>
          <w:bCs/>
          <w:sz w:val="28"/>
          <w:szCs w:val="28"/>
        </w:rPr>
        <w:t xml:space="preserve">He had not told her he had lodged it. He had written to her in January and she had written back in February, and neither letter had said </w:t>
      </w:r>
      <w:r w:rsidRPr="00CE758F">
        <w:rPr>
          <w:rFonts w:ascii="Baskerville Old Face" w:hAnsi="Baskerville Old Face"/>
          <w:bCs/>
          <w:i/>
          <w:sz w:val="28"/>
          <w:szCs w:val="28"/>
        </w:rPr>
        <w:t>I am coming</w:t>
      </w:r>
      <w:r w:rsidRPr="00CE758F">
        <w:rPr>
          <w:rFonts w:ascii="Baskerville Old Face" w:hAnsi="Baskerville Old Face"/>
          <w:bCs/>
          <w:sz w:val="28"/>
          <w:szCs w:val="28"/>
        </w:rPr>
        <w:t xml:space="preserve"> or </w:t>
      </w:r>
      <w:r w:rsidRPr="00CE758F">
        <w:rPr>
          <w:rFonts w:ascii="Baskerville Old Face" w:hAnsi="Baskerville Old Face"/>
          <w:bCs/>
          <w:i/>
          <w:sz w:val="28"/>
          <w:szCs w:val="28"/>
        </w:rPr>
        <w:t>I am not</w:t>
      </w:r>
      <w:r w:rsidRPr="00CE758F">
        <w:rPr>
          <w:rFonts w:ascii="Baskerville Old Face" w:hAnsi="Baskerville Old Face"/>
          <w:bCs/>
          <w:sz w:val="28"/>
          <w:szCs w:val="28"/>
        </w:rPr>
        <w:t>, because they had settled all that on Salisbury Crags in 1963 and neither of them was the kind to reopen a settled thing in writing.</w:t>
      </w:r>
      <w:r w:rsidR="00162979">
        <w:rPr>
          <w:rFonts w:ascii="Baskerville Old Face" w:hAnsi="Baskerville Old Face"/>
          <w:bCs/>
          <w:sz w:val="28"/>
          <w:szCs w:val="28"/>
        </w:rPr>
        <w:t xml:space="preserve"> </w:t>
      </w:r>
      <w:r w:rsidRPr="00CE758F">
        <w:rPr>
          <w:rFonts w:ascii="Baskerville Old Face" w:hAnsi="Baskerville Old Face"/>
          <w:bCs/>
          <w:sz w:val="28"/>
          <w:szCs w:val="28"/>
        </w:rPr>
        <w:t>Two years, she had said. I’ll not wait longer and I’ll not be asked to.</w:t>
      </w:r>
      <w:r w:rsidR="000477B4">
        <w:rPr>
          <w:rFonts w:ascii="Baskerville Old Face" w:hAnsi="Baskerville Old Face"/>
          <w:bCs/>
          <w:sz w:val="28"/>
          <w:szCs w:val="28"/>
        </w:rPr>
        <w:t xml:space="preserve"> </w:t>
      </w:r>
      <w:r w:rsidRPr="00CE758F">
        <w:rPr>
          <w:rFonts w:ascii="Baskerville Old Face" w:hAnsi="Baskerville Old Face"/>
          <w:bCs/>
          <w:sz w:val="28"/>
          <w:szCs w:val="28"/>
        </w:rPr>
        <w:t>He counted it out again on his fingers, standing in the shade. Two years and one month, near enough.</w:t>
      </w:r>
    </w:p>
    <w:p w14:paraId="00AA3C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lastRenderedPageBreak/>
        <w:t>Near enough,</w:t>
      </w:r>
      <w:r w:rsidRPr="00CE758F">
        <w:rPr>
          <w:rFonts w:ascii="Baskerville Old Face" w:hAnsi="Baskerville Old Face"/>
          <w:bCs/>
          <w:sz w:val="28"/>
          <w:szCs w:val="28"/>
        </w:rPr>
        <w:t xml:space="preserve"> he thought, </w:t>
      </w:r>
      <w:r w:rsidRPr="00CE758F">
        <w:rPr>
          <w:rFonts w:ascii="Baskerville Old Face" w:hAnsi="Baskerville Old Face"/>
          <w:bCs/>
          <w:i/>
          <w:sz w:val="28"/>
          <w:szCs w:val="28"/>
        </w:rPr>
        <w:t>is not a thing she says.</w:t>
      </w:r>
    </w:p>
    <w:p w14:paraId="0FDC2E6E" w14:textId="3436637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Ghan came in on the fourteenth of April at twenty past four in the afternoon, four hours late, which was on time.</w:t>
      </w:r>
      <w:r w:rsidR="000477B4">
        <w:rPr>
          <w:rFonts w:ascii="Baskerville Old Face" w:hAnsi="Baskerville Old Face"/>
          <w:bCs/>
          <w:sz w:val="28"/>
          <w:szCs w:val="28"/>
        </w:rPr>
        <w:t xml:space="preserve"> </w:t>
      </w:r>
      <w:r w:rsidRPr="00CE758F">
        <w:rPr>
          <w:rFonts w:ascii="Baskerville Old Face" w:hAnsi="Baskerville Old Face"/>
          <w:bCs/>
          <w:sz w:val="28"/>
          <w:szCs w:val="28"/>
        </w:rPr>
        <w:t xml:space="preserve">He had washed the truck. He was nineteen years old and he had driven two hundred and eighty miles from the Barkly to stand on a platform in a clean shirt with his hair wet, and Wally had let him go two days early without saying anything about it, and Ted Mawson had said, “If she’s got a sister, don’t tell her about me,” and held up the left hand, and everybody had laughed, including Ted, who had by then been </w:t>
      </w:r>
      <w:r w:rsidR="00F155A4" w:rsidRPr="00CE758F">
        <w:rPr>
          <w:rFonts w:ascii="Baskerville Old Face" w:hAnsi="Baskerville Old Face"/>
          <w:bCs/>
          <w:sz w:val="28"/>
          <w:szCs w:val="28"/>
        </w:rPr>
        <w:t>practicing</w:t>
      </w:r>
      <w:r w:rsidRPr="00CE758F">
        <w:rPr>
          <w:rFonts w:ascii="Baskerville Old Face" w:hAnsi="Baskerville Old Face"/>
          <w:bCs/>
          <w:sz w:val="28"/>
          <w:szCs w:val="28"/>
        </w:rPr>
        <w:t xml:space="preserve"> the laugh for six months and had it nearly right.</w:t>
      </w:r>
      <w:r w:rsidR="000928FD">
        <w:rPr>
          <w:rFonts w:ascii="Baskerville Old Face" w:hAnsi="Baskerville Old Face"/>
          <w:bCs/>
          <w:sz w:val="28"/>
          <w:szCs w:val="28"/>
        </w:rPr>
        <w:t xml:space="preserve"> </w:t>
      </w:r>
      <w:r w:rsidRPr="00CE758F">
        <w:rPr>
          <w:rFonts w:ascii="Baskerville Old Face" w:hAnsi="Baskerville Old Face"/>
          <w:bCs/>
          <w:sz w:val="28"/>
          <w:szCs w:val="28"/>
        </w:rPr>
        <w:t>The train came in the way the train always came in, slowly, in a long haze of its own dust, and stopped, and stood there ticking, and the doors banged, and people got down.</w:t>
      </w:r>
      <w:r w:rsidR="000928FD">
        <w:rPr>
          <w:rFonts w:ascii="Baskerville Old Face" w:hAnsi="Baskerville Old Face"/>
          <w:bCs/>
          <w:sz w:val="28"/>
          <w:szCs w:val="28"/>
        </w:rPr>
        <w:t xml:space="preserve"> </w:t>
      </w:r>
      <w:r w:rsidRPr="00CE758F">
        <w:rPr>
          <w:rFonts w:ascii="Baskerville Old Face" w:hAnsi="Baskerville Old Face"/>
          <w:bCs/>
          <w:sz w:val="28"/>
          <w:szCs w:val="28"/>
        </w:rPr>
        <w:t xml:space="preserve">He did not </w:t>
      </w:r>
      <w:r w:rsidR="000928FD">
        <w:rPr>
          <w:rFonts w:ascii="Baskerville Old Face" w:hAnsi="Baskerville Old Face"/>
          <w:bCs/>
          <w:sz w:val="28"/>
          <w:szCs w:val="28"/>
        </w:rPr>
        <w:t xml:space="preserve">immediately </w:t>
      </w:r>
      <w:r w:rsidRPr="00CE758F">
        <w:rPr>
          <w:rFonts w:ascii="Baskerville Old Face" w:hAnsi="Baskerville Old Face"/>
          <w:bCs/>
          <w:sz w:val="28"/>
          <w:szCs w:val="28"/>
        </w:rPr>
        <w:t>recognise her.</w:t>
      </w:r>
      <w:r w:rsidR="000928FD">
        <w:rPr>
          <w:rFonts w:ascii="Baskerville Old Face" w:hAnsi="Baskerville Old Face"/>
          <w:bCs/>
          <w:sz w:val="28"/>
          <w:szCs w:val="28"/>
        </w:rPr>
        <w:t xml:space="preserve"> </w:t>
      </w:r>
      <w:r w:rsidRPr="00CE758F">
        <w:rPr>
          <w:rFonts w:ascii="Baskerville Old Face" w:hAnsi="Baskerville Old Face"/>
          <w:bCs/>
          <w:sz w:val="28"/>
          <w:szCs w:val="28"/>
        </w:rPr>
        <w:t xml:space="preserve">That was the thing he could never afterwards explain and never stopped being ashamed of. For four or five seconds he looked straight at a young woman in a pale green dress with a case at her feet and her hair up off her neck against the heat, standing very straight and looking down the platform with her chin lifted, and he thought: </w:t>
      </w:r>
      <w:r w:rsidRPr="00CE758F">
        <w:rPr>
          <w:rFonts w:ascii="Baskerville Old Face" w:hAnsi="Baskerville Old Face"/>
          <w:bCs/>
          <w:i/>
          <w:sz w:val="28"/>
          <w:szCs w:val="28"/>
        </w:rPr>
        <w:t>she’s not on it.</w:t>
      </w:r>
    </w:p>
    <w:p w14:paraId="1CF25216" w14:textId="115E30A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Then she turned her head and it was Ellie, and it had always been Ellie, and what had happened was only that he had spent two years carrying a photograph of a sixteen-year-old in the dark of his head and the woman on the platform was eighteen and had crossed the world on her own.</w:t>
      </w:r>
      <w:r w:rsidR="003944A6">
        <w:rPr>
          <w:rFonts w:ascii="Baskerville Old Face" w:hAnsi="Baskerville Old Face"/>
          <w:bCs/>
          <w:sz w:val="28"/>
          <w:szCs w:val="28"/>
        </w:rPr>
        <w:t xml:space="preserve"> </w:t>
      </w:r>
      <w:r w:rsidRPr="00CE758F">
        <w:rPr>
          <w:rFonts w:ascii="Baskerville Old Face" w:hAnsi="Baskerville Old Face"/>
          <w:bCs/>
          <w:sz w:val="28"/>
          <w:szCs w:val="28"/>
        </w:rPr>
        <w:t>She saw him. She did not run. She picked up her case and walked the length of the platform with it banging against her leg, and stopped in front of him, and put it down.</w:t>
      </w:r>
    </w:p>
    <w:p w14:paraId="1743DF8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“Well,” she said.</w:t>
      </w:r>
    </w:p>
    <w:p w14:paraId="21E1EC3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w:t>
      </w:r>
    </w:p>
    <w:p w14:paraId="7330EFF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“You’re brown as a boot.”</w:t>
      </w:r>
    </w:p>
    <w:p w14:paraId="220F8D2C" w14:textId="128B7C3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“You’re—“ he said, and found he had nothing to put after it.</w:t>
      </w:r>
      <w:r w:rsidR="002133E2">
        <w:rPr>
          <w:rFonts w:ascii="Baskerville Old Face" w:hAnsi="Baskerville Old Face"/>
          <w:bCs/>
          <w:sz w:val="28"/>
          <w:szCs w:val="28"/>
        </w:rPr>
        <w:t xml:space="preserve"> </w:t>
      </w:r>
      <w:r w:rsidRPr="00CE758F">
        <w:rPr>
          <w:rFonts w:ascii="Baskerville Old Face" w:hAnsi="Baskerville Old Face"/>
          <w:bCs/>
          <w:sz w:val="28"/>
          <w:szCs w:val="28"/>
        </w:rPr>
        <w:t>“I’m here,” she said. “Aye. I know.”</w:t>
      </w:r>
      <w:r w:rsidR="002133E2">
        <w:rPr>
          <w:rFonts w:ascii="Baskerville Old Face" w:hAnsi="Baskerville Old Face"/>
          <w:bCs/>
          <w:sz w:val="28"/>
          <w:szCs w:val="28"/>
        </w:rPr>
        <w:t xml:space="preserve"> </w:t>
      </w:r>
      <w:r w:rsidRPr="00CE758F">
        <w:rPr>
          <w:rFonts w:ascii="Baskerville Old Face" w:hAnsi="Baskerville Old Face"/>
          <w:bCs/>
          <w:sz w:val="28"/>
          <w:szCs w:val="28"/>
        </w:rPr>
        <w:t>And then she put both arms round his neck and held on, and her case fell over, and neither of them picked it up for some while</w:t>
      </w:r>
      <w:r w:rsidR="003944A6">
        <w:rPr>
          <w:rFonts w:ascii="Baskerville Old Face" w:hAnsi="Baskerville Old Face"/>
          <w:bCs/>
          <w:sz w:val="28"/>
          <w:szCs w:val="28"/>
        </w:rPr>
        <w:t xml:space="preserve">. </w:t>
      </w:r>
      <w:r w:rsidRPr="00CE758F">
        <w:rPr>
          <w:rFonts w:ascii="Baskerville Old Face" w:hAnsi="Baskerville Old Face"/>
          <w:bCs/>
          <w:sz w:val="28"/>
          <w:szCs w:val="28"/>
        </w:rPr>
        <w:t>She had been thirty-one days at sea and four days on trains and she had washed her hair in a basin at Port Augusta, and the first thing she said in the truck, before they were out of the station yard, was:</w:t>
      </w:r>
      <w:r w:rsidR="00D6181A">
        <w:rPr>
          <w:rFonts w:ascii="Baskerville Old Face" w:hAnsi="Baskerville Old Face"/>
          <w:bCs/>
          <w:sz w:val="28"/>
          <w:szCs w:val="28"/>
        </w:rPr>
        <w:t xml:space="preserve"> </w:t>
      </w:r>
      <w:r w:rsidRPr="00CE758F">
        <w:rPr>
          <w:rFonts w:ascii="Baskerville Old Face" w:hAnsi="Baskerville Old Face"/>
          <w:bCs/>
          <w:sz w:val="28"/>
          <w:szCs w:val="28"/>
        </w:rPr>
        <w:t>“Right. Tell me what I’ve come to.”</w:t>
      </w:r>
      <w:r w:rsidR="002133E2">
        <w:rPr>
          <w:rFonts w:ascii="Baskerville Old Face" w:hAnsi="Baskerville Old Face"/>
          <w:bCs/>
          <w:sz w:val="28"/>
          <w:szCs w:val="28"/>
        </w:rPr>
        <w:t xml:space="preserve"> </w:t>
      </w:r>
      <w:r w:rsidRPr="00CE758F">
        <w:rPr>
          <w:rFonts w:ascii="Baskerville Old Face" w:hAnsi="Baskerville Old Face"/>
          <w:bCs/>
          <w:sz w:val="28"/>
          <w:szCs w:val="28"/>
        </w:rPr>
        <w:t xml:space="preserve">So he told her, driving, the way you tell a thing to somebody who has just arrived: the Barkly and the Basin, the depth of water at Corella and the depth at Number Nine, Wally’s rules, the </w:t>
      </w:r>
      <w:r w:rsidRPr="00CE758F">
        <w:rPr>
          <w:rFonts w:ascii="Baskerville Old Face" w:hAnsi="Baskerville Old Face"/>
          <w:bCs/>
          <w:sz w:val="28"/>
          <w:szCs w:val="28"/>
        </w:rPr>
        <w:lastRenderedPageBreak/>
        <w:t>price of a bore per foot and the price of a truck, Narrah reading the ground like a page, the heat you can get used to and the flies you cannot. She listened with her whole body turned towards him and asked questions that were not the questions people asked.</w:t>
      </w:r>
      <w:r w:rsidR="00D6181A">
        <w:rPr>
          <w:rFonts w:ascii="Baskerville Old Face" w:hAnsi="Baskerville Old Face"/>
          <w:bCs/>
          <w:sz w:val="28"/>
          <w:szCs w:val="28"/>
        </w:rPr>
        <w:t xml:space="preserve"> </w:t>
      </w:r>
      <w:r w:rsidRPr="00CE758F">
        <w:rPr>
          <w:rFonts w:ascii="Baskerville Old Face" w:hAnsi="Baskerville Old Face"/>
          <w:bCs/>
          <w:sz w:val="28"/>
          <w:szCs w:val="28"/>
        </w:rPr>
        <w:t>“What does it cost you to put down a bore, and what do you charge?”</w:t>
      </w:r>
    </w:p>
    <w:p w14:paraId="49A796D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w:t>
      </w:r>
    </w:p>
    <w:p w14:paraId="3D51CBD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not a rude question.”</w:t>
      </w:r>
    </w:p>
    <w:p w14:paraId="06067B0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the only question,” he said. “Roughly two-thirds.”</w:t>
      </w:r>
    </w:p>
    <w:p w14:paraId="41AAC00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a third’s yours.”</w:t>
      </w:r>
    </w:p>
    <w:p w14:paraId="4E9538B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 third’s the plant’s. A third’s Wally’s. There’s a fella in Adelaide owns the compressor.”</w:t>
      </w:r>
    </w:p>
    <w:p w14:paraId="4DAC8C9B" w14:textId="3973C82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“There’s always a fella in Adelaide,” she said, and looked out at the </w:t>
      </w:r>
      <w:r w:rsidR="00F155A4" w:rsidRPr="00CE758F">
        <w:rPr>
          <w:rFonts w:ascii="Baskerville Old Face" w:hAnsi="Baskerville Old Face"/>
          <w:bCs/>
          <w:sz w:val="28"/>
          <w:szCs w:val="28"/>
        </w:rPr>
        <w:t>MacDonnell’s</w:t>
      </w:r>
      <w:r w:rsidRPr="00CE758F">
        <w:rPr>
          <w:rFonts w:ascii="Baskerville Old Face" w:hAnsi="Baskerville Old Face"/>
          <w:bCs/>
          <w:sz w:val="28"/>
          <w:szCs w:val="28"/>
        </w:rPr>
        <w:t xml:space="preserve"> going past red and enormous in the last of the light, and said, in a completely different voice, “Oh, Fin. Look at it.”</w:t>
      </w:r>
    </w:p>
    <w:p w14:paraId="06FDD46C" w14:textId="3EBD1CA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at it. He had stopped seeing it about a year before, and for a mile or two, because she was seeing it, he saw it again.</w:t>
      </w:r>
      <w:r w:rsidR="002133E2">
        <w:rPr>
          <w:rFonts w:ascii="Baskerville Old Face" w:hAnsi="Baskerville Old Face"/>
          <w:bCs/>
          <w:sz w:val="28"/>
          <w:szCs w:val="28"/>
        </w:rPr>
        <w:t xml:space="preserve"> </w:t>
      </w:r>
      <w:r w:rsidRPr="00CE758F">
        <w:rPr>
          <w:rFonts w:ascii="Baskerville Old Face" w:hAnsi="Baskerville Old Face"/>
          <w:bCs/>
          <w:sz w:val="28"/>
          <w:szCs w:val="28"/>
        </w:rPr>
        <w:t>Dot Mawson took her in.</w:t>
      </w:r>
      <w:r w:rsidR="00430BFC">
        <w:rPr>
          <w:rFonts w:ascii="Baskerville Old Face" w:hAnsi="Baskerville Old Face"/>
          <w:bCs/>
          <w:sz w:val="28"/>
          <w:szCs w:val="28"/>
        </w:rPr>
        <w:t xml:space="preserve"> </w:t>
      </w:r>
      <w:r w:rsidRPr="00CE758F">
        <w:rPr>
          <w:rFonts w:ascii="Baskerville Old Face" w:hAnsi="Baskerville Old Face"/>
          <w:bCs/>
          <w:sz w:val="28"/>
          <w:szCs w:val="28"/>
        </w:rPr>
        <w:t xml:space="preserve">There was no discussion about it. Dot had heard that a girl was coming from </w:t>
      </w:r>
      <w:r w:rsidR="002133E2">
        <w:rPr>
          <w:rFonts w:ascii="Baskerville Old Face" w:hAnsi="Baskerville Old Face"/>
          <w:bCs/>
          <w:sz w:val="28"/>
          <w:szCs w:val="28"/>
        </w:rPr>
        <w:t xml:space="preserve">faraway </w:t>
      </w:r>
      <w:r w:rsidRPr="00CE758F">
        <w:rPr>
          <w:rFonts w:ascii="Baskerville Old Face" w:hAnsi="Baskerville Old Face"/>
          <w:bCs/>
          <w:sz w:val="28"/>
          <w:szCs w:val="28"/>
        </w:rPr>
        <w:t xml:space="preserve">Scotland and had formed views on where the girl would sleep in the eleven nights before the wedding, and </w:t>
      </w:r>
      <w:r w:rsidRPr="00CE758F">
        <w:rPr>
          <w:rFonts w:ascii="Baskerville Old Face" w:hAnsi="Baskerville Old Face"/>
          <w:bCs/>
          <w:sz w:val="28"/>
          <w:szCs w:val="28"/>
        </w:rPr>
        <w:lastRenderedPageBreak/>
        <w:t>Dot’s views on such matters were like weather.</w:t>
      </w:r>
      <w:r w:rsidR="00430BFC">
        <w:rPr>
          <w:rFonts w:ascii="Baskerville Old Face" w:hAnsi="Baskerville Old Face"/>
          <w:bCs/>
          <w:sz w:val="28"/>
          <w:szCs w:val="28"/>
        </w:rPr>
        <w:t xml:space="preserve"> </w:t>
      </w:r>
      <w:r w:rsidRPr="00CE758F">
        <w:rPr>
          <w:rFonts w:ascii="Baskerville Old Face" w:hAnsi="Baskerville Old Face"/>
          <w:bCs/>
          <w:sz w:val="28"/>
          <w:szCs w:val="28"/>
        </w:rPr>
        <w:t>So</w:t>
      </w:r>
      <w:r w:rsidR="00430BFC">
        <w:rPr>
          <w:rFonts w:ascii="Baskerville Old Face" w:hAnsi="Baskerville Old Face"/>
          <w:bCs/>
          <w:sz w:val="28"/>
          <w:szCs w:val="28"/>
        </w:rPr>
        <w:t>,</w:t>
      </w:r>
      <w:r w:rsidRPr="00CE758F">
        <w:rPr>
          <w:rFonts w:ascii="Baskerville Old Face" w:hAnsi="Baskerville Old Face"/>
          <w:bCs/>
          <w:sz w:val="28"/>
          <w:szCs w:val="28"/>
        </w:rPr>
        <w:t xml:space="preserve"> Ellie slept in the front room of the Mawsons’ house in Gap Road with a cotton sheet and a wet flannel on the back of her neck, and by the third day she was helping Dot hang out a wash and had been told the entire history of the town, and by the fifth day she had a job.</w:t>
      </w:r>
      <w:r w:rsidR="002168F8">
        <w:rPr>
          <w:rFonts w:ascii="Baskerville Old Face" w:hAnsi="Baskerville Old Face"/>
          <w:bCs/>
          <w:sz w:val="28"/>
          <w:szCs w:val="28"/>
        </w:rPr>
        <w:t xml:space="preserve"> </w:t>
      </w:r>
      <w:r w:rsidRPr="00CE758F">
        <w:rPr>
          <w:rFonts w:ascii="Baskerville Old Face" w:hAnsi="Baskerville Old Face"/>
          <w:bCs/>
          <w:sz w:val="28"/>
          <w:szCs w:val="28"/>
        </w:rPr>
        <w:t>That was Ellie. There was a notice in the window of the chemist on Todd Street and she went in and asked about it and came out with three mornings a week at four pounds ten, and she had been in Australia five days.</w:t>
      </w:r>
      <w:r w:rsidR="002168F8">
        <w:rPr>
          <w:rFonts w:ascii="Baskerville Old Face" w:hAnsi="Baskerville Old Face"/>
          <w:bCs/>
          <w:sz w:val="28"/>
          <w:szCs w:val="28"/>
        </w:rPr>
        <w:t xml:space="preserve"> </w:t>
      </w:r>
      <w:r w:rsidRPr="00CE758F">
        <w:rPr>
          <w:rFonts w:ascii="Baskerville Old Face" w:hAnsi="Baskerville Old Face"/>
          <w:bCs/>
          <w:sz w:val="28"/>
          <w:szCs w:val="28"/>
        </w:rPr>
        <w:t>“You’ve no need,” Finian said.</w:t>
      </w:r>
      <w:r w:rsidR="002133E2">
        <w:rPr>
          <w:rFonts w:ascii="Baskerville Old Face" w:hAnsi="Baskerville Old Face"/>
          <w:bCs/>
          <w:sz w:val="28"/>
          <w:szCs w:val="28"/>
        </w:rPr>
        <w:t xml:space="preserve">  </w:t>
      </w:r>
      <w:r w:rsidRPr="00CE758F">
        <w:rPr>
          <w:rFonts w:ascii="Baskerville Old Face" w:hAnsi="Baskerville Old Face"/>
          <w:bCs/>
          <w:sz w:val="28"/>
          <w:szCs w:val="28"/>
        </w:rPr>
        <w:t>“I k</w:t>
      </w:r>
      <w:r w:rsidR="002133E2">
        <w:rPr>
          <w:rFonts w:ascii="Baskerville Old Face" w:hAnsi="Baskerville Old Face"/>
          <w:bCs/>
          <w:sz w:val="28"/>
          <w:szCs w:val="28"/>
        </w:rPr>
        <w:t>now</w:t>
      </w:r>
      <w:r w:rsidRPr="00CE758F">
        <w:rPr>
          <w:rFonts w:ascii="Baskerville Old Face" w:hAnsi="Baskerville Old Face"/>
          <w:bCs/>
          <w:sz w:val="28"/>
          <w:szCs w:val="28"/>
        </w:rPr>
        <w:t xml:space="preserve"> I’ve no need.”</w:t>
      </w:r>
    </w:p>
    <w:p w14:paraId="52CADE3E" w14:textId="3E34481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six hundred pound</w:t>
      </w:r>
      <w:r w:rsidR="0042551F">
        <w:rPr>
          <w:rFonts w:ascii="Baskerville Old Face" w:hAnsi="Baskerville Old Face"/>
          <w:bCs/>
          <w:sz w:val="28"/>
          <w:szCs w:val="28"/>
        </w:rPr>
        <w:t>s</w:t>
      </w:r>
      <w:r w:rsidRPr="00CE758F">
        <w:rPr>
          <w:rFonts w:ascii="Baskerville Old Face" w:hAnsi="Baskerville Old Face"/>
          <w:bCs/>
          <w:sz w:val="28"/>
          <w:szCs w:val="28"/>
        </w:rPr>
        <w:t>.”</w:t>
      </w:r>
    </w:p>
    <w:p w14:paraId="4BBCDFE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Ellie. “And I’ve four pound ten a week.”</w:t>
      </w:r>
    </w:p>
    <w:p w14:paraId="52EE74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delivered the news about his father on the Sunday, sitting on the step at the back of Dot’s house shelling peas she had bought purely for the pleasure of shelling something. Except that she delivered it, not him.</w:t>
      </w:r>
    </w:p>
    <w:p w14:paraId="20F41E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saw your dad the week before I sailed.”</w:t>
      </w:r>
    </w:p>
    <w:p w14:paraId="5048F6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12004931" w14:textId="76BFAA5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“He’s no</w:t>
      </w:r>
      <w:r w:rsidR="0042551F">
        <w:rPr>
          <w:rFonts w:ascii="Baskerville Old Face" w:hAnsi="Baskerville Old Face"/>
          <w:bCs/>
          <w:sz w:val="28"/>
          <w:szCs w:val="28"/>
        </w:rPr>
        <w:t>t</w:t>
      </w:r>
      <w:r w:rsidRPr="00CE758F">
        <w:rPr>
          <w:rFonts w:ascii="Baskerville Old Face" w:hAnsi="Baskerville Old Face"/>
          <w:bCs/>
          <w:sz w:val="28"/>
          <w:szCs w:val="28"/>
        </w:rPr>
        <w:t>’ great, Fin.” She kept her eyes on the peas. “He’s stopped going out. Your mother gets him to the corner and back and that’s the day. He sits in the chair with the wireless on and he doesnae hear it.”</w:t>
      </w:r>
      <w:r w:rsidR="000005F1">
        <w:rPr>
          <w:rFonts w:ascii="Baskerville Old Face" w:hAnsi="Baskerville Old Face"/>
          <w:bCs/>
          <w:sz w:val="28"/>
          <w:szCs w:val="28"/>
        </w:rPr>
        <w:t xml:space="preserve"> </w:t>
      </w:r>
      <w:r w:rsidRPr="00CE758F">
        <w:rPr>
          <w:rFonts w:ascii="Baskerville Old Face" w:hAnsi="Baskerville Old Face"/>
          <w:bCs/>
          <w:sz w:val="28"/>
          <w:szCs w:val="28"/>
        </w:rPr>
        <w:t>Finian said nothing.</w:t>
      </w:r>
    </w:p>
    <w:p w14:paraId="30048D8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gave me half a crown for you,” she said. “I told him you’ve got six hundred pounds. He said give it him anyway.”</w:t>
      </w:r>
    </w:p>
    <w:p w14:paraId="39B56A4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got it out of her pocket and put it in his hand, warm, and he closed his fingers round it.</w:t>
      </w:r>
    </w:p>
    <w:p w14:paraId="7FB9F1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asked me a thing,” said Ellie, “and I said I’d ask you.”</w:t>
      </w:r>
    </w:p>
    <w:p w14:paraId="1B78ED7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“Go on.”</w:t>
      </w:r>
    </w:p>
    <w:p w14:paraId="093B891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did you find them. Snowy’s people.”</w:t>
      </w:r>
    </w:p>
    <w:p w14:paraId="4C06DF1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 dog barked twice somewhere down Gap Road. Four seconds, perhaps five, of a warm Sunday afternoon in April 1965.</w:t>
      </w:r>
    </w:p>
    <w:p w14:paraId="3EA873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his mouth was already moving.</w:t>
      </w:r>
    </w:p>
    <w:p w14:paraId="5F5E3E4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house was gone,” he said. “They pulled it down in fifty-eight. There was nobody left to find.”</w:t>
      </w:r>
    </w:p>
    <w:p w14:paraId="504F05B4" w14:textId="66F837A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Every word of that was true. He noticed that as he said it, and the noticing was quick and bright and slightly sickening, the way it is when you find out on the stairs that you are already carrying something out of a house.</w:t>
      </w:r>
      <w:r w:rsidR="00C2672B">
        <w:rPr>
          <w:rFonts w:ascii="Baskerville Old Face" w:hAnsi="Baskerville Old Face"/>
          <w:bCs/>
          <w:sz w:val="28"/>
          <w:szCs w:val="28"/>
        </w:rPr>
        <w:t xml:space="preserve"> </w:t>
      </w:r>
      <w:r w:rsidRPr="00CE758F">
        <w:rPr>
          <w:rFonts w:ascii="Baskerville Old Face" w:hAnsi="Baskerville Old Face"/>
          <w:bCs/>
          <w:sz w:val="28"/>
          <w:szCs w:val="28"/>
        </w:rPr>
        <w:t>Ellie looked up.</w:t>
      </w:r>
      <w:r w:rsidR="00C2672B">
        <w:rPr>
          <w:rFonts w:ascii="Baskerville Old Face" w:hAnsi="Baskerville Old Face"/>
          <w:bCs/>
          <w:sz w:val="28"/>
          <w:szCs w:val="28"/>
        </w:rPr>
        <w:t xml:space="preserve"> </w:t>
      </w:r>
      <w:r w:rsidRPr="00CE758F">
        <w:rPr>
          <w:rFonts w:ascii="Baskerville Old Face" w:hAnsi="Baskerville Old Face"/>
          <w:bCs/>
          <w:sz w:val="28"/>
          <w:szCs w:val="28"/>
        </w:rPr>
        <w:t xml:space="preserve">Finian had, in two years in that country, learned a great deal about being looked at. Wally looked at a man the way he looked at a length of pipe. Narrah looked at you and then away, which was courtesy. But Ellie looked at him the way she had looked at him since she was eleven years old, and what </w:t>
      </w:r>
      <w:r w:rsidRPr="00CE758F">
        <w:rPr>
          <w:rFonts w:ascii="Baskerville Old Face" w:hAnsi="Baskerville Old Face"/>
          <w:bCs/>
          <w:sz w:val="28"/>
          <w:szCs w:val="28"/>
        </w:rPr>
        <w:lastRenderedPageBreak/>
        <w:t>he saw in her face on the step that Sunday was the exact expression he had worn himself, standing on a claypan under an escarpment while Narrah declined to tell him what the red rock was.</w:t>
      </w:r>
      <w:r w:rsidR="00F02D2E">
        <w:rPr>
          <w:rFonts w:ascii="Baskerville Old Face" w:hAnsi="Baskerville Old Face"/>
          <w:bCs/>
          <w:sz w:val="28"/>
          <w:szCs w:val="28"/>
        </w:rPr>
        <w:t xml:space="preserve"> </w:t>
      </w:r>
      <w:r w:rsidRPr="00CE758F">
        <w:rPr>
          <w:rFonts w:ascii="Baskerville Old Face" w:hAnsi="Baskerville Old Face"/>
          <w:bCs/>
          <w:sz w:val="28"/>
          <w:szCs w:val="28"/>
        </w:rPr>
        <w:t>The feeling of being kept out of a room.</w:t>
      </w:r>
      <w:r w:rsidR="00F02D2E">
        <w:rPr>
          <w:rFonts w:ascii="Baskerville Old Face" w:hAnsi="Baskerville Old Face"/>
          <w:bCs/>
          <w:sz w:val="28"/>
          <w:szCs w:val="28"/>
        </w:rPr>
        <w:t xml:space="preserve"> </w:t>
      </w:r>
      <w:r w:rsidRPr="00CE758F">
        <w:rPr>
          <w:rFonts w:ascii="Baskerville Old Face" w:hAnsi="Baskerville Old Face"/>
          <w:bCs/>
          <w:sz w:val="28"/>
          <w:szCs w:val="28"/>
        </w:rPr>
        <w:t>She knew there was a room. She could not see into it. She had crossed the world and she had been in the Territory eight days and she had just found the door.</w:t>
      </w:r>
      <w:r w:rsidR="00F02D2E">
        <w:rPr>
          <w:rFonts w:ascii="Baskerville Old Face" w:hAnsi="Baskerville Old Face"/>
          <w:bCs/>
          <w:sz w:val="28"/>
          <w:szCs w:val="28"/>
        </w:rPr>
        <w:t xml:space="preserve"> </w:t>
      </w:r>
      <w:r w:rsidRPr="00CE758F">
        <w:rPr>
          <w:rFonts w:ascii="Baskerville Old Face" w:hAnsi="Baskerville Old Face"/>
          <w:bCs/>
          <w:sz w:val="28"/>
          <w:szCs w:val="28"/>
        </w:rPr>
        <w:t>“Right,” she said, and went back to the peas.</w:t>
      </w:r>
      <w:r w:rsidR="00F02D2E">
        <w:rPr>
          <w:rFonts w:ascii="Baskerville Old Face" w:hAnsi="Baskerville Old Face"/>
          <w:bCs/>
          <w:sz w:val="28"/>
          <w:szCs w:val="28"/>
        </w:rPr>
        <w:t xml:space="preserve"> </w:t>
      </w:r>
      <w:r w:rsidRPr="00CE758F">
        <w:rPr>
          <w:rFonts w:ascii="Baskerville Old Face" w:hAnsi="Baskerville Old Face"/>
          <w:bCs/>
          <w:sz w:val="28"/>
          <w:szCs w:val="28"/>
        </w:rPr>
        <w:t>She never asked again. Not in 1965, and not in 1972, and not in 1988 when he was worth what he was worth. She carried it for thirty years the way she carried everything, and the next time it was spoken aloud between the two of them it was not a question at all, and there was no floor under either of them when it was.</w:t>
      </w:r>
      <w:r w:rsidR="00F02D2E">
        <w:rPr>
          <w:rFonts w:ascii="Baskerville Old Face" w:hAnsi="Baskerville Old Face"/>
          <w:bCs/>
          <w:sz w:val="28"/>
          <w:szCs w:val="28"/>
        </w:rPr>
        <w:t xml:space="preserve"> </w:t>
      </w:r>
      <w:r w:rsidRPr="00CE758F">
        <w:rPr>
          <w:rFonts w:ascii="Baskerville Old Face" w:hAnsi="Baskerville Old Face"/>
          <w:bCs/>
          <w:sz w:val="28"/>
          <w:szCs w:val="28"/>
        </w:rPr>
        <w:t>They were married on the twenty-second of April, 1965, at eleven in the morning, in the courthouse in Parsons Street, by a magistrate named McHale who had a head cold.</w:t>
      </w:r>
      <w:r w:rsidR="00C2672B">
        <w:rPr>
          <w:rFonts w:ascii="Baskerville Old Face" w:hAnsi="Baskerville Old Face"/>
          <w:bCs/>
          <w:sz w:val="28"/>
          <w:szCs w:val="28"/>
        </w:rPr>
        <w:t xml:space="preserve"> </w:t>
      </w:r>
      <w:r w:rsidRPr="00CE758F">
        <w:rPr>
          <w:rFonts w:ascii="Baskerville Old Face" w:hAnsi="Baskerville Old Face"/>
          <w:bCs/>
          <w:sz w:val="28"/>
          <w:szCs w:val="28"/>
        </w:rPr>
        <w:t>It took eleven minutes.</w:t>
      </w:r>
      <w:r w:rsidR="00C2672B">
        <w:rPr>
          <w:rFonts w:ascii="Baskerville Old Face" w:hAnsi="Baskerville Old Face"/>
          <w:bCs/>
          <w:sz w:val="28"/>
          <w:szCs w:val="28"/>
        </w:rPr>
        <w:t xml:space="preserve"> </w:t>
      </w:r>
      <w:r w:rsidRPr="00CE758F">
        <w:rPr>
          <w:rFonts w:ascii="Baskerville Old Face" w:hAnsi="Baskerville Old Face"/>
          <w:bCs/>
          <w:sz w:val="28"/>
          <w:szCs w:val="28"/>
        </w:rPr>
        <w:t>Ellie wore a pale blue dress she had bought in Adelaide with her own money on the way through and a pair of white gloves that Dot had produced from somewhere and six roses that had come up on the mail plane from Adelaide in a wet newspaper, which Finian had arranged and which cost him three pounds twelve and which he never told her about.</w:t>
      </w:r>
    </w:p>
    <w:p w14:paraId="1165EC53" w14:textId="66D70A7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Wally Mansfield stood up for him in a suit jacket over a khaki shirt.</w:t>
      </w:r>
      <w:r w:rsidR="00E2595F">
        <w:rPr>
          <w:rFonts w:ascii="Baskerville Old Face" w:hAnsi="Baskerville Old Face"/>
          <w:bCs/>
          <w:sz w:val="28"/>
          <w:szCs w:val="28"/>
        </w:rPr>
        <w:t xml:space="preserve"> </w:t>
      </w:r>
      <w:r w:rsidRPr="00CE758F">
        <w:rPr>
          <w:rFonts w:ascii="Baskerville Old Face" w:hAnsi="Baskerville Old Face"/>
          <w:bCs/>
          <w:sz w:val="28"/>
          <w:szCs w:val="28"/>
        </w:rPr>
        <w:t xml:space="preserve">Dot </w:t>
      </w:r>
      <w:r w:rsidR="00E2595F">
        <w:rPr>
          <w:rFonts w:ascii="Baskerville Old Face" w:hAnsi="Baskerville Old Face"/>
          <w:bCs/>
          <w:sz w:val="28"/>
          <w:szCs w:val="28"/>
        </w:rPr>
        <w:t>softly</w:t>
      </w:r>
      <w:r w:rsidR="00C26F9A">
        <w:rPr>
          <w:rFonts w:ascii="Baskerville Old Face" w:hAnsi="Baskerville Old Face"/>
          <w:bCs/>
          <w:sz w:val="28"/>
          <w:szCs w:val="28"/>
        </w:rPr>
        <w:t xml:space="preserve"> </w:t>
      </w:r>
      <w:r w:rsidR="00E2595F">
        <w:rPr>
          <w:rFonts w:ascii="Baskerville Old Face" w:hAnsi="Baskerville Old Face"/>
          <w:bCs/>
          <w:sz w:val="28"/>
          <w:szCs w:val="28"/>
        </w:rPr>
        <w:t>sobbed</w:t>
      </w:r>
      <w:r w:rsidRPr="00CE758F">
        <w:rPr>
          <w:rFonts w:ascii="Baskerville Old Face" w:hAnsi="Baskerville Old Face"/>
          <w:bCs/>
          <w:sz w:val="28"/>
          <w:szCs w:val="28"/>
        </w:rPr>
        <w:t>. Ted stood at the back with his hat in his good hand. Two of the girls from the chemist came. A truck was reversing outside in Parsons Street through most of it with a gearbox that Finian diagnosed automatically as a worn selector fork while McHale was reading out the part about lawful impediment, and he was still ashamed of that at seventy-eight.</w:t>
      </w:r>
      <w:r w:rsidR="00E2595F">
        <w:rPr>
          <w:rFonts w:ascii="Baskerville Old Face" w:hAnsi="Baskerville Old Face"/>
          <w:bCs/>
          <w:sz w:val="28"/>
          <w:szCs w:val="28"/>
        </w:rPr>
        <w:t xml:space="preserve"> </w:t>
      </w:r>
      <w:r w:rsidRPr="00CE758F">
        <w:rPr>
          <w:rFonts w:ascii="Baskerville Old Face" w:hAnsi="Baskerville Old Face"/>
          <w:bCs/>
          <w:sz w:val="28"/>
          <w:szCs w:val="28"/>
        </w:rPr>
        <w:t>Narrah came as far as the courthouse steps.</w:t>
      </w:r>
      <w:r w:rsidR="00E2595F">
        <w:rPr>
          <w:rFonts w:ascii="Baskerville Old Face" w:hAnsi="Baskerville Old Face"/>
          <w:bCs/>
          <w:sz w:val="28"/>
          <w:szCs w:val="28"/>
        </w:rPr>
        <w:t xml:space="preserve"> </w:t>
      </w:r>
      <w:r w:rsidRPr="00CE758F">
        <w:rPr>
          <w:rFonts w:ascii="Baskerville Old Face" w:hAnsi="Baskerville Old Face"/>
          <w:bCs/>
          <w:sz w:val="28"/>
          <w:szCs w:val="28"/>
        </w:rPr>
        <w:t>He had a clean shirt on and his hat in his hands and he would not come up. He stood on the second step from the bottom with the town going past behind him and shook Finian’s hand and said, “Good one,” and shook Ellie’s hand, which surprised her, and said, “You come out on country sometime. I’ll show you the good water,” and Ellie said, “I’ll hold you to that,” and meant it, and did, eleven years later, and there is a photograph of that too, somewhere, in a box.</w:t>
      </w:r>
      <w:r w:rsidR="00E2595F">
        <w:rPr>
          <w:rFonts w:ascii="Baskerville Old Face" w:hAnsi="Baskerville Old Face"/>
          <w:bCs/>
          <w:sz w:val="28"/>
          <w:szCs w:val="28"/>
        </w:rPr>
        <w:t xml:space="preserve"> </w:t>
      </w:r>
      <w:r w:rsidRPr="00CE758F">
        <w:rPr>
          <w:rFonts w:ascii="Baskerville Old Face" w:hAnsi="Baskerville Old Face"/>
          <w:bCs/>
          <w:sz w:val="28"/>
          <w:szCs w:val="28"/>
        </w:rPr>
        <w:t>Then Narrah put his hat on and walked back down the street, and did not come to the wedding breakfast, because the wedding breakfast was in the dining room of the Stuart Arms.</w:t>
      </w:r>
      <w:r w:rsidR="00E2595F">
        <w:rPr>
          <w:rFonts w:ascii="Baskerville Old Face" w:hAnsi="Baskerville Old Face"/>
          <w:bCs/>
          <w:sz w:val="28"/>
          <w:szCs w:val="28"/>
        </w:rPr>
        <w:t xml:space="preserve"> </w:t>
      </w:r>
      <w:r w:rsidRPr="00CE758F">
        <w:rPr>
          <w:rFonts w:ascii="Baskerville Old Face" w:hAnsi="Baskerville Old Face"/>
          <w:bCs/>
          <w:sz w:val="28"/>
          <w:szCs w:val="28"/>
        </w:rPr>
        <w:t>Here is the thing about the Stuart Arms.</w:t>
      </w:r>
      <w:r w:rsidR="00E2595F">
        <w:rPr>
          <w:rFonts w:ascii="Baskerville Old Face" w:hAnsi="Baskerville Old Face"/>
          <w:bCs/>
          <w:sz w:val="28"/>
          <w:szCs w:val="28"/>
        </w:rPr>
        <w:t xml:space="preserve"> </w:t>
      </w:r>
      <w:r w:rsidRPr="00CE758F">
        <w:rPr>
          <w:rFonts w:ascii="Baskerville Old Face" w:hAnsi="Baskerville Old Face"/>
          <w:bCs/>
          <w:sz w:val="28"/>
          <w:szCs w:val="28"/>
        </w:rPr>
        <w:t xml:space="preserve">Dot had booked the small dining room and there were nine of them and it was cold mutton and beetroot and boiled potatoes and a sponge, and </w:t>
      </w:r>
      <w:r w:rsidRPr="00CE758F">
        <w:rPr>
          <w:rFonts w:ascii="Baskerville Old Face" w:hAnsi="Baskerville Old Face"/>
          <w:bCs/>
          <w:sz w:val="28"/>
          <w:szCs w:val="28"/>
        </w:rPr>
        <w:lastRenderedPageBreak/>
        <w:t>there was beer, and Finian stood at the door of it in his one suit at nineteen years of age with his wife on his arm and Wally Mansfield behind him, and he was as happy as he had ever been in his life, and the publican, a large mild man named Furn</w:t>
      </w:r>
      <w:r w:rsidR="00F65517">
        <w:rPr>
          <w:rFonts w:ascii="Baskerville Old Face" w:hAnsi="Baskerville Old Face"/>
          <w:bCs/>
          <w:sz w:val="28"/>
          <w:szCs w:val="28"/>
        </w:rPr>
        <w:t>e</w:t>
      </w:r>
      <w:r w:rsidRPr="00CE758F">
        <w:rPr>
          <w:rFonts w:ascii="Baskerville Old Face" w:hAnsi="Baskerville Old Face"/>
          <w:bCs/>
          <w:sz w:val="28"/>
          <w:szCs w:val="28"/>
        </w:rPr>
        <w:t>ss, stepped across.</w:t>
      </w:r>
      <w:r w:rsidR="00C26F9A">
        <w:rPr>
          <w:rFonts w:ascii="Baskerville Old Face" w:hAnsi="Baskerville Old Face"/>
          <w:bCs/>
          <w:sz w:val="28"/>
          <w:szCs w:val="28"/>
        </w:rPr>
        <w:t xml:space="preserve"> </w:t>
      </w:r>
      <w:r w:rsidRPr="00CE758F">
        <w:rPr>
          <w:rFonts w:ascii="Baskerville Old Face" w:hAnsi="Baskerville Old Face"/>
          <w:bCs/>
          <w:sz w:val="28"/>
          <w:szCs w:val="28"/>
        </w:rPr>
        <w:t>He did not say anything unpleasant. That is what Finian remembered. There was no anger in it at all.</w:t>
      </w:r>
      <w:r w:rsidR="00C26F9A">
        <w:rPr>
          <w:rFonts w:ascii="Baskerville Old Face" w:hAnsi="Baskerville Old Face"/>
          <w:bCs/>
          <w:sz w:val="28"/>
          <w:szCs w:val="28"/>
        </w:rPr>
        <w:t xml:space="preserve"> </w:t>
      </w:r>
      <w:r w:rsidRPr="00CE758F">
        <w:rPr>
          <w:rFonts w:ascii="Baskerville Old Face" w:hAnsi="Baskerville Old Face"/>
          <w:bCs/>
          <w:sz w:val="28"/>
          <w:szCs w:val="28"/>
        </w:rPr>
        <w:t>“Not him, Fin,” he said. “You know how it is. I’d have the Welfare on me.”</w:t>
      </w:r>
      <w:r w:rsidR="00C26F9A">
        <w:rPr>
          <w:rFonts w:ascii="Baskerville Old Face" w:hAnsi="Baskerville Old Face"/>
          <w:bCs/>
          <w:sz w:val="28"/>
          <w:szCs w:val="28"/>
        </w:rPr>
        <w:t xml:space="preserve"> </w:t>
      </w:r>
      <w:r w:rsidRPr="00CE758F">
        <w:rPr>
          <w:rFonts w:ascii="Baskerville Old Face" w:hAnsi="Baskerville Old Face"/>
          <w:bCs/>
          <w:sz w:val="28"/>
          <w:szCs w:val="28"/>
        </w:rPr>
        <w:t>And Finian looked back down the steps at Narrah, who had already turned round, twenty yards off, and who had known before Finian did, because Narrah had known since 1938.</w:t>
      </w:r>
      <w:r w:rsidR="004A7696">
        <w:rPr>
          <w:rFonts w:ascii="Baskerville Old Face" w:hAnsi="Baskerville Old Face"/>
          <w:bCs/>
          <w:sz w:val="28"/>
          <w:szCs w:val="28"/>
        </w:rPr>
        <w:t xml:space="preserve"> </w:t>
      </w:r>
      <w:r w:rsidRPr="00CE758F">
        <w:rPr>
          <w:rFonts w:ascii="Baskerville Old Face" w:hAnsi="Baskerville Old Face"/>
          <w:bCs/>
          <w:sz w:val="28"/>
          <w:szCs w:val="28"/>
        </w:rPr>
        <w:t>“He’s my mate,” said Finian.</w:t>
      </w:r>
      <w:r w:rsidR="004A7696">
        <w:rPr>
          <w:rFonts w:ascii="Baskerville Old Face" w:hAnsi="Baskerville Old Face"/>
          <w:bCs/>
          <w:sz w:val="28"/>
          <w:szCs w:val="28"/>
        </w:rPr>
        <w:t xml:space="preserve"> </w:t>
      </w:r>
      <w:r w:rsidRPr="00CE758F">
        <w:rPr>
          <w:rFonts w:ascii="Baskerville Old Face" w:hAnsi="Baskerville Old Face"/>
          <w:bCs/>
          <w:sz w:val="28"/>
          <w:szCs w:val="28"/>
        </w:rPr>
        <w:t>“He’s a good bloke,” said Furn</w:t>
      </w:r>
      <w:r w:rsidR="00013AB5">
        <w:rPr>
          <w:rFonts w:ascii="Baskerville Old Face" w:hAnsi="Baskerville Old Face"/>
          <w:bCs/>
          <w:sz w:val="28"/>
          <w:szCs w:val="28"/>
        </w:rPr>
        <w:t>e</w:t>
      </w:r>
      <w:r w:rsidRPr="00CE758F">
        <w:rPr>
          <w:rFonts w:ascii="Baskerville Old Face" w:hAnsi="Baskerville Old Face"/>
          <w:bCs/>
          <w:sz w:val="28"/>
          <w:szCs w:val="28"/>
        </w:rPr>
        <w:t>ss. “It’s a nice day. Don’t make it a thing.”</w:t>
      </w:r>
      <w:r w:rsidR="004A7696">
        <w:rPr>
          <w:rFonts w:ascii="Baskerville Old Face" w:hAnsi="Baskerville Old Face"/>
          <w:bCs/>
          <w:sz w:val="28"/>
          <w:szCs w:val="28"/>
        </w:rPr>
        <w:t xml:space="preserve"> </w:t>
      </w:r>
      <w:r w:rsidRPr="00CE758F">
        <w:rPr>
          <w:rFonts w:ascii="Baskerville Old Face" w:hAnsi="Baskerville Old Face"/>
          <w:bCs/>
          <w:sz w:val="28"/>
          <w:szCs w:val="28"/>
        </w:rPr>
        <w:t>Finian stood there for what he later reckoned was about four seconds.</w:t>
      </w:r>
      <w:r w:rsidR="00723696">
        <w:rPr>
          <w:rFonts w:ascii="Baskerville Old Face" w:hAnsi="Baskerville Old Face"/>
          <w:bCs/>
          <w:sz w:val="28"/>
          <w:szCs w:val="28"/>
        </w:rPr>
        <w:t xml:space="preserve"> </w:t>
      </w:r>
      <w:r w:rsidRPr="00CE758F">
        <w:rPr>
          <w:rFonts w:ascii="Baskerville Old Face" w:hAnsi="Baskerville Old Face"/>
          <w:bCs/>
          <w:sz w:val="28"/>
          <w:szCs w:val="28"/>
        </w:rPr>
        <w:t>Then he said, “It’s her wedding.”</w:t>
      </w:r>
      <w:r w:rsidR="00723696">
        <w:rPr>
          <w:rFonts w:ascii="Baskerville Old Face" w:hAnsi="Baskerville Old Face"/>
          <w:bCs/>
          <w:sz w:val="28"/>
          <w:szCs w:val="28"/>
        </w:rPr>
        <w:t xml:space="preserve"> </w:t>
      </w:r>
      <w:r w:rsidRPr="00CE758F">
        <w:rPr>
          <w:rFonts w:ascii="Baskerville Old Face" w:hAnsi="Baskerville Old Face"/>
          <w:bCs/>
          <w:sz w:val="28"/>
          <w:szCs w:val="28"/>
        </w:rPr>
        <w:t>He heard it come out of him as a reason. That was the part. Not as an excuse, not as an apology, not as a thing he was ashamed of while he was saying it</w:t>
      </w:r>
      <w:r w:rsidR="00E14831">
        <w:rPr>
          <w:rFonts w:ascii="Baskerville Old Face" w:hAnsi="Baskerville Old Face"/>
          <w:bCs/>
          <w:sz w:val="28"/>
          <w:szCs w:val="28"/>
        </w:rPr>
        <w:t xml:space="preserve">, </w:t>
      </w:r>
      <w:r w:rsidRPr="00CE758F">
        <w:rPr>
          <w:rFonts w:ascii="Baskerville Old Face" w:hAnsi="Baskerville Old Face"/>
          <w:bCs/>
          <w:sz w:val="28"/>
          <w:szCs w:val="28"/>
        </w:rPr>
        <w:t>as a reason, the way a man explains an unavoidable circumstance to somebody he assumes will understand about unavoidable circumstances.</w:t>
      </w:r>
      <w:r w:rsidR="00E14831">
        <w:rPr>
          <w:rFonts w:ascii="Baskerville Old Face" w:hAnsi="Baskerville Old Face"/>
          <w:bCs/>
          <w:sz w:val="28"/>
          <w:szCs w:val="28"/>
        </w:rPr>
        <w:t xml:space="preserve"> </w:t>
      </w:r>
      <w:r w:rsidRPr="00CE758F">
        <w:rPr>
          <w:rFonts w:ascii="Baskerville Old Face" w:hAnsi="Baskerville Old Face"/>
          <w:bCs/>
          <w:sz w:val="28"/>
          <w:szCs w:val="28"/>
        </w:rPr>
        <w:t>Narrah, from the footpath, lifted his hat about four inches and let it drop.</w:t>
      </w:r>
      <w:r w:rsidR="00E14831">
        <w:rPr>
          <w:rFonts w:ascii="Baskerville Old Face" w:hAnsi="Baskerville Old Face"/>
          <w:bCs/>
          <w:sz w:val="28"/>
          <w:szCs w:val="28"/>
        </w:rPr>
        <w:t xml:space="preserve"> </w:t>
      </w:r>
      <w:r w:rsidRPr="00CE758F">
        <w:rPr>
          <w:rFonts w:ascii="Baskerville Old Face" w:hAnsi="Baskerville Old Face"/>
          <w:bCs/>
          <w:sz w:val="28"/>
          <w:szCs w:val="28"/>
        </w:rPr>
        <w:t>“Go on,” he called up. “Get in there.”</w:t>
      </w:r>
    </w:p>
    <w:p w14:paraId="7A28102A" w14:textId="2A08E94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Which was worse. It was very much worse, and would go on being worse, and thirty years later a Roman would take that four seconds apart in front of twelve men with something close to affection, and would not need to raise his voice once, and would finish by observing that the defendant had put a price on a friendship at nineteen years of age and had got it right to within a shilling, because the friendship had in fact lasted him another thirty years and had cost him nothing at all until the day it came to the wire.</w:t>
      </w:r>
      <w:r w:rsidR="00E14831">
        <w:rPr>
          <w:rFonts w:ascii="Baskerville Old Face" w:hAnsi="Baskerville Old Face"/>
          <w:bCs/>
          <w:sz w:val="28"/>
          <w:szCs w:val="28"/>
        </w:rPr>
        <w:t xml:space="preserve"> </w:t>
      </w:r>
      <w:r w:rsidRPr="00CE758F">
        <w:rPr>
          <w:rFonts w:ascii="Baskerville Old Face" w:hAnsi="Baskerville Old Face"/>
          <w:bCs/>
          <w:sz w:val="28"/>
          <w:szCs w:val="28"/>
        </w:rPr>
        <w:t>Wally did not go in.</w:t>
      </w:r>
      <w:r w:rsidR="00E14831">
        <w:rPr>
          <w:rFonts w:ascii="Baskerville Old Face" w:hAnsi="Baskerville Old Face"/>
          <w:bCs/>
          <w:sz w:val="28"/>
          <w:szCs w:val="28"/>
        </w:rPr>
        <w:t xml:space="preserve"> </w:t>
      </w:r>
      <w:r w:rsidRPr="00CE758F">
        <w:rPr>
          <w:rFonts w:ascii="Baskerville Old Face" w:hAnsi="Baskerville Old Face"/>
          <w:bCs/>
          <w:sz w:val="28"/>
          <w:szCs w:val="28"/>
        </w:rPr>
        <w:t>He stood on the footpath outside the Stuart Arms for nineteen minutes, and then he came in and had a beer</w:t>
      </w:r>
      <w:r w:rsidR="006E3739">
        <w:rPr>
          <w:rFonts w:ascii="Baskerville Old Face" w:hAnsi="Baskerville Old Face"/>
          <w:bCs/>
          <w:sz w:val="28"/>
          <w:szCs w:val="28"/>
        </w:rPr>
        <w:t>,</w:t>
      </w:r>
      <w:r w:rsidRPr="00CE758F">
        <w:rPr>
          <w:rFonts w:ascii="Baskerville Old Face" w:hAnsi="Baskerville Old Face"/>
          <w:bCs/>
          <w:sz w:val="28"/>
          <w:szCs w:val="28"/>
        </w:rPr>
        <w:t xml:space="preserve"> and </w:t>
      </w:r>
      <w:r w:rsidR="006E3739">
        <w:rPr>
          <w:rFonts w:ascii="Baskerville Old Face" w:hAnsi="Baskerville Old Face"/>
          <w:bCs/>
          <w:sz w:val="28"/>
          <w:szCs w:val="28"/>
        </w:rPr>
        <w:t xml:space="preserve">delivered </w:t>
      </w:r>
      <w:r w:rsidRPr="00CE758F">
        <w:rPr>
          <w:rFonts w:ascii="Baskerville Old Face" w:hAnsi="Baskerville Old Face"/>
          <w:bCs/>
          <w:sz w:val="28"/>
          <w:szCs w:val="28"/>
        </w:rPr>
        <w:t>a short speech that consisted of the words “Good luck to the both of you</w:t>
      </w:r>
      <w:r w:rsidR="006E3739">
        <w:rPr>
          <w:rFonts w:ascii="Baskerville Old Face" w:hAnsi="Baskerville Old Face"/>
          <w:bCs/>
          <w:sz w:val="28"/>
          <w:szCs w:val="28"/>
        </w:rPr>
        <w:t>’</w:t>
      </w:r>
      <w:r w:rsidRPr="00CE758F">
        <w:rPr>
          <w:rFonts w:ascii="Baskerville Old Face" w:hAnsi="Baskerville Old Face"/>
          <w:bCs/>
          <w:sz w:val="28"/>
          <w:szCs w:val="28"/>
        </w:rPr>
        <w:t>s” and sat down, and nobody asked him where he had been, and Finian did not work out where he had been for nineteen years.</w:t>
      </w:r>
      <w:r w:rsidR="006E3739">
        <w:rPr>
          <w:rFonts w:ascii="Baskerville Old Face" w:hAnsi="Baskerville Old Face"/>
          <w:bCs/>
          <w:sz w:val="28"/>
          <w:szCs w:val="28"/>
        </w:rPr>
        <w:t xml:space="preserve"> </w:t>
      </w:r>
      <w:r w:rsidRPr="00CE758F">
        <w:rPr>
          <w:rFonts w:ascii="Baskerville Old Face" w:hAnsi="Baskerville Old Face"/>
          <w:bCs/>
          <w:sz w:val="28"/>
          <w:szCs w:val="28"/>
        </w:rPr>
        <w:t>They were four hours in that room and there was a great deal of laughing and Dot got the rice out of her handbag at the end of it and threw it in the street, and it was, on the balance of everything, a happy day. That has to be said</w:t>
      </w:r>
      <w:r w:rsidR="009811D8">
        <w:rPr>
          <w:rFonts w:ascii="Baskerville Old Face" w:hAnsi="Baskerville Old Face"/>
          <w:bCs/>
          <w:sz w:val="28"/>
          <w:szCs w:val="28"/>
        </w:rPr>
        <w:t xml:space="preserve"> </w:t>
      </w:r>
      <w:r w:rsidRPr="00CE758F">
        <w:rPr>
          <w:rFonts w:ascii="Baskerville Old Face" w:hAnsi="Baskerville Old Face"/>
          <w:bCs/>
          <w:sz w:val="28"/>
          <w:szCs w:val="28"/>
        </w:rPr>
        <w:t>too.</w:t>
      </w:r>
      <w:r w:rsidR="009811D8">
        <w:rPr>
          <w:rFonts w:ascii="Baskerville Old Face" w:hAnsi="Baskerville Old Face"/>
          <w:bCs/>
          <w:sz w:val="28"/>
          <w:szCs w:val="28"/>
        </w:rPr>
        <w:t xml:space="preserve"> </w:t>
      </w:r>
      <w:r w:rsidRPr="00CE758F">
        <w:rPr>
          <w:rFonts w:ascii="Baskerville Old Face" w:hAnsi="Baskerville Old Face"/>
          <w:bCs/>
          <w:sz w:val="28"/>
          <w:szCs w:val="28"/>
        </w:rPr>
        <w:t>But Narrah did not eat at Finian Kavanagh’s wedding.</w:t>
      </w:r>
      <w:r w:rsidR="009811D8">
        <w:rPr>
          <w:rFonts w:ascii="Baskerville Old Face" w:hAnsi="Baskerville Old Face"/>
          <w:bCs/>
          <w:sz w:val="28"/>
          <w:szCs w:val="28"/>
        </w:rPr>
        <w:t xml:space="preserve"> </w:t>
      </w:r>
      <w:r w:rsidRPr="00CE758F">
        <w:rPr>
          <w:rFonts w:ascii="Baskerville Old Face" w:hAnsi="Baskerville Old Face"/>
          <w:bCs/>
          <w:sz w:val="28"/>
          <w:szCs w:val="28"/>
        </w:rPr>
        <w:t xml:space="preserve">He walked to the top of Todd Street and stood in the shade of the store awning with his hat in his hands and waited, because Dot had told him there would be a photograph on </w:t>
      </w:r>
      <w:r w:rsidRPr="00CE758F">
        <w:rPr>
          <w:rFonts w:ascii="Baskerville Old Face" w:hAnsi="Baskerville Old Face"/>
          <w:bCs/>
          <w:sz w:val="28"/>
          <w:szCs w:val="28"/>
        </w:rPr>
        <w:lastRenderedPageBreak/>
        <w:t>the steps after and had asked him to be in it, and he had said he would.</w:t>
      </w:r>
      <w:r w:rsidR="00C535A3">
        <w:rPr>
          <w:rFonts w:ascii="Baskerville Old Face" w:hAnsi="Baskerville Old Face"/>
          <w:bCs/>
          <w:sz w:val="28"/>
          <w:szCs w:val="28"/>
        </w:rPr>
        <w:t xml:space="preserve"> </w:t>
      </w:r>
      <w:r w:rsidRPr="00CE758F">
        <w:rPr>
          <w:rFonts w:ascii="Baskerville Old Face" w:hAnsi="Baskerville Old Face"/>
          <w:bCs/>
          <w:sz w:val="28"/>
          <w:szCs w:val="28"/>
        </w:rPr>
        <w:t>He was there an hour and a half.</w:t>
      </w:r>
      <w:r w:rsidR="00C535A3">
        <w:rPr>
          <w:rFonts w:ascii="Baskerville Old Face" w:hAnsi="Baskerville Old Face"/>
          <w:bCs/>
          <w:sz w:val="28"/>
          <w:szCs w:val="28"/>
        </w:rPr>
        <w:t xml:space="preserve"> </w:t>
      </w:r>
      <w:r w:rsidRPr="00CE758F">
        <w:rPr>
          <w:rFonts w:ascii="Baskerville Old Face" w:hAnsi="Baskerville Old Face"/>
          <w:bCs/>
          <w:sz w:val="28"/>
          <w:szCs w:val="28"/>
        </w:rPr>
        <w:t>Finian saw him, once, through the dining-room window, over somebody’s shoulder, halfway through the cold mutton — a man standing in shade eighty yards up a street with his hat in his hands — and looked away.</w:t>
      </w:r>
      <w:r w:rsidR="00C535A3">
        <w:rPr>
          <w:rFonts w:ascii="Baskerville Old Face" w:hAnsi="Baskerville Old Face"/>
          <w:bCs/>
          <w:sz w:val="28"/>
          <w:szCs w:val="28"/>
        </w:rPr>
        <w:t xml:space="preserve"> </w:t>
      </w:r>
      <w:r w:rsidRPr="00CE758F">
        <w:rPr>
          <w:rFonts w:ascii="Baskerville Old Face" w:hAnsi="Baskerville Old Face"/>
          <w:bCs/>
          <w:sz w:val="28"/>
          <w:szCs w:val="28"/>
        </w:rPr>
        <w:t>Not quickly, which would at least have been something. At an ordinary speed. The speed at which you look away from a thing you have already finished dealing with.</w:t>
      </w:r>
      <w:r w:rsidR="00C535A3">
        <w:rPr>
          <w:rFonts w:ascii="Baskerville Old Face" w:hAnsi="Baskerville Old Face"/>
          <w:bCs/>
          <w:sz w:val="28"/>
          <w:szCs w:val="28"/>
        </w:rPr>
        <w:t xml:space="preserve"> </w:t>
      </w:r>
      <w:r w:rsidRPr="00CE758F">
        <w:rPr>
          <w:rFonts w:ascii="Baskerville Old Face" w:hAnsi="Baskerville Old Face"/>
          <w:bCs/>
          <w:sz w:val="28"/>
          <w:szCs w:val="28"/>
        </w:rPr>
        <w:t>That night, in the room at the back of Dot’s house, with the window open and the whole Territory ticking and cooling outside it, Ellie said, in the dark:</w:t>
      </w:r>
    </w:p>
    <w:p w14:paraId="6E01140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w:t>
      </w:r>
    </w:p>
    <w:p w14:paraId="3A6ABC5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2BC8476C" w14:textId="3EB2ECD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 man </w:t>
      </w:r>
      <w:r w:rsidR="005D431A" w:rsidRPr="00CE758F">
        <w:rPr>
          <w:rFonts w:ascii="Baskerville Old Face" w:hAnsi="Baskerville Old Face"/>
          <w:bCs/>
          <w:sz w:val="28"/>
          <w:szCs w:val="28"/>
        </w:rPr>
        <w:t>Furn</w:t>
      </w:r>
      <w:r w:rsidR="005D431A">
        <w:rPr>
          <w:rFonts w:ascii="Baskerville Old Face" w:hAnsi="Baskerville Old Face"/>
          <w:bCs/>
          <w:sz w:val="28"/>
          <w:szCs w:val="28"/>
        </w:rPr>
        <w:t>e</w:t>
      </w:r>
      <w:r w:rsidR="005D431A" w:rsidRPr="00CE758F">
        <w:rPr>
          <w:rFonts w:ascii="Baskerville Old Face" w:hAnsi="Baskerville Old Face"/>
          <w:bCs/>
          <w:sz w:val="28"/>
          <w:szCs w:val="28"/>
        </w:rPr>
        <w:t>ss</w:t>
      </w:r>
      <w:r w:rsidRPr="00CE758F">
        <w:rPr>
          <w:rFonts w:ascii="Baskerville Old Face" w:hAnsi="Baskerville Old Face"/>
          <w:bCs/>
          <w:sz w:val="28"/>
          <w:szCs w:val="28"/>
        </w:rPr>
        <w:t xml:space="preserve"> </w:t>
      </w:r>
      <w:r w:rsidR="005D431A" w:rsidRPr="00CE758F">
        <w:rPr>
          <w:rFonts w:ascii="Baskerville Old Face" w:hAnsi="Baskerville Old Face"/>
          <w:bCs/>
          <w:sz w:val="28"/>
          <w:szCs w:val="28"/>
        </w:rPr>
        <w:t>would</w:t>
      </w:r>
      <w:r w:rsidR="005D431A">
        <w:rPr>
          <w:rFonts w:ascii="Baskerville Old Face" w:hAnsi="Baskerville Old Face"/>
          <w:bCs/>
          <w:sz w:val="28"/>
          <w:szCs w:val="28"/>
        </w:rPr>
        <w:t>n’t</w:t>
      </w:r>
      <w:r w:rsidRPr="00CE758F">
        <w:rPr>
          <w:rFonts w:ascii="Baskerville Old Face" w:hAnsi="Baskerville Old Face"/>
          <w:bCs/>
          <w:sz w:val="28"/>
          <w:szCs w:val="28"/>
        </w:rPr>
        <w:t xml:space="preserve"> </w:t>
      </w:r>
      <w:r w:rsidR="001850B5">
        <w:rPr>
          <w:rFonts w:ascii="Baskerville Old Face" w:hAnsi="Baskerville Old Face"/>
          <w:bCs/>
          <w:sz w:val="28"/>
          <w:szCs w:val="28"/>
        </w:rPr>
        <w:t>allow</w:t>
      </w:r>
      <w:r w:rsidRPr="00CE758F">
        <w:rPr>
          <w:rFonts w:ascii="Baskerville Old Face" w:hAnsi="Baskerville Old Face"/>
          <w:bCs/>
          <w:sz w:val="28"/>
          <w:szCs w:val="28"/>
        </w:rPr>
        <w:t xml:space="preserve"> Narrah in.”</w:t>
      </w:r>
    </w:p>
    <w:p w14:paraId="3D68D0B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791B546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you went in.”</w:t>
      </w:r>
    </w:p>
    <w:p w14:paraId="288179B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lay looking at the ceiling. He had a wife of eleven hours, six hundred and forty pounds, a rig he was going to buy inside two years, and eight hundred miles of country under him with more water in it than anybody knew.</w:t>
      </w:r>
    </w:p>
    <w:p w14:paraId="0A271ED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he said. “I went in.”</w:t>
      </w:r>
    </w:p>
    <w:p w14:paraId="3F2EC779" w14:textId="385C4A7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Ellie did not say anything else at all. She took his hand under the sheet and held it, and that was the first night of their marriage.</w:t>
      </w:r>
      <w:r w:rsidR="00F65517">
        <w:rPr>
          <w:rFonts w:ascii="Baskerville Old Face" w:hAnsi="Baskerville Old Face"/>
          <w:bCs/>
          <w:sz w:val="28"/>
          <w:szCs w:val="28"/>
        </w:rPr>
        <w:t xml:space="preserve"> </w:t>
      </w:r>
      <w:r w:rsidRPr="00CE758F">
        <w:rPr>
          <w:rFonts w:ascii="Baskerville Old Face" w:hAnsi="Baskerville Old Face"/>
          <w:bCs/>
          <w:sz w:val="28"/>
          <w:szCs w:val="28"/>
        </w:rPr>
        <w:t>They rented a house on Hartley Street for four pounds a week: two rooms and a lean-to kitchen, a tap in the yard, a copper, and a verandah on the western side that got the whole of the afternoon and was unusable until six o’clock.</w:t>
      </w:r>
      <w:r w:rsidR="00F65517">
        <w:rPr>
          <w:rFonts w:ascii="Baskerville Old Face" w:hAnsi="Baskerville Old Face"/>
          <w:bCs/>
          <w:sz w:val="28"/>
          <w:szCs w:val="28"/>
        </w:rPr>
        <w:t xml:space="preserve"> </w:t>
      </w:r>
      <w:r w:rsidRPr="00CE758F">
        <w:rPr>
          <w:rFonts w:ascii="Baskerville Old Face" w:hAnsi="Baskerville Old Face"/>
          <w:bCs/>
          <w:sz w:val="28"/>
          <w:szCs w:val="28"/>
        </w:rPr>
        <w:t xml:space="preserve">Ellie painted the inside of it a colour called Devon Cream </w:t>
      </w:r>
      <w:r w:rsidR="00F65517">
        <w:rPr>
          <w:rFonts w:ascii="Baskerville Old Face" w:hAnsi="Baskerville Old Face"/>
          <w:bCs/>
          <w:sz w:val="28"/>
          <w:szCs w:val="28"/>
        </w:rPr>
        <w:t>with</w:t>
      </w:r>
      <w:r w:rsidRPr="00CE758F">
        <w:rPr>
          <w:rFonts w:ascii="Baskerville Old Face" w:hAnsi="Baskerville Old Face"/>
          <w:bCs/>
          <w:sz w:val="28"/>
          <w:szCs w:val="28"/>
        </w:rPr>
        <w:t>in eleven days.</w:t>
      </w:r>
      <w:r w:rsidR="006F5641">
        <w:rPr>
          <w:rFonts w:ascii="Baskerville Old Face" w:hAnsi="Baskerville Old Face"/>
          <w:bCs/>
          <w:sz w:val="28"/>
          <w:szCs w:val="28"/>
        </w:rPr>
        <w:t xml:space="preserve"> </w:t>
      </w:r>
      <w:r w:rsidRPr="00CE758F">
        <w:rPr>
          <w:rFonts w:ascii="Baskerville Old Face" w:hAnsi="Baskerville Old Face"/>
          <w:bCs/>
          <w:sz w:val="28"/>
          <w:szCs w:val="28"/>
        </w:rPr>
        <w:t>She also, on the second Friday, sat down at the kitchen table with the pay tin from the Corella job and a pencil, said nothing for about twenty minutes, and then said, before he had finished lacing his boots, “You’re eleven and six out.”</w:t>
      </w:r>
    </w:p>
    <w:p w14:paraId="00A738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“I’m not.”</w:t>
      </w:r>
    </w:p>
    <w:p w14:paraId="2A31AA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are. It’s Mawson. You’ve paid him last fortnight’s rate and he went up a grade in March.”</w:t>
      </w:r>
    </w:p>
    <w:p w14:paraId="4E6127D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took the tin off her and went through it and she was right.</w:t>
      </w:r>
    </w:p>
    <w:p w14:paraId="0041829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“Who does your books?”</w:t>
      </w:r>
    </w:p>
    <w:p w14:paraId="6C3A933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do.”</w:t>
      </w:r>
    </w:p>
    <w:p w14:paraId="1E2FB5E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“Well,” said Ellie. “Obviously.”</w:t>
      </w:r>
    </w:p>
    <w:p w14:paraId="2763057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did them for the next thirteen years.</w:t>
      </w:r>
    </w:p>
    <w:p w14:paraId="400A647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met Ted Mawson properly on the second night, over the tea table, and she was very good about it, which is to say she was not good about it at all in the way people are usually good about it. She watched him fail to get the top off a bottle for about three seconds and then reached over and took it and opened it and put it down in front of him and went on talking about the price of tinned peaches in the Territory.</w:t>
      </w:r>
    </w:p>
    <w:p w14:paraId="6E26FD00" w14:textId="57BEDDE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Dot told her afterwards, in the kitchen, what had happened at Corella Downs. All of it, including the bag over the head, and including that it had been Finian who went in first.</w:t>
      </w:r>
      <w:r w:rsidR="000149A6">
        <w:rPr>
          <w:rFonts w:ascii="Baskerville Old Face" w:hAnsi="Baskerville Old Face"/>
          <w:bCs/>
          <w:sz w:val="28"/>
          <w:szCs w:val="28"/>
        </w:rPr>
        <w:t xml:space="preserve"> </w:t>
      </w:r>
      <w:r w:rsidRPr="00CE758F">
        <w:rPr>
          <w:rFonts w:ascii="Baskerville Old Face" w:hAnsi="Baskerville Old Face"/>
          <w:bCs/>
          <w:sz w:val="28"/>
          <w:szCs w:val="28"/>
        </w:rPr>
        <w:t>Ellie dried a plate.</w:t>
      </w:r>
      <w:r w:rsidR="000149A6">
        <w:rPr>
          <w:rFonts w:ascii="Baskerville Old Face" w:hAnsi="Baskerville Old Face"/>
          <w:bCs/>
          <w:sz w:val="28"/>
          <w:szCs w:val="28"/>
        </w:rPr>
        <w:t xml:space="preserve"> </w:t>
      </w:r>
      <w:r w:rsidRPr="00CE758F">
        <w:rPr>
          <w:rFonts w:ascii="Baskerville Old Face" w:hAnsi="Baskerville Old Face"/>
          <w:bCs/>
          <w:sz w:val="28"/>
          <w:szCs w:val="28"/>
        </w:rPr>
        <w:t>“He didnae put that in a letter,” she said.</w:t>
      </w:r>
    </w:p>
    <w:p w14:paraId="68C4D92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Dot. “They don’t.”</w:t>
      </w:r>
    </w:p>
    <w:p w14:paraId="62CC1D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Ellie. “They don’t.”</w:t>
      </w:r>
    </w:p>
    <w:p w14:paraId="31674C35" w14:textId="18CE735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never mentioned it to Finian. Not once, in fifty-nine years. She knew, from the second night of her marriage, that her husband had gone into a burning hole with a wet bag over his head, and had counted the paces, and would do it again.</w:t>
      </w:r>
      <w:r w:rsidR="00F74C21">
        <w:rPr>
          <w:rFonts w:ascii="Baskerville Old Face" w:hAnsi="Baskerville Old Face"/>
          <w:bCs/>
          <w:sz w:val="28"/>
          <w:szCs w:val="28"/>
        </w:rPr>
        <w:t xml:space="preserve"> </w:t>
      </w:r>
      <w:r w:rsidRPr="00CE758F">
        <w:rPr>
          <w:rFonts w:ascii="Baskerville Old Face" w:hAnsi="Baskerville Old Face"/>
          <w:bCs/>
          <w:sz w:val="28"/>
          <w:szCs w:val="28"/>
        </w:rPr>
        <w:t>There was a rig for sale at Kingoonya in July.</w:t>
      </w:r>
      <w:r w:rsidR="00F74C21">
        <w:rPr>
          <w:rFonts w:ascii="Baskerville Old Face" w:hAnsi="Baskerville Old Face"/>
          <w:bCs/>
          <w:sz w:val="28"/>
          <w:szCs w:val="28"/>
        </w:rPr>
        <w:t xml:space="preserve"> </w:t>
      </w:r>
      <w:r w:rsidRPr="00CE758F">
        <w:rPr>
          <w:rFonts w:ascii="Baskerville Old Face" w:hAnsi="Baskerville Old Face"/>
          <w:bCs/>
          <w:sz w:val="28"/>
          <w:szCs w:val="28"/>
        </w:rPr>
        <w:t>It was an old cable-tool plant, a Bucyrus, forty years old and slow as death</w:t>
      </w:r>
      <w:r w:rsidR="00F74C21">
        <w:rPr>
          <w:rFonts w:ascii="Baskerville Old Face" w:hAnsi="Baskerville Old Face"/>
          <w:bCs/>
          <w:sz w:val="28"/>
          <w:szCs w:val="28"/>
        </w:rPr>
        <w:t xml:space="preserve">. </w:t>
      </w:r>
      <w:r w:rsidRPr="00CE758F">
        <w:rPr>
          <w:rFonts w:ascii="Baskerville Old Face" w:hAnsi="Baskerville Old Face"/>
          <w:bCs/>
          <w:sz w:val="28"/>
          <w:szCs w:val="28"/>
        </w:rPr>
        <w:t>a spudder, which pounded a hole rather than turning one, and which Wally said would be a nuisance to start, but honest</w:t>
      </w:r>
      <w:r w:rsidR="00F74C21">
        <w:rPr>
          <w:rFonts w:ascii="Baskerville Old Face" w:hAnsi="Baskerville Old Face"/>
          <w:bCs/>
          <w:sz w:val="28"/>
          <w:szCs w:val="28"/>
        </w:rPr>
        <w:t xml:space="preserve">, </w:t>
      </w:r>
      <w:r w:rsidRPr="00CE758F">
        <w:rPr>
          <w:rFonts w:ascii="Baskerville Old Face" w:hAnsi="Baskerville Old Face"/>
          <w:bCs/>
          <w:sz w:val="28"/>
          <w:szCs w:val="28"/>
        </w:rPr>
        <w:lastRenderedPageBreak/>
        <w:t>and the man wanted five hundred and eighty pounds and would take five hundred and forty.</w:t>
      </w:r>
      <w:r w:rsidR="00F74C21">
        <w:rPr>
          <w:rFonts w:ascii="Baskerville Old Face" w:hAnsi="Baskerville Old Face"/>
          <w:bCs/>
          <w:sz w:val="28"/>
          <w:szCs w:val="28"/>
        </w:rPr>
        <w:t xml:space="preserve"> </w:t>
      </w:r>
      <w:r w:rsidRPr="00CE758F">
        <w:rPr>
          <w:rFonts w:ascii="Baskerville Old Face" w:hAnsi="Baskerville Old Face"/>
          <w:bCs/>
          <w:sz w:val="28"/>
          <w:szCs w:val="28"/>
        </w:rPr>
        <w:t>Finian had six hundred and ninety by then.</w:t>
      </w:r>
      <w:r w:rsidR="00F74C21">
        <w:rPr>
          <w:rFonts w:ascii="Baskerville Old Face" w:hAnsi="Baskerville Old Face"/>
          <w:bCs/>
          <w:sz w:val="28"/>
          <w:szCs w:val="28"/>
        </w:rPr>
        <w:t xml:space="preserve"> </w:t>
      </w:r>
      <w:r w:rsidRPr="00CE758F">
        <w:rPr>
          <w:rFonts w:ascii="Baskerville Old Face" w:hAnsi="Baskerville Old Face"/>
          <w:bCs/>
          <w:sz w:val="28"/>
          <w:szCs w:val="28"/>
        </w:rPr>
        <w:t>He came home and put it on the table, the whole thing, the figures on the back of an envelope, the way he always would: the price, the freight, the parts he’d need, the two contracts he was near-certain of at Ammaroo and Elkedra, the number at the bottom.</w:t>
      </w:r>
      <w:r w:rsidR="006C64B1">
        <w:rPr>
          <w:rFonts w:ascii="Baskerville Old Face" w:hAnsi="Baskerville Old Face"/>
          <w:bCs/>
          <w:sz w:val="28"/>
          <w:szCs w:val="28"/>
        </w:rPr>
        <w:t xml:space="preserve"> </w:t>
      </w:r>
      <w:r w:rsidRPr="00CE758F">
        <w:rPr>
          <w:rFonts w:ascii="Baskerville Old Face" w:hAnsi="Baskerville Old Face"/>
          <w:bCs/>
          <w:sz w:val="28"/>
          <w:szCs w:val="28"/>
        </w:rPr>
        <w:t>Ellie read it. She read it twice. She was better at it than he was and they both knew that by then.</w:t>
      </w:r>
    </w:p>
    <w:p w14:paraId="62E35B5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“You’ve not put the house in,” she said.</w:t>
      </w:r>
    </w:p>
    <w:p w14:paraId="473389B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1F3645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if you buy this there’s no house.”</w:t>
      </w:r>
    </w:p>
    <w:p w14:paraId="0023CF3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“There’s this house.”</w:t>
      </w:r>
    </w:p>
    <w:p w14:paraId="78D20C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Rented.” She put the envelope down and squared it up with the edge of the table, a thing she did all her life when she was thinking. “You want it.”</w:t>
      </w:r>
    </w:p>
    <w:p w14:paraId="2D30FD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want it,” said Finian.</w:t>
      </w:r>
    </w:p>
    <w:p w14:paraId="00F5C47E" w14:textId="6B31560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here is the part he could never get past afterwards, in any of the years, and least of all in the Court, when they made him look at it:</w:t>
      </w:r>
      <w:r w:rsidR="006C64B1">
        <w:rPr>
          <w:rFonts w:ascii="Baskerville Old Face" w:hAnsi="Baskerville Old Face"/>
          <w:bCs/>
          <w:sz w:val="28"/>
          <w:szCs w:val="28"/>
        </w:rPr>
        <w:t xml:space="preserve"> </w:t>
      </w:r>
      <w:r w:rsidRPr="00CE758F">
        <w:rPr>
          <w:rFonts w:ascii="Baskerville Old Face" w:hAnsi="Baskerville Old Face"/>
          <w:bCs/>
          <w:sz w:val="28"/>
          <w:szCs w:val="28"/>
        </w:rPr>
        <w:t>She did not sigh. She did not hesitate. She did not make him ask her twice or extract a promise or set a term.</w:t>
      </w:r>
    </w:p>
    <w:p w14:paraId="1321FBE5" w14:textId="323D8DC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picked up the pencil and turned the envelope over and wrote a new column on the clean side, faster than he could have, and turned it round to him and said:</w:t>
      </w:r>
      <w:r w:rsidR="006C64B1">
        <w:rPr>
          <w:rFonts w:ascii="Baskerville Old Face" w:hAnsi="Baskerville Old Face"/>
          <w:bCs/>
          <w:sz w:val="28"/>
          <w:szCs w:val="28"/>
        </w:rPr>
        <w:t xml:space="preserve"> </w:t>
      </w:r>
      <w:r w:rsidRPr="00CE758F">
        <w:rPr>
          <w:rFonts w:ascii="Baskerville Old Face" w:hAnsi="Baskerville Old Face"/>
          <w:bCs/>
          <w:sz w:val="28"/>
          <w:szCs w:val="28"/>
        </w:rPr>
        <w:t>“Then you’re seventy short by August, because you’ve not costed the fuel to get it here. Sell the Ford. I’ll walk to the chemist.”</w:t>
      </w:r>
    </w:p>
    <w:p w14:paraId="19C92F7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w:t>
      </w:r>
    </w:p>
    <w:p w14:paraId="0EC56AD5" w14:textId="4B218C5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“Fin.” She was already smiling. “I didnae come </w:t>
      </w:r>
      <w:r w:rsidR="00306530">
        <w:rPr>
          <w:rFonts w:ascii="Baskerville Old Face" w:hAnsi="Baskerville Old Face"/>
          <w:bCs/>
          <w:sz w:val="28"/>
          <w:szCs w:val="28"/>
        </w:rPr>
        <w:t>ten</w:t>
      </w:r>
      <w:r w:rsidRPr="00CE758F">
        <w:rPr>
          <w:rFonts w:ascii="Baskerville Old Face" w:hAnsi="Baskerville Old Face"/>
          <w:bCs/>
          <w:sz w:val="28"/>
          <w:szCs w:val="28"/>
        </w:rPr>
        <w:t xml:space="preserve"> thousand miles to be careful.”</w:t>
      </w:r>
      <w:r w:rsidR="00306530">
        <w:rPr>
          <w:rFonts w:ascii="Baskerville Old Face" w:hAnsi="Baskerville Old Face"/>
          <w:bCs/>
          <w:sz w:val="28"/>
          <w:szCs w:val="28"/>
        </w:rPr>
        <w:t xml:space="preserve"> </w:t>
      </w:r>
      <w:r w:rsidRPr="00CE758F">
        <w:rPr>
          <w:rFonts w:ascii="Baskerville Old Face" w:hAnsi="Baskerville Old Face"/>
          <w:bCs/>
          <w:sz w:val="28"/>
          <w:szCs w:val="28"/>
        </w:rPr>
        <w:t xml:space="preserve">They </w:t>
      </w:r>
      <w:r w:rsidR="00306530">
        <w:rPr>
          <w:rFonts w:ascii="Baskerville Old Face" w:hAnsi="Baskerville Old Face"/>
          <w:bCs/>
          <w:sz w:val="28"/>
          <w:szCs w:val="28"/>
        </w:rPr>
        <w:t>purchased</w:t>
      </w:r>
      <w:r w:rsidRPr="00CE758F">
        <w:rPr>
          <w:rFonts w:ascii="Baskerville Old Face" w:hAnsi="Baskerville Old Face"/>
          <w:bCs/>
          <w:sz w:val="28"/>
          <w:szCs w:val="28"/>
        </w:rPr>
        <w:t xml:space="preserve"> it on the ninth of August, 1965. That rig was the first thing the Kavanagh Drilling Company ever owned, and the company was not called that yet, and would not be for another two years, and when it was, on the certificate lodged in Darwin, the second name on the paper was hers.</w:t>
      </w:r>
      <w:r w:rsidR="00306530">
        <w:rPr>
          <w:rFonts w:ascii="Baskerville Old Face" w:hAnsi="Baskerville Old Face"/>
          <w:bCs/>
          <w:sz w:val="28"/>
          <w:szCs w:val="28"/>
        </w:rPr>
        <w:t xml:space="preserve"> </w:t>
      </w:r>
      <w:r w:rsidRPr="00CE758F">
        <w:rPr>
          <w:rFonts w:ascii="Baskerville Old Face" w:hAnsi="Baskerville Old Face"/>
          <w:bCs/>
          <w:sz w:val="28"/>
          <w:szCs w:val="28"/>
        </w:rPr>
        <w:t>Nobody who wrote about him in the eighties ever mentioned that. By the eighties it wasn’t in any of the documents that anybody looked at.</w:t>
      </w:r>
      <w:r w:rsidR="006953DC">
        <w:rPr>
          <w:rFonts w:ascii="Baskerville Old Face" w:hAnsi="Baskerville Old Face"/>
          <w:bCs/>
          <w:sz w:val="28"/>
          <w:szCs w:val="28"/>
        </w:rPr>
        <w:t xml:space="preserve"> </w:t>
      </w:r>
      <w:r w:rsidRPr="00CE758F">
        <w:rPr>
          <w:rFonts w:ascii="Baskerville Old Face" w:hAnsi="Baskerville Old Face"/>
          <w:bCs/>
          <w:sz w:val="28"/>
          <w:szCs w:val="28"/>
        </w:rPr>
        <w:t>There was one photograph.</w:t>
      </w:r>
      <w:r w:rsidR="006953DC">
        <w:rPr>
          <w:rFonts w:ascii="Baskerville Old Face" w:hAnsi="Baskerville Old Face"/>
          <w:bCs/>
          <w:sz w:val="28"/>
          <w:szCs w:val="28"/>
        </w:rPr>
        <w:t xml:space="preserve"> </w:t>
      </w:r>
      <w:r w:rsidRPr="00CE758F">
        <w:rPr>
          <w:rFonts w:ascii="Baskerville Old Face" w:hAnsi="Baskerville Old Face"/>
          <w:bCs/>
          <w:sz w:val="28"/>
          <w:szCs w:val="28"/>
        </w:rPr>
        <w:t xml:space="preserve">Ted Mawson took eight and six came out. In the good one they are on the courthouse steps in the white noon light: Finian squinting and half-laughing, Ellie with the six roses at her waist and her chin up, Wally at the edge of the frame looking as though he has been arrested, Dot with the rice bag, McHale, the sisters, and Narrah on the step below, hat in his hands, having come back up the street when it was </w:t>
      </w:r>
      <w:r w:rsidRPr="00CE758F">
        <w:rPr>
          <w:rFonts w:ascii="Baskerville Old Face" w:hAnsi="Baskerville Old Face"/>
          <w:bCs/>
          <w:sz w:val="28"/>
          <w:szCs w:val="28"/>
        </w:rPr>
        <w:lastRenderedPageBreak/>
        <w:t>all over because Dot had gone across and got him.</w:t>
      </w:r>
      <w:r w:rsidR="006953DC">
        <w:rPr>
          <w:rFonts w:ascii="Baskerville Old Face" w:hAnsi="Baskerville Old Face"/>
          <w:bCs/>
          <w:sz w:val="28"/>
          <w:szCs w:val="28"/>
        </w:rPr>
        <w:t xml:space="preserve"> </w:t>
      </w:r>
      <w:r w:rsidRPr="00CE758F">
        <w:rPr>
          <w:rFonts w:ascii="Baskerville Old Face" w:hAnsi="Baskerville Old Face"/>
          <w:bCs/>
          <w:sz w:val="28"/>
          <w:szCs w:val="28"/>
        </w:rPr>
        <w:t>And behind them all, in the shadow of the doorway, there is a woman.</w:t>
      </w:r>
      <w:r w:rsidR="006953DC">
        <w:rPr>
          <w:rFonts w:ascii="Baskerville Old Face" w:hAnsi="Baskerville Old Face"/>
          <w:bCs/>
          <w:sz w:val="28"/>
          <w:szCs w:val="28"/>
        </w:rPr>
        <w:t xml:space="preserve"> </w:t>
      </w:r>
      <w:r w:rsidRPr="00CE758F">
        <w:rPr>
          <w:rFonts w:ascii="Baskerville Old Face" w:hAnsi="Baskerville Old Face"/>
          <w:bCs/>
          <w:sz w:val="28"/>
          <w:szCs w:val="28"/>
        </w:rPr>
        <w:t>She is not looking at the camera. She is looking at Finian. She is perhaps forty, dark-dressed, plain, her hands folded in front of her, and she has an expression on her that is not a wedding expression</w:t>
      </w:r>
      <w:r w:rsidR="00837BAF">
        <w:rPr>
          <w:rFonts w:ascii="Baskerville Old Face" w:hAnsi="Baskerville Old Face"/>
          <w:bCs/>
          <w:sz w:val="28"/>
          <w:szCs w:val="28"/>
        </w:rPr>
        <w:t xml:space="preserve">, </w:t>
      </w:r>
      <w:r w:rsidRPr="00CE758F">
        <w:rPr>
          <w:rFonts w:ascii="Baskerville Old Face" w:hAnsi="Baskerville Old Face"/>
          <w:bCs/>
          <w:sz w:val="28"/>
          <w:szCs w:val="28"/>
        </w:rPr>
        <w:t xml:space="preserve"> it is patient and it is sad and it is, unmistakably, the face of somebody watching a thing they have been waiting a long while to see and are not glad to be seeing.</w:t>
      </w:r>
      <w:r w:rsidR="00837BAF">
        <w:rPr>
          <w:rFonts w:ascii="Baskerville Old Face" w:hAnsi="Baskerville Old Face"/>
          <w:bCs/>
          <w:sz w:val="28"/>
          <w:szCs w:val="28"/>
        </w:rPr>
        <w:t xml:space="preserve"> </w:t>
      </w:r>
      <w:r w:rsidRPr="00CE758F">
        <w:rPr>
          <w:rFonts w:ascii="Baskerville Old Face" w:hAnsi="Baskerville Old Face"/>
          <w:bCs/>
          <w:sz w:val="28"/>
          <w:szCs w:val="28"/>
        </w:rPr>
        <w:t>They noticed her about a fortnight later, when the prints came back.</w:t>
      </w:r>
    </w:p>
    <w:p w14:paraId="46A036C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“Who’s that in the door?” said Ellie.</w:t>
      </w:r>
    </w:p>
    <w:p w14:paraId="0B637D5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“One of the office lot,” said Finian. “Beattie’s woman. Somebody.”</w:t>
      </w:r>
    </w:p>
    <w:p w14:paraId="02CC39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“She’s awfy sad-looking for a wedding.”</w:t>
      </w:r>
    </w:p>
    <w:p w14:paraId="2424730F" w14:textId="15242D3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“She’s blinking,” said Finian, and put the photograph in the drawer, and thought about it no further, because he was nineteen and there was a rig at Ti Tree with a cracked spudding beam and he had six weeks to get it running.</w:t>
      </w:r>
      <w:r w:rsidR="00FC15E3">
        <w:rPr>
          <w:rFonts w:ascii="Baskerville Old Face" w:hAnsi="Baskerville Old Face"/>
          <w:bCs/>
          <w:sz w:val="28"/>
          <w:szCs w:val="28"/>
        </w:rPr>
        <w:t xml:space="preserve"> </w:t>
      </w:r>
      <w:r w:rsidRPr="00CE758F">
        <w:rPr>
          <w:rFonts w:ascii="Baskerville Old Face" w:hAnsi="Baskerville Old Face"/>
          <w:bCs/>
          <w:sz w:val="28"/>
          <w:szCs w:val="28"/>
        </w:rPr>
        <w:t>Ellie kept that photograph for fifty-nine years.</w:t>
      </w:r>
      <w:r w:rsidR="00FC15E3">
        <w:rPr>
          <w:rFonts w:ascii="Baskerville Old Face" w:hAnsi="Baskerville Old Face"/>
          <w:bCs/>
          <w:sz w:val="28"/>
          <w:szCs w:val="28"/>
        </w:rPr>
        <w:t xml:space="preserve"> </w:t>
      </w:r>
      <w:r w:rsidRPr="00CE758F">
        <w:rPr>
          <w:rFonts w:ascii="Baskerville Old Face" w:hAnsi="Baskerville Old Face"/>
          <w:bCs/>
          <w:sz w:val="28"/>
          <w:szCs w:val="28"/>
        </w:rPr>
        <w:t xml:space="preserve">It went into a frame in the Devon Cream room, and then into a better frame in the house at Emily Gap, and then onto the long sideboard at Kavanagh’s Keep among the silver-framed ones of the </w:t>
      </w:r>
      <w:r w:rsidRPr="00CE758F">
        <w:rPr>
          <w:rFonts w:ascii="Baskerville Old Face" w:hAnsi="Baskerville Old Face"/>
          <w:bCs/>
          <w:sz w:val="28"/>
          <w:szCs w:val="28"/>
        </w:rPr>
        <w:lastRenderedPageBreak/>
        <w:t>openings and the ministers and the third rig and the fifth, where it was the smallest and the worst and the only one she ever looked at.</w:t>
      </w:r>
      <w:r w:rsidR="00FC15E3">
        <w:rPr>
          <w:rFonts w:ascii="Baskerville Old Face" w:hAnsi="Baskerville Old Face"/>
          <w:bCs/>
          <w:sz w:val="28"/>
          <w:szCs w:val="28"/>
        </w:rPr>
        <w:t xml:space="preserve"> </w:t>
      </w:r>
      <w:r w:rsidRPr="00CE758F">
        <w:rPr>
          <w:rFonts w:ascii="Baskerville Old Face" w:hAnsi="Baskerville Old Face"/>
          <w:bCs/>
          <w:sz w:val="28"/>
          <w:szCs w:val="28"/>
        </w:rPr>
        <w:t>And in 2024, in a chair by a window, with the whole country going gold outside and her hands too sore to hold much, Ellie Kavanagh looked at it again</w:t>
      </w:r>
      <w:r w:rsidR="00281F93">
        <w:rPr>
          <w:rFonts w:ascii="Baskerville Old Face" w:hAnsi="Baskerville Old Face"/>
          <w:bCs/>
          <w:sz w:val="28"/>
          <w:szCs w:val="28"/>
        </w:rPr>
        <w:t>,</w:t>
      </w:r>
      <w:r w:rsidRPr="00CE758F">
        <w:rPr>
          <w:rFonts w:ascii="Baskerville Old Face" w:hAnsi="Baskerville Old Face"/>
          <w:bCs/>
          <w:sz w:val="28"/>
          <w:szCs w:val="28"/>
        </w:rPr>
        <w:t xml:space="preserve"> at a girl with six roses and a boy who did not yet know a single thing, and at the woman standing behind them in the doorway of the courthouse in Parsons Street, patient, and sad, and already waiting.</w:t>
      </w:r>
    </w:p>
    <w:p w14:paraId="255EC52B"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3FBEB75F"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Seven</w:t>
      </w:r>
    </w:p>
    <w:p w14:paraId="128D8C8F"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Empty Cradle</w:t>
      </w:r>
    </w:p>
    <w:p w14:paraId="7E995561" w14:textId="22C09F9E" w:rsidR="00F45C1A" w:rsidRPr="00CE758F" w:rsidRDefault="007671E1" w:rsidP="00281F9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Afterwards he thought of 1969 as two years that happened to share a number.</w:t>
      </w:r>
      <w:r w:rsidR="00281F93">
        <w:rPr>
          <w:rFonts w:ascii="Baskerville Old Face" w:hAnsi="Baskerville Old Face"/>
          <w:bCs/>
          <w:sz w:val="28"/>
          <w:szCs w:val="28"/>
        </w:rPr>
        <w:t xml:space="preserve"> </w:t>
      </w:r>
      <w:r w:rsidRPr="00CE758F">
        <w:rPr>
          <w:rFonts w:ascii="Baskerville Old Face" w:hAnsi="Baskerville Old Face"/>
          <w:bCs/>
          <w:sz w:val="28"/>
          <w:szCs w:val="28"/>
        </w:rPr>
        <w:t>The first one began in February, in the kitchen of the house on Hartley Street, which they had bought in 1967 with a bank loan Ellie had argued for and got. It was a low brick house with a corrugated roof and a verandah on the western side, which was the wrong side, and a lemon tree that had been there before the house and had opinions about it. There were three rooms and a sleepout. Ellie had painted the sleepout twice, once in cream and once, later, in a pale green she had matched against nothing at all and had simply liked.</w:t>
      </w:r>
      <w:r w:rsidR="00281F93">
        <w:rPr>
          <w:rFonts w:ascii="Baskerville Old Face" w:hAnsi="Baskerville Old Face"/>
          <w:bCs/>
          <w:sz w:val="28"/>
          <w:szCs w:val="28"/>
        </w:rPr>
        <w:t xml:space="preserve"> </w:t>
      </w:r>
      <w:r w:rsidRPr="00CE758F">
        <w:rPr>
          <w:rFonts w:ascii="Baskerville Old Face" w:hAnsi="Baskerville Old Face"/>
          <w:bCs/>
          <w:sz w:val="28"/>
          <w:szCs w:val="28"/>
        </w:rPr>
        <w:t>She told him on a Tuesday, at the table, with the pay tin open between them and the pencil still in her hand.</w:t>
      </w:r>
    </w:p>
    <w:p w14:paraId="3F7814F7" w14:textId="77777777" w:rsidR="00BC2BF3"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“I’m about eleven weeks,” she said.</w:t>
      </w:r>
      <w:r w:rsidR="00BC2BF3">
        <w:rPr>
          <w:rFonts w:ascii="Baskerville Old Face" w:hAnsi="Baskerville Old Face"/>
          <w:bCs/>
          <w:sz w:val="28"/>
          <w:szCs w:val="28"/>
        </w:rPr>
        <w:t xml:space="preserve"> </w:t>
      </w:r>
      <w:r w:rsidRPr="00CE758F">
        <w:rPr>
          <w:rFonts w:ascii="Baskerville Old Face" w:hAnsi="Baskerville Old Face"/>
          <w:bCs/>
          <w:sz w:val="28"/>
          <w:szCs w:val="28"/>
        </w:rPr>
        <w:t xml:space="preserve">He put down the mug. He had learnt, by then, to put things down before he answered her about anything that mattered, because in 1967 there had been a thing that they had never given a name to, that had happened at seven weeks and had lasted a weekend, and he had been holding a mug then too and had set it down so hard he had broken the handle off it. </w:t>
      </w:r>
    </w:p>
    <w:p w14:paraId="0CC4E364" w14:textId="71FAD98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They had not spoken about it more than four or five times in two years. It had entered the house and stayed, the way damp stays, in the corner of a room you don’t use.</w:t>
      </w:r>
    </w:p>
    <w:p w14:paraId="7854300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“Eleven,” he said.</w:t>
      </w:r>
    </w:p>
    <w:p w14:paraId="50C30E9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“Eleven. I’ve been to Dr Corrigan. Twice.” She was watching him with a level, careful attention, the same look she gave a column of figures that had come out wrong. “I wasn’t going to tell you at eight. I know that’s a thing I did to you and I’m sorry for it.”</w:t>
      </w:r>
    </w:p>
    <w:p w14:paraId="6613FB3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“Don’t be sorry.”</w:t>
      </w:r>
    </w:p>
    <w:p w14:paraId="279A567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“I’m not, really.” She put the pencil down. “I just wanted to be further in.”</w:t>
      </w:r>
    </w:p>
    <w:p w14:paraId="6EBF46C0" w14:textId="14C3E37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“Are you well?” and she said, “I’m sick as a dog every morning at half six,” and something happened to his face then that she remembered for the rest of her life.</w:t>
      </w:r>
      <w:r w:rsidR="00D97BB9">
        <w:rPr>
          <w:rFonts w:ascii="Baskerville Old Face" w:hAnsi="Baskerville Old Face"/>
          <w:bCs/>
          <w:sz w:val="28"/>
          <w:szCs w:val="28"/>
        </w:rPr>
        <w:t xml:space="preserve"> </w:t>
      </w:r>
      <w:r w:rsidRPr="00CE758F">
        <w:rPr>
          <w:rFonts w:ascii="Baskerville Old Face" w:hAnsi="Baskerville Old Face"/>
          <w:bCs/>
          <w:sz w:val="28"/>
          <w:szCs w:val="28"/>
        </w:rPr>
        <w:t>“That’s the best thing I ever heard,” he said.</w:t>
      </w:r>
      <w:r w:rsidR="00BC2BF3">
        <w:rPr>
          <w:rFonts w:ascii="Baskerville Old Face" w:hAnsi="Baskerville Old Face"/>
          <w:bCs/>
          <w:sz w:val="28"/>
          <w:szCs w:val="28"/>
        </w:rPr>
        <w:t xml:space="preserve"> </w:t>
      </w:r>
      <w:r w:rsidRPr="00CE758F">
        <w:rPr>
          <w:rFonts w:ascii="Baskerville Old Face" w:hAnsi="Baskerville Old Face"/>
          <w:bCs/>
          <w:sz w:val="28"/>
          <w:szCs w:val="28"/>
        </w:rPr>
        <w:t>They were careful with it in a way that neither of them had been taught and both of them invented. They did not buy anything. They did not choose names out loud, although he knew by April that she had two and she knew that he knew and neither of them said them. She kept doing the books. He built the company.</w:t>
      </w:r>
    </w:p>
    <w:p w14:paraId="373750C8" w14:textId="75C914C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the company, that year, was going up like grass after rain.</w:t>
      </w:r>
      <w:r w:rsidR="00FC7DC1">
        <w:rPr>
          <w:rFonts w:ascii="Baskerville Old Face" w:hAnsi="Baskerville Old Face"/>
          <w:bCs/>
          <w:sz w:val="28"/>
          <w:szCs w:val="28"/>
        </w:rPr>
        <w:t xml:space="preserve"> </w:t>
      </w:r>
      <w:r w:rsidRPr="00CE758F">
        <w:rPr>
          <w:rFonts w:ascii="Baskerville Old Face" w:hAnsi="Baskerville Old Face"/>
          <w:bCs/>
          <w:sz w:val="28"/>
          <w:szCs w:val="28"/>
        </w:rPr>
        <w:t>There were four men on the payroll in February and eleven by July. There was the old rig, which was Wally’s rig in every way that mattered except the ownership of it, and there was the second rig, bought in March, a Failing 1500 on a Bedford, twelve years old, with a cracked head and a gearbox that had to be spoken to. Finian had gone to Adelaide and bought it himself with money that did not entirely exist yet and had driven it back up the track in five days, and had arrived at Hartley Street at four in the morning and sat in the cab in the dark for some minutes before going in, because he did not want to wake her, and because he wanted to look at it a while longer with nobody else there.</w:t>
      </w:r>
      <w:r w:rsidR="00FC7DC1">
        <w:rPr>
          <w:rFonts w:ascii="Baskerville Old Face" w:hAnsi="Baskerville Old Face"/>
          <w:bCs/>
          <w:sz w:val="28"/>
          <w:szCs w:val="28"/>
        </w:rPr>
        <w:t xml:space="preserve"> </w:t>
      </w:r>
      <w:r w:rsidRPr="00CE758F">
        <w:rPr>
          <w:rFonts w:ascii="Baskerville Old Face" w:hAnsi="Baskerville Old Face"/>
          <w:bCs/>
          <w:sz w:val="28"/>
          <w:szCs w:val="28"/>
        </w:rPr>
        <w:t>Two rigs meant two crews. Two crews meant he could not be on both, which meant he was no longer a driller, which was the year he stopped being one. He was twenty-three. He signed the tenders, priced the jobs, drove the country between them, and sat up at night with the arithmetic, and he was extremely good at it, and it was the only part of his life in which he never once had to guess what he was feeling.</w:t>
      </w:r>
      <w:r w:rsidR="00FC7DC1">
        <w:rPr>
          <w:rFonts w:ascii="Baskerville Old Face" w:hAnsi="Baskerville Old Face"/>
          <w:bCs/>
          <w:sz w:val="28"/>
          <w:szCs w:val="28"/>
        </w:rPr>
        <w:t xml:space="preserve"> </w:t>
      </w:r>
      <w:r w:rsidRPr="00CE758F">
        <w:rPr>
          <w:rFonts w:ascii="Baskerville Old Face" w:hAnsi="Baskerville Old Face"/>
          <w:bCs/>
          <w:sz w:val="28"/>
          <w:szCs w:val="28"/>
        </w:rPr>
        <w:t xml:space="preserve">In June Kavanagh Drilling was registered in Darwin, and Ellie’s name went on the paper second, and Wally, who had refused three separate times to </w:t>
      </w:r>
      <w:r w:rsidRPr="00CE758F">
        <w:rPr>
          <w:rFonts w:ascii="Baskerville Old Face" w:hAnsi="Baskerville Old Face"/>
          <w:bCs/>
          <w:sz w:val="28"/>
          <w:szCs w:val="28"/>
        </w:rPr>
        <w:lastRenderedPageBreak/>
        <w:t>have a share of anything, came to the house that Sunday with a thing under a tarpaulin in the back of the ute.</w:t>
      </w:r>
      <w:r w:rsidR="00B84D94">
        <w:rPr>
          <w:rFonts w:ascii="Baskerville Old Face" w:hAnsi="Baskerville Old Face"/>
          <w:bCs/>
          <w:sz w:val="28"/>
          <w:szCs w:val="28"/>
        </w:rPr>
        <w:t xml:space="preserve"> </w:t>
      </w:r>
      <w:r w:rsidRPr="00CE758F">
        <w:rPr>
          <w:rFonts w:ascii="Baskerville Old Face" w:hAnsi="Baskerville Old Face"/>
          <w:bCs/>
          <w:sz w:val="28"/>
          <w:szCs w:val="28"/>
        </w:rPr>
        <w:t>“It’s not for you,” he said to Finian. “Don’t get excited.”</w:t>
      </w:r>
    </w:p>
    <w:p w14:paraId="6022DB9A" w14:textId="51C3C6F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was a </w:t>
      </w:r>
      <w:r w:rsidR="002606DF">
        <w:rPr>
          <w:rFonts w:ascii="Baskerville Old Face" w:hAnsi="Baskerville Old Face"/>
          <w:bCs/>
          <w:sz w:val="28"/>
          <w:szCs w:val="28"/>
        </w:rPr>
        <w:t>rock-a-bye</w:t>
      </w:r>
      <w:r w:rsidR="009E2C5E">
        <w:rPr>
          <w:rFonts w:ascii="Baskerville Old Face" w:hAnsi="Baskerville Old Face"/>
          <w:bCs/>
          <w:sz w:val="28"/>
          <w:szCs w:val="28"/>
        </w:rPr>
        <w:t xml:space="preserve"> </w:t>
      </w:r>
      <w:r w:rsidRPr="00CE758F">
        <w:rPr>
          <w:rFonts w:ascii="Baskerville Old Face" w:hAnsi="Baskerville Old Face"/>
          <w:bCs/>
          <w:sz w:val="28"/>
          <w:szCs w:val="28"/>
        </w:rPr>
        <w:t>cradle.</w:t>
      </w:r>
    </w:p>
    <w:p w14:paraId="288EDD43" w14:textId="7472696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made it out of a length of jarrah that had come up from the south for well-heads and been found to have a shake in it, and he had taken it home and taken the shake out, and it was a low, wide, heavy, plain thing with rockers like the runners of a sled and not one item of decoration anywhere on it except that at the head, where nobody but a person leaning right in would ever see it, he had cut a small four-petalled flower.</w:t>
      </w:r>
      <w:r w:rsidR="009E2C5E">
        <w:rPr>
          <w:rFonts w:ascii="Baskerville Old Face" w:hAnsi="Baskerville Old Face"/>
          <w:bCs/>
          <w:sz w:val="28"/>
          <w:szCs w:val="28"/>
        </w:rPr>
        <w:t xml:space="preserve"> </w:t>
      </w:r>
      <w:r w:rsidRPr="00CE758F">
        <w:rPr>
          <w:rFonts w:ascii="Baskerville Old Face" w:hAnsi="Baskerville Old Face"/>
          <w:bCs/>
          <w:sz w:val="28"/>
          <w:szCs w:val="28"/>
        </w:rPr>
        <w:t>Nobody said anything for a while.</w:t>
      </w:r>
      <w:r w:rsidR="004A287A">
        <w:rPr>
          <w:rFonts w:ascii="Baskerville Old Face" w:hAnsi="Baskerville Old Face"/>
          <w:bCs/>
          <w:sz w:val="28"/>
          <w:szCs w:val="28"/>
        </w:rPr>
        <w:t xml:space="preserve"> </w:t>
      </w:r>
      <w:r w:rsidRPr="00CE758F">
        <w:rPr>
          <w:rFonts w:ascii="Baskerville Old Face" w:hAnsi="Baskerville Old Face"/>
          <w:bCs/>
          <w:sz w:val="28"/>
          <w:szCs w:val="28"/>
        </w:rPr>
        <w:t>“You’ll not tip it over,” Wally said. “You could stand on it.”</w:t>
      </w:r>
      <w:r w:rsidR="004A287A">
        <w:rPr>
          <w:rFonts w:ascii="Baskerville Old Face" w:hAnsi="Baskerville Old Face"/>
          <w:bCs/>
          <w:sz w:val="28"/>
          <w:szCs w:val="28"/>
        </w:rPr>
        <w:t xml:space="preserve"> </w:t>
      </w:r>
      <w:r w:rsidRPr="00CE758F">
        <w:rPr>
          <w:rFonts w:ascii="Baskerville Old Face" w:hAnsi="Baskerville Old Face"/>
          <w:bCs/>
          <w:sz w:val="28"/>
          <w:szCs w:val="28"/>
        </w:rPr>
        <w:t>Ellie said, “Wally,” and then didn’t say anything else, and put her hand flat on the top rail and left it there.</w:t>
      </w:r>
      <w:r w:rsidR="004A287A">
        <w:rPr>
          <w:rFonts w:ascii="Baskerville Old Face" w:hAnsi="Baskerville Old Face"/>
          <w:bCs/>
          <w:sz w:val="28"/>
          <w:szCs w:val="28"/>
        </w:rPr>
        <w:t xml:space="preserve"> </w:t>
      </w:r>
      <w:r w:rsidRPr="00CE758F">
        <w:rPr>
          <w:rFonts w:ascii="Baskerville Old Face" w:hAnsi="Baskerville Old Face"/>
          <w:bCs/>
          <w:sz w:val="28"/>
          <w:szCs w:val="28"/>
        </w:rPr>
        <w:t>“Aye, well.” He was already looking at the lemon tree. “That tree’s finished. You want to take it out.”</w:t>
      </w:r>
    </w:p>
    <w:p w14:paraId="0BCB28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“I’ll not,” said Ellie.</w:t>
      </w:r>
    </w:p>
    <w:p w14:paraId="0BD637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finished.”</w:t>
      </w:r>
    </w:p>
    <w:p w14:paraId="3427191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can be finished where it is.”</w:t>
      </w:r>
    </w:p>
    <w:p w14:paraId="5AFAB05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They put the cradle in the sleepout, in the pale green room, and Finian went in twice that week and looked at it and </w:t>
      </w:r>
      <w:r w:rsidRPr="00CE758F">
        <w:rPr>
          <w:rFonts w:ascii="Baskerville Old Face" w:hAnsi="Baskerville Old Face"/>
          <w:bCs/>
          <w:sz w:val="28"/>
          <w:szCs w:val="28"/>
        </w:rPr>
        <w:lastRenderedPageBreak/>
        <w:t xml:space="preserve">each time he had the same thought, which he would have been ashamed of if he had been able to see it whole, and which was: </w:t>
      </w:r>
      <w:r w:rsidRPr="00CE758F">
        <w:rPr>
          <w:rFonts w:ascii="Baskerville Old Face" w:hAnsi="Baskerville Old Face"/>
          <w:bCs/>
          <w:i/>
          <w:sz w:val="28"/>
          <w:szCs w:val="28"/>
        </w:rPr>
        <w:t>there it is.</w:t>
      </w:r>
      <w:r w:rsidRPr="00CE758F">
        <w:rPr>
          <w:rFonts w:ascii="Baskerville Old Face" w:hAnsi="Baskerville Old Face"/>
          <w:bCs/>
          <w:sz w:val="28"/>
          <w:szCs w:val="28"/>
        </w:rPr>
        <w:t xml:space="preserve"> Not </w:t>
      </w:r>
      <w:r w:rsidRPr="00CE758F">
        <w:rPr>
          <w:rFonts w:ascii="Baskerville Old Face" w:hAnsi="Baskerville Old Face"/>
          <w:bCs/>
          <w:i/>
          <w:sz w:val="28"/>
          <w:szCs w:val="28"/>
        </w:rPr>
        <w:t>there she is.</w:t>
      </w:r>
      <w:r w:rsidRPr="00CE758F">
        <w:rPr>
          <w:rFonts w:ascii="Baskerville Old Face" w:hAnsi="Baskerville Old Face"/>
          <w:bCs/>
          <w:sz w:val="28"/>
          <w:szCs w:val="28"/>
        </w:rPr>
        <w:t xml:space="preserve"> Not </w:t>
      </w:r>
      <w:r w:rsidRPr="00CE758F">
        <w:rPr>
          <w:rFonts w:ascii="Baskerville Old Face" w:hAnsi="Baskerville Old Face"/>
          <w:bCs/>
          <w:i/>
          <w:sz w:val="28"/>
          <w:szCs w:val="28"/>
        </w:rPr>
        <w:t>there he is.</w:t>
      </w:r>
      <w:r w:rsidRPr="00CE758F">
        <w:rPr>
          <w:rFonts w:ascii="Baskerville Old Face" w:hAnsi="Baskerville Old Face"/>
          <w:bCs/>
          <w:sz w:val="28"/>
          <w:szCs w:val="28"/>
        </w:rPr>
        <w:t xml:space="preserve"> There </w:t>
      </w:r>
      <w:r w:rsidRPr="00CE758F">
        <w:rPr>
          <w:rFonts w:ascii="Baskerville Old Face" w:hAnsi="Baskerville Old Face"/>
          <w:bCs/>
          <w:i/>
          <w:sz w:val="28"/>
          <w:szCs w:val="28"/>
        </w:rPr>
        <w:t>it</w:t>
      </w:r>
      <w:r w:rsidRPr="00CE758F">
        <w:rPr>
          <w:rFonts w:ascii="Baskerville Old Face" w:hAnsi="Baskerville Old Face"/>
          <w:bCs/>
          <w:sz w:val="28"/>
          <w:szCs w:val="28"/>
        </w:rPr>
        <w:t xml:space="preserve"> is. The proof. The next part. The thing that would exist after him with his name on it, and would not be a man in a chair in a kitchen in Edinburgh looking at a photograph of somebody else’s plan.</w:t>
      </w:r>
    </w:p>
    <w:p w14:paraId="5E4B044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came in July and brought nothing, and stood in the doorway of the sleepout with his hat in his hands and looked at the cradle for a good while and said, “That’s good work, that.”</w:t>
      </w:r>
    </w:p>
    <w:p w14:paraId="7EEF93A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 made it.”</w:t>
      </w:r>
    </w:p>
    <w:p w14:paraId="480107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know Wally made it.” He turned the hat round once. “You know it’s not the baby, eh.”</w:t>
      </w:r>
    </w:p>
    <w:p w14:paraId="6A912C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w:t>
      </w:r>
    </w:p>
    <w:p w14:paraId="5E58A57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“Nothin’,” said Narrah, and went out to the verandah, and would not be drawn on it again.</w:t>
      </w:r>
    </w:p>
    <w:p w14:paraId="09D1C93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did not ask. It went in among the other things he did not ask about, and stayed there, and was still in there twenty-six years later when somebody finally read the list out to him.</w:t>
      </w:r>
    </w:p>
    <w:p w14:paraId="3F19FF6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second 1969 began on the eleventh of September, at Winnecke Creek, four hundred and six miles from Hartley Street.</w:t>
      </w:r>
    </w:p>
    <w:p w14:paraId="6366F0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not meant to be there.</w:t>
      </w:r>
    </w:p>
    <w:p w14:paraId="7F16C4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Winnecke job had come in on the last day of August, late and wet and badly wanted, at a price he was frankly ashamed of and the manager took in one telephone call without drawing breath. It was seven weeks’ work. It was the third rig, if it came off. It was the third rig and the yard at the Gap and a fitter of his own instead of borrowing Nev Bassett’s shed at four shillings an hour.</w:t>
      </w:r>
    </w:p>
    <w:p w14:paraId="2789E49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was thirty-four weeks.</w:t>
      </w:r>
    </w:p>
    <w:p w14:paraId="70142E9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told her at the table with the map out, and he did the thing he did, which was to lay it out as a set of facts that had already been decided by somebody else — the wet, the manager, the price, the window — so that it was not a choice he was making but weather he was reporting. He was, even then, extremely good at this. She let him finish.</w:t>
      </w:r>
    </w:p>
    <w:p w14:paraId="514BD1E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“When would you be back?”</w:t>
      </w:r>
    </w:p>
    <w:p w14:paraId="64C0B21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“Third week of October. I’d come in for a night in the middle, likely the fourth or fifth.”</w:t>
      </w:r>
    </w:p>
    <w:p w14:paraId="4F7CB2A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“She’s due the eighth of November.”</w:t>
      </w:r>
    </w:p>
    <w:p w14:paraId="7DDFC2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“Aye. I’d be here three weeks before.”</w:t>
      </w:r>
    </w:p>
    <w:p w14:paraId="0C3014A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looked at the map for a while. She had a way of putting two fingers on a place and moving them, testing a distance the way you test a joint.</w:t>
      </w:r>
    </w:p>
    <w:p w14:paraId="2B94D3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if it’s early.”</w:t>
      </w:r>
    </w:p>
    <w:p w14:paraId="07916C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“It’ll not be early.”</w:t>
      </w:r>
    </w:p>
    <w:p w14:paraId="70EB1E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w:t>
      </w:r>
    </w:p>
    <w:p w14:paraId="070167F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“If it’s early they get me on the radio at Elliott and I’m there in a day.”</w:t>
      </w:r>
    </w:p>
    <w:p w14:paraId="5BFE31C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 day.”</w:t>
      </w:r>
    </w:p>
    <w:p w14:paraId="41C902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“Nineteen hours if the crossings are dry. I’ve done it in seventeen.”</w:t>
      </w:r>
    </w:p>
    <w:p w14:paraId="575F92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sat back and put her hands in her lap and said, “Right,” and that was all she said, and he heard it as agreement and it was not agreement, it was a woman of twenty-two putting something away in a drawer she had already begun to fill.</w:t>
      </w:r>
    </w:p>
    <w:p w14:paraId="527E91A2" w14:textId="7004FB0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has been asked, since, in front of witnesses, whether she asked him not to go. She did not. He has been asked whether he asked her whether she wanted him to go. He did not do that either. What he did was to say, from the doorway with his boots in his hand at five the next morning, “It’s the </w:t>
      </w:r>
      <w:r w:rsidRPr="00CE758F">
        <w:rPr>
          <w:rFonts w:ascii="Baskerville Old Face" w:hAnsi="Baskerville Old Face"/>
          <w:bCs/>
          <w:sz w:val="28"/>
          <w:szCs w:val="28"/>
        </w:rPr>
        <w:lastRenderedPageBreak/>
        <w:t>third rig, Ell.” And she said, from the bed, without opening her eyes, “I know what it is.”</w:t>
      </w:r>
      <w:r w:rsidR="00E670BE">
        <w:rPr>
          <w:rFonts w:ascii="Baskerville Old Face" w:hAnsi="Baskerville Old Face"/>
          <w:bCs/>
          <w:sz w:val="28"/>
          <w:szCs w:val="28"/>
        </w:rPr>
        <w:t xml:space="preserve"> </w:t>
      </w:r>
      <w:r w:rsidRPr="00CE758F">
        <w:rPr>
          <w:rFonts w:ascii="Baskerville Old Face" w:hAnsi="Baskerville Old Face"/>
          <w:bCs/>
          <w:sz w:val="28"/>
          <w:szCs w:val="28"/>
        </w:rPr>
        <w:t>She was thirty-six weeks and four days when it started, at about two in the afternoon on the eleventh, and it was not a slow thing.</w:t>
      </w:r>
      <w:r w:rsidR="00D151F6">
        <w:rPr>
          <w:rFonts w:ascii="Baskerville Old Face" w:hAnsi="Baskerville Old Face"/>
          <w:bCs/>
          <w:sz w:val="28"/>
          <w:szCs w:val="28"/>
        </w:rPr>
        <w:t xml:space="preserve"> </w:t>
      </w:r>
      <w:r w:rsidRPr="00CE758F">
        <w:rPr>
          <w:rFonts w:ascii="Baskerville Old Face" w:hAnsi="Baskerville Old Face"/>
          <w:bCs/>
          <w:sz w:val="28"/>
          <w:szCs w:val="28"/>
        </w:rPr>
        <w:t>Dot Mawson was in the house. That was the accident that saved her</w:t>
      </w:r>
      <w:r w:rsidR="00D82476">
        <w:rPr>
          <w:rFonts w:ascii="Baskerville Old Face" w:hAnsi="Baskerville Old Face"/>
          <w:bCs/>
          <w:sz w:val="28"/>
          <w:szCs w:val="28"/>
        </w:rPr>
        <w:t>,</w:t>
      </w:r>
      <w:r w:rsidRPr="00CE758F">
        <w:rPr>
          <w:rFonts w:ascii="Baskerville Old Face" w:hAnsi="Baskerville Old Face"/>
          <w:bCs/>
          <w:sz w:val="28"/>
          <w:szCs w:val="28"/>
        </w:rPr>
        <w:t xml:space="preserve"> the good accident, the one Finian could never once in twenty-six years bring himself to be simply grateful for, because of what it also was. Dot had come round with a bag of apricots</w:t>
      </w:r>
      <w:r w:rsidR="001A0819">
        <w:rPr>
          <w:rFonts w:ascii="Baskerville Old Face" w:hAnsi="Baskerville Old Face"/>
          <w:bCs/>
          <w:sz w:val="28"/>
          <w:szCs w:val="28"/>
        </w:rPr>
        <w:t xml:space="preserve"> that had been delivered to her from relatives </w:t>
      </w:r>
      <w:r w:rsidR="000572A7">
        <w:rPr>
          <w:rFonts w:ascii="Baskerville Old Face" w:hAnsi="Baskerville Old Face"/>
          <w:bCs/>
          <w:sz w:val="28"/>
          <w:szCs w:val="28"/>
        </w:rPr>
        <w:t>who lived somewhere</w:t>
      </w:r>
      <w:r w:rsidR="00BD1B54">
        <w:rPr>
          <w:rFonts w:ascii="Baskerville Old Face" w:hAnsi="Baskerville Old Face"/>
          <w:bCs/>
          <w:sz w:val="28"/>
          <w:szCs w:val="28"/>
        </w:rPr>
        <w:t xml:space="preserve"> in the M</w:t>
      </w:r>
      <w:r w:rsidR="00D66748">
        <w:rPr>
          <w:rFonts w:ascii="Baskerville Old Face" w:hAnsi="Baskerville Old Face"/>
          <w:bCs/>
          <w:sz w:val="28"/>
          <w:szCs w:val="28"/>
        </w:rPr>
        <w:t>u</w:t>
      </w:r>
      <w:r w:rsidR="00BD1B54">
        <w:rPr>
          <w:rFonts w:ascii="Baskerville Old Face" w:hAnsi="Baskerville Old Face"/>
          <w:bCs/>
          <w:sz w:val="28"/>
          <w:szCs w:val="28"/>
        </w:rPr>
        <w:t>rray Valley, way down south in the State of Victori</w:t>
      </w:r>
      <w:r w:rsidR="00D66748">
        <w:rPr>
          <w:rFonts w:ascii="Baskerville Old Face" w:hAnsi="Baskerville Old Face"/>
          <w:bCs/>
          <w:sz w:val="28"/>
          <w:szCs w:val="28"/>
        </w:rPr>
        <w:t>a</w:t>
      </w:r>
      <w:r w:rsidR="004C62D2">
        <w:rPr>
          <w:rFonts w:ascii="Baskerville Old Face" w:hAnsi="Baskerville Old Face"/>
          <w:bCs/>
          <w:sz w:val="28"/>
          <w:szCs w:val="28"/>
        </w:rPr>
        <w:t>,</w:t>
      </w:r>
      <w:r w:rsidRPr="00CE758F">
        <w:rPr>
          <w:rFonts w:ascii="Baskerville Old Face" w:hAnsi="Baskerville Old Face"/>
          <w:bCs/>
          <w:sz w:val="28"/>
          <w:szCs w:val="28"/>
        </w:rPr>
        <w:t xml:space="preserve"> and to sit for an hour, as she did most weeks, having taken it upon herself in 1965 to be the person who sat with Ellie Kavanagh, and being the sort of woman who once she had taken a thing upon herself did not put it back down. Ted was at the yard. Ted did the tallies now, and the phone, and anything that did not need a left hand.</w:t>
      </w:r>
      <w:r w:rsidR="004C62D2">
        <w:rPr>
          <w:rFonts w:ascii="Baskerville Old Face" w:hAnsi="Baskerville Old Face"/>
          <w:bCs/>
          <w:sz w:val="28"/>
          <w:szCs w:val="28"/>
        </w:rPr>
        <w:t xml:space="preserve"> </w:t>
      </w:r>
      <w:r w:rsidRPr="00CE758F">
        <w:rPr>
          <w:rFonts w:ascii="Baskerville Old Face" w:hAnsi="Baskerville Old Face"/>
          <w:bCs/>
          <w:sz w:val="28"/>
          <w:szCs w:val="28"/>
        </w:rPr>
        <w:t>Dot got her into the car and drove her to the hospital on the hill and did not stop at the desk.</w:t>
      </w:r>
      <w:r w:rsidR="001756C9">
        <w:rPr>
          <w:rFonts w:ascii="Baskerville Old Face" w:hAnsi="Baskerville Old Face"/>
          <w:bCs/>
          <w:sz w:val="28"/>
          <w:szCs w:val="28"/>
        </w:rPr>
        <w:t xml:space="preserve"> </w:t>
      </w:r>
      <w:r w:rsidRPr="00CE758F">
        <w:rPr>
          <w:rFonts w:ascii="Baskerville Old Face" w:hAnsi="Baskerville Old Face"/>
          <w:bCs/>
          <w:sz w:val="28"/>
          <w:szCs w:val="28"/>
        </w:rPr>
        <w:t xml:space="preserve">By four o’clock they had the baby out, and </w:t>
      </w:r>
      <w:r w:rsidR="001756C9">
        <w:rPr>
          <w:rFonts w:ascii="Baskerville Old Face" w:hAnsi="Baskerville Old Face"/>
          <w:bCs/>
          <w:sz w:val="28"/>
          <w:szCs w:val="28"/>
        </w:rPr>
        <w:t xml:space="preserve">it </w:t>
      </w:r>
      <w:r w:rsidRPr="00CE758F">
        <w:rPr>
          <w:rFonts w:ascii="Baskerville Old Face" w:hAnsi="Baskerville Old Face"/>
          <w:bCs/>
          <w:sz w:val="28"/>
          <w:szCs w:val="28"/>
        </w:rPr>
        <w:t xml:space="preserve">was a girl, she lived </w:t>
      </w:r>
      <w:r w:rsidR="001756C9">
        <w:rPr>
          <w:rFonts w:ascii="Baskerville Old Face" w:hAnsi="Baskerville Old Face"/>
          <w:bCs/>
          <w:sz w:val="28"/>
          <w:szCs w:val="28"/>
        </w:rPr>
        <w:t xml:space="preserve">only for </w:t>
      </w:r>
      <w:r w:rsidRPr="00CE758F">
        <w:rPr>
          <w:rFonts w:ascii="Baskerville Old Face" w:hAnsi="Baskerville Old Face"/>
          <w:bCs/>
          <w:sz w:val="28"/>
          <w:szCs w:val="28"/>
        </w:rPr>
        <w:t>a little while, and Ellie never once in her life said how long, not to Finian, not to Dot, not to the court, and it was the only question in the entire proceedings that Socrates refused to allow to be asked.</w:t>
      </w:r>
      <w:r w:rsidR="00D151F6">
        <w:rPr>
          <w:rFonts w:ascii="Baskerville Old Face" w:hAnsi="Baskerville Old Face"/>
          <w:bCs/>
          <w:sz w:val="28"/>
          <w:szCs w:val="28"/>
        </w:rPr>
        <w:t xml:space="preserve"> </w:t>
      </w:r>
      <w:r w:rsidRPr="00CE758F">
        <w:rPr>
          <w:rFonts w:ascii="Baskerville Old Face" w:hAnsi="Baskerville Old Face"/>
          <w:bCs/>
          <w:sz w:val="28"/>
          <w:szCs w:val="28"/>
        </w:rPr>
        <w:t xml:space="preserve">By seven Ellie was </w:t>
      </w:r>
      <w:r w:rsidR="00D151F6" w:rsidRPr="00CE758F">
        <w:rPr>
          <w:rFonts w:ascii="Baskerville Old Face" w:hAnsi="Baskerville Old Face"/>
          <w:bCs/>
          <w:sz w:val="28"/>
          <w:szCs w:val="28"/>
        </w:rPr>
        <w:t>hemorrhaging</w:t>
      </w:r>
      <w:r w:rsidRPr="00CE758F">
        <w:rPr>
          <w:rFonts w:ascii="Baskerville Old Face" w:hAnsi="Baskerville Old Face"/>
          <w:bCs/>
          <w:sz w:val="28"/>
          <w:szCs w:val="28"/>
        </w:rPr>
        <w:t xml:space="preserve">, and at </w:t>
      </w:r>
      <w:r w:rsidRPr="00CE758F">
        <w:rPr>
          <w:rFonts w:ascii="Baskerville Old Face" w:hAnsi="Baskerville Old Face"/>
          <w:bCs/>
          <w:sz w:val="28"/>
          <w:szCs w:val="28"/>
        </w:rPr>
        <w:lastRenderedPageBreak/>
        <w:t>some time before nine, in a small hospital four hundred miles from anywhere with one surgeon who had been sent for from a dinner, they took her womb out to stop it, and saved her, and that was the whole of it, and it took less than seven hours.</w:t>
      </w:r>
      <w:r w:rsidR="00D151F6">
        <w:rPr>
          <w:rFonts w:ascii="Baskerville Old Face" w:hAnsi="Baskerville Old Face"/>
          <w:bCs/>
          <w:sz w:val="28"/>
          <w:szCs w:val="28"/>
        </w:rPr>
        <w:t xml:space="preserve"> </w:t>
      </w:r>
      <w:r w:rsidRPr="00CE758F">
        <w:rPr>
          <w:rFonts w:ascii="Baskerville Old Face" w:hAnsi="Baskerville Old Face"/>
          <w:bCs/>
          <w:sz w:val="28"/>
          <w:szCs w:val="28"/>
        </w:rPr>
        <w:t>The radio message reached Winnecke Creek at six in the morning on the twelfth, because that is how long it took, that being the year and the country. It came through Elliott and it came in fragments and the operator read it twice. Finian was standing at the tail of the Bedford with a wrench in his hand. He remembered the wrench. He could not, afterwards, remember what he had said to Wally, or getting into the Land Rover, or the first two hundred miles.</w:t>
      </w:r>
      <w:r w:rsidR="00E670BE">
        <w:rPr>
          <w:rFonts w:ascii="Baskerville Old Face" w:hAnsi="Baskerville Old Face"/>
          <w:bCs/>
          <w:sz w:val="28"/>
          <w:szCs w:val="28"/>
        </w:rPr>
        <w:t xml:space="preserve"> </w:t>
      </w:r>
      <w:r w:rsidRPr="00CE758F">
        <w:rPr>
          <w:rFonts w:ascii="Baskerville Old Face" w:hAnsi="Baskerville Old Face"/>
          <w:bCs/>
          <w:sz w:val="28"/>
          <w:szCs w:val="28"/>
        </w:rPr>
        <w:t>He drove it in eighteen hours and forty minutes. He came into Alice at half past midnight, through a town with nothing open, and he had a sensation somewhere south of Aileron that he has never been able to describe except as a certainty that he was already too late for something that had nothing to do with the hospital’s opening hours.</w:t>
      </w:r>
      <w:r w:rsidR="00E670BE">
        <w:rPr>
          <w:rFonts w:ascii="Baskerville Old Face" w:hAnsi="Baskerville Old Face"/>
          <w:bCs/>
          <w:sz w:val="28"/>
          <w:szCs w:val="28"/>
        </w:rPr>
        <w:t xml:space="preserve"> </w:t>
      </w:r>
      <w:r w:rsidRPr="00CE758F">
        <w:rPr>
          <w:rFonts w:ascii="Baskerville Old Face" w:hAnsi="Baskerville Old Face"/>
          <w:bCs/>
          <w:sz w:val="28"/>
          <w:szCs w:val="28"/>
        </w:rPr>
        <w:t>Dot Mawson was in the corridor.</w:t>
      </w:r>
      <w:r w:rsidR="00E670BE">
        <w:rPr>
          <w:rFonts w:ascii="Baskerville Old Face" w:hAnsi="Baskerville Old Face"/>
          <w:bCs/>
          <w:sz w:val="28"/>
          <w:szCs w:val="28"/>
        </w:rPr>
        <w:t xml:space="preserve"> </w:t>
      </w:r>
      <w:r w:rsidRPr="00CE758F">
        <w:rPr>
          <w:rFonts w:ascii="Baskerville Old Face" w:hAnsi="Baskerville Old Face"/>
          <w:bCs/>
          <w:sz w:val="28"/>
          <w:szCs w:val="28"/>
        </w:rPr>
        <w:t xml:space="preserve">She had been there most of two days. She was sitting on a wooden bench under a window with her cardigan over her knees and her handbag beside her like a thing she was minding for somebody, and when he came round the corner she stood </w:t>
      </w:r>
      <w:r w:rsidRPr="00CE758F">
        <w:rPr>
          <w:rFonts w:ascii="Baskerville Old Face" w:hAnsi="Baskerville Old Face"/>
          <w:bCs/>
          <w:sz w:val="28"/>
          <w:szCs w:val="28"/>
        </w:rPr>
        <w:lastRenderedPageBreak/>
        <w:t>up.</w:t>
      </w:r>
      <w:r w:rsidR="00E670BE">
        <w:rPr>
          <w:rFonts w:ascii="Baskerville Old Face" w:hAnsi="Baskerville Old Face"/>
          <w:bCs/>
          <w:sz w:val="28"/>
          <w:szCs w:val="28"/>
        </w:rPr>
        <w:t xml:space="preserve"> </w:t>
      </w:r>
      <w:r w:rsidRPr="00CE758F">
        <w:rPr>
          <w:rFonts w:ascii="Baskerville Old Face" w:hAnsi="Baskerville Old Face"/>
          <w:bCs/>
          <w:sz w:val="28"/>
          <w:szCs w:val="28"/>
        </w:rPr>
        <w:t>Four years earlier he had stood in a corridor very like it while Dot’s husband was on the other side of a door with both arms gone to the elbow, and he had not been able to look at her, and he had written that down on a page and folded it in four and put it in a tin. Now she was standing up out of the same bench to tell him, and she was not unkind, Dot Mawson was never in her life unkind, but she was very tired, and she said:</w:t>
      </w:r>
    </w:p>
    <w:p w14:paraId="5CA5D15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“She’s through it. She’s asleep. Don’t wake her.”</w:t>
      </w:r>
    </w:p>
    <w:p w14:paraId="605DAAA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“The baby.”</w:t>
      </w:r>
    </w:p>
    <w:p w14:paraId="0467FE7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Dot looked at him.</w:t>
      </w:r>
    </w:p>
    <w:p w14:paraId="64DCAC48" w14:textId="463E3E7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“They’ll tell you,” she said.</w:t>
      </w:r>
    </w:p>
    <w:p w14:paraId="6711B619" w14:textId="7EBEA8D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w:t>
      </w:r>
      <w:r w:rsidR="00D82809" w:rsidRPr="00D82809">
        <w:rPr>
          <w:rStyle w:val="Emphasis"/>
          <w:rFonts w:ascii="Baskerville Old Face" w:hAnsi="Baskerville Old Face"/>
          <w:i w:val="0"/>
          <w:iCs w:val="0"/>
          <w:color w:val="111111"/>
          <w:sz w:val="28"/>
          <w:szCs w:val="28"/>
          <w:shd w:val="clear" w:color="auto" w:fill="FFFFFF"/>
        </w:rPr>
        <w:t>obstetrician</w:t>
      </w:r>
      <w:r w:rsidR="00D82809">
        <w:rPr>
          <w:rStyle w:val="Emphasis"/>
          <w:rFonts w:ascii="Baskerville Old Face" w:hAnsi="Baskerville Old Face"/>
          <w:i w:val="0"/>
          <w:iCs w:val="0"/>
          <w:color w:val="111111"/>
          <w:sz w:val="28"/>
          <w:szCs w:val="28"/>
          <w:shd w:val="clear" w:color="auto" w:fill="FFFFFF"/>
        </w:rPr>
        <w:t>’s</w:t>
      </w:r>
      <w:r w:rsidR="00067589">
        <w:rPr>
          <w:rStyle w:val="Emphasis"/>
          <w:rFonts w:ascii="Baskerville Old Face" w:hAnsi="Baskerville Old Face"/>
          <w:i w:val="0"/>
          <w:iCs w:val="0"/>
          <w:color w:val="111111"/>
          <w:sz w:val="28"/>
          <w:szCs w:val="28"/>
          <w:shd w:val="clear" w:color="auto" w:fill="FFFFFF"/>
        </w:rPr>
        <w:t>, an Ob-Gyn by the of</w:t>
      </w:r>
      <w:r w:rsidR="00D82809">
        <w:rPr>
          <w:rStyle w:val="Emphasis"/>
          <w:rFonts w:ascii="Lato" w:hAnsi="Lato"/>
          <w:color w:val="111111"/>
          <w:sz w:val="23"/>
          <w:szCs w:val="23"/>
          <w:shd w:val="clear" w:color="auto" w:fill="FFFFFF"/>
        </w:rPr>
        <w:t> </w:t>
      </w:r>
      <w:r w:rsidRPr="00CE758F">
        <w:rPr>
          <w:rFonts w:ascii="Baskerville Old Face" w:hAnsi="Baskerville Old Face"/>
          <w:bCs/>
          <w:sz w:val="28"/>
          <w:szCs w:val="28"/>
        </w:rPr>
        <w:t xml:space="preserve"> name </w:t>
      </w:r>
      <w:r w:rsidR="00067589">
        <w:rPr>
          <w:rFonts w:ascii="Baskerville Old Face" w:hAnsi="Baskerville Old Face"/>
          <w:bCs/>
          <w:sz w:val="28"/>
          <w:szCs w:val="28"/>
        </w:rPr>
        <w:t>of</w:t>
      </w:r>
      <w:r w:rsidRPr="00CE758F">
        <w:rPr>
          <w:rFonts w:ascii="Baskerville Old Face" w:hAnsi="Baskerville Old Face"/>
          <w:bCs/>
          <w:sz w:val="28"/>
          <w:szCs w:val="28"/>
        </w:rPr>
        <w:t xml:space="preserve"> Ferrier. He had come up from Adelaide in 1964 and would </w:t>
      </w:r>
      <w:r w:rsidR="008374E2">
        <w:rPr>
          <w:rFonts w:ascii="Baskerville Old Face" w:hAnsi="Baskerville Old Face"/>
          <w:bCs/>
          <w:sz w:val="28"/>
          <w:szCs w:val="28"/>
        </w:rPr>
        <w:t>return</w:t>
      </w:r>
      <w:r w:rsidRPr="00CE758F">
        <w:rPr>
          <w:rFonts w:ascii="Baskerville Old Face" w:hAnsi="Baskerville Old Face"/>
          <w:bCs/>
          <w:sz w:val="28"/>
          <w:szCs w:val="28"/>
        </w:rPr>
        <w:t xml:space="preserve"> in 1972, he was decent</w:t>
      </w:r>
      <w:r w:rsidR="008374E2">
        <w:rPr>
          <w:rFonts w:ascii="Baskerville Old Face" w:hAnsi="Baskerville Old Face"/>
          <w:bCs/>
          <w:sz w:val="28"/>
          <w:szCs w:val="28"/>
        </w:rPr>
        <w:t>, forthright</w:t>
      </w:r>
      <w:r w:rsidRPr="00CE758F">
        <w:rPr>
          <w:rFonts w:ascii="Baskerville Old Face" w:hAnsi="Baskerville Old Face"/>
          <w:bCs/>
          <w:sz w:val="28"/>
          <w:szCs w:val="28"/>
        </w:rPr>
        <w:t xml:space="preserve"> and blunt and had been awake for a day and a half, and he told Finian standing up, in a room with a filing cabinet in it, in the order the man himself understood the events, which was not the order that mattered.</w:t>
      </w:r>
      <w:r w:rsidR="00E670BE">
        <w:rPr>
          <w:rFonts w:ascii="Baskerville Old Face" w:hAnsi="Baskerville Old Face"/>
          <w:bCs/>
          <w:sz w:val="28"/>
          <w:szCs w:val="28"/>
        </w:rPr>
        <w:t xml:space="preserve"> </w:t>
      </w:r>
      <w:r w:rsidRPr="00CE758F">
        <w:rPr>
          <w:rFonts w:ascii="Baskerville Old Face" w:hAnsi="Baskerville Old Face"/>
          <w:bCs/>
          <w:sz w:val="28"/>
          <w:szCs w:val="28"/>
        </w:rPr>
        <w:t xml:space="preserve">He said the words </w:t>
      </w:r>
      <w:r w:rsidRPr="00CE758F">
        <w:rPr>
          <w:rFonts w:ascii="Baskerville Old Face" w:hAnsi="Baskerville Old Face"/>
          <w:bCs/>
          <w:i/>
          <w:sz w:val="28"/>
          <w:szCs w:val="28"/>
        </w:rPr>
        <w:t>placental abruption</w:t>
      </w:r>
      <w:r w:rsidRPr="00CE758F">
        <w:rPr>
          <w:rFonts w:ascii="Baskerville Old Face" w:hAnsi="Baskerville Old Face"/>
          <w:bCs/>
          <w:sz w:val="28"/>
          <w:szCs w:val="28"/>
        </w:rPr>
        <w:t xml:space="preserve">. He said </w:t>
      </w:r>
      <w:r w:rsidRPr="00CE758F">
        <w:rPr>
          <w:rFonts w:ascii="Baskerville Old Face" w:hAnsi="Baskerville Old Face"/>
          <w:bCs/>
          <w:i/>
          <w:sz w:val="28"/>
          <w:szCs w:val="28"/>
        </w:rPr>
        <w:t>she lost a great deal of blood</w:t>
      </w:r>
      <w:r w:rsidRPr="00CE758F">
        <w:rPr>
          <w:rFonts w:ascii="Baskerville Old Face" w:hAnsi="Baskerville Old Face"/>
          <w:bCs/>
          <w:sz w:val="28"/>
          <w:szCs w:val="28"/>
        </w:rPr>
        <w:t>. He said the girl had been thirty-six weeks and four days and had been born alive.</w:t>
      </w:r>
    </w:p>
    <w:p w14:paraId="2D83C529" w14:textId="657AB89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Then he said, “You’ll not have children. Not from</w:t>
      </w:r>
      <w:r w:rsidR="009E0D5D">
        <w:rPr>
          <w:rFonts w:ascii="Baskerville Old Face" w:hAnsi="Baskerville Old Face"/>
          <w:bCs/>
          <w:sz w:val="28"/>
          <w:szCs w:val="28"/>
        </w:rPr>
        <w:t xml:space="preserve"> Ellie</w:t>
      </w:r>
      <w:r w:rsidRPr="00CE758F">
        <w:rPr>
          <w:rFonts w:ascii="Baskerville Old Face" w:hAnsi="Baskerville Old Face"/>
          <w:bCs/>
          <w:sz w:val="28"/>
          <w:szCs w:val="28"/>
        </w:rPr>
        <w:t>. I’ve had to take everything. There wasn’t another road, and I’ll say that to anybody who wants to ask me.”</w:t>
      </w:r>
    </w:p>
    <w:p w14:paraId="332F804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“Right.”</w:t>
      </w:r>
    </w:p>
    <w:p w14:paraId="4059CB9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Ferrier waited.</w:t>
      </w:r>
    </w:p>
    <w:p w14:paraId="4FE4FE0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Finian said again.</w:t>
      </w:r>
    </w:p>
    <w:p w14:paraId="2D837B52" w14:textId="5F8B4FB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F155A4" w:rsidRPr="00CE758F">
        <w:rPr>
          <w:rFonts w:ascii="Baskerville Old Face" w:hAnsi="Baskerville Old Face"/>
          <w:bCs/>
          <w:sz w:val="28"/>
          <w:szCs w:val="28"/>
        </w:rPr>
        <w:t>Mr.</w:t>
      </w:r>
      <w:r w:rsidRPr="00CE758F">
        <w:rPr>
          <w:rFonts w:ascii="Baskerville Old Face" w:hAnsi="Baskerville Old Face"/>
          <w:bCs/>
          <w:sz w:val="28"/>
          <w:szCs w:val="28"/>
        </w:rPr>
        <w:t xml:space="preserve"> Kavanagh, she doesn’t know that part. She was under. She’ll want telling by somebody and I’d rather it was me, but it’ll not be me she remembers.” He put his hands in his pockets. “You’ll have a bad few months. Don’t be clever with her. That’s all the advice I’ve got and it’s better than it sounds.”</w:t>
      </w:r>
      <w:r w:rsidR="00E670BE">
        <w:rPr>
          <w:rFonts w:ascii="Baskerville Old Face" w:hAnsi="Baskerville Old Face"/>
          <w:bCs/>
          <w:sz w:val="28"/>
          <w:szCs w:val="28"/>
        </w:rPr>
        <w:t xml:space="preserve"> </w:t>
      </w:r>
      <w:r w:rsidRPr="00CE758F">
        <w:rPr>
          <w:rFonts w:ascii="Baskerville Old Face" w:hAnsi="Baskerville Old Face"/>
          <w:bCs/>
          <w:sz w:val="28"/>
          <w:szCs w:val="28"/>
        </w:rPr>
        <w:t>Finian nodded. He shook the man’s hand and thanked him for his trouble, and went out into the corridor and stood there.</w:t>
      </w:r>
      <w:r w:rsidR="00E670BE">
        <w:rPr>
          <w:rFonts w:ascii="Baskerville Old Face" w:hAnsi="Baskerville Old Face"/>
          <w:bCs/>
          <w:sz w:val="28"/>
          <w:szCs w:val="28"/>
        </w:rPr>
        <w:t xml:space="preserve"> </w:t>
      </w:r>
      <w:r w:rsidRPr="00CE758F">
        <w:rPr>
          <w:rFonts w:ascii="Baskerville Old Face" w:hAnsi="Baskerville Old Face"/>
          <w:bCs/>
          <w:sz w:val="28"/>
          <w:szCs w:val="28"/>
        </w:rPr>
        <w:t>There was a clock on the wall above the bench where Dot had been sitting. Twenty past four in the morning. He looked at it, and while he was looking at it he worked out that if he left at six he would be at Winnecke by midnight and would only lose the one day.</w:t>
      </w:r>
      <w:r w:rsidR="00E670BE">
        <w:rPr>
          <w:rFonts w:ascii="Baskerville Old Face" w:hAnsi="Baskerville Old Face"/>
          <w:bCs/>
          <w:sz w:val="28"/>
          <w:szCs w:val="28"/>
        </w:rPr>
        <w:t xml:space="preserve"> </w:t>
      </w:r>
      <w:r w:rsidRPr="00CE758F">
        <w:rPr>
          <w:rFonts w:ascii="Baskerville Old Face" w:hAnsi="Baskerville Old Face"/>
          <w:bCs/>
          <w:sz w:val="28"/>
          <w:szCs w:val="28"/>
        </w:rPr>
        <w:t xml:space="preserve">He did not leave at six. He stayed </w:t>
      </w:r>
      <w:r w:rsidR="00DB68CC">
        <w:rPr>
          <w:rFonts w:ascii="Baskerville Old Face" w:hAnsi="Baskerville Old Face"/>
          <w:bCs/>
          <w:sz w:val="28"/>
          <w:szCs w:val="28"/>
        </w:rPr>
        <w:t xml:space="preserve">for </w:t>
      </w:r>
      <w:r w:rsidRPr="00CE758F">
        <w:rPr>
          <w:rFonts w:ascii="Baskerville Old Face" w:hAnsi="Baskerville Old Face"/>
          <w:bCs/>
          <w:sz w:val="28"/>
          <w:szCs w:val="28"/>
        </w:rPr>
        <w:t>eleven days.</w:t>
      </w:r>
      <w:r w:rsidR="00DB68CC">
        <w:rPr>
          <w:rFonts w:ascii="Baskerville Old Face" w:hAnsi="Baskerville Old Face"/>
          <w:bCs/>
          <w:sz w:val="28"/>
          <w:szCs w:val="28"/>
        </w:rPr>
        <w:t xml:space="preserve"> </w:t>
      </w:r>
      <w:r w:rsidRPr="00CE758F">
        <w:rPr>
          <w:rFonts w:ascii="Baskerville Old Face" w:hAnsi="Baskerville Old Face"/>
          <w:bCs/>
          <w:sz w:val="28"/>
          <w:szCs w:val="28"/>
        </w:rPr>
        <w:t xml:space="preserve">But the arithmetic had already happened, the way arithmetic does, without being asked for and without permission, in a corridor with his wife asleep forty feet away and his daughter in a room in the same </w:t>
      </w:r>
      <w:r w:rsidRPr="00CE758F">
        <w:rPr>
          <w:rFonts w:ascii="Baskerville Old Face" w:hAnsi="Baskerville Old Face"/>
          <w:bCs/>
          <w:sz w:val="28"/>
          <w:szCs w:val="28"/>
        </w:rPr>
        <w:lastRenderedPageBreak/>
        <w:t>building. He never told anybody. Not once, in twenty-six years, to any living soul, in a life that contained a great many rooms and a great many long nights and more than one occasion on which a man might reasonably have unburdened himself to somebody.</w:t>
      </w:r>
      <w:r w:rsidR="00DB68CC">
        <w:rPr>
          <w:rFonts w:ascii="Baskerville Old Face" w:hAnsi="Baskerville Old Face"/>
          <w:bCs/>
          <w:sz w:val="28"/>
          <w:szCs w:val="28"/>
        </w:rPr>
        <w:t xml:space="preserve"> </w:t>
      </w:r>
      <w:r w:rsidRPr="00CE758F">
        <w:rPr>
          <w:rFonts w:ascii="Baskerville Old Face" w:hAnsi="Baskerville Old Face"/>
          <w:bCs/>
          <w:sz w:val="28"/>
          <w:szCs w:val="28"/>
        </w:rPr>
        <w:t>He would tell it eventually. But not to anybody living, and not in this world, and not because he was asked.</w:t>
      </w:r>
      <w:r w:rsidR="00DB68CC">
        <w:rPr>
          <w:rFonts w:ascii="Baskerville Old Face" w:hAnsi="Baskerville Old Face"/>
          <w:bCs/>
          <w:sz w:val="28"/>
          <w:szCs w:val="28"/>
        </w:rPr>
        <w:t xml:space="preserve"> </w:t>
      </w:r>
      <w:r w:rsidRPr="00CE758F">
        <w:rPr>
          <w:rFonts w:ascii="Baskerville Old Face" w:hAnsi="Baskerville Old Face"/>
          <w:bCs/>
          <w:sz w:val="28"/>
          <w:szCs w:val="28"/>
        </w:rPr>
        <w:t>She was in the hospital nineteen days.</w:t>
      </w:r>
      <w:r w:rsidR="00A8532C">
        <w:rPr>
          <w:rFonts w:ascii="Baskerville Old Face" w:hAnsi="Baskerville Old Face"/>
          <w:bCs/>
          <w:sz w:val="28"/>
          <w:szCs w:val="28"/>
        </w:rPr>
        <w:t xml:space="preserve"> </w:t>
      </w:r>
      <w:r w:rsidRPr="00CE758F">
        <w:rPr>
          <w:rFonts w:ascii="Baskerville Old Face" w:hAnsi="Baskerville Old Face"/>
          <w:bCs/>
          <w:sz w:val="28"/>
          <w:szCs w:val="28"/>
        </w:rPr>
        <w:t xml:space="preserve">He came every day and he sat in the chair by the bed, and what he did in that chair was the beginning of everything that came afterwards, and he never once, in all the years, understood that it was a thing he had </w:t>
      </w:r>
      <w:r w:rsidRPr="00CE758F">
        <w:rPr>
          <w:rFonts w:ascii="Baskerville Old Face" w:hAnsi="Baskerville Old Face"/>
          <w:bCs/>
          <w:i/>
          <w:sz w:val="28"/>
          <w:szCs w:val="28"/>
        </w:rPr>
        <w:t>done</w:t>
      </w:r>
      <w:r w:rsidRPr="00CE758F">
        <w:rPr>
          <w:rFonts w:ascii="Baskerville Old Face" w:hAnsi="Baskerville Old Face"/>
          <w:bCs/>
          <w:sz w:val="28"/>
          <w:szCs w:val="28"/>
        </w:rPr>
        <w:t>.</w:t>
      </w:r>
      <w:r w:rsidR="00DB68CC">
        <w:rPr>
          <w:rFonts w:ascii="Baskerville Old Face" w:hAnsi="Baskerville Old Face"/>
          <w:bCs/>
          <w:sz w:val="28"/>
          <w:szCs w:val="28"/>
        </w:rPr>
        <w:t xml:space="preserve"> </w:t>
      </w:r>
      <w:r w:rsidRPr="00CE758F">
        <w:rPr>
          <w:rFonts w:ascii="Baskerville Old Face" w:hAnsi="Baskerville Old Face"/>
          <w:bCs/>
          <w:sz w:val="28"/>
          <w:szCs w:val="28"/>
        </w:rPr>
        <w:t>He brought her the books. On the fourth day, because he could not stand the silence and because it was the only language he had that he was fluent in, he brought the pay tin and the ledger and put them on the bed and said, “There’s an error in the August wages I cannot find.”</w:t>
      </w:r>
      <w:r w:rsidR="00DB68CC">
        <w:rPr>
          <w:rFonts w:ascii="Baskerville Old Face" w:hAnsi="Baskerville Old Face"/>
          <w:bCs/>
          <w:sz w:val="28"/>
          <w:szCs w:val="28"/>
        </w:rPr>
        <w:t xml:space="preserve"> </w:t>
      </w:r>
      <w:r w:rsidRPr="00CE758F">
        <w:rPr>
          <w:rFonts w:ascii="Baskerville Old Face" w:hAnsi="Baskerville Old Face"/>
          <w:bCs/>
          <w:sz w:val="28"/>
          <w:szCs w:val="28"/>
        </w:rPr>
        <w:t>Ellie turned her head and looked at the ledger and then at him, and after a moment she said, “Give it here,” and found it in four minutes, and neither of them said anything about the fact that she was crying while she did it, and he thought</w:t>
      </w:r>
      <w:r w:rsidR="00036460">
        <w:rPr>
          <w:rFonts w:ascii="Baskerville Old Face" w:hAnsi="Baskerville Old Face"/>
          <w:bCs/>
          <w:sz w:val="28"/>
          <w:szCs w:val="28"/>
        </w:rPr>
        <w:t xml:space="preserve">, </w:t>
      </w:r>
      <w:r w:rsidRPr="00CE758F">
        <w:rPr>
          <w:rFonts w:ascii="Baskerville Old Face" w:hAnsi="Baskerville Old Face"/>
          <w:bCs/>
          <w:sz w:val="28"/>
          <w:szCs w:val="28"/>
        </w:rPr>
        <w:t>he honestly thought, and said so later, and Darrow made much of it and got nowhere</w:t>
      </w:r>
      <w:r w:rsidR="00036460">
        <w:rPr>
          <w:rFonts w:ascii="Baskerville Old Face" w:hAnsi="Baskerville Old Face"/>
          <w:bCs/>
          <w:sz w:val="28"/>
          <w:szCs w:val="28"/>
        </w:rPr>
        <w:t xml:space="preserve">, </w:t>
      </w:r>
      <w:r w:rsidRPr="00CE758F">
        <w:rPr>
          <w:rFonts w:ascii="Baskerville Old Face" w:hAnsi="Baskerville Old Face"/>
          <w:bCs/>
          <w:sz w:val="28"/>
          <w:szCs w:val="28"/>
        </w:rPr>
        <w:t>that he had helped.</w:t>
      </w:r>
    </w:p>
    <w:p w14:paraId="7ADD0956" w14:textId="77777777" w:rsidR="001E480E" w:rsidRDefault="001E480E" w:rsidP="002A1BD3">
      <w:pPr>
        <w:spacing w:line="360" w:lineRule="auto"/>
        <w:rPr>
          <w:rFonts w:ascii="Baskerville Old Face" w:hAnsi="Baskerville Old Face"/>
          <w:bCs/>
          <w:sz w:val="28"/>
          <w:szCs w:val="28"/>
        </w:rPr>
      </w:pPr>
    </w:p>
    <w:p w14:paraId="281ED33B" w14:textId="12E1C8B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On the ninth day she told him about the woman.</w:t>
      </w:r>
    </w:p>
    <w:p w14:paraId="419A3B2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woman held my hand,” she said. “The night of it. When they were all running about.”</w:t>
      </w:r>
    </w:p>
    <w:p w14:paraId="54DB196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“One of the sisters.”</w:t>
      </w:r>
    </w:p>
    <w:p w14:paraId="746AA25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wasn’t a sister. She’d no uniform on her.” Ellie was looking at the ceiling. “She was there a long while. Hours, it felt. She’d a strange way of speaking, old-fashioned, like somebody reading. And she said—“ Ellie stopped.</w:t>
      </w:r>
    </w:p>
    <w:p w14:paraId="39E3C61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did she say.”</w:t>
      </w:r>
    </w:p>
    <w:p w14:paraId="7233476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“She said, </w:t>
      </w:r>
      <w:r w:rsidRPr="00CE758F">
        <w:rPr>
          <w:rFonts w:ascii="Baskerville Old Face" w:hAnsi="Baskerville Old Face"/>
          <w:bCs/>
          <w:i/>
          <w:sz w:val="28"/>
          <w:szCs w:val="28"/>
        </w:rPr>
        <w:t>this is not the end of you, hen. Ye’ll be here a long time yet, and there’s a use for ye.</w:t>
      </w:r>
      <w:r w:rsidRPr="00CE758F">
        <w:rPr>
          <w:rFonts w:ascii="Baskerville Old Face" w:hAnsi="Baskerville Old Face"/>
          <w:bCs/>
          <w:sz w:val="28"/>
          <w:szCs w:val="28"/>
        </w:rPr>
        <w:t>” Ellie’s mouth moved. “And her hem was wet. I remember thinking that was a daft thing to notice.”</w:t>
      </w:r>
    </w:p>
    <w:p w14:paraId="34464B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“You were away with the morphine.”</w:t>
      </w:r>
    </w:p>
    <w:p w14:paraId="07BAF50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Likely.”</w:t>
      </w:r>
    </w:p>
    <w:p w14:paraId="2A57520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were, Ell. They had you full of it.”</w:t>
      </w:r>
    </w:p>
    <w:p w14:paraId="72F1D43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“Likely,” Ellie said again, and turned her face to the window, and did not mention the woman to him again for twenty-six years, and mentioned her to Dot Mawson twice, and to a priest once, and wrote her down, in 1971, in a diary that Finian found in 1995 in the drawer of a bedside table in </w:t>
      </w:r>
      <w:r w:rsidRPr="00CE758F">
        <w:rPr>
          <w:rFonts w:ascii="Baskerville Old Face" w:hAnsi="Baskerville Old Face"/>
          <w:bCs/>
          <w:sz w:val="28"/>
          <w:szCs w:val="28"/>
        </w:rPr>
        <w:lastRenderedPageBreak/>
        <w:t>a house he was barely living in, four days before he got in a car and drove into the desert.</w:t>
      </w:r>
    </w:p>
    <w:p w14:paraId="319C210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buried the girl on the twenty-fourth of September, in the cemetery on the Ross Highway, and there were nine people there. Wally had driven down from Winnecke and stood at the back with his hat in both hands. Narrah was outside the fence, at about thirty yards, because he would not come in and no one asked him to explain it, and he stayed the whole time and was still there when the cars went.</w:t>
      </w:r>
    </w:p>
    <w:p w14:paraId="4DACC9C9" w14:textId="5F6CFA3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name on the stone. Finian paid for the stone and Ellie chose what went on it, and what went on it was: *</w:t>
      </w:r>
      <w:r w:rsidRPr="00CE758F">
        <w:rPr>
          <w:rFonts w:ascii="Baskerville Old Face" w:hAnsi="Baskerville Old Face"/>
          <w:bCs/>
          <w:i/>
          <w:sz w:val="28"/>
          <w:szCs w:val="28"/>
        </w:rPr>
        <w:t xml:space="preserve">MARGARET KAVANAGH — 11 SEPTEMBER 1969 — </w:t>
      </w:r>
      <w:r w:rsidR="006D7857">
        <w:rPr>
          <w:rFonts w:ascii="Baskerville Old Face" w:hAnsi="Baskerville Old Face"/>
          <w:bCs/>
          <w:i/>
          <w:sz w:val="28"/>
          <w:szCs w:val="28"/>
        </w:rPr>
        <w:t>M</w:t>
      </w:r>
      <w:r w:rsidR="009D48B8">
        <w:rPr>
          <w:rFonts w:ascii="Baskerville Old Face" w:hAnsi="Baskerville Old Face"/>
          <w:bCs/>
          <w:i/>
          <w:sz w:val="28"/>
          <w:szCs w:val="28"/>
        </w:rPr>
        <w:t>UCH LOVED</w:t>
      </w:r>
      <w:r w:rsidR="006D7857">
        <w:rPr>
          <w:rFonts w:ascii="Baskerville Old Face" w:hAnsi="Baskerville Old Face"/>
          <w:bCs/>
          <w:i/>
          <w:sz w:val="28"/>
          <w:szCs w:val="28"/>
        </w:rPr>
        <w:t xml:space="preserve"> </w:t>
      </w:r>
      <w:r w:rsidRPr="00CE758F">
        <w:rPr>
          <w:rFonts w:ascii="Baskerville Old Face" w:hAnsi="Baskerville Old Face"/>
          <w:bCs/>
          <w:i/>
          <w:sz w:val="28"/>
          <w:szCs w:val="28"/>
        </w:rPr>
        <w:t>DAUGHTER OF FINIAN AND ELEANOR.</w:t>
      </w:r>
      <w:r w:rsidRPr="00CE758F">
        <w:rPr>
          <w:rFonts w:ascii="Baskerville Old Face" w:hAnsi="Baskerville Old Face"/>
          <w:bCs/>
          <w:sz w:val="28"/>
          <w:szCs w:val="28"/>
        </w:rPr>
        <w:t>*</w:t>
      </w:r>
    </w:p>
    <w:p w14:paraId="78C60A9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asked her, in the car, where she had got the name.</w:t>
      </w:r>
    </w:p>
    <w:p w14:paraId="60915C9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was one of the two,” she said.</w:t>
      </w:r>
    </w:p>
    <w:p w14:paraId="439A9C0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never said them.”</w:t>
      </w:r>
    </w:p>
    <w:p w14:paraId="136B180A" w14:textId="5F8085E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Ellie. “I never.”</w:t>
      </w:r>
    </w:p>
    <w:p w14:paraId="447F2CFD" w14:textId="0E30287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came home on the first of October, and the cradle was in the sleepout.</w:t>
      </w:r>
      <w:r w:rsidR="00566448">
        <w:rPr>
          <w:rFonts w:ascii="Baskerville Old Face" w:hAnsi="Baskerville Old Face"/>
          <w:bCs/>
          <w:sz w:val="28"/>
          <w:szCs w:val="28"/>
        </w:rPr>
        <w:t xml:space="preserve"> </w:t>
      </w:r>
      <w:r w:rsidRPr="00CE758F">
        <w:rPr>
          <w:rFonts w:ascii="Baskerville Old Face" w:hAnsi="Baskerville Old Face"/>
          <w:bCs/>
          <w:sz w:val="28"/>
          <w:szCs w:val="28"/>
        </w:rPr>
        <w:t xml:space="preserve">Nobody had thought about it. There was no one whose job it was to have thought about it. She went down the passage with her hand on the wall and stopped at </w:t>
      </w:r>
      <w:r w:rsidRPr="00CE758F">
        <w:rPr>
          <w:rFonts w:ascii="Baskerville Old Face" w:hAnsi="Baskerville Old Face"/>
          <w:bCs/>
          <w:sz w:val="28"/>
          <w:szCs w:val="28"/>
        </w:rPr>
        <w:lastRenderedPageBreak/>
        <w:t>the door of the pale green room, and Finian, coming behind with her case, stopped too, and they stood there and looked at it, and the lemon tree moved outside the window.</w:t>
      </w:r>
    </w:p>
    <w:p w14:paraId="5DEDB96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“I’ll take it out the morning.”</w:t>
      </w:r>
    </w:p>
    <w:p w14:paraId="03EDA56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“Take it where?”</w:t>
      </w:r>
    </w:p>
    <w:p w14:paraId="4EEFB1E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“I’ll away out to the tip with it.”</w:t>
      </w:r>
    </w:p>
    <w:p w14:paraId="1C2C9816" w14:textId="16907F1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turned round.</w:t>
      </w:r>
      <w:r w:rsidR="00F16497">
        <w:rPr>
          <w:rFonts w:ascii="Baskerville Old Face" w:hAnsi="Baskerville Old Face"/>
          <w:bCs/>
          <w:sz w:val="28"/>
          <w:szCs w:val="28"/>
        </w:rPr>
        <w:t xml:space="preserve"> </w:t>
      </w:r>
      <w:r w:rsidRPr="00CE758F">
        <w:rPr>
          <w:rFonts w:ascii="Baskerville Old Face" w:hAnsi="Baskerville Old Face"/>
          <w:bCs/>
          <w:sz w:val="28"/>
          <w:szCs w:val="28"/>
        </w:rPr>
        <w:t>What was on her face he had seen once before and would see one more time, and it was not grief. It was the thing that had been on her face on the step in 1965 when he told her that the house in Windley Street was gone and there had been nobody left to find. It was the look of a person standing outside a shut door.</w:t>
      </w:r>
    </w:p>
    <w:p w14:paraId="75D342B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“You’ll not,” she said.</w:t>
      </w:r>
    </w:p>
    <w:p w14:paraId="44B2F4D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w:t>
      </w:r>
    </w:p>
    <w:p w14:paraId="0FD77E9C" w14:textId="32E5B6E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Wally’s work and it’s my daughter’s cradle and you’ll not put it in the tip.” Her voice did not go up at all. “You’ll put it in the shed and you’ll shut the door on it, and if you cannot look at it then don’t go in the shed.”</w:t>
      </w:r>
      <w:r w:rsidR="00F16497">
        <w:rPr>
          <w:rFonts w:ascii="Baskerville Old Face" w:hAnsi="Baskerville Old Face"/>
          <w:bCs/>
          <w:sz w:val="28"/>
          <w:szCs w:val="28"/>
        </w:rPr>
        <w:t xml:space="preserve"> </w:t>
      </w:r>
      <w:r w:rsidRPr="00CE758F">
        <w:rPr>
          <w:rFonts w:ascii="Baskerville Old Face" w:hAnsi="Baskerville Old Face"/>
          <w:bCs/>
          <w:sz w:val="28"/>
          <w:szCs w:val="28"/>
        </w:rPr>
        <w:t xml:space="preserve">He put it in the shed on the third of October, and he shut the door on it, and it was still there in November 1995, under a tarpaulin, in the third shed at Kavanagh’s Keep, three hundred yards from a house with eleven rooms; and the tarpaulin had been changed </w:t>
      </w:r>
      <w:r w:rsidRPr="00CE758F">
        <w:rPr>
          <w:rFonts w:ascii="Baskerville Old Face" w:hAnsi="Baskerville Old Face"/>
          <w:bCs/>
          <w:sz w:val="28"/>
          <w:szCs w:val="28"/>
        </w:rPr>
        <w:lastRenderedPageBreak/>
        <w:t>twice, by somebody, and it was not him.</w:t>
      </w:r>
      <w:r w:rsidR="00181993">
        <w:rPr>
          <w:rFonts w:ascii="Baskerville Old Face" w:hAnsi="Baskerville Old Face"/>
          <w:bCs/>
          <w:sz w:val="28"/>
          <w:szCs w:val="28"/>
        </w:rPr>
        <w:t xml:space="preserve"> </w:t>
      </w:r>
      <w:r w:rsidRPr="00CE758F">
        <w:rPr>
          <w:rFonts w:ascii="Baskerville Old Face" w:hAnsi="Baskerville Old Face"/>
          <w:bCs/>
          <w:sz w:val="28"/>
          <w:szCs w:val="28"/>
        </w:rPr>
        <w:t>The conversation happened in the second week of November, and it lasted about four minutes, and it was the end of the marriage in every sense except the one in which it lasted another fifty-five years.</w:t>
      </w:r>
      <w:r w:rsidR="00181993">
        <w:rPr>
          <w:rFonts w:ascii="Baskerville Old Face" w:hAnsi="Baskerville Old Face"/>
          <w:bCs/>
          <w:sz w:val="28"/>
          <w:szCs w:val="28"/>
        </w:rPr>
        <w:t xml:space="preserve"> </w:t>
      </w:r>
      <w:r w:rsidRPr="00CE758F">
        <w:rPr>
          <w:rFonts w:ascii="Baskerville Old Face" w:hAnsi="Baskerville Old Face"/>
          <w:bCs/>
          <w:sz w:val="28"/>
          <w:szCs w:val="28"/>
        </w:rPr>
        <w:t>She had a pamphlet. She had got it from the Sisters of Mercy through Dot, and it was about the adoption of children in the Northern Territory, and she had read it enough times that it had gone soft at the fold, and she put it on the table next to the pay tin, in the place where things went in that house when they were to be discussed.</w:t>
      </w:r>
      <w:r w:rsidR="00181993">
        <w:rPr>
          <w:rFonts w:ascii="Baskerville Old Face" w:hAnsi="Baskerville Old Face"/>
          <w:bCs/>
          <w:sz w:val="28"/>
          <w:szCs w:val="28"/>
        </w:rPr>
        <w:t xml:space="preserve"> </w:t>
      </w:r>
      <w:r w:rsidRPr="00CE758F">
        <w:rPr>
          <w:rFonts w:ascii="Baskerville Old Face" w:hAnsi="Baskerville Old Face"/>
          <w:bCs/>
          <w:sz w:val="28"/>
          <w:szCs w:val="28"/>
        </w:rPr>
        <w:t>“There’s a thing I want to say and I want to say all of it before you talk,” she said.</w:t>
      </w:r>
    </w:p>
    <w:p w14:paraId="5920DCC5" w14:textId="59931EE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w:t>
      </w:r>
      <w:r w:rsidR="008F39DB">
        <w:rPr>
          <w:rFonts w:ascii="Baskerville Old Face" w:hAnsi="Baskerville Old Face"/>
          <w:bCs/>
          <w:sz w:val="28"/>
          <w:szCs w:val="28"/>
        </w:rPr>
        <w:t xml:space="preserve">OK, </w:t>
      </w:r>
      <w:r w:rsidRPr="00CE758F">
        <w:rPr>
          <w:rFonts w:ascii="Baskerville Old Face" w:hAnsi="Baskerville Old Face"/>
          <w:bCs/>
          <w:sz w:val="28"/>
          <w:szCs w:val="28"/>
        </w:rPr>
        <w:t>Right.”</w:t>
      </w:r>
    </w:p>
    <w:p w14:paraId="5CC250F3" w14:textId="6FF79E2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She </w:t>
      </w:r>
      <w:r w:rsidR="00431628">
        <w:rPr>
          <w:rFonts w:ascii="Baskerville Old Face" w:hAnsi="Baskerville Old Face"/>
          <w:bCs/>
          <w:sz w:val="28"/>
          <w:szCs w:val="28"/>
        </w:rPr>
        <w:t>off-loaded</w:t>
      </w:r>
      <w:r w:rsidRPr="00CE758F">
        <w:rPr>
          <w:rFonts w:ascii="Baskerville Old Face" w:hAnsi="Baskerville Old Face"/>
          <w:bCs/>
          <w:sz w:val="28"/>
          <w:szCs w:val="28"/>
        </w:rPr>
        <w:t xml:space="preserve"> it all. It took perhaps ninety seconds. There were children</w:t>
      </w:r>
      <w:r w:rsidR="00431628">
        <w:rPr>
          <w:rFonts w:ascii="Baskerville Old Face" w:hAnsi="Baskerville Old Face"/>
          <w:bCs/>
          <w:sz w:val="28"/>
          <w:szCs w:val="28"/>
        </w:rPr>
        <w:t xml:space="preserve">, </w:t>
      </w:r>
      <w:r w:rsidRPr="00CE758F">
        <w:rPr>
          <w:rFonts w:ascii="Baskerville Old Face" w:hAnsi="Baskerville Old Face"/>
          <w:bCs/>
          <w:sz w:val="28"/>
          <w:szCs w:val="28"/>
        </w:rPr>
        <w:t>there were, God knows, in 1969, in that country, more children needing a house than anybody wanted to write down</w:t>
      </w:r>
      <w:r w:rsidR="00431628">
        <w:rPr>
          <w:rFonts w:ascii="Baskerville Old Face" w:hAnsi="Baskerville Old Face"/>
          <w:bCs/>
          <w:sz w:val="28"/>
          <w:szCs w:val="28"/>
        </w:rPr>
        <w:t xml:space="preserve">, </w:t>
      </w:r>
      <w:r w:rsidRPr="00CE758F">
        <w:rPr>
          <w:rFonts w:ascii="Baskerville Old Face" w:hAnsi="Baskerville Old Face"/>
          <w:bCs/>
          <w:sz w:val="28"/>
          <w:szCs w:val="28"/>
        </w:rPr>
        <w:t>and there was a process, and there were two people at the Welfare in Darwin who would see them, and she was twenty-two, and she was not going to spend her life being a woman that something had happened to.</w:t>
      </w:r>
    </w:p>
    <w:p w14:paraId="25A85C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stopped, and waited, and he did the thing he did.</w:t>
      </w:r>
    </w:p>
    <w:p w14:paraId="67F3DB23" w14:textId="550DDD9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He laid it out as facts that had been decided by somebody else. The country. The distances. The work, and the way the work was going, and the fact that he was away nine days in fourteen and would be away more, not less, for the next several years, because the third rig was signed and the fourth was talked about. A child needed a father in the house. It would not be fair on the child. It would not be fair on </w:t>
      </w:r>
      <w:r w:rsidRPr="00CE758F">
        <w:rPr>
          <w:rFonts w:ascii="Baskerville Old Face" w:hAnsi="Baskerville Old Face"/>
          <w:bCs/>
          <w:i/>
          <w:sz w:val="28"/>
          <w:szCs w:val="28"/>
        </w:rPr>
        <w:t>her</w:t>
      </w:r>
      <w:r w:rsidRPr="00CE758F">
        <w:rPr>
          <w:rFonts w:ascii="Baskerville Old Face" w:hAnsi="Baskerville Old Face"/>
          <w:bCs/>
          <w:sz w:val="28"/>
          <w:szCs w:val="28"/>
        </w:rPr>
        <w:t>, carrying it alone out here.</w:t>
      </w:r>
      <w:r w:rsidR="008C4B80">
        <w:rPr>
          <w:rFonts w:ascii="Baskerville Old Face" w:hAnsi="Baskerville Old Face"/>
          <w:bCs/>
          <w:sz w:val="28"/>
          <w:szCs w:val="28"/>
        </w:rPr>
        <w:t xml:space="preserve"> </w:t>
      </w:r>
      <w:r w:rsidRPr="00CE758F">
        <w:rPr>
          <w:rFonts w:ascii="Baskerville Old Face" w:hAnsi="Baskerville Old Face"/>
          <w:bCs/>
          <w:sz w:val="28"/>
          <w:szCs w:val="28"/>
        </w:rPr>
        <w:t>He believed every word of it.</w:t>
      </w:r>
      <w:r w:rsidR="008C4B80">
        <w:rPr>
          <w:rFonts w:ascii="Baskerville Old Face" w:hAnsi="Baskerville Old Face"/>
          <w:bCs/>
          <w:sz w:val="28"/>
          <w:szCs w:val="28"/>
        </w:rPr>
        <w:t xml:space="preserve"> </w:t>
      </w:r>
      <w:r w:rsidRPr="00CE758F">
        <w:rPr>
          <w:rFonts w:ascii="Baskerville Old Face" w:hAnsi="Baskerville Old Face"/>
          <w:bCs/>
          <w:sz w:val="28"/>
          <w:szCs w:val="28"/>
        </w:rPr>
        <w:t>That is the whole of what can honestly be said about Finian Kavanagh in November of 1969. He believed every word of it; and underneath the words there was something that had not moved while he was speaking, and did not move afterwards, and he could no more have described it than a man can describe the shape of his own back.</w:t>
      </w:r>
      <w:r w:rsidR="008C4B80">
        <w:rPr>
          <w:rFonts w:ascii="Baskerville Old Face" w:hAnsi="Baskerville Old Face"/>
          <w:bCs/>
          <w:sz w:val="28"/>
          <w:szCs w:val="28"/>
        </w:rPr>
        <w:t xml:space="preserve"> </w:t>
      </w:r>
      <w:r w:rsidRPr="00CE758F">
        <w:rPr>
          <w:rFonts w:ascii="Baskerville Old Face" w:hAnsi="Baskerville Old Face"/>
          <w:bCs/>
          <w:sz w:val="28"/>
          <w:szCs w:val="28"/>
        </w:rPr>
        <w:t xml:space="preserve">He noticed one thing, in the way you notice a stone in your boot on a long walk and decide to attend to it later, and then walk another eleven miles. He noticed that he had not once said the word </w:t>
      </w:r>
      <w:r w:rsidRPr="00CE758F">
        <w:rPr>
          <w:rFonts w:ascii="Baskerville Old Face" w:hAnsi="Baskerville Old Face"/>
          <w:bCs/>
          <w:i/>
          <w:sz w:val="28"/>
          <w:szCs w:val="28"/>
        </w:rPr>
        <w:t>child</w:t>
      </w:r>
      <w:r w:rsidRPr="00CE758F">
        <w:rPr>
          <w:rFonts w:ascii="Baskerville Old Face" w:hAnsi="Baskerville Old Face"/>
          <w:bCs/>
          <w:sz w:val="28"/>
          <w:szCs w:val="28"/>
        </w:rPr>
        <w:t xml:space="preserve"> except inside a phrase about fairness.</w:t>
      </w:r>
      <w:r w:rsidR="008C4B80">
        <w:rPr>
          <w:rFonts w:ascii="Baskerville Old Face" w:hAnsi="Baskerville Old Face"/>
          <w:bCs/>
          <w:sz w:val="28"/>
          <w:szCs w:val="28"/>
        </w:rPr>
        <w:t xml:space="preserve"> </w:t>
      </w:r>
      <w:r w:rsidRPr="00CE758F">
        <w:rPr>
          <w:rFonts w:ascii="Baskerville Old Face" w:hAnsi="Baskerville Old Face"/>
          <w:bCs/>
          <w:sz w:val="28"/>
          <w:szCs w:val="28"/>
        </w:rPr>
        <w:t>She had understood the whole of it inside about forty seconds. She was quicker than him and always had been, at everything except the arithmetic of money, and she was quickest of all at him. And she never told him</w:t>
      </w:r>
      <w:r w:rsidR="008C4B80">
        <w:rPr>
          <w:rFonts w:ascii="Baskerville Old Face" w:hAnsi="Baskerville Old Face"/>
          <w:bCs/>
          <w:sz w:val="28"/>
          <w:szCs w:val="28"/>
        </w:rPr>
        <w:t xml:space="preserve">, </w:t>
      </w:r>
      <w:r w:rsidRPr="00CE758F">
        <w:rPr>
          <w:rFonts w:ascii="Baskerville Old Face" w:hAnsi="Baskerville Old Face"/>
          <w:bCs/>
          <w:sz w:val="28"/>
          <w:szCs w:val="28"/>
        </w:rPr>
        <w:t xml:space="preserve">not that November, not in the </w:t>
      </w:r>
      <w:r w:rsidRPr="00CE758F">
        <w:rPr>
          <w:rFonts w:ascii="Baskerville Old Face" w:hAnsi="Baskerville Old Face"/>
          <w:bCs/>
          <w:sz w:val="28"/>
          <w:szCs w:val="28"/>
        </w:rPr>
        <w:lastRenderedPageBreak/>
        <w:t>fifty-five years afterwards</w:t>
      </w:r>
      <w:r w:rsidR="008C4B80">
        <w:rPr>
          <w:rFonts w:ascii="Baskerville Old Face" w:hAnsi="Baskerville Old Face"/>
          <w:bCs/>
          <w:sz w:val="28"/>
          <w:szCs w:val="28"/>
        </w:rPr>
        <w:t xml:space="preserve">, </w:t>
      </w:r>
      <w:r w:rsidRPr="00CE758F">
        <w:rPr>
          <w:rFonts w:ascii="Baskerville Old Face" w:hAnsi="Baskerville Old Face"/>
          <w:bCs/>
          <w:sz w:val="28"/>
          <w:szCs w:val="28"/>
        </w:rPr>
        <w:t>because she was twenty-two years old and had been informed eight weeks previously that she would never bear a child, and did not have it in her, that month, to also be the one who explained her husband to himself.</w:t>
      </w:r>
      <w:r w:rsidR="008C4B80">
        <w:rPr>
          <w:rFonts w:ascii="Baskerville Old Face" w:hAnsi="Baskerville Old Face"/>
          <w:bCs/>
          <w:sz w:val="28"/>
          <w:szCs w:val="28"/>
        </w:rPr>
        <w:t xml:space="preserve"> </w:t>
      </w:r>
      <w:r w:rsidRPr="00CE758F">
        <w:rPr>
          <w:rFonts w:ascii="Baskerville Old Face" w:hAnsi="Baskerville Old Face"/>
          <w:bCs/>
          <w:sz w:val="28"/>
          <w:szCs w:val="28"/>
        </w:rPr>
        <w:t>What she said was: “Say the last part again.”</w:t>
      </w:r>
    </w:p>
    <w:p w14:paraId="112AC51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wouldn’t be fair on the child.”</w:t>
      </w:r>
    </w:p>
    <w:p w14:paraId="30D751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Ellie. “That’s the one.”</w:t>
      </w:r>
    </w:p>
    <w:p w14:paraId="3EA1A34F" w14:textId="47A479E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took the pamphlet off the table and put it in her apron pocket and went and put the kettle on, and they did not speak of it again.</w:t>
      </w:r>
      <w:r w:rsidR="008C4B80">
        <w:rPr>
          <w:rFonts w:ascii="Baskerville Old Face" w:hAnsi="Baskerville Old Face"/>
          <w:bCs/>
          <w:sz w:val="28"/>
          <w:szCs w:val="28"/>
        </w:rPr>
        <w:t xml:space="preserve"> </w:t>
      </w:r>
      <w:r w:rsidRPr="00CE758F">
        <w:rPr>
          <w:rFonts w:ascii="Baskerville Old Face" w:hAnsi="Baskerville Old Face"/>
          <w:bCs/>
          <w:sz w:val="28"/>
          <w:szCs w:val="28"/>
        </w:rPr>
        <w:t>She kept the pamphlet. It was in a biscuit tin at the back of a wardrobe at Kavanagh’s Keep in 2024, soft at the fold, with a rubber band round it that had perished and marked the paper</w:t>
      </w:r>
      <w:r w:rsidR="000328BE">
        <w:rPr>
          <w:rFonts w:ascii="Baskerville Old Face" w:hAnsi="Baskerville Old Face"/>
          <w:bCs/>
          <w:sz w:val="28"/>
          <w:szCs w:val="28"/>
        </w:rPr>
        <w:t xml:space="preserve"> </w:t>
      </w:r>
      <w:r w:rsidRPr="00CE758F">
        <w:rPr>
          <w:rFonts w:ascii="Baskerville Old Face" w:hAnsi="Baskerville Old Face"/>
          <w:bCs/>
          <w:sz w:val="28"/>
          <w:szCs w:val="28"/>
        </w:rPr>
        <w:t>He went back to Winnecke Creek on the nineteenth of November and stayed until the twenty-third of December.</w:t>
      </w:r>
      <w:r w:rsidR="000328BE">
        <w:rPr>
          <w:rFonts w:ascii="Baskerville Old Face" w:hAnsi="Baskerville Old Face"/>
          <w:bCs/>
          <w:sz w:val="28"/>
          <w:szCs w:val="28"/>
        </w:rPr>
        <w:t xml:space="preserve"> </w:t>
      </w:r>
      <w:r w:rsidRPr="00CE758F">
        <w:rPr>
          <w:rFonts w:ascii="Baskerville Old Face" w:hAnsi="Baskerville Old Face"/>
          <w:bCs/>
          <w:sz w:val="28"/>
          <w:szCs w:val="28"/>
        </w:rPr>
        <w:t>And here is the thing that must be written down plainly, because it is the whole hinge of his life and every dishonest version of it begins by leaving this out: *</w:t>
      </w:r>
      <w:r w:rsidRPr="00CE758F">
        <w:rPr>
          <w:rFonts w:ascii="Baskerville Old Face" w:hAnsi="Baskerville Old Face"/>
          <w:bCs/>
          <w:i/>
          <w:sz w:val="28"/>
          <w:szCs w:val="28"/>
        </w:rPr>
        <w:t>it was better out there.</w:t>
      </w:r>
      <w:r w:rsidRPr="00CE758F">
        <w:rPr>
          <w:rFonts w:ascii="Baskerville Old Face" w:hAnsi="Baskerville Old Face"/>
          <w:bCs/>
          <w:sz w:val="28"/>
          <w:szCs w:val="28"/>
        </w:rPr>
        <w:t>*</w:t>
      </w:r>
      <w:r w:rsidR="000328BE">
        <w:rPr>
          <w:rFonts w:ascii="Baskerville Old Face" w:hAnsi="Baskerville Old Face"/>
          <w:bCs/>
          <w:sz w:val="28"/>
          <w:szCs w:val="28"/>
        </w:rPr>
        <w:t xml:space="preserve"> </w:t>
      </w:r>
      <w:r w:rsidRPr="00CE758F">
        <w:rPr>
          <w:rFonts w:ascii="Baskerville Old Face" w:hAnsi="Baskerville Old Face"/>
          <w:bCs/>
          <w:sz w:val="28"/>
          <w:szCs w:val="28"/>
        </w:rPr>
        <w:t xml:space="preserve">Not easier. Better. Out at Winnecke there was a hole in the ground going down at a known rate through known country, and there were eleven men, and there was a price per foot, and there was a thing to do at every hour of the day, and when you did the thing correctly the ground gave you </w:t>
      </w:r>
      <w:r w:rsidRPr="00CE758F">
        <w:rPr>
          <w:rFonts w:ascii="Baskerville Old Face" w:hAnsi="Baskerville Old Face"/>
          <w:bCs/>
          <w:sz w:val="28"/>
          <w:szCs w:val="28"/>
        </w:rPr>
        <w:lastRenderedPageBreak/>
        <w:t>water and when you did it incorrectly it did not, and nowhere in any of it was there a shut door with a woman standing outside it. He could put his hands on a wrench. He could not put his hands on the ninth of September. So he worked nineteen hours and slept four and woke and worked nineteen hours, and the grief did not go anywhere at all</w:t>
      </w:r>
      <w:r w:rsidR="000328BE">
        <w:rPr>
          <w:rFonts w:ascii="Baskerville Old Face" w:hAnsi="Baskerville Old Face"/>
          <w:bCs/>
          <w:sz w:val="28"/>
          <w:szCs w:val="28"/>
        </w:rPr>
        <w:t xml:space="preserve">, </w:t>
      </w:r>
      <w:r w:rsidRPr="00CE758F">
        <w:rPr>
          <w:rFonts w:ascii="Baskerville Old Face" w:hAnsi="Baskerville Old Face"/>
          <w:bCs/>
          <w:sz w:val="28"/>
          <w:szCs w:val="28"/>
        </w:rPr>
        <w:t>he was not that lucky</w:t>
      </w:r>
      <w:r w:rsidR="000328BE">
        <w:rPr>
          <w:rFonts w:ascii="Baskerville Old Face" w:hAnsi="Baskerville Old Face"/>
          <w:bCs/>
          <w:sz w:val="28"/>
          <w:szCs w:val="28"/>
        </w:rPr>
        <w:t xml:space="preserve">, </w:t>
      </w:r>
      <w:r w:rsidRPr="00CE758F">
        <w:rPr>
          <w:rFonts w:ascii="Baskerville Old Face" w:hAnsi="Baskerville Old Face"/>
          <w:bCs/>
          <w:sz w:val="28"/>
          <w:szCs w:val="28"/>
        </w:rPr>
        <w:t xml:space="preserve">but it got </w:t>
      </w:r>
      <w:r w:rsidRPr="00CE758F">
        <w:rPr>
          <w:rFonts w:ascii="Baskerville Old Face" w:hAnsi="Baskerville Old Face"/>
          <w:bCs/>
          <w:i/>
          <w:sz w:val="28"/>
          <w:szCs w:val="28"/>
        </w:rPr>
        <w:t>thin</w:t>
      </w:r>
      <w:r w:rsidRPr="00CE758F">
        <w:rPr>
          <w:rFonts w:ascii="Baskerville Old Face" w:hAnsi="Baskerville Old Face"/>
          <w:bCs/>
          <w:sz w:val="28"/>
          <w:szCs w:val="28"/>
        </w:rPr>
        <w:t>, out there. It got as thin as a wire, and a wire you can carry.</w:t>
      </w:r>
      <w:r w:rsidR="000328BE">
        <w:rPr>
          <w:rFonts w:ascii="Baskerville Old Face" w:hAnsi="Baskerville Old Face"/>
          <w:bCs/>
          <w:sz w:val="28"/>
          <w:szCs w:val="28"/>
        </w:rPr>
        <w:t xml:space="preserve"> </w:t>
      </w:r>
      <w:r w:rsidRPr="00CE758F">
        <w:rPr>
          <w:rFonts w:ascii="Baskerville Old Face" w:hAnsi="Baskerville Old Face"/>
          <w:bCs/>
          <w:sz w:val="28"/>
          <w:szCs w:val="28"/>
        </w:rPr>
        <w:t>He came home for four days at Christmas and mended the pump and re-hung the verandah door, which had dropped, and drove back on the twenty-seventh. He came home in February for six days and put a new tank in. In 1970 he was in the house on Hartley Street for a total of ninety-one nights and he could have told you the figure at the time, because he kept it, along with the footage and the diesel and the wages, in a hard-backed book.</w:t>
      </w:r>
      <w:r w:rsidR="00283C06">
        <w:rPr>
          <w:rFonts w:ascii="Baskerville Old Face" w:hAnsi="Baskerville Old Face"/>
          <w:bCs/>
          <w:sz w:val="28"/>
          <w:szCs w:val="28"/>
        </w:rPr>
        <w:t xml:space="preserve"> </w:t>
      </w:r>
      <w:r w:rsidRPr="00CE758F">
        <w:rPr>
          <w:rFonts w:ascii="Baskerville Old Face" w:hAnsi="Baskerville Old Face"/>
          <w:bCs/>
          <w:sz w:val="28"/>
          <w:szCs w:val="28"/>
        </w:rPr>
        <w:t>Ellie kept the books. She got a job two mornings a week at the school. She planted, in the spring of 1970, four rows of things along the western verandah where nothing had any business growing, and lost three of them, and kept the fourth.</w:t>
      </w:r>
      <w:r w:rsidR="00283C06">
        <w:rPr>
          <w:rFonts w:ascii="Baskerville Old Face" w:hAnsi="Baskerville Old Face"/>
          <w:bCs/>
          <w:sz w:val="28"/>
          <w:szCs w:val="28"/>
        </w:rPr>
        <w:t xml:space="preserve"> </w:t>
      </w:r>
      <w:r w:rsidRPr="00CE758F">
        <w:rPr>
          <w:rFonts w:ascii="Baskerville Old Face" w:hAnsi="Baskerville Old Face"/>
          <w:bCs/>
          <w:sz w:val="28"/>
          <w:szCs w:val="28"/>
        </w:rPr>
        <w:t xml:space="preserve">And in the shed at the back, under a tarpaulin, in the dark, was a low wide heavy plain jarrah cradle with a four-petalled flower cut at the head of it where nobody would ever see it unless they leaned right </w:t>
      </w:r>
      <w:r w:rsidRPr="00CE758F">
        <w:rPr>
          <w:rFonts w:ascii="Baskerville Old Face" w:hAnsi="Baskerville Old Face"/>
          <w:bCs/>
          <w:sz w:val="28"/>
          <w:szCs w:val="28"/>
        </w:rPr>
        <w:lastRenderedPageBreak/>
        <w:t>in.</w:t>
      </w:r>
      <w:r w:rsidR="00283C06">
        <w:rPr>
          <w:rFonts w:ascii="Baskerville Old Face" w:hAnsi="Baskerville Old Face"/>
          <w:bCs/>
          <w:sz w:val="28"/>
          <w:szCs w:val="28"/>
        </w:rPr>
        <w:t xml:space="preserve"> </w:t>
      </w:r>
      <w:r w:rsidRPr="00CE758F">
        <w:rPr>
          <w:rFonts w:ascii="Baskerville Old Face" w:hAnsi="Baskerville Old Face"/>
          <w:bCs/>
          <w:sz w:val="28"/>
          <w:szCs w:val="28"/>
        </w:rPr>
        <w:t>He built the empire on that. Not on the strike at Corella Downs and not on the third rig and not on the price he squeezed out of a manager in Sydney. On the eleventh of September 1969, and the shut door, and the discovery — made at twenty-three, on a rig four hundred miles from his wife, and never once examined for twenty-six years — that a man in the right sort of pain can be made to work at a rate that no ordinary ambition will ever reach.</w:t>
      </w:r>
      <w:r w:rsidR="00283C06">
        <w:rPr>
          <w:rFonts w:ascii="Baskerville Old Face" w:hAnsi="Baskerville Old Face"/>
          <w:bCs/>
          <w:sz w:val="28"/>
          <w:szCs w:val="28"/>
        </w:rPr>
        <w:t xml:space="preserve"> </w:t>
      </w:r>
      <w:r w:rsidRPr="00CE758F">
        <w:rPr>
          <w:rFonts w:ascii="Baskerville Old Face" w:hAnsi="Baskerville Old Face"/>
          <w:bCs/>
          <w:sz w:val="28"/>
          <w:szCs w:val="28"/>
        </w:rPr>
        <w:t xml:space="preserve">Twenty-six years later, </w:t>
      </w:r>
      <w:r w:rsidR="00E94313">
        <w:rPr>
          <w:rFonts w:ascii="Baskerville Old Face" w:hAnsi="Baskerville Old Face"/>
          <w:bCs/>
          <w:sz w:val="28"/>
          <w:szCs w:val="28"/>
        </w:rPr>
        <w:t>w</w:t>
      </w:r>
      <w:r w:rsidR="004C2252">
        <w:rPr>
          <w:rFonts w:ascii="Baskerville Old Face" w:hAnsi="Baskerville Old Face"/>
          <w:bCs/>
          <w:sz w:val="28"/>
          <w:szCs w:val="28"/>
        </w:rPr>
        <w:t>hen</w:t>
      </w:r>
      <w:r w:rsidR="00E94313">
        <w:rPr>
          <w:rFonts w:ascii="Baskerville Old Face" w:hAnsi="Baskerville Old Face"/>
          <w:bCs/>
          <w:sz w:val="28"/>
          <w:szCs w:val="28"/>
        </w:rPr>
        <w:t xml:space="preserve"> in coma, </w:t>
      </w:r>
      <w:r w:rsidRPr="00CE758F">
        <w:rPr>
          <w:rFonts w:ascii="Baskerville Old Face" w:hAnsi="Baskerville Old Face"/>
          <w:bCs/>
          <w:sz w:val="28"/>
          <w:szCs w:val="28"/>
        </w:rPr>
        <w:t>Socrates asked him what he had been running from.</w:t>
      </w:r>
      <w:r w:rsidR="004C2252">
        <w:rPr>
          <w:rFonts w:ascii="Baskerville Old Face" w:hAnsi="Baskerville Old Face"/>
          <w:bCs/>
          <w:sz w:val="28"/>
          <w:szCs w:val="28"/>
        </w:rPr>
        <w:t xml:space="preserve"> </w:t>
      </w:r>
      <w:r w:rsidRPr="00CE758F">
        <w:rPr>
          <w:rFonts w:ascii="Baskerville Old Face" w:hAnsi="Baskerville Old Face"/>
          <w:bCs/>
          <w:sz w:val="28"/>
          <w:szCs w:val="28"/>
        </w:rPr>
        <w:t>He said, “Nothing. I was building.”</w:t>
      </w:r>
      <w:r w:rsidR="00E94313">
        <w:rPr>
          <w:rFonts w:ascii="Baskerville Old Face" w:hAnsi="Baskerville Old Face"/>
          <w:bCs/>
          <w:sz w:val="28"/>
          <w:szCs w:val="28"/>
        </w:rPr>
        <w:t xml:space="preserve"> </w:t>
      </w:r>
      <w:r w:rsidRPr="00CE758F">
        <w:rPr>
          <w:rFonts w:ascii="Baskerville Old Face" w:hAnsi="Baskerville Old Face"/>
          <w:bCs/>
          <w:sz w:val="28"/>
          <w:szCs w:val="28"/>
        </w:rPr>
        <w:t>And the philosopher waited, in the way that Wally Mansfield had once waited by a fire drum, and said nothing at all, and let the silence do it.</w:t>
      </w:r>
    </w:p>
    <w:p w14:paraId="5A02D75A"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3A0C86BD"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Eight</w:t>
      </w:r>
    </w:p>
    <w:p w14:paraId="0D99E1D8"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Kavanagh’s Keep</w:t>
      </w:r>
    </w:p>
    <w:p w14:paraId="14ACD812" w14:textId="77777777" w:rsidR="00E0194C" w:rsidRDefault="004C2252" w:rsidP="004C2252">
      <w:pPr>
        <w:spacing w:line="360" w:lineRule="auto"/>
        <w:ind w:firstLine="0"/>
        <w:rPr>
          <w:rFonts w:ascii="Baskerville Old Face" w:hAnsi="Baskerville Old Face"/>
          <w:bCs/>
          <w:sz w:val="28"/>
          <w:szCs w:val="28"/>
        </w:rPr>
      </w:pPr>
      <w:r>
        <w:rPr>
          <w:rFonts w:ascii="Baskerville Old Face" w:hAnsi="Baskerville Old Face"/>
          <w:bCs/>
          <w:sz w:val="28"/>
          <w:szCs w:val="28"/>
        </w:rPr>
        <w:tab/>
      </w:r>
      <w:r w:rsidR="007671E1" w:rsidRPr="00CE758F">
        <w:rPr>
          <w:rFonts w:ascii="Baskerville Old Face" w:hAnsi="Baskerville Old Face"/>
          <w:bCs/>
          <w:sz w:val="28"/>
          <w:szCs w:val="28"/>
        </w:rPr>
        <w:t xml:space="preserve">There is a photograph of him from March 1979, in the </w:t>
      </w:r>
      <w:r w:rsidR="007671E1" w:rsidRPr="00CE758F">
        <w:rPr>
          <w:rFonts w:ascii="Baskerville Old Face" w:hAnsi="Baskerville Old Face"/>
          <w:bCs/>
          <w:i/>
          <w:sz w:val="28"/>
          <w:szCs w:val="28"/>
        </w:rPr>
        <w:t>Centralian Advocate</w:t>
      </w:r>
      <w:r w:rsidR="007671E1" w:rsidRPr="00CE758F">
        <w:rPr>
          <w:rFonts w:ascii="Baskerville Old Face" w:hAnsi="Baskerville Old Face"/>
          <w:bCs/>
          <w:sz w:val="28"/>
          <w:szCs w:val="28"/>
        </w:rPr>
        <w:t xml:space="preserve">, standing in front of nine rigs lined up nose-out in the yard at the Gap with his arms folded and his sleeves rolled, and the caption calls him </w:t>
      </w:r>
      <w:r w:rsidR="007671E1" w:rsidRPr="00CE758F">
        <w:rPr>
          <w:rFonts w:ascii="Baskerville Old Face" w:hAnsi="Baskerville Old Face"/>
          <w:bCs/>
          <w:i/>
          <w:sz w:val="28"/>
          <w:szCs w:val="28"/>
        </w:rPr>
        <w:t>the Territory’s water man</w:t>
      </w:r>
      <w:r w:rsidR="007671E1" w:rsidRPr="00CE758F">
        <w:rPr>
          <w:rFonts w:ascii="Baskerville Old Face" w:hAnsi="Baskerville Old Face"/>
          <w:bCs/>
          <w:sz w:val="28"/>
          <w:szCs w:val="28"/>
        </w:rPr>
        <w:t>. He was thirty-three. He had eighty-one men on the books. He was in the paper because he had just been paid one hundred and forty thousand pounds by a consortium for a field of stock bores out past Lake Nash, and because he had said something at the Chamber of Commerce dinner about the future that got repeated.</w:t>
      </w:r>
      <w:r>
        <w:rPr>
          <w:rFonts w:ascii="Baskerville Old Face" w:hAnsi="Baskerville Old Face"/>
          <w:bCs/>
          <w:sz w:val="28"/>
          <w:szCs w:val="28"/>
        </w:rPr>
        <w:t xml:space="preserve"> </w:t>
      </w:r>
      <w:r w:rsidR="007671E1" w:rsidRPr="00CE758F">
        <w:rPr>
          <w:rFonts w:ascii="Baskerville Old Face" w:hAnsi="Baskerville Old Face"/>
          <w:bCs/>
          <w:sz w:val="28"/>
          <w:szCs w:val="28"/>
        </w:rPr>
        <w:t>What the photograph does not show, because photographs are not obliged to, is that on the morning it was taken he had been home eleven nights in that calendar year, and it was the third week of March.</w:t>
      </w:r>
      <w:r>
        <w:rPr>
          <w:rFonts w:ascii="Baskerville Old Face" w:hAnsi="Baskerville Old Face"/>
          <w:bCs/>
          <w:sz w:val="28"/>
          <w:szCs w:val="28"/>
        </w:rPr>
        <w:t xml:space="preserve"> </w:t>
      </w:r>
      <w:r w:rsidR="007671E1" w:rsidRPr="00CE758F">
        <w:rPr>
          <w:rFonts w:ascii="Baskerville Old Face" w:hAnsi="Baskerville Old Face"/>
          <w:bCs/>
          <w:sz w:val="28"/>
          <w:szCs w:val="28"/>
        </w:rPr>
        <w:t xml:space="preserve">The seventies happened to Finian Kavanagh the way a good season happens to a man with land. He did not have to be clever after about 1972. He only had to be there, and be able to price a job in his head on a station verandah in eleven minutes, and be willing to put a rig down a road that other men looked at and turned round. </w:t>
      </w:r>
    </w:p>
    <w:p w14:paraId="3B6BA35C" w14:textId="05D4E801" w:rsidR="00F45C1A" w:rsidRPr="00CE758F" w:rsidRDefault="007671E1" w:rsidP="00E0194C">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lastRenderedPageBreak/>
        <w:t>Beef roads were going in. The mines wanted water more than they wanted anything except diesel. The Commonwealth was paying for bores in country nobody had drilled, and the paperwork went to whoever could get a rig there before the wet, and Finian could always get a rig there before the wet, because Finian did not stop.</w:t>
      </w:r>
      <w:r w:rsidR="00E0194C">
        <w:rPr>
          <w:rFonts w:ascii="Baskerville Old Face" w:hAnsi="Baskerville Old Face"/>
          <w:bCs/>
          <w:sz w:val="28"/>
          <w:szCs w:val="28"/>
        </w:rPr>
        <w:t xml:space="preserve"> </w:t>
      </w:r>
      <w:r w:rsidRPr="00CE758F">
        <w:rPr>
          <w:rFonts w:ascii="Baskerville Old Face" w:hAnsi="Baskerville Old Face"/>
          <w:bCs/>
          <w:sz w:val="28"/>
          <w:szCs w:val="28"/>
        </w:rPr>
        <w:t>Third rig, 1970. Fourth and fifth, 1972, both new, both bought outright with cash, which he took a satisfaction in that he did not examine. The yard at the Gap in 1973, four acres, with a fitter of his own and a lathe and a man named Gubby Vale who could make a part that did not exist. Ted Mawson ran the yard office from a desk with a telephone on the right-hand side, and answered it with his right hand, always, and put it down with his right hand, and nobody who rang that office over eighteen years ever knew there was anything the matter with the man’s left. By 1976 there were forty men. By 1979, eighty-one, and camps at four sites, and a Cessna 210 on lease, and a man in Adelaide whose entire job was tenders.</w:t>
      </w:r>
    </w:p>
    <w:p w14:paraId="23D2EDE2" w14:textId="1794127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there was, from 1974, the house.</w:t>
      </w:r>
    </w:p>
    <w:p w14:paraId="6DFCCC5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was Ellie who found the land, which is the part that nobody who wrote about the place ever got right.</w:t>
      </w:r>
    </w:p>
    <w:p w14:paraId="2C5EF2D6" w14:textId="2B19AFB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found it in 1973, out on the Ross, eleven miles from town: forty acres running up to the foot of a low red ridge, with three big ghost gums in a line and a soak at the eastern end where there was green all year. She drove out there on a Sunday on her own and sat on the bonnet for an hour and came back and said she had found where they were going to live.</w:t>
      </w:r>
      <w:r w:rsidR="00E0194C">
        <w:rPr>
          <w:rFonts w:ascii="Baskerville Old Face" w:hAnsi="Baskerville Old Face"/>
          <w:bCs/>
          <w:sz w:val="28"/>
          <w:szCs w:val="28"/>
        </w:rPr>
        <w:t xml:space="preserve"> </w:t>
      </w:r>
      <w:r w:rsidRPr="00CE758F">
        <w:rPr>
          <w:rFonts w:ascii="Baskerville Old Face" w:hAnsi="Baskerville Old Face"/>
          <w:bCs/>
          <w:sz w:val="28"/>
          <w:szCs w:val="28"/>
        </w:rPr>
        <w:t>He went out the following weekend and looked at it and said it was good country and that he would put a bore down at the eastern end and hit water at under sixty feet, and he was right, and it came in at fifty-two.</w:t>
      </w:r>
      <w:r w:rsidR="00E0194C">
        <w:rPr>
          <w:rFonts w:ascii="Baskerville Old Face" w:hAnsi="Baskerville Old Face"/>
          <w:bCs/>
          <w:sz w:val="28"/>
          <w:szCs w:val="28"/>
        </w:rPr>
        <w:t xml:space="preserve"> </w:t>
      </w:r>
      <w:r w:rsidRPr="00CE758F">
        <w:rPr>
          <w:rFonts w:ascii="Baskerville Old Face" w:hAnsi="Baskerville Old Face"/>
          <w:bCs/>
          <w:sz w:val="28"/>
          <w:szCs w:val="28"/>
        </w:rPr>
        <w:t>That is the last thing about the house that was hers.</w:t>
      </w:r>
      <w:r w:rsidR="00E0194C">
        <w:rPr>
          <w:rFonts w:ascii="Baskerville Old Face" w:hAnsi="Baskerville Old Face"/>
          <w:bCs/>
          <w:sz w:val="28"/>
          <w:szCs w:val="28"/>
        </w:rPr>
        <w:t xml:space="preserve"> </w:t>
      </w:r>
      <w:r w:rsidRPr="00CE758F">
        <w:rPr>
          <w:rFonts w:ascii="Baskerville Old Face" w:hAnsi="Baskerville Old Face"/>
          <w:bCs/>
          <w:sz w:val="28"/>
          <w:szCs w:val="28"/>
        </w:rPr>
        <w:t xml:space="preserve">He built it over two years with a builder from Adelaide named Corrigall and eleven drawings that Corrigall did not entirely approve of. It was stone and steel and it sat with its back to the ridge, and it had eleven rooms, and a </w:t>
      </w:r>
      <w:r w:rsidR="00685709">
        <w:rPr>
          <w:rFonts w:ascii="Baskerville Old Face" w:hAnsi="Baskerville Old Face"/>
          <w:bCs/>
          <w:sz w:val="28"/>
          <w:szCs w:val="28"/>
        </w:rPr>
        <w:t xml:space="preserve">whitewashed, </w:t>
      </w:r>
      <w:r w:rsidR="00D32BA6">
        <w:rPr>
          <w:rFonts w:ascii="Baskerville Old Face" w:hAnsi="Baskerville Old Face"/>
          <w:bCs/>
          <w:sz w:val="28"/>
          <w:szCs w:val="28"/>
        </w:rPr>
        <w:t xml:space="preserve">encircling </w:t>
      </w:r>
      <w:r w:rsidRPr="00CE758F">
        <w:rPr>
          <w:rFonts w:ascii="Baskerville Old Face" w:hAnsi="Baskerville Old Face"/>
          <w:bCs/>
          <w:sz w:val="28"/>
          <w:szCs w:val="28"/>
        </w:rPr>
        <w:t>wall.</w:t>
      </w:r>
    </w:p>
    <w:p w14:paraId="166A6647" w14:textId="5840035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 was the thing people said about it, afterwards, in town, in the tone people use: </w:t>
      </w:r>
      <w:r w:rsidRPr="00CE758F">
        <w:rPr>
          <w:rFonts w:ascii="Baskerville Old Face" w:hAnsi="Baskerville Old Face"/>
          <w:bCs/>
          <w:i/>
          <w:sz w:val="28"/>
          <w:szCs w:val="28"/>
        </w:rPr>
        <w:t>he built a wall.</w:t>
      </w:r>
      <w:r w:rsidRPr="00CE758F">
        <w:rPr>
          <w:rFonts w:ascii="Baskerville Old Face" w:hAnsi="Baskerville Old Face"/>
          <w:bCs/>
          <w:sz w:val="28"/>
          <w:szCs w:val="28"/>
        </w:rPr>
        <w:t xml:space="preserve"> It was not a fortification and he would have laughed at anybody who called it one to his face. It was a low broad stone wall running round the house and the garden and the water tanks, three foot six high, wide enough to sit on, with a gravel apron inside it and a gate at the northern end. He said it was for the cattle, </w:t>
      </w:r>
      <w:r w:rsidRPr="00CE758F">
        <w:rPr>
          <w:rFonts w:ascii="Baskerville Old Face" w:hAnsi="Baskerville Old Face"/>
          <w:bCs/>
          <w:sz w:val="28"/>
          <w:szCs w:val="28"/>
        </w:rPr>
        <w:lastRenderedPageBreak/>
        <w:t>which were not his cattle and had never been in the habit of coming up the ridge, and he said it was for the dogs, and he said, most often, that it finished the place off, gave it a line, and there was truth in that; it did give it a line.</w:t>
      </w:r>
      <w:r w:rsidR="00685709">
        <w:rPr>
          <w:rFonts w:ascii="Baskerville Old Face" w:hAnsi="Baskerville Old Face"/>
          <w:bCs/>
          <w:sz w:val="28"/>
          <w:szCs w:val="28"/>
        </w:rPr>
        <w:t xml:space="preserve"> </w:t>
      </w:r>
      <w:r w:rsidRPr="00CE758F">
        <w:rPr>
          <w:rFonts w:ascii="Baskerville Old Face" w:hAnsi="Baskerville Old Face"/>
          <w:bCs/>
          <w:sz w:val="28"/>
          <w:szCs w:val="28"/>
        </w:rPr>
        <w:t>The men called it the Keep within a month of the wall going up, and they called it that in front of him, and he liked it, and that was the end of the argument about what it was.</w:t>
      </w:r>
      <w:r w:rsidR="00685709">
        <w:rPr>
          <w:rFonts w:ascii="Baskerville Old Face" w:hAnsi="Baskerville Old Face"/>
          <w:bCs/>
          <w:sz w:val="28"/>
          <w:szCs w:val="28"/>
        </w:rPr>
        <w:t xml:space="preserve"> </w:t>
      </w:r>
      <w:r w:rsidRPr="00CE758F">
        <w:rPr>
          <w:rFonts w:ascii="Baskerville Old Face" w:hAnsi="Baskerville Old Face"/>
          <w:bCs/>
          <w:sz w:val="28"/>
          <w:szCs w:val="28"/>
        </w:rPr>
        <w:t>Inside the wall there was a house with a wide central passage running its whole length, cool and floored in slate, with a bay window at the southern end where you could sit and look eleven miles across country to the town. There was a dining room that would take fourteen. There was a room he called the office and everyone else called the office, which had the safe in it, and the maps on the wall, and a long table, and which was the only room in the house that ever had more than four people in it at once after about 1980.They moved in in September 1975. Ellie was twenty-eight</w:t>
      </w:r>
      <w:r w:rsidR="000F5BE2">
        <w:rPr>
          <w:rFonts w:ascii="Baskerville Old Face" w:hAnsi="Baskerville Old Face"/>
          <w:bCs/>
          <w:sz w:val="28"/>
          <w:szCs w:val="28"/>
        </w:rPr>
        <w:t xml:space="preserve"> years of age</w:t>
      </w:r>
      <w:r w:rsidRPr="00CE758F">
        <w:rPr>
          <w:rFonts w:ascii="Baskerville Old Face" w:hAnsi="Baskerville Old Face"/>
          <w:bCs/>
          <w:sz w:val="28"/>
          <w:szCs w:val="28"/>
        </w:rPr>
        <w:t>.</w:t>
      </w:r>
      <w:r w:rsidR="000F5BE2">
        <w:rPr>
          <w:rFonts w:ascii="Baskerville Old Face" w:hAnsi="Baskerville Old Face"/>
          <w:bCs/>
          <w:sz w:val="28"/>
          <w:szCs w:val="28"/>
        </w:rPr>
        <w:t xml:space="preserve"> </w:t>
      </w:r>
      <w:r w:rsidRPr="00CE758F">
        <w:rPr>
          <w:rFonts w:ascii="Baskerville Old Face" w:hAnsi="Baskerville Old Face"/>
          <w:bCs/>
          <w:sz w:val="28"/>
          <w:szCs w:val="28"/>
        </w:rPr>
        <w:t>She stood in the passage the first evening with the boxes still in the vehicles and the light coming down the slate and said, “It’s very grand, Finian.”</w:t>
      </w:r>
    </w:p>
    <w:p w14:paraId="0AE2711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“It’s what I said it’d be.”</w:t>
      </w:r>
    </w:p>
    <w:p w14:paraId="2C1A05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is,” she said. “It’s exactly what you said it’d be.”</w:t>
      </w:r>
    </w:p>
    <w:p w14:paraId="62B37127" w14:textId="12531AC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Twenty years later she was asked, under oath, in a room with no walls, whether she had liked the house at Kavanagh’s Keep, and she took some time over it, and what she said was: “I liked the land. He never asked me about the house. He asked me about nothing in the house except the colour of the room he was never in.</w:t>
      </w:r>
      <w:r w:rsidR="00C26983">
        <w:rPr>
          <w:rFonts w:ascii="Baskerville Old Face" w:hAnsi="Baskerville Old Face"/>
          <w:bCs/>
          <w:sz w:val="28"/>
          <w:szCs w:val="28"/>
        </w:rPr>
        <w:t xml:space="preserve"> </w:t>
      </w:r>
      <w:r w:rsidRPr="00CE758F">
        <w:rPr>
          <w:rFonts w:ascii="Baskerville Old Face" w:hAnsi="Baskerville Old Face"/>
          <w:bCs/>
          <w:sz w:val="28"/>
          <w:szCs w:val="28"/>
        </w:rPr>
        <w:t>”Here is what a year looked like, by 1980.</w:t>
      </w:r>
      <w:r w:rsidR="00C26983">
        <w:rPr>
          <w:rFonts w:ascii="Baskerville Old Face" w:hAnsi="Baskerville Old Face"/>
          <w:bCs/>
          <w:sz w:val="28"/>
          <w:szCs w:val="28"/>
        </w:rPr>
        <w:t xml:space="preserve"> </w:t>
      </w:r>
      <w:r w:rsidRPr="00CE758F">
        <w:rPr>
          <w:rFonts w:ascii="Baskerville Old Face" w:hAnsi="Baskerville Old Face"/>
          <w:bCs/>
          <w:sz w:val="28"/>
          <w:szCs w:val="28"/>
        </w:rPr>
        <w:t>He was away nine</w:t>
      </w:r>
      <w:r w:rsidR="00C26983">
        <w:rPr>
          <w:rFonts w:ascii="Baskerville Old Face" w:hAnsi="Baskerville Old Face"/>
          <w:bCs/>
          <w:sz w:val="28"/>
          <w:szCs w:val="28"/>
        </w:rPr>
        <w:t xml:space="preserve"> to ten</w:t>
      </w:r>
      <w:r w:rsidRPr="00CE758F">
        <w:rPr>
          <w:rFonts w:ascii="Baskerville Old Face" w:hAnsi="Baskerville Old Face"/>
          <w:bCs/>
          <w:sz w:val="28"/>
          <w:szCs w:val="28"/>
        </w:rPr>
        <w:t xml:space="preserve"> days in fourteen, and in the busy months</w:t>
      </w:r>
      <w:r w:rsidR="000B1662">
        <w:rPr>
          <w:rFonts w:ascii="Baskerville Old Face" w:hAnsi="Baskerville Old Face"/>
          <w:bCs/>
          <w:sz w:val="28"/>
          <w:szCs w:val="28"/>
        </w:rPr>
        <w:t>,</w:t>
      </w:r>
      <w:r w:rsidRPr="00CE758F">
        <w:rPr>
          <w:rFonts w:ascii="Baskerville Old Face" w:hAnsi="Baskerville Old Face"/>
          <w:bCs/>
          <w:sz w:val="28"/>
          <w:szCs w:val="28"/>
        </w:rPr>
        <w:t xml:space="preserve"> eleven</w:t>
      </w:r>
      <w:r w:rsidR="000B1662">
        <w:rPr>
          <w:rFonts w:ascii="Baskerville Old Face" w:hAnsi="Baskerville Old Face"/>
          <w:bCs/>
          <w:sz w:val="28"/>
          <w:szCs w:val="28"/>
        </w:rPr>
        <w:t xml:space="preserve"> days on average</w:t>
      </w:r>
      <w:r w:rsidRPr="00CE758F">
        <w:rPr>
          <w:rFonts w:ascii="Baskerville Old Face" w:hAnsi="Baskerville Old Face"/>
          <w:bCs/>
          <w:sz w:val="28"/>
          <w:szCs w:val="28"/>
        </w:rPr>
        <w:t>. He came in on a Thursday night and went out on a Saturday morning. He flew to Adelaide once a month and to Sydney four times a year and to Perth twice. He was on the committee of two things and the board of one. He had a suit made in Adelaide in 1977 and another in 1981 and wore them both to the end of his life.</w:t>
      </w:r>
      <w:r w:rsidR="000B1662">
        <w:rPr>
          <w:rFonts w:ascii="Baskerville Old Face" w:hAnsi="Baskerville Old Face"/>
          <w:bCs/>
          <w:sz w:val="28"/>
          <w:szCs w:val="28"/>
        </w:rPr>
        <w:t xml:space="preserve"> </w:t>
      </w:r>
      <w:r w:rsidRPr="00CE758F">
        <w:rPr>
          <w:rFonts w:ascii="Baskerville Old Face" w:hAnsi="Baskerville Old Face"/>
          <w:bCs/>
          <w:sz w:val="28"/>
          <w:szCs w:val="28"/>
        </w:rPr>
        <w:t xml:space="preserve">He was, in this period, well liked. That is a thing the record has to carry, because it is true and because it makes the rest of it harder. He was generous in a public way and often in a private one. He paid for the roof of the Catholic school hall in 1978 and would not have his name on it, which the </w:t>
      </w:r>
      <w:r w:rsidRPr="00CE758F">
        <w:rPr>
          <w:rFonts w:ascii="Baskerville Old Face" w:hAnsi="Baskerville Old Face"/>
          <w:bCs/>
          <w:i/>
          <w:sz w:val="28"/>
          <w:szCs w:val="28"/>
        </w:rPr>
        <w:t>Advocate</w:t>
      </w:r>
      <w:r w:rsidRPr="00CE758F">
        <w:rPr>
          <w:rFonts w:ascii="Baskerville Old Face" w:hAnsi="Baskerville Old Face"/>
          <w:bCs/>
          <w:sz w:val="28"/>
          <w:szCs w:val="28"/>
        </w:rPr>
        <w:t xml:space="preserve"> then printed. He carried three men on full pay through injuries that were nothing to do with the work. He gave Gubby Vale’s widow the house she was living in. He never in his life passed a broken-down vehicle on a Territory </w:t>
      </w:r>
      <w:r w:rsidRPr="00CE758F">
        <w:rPr>
          <w:rFonts w:ascii="Baskerville Old Face" w:hAnsi="Baskerville Old Face"/>
          <w:bCs/>
          <w:sz w:val="28"/>
          <w:szCs w:val="28"/>
        </w:rPr>
        <w:lastRenderedPageBreak/>
        <w:t>road, not once, not in forty years, and there are men alive who would tell you so.</w:t>
      </w:r>
      <w:r w:rsidR="000B1662">
        <w:rPr>
          <w:rFonts w:ascii="Baskerville Old Face" w:hAnsi="Baskerville Old Face"/>
          <w:bCs/>
          <w:sz w:val="28"/>
          <w:szCs w:val="28"/>
        </w:rPr>
        <w:t xml:space="preserve"> </w:t>
      </w:r>
      <w:r w:rsidRPr="00CE758F">
        <w:rPr>
          <w:rFonts w:ascii="Baskerville Old Face" w:hAnsi="Baskerville Old Face"/>
          <w:bCs/>
          <w:sz w:val="28"/>
          <w:szCs w:val="28"/>
        </w:rPr>
        <w:t>And he had, by 1980, stopped being able to sit in a room.</w:t>
      </w:r>
      <w:r w:rsidR="000B1662">
        <w:rPr>
          <w:rFonts w:ascii="Baskerville Old Face" w:hAnsi="Baskerville Old Face"/>
          <w:bCs/>
          <w:sz w:val="28"/>
          <w:szCs w:val="28"/>
        </w:rPr>
        <w:t xml:space="preserve"> </w:t>
      </w:r>
      <w:r w:rsidRPr="00CE758F">
        <w:rPr>
          <w:rFonts w:ascii="Baskerville Old Face" w:hAnsi="Baskerville Old Face"/>
          <w:bCs/>
          <w:sz w:val="28"/>
          <w:szCs w:val="28"/>
        </w:rPr>
        <w:t>That is not a figure of speech and Ellie described it, when the time came, with the precision of a woman who had watched it for twenty years and had thought about how she would put it. He could not be in a chair with nothing in his hands. If there was no paper in front of him he would begin, within four or five minutes, to move: up, to the window, out to the verandah, out to the shed, out to the vehicle to fetch something he did not need, back in with it, and then out again. He was not restless in the ordinary way. It was more particular than that. It looked, she said, like a man in a room he had been told to wait in.</w:t>
      </w:r>
      <w:r w:rsidR="000B1662">
        <w:rPr>
          <w:rFonts w:ascii="Baskerville Old Face" w:hAnsi="Baskerville Old Face"/>
          <w:bCs/>
          <w:sz w:val="28"/>
          <w:szCs w:val="28"/>
        </w:rPr>
        <w:t xml:space="preserve"> </w:t>
      </w:r>
      <w:r w:rsidRPr="00CE758F">
        <w:rPr>
          <w:rFonts w:ascii="Baskerville Old Face" w:hAnsi="Baskerville Old Face"/>
          <w:bCs/>
          <w:sz w:val="28"/>
          <w:szCs w:val="28"/>
        </w:rPr>
        <w:t>They had dinner at seven when he was home. They talked about the company, because it was the shared country, and she was extremely good on it, and there were evenings in that house — genuine ones, and they should be counted — when the two of them sat at the end of the long table with the ledgers between them until eleven o’clock and were, in a way neither would have called happiness, together.</w:t>
      </w:r>
      <w:r w:rsidR="000B1662">
        <w:rPr>
          <w:rFonts w:ascii="Baskerville Old Face" w:hAnsi="Baskerville Old Face"/>
          <w:bCs/>
          <w:sz w:val="28"/>
          <w:szCs w:val="28"/>
        </w:rPr>
        <w:t xml:space="preserve"> </w:t>
      </w:r>
      <w:r w:rsidRPr="00CE758F">
        <w:rPr>
          <w:rFonts w:ascii="Baskerville Old Face" w:hAnsi="Baskerville Old Face"/>
          <w:bCs/>
          <w:sz w:val="28"/>
          <w:szCs w:val="28"/>
        </w:rPr>
        <w:t>But she had stopped, at some point in the late seventies, telling him things.</w:t>
      </w:r>
    </w:p>
    <w:p w14:paraId="2CEE7C8C" w14:textId="0C33AAE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could not have dated it. She told the court she could not date it, and Crassus pressed her for a date, and Darrow objected, and Socrates allowed the objection with an observation about the nature of erosion that Crassus affected not to hear. What she said was that it was not a decision and there had been no night on which she decided it. It was that a thing would happen in her week — the Fitzgerald girl’s wedding, the row at the school over the Aboriginal children in the third class, her mother’s letters getting shorter, the lump in her breast in 1981 that was nothing and that she went to Adelaide about alone and never mentioned — and she would put it in the pile of things to tell Finian, and then he would come in at ten at night with a tender in his hand and a manager coming to breakfast, and the pile would be there next week, and the week after; and one week she noticed there was no pile.</w:t>
      </w:r>
      <w:r w:rsidR="000B1662">
        <w:rPr>
          <w:rFonts w:ascii="Baskerville Old Face" w:hAnsi="Baskerville Old Face"/>
          <w:bCs/>
          <w:sz w:val="28"/>
          <w:szCs w:val="28"/>
        </w:rPr>
        <w:t xml:space="preserve"> </w:t>
      </w:r>
      <w:r w:rsidRPr="00CE758F">
        <w:rPr>
          <w:rFonts w:ascii="Baskerville Old Face" w:hAnsi="Baskerville Old Face"/>
          <w:bCs/>
          <w:sz w:val="28"/>
          <w:szCs w:val="28"/>
        </w:rPr>
        <w:t xml:space="preserve">He noticed nothing at all. He was never asked whether he had noticed, in the whole trial, by either side. It was Socrates who eventually asked him, out of order, at the end, in the last hour, in the presence of nobody but the jury: </w:t>
      </w:r>
      <w:r w:rsidRPr="00CE758F">
        <w:rPr>
          <w:rFonts w:ascii="Baskerville Old Face" w:hAnsi="Baskerville Old Face"/>
          <w:bCs/>
          <w:i/>
          <w:sz w:val="28"/>
          <w:szCs w:val="28"/>
        </w:rPr>
        <w:t>What did your wife do on the eighth of June 1981?</w:t>
      </w:r>
      <w:r w:rsidRPr="00CE758F">
        <w:rPr>
          <w:rFonts w:ascii="Baskerville Old Face" w:hAnsi="Baskerville Old Face"/>
          <w:bCs/>
          <w:sz w:val="28"/>
          <w:szCs w:val="28"/>
        </w:rPr>
        <w:t xml:space="preserve"> And he said he did not know, and the philosopher said, </w:t>
      </w:r>
      <w:r w:rsidRPr="00CE758F">
        <w:rPr>
          <w:rFonts w:ascii="Baskerville Old Face" w:hAnsi="Baskerville Old Face"/>
          <w:bCs/>
          <w:i/>
          <w:sz w:val="28"/>
          <w:szCs w:val="28"/>
        </w:rPr>
        <w:t>No. That was the day she was told the lump was benign. Where were you?</w:t>
      </w:r>
      <w:r w:rsidRPr="00CE758F">
        <w:rPr>
          <w:rFonts w:ascii="Baskerville Old Face" w:hAnsi="Baskerville Old Face"/>
          <w:bCs/>
          <w:sz w:val="28"/>
          <w:szCs w:val="28"/>
        </w:rPr>
        <w:t xml:space="preserve"> And </w:t>
      </w:r>
      <w:r w:rsidRPr="00CE758F">
        <w:rPr>
          <w:rFonts w:ascii="Baskerville Old Face" w:hAnsi="Baskerville Old Face"/>
          <w:bCs/>
          <w:sz w:val="28"/>
          <w:szCs w:val="28"/>
        </w:rPr>
        <w:lastRenderedPageBreak/>
        <w:t xml:space="preserve">Finian said, </w:t>
      </w:r>
      <w:r w:rsidRPr="00CE758F">
        <w:rPr>
          <w:rFonts w:ascii="Baskerville Old Face" w:hAnsi="Baskerville Old Face"/>
          <w:bCs/>
          <w:i/>
          <w:sz w:val="28"/>
          <w:szCs w:val="28"/>
        </w:rPr>
        <w:t>Mount Isa,</w:t>
      </w:r>
      <w:r w:rsidRPr="00CE758F">
        <w:rPr>
          <w:rFonts w:ascii="Baskerville Old Face" w:hAnsi="Baskerville Old Face"/>
          <w:bCs/>
          <w:sz w:val="28"/>
          <w:szCs w:val="28"/>
        </w:rPr>
        <w:t xml:space="preserve"> because he could remember that; he had kept a book.</w:t>
      </w:r>
      <w:r w:rsidR="000B1662">
        <w:rPr>
          <w:rFonts w:ascii="Baskerville Old Face" w:hAnsi="Baskerville Old Face"/>
          <w:bCs/>
          <w:sz w:val="28"/>
          <w:szCs w:val="28"/>
        </w:rPr>
        <w:t xml:space="preserve"> </w:t>
      </w:r>
      <w:r w:rsidRPr="00CE758F">
        <w:rPr>
          <w:rFonts w:ascii="Baskerville Old Face" w:hAnsi="Baskerville Old Face"/>
          <w:bCs/>
          <w:sz w:val="28"/>
          <w:szCs w:val="28"/>
        </w:rPr>
        <w:t>The three of them came out to the Keep in November 1976, all told, for the last time together: Wally, Narrah, Ted and Dot.</w:t>
      </w:r>
      <w:r w:rsidR="000B1662">
        <w:rPr>
          <w:rFonts w:ascii="Baskerville Old Face" w:hAnsi="Baskerville Old Face"/>
          <w:bCs/>
          <w:sz w:val="28"/>
          <w:szCs w:val="28"/>
        </w:rPr>
        <w:t xml:space="preserve"> </w:t>
      </w:r>
      <w:r w:rsidRPr="00CE758F">
        <w:rPr>
          <w:rFonts w:ascii="Baskerville Old Face" w:hAnsi="Baskerville Old Face"/>
          <w:bCs/>
          <w:sz w:val="28"/>
          <w:szCs w:val="28"/>
        </w:rPr>
        <w:t>It was a Sunday and it was the housewarming, fourteen months after they had moved in, because Ellie had wanted to wait until the garden was in. There were forty people. There were station managers and a bank manager and two men from the Department and a member of the Legislative Assembly and Corrigall the builder, and there was beer in a tank of ice and a beast on a spit, and Ellie had spent three weeks on it.</w:t>
      </w:r>
      <w:r w:rsidR="000B1662">
        <w:rPr>
          <w:rFonts w:ascii="Baskerville Old Face" w:hAnsi="Baskerville Old Face"/>
          <w:bCs/>
          <w:sz w:val="28"/>
          <w:szCs w:val="28"/>
        </w:rPr>
        <w:t xml:space="preserve"> </w:t>
      </w:r>
      <w:r w:rsidRPr="00CE758F">
        <w:rPr>
          <w:rFonts w:ascii="Baskerville Old Face" w:hAnsi="Baskerville Old Face"/>
          <w:bCs/>
          <w:sz w:val="28"/>
          <w:szCs w:val="28"/>
        </w:rPr>
        <w:t>Wally came at eleven and left at two. He walked round the outside of the house first, on his own, all the way round the wall, before he came in. Finian watched him do it from the bay window and something went through him that he named at the time as pride and named twenty years later, under questioning, as something else.</w:t>
      </w:r>
      <w:r w:rsidR="000B1662">
        <w:rPr>
          <w:rFonts w:ascii="Baskerville Old Face" w:hAnsi="Baskerville Old Face"/>
          <w:bCs/>
          <w:sz w:val="28"/>
          <w:szCs w:val="28"/>
        </w:rPr>
        <w:t xml:space="preserve"> </w:t>
      </w:r>
      <w:r w:rsidRPr="00CE758F">
        <w:rPr>
          <w:rFonts w:ascii="Baskerville Old Face" w:hAnsi="Baskerville Old Face"/>
          <w:bCs/>
          <w:sz w:val="28"/>
          <w:szCs w:val="28"/>
        </w:rPr>
        <w:t xml:space="preserve">Wally said the house was well built. He said the stonework at the corners was good work. He said it twice, in fact, which was not like him, and then he sat on the wall in the shade with a bottle and did not go inside again, and at two he came and found Finian and said he was away, and said, “You want to watch that Kelleher’s paying you what he owes </w:t>
      </w:r>
      <w:r w:rsidRPr="00CE758F">
        <w:rPr>
          <w:rFonts w:ascii="Baskerville Old Face" w:hAnsi="Baskerville Old Face"/>
          <w:bCs/>
          <w:sz w:val="28"/>
          <w:szCs w:val="28"/>
        </w:rPr>
        <w:lastRenderedPageBreak/>
        <w:t>you,” and got in the ute.</w:t>
      </w:r>
      <w:r w:rsidR="00EF5754">
        <w:rPr>
          <w:rFonts w:ascii="Baskerville Old Face" w:hAnsi="Baskerville Old Face"/>
          <w:bCs/>
          <w:sz w:val="28"/>
          <w:szCs w:val="28"/>
        </w:rPr>
        <w:t xml:space="preserve"> </w:t>
      </w:r>
      <w:r w:rsidRPr="00CE758F">
        <w:rPr>
          <w:rFonts w:ascii="Baskerville Old Face" w:hAnsi="Baskerville Old Face"/>
          <w:bCs/>
          <w:sz w:val="28"/>
          <w:szCs w:val="28"/>
        </w:rPr>
        <w:t>Narrah came at one and did not come inside the wall.</w:t>
      </w:r>
      <w:r w:rsidR="00EF5754">
        <w:rPr>
          <w:rFonts w:ascii="Baskerville Old Face" w:hAnsi="Baskerville Old Face"/>
          <w:bCs/>
          <w:sz w:val="28"/>
          <w:szCs w:val="28"/>
        </w:rPr>
        <w:t xml:space="preserve"> </w:t>
      </w:r>
      <w:r w:rsidRPr="00CE758F">
        <w:rPr>
          <w:rFonts w:ascii="Baskerville Old Face" w:hAnsi="Baskerville Old Face"/>
          <w:bCs/>
          <w:sz w:val="28"/>
          <w:szCs w:val="28"/>
        </w:rPr>
        <w:t>He stood at the gate at the northern end with his hat in his hands, and there were four men and two women from his family with him at a distance of perhaps twenty yards, and he would not come through. Finian went down to him. There were people on the verandah watching, because forty people at a party will always find the one thing happening at the edge of it.</w:t>
      </w:r>
      <w:r w:rsidR="00EF5754">
        <w:rPr>
          <w:rFonts w:ascii="Baskerville Old Face" w:hAnsi="Baskerville Old Face"/>
          <w:bCs/>
          <w:sz w:val="28"/>
          <w:szCs w:val="28"/>
        </w:rPr>
        <w:t xml:space="preserve"> </w:t>
      </w:r>
      <w:r w:rsidRPr="00CE758F">
        <w:rPr>
          <w:rFonts w:ascii="Baskerville Old Face" w:hAnsi="Baskerville Old Face"/>
          <w:bCs/>
          <w:sz w:val="28"/>
          <w:szCs w:val="28"/>
        </w:rPr>
        <w:t>“Come in and have a feed,” Finian said.</w:t>
      </w:r>
    </w:p>
    <w:p w14:paraId="542CCB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“Nah. Good.”</w:t>
      </w:r>
    </w:p>
    <w:p w14:paraId="559308C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“There’s a beast on. There’s plenty.”</w:t>
      </w:r>
    </w:p>
    <w:p w14:paraId="052283D4" w14:textId="4FE5FE6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 Narrah turned his hat over once in his hands. “We’re right.”</w:t>
      </w:r>
      <w:r w:rsidR="00EF5754">
        <w:rPr>
          <w:rFonts w:ascii="Baskerville Old Face" w:hAnsi="Baskerville Old Face"/>
          <w:bCs/>
          <w:sz w:val="28"/>
          <w:szCs w:val="28"/>
        </w:rPr>
        <w:t xml:space="preserve"> </w:t>
      </w:r>
      <w:r w:rsidRPr="00CE758F">
        <w:rPr>
          <w:rFonts w:ascii="Baskerville Old Face" w:hAnsi="Baskerville Old Face"/>
          <w:bCs/>
          <w:sz w:val="28"/>
          <w:szCs w:val="28"/>
        </w:rPr>
        <w:t>And Finian, who wanted — and this is true, and Darrow made a good deal of it, and was entitled to</w:t>
      </w:r>
      <w:r w:rsidR="00401675">
        <w:rPr>
          <w:rFonts w:ascii="Baskerville Old Face" w:hAnsi="Baskerville Old Face"/>
          <w:bCs/>
          <w:sz w:val="28"/>
          <w:szCs w:val="28"/>
        </w:rPr>
        <w:t xml:space="preserve">, </w:t>
      </w:r>
      <w:r w:rsidRPr="00CE758F">
        <w:rPr>
          <w:rFonts w:ascii="Baskerville Old Face" w:hAnsi="Baskerville Old Face"/>
          <w:bCs/>
          <w:sz w:val="28"/>
          <w:szCs w:val="28"/>
        </w:rPr>
        <w:t>wanted very much for the man to see it, offered him the only hospitality he had ever really had to offer anybody:</w:t>
      </w:r>
      <w:r w:rsidR="00401675">
        <w:rPr>
          <w:rFonts w:ascii="Baskerville Old Face" w:hAnsi="Baskerville Old Face"/>
          <w:bCs/>
          <w:sz w:val="28"/>
          <w:szCs w:val="28"/>
        </w:rPr>
        <w:t xml:space="preserve"> </w:t>
      </w:r>
      <w:r w:rsidRPr="00CE758F">
        <w:rPr>
          <w:rFonts w:ascii="Baskerville Old Face" w:hAnsi="Baskerville Old Face"/>
          <w:bCs/>
          <w:sz w:val="28"/>
          <w:szCs w:val="28"/>
        </w:rPr>
        <w:t>“Come and I’ll show ye the bore, then. Down the eastern end. Fifty-two feet and she’s never dropped an inch in two year.”</w:t>
      </w:r>
      <w:r w:rsidR="00401675">
        <w:rPr>
          <w:rFonts w:ascii="Baskerville Old Face" w:hAnsi="Baskerville Old Face"/>
          <w:bCs/>
          <w:sz w:val="28"/>
          <w:szCs w:val="28"/>
        </w:rPr>
        <w:t xml:space="preserve"> </w:t>
      </w:r>
      <w:r w:rsidRPr="00CE758F">
        <w:rPr>
          <w:rFonts w:ascii="Baskerville Old Face" w:hAnsi="Baskerville Old Face"/>
          <w:bCs/>
          <w:sz w:val="28"/>
          <w:szCs w:val="28"/>
        </w:rPr>
        <w:t>Narrah looked past him at the house for a while, and at the ridge behind it. Then he said, “You know that soak? Down the eastern end there?”</w:t>
      </w:r>
    </w:p>
    <w:p w14:paraId="1827FEA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where the bore is.”</w:t>
      </w:r>
    </w:p>
    <w:p w14:paraId="625881F4" w14:textId="764B200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“Yeah.” Narrah nodded. “That’s a good place, that one. Old place.” He turned his hat round again. “You never asked nobody about that one either, eh.”</w:t>
      </w:r>
      <w:r w:rsidR="004B49E4">
        <w:rPr>
          <w:rFonts w:ascii="Baskerville Old Face" w:hAnsi="Baskerville Old Face"/>
          <w:bCs/>
          <w:sz w:val="28"/>
          <w:szCs w:val="28"/>
        </w:rPr>
        <w:t xml:space="preserve"> </w:t>
      </w:r>
      <w:r w:rsidRPr="00CE758F">
        <w:rPr>
          <w:rFonts w:ascii="Baskerville Old Face" w:hAnsi="Baskerville Old Face"/>
          <w:bCs/>
          <w:sz w:val="28"/>
          <w:szCs w:val="28"/>
        </w:rPr>
        <w:t>Forty people on the verandah. A member of the Legislative Assembly somewhere behind him with a plate in his hand. The wall running away on both sides at the height of a man’s thigh, and beyond the gate the country going out eleven miles to the town in the flat white light of one o’clock in the afternoon.</w:t>
      </w:r>
      <w:r w:rsidR="004B49E4">
        <w:rPr>
          <w:rFonts w:ascii="Baskerville Old Face" w:hAnsi="Baskerville Old Face"/>
          <w:bCs/>
          <w:sz w:val="28"/>
          <w:szCs w:val="28"/>
        </w:rPr>
        <w:t xml:space="preserve"> </w:t>
      </w:r>
      <w:r w:rsidRPr="00CE758F">
        <w:rPr>
          <w:rFonts w:ascii="Baskerville Old Face" w:hAnsi="Baskerville Old Face"/>
          <w:bCs/>
          <w:sz w:val="28"/>
          <w:szCs w:val="28"/>
        </w:rPr>
        <w:t>Finian said</w:t>
      </w:r>
      <w:r w:rsidR="004B49E4">
        <w:rPr>
          <w:rFonts w:ascii="Baskerville Old Face" w:hAnsi="Baskerville Old Face"/>
          <w:bCs/>
          <w:sz w:val="28"/>
          <w:szCs w:val="28"/>
        </w:rPr>
        <w:t xml:space="preserve">, </w:t>
      </w:r>
      <w:r w:rsidRPr="00CE758F">
        <w:rPr>
          <w:rFonts w:ascii="Baskerville Old Face" w:hAnsi="Baskerville Old Face"/>
          <w:bCs/>
          <w:sz w:val="28"/>
          <w:szCs w:val="28"/>
        </w:rPr>
        <w:t>and he was thirty, and he had drink in him, and he has never been able to plead either of those things:</w:t>
      </w:r>
      <w:r w:rsidR="004B49E4">
        <w:rPr>
          <w:rFonts w:ascii="Baskerville Old Face" w:hAnsi="Baskerville Old Face"/>
          <w:bCs/>
          <w:sz w:val="28"/>
          <w:szCs w:val="28"/>
        </w:rPr>
        <w:t xml:space="preserve"> </w:t>
      </w:r>
      <w:r w:rsidRPr="00CE758F">
        <w:rPr>
          <w:rFonts w:ascii="Baskerville Old Face" w:hAnsi="Baskerville Old Face"/>
          <w:bCs/>
          <w:sz w:val="28"/>
          <w:szCs w:val="28"/>
        </w:rPr>
        <w:t>“It’s my land, Narrah.”</w:t>
      </w:r>
      <w:r w:rsidR="004B49E4">
        <w:rPr>
          <w:rFonts w:ascii="Baskerville Old Face" w:hAnsi="Baskerville Old Face"/>
          <w:bCs/>
          <w:sz w:val="28"/>
          <w:szCs w:val="28"/>
        </w:rPr>
        <w:t xml:space="preserve"> </w:t>
      </w:r>
      <w:r w:rsidRPr="00CE758F">
        <w:rPr>
          <w:rFonts w:ascii="Baskerville Old Face" w:hAnsi="Baskerville Old Face"/>
          <w:bCs/>
          <w:sz w:val="28"/>
          <w:szCs w:val="28"/>
        </w:rPr>
        <w:t xml:space="preserve">Narrah looked at him then, properly, for </w:t>
      </w:r>
      <w:r w:rsidR="004B49E4">
        <w:rPr>
          <w:rFonts w:ascii="Baskerville Old Face" w:hAnsi="Baskerville Old Face"/>
          <w:bCs/>
          <w:sz w:val="28"/>
          <w:szCs w:val="28"/>
        </w:rPr>
        <w:t xml:space="preserve">a few </w:t>
      </w:r>
      <w:r w:rsidRPr="00CE758F">
        <w:rPr>
          <w:rFonts w:ascii="Baskerville Old Face" w:hAnsi="Baskerville Old Face"/>
          <w:bCs/>
          <w:sz w:val="28"/>
          <w:szCs w:val="28"/>
        </w:rPr>
        <w:t>seconds. And what Finian saw in the man’s face was not anger. It would have been much easier, for the next nineteen years, if it had been anger.</w:t>
      </w:r>
      <w:r w:rsidR="004B49E4">
        <w:rPr>
          <w:rFonts w:ascii="Baskerville Old Face" w:hAnsi="Baskerville Old Face"/>
          <w:bCs/>
          <w:sz w:val="28"/>
          <w:szCs w:val="28"/>
        </w:rPr>
        <w:t xml:space="preserve"> </w:t>
      </w:r>
      <w:r w:rsidRPr="00CE758F">
        <w:rPr>
          <w:rFonts w:ascii="Baskerville Old Face" w:hAnsi="Baskerville Old Face"/>
          <w:bCs/>
          <w:sz w:val="28"/>
          <w:szCs w:val="28"/>
        </w:rPr>
        <w:t>“Yeah,” Narrah said. “It is.”</w:t>
      </w:r>
      <w:r w:rsidR="005969B4">
        <w:rPr>
          <w:rFonts w:ascii="Baskerville Old Face" w:hAnsi="Baskerville Old Face"/>
          <w:bCs/>
          <w:sz w:val="28"/>
          <w:szCs w:val="28"/>
        </w:rPr>
        <w:t xml:space="preserve"> </w:t>
      </w:r>
      <w:r w:rsidRPr="00CE758F">
        <w:rPr>
          <w:rFonts w:ascii="Baskerville Old Face" w:hAnsi="Baskerville Old Face"/>
          <w:bCs/>
          <w:sz w:val="28"/>
          <w:szCs w:val="28"/>
        </w:rPr>
        <w:t>He put his hat on and walked back to the vehicles, and they went, and he did not come to the Keep again until 1995, when he came at Ellie’s asking and Finian was not in it.</w:t>
      </w:r>
      <w:r w:rsidR="005969B4">
        <w:rPr>
          <w:rFonts w:ascii="Baskerville Old Face" w:hAnsi="Baskerville Old Face"/>
          <w:bCs/>
          <w:sz w:val="28"/>
          <w:szCs w:val="28"/>
        </w:rPr>
        <w:t xml:space="preserve"> </w:t>
      </w:r>
      <w:r w:rsidRPr="00CE758F">
        <w:rPr>
          <w:rFonts w:ascii="Baskerville Old Face" w:hAnsi="Baskerville Old Face"/>
          <w:bCs/>
          <w:sz w:val="28"/>
          <w:szCs w:val="28"/>
        </w:rPr>
        <w:t xml:space="preserve">Ted and Dot stayed till the end and helped clear up. Dot did the glasses at the sink with Ellie and neither of them said anything about the gate. Ted stood on the verandah and could not manage a bottle with his left hand, and Finian opened it for him without either of them remarking on it, as they had done perhaps four hundred </w:t>
      </w:r>
      <w:r w:rsidRPr="00CE758F">
        <w:rPr>
          <w:rFonts w:ascii="Baskerville Old Face" w:hAnsi="Baskerville Old Face"/>
          <w:bCs/>
          <w:sz w:val="28"/>
          <w:szCs w:val="28"/>
        </w:rPr>
        <w:lastRenderedPageBreak/>
        <w:t>times by then.</w:t>
      </w:r>
      <w:r w:rsidR="005969B4">
        <w:rPr>
          <w:rFonts w:ascii="Baskerville Old Face" w:hAnsi="Baskerville Old Face"/>
          <w:bCs/>
          <w:sz w:val="28"/>
          <w:szCs w:val="28"/>
        </w:rPr>
        <w:t xml:space="preserve"> </w:t>
      </w:r>
      <w:r w:rsidRPr="00CE758F">
        <w:rPr>
          <w:rFonts w:ascii="Baskerville Old Face" w:hAnsi="Baskerville Old Face"/>
          <w:bCs/>
          <w:sz w:val="28"/>
          <w:szCs w:val="28"/>
        </w:rPr>
        <w:t>At about six, when it was down to the six of them and the light was going long and red across the country to the town, Ted said, into a comfortable silence, “It’s a hell of a thing, Fin. You’ve done a hell of a thing here.”</w:t>
      </w:r>
      <w:r w:rsidR="005969B4">
        <w:rPr>
          <w:rFonts w:ascii="Baskerville Old Face" w:hAnsi="Baskerville Old Face"/>
          <w:bCs/>
          <w:sz w:val="28"/>
          <w:szCs w:val="28"/>
        </w:rPr>
        <w:t xml:space="preserve"> </w:t>
      </w:r>
      <w:r w:rsidRPr="00CE758F">
        <w:rPr>
          <w:rFonts w:ascii="Baskerville Old Face" w:hAnsi="Baskerville Old Face"/>
          <w:bCs/>
          <w:sz w:val="28"/>
          <w:szCs w:val="28"/>
        </w:rPr>
        <w:t>And Finian, who had drink in him and was happy, said: “It’s a start.”</w:t>
      </w:r>
      <w:r w:rsidR="00733195">
        <w:rPr>
          <w:rFonts w:ascii="Baskerville Old Face" w:hAnsi="Baskerville Old Face"/>
          <w:bCs/>
          <w:sz w:val="28"/>
          <w:szCs w:val="28"/>
        </w:rPr>
        <w:t xml:space="preserve"> </w:t>
      </w:r>
      <w:r w:rsidRPr="00CE758F">
        <w:rPr>
          <w:rFonts w:ascii="Baskerville Old Face" w:hAnsi="Baskerville Old Face"/>
          <w:bCs/>
          <w:sz w:val="28"/>
          <w:szCs w:val="28"/>
        </w:rPr>
        <w:t>Nobody said anything.</w:t>
      </w:r>
      <w:r w:rsidR="004B2D10">
        <w:rPr>
          <w:rFonts w:ascii="Baskerville Old Face" w:hAnsi="Baskerville Old Face"/>
          <w:bCs/>
          <w:sz w:val="28"/>
          <w:szCs w:val="28"/>
        </w:rPr>
        <w:t xml:space="preserve"> </w:t>
      </w:r>
      <w:r w:rsidRPr="00CE758F">
        <w:rPr>
          <w:rFonts w:ascii="Baskerville Old Face" w:hAnsi="Baskerville Old Face"/>
          <w:bCs/>
          <w:sz w:val="28"/>
          <w:szCs w:val="28"/>
        </w:rPr>
        <w:t xml:space="preserve">He heard it land. That is what he could never afterwards get round: he </w:t>
      </w:r>
      <w:r w:rsidRPr="00CE758F">
        <w:rPr>
          <w:rFonts w:ascii="Baskerville Old Face" w:hAnsi="Baskerville Old Face"/>
          <w:bCs/>
          <w:i/>
          <w:sz w:val="28"/>
          <w:szCs w:val="28"/>
        </w:rPr>
        <w:t>heard</w:t>
      </w:r>
      <w:r w:rsidRPr="00CE758F">
        <w:rPr>
          <w:rFonts w:ascii="Baskerville Old Face" w:hAnsi="Baskerville Old Face"/>
          <w:bCs/>
          <w:sz w:val="28"/>
          <w:szCs w:val="28"/>
        </w:rPr>
        <w:t xml:space="preserve"> it land, and he saw Ellie’s hand stop for a half second on the glass she was drying, and he saw Dot look at the floor, and he said nothing to correct it, because he could not think what the correction would be. It was a start. There were eighty-one men. There would be a hundred and forty. There was drilling in Queensland to be had and there was the contracting work in the mines, which was where the real money was, and there was the fact that the wall around the house he had built at thirty years of age enclosed forty acres and there was no reason on earth it should not one day enclose more.</w:t>
      </w:r>
      <w:r w:rsidR="004B2D10">
        <w:rPr>
          <w:rFonts w:ascii="Baskerville Old Face" w:hAnsi="Baskerville Old Face"/>
          <w:bCs/>
          <w:sz w:val="28"/>
          <w:szCs w:val="28"/>
        </w:rPr>
        <w:t xml:space="preserve"> </w:t>
      </w:r>
      <w:r w:rsidRPr="00CE758F">
        <w:rPr>
          <w:rFonts w:ascii="Baskerville Old Face" w:hAnsi="Baskerville Old Face"/>
          <w:bCs/>
          <w:sz w:val="28"/>
          <w:szCs w:val="28"/>
        </w:rPr>
        <w:t>Nineteen years later a Roman</w:t>
      </w:r>
      <w:r w:rsidR="00BB4E8B">
        <w:rPr>
          <w:rFonts w:ascii="Baskerville Old Face" w:hAnsi="Baskerville Old Face"/>
          <w:bCs/>
          <w:sz w:val="28"/>
          <w:szCs w:val="28"/>
        </w:rPr>
        <w:t xml:space="preserve"> Statesman</w:t>
      </w:r>
      <w:r w:rsidRPr="00CE758F">
        <w:rPr>
          <w:rFonts w:ascii="Baskerville Old Face" w:hAnsi="Baskerville Old Face"/>
          <w:bCs/>
          <w:sz w:val="28"/>
          <w:szCs w:val="28"/>
        </w:rPr>
        <w:t xml:space="preserve"> took those three words off a page, in a room with no walls, and read them to twelve men in an accent none of them could place, and let them sit there for a while.</w:t>
      </w:r>
    </w:p>
    <w:p w14:paraId="701006D8" w14:textId="7A53F14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t>
      </w:r>
      <w:r w:rsidRPr="00CE758F">
        <w:rPr>
          <w:rFonts w:ascii="Baskerville Old Face" w:hAnsi="Baskerville Old Face"/>
          <w:bCs/>
          <w:i/>
          <w:sz w:val="28"/>
          <w:szCs w:val="28"/>
        </w:rPr>
        <w:t>It’s a start</w:t>
      </w:r>
      <w:r w:rsidRPr="00CE758F">
        <w:rPr>
          <w:rFonts w:ascii="Baskerville Old Face" w:hAnsi="Baskerville Old Face"/>
          <w:bCs/>
          <w:sz w:val="28"/>
          <w:szCs w:val="28"/>
        </w:rPr>
        <w:t>,” said Marcus Licinius Crassus. “Gentlemen. I have said that sentence. I said it at forty. I said it at fifty, when I had bought the Palatine, and I said it at sixty in Syria with the standards going out ahead of me into the sand.”</w:t>
      </w:r>
      <w:r w:rsidR="009F23A8">
        <w:rPr>
          <w:rFonts w:ascii="Baskerville Old Face" w:hAnsi="Baskerville Old Face"/>
          <w:bCs/>
          <w:sz w:val="28"/>
          <w:szCs w:val="28"/>
        </w:rPr>
        <w:t xml:space="preserve"> </w:t>
      </w:r>
      <w:r w:rsidRPr="00CE758F">
        <w:rPr>
          <w:rFonts w:ascii="Baskerville Old Face" w:hAnsi="Baskerville Old Face"/>
          <w:bCs/>
          <w:sz w:val="28"/>
          <w:szCs w:val="28"/>
        </w:rPr>
        <w:t>Then he put the page down, and said, “I will come back to that,” and went on to something else entirely, which surprised everybody in the hall except Clarence Darrow, who put his pen down and did not pick it up again for some minutes.</w:t>
      </w:r>
      <w:r w:rsidR="009F23A8">
        <w:rPr>
          <w:rFonts w:ascii="Baskerville Old Face" w:hAnsi="Baskerville Old Face"/>
          <w:bCs/>
          <w:sz w:val="28"/>
          <w:szCs w:val="28"/>
        </w:rPr>
        <w:t xml:space="preserve"> </w:t>
      </w:r>
      <w:r w:rsidRPr="00CE758F">
        <w:rPr>
          <w:rFonts w:ascii="Baskerville Old Face" w:hAnsi="Baskerville Old Face"/>
          <w:bCs/>
          <w:sz w:val="28"/>
          <w:szCs w:val="28"/>
        </w:rPr>
        <w:t>He did come back to it. He came back to it at the very end, and it took him four sentences, and it is the reason the jury was an hour longer than anybody in that place expected.</w:t>
      </w:r>
      <w:r w:rsidR="009F23A8">
        <w:rPr>
          <w:rFonts w:ascii="Baskerville Old Face" w:hAnsi="Baskerville Old Face"/>
          <w:bCs/>
          <w:sz w:val="28"/>
          <w:szCs w:val="28"/>
        </w:rPr>
        <w:t xml:space="preserve"> </w:t>
      </w:r>
      <w:r w:rsidRPr="00CE758F">
        <w:rPr>
          <w:rFonts w:ascii="Baskerville Old Face" w:hAnsi="Baskerville Old Face"/>
          <w:bCs/>
          <w:sz w:val="28"/>
          <w:szCs w:val="28"/>
        </w:rPr>
        <w:t>The wall got its second course in 1983, bringing it to four foot six, because of the dogs.</w:t>
      </w:r>
      <w:r w:rsidR="009F23A8">
        <w:rPr>
          <w:rFonts w:ascii="Baskerville Old Face" w:hAnsi="Baskerville Old Face"/>
          <w:bCs/>
          <w:sz w:val="28"/>
          <w:szCs w:val="28"/>
        </w:rPr>
        <w:t xml:space="preserve"> </w:t>
      </w:r>
      <w:r w:rsidRPr="00CE758F">
        <w:rPr>
          <w:rFonts w:ascii="Baskerville Old Face" w:hAnsi="Baskerville Old Face"/>
          <w:bCs/>
          <w:sz w:val="28"/>
          <w:szCs w:val="28"/>
        </w:rPr>
        <w:t>There were, by then, dogs.</w:t>
      </w:r>
    </w:p>
    <w:p w14:paraId="31E38F5F"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01FFEF94"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Nine</w:t>
      </w:r>
    </w:p>
    <w:p w14:paraId="5296BFDB"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Price of Water</w:t>
      </w:r>
    </w:p>
    <w:p w14:paraId="7AACDF37" w14:textId="448C77B2" w:rsidR="00F45C1A" w:rsidRPr="00CE758F" w:rsidRDefault="007671E1" w:rsidP="00A05D10">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The Kilgour project came to him in August 1994 in a folder with a plastic spine, across a table in a serviced office in Adelaide, from a man of thirty-one named Prosser who worked for Anglo-Pacific Minerals and who had never been north of Port Augusta.</w:t>
      </w:r>
      <w:r w:rsidR="009F23A8">
        <w:rPr>
          <w:rFonts w:ascii="Baskerville Old Face" w:hAnsi="Baskerville Old Face"/>
          <w:bCs/>
          <w:sz w:val="28"/>
          <w:szCs w:val="28"/>
        </w:rPr>
        <w:t xml:space="preserve"> </w:t>
      </w:r>
      <w:r w:rsidRPr="00CE758F">
        <w:rPr>
          <w:rFonts w:ascii="Baskerville Old Face" w:hAnsi="Baskerville Old Face"/>
          <w:bCs/>
          <w:sz w:val="28"/>
          <w:szCs w:val="28"/>
        </w:rPr>
        <w:t>It was a gold operation two hundred and forty kilometres east of Tennant Creek. It needed four and a half million litres of water a day for the mill, every day, for eleven years, and it needed it delivered to a tank on a rise above the plant, and Anglo-Pacific did not care in the smallest degree where it came from provided it came.</w:t>
      </w:r>
      <w:r w:rsidR="009F23A8">
        <w:rPr>
          <w:rFonts w:ascii="Baskerville Old Face" w:hAnsi="Baskerville Old Face"/>
          <w:bCs/>
          <w:sz w:val="28"/>
          <w:szCs w:val="28"/>
        </w:rPr>
        <w:t xml:space="preserve"> </w:t>
      </w:r>
      <w:r w:rsidRPr="00CE758F">
        <w:rPr>
          <w:rFonts w:ascii="Baskerville Old Face" w:hAnsi="Baskerville Old Face"/>
          <w:bCs/>
          <w:sz w:val="28"/>
          <w:szCs w:val="28"/>
        </w:rPr>
        <w:t>“We’re told you’re the man who’d know,” said Prosser.</w:t>
      </w:r>
      <w:r w:rsidR="009F23A8">
        <w:rPr>
          <w:rFonts w:ascii="Baskerville Old Face" w:hAnsi="Baskerville Old Face"/>
          <w:bCs/>
          <w:sz w:val="28"/>
          <w:szCs w:val="28"/>
        </w:rPr>
        <w:t xml:space="preserve"> </w:t>
      </w:r>
      <w:r w:rsidRPr="00CE758F">
        <w:rPr>
          <w:rFonts w:ascii="Baskerville Old Face" w:hAnsi="Baskerville Old Face"/>
          <w:bCs/>
          <w:sz w:val="28"/>
          <w:szCs w:val="28"/>
        </w:rPr>
        <w:t xml:space="preserve">Finian was forty-eight. He had a hundred and sixty men, fourteen rigs, a contracting arm that did civil work for the mines, an office in Alice with six people in it and an office in Brisbane with three, and a personal habit of pricing a job in his head before the other man had finished describing it. He had been in the room eleven minutes. He turned the folder round and looked at the hydrogeology, which was two pages long and had been done by a consultancy in Perth from published data, and he </w:t>
      </w:r>
      <w:r w:rsidRPr="00CE758F">
        <w:rPr>
          <w:rFonts w:ascii="Baskerville Old Face" w:hAnsi="Baskerville Old Face"/>
          <w:bCs/>
          <w:sz w:val="28"/>
          <w:szCs w:val="28"/>
        </w:rPr>
        <w:lastRenderedPageBreak/>
        <w:t>saw, on the second page, a cross-section with a dotted blue line under a ridge.</w:t>
      </w:r>
      <w:r w:rsidR="00A05D10">
        <w:rPr>
          <w:rFonts w:ascii="Baskerville Old Face" w:hAnsi="Baskerville Old Face"/>
          <w:bCs/>
          <w:sz w:val="28"/>
          <w:szCs w:val="28"/>
        </w:rPr>
        <w:t xml:space="preserve"> </w:t>
      </w:r>
      <w:r w:rsidRPr="00CE758F">
        <w:rPr>
          <w:rFonts w:ascii="Baskerville Old Face" w:hAnsi="Baskerville Old Face"/>
          <w:bCs/>
          <w:sz w:val="28"/>
          <w:szCs w:val="28"/>
        </w:rPr>
        <w:t>He knew that ridge. He had known it for thirty years. He could have drawn it from memory on the back of an envelope, and had, in fact, drawn it once, in 1964, in a hard-backed notebook, and the notebook was in the safe at the Keep four feet from the Player’s tin.</w:t>
      </w:r>
      <w:r w:rsidR="00A05D10">
        <w:rPr>
          <w:rFonts w:ascii="Baskerville Old Face" w:hAnsi="Baskerville Old Face"/>
          <w:bCs/>
          <w:sz w:val="28"/>
          <w:szCs w:val="28"/>
        </w:rPr>
        <w:t xml:space="preserve"> </w:t>
      </w:r>
      <w:r w:rsidRPr="00CE758F">
        <w:rPr>
          <w:rFonts w:ascii="Baskerville Old Face" w:hAnsi="Baskerville Old Face"/>
          <w:bCs/>
          <w:sz w:val="28"/>
          <w:szCs w:val="28"/>
        </w:rPr>
        <w:t>There is a version of what happened next in which he did not know. He tried that version out on himself for a few weeks in the middle of 1995, lying in a bed in Melbourne with his head shaved and eleven stitches in it, and it did not survive first contact with a woman in a grey dress, and he never attempted it again in either world.</w:t>
      </w:r>
      <w:r w:rsidR="00A05D10">
        <w:rPr>
          <w:rFonts w:ascii="Baskerville Old Face" w:hAnsi="Baskerville Old Face"/>
          <w:bCs/>
          <w:sz w:val="28"/>
          <w:szCs w:val="28"/>
        </w:rPr>
        <w:t xml:space="preserve"> </w:t>
      </w:r>
      <w:r w:rsidRPr="00CE758F">
        <w:rPr>
          <w:rFonts w:ascii="Baskerville Old Face" w:hAnsi="Baskerville Old Face"/>
          <w:bCs/>
          <w:sz w:val="28"/>
          <w:szCs w:val="28"/>
        </w:rPr>
        <w:t>He knew from the moment he saw the dotted line.</w:t>
      </w:r>
    </w:p>
    <w:p w14:paraId="54FC446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“There’s water there,” he said.</w:t>
      </w:r>
    </w:p>
    <w:p w14:paraId="6CD9145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much?”</w:t>
      </w:r>
    </w:p>
    <w:p w14:paraId="5EEDF6D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“More than they’ll ever use.” He shut the folder. “It’s the best unworked aquifer in the Barkly and it’s shallow and it’s clean and it’s sitting under a ridge nobody’s put a hole in.”</w:t>
      </w:r>
    </w:p>
    <w:p w14:paraId="4981FC15" w14:textId="6378C0A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has nobody put a hole in it?”</w:t>
      </w:r>
      <w:r w:rsidR="00316EDE">
        <w:rPr>
          <w:rFonts w:ascii="Baskerville Old Face" w:hAnsi="Baskerville Old Face"/>
          <w:bCs/>
          <w:sz w:val="28"/>
          <w:szCs w:val="28"/>
        </w:rPr>
        <w:t xml:space="preserve"> </w:t>
      </w:r>
      <w:r w:rsidRPr="00CE758F">
        <w:rPr>
          <w:rFonts w:ascii="Baskerville Old Face" w:hAnsi="Baskerville Old Face"/>
          <w:bCs/>
          <w:sz w:val="28"/>
          <w:szCs w:val="28"/>
        </w:rPr>
        <w:t xml:space="preserve">And Finian Kavanagh, who had by then given evidence in two royal commissions, sat in a leather chair in Adelaide and said the thing which twelve men would afterwards hear read back to them in his own </w:t>
      </w:r>
      <w:r w:rsidRPr="00CE758F">
        <w:rPr>
          <w:rFonts w:ascii="Baskerville Old Face" w:hAnsi="Baskerville Old Face"/>
          <w:bCs/>
          <w:sz w:val="28"/>
          <w:szCs w:val="28"/>
        </w:rPr>
        <w:lastRenderedPageBreak/>
        <w:t>voice, with his own vowels on it, at the pace at which he had actually said it:</w:t>
      </w:r>
    </w:p>
    <w:p w14:paraId="1AB0910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nobody knew it was there but me.”</w:t>
      </w:r>
    </w:p>
    <w:p w14:paraId="4811CBFA" w14:textId="6A54F4E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 is a piece of law in the Northern Territory called the Aboriginal Sacred Sites Act, and there is an authority that administers it, and if you want to do earthworks on land in that Territory you may apply to that authority for a </w:t>
      </w:r>
      <w:r w:rsidR="00733195">
        <w:rPr>
          <w:rFonts w:ascii="Baskerville Old Face" w:hAnsi="Baskerville Old Face"/>
          <w:bCs/>
          <w:sz w:val="28"/>
          <w:szCs w:val="28"/>
        </w:rPr>
        <w:t>license</w:t>
      </w:r>
      <w:r w:rsidR="00CD7CCC">
        <w:rPr>
          <w:rFonts w:ascii="Baskerville Old Face" w:hAnsi="Baskerville Old Face"/>
          <w:bCs/>
          <w:sz w:val="28"/>
          <w:szCs w:val="28"/>
        </w:rPr>
        <w:t xml:space="preserve"> and </w:t>
      </w:r>
      <w:r w:rsidRPr="00CE758F">
        <w:rPr>
          <w:rFonts w:ascii="Baskerville Old Face" w:hAnsi="Baskerville Old Face"/>
          <w:bCs/>
          <w:sz w:val="28"/>
          <w:szCs w:val="28"/>
        </w:rPr>
        <w:t>certificate, and the certificate will tell you what you may do and where you may not go. It is not a formality. Men who have worked there a long time will tell you that the certificate is the cheapest insurance in the country, because it is the only piece of paper that stands between a company and finding out the hard way.</w:t>
      </w:r>
      <w:r w:rsidR="00316EDE">
        <w:rPr>
          <w:rFonts w:ascii="Baskerville Old Face" w:hAnsi="Baskerville Old Face"/>
          <w:bCs/>
          <w:sz w:val="28"/>
          <w:szCs w:val="28"/>
        </w:rPr>
        <w:t xml:space="preserve"> </w:t>
      </w:r>
      <w:r w:rsidRPr="00CE758F">
        <w:rPr>
          <w:rFonts w:ascii="Baskerville Old Face" w:hAnsi="Baskerville Old Face"/>
          <w:bCs/>
          <w:sz w:val="28"/>
          <w:szCs w:val="28"/>
        </w:rPr>
        <w:t xml:space="preserve">Finian applied for the certificate in September. He had never in his life not applied for one. His own standing instruction to his site managers, typed and pinned in every camp office, was: </w:t>
      </w:r>
      <w:r w:rsidRPr="00CE758F">
        <w:rPr>
          <w:rFonts w:ascii="Baskerville Old Face" w:hAnsi="Baskerville Old Face"/>
          <w:bCs/>
          <w:i/>
          <w:sz w:val="28"/>
          <w:szCs w:val="28"/>
        </w:rPr>
        <w:t>No dozer moves until the certificate is on this wall.</w:t>
      </w:r>
      <w:r w:rsidR="00316EDE">
        <w:rPr>
          <w:rFonts w:ascii="Baskerville Old Face" w:hAnsi="Baskerville Old Face"/>
          <w:bCs/>
          <w:sz w:val="28"/>
          <w:szCs w:val="28"/>
        </w:rPr>
        <w:t xml:space="preserve"> </w:t>
      </w:r>
      <w:r w:rsidRPr="00CE758F">
        <w:rPr>
          <w:rFonts w:ascii="Baskerville Old Face" w:hAnsi="Baskerville Old Face"/>
          <w:bCs/>
          <w:sz w:val="28"/>
          <w:szCs w:val="28"/>
        </w:rPr>
        <w:t>The certificate came back in November with the Kilgour borefield cleared, and one exclusion at the north end of the tenement, four kilometres from anything he wanted, over a claypan.</w:t>
      </w:r>
    </w:p>
    <w:p w14:paraId="6DCB027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ridge was not on it.</w:t>
      </w:r>
    </w:p>
    <w:p w14:paraId="6601D982" w14:textId="3165850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ridge was not on it because the ridge was not on the register, and the ridge was not on the register because in 1964 a young Warumungu man had stood on a claypan with his hat in his hand and declined to say what it was, and because thirty years of the same declining, by his fathers and his mother’s brothers and eventually by his sons, had left a silence in a filing cabinet in Darwin exactly the shape of the thing it was protecting.</w:t>
      </w:r>
      <w:r w:rsidR="00316EDE">
        <w:rPr>
          <w:rFonts w:ascii="Baskerville Old Face" w:hAnsi="Baskerville Old Face"/>
          <w:bCs/>
          <w:sz w:val="28"/>
          <w:szCs w:val="28"/>
        </w:rPr>
        <w:t xml:space="preserve"> </w:t>
      </w:r>
      <w:r w:rsidRPr="00CE758F">
        <w:rPr>
          <w:rFonts w:ascii="Baskerville Old Face" w:hAnsi="Baskerville Old Face"/>
          <w:bCs/>
          <w:sz w:val="28"/>
          <w:szCs w:val="28"/>
        </w:rPr>
        <w:t>Finian understood this. That is the part he could not get round, and it is the part Crassus went at with a patience that was almost tender.</w:t>
      </w:r>
      <w:r w:rsidR="00316EDE">
        <w:rPr>
          <w:rFonts w:ascii="Baskerville Old Face" w:hAnsi="Baskerville Old Face"/>
          <w:bCs/>
          <w:sz w:val="28"/>
          <w:szCs w:val="28"/>
        </w:rPr>
        <w:t xml:space="preserve"> </w:t>
      </w:r>
      <w:r w:rsidRPr="00CE758F">
        <w:rPr>
          <w:rFonts w:ascii="Baskerville Old Face" w:hAnsi="Baskerville Old Face"/>
          <w:bCs/>
          <w:sz w:val="28"/>
          <w:szCs w:val="28"/>
        </w:rPr>
        <w:t>He understood, by 1994, that there was knowledge out there that was not his to have, and that the not-having was the whole nature of it, and that men did not decline to explain a thing because there was nothing to explain. He had had it explained to him by an anthropologist at a dinner in Darwin in 1987, over the pudding, and had said at the time that it was a fair point.</w:t>
      </w:r>
      <w:r w:rsidR="00316EDE">
        <w:rPr>
          <w:rFonts w:ascii="Baskerville Old Face" w:hAnsi="Baskerville Old Face"/>
          <w:bCs/>
          <w:sz w:val="28"/>
          <w:szCs w:val="28"/>
        </w:rPr>
        <w:t xml:space="preserve"> </w:t>
      </w:r>
      <w:r w:rsidRPr="00CE758F">
        <w:rPr>
          <w:rFonts w:ascii="Baskerville Old Face" w:hAnsi="Baskerville Old Face"/>
          <w:bCs/>
          <w:sz w:val="28"/>
          <w:szCs w:val="28"/>
        </w:rPr>
        <w:t>And what he did with that understanding, when the certificate came back clean, was to observe that the register was silent, and to write in the margin of Prosser’s letter, in his own hand, three words:</w:t>
      </w:r>
    </w:p>
    <w:p w14:paraId="7002315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Nothing on file.</w:t>
      </w:r>
    </w:p>
    <w:p w14:paraId="1F2B73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p>
    <w:p w14:paraId="1B62BF7B" w14:textId="1F02DA5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They objected, of course.</w:t>
      </w:r>
      <w:r w:rsidR="00316EDE">
        <w:rPr>
          <w:rFonts w:ascii="Baskerville Old Face" w:hAnsi="Baskerville Old Face"/>
          <w:bCs/>
          <w:sz w:val="28"/>
          <w:szCs w:val="28"/>
        </w:rPr>
        <w:t xml:space="preserve"> </w:t>
      </w:r>
      <w:r w:rsidRPr="00CE758F">
        <w:rPr>
          <w:rFonts w:ascii="Baskerville Old Face" w:hAnsi="Baskerville Old Face"/>
          <w:bCs/>
          <w:sz w:val="28"/>
          <w:szCs w:val="28"/>
        </w:rPr>
        <w:t>The claim came in through the Central Land Council in the first week of December: an application under the Act for the ridge and the soak country south of it to be recorded and protected, and a request that works be suspended pending assessment.</w:t>
      </w:r>
      <w:r w:rsidR="00316EDE">
        <w:rPr>
          <w:rFonts w:ascii="Baskerville Old Face" w:hAnsi="Baskerville Old Face"/>
          <w:bCs/>
          <w:sz w:val="28"/>
          <w:szCs w:val="28"/>
        </w:rPr>
        <w:t xml:space="preserve"> </w:t>
      </w:r>
      <w:r w:rsidRPr="00CE758F">
        <w:rPr>
          <w:rFonts w:ascii="Baskerville Old Face" w:hAnsi="Baskerville Old Face"/>
          <w:bCs/>
          <w:sz w:val="28"/>
          <w:szCs w:val="28"/>
        </w:rPr>
        <w:t>It was heard in a room behind the courthouse in Tennant Creek in February 1995, and Finian went, and that was his own choice; his lawyer had advised against it and his lawyer was right.</w:t>
      </w:r>
      <w:r w:rsidR="00316EDE">
        <w:rPr>
          <w:rFonts w:ascii="Baskerville Old Face" w:hAnsi="Baskerville Old Face"/>
          <w:bCs/>
          <w:sz w:val="28"/>
          <w:szCs w:val="28"/>
        </w:rPr>
        <w:t xml:space="preserve"> </w:t>
      </w:r>
      <w:r w:rsidRPr="00CE758F">
        <w:rPr>
          <w:rFonts w:ascii="Baskerville Old Face" w:hAnsi="Baskerville Old Face"/>
          <w:bCs/>
          <w:sz w:val="28"/>
          <w:szCs w:val="28"/>
        </w:rPr>
        <w:t>The room had a table and eleven chairs and a ceiling fan and a jug of water with a beaded cloth over it. There was a woman from the Authority taking notes, and a solicitor from the Land Council named Kaur who was twenty-nine and very good, and there were seven people from the community, four of them men over sixty, and there was Narrah.</w:t>
      </w:r>
      <w:r w:rsidR="00316EDE">
        <w:rPr>
          <w:rFonts w:ascii="Baskerville Old Face" w:hAnsi="Baskerville Old Face"/>
          <w:bCs/>
          <w:sz w:val="28"/>
          <w:szCs w:val="28"/>
        </w:rPr>
        <w:t xml:space="preserve"> </w:t>
      </w:r>
      <w:r w:rsidRPr="00CE758F">
        <w:rPr>
          <w:rFonts w:ascii="Baskerville Old Face" w:hAnsi="Baskerville Old Face"/>
          <w:bCs/>
          <w:sz w:val="28"/>
          <w:szCs w:val="28"/>
        </w:rPr>
        <w:t>He was fifty-one. He had gone grey at the temples and had put on a little weight and he was wearing, that day, a checked shirt, and he did not look at Finian at all until he was asked to speak, and then he looked at him for the whole of it.</w:t>
      </w:r>
      <w:r w:rsidR="0097404F">
        <w:rPr>
          <w:rFonts w:ascii="Baskerville Old Face" w:hAnsi="Baskerville Old Face"/>
          <w:bCs/>
          <w:sz w:val="28"/>
          <w:szCs w:val="28"/>
        </w:rPr>
        <w:t xml:space="preserve"> </w:t>
      </w:r>
      <w:r w:rsidRPr="00CE758F">
        <w:rPr>
          <w:rFonts w:ascii="Baskerville Old Face" w:hAnsi="Baskerville Old Face"/>
          <w:bCs/>
          <w:sz w:val="28"/>
          <w:szCs w:val="28"/>
        </w:rPr>
        <w:t xml:space="preserve">What he said, in substance, was that the ridge was a place, that it had a name he was not able to say in that room, that the water under it was part of the same thing as the water in the soak, that his grandfather had been taken there and he had been taken there and he had taken </w:t>
      </w:r>
      <w:r w:rsidRPr="00CE758F">
        <w:rPr>
          <w:rFonts w:ascii="Baskerville Old Face" w:hAnsi="Baskerville Old Face"/>
          <w:bCs/>
          <w:sz w:val="28"/>
          <w:szCs w:val="28"/>
        </w:rPr>
        <w:lastRenderedPageBreak/>
        <w:t>two of his own boys there, and that if the water was drawn down the soak would go, and if the soak went then the place would be finished, and that there was no version of the thing in which the water and the place were separate items.</w:t>
      </w:r>
      <w:r w:rsidR="0097404F">
        <w:rPr>
          <w:rFonts w:ascii="Baskerville Old Face" w:hAnsi="Baskerville Old Face"/>
          <w:bCs/>
          <w:sz w:val="28"/>
          <w:szCs w:val="28"/>
        </w:rPr>
        <w:t xml:space="preserve"> </w:t>
      </w:r>
      <w:r w:rsidRPr="00CE758F">
        <w:rPr>
          <w:rFonts w:ascii="Baskerville Old Face" w:hAnsi="Baskerville Old Face"/>
          <w:bCs/>
          <w:sz w:val="28"/>
          <w:szCs w:val="28"/>
        </w:rPr>
        <w:t>The Authority’s officer asked, carefully, whether he could say anything further about the nature of the site.</w:t>
      </w:r>
    </w:p>
    <w:p w14:paraId="3658815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said no.</w:t>
      </w:r>
    </w:p>
    <w:p w14:paraId="7C66AE2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asked whether there was anyone who could.</w:t>
      </w:r>
    </w:p>
    <w:p w14:paraId="0A3446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there was not; not in that room, and not to her, and not to be written down.</w:t>
      </w:r>
    </w:p>
    <w:p w14:paraId="0A24D785" w14:textId="08ACF50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Kaur then put it, quite properly, that restricted knowledge is not absent knowledge, and that the Act contemplates precisely this, and asked the Authority to send an officer out on country with the senior men and to accept a restricted report.</w:t>
      </w:r>
      <w:r w:rsidR="0097404F">
        <w:rPr>
          <w:rFonts w:ascii="Baskerville Old Face" w:hAnsi="Baskerville Old Face"/>
          <w:bCs/>
          <w:sz w:val="28"/>
          <w:szCs w:val="28"/>
        </w:rPr>
        <w:t xml:space="preserve"> </w:t>
      </w:r>
      <w:r w:rsidRPr="00CE758F">
        <w:rPr>
          <w:rFonts w:ascii="Baskerville Old Face" w:hAnsi="Baskerville Old Face"/>
          <w:bCs/>
          <w:sz w:val="28"/>
          <w:szCs w:val="28"/>
        </w:rPr>
        <w:t>And Finian’s solicitor</w:t>
      </w:r>
      <w:r w:rsidR="0097404F">
        <w:rPr>
          <w:rFonts w:ascii="Baskerville Old Face" w:hAnsi="Baskerville Old Face"/>
          <w:bCs/>
          <w:sz w:val="28"/>
          <w:szCs w:val="28"/>
        </w:rPr>
        <w:t xml:space="preserve">, </w:t>
      </w:r>
      <w:r w:rsidRPr="00CE758F">
        <w:rPr>
          <w:rFonts w:ascii="Baskerville Old Face" w:hAnsi="Baskerville Old Face"/>
          <w:bCs/>
          <w:sz w:val="28"/>
          <w:szCs w:val="28"/>
        </w:rPr>
        <w:t xml:space="preserve">a lean courteous Adelaide man named Merridew who had done his work for eleven years, who sent his children to good schools on it, and who did nothing at all that day that any professional body would have </w:t>
      </w:r>
      <w:r w:rsidR="0097404F">
        <w:rPr>
          <w:rFonts w:ascii="Baskerville Old Face" w:hAnsi="Baskerville Old Face"/>
          <w:bCs/>
          <w:sz w:val="28"/>
          <w:szCs w:val="28"/>
        </w:rPr>
        <w:t>criticized,</w:t>
      </w:r>
      <w:r w:rsidRPr="00CE758F">
        <w:rPr>
          <w:rFonts w:ascii="Baskerville Old Face" w:hAnsi="Baskerville Old Face"/>
          <w:bCs/>
          <w:sz w:val="28"/>
          <w:szCs w:val="28"/>
        </w:rPr>
        <w:t xml:space="preserve"> said that his client had held a valid certificate since November, that the works were contracted with a commencement date in April, that his client had a very long record of compliance in the Territory which he would be </w:t>
      </w:r>
      <w:r w:rsidRPr="00CE758F">
        <w:rPr>
          <w:rFonts w:ascii="Baskerville Old Face" w:hAnsi="Baskerville Old Face"/>
          <w:bCs/>
          <w:sz w:val="28"/>
          <w:szCs w:val="28"/>
        </w:rPr>
        <w:lastRenderedPageBreak/>
        <w:t>happy to detail, and that in the absence of any recorded or particularised site his client proposed to proceed.</w:t>
      </w:r>
      <w:r w:rsidR="004C0FD8">
        <w:rPr>
          <w:rFonts w:ascii="Baskerville Old Face" w:hAnsi="Baskerville Old Face"/>
          <w:bCs/>
          <w:sz w:val="28"/>
          <w:szCs w:val="28"/>
        </w:rPr>
        <w:t xml:space="preserve"> </w:t>
      </w:r>
      <w:r w:rsidRPr="00CE758F">
        <w:rPr>
          <w:rFonts w:ascii="Baskerville Old Face" w:hAnsi="Baskerville Old Face"/>
          <w:bCs/>
          <w:sz w:val="28"/>
          <w:szCs w:val="28"/>
        </w:rPr>
        <w:t>Then he said the sentence that Finian remembered best, because it was so mild:</w:t>
      </w:r>
    </w:p>
    <w:p w14:paraId="426CB1C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“We can only respond to what’s on the file.”</w:t>
      </w:r>
    </w:p>
    <w:p w14:paraId="449CD955" w14:textId="2F5F584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Authority took it away. These things take months. The commencement date was April.</w:t>
      </w:r>
      <w:r w:rsidR="004C0FD8">
        <w:rPr>
          <w:rFonts w:ascii="Baskerville Old Face" w:hAnsi="Baskerville Old Face"/>
          <w:bCs/>
          <w:sz w:val="28"/>
          <w:szCs w:val="28"/>
        </w:rPr>
        <w:t xml:space="preserve"> </w:t>
      </w:r>
      <w:r w:rsidRPr="00CE758F">
        <w:rPr>
          <w:rFonts w:ascii="Baskerville Old Face" w:hAnsi="Baskerville Old Face"/>
          <w:bCs/>
          <w:sz w:val="28"/>
          <w:szCs w:val="28"/>
        </w:rPr>
        <w:t>Coming out of that room into the heat, Narrah stopped on the step, three feet from him, close enough that Finian could see the wear on the collar of the checked shirt, and said, not loudly:</w:t>
      </w:r>
    </w:p>
    <w:p w14:paraId="504A75C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know.”</w:t>
      </w:r>
    </w:p>
    <w:p w14:paraId="5394722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“I know there’s water.”</w:t>
      </w:r>
    </w:p>
    <w:p w14:paraId="00ED65B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 said Narrah. “You know.”</w:t>
      </w:r>
    </w:p>
    <w:p w14:paraId="2DF3DF50" w14:textId="374D400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told Ellie about it at the Keep on a Thursday night in March, over the ledgers, because it was the shared country and because he was, in his own way, showing her something.</w:t>
      </w:r>
      <w:r w:rsidR="004C0FD8">
        <w:rPr>
          <w:rFonts w:ascii="Baskerville Old Face" w:hAnsi="Baskerville Old Face"/>
          <w:bCs/>
          <w:sz w:val="28"/>
          <w:szCs w:val="28"/>
        </w:rPr>
        <w:t xml:space="preserve"> </w:t>
      </w:r>
      <w:r w:rsidRPr="00CE758F">
        <w:rPr>
          <w:rFonts w:ascii="Baskerville Old Face" w:hAnsi="Baskerville Old Face"/>
          <w:bCs/>
          <w:sz w:val="28"/>
          <w:szCs w:val="28"/>
        </w:rPr>
        <w:t>She heard the whole of it out. She was forty-eight, and she had done his books for thirteen years and had stopped in 1978 and had spent the sixteen years since on the school board and the hospital auxiliary and two committees she was chair of, and she had, in that period, become a woman whom people in that town rang before they rang the member.</w:t>
      </w:r>
    </w:p>
    <w:p w14:paraId="7FCADE0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When he had finished she said: “Don’t do this one.”</w:t>
      </w:r>
    </w:p>
    <w:p w14:paraId="24B5CD6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four and a half million litres a day for eleven years, Ell.”</w:t>
      </w:r>
    </w:p>
    <w:p w14:paraId="6D9623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know what it is.” She closed the ledger, which she did not usually do. “Fin. Don’t do this one.”</w:t>
      </w:r>
    </w:p>
    <w:p w14:paraId="33D1C84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“Give me a reason.”</w:t>
      </w:r>
    </w:p>
    <w:p w14:paraId="11FE0B3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Ellie Strachan, who had come out at eighteen on a ship on her own and who had never in thirty years asked him for a thing he could put a figure on, looked at her husband across the long table in the house she had found and he had built, and said:</w:t>
      </w:r>
    </w:p>
    <w:p w14:paraId="5A00FD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stood at our gate.”</w:t>
      </w:r>
    </w:p>
    <w:p w14:paraId="730114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“That was nineteen year ago.”</w:t>
      </w:r>
    </w:p>
    <w:p w14:paraId="0B6B750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she said. “It was.”</w:t>
      </w:r>
    </w:p>
    <w:p w14:paraId="18EEEE16" w14:textId="59F9E0C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went to Adelaide on the Monday and stayed three weeks, which she had done before, and which they both called seeing about her back.</w:t>
      </w:r>
      <w:r w:rsidR="005859DA">
        <w:rPr>
          <w:rFonts w:ascii="Baskerville Old Face" w:hAnsi="Baskerville Old Face"/>
          <w:bCs/>
          <w:sz w:val="28"/>
          <w:szCs w:val="28"/>
        </w:rPr>
        <w:t xml:space="preserve"> </w:t>
      </w:r>
      <w:r w:rsidRPr="00CE758F">
        <w:rPr>
          <w:rFonts w:ascii="Baskerville Old Face" w:hAnsi="Baskerville Old Face"/>
          <w:bCs/>
          <w:sz w:val="28"/>
          <w:szCs w:val="28"/>
        </w:rPr>
        <w:t>There was also, in that fortnight, a telephone call from Queensland.</w:t>
      </w:r>
      <w:r w:rsidR="005859DA">
        <w:rPr>
          <w:rFonts w:ascii="Baskerville Old Face" w:hAnsi="Baskerville Old Face"/>
          <w:bCs/>
          <w:sz w:val="28"/>
          <w:szCs w:val="28"/>
        </w:rPr>
        <w:t xml:space="preserve"> </w:t>
      </w:r>
      <w:r w:rsidRPr="00CE758F">
        <w:rPr>
          <w:rFonts w:ascii="Baskerville Old Face" w:hAnsi="Baskerville Old Face"/>
          <w:bCs/>
          <w:sz w:val="28"/>
          <w:szCs w:val="28"/>
        </w:rPr>
        <w:t>Wally Mansfield was seventy-nine and living at Yeppoon with a daughter, and he rang the Keep at about eight in the evening, which he had done perhaps four times in ten years, and he did not say anything about the weather.</w:t>
      </w:r>
    </w:p>
    <w:p w14:paraId="213083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said, “Is it right what Ted tells me? You’re drilling Narrah’s country.”</w:t>
      </w:r>
    </w:p>
    <w:p w14:paraId="5D3F356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not his country. It’s a mining lease and I’ve got a certificate.”</w:t>
      </w:r>
    </w:p>
    <w:p w14:paraId="5CF1CB1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silence on the line long enough that Finian said hello into it.</w:t>
      </w:r>
    </w:p>
    <w:p w14:paraId="43096D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Wally said: “You’ve got a certificate.”</w:t>
      </w:r>
    </w:p>
    <w:p w14:paraId="5BC9048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49BF032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said Wally, and then, “Well,” and then he asked after Ellie, and Finian said she was in Adelaide about her back, and Wally said that was no good, and they talked about a gearbox for about four minutes, and he rang off.</w:t>
      </w:r>
    </w:p>
    <w:p w14:paraId="3FE81E9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not ring again, and the next time Finian heard Wally Mansfield’s voice it was in a room with no walls, and Wally was under no obligation to be polite in it.</w:t>
      </w:r>
    </w:p>
    <w:p w14:paraId="55063E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rigs went in on the eleventh of April 1995.</w:t>
      </w:r>
    </w:p>
    <w:p w14:paraId="449A4A13" w14:textId="7680772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were eleven bores to put down and Finian put four rigs on it, and he went out himself for the first spud, which he had stopped doing in about 1986, and everybody at the yard noticed that he was going and nobody said anything about it.</w:t>
      </w:r>
      <w:r w:rsidR="004B7327">
        <w:rPr>
          <w:rFonts w:ascii="Baskerville Old Face" w:hAnsi="Baskerville Old Face"/>
          <w:bCs/>
          <w:sz w:val="28"/>
          <w:szCs w:val="28"/>
        </w:rPr>
        <w:t xml:space="preserve"> </w:t>
      </w:r>
      <w:r w:rsidRPr="00CE758F">
        <w:rPr>
          <w:rFonts w:ascii="Baskerville Old Face" w:hAnsi="Baskerville Old Face"/>
          <w:bCs/>
          <w:sz w:val="28"/>
          <w:szCs w:val="28"/>
        </w:rPr>
        <w:t xml:space="preserve">There were, at the gate on the access track, two police vehicles and four members of the Northern Territory Police, and it is </w:t>
      </w:r>
      <w:r w:rsidRPr="00CE758F">
        <w:rPr>
          <w:rFonts w:ascii="Baskerville Old Face" w:hAnsi="Baskerville Old Face"/>
          <w:bCs/>
          <w:sz w:val="28"/>
          <w:szCs w:val="28"/>
        </w:rPr>
        <w:lastRenderedPageBreak/>
        <w:t>important to be accurate about this, because it went into the papers wrongly at the time and it went into a book about the industry wrongly in 2003. Finian did not ask for police. The mine’s own lawyers had notified the police of a possible obstruction, as they were entitled to do, and the police had come out, as they were obliged to do, and they were pleasant, and one of them was a young constable from Kalgoorlie who spent most of the morning holding his hat.</w:t>
      </w:r>
      <w:r w:rsidR="004B7327">
        <w:rPr>
          <w:rFonts w:ascii="Baskerville Old Face" w:hAnsi="Baskerville Old Face"/>
          <w:bCs/>
          <w:sz w:val="28"/>
          <w:szCs w:val="28"/>
        </w:rPr>
        <w:t xml:space="preserve"> </w:t>
      </w:r>
      <w:r w:rsidRPr="00CE758F">
        <w:rPr>
          <w:rFonts w:ascii="Baskerville Old Face" w:hAnsi="Baskerville Old Face"/>
          <w:bCs/>
          <w:sz w:val="28"/>
          <w:szCs w:val="28"/>
        </w:rPr>
        <w:t>And on the other side of the wire</w:t>
      </w:r>
      <w:r w:rsidR="004B7327">
        <w:rPr>
          <w:rFonts w:ascii="Baskerville Old Face" w:hAnsi="Baskerville Old Face"/>
          <w:bCs/>
          <w:sz w:val="28"/>
          <w:szCs w:val="28"/>
        </w:rPr>
        <w:t>,</w:t>
      </w:r>
      <w:r w:rsidRPr="00CE758F">
        <w:rPr>
          <w:rFonts w:ascii="Baskerville Old Face" w:hAnsi="Baskerville Old Face"/>
          <w:bCs/>
          <w:sz w:val="28"/>
          <w:szCs w:val="28"/>
        </w:rPr>
        <w:t xml:space="preserve"> a single strand of fencing wire on droppers, put there by a station in 1961 to mark a paddock that no longer existed, a wire you could step over without lifting your knee</w:t>
      </w:r>
      <w:r w:rsidR="004B7327">
        <w:rPr>
          <w:rFonts w:ascii="Baskerville Old Face" w:hAnsi="Baskerville Old Face"/>
          <w:bCs/>
          <w:sz w:val="28"/>
          <w:szCs w:val="28"/>
        </w:rPr>
        <w:t xml:space="preserve">, </w:t>
      </w:r>
      <w:r w:rsidRPr="00CE758F">
        <w:rPr>
          <w:rFonts w:ascii="Baskerville Old Face" w:hAnsi="Baskerville Old Face"/>
          <w:bCs/>
          <w:sz w:val="28"/>
          <w:szCs w:val="28"/>
        </w:rPr>
        <w:t>there were about thirty people.</w:t>
      </w:r>
      <w:r w:rsidR="004B7327">
        <w:rPr>
          <w:rFonts w:ascii="Baskerville Old Face" w:hAnsi="Baskerville Old Face"/>
          <w:bCs/>
          <w:sz w:val="28"/>
          <w:szCs w:val="28"/>
        </w:rPr>
        <w:t xml:space="preserve"> </w:t>
      </w:r>
      <w:r w:rsidRPr="00CE758F">
        <w:rPr>
          <w:rFonts w:ascii="Baskerville Old Face" w:hAnsi="Baskerville Old Face"/>
          <w:bCs/>
          <w:sz w:val="28"/>
          <w:szCs w:val="28"/>
        </w:rPr>
        <w:t>They had come out overnight in five vehicles. There were the senior men, sitting in the shade of a coolibah on canvas chairs somebody had brought. There were women and there were children, and one of the children had a bicycle, out there, four hundred kilometres from a footpath. They had no placards, because it had not occurred to anybody to make one. They were simply standing on the country in the ordinary way, and they stood there all day.</w:t>
      </w:r>
    </w:p>
    <w:p w14:paraId="42D7FA16" w14:textId="6EA9A45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was at the wire.</w:t>
      </w:r>
      <w:r w:rsidR="004B7327">
        <w:rPr>
          <w:rFonts w:ascii="Baskerville Old Face" w:hAnsi="Baskerville Old Face"/>
          <w:bCs/>
          <w:sz w:val="28"/>
          <w:szCs w:val="28"/>
        </w:rPr>
        <w:t xml:space="preserve"> </w:t>
      </w:r>
      <w:r w:rsidRPr="00CE758F">
        <w:rPr>
          <w:rFonts w:ascii="Baskerville Old Face" w:hAnsi="Baskerville Old Face"/>
          <w:bCs/>
          <w:sz w:val="28"/>
          <w:szCs w:val="28"/>
        </w:rPr>
        <w:t>He was wearing a shirt Finian had bought him in 1979.</w:t>
      </w:r>
    </w:p>
    <w:p w14:paraId="4B7C6EBD" w14:textId="1E21A6D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 had been a good shirt, a heavy blue drill shirt from a place in Alice that made them for stockmen, and Finian had bought it for him at the end of the Lake Nash job along with fourteen others for fourteen other men, and it had been washed something over a thousand times, and the collar had gone, and it was still, sixteen years later, plainly a good shirt.</w:t>
      </w:r>
      <w:r w:rsidR="004B7327">
        <w:rPr>
          <w:rFonts w:ascii="Baskerville Old Face" w:hAnsi="Baskerville Old Face"/>
          <w:bCs/>
          <w:sz w:val="28"/>
          <w:szCs w:val="28"/>
        </w:rPr>
        <w:t xml:space="preserve"> </w:t>
      </w:r>
      <w:r w:rsidRPr="00CE758F">
        <w:rPr>
          <w:rFonts w:ascii="Baskerville Old Face" w:hAnsi="Baskerville Old Face"/>
          <w:bCs/>
          <w:sz w:val="28"/>
          <w:szCs w:val="28"/>
        </w:rPr>
        <w:t>F</w:t>
      </w:r>
      <w:r w:rsidR="004B7327">
        <w:rPr>
          <w:rFonts w:ascii="Baskerville Old Face" w:hAnsi="Baskerville Old Face"/>
          <w:bCs/>
          <w:sz w:val="28"/>
          <w:szCs w:val="28"/>
        </w:rPr>
        <w:t>i</w:t>
      </w:r>
      <w:r w:rsidRPr="00CE758F">
        <w:rPr>
          <w:rFonts w:ascii="Baskerville Old Face" w:hAnsi="Baskerville Old Face"/>
          <w:bCs/>
          <w:sz w:val="28"/>
          <w:szCs w:val="28"/>
        </w:rPr>
        <w:t>nian saw it from forty yards away and knew what it was.</w:t>
      </w:r>
    </w:p>
    <w:p w14:paraId="7FB12C6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walked down to the wire because there was nothing else he could do that would not have been worse. The two of them stood with the wire between them at the height of their thighs.</w:t>
      </w:r>
    </w:p>
    <w:p w14:paraId="4B00C91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“Morning,” said Finian.</w:t>
      </w:r>
    </w:p>
    <w:p w14:paraId="782FBD1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 said Narrah.</w:t>
      </w:r>
    </w:p>
    <w:p w14:paraId="5A76029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Behind him the first rig had the mast up and was making the noise a rig makes when it is not yet doing anything, which is a noise Finian had heard for thirty-two years and had never once heard as a noise.</w:t>
      </w:r>
    </w:p>
    <w:p w14:paraId="7C4ED9D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“You’ll not stop it, Narrah.”</w:t>
      </w:r>
    </w:p>
    <w:p w14:paraId="7807C5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“Nah,” said Narrah. “I know that one.” He was looking past Finian’s shoulder at the ridge, at the red rock and the green line under it, exactly as he had looked at it on a claypan in 1964 with his hand on a map. “I’m not here for that.”</w:t>
      </w:r>
    </w:p>
    <w:p w14:paraId="5D28FDC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“What are ye here for, then?”</w:t>
      </w:r>
    </w:p>
    <w:p w14:paraId="089D91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 there’s people here,” Narrah said. “When it happens. So it’s not just you.”</w:t>
      </w:r>
    </w:p>
    <w:p w14:paraId="1FEED6F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then Finian Kavanagh said it.</w:t>
      </w:r>
    </w:p>
    <w:p w14:paraId="28B885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has never claimed he was provoked. He was not provoked. He was standing in the sun at a wire in front of a hundred and sixty men’s livelihoods and four police and thirty people in canvas chairs, with a shirt he had paid for eleven feet away from him, and it came out in the voice he used for meetings:</w:t>
      </w:r>
    </w:p>
    <w:p w14:paraId="49F520F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“Thirty year, Narrah. Thirty year I’ve asked ye what’s up there. I asked ye in sixty-four wi’ my hand on the map and I’ve asked ye every road since. Ye’ve never once telt me. No’ once. In thirty year, no’ one man has ever given me </w:t>
      </w:r>
      <w:r w:rsidRPr="00CE758F">
        <w:rPr>
          <w:rFonts w:ascii="Baskerville Old Face" w:hAnsi="Baskerville Old Face"/>
          <w:bCs/>
          <w:i/>
          <w:sz w:val="28"/>
          <w:szCs w:val="28"/>
        </w:rPr>
        <w:t>one good reason</w:t>
      </w:r>
      <w:r w:rsidRPr="00CE758F">
        <w:rPr>
          <w:rFonts w:ascii="Baskerville Old Face" w:hAnsi="Baskerville Old Face"/>
          <w:bCs/>
          <w:sz w:val="28"/>
          <w:szCs w:val="28"/>
        </w:rPr>
        <w:t>.”</w:t>
      </w:r>
    </w:p>
    <w:p w14:paraId="5BFF8DB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rig noise. A crow somewhere.</w:t>
      </w:r>
    </w:p>
    <w:p w14:paraId="75EC45F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did not raise his voice, and afterwards several of the police could not agree on what he had said, and one of them, twenty-nine years later, on a verandah at Katherine, told a researcher that he had heard it perfectly clearly and had thought about it most weeks since.</w:t>
      </w:r>
    </w:p>
    <w:p w14:paraId="0446416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Narrah said was:</w:t>
      </w:r>
    </w:p>
    <w:p w14:paraId="16479FF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 give you a reason, Fin. First day.”</w:t>
      </w:r>
    </w:p>
    <w:p w14:paraId="54D0FCF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never —“</w:t>
      </w:r>
    </w:p>
    <w:p w14:paraId="7085134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wanted a price.”</w:t>
      </w:r>
    </w:p>
    <w:p w14:paraId="3C406CB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nothing at all.</w:t>
      </w:r>
    </w:p>
    <w:p w14:paraId="0E96B8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stepped back off the wire, and went and sat down with the old men in the shade, and that was the last thing either of them said to the other in that world.</w:t>
      </w:r>
    </w:p>
    <w:p w14:paraId="4735319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did not say any of the rest of it. He did not have to. Finian assembled the rest of it himself over the following eleven weeks, lying awake in four camps and one hotel in Adelaide, and by the middle of June he had the whole of it worked out, in Narrah’s voice, inside his own head, which is a good deal worse than being told: that what he had wanted all along was not a reason but a reason </w:t>
      </w:r>
      <w:r w:rsidRPr="00CE758F">
        <w:rPr>
          <w:rFonts w:ascii="Baskerville Old Face" w:hAnsi="Baskerville Old Face"/>
          <w:bCs/>
          <w:i/>
          <w:sz w:val="28"/>
          <w:szCs w:val="28"/>
        </w:rPr>
        <w:t>on file</w:t>
      </w:r>
      <w:r w:rsidRPr="00CE758F">
        <w:rPr>
          <w:rFonts w:ascii="Baskerville Old Face" w:hAnsi="Baskerville Old Face"/>
          <w:bCs/>
          <w:sz w:val="28"/>
          <w:szCs w:val="28"/>
        </w:rPr>
        <w:t>, which is a different article altogether; that there had never been anything up there that could go on a file, only the place; and that a man does not ask thirty times about nothing.</w:t>
      </w:r>
    </w:p>
    <w:p w14:paraId="5EBCE7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ever put any of that to him aloud, in either world. He had been supplying the missing half of that conversation to himself since 1964, and by 1995 he was very good at it.</w:t>
      </w:r>
    </w:p>
    <w:p w14:paraId="6F5BF4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spudded the first bore at eleven minutes past nine.</w:t>
      </w:r>
    </w:p>
    <w:p w14:paraId="35B842C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The eleven bores came in over five weeks and they were, in the strict sense in which Finian had used the word since 1964, beautiful: shallow, high-yielding, clean, cased and gravel-packed and capped, delivered under budget and eleven days ahead of programme. Anglo-Pacific paid the second progress claim early. Prosser wrote a letter that used the word </w:t>
      </w:r>
      <w:r w:rsidRPr="00CE758F">
        <w:rPr>
          <w:rFonts w:ascii="Baskerville Old Face" w:hAnsi="Baskerville Old Face"/>
          <w:bCs/>
          <w:i/>
          <w:sz w:val="28"/>
          <w:szCs w:val="28"/>
        </w:rPr>
        <w:t>exemplary</w:t>
      </w:r>
      <w:r w:rsidRPr="00CE758F">
        <w:rPr>
          <w:rFonts w:ascii="Baskerville Old Face" w:hAnsi="Baskerville Old Face"/>
          <w:bCs/>
          <w:sz w:val="28"/>
          <w:szCs w:val="28"/>
        </w:rPr>
        <w:t>, and the letter was framed, and it hung in the office in Alice for four years and then in a cupboard.</w:t>
      </w:r>
    </w:p>
    <w:p w14:paraId="78E6C29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soak at the foot of the ridge — the green line, the run of colour under the red rock that Finian Kavanagh had first seen from a truck at eighteen years of age and had never once been able to look away from — went in the following March.</w:t>
      </w:r>
    </w:p>
    <w:p w14:paraId="47C486E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did not dry with any drama. It simply stopped being wet. The green went yellow-green and then it went the colour of hessian and then, in the second year, it went the colour of everything else, and the two big coolibahs at the head of it died standing up over four seasons and were still standing dead in 2024, and there are photographs.</w:t>
      </w:r>
    </w:p>
    <w:p w14:paraId="597746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mine ran for nine years and was sold twice and closed in 2004.</w:t>
      </w:r>
    </w:p>
    <w:p w14:paraId="5A06227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In the Court of the Unseen, Narrah gave his evidence sitting down, because Socrates asked him whether he would prefer to sit, and he said he would.</w:t>
      </w:r>
    </w:p>
    <w:p w14:paraId="3864AB5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who had a genius for it, did not ask him about the sacred. He asked him about the shirt. He established, in about ninety seconds, what it had cost, and who had paid for it, and what year it had been bought in, and how many times it had been washed, approximately, and whether the witness had other shirts, and why he had chosen that one, on that day, to stand at that wire in.</w:t>
      </w:r>
    </w:p>
    <w:p w14:paraId="090DCB0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Narrah said: “So he’d know it was me.”</w:t>
      </w:r>
    </w:p>
    <w:p w14:paraId="713180C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Then Crassus turned and stood in front of the twelve men and said only: “The defendant will tell this court that he was never given a reason. The witness came to the fence </w:t>
      </w:r>
      <w:r w:rsidRPr="00CE758F">
        <w:rPr>
          <w:rFonts w:ascii="Baskerville Old Face" w:hAnsi="Baskerville Old Face"/>
          <w:bCs/>
          <w:i/>
          <w:sz w:val="28"/>
          <w:szCs w:val="28"/>
        </w:rPr>
        <w:t>wearing</w:t>
      </w:r>
      <w:r w:rsidRPr="00CE758F">
        <w:rPr>
          <w:rFonts w:ascii="Baskerville Old Face" w:hAnsi="Baskerville Old Face"/>
          <w:bCs/>
          <w:sz w:val="28"/>
          <w:szCs w:val="28"/>
        </w:rPr>
        <w:t xml:space="preserve"> it.”</w:t>
      </w:r>
    </w:p>
    <w:p w14:paraId="13268B4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did not cross-examine.</w:t>
      </w:r>
    </w:p>
    <w:p w14:paraId="48BA81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asked, afterwards, by Finian, in the corridor of that place, why he had let it go, and Darrow took out a cigar he was not permitted to light in there and looked at it.</w:t>
      </w:r>
    </w:p>
    <w:p w14:paraId="36147E9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there’s nothing in it for us, son.”</w:t>
      </w:r>
    </w:p>
    <w:p w14:paraId="4B48F3A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no’ an answer.”</w:t>
      </w:r>
    </w:p>
    <w:p w14:paraId="48B8C34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 Darrow agreed. “It isn’t.” He turned the cigar over once. “Every man on that jury has stood where he was standing. Not one of them has stood where you were.” He put the cigar away. “And you’d like me to get up in front of the twelve of them and pick at a shirt.”</w:t>
      </w:r>
    </w:p>
    <w:p w14:paraId="73288B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put his hand on Finian’s arm, which he did once in the whole trial, and then took it away again and went off down that corridor with his coat hanging open, and did not tell him the rest of it, and never did.</w:t>
      </w:r>
    </w:p>
    <w:p w14:paraId="1188E6B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Two other things about the eleventh of April.</w:t>
      </w:r>
    </w:p>
    <w:p w14:paraId="4C06E60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At about four in the afternoon, when the shadow of the mast had gone right out across the flat, one of the children on the far side of the wire — a girl of about nine, the granddaughter of one of the old men, who is now a senior ranger in that country and who has told this story in her own words at two conferences — asked her grandmother who the old white lady was.</w:t>
      </w:r>
    </w:p>
    <w:p w14:paraId="3FB43AB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Her grandmother said, “Which one, bub.”</w:t>
      </w:r>
    </w:p>
    <w:p w14:paraId="003D6EF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the girl pointed at the coolibah where the men were sitting, at a woman standing a little behind the chairs in a grey dress with the hem of it dark, and her grandmother looked </w:t>
      </w:r>
      <w:r w:rsidRPr="00CE758F">
        <w:rPr>
          <w:rFonts w:ascii="Baskerville Old Face" w:hAnsi="Baskerville Old Face"/>
          <w:bCs/>
          <w:sz w:val="28"/>
          <w:szCs w:val="28"/>
        </w:rPr>
        <w:lastRenderedPageBreak/>
        <w:t>and said, “There’s no lady there,” and the girl looked again and there was not.</w:t>
      </w:r>
    </w:p>
    <w:p w14:paraId="4FD62C6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at about half past five Finian walked out on his own from the rig, up the flat towards the ridge, about three hundred yards, to look at the country in the last of the light, which he had done at the end of the first day of every job he had ever run.</w:t>
      </w:r>
    </w:p>
    <w:p w14:paraId="66725A3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stood at the edge of the soak with the water going away black and gold in front of him and the frogs starting, and he thought — and he reported this to the court himself, unprompted, when nobody had asked him and Darrow would rather he had not:</w:t>
      </w:r>
    </w:p>
    <w:p w14:paraId="4BFCB0D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This is the best water I have ever found, and I will never come here again.</w:t>
      </w:r>
    </w:p>
    <w:p w14:paraId="3818604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not know why he thought the second half of it.</w:t>
      </w:r>
    </w:p>
    <w:p w14:paraId="1A3149A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fifty-one years old before he understood that he had known, on the eleventh of April 1995, at approximately half past five in the afternoon, standing at the edge of a soak with his hat in his hand, precisely what he was doing.</w:t>
      </w:r>
    </w:p>
    <w:p w14:paraId="6FE41DD4"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1D593FC2"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Ten</w:t>
      </w:r>
    </w:p>
    <w:p w14:paraId="03EFC521"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Wally’s Farewell</w:t>
      </w:r>
    </w:p>
    <w:p w14:paraId="2258D3B8" w14:textId="1B0B0427" w:rsidR="00F45C1A" w:rsidRPr="00CE758F" w:rsidRDefault="007671E1" w:rsidP="003910EE">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In 1985 the Kavanagh Drilling Company was not, strictly speaking, a drilling company any more, and the man who ran it had stopped noticing that this was so.</w:t>
      </w:r>
      <w:r w:rsidR="003910EE">
        <w:rPr>
          <w:rFonts w:ascii="Baskerville Old Face" w:hAnsi="Baskerville Old Face"/>
          <w:bCs/>
          <w:sz w:val="28"/>
          <w:szCs w:val="28"/>
        </w:rPr>
        <w:t xml:space="preserve"> </w:t>
      </w:r>
      <w:r w:rsidRPr="00CE758F">
        <w:rPr>
          <w:rFonts w:ascii="Baskerville Old Face" w:hAnsi="Baskerville Old Face"/>
          <w:bCs/>
          <w:sz w:val="28"/>
          <w:szCs w:val="28"/>
        </w:rPr>
        <w:t>There were nineteen rigs. There was a civil division with eighty-one men in it that laid pipe and built tank stands and formed up haul roads and had nothing to do with water at all. There was a workshop in Alice that rebuilt other people’s rigs for money. There were forty-one vehicles on the books, and a book of standing orders, and a man in Brisbane whose entire employment consisted of reading contracts before Finian signed them, which Finian then did not always wait for.</w:t>
      </w:r>
      <w:r w:rsidR="003910EE">
        <w:rPr>
          <w:rFonts w:ascii="Baskerville Old Face" w:hAnsi="Baskerville Old Face"/>
          <w:bCs/>
          <w:sz w:val="28"/>
          <w:szCs w:val="28"/>
        </w:rPr>
        <w:t xml:space="preserve"> </w:t>
      </w:r>
      <w:r w:rsidRPr="00CE758F">
        <w:rPr>
          <w:rFonts w:ascii="Baskerville Old Face" w:hAnsi="Baskerville Old Face"/>
          <w:bCs/>
          <w:sz w:val="28"/>
          <w:szCs w:val="28"/>
        </w:rPr>
        <w:t>He was thirty-nine. He had been out of Edinburgh twenty-two years. He owned, outright, one hundred and eleven square kilometres of the Barkly and a house with a wall round it, and he had lately been to Canberra twice.</w:t>
      </w:r>
      <w:r w:rsidR="003910EE">
        <w:rPr>
          <w:rFonts w:ascii="Baskerville Old Face" w:hAnsi="Baskerville Old Face"/>
          <w:bCs/>
          <w:sz w:val="28"/>
          <w:szCs w:val="28"/>
        </w:rPr>
        <w:t xml:space="preserve"> </w:t>
      </w:r>
      <w:r w:rsidRPr="00CE758F">
        <w:rPr>
          <w:rFonts w:ascii="Baskerville Old Face" w:hAnsi="Baskerville Old Face"/>
          <w:bCs/>
          <w:sz w:val="28"/>
          <w:szCs w:val="28"/>
        </w:rPr>
        <w:t xml:space="preserve">And Wally Mansfield was sixty-nine years old and still on the payroll, with the title of Drilling Superintendent, which he had never once used about himself, on a wage he had never once queried, driving between the camps in a white Toyota with a bench seat and a spare wheel </w:t>
      </w:r>
      <w:r w:rsidRPr="00CE758F">
        <w:rPr>
          <w:rFonts w:ascii="Baskerville Old Face" w:hAnsi="Baskerville Old Face"/>
          <w:bCs/>
          <w:sz w:val="28"/>
          <w:szCs w:val="28"/>
        </w:rPr>
        <w:lastRenderedPageBreak/>
        <w:t>that had been the same spare wheel for six years.</w:t>
      </w:r>
      <w:r w:rsidR="003910EE">
        <w:rPr>
          <w:rFonts w:ascii="Baskerville Old Face" w:hAnsi="Baskerville Old Face"/>
          <w:bCs/>
          <w:sz w:val="28"/>
          <w:szCs w:val="28"/>
        </w:rPr>
        <w:t xml:space="preserve"> </w:t>
      </w:r>
      <w:r w:rsidRPr="00CE758F">
        <w:rPr>
          <w:rFonts w:ascii="Baskerville Old Face" w:hAnsi="Baskerville Old Face"/>
          <w:bCs/>
          <w:sz w:val="28"/>
          <w:szCs w:val="28"/>
        </w:rPr>
        <w:t>He had come off the tools in 1976, not willingly. He was, by 1985, the only man in that company who could look at a hole and tell you what the last four hours had been like in it. He turned up. That was the whole of the job as he understood it: he turned up, at camps six hundred kilometres apart, at times that could not be predicted, and he looked at things, and he wrote nothing down that anybody ever saw.</w:t>
      </w:r>
    </w:p>
    <w:p w14:paraId="44BF024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men called him the Old Man, and did it to his face, and he answered to it.</w:t>
      </w:r>
    </w:p>
    <w:p w14:paraId="6EC8103F" w14:textId="32CDE4F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Two men in that company called Finian </w:t>
      </w:r>
      <w:r w:rsidR="00F155A4" w:rsidRPr="00CE758F">
        <w:rPr>
          <w:rFonts w:ascii="Baskerville Old Face" w:hAnsi="Baskerville Old Face"/>
          <w:bCs/>
          <w:i/>
          <w:sz w:val="28"/>
          <w:szCs w:val="28"/>
        </w:rPr>
        <w:t>Mr.</w:t>
      </w:r>
      <w:r w:rsidRPr="00CE758F">
        <w:rPr>
          <w:rFonts w:ascii="Baskerville Old Face" w:hAnsi="Baskerville Old Face"/>
          <w:bCs/>
          <w:i/>
          <w:sz w:val="28"/>
          <w:szCs w:val="28"/>
        </w:rPr>
        <w:t xml:space="preserve"> Kavanagh</w:t>
      </w:r>
      <w:r w:rsidRPr="00CE758F">
        <w:rPr>
          <w:rFonts w:ascii="Baskerville Old Face" w:hAnsi="Baskerville Old Face"/>
          <w:bCs/>
          <w:sz w:val="28"/>
          <w:szCs w:val="28"/>
        </w:rPr>
        <w:t>. Wally Mansfield was not one of them, and neither was Ted Mawson, and that fact was the last surviving piece of the camp at Corella Downs.</w:t>
      </w:r>
    </w:p>
    <w:p w14:paraId="655DA70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Wetherby job had a liquidated damages clause in it.</w:t>
      </w:r>
    </w:p>
    <w:p w14:paraId="54DE7BD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is nothing sinister about a liquidated damages clause. It is the ordinary furniture of construction. The client says: the pipeline must be commissioned by the eleventh of September, and for every day after the eleventh of September that it is not commissioned, you will pay us four thousand dollars, because your delay costs us money and this is the agreed price of it.</w:t>
      </w:r>
    </w:p>
    <w:p w14:paraId="7641799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Finian signed it in April. He read it properly — that is not in dispute, and Crassus put the contract in evidence with his initials in the margin of clause 14 — and he priced the risk at eleven days’ slippage, and he was, as it happens, right about that too. The job came in four days early. The clause never operated. The company paid nothing under clause 14 in the whole of its existence.</w:t>
      </w:r>
    </w:p>
    <w:p w14:paraId="5E98C3BA" w14:textId="29FB3E1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This is the point at which a defence begins to be assembled, and it is worth setting the defence out honestly, because Darrow did, at length, and because every word of it is true.</w:t>
      </w:r>
      <w:r w:rsidR="00942ED6">
        <w:rPr>
          <w:rFonts w:ascii="Baskerville Old Face" w:hAnsi="Baskerville Old Face"/>
          <w:bCs/>
          <w:sz w:val="28"/>
          <w:szCs w:val="28"/>
        </w:rPr>
        <w:t xml:space="preserve"> </w:t>
      </w:r>
      <w:r w:rsidRPr="00CE758F">
        <w:rPr>
          <w:rFonts w:ascii="Baskerville Old Face" w:hAnsi="Baskerville Old Face"/>
          <w:bCs/>
          <w:sz w:val="28"/>
          <w:szCs w:val="28"/>
        </w:rPr>
        <w:t>Finian Kavanagh never in his life told a man to work nineteen hours.</w:t>
      </w:r>
      <w:r w:rsidR="00403369">
        <w:rPr>
          <w:rFonts w:ascii="Baskerville Old Face" w:hAnsi="Baskerville Old Face"/>
          <w:bCs/>
          <w:sz w:val="28"/>
          <w:szCs w:val="28"/>
        </w:rPr>
        <w:t xml:space="preserve"> </w:t>
      </w:r>
      <w:r w:rsidRPr="00CE758F">
        <w:rPr>
          <w:rFonts w:ascii="Baskerville Old Face" w:hAnsi="Baskerville Old Face"/>
          <w:bCs/>
          <w:sz w:val="28"/>
          <w:szCs w:val="28"/>
        </w:rPr>
        <w:t>He never issued such an order, in writing or otherwise. There is no minute of it, no memorandum, no witness to it, and Crassus never suggested there was. What Finian did was to sign a contract with a date in it, and to tell his men the date, and to put the date on the wall of every camp office in a size you could read from the door, and to say</w:t>
      </w:r>
      <w:r w:rsidR="00942ED6">
        <w:rPr>
          <w:rFonts w:ascii="Baskerville Old Face" w:hAnsi="Baskerville Old Face"/>
          <w:bCs/>
          <w:sz w:val="28"/>
          <w:szCs w:val="28"/>
        </w:rPr>
        <w:t xml:space="preserve">, </w:t>
      </w:r>
      <w:r w:rsidRPr="00CE758F">
        <w:rPr>
          <w:rFonts w:ascii="Baskerville Old Face" w:hAnsi="Baskerville Old Face"/>
          <w:bCs/>
          <w:sz w:val="28"/>
          <w:szCs w:val="28"/>
        </w:rPr>
        <w:t>pleasantly, and often, and meaning it</w:t>
      </w:r>
      <w:r w:rsidR="003910EE">
        <w:rPr>
          <w:rFonts w:ascii="Baskerville Old Face" w:hAnsi="Baskerville Old Face"/>
          <w:bCs/>
          <w:sz w:val="28"/>
          <w:szCs w:val="28"/>
        </w:rPr>
        <w:t xml:space="preserve">, </w:t>
      </w:r>
      <w:r w:rsidRPr="00CE758F">
        <w:rPr>
          <w:rFonts w:ascii="Baskerville Old Face" w:hAnsi="Baskerville Old Face"/>
          <w:bCs/>
          <w:sz w:val="28"/>
          <w:szCs w:val="28"/>
        </w:rPr>
        <w:t>that he had never yet run a job late and he did not intend to start.</w:t>
      </w:r>
      <w:r w:rsidR="00942ED6">
        <w:rPr>
          <w:rFonts w:ascii="Baskerville Old Face" w:hAnsi="Baskerville Old Face"/>
          <w:bCs/>
          <w:sz w:val="28"/>
          <w:szCs w:val="28"/>
        </w:rPr>
        <w:t xml:space="preserve"> </w:t>
      </w:r>
      <w:r w:rsidRPr="00CE758F">
        <w:rPr>
          <w:rFonts w:ascii="Baskerville Old Face" w:hAnsi="Baskerville Old Face"/>
          <w:bCs/>
          <w:sz w:val="28"/>
          <w:szCs w:val="28"/>
        </w:rPr>
        <w:t>He then went to Brisbane.</w:t>
      </w:r>
      <w:r w:rsidR="00942ED6">
        <w:rPr>
          <w:rFonts w:ascii="Baskerville Old Face" w:hAnsi="Baskerville Old Face"/>
          <w:bCs/>
          <w:sz w:val="28"/>
          <w:szCs w:val="28"/>
        </w:rPr>
        <w:t xml:space="preserve"> </w:t>
      </w:r>
      <w:r w:rsidRPr="00CE758F">
        <w:rPr>
          <w:rFonts w:ascii="Baskerville Old Face" w:hAnsi="Baskerville Old Face"/>
          <w:bCs/>
          <w:sz w:val="28"/>
          <w:szCs w:val="28"/>
        </w:rPr>
        <w:t xml:space="preserve">And in a camp four hundred and twelve kilometres </w:t>
      </w:r>
      <w:r w:rsidR="00942ED6">
        <w:rPr>
          <w:rFonts w:ascii="Baskerville Old Face" w:hAnsi="Baskerville Old Face"/>
          <w:bCs/>
          <w:sz w:val="28"/>
          <w:szCs w:val="28"/>
        </w:rPr>
        <w:t xml:space="preserve">west of </w:t>
      </w:r>
      <w:r w:rsidRPr="00CE758F">
        <w:rPr>
          <w:rFonts w:ascii="Baskerville Old Face" w:hAnsi="Baskerville Old Face"/>
          <w:bCs/>
          <w:sz w:val="28"/>
          <w:szCs w:val="28"/>
        </w:rPr>
        <w:t xml:space="preserve">Brisbane, on the night of the twenty-ninth of July 1985, Rig 6 was still turning at two o’clock in the </w:t>
      </w:r>
      <w:r w:rsidRPr="00CE758F">
        <w:rPr>
          <w:rFonts w:ascii="Baskerville Old Face" w:hAnsi="Baskerville Old Face"/>
          <w:bCs/>
          <w:sz w:val="28"/>
          <w:szCs w:val="28"/>
        </w:rPr>
        <w:lastRenderedPageBreak/>
        <w:t>morning, in the nineteenth hour of a shift that had begun at seven the previous morning, because the hole had taken a bad angle at three hundred feet and they were nine days behind the wall of the office, and because nobody had to be told anything at all.</w:t>
      </w:r>
      <w:r w:rsidR="00D55583">
        <w:rPr>
          <w:rFonts w:ascii="Baskerville Old Face" w:hAnsi="Baskerville Old Face"/>
          <w:bCs/>
          <w:sz w:val="28"/>
          <w:szCs w:val="28"/>
        </w:rPr>
        <w:t xml:space="preserve"> </w:t>
      </w:r>
      <w:r w:rsidRPr="00CE758F">
        <w:rPr>
          <w:rFonts w:ascii="Baskerville Old Face" w:hAnsi="Baskerville Old Face"/>
          <w:bCs/>
          <w:sz w:val="28"/>
          <w:szCs w:val="28"/>
        </w:rPr>
        <w:t>That is the whole mechanism. It is not complicated and it does not require a villain. You put a date on a wall, and you pay a bonus for beating it, and you do not ask any questions about the hours, and men will do the rest to themselves for you, out of pride, which is the cheapest fuel there is.</w:t>
      </w:r>
      <w:r w:rsidR="003910EE">
        <w:rPr>
          <w:rFonts w:ascii="Baskerville Old Face" w:hAnsi="Baskerville Old Face"/>
          <w:bCs/>
          <w:sz w:val="28"/>
          <w:szCs w:val="28"/>
        </w:rPr>
        <w:t xml:space="preserve"> </w:t>
      </w:r>
      <w:r w:rsidRPr="00CE758F">
        <w:rPr>
          <w:rFonts w:ascii="Baskerville Old Face" w:hAnsi="Baskerville Old Face"/>
          <w:bCs/>
          <w:sz w:val="28"/>
          <w:szCs w:val="28"/>
        </w:rPr>
        <w:t>Wally came into that camp at ten past two.</w:t>
      </w:r>
      <w:r w:rsidR="003910EE">
        <w:rPr>
          <w:rFonts w:ascii="Baskerville Old Face" w:hAnsi="Baskerville Old Face"/>
          <w:bCs/>
          <w:sz w:val="28"/>
          <w:szCs w:val="28"/>
        </w:rPr>
        <w:t xml:space="preserve"> </w:t>
      </w:r>
      <w:r w:rsidRPr="00CE758F">
        <w:rPr>
          <w:rFonts w:ascii="Baskerville Old Face" w:hAnsi="Baskerville Old Face"/>
          <w:bCs/>
          <w:sz w:val="28"/>
          <w:szCs w:val="28"/>
        </w:rPr>
        <w:t>He had not been expected. He was never expected. He had driven up from Elliott in the dark because he had been unable to sleep, which had been happening to him for about a year and which he had told nobody about, including his doctor.</w:t>
      </w:r>
      <w:r w:rsidR="00A4611B">
        <w:rPr>
          <w:rFonts w:ascii="Baskerville Old Face" w:hAnsi="Baskerville Old Face"/>
          <w:bCs/>
          <w:sz w:val="28"/>
          <w:szCs w:val="28"/>
        </w:rPr>
        <w:t xml:space="preserve"> </w:t>
      </w:r>
      <w:r w:rsidRPr="00CE758F">
        <w:rPr>
          <w:rFonts w:ascii="Baskerville Old Face" w:hAnsi="Baskerville Old Face"/>
          <w:bCs/>
          <w:sz w:val="28"/>
          <w:szCs w:val="28"/>
        </w:rPr>
        <w:t>He stood at the edge of the light for a while, which is the thing all old drillers do, and watched.</w:t>
      </w:r>
      <w:r w:rsidR="00A4611B">
        <w:rPr>
          <w:rFonts w:ascii="Baskerville Old Face" w:hAnsi="Baskerville Old Face"/>
          <w:bCs/>
          <w:sz w:val="28"/>
          <w:szCs w:val="28"/>
        </w:rPr>
        <w:t xml:space="preserve"> </w:t>
      </w:r>
      <w:r w:rsidRPr="00CE758F">
        <w:rPr>
          <w:rFonts w:ascii="Baskerville Old Face" w:hAnsi="Baskerville Old Face"/>
          <w:bCs/>
          <w:sz w:val="28"/>
          <w:szCs w:val="28"/>
        </w:rPr>
        <w:t>There were three men on the floor. The driller was a Queenslander named Hollis, who was thirty-four and good. The offsider was a boy called Kevin Sallis, who was nineteen years and two months old, from Charters Towers, and who had been on the rig for eleven weeks and was, that night, on the brake while Hollis was under the substructure with a torch.</w:t>
      </w:r>
      <w:r w:rsidR="00A4611B">
        <w:rPr>
          <w:rFonts w:ascii="Baskerville Old Face" w:hAnsi="Baskerville Old Face"/>
          <w:bCs/>
          <w:sz w:val="28"/>
          <w:szCs w:val="28"/>
        </w:rPr>
        <w:t xml:space="preserve"> </w:t>
      </w:r>
      <w:r w:rsidRPr="00CE758F">
        <w:rPr>
          <w:rFonts w:ascii="Baskerville Old Face" w:hAnsi="Baskerville Old Face"/>
          <w:bCs/>
          <w:sz w:val="28"/>
          <w:szCs w:val="28"/>
        </w:rPr>
        <w:t xml:space="preserve">The boy was doing it </w:t>
      </w:r>
      <w:r w:rsidRPr="00CE758F">
        <w:rPr>
          <w:rFonts w:ascii="Baskerville Old Face" w:hAnsi="Baskerville Old Face"/>
          <w:bCs/>
          <w:sz w:val="28"/>
          <w:szCs w:val="28"/>
        </w:rPr>
        <w:lastRenderedPageBreak/>
        <w:t>properly. That was the thing that Wally afterwards could not get anybody to understand, in this world or the other one. He was standing straight and his hand was where it should be and his eyes were open and he had not made one single mistake.</w:t>
      </w:r>
      <w:r w:rsidR="00A4611B">
        <w:rPr>
          <w:rFonts w:ascii="Baskerville Old Face" w:hAnsi="Baskerville Old Face"/>
          <w:bCs/>
          <w:sz w:val="28"/>
          <w:szCs w:val="28"/>
        </w:rPr>
        <w:t xml:space="preserve"> </w:t>
      </w:r>
      <w:r w:rsidRPr="00CE758F">
        <w:rPr>
          <w:rFonts w:ascii="Baskerville Old Face" w:hAnsi="Baskerville Old Face"/>
          <w:bCs/>
          <w:sz w:val="28"/>
          <w:szCs w:val="28"/>
        </w:rPr>
        <w:t>He was simply nineteen years old and nineteen hours into a shift, and Wally Mansfield stood in the dark at the edge of the light and watched him blink, and counted, and it was the blink of a man whose eyes were shutting for slightly longer each time than they were opening.</w:t>
      </w:r>
      <w:r w:rsidR="00A4611B">
        <w:rPr>
          <w:rFonts w:ascii="Baskerville Old Face" w:hAnsi="Baskerville Old Face"/>
          <w:bCs/>
          <w:sz w:val="28"/>
          <w:szCs w:val="28"/>
        </w:rPr>
        <w:t xml:space="preserve"> </w:t>
      </w:r>
      <w:r w:rsidRPr="00CE758F">
        <w:rPr>
          <w:rFonts w:ascii="Baskerville Old Face" w:hAnsi="Baskerville Old Face"/>
          <w:bCs/>
          <w:sz w:val="28"/>
          <w:szCs w:val="28"/>
        </w:rPr>
        <w:t>Wally walked onto the floor and shut the rig down.</w:t>
      </w:r>
      <w:r w:rsidR="00A4611B">
        <w:rPr>
          <w:rFonts w:ascii="Baskerville Old Face" w:hAnsi="Baskerville Old Face"/>
          <w:bCs/>
          <w:sz w:val="28"/>
          <w:szCs w:val="28"/>
        </w:rPr>
        <w:t xml:space="preserve"> </w:t>
      </w:r>
      <w:r w:rsidRPr="00CE758F">
        <w:rPr>
          <w:rFonts w:ascii="Baskerville Old Face" w:hAnsi="Baskerville Old Face"/>
          <w:bCs/>
          <w:sz w:val="28"/>
          <w:szCs w:val="28"/>
        </w:rPr>
        <w:t>He did it himself, at the brake, with his own hand, and he sent all three of them to bed, and when Hollis came out from under the substructure and started to say something about the programme, Wally said, “Aye,” and kept walking, and nobody in that camp ever heard him raise his voice.</w:t>
      </w:r>
      <w:r w:rsidR="00A4611B">
        <w:rPr>
          <w:rFonts w:ascii="Baskerville Old Face" w:hAnsi="Baskerville Old Face"/>
          <w:bCs/>
          <w:sz w:val="28"/>
          <w:szCs w:val="28"/>
        </w:rPr>
        <w:t xml:space="preserve"> </w:t>
      </w:r>
      <w:r w:rsidRPr="00CE758F">
        <w:rPr>
          <w:rFonts w:ascii="Baskerville Old Face" w:hAnsi="Baskerville Old Face"/>
          <w:bCs/>
          <w:sz w:val="28"/>
          <w:szCs w:val="28"/>
        </w:rPr>
        <w:t>Then he sat in the Toyota until it got light, and at ten past six he started it and drove five hundred and eighty kilometres to the Keep.</w:t>
      </w:r>
      <w:r w:rsidR="00D55583">
        <w:rPr>
          <w:rFonts w:ascii="Baskerville Old Face" w:hAnsi="Baskerville Old Face"/>
          <w:bCs/>
          <w:sz w:val="28"/>
          <w:szCs w:val="28"/>
        </w:rPr>
        <w:t xml:space="preserve"> </w:t>
      </w:r>
      <w:r w:rsidRPr="00CE758F">
        <w:rPr>
          <w:rFonts w:ascii="Baskerville Old Face" w:hAnsi="Baskerville Old Face"/>
          <w:bCs/>
          <w:sz w:val="28"/>
          <w:szCs w:val="28"/>
        </w:rPr>
        <w:t xml:space="preserve">Nothing had happened. That is essential. Nobody was hurt on Rig 6 that night. No pipe was dropped, no hand was lost, no ute went off the Barkly Highway at four in the morning with a boy asleep at the wheel. The rig was down eleven hours, the job still came in four days early, and if Wally Mansfield had gone to bed at Elliott that </w:t>
      </w:r>
      <w:r w:rsidRPr="00CE758F">
        <w:rPr>
          <w:rFonts w:ascii="Baskerville Old Face" w:hAnsi="Baskerville Old Face"/>
          <w:bCs/>
          <w:sz w:val="28"/>
          <w:szCs w:val="28"/>
        </w:rPr>
        <w:lastRenderedPageBreak/>
        <w:t>night as any sensible man of sixty-nine would have done, there would be nothing in this chapter at all.</w:t>
      </w:r>
    </w:p>
    <w:p w14:paraId="1F407337" w14:textId="7566E30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arrived at half past two in the afternoon, and he did not go to the office in Alice, and he did not ring first.</w:t>
      </w:r>
      <w:r w:rsidR="00D55583">
        <w:rPr>
          <w:rFonts w:ascii="Baskerville Old Face" w:hAnsi="Baskerville Old Face"/>
          <w:bCs/>
          <w:sz w:val="28"/>
          <w:szCs w:val="28"/>
        </w:rPr>
        <w:t xml:space="preserve"> </w:t>
      </w:r>
      <w:r w:rsidRPr="00CE758F">
        <w:rPr>
          <w:rFonts w:ascii="Baskerville Old Face" w:hAnsi="Baskerville Old Face"/>
          <w:bCs/>
          <w:sz w:val="28"/>
          <w:szCs w:val="28"/>
        </w:rPr>
        <w:t>Ellie let him in.</w:t>
      </w:r>
      <w:r w:rsidR="00D55583">
        <w:rPr>
          <w:rFonts w:ascii="Baskerville Old Face" w:hAnsi="Baskerville Old Face"/>
          <w:bCs/>
          <w:sz w:val="28"/>
          <w:szCs w:val="28"/>
        </w:rPr>
        <w:t xml:space="preserve"> </w:t>
      </w:r>
      <w:r w:rsidRPr="00CE758F">
        <w:rPr>
          <w:rFonts w:ascii="Baskerville Old Face" w:hAnsi="Baskerville Old Face"/>
          <w:bCs/>
          <w:sz w:val="28"/>
          <w:szCs w:val="28"/>
        </w:rPr>
        <w:t>She was thirty-eight. She had a committee at four and she had her good shoes on, and she took one look at Wally Mansfield standing on her step in yesterday’s shirt with the dust of five hundred and eighty kilometres on him and she did not ask him a single question. She put him in the kitchen and gave him tea and a cut of fruitcake he did not touch, and she rang the committee and said she would be late, and then she went and stood at the far end of the hall where she could hear and could not be seen, and she has never pretended otherwise. She said so under oath, in fact, and added that she was not sorry.</w:t>
      </w:r>
      <w:r w:rsidR="001D3DCD">
        <w:rPr>
          <w:rFonts w:ascii="Baskerville Old Face" w:hAnsi="Baskerville Old Face"/>
          <w:bCs/>
          <w:sz w:val="28"/>
          <w:szCs w:val="28"/>
        </w:rPr>
        <w:t xml:space="preserve"> </w:t>
      </w:r>
      <w:r w:rsidRPr="00CE758F">
        <w:rPr>
          <w:rFonts w:ascii="Baskerville Old Face" w:hAnsi="Baskerville Old Face"/>
          <w:bCs/>
          <w:sz w:val="28"/>
          <w:szCs w:val="28"/>
        </w:rPr>
        <w:t>Finian came in from the yard at about three.</w:t>
      </w:r>
      <w:r w:rsidR="001D3DCD">
        <w:rPr>
          <w:rFonts w:ascii="Baskerville Old Face" w:hAnsi="Baskerville Old Face"/>
          <w:bCs/>
          <w:sz w:val="28"/>
          <w:szCs w:val="28"/>
        </w:rPr>
        <w:t xml:space="preserve"> </w:t>
      </w:r>
      <w:r w:rsidRPr="00CE758F">
        <w:rPr>
          <w:rFonts w:ascii="Baskerville Old Face" w:hAnsi="Baskerville Old Face"/>
          <w:bCs/>
          <w:sz w:val="28"/>
          <w:szCs w:val="28"/>
        </w:rPr>
        <w:t>His office at the Keep was the room at the north-east corner with the window that looked down the drive, and there was a partners desk in it that had come from a sale in Adelaide and a picture on the wall of the first rig</w:t>
      </w:r>
      <w:r w:rsidR="001D3DCD">
        <w:rPr>
          <w:rFonts w:ascii="Baskerville Old Face" w:hAnsi="Baskerville Old Face"/>
          <w:bCs/>
          <w:sz w:val="28"/>
          <w:szCs w:val="28"/>
        </w:rPr>
        <w:t>,</w:t>
      </w:r>
      <w:r w:rsidRPr="00CE758F">
        <w:rPr>
          <w:rFonts w:ascii="Baskerville Old Face" w:hAnsi="Baskerville Old Face"/>
          <w:bCs/>
          <w:sz w:val="28"/>
          <w:szCs w:val="28"/>
        </w:rPr>
        <w:t xml:space="preserve"> the Bucyrus, the forty-year-old spudder, photographed at Corella Downs in 1964 with three men in front of it, one of whom was twenty-two and one of whom was eighteen and lying about it.</w:t>
      </w:r>
    </w:p>
    <w:p w14:paraId="0690CC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Wally sat down in front of the desk. Finian sat behind it. Neither of them had ever done that before in twenty-one years; every conversation those two men had ever had had been had standing up, or on a tailgate, or on either side of a fire drum with a billy going, and both of them noticed, and neither of them said so.</w:t>
      </w:r>
    </w:p>
    <w:p w14:paraId="7C11EED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shut Six down last night,” Wally said. “Nineteenth hour. Boy of nineteen on the brake.”</w:t>
      </w:r>
    </w:p>
    <w:p w14:paraId="5705AD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“Was he hurt?”</w:t>
      </w:r>
    </w:p>
    <w:p w14:paraId="0FECC5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095D64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“Was there damage?”</w:t>
      </w:r>
    </w:p>
    <w:p w14:paraId="5EECD28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3E56A63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said Finian. And then, because he was a fair man in his own estimation and it is important to be accurate about him: “Then ye did right. I’d have done the same.”</w:t>
      </w:r>
    </w:p>
    <w:p w14:paraId="1D3480C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that was true, and Wally knew it was true, and it is the reason the next forty minutes were as bad as they were. If Finian Kavanagh had been a brute it would have taken four minutes.</w:t>
      </w:r>
    </w:p>
    <w:p w14:paraId="023C12A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“I’m finishing up,” Wally said.</w:t>
      </w:r>
    </w:p>
    <w:p w14:paraId="55A36BE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looked at him.</w:t>
      </w:r>
    </w:p>
    <w:p w14:paraId="796F465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“Ye’ll want a spell,” he said. “Take three month. Take six. Ted’ll cover the north run and I’ll —“</w:t>
      </w:r>
    </w:p>
    <w:p w14:paraId="3CEAB57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“I’m finishing up, Fin.”</w:t>
      </w:r>
    </w:p>
    <w:p w14:paraId="1340C7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considerable silence.</w:t>
      </w:r>
    </w:p>
    <w:p w14:paraId="37359D2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Finian, who had negotiated with mining companies and with the Commonwealth and with a bank in Melbourne that had once tried to take his workshop off him, did the thing he did, which was to begin looking for the number.</w:t>
      </w:r>
    </w:p>
    <w:p w14:paraId="1EDAF5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“Is it the wage?”</w:t>
      </w:r>
    </w:p>
    <w:p w14:paraId="510168C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3E1DAA6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ye’ve never asked me for a rise in twenty-one year and that’s on me, no’ you. I’ll put ye on eighty and a vehicle for life —“</w:t>
      </w:r>
    </w:p>
    <w:p w14:paraId="131E30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not the wage.”</w:t>
      </w:r>
    </w:p>
    <w:p w14:paraId="08334E6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“Is it the title? Ye want a seat? I’ll put ye on the board, ye’d be —“ and he was already reaching for the paper on the left of the desk to write it down, because writing it down was how things became real, “— ye’d be the second name on it after me.”</w:t>
      </w:r>
    </w:p>
    <w:p w14:paraId="3353E31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w:t>
      </w:r>
    </w:p>
    <w:p w14:paraId="343AE39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is it ye want, Wally?”</w:t>
      </w:r>
    </w:p>
    <w:p w14:paraId="523AA8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Wally Mansfield sat in a leather chair in a house with a wall round it and looked at the boy he had taught to trip pipe, and said:</w:t>
      </w:r>
    </w:p>
    <w:p w14:paraId="2F686F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want to not be here when it happens.”</w:t>
      </w:r>
    </w:p>
    <w:p w14:paraId="3D19637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did not understand.</w:t>
      </w:r>
    </w:p>
    <w:p w14:paraId="120881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must be said clearly, because it is the hinge of the whole afternoon, and because a certain kind of reader will assume he understood perfectly well and was pretending. He was not pretending. He heard the sentence and it made no sense to him, in the way that a sentence in a language you have three words of makes no sense, and what he felt was not guilt but a sort of impatience, the specific impatience of a man being handed a problem with no figure attached to it.</w:t>
      </w:r>
    </w:p>
    <w:p w14:paraId="6B5BEB3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“When </w:t>
      </w:r>
      <w:r w:rsidRPr="00CE758F">
        <w:rPr>
          <w:rFonts w:ascii="Baskerville Old Face" w:hAnsi="Baskerville Old Face"/>
          <w:bCs/>
          <w:i/>
          <w:sz w:val="28"/>
          <w:szCs w:val="28"/>
        </w:rPr>
        <w:t>what</w:t>
      </w:r>
      <w:r w:rsidRPr="00CE758F">
        <w:rPr>
          <w:rFonts w:ascii="Baskerville Old Face" w:hAnsi="Baskerville Old Face"/>
          <w:bCs/>
          <w:sz w:val="28"/>
          <w:szCs w:val="28"/>
        </w:rPr>
        <w:t xml:space="preserve"> happens?”</w:t>
      </w:r>
    </w:p>
    <w:p w14:paraId="405BFBF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“When one of them goes in,” said Wally.</w:t>
      </w:r>
    </w:p>
    <w:p w14:paraId="23DE222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“Nobody’s gone in.”</w:t>
      </w:r>
    </w:p>
    <w:p w14:paraId="1BD0E97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3899560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“Nobody’s gone in in six year, Wally.” Finian sat forward. He was not shouting; he never shouted, it was one of the things people wrote about him. “Not since Ted’s arms and that was fire, and that was me, and I’ve never once said different. Nineteen rigs. Six year. Ye’ll no’ find a contractor </w:t>
      </w:r>
      <w:r w:rsidRPr="00CE758F">
        <w:rPr>
          <w:rFonts w:ascii="Baskerville Old Face" w:hAnsi="Baskerville Old Face"/>
          <w:bCs/>
          <w:sz w:val="28"/>
          <w:szCs w:val="28"/>
        </w:rPr>
        <w:lastRenderedPageBreak/>
        <w:t>in this Territory can show ye that.” He put one finger on the desk. “Show me the man. Show me one man that’s been hurt on a Kavanagh rig since seventy-nine and I’ll shut down whatever ye tell me tae shut down.”</w:t>
      </w:r>
    </w:p>
    <w:p w14:paraId="6D85C4D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Wally Mansfield reached into the breast pocket of yesterday’s shirt and took out a piece of paper folded in four.</w:t>
      </w:r>
    </w:p>
    <w:p w14:paraId="3370154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was ruled paper out of a school exercise book, and it had been folded and unfolded so many times that the creases had gone furry and one of them had split and been mended with a strip of sticking plaster.</w:t>
      </w:r>
    </w:p>
    <w:p w14:paraId="6DEDEE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was not a list of injuries.</w:t>
      </w:r>
    </w:p>
    <w:p w14:paraId="5BF1372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was a list of hours.</w:t>
      </w:r>
    </w:p>
    <w:p w14:paraId="7DC5D748" w14:textId="2DBF9AF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Every shift worked on a Kavanagh rig longer than fourteen hours since the first of January 1979, with the date, and the rig, and the name of the man on the brake, and the number. Two hundred and thirty-odd entries in six years, in pencil, in a hand that had learned to write in Ballarat in 1923 and had not much changed since. Some of the entries had a small tick beside them. Wally never explained the ticks and was not asked about them in either world.</w:t>
      </w:r>
      <w:r w:rsidR="00063E03">
        <w:rPr>
          <w:rFonts w:ascii="Baskerville Old Face" w:hAnsi="Baskerville Old Face"/>
          <w:bCs/>
          <w:sz w:val="28"/>
          <w:szCs w:val="28"/>
        </w:rPr>
        <w:t xml:space="preserve"> </w:t>
      </w:r>
      <w:r w:rsidRPr="00CE758F">
        <w:rPr>
          <w:rFonts w:ascii="Baskerville Old Face" w:hAnsi="Baskerville Old Face"/>
          <w:bCs/>
          <w:sz w:val="28"/>
          <w:szCs w:val="28"/>
        </w:rPr>
        <w:t>Finian read down it for a long time.</w:t>
      </w:r>
      <w:r w:rsidR="00063E03">
        <w:rPr>
          <w:rFonts w:ascii="Baskerville Old Face" w:hAnsi="Baskerville Old Face"/>
          <w:bCs/>
          <w:sz w:val="28"/>
          <w:szCs w:val="28"/>
        </w:rPr>
        <w:t xml:space="preserve"> </w:t>
      </w:r>
      <w:r w:rsidRPr="00CE758F">
        <w:rPr>
          <w:rFonts w:ascii="Baskerville Old Face" w:hAnsi="Baskerville Old Face"/>
          <w:bCs/>
          <w:sz w:val="28"/>
          <w:szCs w:val="28"/>
        </w:rPr>
        <w:t>His own name was on it once, in 1980, at sixteen hours.</w:t>
      </w:r>
    </w:p>
    <w:p w14:paraId="29E0E62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Ted Mawson’s name was on it four times.</w:t>
      </w:r>
    </w:p>
    <w:p w14:paraId="33EB6AD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w:t>
      </w:r>
      <w:r w:rsidRPr="00CE758F">
        <w:rPr>
          <w:rFonts w:ascii="Baskerville Old Face" w:hAnsi="Baskerville Old Face"/>
          <w:bCs/>
          <w:i/>
          <w:sz w:val="28"/>
          <w:szCs w:val="28"/>
        </w:rPr>
        <w:t>W. Mansfield</w:t>
      </w:r>
      <w:r w:rsidRPr="00CE758F">
        <w:rPr>
          <w:rFonts w:ascii="Baskerville Old Face" w:hAnsi="Baskerville Old Face"/>
          <w:bCs/>
          <w:sz w:val="28"/>
          <w:szCs w:val="28"/>
        </w:rPr>
        <w:t xml:space="preserve"> was on it four times as well, twice in 1980 and twice in 1981, at fifteen, at fifteen, at sixteen, and at seventeen and a half.</w:t>
      </w:r>
    </w:p>
    <w:p w14:paraId="696DDA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at the very bottom of the last column, below a ruled line, in a different pencil and a different year, there was one entry that had no rig number and no company name against it at all:</w:t>
      </w:r>
    </w:p>
    <w:p w14:paraId="3669DC6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C. Tierney. 12/11/61. 19.</w:t>
      </w:r>
    </w:p>
    <w:p w14:paraId="1639744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“What’s that?”</w:t>
      </w:r>
    </w:p>
    <w:p w14:paraId="352E69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the one I was on the brake for,” said Wally.</w:t>
      </w:r>
    </w:p>
    <w:p w14:paraId="4A00506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Twenty-one years earlier, at a fire drum outside Corella Downs, a man of forty-eight had said two words to a boy who had just done something brave and stupid in a cloud of steam, and the boy had said </w:t>
      </w:r>
      <w:r w:rsidRPr="00CE758F">
        <w:rPr>
          <w:rFonts w:ascii="Baskerville Old Face" w:hAnsi="Baskerville Old Face"/>
          <w:bCs/>
          <w:i/>
          <w:sz w:val="28"/>
          <w:szCs w:val="28"/>
        </w:rPr>
        <w:t>count of what</w:t>
      </w:r>
      <w:r w:rsidRPr="00CE758F">
        <w:rPr>
          <w:rFonts w:ascii="Baskerville Old Face" w:hAnsi="Baskerville Old Face"/>
          <w:bCs/>
          <w:sz w:val="28"/>
          <w:szCs w:val="28"/>
        </w:rPr>
        <w:t>, and the man had already got up and gone.</w:t>
      </w:r>
    </w:p>
    <w:p w14:paraId="0919DCE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remembered it in that office. He said so to the Court, and the Court believed him, and it did him no good at all, because the thing he remembered was not the meaning of it but the shape of the evening: the drum, the smell, the man’s back going away across the compound, and his own mild irritation at not being answered.</w:t>
      </w:r>
    </w:p>
    <w:p w14:paraId="6D241D96" w14:textId="36D6004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“Y</w:t>
      </w:r>
      <w:r w:rsidR="00063E03">
        <w:rPr>
          <w:rFonts w:ascii="Baskerville Old Face" w:hAnsi="Baskerville Old Face"/>
          <w:bCs/>
          <w:sz w:val="28"/>
          <w:szCs w:val="28"/>
        </w:rPr>
        <w:t>ou</w:t>
      </w:r>
      <w:r w:rsidRPr="00CE758F">
        <w:rPr>
          <w:rFonts w:ascii="Baskerville Old Face" w:hAnsi="Baskerville Old Face"/>
          <w:bCs/>
          <w:sz w:val="28"/>
          <w:szCs w:val="28"/>
        </w:rPr>
        <w:t xml:space="preserve"> asked me once,” Wally said, “what t</w:t>
      </w:r>
      <w:r w:rsidR="00063E03">
        <w:rPr>
          <w:rFonts w:ascii="Baskerville Old Face" w:hAnsi="Baskerville Old Face"/>
          <w:bCs/>
          <w:sz w:val="28"/>
          <w:szCs w:val="28"/>
        </w:rPr>
        <w:t>o</w:t>
      </w:r>
      <w:r w:rsidRPr="00CE758F">
        <w:rPr>
          <w:rFonts w:ascii="Baskerville Old Face" w:hAnsi="Baskerville Old Face"/>
          <w:bCs/>
          <w:sz w:val="28"/>
          <w:szCs w:val="28"/>
        </w:rPr>
        <w:t xml:space="preserve"> keep count of.”</w:t>
      </w:r>
      <w:r w:rsidR="00063E03">
        <w:rPr>
          <w:rFonts w:ascii="Baskerville Old Face" w:hAnsi="Baskerville Old Face"/>
          <w:bCs/>
          <w:sz w:val="28"/>
          <w:szCs w:val="28"/>
        </w:rPr>
        <w:t xml:space="preserve"> </w:t>
      </w:r>
      <w:r w:rsidRPr="00CE758F">
        <w:rPr>
          <w:rFonts w:ascii="Baskerville Old Face" w:hAnsi="Baskerville Old Face"/>
          <w:bCs/>
          <w:sz w:val="28"/>
          <w:szCs w:val="28"/>
        </w:rPr>
        <w:t>He did not say it unkindly. There was, in fact, nothing whatever in his voice, and Ellie, at the end of the hall in her good shoes, said afterwards that this was the part she could not forget: that it was the flattest thing she ever heard a man say.</w:t>
      </w:r>
    </w:p>
    <w:p w14:paraId="1D8FFE2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it,” said Wally. “That’s the count.”</w:t>
      </w:r>
    </w:p>
    <w:p w14:paraId="3A18219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Here is where Finian Kavanagh, thirty-nine years of age, sitting in his own house, on a Tuesday afternoon, with a fair man’s tea going cold beside him, said the worst thing he ever said to a living human being.</w:t>
      </w:r>
    </w:p>
    <w:p w14:paraId="4ACD98F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not say it in anger. He said it in the tone of a man closing an argument with a point of order — the tone, precisely, of a man who has found the flaw in the other fellow’s figures and is being decent enough not to enjoy it.</w:t>
      </w:r>
    </w:p>
    <w:p w14:paraId="4C71FF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“Ye’ve been drawin’ a wage off those hours the same as me.”</w:t>
      </w:r>
    </w:p>
    <w:p w14:paraId="4C73991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clock in the hall.</w:t>
      </w:r>
    </w:p>
    <w:p w14:paraId="09C4BC1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Wally. “I have.”</w:t>
      </w:r>
    </w:p>
    <w:p w14:paraId="5B712CDA" w14:textId="7D2A904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“Twenty-one year</w:t>
      </w:r>
      <w:r w:rsidR="004A034B">
        <w:rPr>
          <w:rFonts w:ascii="Baskerville Old Face" w:hAnsi="Baskerville Old Face"/>
          <w:bCs/>
          <w:sz w:val="28"/>
          <w:szCs w:val="28"/>
        </w:rPr>
        <w:t>s</w:t>
      </w:r>
      <w:r w:rsidRPr="00CE758F">
        <w:rPr>
          <w:rFonts w:ascii="Baskerville Old Face" w:hAnsi="Baskerville Old Face"/>
          <w:bCs/>
          <w:sz w:val="28"/>
          <w:szCs w:val="28"/>
        </w:rPr>
        <w:t>.”</w:t>
      </w:r>
    </w:p>
    <w:p w14:paraId="1FD2874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6A9B9D3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“So what is it ye’re tellin’ me, exactly?” Finian’s hand was flat on the paper now, over the ticks. “That ye’ve sat there wi’ yer pencil since seventy-nine keepin’ yer wee book, drawin’ my money, sayin’ nothin’ tae me, no’ once, no’ one time, and now ye’ve decided ye canna thole it and it’s </w:t>
      </w:r>
      <w:r w:rsidRPr="00CE758F">
        <w:rPr>
          <w:rFonts w:ascii="Baskerville Old Face" w:hAnsi="Baskerville Old Face"/>
          <w:bCs/>
          <w:i/>
          <w:sz w:val="28"/>
          <w:szCs w:val="28"/>
        </w:rPr>
        <w:t>me</w:t>
      </w:r>
      <w:r w:rsidRPr="00CE758F">
        <w:rPr>
          <w:rFonts w:ascii="Baskerville Old Face" w:hAnsi="Baskerville Old Face"/>
          <w:bCs/>
          <w:sz w:val="28"/>
          <w:szCs w:val="28"/>
        </w:rPr>
        <w:t xml:space="preserve"> that’s —“</w:t>
      </w:r>
    </w:p>
    <w:p w14:paraId="6EEAD6D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on the paper,” said Wally.</w:t>
      </w:r>
    </w:p>
    <w:p w14:paraId="4241C99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stopped.</w:t>
      </w:r>
    </w:p>
    <w:p w14:paraId="70E019B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“Read it,” said Wally. “Twice in eighty, twice in eighty-one. That’s me. On the brake. Over fourteen.” He put two fingers on the desk, the way Finian had, without appearing to know that he was doing it. “I never said I was better than ye, son. I said I was leavin’.”</w:t>
      </w:r>
    </w:p>
    <w:p w14:paraId="5BE6A8F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would not take the money.</w:t>
      </w:r>
    </w:p>
    <w:p w14:paraId="3AEDAAB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offered it three more times in the next twenty minutes, in three different shapes — a settlement, a consultancy, a rig of his own on a lease at nothing a year — and each time it came out flatter than the last, and by the end of it he was arguing about a figure with a man who had not mentioned money once, which he heard himself doing and could not stop.</w:t>
      </w:r>
    </w:p>
    <w:p w14:paraId="4ABAAF7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Wally put the Toyota keys on the desk and said Ted could send someone for the vehicle, and Finian said keep the bloody vehicle, and Wally said no.</w:t>
      </w:r>
    </w:p>
    <w:p w14:paraId="76E9DCD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paper stayed on the desk. That was deliberate. Wally left it there, in the middle, squarely, the way you leave a docket.</w:t>
      </w:r>
    </w:p>
    <w:p w14:paraId="565EE4CB" w14:textId="6D8D52F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At the door he stopped, and turned round, and for a moment he looked at the photograph of the Bucyrus on the wall with the three men in front of it, and Finian, who had got up because you get up, stood behind his own desk and waited to be forgiven, and knew that he was waiting for it, and hated it.</w:t>
      </w:r>
      <w:r w:rsidR="00FE5846">
        <w:rPr>
          <w:rFonts w:ascii="Baskerville Old Face" w:hAnsi="Baskerville Old Face"/>
          <w:bCs/>
          <w:sz w:val="28"/>
          <w:szCs w:val="28"/>
        </w:rPr>
        <w:t xml:space="preserve"> </w:t>
      </w:r>
      <w:r w:rsidRPr="00CE758F">
        <w:rPr>
          <w:rFonts w:ascii="Baskerville Old Face" w:hAnsi="Baskerville Old Face"/>
          <w:bCs/>
          <w:sz w:val="28"/>
          <w:szCs w:val="28"/>
        </w:rPr>
        <w:t>What Wally said was:</w:t>
      </w:r>
    </w:p>
    <w:p w14:paraId="117C33E3" w14:textId="0E55FE9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w:t>
      </w:r>
      <w:r w:rsidR="00FE5846">
        <w:rPr>
          <w:rFonts w:ascii="Baskerville Old Face" w:hAnsi="Baskerville Old Face"/>
          <w:bCs/>
          <w:sz w:val="28"/>
          <w:szCs w:val="28"/>
        </w:rPr>
        <w:t>ou</w:t>
      </w:r>
      <w:r w:rsidRPr="00CE758F">
        <w:rPr>
          <w:rFonts w:ascii="Baskerville Old Face" w:hAnsi="Baskerville Old Face"/>
          <w:bCs/>
          <w:sz w:val="28"/>
          <w:szCs w:val="28"/>
        </w:rPr>
        <w:t xml:space="preserve"> were the best hand I ever had on a floor.”</w:t>
      </w:r>
    </w:p>
    <w:p w14:paraId="64DF53C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then he went out, and got into a vehicle he had just refused to own, and drove down the drive between the pepper trees Ellie had planted, and out through the gate of the Keep, and Finian Kavanagh did not see him again in the flesh in the fifty-five years remaining to either of them, because Wally Mansfield died at Yeppoon in October 1996, fourteen months after a telephone call about a gearbox, and Finian sent flowers and did not go, and had a reason, and the reason was real, and the reason was a meeting.</w:t>
      </w:r>
    </w:p>
    <w:p w14:paraId="45DAE2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Wally stopped the Toyota at the gate.</w:t>
      </w:r>
    </w:p>
    <w:p w14:paraId="6E338908" w14:textId="75C6A8B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told the Court about it himself, and it was the only thing in his evidence that Crassus did not want and Darrow did not want either, and it went in anyway because Socrates allowed it on the grounds that the witness plainly wished to be rid of it.</w:t>
      </w:r>
      <w:r w:rsidR="00FE5846">
        <w:rPr>
          <w:rFonts w:ascii="Baskerville Old Face" w:hAnsi="Baskerville Old Face"/>
          <w:bCs/>
          <w:sz w:val="28"/>
          <w:szCs w:val="28"/>
        </w:rPr>
        <w:t xml:space="preserve"> </w:t>
      </w:r>
      <w:r w:rsidRPr="00CE758F">
        <w:rPr>
          <w:rFonts w:ascii="Baskerville Old Face" w:hAnsi="Baskerville Old Face"/>
          <w:bCs/>
          <w:sz w:val="28"/>
          <w:szCs w:val="28"/>
        </w:rPr>
        <w:t>There was a woman standing just inside the wall, in the shade of the near pepper tree, in a grey dress. Wally took her for one of Ellie’s committee women, arrived early and waiting for a lift, and he wound the window down to ask if she wanted running into town.</w:t>
      </w:r>
    </w:p>
    <w:p w14:paraId="4A1CDE2F" w14:textId="607D348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She said: “You’ve done what ye can, </w:t>
      </w:r>
      <w:r w:rsidR="00A431F6" w:rsidRPr="00CE758F">
        <w:rPr>
          <w:rFonts w:ascii="Baskerville Old Face" w:hAnsi="Baskerville Old Face"/>
          <w:bCs/>
          <w:sz w:val="28"/>
          <w:szCs w:val="28"/>
        </w:rPr>
        <w:t>Mr.</w:t>
      </w:r>
      <w:r w:rsidRPr="00CE758F">
        <w:rPr>
          <w:rFonts w:ascii="Baskerville Old Face" w:hAnsi="Baskerville Old Face"/>
          <w:bCs/>
          <w:sz w:val="28"/>
          <w:szCs w:val="28"/>
        </w:rPr>
        <w:t xml:space="preserve"> Mansfield.”</w:t>
      </w:r>
    </w:p>
    <w:p w14:paraId="32C9F7E2" w14:textId="4C0E610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he thanked her.</w:t>
      </w:r>
      <w:r w:rsidR="00B54954">
        <w:rPr>
          <w:rFonts w:ascii="Baskerville Old Face" w:hAnsi="Baskerville Old Face"/>
          <w:bCs/>
          <w:sz w:val="28"/>
          <w:szCs w:val="28"/>
        </w:rPr>
        <w:t xml:space="preserve"> </w:t>
      </w:r>
      <w:r w:rsidRPr="00CE758F">
        <w:rPr>
          <w:rFonts w:ascii="Baskerville Old Face" w:hAnsi="Baskerville Old Face"/>
          <w:bCs/>
          <w:sz w:val="28"/>
          <w:szCs w:val="28"/>
        </w:rPr>
        <w:t>He said in evidence that he drove about eleven kilometres before it occurred to him that he had not told any woman at that gate his name, and that when he looked in the mirror at the time there had been nobody in the drive; and that he had thought about it, on and off, for eleven years, generally at about three in the morning; and that he had never mentioned it to his daughter, or to Ted Mawson, or to anybody at all until this present moment in a room with no walls.</w:t>
      </w:r>
      <w:r w:rsidR="00B54954">
        <w:rPr>
          <w:rFonts w:ascii="Baskerville Old Face" w:hAnsi="Baskerville Old Face"/>
          <w:bCs/>
          <w:sz w:val="28"/>
          <w:szCs w:val="28"/>
        </w:rPr>
        <w:t xml:space="preserve"> </w:t>
      </w:r>
      <w:r w:rsidRPr="00CE758F">
        <w:rPr>
          <w:rFonts w:ascii="Baskerville Old Face" w:hAnsi="Baskerville Old Face"/>
          <w:bCs/>
          <w:sz w:val="28"/>
          <w:szCs w:val="28"/>
        </w:rPr>
        <w:t>Then he asked the court, straight out, who she was.</w:t>
      </w:r>
    </w:p>
    <w:p w14:paraId="7ED784E8" w14:textId="5940EEB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Nobody answered him. Maggie Dickson sat at the side of that court with her hands in her lap and did not look up, and it is the only occasion in the whole proceeding on which she was seen to be uncomfortable.</w:t>
      </w:r>
      <w:r w:rsidR="00B54954">
        <w:rPr>
          <w:rFonts w:ascii="Baskerville Old Face" w:hAnsi="Baskerville Old Face"/>
          <w:bCs/>
          <w:sz w:val="28"/>
          <w:szCs w:val="28"/>
        </w:rPr>
        <w:t xml:space="preserve"> </w:t>
      </w:r>
      <w:r w:rsidRPr="00CE758F">
        <w:rPr>
          <w:rFonts w:ascii="Baskerville Old Face" w:hAnsi="Baskerville Old Face"/>
          <w:bCs/>
          <w:sz w:val="28"/>
          <w:szCs w:val="28"/>
        </w:rPr>
        <w:t>Six weeks later Finian issued a standing instruction.</w:t>
      </w:r>
      <w:r w:rsidR="00B54954">
        <w:rPr>
          <w:rFonts w:ascii="Baskerville Old Face" w:hAnsi="Baskerville Old Face"/>
          <w:bCs/>
          <w:sz w:val="28"/>
          <w:szCs w:val="28"/>
        </w:rPr>
        <w:t xml:space="preserve"> </w:t>
      </w:r>
      <w:r w:rsidRPr="00CE758F">
        <w:rPr>
          <w:rFonts w:ascii="Baskerville Old Face" w:hAnsi="Baskerville Old Face"/>
          <w:bCs/>
          <w:sz w:val="28"/>
          <w:szCs w:val="28"/>
        </w:rPr>
        <w:t>It went to every camp on the company’s letterhead, over his own signature, and it was pinned up beside the certificates and the dates, and it said that no shift on any Kavanagh rig was to exceed fourteen hours, that the driller was to shut down at fourteen regardless of programme, and that no man’s bonus was to be affected by a shutdown under this instruction.</w:t>
      </w:r>
      <w:r w:rsidR="00B54954">
        <w:rPr>
          <w:rFonts w:ascii="Baskerville Old Face" w:hAnsi="Baskerville Old Face"/>
          <w:bCs/>
          <w:sz w:val="28"/>
          <w:szCs w:val="28"/>
        </w:rPr>
        <w:t xml:space="preserve"> </w:t>
      </w:r>
      <w:r w:rsidRPr="00CE758F">
        <w:rPr>
          <w:rFonts w:ascii="Baskerville Old Face" w:hAnsi="Baskerville Old Face"/>
          <w:bCs/>
          <w:sz w:val="28"/>
          <w:szCs w:val="28"/>
        </w:rPr>
        <w:t>Darrow put that document in evidence on the second day of the defence and read the whole of it aloud, slowly, and then held it up to the twelve men and said, “He was not asked to write this. Nobody made him. There was no inspector, no union, no coroner, no journalist. A man walked out of his house and left a piece of school paper on his desk, and six weeks later this went up in nineteen camps.” He put it down. “I have defended a great many men. I have not often had a document like this to show.”</w:t>
      </w:r>
    </w:p>
    <w:p w14:paraId="2D12A3C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was obeyed for about seven months.</w:t>
      </w:r>
    </w:p>
    <w:p w14:paraId="3F22E27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Then the Kilcoy job had a date on the wall, and a driller at Number 11 ran to fifteen and a half to get off a bad hole </w:t>
      </w:r>
      <w:r w:rsidRPr="00CE758F">
        <w:rPr>
          <w:rFonts w:ascii="Baskerville Old Face" w:hAnsi="Baskerville Old Face"/>
          <w:bCs/>
          <w:sz w:val="28"/>
          <w:szCs w:val="28"/>
        </w:rPr>
        <w:lastRenderedPageBreak/>
        <w:t>before the wet, and nobody said anything, because nothing happened; and then it was sixteen; and by 1988 the instruction was still pinned to the wall in most of the camps, going brown at the corners, and it had become one of those pieces of paper that everybody can see and nobody reads.</w:t>
      </w:r>
    </w:p>
    <w:p w14:paraId="3857A84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never rescinded it. He never softened it. He simply never asked, in the remaining ten years, whether it was being obeyed, and no one ever volunteered that it was not, because he had built a company in which volunteering that sort of thing had no obvious route.</w:t>
      </w:r>
    </w:p>
    <w:p w14:paraId="15DFA7F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spent one hour and ten minutes on the instruction, which was longer than he spent on the desert soak.</w:t>
      </w:r>
    </w:p>
    <w:p w14:paraId="403AEE4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not attack the document. He praised it — extravagantly, at length, until Darrow objected and Socrates, with what several people described as the ghost of a smile, told the prosecution to come to its point.</w:t>
      </w:r>
    </w:p>
    <w:p w14:paraId="2FD484F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point was two questions.</w:t>
      </w:r>
    </w:p>
    <w:p w14:paraId="06FEE4A3" w14:textId="680E77A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A431F6" w:rsidRPr="00CE758F">
        <w:rPr>
          <w:rFonts w:ascii="Baskerville Old Face" w:hAnsi="Baskerville Old Face"/>
          <w:bCs/>
          <w:sz w:val="28"/>
          <w:szCs w:val="28"/>
        </w:rPr>
        <w:t>Mr.</w:t>
      </w:r>
      <w:r w:rsidRPr="00CE758F">
        <w:rPr>
          <w:rFonts w:ascii="Baskerville Old Face" w:hAnsi="Baskerville Old Face"/>
          <w:bCs/>
          <w:sz w:val="28"/>
          <w:szCs w:val="28"/>
        </w:rPr>
        <w:t xml:space="preserve"> Kavanagh. Between 1985 and 1995, how many times did you ask any man in your employment whether that instruction was being kept?”</w:t>
      </w:r>
    </w:p>
    <w:p w14:paraId="7B95E4F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nothing for eleven seconds.</w:t>
      </w:r>
    </w:p>
    <w:p w14:paraId="407D572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“Let the record show the witness did not answer. Second question. In those same ten years, how many times did you ask any man in your employment whether the programme was being kept?”</w:t>
      </w:r>
    </w:p>
    <w:p w14:paraId="2C8E80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 Mansfield was in the witness box for two hours and forty minutes and did not once say anything against Finian Kavanagh that Finian had not already said about himself.</w:t>
      </w:r>
    </w:p>
    <w:p w14:paraId="71E39EB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tried, in the end, the direct route, because he had a jury to think of.</w:t>
      </w:r>
    </w:p>
    <w:p w14:paraId="444C968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“Was he a good man?”</w:t>
      </w:r>
    </w:p>
    <w:p w14:paraId="49371D1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Wally took his time over it, the way he took his time over everything, and then he said:</w:t>
      </w:r>
    </w:p>
    <w:p w14:paraId="626405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the best hand I ever had on a floor. There’s men alive today because of what that boy did in a cloud of steam at Corella Downs when he was eighteen year old and he didn’t have to.” He shifted in the chair. “You’re askin’ me a different question, and I don’t know the answer to it. I never did. I’ve thought about it for ten year and I’ve not got it.”</w:t>
      </w:r>
    </w:p>
    <w:p w14:paraId="32237E3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who was a great advocate, let that lie exactly as long as it needed to, and sat down.</w:t>
      </w:r>
    </w:p>
    <w:p w14:paraId="16AD2B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then Socrates leaned forward, and asked the only question he put to that witness, in the mild manner he used for the ones that did the damage.</w:t>
      </w:r>
    </w:p>
    <w:p w14:paraId="0C61A726" w14:textId="05875F8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A431F6" w:rsidRPr="00CE758F">
        <w:rPr>
          <w:rFonts w:ascii="Baskerville Old Face" w:hAnsi="Baskerville Old Face"/>
          <w:bCs/>
          <w:sz w:val="28"/>
          <w:szCs w:val="28"/>
        </w:rPr>
        <w:t>Mr.</w:t>
      </w:r>
      <w:r w:rsidRPr="00CE758F">
        <w:rPr>
          <w:rFonts w:ascii="Baskerville Old Face" w:hAnsi="Baskerville Old Face"/>
          <w:bCs/>
          <w:sz w:val="28"/>
          <w:szCs w:val="28"/>
        </w:rPr>
        <w:t xml:space="preserve"> Mansfield. In twenty-one years, did you ever tell this man what you had lost?”</w:t>
      </w:r>
    </w:p>
    <w:p w14:paraId="19560F4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 looked at the twelve men, and then at the floor.</w:t>
      </w:r>
    </w:p>
    <w:p w14:paraId="15960D8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38911C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not?”</w:t>
      </w:r>
    </w:p>
    <w:p w14:paraId="320BBA5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I was ashamed,” said Wally Mansfield. “I was on the brake. It was my rig and it was my hours and it was my hand on it, and I’ve never said the boy’s name out loud to another living soul in thirty-four year. I wrote it on a bit of paper.” He looked up. “I put it at the bottom of a list and I gave the list to a man who’d never heard of him, and I never told him what it was till he asked me.”</w:t>
      </w:r>
    </w:p>
    <w:p w14:paraId="06F9A1B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long silence in that place.</w:t>
      </w:r>
    </w:p>
    <w:p w14:paraId="31BC81E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Socrates said, to nobody in particular and to the record:</w:t>
      </w:r>
    </w:p>
    <w:p w14:paraId="27CF5D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the court will note that the witness kept a thing to himself for twenty-one years out of shame, and was not a monster for it; and that the defendant is not the only man in this room who has done so.”</w:t>
      </w:r>
    </w:p>
    <w:p w14:paraId="5939F34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Darrow wrote one line down, and it was the only note he took all day, and what he had written was: </w:t>
      </w:r>
      <w:r w:rsidRPr="00CE758F">
        <w:rPr>
          <w:rFonts w:ascii="Baskerville Old Face" w:hAnsi="Baskerville Old Face"/>
          <w:bCs/>
          <w:i/>
          <w:sz w:val="28"/>
          <w:szCs w:val="28"/>
        </w:rPr>
        <w:t>Ask S. later — is that mercy or is it a trap.</w:t>
      </w:r>
    </w:p>
    <w:p w14:paraId="1F38165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never did ask, and he did not need to.</w:t>
      </w:r>
    </w:p>
    <w:p w14:paraId="1788CB4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At the Keep, on the twenty-ninth of July 1985, Finian Kavanagh stood behind his desk for some time after the sound of the Toyota had gone off down the drive.</w:t>
      </w:r>
    </w:p>
    <w:p w14:paraId="75EBA4A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came as far as the office door with the tray, and looked at him, and asked if he was all right, and he said aye, fine, and asked her whether she was not away to her committee.</w:t>
      </w:r>
    </w:p>
    <w:p w14:paraId="6C17B10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looked at him a moment longer.</w:t>
      </w:r>
    </w:p>
    <w:p w14:paraId="63EEE27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took the tray away, and went to her committee, and was forty minutes late for it, and told the school board that her husband’s oldest friend had resigned that afternoon, because she was not a woman who lied about small things, and one of the women there remembered it in 2011 when a journalist rang.</w:t>
      </w:r>
    </w:p>
    <w:p w14:paraId="5E72940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Finian folded the piece of school paper along its furry creases, and put it in the safe, behind the deeds, in with the Player’s tin and the photograph of a shed-hand who could not have sunk a post-hole and a page torn out of a school atlas </w:t>
      </w:r>
      <w:r w:rsidRPr="00CE758F">
        <w:rPr>
          <w:rFonts w:ascii="Baskerville Old Face" w:hAnsi="Baskerville Old Face"/>
          <w:bCs/>
          <w:sz w:val="28"/>
          <w:szCs w:val="28"/>
        </w:rPr>
        <w:lastRenderedPageBreak/>
        <w:t xml:space="preserve">marked </w:t>
      </w:r>
      <w:r w:rsidRPr="00CE758F">
        <w:rPr>
          <w:rFonts w:ascii="Baskerville Old Face" w:hAnsi="Baskerville Old Face"/>
          <w:bCs/>
          <w:i/>
          <w:sz w:val="28"/>
          <w:szCs w:val="28"/>
        </w:rPr>
        <w:t>water here</w:t>
      </w:r>
      <w:r w:rsidRPr="00CE758F">
        <w:rPr>
          <w:rFonts w:ascii="Baskerville Old Face" w:hAnsi="Baskerville Old Face"/>
          <w:bCs/>
          <w:sz w:val="28"/>
          <w:szCs w:val="28"/>
        </w:rPr>
        <w:t xml:space="preserve"> and one page of a letter written to a girl in Edinburgh in 1964.</w:t>
      </w:r>
    </w:p>
    <w:p w14:paraId="6CA564C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never added a name to it.</w:t>
      </w:r>
    </w:p>
    <w:p w14:paraId="2017DB6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never destroyed it, either, and in 1997 he had it framed, and hung it in the entrance hall of the Kavanagh Foundation building in Alice Springs where every person who came in had to walk past it, and there is a small brass plate under it, and the plate does not explain what the list is.</w:t>
      </w:r>
    </w:p>
    <w:p w14:paraId="4E49697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he sat down, and pulled the ledger back across the desk towards him, and finished the column he had been on when Wally came in.</w:t>
      </w:r>
    </w:p>
    <w:p w14:paraId="715FF303"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08FAB2CE"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Eleven</w:t>
      </w:r>
    </w:p>
    <w:p w14:paraId="14AA2DEE"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Last Drive</w:t>
      </w:r>
    </w:p>
    <w:p w14:paraId="5FB0B390"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i/>
          <w:sz w:val="28"/>
          <w:szCs w:val="28"/>
        </w:rPr>
        <w:t>The Territory, June 1995</w:t>
      </w:r>
    </w:p>
    <w:p w14:paraId="18E58CA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three weeks in Adelaide had become nine.</w:t>
      </w:r>
    </w:p>
    <w:p w14:paraId="36F2352A" w14:textId="46EB3E7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Nobody in the house said so. </w:t>
      </w:r>
      <w:r w:rsidR="00A431F6" w:rsidRPr="00CE758F">
        <w:rPr>
          <w:rFonts w:ascii="Baskerville Old Face" w:hAnsi="Baskerville Old Face"/>
          <w:bCs/>
          <w:sz w:val="28"/>
          <w:szCs w:val="28"/>
        </w:rPr>
        <w:t>Mrs.</w:t>
      </w:r>
      <w:r w:rsidRPr="00CE758F">
        <w:rPr>
          <w:rFonts w:ascii="Baskerville Old Face" w:hAnsi="Baskerville Old Face"/>
          <w:bCs/>
          <w:sz w:val="28"/>
          <w:szCs w:val="28"/>
        </w:rPr>
        <w:t xml:space="preserve"> Petrakis came on the Tuesday and the Friday as she had for eleven years and did the rooms that were not used, and the sheets on Ellie’s side of the bed were changed on a schedule that had nothing to do with anybody having slept in them, and the pepper trees were watered, and the mail came up the drive in a canvas bag from the box on the highway and was sorted into two piles on the long table in the office, and the pile that was hers grew until </w:t>
      </w:r>
      <w:r w:rsidR="00A431F6" w:rsidRPr="00CE758F">
        <w:rPr>
          <w:rFonts w:ascii="Baskerville Old Face" w:hAnsi="Baskerville Old Face"/>
          <w:bCs/>
          <w:sz w:val="28"/>
          <w:szCs w:val="28"/>
        </w:rPr>
        <w:t>Mrs.</w:t>
      </w:r>
      <w:r w:rsidRPr="00CE758F">
        <w:rPr>
          <w:rFonts w:ascii="Baskerville Old Face" w:hAnsi="Baskerville Old Face"/>
          <w:bCs/>
          <w:sz w:val="28"/>
          <w:szCs w:val="28"/>
        </w:rPr>
        <w:t xml:space="preserve"> Petrakis took it upon herself, in the sixth week, to put a rubber band round it and stand it upright in a wire tray, which was the only comment anybody made.</w:t>
      </w:r>
      <w:r w:rsidR="0081591A">
        <w:rPr>
          <w:rFonts w:ascii="Baskerville Old Face" w:hAnsi="Baskerville Old Face"/>
          <w:bCs/>
          <w:sz w:val="28"/>
          <w:szCs w:val="28"/>
        </w:rPr>
        <w:t xml:space="preserve"> </w:t>
      </w:r>
      <w:r w:rsidRPr="00CE758F">
        <w:rPr>
          <w:rFonts w:ascii="Baskerville Old Face" w:hAnsi="Baskerville Old Face"/>
          <w:bCs/>
          <w:sz w:val="28"/>
          <w:szCs w:val="28"/>
        </w:rPr>
        <w:t xml:space="preserve">Finian was in the house eleven nights out of the nine weeks. He was in Adelaide twice in that time and did not telephone her from either trip, and could have given you, at the time, and gave the Court afterwards, the reasons: the first trip was two days and a board meeting, and the second was the Anglo-Pacific people and a dinner and a flight out at seven the next morning. Crassus, in </w:t>
      </w:r>
      <w:r w:rsidRPr="00CE758F">
        <w:rPr>
          <w:rFonts w:ascii="Baskerville Old Face" w:hAnsi="Baskerville Old Face"/>
          <w:bCs/>
          <w:sz w:val="28"/>
          <w:szCs w:val="28"/>
        </w:rPr>
        <w:lastRenderedPageBreak/>
        <w:t xml:space="preserve">the room with no walls, took both reasons off him one at a time, the way a man lifts crockery down from a high shelf, without breaking any of it, and set them side by side on the table where the twelve could see them, and then asked him how far it was, in a city of a million people, from the Hilton to his own wife’s sister’s house in Glenelg, and Finian said he did not know, and Crassus said, </w:t>
      </w:r>
      <w:r w:rsidRPr="00CE758F">
        <w:rPr>
          <w:rFonts w:ascii="Baskerville Old Face" w:hAnsi="Baskerville Old Face"/>
          <w:bCs/>
          <w:i/>
          <w:sz w:val="28"/>
          <w:szCs w:val="28"/>
        </w:rPr>
        <w:t>Nine kilometres. I looked.</w:t>
      </w:r>
    </w:p>
    <w:p w14:paraId="40C21EBC" w14:textId="14F0463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 the Thursday of the ninth week — the fifteenth of June, a cold clear day, the kind of Territory winter morning where the light comes across the country like something poured — Finian went into the bedroom to find a pair of cufflinks and opened the wrong drawer.</w:t>
      </w:r>
      <w:r w:rsidR="002250D1">
        <w:rPr>
          <w:rFonts w:ascii="Baskerville Old Face" w:hAnsi="Baskerville Old Face"/>
          <w:bCs/>
          <w:sz w:val="28"/>
          <w:szCs w:val="28"/>
        </w:rPr>
        <w:t xml:space="preserve"> </w:t>
      </w:r>
      <w:r w:rsidRPr="00CE758F">
        <w:rPr>
          <w:rFonts w:ascii="Baskerville Old Face" w:hAnsi="Baskerville Old Face"/>
          <w:bCs/>
          <w:sz w:val="28"/>
          <w:szCs w:val="28"/>
        </w:rPr>
        <w:t>It was the drawer of the bedside table on her side. There were reading glasses in a hard case, and a rosary he had not known she still had, and a tube of hand cream, and a torch, and a bank statement in her own name that he looked at for slightly too long and put back, and, underneath all of it, flat on the bottom of the drawer, four exercise books with marbled covers, of the sort that are sold in newsagents in country towns to children in February.</w:t>
      </w:r>
      <w:r w:rsidR="006E5D01">
        <w:rPr>
          <w:rFonts w:ascii="Baskerville Old Face" w:hAnsi="Baskerville Old Face"/>
          <w:bCs/>
          <w:sz w:val="28"/>
          <w:szCs w:val="28"/>
        </w:rPr>
        <w:t xml:space="preserve"> </w:t>
      </w:r>
      <w:r w:rsidRPr="00CE758F">
        <w:rPr>
          <w:rFonts w:ascii="Baskerville Old Face" w:hAnsi="Baskerville Old Face"/>
          <w:bCs/>
          <w:sz w:val="28"/>
          <w:szCs w:val="28"/>
        </w:rPr>
        <w:t xml:space="preserve">He should not have opened one. He said so, later, to a man who did not care whether he should have. He knew it while he was doing it. He did it anyway, with the cufflinks in his left hand, </w:t>
      </w:r>
      <w:r w:rsidRPr="00CE758F">
        <w:rPr>
          <w:rFonts w:ascii="Baskerville Old Face" w:hAnsi="Baskerville Old Face"/>
          <w:bCs/>
          <w:sz w:val="28"/>
          <w:szCs w:val="28"/>
        </w:rPr>
        <w:lastRenderedPageBreak/>
        <w:t>standing up, in the manner of a man who is not really doing a thing because he has not sat down to do it.</w:t>
      </w:r>
    </w:p>
    <w:p w14:paraId="06B336A0" w14:textId="6A3558D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one on top was 1971.</w:t>
      </w:r>
      <w:r w:rsidR="002250D1">
        <w:rPr>
          <w:rFonts w:ascii="Baskerville Old Face" w:hAnsi="Baskerville Old Face"/>
          <w:bCs/>
          <w:sz w:val="28"/>
          <w:szCs w:val="28"/>
        </w:rPr>
        <w:t xml:space="preserve"> </w:t>
      </w:r>
      <w:r w:rsidRPr="00CE758F">
        <w:rPr>
          <w:rFonts w:ascii="Baskerville Old Face" w:hAnsi="Baskerville Old Face"/>
          <w:bCs/>
          <w:sz w:val="28"/>
          <w:szCs w:val="28"/>
        </w:rPr>
        <w:t xml:space="preserve">Her handwriting had not changed in thirty years and did not change in the four books. It was a small upright hand with the loops closed, taught by nuns in Leith to a girl who was good at it, and she wrote in it the way she talked, which is to say plainly and with nothing left in for effect, and most of the entries were four lines long and were about the weather and the yard and what the garden was doing and who had rung. </w:t>
      </w:r>
      <w:r w:rsidRPr="00CE758F">
        <w:rPr>
          <w:rFonts w:ascii="Baskerville Old Face" w:hAnsi="Baskerville Old Face"/>
          <w:bCs/>
          <w:i/>
          <w:sz w:val="28"/>
          <w:szCs w:val="28"/>
        </w:rPr>
        <w:t>Dot came. Two dozen eggs. Wind all day.</w:t>
      </w:r>
      <w:r w:rsidRPr="00CE758F">
        <w:rPr>
          <w:rFonts w:ascii="Baskerville Old Face" w:hAnsi="Baskerville Old Face"/>
          <w:bCs/>
          <w:sz w:val="28"/>
          <w:szCs w:val="28"/>
        </w:rPr>
        <w:t xml:space="preserve"> There were entries about him. They were not unkind. That was the part he was not prepared for; he had been braced, in the second and a half between opening the cover and reading, for a case against himself, and what he found instead was a woman noting down that her husband had come home on the Sunday and looked thin and had slept eleven hours, and that she had made the mutton.</w:t>
      </w:r>
      <w:r w:rsidR="00A93573">
        <w:rPr>
          <w:rFonts w:ascii="Baskerville Old Face" w:hAnsi="Baskerville Old Face"/>
          <w:bCs/>
          <w:sz w:val="28"/>
          <w:szCs w:val="28"/>
        </w:rPr>
        <w:t xml:space="preserve"> </w:t>
      </w:r>
      <w:r w:rsidRPr="00CE758F">
        <w:rPr>
          <w:rFonts w:ascii="Baskerville Old Face" w:hAnsi="Baskerville Old Face"/>
          <w:bCs/>
          <w:sz w:val="28"/>
          <w:szCs w:val="28"/>
        </w:rPr>
        <w:t>He turned pages with one hand for perhaps four minutes, and then he came to the eleventh of March 1971, which was two lines longer than the others.</w:t>
      </w:r>
    </w:p>
    <w:p w14:paraId="24433DBE" w14:textId="2EF5DDC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&gt;</w:t>
      </w:r>
      <w:r w:rsidRPr="00CE758F">
        <w:rPr>
          <w:rFonts w:ascii="Baskerville Old Face" w:hAnsi="Baskerville Old Face"/>
          <w:bCs/>
          <w:i/>
          <w:sz w:val="28"/>
          <w:szCs w:val="28"/>
        </w:rPr>
        <w:t xml:space="preserve">Told Fr Boyle about the woman in the hospital. He was very kind &amp; said grief plays tricks &amp; I said aye it does. I did </w:t>
      </w:r>
      <w:r w:rsidRPr="00CE758F">
        <w:rPr>
          <w:rFonts w:ascii="Baskerville Old Face" w:hAnsi="Baskerville Old Face"/>
          <w:bCs/>
          <w:i/>
          <w:sz w:val="28"/>
          <w:szCs w:val="28"/>
        </w:rPr>
        <w:lastRenderedPageBreak/>
        <w:t>not say the rest. Her hem was wet &amp; the ward was dry &amp; there had been no rain in Alice for 5 weeks. She said there was a use for me. I have thought about that most days for 2 yrs. I have not thought of much else in fact. F. says it was the morphine &amp; likely it was. But she knew my name &amp; I never said it &amp; neither did anyone in that room.</w:t>
      </w:r>
    </w:p>
    <w:p w14:paraId="367F1504" w14:textId="0806EA3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read it twice. Then he sat down on the edge of the bed, on his own side, with the cufflinks still in his hand, and read it a third time.</w:t>
      </w:r>
      <w:r w:rsidR="00A93573">
        <w:rPr>
          <w:rFonts w:ascii="Baskerville Old Face" w:hAnsi="Baskerville Old Face"/>
          <w:bCs/>
          <w:sz w:val="28"/>
          <w:szCs w:val="28"/>
        </w:rPr>
        <w:t xml:space="preserve"> </w:t>
      </w:r>
      <w:r w:rsidRPr="00CE758F">
        <w:rPr>
          <w:rFonts w:ascii="Baskerville Old Face" w:hAnsi="Baskerville Old Face"/>
          <w:bCs/>
          <w:sz w:val="28"/>
          <w:szCs w:val="28"/>
        </w:rPr>
        <w:t>There is a thing that happens to men who have organised their whole lives so as never to be still, when they are made still. What went through him, sitting on the bed, was not grief and was not shame and did not have a name he could reach. It was closer to vertigo. It was the specific sensation of finding out that a room you have walked past for twenty-four years has somebody in it, and has had all along, and that the door was never locked, and that you had simply never once put your hand on the handle, because you had decided a long time ago what was in there and had not been back to check.</w:t>
      </w:r>
    </w:p>
    <w:p w14:paraId="4456101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She knew my name &amp; I never said it.</w:t>
      </w:r>
    </w:p>
    <w:p w14:paraId="34B45A2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put the book back and squared the four of them up on the bottom of the drawer with two fingers and shut it. He was late for the yard. He went to the yard.</w:t>
      </w:r>
    </w:p>
    <w:p w14:paraId="2B27CACB" w14:textId="54393D6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That was Thursday. He got in the car on the Monday.</w:t>
      </w:r>
      <w:r w:rsidR="00FA4D12">
        <w:rPr>
          <w:rFonts w:ascii="Baskerville Old Face" w:hAnsi="Baskerville Old Face"/>
          <w:bCs/>
          <w:sz w:val="28"/>
          <w:szCs w:val="28"/>
        </w:rPr>
        <w:t xml:space="preserve"> </w:t>
      </w:r>
      <w:r w:rsidRPr="00CE758F">
        <w:rPr>
          <w:rFonts w:ascii="Baskerville Old Face" w:hAnsi="Baskerville Old Face"/>
          <w:bCs/>
          <w:sz w:val="28"/>
          <w:szCs w:val="28"/>
        </w:rPr>
        <w:t xml:space="preserve">In the four days between, he did the following things, and Crassus read the list to the jury off a single sheet without comment, in the flat voice of a man reading a </w:t>
      </w:r>
      <w:r w:rsidR="00A431F6" w:rsidRPr="00CE758F">
        <w:rPr>
          <w:rFonts w:ascii="Baskerville Old Face" w:hAnsi="Baskerville Old Face"/>
          <w:bCs/>
          <w:sz w:val="28"/>
          <w:szCs w:val="28"/>
        </w:rPr>
        <w:t>stock take</w:t>
      </w:r>
      <w:r w:rsidRPr="00CE758F">
        <w:rPr>
          <w:rFonts w:ascii="Baskerville Old Face" w:hAnsi="Baskerville Old Face"/>
          <w:bCs/>
          <w:sz w:val="28"/>
          <w:szCs w:val="28"/>
        </w:rPr>
        <w:t>, which was worse than emphasis would have been.</w:t>
      </w:r>
      <w:r w:rsidR="00FA4D12">
        <w:rPr>
          <w:rFonts w:ascii="Baskerville Old Face" w:hAnsi="Baskerville Old Face"/>
          <w:bCs/>
          <w:sz w:val="28"/>
          <w:szCs w:val="28"/>
        </w:rPr>
        <w:t xml:space="preserve"> </w:t>
      </w:r>
      <w:r w:rsidRPr="00CE758F">
        <w:rPr>
          <w:rFonts w:ascii="Baskerville Old Face" w:hAnsi="Baskerville Old Face"/>
          <w:bCs/>
          <w:sz w:val="28"/>
          <w:szCs w:val="28"/>
        </w:rPr>
        <w:t>He chaired a meeting on the Friday morning about the Kilgour water and a fault they had hit at bore seven, and authorised eleven thousand dollars of additional casing.</w:t>
      </w:r>
      <w:r w:rsidR="00FA4D12">
        <w:rPr>
          <w:rFonts w:ascii="Baskerville Old Face" w:hAnsi="Baskerville Old Face"/>
          <w:bCs/>
          <w:sz w:val="28"/>
          <w:szCs w:val="28"/>
        </w:rPr>
        <w:t xml:space="preserve"> </w:t>
      </w:r>
      <w:r w:rsidRPr="00CE758F">
        <w:rPr>
          <w:rFonts w:ascii="Baskerville Old Face" w:hAnsi="Baskerville Old Face"/>
          <w:bCs/>
          <w:sz w:val="28"/>
          <w:szCs w:val="28"/>
        </w:rPr>
        <w:t xml:space="preserve">He took a telephone call on the Friday afternoon from a hydrogeologist named Ruth Yeo, who was thirty-four and careful and who had been engaged by the company itself, and who told him that the monitoring bore at the southern end was showing a drawdown of one point four metres in nine weeks and that this was more than the model had predicted and that she wanted to talk to him about the recharge assumptions. He said, </w:t>
      </w:r>
      <w:r w:rsidRPr="00CE758F">
        <w:rPr>
          <w:rFonts w:ascii="Baskerville Old Face" w:hAnsi="Baskerville Old Face"/>
          <w:bCs/>
          <w:i/>
          <w:sz w:val="28"/>
          <w:szCs w:val="28"/>
        </w:rPr>
        <w:t xml:space="preserve">Is it within the </w:t>
      </w:r>
      <w:r w:rsidR="00A431F6" w:rsidRPr="00CE758F">
        <w:rPr>
          <w:rFonts w:ascii="Baskerville Old Face" w:hAnsi="Baskerville Old Face"/>
          <w:bCs/>
          <w:i/>
          <w:sz w:val="28"/>
          <w:szCs w:val="28"/>
        </w:rPr>
        <w:t>license</w:t>
      </w:r>
      <w:r w:rsidRPr="00CE758F">
        <w:rPr>
          <w:rFonts w:ascii="Baskerville Old Face" w:hAnsi="Baskerville Old Face"/>
          <w:bCs/>
          <w:i/>
          <w:sz w:val="28"/>
          <w:szCs w:val="28"/>
        </w:rPr>
        <w:t>.</w:t>
      </w:r>
      <w:r w:rsidRPr="00CE758F">
        <w:rPr>
          <w:rFonts w:ascii="Baskerville Old Face" w:hAnsi="Baskerville Old Face"/>
          <w:bCs/>
          <w:sz w:val="28"/>
          <w:szCs w:val="28"/>
        </w:rPr>
        <w:t xml:space="preserve"> She said it was, at present. He said, </w:t>
      </w:r>
      <w:r w:rsidRPr="00CE758F">
        <w:rPr>
          <w:rFonts w:ascii="Baskerville Old Face" w:hAnsi="Baskerville Old Face"/>
          <w:bCs/>
          <w:i/>
          <w:sz w:val="28"/>
          <w:szCs w:val="28"/>
        </w:rPr>
        <w:t>Then let’s talk about it at the end of the month.</w:t>
      </w:r>
      <w:r w:rsidRPr="00CE758F">
        <w:rPr>
          <w:rFonts w:ascii="Baskerville Old Face" w:hAnsi="Baskerville Old Face"/>
          <w:bCs/>
          <w:sz w:val="28"/>
          <w:szCs w:val="28"/>
        </w:rPr>
        <w:t xml:space="preserve"> She said, </w:t>
      </w:r>
      <w:r w:rsidR="00A431F6" w:rsidRPr="00CE758F">
        <w:rPr>
          <w:rFonts w:ascii="Baskerville Old Face" w:hAnsi="Baskerville Old Face"/>
          <w:bCs/>
          <w:i/>
          <w:sz w:val="28"/>
          <w:szCs w:val="28"/>
        </w:rPr>
        <w:t>Mr.</w:t>
      </w:r>
      <w:r w:rsidRPr="00CE758F">
        <w:rPr>
          <w:rFonts w:ascii="Baskerville Old Face" w:hAnsi="Baskerville Old Face"/>
          <w:bCs/>
          <w:i/>
          <w:sz w:val="28"/>
          <w:szCs w:val="28"/>
        </w:rPr>
        <w:t xml:space="preserve"> Kavanagh, the soak’s on that same water.</w:t>
      </w:r>
      <w:r w:rsidRPr="00CE758F">
        <w:rPr>
          <w:rFonts w:ascii="Baskerville Old Face" w:hAnsi="Baskerville Old Face"/>
          <w:bCs/>
          <w:sz w:val="28"/>
          <w:szCs w:val="28"/>
        </w:rPr>
        <w:t xml:space="preserve"> And Finian Kavanagh, fifty-one years of age, sitting in the office of the house his wife had found, four feet from a safe with a tin in it, said:</w:t>
      </w:r>
    </w:p>
    <w:p w14:paraId="309B92C2" w14:textId="0160079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“Then it’s within the </w:t>
      </w:r>
      <w:r w:rsidR="00A431F6" w:rsidRPr="00CE758F">
        <w:rPr>
          <w:rFonts w:ascii="Baskerville Old Face" w:hAnsi="Baskerville Old Face"/>
          <w:bCs/>
          <w:sz w:val="28"/>
          <w:szCs w:val="28"/>
        </w:rPr>
        <w:t>license</w:t>
      </w:r>
      <w:r w:rsidRPr="00CE758F">
        <w:rPr>
          <w:rFonts w:ascii="Baskerville Old Face" w:hAnsi="Baskerville Old Face"/>
          <w:bCs/>
          <w:sz w:val="28"/>
          <w:szCs w:val="28"/>
        </w:rPr>
        <w:t xml:space="preserve"> too.”</w:t>
      </w:r>
    </w:p>
    <w:p w14:paraId="53987AD3" w14:textId="7D9A8C5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did not enjoy saying it. That is a thing that wants stating, because the version of him that got built in the newspapers in the eighties would have enjoyed saying it, and the version Crassus put to the court on the second day would have enjoyed it, and neither of those men existed. He said it the way you pull a splinter — quickly, to be done, with the face averted. He put the phone down and sat looking at the map on the wall for a while. Then he did some work.</w:t>
      </w:r>
      <w:r w:rsidR="005E393B">
        <w:rPr>
          <w:rFonts w:ascii="Baskerville Old Face" w:hAnsi="Baskerville Old Face"/>
          <w:bCs/>
          <w:sz w:val="28"/>
          <w:szCs w:val="28"/>
        </w:rPr>
        <w:t xml:space="preserve"> </w:t>
      </w:r>
      <w:r w:rsidRPr="00CE758F">
        <w:rPr>
          <w:rFonts w:ascii="Baskerville Old Face" w:hAnsi="Baskerville Old Face"/>
          <w:bCs/>
          <w:sz w:val="28"/>
          <w:szCs w:val="28"/>
        </w:rPr>
        <w:t>On the Saturday he drove out to Kilgour and stood at bore seven for two hours and did not need to be there.</w:t>
      </w:r>
      <w:r w:rsidR="005E393B">
        <w:rPr>
          <w:rFonts w:ascii="Baskerville Old Face" w:hAnsi="Baskerville Old Face"/>
          <w:bCs/>
          <w:sz w:val="28"/>
          <w:szCs w:val="28"/>
        </w:rPr>
        <w:t xml:space="preserve"> </w:t>
      </w:r>
      <w:r w:rsidRPr="00CE758F">
        <w:rPr>
          <w:rFonts w:ascii="Baskerville Old Face" w:hAnsi="Baskerville Old Face"/>
          <w:bCs/>
          <w:sz w:val="28"/>
          <w:szCs w:val="28"/>
        </w:rPr>
        <w:t>On the Sunday he did not go to the shed. He thought about going to the shed. It was the first time in eleven years he had thought about it while sober, and he stood at the kitchen window for some minutes looking down the yard at the corrugated iron and the tarpaulin, which was green, and which was not the tarpaulin that had been on it in 1969, or the one after that, and he had never in twenty-six years asked who was changing it. He did not go down.</w:t>
      </w:r>
      <w:r w:rsidR="002250D1">
        <w:rPr>
          <w:rFonts w:ascii="Baskerville Old Face" w:hAnsi="Baskerville Old Face"/>
          <w:bCs/>
          <w:sz w:val="28"/>
          <w:szCs w:val="28"/>
        </w:rPr>
        <w:t xml:space="preserve"> </w:t>
      </w:r>
      <w:r w:rsidRPr="00CE758F">
        <w:rPr>
          <w:rFonts w:ascii="Baskerville Old Face" w:hAnsi="Baskerville Old Face"/>
          <w:bCs/>
          <w:sz w:val="28"/>
          <w:szCs w:val="28"/>
        </w:rPr>
        <w:t>And on the Sunday night, at ten past nine, he rang Glenelg.</w:t>
      </w:r>
      <w:r w:rsidR="005D5C65">
        <w:rPr>
          <w:rFonts w:ascii="Baskerville Old Face" w:hAnsi="Baskerville Old Face"/>
          <w:bCs/>
          <w:sz w:val="28"/>
          <w:szCs w:val="28"/>
        </w:rPr>
        <w:t xml:space="preserve"> </w:t>
      </w:r>
      <w:r w:rsidRPr="00CE758F">
        <w:rPr>
          <w:rFonts w:ascii="Baskerville Old Face" w:hAnsi="Baskerville Old Face"/>
          <w:bCs/>
          <w:sz w:val="28"/>
          <w:szCs w:val="28"/>
        </w:rPr>
        <w:t xml:space="preserve">Her sister answered and said </w:t>
      </w:r>
      <w:r w:rsidRPr="00CE758F">
        <w:rPr>
          <w:rFonts w:ascii="Baskerville Old Face" w:hAnsi="Baskerville Old Face"/>
          <w:bCs/>
          <w:i/>
          <w:sz w:val="28"/>
          <w:szCs w:val="28"/>
        </w:rPr>
        <w:t>Oh</w:t>
      </w:r>
      <w:r w:rsidR="005D5C65">
        <w:rPr>
          <w:rFonts w:ascii="Baskerville Old Face" w:hAnsi="Baskerville Old Face"/>
          <w:bCs/>
          <w:i/>
          <w:sz w:val="28"/>
          <w:szCs w:val="28"/>
        </w:rPr>
        <w:t xml:space="preserve">, </w:t>
      </w:r>
      <w:r w:rsidRPr="00CE758F">
        <w:rPr>
          <w:rFonts w:ascii="Baskerville Old Face" w:hAnsi="Baskerville Old Face"/>
          <w:bCs/>
          <w:i/>
          <w:sz w:val="28"/>
          <w:szCs w:val="28"/>
        </w:rPr>
        <w:t>Fin,</w:t>
      </w:r>
      <w:r w:rsidRPr="00CE758F">
        <w:rPr>
          <w:rFonts w:ascii="Baskerville Old Face" w:hAnsi="Baskerville Old Face"/>
          <w:bCs/>
          <w:sz w:val="28"/>
          <w:szCs w:val="28"/>
        </w:rPr>
        <w:t xml:space="preserve"> in the voice of a woman who has been briefed, and then there was the sound of a phone being carried, and a door, and Ellie said, “Aye.”</w:t>
      </w:r>
    </w:p>
    <w:p w14:paraId="1BACD7F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“It’s me.”</w:t>
      </w:r>
    </w:p>
    <w:p w14:paraId="50E67E2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know.”</w:t>
      </w:r>
    </w:p>
    <w:p w14:paraId="7E42048E" w14:textId="1E5084B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not decided what he was ringing about. That was the whole of it, and he could not have explained it then and could explain it perfectly well afterwards, in a room where nothing could be hidden: he had rung to ask his wife about a woman with a wet hem, because there was nobody else on the earth he could ask, and he could not get to the question except by way of a diary he had no business reading, and so he had rung with nothing in his hand.</w:t>
      </w:r>
      <w:r w:rsidR="005E393B">
        <w:rPr>
          <w:rFonts w:ascii="Baskerville Old Face" w:hAnsi="Baskerville Old Face"/>
          <w:bCs/>
          <w:sz w:val="28"/>
          <w:szCs w:val="28"/>
        </w:rPr>
        <w:t xml:space="preserve"> </w:t>
      </w:r>
      <w:r w:rsidRPr="00CE758F">
        <w:rPr>
          <w:rFonts w:ascii="Baskerville Old Face" w:hAnsi="Baskerville Old Face"/>
          <w:bCs/>
          <w:sz w:val="28"/>
          <w:szCs w:val="28"/>
        </w:rPr>
        <w:t>So he talked about the yard. He talked about bore seven and the casing and the fault, and about Ted’s knee, and about a tender in the Kimberley, and he heard himself doing it, and heard how it must sound at the other end, nine hundred and seventy kilometres away in a hallway in Glenelg at twenty past nine at night, and he could not stop, because stopping meant saying the other thing.</w:t>
      </w:r>
    </w:p>
    <w:p w14:paraId="45B5BFF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let him go for about six minutes. Then she said:</w:t>
      </w:r>
    </w:p>
    <w:p w14:paraId="6892FE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 What is it ye want.”</w:t>
      </w:r>
    </w:p>
    <w:p w14:paraId="6A492A3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don’t want anything.”</w:t>
      </w:r>
    </w:p>
    <w:p w14:paraId="13E5AB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“Ye’ve no rung this house in nine weeks.”</w:t>
      </w:r>
    </w:p>
    <w:p w14:paraId="6CFC51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didnae ring either.”</w:t>
      </w:r>
    </w:p>
    <w:p w14:paraId="68AAA9F4" w14:textId="12ED844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 she said. “I didnae.” And then, without any change in her voice at all: “I’ve been waitin’ to see how long it went. It went nine weeks. Now I know.”</w:t>
      </w:r>
      <w:r w:rsidR="0061341E">
        <w:rPr>
          <w:rFonts w:ascii="Baskerville Old Face" w:hAnsi="Baskerville Old Face"/>
          <w:bCs/>
          <w:sz w:val="28"/>
          <w:szCs w:val="28"/>
        </w:rPr>
        <w:t xml:space="preserve"> </w:t>
      </w:r>
      <w:r w:rsidRPr="00CE758F">
        <w:rPr>
          <w:rFonts w:ascii="Baskerville Old Face" w:hAnsi="Baskerville Old Face"/>
          <w:bCs/>
          <w:sz w:val="28"/>
          <w:szCs w:val="28"/>
        </w:rPr>
        <w:t>He said something then about the Kilgour job and how it was the biggest thing the company had ever done, and that it would be done in March, and that after March there would be time, and he was three sentences into it before he understood that he was making a case, and that he had made this exact case before, and that he had first made it in a hospital corridor in Alice Springs in 1969 with his hat in his hand.</w:t>
      </w:r>
      <w:r w:rsidR="0061341E">
        <w:rPr>
          <w:rFonts w:ascii="Baskerville Old Face" w:hAnsi="Baskerville Old Face"/>
          <w:bCs/>
          <w:sz w:val="28"/>
          <w:szCs w:val="28"/>
        </w:rPr>
        <w:t xml:space="preserve"> </w:t>
      </w:r>
      <w:r w:rsidRPr="00CE758F">
        <w:rPr>
          <w:rFonts w:ascii="Baskerville Old Face" w:hAnsi="Baskerville Old Face"/>
          <w:bCs/>
          <w:sz w:val="28"/>
          <w:szCs w:val="28"/>
        </w:rPr>
        <w:t>There was a silence.</w:t>
      </w:r>
      <w:r w:rsidR="0061341E">
        <w:rPr>
          <w:rFonts w:ascii="Baskerville Old Face" w:hAnsi="Baskerville Old Face"/>
          <w:bCs/>
          <w:sz w:val="28"/>
          <w:szCs w:val="28"/>
        </w:rPr>
        <w:t xml:space="preserve"> </w:t>
      </w:r>
      <w:r w:rsidRPr="00CE758F">
        <w:rPr>
          <w:rFonts w:ascii="Baskerville Old Face" w:hAnsi="Baskerville Old Face"/>
          <w:bCs/>
          <w:sz w:val="28"/>
          <w:szCs w:val="28"/>
        </w:rPr>
        <w:t>Then Ellie said, in an ordinary voice, the way you mention something you have been carrying so long it has stopped being heavy and has become part of the shape of you:</w:t>
      </w:r>
    </w:p>
    <w:p w14:paraId="7646E6E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never found Snowy’s people, did ye.”</w:t>
      </w:r>
    </w:p>
    <w:p w14:paraId="19162AE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room he was standing in did not change. He was aware of the map, and of the lamp, and of a moth at the flyscreen, and of the fact that his own heart had done something unusual and then gone on.</w:t>
      </w:r>
    </w:p>
    <w:p w14:paraId="0277BB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w:t>
      </w:r>
    </w:p>
    <w:p w14:paraId="4659505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“Snowy Hale’s people. On the back step. Nineteen sixty-five.” A small breath. “I’ve never asked ye. Thirty year. And </w:t>
      </w:r>
      <w:r w:rsidRPr="00CE758F">
        <w:rPr>
          <w:rFonts w:ascii="Baskerville Old Face" w:hAnsi="Baskerville Old Face"/>
          <w:bCs/>
          <w:sz w:val="28"/>
          <w:szCs w:val="28"/>
        </w:rPr>
        <w:lastRenderedPageBreak/>
        <w:t>I’m no askin’ ye now, Fin, so ye needn’t get that voice on. I’m tellin’ ye.”</w:t>
      </w:r>
    </w:p>
    <w:p w14:paraId="6B6BEB8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w:t>
      </w:r>
    </w:p>
    <w:p w14:paraId="263692CD" w14:textId="4895EBB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wrote to a man in Tennant Creek,” she said. “In the winter of sixty-five. I got the name out of your letter — ye’d mentioned the hotel. </w:t>
      </w:r>
      <w:r w:rsidR="00A431F6" w:rsidRPr="00CE758F">
        <w:rPr>
          <w:rFonts w:ascii="Baskerville Old Face" w:hAnsi="Baskerville Old Face"/>
          <w:bCs/>
          <w:sz w:val="28"/>
          <w:szCs w:val="28"/>
        </w:rPr>
        <w:t>Mr.</w:t>
      </w:r>
      <w:r w:rsidRPr="00CE758F">
        <w:rPr>
          <w:rFonts w:ascii="Baskerville Old Face" w:hAnsi="Baskerville Old Face"/>
          <w:bCs/>
          <w:sz w:val="28"/>
          <w:szCs w:val="28"/>
        </w:rPr>
        <w:t xml:space="preserve"> Renshaw. He wrote back in the March. Two pages. He was very kind about it. He thought I was </w:t>
      </w:r>
      <w:r w:rsidR="00A431F6" w:rsidRPr="00CE758F">
        <w:rPr>
          <w:rFonts w:ascii="Baskerville Old Face" w:hAnsi="Baskerville Old Face"/>
          <w:bCs/>
          <w:sz w:val="28"/>
          <w:szCs w:val="28"/>
        </w:rPr>
        <w:t>writing</w:t>
      </w:r>
      <w:r w:rsidRPr="00CE758F">
        <w:rPr>
          <w:rFonts w:ascii="Baskerville Old Face" w:hAnsi="Baskerville Old Face"/>
          <w:bCs/>
          <w:sz w:val="28"/>
          <w:szCs w:val="28"/>
        </w:rPr>
        <w:t>’ about my own father.” And then: “He said Snowy Hale never put down a bore in his life.”</w:t>
      </w:r>
    </w:p>
    <w:p w14:paraId="254AB3A4" w14:textId="0DBD3FC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nothing at all.</w:t>
      </w:r>
      <w:r w:rsidR="000E310D">
        <w:rPr>
          <w:rFonts w:ascii="Baskerville Old Face" w:hAnsi="Baskerville Old Face"/>
          <w:bCs/>
          <w:sz w:val="28"/>
          <w:szCs w:val="28"/>
        </w:rPr>
        <w:t xml:space="preserve"> </w:t>
      </w:r>
      <w:r w:rsidRPr="00CE758F">
        <w:rPr>
          <w:rFonts w:ascii="Baskerville Old Face" w:hAnsi="Baskerville Old Face"/>
          <w:bCs/>
          <w:sz w:val="28"/>
          <w:szCs w:val="28"/>
        </w:rPr>
        <w:t>“He said he was a rous</w:t>
      </w:r>
      <w:r w:rsidR="0061341E">
        <w:rPr>
          <w:rFonts w:ascii="Baskerville Old Face" w:hAnsi="Baskerville Old Face"/>
          <w:bCs/>
          <w:sz w:val="28"/>
          <w:szCs w:val="28"/>
        </w:rPr>
        <w:t>t</w:t>
      </w:r>
      <w:r w:rsidRPr="00CE758F">
        <w:rPr>
          <w:rFonts w:ascii="Baskerville Old Face" w:hAnsi="Baskerville Old Face"/>
          <w:bCs/>
          <w:sz w:val="28"/>
          <w:szCs w:val="28"/>
        </w:rPr>
        <w:t>about. He said he could talk the leg off a chair.” A pause. “He said every man in that town had heard one of Snowy Hale’s plans, and that yours was the third laddie he’d had come lookin’, and the other two went home.”</w:t>
      </w:r>
    </w:p>
    <w:p w14:paraId="3DDA57C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did ye never—“</w:t>
      </w:r>
    </w:p>
    <w:p w14:paraId="7C66EF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ye’d have had to be a liar then,” she said.</w:t>
      </w:r>
    </w:p>
    <w:p w14:paraId="140FF1A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heard the moth. He heard, at her end, very faintly, a television in another room, and somebody’s child.</w:t>
      </w:r>
    </w:p>
    <w:p w14:paraId="42B66C4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I didnae want to be married to one,” Ellie said. “So I kept it in a drawer and I let ye be a man who hadnae found the house, and I was that woman for thirty year, and I was good at it.” Then, and it was not bitter, which was the </w:t>
      </w:r>
      <w:r w:rsidRPr="00CE758F">
        <w:rPr>
          <w:rFonts w:ascii="Baskerville Old Face" w:hAnsi="Baskerville Old Face"/>
          <w:bCs/>
          <w:sz w:val="28"/>
          <w:szCs w:val="28"/>
        </w:rPr>
        <w:lastRenderedPageBreak/>
        <w:t>unbearable thing, it was simply the next fact in the list: “I’ve been married to one anyway. I just did it quietly.”</w:t>
      </w:r>
    </w:p>
    <w:p w14:paraId="6B65E7F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w:t>
      </w:r>
    </w:p>
    <w:p w14:paraId="3727A7AC" w14:textId="53ADF07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 father asked me,” she said.</w:t>
      </w:r>
      <w:r w:rsidR="00D671C6">
        <w:rPr>
          <w:rFonts w:ascii="Baskerville Old Face" w:hAnsi="Baskerville Old Face"/>
          <w:bCs/>
          <w:sz w:val="28"/>
          <w:szCs w:val="28"/>
        </w:rPr>
        <w:t xml:space="preserve"> </w:t>
      </w:r>
      <w:r w:rsidRPr="00CE758F">
        <w:rPr>
          <w:rFonts w:ascii="Baskerville Old Face" w:hAnsi="Baskerville Old Face"/>
          <w:bCs/>
          <w:sz w:val="28"/>
          <w:szCs w:val="28"/>
        </w:rPr>
        <w:t>Everything in him stopped.</w:t>
      </w:r>
      <w:r w:rsidR="000E310D">
        <w:rPr>
          <w:rFonts w:ascii="Baskerville Old Face" w:hAnsi="Baskerville Old Face"/>
          <w:bCs/>
          <w:sz w:val="28"/>
          <w:szCs w:val="28"/>
        </w:rPr>
        <w:t xml:space="preserve"> </w:t>
      </w:r>
      <w:r w:rsidRPr="00CE758F">
        <w:rPr>
          <w:rFonts w:ascii="Baskerville Old Face" w:hAnsi="Baskerville Old Face"/>
          <w:bCs/>
          <w:sz w:val="28"/>
          <w:szCs w:val="28"/>
        </w:rPr>
        <w:t xml:space="preserve">“He asked me in every letter he ever wrote me. Every one, Fin, from sixty-five till he died. </w:t>
      </w:r>
      <w:r w:rsidRPr="00CE758F">
        <w:rPr>
          <w:rFonts w:ascii="Baskerville Old Face" w:hAnsi="Baskerville Old Face"/>
          <w:bCs/>
          <w:i/>
          <w:sz w:val="28"/>
          <w:szCs w:val="28"/>
        </w:rPr>
        <w:t>Did the boy find them. Did the boy find Snowy’s people.</w:t>
      </w:r>
      <w:r w:rsidRPr="00CE758F">
        <w:rPr>
          <w:rFonts w:ascii="Baskerville Old Face" w:hAnsi="Baskerville Old Face"/>
          <w:bCs/>
          <w:sz w:val="28"/>
          <w:szCs w:val="28"/>
        </w:rPr>
        <w:t xml:space="preserve"> Nine year</w:t>
      </w:r>
      <w:r w:rsidR="00D671C6">
        <w:rPr>
          <w:rFonts w:ascii="Baskerville Old Face" w:hAnsi="Baskerville Old Face"/>
          <w:bCs/>
          <w:sz w:val="28"/>
          <w:szCs w:val="28"/>
        </w:rPr>
        <w:t>s</w:t>
      </w:r>
      <w:r w:rsidRPr="00CE758F">
        <w:rPr>
          <w:rFonts w:ascii="Baskerville Old Face" w:hAnsi="Baskerville Old Face"/>
          <w:bCs/>
          <w:sz w:val="28"/>
          <w:szCs w:val="28"/>
        </w:rPr>
        <w:t xml:space="preserve"> of it. And I wrote back </w:t>
      </w:r>
      <w:r w:rsidR="00D671C6">
        <w:rPr>
          <w:rFonts w:ascii="Baskerville Old Face" w:hAnsi="Baskerville Old Face"/>
          <w:bCs/>
          <w:sz w:val="28"/>
          <w:szCs w:val="28"/>
        </w:rPr>
        <w:t xml:space="preserve">for </w:t>
      </w:r>
      <w:r w:rsidRPr="00CE758F">
        <w:rPr>
          <w:rFonts w:ascii="Baskerville Old Face" w:hAnsi="Baskerville Old Face"/>
          <w:bCs/>
          <w:sz w:val="28"/>
          <w:szCs w:val="28"/>
        </w:rPr>
        <w:t>nine year</w:t>
      </w:r>
      <w:r w:rsidR="00D671C6">
        <w:rPr>
          <w:rFonts w:ascii="Baskerville Old Face" w:hAnsi="Baskerville Old Face"/>
          <w:bCs/>
          <w:sz w:val="28"/>
          <w:szCs w:val="28"/>
        </w:rPr>
        <w:t>s</w:t>
      </w:r>
      <w:r w:rsidRPr="00CE758F">
        <w:rPr>
          <w:rFonts w:ascii="Baskerville Old Face" w:hAnsi="Baskerville Old Face"/>
          <w:bCs/>
          <w:sz w:val="28"/>
          <w:szCs w:val="28"/>
        </w:rPr>
        <w:t xml:space="preserve"> and said the house was pulled doon and there was n</w:t>
      </w:r>
      <w:r w:rsidR="000E310D">
        <w:rPr>
          <w:rFonts w:ascii="Baskerville Old Face" w:hAnsi="Baskerville Old Face"/>
          <w:bCs/>
          <w:sz w:val="28"/>
          <w:szCs w:val="28"/>
        </w:rPr>
        <w:t>o</w:t>
      </w:r>
      <w:r w:rsidRPr="00CE758F">
        <w:rPr>
          <w:rFonts w:ascii="Baskerville Old Face" w:hAnsi="Baskerville Old Face"/>
          <w:bCs/>
          <w:sz w:val="28"/>
          <w:szCs w:val="28"/>
        </w:rPr>
        <w:t>body left to find, because that’s what you told me on the step, and I wasnae going to be the one that took it off him.”</w:t>
      </w:r>
      <w:r w:rsidR="00254219">
        <w:rPr>
          <w:rFonts w:ascii="Baskerville Old Face" w:hAnsi="Baskerville Old Face"/>
          <w:bCs/>
          <w:sz w:val="28"/>
          <w:szCs w:val="28"/>
        </w:rPr>
        <w:t xml:space="preserve"> </w:t>
      </w:r>
      <w:r w:rsidRPr="00CE758F">
        <w:rPr>
          <w:rFonts w:ascii="Baskerville Old Face" w:hAnsi="Baskerville Old Face"/>
          <w:bCs/>
          <w:sz w:val="28"/>
          <w:szCs w:val="28"/>
        </w:rPr>
        <w:t>She stopped. He could hear her breathing and hear her decide, the way you can hear that, whether to say the last of it.“</w:t>
      </w:r>
      <w:r w:rsidR="000E310D">
        <w:rPr>
          <w:rFonts w:ascii="Baskerville Old Face" w:hAnsi="Baskerville Old Face"/>
          <w:bCs/>
          <w:sz w:val="28"/>
          <w:szCs w:val="28"/>
        </w:rPr>
        <w:t xml:space="preserve"> </w:t>
      </w:r>
      <w:r w:rsidRPr="00CE758F">
        <w:rPr>
          <w:rFonts w:ascii="Baskerville Old Face" w:hAnsi="Baskerville Old Face"/>
          <w:bCs/>
          <w:sz w:val="28"/>
          <w:szCs w:val="28"/>
        </w:rPr>
        <w:t xml:space="preserve">He died askin’ me that question,” she said. “In February seventy-four, in the Royal, and your mother wrote it in the letter, and I’ve had it in the biscuit tin ever since. </w:t>
      </w:r>
      <w:r w:rsidRPr="00CE758F">
        <w:rPr>
          <w:rFonts w:ascii="Baskerville Old Face" w:hAnsi="Baskerville Old Face"/>
          <w:bCs/>
          <w:i/>
          <w:sz w:val="28"/>
          <w:szCs w:val="28"/>
        </w:rPr>
        <w:t>He was askin’ after Snowy’s people at the end.</w:t>
      </w:r>
      <w:r w:rsidRPr="00CE758F">
        <w:rPr>
          <w:rFonts w:ascii="Baskerville Old Face" w:hAnsi="Baskerville Old Face"/>
          <w:bCs/>
          <w:sz w:val="28"/>
          <w:szCs w:val="28"/>
        </w:rPr>
        <w:t>” A pause of about two seconds. “So he died believin’ his pal, and he died believin’ you, and I did that. Me. Not you. You were four hundred mile away puttin’ doon a hole for a cattle company and you never even knew he was askin’.”</w:t>
      </w:r>
    </w:p>
    <w:p w14:paraId="07584FD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“You should have told me.”</w:t>
      </w:r>
    </w:p>
    <w:p w14:paraId="61FAF91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Ellie Strachan, who was forty-eight years old and had crossed the world at eighteen for him, said the last thing she said to him for six weeks and one day:</w:t>
      </w:r>
    </w:p>
    <w:p w14:paraId="7431C97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 What in God’s name would ye have done wi’ it?”</w:t>
      </w:r>
    </w:p>
    <w:p w14:paraId="3F997F9A" w14:textId="7A87D84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said, “Goodnight, love,” which he thought about a great deal afterwards, in two worlds, and put the phone down.</w:t>
      </w:r>
      <w:r w:rsidR="00254219">
        <w:rPr>
          <w:rFonts w:ascii="Baskerville Old Face" w:hAnsi="Baskerville Old Face"/>
          <w:bCs/>
          <w:sz w:val="28"/>
          <w:szCs w:val="28"/>
        </w:rPr>
        <w:t xml:space="preserve"> </w:t>
      </w:r>
      <w:r w:rsidRPr="00CE758F">
        <w:rPr>
          <w:rFonts w:ascii="Baskerville Old Face" w:hAnsi="Baskerville Old Face"/>
          <w:bCs/>
          <w:sz w:val="28"/>
          <w:szCs w:val="28"/>
        </w:rPr>
        <w:t xml:space="preserve">He did not fly into a rage. There is a version of this in the </w:t>
      </w:r>
      <w:r w:rsidRPr="00CE758F">
        <w:rPr>
          <w:rFonts w:ascii="Baskerville Old Face" w:hAnsi="Baskerville Old Face"/>
          <w:bCs/>
          <w:i/>
          <w:sz w:val="28"/>
          <w:szCs w:val="28"/>
        </w:rPr>
        <w:t>Advocate</w:t>
      </w:r>
      <w:r w:rsidRPr="00CE758F">
        <w:rPr>
          <w:rFonts w:ascii="Baskerville Old Face" w:hAnsi="Baskerville Old Face"/>
          <w:bCs/>
          <w:sz w:val="28"/>
          <w:szCs w:val="28"/>
        </w:rPr>
        <w:t>’s obituary of him in 2024</w:t>
      </w:r>
      <w:r w:rsidR="00254219">
        <w:rPr>
          <w:rFonts w:ascii="Baskerville Old Face" w:hAnsi="Baskerville Old Face"/>
          <w:bCs/>
          <w:sz w:val="28"/>
          <w:szCs w:val="28"/>
        </w:rPr>
        <w:t xml:space="preserve">, </w:t>
      </w:r>
      <w:r w:rsidRPr="00CE758F">
        <w:rPr>
          <w:rFonts w:ascii="Baskerville Old Face" w:hAnsi="Baskerville Old Face"/>
          <w:bCs/>
          <w:sz w:val="28"/>
          <w:szCs w:val="28"/>
        </w:rPr>
        <w:t>there is a version in most of the profiles</w:t>
      </w:r>
      <w:r w:rsidR="00254219">
        <w:rPr>
          <w:rFonts w:ascii="Baskerville Old Face" w:hAnsi="Baskerville Old Face"/>
          <w:bCs/>
          <w:sz w:val="28"/>
          <w:szCs w:val="28"/>
        </w:rPr>
        <w:t>,</w:t>
      </w:r>
      <w:r w:rsidRPr="00CE758F">
        <w:rPr>
          <w:rFonts w:ascii="Baskerville Old Face" w:hAnsi="Baskerville Old Face"/>
          <w:bCs/>
          <w:sz w:val="28"/>
          <w:szCs w:val="28"/>
        </w:rPr>
        <w:t xml:space="preserve"> in which the crash follows a furious argument, and it makes a better paragraph, and it is not true. He put the phone down and stood in the office for about a minute and a half. Then he went and got the keys off the hook in the passage.</w:t>
      </w:r>
      <w:r w:rsidR="000E310D">
        <w:rPr>
          <w:rFonts w:ascii="Baskerville Old Face" w:hAnsi="Baskerville Old Face"/>
          <w:bCs/>
          <w:sz w:val="28"/>
          <w:szCs w:val="28"/>
        </w:rPr>
        <w:t xml:space="preserve"> </w:t>
      </w:r>
      <w:r w:rsidRPr="00CE758F">
        <w:rPr>
          <w:rFonts w:ascii="Baskerville Old Face" w:hAnsi="Baskerville Old Face"/>
          <w:bCs/>
          <w:sz w:val="28"/>
          <w:szCs w:val="28"/>
        </w:rPr>
        <w:t>Mrs</w:t>
      </w:r>
      <w:r w:rsidR="00F80EAC">
        <w:rPr>
          <w:rFonts w:ascii="Baskerville Old Face" w:hAnsi="Baskerville Old Face"/>
          <w:bCs/>
          <w:sz w:val="28"/>
          <w:szCs w:val="28"/>
        </w:rPr>
        <w:t>.</w:t>
      </w:r>
      <w:r w:rsidRPr="00CE758F">
        <w:rPr>
          <w:rFonts w:ascii="Baskerville Old Face" w:hAnsi="Baskerville Old Face"/>
          <w:bCs/>
          <w:sz w:val="28"/>
          <w:szCs w:val="28"/>
        </w:rPr>
        <w:t xml:space="preserve"> Petrakis had gone at four. There was nobody in the house and nobody on the road and nobody expecting him anywhere.</w:t>
      </w:r>
      <w:r w:rsidR="001A5014">
        <w:rPr>
          <w:rFonts w:ascii="Baskerville Old Face" w:hAnsi="Baskerville Old Face"/>
          <w:bCs/>
          <w:sz w:val="28"/>
          <w:szCs w:val="28"/>
        </w:rPr>
        <w:t xml:space="preserve"> </w:t>
      </w:r>
      <w:r w:rsidRPr="00CE758F">
        <w:rPr>
          <w:rFonts w:ascii="Baskerville Old Face" w:hAnsi="Baskerville Old Face"/>
          <w:bCs/>
          <w:sz w:val="28"/>
          <w:szCs w:val="28"/>
        </w:rPr>
        <w:t xml:space="preserve">He took the Land Cruiser. He put nothing in it. He had, at fifty-one years of age, after twenty-nine years of preaching it, no water in that vehicle, and Wally Mansfield, who was alive that night in a house at Yeppoon, gave evidence about it afterwards in four words that took the top of Finian’s head off, and the four words were: </w:t>
      </w:r>
      <w:r w:rsidRPr="00CE758F">
        <w:rPr>
          <w:rFonts w:ascii="Baskerville Old Face" w:hAnsi="Baskerville Old Face"/>
          <w:bCs/>
          <w:i/>
          <w:sz w:val="28"/>
          <w:szCs w:val="28"/>
        </w:rPr>
        <w:t>He knew better. Everybody knew.</w:t>
      </w:r>
    </w:p>
    <w:p w14:paraId="7EC1077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turned left at the highway, which was north, which was nowhere he had any business going at ten o’clock at night.</w:t>
      </w:r>
    </w:p>
    <w:p w14:paraId="4E4950B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drove for about fifty minutes.</w:t>
      </w:r>
    </w:p>
    <w:p w14:paraId="6DAAD5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Here is what he was doing while he drove, because the court established it and he did not deny it. He was not thinking about his father. He was not thinking about a woman in a hallway in Glenelg. He was constructing, in his head, at a hundred and thirty and then a hundred and forty kilometres an hour on a road with a legal limit that was in those days a matter of opinion, *</w:t>
      </w:r>
      <w:r w:rsidRPr="00CE758F">
        <w:rPr>
          <w:rFonts w:ascii="Baskerville Old Face" w:hAnsi="Baskerville Old Face"/>
          <w:bCs/>
          <w:i/>
          <w:sz w:val="28"/>
          <w:szCs w:val="28"/>
        </w:rPr>
        <w:t>an answer</w:t>
      </w:r>
      <w:r w:rsidRPr="00CE758F">
        <w:rPr>
          <w:rFonts w:ascii="Baskerville Old Face" w:hAnsi="Baskerville Old Face"/>
          <w:bCs/>
          <w:sz w:val="28"/>
          <w:szCs w:val="28"/>
        </w:rPr>
        <w:t>*. He was building the reply. He had the shape of it by the Alekarenge turnoff: that she had had it for thirty years and never used it, that keeping a thing like that in a drawer was its own kind of dishonesty, that a man cannot be tried for a sentence he said at nineteen years of age with the sun on the back of his neck, that Padraig had wanted the story more than he had ever wanted the truth of it and that everybody who had known Padraig knew that, and that in any case — and this was the one he was polishing when it happened, this was the one he had got down to eleven words and was saying out loud in the cab to see how it sounded —</w:t>
      </w:r>
    </w:p>
    <w:p w14:paraId="4DC97E2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I built it. Whatever he was, I built it. It’s real. Go and look at it.</w:t>
      </w:r>
    </w:p>
    <w:p w14:paraId="2541F8A6" w14:textId="40B2CFF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was saying that. He was saying it aloud in an empty vehicle at a hundred and forty kilometres an hour, in the dark, on the Stuart Highway, north of a place where a woman had put her hand over his in a barrel of white steam in 1964 and moved it nine inches onto a valve wheel.</w:t>
      </w:r>
      <w:r w:rsidR="001A5014">
        <w:rPr>
          <w:rFonts w:ascii="Baskerville Old Face" w:hAnsi="Baskerville Old Face"/>
          <w:bCs/>
          <w:sz w:val="28"/>
          <w:szCs w:val="28"/>
        </w:rPr>
        <w:t xml:space="preserve"> </w:t>
      </w:r>
      <w:r w:rsidRPr="00CE758F">
        <w:rPr>
          <w:rFonts w:ascii="Baskerville Old Face" w:hAnsi="Baskerville Old Face"/>
          <w:bCs/>
          <w:sz w:val="28"/>
          <w:szCs w:val="28"/>
        </w:rPr>
        <w:t>There was nothing on the road.</w:t>
      </w:r>
      <w:r w:rsidR="001A5014">
        <w:rPr>
          <w:rFonts w:ascii="Baskerville Old Face" w:hAnsi="Baskerville Old Face"/>
          <w:bCs/>
          <w:sz w:val="28"/>
          <w:szCs w:val="28"/>
        </w:rPr>
        <w:t xml:space="preserve"> </w:t>
      </w:r>
      <w:r w:rsidRPr="00CE758F">
        <w:rPr>
          <w:rFonts w:ascii="Baskerville Old Face" w:hAnsi="Baskerville Old Face"/>
          <w:bCs/>
          <w:sz w:val="28"/>
          <w:szCs w:val="28"/>
        </w:rPr>
        <w:t>That is the part the police report is emphatic about and the part he never once tried to soften, in either world. No animal. No other vehicle for eleven minutes in either direction. No blowout</w:t>
      </w:r>
      <w:r w:rsidR="005A56E6">
        <w:rPr>
          <w:rFonts w:ascii="Baskerville Old Face" w:hAnsi="Baskerville Old Face"/>
          <w:bCs/>
          <w:sz w:val="28"/>
          <w:szCs w:val="28"/>
        </w:rPr>
        <w:t xml:space="preserve">, </w:t>
      </w:r>
      <w:r w:rsidRPr="00CE758F">
        <w:rPr>
          <w:rFonts w:ascii="Baskerville Old Face" w:hAnsi="Baskerville Old Face"/>
          <w:bCs/>
          <w:sz w:val="28"/>
          <w:szCs w:val="28"/>
        </w:rPr>
        <w:t xml:space="preserve"> both front tyres were intact and the mechanical inspection found the vehicle in good order throughout, because it was a company vehicle and it was serviced at six thousand kilometres, because the man who owned the company insisted on it. The road was straight for eight kilometres. The night was clear. There was no rain in the Territory that week.</w:t>
      </w:r>
      <w:r w:rsidR="005A56E6">
        <w:rPr>
          <w:rFonts w:ascii="Baskerville Old Face" w:hAnsi="Baskerville Old Face"/>
          <w:bCs/>
          <w:sz w:val="28"/>
          <w:szCs w:val="28"/>
        </w:rPr>
        <w:t xml:space="preserve"> </w:t>
      </w:r>
      <w:r w:rsidRPr="00CE758F">
        <w:rPr>
          <w:rFonts w:ascii="Baskerville Old Face" w:hAnsi="Baskerville Old Face"/>
          <w:bCs/>
          <w:sz w:val="28"/>
          <w:szCs w:val="28"/>
        </w:rPr>
        <w:t>He drifted left. The near-side wheels went off the seal onto the shoulder, which is a thing that happens to everybody who has ever driven that road, and the correct response to it is to take your foot off and let it come back, and Finian Kavanagh, who had driven perhaps two million kilometres of the Territory and had taught the correction to twenty men, had his mind nine hundred and seventy kilometres away in a hallway in Glenelg, arguing.</w:t>
      </w:r>
    </w:p>
    <w:p w14:paraId="6EECCAF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corrected hard.</w:t>
      </w:r>
    </w:p>
    <w:p w14:paraId="56F1118D" w14:textId="72B200C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Land Cruiser came back onto the bitumen sideways at a hundred and thirty, crossed the road, went off the eastern side, and rolled. The police measured the roll at a hundred and ten metres. It went over five times and finished on its roof forty-one metres out in the spinifex with the engine still running and the headlights on, pointing back at the road it had come off, which is the detail he could never afterwards stop seeing: the two beams lying flat across the grass in the wrong direction, full of dust, and the dust going through them and settling.</w:t>
      </w:r>
      <w:r w:rsidR="005A56E6">
        <w:rPr>
          <w:rFonts w:ascii="Baskerville Old Face" w:hAnsi="Baskerville Old Face"/>
          <w:bCs/>
          <w:sz w:val="28"/>
          <w:szCs w:val="28"/>
        </w:rPr>
        <w:t xml:space="preserve"> </w:t>
      </w:r>
      <w:r w:rsidRPr="00CE758F">
        <w:rPr>
          <w:rFonts w:ascii="Baskerville Old Face" w:hAnsi="Baskerville Old Face"/>
          <w:bCs/>
          <w:sz w:val="28"/>
          <w:szCs w:val="28"/>
        </w:rPr>
        <w:t>He was conscious. He was conscious for a considerable part of it, which nobody who saw him afterwards could account for.</w:t>
      </w:r>
      <w:r w:rsidR="005A56E6">
        <w:rPr>
          <w:rFonts w:ascii="Baskerville Old Face" w:hAnsi="Baskerville Old Face"/>
          <w:bCs/>
          <w:sz w:val="28"/>
          <w:szCs w:val="28"/>
        </w:rPr>
        <w:t xml:space="preserve"> </w:t>
      </w:r>
      <w:r w:rsidRPr="00CE758F">
        <w:rPr>
          <w:rFonts w:ascii="Baskerville Old Face" w:hAnsi="Baskerville Old Face"/>
          <w:bCs/>
          <w:sz w:val="28"/>
          <w:szCs w:val="28"/>
        </w:rPr>
        <w:t xml:space="preserve">He was upside down with his shoulder against the roof lining and his left arm out through where the window had been, and there was a sound he took some time to identify as the engine, and then the engine stopped. His head was wet. He knew what that meant and did not pursue it. He tried to work out which way was up by looking, and could not, and worked it out instead from the direction the blood was going, which was into his eye, which meant his eye was below his scalp, which meant he was upside down, and he was pleased with himself for this piece of reasoning and </w:t>
      </w:r>
      <w:r w:rsidRPr="00CE758F">
        <w:rPr>
          <w:rFonts w:ascii="Baskerville Old Face" w:hAnsi="Baskerville Old Face"/>
          <w:bCs/>
          <w:sz w:val="28"/>
          <w:szCs w:val="28"/>
        </w:rPr>
        <w:lastRenderedPageBreak/>
        <w:t>had a clear sense, for about four seconds, of being extremely competent.</w:t>
      </w:r>
      <w:r w:rsidR="009C0176">
        <w:rPr>
          <w:rFonts w:ascii="Baskerville Old Face" w:hAnsi="Baskerville Old Face"/>
          <w:bCs/>
          <w:sz w:val="28"/>
          <w:szCs w:val="28"/>
        </w:rPr>
        <w:t xml:space="preserve"> </w:t>
      </w:r>
      <w:r w:rsidRPr="00CE758F">
        <w:rPr>
          <w:rFonts w:ascii="Baskerville Old Face" w:hAnsi="Baskerville Old Face"/>
          <w:bCs/>
          <w:sz w:val="28"/>
          <w:szCs w:val="28"/>
        </w:rPr>
        <w:t>Then he tried to get his right arm to do something and it did not.</w:t>
      </w:r>
      <w:r w:rsidR="009C0176">
        <w:rPr>
          <w:rFonts w:ascii="Baskerville Old Face" w:hAnsi="Baskerville Old Face"/>
          <w:bCs/>
          <w:sz w:val="28"/>
          <w:szCs w:val="28"/>
        </w:rPr>
        <w:t xml:space="preserve"> </w:t>
      </w:r>
      <w:r w:rsidRPr="00CE758F">
        <w:rPr>
          <w:rFonts w:ascii="Baskerville Old Face" w:hAnsi="Baskerville Old Face"/>
          <w:bCs/>
          <w:sz w:val="28"/>
          <w:szCs w:val="28"/>
        </w:rPr>
        <w:t>And then</w:t>
      </w:r>
      <w:r w:rsidR="00CA3BD2">
        <w:rPr>
          <w:rFonts w:ascii="Baskerville Old Face" w:hAnsi="Baskerville Old Face"/>
          <w:bCs/>
          <w:sz w:val="28"/>
          <w:szCs w:val="28"/>
        </w:rPr>
        <w:t xml:space="preserve">, </w:t>
      </w:r>
      <w:r w:rsidRPr="00CE758F">
        <w:rPr>
          <w:rFonts w:ascii="Baskerville Old Face" w:hAnsi="Baskerville Old Face"/>
          <w:bCs/>
          <w:sz w:val="28"/>
          <w:szCs w:val="28"/>
        </w:rPr>
        <w:t>and he told this to the Court himself, unprompted, on the third day, when Darrow had not asked him for it and would very much rather he had not volunteered it</w:t>
      </w:r>
      <w:r w:rsidR="00CA3BD2">
        <w:rPr>
          <w:rFonts w:ascii="Baskerville Old Face" w:hAnsi="Baskerville Old Face"/>
          <w:bCs/>
          <w:sz w:val="28"/>
          <w:szCs w:val="28"/>
        </w:rPr>
        <w:t xml:space="preserve">, </w:t>
      </w:r>
      <w:r w:rsidRPr="00CE758F">
        <w:rPr>
          <w:rFonts w:ascii="Baskerville Old Face" w:hAnsi="Baskerville Old Face"/>
          <w:bCs/>
          <w:sz w:val="28"/>
          <w:szCs w:val="28"/>
        </w:rPr>
        <w:t>he lay upside down in the wreck of a hundred-thousand-dollar vehicle in the spinifex on the Stuart Highway with his skull open, and what he thought about was *</w:t>
      </w:r>
      <w:r w:rsidRPr="00CE758F">
        <w:rPr>
          <w:rFonts w:ascii="Baskerville Old Face" w:hAnsi="Baskerville Old Face"/>
          <w:bCs/>
          <w:i/>
          <w:sz w:val="28"/>
          <w:szCs w:val="28"/>
        </w:rPr>
        <w:t>the rigs</w:t>
      </w:r>
      <w:r w:rsidRPr="00CE758F">
        <w:rPr>
          <w:rFonts w:ascii="Baskerville Old Face" w:hAnsi="Baskerville Old Face"/>
          <w:bCs/>
          <w:sz w:val="28"/>
          <w:szCs w:val="28"/>
        </w:rPr>
        <w:t>*.</w:t>
      </w:r>
    </w:p>
    <w:p w14:paraId="56C7552B" w14:textId="560ABE1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thought: </w:t>
      </w:r>
      <w:r w:rsidRPr="00CE758F">
        <w:rPr>
          <w:rFonts w:ascii="Baskerville Old Face" w:hAnsi="Baskerville Old Face"/>
          <w:bCs/>
          <w:i/>
          <w:sz w:val="28"/>
          <w:szCs w:val="28"/>
        </w:rPr>
        <w:t>Four days. They can run four days on the programme without me. Ted can sign the dockets. There’s the Anglo-Pacific meeting on the Thursday and Merridew can take it.</w:t>
      </w:r>
      <w:r w:rsidR="00CA3BD2">
        <w:rPr>
          <w:rFonts w:ascii="Baskerville Old Face" w:hAnsi="Baskerville Old Face"/>
          <w:bCs/>
          <w:sz w:val="28"/>
          <w:szCs w:val="28"/>
        </w:rPr>
        <w:t xml:space="preserve"> </w:t>
      </w:r>
      <w:r w:rsidRPr="00CE758F">
        <w:rPr>
          <w:rFonts w:ascii="Baskerville Old Face" w:hAnsi="Baskerville Old Face"/>
          <w:bCs/>
          <w:sz w:val="28"/>
          <w:szCs w:val="28"/>
        </w:rPr>
        <w:t>He got that far. He got as far as Thursday. And then the arithmetic would not hold together any more, because he could not remember what the meeting on the Thursday was about, and he went at it again from the start, and the same thing happened, and he went at it a third time, and the third time it broke apart in his hands entirely — the days came loose from each other, the way they do — and there was nothing in the vehicle at all except a man on his own, upside down, in the dark, four hundred kilometres from his wife.</w:t>
      </w:r>
      <w:r w:rsidR="00CA3BD2">
        <w:rPr>
          <w:rFonts w:ascii="Baskerville Old Face" w:hAnsi="Baskerville Old Face"/>
          <w:bCs/>
          <w:sz w:val="28"/>
          <w:szCs w:val="28"/>
        </w:rPr>
        <w:t xml:space="preserve"> </w:t>
      </w:r>
      <w:r w:rsidRPr="00CE758F">
        <w:rPr>
          <w:rFonts w:ascii="Baskerville Old Face" w:hAnsi="Baskerville Old Face"/>
          <w:bCs/>
          <w:sz w:val="28"/>
          <w:szCs w:val="28"/>
        </w:rPr>
        <w:t>And what came into the place where the arithmetic had been was not Ellie, and was not the girl, and was not his father.</w:t>
      </w:r>
      <w:r w:rsidR="00CA3BD2">
        <w:rPr>
          <w:rFonts w:ascii="Baskerville Old Face" w:hAnsi="Baskerville Old Face"/>
          <w:bCs/>
          <w:sz w:val="28"/>
          <w:szCs w:val="28"/>
        </w:rPr>
        <w:t xml:space="preserve"> </w:t>
      </w:r>
      <w:r w:rsidRPr="00CE758F">
        <w:rPr>
          <w:rFonts w:ascii="Baskerville Old Face" w:hAnsi="Baskerville Old Face"/>
          <w:bCs/>
          <w:sz w:val="28"/>
          <w:szCs w:val="28"/>
        </w:rPr>
        <w:t xml:space="preserve">It was one </w:t>
      </w:r>
      <w:r w:rsidRPr="00CE758F">
        <w:rPr>
          <w:rFonts w:ascii="Baskerville Old Face" w:hAnsi="Baskerville Old Face"/>
          <w:bCs/>
          <w:sz w:val="28"/>
          <w:szCs w:val="28"/>
        </w:rPr>
        <w:lastRenderedPageBreak/>
        <w:t xml:space="preserve">page of a letter, folded in four, in a tin, in a safe, behind the deeds, in a house eleven miles from a town. He had put it there in 1964. He had never once read it again. He could not, lying there, remember more than the one line of it, and the one line he could remember was: </w:t>
      </w:r>
      <w:r w:rsidRPr="00CE758F">
        <w:rPr>
          <w:rFonts w:ascii="Baskerville Old Face" w:hAnsi="Baskerville Old Face"/>
          <w:bCs/>
          <w:i/>
          <w:sz w:val="28"/>
          <w:szCs w:val="28"/>
        </w:rPr>
        <w:t>Wally is right and I have not been able to look at him since Friday.</w:t>
      </w:r>
      <w:r w:rsidR="00773BC9">
        <w:rPr>
          <w:rFonts w:ascii="Baskerville Old Face" w:hAnsi="Baskerville Old Face"/>
          <w:bCs/>
          <w:sz w:val="28"/>
          <w:szCs w:val="28"/>
        </w:rPr>
        <w:t xml:space="preserve"> </w:t>
      </w:r>
      <w:r w:rsidRPr="00CE758F">
        <w:rPr>
          <w:rFonts w:ascii="Baskerville Old Face" w:hAnsi="Baskerville Old Face"/>
          <w:bCs/>
          <w:sz w:val="28"/>
          <w:szCs w:val="28"/>
        </w:rPr>
        <w:t>He began, very quietly, to cry, which he had not done since the twenty-fourth of September 1969, and had not done then either, in front of anybody.</w:t>
      </w:r>
      <w:r w:rsidR="00773BC9">
        <w:rPr>
          <w:rFonts w:ascii="Baskerville Old Face" w:hAnsi="Baskerville Old Face"/>
          <w:bCs/>
          <w:sz w:val="28"/>
          <w:szCs w:val="28"/>
        </w:rPr>
        <w:t xml:space="preserve"> </w:t>
      </w:r>
      <w:r w:rsidRPr="00CE758F">
        <w:rPr>
          <w:rFonts w:ascii="Baskerville Old Face" w:hAnsi="Baskerville Old Face"/>
          <w:bCs/>
          <w:sz w:val="28"/>
          <w:szCs w:val="28"/>
        </w:rPr>
        <w:t>“Well,” said a woman’s voice, “and here we are, then.”</w:t>
      </w:r>
      <w:r w:rsidR="00773BC9">
        <w:rPr>
          <w:rFonts w:ascii="Baskerville Old Face" w:hAnsi="Baskerville Old Face"/>
          <w:bCs/>
          <w:sz w:val="28"/>
          <w:szCs w:val="28"/>
        </w:rPr>
        <w:t xml:space="preserve"> </w:t>
      </w:r>
      <w:r w:rsidRPr="00CE758F">
        <w:rPr>
          <w:rFonts w:ascii="Baskerville Old Face" w:hAnsi="Baskerville Old Face"/>
          <w:bCs/>
          <w:sz w:val="28"/>
          <w:szCs w:val="28"/>
        </w:rPr>
        <w:t>She was crouched down in the grass outside the broken window with her forearms on her knees, quite comfortable, the way country people crouch. He could see her from the shoulders down. There was a grey dress, and a hem, and the hem was wet, and there had been no rain in the Territory for five weeks.</w:t>
      </w:r>
      <w:r w:rsidR="00773BC9">
        <w:rPr>
          <w:rFonts w:ascii="Baskerville Old Face" w:hAnsi="Baskerville Old Face"/>
          <w:bCs/>
          <w:sz w:val="28"/>
          <w:szCs w:val="28"/>
        </w:rPr>
        <w:t xml:space="preserve"> </w:t>
      </w:r>
      <w:r w:rsidRPr="00CE758F">
        <w:rPr>
          <w:rFonts w:ascii="Baskerville Old Face" w:hAnsi="Baskerville Old Face"/>
          <w:bCs/>
          <w:sz w:val="28"/>
          <w:szCs w:val="28"/>
        </w:rPr>
        <w:t>“You’re the nurse,” he said. His mouth was not working properly. “You’re</w:t>
      </w:r>
      <w:r w:rsidR="00486BE0">
        <w:rPr>
          <w:rFonts w:ascii="Baskerville Old Face" w:hAnsi="Baskerville Old Face"/>
          <w:bCs/>
          <w:sz w:val="28"/>
          <w:szCs w:val="28"/>
        </w:rPr>
        <w:t>,</w:t>
      </w:r>
      <w:r w:rsidRPr="00CE758F">
        <w:rPr>
          <w:rFonts w:ascii="Baskerville Old Face" w:hAnsi="Baskerville Old Face"/>
          <w:bCs/>
          <w:sz w:val="28"/>
          <w:szCs w:val="28"/>
        </w:rPr>
        <w:t xml:space="preserve"> you were in the ward. In Alice.”</w:t>
      </w:r>
    </w:p>
    <w:p w14:paraId="381B2D9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“Aye, I was in the ward,” said Maggie Dickson. “I’ve been a good few places, son. I was on the embankment at Kurundi when ye’d a mind to walk thirty mile in February wi’ no water, and I sent ye back for yer bag, and ye called me a mad besom under yer breath, which I heard.” She shifted her weight. “And I was in the barrel at Corella Downs when ye couldnae </w:t>
      </w:r>
      <w:r w:rsidRPr="00CE758F">
        <w:rPr>
          <w:rFonts w:ascii="Baskerville Old Face" w:hAnsi="Baskerville Old Face"/>
          <w:bCs/>
          <w:sz w:val="28"/>
          <w:szCs w:val="28"/>
        </w:rPr>
        <w:lastRenderedPageBreak/>
        <w:t>find the wheel. That was my hand, that. Ye thought it was Ted Mawson. Ted Mawson was ten second behind ye and comin’ in the other side, and he burnt his arms to the elbow for it, and I’ve thought about that mysel’, to be fair to ye.”</w:t>
      </w:r>
    </w:p>
    <w:p w14:paraId="05B09A9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“Am I dying.”</w:t>
      </w:r>
    </w:p>
    <w:p w14:paraId="6327C7E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are.”</w:t>
      </w:r>
    </w:p>
    <w:p w14:paraId="1A93B392" w14:textId="34D1C3F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lay in the dark and considered this. It was, curiously, the first piece of unambiguous information he had received in some months.</w:t>
      </w:r>
      <w:r w:rsidR="00CD14C2">
        <w:rPr>
          <w:rFonts w:ascii="Baskerville Old Face" w:hAnsi="Baskerville Old Face"/>
          <w:bCs/>
          <w:sz w:val="28"/>
          <w:szCs w:val="28"/>
        </w:rPr>
        <w:t xml:space="preserve"> </w:t>
      </w:r>
      <w:r w:rsidRPr="00CE758F">
        <w:rPr>
          <w:rFonts w:ascii="Baskerville Old Face" w:hAnsi="Baskerville Old Face"/>
          <w:bCs/>
          <w:sz w:val="28"/>
          <w:szCs w:val="28"/>
        </w:rPr>
        <w:t>“Then help us,” he said.</w:t>
      </w:r>
    </w:p>
    <w:p w14:paraId="121F8217" w14:textId="287BF87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she said — and she did not say it coldly, which he had somehow expected, but with a tiredness that had three hundred years in it</w:t>
      </w:r>
      <w:r w:rsidR="00CD14C2">
        <w:rPr>
          <w:rFonts w:ascii="Baskerville Old Face" w:hAnsi="Baskerville Old Face"/>
          <w:bCs/>
          <w:sz w:val="28"/>
          <w:szCs w:val="28"/>
        </w:rPr>
        <w:t xml:space="preserve">, </w:t>
      </w:r>
      <w:r w:rsidRPr="00CE758F">
        <w:rPr>
          <w:rFonts w:ascii="Baskerville Old Face" w:hAnsi="Baskerville Old Face"/>
          <w:bCs/>
          <w:sz w:val="28"/>
          <w:szCs w:val="28"/>
        </w:rPr>
        <w:t>“No, son. No’ this time.” She reached in through the window and put her hand flat on the side of his face, and her hand was cool, and it was the only thing that was. “I’ve hauled ye back off the edge o’ it three times when ye were owed better. I’m no haulin’ ye back this time. This time ye’re comin’ wi’ me, and ye’re gonnae stand up and say what ye’ve done, and there’s twelve men waitin’ on ye.”</w:t>
      </w:r>
    </w:p>
    <w:p w14:paraId="5DCE5EE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don’t understand.”</w:t>
      </w:r>
    </w:p>
    <w:p w14:paraId="2A8FDAF4" w14:textId="77777777" w:rsidR="005A56E6"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“Naw,” she said. “Ye never did.” And then, and this was the last thing Finian Kavanagh heard in the world for six weeks: “It’s no a punishment, hen. God love ye, ye think </w:t>
      </w:r>
      <w:r w:rsidRPr="00CE758F">
        <w:rPr>
          <w:rFonts w:ascii="Baskerville Old Face" w:hAnsi="Baskerville Old Face"/>
          <w:bCs/>
          <w:sz w:val="28"/>
          <w:szCs w:val="28"/>
        </w:rPr>
        <w:lastRenderedPageBreak/>
        <w:t>everything’s a bill.”</w:t>
      </w:r>
      <w:r w:rsidR="00CD14C2">
        <w:rPr>
          <w:rFonts w:ascii="Baskerville Old Face" w:hAnsi="Baskerville Old Face"/>
          <w:bCs/>
          <w:sz w:val="28"/>
          <w:szCs w:val="28"/>
        </w:rPr>
        <w:t xml:space="preserve"> </w:t>
      </w:r>
      <w:r w:rsidRPr="00CE758F">
        <w:rPr>
          <w:rFonts w:ascii="Baskerville Old Face" w:hAnsi="Baskerville Old Face"/>
          <w:bCs/>
          <w:sz w:val="28"/>
          <w:szCs w:val="28"/>
        </w:rPr>
        <w:t>The road train came through at 4.40 in the morning, out of Tennant, and the driver, whose name was Kevin Amos and who was forty-two and had a daughter doing her leaving certificate in Katherine, saw two headlights lying flat on their sides forty metres out in the spinifex, and did what nobody is obliged to do at twenty to five in the morning on the Stuart Highway, which was stop.</w:t>
      </w:r>
      <w:r w:rsidR="00CD14C2">
        <w:rPr>
          <w:rFonts w:ascii="Baskerville Old Face" w:hAnsi="Baskerville Old Face"/>
          <w:bCs/>
          <w:sz w:val="28"/>
          <w:szCs w:val="28"/>
        </w:rPr>
        <w:t xml:space="preserve"> </w:t>
      </w:r>
      <w:r w:rsidRPr="00CE758F">
        <w:rPr>
          <w:rFonts w:ascii="Baskerville Old Face" w:hAnsi="Baskerville Old Face"/>
          <w:bCs/>
          <w:sz w:val="28"/>
          <w:szCs w:val="28"/>
        </w:rPr>
        <w:t xml:space="preserve">He was six hours in the wreck before that. He had a fractured skull, a subdural </w:t>
      </w:r>
      <w:r w:rsidR="008651A3" w:rsidRPr="00CE758F">
        <w:rPr>
          <w:rFonts w:ascii="Baskerville Old Face" w:hAnsi="Baskerville Old Face"/>
          <w:bCs/>
          <w:sz w:val="28"/>
          <w:szCs w:val="28"/>
        </w:rPr>
        <w:t>hematoma</w:t>
      </w:r>
      <w:r w:rsidRPr="00CE758F">
        <w:rPr>
          <w:rFonts w:ascii="Baskerville Old Face" w:hAnsi="Baskerville Old Face"/>
          <w:bCs/>
          <w:sz w:val="28"/>
          <w:szCs w:val="28"/>
        </w:rPr>
        <w:t>, eleven broken bones, and a right arm that would never be right. Kevin Amos got the door off with a jack handle and a length of chain and did not move him, which saved his neck, and put his own swag over him, and sat with him in the grass talking to a man who could not hear him for an hour and fifty minutes until the ambulance came up from Tennant Creek, and afterwards refused, twice, in writing, to accept anything from the Kavanagh Drilling Company, and in 1997 accepted a scholarship in his daughter’s name to study medicine at Flinders, because it was put to him in a letter that it was not for him.</w:t>
      </w:r>
      <w:r w:rsidR="007169C8">
        <w:rPr>
          <w:rFonts w:ascii="Baskerville Old Face" w:hAnsi="Baskerville Old Face"/>
          <w:bCs/>
          <w:sz w:val="28"/>
          <w:szCs w:val="28"/>
        </w:rPr>
        <w:t xml:space="preserve"> </w:t>
      </w:r>
      <w:r w:rsidRPr="00CE758F">
        <w:rPr>
          <w:rFonts w:ascii="Baskerville Old Face" w:hAnsi="Baskerville Old Face"/>
          <w:bCs/>
          <w:sz w:val="28"/>
          <w:szCs w:val="28"/>
        </w:rPr>
        <w:t>The Flying Doctor took him into Alice Springs at ten past eleven that morning. They operated for five hours and relieved the pressure and did not expect it to matter.</w:t>
      </w:r>
      <w:r w:rsidR="007169C8">
        <w:rPr>
          <w:rFonts w:ascii="Baskerville Old Face" w:hAnsi="Baskerville Old Face"/>
          <w:bCs/>
          <w:sz w:val="28"/>
          <w:szCs w:val="28"/>
        </w:rPr>
        <w:t xml:space="preserve"> </w:t>
      </w:r>
    </w:p>
    <w:p w14:paraId="416301FA" w14:textId="752BC0C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Ellie was in the air by two. She had flown out of Adelaide on the first thing she could get and she had, in her handbag, because she had picked it up off the hall table in Glenelg without thinking and had not put it down again in three thousand kilometres, an unopened letter from the Kilgour hydrogeologist that had been forwarded to her sister’s address by mistake.</w:t>
      </w:r>
      <w:r w:rsidR="007169C8">
        <w:rPr>
          <w:rFonts w:ascii="Baskerville Old Face" w:hAnsi="Baskerville Old Face"/>
          <w:bCs/>
          <w:sz w:val="28"/>
          <w:szCs w:val="28"/>
        </w:rPr>
        <w:t xml:space="preserve"> </w:t>
      </w:r>
      <w:r w:rsidRPr="00CE758F">
        <w:rPr>
          <w:rFonts w:ascii="Baskerville Old Face" w:hAnsi="Baskerville Old Face"/>
          <w:bCs/>
          <w:sz w:val="28"/>
          <w:szCs w:val="28"/>
        </w:rPr>
        <w:t>She came into the room at twenty to six in the evening on the twentieth of June 1995 and looked at what was in the bed for a long moment, and then she sat down on the plastic chair and took his left hand, which was the one that worked, and said: “Aye. Well.” And then she said, “I’m here, ye daft</w:t>
      </w:r>
      <w:r w:rsidR="0019710F">
        <w:rPr>
          <w:rFonts w:ascii="Baskerville Old Face" w:hAnsi="Baskerville Old Face"/>
          <w:bCs/>
          <w:sz w:val="28"/>
          <w:szCs w:val="28"/>
        </w:rPr>
        <w:t xml:space="preserve">, </w:t>
      </w:r>
      <w:r w:rsidR="0019710F" w:rsidRPr="00CA24D0">
        <w:rPr>
          <w:rFonts w:ascii="Baskerville Old Face" w:hAnsi="Baskerville Old Face"/>
          <w:bCs/>
          <w:i/>
          <w:iCs/>
          <w:sz w:val="28"/>
          <w:szCs w:val="28"/>
        </w:rPr>
        <w:t>b</w:t>
      </w:r>
      <w:r w:rsidR="00CA24D0" w:rsidRPr="00CA24D0">
        <w:rPr>
          <w:rFonts w:ascii="Baskerville Old Face" w:hAnsi="Baskerville Old Face"/>
          <w:bCs/>
          <w:i/>
          <w:iCs/>
          <w:sz w:val="28"/>
          <w:szCs w:val="28"/>
        </w:rPr>
        <w:t xml:space="preserve">a </w:t>
      </w:r>
      <w:r w:rsidR="000A6D4D" w:rsidRPr="00CA24D0">
        <w:rPr>
          <w:rFonts w:ascii="Baskerville Old Face" w:hAnsi="Baskerville Old Face"/>
          <w:bCs/>
          <w:i/>
          <w:iCs/>
          <w:sz w:val="28"/>
          <w:szCs w:val="28"/>
        </w:rPr>
        <w:t>heid</w:t>
      </w:r>
      <w:r w:rsidRPr="00CE758F">
        <w:rPr>
          <w:rFonts w:ascii="Baskerville Old Face" w:hAnsi="Baskerville Old Face"/>
          <w:bCs/>
          <w:sz w:val="28"/>
          <w:szCs w:val="28"/>
        </w:rPr>
        <w:t xml:space="preserve"> </w:t>
      </w:r>
      <w:r w:rsidR="00FF3E9B">
        <w:rPr>
          <w:rFonts w:ascii="Baskerville Old Face" w:hAnsi="Baskerville Old Face"/>
          <w:bCs/>
          <w:sz w:val="28"/>
          <w:szCs w:val="28"/>
        </w:rPr>
        <w:t xml:space="preserve"> of a </w:t>
      </w:r>
      <w:r w:rsidRPr="00CE758F">
        <w:rPr>
          <w:rFonts w:ascii="Baskerville Old Face" w:hAnsi="Baskerville Old Face"/>
          <w:bCs/>
          <w:sz w:val="28"/>
          <w:szCs w:val="28"/>
        </w:rPr>
        <w:t>man,” and she was there for six weeks.</w:t>
      </w:r>
      <w:r w:rsidR="00FF3E9B">
        <w:rPr>
          <w:rFonts w:ascii="Baskerville Old Face" w:hAnsi="Baskerville Old Face"/>
          <w:bCs/>
          <w:sz w:val="28"/>
          <w:szCs w:val="28"/>
        </w:rPr>
        <w:t xml:space="preserve"> </w:t>
      </w:r>
      <w:r w:rsidRPr="00CE758F">
        <w:rPr>
          <w:rFonts w:ascii="Baskerville Old Face" w:hAnsi="Baskerville Old Face"/>
          <w:bCs/>
          <w:sz w:val="28"/>
          <w:szCs w:val="28"/>
        </w:rPr>
        <w:t xml:space="preserve">The machine breathed for him. His heart, which had never given him a day’s trouble, went on without any assistance whatsoever. And on the fourth day the neurosurgeon, a courteous exhausted Sri Lankan named Dr Ratnayake, took Ellie into a corridor and explained, carefully and without any hedging at all, because he had learnt that hedging is cruelty on a longer timescale, that the scans showed damage of a kind and an extent from which people did not return, and that there was no medical reason to expect her husband to wake </w:t>
      </w:r>
      <w:r w:rsidRPr="00CE758F">
        <w:rPr>
          <w:rFonts w:ascii="Baskerville Old Face" w:hAnsi="Baskerville Old Face"/>
          <w:bCs/>
          <w:sz w:val="28"/>
          <w:szCs w:val="28"/>
        </w:rPr>
        <w:lastRenderedPageBreak/>
        <w:t>up, and that if he did, the man who woke would not be able to speak, or to swallow, or to know her.</w:t>
      </w:r>
      <w:r w:rsidR="00FF3E9B">
        <w:rPr>
          <w:rFonts w:ascii="Baskerville Old Face" w:hAnsi="Baskerville Old Face"/>
          <w:bCs/>
          <w:sz w:val="28"/>
          <w:szCs w:val="28"/>
        </w:rPr>
        <w:t xml:space="preserve"> </w:t>
      </w:r>
      <w:r w:rsidRPr="00CE758F">
        <w:rPr>
          <w:rFonts w:ascii="Baskerville Old Face" w:hAnsi="Baskerville Old Face"/>
          <w:bCs/>
          <w:sz w:val="28"/>
          <w:szCs w:val="28"/>
        </w:rPr>
        <w:t>Ellie said, “Right.”</w:t>
      </w:r>
    </w:p>
    <w:p w14:paraId="1F255C55" w14:textId="478957B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said, “Thank you for tellin’ me straight.” And she went back in and sat down and took the hand again.</w:t>
      </w:r>
      <w:r w:rsidR="00FF3E9B">
        <w:rPr>
          <w:rFonts w:ascii="Baskerville Old Face" w:hAnsi="Baskerville Old Face"/>
          <w:bCs/>
          <w:sz w:val="28"/>
          <w:szCs w:val="28"/>
        </w:rPr>
        <w:t xml:space="preserve"> </w:t>
      </w:r>
      <w:r w:rsidRPr="00CE758F">
        <w:rPr>
          <w:rFonts w:ascii="Baskerville Old Face" w:hAnsi="Baskerville Old Face"/>
          <w:bCs/>
          <w:sz w:val="28"/>
          <w:szCs w:val="28"/>
        </w:rPr>
        <w:t>And four hundred kilometres north of that room, in a place with no roof and no walls and no measurable dimensions at all, in front of twelve men on twelve chairs, a very old Greek in a plain garment looked up from the table and said, mildly, in the voice of a man opening a door for a guest:</w:t>
      </w:r>
    </w:p>
    <w:p w14:paraId="7753E1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“Ah. Here he is.”</w:t>
      </w:r>
    </w:p>
    <w:p w14:paraId="67F15874"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7B406AE7" w14:textId="77777777" w:rsidR="00FF3E9B" w:rsidRDefault="00FF3E9B" w:rsidP="002A1BD3">
      <w:pPr>
        <w:pStyle w:val="Heading1"/>
        <w:spacing w:before="560" w:after="280" w:line="360" w:lineRule="auto"/>
        <w:rPr>
          <w:rFonts w:ascii="Baskerville Old Face" w:hAnsi="Baskerville Old Face"/>
          <w:b w:val="0"/>
          <w:sz w:val="28"/>
        </w:rPr>
      </w:pPr>
    </w:p>
    <w:p w14:paraId="75AA2263" w14:textId="77777777" w:rsidR="00FF3E9B" w:rsidRDefault="00FF3E9B" w:rsidP="002A1BD3">
      <w:pPr>
        <w:pStyle w:val="Heading1"/>
        <w:spacing w:before="560" w:after="280" w:line="360" w:lineRule="auto"/>
        <w:rPr>
          <w:rFonts w:ascii="Baskerville Old Face" w:hAnsi="Baskerville Old Face"/>
          <w:b w:val="0"/>
          <w:sz w:val="28"/>
        </w:rPr>
      </w:pPr>
    </w:p>
    <w:p w14:paraId="6F7ACC32" w14:textId="77777777" w:rsidR="00FF3E9B" w:rsidRDefault="00FF3E9B" w:rsidP="002A1BD3">
      <w:pPr>
        <w:pStyle w:val="Heading1"/>
        <w:spacing w:before="560" w:after="280" w:line="360" w:lineRule="auto"/>
        <w:rPr>
          <w:rFonts w:ascii="Baskerville Old Face" w:hAnsi="Baskerville Old Face"/>
          <w:b w:val="0"/>
          <w:sz w:val="28"/>
        </w:rPr>
      </w:pPr>
    </w:p>
    <w:p w14:paraId="5F19078C" w14:textId="77777777" w:rsidR="00FF3E9B" w:rsidRDefault="00FF3E9B" w:rsidP="002A1BD3">
      <w:pPr>
        <w:pStyle w:val="Heading1"/>
        <w:spacing w:before="560" w:after="280" w:line="360" w:lineRule="auto"/>
        <w:rPr>
          <w:rFonts w:ascii="Baskerville Old Face" w:hAnsi="Baskerville Old Face"/>
          <w:b w:val="0"/>
          <w:sz w:val="28"/>
        </w:rPr>
      </w:pPr>
    </w:p>
    <w:p w14:paraId="30DB387A" w14:textId="5E4377E6" w:rsidR="00F45C1A" w:rsidRPr="00CE758F" w:rsidRDefault="007671E1" w:rsidP="002A1BD3">
      <w:pPr>
        <w:pStyle w:val="Heading1"/>
        <w:spacing w:before="560" w:after="280" w:line="360" w:lineRule="auto"/>
        <w:rPr>
          <w:rFonts w:ascii="Baskerville Old Face" w:hAnsi="Baskerville Old Face"/>
          <w:b w:val="0"/>
          <w:sz w:val="28"/>
        </w:rPr>
      </w:pPr>
      <w:r w:rsidRPr="00CE758F">
        <w:rPr>
          <w:rFonts w:ascii="Baskerville Old Face" w:hAnsi="Baskerville Old Face"/>
          <w:b w:val="0"/>
          <w:sz w:val="28"/>
        </w:rPr>
        <w:t>Part Three</w:t>
      </w:r>
    </w:p>
    <w:p w14:paraId="65126E18"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Trial and the Transformation</w:t>
      </w:r>
    </w:p>
    <w:p w14:paraId="0F167D64"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6CD523AB"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Twelve</w:t>
      </w:r>
    </w:p>
    <w:p w14:paraId="47C635C1"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Summons</w:t>
      </w:r>
    </w:p>
    <w:p w14:paraId="414871C5" w14:textId="6BCF86E6" w:rsidR="00F45C1A" w:rsidRPr="00CE758F" w:rsidRDefault="005A56E6" w:rsidP="00384860">
      <w:pPr>
        <w:spacing w:line="360" w:lineRule="auto"/>
        <w:ind w:firstLine="0"/>
        <w:rPr>
          <w:rFonts w:ascii="Baskerville Old Face" w:hAnsi="Baskerville Old Face"/>
          <w:bCs/>
          <w:sz w:val="28"/>
          <w:szCs w:val="28"/>
        </w:rPr>
      </w:pPr>
      <w:r>
        <w:rPr>
          <w:rFonts w:ascii="Baskerville Old Face" w:hAnsi="Baskerville Old Face"/>
          <w:bCs/>
          <w:sz w:val="28"/>
          <w:szCs w:val="28"/>
        </w:rPr>
        <w:tab/>
      </w:r>
      <w:r w:rsidR="007671E1" w:rsidRPr="00CE758F">
        <w:rPr>
          <w:rFonts w:ascii="Baskerville Old Face" w:hAnsi="Baskerville Old Face"/>
          <w:bCs/>
          <w:sz w:val="28"/>
          <w:szCs w:val="28"/>
        </w:rPr>
        <w:t>There was no going anywhere. That was the first thing, and he never afterwards found a way of saying it that satisfied him.</w:t>
      </w:r>
      <w:r w:rsidR="00FF3E9B">
        <w:rPr>
          <w:rFonts w:ascii="Baskerville Old Face" w:hAnsi="Baskerville Old Face"/>
          <w:bCs/>
          <w:sz w:val="28"/>
          <w:szCs w:val="28"/>
        </w:rPr>
        <w:t xml:space="preserve"> </w:t>
      </w:r>
      <w:r w:rsidR="007671E1" w:rsidRPr="00CE758F">
        <w:rPr>
          <w:rFonts w:ascii="Baskerville Old Face" w:hAnsi="Baskerville Old Face"/>
          <w:bCs/>
          <w:sz w:val="28"/>
          <w:szCs w:val="28"/>
        </w:rPr>
        <w:t>He did not travel. He did not rise up out of himself and look down at the bed, which is what people say, and which he had heard said by a woman at a dinner in Perth in 1988 and had privately thought was the sort of thing you got told by people who wanted to be interesting at tables. There was no tunnel and no light at the end of it and no long dark corridor with his mother at the far end of it in her good coat.</w:t>
      </w:r>
      <w:r w:rsidR="00FF3E9B">
        <w:rPr>
          <w:rFonts w:ascii="Baskerville Old Face" w:hAnsi="Baskerville Old Face"/>
          <w:bCs/>
          <w:sz w:val="28"/>
          <w:szCs w:val="28"/>
        </w:rPr>
        <w:t xml:space="preserve"> </w:t>
      </w:r>
      <w:r w:rsidR="007671E1" w:rsidRPr="00CE758F">
        <w:rPr>
          <w:rFonts w:ascii="Baskerville Old Face" w:hAnsi="Baskerville Old Face"/>
          <w:bCs/>
          <w:sz w:val="28"/>
          <w:szCs w:val="28"/>
        </w:rPr>
        <w:t>What happened was that he was in the room, and then he noticed he was in the room, and the noticing came second. By a good margin.</w:t>
      </w:r>
      <w:r w:rsidR="00FF3E9B">
        <w:rPr>
          <w:rFonts w:ascii="Baskerville Old Face" w:hAnsi="Baskerville Old Face"/>
          <w:bCs/>
          <w:sz w:val="28"/>
          <w:szCs w:val="28"/>
        </w:rPr>
        <w:t xml:space="preserve"> </w:t>
      </w:r>
      <w:r w:rsidR="007671E1" w:rsidRPr="00CE758F">
        <w:rPr>
          <w:rFonts w:ascii="Baskerville Old Face" w:hAnsi="Baskerville Old Face"/>
          <w:bCs/>
          <w:sz w:val="28"/>
          <w:szCs w:val="28"/>
        </w:rPr>
        <w:t>He had time, before anybody spoke to him, to work several things out.</w:t>
      </w:r>
      <w:r w:rsidR="00FF3E9B">
        <w:rPr>
          <w:rFonts w:ascii="Baskerville Old Face" w:hAnsi="Baskerville Old Face"/>
          <w:bCs/>
          <w:sz w:val="28"/>
          <w:szCs w:val="28"/>
        </w:rPr>
        <w:t xml:space="preserve"> </w:t>
      </w:r>
      <w:r w:rsidR="007671E1" w:rsidRPr="00CE758F">
        <w:rPr>
          <w:rFonts w:ascii="Baskerville Old Face" w:hAnsi="Baskerville Old Face"/>
          <w:bCs/>
          <w:sz w:val="28"/>
          <w:szCs w:val="28"/>
        </w:rPr>
        <w:t xml:space="preserve">The room had a wooden floor, and the boards had been oiled a long time ago and had that grey look boards get in a dry country when the oil has gone out of them and the sand has been walked in. There were high windows on the long wall with the top sashes down, and the light coming in was afternoon light, low and yellow and full of moving dust, the light of about four o’clock in the second half </w:t>
      </w:r>
      <w:r w:rsidR="007671E1" w:rsidRPr="00CE758F">
        <w:rPr>
          <w:rFonts w:ascii="Baskerville Old Face" w:hAnsi="Baskerville Old Face"/>
          <w:bCs/>
          <w:sz w:val="28"/>
          <w:szCs w:val="28"/>
        </w:rPr>
        <w:lastRenderedPageBreak/>
        <w:t>of the year. There were fans in the ceiling and they were turning, and one of them had a tick in it, a small dry click on every third revolution, which is the sound of a fan that has been running for years with a bent blade that nobody has money to fix.</w:t>
      </w:r>
      <w:r w:rsidR="00384860">
        <w:rPr>
          <w:rFonts w:ascii="Baskerville Old Face" w:hAnsi="Baskerville Old Face"/>
          <w:bCs/>
          <w:sz w:val="28"/>
          <w:szCs w:val="28"/>
        </w:rPr>
        <w:t xml:space="preserve"> </w:t>
      </w:r>
      <w:r w:rsidR="007671E1" w:rsidRPr="00CE758F">
        <w:rPr>
          <w:rFonts w:ascii="Baskerville Old Face" w:hAnsi="Baskerville Old Face"/>
          <w:bCs/>
          <w:sz w:val="28"/>
          <w:szCs w:val="28"/>
        </w:rPr>
        <w:t>He knew the room. That was the trouble.</w:t>
      </w:r>
      <w:r w:rsidR="00384860">
        <w:rPr>
          <w:rFonts w:ascii="Baskerville Old Face" w:hAnsi="Baskerville Old Face"/>
          <w:bCs/>
          <w:sz w:val="28"/>
          <w:szCs w:val="28"/>
        </w:rPr>
        <w:t xml:space="preserve"> </w:t>
      </w:r>
      <w:r w:rsidR="007671E1" w:rsidRPr="00CE758F">
        <w:rPr>
          <w:rFonts w:ascii="Baskerville Old Face" w:hAnsi="Baskerville Old Face"/>
          <w:bCs/>
          <w:sz w:val="28"/>
          <w:szCs w:val="28"/>
        </w:rPr>
        <w:t xml:space="preserve">It was the courthouse in Parsons Street where he had married Ellie in eleven minutes in 1965, except that the ceiling was too high for it, and the windows were the windows of the hearing room in Tennant Creek where Merridew had said </w:t>
      </w:r>
      <w:r w:rsidR="007671E1" w:rsidRPr="00CE758F">
        <w:rPr>
          <w:rFonts w:ascii="Baskerville Old Face" w:hAnsi="Baskerville Old Face"/>
          <w:bCs/>
          <w:i/>
          <w:sz w:val="28"/>
          <w:szCs w:val="28"/>
        </w:rPr>
        <w:t>we can only respond to what’s on the file</w:t>
      </w:r>
      <w:r w:rsidR="007671E1" w:rsidRPr="00CE758F">
        <w:rPr>
          <w:rFonts w:ascii="Baskerville Old Face" w:hAnsi="Baskerville Old Face"/>
          <w:bCs/>
          <w:sz w:val="28"/>
          <w:szCs w:val="28"/>
        </w:rPr>
        <w:t>. The bench at the far end was that bench. The chairs were the chairs from the Corella Downs shearers’ quarters, bentwood, two of them with the cane gone out of the seat and a flour bag folded over the hole. The wall on his right had the noticeboard off the wall of the yard office at the Keep, with the same three drawing pins in it and the same square of unfaded paint where a fire drill notice had hung for eleven years, and the smell of the place — and this was the part that got into him and would not come out — the smell of the place was wet stone.</w:t>
      </w:r>
      <w:r w:rsidR="00384860">
        <w:rPr>
          <w:rFonts w:ascii="Baskerville Old Face" w:hAnsi="Baskerville Old Face"/>
          <w:bCs/>
          <w:sz w:val="28"/>
          <w:szCs w:val="28"/>
        </w:rPr>
        <w:t xml:space="preserve"> </w:t>
      </w:r>
      <w:r w:rsidR="007671E1" w:rsidRPr="00CE758F">
        <w:rPr>
          <w:rFonts w:ascii="Baskerville Old Face" w:hAnsi="Baskerville Old Face"/>
          <w:bCs/>
          <w:sz w:val="28"/>
          <w:szCs w:val="28"/>
        </w:rPr>
        <w:t xml:space="preserve">There is no wet stone in the Northern Territory. There is wet stone in a close in Edinburgh in February, on the flagstones under the arch, where the water comes down the wall for four months of the </w:t>
      </w:r>
      <w:r w:rsidR="007671E1" w:rsidRPr="00CE758F">
        <w:rPr>
          <w:rFonts w:ascii="Baskerville Old Face" w:hAnsi="Baskerville Old Face"/>
          <w:bCs/>
          <w:sz w:val="28"/>
          <w:szCs w:val="28"/>
        </w:rPr>
        <w:lastRenderedPageBreak/>
        <w:t>year and never dries because the sun does not reach it.</w:t>
      </w:r>
      <w:r w:rsidR="00384860">
        <w:rPr>
          <w:rFonts w:ascii="Baskerville Old Face" w:hAnsi="Baskerville Old Face"/>
          <w:bCs/>
          <w:sz w:val="28"/>
          <w:szCs w:val="28"/>
        </w:rPr>
        <w:t xml:space="preserve"> </w:t>
      </w:r>
      <w:r w:rsidR="007671E1" w:rsidRPr="00CE758F">
        <w:rPr>
          <w:rFonts w:ascii="Baskerville Old Face" w:hAnsi="Baskerville Old Face"/>
          <w:bCs/>
          <w:sz w:val="28"/>
          <w:szCs w:val="28"/>
        </w:rPr>
        <w:t>He stood in the middle of a floor that was three rooms and smelled of a fourth, and he did not panic, and he was later ashamed of the reason. He did not panic because he had walked into a great many rooms in his life not knowing what was in them, and had learned that the man who is still on his feet and still looking about him at the end of the first minute has generally got the better of the man who came in talking.</w:t>
      </w:r>
      <w:r w:rsidR="00384860">
        <w:rPr>
          <w:rFonts w:ascii="Baskerville Old Face" w:hAnsi="Baskerville Old Face"/>
          <w:bCs/>
          <w:sz w:val="28"/>
          <w:szCs w:val="28"/>
        </w:rPr>
        <w:t xml:space="preserve"> </w:t>
      </w:r>
      <w:r w:rsidR="007671E1" w:rsidRPr="00CE758F">
        <w:rPr>
          <w:rFonts w:ascii="Baskerville Old Face" w:hAnsi="Baskerville Old Face"/>
          <w:bCs/>
          <w:sz w:val="28"/>
          <w:szCs w:val="28"/>
        </w:rPr>
        <w:t>So he looked about him.</w:t>
      </w:r>
      <w:r w:rsidR="00384860">
        <w:rPr>
          <w:rFonts w:ascii="Baskerville Old Face" w:hAnsi="Baskerville Old Face"/>
          <w:bCs/>
          <w:sz w:val="28"/>
          <w:szCs w:val="28"/>
        </w:rPr>
        <w:t xml:space="preserve"> </w:t>
      </w:r>
      <w:r w:rsidR="007671E1" w:rsidRPr="00CE758F">
        <w:rPr>
          <w:rFonts w:ascii="Baskerville Old Face" w:hAnsi="Baskerville Old Face"/>
          <w:bCs/>
          <w:sz w:val="28"/>
          <w:szCs w:val="28"/>
        </w:rPr>
        <w:t>There were two tables set at angles to the bench, the way they are in a small court. There was a chair on its own, side-on, which he knew the purpose of. There were three rows of chairs along the left-hand wall, and they were empty, and there was one thing about them which he did not understand for some time: they were not the sort of empty that means nobody has come. They were the sort of empty that means the room is expecting a number of people and knows exactly how many.</w:t>
      </w:r>
      <w:r w:rsidR="00384860">
        <w:rPr>
          <w:rFonts w:ascii="Baskerville Old Face" w:hAnsi="Baskerville Old Face"/>
          <w:bCs/>
          <w:sz w:val="28"/>
          <w:szCs w:val="28"/>
        </w:rPr>
        <w:t xml:space="preserve"> </w:t>
      </w:r>
      <w:r w:rsidR="007671E1" w:rsidRPr="00CE758F">
        <w:rPr>
          <w:rFonts w:ascii="Baskerville Old Face" w:hAnsi="Baskerville Old Face"/>
          <w:bCs/>
          <w:sz w:val="28"/>
          <w:szCs w:val="28"/>
        </w:rPr>
        <w:t>And there was a woman standing at the end of the bench with her hands folded, in a plain dark gown of a cut he had never seen anywhere except in a painting, with her hair up under a linen cap, and her feet bare on the boards.</w:t>
      </w:r>
    </w:p>
    <w:p w14:paraId="13415C0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Her hem was dry.</w:t>
      </w:r>
    </w:p>
    <w:p w14:paraId="4D731FC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had known her since he was seventeen years old and he had never once seen her hem dry, and it was that, and not the room, and not the fact of being dead or nearly, that finally put a hand on the back of his neck.</w:t>
      </w:r>
    </w:p>
    <w:p w14:paraId="5496DC7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Maggie Dickson. “Ye’ve noticed.”</w:t>
      </w:r>
    </w:p>
    <w:p w14:paraId="00C369C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“Where’s Ellie.”</w:t>
      </w:r>
    </w:p>
    <w:p w14:paraId="1C92BC94" w14:textId="32D5346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came out of him first, before anything, and he was glad of it afterwards; it was almost the only thing in that whole first hour that he did not have to be ashamed of.</w:t>
      </w:r>
      <w:r w:rsidR="0039307C">
        <w:rPr>
          <w:rFonts w:ascii="Baskerville Old Face" w:hAnsi="Baskerville Old Face"/>
          <w:bCs/>
          <w:sz w:val="28"/>
          <w:szCs w:val="28"/>
        </w:rPr>
        <w:t xml:space="preserve"> </w:t>
      </w:r>
      <w:r w:rsidRPr="00CE758F">
        <w:rPr>
          <w:rFonts w:ascii="Baskerville Old Face" w:hAnsi="Baskerville Old Face"/>
          <w:bCs/>
          <w:sz w:val="28"/>
          <w:szCs w:val="28"/>
        </w:rPr>
        <w:t>“Four hundred kilometre south o’ here, in a chair, wi’ her coat on her knees because the nurses have the cold on too high.” Maggie came away from the bench. She walked the way a woman walks who has done a great deal of standing in markets. “She’s had five hours’ sleep in three days and she’ll no take the bed they offered her. She’s readin’ the paper oot loud tae ye. She’s up tae the shippin’.”</w:t>
      </w:r>
    </w:p>
    <w:p w14:paraId="4459473E" w14:textId="48AE6C0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“Is she</w:t>
      </w:r>
      <w:r w:rsidR="00A44495">
        <w:rPr>
          <w:rFonts w:ascii="Baskerville Old Face" w:hAnsi="Baskerville Old Face"/>
          <w:bCs/>
          <w:sz w:val="28"/>
          <w:szCs w:val="28"/>
        </w:rPr>
        <w:t>-</w:t>
      </w:r>
      <w:r w:rsidRPr="00CE758F">
        <w:rPr>
          <w:rFonts w:ascii="Baskerville Old Face" w:hAnsi="Baskerville Old Face"/>
          <w:bCs/>
          <w:sz w:val="28"/>
          <w:szCs w:val="28"/>
        </w:rPr>
        <w:t>“</w:t>
      </w:r>
    </w:p>
    <w:p w14:paraId="300EE85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“She’s fine. She’ll be fine for a long while yet.” Maggie stopped in front of him. “Ye can ask me that again whenever ye like and I’ll answer ye every time, and I’ll no charge ye for it, so ye can put doon whatever it is ye’re carryin’ in yer other hand there.”</w:t>
      </w:r>
    </w:p>
    <w:p w14:paraId="46F3609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looked at his hands. There was nothing in them. But he had been holding them the way a man holds them when there is.</w:t>
      </w:r>
    </w:p>
    <w:p w14:paraId="01CE44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is this place.”</w:t>
      </w:r>
    </w:p>
    <w:p w14:paraId="611A1D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a court.”</w:t>
      </w:r>
    </w:p>
    <w:p w14:paraId="41E50F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“Whose.”</w:t>
      </w:r>
    </w:p>
    <w:p w14:paraId="0BA15FE7" w14:textId="114B078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“Yours.” She said it without any weight at all, the way you’d say </w:t>
      </w:r>
      <w:r w:rsidRPr="00CE758F">
        <w:rPr>
          <w:rFonts w:ascii="Baskerville Old Face" w:hAnsi="Baskerville Old Face"/>
          <w:bCs/>
          <w:i/>
          <w:sz w:val="28"/>
          <w:szCs w:val="28"/>
        </w:rPr>
        <w:t>it’s Tuesday</w:t>
      </w:r>
      <w:r w:rsidRPr="00CE758F">
        <w:rPr>
          <w:rFonts w:ascii="Baskerville Old Face" w:hAnsi="Baskerville Old Face"/>
          <w:bCs/>
          <w:sz w:val="28"/>
          <w:szCs w:val="28"/>
        </w:rPr>
        <w:t xml:space="preserve">. “It’s built oot o’ rooms where things got decided </w:t>
      </w:r>
      <w:r w:rsidR="008651A3" w:rsidRPr="00CE758F">
        <w:rPr>
          <w:rFonts w:ascii="Baskerville Old Face" w:hAnsi="Baskerville Old Face"/>
          <w:bCs/>
          <w:sz w:val="28"/>
          <w:szCs w:val="28"/>
        </w:rPr>
        <w:t>about</w:t>
      </w:r>
      <w:r w:rsidRPr="00CE758F">
        <w:rPr>
          <w:rFonts w:ascii="Baskerville Old Face" w:hAnsi="Baskerville Old Face"/>
          <w:bCs/>
          <w:sz w:val="28"/>
          <w:szCs w:val="28"/>
        </w:rPr>
        <w:t xml:space="preserve"> ye. That’s all it ever is. Naebody designs it. It comes up like damp.”</w:t>
      </w:r>
    </w:p>
    <w:p w14:paraId="48E8E21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you’re what. The clerk of it.”</w:t>
      </w:r>
    </w:p>
    <w:p w14:paraId="293700B3" w14:textId="4C7159B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“I’m the one that brought ye,” said Maggie. “That’s all I am here. I’ve nae </w:t>
      </w:r>
      <w:r w:rsidR="008651A3" w:rsidRPr="00CE758F">
        <w:rPr>
          <w:rFonts w:ascii="Baskerville Old Face" w:hAnsi="Baskerville Old Face"/>
          <w:bCs/>
          <w:sz w:val="28"/>
          <w:szCs w:val="28"/>
        </w:rPr>
        <w:t>standing</w:t>
      </w:r>
      <w:r w:rsidRPr="00CE758F">
        <w:rPr>
          <w:rFonts w:ascii="Baskerville Old Face" w:hAnsi="Baskerville Old Face"/>
          <w:bCs/>
          <w:sz w:val="28"/>
          <w:szCs w:val="28"/>
        </w:rPr>
        <w:t>’ in it. I cannae speak for ye and I cannae speak against ye and if I try, yon man at the end there will put me oot the door and he’ll do it that politely I’ll be in the street afore I ken I’ve gone.”</w:t>
      </w:r>
    </w:p>
    <w:p w14:paraId="3E2293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had not looked at the bench. He looked at it now.</w:t>
      </w:r>
    </w:p>
    <w:p w14:paraId="4F749EA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an old man sitting at it. He had been sitting there, Finian understood, since before the noticing had started, and he had not moved or coughed or shuffled a paper to be noticed, which is the first thing that told Finian anything true about him.</w:t>
      </w:r>
    </w:p>
    <w:p w14:paraId="47F84CA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was not a distinguished-looking man. That was the surprise, and it kept being a surprise, all the way to the end. He was thickset and short in the neck, going bald in a way that had gone past being a process and become simply the shape of his head, and he had a wide flat nose that had plainly been broken at some point and set by somebody with other things to do. He was about seventy. He wore a plain undyed woollen thing, not a robe exactly, and his feet were bare and the soles of them were the soles of a man who has walked on stone all his life for pleasure.</w:t>
      </w:r>
    </w:p>
    <w:p w14:paraId="1BA2966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reading. He turned a page over with one finger and he did not look up.</w:t>
      </w:r>
    </w:p>
    <w:p w14:paraId="4770326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“Him?” said Finian.</w:t>
      </w:r>
    </w:p>
    <w:p w14:paraId="3649619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3832D4F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“He’s no’ what I’d have—“</w:t>
      </w:r>
    </w:p>
    <w:p w14:paraId="11202CF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“Naebody is,” said Maggie. “That’s near the whole o’ it.”</w:t>
      </w:r>
    </w:p>
    <w:p w14:paraId="123B960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took him to the window while the room filled, and she told him, standing at the sash with the yellow light on the side of her face, the thing she had never told him in thirty-two years of standing at the edges of his life with a wet hem.</w:t>
      </w:r>
    </w:p>
    <w:p w14:paraId="12F6AAC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told it the way people tell a thing they have told before and have stopped feeling in the middle of. That was the worst part of hearing it.</w:t>
      </w:r>
    </w:p>
    <w:p w14:paraId="1C02B5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“Ye’ll ken the name,” she said. “Ye were fed it wi’ a spoon like every bairn in that toon. Half-Hangit Maggie.”</w:t>
      </w:r>
    </w:p>
    <w:p w14:paraId="2EFE24A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slowly, “In the Grassmarket.”</w:t>
      </w:r>
    </w:p>
    <w:p w14:paraId="66D0BB4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“Second o’ September, seventeen twenty-four. They hangit me on a Wednesday afternoon and there was a fair crowd oot for it, and it was a warm day for September, and I was twenty-eight year auld.” She said the numbers like a woman reading out a docket. “D’ye ken what for?”</w:t>
      </w:r>
    </w:p>
    <w:p w14:paraId="70ACD3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“Murder,” said Finian. “That’s what — that’s the story. A woman that killed her—“</w:t>
      </w:r>
    </w:p>
    <w:p w14:paraId="31427C7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“Concealment,” said Maggie.</w:t>
      </w:r>
    </w:p>
    <w:p w14:paraId="5EAE374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fan ticked.</w:t>
      </w:r>
    </w:p>
    <w:p w14:paraId="5C8C5CCA" w14:textId="43EF742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 was an Act,” she said. “Ye’d concealed yer pregnancy and the bairn was found deid, and that was the whole o’ the charge — ye didnae have tae have done a thing tae the wean. They didnae need tae prove I laid a hand on her. They only needed tae prove I never </w:t>
      </w:r>
      <w:r w:rsidR="008651A3" w:rsidRPr="00CE758F">
        <w:rPr>
          <w:rFonts w:ascii="Baskerville Old Face" w:hAnsi="Baskerville Old Face"/>
          <w:bCs/>
          <w:sz w:val="28"/>
          <w:szCs w:val="28"/>
        </w:rPr>
        <w:t>telt</w:t>
      </w:r>
      <w:r w:rsidRPr="00CE758F">
        <w:rPr>
          <w:rFonts w:ascii="Baskerville Old Face" w:hAnsi="Baskerville Old Face"/>
          <w:bCs/>
          <w:sz w:val="28"/>
          <w:szCs w:val="28"/>
        </w:rPr>
        <w:t xml:space="preserve"> anybody I was carryin’ her, and that she was found in the water at the side o’ the road at Kelso, and that was true, and I never disputed a </w:t>
      </w:r>
      <w:r w:rsidRPr="00CE758F">
        <w:rPr>
          <w:rFonts w:ascii="Baskerville Old Face" w:hAnsi="Baskerville Old Face"/>
          <w:bCs/>
          <w:sz w:val="28"/>
          <w:szCs w:val="28"/>
        </w:rPr>
        <w:lastRenderedPageBreak/>
        <w:t xml:space="preserve">word o’ it.” She turned her hand over. “She was born deid, Finian. On the twelfth o’ August, on my ain, in a byre, wi’ naebody. She never drew a breath. And I never </w:t>
      </w:r>
      <w:r w:rsidR="008651A3" w:rsidRPr="00CE758F">
        <w:rPr>
          <w:rFonts w:ascii="Baskerville Old Face" w:hAnsi="Baskerville Old Face"/>
          <w:bCs/>
          <w:sz w:val="28"/>
          <w:szCs w:val="28"/>
        </w:rPr>
        <w:t>telt</w:t>
      </w:r>
      <w:r w:rsidRPr="00CE758F">
        <w:rPr>
          <w:rFonts w:ascii="Baskerville Old Face" w:hAnsi="Baskerville Old Face"/>
          <w:bCs/>
          <w:sz w:val="28"/>
          <w:szCs w:val="28"/>
        </w:rPr>
        <w:t xml:space="preserve"> a soul she’d been in me at all, and when it was over I carried her doon tae the water because I couldnae think what else tae do wi’ her and I was nineteen hours on my feet by then.”</w:t>
      </w:r>
    </w:p>
    <w:p w14:paraId="0FD086B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Nineteen hours.</w:t>
      </w:r>
    </w:p>
    <w:p w14:paraId="4DCD632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not say anything. There was something turning over very slowly in his chest and he did not have a name for it.</w:t>
      </w:r>
    </w:p>
    <w:p w14:paraId="5B61203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 they hangit me for the quiet,” said Maggie. “No for the wean. For the quiet.”</w:t>
      </w:r>
    </w:p>
    <w:p w14:paraId="381CAF8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lived.”</w:t>
      </w:r>
    </w:p>
    <w:p w14:paraId="3F876D18" w14:textId="1735111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woke in the box on the Musselburgh road.” She said it flatly. “They’d cut me doon and put me on a cart and they were takin’ me hame tae bury me, and I’d been an hour in the air and I should have been away and I wasnae, and I woke wi’ the lid three inch off my face and the cart wheels goin’ and my hands tied at the front. And I made a noise.” Her mouth moved slightly. “Ye’ll no ken what noise. I dinnae either. I’ve had three hunner year</w:t>
      </w:r>
      <w:r w:rsidR="00082E0E">
        <w:rPr>
          <w:rFonts w:ascii="Baskerville Old Face" w:hAnsi="Baskerville Old Face"/>
          <w:bCs/>
          <w:sz w:val="28"/>
          <w:szCs w:val="28"/>
        </w:rPr>
        <w:t>s</w:t>
      </w:r>
      <w:r w:rsidRPr="00CE758F">
        <w:rPr>
          <w:rFonts w:ascii="Baskerville Old Face" w:hAnsi="Baskerville Old Face"/>
          <w:bCs/>
          <w:sz w:val="28"/>
          <w:szCs w:val="28"/>
        </w:rPr>
        <w:t xml:space="preserve"> tae mind it and I cannae get it.”</w:t>
      </w:r>
    </w:p>
    <w:p w14:paraId="4971066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they let ye be.”</w:t>
      </w:r>
    </w:p>
    <w:p w14:paraId="100EE78C" w14:textId="68A27B7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“The law let me be. I’d been hangit. Ye cannae hang a body twice for the one thing, and there was naebody in Scotland </w:t>
      </w:r>
      <w:r w:rsidR="00082E0E" w:rsidRPr="00CE758F">
        <w:rPr>
          <w:rFonts w:ascii="Baskerville Old Face" w:hAnsi="Baskerville Old Face"/>
          <w:bCs/>
          <w:sz w:val="28"/>
          <w:szCs w:val="28"/>
        </w:rPr>
        <w:t>wanting</w:t>
      </w:r>
      <w:r w:rsidRPr="00CE758F">
        <w:rPr>
          <w:rFonts w:ascii="Baskerville Old Face" w:hAnsi="Baskerville Old Face"/>
          <w:bCs/>
          <w:sz w:val="28"/>
          <w:szCs w:val="28"/>
        </w:rPr>
        <w:t>’ tae stand up in front o’ that crowd and say the sentence hadnae been carried oot, because it had. I was legally deid.” A short breath through the nose that was very nearly a laugh. “My marriage was void, ye ken. That’s the bit naebody tells. I was deid so I wasnae wed, so I had tae wed him again, and he made a great performance o’ bein’ asked twice.”</w:t>
      </w:r>
    </w:p>
    <w:p w14:paraId="26D5A8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w:t>
      </w:r>
    </w:p>
    <w:p w14:paraId="6DB58F66" w14:textId="594B084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sel</w:t>
      </w:r>
      <w:r w:rsidR="00082E0E">
        <w:rPr>
          <w:rFonts w:ascii="Baskerville Old Face" w:hAnsi="Baskerville Old Face"/>
          <w:bCs/>
          <w:sz w:val="28"/>
          <w:szCs w:val="28"/>
        </w:rPr>
        <w:t>t</w:t>
      </w:r>
      <w:r w:rsidRPr="00CE758F">
        <w:rPr>
          <w:rFonts w:ascii="Baskerville Old Face" w:hAnsi="Baskerville Old Face"/>
          <w:bCs/>
          <w:sz w:val="28"/>
          <w:szCs w:val="28"/>
        </w:rPr>
        <w:t xml:space="preserve"> salt at the Tron for forty-odd year,” she said. “I had mair bairns and they lived. I was an auld woman and I died in my bed and there was nae crowd oot for that one at all.” She looked at him then, direct. “That’s the whole o’ it. There’s nae mair. It’s </w:t>
      </w:r>
      <w:r w:rsidR="00126349" w:rsidRPr="00CE758F">
        <w:rPr>
          <w:rFonts w:ascii="Baskerville Old Face" w:hAnsi="Baskerville Old Face"/>
          <w:bCs/>
          <w:sz w:val="28"/>
          <w:szCs w:val="28"/>
        </w:rPr>
        <w:t>not</w:t>
      </w:r>
      <w:r w:rsidRPr="00CE758F">
        <w:rPr>
          <w:rFonts w:ascii="Baskerville Old Face" w:hAnsi="Baskerville Old Face"/>
          <w:bCs/>
          <w:sz w:val="28"/>
          <w:szCs w:val="28"/>
        </w:rPr>
        <w:t xml:space="preserve"> a grand story, son. It’s a lassie that was feart and didnae speak, and a country that hangit her for it, and a cart wi’ a bad axle.”</w:t>
      </w:r>
    </w:p>
    <w:p w14:paraId="694B3AF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“Why us.”</w:t>
      </w:r>
    </w:p>
    <w:p w14:paraId="0622A400" w14:textId="2E88FB7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it because he could not say it. He had been carrying the question since he was seventeen and had turned round in a close and found the flagstone wet where a woman had been standing.</w:t>
      </w:r>
    </w:p>
    <w:p w14:paraId="79FA4E4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 dinnae ken,” said Maggie.</w:t>
      </w:r>
    </w:p>
    <w:p w14:paraId="129A793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no’ an answer.”</w:t>
      </w:r>
    </w:p>
    <w:p w14:paraId="4B2961C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the answer I’ve got.”</w:t>
      </w:r>
    </w:p>
    <w:p w14:paraId="0D99534F" w14:textId="2CB0A75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“Somebody must have—“ He stopped, and started again, and heard himself doing the thing he did in rooms, coming at it from the side. “There’ll be a reason. There’s a reason for </w:t>
      </w:r>
      <w:r w:rsidR="00126349" w:rsidRPr="00CE758F">
        <w:rPr>
          <w:rFonts w:ascii="Baskerville Old Face" w:hAnsi="Baskerville Old Face"/>
          <w:bCs/>
          <w:sz w:val="28"/>
          <w:szCs w:val="28"/>
        </w:rPr>
        <w:t>everything</w:t>
      </w:r>
      <w:r w:rsidRPr="00CE758F">
        <w:rPr>
          <w:rFonts w:ascii="Baskerville Old Face" w:hAnsi="Baskerville Old Face"/>
          <w:bCs/>
          <w:sz w:val="28"/>
          <w:szCs w:val="28"/>
        </w:rPr>
        <w:t>’ like this. Ye were asked, aye? Somebody asked ye. Then somebody k</w:t>
      </w:r>
      <w:r w:rsidR="00126349">
        <w:rPr>
          <w:rFonts w:ascii="Baskerville Old Face" w:hAnsi="Baskerville Old Face"/>
          <w:bCs/>
          <w:sz w:val="28"/>
          <w:szCs w:val="28"/>
        </w:rPr>
        <w:t>new</w:t>
      </w:r>
      <w:r w:rsidRPr="00CE758F">
        <w:rPr>
          <w:rFonts w:ascii="Baskerville Old Face" w:hAnsi="Baskerville Old Face"/>
          <w:bCs/>
          <w:sz w:val="28"/>
          <w:szCs w:val="28"/>
        </w:rPr>
        <w:t xml:space="preserve"> why.”</w:t>
      </w:r>
    </w:p>
    <w:p w14:paraId="4E1DB7C5" w14:textId="50EFD41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Somebody k</w:t>
      </w:r>
      <w:r w:rsidR="002227E5">
        <w:rPr>
          <w:rFonts w:ascii="Baskerville Old Face" w:hAnsi="Baskerville Old Face"/>
          <w:bCs/>
          <w:sz w:val="28"/>
          <w:szCs w:val="28"/>
        </w:rPr>
        <w:t>new</w:t>
      </w:r>
      <w:r w:rsidRPr="00CE758F">
        <w:rPr>
          <w:rFonts w:ascii="Baskerville Old Face" w:hAnsi="Baskerville Old Face"/>
          <w:bCs/>
          <w:sz w:val="28"/>
          <w:szCs w:val="28"/>
        </w:rPr>
        <w:t xml:space="preserve"> why.”</w:t>
      </w:r>
    </w:p>
    <w:p w14:paraId="651FD1A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what did they tell ye?”</w:t>
      </w:r>
    </w:p>
    <w:p w14:paraId="10BA4896" w14:textId="03F3AE6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“Naethin’,” said Maggie. “I was asked would I mind the Kavanaghs, and I said aye, and I have, and I’ve never been </w:t>
      </w:r>
      <w:r w:rsidR="002227E5" w:rsidRPr="00CE758F">
        <w:rPr>
          <w:rFonts w:ascii="Baskerville Old Face" w:hAnsi="Baskerville Old Face"/>
          <w:bCs/>
          <w:sz w:val="28"/>
          <w:szCs w:val="28"/>
        </w:rPr>
        <w:t>telt</w:t>
      </w:r>
      <w:r w:rsidRPr="00CE758F">
        <w:rPr>
          <w:rFonts w:ascii="Baskerville Old Face" w:hAnsi="Baskerville Old Face"/>
          <w:bCs/>
          <w:sz w:val="28"/>
          <w:szCs w:val="28"/>
        </w:rPr>
        <w:t xml:space="preserve"> the reason for it, and I stopped waitin’ on the reason a couple o’ hunner year ago because I found I was daein’ it anyway.” She looked at him with something that was not quite pity. “Ye’re </w:t>
      </w:r>
      <w:r w:rsidR="002227E5" w:rsidRPr="00CE758F">
        <w:rPr>
          <w:rFonts w:ascii="Baskerville Old Face" w:hAnsi="Baskerville Old Face"/>
          <w:bCs/>
          <w:sz w:val="28"/>
          <w:szCs w:val="28"/>
        </w:rPr>
        <w:t>wanting</w:t>
      </w:r>
      <w:r w:rsidRPr="00CE758F">
        <w:rPr>
          <w:rFonts w:ascii="Baskerville Old Face" w:hAnsi="Baskerville Old Face"/>
          <w:bCs/>
          <w:sz w:val="28"/>
          <w:szCs w:val="28"/>
        </w:rPr>
        <w:t>’ me tae say it was a debt. Ye’d like that. Ye’d get yer heid roond that fine. Somebody did a kindness tae a Kavanagh in seventeen twenty-four and here’s Maggie payin’ it off at a shillin’ a week for three hunner year.” She shook her head slowly. “It’s no</w:t>
      </w:r>
      <w:r w:rsidR="002227E5">
        <w:rPr>
          <w:rFonts w:ascii="Baskerville Old Face" w:hAnsi="Baskerville Old Face"/>
          <w:bCs/>
          <w:sz w:val="28"/>
          <w:szCs w:val="28"/>
        </w:rPr>
        <w:t>t</w:t>
      </w:r>
      <w:r w:rsidRPr="00CE758F">
        <w:rPr>
          <w:rFonts w:ascii="Baskerville Old Face" w:hAnsi="Baskerville Old Face"/>
          <w:bCs/>
          <w:sz w:val="28"/>
          <w:szCs w:val="28"/>
        </w:rPr>
        <w:t xml:space="preserve"> that. </w:t>
      </w:r>
      <w:r w:rsidR="002227E5" w:rsidRPr="00CE758F">
        <w:rPr>
          <w:rFonts w:ascii="Baskerville Old Face" w:hAnsi="Baskerville Old Face"/>
          <w:bCs/>
          <w:sz w:val="28"/>
          <w:szCs w:val="28"/>
        </w:rPr>
        <w:t>Nobody’s</w:t>
      </w:r>
      <w:r w:rsidRPr="00CE758F">
        <w:rPr>
          <w:rFonts w:ascii="Baskerville Old Face" w:hAnsi="Baskerville Old Face"/>
          <w:bCs/>
          <w:sz w:val="28"/>
          <w:szCs w:val="28"/>
        </w:rPr>
        <w:t xml:space="preserve"> payin’ </w:t>
      </w:r>
      <w:r w:rsidR="002227E5" w:rsidRPr="00CE758F">
        <w:rPr>
          <w:rFonts w:ascii="Baskerville Old Face" w:hAnsi="Baskerville Old Face"/>
          <w:bCs/>
          <w:sz w:val="28"/>
          <w:szCs w:val="28"/>
        </w:rPr>
        <w:t>anything</w:t>
      </w:r>
      <w:r w:rsidRPr="00CE758F">
        <w:rPr>
          <w:rFonts w:ascii="Baskerville Old Face" w:hAnsi="Baskerville Old Face"/>
          <w:bCs/>
          <w:sz w:val="28"/>
          <w:szCs w:val="28"/>
        </w:rPr>
        <w:t>’. I just said aye.”</w:t>
      </w:r>
    </w:p>
    <w:p w14:paraId="557F6B52" w14:textId="747B27D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“Then how </w:t>
      </w:r>
      <w:r w:rsidR="00317737">
        <w:rPr>
          <w:rFonts w:ascii="Baskerville Old Face" w:hAnsi="Baskerville Old Face"/>
          <w:bCs/>
          <w:sz w:val="28"/>
          <w:szCs w:val="28"/>
        </w:rPr>
        <w:t>d</w:t>
      </w:r>
      <w:r w:rsidR="002227E5" w:rsidRPr="00CE758F">
        <w:rPr>
          <w:rFonts w:ascii="Baskerville Old Face" w:hAnsi="Baskerville Old Face"/>
          <w:bCs/>
          <w:sz w:val="28"/>
          <w:szCs w:val="28"/>
        </w:rPr>
        <w:t>’ye</w:t>
      </w:r>
      <w:r w:rsidRPr="00CE758F">
        <w:rPr>
          <w:rFonts w:ascii="Baskerville Old Face" w:hAnsi="Baskerville Old Face"/>
          <w:bCs/>
          <w:sz w:val="28"/>
          <w:szCs w:val="28"/>
        </w:rPr>
        <w:t xml:space="preserve"> ken ye were</w:t>
      </w:r>
      <w:r w:rsidR="006331C4">
        <w:rPr>
          <w:rFonts w:ascii="Baskerville Old Face" w:hAnsi="Baskerville Old Face"/>
          <w:bCs/>
          <w:sz w:val="28"/>
          <w:szCs w:val="28"/>
        </w:rPr>
        <w:t xml:space="preserve"> </w:t>
      </w:r>
      <w:r w:rsidRPr="00CE758F">
        <w:rPr>
          <w:rFonts w:ascii="Baskerville Old Face" w:hAnsi="Baskerville Old Face"/>
          <w:bCs/>
          <w:sz w:val="28"/>
          <w:szCs w:val="28"/>
        </w:rPr>
        <w:t>nae had?”</w:t>
      </w:r>
    </w:p>
    <w:p w14:paraId="144517E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“Because o’ whit it’s been like,” said Maggie.</w:t>
      </w:r>
    </w:p>
    <w:p w14:paraId="39B3076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that was all she would say about it, then or ever.</w:t>
      </w:r>
    </w:p>
    <w:p w14:paraId="04F00A5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asked her one other thing at that window, and he asked it badly, sideways, looking out at a yard that was the yard at Corella Downs and had a shed in it that was not.</w:t>
      </w:r>
    </w:p>
    <w:p w14:paraId="07C927F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“Nineteen sixty-nine,” he said. “The eleventh o’ September.”</w:t>
      </w:r>
    </w:p>
    <w:p w14:paraId="4B0DD97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6D5D45D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were there. In the ward. Wi’ her.”</w:t>
      </w:r>
    </w:p>
    <w:p w14:paraId="2E4CE9C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was.”</w:t>
      </w:r>
    </w:p>
    <w:p w14:paraId="57B1324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wrote it doon.” His voice went on him. “She wrote it doon in a book two year after and I never — I read it four days ago. In a drawer.”</w:t>
      </w:r>
    </w:p>
    <w:p w14:paraId="43E20C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ken ye did.”</w:t>
      </w:r>
    </w:p>
    <w:p w14:paraId="51FEEF9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held her hand.”</w:t>
      </w:r>
    </w:p>
    <w:p w14:paraId="3C3B4DBA" w14:textId="3C6E15F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“For six </w:t>
      </w:r>
      <w:r w:rsidR="00E4317A">
        <w:rPr>
          <w:rFonts w:ascii="Baskerville Old Face" w:hAnsi="Baskerville Old Face"/>
          <w:bCs/>
          <w:sz w:val="28"/>
          <w:szCs w:val="28"/>
        </w:rPr>
        <w:t>hou</w:t>
      </w:r>
      <w:r w:rsidRPr="00CE758F">
        <w:rPr>
          <w:rFonts w:ascii="Baskerville Old Face" w:hAnsi="Baskerville Old Face"/>
          <w:bCs/>
          <w:sz w:val="28"/>
          <w:szCs w:val="28"/>
        </w:rPr>
        <w:t xml:space="preserve">rs,” said Maggie. “She’d naebody. Her man was four hunner mile north wi’ a rig and her lassie was in a dish and there wasnae a woman in that </w:t>
      </w:r>
      <w:r w:rsidR="006331C4" w:rsidRPr="00CE758F">
        <w:rPr>
          <w:rFonts w:ascii="Baskerville Old Face" w:hAnsi="Baskerville Old Face"/>
          <w:bCs/>
          <w:sz w:val="28"/>
          <w:szCs w:val="28"/>
        </w:rPr>
        <w:t>building</w:t>
      </w:r>
      <w:r w:rsidRPr="00CE758F">
        <w:rPr>
          <w:rFonts w:ascii="Baskerville Old Face" w:hAnsi="Baskerville Old Face"/>
          <w:bCs/>
          <w:sz w:val="28"/>
          <w:szCs w:val="28"/>
        </w:rPr>
        <w:t xml:space="preserve">’ that had five minutes tae give her, because it was nineteen sixty-nine and it was Alice Springs and that’s how it was.” No accusation in it. Statement of the position, like a depth and a yield. “So I sat wi’ her and I </w:t>
      </w:r>
      <w:r w:rsidR="006331C4" w:rsidRPr="00CE758F">
        <w:rPr>
          <w:rFonts w:ascii="Baskerville Old Face" w:hAnsi="Baskerville Old Face"/>
          <w:bCs/>
          <w:sz w:val="28"/>
          <w:szCs w:val="28"/>
        </w:rPr>
        <w:t>telt</w:t>
      </w:r>
      <w:r w:rsidRPr="00CE758F">
        <w:rPr>
          <w:rFonts w:ascii="Baskerville Old Face" w:hAnsi="Baskerville Old Face"/>
          <w:bCs/>
          <w:sz w:val="28"/>
          <w:szCs w:val="28"/>
        </w:rPr>
        <w:t xml:space="preserve"> her she wasnae at the end o’ </w:t>
      </w:r>
      <w:r w:rsidR="006331C4">
        <w:rPr>
          <w:rFonts w:ascii="Baskerville Old Face" w:hAnsi="Baskerville Old Face"/>
          <w:bCs/>
          <w:sz w:val="28"/>
          <w:szCs w:val="28"/>
        </w:rPr>
        <w:t>h</w:t>
      </w:r>
      <w:r w:rsidR="006331C4" w:rsidRPr="00CE758F">
        <w:rPr>
          <w:rFonts w:ascii="Baskerville Old Face" w:hAnsi="Baskerville Old Face"/>
          <w:bCs/>
          <w:sz w:val="28"/>
          <w:szCs w:val="28"/>
        </w:rPr>
        <w:t>ersel</w:t>
      </w:r>
      <w:r w:rsidRPr="00CE758F">
        <w:rPr>
          <w:rFonts w:ascii="Baskerville Old Face" w:hAnsi="Baskerville Old Face"/>
          <w:bCs/>
          <w:sz w:val="28"/>
          <w:szCs w:val="28"/>
        </w:rPr>
        <w:t xml:space="preserve">’, and I </w:t>
      </w:r>
      <w:r w:rsidRPr="00CE758F">
        <w:rPr>
          <w:rFonts w:ascii="Baskerville Old Face" w:hAnsi="Baskerville Old Face"/>
          <w:bCs/>
          <w:sz w:val="28"/>
          <w:szCs w:val="28"/>
        </w:rPr>
        <w:lastRenderedPageBreak/>
        <w:t xml:space="preserve">was right, and she’s had fifty-five year on it since, and she’s used </w:t>
      </w:r>
      <w:r w:rsidR="00317737" w:rsidRPr="00CE758F">
        <w:rPr>
          <w:rFonts w:ascii="Baskerville Old Face" w:hAnsi="Baskerville Old Face"/>
          <w:bCs/>
          <w:sz w:val="28"/>
          <w:szCs w:val="28"/>
        </w:rPr>
        <w:t>everyone</w:t>
      </w:r>
      <w:r w:rsidRPr="00CE758F">
        <w:rPr>
          <w:rFonts w:ascii="Baskerville Old Face" w:hAnsi="Baskerville Old Face"/>
          <w:bCs/>
          <w:sz w:val="28"/>
          <w:szCs w:val="28"/>
        </w:rPr>
        <w:t>.”</w:t>
      </w:r>
    </w:p>
    <w:p w14:paraId="4A219D6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 with both hands on the sash. The wood was warm.</w:t>
      </w:r>
    </w:p>
    <w:p w14:paraId="06A15C0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stone says Margaret,” he said.</w:t>
      </w:r>
    </w:p>
    <w:p w14:paraId="775454E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 said nothing.</w:t>
      </w:r>
    </w:p>
    <w:p w14:paraId="319F5F8A" w14:textId="1D90242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“Ellie picked it. I never — she said it was one o’ the two she had. I never </w:t>
      </w:r>
      <w:r w:rsidR="00317737">
        <w:rPr>
          <w:rFonts w:ascii="Baskerville Old Face" w:hAnsi="Baskerville Old Face"/>
          <w:bCs/>
          <w:sz w:val="28"/>
          <w:szCs w:val="28"/>
        </w:rPr>
        <w:t>knew</w:t>
      </w:r>
      <w:r w:rsidRPr="00CE758F">
        <w:rPr>
          <w:rFonts w:ascii="Baskerville Old Face" w:hAnsi="Baskerville Old Face"/>
          <w:bCs/>
          <w:sz w:val="28"/>
          <w:szCs w:val="28"/>
        </w:rPr>
        <w:t xml:space="preserve"> she had names.” He turned round. “Was that you?”</w:t>
      </w:r>
      <w:r w:rsidR="00E4317A">
        <w:rPr>
          <w:rFonts w:ascii="Baskerville Old Face" w:hAnsi="Baskerville Old Face"/>
          <w:bCs/>
          <w:sz w:val="28"/>
          <w:szCs w:val="28"/>
        </w:rPr>
        <w:t xml:space="preserve"> </w:t>
      </w:r>
      <w:r w:rsidRPr="00CE758F">
        <w:rPr>
          <w:rFonts w:ascii="Baskerville Old Face" w:hAnsi="Baskerville Old Face"/>
          <w:bCs/>
          <w:sz w:val="28"/>
          <w:szCs w:val="28"/>
        </w:rPr>
        <w:t>Maggie Dickson looked at him with her hands folded and her hem dry and did not answer him.</w:t>
      </w:r>
      <w:r w:rsidR="00E4317A">
        <w:rPr>
          <w:rFonts w:ascii="Baskerville Old Face" w:hAnsi="Baskerville Old Face"/>
          <w:bCs/>
          <w:sz w:val="28"/>
          <w:szCs w:val="28"/>
        </w:rPr>
        <w:t xml:space="preserve"> </w:t>
      </w:r>
      <w:r w:rsidRPr="00CE758F">
        <w:rPr>
          <w:rFonts w:ascii="Baskerville Old Face" w:hAnsi="Baskerville Old Face"/>
          <w:bCs/>
          <w:sz w:val="28"/>
          <w:szCs w:val="28"/>
        </w:rPr>
        <w:t>She never answered him. He asked her twice more over the course of that trial, once in a corridor and once at the very end when she was going, and both times she looked at him with a great deal in her face and said nothing whatsoever, and he went to his grave at seventy-eight not knowing, and told Ellie so, and Ellie said only that she had chosen it in about four seconds and had never been able to say where from.</w:t>
      </w:r>
      <w:r w:rsidR="005A56E6">
        <w:rPr>
          <w:rFonts w:ascii="Baskerville Old Face" w:hAnsi="Baskerville Old Face"/>
          <w:bCs/>
          <w:sz w:val="28"/>
          <w:szCs w:val="28"/>
        </w:rPr>
        <w:t xml:space="preserve"> </w:t>
      </w:r>
      <w:r w:rsidRPr="00CE758F">
        <w:rPr>
          <w:rFonts w:ascii="Baskerville Old Face" w:hAnsi="Baskerville Old Face"/>
          <w:bCs/>
          <w:sz w:val="28"/>
          <w:szCs w:val="28"/>
        </w:rPr>
        <w:t>The room had filled while she talked. He had not seen anybody come in.</w:t>
      </w:r>
      <w:r w:rsidR="00317737">
        <w:rPr>
          <w:rFonts w:ascii="Baskerville Old Face" w:hAnsi="Baskerville Old Face"/>
          <w:bCs/>
          <w:sz w:val="28"/>
          <w:szCs w:val="28"/>
        </w:rPr>
        <w:t xml:space="preserve"> </w:t>
      </w:r>
      <w:r w:rsidRPr="00CE758F">
        <w:rPr>
          <w:rFonts w:ascii="Baskerville Old Face" w:hAnsi="Baskerville Old Face"/>
          <w:bCs/>
          <w:sz w:val="28"/>
          <w:szCs w:val="28"/>
        </w:rPr>
        <w:t>There were twelve men on the chairs along the left-hand wall.</w:t>
      </w:r>
      <w:r w:rsidR="00E4317A">
        <w:rPr>
          <w:rFonts w:ascii="Baskerville Old Face" w:hAnsi="Baskerville Old Face"/>
          <w:bCs/>
          <w:sz w:val="28"/>
          <w:szCs w:val="28"/>
        </w:rPr>
        <w:t xml:space="preserve"> </w:t>
      </w:r>
      <w:r w:rsidRPr="00CE758F">
        <w:rPr>
          <w:rFonts w:ascii="Baskerville Old Face" w:hAnsi="Baskerville Old Face"/>
          <w:bCs/>
          <w:sz w:val="28"/>
          <w:szCs w:val="28"/>
        </w:rPr>
        <w:t xml:space="preserve">They were in shirtsleeves. That was the thing he noticed and then could not stop noticing. Twelve men in shirtsleeves in the heat of a long afternoon, with their jackets </w:t>
      </w:r>
      <w:r w:rsidRPr="00CE758F">
        <w:rPr>
          <w:rFonts w:ascii="Baskerville Old Face" w:hAnsi="Baskerville Old Face"/>
          <w:bCs/>
          <w:sz w:val="28"/>
          <w:szCs w:val="28"/>
        </w:rPr>
        <w:lastRenderedPageBreak/>
        <w:t>over the backs of the chairs and their collars loosened and their ties pulled down, and one of them had a folded newspaper he was using on the back of his neck, and one was working a paper fan he had made himself out of something official, and one kept turning his wrist over to look at a watch, and one had got the window behind him open another two inches and was standing at it rather than sitting.</w:t>
      </w:r>
      <w:r w:rsidR="00E4317A">
        <w:rPr>
          <w:rFonts w:ascii="Baskerville Old Face" w:hAnsi="Baskerville Old Face"/>
          <w:bCs/>
          <w:sz w:val="28"/>
          <w:szCs w:val="28"/>
        </w:rPr>
        <w:t xml:space="preserve"> </w:t>
      </w:r>
      <w:r w:rsidRPr="00CE758F">
        <w:rPr>
          <w:rFonts w:ascii="Baskerville Old Face" w:hAnsi="Baskerville Old Face"/>
          <w:bCs/>
          <w:sz w:val="28"/>
          <w:szCs w:val="28"/>
        </w:rPr>
        <w:t>They were ordinary men.</w:t>
      </w:r>
      <w:r w:rsidR="00E4317A">
        <w:rPr>
          <w:rFonts w:ascii="Baskerville Old Face" w:hAnsi="Baskerville Old Face"/>
          <w:bCs/>
          <w:sz w:val="28"/>
          <w:szCs w:val="28"/>
        </w:rPr>
        <w:t xml:space="preserve"> </w:t>
      </w:r>
      <w:r w:rsidRPr="00CE758F">
        <w:rPr>
          <w:rFonts w:ascii="Baskerville Old Face" w:hAnsi="Baskerville Old Face"/>
          <w:bCs/>
          <w:sz w:val="28"/>
          <w:szCs w:val="28"/>
        </w:rPr>
        <w:t>There was not a distinguished head among them. There was a big raw-boned one with forearms; there was a small precise one with rimless glasses who sat with his knees together; there was one about sixty with a heavy face and something eating him, who looked at Finian for a long moment and then looked at the floor between his shoes; there was a young one in a good shirt who plainly wanted to be elsewhere and knew he could not say so. One of them was a salesman. One of them drew things for a living; he had a mechanical pencil in his shirt pocket and he took it out and put it back twice in the first minute. They had come from somewhere hot and they had brought the heat of it in with them, and they had the look</w:t>
      </w:r>
      <w:r w:rsidR="00317737">
        <w:rPr>
          <w:rFonts w:ascii="Baskerville Old Face" w:hAnsi="Baskerville Old Face"/>
          <w:bCs/>
          <w:sz w:val="28"/>
          <w:szCs w:val="28"/>
        </w:rPr>
        <w:t xml:space="preserve">, </w:t>
      </w:r>
      <w:r w:rsidRPr="00CE758F">
        <w:rPr>
          <w:rFonts w:ascii="Baskerville Old Face" w:hAnsi="Baskerville Old Face"/>
          <w:bCs/>
          <w:sz w:val="28"/>
          <w:szCs w:val="28"/>
        </w:rPr>
        <w:t xml:space="preserve">Finian had seen it on ten thousand men and had spent his life being the one on the other side of the desk from it — the look of men who have </w:t>
      </w:r>
      <w:r w:rsidRPr="00CE758F">
        <w:rPr>
          <w:rFonts w:ascii="Baskerville Old Face" w:hAnsi="Baskerville Old Face"/>
          <w:bCs/>
          <w:sz w:val="28"/>
          <w:szCs w:val="28"/>
        </w:rPr>
        <w:lastRenderedPageBreak/>
        <w:t>been kept past knock-off for something that is nobody’s fault.</w:t>
      </w:r>
      <w:r w:rsidR="00E4317A">
        <w:rPr>
          <w:rFonts w:ascii="Baskerville Old Face" w:hAnsi="Baskerville Old Face"/>
          <w:bCs/>
          <w:sz w:val="28"/>
          <w:szCs w:val="28"/>
        </w:rPr>
        <w:t xml:space="preserve"> </w:t>
      </w:r>
      <w:r w:rsidRPr="00CE758F">
        <w:rPr>
          <w:rFonts w:ascii="Baskerville Old Face" w:hAnsi="Baskerville Old Face"/>
          <w:bCs/>
          <w:sz w:val="28"/>
          <w:szCs w:val="28"/>
        </w:rPr>
        <w:t>He stood and looked at the twelve of them and something went through him that he could not get out again.</w:t>
      </w:r>
      <w:r w:rsidR="00BE3C6A">
        <w:rPr>
          <w:rFonts w:ascii="Baskerville Old Face" w:hAnsi="Baskerville Old Face"/>
          <w:bCs/>
          <w:sz w:val="28"/>
          <w:szCs w:val="28"/>
        </w:rPr>
        <w:t xml:space="preserve"> </w:t>
      </w:r>
      <w:r w:rsidRPr="00CE758F">
        <w:rPr>
          <w:rFonts w:ascii="Baskerville Old Face" w:hAnsi="Baskerville Old Face"/>
          <w:bCs/>
          <w:sz w:val="28"/>
          <w:szCs w:val="28"/>
        </w:rPr>
        <w:t>He had spent his entire life running from those men.</w:t>
      </w:r>
      <w:r w:rsidR="00BE3C6A">
        <w:rPr>
          <w:rFonts w:ascii="Baskerville Old Face" w:hAnsi="Baskerville Old Face"/>
          <w:bCs/>
          <w:sz w:val="28"/>
          <w:szCs w:val="28"/>
        </w:rPr>
        <w:t xml:space="preserve"> </w:t>
      </w:r>
      <w:r w:rsidRPr="00CE758F">
        <w:rPr>
          <w:rFonts w:ascii="Baskerville Old Face" w:hAnsi="Baskerville Old Face"/>
          <w:bCs/>
          <w:sz w:val="28"/>
          <w:szCs w:val="28"/>
        </w:rPr>
        <w:t>Not away from them</w:t>
      </w:r>
      <w:r w:rsidR="00B4766F">
        <w:rPr>
          <w:rFonts w:ascii="Baskerville Old Face" w:hAnsi="Baskerville Old Face"/>
          <w:bCs/>
          <w:sz w:val="28"/>
          <w:szCs w:val="28"/>
        </w:rPr>
        <w:t xml:space="preserve">, </w:t>
      </w:r>
      <w:r w:rsidRPr="00CE758F">
        <w:rPr>
          <w:rFonts w:ascii="Baskerville Old Face" w:hAnsi="Baskerville Old Face"/>
          <w:bCs/>
          <w:sz w:val="28"/>
          <w:szCs w:val="28"/>
        </w:rPr>
        <w:t xml:space="preserve">he had worked beside them, drunk with them, paid them, buried one of them. Away from </w:t>
      </w:r>
      <w:r w:rsidRPr="00CE758F">
        <w:rPr>
          <w:rFonts w:ascii="Baskerville Old Face" w:hAnsi="Baskerville Old Face"/>
          <w:bCs/>
          <w:i/>
          <w:sz w:val="28"/>
          <w:szCs w:val="28"/>
        </w:rPr>
        <w:t>being</w:t>
      </w:r>
      <w:r w:rsidRPr="00CE758F">
        <w:rPr>
          <w:rFonts w:ascii="Baskerville Old Face" w:hAnsi="Baskerville Old Face"/>
          <w:bCs/>
          <w:sz w:val="28"/>
          <w:szCs w:val="28"/>
        </w:rPr>
        <w:t xml:space="preserve"> them. That was the engine. That was the thing under the thirty years and the nine rigs and the wall three foot six high round a house in the middle of a country that had no need of walls: the fixed and absolute conviction, formed at some point in a kitchen in Edinburgh and never once examined since, that the worst available outcome for a man was to be one of twelve men in shirtsleeves in a hot room at the end of a Friday, whose name nobody outside the room would ever have cause to say.</w:t>
      </w:r>
      <w:r w:rsidR="00BE3C6A">
        <w:rPr>
          <w:rFonts w:ascii="Baskerville Old Face" w:hAnsi="Baskerville Old Face"/>
          <w:bCs/>
          <w:sz w:val="28"/>
          <w:szCs w:val="28"/>
        </w:rPr>
        <w:t xml:space="preserve"> </w:t>
      </w:r>
      <w:r w:rsidRPr="00CE758F">
        <w:rPr>
          <w:rFonts w:ascii="Baskerville Old Face" w:hAnsi="Baskerville Old Face"/>
          <w:bCs/>
          <w:sz w:val="28"/>
          <w:szCs w:val="28"/>
        </w:rPr>
        <w:t>And they were the ones who were going to decide about him.</w:t>
      </w:r>
      <w:r w:rsidR="00BE3C6A">
        <w:rPr>
          <w:rFonts w:ascii="Baskerville Old Face" w:hAnsi="Baskerville Old Face"/>
          <w:bCs/>
          <w:sz w:val="28"/>
          <w:szCs w:val="28"/>
        </w:rPr>
        <w:t xml:space="preserve"> </w:t>
      </w:r>
      <w:r w:rsidRPr="00CE758F">
        <w:rPr>
          <w:rFonts w:ascii="Baskerville Old Face" w:hAnsi="Baskerville Old Face"/>
          <w:bCs/>
          <w:sz w:val="28"/>
          <w:szCs w:val="28"/>
        </w:rPr>
        <w:t>“Aye,” said Maggie, at his shoulder. “I’d sit doon, son.”</w:t>
      </w:r>
      <w:r w:rsidR="00BE3C6A">
        <w:rPr>
          <w:rFonts w:ascii="Baskerville Old Face" w:hAnsi="Baskerville Old Face"/>
          <w:bCs/>
          <w:sz w:val="28"/>
          <w:szCs w:val="28"/>
        </w:rPr>
        <w:t xml:space="preserve"> </w:t>
      </w:r>
      <w:r w:rsidRPr="00CE758F">
        <w:rPr>
          <w:rFonts w:ascii="Baskerville Old Face" w:hAnsi="Baskerville Old Face"/>
          <w:bCs/>
          <w:sz w:val="28"/>
          <w:szCs w:val="28"/>
        </w:rPr>
        <w:t>There were two men at the tables.</w:t>
      </w:r>
      <w:r w:rsidR="00BE3C6A">
        <w:rPr>
          <w:rFonts w:ascii="Baskerville Old Face" w:hAnsi="Baskerville Old Face"/>
          <w:bCs/>
          <w:sz w:val="28"/>
          <w:szCs w:val="28"/>
        </w:rPr>
        <w:t xml:space="preserve"> </w:t>
      </w:r>
      <w:r w:rsidRPr="00CE758F">
        <w:rPr>
          <w:rFonts w:ascii="Baskerville Old Face" w:hAnsi="Baskerville Old Face"/>
          <w:bCs/>
          <w:sz w:val="28"/>
          <w:szCs w:val="28"/>
        </w:rPr>
        <w:t>The one at the near table stood up when Finian came down the room, and put out his hand, and shook Finian’s with a dry hard grip, and did not let go immediately.</w:t>
      </w:r>
      <w:r w:rsidR="00BE3C6A">
        <w:rPr>
          <w:rFonts w:ascii="Baskerville Old Face" w:hAnsi="Baskerville Old Face"/>
          <w:bCs/>
          <w:sz w:val="28"/>
          <w:szCs w:val="28"/>
        </w:rPr>
        <w:t xml:space="preserve"> </w:t>
      </w:r>
      <w:r w:rsidRPr="00CE758F">
        <w:rPr>
          <w:rFonts w:ascii="Baskerville Old Face" w:hAnsi="Baskerville Old Face"/>
          <w:bCs/>
          <w:sz w:val="28"/>
          <w:szCs w:val="28"/>
        </w:rPr>
        <w:t xml:space="preserve">He was a big untidy American of about sixty-five, heavy through the shoulders, with a face like a collapsed cliff and a lick of grey hair falling over one eye. His waistcoat </w:t>
      </w:r>
      <w:r w:rsidRPr="00CE758F">
        <w:rPr>
          <w:rFonts w:ascii="Baskerville Old Face" w:hAnsi="Baskerville Old Face"/>
          <w:bCs/>
          <w:sz w:val="28"/>
          <w:szCs w:val="28"/>
        </w:rPr>
        <w:lastRenderedPageBreak/>
        <w:t>was buttoned wrong by one hole. He had a pencil behind his ear and another in his fist and a third, Finian noticed later, in his sock, which was the sort of thing that turned out to be exactly true about him.</w:t>
      </w:r>
      <w:r w:rsidR="00BE3C6A">
        <w:rPr>
          <w:rFonts w:ascii="Baskerville Old Face" w:hAnsi="Baskerville Old Face"/>
          <w:bCs/>
          <w:sz w:val="28"/>
          <w:szCs w:val="28"/>
        </w:rPr>
        <w:t xml:space="preserve"> </w:t>
      </w:r>
      <w:r w:rsidRPr="00CE758F">
        <w:rPr>
          <w:rFonts w:ascii="Baskerville Old Face" w:hAnsi="Baskerville Old Face"/>
          <w:bCs/>
          <w:sz w:val="28"/>
          <w:szCs w:val="28"/>
        </w:rPr>
        <w:t>“Kavanagh,” he said. “Clarence Darrow. I’m for you.”</w:t>
      </w:r>
    </w:p>
    <w:p w14:paraId="4A20FF82" w14:textId="6AABBEC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w:t>
      </w:r>
      <w:r w:rsidR="00CE0593">
        <w:rPr>
          <w:rFonts w:ascii="Baskerville Old Face" w:hAnsi="Baskerville Old Face"/>
          <w:bCs/>
          <w:sz w:val="28"/>
          <w:szCs w:val="28"/>
        </w:rPr>
        <w:t>ou</w:t>
      </w:r>
      <w:r w:rsidR="00F30BDD">
        <w:rPr>
          <w:rFonts w:ascii="Baskerville Old Face" w:hAnsi="Baskerville Old Face"/>
          <w:bCs/>
          <w:sz w:val="28"/>
          <w:szCs w:val="28"/>
        </w:rPr>
        <w:t>’</w:t>
      </w:r>
      <w:r w:rsidRPr="00CE758F">
        <w:rPr>
          <w:rFonts w:ascii="Baskerville Old Face" w:hAnsi="Baskerville Old Face"/>
          <w:bCs/>
          <w:sz w:val="28"/>
          <w:szCs w:val="28"/>
        </w:rPr>
        <w:t>re my lawyer.”</w:t>
      </w:r>
    </w:p>
    <w:p w14:paraId="6EF6F7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“I’m your counsel. There’s a difference and you’ll find out what it is in about an hour.” He let go of the hand. “Sit down. Before we start I’m going to tell you the one thing I tell everybody, and I’d be obliged if you’d hear it now while there’s nobody listening, because you will not like it later.”</w:t>
      </w:r>
    </w:p>
    <w:p w14:paraId="1391B61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“Go on.”</w:t>
      </w:r>
    </w:p>
    <w:p w14:paraId="58040B7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have never in my life got a man off by telling this kind of court he was a good man,” said Darrow. “Not once. Not in fifty years. The ones I saved, I saved by making the room admit he was a man.” He pulled a chair round with his foot. “Now. I’ve read it. All of it. And I want to be straight with you, because if I’m not, you’ll hear it from him and it’ll cost more.” He nodded down the room. “There are three places in your life where I have nothing. Nothing at all. Two of them I can work round, because they’ve got love in them somewhere and love makes a mess of any case, his or mine.”</w:t>
      </w:r>
    </w:p>
    <w:p w14:paraId="2E37BB8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the third?”</w:t>
      </w:r>
    </w:p>
    <w:p w14:paraId="56206BF4" w14:textId="4B61B35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third’s a fence,” said Clarence Darrow, and sat down.</w:t>
      </w:r>
      <w:r w:rsidR="00A3024B">
        <w:rPr>
          <w:rFonts w:ascii="Baskerville Old Face" w:hAnsi="Baskerville Old Face"/>
          <w:bCs/>
          <w:sz w:val="28"/>
          <w:szCs w:val="28"/>
        </w:rPr>
        <w:t xml:space="preserve"> </w:t>
      </w:r>
      <w:r w:rsidRPr="00CE758F">
        <w:rPr>
          <w:rFonts w:ascii="Baskerville Old Face" w:hAnsi="Baskerville Old Face"/>
          <w:bCs/>
          <w:sz w:val="28"/>
          <w:szCs w:val="28"/>
        </w:rPr>
        <w:t>The man at the far table had not stood up.</w:t>
      </w:r>
      <w:r w:rsidR="00A3024B">
        <w:rPr>
          <w:rFonts w:ascii="Baskerville Old Face" w:hAnsi="Baskerville Old Face"/>
          <w:bCs/>
          <w:sz w:val="28"/>
          <w:szCs w:val="28"/>
        </w:rPr>
        <w:t xml:space="preserve"> </w:t>
      </w:r>
      <w:r w:rsidRPr="00CE758F">
        <w:rPr>
          <w:rFonts w:ascii="Baskerville Old Face" w:hAnsi="Baskerville Old Face"/>
          <w:bCs/>
          <w:sz w:val="28"/>
          <w:szCs w:val="28"/>
        </w:rPr>
        <w:t>He was writing. He was a spare, upright, brown-faced man of about sixty in a plain dark suit of no particular period, with clipped grey hair and reading glasses pushed up, and he wrote in a small even hand in a ledger, and he finished the line he was on before he did anything else. Then he capped the pen, and squared the ledger with the edge of the table, and stood, and came round, and looked at Finian for some seconds with an expression of complete and courteous attention.</w:t>
      </w:r>
      <w:r w:rsidR="00A3024B">
        <w:rPr>
          <w:rFonts w:ascii="Baskerville Old Face" w:hAnsi="Baskerville Old Face"/>
          <w:bCs/>
          <w:sz w:val="28"/>
          <w:szCs w:val="28"/>
        </w:rPr>
        <w:t xml:space="preserve"> </w:t>
      </w:r>
      <w:r w:rsidRPr="00CE758F">
        <w:rPr>
          <w:rFonts w:ascii="Baskerville Old Face" w:hAnsi="Baskerville Old Face"/>
          <w:bCs/>
          <w:sz w:val="28"/>
          <w:szCs w:val="28"/>
        </w:rPr>
        <w:t>“Marcus Licinius Crassus,” he said. “I am against you.”</w:t>
      </w:r>
    </w:p>
    <w:p w14:paraId="34DA53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36C2F4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will want to hate me and you will find you cannot, and that will be inconvenient for you rather than for me.” He said it without any relish. “I would rather not be doing this. It is put to me that I am the appropriate person, and having read the papers I am unable to argue.”</w:t>
      </w:r>
    </w:p>
    <w:p w14:paraId="70187A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“Why’s that, then.”</w:t>
      </w:r>
    </w:p>
    <w:p w14:paraId="762BBE2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considered him.</w:t>
      </w:r>
    </w:p>
    <w:p w14:paraId="7C503A45" w14:textId="38A64DE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“Because there is nothing in your life that surprises me,” he said. “Not one item. Not one. I read four hundred pages </w:t>
      </w:r>
      <w:r w:rsidRPr="00CE758F">
        <w:rPr>
          <w:rFonts w:ascii="Baskerville Old Face" w:hAnsi="Baskerville Old Face"/>
          <w:bCs/>
          <w:sz w:val="28"/>
          <w:szCs w:val="28"/>
        </w:rPr>
        <w:lastRenderedPageBreak/>
        <w:t xml:space="preserve">about a man I have never met on the other side of the world in a century I know nothing of, and there was not a single page where I had to stop and ask myself why he did it.” He took his glasses off his head and folded them and put them in his breast pocket. “You have my sympathy, </w:t>
      </w:r>
      <w:r w:rsidR="00B4766F" w:rsidRPr="00CE758F">
        <w:rPr>
          <w:rFonts w:ascii="Baskerville Old Face" w:hAnsi="Baskerville Old Face"/>
          <w:bCs/>
          <w:sz w:val="28"/>
          <w:szCs w:val="28"/>
        </w:rPr>
        <w:t>Mr.</w:t>
      </w:r>
      <w:r w:rsidRPr="00CE758F">
        <w:rPr>
          <w:rFonts w:ascii="Baskerville Old Face" w:hAnsi="Baskerville Old Face"/>
          <w:bCs/>
          <w:sz w:val="28"/>
          <w:szCs w:val="28"/>
        </w:rPr>
        <w:t xml:space="preserve"> Kavanagh, and you should be aware that it is the most dangerous thing in this room.”</w:t>
      </w:r>
      <w:r w:rsidR="00A3024B">
        <w:rPr>
          <w:rFonts w:ascii="Baskerville Old Face" w:hAnsi="Baskerville Old Face"/>
          <w:bCs/>
          <w:sz w:val="28"/>
          <w:szCs w:val="28"/>
        </w:rPr>
        <w:t xml:space="preserve"> </w:t>
      </w:r>
      <w:r w:rsidRPr="00CE758F">
        <w:rPr>
          <w:rFonts w:ascii="Baskerville Old Face" w:hAnsi="Baskerville Old Face"/>
          <w:bCs/>
          <w:sz w:val="28"/>
          <w:szCs w:val="28"/>
        </w:rPr>
        <w:t>Behind him, on his table, laid out in a row on a folded cloth with a space of two inches between each of them, were six things.</w:t>
      </w:r>
      <w:r w:rsidR="00A3024B">
        <w:rPr>
          <w:rFonts w:ascii="Baskerville Old Face" w:hAnsi="Baskerville Old Face"/>
          <w:bCs/>
          <w:sz w:val="28"/>
          <w:szCs w:val="28"/>
        </w:rPr>
        <w:t xml:space="preserve"> </w:t>
      </w:r>
      <w:r w:rsidRPr="00CE758F">
        <w:rPr>
          <w:rFonts w:ascii="Baskerville Old Face" w:hAnsi="Baskerville Old Face"/>
          <w:bCs/>
          <w:sz w:val="28"/>
          <w:szCs w:val="28"/>
        </w:rPr>
        <w:t>A tobacco tin. Player’s Navy Cut, the paint gone off the lid at the corners.</w:t>
      </w:r>
      <w:r w:rsidR="00596C24">
        <w:rPr>
          <w:rFonts w:ascii="Baskerville Old Face" w:hAnsi="Baskerville Old Face"/>
          <w:bCs/>
          <w:sz w:val="28"/>
          <w:szCs w:val="28"/>
        </w:rPr>
        <w:t xml:space="preserve"> </w:t>
      </w:r>
      <w:r w:rsidRPr="00CE758F">
        <w:rPr>
          <w:rFonts w:ascii="Baskerville Old Face" w:hAnsi="Baskerville Old Face"/>
          <w:bCs/>
          <w:sz w:val="28"/>
          <w:szCs w:val="28"/>
        </w:rPr>
        <w:t>A photograph, face up, of two men in shorts against a truck.</w:t>
      </w:r>
      <w:r w:rsidR="00596C24">
        <w:rPr>
          <w:rFonts w:ascii="Baskerville Old Face" w:hAnsi="Baskerville Old Face"/>
          <w:bCs/>
          <w:sz w:val="28"/>
          <w:szCs w:val="28"/>
        </w:rPr>
        <w:t xml:space="preserve"> </w:t>
      </w:r>
      <w:r w:rsidRPr="00CE758F">
        <w:rPr>
          <w:rFonts w:ascii="Baskerville Old Face" w:hAnsi="Baskerville Old Face"/>
          <w:bCs/>
          <w:sz w:val="28"/>
          <w:szCs w:val="28"/>
        </w:rPr>
        <w:t>A page out of a school atlas, folded in four, with pencil crosses on it.</w:t>
      </w:r>
      <w:r w:rsidR="00596C24">
        <w:rPr>
          <w:rFonts w:ascii="Baskerville Old Face" w:hAnsi="Baskerville Old Face"/>
          <w:bCs/>
          <w:sz w:val="28"/>
          <w:szCs w:val="28"/>
        </w:rPr>
        <w:t xml:space="preserve"> </w:t>
      </w:r>
      <w:r w:rsidRPr="00CE758F">
        <w:rPr>
          <w:rFonts w:ascii="Baskerville Old Face" w:hAnsi="Baskerville Old Face"/>
          <w:bCs/>
          <w:sz w:val="28"/>
          <w:szCs w:val="28"/>
        </w:rPr>
        <w:t>A piece of ruled exercise paper, furry along its creases, mended on one fold with sticking plaster.</w:t>
      </w:r>
      <w:r w:rsidR="00596C24">
        <w:rPr>
          <w:rFonts w:ascii="Baskerville Old Face" w:hAnsi="Baskerville Old Face"/>
          <w:bCs/>
          <w:sz w:val="28"/>
          <w:szCs w:val="28"/>
        </w:rPr>
        <w:t xml:space="preserve"> </w:t>
      </w:r>
      <w:r w:rsidRPr="00CE758F">
        <w:rPr>
          <w:rFonts w:ascii="Baskerville Old Face" w:hAnsi="Baskerville Old Face"/>
          <w:bCs/>
          <w:sz w:val="28"/>
          <w:szCs w:val="28"/>
        </w:rPr>
        <w:t>A shirt, washed a thousand times, folded the way a man folds a shirt himself.</w:t>
      </w:r>
      <w:r w:rsidR="001D6813">
        <w:rPr>
          <w:rFonts w:ascii="Baskerville Old Face" w:hAnsi="Baskerville Old Face"/>
          <w:bCs/>
          <w:sz w:val="28"/>
          <w:szCs w:val="28"/>
        </w:rPr>
        <w:t xml:space="preserve"> </w:t>
      </w:r>
      <w:r w:rsidRPr="00CE758F">
        <w:rPr>
          <w:rFonts w:ascii="Baskerville Old Face" w:hAnsi="Baskerville Old Face"/>
          <w:bCs/>
          <w:sz w:val="28"/>
          <w:szCs w:val="28"/>
        </w:rPr>
        <w:t>A pamphlet with a perished rubber band round it, the rubber gone hard and flat and marking the paper where it had lain for fifty-five years.</w:t>
      </w:r>
      <w:r w:rsidR="001D6813">
        <w:rPr>
          <w:rFonts w:ascii="Baskerville Old Face" w:hAnsi="Baskerville Old Face"/>
          <w:bCs/>
          <w:sz w:val="28"/>
          <w:szCs w:val="28"/>
        </w:rPr>
        <w:t xml:space="preserve"> </w:t>
      </w:r>
      <w:r w:rsidRPr="00CE758F">
        <w:rPr>
          <w:rFonts w:ascii="Baskerville Old Face" w:hAnsi="Baskerville Old Face"/>
          <w:bCs/>
          <w:sz w:val="28"/>
          <w:szCs w:val="28"/>
        </w:rPr>
        <w:t>Finian looked at them for a long time.</w:t>
      </w:r>
    </w:p>
    <w:p w14:paraId="2CD8664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“There’s a seventh,” he said.</w:t>
      </w:r>
    </w:p>
    <w:p w14:paraId="04D852F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At the end of the row, squared to the cloth like the others, there was a manila envelope, unopened, with the flap still gummed down and nothing written on it at all.</w:t>
      </w:r>
    </w:p>
    <w:p w14:paraId="79F4794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“There is,” said Crassus.</w:t>
      </w:r>
    </w:p>
    <w:p w14:paraId="32DE13B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“What’s in it?”</w:t>
      </w:r>
    </w:p>
    <w:p w14:paraId="3220CD33" w14:textId="43ADCEF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have not decided whether to open it,” said Crassus, and went back to his table.</w:t>
      </w:r>
      <w:r w:rsidR="00B059B0">
        <w:rPr>
          <w:rFonts w:ascii="Baskerville Old Face" w:hAnsi="Baskerville Old Face"/>
          <w:bCs/>
          <w:sz w:val="28"/>
          <w:szCs w:val="28"/>
        </w:rPr>
        <w:t xml:space="preserve"> </w:t>
      </w:r>
      <w:r w:rsidRPr="00CE758F">
        <w:rPr>
          <w:rFonts w:ascii="Baskerville Old Face" w:hAnsi="Baskerville Old Face"/>
          <w:bCs/>
          <w:sz w:val="28"/>
          <w:szCs w:val="28"/>
        </w:rPr>
        <w:t>The old man on the bench put his page down.</w:t>
      </w:r>
      <w:r w:rsidR="001D6813">
        <w:rPr>
          <w:rFonts w:ascii="Baskerville Old Face" w:hAnsi="Baskerville Old Face"/>
          <w:bCs/>
          <w:sz w:val="28"/>
          <w:szCs w:val="28"/>
        </w:rPr>
        <w:t xml:space="preserve"> </w:t>
      </w:r>
      <w:r w:rsidRPr="00CE758F">
        <w:rPr>
          <w:rFonts w:ascii="Baskerville Old Face" w:hAnsi="Baskerville Old Face"/>
          <w:bCs/>
          <w:sz w:val="28"/>
          <w:szCs w:val="28"/>
        </w:rPr>
        <w:t>“Well,” he said. “Shall we begin, since he is here.”</w:t>
      </w:r>
      <w:r w:rsidR="001D6813">
        <w:rPr>
          <w:rFonts w:ascii="Baskerville Old Face" w:hAnsi="Baskerville Old Face"/>
          <w:bCs/>
          <w:sz w:val="28"/>
          <w:szCs w:val="28"/>
        </w:rPr>
        <w:t xml:space="preserve"> </w:t>
      </w:r>
      <w:r w:rsidRPr="00CE758F">
        <w:rPr>
          <w:rFonts w:ascii="Baskerville Old Face" w:hAnsi="Baskerville Old Face"/>
          <w:bCs/>
          <w:sz w:val="28"/>
          <w:szCs w:val="28"/>
        </w:rPr>
        <w:t>His voice was light and rather high and entirely conversational, and there was no gavel and nobody called anything out and the twelve men did not stand up, and yet the room changed, and Finian felt it change, the way a floor changes when the load comes on.</w:t>
      </w:r>
    </w:p>
    <w:p w14:paraId="2F6CE90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are Finian Kavanagh.”</w:t>
      </w:r>
    </w:p>
    <w:p w14:paraId="00359B8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He was on his feet without having decided to be. “Finian Padraig Kavanagh.”</w:t>
      </w:r>
    </w:p>
    <w:p w14:paraId="239C2A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what else?”</w:t>
      </w:r>
    </w:p>
    <w:p w14:paraId="3919A9B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had a sentence. He had been saying it to rooms for twenty years, in Perth and Adelaide and Singapore and once at a lectern in Melbourne with a jug of water and a microphone that whistled: </w:t>
      </w:r>
      <w:r w:rsidRPr="00CE758F">
        <w:rPr>
          <w:rFonts w:ascii="Baskerville Old Face" w:hAnsi="Baskerville Old Face"/>
          <w:bCs/>
          <w:i/>
          <w:sz w:val="28"/>
          <w:szCs w:val="28"/>
        </w:rPr>
        <w:t>Finian Kavanagh, Kavanagh Drilling, Alice Springs</w:t>
      </w:r>
      <w:r w:rsidRPr="00CE758F">
        <w:rPr>
          <w:rFonts w:ascii="Baskerville Old Face" w:hAnsi="Baskerville Old Face"/>
          <w:bCs/>
          <w:sz w:val="28"/>
          <w:szCs w:val="28"/>
        </w:rPr>
        <w:t xml:space="preserve"> — and then, depending on the room, the number of rigs, or the number of men, or the footage sunk since 1968, which was a figure he could give to the yard.</w:t>
      </w:r>
    </w:p>
    <w:p w14:paraId="2890735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got as far as the second word of it.</w:t>
      </w:r>
    </w:p>
    <w:p w14:paraId="48A5FB1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Then he stopped, because he had understood something about the room, and it was this: the twelve men in shirtsleeves had all heard that sentence before. Not from him. From somebody. Every one of them had sat in a hall while a man said a sentence of that shape, and had clapped at the end of it, and had gone home on a bus.</w:t>
      </w:r>
    </w:p>
    <w:p w14:paraId="229D9DE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“Kavanagh Drilling,” he said. “I built it.”</w:t>
      </w:r>
    </w:p>
    <w:p w14:paraId="13C09CB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“Yes,” said the old man. “That is on the papers.” He put his hands together on the bench. “I am Socrates. I am not a judge in the sense you will be reaching for. I cannot punish you. I have no power to punish anybody and never had, which is a thing my own city discovered too late to be of use to me. There is no penalty available in this room. Do you understand that?”</w:t>
      </w:r>
    </w:p>
    <w:p w14:paraId="5F49BA0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2A718CC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“Good. That is the correct answer and the only honest one anybody has ever given me.” Socrates seemed genuinely pleased. “Then let me put it as plainly as I am able. You are not charged with harm. The harm is not in dispute. It is on the table there in front of Crassus and your own counsel will not contest a single item of it, and if you attempt to contest it </w:t>
      </w:r>
      <w:r w:rsidRPr="00CE758F">
        <w:rPr>
          <w:rFonts w:ascii="Baskerville Old Face" w:hAnsi="Baskerville Old Face"/>
          <w:bCs/>
          <w:sz w:val="28"/>
          <w:szCs w:val="28"/>
        </w:rPr>
        <w:lastRenderedPageBreak/>
        <w:t>yourself I will stop you, because we would be here a great while and nobody would learn anything.”</w:t>
      </w:r>
    </w:p>
    <w:p w14:paraId="6133AFD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what am I here for.”</w:t>
      </w:r>
    </w:p>
    <w:p w14:paraId="16EEF39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is a question,” said Socrates. “It has one part. Whether there is anything left in you.”</w:t>
      </w:r>
    </w:p>
    <w:p w14:paraId="4673ADE2" w14:textId="5FF63EC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fan ticked.</w:t>
      </w:r>
      <w:r w:rsidR="00936A3A">
        <w:rPr>
          <w:rFonts w:ascii="Baskerville Old Face" w:hAnsi="Baskerville Old Face"/>
          <w:bCs/>
          <w:sz w:val="28"/>
          <w:szCs w:val="28"/>
        </w:rPr>
        <w:t xml:space="preserve"> </w:t>
      </w:r>
      <w:r w:rsidRPr="00CE758F">
        <w:rPr>
          <w:rFonts w:ascii="Baskerville Old Face" w:hAnsi="Baskerville Old Face"/>
          <w:bCs/>
          <w:sz w:val="28"/>
          <w:szCs w:val="28"/>
        </w:rPr>
        <w:t>“I do not mean whether you are sorry,” Socrates said. “Everybody is sorry, here. Sorrow is what the room does to a man; it costs nothing and it proves nothing, and by the end of the afternoon you will be so sorry you can hardly stand, and it will not weigh one grain with those twelve men, and they will tell you so themselves if you ask them.” He leaned forward slightly. “I mean whether you are finished. Whether the thing in you that changes has stopped, or whether it is only very badly out of use. Because a life given back to a man who cannot use it is not a mercy to him and it is a cruelty to everybody obliged to live within reach of him. And there is a woman four hundred kilometres south of here with her coat on her knees, reading you the shipping, and this court is not going to hand you back to her carelessly.”</w:t>
      </w:r>
      <w:r w:rsidR="00936A3A">
        <w:rPr>
          <w:rFonts w:ascii="Baskerville Old Face" w:hAnsi="Baskerville Old Face"/>
          <w:bCs/>
          <w:sz w:val="28"/>
          <w:szCs w:val="28"/>
        </w:rPr>
        <w:t xml:space="preserve"> </w:t>
      </w:r>
      <w:r w:rsidRPr="00CE758F">
        <w:rPr>
          <w:rFonts w:ascii="Baskerville Old Face" w:hAnsi="Baskerville Old Face"/>
          <w:bCs/>
          <w:sz w:val="28"/>
          <w:szCs w:val="28"/>
        </w:rPr>
        <w:t>Finian stood in the low yellow light with his hands at his sides.</w:t>
      </w:r>
    </w:p>
    <w:p w14:paraId="5EE2843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if they say no,” he said. “What’s the price o’ that.”</w:t>
      </w:r>
    </w:p>
    <w:p w14:paraId="32F695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Down at the far table, Crassus did not look up from his ledger, but his pen stopped.</w:t>
      </w:r>
    </w:p>
    <w:p w14:paraId="38C6F5A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it is,” said Socrates.</w:t>
      </w:r>
    </w:p>
    <w:p w14:paraId="43CC15D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what is?”</w:t>
      </w:r>
    </w:p>
    <w:p w14:paraId="076E95BA" w14:textId="2C82ACC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B4766F" w:rsidRPr="00CE758F">
        <w:rPr>
          <w:rFonts w:ascii="Baskerville Old Face" w:hAnsi="Baskerville Old Face"/>
          <w:bCs/>
          <w:sz w:val="28"/>
          <w:szCs w:val="28"/>
        </w:rPr>
        <w:t>Mr.</w:t>
      </w:r>
      <w:r w:rsidRPr="00CE758F">
        <w:rPr>
          <w:rFonts w:ascii="Baskerville Old Face" w:hAnsi="Baskerville Old Face"/>
          <w:bCs/>
          <w:sz w:val="28"/>
          <w:szCs w:val="28"/>
        </w:rPr>
        <w:t xml:space="preserve"> Kavanagh.” The old man’s voice did not harden; if anything it softened, and that was worse. “You have been in this room five minutes. You have asked what it will cost you, in one form or another, three times. You have asked me for the price of a verdict. There is no price. Nobody in this room can be paid. There is no ledger, there is no reckoning, there is no bill, and no bill was ever going to come — your father told you that when you were seventeen years old and you heard the word </w:t>
      </w:r>
      <w:r w:rsidRPr="00CE758F">
        <w:rPr>
          <w:rFonts w:ascii="Baskerville Old Face" w:hAnsi="Baskerville Old Face"/>
          <w:bCs/>
          <w:i/>
          <w:sz w:val="28"/>
          <w:szCs w:val="28"/>
        </w:rPr>
        <w:t>bill</w:t>
      </w:r>
      <w:r w:rsidRPr="00CE758F">
        <w:rPr>
          <w:rFonts w:ascii="Baskerville Old Face" w:hAnsi="Baskerville Old Face"/>
          <w:bCs/>
          <w:sz w:val="28"/>
          <w:szCs w:val="28"/>
        </w:rPr>
        <w:t xml:space="preserve"> and stopped listening, and a driller told you the same thing over a fire drum at nineteen in two words and you spent twenty-one years asking him </w:t>
      </w:r>
      <w:r w:rsidRPr="00CE758F">
        <w:rPr>
          <w:rFonts w:ascii="Baskerville Old Face" w:hAnsi="Baskerville Old Face"/>
          <w:bCs/>
          <w:i/>
          <w:sz w:val="28"/>
          <w:szCs w:val="28"/>
        </w:rPr>
        <w:t>count of what</w:t>
      </w:r>
      <w:r w:rsidRPr="00CE758F">
        <w:rPr>
          <w:rFonts w:ascii="Baskerville Old Face" w:hAnsi="Baskerville Old Face"/>
          <w:bCs/>
          <w:sz w:val="28"/>
          <w:szCs w:val="28"/>
        </w:rPr>
        <w:t>.”</w:t>
      </w:r>
    </w:p>
    <w:p w14:paraId="3872B20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never said—“</w:t>
      </w:r>
    </w:p>
    <w:p w14:paraId="2324658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said </w:t>
      </w:r>
      <w:r w:rsidRPr="00CE758F">
        <w:rPr>
          <w:rFonts w:ascii="Baskerville Old Face" w:hAnsi="Baskerville Old Face"/>
          <w:bCs/>
          <w:i/>
          <w:sz w:val="28"/>
          <w:szCs w:val="28"/>
        </w:rPr>
        <w:t>keep count</w:t>
      </w:r>
      <w:r w:rsidRPr="00CE758F">
        <w:rPr>
          <w:rFonts w:ascii="Baskerville Old Face" w:hAnsi="Baskerville Old Face"/>
          <w:bCs/>
          <w:sz w:val="28"/>
          <w:szCs w:val="28"/>
        </w:rPr>
        <w:t xml:space="preserve">,” said Socrates. “You asked him what of. He had already stood up. And you have told that story to yourself for forty years as a man who was not given an answer.” He nodded at the twelve men in shirtsleeves. “So. Here is the difficulty, and I will state it once, and then we will start, and it will take as long as it takes. When you are asked </w:t>
      </w:r>
      <w:r w:rsidRPr="00CE758F">
        <w:rPr>
          <w:rFonts w:ascii="Baskerville Old Face" w:hAnsi="Baskerville Old Face"/>
          <w:bCs/>
          <w:sz w:val="28"/>
          <w:szCs w:val="28"/>
        </w:rPr>
        <w:lastRenderedPageBreak/>
        <w:t>what your life was for — and you will be asked, this afternoon, by that man there, who has done it himself and will not be moved by any of the answers you have ready — you are going to want to reply with what you made. Nine rigs. Eighty-one men. A house with a wall round it. Four hundred and some bores, and the water still coming up out of most of them, which is a real thing and nobody here will say otherwise.”</w:t>
      </w:r>
    </w:p>
    <w:p w14:paraId="46579B3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took up his page again, and squared it, and set it down.</w:t>
      </w:r>
    </w:p>
    <w:p w14:paraId="29EBAA5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answer is not available in this room,” said Socrates. “I am telling you now, so that you have time to find another one.”</w:t>
      </w:r>
    </w:p>
    <w:p w14:paraId="50F3698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Kavanagh looked at the twelve ordinary men, who were looking back at him without any particular unkindness, the way men look at the last job of a long day.</w:t>
      </w:r>
    </w:p>
    <w:p w14:paraId="252465A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nothing else prepared.</w:t>
      </w:r>
    </w:p>
    <w:p w14:paraId="005C1940" w14:textId="071C15F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“Very well,” said Socrates. “</w:t>
      </w:r>
      <w:r w:rsidR="00796984">
        <w:rPr>
          <w:rFonts w:ascii="Baskerville Old Face" w:hAnsi="Baskerville Old Face"/>
          <w:bCs/>
          <w:sz w:val="28"/>
          <w:szCs w:val="28"/>
        </w:rPr>
        <w:t>General</w:t>
      </w:r>
      <w:r w:rsidRPr="00CE758F">
        <w:rPr>
          <w:rFonts w:ascii="Baskerville Old Face" w:hAnsi="Baskerville Old Face"/>
          <w:bCs/>
          <w:sz w:val="28"/>
          <w:szCs w:val="28"/>
        </w:rPr>
        <w:t xml:space="preserve"> Crassus. When you are ready.”</w:t>
      </w:r>
    </w:p>
    <w:p w14:paraId="68416977"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3077E36F"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Thirteen</w:t>
      </w:r>
    </w:p>
    <w:p w14:paraId="025CDC17"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Case for the Prosecution</w:t>
      </w:r>
    </w:p>
    <w:p w14:paraId="61F41487" w14:textId="4BD2C7C4" w:rsidR="00F45C1A" w:rsidRPr="00CE758F" w:rsidRDefault="007671E1" w:rsidP="001E5404">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There was an interval before it began, and the interval was the worst part, because it was so exactly like every other interval he had ever sat through.</w:t>
      </w:r>
      <w:r w:rsidR="001E5404">
        <w:rPr>
          <w:rFonts w:ascii="Baskerville Old Face" w:hAnsi="Baskerville Old Face"/>
          <w:bCs/>
          <w:sz w:val="28"/>
          <w:szCs w:val="28"/>
        </w:rPr>
        <w:t xml:space="preserve"> </w:t>
      </w:r>
      <w:r w:rsidRPr="00CE758F">
        <w:rPr>
          <w:rFonts w:ascii="Baskerville Old Face" w:hAnsi="Baskerville Old Face"/>
          <w:bCs/>
          <w:sz w:val="28"/>
          <w:szCs w:val="28"/>
        </w:rPr>
        <w:t xml:space="preserve">Men came in and found chairs. Somebody at the back was having trouble with a window that had swollen in its frame, and two others went to help him, and there was a certain amount of advice given, and eventually the window went up with a bang and a shudder that ran along the wall, and the man who had done it said </w:t>
      </w:r>
      <w:r w:rsidRPr="00CE758F">
        <w:rPr>
          <w:rFonts w:ascii="Baskerville Old Face" w:hAnsi="Baskerville Old Face"/>
          <w:bCs/>
          <w:i/>
          <w:sz w:val="28"/>
          <w:szCs w:val="28"/>
        </w:rPr>
        <w:t>there she goes</w:t>
      </w:r>
      <w:r w:rsidRPr="00CE758F">
        <w:rPr>
          <w:rFonts w:ascii="Baskerville Old Face" w:hAnsi="Baskerville Old Face"/>
          <w:bCs/>
          <w:sz w:val="28"/>
          <w:szCs w:val="28"/>
        </w:rPr>
        <w:t xml:space="preserve"> in the satisfied voice of a man who has fixed something. A clerk laid out water glasses on the bench and then moved one of them half an inch. Somewhere out of sight a chair scraped. The light through the high windows was the light of about four in the afternoon in the last week of a hot month, thick and yellow and full of drifting motes, and it lay across the floorboards in four long panels and did not move at all, and Finian understood, watching it, that it was not going to move, and that this was not a place where four o’clock would ever become five.</w:t>
      </w:r>
    </w:p>
    <w:p w14:paraId="18DDA5C5" w14:textId="4335067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sat where he had been put, on a plain chair at a plain table, with his hands on his knees.</w:t>
      </w:r>
      <w:r w:rsidR="001E5404">
        <w:rPr>
          <w:rFonts w:ascii="Baskerville Old Face" w:hAnsi="Baskerville Old Face"/>
          <w:bCs/>
          <w:sz w:val="28"/>
          <w:szCs w:val="28"/>
        </w:rPr>
        <w:t xml:space="preserve"> </w:t>
      </w:r>
      <w:r w:rsidRPr="00CE758F">
        <w:rPr>
          <w:rFonts w:ascii="Baskerville Old Face" w:hAnsi="Baskerville Old Face"/>
          <w:bCs/>
          <w:sz w:val="28"/>
          <w:szCs w:val="28"/>
        </w:rPr>
        <w:t>He had spent a great deal of his life in rooms before things started. Tender openings. Bank meetings. The Land Rights hearing at Tennant Creek with its ceiling fan and its jug. He knew the shape of the ten minutes before, and he knew what a man did with them, and what a man did with them was work. You read the top sheet again. You checked the figure you already knew. You leaned to the man on your left and said something short and unimportant in a low voice, so that the room could see you had a man on your left to lean to.</w:t>
      </w:r>
      <w:r w:rsidR="001E5404">
        <w:rPr>
          <w:rFonts w:ascii="Baskerville Old Face" w:hAnsi="Baskerville Old Face"/>
          <w:bCs/>
          <w:sz w:val="28"/>
          <w:szCs w:val="28"/>
        </w:rPr>
        <w:t xml:space="preserve"> </w:t>
      </w:r>
      <w:r w:rsidRPr="00CE758F">
        <w:rPr>
          <w:rFonts w:ascii="Baskerville Old Face" w:hAnsi="Baskerville Old Face"/>
          <w:bCs/>
          <w:sz w:val="28"/>
          <w:szCs w:val="28"/>
        </w:rPr>
        <w:t>He had nobody to lean to. Darrow was up at the front with his back to him, doing something with his papers that involved putting them into three piles and then combining two of the piles. Maggie was at the very back on a bench against the wall, sitting the way women had sat in kirk for four hundred years, straight-backed, hands in her lap, looking at nothing.</w:t>
      </w:r>
      <w:r w:rsidR="001E5404">
        <w:rPr>
          <w:rFonts w:ascii="Baskerville Old Face" w:hAnsi="Baskerville Old Face"/>
          <w:bCs/>
          <w:sz w:val="28"/>
          <w:szCs w:val="28"/>
        </w:rPr>
        <w:t xml:space="preserve"> </w:t>
      </w:r>
      <w:r w:rsidRPr="00CE758F">
        <w:rPr>
          <w:rFonts w:ascii="Baskerville Old Face" w:hAnsi="Baskerville Old Face"/>
          <w:bCs/>
          <w:sz w:val="28"/>
          <w:szCs w:val="28"/>
        </w:rPr>
        <w:t>And there was no top sheet. There was nothing in front of him at all. He had put his hands flat on the table at one point, early, and then taken them off it, because the tabletop was bare and his hands on it looked like what they were.</w:t>
      </w:r>
    </w:p>
    <w:p w14:paraId="2FF5C073" w14:textId="6590204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twelve came in last, in ones and twos, the way men come back from a break.</w:t>
      </w:r>
      <w:r w:rsidR="001E5404">
        <w:rPr>
          <w:rFonts w:ascii="Baskerville Old Face" w:hAnsi="Baskerville Old Face"/>
          <w:bCs/>
          <w:sz w:val="28"/>
          <w:szCs w:val="28"/>
        </w:rPr>
        <w:t xml:space="preserve"> </w:t>
      </w:r>
      <w:r w:rsidRPr="00CE758F">
        <w:rPr>
          <w:rFonts w:ascii="Baskerville Old Face" w:hAnsi="Baskerville Old Face"/>
          <w:bCs/>
          <w:sz w:val="28"/>
          <w:szCs w:val="28"/>
        </w:rPr>
        <w:t>They were in shirtsleeves. Several of them carried their jackets over an arm, and hung them on the backs of the chairs, and one folded his very carefully along the seams before he draped it, and Finian watched him do it and could not look away from it. A stocky man in his fifties sat down heavily and blew out his cheeks. A thin one with rimless glasses had a folded newspaper and used it as a fan, four or five strokes, and then stopped as though he had remembered where he was, and put it under his chair, and did not touch it again. One of them, a big fellow with forearms, said something to the man beside him out of the corner of his mouth, and the other man’s mouth twitched, and neither of them looked up.</w:t>
      </w:r>
      <w:r w:rsidR="001E5404">
        <w:rPr>
          <w:rFonts w:ascii="Baskerville Old Face" w:hAnsi="Baskerville Old Face"/>
          <w:bCs/>
          <w:sz w:val="28"/>
          <w:szCs w:val="28"/>
        </w:rPr>
        <w:t xml:space="preserve"> </w:t>
      </w:r>
      <w:r w:rsidRPr="00CE758F">
        <w:rPr>
          <w:rFonts w:ascii="Baskerville Old Face" w:hAnsi="Baskerville Old Face"/>
          <w:bCs/>
          <w:sz w:val="28"/>
          <w:szCs w:val="28"/>
        </w:rPr>
        <w:t>Finian had a bore-field manager once who folded his jacket along the seams like that. Ordinary men, at the end of a long hot Friday, sitting down to something that was going to take a while.</w:t>
      </w:r>
      <w:r w:rsidR="001E5404">
        <w:rPr>
          <w:rFonts w:ascii="Baskerville Old Face" w:hAnsi="Baskerville Old Face"/>
          <w:bCs/>
          <w:sz w:val="28"/>
          <w:szCs w:val="28"/>
        </w:rPr>
        <w:t xml:space="preserve"> </w:t>
      </w:r>
      <w:r w:rsidRPr="00CE758F">
        <w:rPr>
          <w:rFonts w:ascii="Baskerville Old Face" w:hAnsi="Baskerville Old Face"/>
          <w:bCs/>
          <w:sz w:val="28"/>
          <w:szCs w:val="28"/>
        </w:rPr>
        <w:t>He had built the Keep to keep them out. Not those particular men</w:t>
      </w:r>
      <w:r w:rsidR="001E5404">
        <w:rPr>
          <w:rFonts w:ascii="Baskerville Old Face" w:hAnsi="Baskerville Old Face"/>
          <w:bCs/>
          <w:sz w:val="28"/>
          <w:szCs w:val="28"/>
        </w:rPr>
        <w:t>,</w:t>
      </w:r>
      <w:r w:rsidRPr="00CE758F">
        <w:rPr>
          <w:rFonts w:ascii="Baskerville Old Face" w:hAnsi="Baskerville Old Face"/>
          <w:bCs/>
          <w:sz w:val="28"/>
          <w:szCs w:val="28"/>
        </w:rPr>
        <w:t xml:space="preserve"> he had never met those particular men. But that species of man, the man with the folded newspaper and the seam-folded jacket, the man who was pleasant and unhurried and had a wage and a wife and a lawn, the man who went home. He had built </w:t>
      </w:r>
      <w:r w:rsidRPr="00CE758F">
        <w:rPr>
          <w:rFonts w:ascii="Baskerville Old Face" w:hAnsi="Baskerville Old Face"/>
          <w:bCs/>
          <w:sz w:val="28"/>
          <w:szCs w:val="28"/>
        </w:rPr>
        <w:lastRenderedPageBreak/>
        <w:t xml:space="preserve">three foot six inches of local stone around a house in the middle of a continent to make it structurally impossible for anybody ever to look at him and think: </w:t>
      </w:r>
      <w:r w:rsidRPr="00CE758F">
        <w:rPr>
          <w:rFonts w:ascii="Baskerville Old Face" w:hAnsi="Baskerville Old Face"/>
          <w:bCs/>
          <w:i/>
          <w:sz w:val="28"/>
          <w:szCs w:val="28"/>
        </w:rPr>
        <w:t>aye, he’s one of us.</w:t>
      </w:r>
      <w:r w:rsidR="004F1C89">
        <w:rPr>
          <w:rFonts w:ascii="Baskerville Old Face" w:hAnsi="Baskerville Old Face"/>
          <w:bCs/>
          <w:sz w:val="28"/>
          <w:szCs w:val="28"/>
        </w:rPr>
        <w:t xml:space="preserve"> </w:t>
      </w:r>
      <w:r w:rsidRPr="00CE758F">
        <w:rPr>
          <w:rFonts w:ascii="Baskerville Old Face" w:hAnsi="Baskerville Old Face"/>
          <w:bCs/>
          <w:sz w:val="28"/>
          <w:szCs w:val="28"/>
        </w:rPr>
        <w:t>And now they were the ones who would say what he was.</w:t>
      </w:r>
    </w:p>
    <w:p w14:paraId="38716777" w14:textId="48E9D4D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“Are we ready,” said Socrates.</w:t>
      </w:r>
      <w:r w:rsidR="008F5BC0">
        <w:rPr>
          <w:rFonts w:ascii="Baskerville Old Face" w:hAnsi="Baskerville Old Face"/>
          <w:bCs/>
          <w:sz w:val="28"/>
          <w:szCs w:val="28"/>
        </w:rPr>
        <w:t xml:space="preserve"> </w:t>
      </w:r>
      <w:r w:rsidRPr="00CE758F">
        <w:rPr>
          <w:rFonts w:ascii="Baskerville Old Face" w:hAnsi="Baskerville Old Face"/>
          <w:bCs/>
          <w:sz w:val="28"/>
          <w:szCs w:val="28"/>
        </w:rPr>
        <w:t xml:space="preserve">He did not </w:t>
      </w:r>
      <w:r w:rsidR="004F1C89">
        <w:rPr>
          <w:rFonts w:ascii="Baskerville Old Face" w:hAnsi="Baskerville Old Face"/>
          <w:bCs/>
          <w:sz w:val="28"/>
          <w:szCs w:val="28"/>
        </w:rPr>
        <w:t>utter</w:t>
      </w:r>
      <w:r w:rsidRPr="00CE758F">
        <w:rPr>
          <w:rFonts w:ascii="Baskerville Old Face" w:hAnsi="Baskerville Old Face"/>
          <w:bCs/>
          <w:sz w:val="28"/>
          <w:szCs w:val="28"/>
        </w:rPr>
        <w:t xml:space="preserve"> it as a question. He was sitting sideways to the bench, one arm over the back of his chair, the way a man sits at a table he is not eating at. He was bald and thick through the chest and his nose had been broken and set by somebody in a hurry a very long time ago, and he wore no gown and nothing on his head and there was nothing whatever about him to look at, and Finian had already learned in an hour and a half that the moment the man spoke, everybody in the room stopped doing what they were doing. It was not fear. It was more like the way a rig crew goes quiet when the note of the engine changes.</w:t>
      </w:r>
      <w:r w:rsidR="00A443CA">
        <w:rPr>
          <w:rFonts w:ascii="Baskerville Old Face" w:hAnsi="Baskerville Old Face"/>
          <w:bCs/>
          <w:sz w:val="28"/>
          <w:szCs w:val="28"/>
        </w:rPr>
        <w:t xml:space="preserve"> </w:t>
      </w:r>
      <w:r w:rsidRPr="00CE758F">
        <w:rPr>
          <w:rFonts w:ascii="Baskerville Old Face" w:hAnsi="Baskerville Old Face"/>
          <w:bCs/>
          <w:sz w:val="28"/>
          <w:szCs w:val="28"/>
        </w:rPr>
        <w:t>Crassus stood up.</w:t>
      </w:r>
      <w:r w:rsidR="008F5BC0">
        <w:rPr>
          <w:rFonts w:ascii="Baskerville Old Face" w:hAnsi="Baskerville Old Face"/>
          <w:bCs/>
          <w:sz w:val="28"/>
          <w:szCs w:val="28"/>
        </w:rPr>
        <w:t xml:space="preserve"> </w:t>
      </w:r>
      <w:r w:rsidRPr="00CE758F">
        <w:rPr>
          <w:rFonts w:ascii="Baskerville Old Face" w:hAnsi="Baskerville Old Face"/>
          <w:bCs/>
          <w:sz w:val="28"/>
          <w:szCs w:val="28"/>
        </w:rPr>
        <w:t xml:space="preserve">He did </w:t>
      </w:r>
      <w:r w:rsidR="00A443CA">
        <w:rPr>
          <w:rFonts w:ascii="Baskerville Old Face" w:hAnsi="Baskerville Old Face"/>
          <w:bCs/>
          <w:sz w:val="28"/>
          <w:szCs w:val="28"/>
        </w:rPr>
        <w:t>so</w:t>
      </w:r>
      <w:r w:rsidRPr="00CE758F">
        <w:rPr>
          <w:rFonts w:ascii="Baskerville Old Face" w:hAnsi="Baskerville Old Face"/>
          <w:bCs/>
          <w:sz w:val="28"/>
          <w:szCs w:val="28"/>
        </w:rPr>
        <w:t xml:space="preserve"> slowly, the way heavy men do, with one hand on the table to </w:t>
      </w:r>
      <w:r w:rsidR="00EB383C">
        <w:rPr>
          <w:rFonts w:ascii="Baskerville Old Face" w:hAnsi="Baskerville Old Face"/>
          <w:bCs/>
          <w:sz w:val="28"/>
          <w:szCs w:val="28"/>
        </w:rPr>
        <w:t>raise</w:t>
      </w:r>
      <w:r w:rsidRPr="00CE758F">
        <w:rPr>
          <w:rFonts w:ascii="Baskerville Old Face" w:hAnsi="Baskerville Old Face"/>
          <w:bCs/>
          <w:sz w:val="28"/>
          <w:szCs w:val="28"/>
        </w:rPr>
        <w:t xml:space="preserve"> himself up, and he stood for a moment settling his weight before he moved. He was sixty or thereabouts, and had been a big man and was going soft over it, and he had a broad face gone pouchy under the eyes, and his hair was cut short and grey and looked as though some</w:t>
      </w:r>
      <w:r w:rsidR="00C152B2">
        <w:rPr>
          <w:rFonts w:ascii="Baskerville Old Face" w:hAnsi="Baskerville Old Face"/>
          <w:bCs/>
          <w:sz w:val="28"/>
          <w:szCs w:val="28"/>
        </w:rPr>
        <w:t xml:space="preserve">one, </w:t>
      </w:r>
      <w:r w:rsidR="008A332E">
        <w:rPr>
          <w:rFonts w:ascii="Baskerville Old Face" w:hAnsi="Baskerville Old Face"/>
          <w:bCs/>
          <w:sz w:val="28"/>
          <w:szCs w:val="28"/>
        </w:rPr>
        <w:t>embarrassingly</w:t>
      </w:r>
      <w:r w:rsidR="00C152B2">
        <w:rPr>
          <w:rFonts w:ascii="Baskerville Old Face" w:hAnsi="Baskerville Old Face"/>
          <w:bCs/>
          <w:sz w:val="28"/>
          <w:szCs w:val="28"/>
        </w:rPr>
        <w:t xml:space="preserve"> </w:t>
      </w:r>
      <w:r w:rsidR="008A332E">
        <w:rPr>
          <w:rFonts w:ascii="Baskerville Old Face" w:hAnsi="Baskerville Old Face"/>
          <w:bCs/>
          <w:sz w:val="28"/>
          <w:szCs w:val="28"/>
        </w:rPr>
        <w:t>unqualified</w:t>
      </w:r>
      <w:r w:rsidR="00BF67B9">
        <w:rPr>
          <w:rFonts w:ascii="Baskerville Old Face" w:hAnsi="Baskerville Old Face"/>
          <w:bCs/>
          <w:sz w:val="28"/>
          <w:szCs w:val="28"/>
        </w:rPr>
        <w:t>,</w:t>
      </w:r>
      <w:r w:rsidRPr="00CE758F">
        <w:rPr>
          <w:rFonts w:ascii="Baskerville Old Face" w:hAnsi="Baskerville Old Face"/>
          <w:bCs/>
          <w:sz w:val="28"/>
          <w:szCs w:val="28"/>
        </w:rPr>
        <w:t xml:space="preserve"> had</w:t>
      </w:r>
      <w:r w:rsidR="00BF67B9">
        <w:rPr>
          <w:rFonts w:ascii="Baskerville Old Face" w:hAnsi="Baskerville Old Face"/>
          <w:bCs/>
          <w:sz w:val="28"/>
          <w:szCs w:val="28"/>
        </w:rPr>
        <w:t>, with</w:t>
      </w:r>
      <w:r w:rsidR="00C31343">
        <w:rPr>
          <w:rFonts w:ascii="Baskerville Old Face" w:hAnsi="Baskerville Old Face"/>
          <w:bCs/>
          <w:sz w:val="28"/>
          <w:szCs w:val="28"/>
        </w:rPr>
        <w:t xml:space="preserve">out </w:t>
      </w:r>
      <w:r w:rsidR="00C31343">
        <w:rPr>
          <w:rFonts w:ascii="Baskerville Old Face" w:hAnsi="Baskerville Old Face"/>
          <w:bCs/>
          <w:sz w:val="28"/>
          <w:szCs w:val="28"/>
        </w:rPr>
        <w:lastRenderedPageBreak/>
        <w:t>due</w:t>
      </w:r>
      <w:r w:rsidR="00BF67B9">
        <w:rPr>
          <w:rFonts w:ascii="Baskerville Old Face" w:hAnsi="Baskerville Old Face"/>
          <w:bCs/>
          <w:sz w:val="28"/>
          <w:szCs w:val="28"/>
        </w:rPr>
        <w:t xml:space="preserve"> care </w:t>
      </w:r>
      <w:r w:rsidR="00C31343">
        <w:rPr>
          <w:rFonts w:ascii="Baskerville Old Face" w:hAnsi="Baskerville Old Face"/>
          <w:bCs/>
          <w:sz w:val="28"/>
          <w:szCs w:val="28"/>
        </w:rPr>
        <w:t>and</w:t>
      </w:r>
      <w:r w:rsidR="00BF67B9">
        <w:rPr>
          <w:rFonts w:ascii="Baskerville Old Face" w:hAnsi="Baskerville Old Face"/>
          <w:bCs/>
          <w:sz w:val="28"/>
          <w:szCs w:val="28"/>
        </w:rPr>
        <w:t xml:space="preserve"> attention</w:t>
      </w:r>
      <w:r w:rsidR="00C31343">
        <w:rPr>
          <w:rFonts w:ascii="Baskerville Old Face" w:hAnsi="Baskerville Old Face"/>
          <w:bCs/>
          <w:sz w:val="28"/>
          <w:szCs w:val="28"/>
        </w:rPr>
        <w:t xml:space="preserve">, had </w:t>
      </w:r>
      <w:r w:rsidR="00D573EE">
        <w:rPr>
          <w:rFonts w:ascii="Baskerville Old Face" w:hAnsi="Baskerville Old Face"/>
          <w:bCs/>
          <w:sz w:val="28"/>
          <w:szCs w:val="28"/>
        </w:rPr>
        <w:t>snipped</w:t>
      </w:r>
      <w:r w:rsidR="0087395C">
        <w:rPr>
          <w:rFonts w:ascii="Baskerville Old Face" w:hAnsi="Baskerville Old Face"/>
          <w:bCs/>
          <w:sz w:val="28"/>
          <w:szCs w:val="28"/>
        </w:rPr>
        <w:t xml:space="preserve"> away at</w:t>
      </w:r>
      <w:r w:rsidR="00D573EE">
        <w:rPr>
          <w:rFonts w:ascii="Baskerville Old Face" w:hAnsi="Baskerville Old Face"/>
          <w:bCs/>
          <w:sz w:val="28"/>
          <w:szCs w:val="28"/>
        </w:rPr>
        <w:t xml:space="preserve"> his silver locks</w:t>
      </w:r>
      <w:r w:rsidRPr="00CE758F">
        <w:rPr>
          <w:rFonts w:ascii="Baskerville Old Face" w:hAnsi="Baskerville Old Face"/>
          <w:bCs/>
          <w:sz w:val="28"/>
          <w:szCs w:val="28"/>
        </w:rPr>
        <w:t xml:space="preserve">. He was dressed </w:t>
      </w:r>
      <w:r w:rsidR="005E26D0">
        <w:rPr>
          <w:rFonts w:ascii="Baskerville Old Face" w:hAnsi="Baskerville Old Face"/>
          <w:bCs/>
          <w:sz w:val="28"/>
          <w:szCs w:val="28"/>
        </w:rPr>
        <w:t>as</w:t>
      </w:r>
      <w:r w:rsidRPr="00CE758F">
        <w:rPr>
          <w:rFonts w:ascii="Baskerville Old Face" w:hAnsi="Baskerville Old Face"/>
          <w:bCs/>
          <w:sz w:val="28"/>
          <w:szCs w:val="28"/>
        </w:rPr>
        <w:t xml:space="preserve"> a man who had been to a good tailor once, twenty years </w:t>
      </w:r>
      <w:r w:rsidR="005E26D0">
        <w:rPr>
          <w:rFonts w:ascii="Baskerville Old Face" w:hAnsi="Baskerville Old Face"/>
          <w:bCs/>
          <w:sz w:val="28"/>
          <w:szCs w:val="28"/>
        </w:rPr>
        <w:t>earlier</w:t>
      </w:r>
      <w:r w:rsidRPr="00CE758F">
        <w:rPr>
          <w:rFonts w:ascii="Baskerville Old Face" w:hAnsi="Baskerville Old Face"/>
          <w:bCs/>
          <w:sz w:val="28"/>
          <w:szCs w:val="28"/>
        </w:rPr>
        <w:t xml:space="preserve">, and had subsequently stopped noticing what he had on. The suit did not fit him </w:t>
      </w:r>
      <w:r w:rsidR="00B4766F" w:rsidRPr="00CE758F">
        <w:rPr>
          <w:rFonts w:ascii="Baskerville Old Face" w:hAnsi="Baskerville Old Face"/>
          <w:bCs/>
          <w:sz w:val="28"/>
          <w:szCs w:val="28"/>
        </w:rPr>
        <w:t>anymore</w:t>
      </w:r>
      <w:r w:rsidRPr="00CE758F">
        <w:rPr>
          <w:rFonts w:ascii="Baskerville Old Face" w:hAnsi="Baskerville Old Face"/>
          <w:bCs/>
          <w:sz w:val="28"/>
          <w:szCs w:val="28"/>
        </w:rPr>
        <w:t>. He had not had it altered.</w:t>
      </w:r>
      <w:r w:rsidR="005E26D0">
        <w:rPr>
          <w:rFonts w:ascii="Baskerville Old Face" w:hAnsi="Baskerville Old Face"/>
          <w:bCs/>
          <w:sz w:val="28"/>
          <w:szCs w:val="28"/>
        </w:rPr>
        <w:t xml:space="preserve"> </w:t>
      </w:r>
      <w:r w:rsidRPr="00CE758F">
        <w:rPr>
          <w:rFonts w:ascii="Baskerville Old Face" w:hAnsi="Baskerville Old Face"/>
          <w:bCs/>
          <w:sz w:val="28"/>
          <w:szCs w:val="28"/>
        </w:rPr>
        <w:t>Finian had expected</w:t>
      </w:r>
      <w:r w:rsidR="0087395C">
        <w:rPr>
          <w:rFonts w:ascii="Baskerville Old Face" w:hAnsi="Baskerville Old Face"/>
          <w:bCs/>
          <w:sz w:val="28"/>
          <w:szCs w:val="28"/>
        </w:rPr>
        <w:t xml:space="preserve">, </w:t>
      </w:r>
      <w:r w:rsidRPr="00CE758F">
        <w:rPr>
          <w:rFonts w:ascii="Baskerville Old Face" w:hAnsi="Baskerville Old Face"/>
          <w:bCs/>
          <w:sz w:val="28"/>
          <w:szCs w:val="28"/>
        </w:rPr>
        <w:t>he was not sure what he had expected. Something splendid. Something with a red edge to it and a manner. He had been told for an hour that this was the most dangerous man in the room, and what had stood up was a heavy, tired, badly dressed old man with a farmer’s hands who looked as though he would rather have been somewhere else.</w:t>
      </w:r>
      <w:r w:rsidR="008F5BC0">
        <w:rPr>
          <w:rFonts w:ascii="Baskerville Old Face" w:hAnsi="Baskerville Old Face"/>
          <w:bCs/>
          <w:sz w:val="28"/>
          <w:szCs w:val="28"/>
        </w:rPr>
        <w:t xml:space="preserve"> </w:t>
      </w:r>
      <w:r w:rsidRPr="00CE758F">
        <w:rPr>
          <w:rFonts w:ascii="Baskerville Old Face" w:hAnsi="Baskerville Old Face"/>
          <w:bCs/>
          <w:sz w:val="28"/>
          <w:szCs w:val="28"/>
        </w:rPr>
        <w:t>Crassus put his fingertips on the table and looked at the seven things laid out on it.</w:t>
      </w:r>
      <w:r w:rsidR="006831E0">
        <w:rPr>
          <w:rFonts w:ascii="Baskerville Old Face" w:hAnsi="Baskerville Old Face"/>
          <w:bCs/>
          <w:sz w:val="28"/>
          <w:szCs w:val="28"/>
        </w:rPr>
        <w:t xml:space="preserve"> </w:t>
      </w:r>
      <w:r w:rsidRPr="00CE758F">
        <w:rPr>
          <w:rFonts w:ascii="Baskerville Old Face" w:hAnsi="Baskerville Old Face"/>
          <w:bCs/>
          <w:sz w:val="28"/>
          <w:szCs w:val="28"/>
        </w:rPr>
        <w:t>He looked at them for a good while. Long enough for it to become uncomfortable. He touched nothing.</w:t>
      </w:r>
      <w:r w:rsidR="00A443CA">
        <w:rPr>
          <w:rFonts w:ascii="Baskerville Old Face" w:hAnsi="Baskerville Old Face"/>
          <w:bCs/>
          <w:sz w:val="28"/>
          <w:szCs w:val="28"/>
        </w:rPr>
        <w:t xml:space="preserve"> </w:t>
      </w:r>
      <w:r w:rsidRPr="00CE758F">
        <w:rPr>
          <w:rFonts w:ascii="Baskerville Old Face" w:hAnsi="Baskerville Old Face"/>
          <w:bCs/>
          <w:sz w:val="28"/>
          <w:szCs w:val="28"/>
        </w:rPr>
        <w:t>Then he turned to the twelve.</w:t>
      </w:r>
      <w:r w:rsidR="00A443CA">
        <w:rPr>
          <w:rFonts w:ascii="Baskerville Old Face" w:hAnsi="Baskerville Old Face"/>
          <w:bCs/>
          <w:sz w:val="28"/>
          <w:szCs w:val="28"/>
        </w:rPr>
        <w:t xml:space="preserve"> </w:t>
      </w:r>
      <w:r w:rsidRPr="00CE758F">
        <w:rPr>
          <w:rFonts w:ascii="Baskerville Old Face" w:hAnsi="Baskerville Old Face"/>
          <w:bCs/>
          <w:sz w:val="28"/>
          <w:szCs w:val="28"/>
        </w:rPr>
        <w:t>“My name is Marcus Licinius Crassus,” he said. “I imagine somebody has told you what I was. I would rather tell you myself, because the version people tell is more interesting than the truth and I do not want you sitting there thinking of me as somebody who is fun to read about.”</w:t>
      </w:r>
      <w:r w:rsidR="006831E0">
        <w:rPr>
          <w:rFonts w:ascii="Baskerville Old Face" w:hAnsi="Baskerville Old Face"/>
          <w:bCs/>
          <w:sz w:val="28"/>
          <w:szCs w:val="28"/>
        </w:rPr>
        <w:t xml:space="preserve"> </w:t>
      </w:r>
      <w:r w:rsidRPr="00CE758F">
        <w:rPr>
          <w:rFonts w:ascii="Baskerville Old Face" w:hAnsi="Baskerville Old Face"/>
          <w:bCs/>
          <w:sz w:val="28"/>
          <w:szCs w:val="28"/>
        </w:rPr>
        <w:t>His voice was low and unhurried and entirely without music. It was the voice of a man dictating.</w:t>
      </w:r>
      <w:r w:rsidR="008B1800">
        <w:rPr>
          <w:rFonts w:ascii="Baskerville Old Face" w:hAnsi="Baskerville Old Face"/>
          <w:bCs/>
          <w:sz w:val="28"/>
          <w:szCs w:val="28"/>
        </w:rPr>
        <w:t xml:space="preserve"> </w:t>
      </w:r>
      <w:r w:rsidRPr="00CE758F">
        <w:rPr>
          <w:rFonts w:ascii="Baskerville Old Face" w:hAnsi="Baskerville Old Face"/>
          <w:bCs/>
          <w:sz w:val="28"/>
          <w:szCs w:val="28"/>
        </w:rPr>
        <w:t xml:space="preserve">“I was the richest man in Rome. There is a way of saying that which makes it sound like a colour of paint. </w:t>
      </w:r>
      <w:r w:rsidRPr="00CE758F">
        <w:rPr>
          <w:rFonts w:ascii="Baskerville Old Face" w:hAnsi="Baskerville Old Face"/>
          <w:bCs/>
          <w:sz w:val="28"/>
          <w:szCs w:val="28"/>
        </w:rPr>
        <w:lastRenderedPageBreak/>
        <w:t>What it meant was this. When a building took fire in the city</w:t>
      </w:r>
      <w:r w:rsidR="008B1800">
        <w:rPr>
          <w:rFonts w:ascii="Baskerville Old Face" w:hAnsi="Baskerville Old Face"/>
          <w:bCs/>
          <w:sz w:val="28"/>
          <w:szCs w:val="28"/>
        </w:rPr>
        <w:t xml:space="preserve">, </w:t>
      </w:r>
      <w:r w:rsidRPr="00CE758F">
        <w:rPr>
          <w:rFonts w:ascii="Baskerville Old Face" w:hAnsi="Baskerville Old Face"/>
          <w:bCs/>
          <w:sz w:val="28"/>
          <w:szCs w:val="28"/>
        </w:rPr>
        <w:t xml:space="preserve">and they took fire perpetually, they were wood and stacked six </w:t>
      </w:r>
      <w:r w:rsidR="00074612" w:rsidRPr="00CE758F">
        <w:rPr>
          <w:rFonts w:ascii="Baskerville Old Face" w:hAnsi="Baskerville Old Face"/>
          <w:bCs/>
          <w:sz w:val="28"/>
          <w:szCs w:val="28"/>
        </w:rPr>
        <w:t>story’s</w:t>
      </w:r>
      <w:r w:rsidRPr="00CE758F">
        <w:rPr>
          <w:rFonts w:ascii="Baskerville Old Face" w:hAnsi="Baskerville Old Face"/>
          <w:bCs/>
          <w:sz w:val="28"/>
          <w:szCs w:val="28"/>
        </w:rPr>
        <w:t xml:space="preserve"> and everybody cooked indoors — I owned the only body of men equipped to put it out. Five hundred of them, trained, with pumps and hooks and vinegar-soaked blankets. I would take them to the fire and I would stand in the street with the owner while his house burned, and I would name him a price for the ground he was standing on. And he would take it. He always took it. He was watching his roof go and he had his family in the road in their night things, and the sum I offered him was a real sum, in his hand, that afternoon, and the alternative was a black hole in the ground that he still owed money on.</w:t>
      </w:r>
    </w:p>
    <w:p w14:paraId="719B1E6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when he had signed, I would put the fire out. And rebuild. And let the rooms back to men of his own sort, at rent.”</w:t>
      </w:r>
    </w:p>
    <w:p w14:paraId="66EAAEB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moved.</w:t>
      </w:r>
    </w:p>
    <w:p w14:paraId="543D4CA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want you to notice something,” said Crassus. “Everything I have just described to you was legal. I broke no law of Rome. I have never in my life had to trouble myself about what was on the file, because I was extremely careful, always, to be on the correct side of it. There were men in the </w:t>
      </w:r>
      <w:r w:rsidRPr="00CE758F">
        <w:rPr>
          <w:rFonts w:ascii="Baskerville Old Face" w:hAnsi="Baskerville Old Face"/>
          <w:bCs/>
          <w:sz w:val="28"/>
          <w:szCs w:val="28"/>
        </w:rPr>
        <w:lastRenderedPageBreak/>
        <w:t>Senate who despised me. Not one of them ever laid a charge, and several of them owed me money, and two of them owed me their careers, and all of them came to my house.”</w:t>
      </w:r>
    </w:p>
    <w:p w14:paraId="4EB2F9B6" w14:textId="300F547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t>
      </w:r>
      <w:r w:rsidR="00A56545">
        <w:rPr>
          <w:rFonts w:ascii="Baskerville Old Face" w:hAnsi="Baskerville Old Face"/>
          <w:bCs/>
          <w:sz w:val="28"/>
          <w:szCs w:val="28"/>
        </w:rPr>
        <w:t>shifted</w:t>
      </w:r>
      <w:r w:rsidR="00A56545" w:rsidRPr="00CE758F">
        <w:rPr>
          <w:rFonts w:ascii="Baskerville Old Face" w:hAnsi="Baskerville Old Face"/>
          <w:bCs/>
          <w:sz w:val="28"/>
          <w:szCs w:val="28"/>
        </w:rPr>
        <w:t xml:space="preserve"> </w:t>
      </w:r>
      <w:r w:rsidRPr="00CE758F">
        <w:rPr>
          <w:rFonts w:ascii="Baskerville Old Face" w:hAnsi="Baskerville Old Face"/>
          <w:bCs/>
          <w:sz w:val="28"/>
          <w:szCs w:val="28"/>
        </w:rPr>
        <w:t>a little along the table.</w:t>
      </w:r>
    </w:p>
    <w:p w14:paraId="4322A0C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bought the ground the city stood on, one burning house at a time, for thirty years. And when I had it — when there was very little left in Rome that was worth having that I did not have — I was fifty-nine years old, and I looked at what I had built, and what I thought was: </w:t>
      </w:r>
      <w:r w:rsidRPr="00CE758F">
        <w:rPr>
          <w:rFonts w:ascii="Baskerville Old Face" w:hAnsi="Baskerville Old Face"/>
          <w:bCs/>
          <w:i/>
          <w:sz w:val="28"/>
          <w:szCs w:val="28"/>
        </w:rPr>
        <w:t>it is not enough. Pompey has a triumph and I have not. Caesar has Gaul and I have not.</w:t>
      </w:r>
      <w:r w:rsidRPr="00CE758F">
        <w:rPr>
          <w:rFonts w:ascii="Baskerville Old Face" w:hAnsi="Baskerville Old Face"/>
          <w:bCs/>
          <w:sz w:val="28"/>
          <w:szCs w:val="28"/>
        </w:rPr>
        <w:t xml:space="preserve"> So I raised seven legions at my own cost and took them east into Parthia after a thing I could not have named if you had asked me for it. I had no need of the money. I want to be clear about that with you. I had no need of the money. I had more money than the treasury of the Republic.”</w:t>
      </w:r>
    </w:p>
    <w:p w14:paraId="227F783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stopped.</w:t>
      </w:r>
    </w:p>
    <w:p w14:paraId="0F34BCF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took my son with me,” he said. “His name was Publius. He was twenty-nine.</w:t>
      </w:r>
    </w:p>
    <w:p w14:paraId="75420C6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“At Carrhae they cut him off from me with cavalry, and he understood he was not coming back, and he told his shield-bearer to run him through because his own hand was wounded and he could not manage it. And then they came </w:t>
      </w:r>
      <w:r w:rsidRPr="00CE758F">
        <w:rPr>
          <w:rFonts w:ascii="Baskerville Old Face" w:hAnsi="Baskerville Old Face"/>
          <w:bCs/>
          <w:sz w:val="28"/>
          <w:szCs w:val="28"/>
        </w:rPr>
        <w:lastRenderedPageBreak/>
        <w:t>up the line to where I was, and they had his head on a spear, and they showed it to me. And they went along the front of my army showing it, and calling out, and asking whose boy it was, because they said a man of such quality could not possibly be the son of a coward like Crassus.</w:t>
      </w:r>
    </w:p>
    <w:p w14:paraId="01E36A0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“Twenty thousand of my men were killed in that country. Ten thousand were taken. I was killed under a flag of truce three days later at a parley I had been advised not to attend, and the advice was good, and I went anyway, because I could not think what else to do with myself.</w:t>
      </w:r>
    </w:p>
    <w:p w14:paraId="0C67131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poured gold into my mouth afterwards. It was meant as a comment. It was, I have come to think, a fair one.”</w:t>
      </w:r>
    </w:p>
    <w:p w14:paraId="69551C7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room was absolutely silent. Even the window at the back had stopped rattling.</w:t>
      </w:r>
    </w:p>
    <w:p w14:paraId="01313B3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have told you this,” said Crassus, “for one reason. It is not so that you will pity me and it is not so that you will hate me, and I would be obliged if you would do neither, because both of them get in the way. I have told you because you are about to spend a long time listening to a man tell you that he could not have done otherwise, and I want you to know from the beginning that the man putting the case against him is not </w:t>
      </w:r>
      <w:r w:rsidRPr="00CE758F">
        <w:rPr>
          <w:rFonts w:ascii="Baskerville Old Face" w:hAnsi="Baskerville Old Face"/>
          <w:bCs/>
          <w:sz w:val="28"/>
          <w:szCs w:val="28"/>
        </w:rPr>
        <w:lastRenderedPageBreak/>
        <w:t>a priest and is not a magistrate and has not come here off a cloud.</w:t>
      </w:r>
    </w:p>
    <w:p w14:paraId="58BA6B0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am the only person in this room who has done what he did.</w:t>
      </w:r>
    </w:p>
    <w:p w14:paraId="02A9AE0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am the only person in this room who has done it </w:t>
      </w:r>
      <w:r w:rsidRPr="00CE758F">
        <w:rPr>
          <w:rFonts w:ascii="Baskerville Old Face" w:hAnsi="Baskerville Old Face"/>
          <w:bCs/>
          <w:i/>
          <w:sz w:val="28"/>
          <w:szCs w:val="28"/>
        </w:rPr>
        <w:t>further</w:t>
      </w:r>
      <w:r w:rsidRPr="00CE758F">
        <w:rPr>
          <w:rFonts w:ascii="Baskerville Old Face" w:hAnsi="Baskerville Old Face"/>
          <w:bCs/>
          <w:sz w:val="28"/>
          <w:szCs w:val="28"/>
        </w:rPr>
        <w:t>.”</w:t>
      </w:r>
    </w:p>
    <w:p w14:paraId="42866C2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Finian’s hands had gone cold.</w:t>
      </w:r>
    </w:p>
    <w:p w14:paraId="39F1038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turned and looked at him for the first time, and it was not a look of dislike. That was the thing that Finian was still, decades later, unable to describe to anybody. He had been looked at with dislike by experts. This was recognition, and it was patient, and there was something in it that was nearly kind, and it was the most frightening thing that had ever happened to him.</w:t>
      </w:r>
    </w:p>
    <w:p w14:paraId="6E21CC6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 said Crassus, turning back. “The charge.”</w:t>
      </w:r>
    </w:p>
    <w:p w14:paraId="21AA79C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held up one thick hand and folded a finger down.</w:t>
      </w:r>
    </w:p>
    <w:p w14:paraId="240DDD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am not going to tell you that the defendant was greedy. It is not true and it would waste your afternoon. A greedy man can be satisfied — that is the whole point of greed, it is an appetite, and appetites can be fed until they stop. This man was never once satisfied for the length of a single evening in fifty years, and you cannot call a thing an appetite that never </w:t>
      </w:r>
      <w:r w:rsidRPr="00CE758F">
        <w:rPr>
          <w:rFonts w:ascii="Baskerville Old Face" w:hAnsi="Baskerville Old Face"/>
          <w:bCs/>
          <w:sz w:val="28"/>
          <w:szCs w:val="28"/>
        </w:rPr>
        <w:lastRenderedPageBreak/>
        <w:t>ends. You will hear evidence that in the year he was named as the man who had watered the Territory, he came home eleven nights, and on the night his own house was opened, with a hundred and forty people in it who had come four hundred miles to shake his hand, he said four words to the man who taught him his trade, and the four words were —“</w:t>
      </w:r>
    </w:p>
    <w:p w14:paraId="42E8B95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glanced down at the paper, though Finian did not for one second believe he needed to.</w:t>
      </w:r>
    </w:p>
    <w:p w14:paraId="751B1897" w14:textId="0FA0E72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Pr="00CE758F">
        <w:rPr>
          <w:rFonts w:ascii="Baskerville Old Face" w:hAnsi="Baskerville Old Face"/>
          <w:bCs/>
          <w:i/>
          <w:sz w:val="28"/>
          <w:szCs w:val="28"/>
        </w:rPr>
        <w:t>It’s a start.</w:t>
      </w:r>
      <w:r w:rsidRPr="00CE758F">
        <w:rPr>
          <w:rFonts w:ascii="Baskerville Old Face" w:hAnsi="Baskerville Old Face"/>
          <w:bCs/>
          <w:sz w:val="28"/>
          <w:szCs w:val="28"/>
        </w:rPr>
        <w:t>”</w:t>
      </w:r>
    </w:p>
    <w:p w14:paraId="2B8B5E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Somebody among the twelve shifted.</w:t>
      </w:r>
    </w:p>
    <w:p w14:paraId="1CC1BC2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shall come back to that,” said Crassus, and put the paper down, and moved on, and Finian saw Darrow’s head come up sharply and stay up.</w:t>
      </w:r>
    </w:p>
    <w:p w14:paraId="4F5C663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“Second.” Another finger. “I am not going to tell you he was cruel. I have read the whole of it and there is no cruelty in it anywhere, and if there were, my task would be a great deal easier and considerably less interesting. He never once raised a hand to a living soul. He paid better than the men across the road, and earlier in the month, and he carried three men on full wages for years after they were of no use to him whatever, and he never spoke of it to anybody, including his </w:t>
      </w:r>
      <w:r w:rsidRPr="00CE758F">
        <w:rPr>
          <w:rFonts w:ascii="Baskerville Old Face" w:hAnsi="Baskerville Old Face"/>
          <w:bCs/>
          <w:sz w:val="28"/>
          <w:szCs w:val="28"/>
        </w:rPr>
        <w:lastRenderedPageBreak/>
        <w:t>wife. You will hear that in this room from the men themselves.</w:t>
      </w:r>
    </w:p>
    <w:p w14:paraId="26CAD08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was not a cruel man. He was a man who was </w:t>
      </w:r>
      <w:r w:rsidRPr="00CE758F">
        <w:rPr>
          <w:rFonts w:ascii="Baskerville Old Face" w:hAnsi="Baskerville Old Face"/>
          <w:bCs/>
          <w:i/>
          <w:sz w:val="28"/>
          <w:szCs w:val="28"/>
        </w:rPr>
        <w:t>never in the room</w:t>
      </w:r>
      <w:r w:rsidRPr="00CE758F">
        <w:rPr>
          <w:rFonts w:ascii="Baskerville Old Face" w:hAnsi="Baskerville Old Face"/>
          <w:bCs/>
          <w:sz w:val="28"/>
          <w:szCs w:val="28"/>
        </w:rPr>
        <w:t>.</w:t>
      </w:r>
    </w:p>
    <w:p w14:paraId="4DADD4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is the charge. I want you to hold on to the difference, because everything I am going to show you turns on it, and because a great deal of what I am going to show you would look like nothing at all if you came to it expecting a villain.”</w:t>
      </w:r>
    </w:p>
    <w:p w14:paraId="20B88BB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rested both hands on the table now, on either side of the seven exhibits, and leaned his weight on them.</w:t>
      </w:r>
    </w:p>
    <w:p w14:paraId="62D3B69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am going to put three questions to this court, in order.</w:t>
      </w:r>
    </w:p>
    <w:p w14:paraId="6F111FB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first is the *</w:t>
      </w:r>
      <w:r w:rsidRPr="00CE758F">
        <w:rPr>
          <w:rFonts w:ascii="Baskerville Old Face" w:hAnsi="Baskerville Old Face"/>
          <w:bCs/>
          <w:i/>
          <w:sz w:val="28"/>
          <w:szCs w:val="28"/>
        </w:rPr>
        <w:t>Question of Harm</w:t>
      </w:r>
      <w:r w:rsidRPr="00CE758F">
        <w:rPr>
          <w:rFonts w:ascii="Baskerville Old Face" w:hAnsi="Baskerville Old Face"/>
          <w:bCs/>
          <w:sz w:val="28"/>
          <w:szCs w:val="28"/>
        </w:rPr>
        <w:t>*. It is the simplest and I shall not spend long on it. I will show you what was broken. Bodies, chiefly. I will call the men it was broken in. There will be no argument about the facts of it and my learned friend will not attempt one; he is far too good a lawyer.</w:t>
      </w:r>
    </w:p>
    <w:p w14:paraId="7EFA8D4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second is the *</w:t>
      </w:r>
      <w:r w:rsidRPr="00CE758F">
        <w:rPr>
          <w:rFonts w:ascii="Baskerville Old Face" w:hAnsi="Baskerville Old Face"/>
          <w:bCs/>
          <w:i/>
          <w:sz w:val="28"/>
          <w:szCs w:val="28"/>
        </w:rPr>
        <w:t xml:space="preserve">Question of Blindness, and it is the heart of the matter and I shall spend most of my time there. Because in every single instance you are going to look at, the defendant was </w:t>
      </w:r>
      <w:r w:rsidRPr="00CE758F">
        <w:rPr>
          <w:rFonts w:ascii="Baskerville Old Face" w:hAnsi="Baskerville Old Face"/>
          <w:bCs/>
          <w:sz w:val="28"/>
          <w:szCs w:val="28"/>
        </w:rPr>
        <w:t xml:space="preserve">told*. He was told by a driller in 1964. He was </w:t>
      </w:r>
      <w:r w:rsidRPr="00CE758F">
        <w:rPr>
          <w:rFonts w:ascii="Baskerville Old Face" w:hAnsi="Baskerville Old Face"/>
          <w:bCs/>
          <w:sz w:val="28"/>
          <w:szCs w:val="28"/>
        </w:rPr>
        <w:lastRenderedPageBreak/>
        <w:t>told by a black man at a fence in 1994 who had come thirty miles and put on a particular shirt to say it to him. He was told by his father in a kitchen in Edinburgh before he ever left. He was told by his wife, once, in a hotel bed in Alice Springs on the first night of their marriage, in five words, and he has never repeated those five words to another living creature and he can repeat them to you now if he is asked.</w:t>
      </w:r>
    </w:p>
    <w:p w14:paraId="6D0B399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told, and he was told, and he was told. And every time, gentlemen, he heard the words, and he understood the words, and he wrote them down in the correct column, and he went on. My friend will tell you the man was blind. He was not blind. There is nothing wrong with his eyes. There has never been anything wrong with his eyes.</w:t>
      </w:r>
    </w:p>
    <w:p w14:paraId="62ADD48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 third question I do not intend to answer at all.”</w:t>
      </w:r>
    </w:p>
    <w:p w14:paraId="41BF74E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straightened up.</w:t>
      </w:r>
    </w:p>
    <w:p w14:paraId="68F448F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third is the *</w:t>
      </w:r>
      <w:r w:rsidRPr="00CE758F">
        <w:rPr>
          <w:rFonts w:ascii="Baskerville Old Face" w:hAnsi="Baskerville Old Face"/>
          <w:bCs/>
          <w:i/>
          <w:sz w:val="28"/>
          <w:szCs w:val="28"/>
        </w:rPr>
        <w:t xml:space="preserve">Question of Truth, and it is the only one that matters, and it is not mine. It is: </w:t>
      </w:r>
      <w:r w:rsidRPr="00CE758F">
        <w:rPr>
          <w:rFonts w:ascii="Baskerville Old Face" w:hAnsi="Baskerville Old Face"/>
          <w:bCs/>
          <w:sz w:val="28"/>
          <w:szCs w:val="28"/>
        </w:rPr>
        <w:t>why.* Why does a man do this. Why does a man of ordinary decency, who is generous with money, who has never lifted his hand, who could not be made to tell a deliberate lie to your face without going grey — why does such a man arrange his entire life so as never once to be present at it.</w:t>
      </w:r>
    </w:p>
    <w:p w14:paraId="7E9FE20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 cannot tell you. I do not know.</w:t>
      </w:r>
    </w:p>
    <w:p w14:paraId="56B0010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have had two thousand years and I do not know why I went into Parthia.”</w:t>
      </w:r>
    </w:p>
    <w:p w14:paraId="3923A65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let that sit.</w:t>
      </w:r>
    </w:p>
    <w:p w14:paraId="27B0E75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does not know either,” said Crassus. “That is not a figure of speech and it is not an insult. He has genuinely never once asked. He is forty-nine years old and he has never in his life sat down and put the question to himself, because the question has no number in it and he has no method for a question with no number in it, and every time it has come near him he has gone and done something useful instead.</w:t>
      </w:r>
    </w:p>
    <w:p w14:paraId="48A7D3F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 gentlemen, is the whole of my case. Not that he did harm — men do harm. Not that he was told — men are told. But that after fifty years he still cannot say what any of it was </w:t>
      </w:r>
      <w:r w:rsidRPr="00CE758F">
        <w:rPr>
          <w:rFonts w:ascii="Baskerville Old Face" w:hAnsi="Baskerville Old Face"/>
          <w:bCs/>
          <w:i/>
          <w:sz w:val="28"/>
          <w:szCs w:val="28"/>
        </w:rPr>
        <w:t>for</w:t>
      </w:r>
      <w:r w:rsidRPr="00CE758F">
        <w:rPr>
          <w:rFonts w:ascii="Baskerville Old Face" w:hAnsi="Baskerville Old Face"/>
          <w:bCs/>
          <w:sz w:val="28"/>
          <w:szCs w:val="28"/>
        </w:rPr>
        <w:t>, and he is going to stand up in front of you and try, and what is going to come out of his mouth is a list of things he made.</w:t>
      </w:r>
    </w:p>
    <w:p w14:paraId="697C738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I put it to you that a man who can only answer that question with a list of things he made is not a man who has finished a life. He is a man who has been </w:t>
      </w:r>
      <w:r w:rsidRPr="00CE758F">
        <w:rPr>
          <w:rFonts w:ascii="Baskerville Old Face" w:hAnsi="Baskerville Old Face"/>
          <w:bCs/>
          <w:i/>
          <w:sz w:val="28"/>
          <w:szCs w:val="28"/>
        </w:rPr>
        <w:t>interrupted</w:t>
      </w:r>
      <w:r w:rsidRPr="00CE758F">
        <w:rPr>
          <w:rFonts w:ascii="Baskerville Old Face" w:hAnsi="Baskerville Old Face"/>
          <w:bCs/>
          <w:sz w:val="28"/>
          <w:szCs w:val="28"/>
        </w:rPr>
        <w:t xml:space="preserve"> in the middle of one, and the interruption has done him the greatest service anybody has ever done him, and he does not yet know </w:t>
      </w:r>
      <w:r w:rsidRPr="00CE758F">
        <w:rPr>
          <w:rFonts w:ascii="Baskerville Old Face" w:hAnsi="Baskerville Old Face"/>
          <w:bCs/>
          <w:sz w:val="28"/>
          <w:szCs w:val="28"/>
        </w:rPr>
        <w:lastRenderedPageBreak/>
        <w:t>it, and he may not be able to learn it, and that is what you are here to decide.”</w:t>
      </w:r>
    </w:p>
    <w:p w14:paraId="66686A4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sat down.</w:t>
      </w:r>
    </w:p>
    <w:p w14:paraId="4EC282D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had taken perhaps eleven minutes.</w:t>
      </w:r>
    </w:p>
    <w:p w14:paraId="1721F91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discovered that he had been leaning forward, and that his back hurt, and that at some point he had taken hold of the underneath edge of the table with both hands, the way you hold a rail.</w:t>
      </w:r>
    </w:p>
    <w:p w14:paraId="0D5D23A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was on his feet before Crassus was properly down.</w:t>
      </w:r>
    </w:p>
    <w:p w14:paraId="492C5CC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 Honour, I’d like it noted that my friend has just told this jury that my client has no motive he can name, and then invited them to convict him for not naming it. In my country that’s called shooting a man for not knowing the password.”</w:t>
      </w:r>
    </w:p>
    <w:p w14:paraId="45F1471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“Note it,” said Socrates.</w:t>
      </w:r>
    </w:p>
    <w:p w14:paraId="5440372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I’d like to say for the record that he did it beautifully and I’ve got nothing to complain of in it, which is the part that annoys me.”</w:t>
      </w:r>
    </w:p>
    <w:p w14:paraId="3E90ED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“Note that too,” said Socrates. Two of the twelve smiled; the stocky one did not.</w:t>
      </w:r>
    </w:p>
    <w:p w14:paraId="58F4E80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Socrates turned his head and looked at the prosecution table — not at Crassus, at the table — and said:</w:t>
      </w:r>
    </w:p>
    <w:p w14:paraId="467701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is an envelope.”</w:t>
      </w:r>
    </w:p>
    <w:p w14:paraId="5E79EB3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Crassus did not pretend not to know what he meant. “There is.”</w:t>
      </w:r>
    </w:p>
    <w:p w14:paraId="0641B40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have not opened it.”</w:t>
      </w:r>
    </w:p>
    <w:p w14:paraId="21A49E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4359D26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“Do you intend to?”</w:t>
      </w:r>
    </w:p>
    <w:p w14:paraId="67EA935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pause that went on a beat too long for a courtroom.</w:t>
      </w:r>
    </w:p>
    <w:p w14:paraId="2D24229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have not decided,” said Crassus.</w:t>
      </w:r>
    </w:p>
    <w:p w14:paraId="5E50B3F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will not open it without asking me,” said Socrates.</w:t>
      </w:r>
    </w:p>
    <w:p w14:paraId="591580F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would not have opened it without asking you,” said Crassus, and inclined his head, and that was the end of it, and the manila envelope lay there on the table between the shirt and the biscuit-tin pamphlet, square and buff and slightly furred at one corner, for the whole of the rest of the trial.</w:t>
      </w:r>
    </w:p>
    <w:p w14:paraId="290098C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looked at Darrow. Darrow was looking at the envelope with an expression Finian had last seen on the face of a rig hand watching a swivel that had begun, very slightly, to wobble.</w:t>
      </w:r>
    </w:p>
    <w:p w14:paraId="16F30F53" w14:textId="081F4C6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074612" w:rsidRPr="00CE758F">
        <w:rPr>
          <w:rFonts w:ascii="Baskerville Old Face" w:hAnsi="Baskerville Old Face"/>
          <w:bCs/>
          <w:sz w:val="28"/>
          <w:szCs w:val="28"/>
        </w:rPr>
        <w:t>Mr.</w:t>
      </w:r>
      <w:r w:rsidRPr="00CE758F">
        <w:rPr>
          <w:rFonts w:ascii="Baskerville Old Face" w:hAnsi="Baskerville Old Face"/>
          <w:bCs/>
          <w:sz w:val="28"/>
          <w:szCs w:val="28"/>
        </w:rPr>
        <w:t xml:space="preserve"> Kavanagh.”</w:t>
      </w:r>
    </w:p>
    <w:p w14:paraId="059F99A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got up too fast and had to put a hand on the table.</w:t>
      </w:r>
    </w:p>
    <w:p w14:paraId="56D56AF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 have heard the case against you,” said Socrates. “Before we begin the evidence I would like one thing from </w:t>
      </w:r>
      <w:r w:rsidRPr="00CE758F">
        <w:rPr>
          <w:rFonts w:ascii="Baskerville Old Face" w:hAnsi="Baskerville Old Face"/>
          <w:bCs/>
          <w:sz w:val="28"/>
          <w:szCs w:val="28"/>
        </w:rPr>
        <w:lastRenderedPageBreak/>
        <w:t xml:space="preserve">you, and then I will leave you alone for a while. Is there anything in what has been said that you say is false? Not unfair. Not unkind. </w:t>
      </w:r>
      <w:r w:rsidRPr="00CE758F">
        <w:rPr>
          <w:rFonts w:ascii="Baskerville Old Face" w:hAnsi="Baskerville Old Face"/>
          <w:bCs/>
          <w:i/>
          <w:sz w:val="28"/>
          <w:szCs w:val="28"/>
        </w:rPr>
        <w:t>False.</w:t>
      </w:r>
      <w:r w:rsidRPr="00CE758F">
        <w:rPr>
          <w:rFonts w:ascii="Baskerville Old Face" w:hAnsi="Baskerville Old Face"/>
          <w:bCs/>
          <w:sz w:val="28"/>
          <w:szCs w:val="28"/>
        </w:rPr>
        <w:t xml:space="preserve"> Anything you would wish this court to strike out because it did not happen.”</w:t>
      </w:r>
    </w:p>
    <w:p w14:paraId="547639E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Finian’s mouth was dry. He went through it. He had a good head for going through things.</w:t>
      </w:r>
    </w:p>
    <w:p w14:paraId="56987C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fire brigades. The eleven nights. The four words on the verandah. The man at the fence with his hat in his hands. The five words in the hotel bed, which were </w:t>
      </w:r>
      <w:r w:rsidRPr="00CE758F">
        <w:rPr>
          <w:rFonts w:ascii="Baskerville Old Face" w:hAnsi="Baskerville Old Face"/>
          <w:bCs/>
          <w:i/>
          <w:sz w:val="28"/>
          <w:szCs w:val="28"/>
        </w:rPr>
        <w:t>And you went in</w:t>
      </w:r>
      <w:r w:rsidRPr="00CE758F">
        <w:rPr>
          <w:rFonts w:ascii="Baskerville Old Face" w:hAnsi="Baskerville Old Face"/>
          <w:bCs/>
          <w:sz w:val="28"/>
          <w:szCs w:val="28"/>
        </w:rPr>
        <w:t>, and which he had never repeated to anybody, and which he could have repeated then and there, exactly, including the place where her voice had gone down at the end instead of up.</w:t>
      </w:r>
    </w:p>
    <w:p w14:paraId="32FAB5E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he said.</w:t>
      </w:r>
    </w:p>
    <w:p w14:paraId="572118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“Nothing at all?”</w:t>
      </w:r>
    </w:p>
    <w:p w14:paraId="2BAE94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I’ve never told a deliberate lie to a man’s face.”</w:t>
      </w:r>
    </w:p>
    <w:p w14:paraId="63763C8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“Yes.”</w:t>
      </w:r>
    </w:p>
    <w:p w14:paraId="49FD3F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 in the yellow light with eighty-one men’s wages and nine rigs and thirty-one years and a wall three foot six inches high behind him, and heard himself say, in a voice that came out much smaller than he had sent it:</w:t>
      </w:r>
    </w:p>
    <w:p w14:paraId="137D6C4F" w14:textId="2D52E32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“That’s no right. I told one. Nineteen sixty-five. On a back step in Alice Springs, to my wife, about a man called Snowy Hale.” He swallowed. “And I didnae ken I was </w:t>
      </w:r>
      <w:r w:rsidR="00074612" w:rsidRPr="00CE758F">
        <w:rPr>
          <w:rFonts w:ascii="Baskerville Old Face" w:hAnsi="Baskerville Old Face"/>
          <w:bCs/>
          <w:sz w:val="28"/>
          <w:szCs w:val="28"/>
        </w:rPr>
        <w:t>doing</w:t>
      </w:r>
      <w:r w:rsidRPr="00CE758F">
        <w:rPr>
          <w:rFonts w:ascii="Baskerville Old Face" w:hAnsi="Baskerville Old Face"/>
          <w:bCs/>
          <w:sz w:val="28"/>
          <w:szCs w:val="28"/>
        </w:rPr>
        <w:t xml:space="preserve">’ it till it was oot my mooth, which I’ve always counted as </w:t>
      </w:r>
      <w:r w:rsidR="00074612" w:rsidRPr="00CE758F">
        <w:rPr>
          <w:rFonts w:ascii="Baskerville Old Face" w:hAnsi="Baskerville Old Face"/>
          <w:bCs/>
          <w:sz w:val="28"/>
          <w:szCs w:val="28"/>
        </w:rPr>
        <w:t>something</w:t>
      </w:r>
      <w:r w:rsidRPr="00CE758F">
        <w:rPr>
          <w:rFonts w:ascii="Baskerville Old Face" w:hAnsi="Baskerville Old Face"/>
          <w:bCs/>
          <w:sz w:val="28"/>
          <w:szCs w:val="28"/>
        </w:rPr>
        <w:t xml:space="preserve">’, and I’d like it struck oot that it was — I’d like it </w:t>
      </w:r>
      <w:r w:rsidRPr="00CE758F">
        <w:rPr>
          <w:rFonts w:ascii="Baskerville Old Face" w:hAnsi="Baskerville Old Face"/>
          <w:bCs/>
          <w:i/>
          <w:sz w:val="28"/>
          <w:szCs w:val="28"/>
        </w:rPr>
        <w:t>entered</w:t>
      </w:r>
      <w:r w:rsidRPr="00CE758F">
        <w:rPr>
          <w:rFonts w:ascii="Baskerville Old Face" w:hAnsi="Baskerville Old Face"/>
          <w:bCs/>
          <w:sz w:val="28"/>
          <w:szCs w:val="28"/>
        </w:rPr>
        <w:t>. That it was a lie. I’d like it entered.”</w:t>
      </w:r>
    </w:p>
    <w:p w14:paraId="4DB0CE1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Behind him, at the very back of the room, on a bench against the wall, Maggie Dickson lifted her head.</w:t>
      </w:r>
    </w:p>
    <w:p w14:paraId="12E030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had been hanged in the Grassmarket in 1724, in the third week of a hot September, for a thing that was not murder and had never been murder. They had not been required to prove that she had laid a hand on the child. They had only been required to prove that she had never once told a living soul she was carrying her.</w:t>
      </w:r>
    </w:p>
    <w:p w14:paraId="3DAA37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So they hangit me for the quiet.</w:t>
      </w:r>
    </w:p>
    <w:p w14:paraId="462477F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in the room noticed her face except Socrates, who noticed everything and said nothing about most of it.</w:t>
      </w:r>
    </w:p>
    <w:p w14:paraId="357A2CC0" w14:textId="1E35E65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“Entered,” he said. “Sit down, </w:t>
      </w:r>
      <w:r w:rsidR="00074612" w:rsidRPr="00CE758F">
        <w:rPr>
          <w:rFonts w:ascii="Baskerville Old Face" w:hAnsi="Baskerville Old Face"/>
          <w:bCs/>
          <w:sz w:val="28"/>
          <w:szCs w:val="28"/>
        </w:rPr>
        <w:t>Mr.</w:t>
      </w:r>
      <w:r w:rsidRPr="00CE758F">
        <w:rPr>
          <w:rFonts w:ascii="Baskerville Old Face" w:hAnsi="Baskerville Old Face"/>
          <w:bCs/>
          <w:sz w:val="28"/>
          <w:szCs w:val="28"/>
        </w:rPr>
        <w:t xml:space="preserve"> Kavanagh. </w:t>
      </w:r>
      <w:r w:rsidR="00074612" w:rsidRPr="00CE758F">
        <w:rPr>
          <w:rFonts w:ascii="Baskerville Old Face" w:hAnsi="Baskerville Old Face"/>
          <w:bCs/>
          <w:sz w:val="28"/>
          <w:szCs w:val="28"/>
        </w:rPr>
        <w:t>Mr.</w:t>
      </w:r>
      <w:r w:rsidRPr="00CE758F">
        <w:rPr>
          <w:rFonts w:ascii="Baskerville Old Face" w:hAnsi="Baskerville Old Face"/>
          <w:bCs/>
          <w:sz w:val="28"/>
          <w:szCs w:val="28"/>
        </w:rPr>
        <w:t xml:space="preserve"> Crassus</w:t>
      </w:r>
      <w:r w:rsidR="008E5D67">
        <w:rPr>
          <w:rFonts w:ascii="Baskerville Old Face" w:hAnsi="Baskerville Old Face"/>
          <w:bCs/>
          <w:sz w:val="28"/>
          <w:szCs w:val="28"/>
        </w:rPr>
        <w:t xml:space="preserve">, </w:t>
      </w:r>
      <w:r w:rsidRPr="00CE758F">
        <w:rPr>
          <w:rFonts w:ascii="Baskerville Old Face" w:hAnsi="Baskerville Old Face"/>
          <w:bCs/>
          <w:sz w:val="28"/>
          <w:szCs w:val="28"/>
        </w:rPr>
        <w:t>call your first witness.”</w:t>
      </w:r>
      <w:r w:rsidR="008E5D67">
        <w:rPr>
          <w:rFonts w:ascii="Baskerville Old Face" w:hAnsi="Baskerville Old Face"/>
          <w:bCs/>
          <w:sz w:val="28"/>
          <w:szCs w:val="28"/>
        </w:rPr>
        <w:t xml:space="preserve"> </w:t>
      </w:r>
      <w:r w:rsidRPr="00CE758F">
        <w:rPr>
          <w:rFonts w:ascii="Baskerville Old Face" w:hAnsi="Baskerville Old Face"/>
          <w:bCs/>
          <w:sz w:val="28"/>
          <w:szCs w:val="28"/>
        </w:rPr>
        <w:t>Crassus rose again, and this time he picked something up off the table: not the tin, and not the shirt, but a single sheet of ruled school paper, mended along one crease with a strip of sticking plaster gone brown.</w:t>
      </w:r>
    </w:p>
    <w:p w14:paraId="2B13830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 call Edward Mawson,” he said.</w:t>
      </w:r>
    </w:p>
    <w:p w14:paraId="2695FA56"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62B16C76"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Fourteen</w:t>
      </w:r>
    </w:p>
    <w:p w14:paraId="4B9AE60D"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Question of Harm</w:t>
      </w:r>
    </w:p>
    <w:p w14:paraId="0D8A18C0" w14:textId="07F55E41" w:rsidR="00F45C1A" w:rsidRPr="00CE758F" w:rsidRDefault="007671E1" w:rsidP="00B10FBC">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He came in the way he had come into every room Finian had ever seen him enter, which was sideways and slightly apologetic, as though the door might belong to somebody.</w:t>
      </w:r>
      <w:r w:rsidR="008E5D67">
        <w:rPr>
          <w:rFonts w:ascii="Baskerville Old Face" w:hAnsi="Baskerville Old Face"/>
          <w:bCs/>
          <w:sz w:val="28"/>
          <w:szCs w:val="28"/>
        </w:rPr>
        <w:t xml:space="preserve"> </w:t>
      </w:r>
      <w:r w:rsidRPr="00CE758F">
        <w:rPr>
          <w:rFonts w:ascii="Baskerville Old Face" w:hAnsi="Baskerville Old Face"/>
          <w:bCs/>
          <w:sz w:val="28"/>
          <w:szCs w:val="28"/>
        </w:rPr>
        <w:t>Ted Mawson was fifty-four in the year Finian went off the road, and he had been fifty-four for the last thirty years of his life in the way that some men are, having arrived at a face in early middle age and then declined to alter it. Sandy going grey. A neck that had been red since 1959 and would be red at the resurrection. He was in a clean shirt with the sleeves down and buttoned at the cuff, which Finian had never once seen in thirty-one years of daylight, and it took him a moment to work out why the sight of it went through him like cold water.</w:t>
      </w:r>
      <w:r w:rsidR="008E5D67">
        <w:rPr>
          <w:rFonts w:ascii="Baskerville Old Face" w:hAnsi="Baskerville Old Face"/>
          <w:bCs/>
          <w:sz w:val="28"/>
          <w:szCs w:val="28"/>
        </w:rPr>
        <w:t xml:space="preserve"> </w:t>
      </w:r>
      <w:r w:rsidRPr="00CE758F">
        <w:rPr>
          <w:rFonts w:ascii="Baskerville Old Face" w:hAnsi="Baskerville Old Face"/>
          <w:bCs/>
          <w:sz w:val="28"/>
          <w:szCs w:val="28"/>
        </w:rPr>
        <w:t xml:space="preserve">Ted always had his sleeves rolled. Always. In the yard, in the office, in a hotel dining room in Darwin with the Minister for Lands at the next table. He had made a policy of it about a year after the burn, and the policy was: </w:t>
      </w:r>
      <w:r w:rsidRPr="00CE758F">
        <w:rPr>
          <w:rFonts w:ascii="Baskerville Old Face" w:hAnsi="Baskerville Old Face"/>
          <w:bCs/>
          <w:i/>
          <w:sz w:val="28"/>
          <w:szCs w:val="28"/>
        </w:rPr>
        <w:t>look at them and get it over with.</w:t>
      </w:r>
      <w:r w:rsidR="00B10FBC">
        <w:rPr>
          <w:rFonts w:ascii="Baskerville Old Face" w:hAnsi="Baskerville Old Face"/>
          <w:bCs/>
          <w:sz w:val="28"/>
          <w:szCs w:val="28"/>
        </w:rPr>
        <w:t xml:space="preserve"> </w:t>
      </w:r>
      <w:r w:rsidRPr="00CE758F">
        <w:rPr>
          <w:rFonts w:ascii="Baskerville Old Face" w:hAnsi="Baskerville Old Face"/>
          <w:bCs/>
          <w:sz w:val="28"/>
          <w:szCs w:val="28"/>
        </w:rPr>
        <w:t xml:space="preserve">He had </w:t>
      </w:r>
      <w:r w:rsidR="00B10FBC">
        <w:rPr>
          <w:rFonts w:ascii="Baskerville Old Face" w:hAnsi="Baskerville Old Face"/>
          <w:bCs/>
          <w:sz w:val="28"/>
          <w:szCs w:val="28"/>
        </w:rPr>
        <w:t>rolled</w:t>
      </w:r>
      <w:r w:rsidRPr="00CE758F">
        <w:rPr>
          <w:rFonts w:ascii="Baskerville Old Face" w:hAnsi="Baskerville Old Face"/>
          <w:bCs/>
          <w:sz w:val="28"/>
          <w:szCs w:val="28"/>
        </w:rPr>
        <w:t xml:space="preserve"> his sleeves down to come here.</w:t>
      </w:r>
    </w:p>
    <w:p w14:paraId="05E429D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crossed the floor and took the chair by the bench and sat with his hat on his knee, and he looked around the room once, taking it in the way a man takes in a shed he might have to work in, and then he saw Finian at the table and his whole face changed.</w:t>
      </w:r>
    </w:p>
    <w:p w14:paraId="1D24BC8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“G’day, boss,” said Ted Mawson.</w:t>
      </w:r>
    </w:p>
    <w:p w14:paraId="2562123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that — that, and not the burning, and not the seven exhibits, and not Crassus — was the thing that took Finian apart. Because Ted said it exactly as he had said it every morning for eighteen years across a yard, with the small lift at the end that meant </w:t>
      </w:r>
      <w:r w:rsidRPr="00CE758F">
        <w:rPr>
          <w:rFonts w:ascii="Baskerville Old Face" w:hAnsi="Baskerville Old Face"/>
          <w:bCs/>
          <w:i/>
          <w:sz w:val="28"/>
          <w:szCs w:val="28"/>
        </w:rPr>
        <w:t>and how are we today then</w:t>
      </w:r>
      <w:r w:rsidRPr="00CE758F">
        <w:rPr>
          <w:rFonts w:ascii="Baskerville Old Face" w:hAnsi="Baskerville Old Face"/>
          <w:bCs/>
          <w:sz w:val="28"/>
          <w:szCs w:val="28"/>
        </w:rPr>
        <w:t>, and there was no accusation anywhere in it, and he was pleased. He was plainly, uncomplicatedly pleased to see him.</w:t>
      </w:r>
    </w:p>
    <w:p w14:paraId="3E627D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could not answer. He got half a nod out.</w:t>
      </w:r>
    </w:p>
    <w:p w14:paraId="637B8B84" w14:textId="4D09A44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DC215C" w:rsidRPr="00CE758F">
        <w:rPr>
          <w:rFonts w:ascii="Baskerville Old Face" w:hAnsi="Baskerville Old Face"/>
          <w:bCs/>
          <w:sz w:val="28"/>
          <w:szCs w:val="28"/>
        </w:rPr>
        <w:t>Mr.</w:t>
      </w:r>
      <w:r w:rsidRPr="00CE758F">
        <w:rPr>
          <w:rFonts w:ascii="Baskerville Old Face" w:hAnsi="Baskerville Old Face"/>
          <w:bCs/>
          <w:sz w:val="28"/>
          <w:szCs w:val="28"/>
        </w:rPr>
        <w:t xml:space="preserve"> Mawson,” said Socrates. “You understand where you are.”</w:t>
      </w:r>
    </w:p>
    <w:p w14:paraId="15A43FF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 really,” said Ted. “But I’ve been in worse and I’ve been paid less.”</w:t>
      </w:r>
    </w:p>
    <w:p w14:paraId="5936A7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Two of the twelve laughed. The stocky one in the front row put his hand over his mouth.</w:t>
      </w:r>
    </w:p>
    <w:p w14:paraId="20C93DC7" w14:textId="6765918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will do,” said Socrates, without heat. “</w:t>
      </w:r>
      <w:r w:rsidR="00DC215C" w:rsidRPr="00CE758F">
        <w:rPr>
          <w:rFonts w:ascii="Baskerville Old Face" w:hAnsi="Baskerville Old Face"/>
          <w:bCs/>
          <w:sz w:val="28"/>
          <w:szCs w:val="28"/>
        </w:rPr>
        <w:t>Mr.</w:t>
      </w:r>
      <w:r w:rsidRPr="00CE758F">
        <w:rPr>
          <w:rFonts w:ascii="Baskerville Old Face" w:hAnsi="Baskerville Old Face"/>
          <w:bCs/>
          <w:sz w:val="28"/>
          <w:szCs w:val="28"/>
        </w:rPr>
        <w:t xml:space="preserve"> Crassus.”</w:t>
      </w:r>
    </w:p>
    <w:p w14:paraId="6353CB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got himself up off the table.</w:t>
      </w:r>
    </w:p>
    <w:p w14:paraId="20C2BAEF" w14:textId="0D2F7C0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t>
      </w:r>
      <w:r w:rsidR="00BF24CE" w:rsidRPr="00CE758F">
        <w:rPr>
          <w:rFonts w:ascii="Baskerville Old Face" w:hAnsi="Baskerville Old Face"/>
          <w:bCs/>
          <w:sz w:val="28"/>
          <w:szCs w:val="28"/>
        </w:rPr>
        <w:t>Mr.</w:t>
      </w:r>
      <w:r w:rsidRPr="00CE758F">
        <w:rPr>
          <w:rFonts w:ascii="Baskerville Old Face" w:hAnsi="Baskerville Old Face"/>
          <w:bCs/>
          <w:sz w:val="28"/>
          <w:szCs w:val="28"/>
        </w:rPr>
        <w:t xml:space="preserve"> Mawson, I am going to ask you a number of questions and I want you to understand at the start that I am not on your side and I am not on his. You may say whatever you like. Nobody in this room can be harmed by anything you say, including him. Do you understand that?”</w:t>
      </w:r>
    </w:p>
    <w:p w14:paraId="698A1E0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Ted.</w:t>
      </w:r>
    </w:p>
    <w:p w14:paraId="72AE6C5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is honest. Take it on faith for an hour.” Crassus put his hands behind his back. “You worked for the defendant.”</w:t>
      </w:r>
    </w:p>
    <w:p w14:paraId="287E83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worked </w:t>
      </w:r>
      <w:r w:rsidRPr="00CE758F">
        <w:rPr>
          <w:rFonts w:ascii="Baskerville Old Face" w:hAnsi="Baskerville Old Face"/>
          <w:bCs/>
          <w:i/>
          <w:sz w:val="28"/>
          <w:szCs w:val="28"/>
        </w:rPr>
        <w:t>with</w:t>
      </w:r>
      <w:r w:rsidRPr="00CE758F">
        <w:rPr>
          <w:rFonts w:ascii="Baskerville Old Face" w:hAnsi="Baskerville Old Face"/>
          <w:bCs/>
          <w:sz w:val="28"/>
          <w:szCs w:val="28"/>
        </w:rPr>
        <w:t xml:space="preserve"> him first. Corella Downs, sixty-four. He was a scrawny wee Scotch bloke with a case like a schoolteacher’s and Wal reckoned he’d last a fortnight.”</w:t>
      </w:r>
    </w:p>
    <w:p w14:paraId="187717F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subsequently?”</w:t>
      </w:r>
    </w:p>
    <w:p w14:paraId="2BE0259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“Subsequently I worked for him thirty-one year and I run his yard the last eighteen of ’em.”</w:t>
      </w:r>
    </w:p>
    <w:p w14:paraId="510E11A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“Would you describe him as a good employer?”</w:t>
      </w:r>
    </w:p>
    <w:p w14:paraId="23C815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“Best I ever had.” Ted said it flatly, immediately, the way you give a depth. “And I’ve had eleven.”</w:t>
      </w:r>
    </w:p>
    <w:p w14:paraId="4DF457C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w:t>
      </w:r>
    </w:p>
    <w:p w14:paraId="31D93807" w14:textId="14B88E1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“Because he paid on the day. Every man on the place, on the day, in his hand, and if the bank was slow he’d go into his own and square it up after, and I’ve seen him do that in seventy-two when he was carryin’ the loan on the Broken Hill </w:t>
      </w:r>
      <w:r w:rsidRPr="00CE758F">
        <w:rPr>
          <w:rFonts w:ascii="Baskerville Old Face" w:hAnsi="Baskerville Old Face"/>
          <w:bCs/>
          <w:sz w:val="28"/>
          <w:szCs w:val="28"/>
        </w:rPr>
        <w:lastRenderedPageBreak/>
        <w:t xml:space="preserve">plant and he’d no business </w:t>
      </w:r>
      <w:r w:rsidR="00BF24CE" w:rsidRPr="00CE758F">
        <w:rPr>
          <w:rFonts w:ascii="Baskerville Old Face" w:hAnsi="Baskerville Old Face"/>
          <w:bCs/>
          <w:sz w:val="28"/>
          <w:szCs w:val="28"/>
        </w:rPr>
        <w:t>doing</w:t>
      </w:r>
      <w:r w:rsidRPr="00CE758F">
        <w:rPr>
          <w:rFonts w:ascii="Baskerville Old Face" w:hAnsi="Baskerville Old Face"/>
          <w:bCs/>
          <w:sz w:val="28"/>
          <w:szCs w:val="28"/>
        </w:rPr>
        <w:t xml:space="preserve">’ it.” Ted shifted the hat on his knee. “Because he never asked a man to do a thing he wouldn’t. Because when Bluey Harkness had his stroke he was on full money three year and Bluey never put in a day’s work again and his wife got the ambulance money and never knew where it come from, and Bluey’s dead now and </w:t>
      </w:r>
      <w:r w:rsidRPr="00CE758F">
        <w:rPr>
          <w:rFonts w:ascii="Baskerville Old Face" w:hAnsi="Baskerville Old Face"/>
          <w:bCs/>
          <w:i/>
          <w:sz w:val="28"/>
          <w:szCs w:val="28"/>
        </w:rPr>
        <w:t>she still doesn’t know</w:t>
      </w:r>
      <w:r w:rsidRPr="00CE758F">
        <w:rPr>
          <w:rFonts w:ascii="Baskerville Old Face" w:hAnsi="Baskerville Old Face"/>
          <w:bCs/>
          <w:sz w:val="28"/>
          <w:szCs w:val="28"/>
        </w:rPr>
        <w:t>. Because when my Dot was crook in eighty-eight he flew her to Adelaide on the company and told me it was a fringe benefit, which is a bloody lie, there’s no such thing.” He looked up. “Because he kept me on.”</w:t>
      </w:r>
    </w:p>
    <w:p w14:paraId="7547353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“Kept you on.”</w:t>
      </w:r>
    </w:p>
    <w:p w14:paraId="47D2570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“After.”</w:t>
      </w:r>
    </w:p>
    <w:p w14:paraId="6B626B28" w14:textId="03F84CE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“After what, </w:t>
      </w:r>
      <w:r w:rsidR="00BF24CE" w:rsidRPr="00CE758F">
        <w:rPr>
          <w:rFonts w:ascii="Baskerville Old Face" w:hAnsi="Baskerville Old Face"/>
          <w:bCs/>
          <w:sz w:val="28"/>
          <w:szCs w:val="28"/>
        </w:rPr>
        <w:t>Mr.</w:t>
      </w:r>
      <w:r w:rsidRPr="00CE758F">
        <w:rPr>
          <w:rFonts w:ascii="Baskerville Old Face" w:hAnsi="Baskerville Old Face"/>
          <w:bCs/>
          <w:sz w:val="28"/>
          <w:szCs w:val="28"/>
        </w:rPr>
        <w:t xml:space="preserve"> Mawson?”</w:t>
      </w:r>
    </w:p>
    <w:p w14:paraId="39B5CAC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Ted Mawson, in front of twelve strangers and a Greek and a Roman and the man himself, unbuttoned his left cuff and rolled the sleeve up past the elbow and laid the arm along the arm of the chair with the inside turned up.</w:t>
      </w:r>
    </w:p>
    <w:p w14:paraId="0E3107D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made a sound.</w:t>
      </w:r>
    </w:p>
    <w:p w14:paraId="0A068AE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scar tissue went from three inches below the shoulder to the ends of the fingers and it was the colour of the inside of a shell, and it had no hair on it anywhere, and where it crossed the elbow it had shortened, so the arm did not go </w:t>
      </w:r>
      <w:r w:rsidRPr="00CE758F">
        <w:rPr>
          <w:rFonts w:ascii="Baskerville Old Face" w:hAnsi="Baskerville Old Face"/>
          <w:bCs/>
          <w:sz w:val="28"/>
          <w:szCs w:val="28"/>
        </w:rPr>
        <w:lastRenderedPageBreak/>
        <w:t>straight and had not gone straight since November of 1964. The hand lay on the wood curled in on itself like something asleep.</w:t>
      </w:r>
    </w:p>
    <w:p w14:paraId="380B00C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“Steam and sand,” said Ted. “Off a hot bore. Two-forty-one feet at Corella Downs, she come in on the Friday afternoon and blew the gear off the floor. I never got my hands up in time.”</w:t>
      </w:r>
    </w:p>
    <w:p w14:paraId="1928C13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long were you in hospital?”</w:t>
      </w:r>
    </w:p>
    <w:p w14:paraId="4B89DB7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“Nineteen weeks in the Alice and then they sent me to Adelaide for the grafts and that was another eleven.”</w:t>
      </w:r>
    </w:p>
    <w:p w14:paraId="02B50E5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when you came out?”</w:t>
      </w:r>
    </w:p>
    <w:p w14:paraId="76F3FC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a job for me.”</w:t>
      </w:r>
    </w:p>
    <w:p w14:paraId="092E16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job?”</w:t>
      </w:r>
    </w:p>
    <w:p w14:paraId="482807DE" w14:textId="28B11A2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BF24CE" w:rsidRPr="00CE758F">
        <w:rPr>
          <w:rFonts w:ascii="Baskerville Old Face" w:hAnsi="Baskerville Old Face"/>
          <w:bCs/>
          <w:sz w:val="28"/>
          <w:szCs w:val="28"/>
        </w:rPr>
        <w:t>Storeman</w:t>
      </w:r>
      <w:r w:rsidRPr="00CE758F">
        <w:rPr>
          <w:rFonts w:ascii="Baskerville Old Face" w:hAnsi="Baskerville Old Face"/>
          <w:bCs/>
          <w:sz w:val="28"/>
          <w:szCs w:val="28"/>
        </w:rPr>
        <w:t>.” Ted’s mouth moved. “There wasn’t a storeman before me. There was a shed and Wal knew what was in it. He made the job up.” He looked at Crassus with something like defiance. “I know he made it up. I knew it at the time. I took it, but. I had a wife and a hand that don’t close.”</w:t>
      </w:r>
    </w:p>
    <w:p w14:paraId="42C2AB8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the defendant ever refer to that afternoon in your hearing?”</w:t>
      </w:r>
    </w:p>
    <w:p w14:paraId="413A8E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“Never.”</w:t>
      </w:r>
    </w:p>
    <w:p w14:paraId="7E7D141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“Not once in thirty-one years?”</w:t>
      </w:r>
    </w:p>
    <w:p w14:paraId="1F77A8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 once.”</w:t>
      </w:r>
    </w:p>
    <w:p w14:paraId="4C88AFC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 ever refer to it in his?”</w:t>
      </w:r>
    </w:p>
    <w:p w14:paraId="32CC98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Ted was quiet for a second.</w:t>
      </w:r>
    </w:p>
    <w:p w14:paraId="6DF2D38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“Once,” he said. “Eighty-five. When Wal went. I said to him, </w:t>
      </w:r>
      <w:r w:rsidRPr="00CE758F">
        <w:rPr>
          <w:rFonts w:ascii="Baskerville Old Face" w:hAnsi="Baskerville Old Face"/>
          <w:bCs/>
          <w:i/>
          <w:sz w:val="28"/>
          <w:szCs w:val="28"/>
        </w:rPr>
        <w:t>Wal’s gone over the hours</w:t>
      </w:r>
      <w:r w:rsidRPr="00CE758F">
        <w:rPr>
          <w:rFonts w:ascii="Baskerville Old Face" w:hAnsi="Baskerville Old Face"/>
          <w:bCs/>
          <w:sz w:val="28"/>
          <w:szCs w:val="28"/>
        </w:rPr>
        <w:t xml:space="preserve">, and he said </w:t>
      </w:r>
      <w:r w:rsidRPr="00CE758F">
        <w:rPr>
          <w:rFonts w:ascii="Baskerville Old Face" w:hAnsi="Baskerville Old Face"/>
          <w:bCs/>
          <w:i/>
          <w:sz w:val="28"/>
          <w:szCs w:val="28"/>
        </w:rPr>
        <w:t>I know what he’s gone over</w:t>
      </w:r>
      <w:r w:rsidRPr="00CE758F">
        <w:rPr>
          <w:rFonts w:ascii="Baskerville Old Face" w:hAnsi="Baskerville Old Face"/>
          <w:bCs/>
          <w:sz w:val="28"/>
          <w:szCs w:val="28"/>
        </w:rPr>
        <w:t xml:space="preserve">, and I said —“ Ted stopped and started again. “I said, </w:t>
      </w:r>
      <w:r w:rsidRPr="00CE758F">
        <w:rPr>
          <w:rFonts w:ascii="Baskerville Old Face" w:hAnsi="Baskerville Old Face"/>
          <w:bCs/>
          <w:i/>
          <w:sz w:val="28"/>
          <w:szCs w:val="28"/>
        </w:rPr>
        <w:t>it were nineteen hours the day I burnt, Fin.</w:t>
      </w:r>
      <w:r w:rsidRPr="00CE758F">
        <w:rPr>
          <w:rFonts w:ascii="Baskerville Old Face" w:hAnsi="Baskerville Old Face"/>
          <w:bCs/>
          <w:sz w:val="28"/>
          <w:szCs w:val="28"/>
        </w:rPr>
        <w:t xml:space="preserve"> And he looked at me like I’d hit him with a bar.”</w:t>
      </w:r>
    </w:p>
    <w:p w14:paraId="17A934C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what did he say?”</w:t>
      </w:r>
    </w:p>
    <w:p w14:paraId="515AE7F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“Nothin’. Went in the office. Six week later the fourteen-hour thing come out.” Ted rolled the sleeve back down, slowly, working the cuff over the bad hand with the good one, and buttoned it. “So he heard us.”</w:t>
      </w:r>
    </w:p>
    <w:p w14:paraId="2781227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let that sit for a moment. Then he said, in the same unhurried voice:</w:t>
      </w:r>
    </w:p>
    <w:p w14:paraId="2013996E" w14:textId="057A6B5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BF24CE" w:rsidRPr="00CE758F">
        <w:rPr>
          <w:rFonts w:ascii="Baskerville Old Face" w:hAnsi="Baskerville Old Face"/>
          <w:bCs/>
          <w:sz w:val="28"/>
          <w:szCs w:val="28"/>
        </w:rPr>
        <w:t>Mr.</w:t>
      </w:r>
      <w:r w:rsidRPr="00CE758F">
        <w:rPr>
          <w:rFonts w:ascii="Baskerville Old Face" w:hAnsi="Baskerville Old Face"/>
          <w:bCs/>
          <w:sz w:val="28"/>
          <w:szCs w:val="28"/>
        </w:rPr>
        <w:t xml:space="preserve"> Mawson, whose fault was it that you were burned?”</w:t>
      </w:r>
    </w:p>
    <w:p w14:paraId="2AF1C9E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“Mine.”</w:t>
      </w:r>
    </w:p>
    <w:p w14:paraId="18DBA4E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“Explain.”</w:t>
      </w:r>
    </w:p>
    <w:p w14:paraId="3D52AAD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went in on the floor when I were told to stay behind the truck.”</w:t>
      </w:r>
    </w:p>
    <w:p w14:paraId="277070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did you go in?”</w:t>
      </w:r>
    </w:p>
    <w:p w14:paraId="1F9C28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“Because he went in.”</w:t>
      </w:r>
    </w:p>
    <w:p w14:paraId="44BA24D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room did not move.</w:t>
      </w:r>
    </w:p>
    <w:p w14:paraId="3425027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that again,” said Crassus.</w:t>
      </w:r>
    </w:p>
    <w:p w14:paraId="0ADC29F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“Because </w:t>
      </w:r>
      <w:r w:rsidRPr="00CE758F">
        <w:rPr>
          <w:rFonts w:ascii="Baskerville Old Face" w:hAnsi="Baskerville Old Face"/>
          <w:bCs/>
          <w:i/>
          <w:sz w:val="28"/>
          <w:szCs w:val="28"/>
        </w:rPr>
        <w:t>he</w:t>
      </w:r>
      <w:r w:rsidRPr="00CE758F">
        <w:rPr>
          <w:rFonts w:ascii="Baskerville Old Face" w:hAnsi="Baskerville Old Face"/>
          <w:bCs/>
          <w:sz w:val="28"/>
          <w:szCs w:val="28"/>
        </w:rPr>
        <w:t xml:space="preserve"> went in.” Ted said it slightly too loud, the way a man does when he thinks he is being made a fool of. “Wal said keep off the floor and the boy went in with a wet bag over his head to shut the valve and I weren’t going to stand behind a truck and watch a seventeen-year-old do it on his own, was I? So I went in after him. And he got to the cellar and I never. That’s all it is. There’s no more to it than that.”</w:t>
      </w:r>
    </w:p>
    <w:p w14:paraId="3B43561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are quite certain nobody ordered you in.”</w:t>
      </w:r>
    </w:p>
    <w:p w14:paraId="214B0E12" w14:textId="0BB1067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“Nobody ordered nothin’. Wal ordered us </w:t>
      </w:r>
      <w:r w:rsidRPr="00CE758F">
        <w:rPr>
          <w:rFonts w:ascii="Baskerville Old Face" w:hAnsi="Baskerville Old Face"/>
          <w:bCs/>
          <w:i/>
          <w:sz w:val="28"/>
          <w:szCs w:val="28"/>
        </w:rPr>
        <w:t>out</w:t>
      </w:r>
      <w:r w:rsidRPr="00CE758F">
        <w:rPr>
          <w:rFonts w:ascii="Baskerville Old Face" w:hAnsi="Baskerville Old Face"/>
          <w:bCs/>
          <w:sz w:val="28"/>
          <w:szCs w:val="28"/>
        </w:rPr>
        <w:t xml:space="preserve">.” Ted was getting annoyed now. “Listen. I’ve had thirty year of blokes </w:t>
      </w:r>
      <w:r w:rsidR="00BE1932" w:rsidRPr="00CE758F">
        <w:rPr>
          <w:rFonts w:ascii="Baskerville Old Face" w:hAnsi="Baskerville Old Face"/>
          <w:bCs/>
          <w:sz w:val="28"/>
          <w:szCs w:val="28"/>
        </w:rPr>
        <w:t>trying</w:t>
      </w:r>
      <w:r w:rsidRPr="00CE758F">
        <w:rPr>
          <w:rFonts w:ascii="Baskerville Old Face" w:hAnsi="Baskerville Old Face"/>
          <w:bCs/>
          <w:sz w:val="28"/>
          <w:szCs w:val="28"/>
        </w:rPr>
        <w:t xml:space="preserve">’ to make </w:t>
      </w:r>
      <w:r w:rsidR="00BE1932" w:rsidRPr="00CE758F">
        <w:rPr>
          <w:rFonts w:ascii="Baskerville Old Face" w:hAnsi="Baskerville Old Face"/>
          <w:bCs/>
          <w:sz w:val="28"/>
          <w:szCs w:val="28"/>
        </w:rPr>
        <w:t>something</w:t>
      </w:r>
      <w:r w:rsidRPr="00CE758F">
        <w:rPr>
          <w:rFonts w:ascii="Baskerville Old Face" w:hAnsi="Baskerville Old Face"/>
          <w:bCs/>
          <w:sz w:val="28"/>
          <w:szCs w:val="28"/>
        </w:rPr>
        <w:t xml:space="preserve">’ out of this and there’s nothin’ in it. He saved the rig. If that rig had gone in the hole, Doheny drops the contract, Wal’s out, I’m out, the lot of us are back on the Alice looking for a start. He was seventeen and he done a thing no other bugger on that floor done, </w:t>
      </w:r>
      <w:r w:rsidR="00BE1932" w:rsidRPr="00CE758F">
        <w:rPr>
          <w:rFonts w:ascii="Baskerville Old Face" w:hAnsi="Baskerville Old Face"/>
          <w:bCs/>
          <w:sz w:val="28"/>
          <w:szCs w:val="28"/>
        </w:rPr>
        <w:t>including</w:t>
      </w:r>
      <w:r w:rsidRPr="00CE758F">
        <w:rPr>
          <w:rFonts w:ascii="Baskerville Old Face" w:hAnsi="Baskerville Old Face"/>
          <w:bCs/>
          <w:sz w:val="28"/>
          <w:szCs w:val="28"/>
        </w:rPr>
        <w:t xml:space="preserve">’ me, and I </w:t>
      </w:r>
      <w:r w:rsidRPr="00CE758F">
        <w:rPr>
          <w:rFonts w:ascii="Baskerville Old Face" w:hAnsi="Baskerville Old Face"/>
          <w:bCs/>
          <w:i/>
          <w:sz w:val="28"/>
          <w:szCs w:val="28"/>
        </w:rPr>
        <w:t>followed</w:t>
      </w:r>
      <w:r w:rsidRPr="00CE758F">
        <w:rPr>
          <w:rFonts w:ascii="Baskerville Old Face" w:hAnsi="Baskerville Old Face"/>
          <w:bCs/>
          <w:sz w:val="28"/>
          <w:szCs w:val="28"/>
        </w:rPr>
        <w:t xml:space="preserve"> him, and I’d do it again, and the only difference between him and me is he’s quicker on his feet and always was.”</w:t>
      </w:r>
    </w:p>
    <w:p w14:paraId="57678E3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“Thank you,” said Crassus.</w:t>
      </w:r>
    </w:p>
    <w:p w14:paraId="3AC7F7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 haven’t finished.”</w:t>
      </w:r>
    </w:p>
    <w:p w14:paraId="2476637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know,” said Crassus. “Finish.”</w:t>
      </w:r>
    </w:p>
    <w:p w14:paraId="6CD1E8F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Ted turned his head and looked directly at Finian for the first time since he had sat down.</w:t>
      </w:r>
    </w:p>
    <w:p w14:paraId="4BE298A1" w14:textId="09BCC8B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“There’s a thing gets said about you,” he said. “Round the traps. Been said for twenty year. </w:t>
      </w:r>
      <w:r w:rsidRPr="00CE758F">
        <w:rPr>
          <w:rFonts w:ascii="Baskerville Old Face" w:hAnsi="Baskerville Old Face"/>
          <w:bCs/>
          <w:i/>
          <w:sz w:val="28"/>
          <w:szCs w:val="28"/>
        </w:rPr>
        <w:t>Kavanagh</w:t>
      </w:r>
      <w:r w:rsidR="00BE1932">
        <w:rPr>
          <w:rFonts w:ascii="Baskerville Old Face" w:hAnsi="Baskerville Old Face"/>
          <w:bCs/>
          <w:i/>
          <w:sz w:val="28"/>
          <w:szCs w:val="28"/>
        </w:rPr>
        <w:t xml:space="preserve"> would</w:t>
      </w:r>
      <w:r w:rsidRPr="00CE758F">
        <w:rPr>
          <w:rFonts w:ascii="Baskerville Old Face" w:hAnsi="Baskerville Old Face"/>
          <w:bCs/>
          <w:i/>
          <w:sz w:val="28"/>
          <w:szCs w:val="28"/>
        </w:rPr>
        <w:t xml:space="preserve"> walk </w:t>
      </w:r>
      <w:r w:rsidR="00BE1932">
        <w:rPr>
          <w:rFonts w:ascii="Baskerville Old Face" w:hAnsi="Baskerville Old Face"/>
          <w:bCs/>
          <w:i/>
          <w:sz w:val="28"/>
          <w:szCs w:val="28"/>
        </w:rPr>
        <w:t xml:space="preserve">all </w:t>
      </w:r>
      <w:r w:rsidRPr="00CE758F">
        <w:rPr>
          <w:rFonts w:ascii="Baskerville Old Face" w:hAnsi="Baskerville Old Face"/>
          <w:bCs/>
          <w:i/>
          <w:sz w:val="28"/>
          <w:szCs w:val="28"/>
        </w:rPr>
        <w:t>over you.</w:t>
      </w:r>
      <w:r w:rsidRPr="00CE758F">
        <w:rPr>
          <w:rFonts w:ascii="Baskerville Old Face" w:hAnsi="Baskerville Old Face"/>
          <w:bCs/>
          <w:sz w:val="28"/>
          <w:szCs w:val="28"/>
        </w:rPr>
        <w:t xml:space="preserve"> And I’ve took blokes outside over it twice, and I’m fifty-four and I’ll take another one outside if I hear it.” His jaw worked. “You never walked over me. You walked </w:t>
      </w:r>
      <w:r w:rsidRPr="00CE758F">
        <w:rPr>
          <w:rFonts w:ascii="Baskerville Old Face" w:hAnsi="Baskerville Old Face"/>
          <w:bCs/>
          <w:i/>
          <w:sz w:val="28"/>
          <w:szCs w:val="28"/>
        </w:rPr>
        <w:t>in front</w:t>
      </w:r>
      <w:r w:rsidRPr="00CE758F">
        <w:rPr>
          <w:rFonts w:ascii="Baskerville Old Face" w:hAnsi="Baskerville Old Face"/>
          <w:bCs/>
          <w:sz w:val="28"/>
          <w:szCs w:val="28"/>
        </w:rPr>
        <w:t xml:space="preserve"> of me. That’s a different thing and I don’t reckon there’s a man in this room can tell the difference, but I’ve had thirty-one year to think about it and I can.”</w:t>
      </w:r>
    </w:p>
    <w:p w14:paraId="4F0637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sat back.</w:t>
      </w:r>
    </w:p>
    <w:p w14:paraId="3C7D89E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it,” he said. “That’s all I’ve got.”</w:t>
      </w:r>
    </w:p>
    <w:p w14:paraId="35B6F6DC" w14:textId="0AC4D57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who had not moved and had not written anything down, said quietly: “No questions.”</w:t>
      </w:r>
      <w:r w:rsidR="00925A2A">
        <w:rPr>
          <w:rFonts w:ascii="Baskerville Old Face" w:hAnsi="Baskerville Old Face"/>
          <w:bCs/>
          <w:sz w:val="28"/>
          <w:szCs w:val="28"/>
        </w:rPr>
        <w:t xml:space="preserve"> </w:t>
      </w:r>
      <w:r w:rsidRPr="00CE758F">
        <w:rPr>
          <w:rFonts w:ascii="Baskerville Old Face" w:hAnsi="Baskerville Old Face"/>
          <w:bCs/>
          <w:sz w:val="28"/>
          <w:szCs w:val="28"/>
        </w:rPr>
        <w:t xml:space="preserve">Crassus did not </w:t>
      </w:r>
      <w:r w:rsidR="00925A2A">
        <w:rPr>
          <w:rFonts w:ascii="Baskerville Old Face" w:hAnsi="Baskerville Old Face"/>
          <w:bCs/>
          <w:sz w:val="28"/>
          <w:szCs w:val="28"/>
        </w:rPr>
        <w:t>return</w:t>
      </w:r>
      <w:r w:rsidRPr="00CE758F">
        <w:rPr>
          <w:rFonts w:ascii="Baskerville Old Face" w:hAnsi="Baskerville Old Face"/>
          <w:bCs/>
          <w:sz w:val="28"/>
          <w:szCs w:val="28"/>
        </w:rPr>
        <w:t xml:space="preserve"> to his table. He stood where he was, in the middle of the floor, and put his hands behind his back again, and addressed the twelve.</w:t>
      </w:r>
      <w:r w:rsidR="00925A2A">
        <w:rPr>
          <w:rFonts w:ascii="Baskerville Old Face" w:hAnsi="Baskerville Old Face"/>
          <w:bCs/>
          <w:sz w:val="28"/>
          <w:szCs w:val="28"/>
        </w:rPr>
        <w:t xml:space="preserve"> </w:t>
      </w:r>
      <w:r w:rsidRPr="00CE758F">
        <w:rPr>
          <w:rFonts w:ascii="Baskerville Old Face" w:hAnsi="Baskerville Old Face"/>
          <w:bCs/>
          <w:sz w:val="28"/>
          <w:szCs w:val="28"/>
        </w:rPr>
        <w:t>“That,” he said, “is the case for the defence, and it has just been put by my own witness, and I did not ask him to put it, and I would not have stopped him if I could.</w:t>
      </w:r>
    </w:p>
    <w:p w14:paraId="47291C3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“Now I am going to spoil it, and I want you to watch me do it, because the method is the whole of the point.”</w:t>
      </w:r>
    </w:p>
    <w:p w14:paraId="0F2BDF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walked to the table and picked up a buff folder.</w:t>
      </w:r>
    </w:p>
    <w:p w14:paraId="21210E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“Kavanagh Drilling Company. Register of injuries, 1968 to 1994, kept because the insurer required it, kept properly, kept in the defendant’s own filing system in a cabinet in the yard office, and produced to this court without objection because there is nothing in it he is ashamed of.</w:t>
      </w:r>
    </w:p>
    <w:p w14:paraId="2B102E97" w14:textId="3B251E9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“Nineteen seventy-one. R. Pethick, crushed foot, four toes. Nineteen seventy-four. A. Chalmers, back, permanent, retired at thirty-eight. Nineteen seventy-six. S. Doig, two fingers, right hand, drill string. Nineteen seventy-nine. J. Waneka, fractured pelvis, fell from the mast. Nineteen eighty-three. B. Harkness, no injury recorded, this is the man who had the stroke and whom the defendant carried for three years. Nineteen eighty-six. T. Cleary, hand. Nineteen ninety. G. Solomon, hand. Nineteen ninety-one. K. Ridgeway, eye, partial.”</w:t>
      </w:r>
      <w:r w:rsidR="00925A2A">
        <w:rPr>
          <w:rFonts w:ascii="Baskerville Old Face" w:hAnsi="Baskerville Old Face"/>
          <w:bCs/>
          <w:sz w:val="28"/>
          <w:szCs w:val="28"/>
        </w:rPr>
        <w:t xml:space="preserve"> </w:t>
      </w:r>
      <w:r w:rsidRPr="00CE758F">
        <w:rPr>
          <w:rFonts w:ascii="Baskerville Old Face" w:hAnsi="Baskerville Old Face"/>
          <w:bCs/>
          <w:sz w:val="28"/>
          <w:szCs w:val="28"/>
        </w:rPr>
        <w:t xml:space="preserve">He </w:t>
      </w:r>
      <w:r w:rsidR="00925A2A">
        <w:rPr>
          <w:rFonts w:ascii="Baskerville Old Face" w:hAnsi="Baskerville Old Face"/>
          <w:bCs/>
          <w:sz w:val="28"/>
          <w:szCs w:val="28"/>
        </w:rPr>
        <w:t xml:space="preserve">then </w:t>
      </w:r>
      <w:r w:rsidRPr="00CE758F">
        <w:rPr>
          <w:rFonts w:ascii="Baskerville Old Face" w:hAnsi="Baskerville Old Face"/>
          <w:bCs/>
          <w:sz w:val="28"/>
          <w:szCs w:val="28"/>
        </w:rPr>
        <w:t>closed the folder.</w:t>
      </w:r>
    </w:p>
    <w:p w14:paraId="4DCE39FA" w14:textId="65DAB0E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“Twenty-two entries in twenty-six years across an average workforce of eighty-one men. I have taken advice. That figure is </w:t>
      </w:r>
      <w:r w:rsidRPr="00CE758F">
        <w:rPr>
          <w:rFonts w:ascii="Baskerville Old Face" w:hAnsi="Baskerville Old Face"/>
          <w:bCs/>
          <w:i/>
          <w:sz w:val="28"/>
          <w:szCs w:val="28"/>
        </w:rPr>
        <w:t>better than the industry</w:t>
      </w:r>
      <w:r w:rsidRPr="00CE758F">
        <w:rPr>
          <w:rFonts w:ascii="Baskerville Old Face" w:hAnsi="Baskerville Old Face"/>
          <w:bCs/>
          <w:sz w:val="28"/>
          <w:szCs w:val="28"/>
        </w:rPr>
        <w:t xml:space="preserve">. It is better than every one of his competitors for whom records exist. It is a good deal better </w:t>
      </w:r>
      <w:r w:rsidRPr="00CE758F">
        <w:rPr>
          <w:rFonts w:ascii="Baskerville Old Face" w:hAnsi="Baskerville Old Face"/>
          <w:bCs/>
          <w:sz w:val="28"/>
          <w:szCs w:val="28"/>
        </w:rPr>
        <w:lastRenderedPageBreak/>
        <w:t>than the government’s own drilling branch over the same period.</w:t>
      </w:r>
      <w:r w:rsidR="001D329B">
        <w:rPr>
          <w:rFonts w:ascii="Baskerville Old Face" w:hAnsi="Baskerville Old Face"/>
          <w:bCs/>
          <w:sz w:val="28"/>
          <w:szCs w:val="28"/>
        </w:rPr>
        <w:t xml:space="preserve"> </w:t>
      </w:r>
      <w:r w:rsidRPr="00CE758F">
        <w:rPr>
          <w:rFonts w:ascii="Baskerville Old Face" w:hAnsi="Baskerville Old Face"/>
          <w:bCs/>
          <w:sz w:val="28"/>
          <w:szCs w:val="28"/>
        </w:rPr>
        <w:t xml:space="preserve">“I want to be </w:t>
      </w:r>
      <w:r w:rsidR="001D329B">
        <w:rPr>
          <w:rFonts w:ascii="Baskerville Old Face" w:hAnsi="Baskerville Old Face"/>
          <w:bCs/>
          <w:sz w:val="28"/>
          <w:szCs w:val="28"/>
        </w:rPr>
        <w:t>precise</w:t>
      </w:r>
      <w:r w:rsidRPr="00CE758F">
        <w:rPr>
          <w:rFonts w:ascii="Baskerville Old Face" w:hAnsi="Baskerville Old Face"/>
          <w:bCs/>
          <w:sz w:val="28"/>
          <w:szCs w:val="28"/>
        </w:rPr>
        <w:t xml:space="preserve"> about this, because I do not intend to cheat. If you set out to prove that this man ran a dangerous shop you will fail, and you will deserve to fail, and my learned friend will make you look like a fool for trying.”</w:t>
      </w:r>
    </w:p>
    <w:p w14:paraId="7B92F87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turned.</w:t>
      </w:r>
    </w:p>
    <w:p w14:paraId="50530C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here is what I say instead.</w:t>
      </w:r>
    </w:p>
    <w:p w14:paraId="1D1FF6F6" w14:textId="5AF4427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“Every one of those twenty-two men has a Christian name. I have just read you their initials, because that is how they appear in the register, and that is how they appeared to him, and in twenty-six years he never once opened that folder. It was opened by a clerk, and by </w:t>
      </w:r>
      <w:r w:rsidR="00BE1932" w:rsidRPr="00CE758F">
        <w:rPr>
          <w:rFonts w:ascii="Baskerville Old Face" w:hAnsi="Baskerville Old Face"/>
          <w:bCs/>
          <w:sz w:val="28"/>
          <w:szCs w:val="28"/>
        </w:rPr>
        <w:t>Mr.</w:t>
      </w:r>
      <w:r w:rsidRPr="00CE758F">
        <w:rPr>
          <w:rFonts w:ascii="Baskerville Old Face" w:hAnsi="Baskerville Old Face"/>
          <w:bCs/>
          <w:sz w:val="28"/>
          <w:szCs w:val="28"/>
        </w:rPr>
        <w:t xml:space="preserve"> Mawson, and annually by a man from the insurer. I have the borrowing slip for the cabinet. His signature is not on it.</w:t>
      </w:r>
    </w:p>
    <w:p w14:paraId="6E51FBF4" w14:textId="0409D22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knew about them. Do not mistake me. He was told about every single one, and in nine cases he paid money that he was not obliged to pay, out of his own pocket, quickly, without being asked, and told nobody. </w:t>
      </w:r>
      <w:r w:rsidR="00BE1932" w:rsidRPr="00CE758F">
        <w:rPr>
          <w:rFonts w:ascii="Baskerville Old Face" w:hAnsi="Baskerville Old Face"/>
          <w:bCs/>
          <w:sz w:val="28"/>
          <w:szCs w:val="28"/>
        </w:rPr>
        <w:t>Mr.</w:t>
      </w:r>
      <w:r w:rsidRPr="00CE758F">
        <w:rPr>
          <w:rFonts w:ascii="Baskerville Old Face" w:hAnsi="Baskerville Old Face"/>
          <w:bCs/>
          <w:sz w:val="28"/>
          <w:szCs w:val="28"/>
        </w:rPr>
        <w:t xml:space="preserve"> Waneka’s daughters were educated on it and are alive and grown and do not know.</w:t>
      </w:r>
    </w:p>
    <w:p w14:paraId="5A3BAF8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“That is not the conduct of a callous man. It is not even the conduct of an ordinary man. If generosity were the question we would all be going home.</w:t>
      </w:r>
    </w:p>
    <w:p w14:paraId="3EC8EF6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“But I ask you to notice the </w:t>
      </w:r>
      <w:r w:rsidRPr="00CE758F">
        <w:rPr>
          <w:rFonts w:ascii="Baskerville Old Face" w:hAnsi="Baskerville Old Face"/>
          <w:bCs/>
          <w:i/>
          <w:sz w:val="28"/>
          <w:szCs w:val="28"/>
        </w:rPr>
        <w:t>shape</w:t>
      </w:r>
      <w:r w:rsidRPr="00CE758F">
        <w:rPr>
          <w:rFonts w:ascii="Baskerville Old Face" w:hAnsi="Baskerville Old Face"/>
          <w:bCs/>
          <w:sz w:val="28"/>
          <w:szCs w:val="28"/>
        </w:rPr>
        <w:t xml:space="preserve"> of it. He paid. He paid at once, he paid generously, and he paid in every case by the same instrument, which is money, which is the only instrument he has ever owned. And having paid, he was finished, and the matter closed, and he did not visit. Not once. Not one of the twenty-two.</w:t>
      </w:r>
    </w:p>
    <w:p w14:paraId="3D9559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was four hundred miles away nineteen times out of twenty-two, because he was always four hundred miles away, because being four hundred miles away is not an accident of a large business, it is the </w:t>
      </w:r>
      <w:r w:rsidRPr="00CE758F">
        <w:rPr>
          <w:rFonts w:ascii="Baskerville Old Face" w:hAnsi="Baskerville Old Face"/>
          <w:bCs/>
          <w:i/>
          <w:sz w:val="28"/>
          <w:szCs w:val="28"/>
        </w:rPr>
        <w:t>purpose</w:t>
      </w:r>
      <w:r w:rsidRPr="00CE758F">
        <w:rPr>
          <w:rFonts w:ascii="Baskerville Old Face" w:hAnsi="Baskerville Old Face"/>
          <w:bCs/>
          <w:sz w:val="28"/>
          <w:szCs w:val="28"/>
        </w:rPr>
        <w:t xml:space="preserve"> of a large business, it is the thing a large business is </w:t>
      </w:r>
      <w:r w:rsidRPr="00CE758F">
        <w:rPr>
          <w:rFonts w:ascii="Baskerville Old Face" w:hAnsi="Baskerville Old Face"/>
          <w:bCs/>
          <w:i/>
          <w:sz w:val="28"/>
          <w:szCs w:val="28"/>
        </w:rPr>
        <w:t>for</w:t>
      </w:r>
      <w:r w:rsidRPr="00CE758F">
        <w:rPr>
          <w:rFonts w:ascii="Baskerville Old Face" w:hAnsi="Baskerville Old Face"/>
          <w:bCs/>
          <w:sz w:val="28"/>
          <w:szCs w:val="28"/>
        </w:rPr>
        <w:t>.”</w:t>
      </w:r>
    </w:p>
    <w:p w14:paraId="258AD88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came back to the table and stood over the exhibits.</w:t>
      </w:r>
    </w:p>
    <w:p w14:paraId="5AA0BFC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“Nineteen eighty-five. The defendant issues a written instruction to every rig in his company. No man is to work more than fourteen hours in twenty-four. No exceptions for weather, for bonus, for programme, for a hole in trouble. It is one page. It is signed by him personally, which almost nothing in that company was. He was not asked to issue it. There had been no death, no inspector, no coroner, no claim, </w:t>
      </w:r>
      <w:r w:rsidRPr="00CE758F">
        <w:rPr>
          <w:rFonts w:ascii="Baskerville Old Face" w:hAnsi="Baskerville Old Face"/>
          <w:bCs/>
          <w:sz w:val="28"/>
          <w:szCs w:val="28"/>
        </w:rPr>
        <w:lastRenderedPageBreak/>
        <w:t>no union, and no publicity. In 1985 there was no law in the Northern Territory of Australia that required him to do any such thing, and there would not be one for a decade.</w:t>
      </w:r>
    </w:p>
    <w:p w14:paraId="63EB0DB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is the single best document I have ever had to explain away in two thousand years of this, and I am not going to try. My friend will read it to you, and he will read it well, and you should let it weigh with you, because it ought to.”</w:t>
      </w:r>
    </w:p>
    <w:p w14:paraId="4B7AE59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said, not looking up: “I intend to.”</w:t>
      </w:r>
    </w:p>
    <w:p w14:paraId="44C6110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“Of course you do.” Crassus almost smiled. Then he picked up the sheet of ruled school paper with the sticking plaster along one crease, and held it by the edges, the way you hold something that has been mended.</w:t>
      </w:r>
    </w:p>
    <w:p w14:paraId="7D88A84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“Two questions for the defendant, and then I have done with harm.</w:t>
      </w:r>
    </w:p>
    <w:p w14:paraId="7EAC074D" w14:textId="45C30D6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7D42BA" w:rsidRPr="00CE758F">
        <w:rPr>
          <w:rFonts w:ascii="Baskerville Old Face" w:hAnsi="Baskerville Old Face"/>
          <w:bCs/>
          <w:sz w:val="28"/>
          <w:szCs w:val="28"/>
        </w:rPr>
        <w:t>Mr.</w:t>
      </w:r>
      <w:r w:rsidRPr="00CE758F">
        <w:rPr>
          <w:rFonts w:ascii="Baskerville Old Face" w:hAnsi="Baskerville Old Face"/>
          <w:bCs/>
          <w:sz w:val="28"/>
          <w:szCs w:val="28"/>
        </w:rPr>
        <w:t xml:space="preserve"> Kavanagh. Stand up, please.”</w:t>
      </w:r>
    </w:p>
    <w:p w14:paraId="28A103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 His legs did it before he decided.</w:t>
      </w:r>
    </w:p>
    <w:p w14:paraId="44158F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issued that instruction in October of 1985. It is now June of 1995. Ten years. During those ten years, how many times did you ask any person, in any office, on any rig, whether the fourteen-hour rule was being kept?”</w:t>
      </w:r>
    </w:p>
    <w:p w14:paraId="0A297BA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room waited.</w:t>
      </w:r>
    </w:p>
    <w:p w14:paraId="7479E7E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tried to find it. He went looking honestly, the way he would have gone looking for a figure, and he went through it — the Monday telephone rounds, the yard, the four Christmas parties a year, Ted’s desk with the two spikes on it, the drive out to Rig 4 in eighty-nine, the Perth office, the meetings with the insurer, the nine hundred and something conversations a year for ten years.</w:t>
      </w:r>
    </w:p>
    <w:p w14:paraId="03C327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don’t know that I did,” he said.</w:t>
      </w:r>
    </w:p>
    <w:p w14:paraId="70C74B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may take your time.”</w:t>
      </w:r>
    </w:p>
    <w:p w14:paraId="289808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don’t need it.” His voice came out level and he was faintly surprised at it. “I never asked.”</w:t>
      </w:r>
    </w:p>
    <w:p w14:paraId="6B7D51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 once.”</w:t>
      </w:r>
    </w:p>
    <w:p w14:paraId="41A00E1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 once.”</w:t>
      </w:r>
    </w:p>
    <w:p w14:paraId="3449E4D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“Second question.” Crassus laid the school paper down on the cloth, squared it to the edge with one finger, and left his hand on it. “During those same ten years, how many times did you ask whether the </w:t>
      </w:r>
      <w:r w:rsidRPr="00CE758F">
        <w:rPr>
          <w:rFonts w:ascii="Baskerville Old Face" w:hAnsi="Baskerville Old Face"/>
          <w:bCs/>
          <w:i/>
          <w:sz w:val="28"/>
          <w:szCs w:val="28"/>
        </w:rPr>
        <w:t>programme</w:t>
      </w:r>
      <w:r w:rsidRPr="00CE758F">
        <w:rPr>
          <w:rFonts w:ascii="Baskerville Old Face" w:hAnsi="Baskerville Old Face"/>
          <w:bCs/>
          <w:sz w:val="28"/>
          <w:szCs w:val="28"/>
        </w:rPr>
        <w:t xml:space="preserve"> was being kept? The footage. The metres in the ground against the metres in the contract.”</w:t>
      </w:r>
    </w:p>
    <w:p w14:paraId="11DE084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opened his mouth and shut it again.</w:t>
      </w:r>
    </w:p>
    <w:p w14:paraId="0DF0F17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put it to you,” said Crassus, “that the answer is </w:t>
      </w:r>
      <w:r w:rsidRPr="00CE758F">
        <w:rPr>
          <w:rFonts w:ascii="Baskerville Old Face" w:hAnsi="Baskerville Old Face"/>
          <w:bCs/>
          <w:i/>
          <w:sz w:val="28"/>
          <w:szCs w:val="28"/>
        </w:rPr>
        <w:t xml:space="preserve">every Monday morning at eight o’clock without exception for ten </w:t>
      </w:r>
      <w:r w:rsidRPr="00CE758F">
        <w:rPr>
          <w:rFonts w:ascii="Baskerville Old Face" w:hAnsi="Baskerville Old Face"/>
          <w:bCs/>
          <w:i/>
          <w:sz w:val="28"/>
          <w:szCs w:val="28"/>
        </w:rPr>
        <w:lastRenderedPageBreak/>
        <w:t>years</w:t>
      </w:r>
      <w:r w:rsidRPr="00CE758F">
        <w:rPr>
          <w:rFonts w:ascii="Baskerville Old Face" w:hAnsi="Baskerville Old Face"/>
          <w:bCs/>
          <w:sz w:val="28"/>
          <w:szCs w:val="28"/>
        </w:rPr>
        <w:t>, and that it was the first item, before wages, before fuel, before weather, and that you had a book for it in your own hand, and that the book is in a cupboard at Kavanagh’s Keep and can be produced.”</w:t>
      </w:r>
    </w:p>
    <w:p w14:paraId="6F6B983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Finian.</w:t>
      </w:r>
    </w:p>
    <w:p w14:paraId="0DBACB0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the rest.”</w:t>
      </w:r>
    </w:p>
    <w:p w14:paraId="520C623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“I’d a book for the footage.” He was looking at the sheet of school paper under the Roman’s hand. “And Wally had a book for the hours. And I never knew there was one until he put it on my desk and walked oot.”</w:t>
      </w:r>
    </w:p>
    <w:p w14:paraId="40202C5F" w14:textId="1F26A25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what was on </w:t>
      </w:r>
      <w:r w:rsidR="007D42BA" w:rsidRPr="00CE758F">
        <w:rPr>
          <w:rFonts w:ascii="Baskerville Old Face" w:hAnsi="Baskerville Old Face"/>
          <w:bCs/>
          <w:sz w:val="28"/>
          <w:szCs w:val="28"/>
        </w:rPr>
        <w:t>Mr.</w:t>
      </w:r>
      <w:r w:rsidRPr="00CE758F">
        <w:rPr>
          <w:rFonts w:ascii="Baskerville Old Face" w:hAnsi="Baskerville Old Face"/>
          <w:bCs/>
          <w:sz w:val="28"/>
          <w:szCs w:val="28"/>
        </w:rPr>
        <w:t xml:space="preserve"> Mansfield’s paper, at the bottom, below the ruled line, in a different pencil?”</w:t>
      </w:r>
    </w:p>
    <w:p w14:paraId="2D531D4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 Tierney.” Finian’s voice went. He cleared it. “Twelfth of the eleventh, sixty-one. Nineteen.”</w:t>
      </w:r>
    </w:p>
    <w:p w14:paraId="6897857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“Nineteen what?”</w:t>
      </w:r>
    </w:p>
    <w:p w14:paraId="17E8CB9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“Hours.”</w:t>
      </w:r>
    </w:p>
    <w:p w14:paraId="58D6A4F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“Whose count was that?”</w:t>
      </w:r>
    </w:p>
    <w:p w14:paraId="3D83540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“Wally’s.”</w:t>
      </w:r>
    </w:p>
    <w:p w14:paraId="723C32A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“For how long had he kept it?”</w:t>
      </w:r>
    </w:p>
    <w:p w14:paraId="0A7089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“Twenty-four year.”</w:t>
      </w:r>
    </w:p>
    <w:p w14:paraId="1A5B13A4" w14:textId="4B763C8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in twenty-four years, </w:t>
      </w:r>
      <w:r w:rsidR="007D42BA" w:rsidRPr="00CE758F">
        <w:rPr>
          <w:rFonts w:ascii="Baskerville Old Face" w:hAnsi="Baskerville Old Face"/>
          <w:bCs/>
          <w:sz w:val="28"/>
          <w:szCs w:val="28"/>
        </w:rPr>
        <w:t>Mr.</w:t>
      </w:r>
      <w:r w:rsidRPr="00CE758F">
        <w:rPr>
          <w:rFonts w:ascii="Baskerville Old Face" w:hAnsi="Baskerville Old Face"/>
          <w:bCs/>
          <w:sz w:val="28"/>
          <w:szCs w:val="28"/>
        </w:rPr>
        <w:t xml:space="preserve"> Kavanagh, did he ever once tell you he was keeping it?”</w:t>
      </w:r>
    </w:p>
    <w:p w14:paraId="330D2D61" w14:textId="441F6FB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“He </w:t>
      </w:r>
      <w:r w:rsidR="007D42BA" w:rsidRPr="00CE758F">
        <w:rPr>
          <w:rFonts w:ascii="Baskerville Old Face" w:hAnsi="Baskerville Old Face"/>
          <w:bCs/>
          <w:sz w:val="28"/>
          <w:szCs w:val="28"/>
        </w:rPr>
        <w:t>telt</w:t>
      </w:r>
      <w:r w:rsidRPr="00CE758F">
        <w:rPr>
          <w:rFonts w:ascii="Baskerville Old Face" w:hAnsi="Baskerville Old Face"/>
          <w:bCs/>
          <w:sz w:val="28"/>
          <w:szCs w:val="28"/>
        </w:rPr>
        <w:t xml:space="preserve"> me to keep count.” Finian’s hands were shaking and he put them behind him. “Sixty-four. At the fire drum. He said </w:t>
      </w:r>
      <w:r w:rsidRPr="00CE758F">
        <w:rPr>
          <w:rFonts w:ascii="Baskerville Old Face" w:hAnsi="Baskerville Old Face"/>
          <w:bCs/>
          <w:i/>
          <w:sz w:val="28"/>
          <w:szCs w:val="28"/>
        </w:rPr>
        <w:t>keep count</w:t>
      </w:r>
      <w:r w:rsidRPr="00CE758F">
        <w:rPr>
          <w:rFonts w:ascii="Baskerville Old Face" w:hAnsi="Baskerville Old Face"/>
          <w:bCs/>
          <w:sz w:val="28"/>
          <w:szCs w:val="28"/>
        </w:rPr>
        <w:t xml:space="preserve"> and I said </w:t>
      </w:r>
      <w:r w:rsidRPr="00CE758F">
        <w:rPr>
          <w:rFonts w:ascii="Baskerville Old Face" w:hAnsi="Baskerville Old Face"/>
          <w:bCs/>
          <w:i/>
          <w:sz w:val="28"/>
          <w:szCs w:val="28"/>
        </w:rPr>
        <w:t>count of what</w:t>
      </w:r>
      <w:r w:rsidRPr="00CE758F">
        <w:rPr>
          <w:rFonts w:ascii="Baskerville Old Face" w:hAnsi="Baskerville Old Face"/>
          <w:bCs/>
          <w:sz w:val="28"/>
          <w:szCs w:val="28"/>
        </w:rPr>
        <w:t xml:space="preserve"> and he got up and went to his caravan and never said. And I’ve thought about that for thirty year and I still say it’s </w:t>
      </w:r>
      <w:r w:rsidR="007D42BA" w:rsidRPr="00CE758F">
        <w:rPr>
          <w:rFonts w:ascii="Baskerville Old Face" w:hAnsi="Baskerville Old Face"/>
          <w:bCs/>
          <w:sz w:val="28"/>
          <w:szCs w:val="28"/>
        </w:rPr>
        <w:t>not</w:t>
      </w:r>
      <w:r w:rsidRPr="00CE758F">
        <w:rPr>
          <w:rFonts w:ascii="Baskerville Old Face" w:hAnsi="Baskerville Old Face"/>
          <w:bCs/>
          <w:sz w:val="28"/>
          <w:szCs w:val="28"/>
        </w:rPr>
        <w:t xml:space="preserve"> fair. He never said </w:t>
      </w:r>
      <w:r w:rsidRPr="00CE758F">
        <w:rPr>
          <w:rFonts w:ascii="Baskerville Old Face" w:hAnsi="Baskerville Old Face"/>
          <w:bCs/>
          <w:i/>
          <w:sz w:val="28"/>
          <w:szCs w:val="28"/>
        </w:rPr>
        <w:t>of what</w:t>
      </w:r>
      <w:r w:rsidRPr="00CE758F">
        <w:rPr>
          <w:rFonts w:ascii="Baskerville Old Face" w:hAnsi="Baskerville Old Face"/>
          <w:bCs/>
          <w:sz w:val="28"/>
          <w:szCs w:val="28"/>
        </w:rPr>
        <w:t>.”</w:t>
      </w:r>
    </w:p>
    <w:p w14:paraId="1B92C1E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Crassus agreed. “He did not.”</w:t>
      </w:r>
    </w:p>
    <w:p w14:paraId="682652D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lifted his hand off the paper.</w:t>
      </w:r>
    </w:p>
    <w:p w14:paraId="2145400D" w14:textId="180C0D5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“Because he had assumed, gentlemen — wrongly, and I think culpably, and I am not here to prosecute </w:t>
      </w:r>
      <w:r w:rsidR="007D42BA" w:rsidRPr="00CE758F">
        <w:rPr>
          <w:rFonts w:ascii="Baskerville Old Face" w:hAnsi="Baskerville Old Face"/>
          <w:bCs/>
          <w:sz w:val="28"/>
          <w:szCs w:val="28"/>
        </w:rPr>
        <w:t>Mr.</w:t>
      </w:r>
      <w:r w:rsidRPr="00CE758F">
        <w:rPr>
          <w:rFonts w:ascii="Baskerville Old Face" w:hAnsi="Baskerville Old Face"/>
          <w:bCs/>
          <w:sz w:val="28"/>
          <w:szCs w:val="28"/>
        </w:rPr>
        <w:t xml:space="preserve"> Mansfield but if I were I should have something to say about it — he had assumed that a man who has just walked into a steam blowout to save another man’s plant would know, without being told, that there are two books.</w:t>
      </w:r>
    </w:p>
    <w:p w14:paraId="78B6F7C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 are always two books. There is the one with the footage in it and there is the one with the hours. Every man in this room who has ever run anything has kept both, and most of them have kept the second one badly and in their head and been ashamed of it at three in the morning, and that is what the second book is </w:t>
      </w:r>
      <w:r w:rsidRPr="00CE758F">
        <w:rPr>
          <w:rFonts w:ascii="Baskerville Old Face" w:hAnsi="Baskerville Old Face"/>
          <w:bCs/>
          <w:i/>
          <w:sz w:val="28"/>
          <w:szCs w:val="28"/>
        </w:rPr>
        <w:t>for</w:t>
      </w:r>
      <w:r w:rsidRPr="00CE758F">
        <w:rPr>
          <w:rFonts w:ascii="Baskerville Old Face" w:hAnsi="Baskerville Old Face"/>
          <w:bCs/>
          <w:sz w:val="28"/>
          <w:szCs w:val="28"/>
        </w:rPr>
        <w:t>.</w:t>
      </w:r>
    </w:p>
    <w:p w14:paraId="1E4D85C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kept one. He kept it beautifully. He kept it for thirty-one years in his own handwriting and he could tell you the metres for any month you care to name.</w:t>
      </w:r>
    </w:p>
    <w:p w14:paraId="1F13264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when a man came four hundred miles to lay the other one on his desk, he offered him a seat on the board.”</w:t>
      </w:r>
    </w:p>
    <w:p w14:paraId="3CB1121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sat down.</w:t>
      </w:r>
    </w:p>
    <w:p w14:paraId="7010E0F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he said, “is the Question of Harm, and I hope you have noticed that it is the small one. Nobody died. The shop was safer than its neighbours. The wounded were paid. On any measure a magistrate could use, this man passes, and passes well, and if that is all we are doing here then we should all go home and I shall have wasted an afternoon that I was in no hurry to spend.</w:t>
      </w:r>
    </w:p>
    <w:p w14:paraId="5292416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“Tomorrow I will call a black man from a fence.”</w:t>
      </w:r>
    </w:p>
    <w:p w14:paraId="264A8C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said something about the hour and men began to move, and Ted got up out of the witness chair the way he got up out of everything, hands on the arms, pushing with the right.</w:t>
      </w:r>
    </w:p>
    <w:p w14:paraId="14F018E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came past the table on his way out.</w:t>
      </w:r>
    </w:p>
    <w:p w14:paraId="59F904A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stopped. He put his good hand down on the wood — not on Finian, on the wood, an inch from Finian’s sleeve — and leaned in slightly, the way he had leaned into the hatch of </w:t>
      </w:r>
      <w:r w:rsidRPr="00CE758F">
        <w:rPr>
          <w:rFonts w:ascii="Baskerville Old Face" w:hAnsi="Baskerville Old Face"/>
          <w:bCs/>
          <w:sz w:val="28"/>
          <w:szCs w:val="28"/>
        </w:rPr>
        <w:lastRenderedPageBreak/>
        <w:t>the yard office for eighteen years to say something that did not need the whole shed to hear.</w:t>
      </w:r>
    </w:p>
    <w:p w14:paraId="413367B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“Boss,” he said, “when you wake up.”</w:t>
      </w:r>
    </w:p>
    <w:p w14:paraId="6C1F699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looked at him.</w:t>
      </w:r>
    </w:p>
    <w:p w14:paraId="0C21CA7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“Ring us,” said Ted. “That’s all. You never rung us in your life. Dot said to say it.”</w:t>
      </w:r>
    </w:p>
    <w:p w14:paraId="076071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he put his hat on and went out, and Finian sat with his hands flat on the bare table in the four o’clock light that was never going to be five o’clock, and found that he was crying, quite quietly and without any sound at all, for the first time since a corridor in Alice Springs in September of 1969.</w:t>
      </w:r>
    </w:p>
    <w:p w14:paraId="19EE04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Behind him, on the bench against the wall, Maggie Dickson watched the door swing shut on Ted Mawson’s back, and said, to nobody:</w:t>
      </w:r>
    </w:p>
    <w:p w14:paraId="5B3632E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y’are. That’s the one that’ll do it.”</w:t>
      </w:r>
    </w:p>
    <w:p w14:paraId="494B510F"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69718C6E"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Fifteen</w:t>
      </w:r>
    </w:p>
    <w:p w14:paraId="44254BF3"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Question of Blindness</w:t>
      </w:r>
    </w:p>
    <w:p w14:paraId="65DF8A02"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The room had changed again while he was not looking at it.</w:t>
      </w:r>
    </w:p>
    <w:p w14:paraId="4BBE5BA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did that. He had begun to understand the rule of it, or at least the manners of it: it did not transform, it did not shimmer, it simply turned out to have been different all along, in the way that a word you have said ten thousand times turns out, on the ten thousand and first, to be spelled in a manner you would not have guessed. There was a ceiling fan now, going round at the speed of a fan with a bad bearing, and it had not been installed, it had been there. There was a jug of water on the clerk’s table with a beaded cloth over it, the little glass beads sewn round the hem of the muslin to weight it, four white and one blue, four white and one blue, and Finian had last seen that cloth in February in a room behind the courthouse in Tennant Creek, and had thought at the time, with a part of his mind he was not proud of, that somebody’s mother had made it.</w:t>
      </w:r>
    </w:p>
    <w:p w14:paraId="60CFB35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 sat down beside him on the bench with her hands in her lap.</w:t>
      </w:r>
    </w:p>
    <w:p w14:paraId="1B210DD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she said, before he asked. “It does.”</w:t>
      </w:r>
    </w:p>
    <w:p w14:paraId="5E1CD223" w14:textId="41185AF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“It’s the </w:t>
      </w:r>
      <w:r w:rsidR="007D42BA" w:rsidRPr="00CE758F">
        <w:rPr>
          <w:rFonts w:ascii="Baskerville Old Face" w:hAnsi="Baskerville Old Face"/>
          <w:bCs/>
          <w:sz w:val="28"/>
          <w:szCs w:val="28"/>
        </w:rPr>
        <w:t>hearing</w:t>
      </w:r>
      <w:r w:rsidRPr="00CE758F">
        <w:rPr>
          <w:rFonts w:ascii="Baskerville Old Face" w:hAnsi="Baskerville Old Face"/>
          <w:bCs/>
          <w:sz w:val="28"/>
          <w:szCs w:val="28"/>
        </w:rPr>
        <w:t>’ room.”</w:t>
      </w:r>
    </w:p>
    <w:p w14:paraId="12B66B2C" w14:textId="738653A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“It’s whatever’s needed.” She looked up at the fan without much interest. “Dinnae get fond o’ </w:t>
      </w:r>
      <w:r w:rsidR="007D42BA" w:rsidRPr="00CE758F">
        <w:rPr>
          <w:rFonts w:ascii="Baskerville Old Face" w:hAnsi="Baskerville Old Face"/>
          <w:bCs/>
          <w:sz w:val="28"/>
          <w:szCs w:val="28"/>
        </w:rPr>
        <w:t>working</w:t>
      </w:r>
      <w:r w:rsidRPr="00CE758F">
        <w:rPr>
          <w:rFonts w:ascii="Baskerville Old Face" w:hAnsi="Baskerville Old Face"/>
          <w:bCs/>
          <w:sz w:val="28"/>
          <w:szCs w:val="28"/>
        </w:rPr>
        <w:t>’ it out, hen. It’s no’ a code. It’s a room that kens what it’s for.”</w:t>
      </w:r>
    </w:p>
    <w:p w14:paraId="7B3A446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watched the clerk lift the muslin cloth off the jug, fold it once, and set it down beside the tray.</w:t>
      </w:r>
    </w:p>
    <w:p w14:paraId="055E55C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“Who’s next.”</w:t>
      </w:r>
    </w:p>
    <w:p w14:paraId="0F0E1FB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ken who’s next.”</w:t>
      </w:r>
    </w:p>
    <w:p w14:paraId="2BE2A61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did. He had known since Crassus had said the word </w:t>
      </w:r>
      <w:r w:rsidRPr="00CE758F">
        <w:rPr>
          <w:rFonts w:ascii="Baskerville Old Face" w:hAnsi="Baskerville Old Face"/>
          <w:bCs/>
          <w:i/>
          <w:sz w:val="28"/>
          <w:szCs w:val="28"/>
        </w:rPr>
        <w:t>blindness</w:t>
      </w:r>
      <w:r w:rsidRPr="00CE758F">
        <w:rPr>
          <w:rFonts w:ascii="Baskerville Old Face" w:hAnsi="Baskerville Old Face"/>
          <w:bCs/>
          <w:sz w:val="28"/>
          <w:szCs w:val="28"/>
        </w:rPr>
        <w:t xml:space="preserve"> in front of twelve men in shirtsleeves, and he had spent whatever the interval had been — an hour, a minute; the room did not have that kind of time in it — constructing, out of habit, the position he would take. He had the position. It was a good one. It had a document in it, and a date, and a certificate, and a solicitor’s advice, and it was the position he had held for eleven months in the living world and would have held, he thought, for the rest of his life.</w:t>
      </w:r>
    </w:p>
    <w:p w14:paraId="310988B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w:t>
      </w:r>
    </w:p>
    <w:p w14:paraId="55CE59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685AC3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“Is he deid?”</w:t>
      </w:r>
    </w:p>
    <w:p w14:paraId="7CFFCA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turned her head and looked at him for a second, and there was something in her face he had not seen there before, which was surprise.</w:t>
      </w:r>
    </w:p>
    <w:p w14:paraId="7C079EAE" w14:textId="7FA2F75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 she said. “God, no. He’s fifty-one and he’s fit as a flea.” She smoothed her skirt over her knees. “He’s asleep in his bed in Tennant. It’s twenty past three in the </w:t>
      </w:r>
      <w:r w:rsidR="007D42BA" w:rsidRPr="00CE758F">
        <w:rPr>
          <w:rFonts w:ascii="Baskerville Old Face" w:hAnsi="Baskerville Old Face"/>
          <w:bCs/>
          <w:sz w:val="28"/>
          <w:szCs w:val="28"/>
        </w:rPr>
        <w:t>morning</w:t>
      </w:r>
      <w:r w:rsidRPr="00CE758F">
        <w:rPr>
          <w:rFonts w:ascii="Baskerville Old Face" w:hAnsi="Baskerville Old Face"/>
          <w:bCs/>
          <w:sz w:val="28"/>
          <w:szCs w:val="28"/>
        </w:rPr>
        <w:t>’ there.”</w:t>
      </w:r>
    </w:p>
    <w:p w14:paraId="4B5F7CD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sat with that.</w:t>
      </w:r>
    </w:p>
    <w:p w14:paraId="2945E34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how —“</w:t>
      </w:r>
    </w:p>
    <w:p w14:paraId="792E09F0" w14:textId="5D1F363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“They come as they are.” She said it the way you would explain the running of a bus. “The deid come whole, and they mind it after, though there’s nothing they can dae wi’ the </w:t>
      </w:r>
      <w:r w:rsidR="007D42BA" w:rsidRPr="00CE758F">
        <w:rPr>
          <w:rFonts w:ascii="Baskerville Old Face" w:hAnsi="Baskerville Old Face"/>
          <w:bCs/>
          <w:sz w:val="28"/>
          <w:szCs w:val="28"/>
        </w:rPr>
        <w:t>minding</w:t>
      </w:r>
      <w:r w:rsidRPr="00CE758F">
        <w:rPr>
          <w:rFonts w:ascii="Baskerville Old Face" w:hAnsi="Baskerville Old Face"/>
          <w:bCs/>
          <w:sz w:val="28"/>
          <w:szCs w:val="28"/>
        </w:rPr>
        <w:t xml:space="preserve">’. The livin’ come out o’ their beds, and they come as they were when they were lifted, and they </w:t>
      </w:r>
      <w:r w:rsidRPr="00CE758F">
        <w:rPr>
          <w:rFonts w:ascii="Baskerville Old Face" w:hAnsi="Baskerville Old Face"/>
          <w:bCs/>
          <w:i/>
          <w:sz w:val="28"/>
          <w:szCs w:val="28"/>
        </w:rPr>
        <w:t>dinnae</w:t>
      </w:r>
      <w:r w:rsidRPr="00CE758F">
        <w:rPr>
          <w:rFonts w:ascii="Baskerville Old Face" w:hAnsi="Baskerville Old Face"/>
          <w:bCs/>
          <w:sz w:val="28"/>
          <w:szCs w:val="28"/>
        </w:rPr>
        <w:t xml:space="preserve"> mind it after. No’ properly. It gets left on them the way a dream gets left on ye.” She glanced at him. “The wee man wi’ the arms. Mawson.”</w:t>
      </w:r>
    </w:p>
    <w:p w14:paraId="76403D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“Ted.”</w:t>
      </w:r>
    </w:p>
    <w:p w14:paraId="1993177E" w14:textId="06BCF4F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“His wife woke at four in the </w:t>
      </w:r>
      <w:r w:rsidR="007D42BA" w:rsidRPr="00CE758F">
        <w:rPr>
          <w:rFonts w:ascii="Baskerville Old Face" w:hAnsi="Baskerville Old Face"/>
          <w:bCs/>
          <w:sz w:val="28"/>
          <w:szCs w:val="28"/>
        </w:rPr>
        <w:t>morning</w:t>
      </w:r>
      <w:r w:rsidRPr="00CE758F">
        <w:rPr>
          <w:rFonts w:ascii="Baskerville Old Face" w:hAnsi="Baskerville Old Face"/>
          <w:bCs/>
          <w:sz w:val="28"/>
          <w:szCs w:val="28"/>
        </w:rPr>
        <w:t xml:space="preserve">’ three weeks past and shook him and telt him a thing to say to ye when he saw ye.” Maggie looked ahead at the empty chair. “She’ll never </w:t>
      </w:r>
      <w:r w:rsidRPr="00CE758F">
        <w:rPr>
          <w:rFonts w:ascii="Baskerville Old Face" w:hAnsi="Baskerville Old Face"/>
          <w:bCs/>
          <w:sz w:val="28"/>
          <w:szCs w:val="28"/>
        </w:rPr>
        <w:lastRenderedPageBreak/>
        <w:t>ken why she did it. She’ll just aye have been a woman that woke up at four and said a thing.”</w:t>
      </w:r>
    </w:p>
    <w:p w14:paraId="3AF8F1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put his hand over his mouth.</w:t>
      </w:r>
    </w:p>
    <w:p w14:paraId="7B48175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he’ll no’ remember bein’ here.”</w:t>
      </w:r>
    </w:p>
    <w:p w14:paraId="17B565D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250FAF5C" w14:textId="7E9644E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“He’ll no’ remember </w:t>
      </w:r>
      <w:r w:rsidR="007D42BA" w:rsidRPr="00CE758F">
        <w:rPr>
          <w:rFonts w:ascii="Baskerville Old Face" w:hAnsi="Baskerville Old Face"/>
          <w:bCs/>
          <w:sz w:val="28"/>
          <w:szCs w:val="28"/>
        </w:rPr>
        <w:t>anything</w:t>
      </w:r>
      <w:r w:rsidRPr="00CE758F">
        <w:rPr>
          <w:rFonts w:ascii="Baskerville Old Face" w:hAnsi="Baskerville Old Face"/>
          <w:bCs/>
          <w:sz w:val="28"/>
          <w:szCs w:val="28"/>
        </w:rPr>
        <w:t>’ I say to him.”</w:t>
      </w:r>
    </w:p>
    <w:p w14:paraId="65C72B3F" w14:textId="7586093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 hen.” And then, without any softening at all, because she never softened anything and it was the only mercy she had: “That’s the shape o’ the thing. Whatever’s tae be said between you and that man’s tae be said in a kitchen in the Northern Territory, by two men wi’ their boots on, wi’ nothin’ </w:t>
      </w:r>
      <w:r w:rsidR="007D42BA" w:rsidRPr="00CE758F">
        <w:rPr>
          <w:rFonts w:ascii="Baskerville Old Face" w:hAnsi="Baskerville Old Face"/>
          <w:bCs/>
          <w:sz w:val="28"/>
          <w:szCs w:val="28"/>
        </w:rPr>
        <w:t>helping</w:t>
      </w:r>
      <w:r w:rsidRPr="00CE758F">
        <w:rPr>
          <w:rFonts w:ascii="Baskerville Old Face" w:hAnsi="Baskerville Old Face"/>
          <w:bCs/>
          <w:sz w:val="28"/>
          <w:szCs w:val="28"/>
        </w:rPr>
        <w:t xml:space="preserve">’. Or it </w:t>
      </w:r>
      <w:r w:rsidR="003D23A4" w:rsidRPr="00CE758F">
        <w:rPr>
          <w:rFonts w:ascii="Baskerville Old Face" w:hAnsi="Baskerville Old Face"/>
          <w:bCs/>
          <w:sz w:val="28"/>
          <w:szCs w:val="28"/>
        </w:rPr>
        <w:t>doesnae</w:t>
      </w:r>
      <w:r w:rsidRPr="00CE758F">
        <w:rPr>
          <w:rFonts w:ascii="Baskerville Old Face" w:hAnsi="Baskerville Old Face"/>
          <w:bCs/>
          <w:sz w:val="28"/>
          <w:szCs w:val="28"/>
        </w:rPr>
        <w:t xml:space="preserve"> get said.”</w:t>
      </w:r>
    </w:p>
    <w:p w14:paraId="4ADBD08D" w14:textId="2B94B28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came in</w:t>
      </w:r>
      <w:r w:rsidR="00610D46">
        <w:rPr>
          <w:rFonts w:ascii="Baskerville Old Face" w:hAnsi="Baskerville Old Face"/>
          <w:bCs/>
          <w:sz w:val="28"/>
          <w:szCs w:val="28"/>
        </w:rPr>
        <w:t>,</w:t>
      </w:r>
      <w:r w:rsidRPr="00CE758F">
        <w:rPr>
          <w:rFonts w:ascii="Baskerville Old Face" w:hAnsi="Baskerville Old Face"/>
          <w:bCs/>
          <w:sz w:val="28"/>
          <w:szCs w:val="28"/>
        </w:rPr>
        <w:t xml:space="preserve"> barefoot.</w:t>
      </w:r>
    </w:p>
    <w:p w14:paraId="6DDC951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 was the first thing, and it went into Finian like the point of something. Narrah Peterson came through the door of the Court of the Unseen at twenty past three in the morning in a grey singlet and a pair of old work trousers with the belt not through all the loops, because that is what a man of fifty-one wears asleep in a house in Tennant Creek in June, and his feet were bare, and his feet were the feet of a man who had spent sixty per cent of his life without shoes on: broad </w:t>
      </w:r>
      <w:r w:rsidRPr="00CE758F">
        <w:rPr>
          <w:rFonts w:ascii="Baskerville Old Face" w:hAnsi="Baskerville Old Face"/>
          <w:bCs/>
          <w:sz w:val="28"/>
          <w:szCs w:val="28"/>
        </w:rPr>
        <w:lastRenderedPageBreak/>
        <w:t>across the toes, the soles pale and cracked at the heel, the second toe longer than the first.</w:t>
      </w:r>
    </w:p>
    <w:p w14:paraId="4250E52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not embarrassed. That was the second thing. He stopped inside the door and looked round the room — up at the fan, along the twelve, at the old bald man on the bench, at the jug — with the unhurried attention of a man arriving at a job site to see what he had been given to work with, and then he found Finian at the table and stopped.</w:t>
      </w:r>
    </w:p>
    <w:p w14:paraId="3473F9C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looked at each other for four seconds.</w:t>
      </w:r>
    </w:p>
    <w:p w14:paraId="60426E1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Narrah said, “Well,” in a tone that could have gone anywhere at all, and did not go anywhere, and Socrates said, “Please. There is a chair,” and Narrah went and sat in it and put his hands on his knees.</w:t>
      </w:r>
    </w:p>
    <w:p w14:paraId="6F86023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right if I ask what this is?” he said.</w:t>
      </w:r>
    </w:p>
    <w:p w14:paraId="030F784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may ask,” said Socrates. “The answer will not be much use to you. You are dreaming, in a sense which is accurate but not helpful. This man is dying in a hospital in Alice Springs. We are trying to establish what his life was.”</w:t>
      </w:r>
    </w:p>
    <w:p w14:paraId="0386318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took this in. He looked over at Finian again.</w:t>
      </w:r>
    </w:p>
    <w:p w14:paraId="4E26096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crook?”</w:t>
      </w:r>
    </w:p>
    <w:p w14:paraId="2444196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is.”</w:t>
      </w:r>
    </w:p>
    <w:p w14:paraId="638EDF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“Head?”</w:t>
      </w:r>
    </w:p>
    <w:p w14:paraId="7B20367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“Yes.”</w:t>
      </w:r>
    </w:p>
    <w:p w14:paraId="1DD669B2" w14:textId="1D851D2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 Narrah nodded slowly, twice. “He was always g</w:t>
      </w:r>
      <w:r w:rsidR="003D23A4">
        <w:rPr>
          <w:rFonts w:ascii="Baskerville Old Face" w:hAnsi="Baskerville Old Face"/>
          <w:bCs/>
          <w:sz w:val="28"/>
          <w:szCs w:val="28"/>
        </w:rPr>
        <w:t>o</w:t>
      </w:r>
      <w:r w:rsidRPr="00CE758F">
        <w:rPr>
          <w:rFonts w:ascii="Baskerville Old Face" w:hAnsi="Baskerville Old Face"/>
          <w:bCs/>
          <w:sz w:val="28"/>
          <w:szCs w:val="28"/>
        </w:rPr>
        <w:t>nna go off a road, that bloke. Never looked where he was.”</w:t>
      </w:r>
    </w:p>
    <w:p w14:paraId="45A18BE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small sound from the jury box; one of the twelve, the young one at the end, had made a noise and turned it into a cough. Finian, who had waited a lifetime to be found out, discovered that he had never once been frightened of the right thing.</w:t>
      </w:r>
    </w:p>
    <w:p w14:paraId="0F8EE44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rose.</w:t>
      </w:r>
    </w:p>
    <w:p w14:paraId="77D9278D" w14:textId="660429C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3D23A4" w:rsidRPr="00CE758F">
        <w:rPr>
          <w:rFonts w:ascii="Baskerville Old Face" w:hAnsi="Baskerville Old Face"/>
          <w:bCs/>
          <w:sz w:val="28"/>
          <w:szCs w:val="28"/>
        </w:rPr>
        <w:t>Mr.</w:t>
      </w:r>
      <w:r w:rsidRPr="00CE758F">
        <w:rPr>
          <w:rFonts w:ascii="Baskerville Old Face" w:hAnsi="Baskerville Old Face"/>
          <w:bCs/>
          <w:sz w:val="28"/>
          <w:szCs w:val="28"/>
        </w:rPr>
        <w:t xml:space="preserve"> Peterson.”</w:t>
      </w:r>
    </w:p>
    <w:p w14:paraId="60CF34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w:t>
      </w:r>
    </w:p>
    <w:p w14:paraId="08162CF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am going to ask you about a number of days. I will be as short as I can, and I will not ask you the thing everybody else has asked you.” He put his hands behind his back. “Nineteen sixty-four. The eastern run. You spent four days recovering a truck with the defendant.”</w:t>
      </w:r>
    </w:p>
    <w:p w14:paraId="55C8B68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“Four days, yeah.”</w:t>
      </w:r>
    </w:p>
    <w:p w14:paraId="100F6A5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“Was he good company?”</w:t>
      </w:r>
    </w:p>
    <w:p w14:paraId="3A6EFA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thought about it properly. He was a man who did not answer until he had.</w:t>
      </w:r>
    </w:p>
    <w:p w14:paraId="4E7C7169" w14:textId="368D27B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“Yeah,” he said. “He was, but. Funny bloke. Talked all day. Couldn’t shut him up.” A short breath through the nose </w:t>
      </w:r>
      <w:r w:rsidRPr="00CE758F">
        <w:rPr>
          <w:rFonts w:ascii="Baskerville Old Face" w:hAnsi="Baskerville Old Face"/>
          <w:bCs/>
          <w:sz w:val="28"/>
          <w:szCs w:val="28"/>
        </w:rPr>
        <w:lastRenderedPageBreak/>
        <w:t xml:space="preserve">that was almost a laugh. “Reckoned he had a plan for everything. Reckoned he was </w:t>
      </w:r>
      <w:r w:rsidR="00B772E6" w:rsidRPr="00CE758F">
        <w:rPr>
          <w:rFonts w:ascii="Baskerville Old Face" w:hAnsi="Baskerville Old Face"/>
          <w:bCs/>
          <w:sz w:val="28"/>
          <w:szCs w:val="28"/>
        </w:rPr>
        <w:t>g</w:t>
      </w:r>
      <w:r w:rsidR="00B772E6">
        <w:rPr>
          <w:rFonts w:ascii="Baskerville Old Face" w:hAnsi="Baskerville Old Face"/>
          <w:bCs/>
          <w:sz w:val="28"/>
          <w:szCs w:val="28"/>
        </w:rPr>
        <w:t>o</w:t>
      </w:r>
      <w:r w:rsidR="00B772E6" w:rsidRPr="00CE758F">
        <w:rPr>
          <w:rFonts w:ascii="Baskerville Old Face" w:hAnsi="Baskerville Old Face"/>
          <w:bCs/>
          <w:sz w:val="28"/>
          <w:szCs w:val="28"/>
        </w:rPr>
        <w:t>nnae</w:t>
      </w:r>
      <w:r w:rsidRPr="00CE758F">
        <w:rPr>
          <w:rFonts w:ascii="Baskerville Old Face" w:hAnsi="Baskerville Old Face"/>
          <w:bCs/>
          <w:sz w:val="28"/>
          <w:szCs w:val="28"/>
        </w:rPr>
        <w:t xml:space="preserve"> own the country.”</w:t>
      </w:r>
    </w:p>
    <w:p w14:paraId="1717A01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 like him?”</w:t>
      </w:r>
    </w:p>
    <w:p w14:paraId="0064544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w:t>
      </w:r>
    </w:p>
    <w:p w14:paraId="24016F0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“Do you like him now?”</w:t>
      </w:r>
    </w:p>
    <w:p w14:paraId="660C129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fan went round twice.</w:t>
      </w:r>
    </w:p>
    <w:p w14:paraId="7833016D" w14:textId="2F4185F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 said Narrah. “But that’s not — “ He stopped, and started again, because he was careful with words in a way that Finian had spent thirty years mistaking for slowness. “It’s not about likin’. You can like a bloke and he’s still </w:t>
      </w:r>
      <w:r w:rsidR="00B772E6" w:rsidRPr="00CE758F">
        <w:rPr>
          <w:rFonts w:ascii="Baskerville Old Face" w:hAnsi="Baskerville Old Face"/>
          <w:bCs/>
          <w:sz w:val="28"/>
          <w:szCs w:val="28"/>
        </w:rPr>
        <w:t>doing</w:t>
      </w:r>
      <w:r w:rsidRPr="00CE758F">
        <w:rPr>
          <w:rFonts w:ascii="Baskerville Old Face" w:hAnsi="Baskerville Old Face"/>
          <w:bCs/>
          <w:sz w:val="28"/>
          <w:szCs w:val="28"/>
        </w:rPr>
        <w:t xml:space="preserve">’ what he’s </w:t>
      </w:r>
      <w:r w:rsidR="00B772E6" w:rsidRPr="00CE758F">
        <w:rPr>
          <w:rFonts w:ascii="Baskerville Old Face" w:hAnsi="Baskerville Old Face"/>
          <w:bCs/>
          <w:sz w:val="28"/>
          <w:szCs w:val="28"/>
        </w:rPr>
        <w:t>doing</w:t>
      </w:r>
      <w:r w:rsidRPr="00CE758F">
        <w:rPr>
          <w:rFonts w:ascii="Baskerville Old Face" w:hAnsi="Baskerville Old Face"/>
          <w:bCs/>
          <w:sz w:val="28"/>
          <w:szCs w:val="28"/>
        </w:rPr>
        <w:t>’. Likin’ him don’t stop nothin’. That’s the thing about it, eh.”</w:t>
      </w:r>
    </w:p>
    <w:p w14:paraId="57CA9E1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 the fourth day,” Crassus said, “you showed him water.”</w:t>
      </w:r>
    </w:p>
    <w:p w14:paraId="1320D7E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w:t>
      </w:r>
    </w:p>
    <w:p w14:paraId="6E07FE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“Describe it, please.”</w:t>
      </w:r>
    </w:p>
    <w:p w14:paraId="43C9D38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“Little soak out east of the camp. Dry, top of it. Looked like nothin’.” He turned one hand over. “Sand. You wouldn’t stop there.”</w:t>
      </w:r>
    </w:p>
    <w:p w14:paraId="30C4E17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you opened it.”</w:t>
      </w:r>
    </w:p>
    <w:p w14:paraId="0C0B9D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“Kicked it a couple of times, dug down about that far.” He held his palms apart. “Six foot. Good water. Best water round there.”</w:t>
      </w:r>
    </w:p>
    <w:p w14:paraId="34B3906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did you show him?”</w:t>
      </w:r>
    </w:p>
    <w:p w14:paraId="67B8BCC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Narrah Peterson, sitting barefoot in a chair in a room that did not exist, said the thing that Finian had never once, in thirty-one years, considered as a possibility.</w:t>
      </w:r>
    </w:p>
    <w:p w14:paraId="352FF371" w14:textId="0B50B73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B772E6" w:rsidRPr="00CE758F">
        <w:rPr>
          <w:rFonts w:ascii="Baskerville Old Face" w:hAnsi="Baskerville Old Face"/>
          <w:bCs/>
          <w:sz w:val="28"/>
          <w:szCs w:val="28"/>
        </w:rPr>
        <w:t>Cause</w:t>
      </w:r>
      <w:r w:rsidRPr="00CE758F">
        <w:rPr>
          <w:rFonts w:ascii="Baskerville Old Face" w:hAnsi="Baskerville Old Face"/>
          <w:bCs/>
          <w:sz w:val="28"/>
          <w:szCs w:val="28"/>
        </w:rPr>
        <w:t xml:space="preserve"> he was thirsty.”</w:t>
      </w:r>
    </w:p>
    <w:p w14:paraId="0B9B10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let it sit there.</w:t>
      </w:r>
    </w:p>
    <w:p w14:paraId="56CBCED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 to instruct him.”</w:t>
      </w:r>
    </w:p>
    <w:p w14:paraId="63CB6C5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“Nah.”</w:t>
      </w:r>
    </w:p>
    <w:p w14:paraId="0E083C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 to demonstrate anything about the country.”</w:t>
      </w:r>
    </w:p>
    <w:p w14:paraId="6CF538A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“Mate, he was </w:t>
      </w:r>
      <w:r w:rsidRPr="00CE758F">
        <w:rPr>
          <w:rFonts w:ascii="Baskerville Old Face" w:hAnsi="Baskerville Old Face"/>
          <w:bCs/>
          <w:i/>
          <w:sz w:val="28"/>
          <w:szCs w:val="28"/>
        </w:rPr>
        <w:t>thirsty</w:t>
      </w:r>
      <w:r w:rsidRPr="00CE758F">
        <w:rPr>
          <w:rFonts w:ascii="Baskerville Old Face" w:hAnsi="Baskerville Old Face"/>
          <w:bCs/>
          <w:sz w:val="28"/>
          <w:szCs w:val="28"/>
        </w:rPr>
        <w:t>.” Narrah looked genuinely puzzled, and it was the puzzlement that did the damage; there was no performance anywhere in it. “It was hot. He’d been out on that truck four days. There’s water there. You give a man a drink.”</w:t>
      </w:r>
    </w:p>
    <w:p w14:paraId="168C69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on the same day, you took him to the foot of a ridge.”</w:t>
      </w:r>
    </w:p>
    <w:p w14:paraId="23BC965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change in the room was very slight. Narrah did not move, but something in him went still, the way a man’s hands go still on a wheel.</w:t>
      </w:r>
    </w:p>
    <w:p w14:paraId="14E1179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“Yeah.”</w:t>
      </w:r>
    </w:p>
    <w:p w14:paraId="1A5309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showed him a green line at the base of it.”</w:t>
      </w:r>
    </w:p>
    <w:p w14:paraId="7EA7C59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w:t>
      </w:r>
    </w:p>
    <w:p w14:paraId="0553CFC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told him not to drill there.”</w:t>
      </w:r>
    </w:p>
    <w:p w14:paraId="7B55E4D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w:t>
      </w:r>
    </w:p>
    <w:p w14:paraId="293A1CF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did not tell him why.”</w:t>
      </w:r>
    </w:p>
    <w:p w14:paraId="35764DE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169781C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“Would you tell this court why?”</w:t>
      </w:r>
    </w:p>
    <w:p w14:paraId="4D5A16C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1429346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inclined his head — not fighting it, and not, Finian saw, in the least surprised.</w:t>
      </w:r>
    </w:p>
    <w:p w14:paraId="0BCB1D6C" w14:textId="4A64F94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B772E6" w:rsidRPr="00CE758F">
        <w:rPr>
          <w:rFonts w:ascii="Baskerville Old Face" w:hAnsi="Baskerville Old Face"/>
          <w:bCs/>
          <w:sz w:val="28"/>
          <w:szCs w:val="28"/>
        </w:rPr>
        <w:t>Mr.</w:t>
      </w:r>
      <w:r w:rsidRPr="00CE758F">
        <w:rPr>
          <w:rFonts w:ascii="Baskerville Old Face" w:hAnsi="Baskerville Old Face"/>
          <w:bCs/>
          <w:sz w:val="28"/>
          <w:szCs w:val="28"/>
        </w:rPr>
        <w:t xml:space="preserve"> Peterson, I should tell you that this is not an earthly court, and that a great many rules do not apply here, and that if I were to press —“</w:t>
      </w:r>
    </w:p>
    <w:p w14:paraId="0A3463D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can press.”</w:t>
      </w:r>
    </w:p>
    <w:p w14:paraId="16E7245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and if I were to press, and if the bench were to direct you —“</w:t>
      </w:r>
    </w:p>
    <w:p w14:paraId="3C6B0E4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can direct me.”</w:t>
      </w:r>
    </w:p>
    <w:p w14:paraId="720EA0D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said, mildly, “I am not going to direct you.”</w:t>
      </w:r>
    </w:p>
    <w:p w14:paraId="363E228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turned. It was the only time in the entire trial that Finian saw him look at the bench with something other than professional courtesy.</w:t>
      </w:r>
    </w:p>
    <w:p w14:paraId="08BFE37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is a witness.”</w:t>
      </w:r>
    </w:p>
    <w:p w14:paraId="44865C8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is.” Socrates had his hands folded on the wood in front of him. “And the whole of your case, as I understand it, is that a man was offered a thing which was not information, and insisted on treating it as information, and lost it. I am not going to sit here and prove your case by making the same mistake in a louder voice.” He looked at Narrah, and he looked at him for slightly longer than he had looked at anybody. “You need not say it. Not here, not to me, not to twelve men, not to him.”</w:t>
      </w:r>
    </w:p>
    <w:p w14:paraId="7199143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“Ta,” said Narrah.</w:t>
      </w:r>
    </w:p>
    <w:p w14:paraId="18A871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“Do not thank me,” said Socrates. “It has been the one useful thing I have said in two and a half thousand years, and I have said it perhaps nine times.”</w:t>
      </w:r>
    </w:p>
    <w:p w14:paraId="1117CD5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stood for a moment with his hands behind his back.</w:t>
      </w:r>
    </w:p>
    <w:p w14:paraId="592E3EA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“Very well,” he said. “I do not need the name.”</w:t>
      </w:r>
    </w:p>
    <w:p w14:paraId="5E266CA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turned to the twelve.</w:t>
      </w:r>
    </w:p>
    <w:p w14:paraId="032310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have never needed the name.” His voice did not rise. “Neither did he. That is the whole of it, and I could sit down now, but I am paid — “ he paused, and there was a flicker of the old dry thing “ — I </w:t>
      </w:r>
      <w:r w:rsidRPr="00CE758F">
        <w:rPr>
          <w:rFonts w:ascii="Baskerville Old Face" w:hAnsi="Baskerville Old Face"/>
          <w:bCs/>
          <w:i/>
          <w:sz w:val="28"/>
          <w:szCs w:val="28"/>
        </w:rPr>
        <w:t>was</w:t>
      </w:r>
      <w:r w:rsidRPr="00CE758F">
        <w:rPr>
          <w:rFonts w:ascii="Baskerville Old Face" w:hAnsi="Baskerville Old Face"/>
          <w:bCs/>
          <w:sz w:val="28"/>
          <w:szCs w:val="28"/>
        </w:rPr>
        <w:t xml:space="preserve"> paid, once, to be thorough.”</w:t>
      </w:r>
    </w:p>
    <w:p w14:paraId="509A7CC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eleventh of April, nineteen ninety-five.”</w:t>
      </w:r>
    </w:p>
    <w:p w14:paraId="51B1602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w:t>
      </w:r>
    </w:p>
    <w:p w14:paraId="1CC319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stood at a wire fence for six hours.”</w:t>
      </w:r>
    </w:p>
    <w:p w14:paraId="03C39DE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“Six and a bit.”</w:t>
      </w:r>
    </w:p>
    <w:p w14:paraId="028E963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“Describe the fence.”</w:t>
      </w:r>
    </w:p>
    <w:p w14:paraId="3325A54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shrugged. “One strand. Droppers. Old boundary fence, from when they run cattle out there in the fifties.” A pause. “You could step over it.”</w:t>
      </w:r>
    </w:p>
    <w:p w14:paraId="4641905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“Could you?”</w:t>
      </w:r>
    </w:p>
    <w:p w14:paraId="5C4A853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w:t>
      </w:r>
    </w:p>
    <w:p w14:paraId="31E63AC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w:t>
      </w:r>
    </w:p>
    <w:p w14:paraId="6869679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2EB7E5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not?”</w:t>
      </w:r>
    </w:p>
    <w:p w14:paraId="5FE82FDA" w14:textId="6B245A7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B772E6" w:rsidRPr="00CE758F">
        <w:rPr>
          <w:rFonts w:ascii="Baskerville Old Face" w:hAnsi="Baskerville Old Face"/>
          <w:bCs/>
          <w:sz w:val="28"/>
          <w:szCs w:val="28"/>
        </w:rPr>
        <w:t>Cause</w:t>
      </w:r>
      <w:r w:rsidRPr="00CE758F">
        <w:rPr>
          <w:rFonts w:ascii="Baskerville Old Face" w:hAnsi="Baskerville Old Face"/>
          <w:bCs/>
          <w:sz w:val="28"/>
          <w:szCs w:val="28"/>
        </w:rPr>
        <w:t xml:space="preserve"> there was coppers,” said Narrah, “and </w:t>
      </w:r>
      <w:r w:rsidR="00B772E6" w:rsidRPr="00CE758F">
        <w:rPr>
          <w:rFonts w:ascii="Baskerville Old Face" w:hAnsi="Baskerville Old Face"/>
          <w:bCs/>
          <w:sz w:val="28"/>
          <w:szCs w:val="28"/>
        </w:rPr>
        <w:t>cause</w:t>
      </w:r>
      <w:r w:rsidRPr="00CE758F">
        <w:rPr>
          <w:rFonts w:ascii="Baskerville Old Face" w:hAnsi="Baskerville Old Face"/>
          <w:bCs/>
          <w:sz w:val="28"/>
          <w:szCs w:val="28"/>
        </w:rPr>
        <w:t xml:space="preserve"> if I step over it I’m the bloke that stepped over the fence, and then it’s about me </w:t>
      </w:r>
      <w:r w:rsidR="00B772E6" w:rsidRPr="00CE758F">
        <w:rPr>
          <w:rFonts w:ascii="Baskerville Old Face" w:hAnsi="Baskerville Old Face"/>
          <w:bCs/>
          <w:sz w:val="28"/>
          <w:szCs w:val="28"/>
        </w:rPr>
        <w:t>stepping</w:t>
      </w:r>
      <w:r w:rsidRPr="00CE758F">
        <w:rPr>
          <w:rFonts w:ascii="Baskerville Old Face" w:hAnsi="Baskerville Old Face"/>
          <w:bCs/>
          <w:sz w:val="28"/>
          <w:szCs w:val="28"/>
        </w:rPr>
        <w:t xml:space="preserve">’ over a fence, and it’s not about the ridge no more.” He rubbed his thumb along his knee. “That’s how it goes. You give ’em a bloke </w:t>
      </w:r>
      <w:r w:rsidR="00B772E6" w:rsidRPr="00CE758F">
        <w:rPr>
          <w:rFonts w:ascii="Baskerville Old Face" w:hAnsi="Baskerville Old Face"/>
          <w:bCs/>
          <w:sz w:val="28"/>
          <w:szCs w:val="28"/>
        </w:rPr>
        <w:t>stepping</w:t>
      </w:r>
      <w:r w:rsidRPr="00CE758F">
        <w:rPr>
          <w:rFonts w:ascii="Baskerville Old Face" w:hAnsi="Baskerville Old Face"/>
          <w:bCs/>
          <w:sz w:val="28"/>
          <w:szCs w:val="28"/>
        </w:rPr>
        <w:t>’ over a fence and that’s the whole story then. You seen it.”</w:t>
      </w:r>
    </w:p>
    <w:p w14:paraId="6980A81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had thought about this.”</w:t>
      </w:r>
    </w:p>
    <w:p w14:paraId="07BC8745" w14:textId="27EAEE2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“Been </w:t>
      </w:r>
      <w:r w:rsidR="00A3582E" w:rsidRPr="00CE758F">
        <w:rPr>
          <w:rFonts w:ascii="Baskerville Old Face" w:hAnsi="Baskerville Old Face"/>
          <w:bCs/>
          <w:sz w:val="28"/>
          <w:szCs w:val="28"/>
        </w:rPr>
        <w:t>thinking</w:t>
      </w:r>
      <w:r w:rsidRPr="00CE758F">
        <w:rPr>
          <w:rFonts w:ascii="Baskerville Old Face" w:hAnsi="Baskerville Old Face"/>
          <w:bCs/>
          <w:sz w:val="28"/>
          <w:szCs w:val="28"/>
        </w:rPr>
        <w:t>’ about it thirty years.”</w:t>
      </w:r>
    </w:p>
    <w:p w14:paraId="669E158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were you wearing?”</w:t>
      </w:r>
    </w:p>
    <w:p w14:paraId="59AD47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Finian, at the table, put both hands flat on the wood.</w:t>
      </w:r>
    </w:p>
    <w:p w14:paraId="6790160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“Shirt,” said Narrah.</w:t>
      </w:r>
    </w:p>
    <w:p w14:paraId="1DA93F5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shirt?”</w:t>
      </w:r>
    </w:p>
    <w:p w14:paraId="00EED22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“Blue check shirt.”</w:t>
      </w:r>
    </w:p>
    <w:p w14:paraId="6501FAB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“Where did you get it?”</w:t>
      </w:r>
    </w:p>
    <w:p w14:paraId="17FB12D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give it me.” A movement of the head towards the table, not a look. “Seventy-nine.”</w:t>
      </w:r>
    </w:p>
    <w:p w14:paraId="160DE24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he give it to you, or did you buy it from him?”</w:t>
      </w:r>
    </w:p>
    <w:p w14:paraId="2DAE65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“Give it me. Christmas. He give everyone a shirt that year, all the blokes, and he give me a good one.” Narrah said this without any edge on it at all, which was worse. “Better than the others. I knew it was better.”</w:t>
      </w:r>
    </w:p>
    <w:p w14:paraId="1667AAD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much did it cost?”</w:t>
      </w:r>
    </w:p>
    <w:p w14:paraId="221100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“Dunno. Fourteen quid? Bit more.”</w:t>
      </w:r>
    </w:p>
    <w:p w14:paraId="015B48E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“Where was it made?”</w:t>
      </w:r>
    </w:p>
    <w:p w14:paraId="260869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“Melbourne, I reckon. It had a label.”</w:t>
      </w:r>
    </w:p>
    <w:p w14:paraId="2BD2E42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many times had it been washed by the eleventh of April, nineteen ninety-five?”</w:t>
      </w:r>
    </w:p>
    <w:p w14:paraId="5486DA4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actually laughed at that — one syllable, and then he answered it, because he was a serious man and it had been asked seriously.</w:t>
      </w:r>
    </w:p>
    <w:p w14:paraId="5471E4B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“Sixteen years. Say twice a month, some months more.” He worked at it. “Four hundred? Bit less. Collar’s gone. Missus turned the collar on it once and then she died and nobody turned it again.”</w:t>
      </w:r>
    </w:p>
    <w:p w14:paraId="306166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 own other shirts?”</w:t>
      </w:r>
    </w:p>
    <w:p w14:paraId="2393F0F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 I got shirts.”</w:t>
      </w:r>
    </w:p>
    <w:p w14:paraId="7D8EEB3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“Newer ones?”</w:t>
      </w:r>
    </w:p>
    <w:p w14:paraId="6EE2C0D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w:t>
      </w:r>
    </w:p>
    <w:p w14:paraId="0C0D284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“Better ones?”</w:t>
      </w:r>
    </w:p>
    <w:p w14:paraId="6FCE6D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“Nah.” Narrah looked up. “That’s the best shirt I ever had. That’s what I’m sayin’, eh. Sixteen years and it’s still the best shirt I ever had.”</w:t>
      </w:r>
    </w:p>
    <w:p w14:paraId="5D526F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stood very still.</w:t>
      </w:r>
    </w:p>
    <w:p w14:paraId="3E97B8F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did you wear it to that fence?”</w:t>
      </w:r>
    </w:p>
    <w:p w14:paraId="5D9F4C4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 he’d know it was me.”</w:t>
      </w:r>
    </w:p>
    <w:p w14:paraId="5AC1BE2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moved.</w:t>
      </w:r>
    </w:p>
    <w:p w14:paraId="55A7AA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was aware of the fan, and of the sound of the young juryman at the end of the box shifting his weight, and of his own breathing, which had gone shallow and high in his chest, and of the fact that his eyes were open and were not seeing the room.</w:t>
      </w:r>
    </w:p>
    <w:p w14:paraId="1C47477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he had seen the shirt.</w:t>
      </w:r>
    </w:p>
    <w:p w14:paraId="758D11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That was the thing. He had known perfectly well, on the eleventh of April, at two-twenty in the afternoon, standing at the gate of his own work site with a police sergeant named Doyle at his shoulder and the compressor running behind him, that the man at the wire was wearing a shirt he recognised. It had gone through him at the time as a small domestic fact, the way you notice that a man is wearing your old coat: </w:t>
      </w:r>
      <w:r w:rsidRPr="00CE758F">
        <w:rPr>
          <w:rFonts w:ascii="Baskerville Old Face" w:hAnsi="Baskerville Old Face"/>
          <w:bCs/>
          <w:i/>
          <w:sz w:val="28"/>
          <w:szCs w:val="28"/>
        </w:rPr>
        <w:t>that’s the Christmas shirts, that’s the seventy-nine batch, God, they lasted.</w:t>
      </w:r>
      <w:r w:rsidRPr="00CE758F">
        <w:rPr>
          <w:rFonts w:ascii="Baskerville Old Face" w:hAnsi="Baskerville Old Face"/>
          <w:bCs/>
          <w:sz w:val="28"/>
          <w:szCs w:val="28"/>
        </w:rPr>
        <w:t xml:space="preserve"> He had thought about the </w:t>
      </w:r>
      <w:r w:rsidRPr="00CE758F">
        <w:rPr>
          <w:rFonts w:ascii="Baskerville Old Face" w:hAnsi="Baskerville Old Face"/>
          <w:bCs/>
          <w:i/>
          <w:sz w:val="28"/>
          <w:szCs w:val="28"/>
        </w:rPr>
        <w:t>shirts</w:t>
      </w:r>
      <w:r w:rsidRPr="00CE758F">
        <w:rPr>
          <w:rFonts w:ascii="Baskerville Old Face" w:hAnsi="Baskerville Old Face"/>
          <w:bCs/>
          <w:sz w:val="28"/>
          <w:szCs w:val="28"/>
        </w:rPr>
        <w:t>. He had thought, for a second and a half, about a bulk order from a supplier in Melbourne, and about the fact that they had been good value, and then he had gone back to the thing he was doing.</w:t>
      </w:r>
    </w:p>
    <w:p w14:paraId="3FE9CA7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been given the message. He had read the envelope and remarked on the quality of the paper.</w:t>
      </w:r>
    </w:p>
    <w:p w14:paraId="070A136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turned to the twelve men.</w:t>
      </w:r>
    </w:p>
    <w:p w14:paraId="2897F3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defendant will tell this court that he was never given a reason,” he said. “The witness came to the fence </w:t>
      </w:r>
      <w:r w:rsidRPr="00CE758F">
        <w:rPr>
          <w:rFonts w:ascii="Baskerville Old Face" w:hAnsi="Baskerville Old Face"/>
          <w:bCs/>
          <w:i/>
          <w:sz w:val="28"/>
          <w:szCs w:val="28"/>
        </w:rPr>
        <w:t>wearing</w:t>
      </w:r>
      <w:r w:rsidRPr="00CE758F">
        <w:rPr>
          <w:rFonts w:ascii="Baskerville Old Face" w:hAnsi="Baskerville Old Face"/>
          <w:bCs/>
          <w:sz w:val="28"/>
          <w:szCs w:val="28"/>
        </w:rPr>
        <w:t xml:space="preserve"> it.”</w:t>
      </w:r>
    </w:p>
    <w:p w14:paraId="685D750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sat down.</w:t>
      </w:r>
    </w:p>
    <w:p w14:paraId="262E3CB1" w14:textId="2CAB75E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A3582E" w:rsidRPr="00CE758F">
        <w:rPr>
          <w:rFonts w:ascii="Baskerville Old Face" w:hAnsi="Baskerville Old Face"/>
          <w:bCs/>
          <w:sz w:val="28"/>
          <w:szCs w:val="28"/>
        </w:rPr>
        <w:t>Mr.</w:t>
      </w:r>
      <w:r w:rsidRPr="00CE758F">
        <w:rPr>
          <w:rFonts w:ascii="Baskerville Old Face" w:hAnsi="Baskerville Old Face"/>
          <w:bCs/>
          <w:sz w:val="28"/>
          <w:szCs w:val="28"/>
        </w:rPr>
        <w:t xml:space="preserve"> Darrow?”</w:t>
      </w:r>
    </w:p>
    <w:p w14:paraId="56DB20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Darrow did not get up. He had a pencil in his hand and he had not written anything with it for some minutes.</w:t>
      </w:r>
    </w:p>
    <w:p w14:paraId="2F6A679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questions,” he said.</w:t>
      </w:r>
    </w:p>
    <w:p w14:paraId="201430B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raised his eyebrows very slightly. “You are entitled to cross-examine.”</w:t>
      </w:r>
    </w:p>
    <w:p w14:paraId="419EC7A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know it.”</w:t>
      </w:r>
    </w:p>
    <w:p w14:paraId="035E61A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have not asked this witness anything.”</w:t>
      </w:r>
    </w:p>
    <w:p w14:paraId="56D62E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sir, I haven’t.” Darrow put the pencil down on the table, exactly parallel to the edge of it, and looked at Narrah, and then at the twelve. “There are three or four things I could ask this man that would help my client a little. I know what they are. I’ve known since he sat down.” He shook his head slowly. “The trouble is that every one of them is a question from a man who wants something. And I’ve listened to what happened to this fellow every single time in his life that a man like me wanted something.”</w:t>
      </w:r>
    </w:p>
    <w:p w14:paraId="71BEBEE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sat back.</w:t>
      </w:r>
    </w:p>
    <w:p w14:paraId="3DAE27B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“He’s been asked enough questions by men who wanted something,” he said. “I’m not adding to the total. My client’s spent his whole life adding to totals.”</w:t>
      </w:r>
    </w:p>
    <w:p w14:paraId="5D3761B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turned his head to look at him.</w:t>
      </w:r>
    </w:p>
    <w:p w14:paraId="30AB899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your defence?” he said, low.</w:t>
      </w:r>
    </w:p>
    <w:p w14:paraId="3FCA018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 said Darrow, without looking round. “That’s my manners. My defence comes later and you’re not going to enjoy that either.”</w:t>
      </w:r>
    </w:p>
    <w:p w14:paraId="3429A862" w14:textId="0D5F5C6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said: “</w:t>
      </w:r>
      <w:r w:rsidR="00A3582E" w:rsidRPr="00CE758F">
        <w:rPr>
          <w:rFonts w:ascii="Baskerville Old Face" w:hAnsi="Baskerville Old Face"/>
          <w:bCs/>
          <w:sz w:val="28"/>
          <w:szCs w:val="28"/>
        </w:rPr>
        <w:t>Mr.</w:t>
      </w:r>
      <w:r w:rsidRPr="00CE758F">
        <w:rPr>
          <w:rFonts w:ascii="Baskerville Old Face" w:hAnsi="Baskerville Old Face"/>
          <w:bCs/>
          <w:sz w:val="28"/>
          <w:szCs w:val="28"/>
        </w:rPr>
        <w:t xml:space="preserve"> Kavanagh. You may put one question to this witness. Only one. I would advise you to think for a moment, and I would advise you further that the question you want to ask is very rarely the question that is worth asking.”</w:t>
      </w:r>
    </w:p>
    <w:p w14:paraId="3D2D81C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 up.</w:t>
      </w:r>
    </w:p>
    <w:p w14:paraId="15D8A8C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not stood up in that room before. His legs did it without consulting him, and he found himself upright with his hands on the table and forty-nine years of the ability to speak in rooms entirely absent, gone, taken out of him like a plug pulled from a floor.</w:t>
      </w:r>
    </w:p>
    <w:p w14:paraId="33CEB87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Narrah looked back at him with mild patience. Barefoot. Belt not through all the loops.</w:t>
      </w:r>
    </w:p>
    <w:p w14:paraId="1C86E06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ye ever,” Finian said, and had to stop and start again. “Was there a time when ye thought o’ me as a friend.”</w:t>
      </w:r>
    </w:p>
    <w:p w14:paraId="7D5CAE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 said Narrah. “Bit over a year.”</w:t>
      </w:r>
    </w:p>
    <w:p w14:paraId="67ABF7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waited. There was more coming. He could see it arriving in the man’s face, the careful assembly of it.</w:t>
      </w:r>
    </w:p>
    <w:p w14:paraId="4B362C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“Sixty-four, sixty-five,” Narrah said. “You were a scrawny little bugger and you couldn’t do nothin’ and you asked me </w:t>
      </w:r>
      <w:r w:rsidRPr="00CE758F">
        <w:rPr>
          <w:rFonts w:ascii="Baskerville Old Face" w:hAnsi="Baskerville Old Face"/>
          <w:bCs/>
          <w:sz w:val="28"/>
          <w:szCs w:val="28"/>
        </w:rPr>
        <w:lastRenderedPageBreak/>
        <w:t xml:space="preserve">stuff and you listened to it.” He turned one hand over on his knee, and turned it back. “Then you got some money. And then you got more money. And then you built that wall.” He looked up. “And when I come to the gate you asked me in to look at the </w:t>
      </w:r>
      <w:r w:rsidRPr="00CE758F">
        <w:rPr>
          <w:rFonts w:ascii="Baskerville Old Face" w:hAnsi="Baskerville Old Face"/>
          <w:bCs/>
          <w:i/>
          <w:sz w:val="28"/>
          <w:szCs w:val="28"/>
        </w:rPr>
        <w:t>bore</w:t>
      </w:r>
      <w:r w:rsidRPr="00CE758F">
        <w:rPr>
          <w:rFonts w:ascii="Baskerville Old Face" w:hAnsi="Baskerville Old Face"/>
          <w:bCs/>
          <w:sz w:val="28"/>
          <w:szCs w:val="28"/>
        </w:rPr>
        <w:t>, mate.”</w:t>
      </w:r>
    </w:p>
    <w:p w14:paraId="7845AD9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Finian.</w:t>
      </w:r>
    </w:p>
    <w:p w14:paraId="242262A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what you had.” Narrah said it almost gently. “That’s all you had to show us, in the end. You had a hole with water in it.”</w:t>
      </w:r>
    </w:p>
    <w:p w14:paraId="562ED1C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stood up, because nobody had told him not to, and the room let him.</w:t>
      </w:r>
    </w:p>
    <w:p w14:paraId="5D324224" w14:textId="2DAE8CD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 </w:t>
      </w:r>
      <w:r w:rsidR="00A3582E" w:rsidRPr="00CE758F">
        <w:rPr>
          <w:rFonts w:ascii="Baskerville Old Face" w:hAnsi="Baskerville Old Face"/>
          <w:bCs/>
          <w:sz w:val="28"/>
          <w:szCs w:val="28"/>
        </w:rPr>
        <w:t>want to</w:t>
      </w:r>
      <w:r w:rsidRPr="00CE758F">
        <w:rPr>
          <w:rFonts w:ascii="Baskerville Old Face" w:hAnsi="Baskerville Old Face"/>
          <w:bCs/>
          <w:sz w:val="28"/>
          <w:szCs w:val="28"/>
        </w:rPr>
        <w:t xml:space="preserve"> know the thing I never worked out?” he said. “You knew where all that water was. You were bloody good at it, best I ever seen, you’d walk over a bit of dirt and go </w:t>
      </w:r>
      <w:r w:rsidRPr="00CE758F">
        <w:rPr>
          <w:rFonts w:ascii="Baskerville Old Face" w:hAnsi="Baskerville Old Face"/>
          <w:bCs/>
          <w:i/>
          <w:sz w:val="28"/>
          <w:szCs w:val="28"/>
        </w:rPr>
        <w:t>there</w:t>
      </w:r>
      <w:r w:rsidRPr="00CE758F">
        <w:rPr>
          <w:rFonts w:ascii="Baskerville Old Face" w:hAnsi="Baskerville Old Face"/>
          <w:bCs/>
          <w:sz w:val="28"/>
          <w:szCs w:val="28"/>
        </w:rPr>
        <w:t xml:space="preserve">, and you’d be right. And you never once —“ and here the careful assembly failed him, and what came out was plain and had thirty years of grit in it — “you never once wanted to know what it was </w:t>
      </w:r>
      <w:r w:rsidRPr="00CE758F">
        <w:rPr>
          <w:rFonts w:ascii="Baskerville Old Face" w:hAnsi="Baskerville Old Face"/>
          <w:bCs/>
          <w:i/>
          <w:sz w:val="28"/>
          <w:szCs w:val="28"/>
        </w:rPr>
        <w:t>for</w:t>
      </w:r>
      <w:r w:rsidRPr="00CE758F">
        <w:rPr>
          <w:rFonts w:ascii="Baskerville Old Face" w:hAnsi="Baskerville Old Face"/>
          <w:bCs/>
          <w:sz w:val="28"/>
          <w:szCs w:val="28"/>
        </w:rPr>
        <w:t>. You just wanted to know where it was.”</w:t>
      </w:r>
    </w:p>
    <w:p w14:paraId="6C2035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went out through the door on his bare feet and did not look back, and Finian Kavanagh stood at the table in the wreck of it with his hands shaking.</w:t>
      </w:r>
    </w:p>
    <w:p w14:paraId="2AA4A78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p>
    <w:p w14:paraId="09BB0D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Crassus did not stand up again immediately. He let the room breathe. Then he said, still seated:</w:t>
      </w:r>
    </w:p>
    <w:p w14:paraId="680F460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“Two short matters, and I have finished with the Question of Blindness.”</w:t>
      </w:r>
    </w:p>
    <w:p w14:paraId="2CFF431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took a sheet from the table.</w:t>
      </w:r>
    </w:p>
    <w:p w14:paraId="57BE293D" w14:textId="64040F4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“Pay parade. Corella Downs, September nineteen sixty-four. </w:t>
      </w:r>
      <w:r w:rsidR="00A3582E" w:rsidRPr="00CE758F">
        <w:rPr>
          <w:rFonts w:ascii="Baskerville Old Face" w:hAnsi="Baskerville Old Face"/>
          <w:bCs/>
          <w:sz w:val="28"/>
          <w:szCs w:val="28"/>
        </w:rPr>
        <w:t>Mr.</w:t>
      </w:r>
      <w:r w:rsidRPr="00CE758F">
        <w:rPr>
          <w:rFonts w:ascii="Baskerville Old Face" w:hAnsi="Baskerville Old Face"/>
          <w:bCs/>
          <w:sz w:val="28"/>
          <w:szCs w:val="28"/>
        </w:rPr>
        <w:t xml:space="preserve"> Kavanagh, you were present.”</w:t>
      </w:r>
    </w:p>
    <w:p w14:paraId="3540FF7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1995978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“Describe it.”</w:t>
      </w:r>
    </w:p>
    <w:p w14:paraId="1AE2F65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 paid us out o’ a tin box on the tailboard. Cash. Alphabetical.” He heard his own voice come out flat and correct, the voice of a man in a commission of inquiry. “Every man signed.”</w:t>
      </w:r>
    </w:p>
    <w:p w14:paraId="1010B7A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was the witness paid for four days on the eastern run?”</w:t>
      </w:r>
    </w:p>
    <w:p w14:paraId="6C6251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don’t —“</w:t>
      </w:r>
    </w:p>
    <w:p w14:paraId="12ED6C7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do.” Crassus did not raise his voice at all. “You have never forgotten it. You could not have forgotten it if you had spent money trying.”</w:t>
      </w:r>
    </w:p>
    <w:p w14:paraId="39666E1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room waited.</w:t>
      </w:r>
    </w:p>
    <w:p w14:paraId="299A3AE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“Two pound eight,” Finian said.</w:t>
      </w:r>
    </w:p>
    <w:p w14:paraId="1CD3766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you were paid?”</w:t>
      </w:r>
    </w:p>
    <w:p w14:paraId="777150B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“Six pound twelve.”</w:t>
      </w:r>
    </w:p>
    <w:p w14:paraId="513332E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“For the same four days.”</w:t>
      </w:r>
    </w:p>
    <w:p w14:paraId="3434DCC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6B077B3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 query it?”</w:t>
      </w:r>
    </w:p>
    <w:p w14:paraId="190FBA0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asked Wally.”</w:t>
      </w:r>
    </w:p>
    <w:p w14:paraId="0B60D43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did you ask him?”</w:t>
      </w:r>
    </w:p>
    <w:p w14:paraId="1CBB3AB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shut his eyes.</w:t>
      </w:r>
    </w:p>
    <w:p w14:paraId="55C889C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asked him if the tin was short.”</w:t>
      </w:r>
    </w:p>
    <w:p w14:paraId="095A3E1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what did he say?”</w:t>
      </w:r>
    </w:p>
    <w:p w14:paraId="660D6F1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that’s how it is.” He opened his eyes. “He didnae look up.”</w:t>
      </w:r>
    </w:p>
    <w:p w14:paraId="2C6BCB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you said?”</w:t>
      </w:r>
    </w:p>
    <w:p w14:paraId="3E58A72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fan went round.</w:t>
      </w:r>
    </w:p>
    <w:p w14:paraId="6A126F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“Fair enough,” said Finian.</w:t>
      </w:r>
    </w:p>
    <w:p w14:paraId="603FAE3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turned over the sheet.</w:t>
      </w:r>
    </w:p>
    <w:p w14:paraId="060A8B6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“April nineteen sixty-five. The Stuart Arms hotel, Alice Springs. Your wedding day.”</w:t>
      </w:r>
    </w:p>
    <w:p w14:paraId="5D91F28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43134E7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witness was refused entry.”</w:t>
      </w:r>
    </w:p>
    <w:p w14:paraId="56B6D28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3EB7329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“By whom?”</w:t>
      </w:r>
    </w:p>
    <w:p w14:paraId="151D023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“The publican. He wasnae — “ and Finian stopped, because he heard where the sentence was going, and it was going to </w:t>
      </w:r>
      <w:r w:rsidRPr="00CE758F">
        <w:rPr>
          <w:rFonts w:ascii="Baskerville Old Face" w:hAnsi="Baskerville Old Face"/>
          <w:bCs/>
          <w:i/>
          <w:sz w:val="28"/>
          <w:szCs w:val="28"/>
        </w:rPr>
        <w:t>he wasn’t nasty about it</w:t>
      </w:r>
      <w:r w:rsidRPr="00CE758F">
        <w:rPr>
          <w:rFonts w:ascii="Baskerville Old Face" w:hAnsi="Baskerville Old Face"/>
          <w:bCs/>
          <w:sz w:val="28"/>
          <w:szCs w:val="28"/>
        </w:rPr>
        <w:t>, and he had said that sentence in his own head for thirty years and it had never once been examined out loud. “The publican.”</w:t>
      </w:r>
    </w:p>
    <w:p w14:paraId="14EA70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went in.”</w:t>
      </w:r>
    </w:p>
    <w:p w14:paraId="00FB7E2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4B248021" w14:textId="04AB0BF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A3582E" w:rsidRPr="00CE758F">
        <w:rPr>
          <w:rFonts w:ascii="Baskerville Old Face" w:hAnsi="Baskerville Old Face"/>
          <w:bCs/>
          <w:sz w:val="28"/>
          <w:szCs w:val="28"/>
        </w:rPr>
        <w:t>Mr.</w:t>
      </w:r>
      <w:r w:rsidRPr="00CE758F">
        <w:rPr>
          <w:rFonts w:ascii="Baskerville Old Face" w:hAnsi="Baskerville Old Face"/>
          <w:bCs/>
          <w:sz w:val="28"/>
          <w:szCs w:val="28"/>
        </w:rPr>
        <w:t xml:space="preserve"> Mansfield did not.”</w:t>
      </w:r>
    </w:p>
    <w:p w14:paraId="52544E8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stood on the footpath. Nineteen minutes.”</w:t>
      </w:r>
    </w:p>
    <w:p w14:paraId="07555C8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do you know it was nineteen?”</w:t>
      </w:r>
    </w:p>
    <w:p w14:paraId="70CA4A9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I —“ Finian’s mouth was dry. “Because I looked at the clock when he came in.”</w:t>
      </w:r>
    </w:p>
    <w:p w14:paraId="1B9CE7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w:t>
      </w:r>
    </w:p>
    <w:p w14:paraId="6D62BB2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not answer.</w:t>
      </w:r>
    </w:p>
    <w:p w14:paraId="7FB2D83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will tell the jury the part that matters,” Crassus said, and now he did stand, and he came round the table and stood with one hand resting on the back of a chair. “It is not the publican. The publican is a dead man of no interest to anybody and he is not on trial, and there were four hundred like him in that Territory and they will all be judged, in their own rooms, by their own courts, and I hope somebody gives them a harder time than I would.</w:t>
      </w:r>
    </w:p>
    <w:p w14:paraId="0B1E1C1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 is not even the going in. He was nineteen. He was in a suit that did not fit him. His wife of forty minutes was on his arm and she had crossed the world on a ship to be there, and there is not one man in this box who would have done differently at nineteen, and I would not ask you to hang a boy for it.</w:t>
      </w:r>
    </w:p>
    <w:p w14:paraId="1D284A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is the window.”</w:t>
      </w:r>
    </w:p>
    <w:p w14:paraId="2DCFB5F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walked three paces and turned.</w:t>
      </w:r>
    </w:p>
    <w:p w14:paraId="148400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window in the saloon bar of the Stuart Arms, and it looked out across Todd Street, and at approximately one o’clock in the afternoon on his own wedding day the defendant looked up from a plate of cold mutton and saw, through that window, across the road, in the shade of the store awning, the man who has just left this room, standing in the sun with his hat in his hands.</w:t>
      </w:r>
    </w:p>
    <w:p w14:paraId="27076A1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been there some time. He would be there for an hour and a half more. He was not making a protest. Nobody in the street noticed him. He was simply waiting until it was over, because his friend was getting married and he had come in for it.</w:t>
      </w:r>
    </w:p>
    <w:p w14:paraId="627E6A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 defendant looked at him.”</w:t>
      </w:r>
    </w:p>
    <w:p w14:paraId="26CE17C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paused.</w:t>
      </w:r>
    </w:p>
    <w:p w14:paraId="4B7407D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“And then he looked away. And I want the twelve of you to attend to </w:t>
      </w:r>
      <w:r w:rsidRPr="00CE758F">
        <w:rPr>
          <w:rFonts w:ascii="Baskerville Old Face" w:hAnsi="Baskerville Old Face"/>
          <w:bCs/>
          <w:i/>
          <w:sz w:val="28"/>
          <w:szCs w:val="28"/>
        </w:rPr>
        <w:t>how</w:t>
      </w:r>
      <w:r w:rsidRPr="00CE758F">
        <w:rPr>
          <w:rFonts w:ascii="Baskerville Old Face" w:hAnsi="Baskerville Old Face"/>
          <w:bCs/>
          <w:sz w:val="28"/>
          <w:szCs w:val="28"/>
        </w:rPr>
        <w:t xml:space="preserve"> he looked away, because it is the entire case, and it took less than a second, and nobody in that room saw it, and he has never told a living soul about it, and he told this court about it three hours ago because he was asked what was false and he could not stop himself telling the truth once he had started.</w:t>
      </w:r>
    </w:p>
    <w:p w14:paraId="3D5D79F4" w14:textId="3F114D1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did not look away quickly. Quickly would have been </w:t>
      </w:r>
      <w:r w:rsidRPr="00CE758F">
        <w:rPr>
          <w:rFonts w:ascii="Baskerville Old Face" w:hAnsi="Baskerville Old Face"/>
          <w:bCs/>
          <w:i/>
          <w:sz w:val="28"/>
          <w:szCs w:val="28"/>
        </w:rPr>
        <w:t>guilt</w:t>
      </w:r>
      <w:r w:rsidRPr="00CE758F">
        <w:rPr>
          <w:rFonts w:ascii="Baskerville Old Face" w:hAnsi="Baskerville Old Face"/>
          <w:bCs/>
          <w:sz w:val="28"/>
          <w:szCs w:val="28"/>
        </w:rPr>
        <w:t xml:space="preserve">. Quickly would have been a man who knew he was in the wrong and could not bear it, and I could work with that; my friend </w:t>
      </w:r>
      <w:r w:rsidR="00A3582E" w:rsidRPr="00CE758F">
        <w:rPr>
          <w:rFonts w:ascii="Baskerville Old Face" w:hAnsi="Baskerville Old Face"/>
          <w:bCs/>
          <w:sz w:val="28"/>
          <w:szCs w:val="28"/>
        </w:rPr>
        <w:t>Mr.</w:t>
      </w:r>
      <w:r w:rsidRPr="00CE758F">
        <w:rPr>
          <w:rFonts w:ascii="Baskerville Old Face" w:hAnsi="Baskerville Old Face"/>
          <w:bCs/>
          <w:sz w:val="28"/>
          <w:szCs w:val="28"/>
        </w:rPr>
        <w:t xml:space="preserve"> Darrow could stand up and make you weep about a boy of nineteen looking away quickly from his friend in the street.</w:t>
      </w:r>
    </w:p>
    <w:p w14:paraId="461C5DF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away at an ordinary speed.” Crassus’s hand came off the chair. “At the speed at which a man looks away from a thing he has finished dealing with. At the speed at which you look away from a clock when you have found out the time.”</w:t>
      </w:r>
    </w:p>
    <w:p w14:paraId="494E45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went back to his table and sat down and squared his papers.</w:t>
      </w:r>
    </w:p>
    <w:p w14:paraId="5ADE0DA2" w14:textId="1826B84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 is what blindness is,” he said. “It is not the absence of light. He saw him. It is the absence of any </w:t>
      </w:r>
      <w:r w:rsidRPr="00CE758F">
        <w:rPr>
          <w:rFonts w:ascii="Baskerville Old Face" w:hAnsi="Baskerville Old Face"/>
          <w:bCs/>
          <w:i/>
          <w:sz w:val="28"/>
          <w:szCs w:val="28"/>
        </w:rPr>
        <w:t>consequence</w:t>
      </w:r>
      <w:r w:rsidRPr="00CE758F">
        <w:rPr>
          <w:rFonts w:ascii="Baskerville Old Face" w:hAnsi="Baskerville Old Face"/>
          <w:bCs/>
          <w:sz w:val="28"/>
          <w:szCs w:val="28"/>
        </w:rPr>
        <w:t xml:space="preserve"> to </w:t>
      </w:r>
      <w:r w:rsidRPr="00CE758F">
        <w:rPr>
          <w:rFonts w:ascii="Baskerville Old Face" w:hAnsi="Baskerville Old Face"/>
          <w:bCs/>
          <w:sz w:val="28"/>
          <w:szCs w:val="28"/>
        </w:rPr>
        <w:lastRenderedPageBreak/>
        <w:t>the seeing. And he has been doing it, in exactly that manner, at exactly that speed, for thirty years, and the extraordinary thing</w:t>
      </w:r>
      <w:r w:rsidR="00012EA9">
        <w:rPr>
          <w:rFonts w:ascii="Baskerville Old Face" w:hAnsi="Baskerville Old Face"/>
          <w:bCs/>
          <w:sz w:val="28"/>
          <w:szCs w:val="28"/>
        </w:rPr>
        <w:t>,</w:t>
      </w:r>
      <w:r w:rsidRPr="00CE758F">
        <w:rPr>
          <w:rFonts w:ascii="Baskerville Old Face" w:hAnsi="Baskerville Old Face"/>
          <w:bCs/>
          <w:sz w:val="28"/>
          <w:szCs w:val="28"/>
        </w:rPr>
        <w:t xml:space="preserve"> the thing that I have not been able to get out of my head since I first read this life, and I have read a great many</w:t>
      </w:r>
      <w:r w:rsidR="00012EA9">
        <w:rPr>
          <w:rFonts w:ascii="Baskerville Old Face" w:hAnsi="Baskerville Old Face"/>
          <w:bCs/>
          <w:sz w:val="28"/>
          <w:szCs w:val="28"/>
        </w:rPr>
        <w:t xml:space="preserve">, </w:t>
      </w:r>
      <w:r w:rsidRPr="00CE758F">
        <w:rPr>
          <w:rFonts w:ascii="Baskerville Old Face" w:hAnsi="Baskerville Old Face"/>
          <w:bCs/>
          <w:sz w:val="28"/>
          <w:szCs w:val="28"/>
        </w:rPr>
        <w:t>is that he has never once enjoyed it.”</w:t>
      </w:r>
    </w:p>
    <w:p w14:paraId="13BDECF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up at the twelve.</w:t>
      </w:r>
    </w:p>
    <w:p w14:paraId="7837EBB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is not a man who took pleasure in it. There is not a single afternoon in this entire life where he stood at a window and </w:t>
      </w:r>
      <w:r w:rsidRPr="00CE758F">
        <w:rPr>
          <w:rFonts w:ascii="Baskerville Old Face" w:hAnsi="Baskerville Old Face"/>
          <w:bCs/>
          <w:i/>
          <w:sz w:val="28"/>
          <w:szCs w:val="28"/>
        </w:rPr>
        <w:t>savoured</w:t>
      </w:r>
      <w:r w:rsidRPr="00CE758F">
        <w:rPr>
          <w:rFonts w:ascii="Baskerville Old Face" w:hAnsi="Baskerville Old Face"/>
          <w:bCs/>
          <w:sz w:val="28"/>
          <w:szCs w:val="28"/>
        </w:rPr>
        <w:t xml:space="preserve"> it. That is what I would have done. I want the jury to understand the difference between us, because it is not to his credit and it is not to mine.</w:t>
      </w:r>
    </w:p>
    <w:p w14:paraId="145B73C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savoured it,” said Marcus Licinius Crassus. “He never even noticed he was doing it. And I do not know which of those is worse, and I have had two thousand years.”</w:t>
      </w:r>
    </w:p>
    <w:p w14:paraId="6F0734C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an interval.</w:t>
      </w:r>
    </w:p>
    <w:p w14:paraId="0280789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did not know how long. He sat with his hands flat on the table and did not think in words for a while, and Maggie came and sat beside him again and did not say anything for a long time, which he understood, afterwards, to have been a considerable kindness from a woman who had strong views.</w:t>
      </w:r>
    </w:p>
    <w:p w14:paraId="159FA2B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At last he said: “He wasnae angry.”</w:t>
      </w:r>
    </w:p>
    <w:p w14:paraId="2831CFC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w:t>
      </w:r>
    </w:p>
    <w:p w14:paraId="19FCBD7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“I’d have taken angry.”</w:t>
      </w:r>
    </w:p>
    <w:p w14:paraId="0FFE471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Maggie. “Ye would. Ye’d have kent what tae dae wi’ angry. Ye’d have written him a cheque.”</w:t>
      </w:r>
    </w:p>
    <w:p w14:paraId="28FA1FA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laughed — one horrible cracked note of it — and put the heels of his hands against his eyes.</w:t>
      </w:r>
    </w:p>
    <w:p w14:paraId="1E9D7C3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I never wanted tae ken what it was for.”</w:t>
      </w:r>
    </w:p>
    <w:p w14:paraId="1AB36AC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w:t>
      </w:r>
    </w:p>
    <w:p w14:paraId="7014267D" w14:textId="6B6B5B3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“That’s no’ true.” He took his hands down. “Maggie, that’s no’ true. I put down eleven hunner bores in that country. There’s cattle </w:t>
      </w:r>
      <w:r w:rsidR="008C0C40" w:rsidRPr="00CE758F">
        <w:rPr>
          <w:rFonts w:ascii="Baskerville Old Face" w:hAnsi="Baskerville Old Face"/>
          <w:bCs/>
          <w:sz w:val="28"/>
          <w:szCs w:val="28"/>
        </w:rPr>
        <w:t>drinking</w:t>
      </w:r>
      <w:r w:rsidRPr="00CE758F">
        <w:rPr>
          <w:rFonts w:ascii="Baskerville Old Face" w:hAnsi="Baskerville Old Face"/>
          <w:bCs/>
          <w:sz w:val="28"/>
          <w:szCs w:val="28"/>
        </w:rPr>
        <w:t>’ oot o’ them the day. There’s a school at Kalkaringi wi’ water in the taps because o’ me. There’s a whole toon —“</w:t>
      </w:r>
    </w:p>
    <w:p w14:paraId="50156D3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she said. “And?”</w:t>
      </w:r>
    </w:p>
    <w:p w14:paraId="610BAEB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what?”</w:t>
      </w:r>
    </w:p>
    <w:p w14:paraId="183ABD9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turned to look at him, and she had the flat pale face of a fishwife from the Musselburgh road, and she had been dead for two hundred and seventy-one years, and she was the only person in either world who had never once let him finish.</w:t>
      </w:r>
    </w:p>
    <w:p w14:paraId="2087D6D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“Name me one,” she said.</w:t>
      </w:r>
    </w:p>
    <w:p w14:paraId="1648FA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“One what?”</w:t>
      </w:r>
    </w:p>
    <w:p w14:paraId="08AC99D1" w14:textId="3BB4C66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“One bore. Out o’ the eleven hunner. Name me one, and tell me where th</w:t>
      </w:r>
      <w:r w:rsidR="00425FE1">
        <w:rPr>
          <w:rFonts w:ascii="Baskerville Old Face" w:hAnsi="Baskerville Old Face"/>
          <w:bCs/>
          <w:sz w:val="28"/>
          <w:szCs w:val="28"/>
        </w:rPr>
        <w:t xml:space="preserve">e </w:t>
      </w:r>
      <w:r w:rsidRPr="00CE758F">
        <w:rPr>
          <w:rFonts w:ascii="Baskerville Old Face" w:hAnsi="Baskerville Old Face"/>
          <w:bCs/>
          <w:sz w:val="28"/>
          <w:szCs w:val="28"/>
        </w:rPr>
        <w:t xml:space="preserve">water went.” She waited. “No’ how deep. No’ how many gallon an hour. Where it </w:t>
      </w:r>
      <w:r w:rsidRPr="00CE758F">
        <w:rPr>
          <w:rFonts w:ascii="Baskerville Old Face" w:hAnsi="Baskerville Old Face"/>
          <w:bCs/>
          <w:i/>
          <w:sz w:val="28"/>
          <w:szCs w:val="28"/>
        </w:rPr>
        <w:t>went</w:t>
      </w:r>
      <w:r w:rsidRPr="00CE758F">
        <w:rPr>
          <w:rFonts w:ascii="Baskerville Old Face" w:hAnsi="Baskerville Old Face"/>
          <w:bCs/>
          <w:sz w:val="28"/>
          <w:szCs w:val="28"/>
        </w:rPr>
        <w:t>. Whose beasts. Whose weans. What grew. Whether they’ve still got it or whether it’s dry</w:t>
      </w:r>
      <w:r w:rsidR="00BB0075">
        <w:rPr>
          <w:rFonts w:ascii="Baskerville Old Face" w:hAnsi="Baskerville Old Face"/>
          <w:bCs/>
          <w:sz w:val="28"/>
          <w:szCs w:val="28"/>
        </w:rPr>
        <w:t>,</w:t>
      </w:r>
      <w:r w:rsidRPr="00CE758F">
        <w:rPr>
          <w:rFonts w:ascii="Baskerville Old Face" w:hAnsi="Baskerville Old Face"/>
          <w:bCs/>
          <w:sz w:val="28"/>
          <w:szCs w:val="28"/>
        </w:rPr>
        <w:t xml:space="preserve"> and the folk are away.” She waited some more. “Ye followed the water </w:t>
      </w:r>
      <w:r w:rsidR="00BB0075">
        <w:rPr>
          <w:rFonts w:ascii="Baskerville Old Face" w:hAnsi="Baskerville Old Face"/>
          <w:bCs/>
          <w:sz w:val="28"/>
          <w:szCs w:val="28"/>
        </w:rPr>
        <w:t>into</w:t>
      </w:r>
      <w:r w:rsidRPr="00CE758F">
        <w:rPr>
          <w:rFonts w:ascii="Baskerville Old Face" w:hAnsi="Baskerville Old Face"/>
          <w:bCs/>
          <w:sz w:val="28"/>
          <w:szCs w:val="28"/>
        </w:rPr>
        <w:t xml:space="preserve"> the ground eleven hu</w:t>
      </w:r>
      <w:r w:rsidR="0084266C">
        <w:rPr>
          <w:rFonts w:ascii="Baskerville Old Face" w:hAnsi="Baskerville Old Face"/>
          <w:bCs/>
          <w:sz w:val="28"/>
          <w:szCs w:val="28"/>
        </w:rPr>
        <w:t>ndred</w:t>
      </w:r>
      <w:r w:rsidRPr="00CE758F">
        <w:rPr>
          <w:rFonts w:ascii="Baskerville Old Face" w:hAnsi="Baskerville Old Face"/>
          <w:bCs/>
          <w:sz w:val="28"/>
          <w:szCs w:val="28"/>
        </w:rPr>
        <w:t xml:space="preserve"> times, hen. Did ye ever once follow it back out?”</w:t>
      </w:r>
    </w:p>
    <w:p w14:paraId="60958E0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fan went round.</w:t>
      </w:r>
    </w:p>
    <w:p w14:paraId="6476E86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Socrates, who had come back in and was standing at the end of the bench with his hands behind him, said, in the tone of a man asking after somebody’s health:</w:t>
      </w:r>
    </w:p>
    <w:p w14:paraId="40BF92C9" w14:textId="431213E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84266C" w:rsidRPr="00CE758F">
        <w:rPr>
          <w:rFonts w:ascii="Baskerville Old Face" w:hAnsi="Baskerville Old Face"/>
          <w:bCs/>
          <w:sz w:val="28"/>
          <w:szCs w:val="28"/>
        </w:rPr>
        <w:t>Mr.</w:t>
      </w:r>
      <w:r w:rsidRPr="00CE758F">
        <w:rPr>
          <w:rFonts w:ascii="Baskerville Old Face" w:hAnsi="Baskerville Old Face"/>
          <w:bCs/>
          <w:sz w:val="28"/>
          <w:szCs w:val="28"/>
        </w:rPr>
        <w:t xml:space="preserve"> Kavanagh. In nineteen sixty-four, at a camp at Corella Downs, four days after you came into that country, a young man asked you a question about the first water you ever brought up out of it. Do you remember the question?”</w:t>
      </w:r>
    </w:p>
    <w:p w14:paraId="106F062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sat quite still.</w:t>
      </w:r>
    </w:p>
    <w:p w14:paraId="0E4BFDE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he said.</w:t>
      </w:r>
    </w:p>
    <w:p w14:paraId="14586AC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it.”</w:t>
      </w:r>
    </w:p>
    <w:p w14:paraId="1F05F2D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he said it, in the voice of a man of forty-nine repeating something said to him by a stranger when he was seventeen, on a night when he had been so pleased with himself that he could hardly hold his cup:</w:t>
      </w:r>
    </w:p>
    <w:p w14:paraId="42412C8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“He said: </w:t>
      </w:r>
      <w:r w:rsidRPr="00CE758F">
        <w:rPr>
          <w:rFonts w:ascii="Baskerville Old Face" w:hAnsi="Baskerville Old Face"/>
          <w:bCs/>
          <w:i/>
          <w:sz w:val="28"/>
          <w:szCs w:val="28"/>
        </w:rPr>
        <w:t>Where’d you put her?</w:t>
      </w:r>
      <w:r w:rsidRPr="00CE758F">
        <w:rPr>
          <w:rFonts w:ascii="Baskerville Old Face" w:hAnsi="Baskerville Old Face"/>
          <w:bCs/>
          <w:sz w:val="28"/>
          <w:szCs w:val="28"/>
        </w:rPr>
        <w:t>”</w:t>
      </w:r>
    </w:p>
    <w:p w14:paraId="5956AA8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what did you answer?”</w:t>
      </w:r>
    </w:p>
    <w:p w14:paraId="6CDA168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telt him the depth.” Finian’s voice had gone very small. “Two hunner and eleven feet. And the yield.”</w:t>
      </w:r>
    </w:p>
    <w:p w14:paraId="059F06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what did he say to that?”</w:t>
      </w:r>
    </w:p>
    <w:p w14:paraId="40B8AF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said: </w:t>
      </w:r>
      <w:r w:rsidRPr="00CE758F">
        <w:rPr>
          <w:rFonts w:ascii="Baskerville Old Face" w:hAnsi="Baskerville Old Face"/>
          <w:bCs/>
          <w:i/>
          <w:sz w:val="28"/>
          <w:szCs w:val="28"/>
        </w:rPr>
        <w:t>No. Where.</w:t>
      </w:r>
      <w:r w:rsidRPr="00CE758F">
        <w:rPr>
          <w:rFonts w:ascii="Baskerville Old Face" w:hAnsi="Baskerville Old Face"/>
          <w:bCs/>
          <w:sz w:val="28"/>
          <w:szCs w:val="28"/>
        </w:rPr>
        <w:t>”</w:t>
      </w:r>
    </w:p>
    <w:p w14:paraId="08407F0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nodded slowly, and went and sat down, and folded his hands.</w:t>
      </w:r>
    </w:p>
    <w:p w14:paraId="2D55975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that,” he said, “is the question this court has been asking you since you arrived, and I did not invent it, and neither did the prosecution. It was put to you thirty-one years ago by a man standing at a fire drum, in six words, for nothing, out of friendliness, and you have had every day since to answer it.”</w:t>
      </w:r>
    </w:p>
    <w:p w14:paraId="479BCB1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up.</w:t>
      </w:r>
    </w:p>
    <w:p w14:paraId="3ECBB73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“We will adjourn. Your father is next.”</w:t>
      </w:r>
    </w:p>
    <w:p w14:paraId="284125E8"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6657F618"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Sixteen</w:t>
      </w:r>
    </w:p>
    <w:p w14:paraId="5788D521"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Ghost of Padraig</w:t>
      </w:r>
    </w:p>
    <w:p w14:paraId="376527BC" w14:textId="5F9A3F19" w:rsidR="00F45C1A" w:rsidRPr="00CE758F" w:rsidRDefault="00012EA9" w:rsidP="002A1BD3">
      <w:pPr>
        <w:spacing w:line="360" w:lineRule="auto"/>
        <w:ind w:firstLine="0"/>
        <w:rPr>
          <w:rFonts w:ascii="Baskerville Old Face" w:hAnsi="Baskerville Old Face"/>
          <w:bCs/>
          <w:sz w:val="28"/>
          <w:szCs w:val="28"/>
        </w:rPr>
      </w:pPr>
      <w:r>
        <w:rPr>
          <w:rFonts w:ascii="Baskerville Old Face" w:hAnsi="Baskerville Old Face"/>
          <w:bCs/>
          <w:sz w:val="28"/>
          <w:szCs w:val="28"/>
        </w:rPr>
        <w:tab/>
      </w:r>
      <w:r w:rsidR="007671E1" w:rsidRPr="00CE758F">
        <w:rPr>
          <w:rFonts w:ascii="Baskerville Old Face" w:hAnsi="Baskerville Old Face"/>
          <w:bCs/>
          <w:sz w:val="28"/>
          <w:szCs w:val="28"/>
        </w:rPr>
        <w:t>Darrow did not sit down during the interval. He stood at the end of the table with his hands in his pockets and looked at the door the witnesses came through, and after a while he said, without turning round:</w:t>
      </w:r>
    </w:p>
    <w:p w14:paraId="3EB21B7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want to tell you what I’m going to do in the next hour, so that you don’t spend it wondering.”</w:t>
      </w:r>
    </w:p>
    <w:p w14:paraId="51D522C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“All right.”</w:t>
      </w:r>
    </w:p>
    <w:p w14:paraId="78A36DF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“I’m going to do almost nothing.” He rocked once on his heels. “There are three places in this life where I have nothing. I told you that on the first day and you thought I was being modest. I’ve never been modest in my life. Two of them have love in them, and love makes a mess of any case, because a jury will forgive a man anything except the people who forgave him first.” He took a hand out of his pocket and rubbed the back of his neck. “This is one of them. Your father is about to come through that door and tell twelve men something, and there is no version of me standing up and improving it. If I get up, I look like a man trying to take </w:t>
      </w:r>
      <w:r w:rsidRPr="00CE758F">
        <w:rPr>
          <w:rFonts w:ascii="Baskerville Old Face" w:hAnsi="Baskerville Old Face"/>
          <w:bCs/>
          <w:sz w:val="28"/>
          <w:szCs w:val="28"/>
        </w:rPr>
        <w:lastRenderedPageBreak/>
        <w:t>something off him. So I’m going to sit here with my hands where they can see them and let it happen to you.”</w:t>
      </w:r>
    </w:p>
    <w:p w14:paraId="30BDFEA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a defence, is it.”</w:t>
      </w:r>
    </w:p>
    <w:p w14:paraId="2752885B" w14:textId="2A6F03C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Darrow. “That’s the weather. My defence is on Thursday and I’ve already told you you’ll hate it.” He pulled out the chair and sat, and pushed his glasses up his nose with one finger, and said, in a different voice altogether, quite quietly, “Kavanagh. Don’t argue with him. Whatever he says. I’ve had four hundred and eleven clients argue with a parent in front of a jury and I have never once seen it end anywhere but the rope.”</w:t>
      </w:r>
      <w:r w:rsidR="00FE3ECA">
        <w:rPr>
          <w:rFonts w:ascii="Baskerville Old Face" w:hAnsi="Baskerville Old Face"/>
          <w:bCs/>
          <w:sz w:val="28"/>
          <w:szCs w:val="28"/>
        </w:rPr>
        <w:t xml:space="preserve"> </w:t>
      </w:r>
      <w:r w:rsidRPr="00CE758F">
        <w:rPr>
          <w:rFonts w:ascii="Baskerville Old Face" w:hAnsi="Baskerville Old Face"/>
          <w:bCs/>
          <w:sz w:val="28"/>
          <w:szCs w:val="28"/>
        </w:rPr>
        <w:t>The clerk moved the water glass. The swollen window had been forced up as far as it would go and stopped, and the light on the floorboards was in four panels, and it was four o’clock and would go on being four o’clock.</w:t>
      </w:r>
      <w:r w:rsidR="00FE3ECA">
        <w:rPr>
          <w:rFonts w:ascii="Baskerville Old Face" w:hAnsi="Baskerville Old Face"/>
          <w:bCs/>
          <w:sz w:val="28"/>
          <w:szCs w:val="28"/>
        </w:rPr>
        <w:t xml:space="preserve"> </w:t>
      </w:r>
      <w:r w:rsidRPr="00CE758F">
        <w:rPr>
          <w:rFonts w:ascii="Baskerville Old Face" w:hAnsi="Baskerville Old Face"/>
          <w:bCs/>
          <w:sz w:val="28"/>
          <w:szCs w:val="28"/>
        </w:rPr>
        <w:t>Then the door at the side opened.</w:t>
      </w:r>
      <w:r w:rsidR="00012EA9">
        <w:rPr>
          <w:rFonts w:ascii="Baskerville Old Face" w:hAnsi="Baskerville Old Face"/>
          <w:bCs/>
          <w:sz w:val="28"/>
          <w:szCs w:val="28"/>
        </w:rPr>
        <w:t xml:space="preserve"> </w:t>
      </w:r>
      <w:r w:rsidRPr="00CE758F">
        <w:rPr>
          <w:rFonts w:ascii="Baskerville Old Face" w:hAnsi="Baskerville Old Face"/>
          <w:bCs/>
          <w:sz w:val="28"/>
          <w:szCs w:val="28"/>
        </w:rPr>
        <w:t xml:space="preserve">He </w:t>
      </w:r>
      <w:r w:rsidR="00012EA9">
        <w:rPr>
          <w:rFonts w:ascii="Baskerville Old Face" w:hAnsi="Baskerville Old Face"/>
          <w:bCs/>
          <w:sz w:val="28"/>
          <w:szCs w:val="28"/>
        </w:rPr>
        <w:t>entered</w:t>
      </w:r>
      <w:r w:rsidRPr="00CE758F">
        <w:rPr>
          <w:rFonts w:ascii="Baskerville Old Face" w:hAnsi="Baskerville Old Face"/>
          <w:bCs/>
          <w:sz w:val="28"/>
          <w:szCs w:val="28"/>
        </w:rPr>
        <w:t xml:space="preserve"> with his hat in hand.</w:t>
      </w:r>
      <w:r w:rsidR="00012EA9">
        <w:rPr>
          <w:rFonts w:ascii="Baskerville Old Face" w:hAnsi="Baskerville Old Face"/>
          <w:bCs/>
          <w:sz w:val="28"/>
          <w:szCs w:val="28"/>
        </w:rPr>
        <w:t xml:space="preserve"> </w:t>
      </w:r>
      <w:r w:rsidRPr="00CE758F">
        <w:rPr>
          <w:rFonts w:ascii="Baskerville Old Face" w:hAnsi="Baskerville Old Face"/>
          <w:bCs/>
          <w:sz w:val="28"/>
          <w:szCs w:val="28"/>
        </w:rPr>
        <w:t>That was the first thing, and it went into Finian like a splinter of glass, because the hat was the brown one with the sweat-line, the one that had hung on the third peg in the lobby at Fountainbridge from before Finian could reach it, and he had not thought about that hat once in thirty-two years and could have described the stitching.</w:t>
      </w:r>
    </w:p>
    <w:p w14:paraId="0B706C7B" w14:textId="590F66E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second thing took a moment longer to arrive, and when it did it took the floor with it.</w:t>
      </w:r>
      <w:r w:rsidR="00FE3ECA">
        <w:rPr>
          <w:rFonts w:ascii="Baskerville Old Face" w:hAnsi="Baskerville Old Face"/>
          <w:bCs/>
          <w:sz w:val="28"/>
          <w:szCs w:val="28"/>
        </w:rPr>
        <w:t xml:space="preserve"> </w:t>
      </w:r>
      <w:r w:rsidRPr="00CE758F">
        <w:rPr>
          <w:rFonts w:ascii="Baskerville Old Face" w:hAnsi="Baskerville Old Face"/>
          <w:bCs/>
          <w:sz w:val="28"/>
          <w:szCs w:val="28"/>
        </w:rPr>
        <w:t>His hands were still.</w:t>
      </w:r>
      <w:r w:rsidR="00690569">
        <w:rPr>
          <w:rFonts w:ascii="Baskerville Old Face" w:hAnsi="Baskerville Old Face"/>
          <w:bCs/>
          <w:sz w:val="28"/>
          <w:szCs w:val="28"/>
        </w:rPr>
        <w:t xml:space="preserve"> </w:t>
      </w:r>
      <w:r w:rsidRPr="00CE758F">
        <w:rPr>
          <w:rFonts w:ascii="Baskerville Old Face" w:hAnsi="Baskerville Old Face"/>
          <w:bCs/>
          <w:sz w:val="28"/>
          <w:szCs w:val="28"/>
        </w:rPr>
        <w:t>Padraig Kavanagh crossed nine feet of boards to the witness chair, and his hands hung at the ends of his arms and did nothing at all. They did not go into his pockets. They did not find the edge of his jacket and work at it. They did not fold one over the other on the table in the arrangement Finian had watched a thousand times across a kitchen, the left over the right, pressing, the way you hold down a piece of paper in a wind.</w:t>
      </w:r>
      <w:r w:rsidR="00012EA9">
        <w:rPr>
          <w:rFonts w:ascii="Baskerville Old Face" w:hAnsi="Baskerville Old Face"/>
          <w:bCs/>
          <w:sz w:val="28"/>
          <w:szCs w:val="28"/>
        </w:rPr>
        <w:t xml:space="preserve"> </w:t>
      </w:r>
      <w:r w:rsidRPr="00CE758F">
        <w:rPr>
          <w:rFonts w:ascii="Baskerville Old Face" w:hAnsi="Baskerville Old Face"/>
          <w:bCs/>
          <w:sz w:val="28"/>
          <w:szCs w:val="28"/>
        </w:rPr>
        <w:t>He was forty-something. He was the man from the kitchen. He was not young and he was not old, he was exactly the father, the one from the year of the atlas and the tin and the last night, and he was that man with the shake taken out of him, and it made him a stranger.</w:t>
      </w:r>
      <w:r w:rsidR="00012EA9">
        <w:rPr>
          <w:rFonts w:ascii="Baskerville Old Face" w:hAnsi="Baskerville Old Face"/>
          <w:bCs/>
          <w:sz w:val="28"/>
          <w:szCs w:val="28"/>
        </w:rPr>
        <w:t xml:space="preserve"> </w:t>
      </w:r>
      <w:r w:rsidRPr="00CE758F">
        <w:rPr>
          <w:rFonts w:ascii="Baskerville Old Face" w:hAnsi="Baskerville Old Face"/>
          <w:bCs/>
          <w:sz w:val="28"/>
          <w:szCs w:val="28"/>
        </w:rPr>
        <w:t>Finian had never in his life seen his father’s hands still. He had assumed, in the unexamined way you assume things about your parents, that this was simply how a grown man’s hands were, and that his own would start one day, and had been waiting for it since he was thirty, the way you wait for grey hair.</w:t>
      </w:r>
      <w:r w:rsidR="00FE3ECA">
        <w:rPr>
          <w:rFonts w:ascii="Baskerville Old Face" w:hAnsi="Baskerville Old Face"/>
          <w:bCs/>
          <w:sz w:val="28"/>
          <w:szCs w:val="28"/>
        </w:rPr>
        <w:t xml:space="preserve"> </w:t>
      </w:r>
      <w:r w:rsidRPr="00CE758F">
        <w:rPr>
          <w:rFonts w:ascii="Baskerville Old Face" w:hAnsi="Baskerville Old Face"/>
          <w:bCs/>
          <w:sz w:val="28"/>
          <w:szCs w:val="28"/>
        </w:rPr>
        <w:t>Padraig sat down and put the hat on his knee and looked at his son across a courtroom that smelled of wet stone.</w:t>
      </w:r>
    </w:p>
    <w:p w14:paraId="72FE588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“Well,” he said. “There he is.”</w:t>
      </w:r>
    </w:p>
    <w:p w14:paraId="22051609" w14:textId="46BA9D5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Finian could not speak. Something had gone wrong in his throat and it had happened between the door and the chair and there was nothing to be done about it.</w:t>
      </w:r>
      <w:r w:rsidR="00FB1852">
        <w:rPr>
          <w:rFonts w:ascii="Baskerville Old Face" w:hAnsi="Baskerville Old Face"/>
          <w:bCs/>
          <w:sz w:val="28"/>
          <w:szCs w:val="28"/>
        </w:rPr>
        <w:t xml:space="preserve"> </w:t>
      </w:r>
      <w:r w:rsidRPr="00CE758F">
        <w:rPr>
          <w:rFonts w:ascii="Baskerville Old Face" w:hAnsi="Baskerville Old Face"/>
          <w:bCs/>
          <w:sz w:val="28"/>
          <w:szCs w:val="28"/>
        </w:rPr>
        <w:t>“Aye,” said Padraig, and nodded slowly, and looked away, out at the four panels of light, and gave him the time. “It’s a queer thing. I’d a whole speech</w:t>
      </w:r>
      <w:r w:rsidR="00FB1852">
        <w:rPr>
          <w:rFonts w:ascii="Baskerville Old Face" w:hAnsi="Baskerville Old Face"/>
          <w:bCs/>
          <w:sz w:val="28"/>
          <w:szCs w:val="28"/>
        </w:rPr>
        <w:t xml:space="preserve"> prepared</w:t>
      </w:r>
      <w:r w:rsidRPr="00CE758F">
        <w:rPr>
          <w:rFonts w:ascii="Baskerville Old Face" w:hAnsi="Baskerville Old Face"/>
          <w:bCs/>
          <w:sz w:val="28"/>
          <w:szCs w:val="28"/>
        </w:rPr>
        <w:t>.”</w:t>
      </w:r>
      <w:r w:rsidR="00690569">
        <w:rPr>
          <w:rFonts w:ascii="Baskerville Old Face" w:hAnsi="Baskerville Old Face"/>
          <w:bCs/>
          <w:sz w:val="28"/>
          <w:szCs w:val="28"/>
        </w:rPr>
        <w:t xml:space="preserve"> </w:t>
      </w:r>
      <w:r w:rsidRPr="00CE758F">
        <w:rPr>
          <w:rFonts w:ascii="Baskerville Old Face" w:hAnsi="Baskerville Old Face"/>
          <w:bCs/>
          <w:sz w:val="28"/>
          <w:szCs w:val="28"/>
        </w:rPr>
        <w:t xml:space="preserve">Crassus rose the way a heavy man rises, in two </w:t>
      </w:r>
      <w:r w:rsidR="00690569">
        <w:rPr>
          <w:rFonts w:ascii="Baskerville Old Face" w:hAnsi="Baskerville Old Face"/>
          <w:bCs/>
          <w:sz w:val="28"/>
          <w:szCs w:val="28"/>
        </w:rPr>
        <w:t>coordinated moves</w:t>
      </w:r>
      <w:r w:rsidRPr="00CE758F">
        <w:rPr>
          <w:rFonts w:ascii="Baskerville Old Face" w:hAnsi="Baskerville Old Face"/>
          <w:bCs/>
          <w:sz w:val="28"/>
          <w:szCs w:val="28"/>
        </w:rPr>
        <w:t>.</w:t>
      </w:r>
      <w:r w:rsidR="00FB1852">
        <w:rPr>
          <w:rFonts w:ascii="Baskerville Old Face" w:hAnsi="Baskerville Old Face"/>
          <w:bCs/>
          <w:sz w:val="28"/>
          <w:szCs w:val="28"/>
        </w:rPr>
        <w:t xml:space="preserve"> </w:t>
      </w:r>
      <w:r w:rsidRPr="00CE758F">
        <w:rPr>
          <w:rFonts w:ascii="Baskerville Old Face" w:hAnsi="Baskerville Old Face"/>
          <w:bCs/>
          <w:sz w:val="28"/>
          <w:szCs w:val="28"/>
        </w:rPr>
        <w:t>“</w:t>
      </w:r>
      <w:r w:rsidR="0084266C" w:rsidRPr="00CE758F">
        <w:rPr>
          <w:rFonts w:ascii="Baskerville Old Face" w:hAnsi="Baskerville Old Face"/>
          <w:bCs/>
          <w:sz w:val="28"/>
          <w:szCs w:val="28"/>
        </w:rPr>
        <w:t>Mr.</w:t>
      </w:r>
      <w:r w:rsidRPr="00CE758F">
        <w:rPr>
          <w:rFonts w:ascii="Baskerville Old Face" w:hAnsi="Baskerville Old Face"/>
          <w:bCs/>
          <w:sz w:val="28"/>
          <w:szCs w:val="28"/>
        </w:rPr>
        <w:t xml:space="preserve"> Kavanagh,” he said. “I am going to ask you about a hole in the ground in Libya. I want to say first that I have been at the far end of a long campaign in a hot country myself, so I will not be requiring you to explain the conditions to me, and I will not be dwelling on them for effect. The gentlemen understand that it was bad.”</w:t>
      </w:r>
      <w:r w:rsidR="00690569">
        <w:rPr>
          <w:rFonts w:ascii="Baskerville Old Face" w:hAnsi="Baskerville Old Face"/>
          <w:bCs/>
          <w:sz w:val="28"/>
          <w:szCs w:val="28"/>
        </w:rPr>
        <w:t xml:space="preserve"> </w:t>
      </w:r>
      <w:r w:rsidRPr="00CE758F">
        <w:rPr>
          <w:rFonts w:ascii="Baskerville Old Face" w:hAnsi="Baskerville Old Face"/>
          <w:bCs/>
          <w:sz w:val="28"/>
          <w:szCs w:val="28"/>
        </w:rPr>
        <w:t>Padraig looked at him with a kind of mild interest. “You’d be the Roman.”</w:t>
      </w:r>
    </w:p>
    <w:p w14:paraId="382B277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would.”</w:t>
      </w:r>
    </w:p>
    <w:p w14:paraId="71686BF6" w14:textId="180B958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Padraig turned the hat round a quarter-turn on his knee. “You did a stupid thing at the end and got a lot of young men killed for nothing.”</w:t>
      </w:r>
      <w:r w:rsidR="00FE3ECA">
        <w:rPr>
          <w:rFonts w:ascii="Baskerville Old Face" w:hAnsi="Baskerville Old Face"/>
          <w:bCs/>
          <w:sz w:val="28"/>
          <w:szCs w:val="28"/>
        </w:rPr>
        <w:t xml:space="preserve"> </w:t>
      </w:r>
      <w:r w:rsidRPr="00CE758F">
        <w:rPr>
          <w:rFonts w:ascii="Baskerville Old Face" w:hAnsi="Baskerville Old Face"/>
          <w:bCs/>
          <w:sz w:val="28"/>
          <w:szCs w:val="28"/>
        </w:rPr>
        <w:t>There was a movement along the jury bench; a small, involuntary, delighted movement, the movement of twelve men who have just decided they like a witness.</w:t>
      </w:r>
    </w:p>
    <w:p w14:paraId="4CCCE9AF" w14:textId="0CBFE99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 did,” said Crassus, entirely unruffled. “Which is why I know the shape of the thing I am about to ask you about. Tell me about Hale.”</w:t>
      </w:r>
      <w:r w:rsidR="005C4312">
        <w:rPr>
          <w:rFonts w:ascii="Baskerville Old Face" w:hAnsi="Baskerville Old Face"/>
          <w:bCs/>
          <w:sz w:val="28"/>
          <w:szCs w:val="28"/>
        </w:rPr>
        <w:t xml:space="preserve"> </w:t>
      </w:r>
      <w:r w:rsidRPr="00CE758F">
        <w:rPr>
          <w:rFonts w:ascii="Baskerville Old Face" w:hAnsi="Baskerville Old Face"/>
          <w:bCs/>
          <w:sz w:val="28"/>
          <w:szCs w:val="28"/>
        </w:rPr>
        <w:t>And Padraig told them.</w:t>
      </w:r>
      <w:r w:rsidR="005C4312">
        <w:rPr>
          <w:rFonts w:ascii="Baskerville Old Face" w:hAnsi="Baskerville Old Face"/>
          <w:bCs/>
          <w:sz w:val="28"/>
          <w:szCs w:val="28"/>
        </w:rPr>
        <w:t xml:space="preserve"> </w:t>
      </w:r>
      <w:r w:rsidRPr="00CE758F">
        <w:rPr>
          <w:rFonts w:ascii="Baskerville Old Face" w:hAnsi="Baskerville Old Face"/>
          <w:bCs/>
          <w:sz w:val="28"/>
          <w:szCs w:val="28"/>
        </w:rPr>
        <w:t>He told it plainly, without any of the arrangement that gets into a story a man has told often</w:t>
      </w:r>
      <w:r w:rsidR="005C4312">
        <w:rPr>
          <w:rFonts w:ascii="Baskerville Old Face" w:hAnsi="Baskerville Old Face"/>
          <w:bCs/>
          <w:sz w:val="28"/>
          <w:szCs w:val="28"/>
        </w:rPr>
        <w:t xml:space="preserve">, </w:t>
      </w:r>
      <w:r w:rsidRPr="00CE758F">
        <w:rPr>
          <w:rFonts w:ascii="Baskerville Old Face" w:hAnsi="Baskerville Old Face"/>
          <w:bCs/>
          <w:sz w:val="28"/>
          <w:szCs w:val="28"/>
        </w:rPr>
        <w:t xml:space="preserve">Finian, listening, understood within about a minute that his father had never told it often at all. He had told it </w:t>
      </w:r>
      <w:r w:rsidRPr="00CE758F">
        <w:rPr>
          <w:rFonts w:ascii="Baskerville Old Face" w:hAnsi="Baskerville Old Face"/>
          <w:bCs/>
          <w:i/>
          <w:sz w:val="28"/>
          <w:szCs w:val="28"/>
        </w:rPr>
        <w:t>once</w:t>
      </w:r>
      <w:r w:rsidRPr="00CE758F">
        <w:rPr>
          <w:rFonts w:ascii="Baskerville Old Face" w:hAnsi="Baskerville Old Face"/>
          <w:bCs/>
          <w:sz w:val="28"/>
          <w:szCs w:val="28"/>
        </w:rPr>
        <w:t>, over years, in pieces, to a boy, at a kitchen table, and had never in his life told it to a grown person, and did not know where the good bits were, because he had never had to find them.</w:t>
      </w:r>
      <w:r w:rsidR="005C4312">
        <w:rPr>
          <w:rFonts w:ascii="Baskerville Old Face" w:hAnsi="Baskerville Old Face"/>
          <w:bCs/>
          <w:sz w:val="28"/>
          <w:szCs w:val="28"/>
        </w:rPr>
        <w:t xml:space="preserve"> </w:t>
      </w:r>
      <w:r w:rsidRPr="00CE758F">
        <w:rPr>
          <w:rFonts w:ascii="Baskerville Old Face" w:hAnsi="Baskerville Old Face"/>
          <w:bCs/>
          <w:sz w:val="28"/>
          <w:szCs w:val="28"/>
        </w:rPr>
        <w:t>He told them about the second siege and the sand in the bully beef and the way the noise came in threes. He told them that Snowy Hale had come in with the sappers and had been put in a hole with two Scotsmen and a man from Bolton for eleven days in the July, and that on the fourth day he had begun to talk and had not left off.</w:t>
      </w:r>
      <w:r w:rsidR="005C4312">
        <w:rPr>
          <w:rFonts w:ascii="Baskerville Old Face" w:hAnsi="Baskerville Old Face"/>
          <w:bCs/>
          <w:sz w:val="28"/>
          <w:szCs w:val="28"/>
        </w:rPr>
        <w:t xml:space="preserve"> </w:t>
      </w:r>
      <w:r w:rsidRPr="00CE758F">
        <w:rPr>
          <w:rFonts w:ascii="Baskerville Old Face" w:hAnsi="Baskerville Old Face"/>
          <w:bCs/>
          <w:sz w:val="28"/>
          <w:szCs w:val="28"/>
        </w:rPr>
        <w:t>“What did he talk about?” said Crassus.</w:t>
      </w:r>
      <w:r w:rsidR="005C4312">
        <w:rPr>
          <w:rFonts w:ascii="Baskerville Old Face" w:hAnsi="Baskerville Old Face"/>
          <w:bCs/>
          <w:sz w:val="28"/>
          <w:szCs w:val="28"/>
        </w:rPr>
        <w:t xml:space="preserve"> </w:t>
      </w:r>
      <w:r w:rsidRPr="00CE758F">
        <w:rPr>
          <w:rFonts w:ascii="Baskerville Old Face" w:hAnsi="Baskerville Old Face"/>
          <w:bCs/>
          <w:sz w:val="28"/>
          <w:szCs w:val="28"/>
        </w:rPr>
        <w:t>“Water,” said Padraig.</w:t>
      </w:r>
      <w:r w:rsidR="00DE2F1B">
        <w:rPr>
          <w:rFonts w:ascii="Baskerville Old Face" w:hAnsi="Baskerville Old Face"/>
          <w:bCs/>
          <w:sz w:val="28"/>
          <w:szCs w:val="28"/>
        </w:rPr>
        <w:t xml:space="preserve"> </w:t>
      </w:r>
      <w:r w:rsidRPr="00CE758F">
        <w:rPr>
          <w:rFonts w:ascii="Baskerville Old Face" w:hAnsi="Baskerville Old Face"/>
          <w:bCs/>
          <w:sz w:val="28"/>
          <w:szCs w:val="28"/>
        </w:rPr>
        <w:t>He turned the hat another quarter.</w:t>
      </w:r>
      <w:r w:rsidR="00DE2F1B">
        <w:rPr>
          <w:rFonts w:ascii="Baskerville Old Face" w:hAnsi="Baskerville Old Face"/>
          <w:bCs/>
          <w:sz w:val="28"/>
          <w:szCs w:val="28"/>
        </w:rPr>
        <w:t xml:space="preserve"> </w:t>
      </w:r>
      <w:r w:rsidRPr="00CE758F">
        <w:rPr>
          <w:rFonts w:ascii="Baskerville Old Face" w:hAnsi="Baskerville Old Face"/>
          <w:bCs/>
          <w:sz w:val="28"/>
          <w:szCs w:val="28"/>
        </w:rPr>
        <w:t xml:space="preserve">“He’d </w:t>
      </w:r>
      <w:r w:rsidR="00D129A9">
        <w:rPr>
          <w:rFonts w:ascii="Baskerville Old Face" w:hAnsi="Baskerville Old Face"/>
          <w:bCs/>
          <w:sz w:val="28"/>
          <w:szCs w:val="28"/>
        </w:rPr>
        <w:t>ta</w:t>
      </w:r>
      <w:r w:rsidR="00DE2F1B">
        <w:rPr>
          <w:rFonts w:ascii="Baskerville Old Face" w:hAnsi="Baskerville Old Face"/>
          <w:bCs/>
          <w:sz w:val="28"/>
          <w:szCs w:val="28"/>
        </w:rPr>
        <w:t xml:space="preserve">lk of </w:t>
      </w:r>
      <w:r w:rsidRPr="00CE758F">
        <w:rPr>
          <w:rFonts w:ascii="Baskerville Old Face" w:hAnsi="Baskerville Old Face"/>
          <w:bCs/>
          <w:sz w:val="28"/>
          <w:szCs w:val="28"/>
        </w:rPr>
        <w:t xml:space="preserve">this country,” he said. “In the middle o’ Australia. Bigger than Europe, he said, and dry as a bone on the top of it, and underneath it a sea. That’s how he said it. A sea under the desert. And a man wi’ a rig could go out there and put a hole down four hundred feet and bring it up, and there’d be cattle where there was nothin’, and </w:t>
      </w:r>
      <w:r w:rsidRPr="00CE758F">
        <w:rPr>
          <w:rFonts w:ascii="Baskerville Old Face" w:hAnsi="Baskerville Old Face"/>
          <w:bCs/>
          <w:sz w:val="28"/>
          <w:szCs w:val="28"/>
        </w:rPr>
        <w:lastRenderedPageBreak/>
        <w:t>there’d be a town where there was nothin’, and he’d the country picked. He’d it all picked. He had a wee bit of an atlas out my kit and he’d put crosses on it wi’ a pencil for where the water was.”</w:t>
      </w:r>
    </w:p>
    <w:p w14:paraId="6C2DB36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he tell you he had drilled such a hole?”</w:t>
      </w:r>
    </w:p>
    <w:p w14:paraId="3047F4D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Padraig.</w:t>
      </w:r>
    </w:p>
    <w:p w14:paraId="5388E38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he tell you he had ever worked on a drilling rig?”</w:t>
      </w:r>
    </w:p>
    <w:p w14:paraId="458C87F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3B488F6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he tell you he owned a rig, or had money towards one, or knew a man who did?”</w:t>
      </w:r>
    </w:p>
    <w:p w14:paraId="7D6B1D4B" w14:textId="0966965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Padraig. “He never said any o’ that. Never once.”</w:t>
      </w:r>
      <w:r w:rsidR="00DE2F1B">
        <w:rPr>
          <w:rFonts w:ascii="Baskerville Old Face" w:hAnsi="Baskerville Old Face"/>
          <w:bCs/>
          <w:sz w:val="28"/>
          <w:szCs w:val="28"/>
        </w:rPr>
        <w:t xml:space="preserve"> </w:t>
      </w:r>
      <w:r w:rsidRPr="00CE758F">
        <w:rPr>
          <w:rFonts w:ascii="Baskerville Old Face" w:hAnsi="Baskerville Old Face"/>
          <w:bCs/>
          <w:sz w:val="28"/>
          <w:szCs w:val="28"/>
        </w:rPr>
        <w:t>Crassus let a beat go by. “Then may I ask what you understood him to be telling you?”</w:t>
      </w:r>
      <w:r w:rsidR="00DE2F1B">
        <w:rPr>
          <w:rFonts w:ascii="Baskerville Old Face" w:hAnsi="Baskerville Old Face"/>
          <w:bCs/>
          <w:sz w:val="28"/>
          <w:szCs w:val="28"/>
        </w:rPr>
        <w:t xml:space="preserve"> </w:t>
      </w:r>
      <w:r w:rsidRPr="00CE758F">
        <w:rPr>
          <w:rFonts w:ascii="Baskerville Old Face" w:hAnsi="Baskerville Old Face"/>
          <w:bCs/>
          <w:sz w:val="28"/>
          <w:szCs w:val="28"/>
        </w:rPr>
        <w:t>And Padraig Kavanagh, who had been dead for twenty-one years, sat in a wooden chair in a room that did not exist and said the sentence that took his son’s life apart.</w:t>
      </w:r>
      <w:r w:rsidR="00DE2F1B">
        <w:rPr>
          <w:rFonts w:ascii="Baskerville Old Face" w:hAnsi="Baskerville Old Face"/>
          <w:bCs/>
          <w:sz w:val="28"/>
          <w:szCs w:val="28"/>
        </w:rPr>
        <w:t xml:space="preserve"> </w:t>
      </w:r>
      <w:r w:rsidRPr="00CE758F">
        <w:rPr>
          <w:rFonts w:ascii="Baskerville Old Face" w:hAnsi="Baskerville Old Face"/>
          <w:bCs/>
          <w:sz w:val="28"/>
          <w:szCs w:val="28"/>
        </w:rPr>
        <w:t xml:space="preserve">“I understood him to be </w:t>
      </w:r>
      <w:r w:rsidR="0084266C" w:rsidRPr="00CE758F">
        <w:rPr>
          <w:rFonts w:ascii="Baskerville Old Face" w:hAnsi="Baskerville Old Face"/>
          <w:bCs/>
          <w:sz w:val="28"/>
          <w:szCs w:val="28"/>
        </w:rPr>
        <w:t>talking</w:t>
      </w:r>
      <w:r w:rsidRPr="00CE758F">
        <w:rPr>
          <w:rFonts w:ascii="Baskerville Old Face" w:hAnsi="Baskerville Old Face"/>
          <w:bCs/>
          <w:sz w:val="28"/>
          <w:szCs w:val="28"/>
        </w:rPr>
        <w:t>’.”</w:t>
      </w:r>
      <w:r w:rsidR="00DE2F1B">
        <w:rPr>
          <w:rFonts w:ascii="Baskerville Old Face" w:hAnsi="Baskerville Old Face"/>
          <w:bCs/>
          <w:sz w:val="28"/>
          <w:szCs w:val="28"/>
        </w:rPr>
        <w:t xml:space="preserve"> </w:t>
      </w:r>
      <w:r w:rsidRPr="00CE758F">
        <w:rPr>
          <w:rFonts w:ascii="Baskerville Old Face" w:hAnsi="Baskerville Old Face"/>
          <w:bCs/>
          <w:sz w:val="28"/>
          <w:szCs w:val="28"/>
        </w:rPr>
        <w:t>The room did not react. That was the worst of it. There was no gasp and no stir; the clerk wrote; a man on the jury shifted his weight and the chair complained; the light lay in four panels on the floor. It was simply a plain answer to a plain question in a room where plain answers were the currency.</w:t>
      </w:r>
      <w:r w:rsidR="00DE2F1B">
        <w:rPr>
          <w:rFonts w:ascii="Baskerville Old Face" w:hAnsi="Baskerville Old Face"/>
          <w:bCs/>
          <w:sz w:val="28"/>
          <w:szCs w:val="28"/>
        </w:rPr>
        <w:t xml:space="preserve"> </w:t>
      </w:r>
      <w:r w:rsidRPr="00CE758F">
        <w:rPr>
          <w:rFonts w:ascii="Baskerville Old Face" w:hAnsi="Baskerville Old Face"/>
          <w:bCs/>
          <w:sz w:val="28"/>
          <w:szCs w:val="28"/>
        </w:rPr>
        <w:t>“You understood him to be talking,” said Crassus.</w:t>
      </w:r>
    </w:p>
    <w:p w14:paraId="114FB39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“Aye.”</w:t>
      </w:r>
    </w:p>
    <w:p w14:paraId="39A89C1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 planning.”</w:t>
      </w:r>
    </w:p>
    <w:p w14:paraId="1479E79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“Christ, no.” Padraig looked genuinely surprised to be asked. “You couldnae plan in there. There was nothin’ tae plan wi’. There was a hole and there was the noise and there was the four of us and Hale, and Hale would go for two hour at a stretch about a picture theatre he was goin’ tae build, and a thing wi’ camels, and a hotel out by some rocks, and he’d a woman in Katherine that changed her name three times in a fortnight.” He almost smiled. “He was twenty-one. He was frightened out his wits, same as the rest of us. That was how he done it. Some men prayed, and Turnbull sang, God help us, and Hale built things wi’ his mouth. It was the same thing. It was all the same thing.”</w:t>
      </w:r>
    </w:p>
    <w:p w14:paraId="23B66AA4" w14:textId="4C5BA52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84266C" w:rsidRPr="00CE758F">
        <w:rPr>
          <w:rFonts w:ascii="Baskerville Old Face" w:hAnsi="Baskerville Old Face"/>
          <w:bCs/>
          <w:sz w:val="28"/>
          <w:szCs w:val="28"/>
        </w:rPr>
        <w:t>Mr.</w:t>
      </w:r>
      <w:r w:rsidRPr="00CE758F">
        <w:rPr>
          <w:rFonts w:ascii="Baskerville Old Face" w:hAnsi="Baskerville Old Face"/>
          <w:bCs/>
          <w:sz w:val="28"/>
          <w:szCs w:val="28"/>
        </w:rPr>
        <w:t xml:space="preserve"> Kavanagh,” said Crassus, “I am obliged to ask this precisely. On the eleven days you were in that hole with him — did you at any time believe that the plan he described was a real plan?”</w:t>
      </w:r>
    </w:p>
    <w:p w14:paraId="2825E6C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51141C6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 at any time after his death come to believe it was a real plan?”</w:t>
      </w:r>
    </w:p>
    <w:p w14:paraId="0B92F57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1FDF796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“Not in nineteen years.”</w:t>
      </w:r>
    </w:p>
    <w:p w14:paraId="5B4012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441720D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I must ask you,” said Crassus, “why you told your son that it was.”</w:t>
      </w:r>
    </w:p>
    <w:p w14:paraId="465307E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Padraig Kavanagh looked at the floor for a long time.</w:t>
      </w:r>
    </w:p>
    <w:p w14:paraId="6F6063F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never told him it was,” he said at last.</w:t>
      </w:r>
    </w:p>
    <w:p w14:paraId="5FE7E94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“Very well. Tell the court what you did tell him.”</w:t>
      </w:r>
    </w:p>
    <w:p w14:paraId="5EEC1317" w14:textId="42BCAE1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told him about Snowy.” He turned the hat. “I told him the man, and the country, and the water, and I never once put the word </w:t>
      </w:r>
      <w:r w:rsidRPr="00CE758F">
        <w:rPr>
          <w:rFonts w:ascii="Baskerville Old Face" w:hAnsi="Baskerville Old Face"/>
          <w:bCs/>
          <w:i/>
          <w:sz w:val="28"/>
          <w:szCs w:val="28"/>
        </w:rPr>
        <w:t>plan</w:t>
      </w:r>
      <w:r w:rsidRPr="00CE758F">
        <w:rPr>
          <w:rFonts w:ascii="Baskerville Old Face" w:hAnsi="Baskerville Old Face"/>
          <w:bCs/>
          <w:sz w:val="28"/>
          <w:szCs w:val="28"/>
        </w:rPr>
        <w:t xml:space="preserve"> in it, and I never once said </w:t>
      </w:r>
      <w:r w:rsidRPr="00CE758F">
        <w:rPr>
          <w:rFonts w:ascii="Baskerville Old Face" w:hAnsi="Baskerville Old Face"/>
          <w:bCs/>
          <w:i/>
          <w:sz w:val="28"/>
          <w:szCs w:val="28"/>
        </w:rPr>
        <w:t>we were goin’ tae</w:t>
      </w:r>
      <w:r w:rsidRPr="00CE758F">
        <w:rPr>
          <w:rFonts w:ascii="Baskerville Old Face" w:hAnsi="Baskerville Old Face"/>
          <w:bCs/>
          <w:sz w:val="28"/>
          <w:szCs w:val="28"/>
        </w:rPr>
        <w:t xml:space="preserve">, because we </w:t>
      </w:r>
      <w:r w:rsidR="00B04EF0" w:rsidRPr="00CE758F">
        <w:rPr>
          <w:rFonts w:ascii="Baskerville Old Face" w:hAnsi="Baskerville Old Face"/>
          <w:bCs/>
          <w:sz w:val="28"/>
          <w:szCs w:val="28"/>
        </w:rPr>
        <w:t>wer</w:t>
      </w:r>
      <w:r w:rsidR="00B04EF0">
        <w:rPr>
          <w:rFonts w:ascii="Baskerville Old Face" w:hAnsi="Baskerville Old Face"/>
          <w:bCs/>
          <w:sz w:val="28"/>
          <w:szCs w:val="28"/>
        </w:rPr>
        <w:t>en’t</w:t>
      </w:r>
      <w:r w:rsidRPr="00CE758F">
        <w:rPr>
          <w:rFonts w:ascii="Baskerville Old Face" w:hAnsi="Baskerville Old Face"/>
          <w:bCs/>
          <w:sz w:val="28"/>
          <w:szCs w:val="28"/>
        </w:rPr>
        <w:t xml:space="preserve"> goin’ tae, there was never a </w:t>
      </w:r>
      <w:r w:rsidR="000640D9">
        <w:rPr>
          <w:rFonts w:ascii="Baskerville Old Face" w:hAnsi="Baskerville Old Face"/>
          <w:bCs/>
          <w:sz w:val="28"/>
          <w:szCs w:val="28"/>
        </w:rPr>
        <w:t>‘</w:t>
      </w:r>
      <w:r w:rsidRPr="00CE758F">
        <w:rPr>
          <w:rFonts w:ascii="Baskerville Old Face" w:hAnsi="Baskerville Old Face"/>
          <w:bCs/>
          <w:sz w:val="28"/>
          <w:szCs w:val="28"/>
        </w:rPr>
        <w:t>we</w:t>
      </w:r>
      <w:r w:rsidR="00B04EF0">
        <w:rPr>
          <w:rFonts w:ascii="Baskerville Old Face" w:hAnsi="Baskerville Old Face"/>
          <w:bCs/>
          <w:sz w:val="28"/>
          <w:szCs w:val="28"/>
        </w:rPr>
        <w:t>’</w:t>
      </w:r>
      <w:r w:rsidRPr="00CE758F">
        <w:rPr>
          <w:rFonts w:ascii="Baskerville Old Face" w:hAnsi="Baskerville Old Face"/>
          <w:bCs/>
          <w:sz w:val="28"/>
          <w:szCs w:val="28"/>
        </w:rPr>
        <w:t xml:space="preserve"> and there was never a goin’ tae. And I never lied tae the boy in my life.” He raised his head. “And I knew fine what he was </w:t>
      </w:r>
      <w:r w:rsidR="00B04EF0" w:rsidRPr="00CE758F">
        <w:rPr>
          <w:rFonts w:ascii="Baskerville Old Face" w:hAnsi="Baskerville Old Face"/>
          <w:bCs/>
          <w:sz w:val="28"/>
          <w:szCs w:val="28"/>
        </w:rPr>
        <w:t>making</w:t>
      </w:r>
      <w:r w:rsidRPr="00CE758F">
        <w:rPr>
          <w:rFonts w:ascii="Baskerville Old Face" w:hAnsi="Baskerville Old Face"/>
          <w:bCs/>
          <w:sz w:val="28"/>
          <w:szCs w:val="28"/>
        </w:rPr>
        <w:t>’ of it. I knew by the time he was nine.”</w:t>
      </w:r>
    </w:p>
    <w:p w14:paraId="21A5473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did you know?”</w:t>
      </w:r>
    </w:p>
    <w:p w14:paraId="5CA954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he asked what the rig would cost,” said Padraig.</w:t>
      </w:r>
    </w:p>
    <w:p w14:paraId="0933F1B8" w14:textId="476AAA7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it without emphasis. Crassus, who did nothing without emphasis, let it lie exactly where it fell.</w:t>
      </w:r>
      <w:r w:rsidR="00024D1E">
        <w:rPr>
          <w:rFonts w:ascii="Baskerville Old Face" w:hAnsi="Baskerville Old Face"/>
          <w:bCs/>
          <w:sz w:val="28"/>
          <w:szCs w:val="28"/>
        </w:rPr>
        <w:t xml:space="preserve"> </w:t>
      </w:r>
      <w:r w:rsidRPr="00CE758F">
        <w:rPr>
          <w:rFonts w:ascii="Baskerville Old Face" w:hAnsi="Baskerville Old Face"/>
          <w:bCs/>
          <w:sz w:val="28"/>
          <w:szCs w:val="28"/>
        </w:rPr>
        <w:t xml:space="preserve">“He was nine,” said Padraig, “and I’d told him the water and the sea under the desert and the cattle, and he sat there and he worked at it, and then he says, Da, what would a rig cost? And I said I hadnae a notion. And he says, well, could ye no find out.” He </w:t>
      </w:r>
      <w:r w:rsidRPr="00CE758F">
        <w:rPr>
          <w:rFonts w:ascii="Baskerville Old Face" w:hAnsi="Baskerville Old Face"/>
          <w:bCs/>
          <w:sz w:val="28"/>
          <w:szCs w:val="28"/>
        </w:rPr>
        <w:lastRenderedPageBreak/>
        <w:t xml:space="preserve">turned the hat. “And I mind </w:t>
      </w:r>
      <w:r w:rsidR="00B04EF0" w:rsidRPr="00CE758F">
        <w:rPr>
          <w:rFonts w:ascii="Baskerville Old Face" w:hAnsi="Baskerville Old Face"/>
          <w:bCs/>
          <w:sz w:val="28"/>
          <w:szCs w:val="28"/>
        </w:rPr>
        <w:t>sitting</w:t>
      </w:r>
      <w:r w:rsidRPr="00CE758F">
        <w:rPr>
          <w:rFonts w:ascii="Baskerville Old Face" w:hAnsi="Baskerville Old Face"/>
          <w:bCs/>
          <w:sz w:val="28"/>
          <w:szCs w:val="28"/>
        </w:rPr>
        <w:t xml:space="preserve">’ there </w:t>
      </w:r>
      <w:r w:rsidR="00B04EF0" w:rsidRPr="00CE758F">
        <w:rPr>
          <w:rFonts w:ascii="Baskerville Old Face" w:hAnsi="Baskerville Old Face"/>
          <w:bCs/>
          <w:sz w:val="28"/>
          <w:szCs w:val="28"/>
        </w:rPr>
        <w:t>thinking</w:t>
      </w:r>
      <w:r w:rsidRPr="00CE758F">
        <w:rPr>
          <w:rFonts w:ascii="Baskerville Old Face" w:hAnsi="Baskerville Old Face"/>
          <w:bCs/>
          <w:sz w:val="28"/>
          <w:szCs w:val="28"/>
        </w:rPr>
        <w:t>’, he’s away. He’s took it for a real thing. He’s took a deid man’s blether for a real thing and he’s away.”</w:t>
      </w:r>
    </w:p>
    <w:p w14:paraId="28CCD80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you corrected him.”</w:t>
      </w:r>
    </w:p>
    <w:p w14:paraId="5588DA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7E2C115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not?”</w:t>
      </w:r>
    </w:p>
    <w:p w14:paraId="7BA328F9" w14:textId="7DBFF83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“Because,” said Padraig, “it was the only thing in that </w:t>
      </w:r>
      <w:r w:rsidR="00B04EF0" w:rsidRPr="00CE758F">
        <w:rPr>
          <w:rFonts w:ascii="Baskerville Old Face" w:hAnsi="Baskerville Old Face"/>
          <w:bCs/>
          <w:sz w:val="28"/>
          <w:szCs w:val="28"/>
        </w:rPr>
        <w:t>house</w:t>
      </w:r>
      <w:r w:rsidRPr="00CE758F">
        <w:rPr>
          <w:rFonts w:ascii="Baskerville Old Face" w:hAnsi="Baskerville Old Face"/>
          <w:bCs/>
          <w:sz w:val="28"/>
          <w:szCs w:val="28"/>
        </w:rPr>
        <w:t xml:space="preserve"> that wasnae the war.”</w:t>
      </w:r>
    </w:p>
    <w:p w14:paraId="531526F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was aware of Darrow’s hand coming to rest flat on the table beside him, not touching him; a hand set down in the way you set a hand on the rail of a bed.</w:t>
      </w:r>
    </w:p>
    <w:p w14:paraId="6D84DE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that more fully,” said Crassus, “if you can.”</w:t>
      </w:r>
    </w:p>
    <w:p w14:paraId="57748FE7" w14:textId="404099F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want it fuller.” Padraig thought. “Right. There was five year I came back off, and I’ll no describe them, and if the court wants them described it can ask somebody that enjoys it. I couldnae hold a cup. I couldnae go doon Lothian Road on a S</w:t>
      </w:r>
      <w:r w:rsidR="00F87CA4">
        <w:rPr>
          <w:rFonts w:ascii="Baskerville Old Face" w:hAnsi="Baskerville Old Face"/>
          <w:bCs/>
          <w:sz w:val="28"/>
          <w:szCs w:val="28"/>
        </w:rPr>
        <w:t>aturday</w:t>
      </w:r>
      <w:r w:rsidRPr="00CE758F">
        <w:rPr>
          <w:rFonts w:ascii="Baskerville Old Face" w:hAnsi="Baskerville Old Face"/>
          <w:bCs/>
          <w:sz w:val="28"/>
          <w:szCs w:val="28"/>
        </w:rPr>
        <w:t xml:space="preserve"> for the noise. I had a wife that got up in the night tae sit wi’ me on the stair so’s the boy would</w:t>
      </w:r>
      <w:r w:rsidR="00F87CA4">
        <w:rPr>
          <w:rFonts w:ascii="Baskerville Old Face" w:hAnsi="Baskerville Old Face"/>
          <w:bCs/>
          <w:sz w:val="28"/>
          <w:szCs w:val="28"/>
        </w:rPr>
        <w:t xml:space="preserve"> </w:t>
      </w:r>
      <w:r w:rsidRPr="00CE758F">
        <w:rPr>
          <w:rFonts w:ascii="Baskerville Old Face" w:hAnsi="Baskerville Old Face"/>
          <w:bCs/>
          <w:sz w:val="28"/>
          <w:szCs w:val="28"/>
        </w:rPr>
        <w:t>nae hear, and there’s a stair in Fountainbridge that has heard more o’ me than any priest.</w:t>
      </w:r>
      <w:r w:rsidR="00024D1E">
        <w:rPr>
          <w:rFonts w:ascii="Baskerville Old Face" w:hAnsi="Baskerville Old Face"/>
          <w:bCs/>
          <w:sz w:val="28"/>
          <w:szCs w:val="28"/>
        </w:rPr>
        <w:t xml:space="preserve"> </w:t>
      </w:r>
      <w:r w:rsidRPr="00CE758F">
        <w:rPr>
          <w:rFonts w:ascii="Baskerville Old Face" w:hAnsi="Baskerville Old Face"/>
          <w:bCs/>
          <w:sz w:val="28"/>
          <w:szCs w:val="28"/>
        </w:rPr>
        <w:t xml:space="preserve">“And in the middle o’ that there’s a wean at a table </w:t>
      </w:r>
      <w:r w:rsidR="00F87CA4" w:rsidRPr="00CE758F">
        <w:rPr>
          <w:rFonts w:ascii="Baskerville Old Face" w:hAnsi="Baskerville Old Face"/>
          <w:bCs/>
          <w:sz w:val="28"/>
          <w:szCs w:val="28"/>
        </w:rPr>
        <w:t>wanting</w:t>
      </w:r>
      <w:r w:rsidRPr="00CE758F">
        <w:rPr>
          <w:rFonts w:ascii="Baskerville Old Face" w:hAnsi="Baskerville Old Face"/>
          <w:bCs/>
          <w:sz w:val="28"/>
          <w:szCs w:val="28"/>
        </w:rPr>
        <w:t xml:space="preserve">’ a story. And I’ve nae stories. I’ve nothin’. The whole o’ me from nineteen tae twenty-six is a thing I’d </w:t>
      </w:r>
      <w:r w:rsidRPr="00CE758F">
        <w:rPr>
          <w:rFonts w:ascii="Baskerville Old Face" w:hAnsi="Baskerville Old Face"/>
          <w:bCs/>
          <w:sz w:val="28"/>
          <w:szCs w:val="28"/>
        </w:rPr>
        <w:lastRenderedPageBreak/>
        <w:t xml:space="preserve">rather he never heard a word of as long as he lived. Except one bit.” He turned the hat. “One bit. A daft Australian in a hole </w:t>
      </w:r>
      <w:r w:rsidR="00F87CA4" w:rsidRPr="00CE758F">
        <w:rPr>
          <w:rFonts w:ascii="Baskerville Old Face" w:hAnsi="Baskerville Old Face"/>
          <w:bCs/>
          <w:sz w:val="28"/>
          <w:szCs w:val="28"/>
        </w:rPr>
        <w:t>talking</w:t>
      </w:r>
      <w:r w:rsidRPr="00CE758F">
        <w:rPr>
          <w:rFonts w:ascii="Baskerville Old Face" w:hAnsi="Baskerville Old Face"/>
          <w:bCs/>
          <w:sz w:val="28"/>
          <w:szCs w:val="28"/>
        </w:rPr>
        <w:t>’ about water. That’s the only thing that happened tae me in that war that a boy could have.”</w:t>
      </w:r>
    </w:p>
    <w:p w14:paraId="2DC17FD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up.</w:t>
      </w:r>
    </w:p>
    <w:p w14:paraId="735121CE" w14:textId="70CE754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“So I gave him it. And when he made a plan of it, I let him, because when he was </w:t>
      </w:r>
      <w:r w:rsidR="00F87CA4" w:rsidRPr="00CE758F">
        <w:rPr>
          <w:rFonts w:ascii="Baskerville Old Face" w:hAnsi="Baskerville Old Face"/>
          <w:bCs/>
          <w:sz w:val="28"/>
          <w:szCs w:val="28"/>
        </w:rPr>
        <w:t>making</w:t>
      </w:r>
      <w:r w:rsidRPr="00CE758F">
        <w:rPr>
          <w:rFonts w:ascii="Baskerville Old Face" w:hAnsi="Baskerville Old Face"/>
          <w:bCs/>
          <w:sz w:val="28"/>
          <w:szCs w:val="28"/>
        </w:rPr>
        <w:t xml:space="preserve">’ a plan of it he had a father that had been somewhere and known somebody and nearly done </w:t>
      </w:r>
      <w:r w:rsidR="00F87CA4" w:rsidRPr="00CE758F">
        <w:rPr>
          <w:rFonts w:ascii="Baskerville Old Face" w:hAnsi="Baskerville Old Face"/>
          <w:bCs/>
          <w:sz w:val="28"/>
          <w:szCs w:val="28"/>
        </w:rPr>
        <w:t>something</w:t>
      </w:r>
      <w:r w:rsidRPr="00CE758F">
        <w:rPr>
          <w:rFonts w:ascii="Baskerville Old Face" w:hAnsi="Baskerville Old Face"/>
          <w:bCs/>
          <w:sz w:val="28"/>
          <w:szCs w:val="28"/>
        </w:rPr>
        <w:t>’, instead o’ one that couldnae hold a cup.” His voice did not break. He simply stopped for a moment and then went on. “And that’s the whole of it, and I’d like it wrote doon, because I’ve had twenty-one year</w:t>
      </w:r>
      <w:r w:rsidR="007D5B22">
        <w:rPr>
          <w:rFonts w:ascii="Baskerville Old Face" w:hAnsi="Baskerville Old Face"/>
          <w:bCs/>
          <w:sz w:val="28"/>
          <w:szCs w:val="28"/>
        </w:rPr>
        <w:t>s</w:t>
      </w:r>
      <w:r w:rsidRPr="00CE758F">
        <w:rPr>
          <w:rFonts w:ascii="Baskerville Old Face" w:hAnsi="Baskerville Old Face"/>
          <w:bCs/>
          <w:sz w:val="28"/>
          <w:szCs w:val="28"/>
        </w:rPr>
        <w:t xml:space="preserve"> o’ bein’ the puir man in this story and I’d sooner be the guilty one. It’s mair honest and it’s easier tae carry.”</w:t>
      </w:r>
    </w:p>
    <w:p w14:paraId="0B05EA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went and stood by the exhibits.</w:t>
      </w:r>
    </w:p>
    <w:p w14:paraId="7D02AB8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want to put three objects to you. Take your time with each.”</w:t>
      </w:r>
    </w:p>
    <w:p w14:paraId="6A7A871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tin came first. Padraig took it and held it in both hands and did not open it, and something moved across his face that was not grief.</w:t>
      </w:r>
    </w:p>
    <w:p w14:paraId="799DA1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he said. “That’s mine. That went up the desert and came back.”</w:t>
      </w:r>
    </w:p>
    <w:p w14:paraId="2F392B5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“Open it, please.”</w:t>
      </w:r>
    </w:p>
    <w:p w14:paraId="3F3FC55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opened it. He looked at the photograph for a while — two men squinting, one grinning, the light making a mess of the faces. “That’s him. That’s Snowy. That’s outside the wire at Tobruk and that’s Turnbull’s thumb in the corner, he never could take a photie.”</w:t>
      </w:r>
    </w:p>
    <w:p w14:paraId="0C81E78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 folded page.”</w:t>
      </w:r>
    </w:p>
    <w:p w14:paraId="6E9B1E5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Padraig unfolded the atlas page and looked at the pale orange emptiness and the pencil crosses, and his mouth went hard.</w:t>
      </w:r>
    </w:p>
    <w:p w14:paraId="4FE8180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“Whose hand are the crosses in?” said Crassus.</w:t>
      </w:r>
    </w:p>
    <w:p w14:paraId="15EF446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w:t>
      </w:r>
    </w:p>
    <w:p w14:paraId="1720C8B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“Made where?”</w:t>
      </w:r>
    </w:p>
    <w:p w14:paraId="5FBFDF8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“In the hole.”</w:t>
      </w:r>
    </w:p>
    <w:p w14:paraId="5EEF24D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“From what?”</w:t>
      </w:r>
    </w:p>
    <w:p w14:paraId="17655467" w14:textId="638D8BD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“Frae the wee atlas,” said Padraig. “Out my kit. He’d never stood on that grund in his life, that was the joke of it, he was frae Tennant and he’d never been sooth o’ the Barkly, and he’s puttin’ crosses on the middle o’ Australia oot a schoolroom atlas by candle in Libya.” He put his thumb on one of the crosses, quite gently, the way you would touch a name. “He wasnae </w:t>
      </w:r>
      <w:r w:rsidR="00382A9B" w:rsidRPr="00CE758F">
        <w:rPr>
          <w:rFonts w:ascii="Baskerville Old Face" w:hAnsi="Baskerville Old Face"/>
          <w:bCs/>
          <w:sz w:val="28"/>
          <w:szCs w:val="28"/>
        </w:rPr>
        <w:t>mapping</w:t>
      </w:r>
      <w:r w:rsidRPr="00CE758F">
        <w:rPr>
          <w:rFonts w:ascii="Baskerville Old Face" w:hAnsi="Baskerville Old Face"/>
          <w:bCs/>
          <w:sz w:val="28"/>
          <w:szCs w:val="28"/>
        </w:rPr>
        <w:t xml:space="preserve">’ </w:t>
      </w:r>
      <w:r w:rsidR="00382A9B" w:rsidRPr="00CE758F">
        <w:rPr>
          <w:rFonts w:ascii="Baskerville Old Face" w:hAnsi="Baskerville Old Face"/>
          <w:bCs/>
          <w:sz w:val="28"/>
          <w:szCs w:val="28"/>
        </w:rPr>
        <w:t>anything</w:t>
      </w:r>
      <w:r w:rsidRPr="00CE758F">
        <w:rPr>
          <w:rFonts w:ascii="Baskerville Old Face" w:hAnsi="Baskerville Old Face"/>
          <w:bCs/>
          <w:sz w:val="28"/>
          <w:szCs w:val="28"/>
        </w:rPr>
        <w:t xml:space="preserve">’. He was </w:t>
      </w:r>
      <w:r w:rsidR="00382A9B" w:rsidRPr="00CE758F">
        <w:rPr>
          <w:rFonts w:ascii="Baskerville Old Face" w:hAnsi="Baskerville Old Face"/>
          <w:bCs/>
          <w:sz w:val="28"/>
          <w:szCs w:val="28"/>
        </w:rPr>
        <w:t>passing</w:t>
      </w:r>
      <w:r w:rsidRPr="00CE758F">
        <w:rPr>
          <w:rFonts w:ascii="Baskerville Old Face" w:hAnsi="Baskerville Old Face"/>
          <w:bCs/>
          <w:sz w:val="28"/>
          <w:szCs w:val="28"/>
        </w:rPr>
        <w:t xml:space="preserve">’ the </w:t>
      </w:r>
      <w:r w:rsidRPr="00CE758F">
        <w:rPr>
          <w:rFonts w:ascii="Baskerville Old Face" w:hAnsi="Baskerville Old Face"/>
          <w:bCs/>
          <w:sz w:val="28"/>
          <w:szCs w:val="28"/>
        </w:rPr>
        <w:lastRenderedPageBreak/>
        <w:t xml:space="preserve">time. We were all </w:t>
      </w:r>
      <w:r w:rsidR="00382A9B" w:rsidRPr="00CE758F">
        <w:rPr>
          <w:rFonts w:ascii="Baskerville Old Face" w:hAnsi="Baskerville Old Face"/>
          <w:bCs/>
          <w:sz w:val="28"/>
          <w:szCs w:val="28"/>
        </w:rPr>
        <w:t>passing</w:t>
      </w:r>
      <w:r w:rsidRPr="00CE758F">
        <w:rPr>
          <w:rFonts w:ascii="Baskerville Old Face" w:hAnsi="Baskerville Old Face"/>
          <w:bCs/>
          <w:sz w:val="28"/>
          <w:szCs w:val="28"/>
        </w:rPr>
        <w:t>’ the time. Turnbull sang the same four songs for eleven days and naebody’s built a concert hall aff the back o’ it.”</w:t>
      </w:r>
    </w:p>
    <w:p w14:paraId="2563B66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 third object,” said Crassus.</w:t>
      </w:r>
    </w:p>
    <w:p w14:paraId="7D59761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third object was a single sheet of writing paper, folded in four, soft along the creases, brown at one corner.</w:t>
      </w:r>
    </w:p>
    <w:p w14:paraId="6C14470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Padraig read it. It took him a while, and the room waited. When he had finished he folded it back along its own folds, carefully, the way you fold a thing that has been folded the same way for thirty-one years, and he held it in his hand and looked at his son.</w:t>
      </w:r>
    </w:p>
    <w:p w14:paraId="60F6400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never sent me this.”</w:t>
      </w:r>
    </w:p>
    <w:p w14:paraId="6203D81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Finian.</w:t>
      </w:r>
    </w:p>
    <w:p w14:paraId="48869C8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“Ye sent me the other one. The two pages. I mind it fine, it came in the September, and there was a bit in it said </w:t>
      </w:r>
      <w:r w:rsidRPr="00CE758F">
        <w:rPr>
          <w:rFonts w:ascii="Baskerville Old Face" w:hAnsi="Baskerville Old Face"/>
          <w:bCs/>
          <w:i/>
          <w:sz w:val="28"/>
          <w:szCs w:val="28"/>
        </w:rPr>
        <w:t>tell my father I found the country, tell him it’s exactly as good as he said it was</w:t>
      </w:r>
      <w:r w:rsidRPr="00CE758F">
        <w:rPr>
          <w:rFonts w:ascii="Baskerville Old Face" w:hAnsi="Baskerville Old Face"/>
          <w:bCs/>
          <w:sz w:val="28"/>
          <w:szCs w:val="28"/>
        </w:rPr>
        <w:t>.” Padraig nodded slowly. “I read that oot in the pub. Twice.”</w:t>
      </w:r>
    </w:p>
    <w:p w14:paraId="6F2F2E7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down at the folded page in his hand.</w:t>
      </w:r>
    </w:p>
    <w:p w14:paraId="0016AC7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ye kept this in my tin,” he said. “Wi’ Snowy’s photie.”</w:t>
      </w:r>
    </w:p>
    <w:p w14:paraId="00E399F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369663D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“For thirty year.”</w:t>
      </w:r>
    </w:p>
    <w:p w14:paraId="427FE3D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3F54A3F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for?”</w:t>
      </w:r>
    </w:p>
    <w:p w14:paraId="2D242EE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Finian Kavanagh, forty-nine years old, chairman of a company with sixty-one employees and nine rigs and a homestead with a wall round it, said, “I don’t know.”</w:t>
      </w:r>
    </w:p>
    <w:p w14:paraId="60280F6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his father. “I ken ye don’t.”</w:t>
      </w:r>
    </w:p>
    <w:p w14:paraId="77812E79" w14:textId="7DDD80F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382A9B" w:rsidRPr="00CE758F">
        <w:rPr>
          <w:rFonts w:ascii="Baskerville Old Face" w:hAnsi="Baskerville Old Face"/>
          <w:bCs/>
          <w:sz w:val="28"/>
          <w:szCs w:val="28"/>
        </w:rPr>
        <w:t>Mr.</w:t>
      </w:r>
      <w:r w:rsidRPr="00CE758F">
        <w:rPr>
          <w:rFonts w:ascii="Baskerville Old Face" w:hAnsi="Baskerville Old Face"/>
          <w:bCs/>
          <w:sz w:val="28"/>
          <w:szCs w:val="28"/>
        </w:rPr>
        <w:t xml:space="preserve"> Kavanagh,” said Crassus, and his voice had changed; it had got slower and more careful, and Finian understood with a lurch that this was the question the whole examination had been walking towards, and that Crassus had been walking slowly on purpose, the way you walk towards a horse. “I want to take you to the platform at Waverley station. The nineteenth of March, 1963.”</w:t>
      </w:r>
    </w:p>
    <w:p w14:paraId="31E0CE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1855FFB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 son has given this court an account of that morning. He says that when the train was about to go you looked at him, and that the look was not pride and was not doubt, and that he was seventeen and had no name for it, and has carried it for thirty-two years without one.”</w:t>
      </w:r>
    </w:p>
    <w:p w14:paraId="363FD05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Padraig said nothing.</w:t>
      </w:r>
    </w:p>
    <w:p w14:paraId="49298B8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was the look?”</w:t>
      </w:r>
    </w:p>
    <w:p w14:paraId="59DA8AA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clerk’s pen had stopped. Out in the four panels of light the dust turned over.</w:t>
      </w:r>
    </w:p>
    <w:p w14:paraId="40962613" w14:textId="35790CA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was relieved,” said Padraig.</w:t>
      </w:r>
      <w:r w:rsidR="00813B08">
        <w:rPr>
          <w:rFonts w:ascii="Baskerville Old Face" w:hAnsi="Baskerville Old Face"/>
          <w:bCs/>
          <w:sz w:val="28"/>
          <w:szCs w:val="28"/>
        </w:rPr>
        <w:t xml:space="preserve"> </w:t>
      </w:r>
      <w:r w:rsidRPr="00CE758F">
        <w:rPr>
          <w:rFonts w:ascii="Baskerville Old Face" w:hAnsi="Baskerville Old Face"/>
          <w:bCs/>
          <w:sz w:val="28"/>
          <w:szCs w:val="28"/>
        </w:rPr>
        <w:t>Finian heard it and did not understand it. He sat and waited for the rest of the sentence, the part that would turn it into something a father could say, and the rest of the sentence did not come, because there was no rest of it.</w:t>
      </w:r>
    </w:p>
    <w:p w14:paraId="5B3F7DD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“Explain that to the court,” said Crassus quietly.</w:t>
      </w:r>
    </w:p>
    <w:p w14:paraId="2DCAAF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takin’ it away,” said Padraig.</w:t>
      </w:r>
    </w:p>
    <w:p w14:paraId="53C4C65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set the hat on the table beside the water glass, as though he needed both hands, and then had nothing to do with them, and let them lie.</w:t>
      </w:r>
    </w:p>
    <w:p w14:paraId="3EF8F76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“I’d carried Snowy Hale’s blether for twenty-one year. I’d carried it since Libya, and I’d carried it up the road tae El Alamein wi’ him deid in it, and I’d carried it hame, and I’d carried it up three flights every night o’ my life tae a hoose where I couldnae hold a cup, and it was the only good thing I had and it was a lie, and I knew it was a lie, and there wasnae a soul on this earth I could put it doon in front of and say, here, look at what I’ve been carryin’, it’s nothin’, it’s a deid boy’s blether, will ye help me wi’ it.</w:t>
      </w:r>
    </w:p>
    <w:p w14:paraId="70380C6C" w14:textId="2133CF9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“And there’s my son on a platform wi’ a case and my tin in his pocket, and he’s takin’ it aff me. He’s takin’ the whole weight o’ it tae the other side o’ the world and he’s goin’ tae make it true.” Padraig’s hands lay on the table. “And what I felt, </w:t>
      </w:r>
      <w:r w:rsidR="000115EA" w:rsidRPr="00CE758F">
        <w:rPr>
          <w:rFonts w:ascii="Baskerville Old Face" w:hAnsi="Baskerville Old Face"/>
          <w:bCs/>
          <w:sz w:val="28"/>
          <w:szCs w:val="28"/>
        </w:rPr>
        <w:t>standing</w:t>
      </w:r>
      <w:r w:rsidRPr="00CE758F">
        <w:rPr>
          <w:rFonts w:ascii="Baskerville Old Face" w:hAnsi="Baskerville Old Face"/>
          <w:bCs/>
          <w:sz w:val="28"/>
          <w:szCs w:val="28"/>
        </w:rPr>
        <w:t xml:space="preserve">’ there — and God forgive me, for I’ve had twenty-one year tae find another word for it and there isnae one — what I felt was </w:t>
      </w:r>
      <w:r w:rsidRPr="00CE758F">
        <w:rPr>
          <w:rFonts w:ascii="Baskerville Old Face" w:hAnsi="Baskerville Old Face"/>
          <w:bCs/>
          <w:i/>
          <w:sz w:val="28"/>
          <w:szCs w:val="28"/>
        </w:rPr>
        <w:t>lighter</w:t>
      </w:r>
      <w:r w:rsidRPr="00CE758F">
        <w:rPr>
          <w:rFonts w:ascii="Baskerville Old Face" w:hAnsi="Baskerville Old Face"/>
          <w:bCs/>
          <w:sz w:val="28"/>
          <w:szCs w:val="28"/>
        </w:rPr>
        <w:t>.”</w:t>
      </w:r>
    </w:p>
    <w:p w14:paraId="31417B8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did you say anything?”</w:t>
      </w:r>
    </w:p>
    <w:p w14:paraId="382DB4DA" w14:textId="0C67137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opened m</w:t>
      </w:r>
      <w:r w:rsidR="00813B08">
        <w:rPr>
          <w:rFonts w:ascii="Baskerville Old Face" w:hAnsi="Baskerville Old Face"/>
          <w:bCs/>
          <w:sz w:val="28"/>
          <w:szCs w:val="28"/>
        </w:rPr>
        <w:t>a</w:t>
      </w:r>
      <w:r w:rsidRPr="00CE758F">
        <w:rPr>
          <w:rFonts w:ascii="Baskerville Old Face" w:hAnsi="Baskerville Old Face"/>
          <w:bCs/>
          <w:sz w:val="28"/>
          <w:szCs w:val="28"/>
        </w:rPr>
        <w:t xml:space="preserve"> mooth.”</w:t>
      </w:r>
    </w:p>
    <w:p w14:paraId="4C7FE6D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“To say what?”</w:t>
      </w:r>
    </w:p>
    <w:p w14:paraId="61C873B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“Son,” said Padraig, “he was a talker.”</w:t>
      </w:r>
    </w:p>
    <w:p w14:paraId="620B2B1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at the floor.</w:t>
      </w:r>
    </w:p>
    <w:p w14:paraId="6181BAE5" w14:textId="344B2E7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“Five words. That’s a’ it needed. Five words and the whole thing’s o</w:t>
      </w:r>
      <w:r w:rsidR="000115EA">
        <w:rPr>
          <w:rFonts w:ascii="Baskerville Old Face" w:hAnsi="Baskerville Old Face"/>
          <w:bCs/>
          <w:sz w:val="28"/>
          <w:szCs w:val="28"/>
        </w:rPr>
        <w:t>v</w:t>
      </w:r>
      <w:r w:rsidRPr="00CE758F">
        <w:rPr>
          <w:rFonts w:ascii="Baskerville Old Face" w:hAnsi="Baskerville Old Face"/>
          <w:bCs/>
          <w:sz w:val="28"/>
          <w:szCs w:val="28"/>
        </w:rPr>
        <w:t xml:space="preserve">er, and he goes tae Australia or he doesnae, but he goes as </w:t>
      </w:r>
      <w:r w:rsidR="009E5D6C" w:rsidRPr="00CE758F">
        <w:rPr>
          <w:rFonts w:ascii="Baskerville Old Face" w:hAnsi="Baskerville Old Face"/>
          <w:bCs/>
          <w:sz w:val="28"/>
          <w:szCs w:val="28"/>
        </w:rPr>
        <w:t>himself</w:t>
      </w:r>
      <w:r w:rsidRPr="00CE758F">
        <w:rPr>
          <w:rFonts w:ascii="Baskerville Old Face" w:hAnsi="Baskerville Old Face"/>
          <w:bCs/>
          <w:sz w:val="28"/>
          <w:szCs w:val="28"/>
        </w:rPr>
        <w:t xml:space="preserve">’. I had them in my mooth. I felt them there.” He raised his head, and now, for the first time, there was something wrong with his voice. “And I looked at his face, and he was that </w:t>
      </w:r>
      <w:r w:rsidR="00165F36" w:rsidRPr="00CE758F">
        <w:rPr>
          <w:rFonts w:ascii="Baskerville Old Face" w:hAnsi="Baskerville Old Face"/>
          <w:bCs/>
          <w:sz w:val="28"/>
          <w:szCs w:val="28"/>
        </w:rPr>
        <w:t>glad</w:t>
      </w:r>
      <w:r w:rsidRPr="00CE758F">
        <w:rPr>
          <w:rFonts w:ascii="Baskerville Old Face" w:hAnsi="Baskerville Old Face"/>
          <w:bCs/>
          <w:sz w:val="28"/>
          <w:szCs w:val="28"/>
        </w:rPr>
        <w:t xml:space="preserve">. He’d waited seventeen year tae be </w:t>
      </w:r>
      <w:r w:rsidR="00165F36" w:rsidRPr="00CE758F">
        <w:rPr>
          <w:rFonts w:ascii="Baskerville Old Face" w:hAnsi="Baskerville Old Face"/>
          <w:bCs/>
          <w:sz w:val="28"/>
          <w:szCs w:val="28"/>
        </w:rPr>
        <w:t>glad</w:t>
      </w:r>
      <w:r w:rsidRPr="00CE758F">
        <w:rPr>
          <w:rFonts w:ascii="Baskerville Old Face" w:hAnsi="Baskerville Old Face"/>
          <w:bCs/>
          <w:sz w:val="28"/>
          <w:szCs w:val="28"/>
        </w:rPr>
        <w:t xml:space="preserve"> about </w:t>
      </w:r>
      <w:r w:rsidR="00165F36" w:rsidRPr="00CE758F">
        <w:rPr>
          <w:rFonts w:ascii="Baskerville Old Face" w:hAnsi="Baskerville Old Face"/>
          <w:bCs/>
          <w:sz w:val="28"/>
          <w:szCs w:val="28"/>
        </w:rPr>
        <w:t>something</w:t>
      </w:r>
      <w:r w:rsidRPr="00CE758F">
        <w:rPr>
          <w:rFonts w:ascii="Baskerville Old Face" w:hAnsi="Baskerville Old Face"/>
          <w:bCs/>
          <w:sz w:val="28"/>
          <w:szCs w:val="28"/>
        </w:rPr>
        <w:t>’ in that hoose. And I thought</w:t>
      </w:r>
      <w:r w:rsidR="00813B08">
        <w:rPr>
          <w:rFonts w:ascii="Baskerville Old Face" w:hAnsi="Baskerville Old Face"/>
          <w:bCs/>
          <w:sz w:val="28"/>
          <w:szCs w:val="28"/>
        </w:rPr>
        <w:t xml:space="preserve">, </w:t>
      </w:r>
      <w:r w:rsidRPr="00CE758F">
        <w:rPr>
          <w:rFonts w:ascii="Baskerville Old Face" w:hAnsi="Baskerville Old Face"/>
          <w:bCs/>
          <w:sz w:val="28"/>
          <w:szCs w:val="28"/>
        </w:rPr>
        <w:t xml:space="preserve">I’ll no take it aff him </w:t>
      </w:r>
      <w:r w:rsidR="00165F36" w:rsidRPr="00CE758F">
        <w:rPr>
          <w:rFonts w:ascii="Baskerville Old Face" w:hAnsi="Baskerville Old Face"/>
          <w:bCs/>
          <w:sz w:val="28"/>
          <w:szCs w:val="28"/>
        </w:rPr>
        <w:t>standing</w:t>
      </w:r>
      <w:r w:rsidRPr="00CE758F">
        <w:rPr>
          <w:rFonts w:ascii="Baskerville Old Face" w:hAnsi="Baskerville Old Face"/>
          <w:bCs/>
          <w:sz w:val="28"/>
          <w:szCs w:val="28"/>
        </w:rPr>
        <w:t>’ on a platform. I’ll write it. I’ll write it in a month or two when he’s settled.</w:t>
      </w:r>
    </w:p>
    <w:p w14:paraId="48EBC85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 guard blew the whistle.”</w:t>
      </w:r>
    </w:p>
    <w:p w14:paraId="5DFB55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Nobody moved in the room for what felt to Finian like a very long time, though the clerk afterwards had it at four seconds.</w:t>
      </w:r>
    </w:p>
    <w:p w14:paraId="0E117B6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 write it?” said Crassus.</w:t>
      </w:r>
    </w:p>
    <w:p w14:paraId="4FB6E2F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362D4C4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“In nineteen years?”</w:t>
      </w:r>
    </w:p>
    <w:p w14:paraId="02D455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26DB267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not?”</w:t>
      </w:r>
    </w:p>
    <w:p w14:paraId="405EF1E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o’ the money orders,” said Padraig.</w:t>
      </w:r>
    </w:p>
    <w:p w14:paraId="1574146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it with a terrible simplicity.</w:t>
      </w:r>
    </w:p>
    <w:p w14:paraId="213E6358" w14:textId="119D5EE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started </w:t>
      </w:r>
      <w:r w:rsidR="00165F36" w:rsidRPr="00CE758F">
        <w:rPr>
          <w:rFonts w:ascii="Baskerville Old Face" w:hAnsi="Baskerville Old Face"/>
          <w:bCs/>
          <w:sz w:val="28"/>
          <w:szCs w:val="28"/>
        </w:rPr>
        <w:t>sending</w:t>
      </w:r>
      <w:r w:rsidRPr="00CE758F">
        <w:rPr>
          <w:rFonts w:ascii="Baskerville Old Face" w:hAnsi="Baskerville Old Face"/>
          <w:bCs/>
          <w:sz w:val="28"/>
          <w:szCs w:val="28"/>
        </w:rPr>
        <w:t>’ money in the November. Twelve pound, and then it was twenty, and then there was a year it was near a h</w:t>
      </w:r>
      <w:r w:rsidR="00165F36">
        <w:rPr>
          <w:rFonts w:ascii="Baskerville Old Face" w:hAnsi="Baskerville Old Face"/>
          <w:bCs/>
          <w:sz w:val="28"/>
          <w:szCs w:val="28"/>
        </w:rPr>
        <w:t>undred</w:t>
      </w:r>
      <w:r w:rsidRPr="00CE758F">
        <w:rPr>
          <w:rFonts w:ascii="Baskerville Old Face" w:hAnsi="Baskerville Old Face"/>
          <w:bCs/>
          <w:sz w:val="28"/>
          <w:szCs w:val="28"/>
        </w:rPr>
        <w:t xml:space="preserve"> and I</w:t>
      </w:r>
      <w:r w:rsidR="00A16BB0">
        <w:rPr>
          <w:rFonts w:ascii="Baskerville Old Face" w:hAnsi="Baskerville Old Face"/>
          <w:bCs/>
          <w:sz w:val="28"/>
          <w:szCs w:val="28"/>
        </w:rPr>
        <w:t xml:space="preserve"> had</w:t>
      </w:r>
      <w:r w:rsidRPr="00CE758F">
        <w:rPr>
          <w:rFonts w:ascii="Baskerville Old Face" w:hAnsi="Baskerville Old Face"/>
          <w:bCs/>
          <w:sz w:val="28"/>
          <w:szCs w:val="28"/>
        </w:rPr>
        <w:t xml:space="preserve"> tae get Bella at the post office tae stop tellin’ folk. And there’s a letter comes wi’ it every time sayin’ the country’s exactly as good as I said it was.” He turned his hands over on the table and looked at the palms. “And I’m tae write back and say: son, I made a mistake, it was a lie, come hame. Wi’ his money in my haun.”</w:t>
      </w:r>
    </w:p>
    <w:p w14:paraId="7175F0D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shook his head slowly.</w:t>
      </w:r>
    </w:p>
    <w:p w14:paraId="54A5926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“Every year it got dearer tae say. That’s the thing naebody tells ye about it. It’s like a bill ye don’t pay — it doesnae sit still. By 1970 I’d tae take twelve year aff him tae say it. By the </w:t>
      </w:r>
      <w:r w:rsidRPr="00CE758F">
        <w:rPr>
          <w:rFonts w:ascii="Baskerville Old Face" w:hAnsi="Baskerville Old Face"/>
          <w:bCs/>
          <w:sz w:val="28"/>
          <w:szCs w:val="28"/>
        </w:rPr>
        <w:lastRenderedPageBreak/>
        <w:t>end I’d have had tae take the whole o’ him.” He looked up at his son. “So I asked Ellie instead.”</w:t>
      </w:r>
    </w:p>
    <w:p w14:paraId="6EEEE7C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asked your daughter-in-law—“</w:t>
      </w:r>
    </w:p>
    <w:p w14:paraId="5E3E1C53" w14:textId="6F24CCC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asked her in every letter I ever wrote her,” said Padraig. “Nine year. </w:t>
      </w:r>
      <w:r w:rsidRPr="00CE758F">
        <w:rPr>
          <w:rFonts w:ascii="Baskerville Old Face" w:hAnsi="Baskerville Old Face"/>
          <w:bCs/>
          <w:i/>
          <w:sz w:val="28"/>
          <w:szCs w:val="28"/>
        </w:rPr>
        <w:t>Did ye find them, hen. Snowy’s folk. Did anybody mind him.</w:t>
      </w:r>
      <w:r w:rsidRPr="00CE758F">
        <w:rPr>
          <w:rFonts w:ascii="Baskerville Old Face" w:hAnsi="Baskerville Old Face"/>
          <w:bCs/>
          <w:sz w:val="28"/>
          <w:szCs w:val="28"/>
        </w:rPr>
        <w:t xml:space="preserve"> Because if there was a sister, or a cousin, or an auld boy in a pub that minded him, then there was somebody I could ask, and it would</w:t>
      </w:r>
      <w:r w:rsidR="00ED1C5E">
        <w:rPr>
          <w:rFonts w:ascii="Baskerville Old Face" w:hAnsi="Baskerville Old Face"/>
          <w:bCs/>
          <w:sz w:val="28"/>
          <w:szCs w:val="28"/>
        </w:rPr>
        <w:t xml:space="preserve"> </w:t>
      </w:r>
      <w:r w:rsidRPr="00CE758F">
        <w:rPr>
          <w:rFonts w:ascii="Baskerville Old Face" w:hAnsi="Baskerville Old Face"/>
          <w:bCs/>
          <w:sz w:val="28"/>
          <w:szCs w:val="28"/>
        </w:rPr>
        <w:t>nae have tae be me that took it aff my son.”</w:t>
      </w:r>
    </w:p>
    <w:p w14:paraId="0FD178F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what did she write back?”</w:t>
      </w:r>
    </w:p>
    <w:p w14:paraId="721B5DC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wrote back that the hoose was pulled doon,” said Padraig, “and there was naebody left tae find.”</w:t>
      </w:r>
    </w:p>
    <w:p w14:paraId="1EE942E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quiet a moment.</w:t>
      </w:r>
    </w:p>
    <w:p w14:paraId="75B981BE" w14:textId="28022A4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“She’d it aff him,” he said. “I ken that no</w:t>
      </w:r>
      <w:r w:rsidR="00ED1C5E">
        <w:rPr>
          <w:rFonts w:ascii="Baskerville Old Face" w:hAnsi="Baskerville Old Face"/>
          <w:bCs/>
          <w:sz w:val="28"/>
          <w:szCs w:val="28"/>
        </w:rPr>
        <w:t>w</w:t>
      </w:r>
      <w:r w:rsidRPr="00CE758F">
        <w:rPr>
          <w:rFonts w:ascii="Baskerville Old Face" w:hAnsi="Baskerville Old Face"/>
          <w:bCs/>
          <w:sz w:val="28"/>
          <w:szCs w:val="28"/>
        </w:rPr>
        <w:t xml:space="preserve">. I didnae ken it then. I got nine year o’ the boy’s ain lie back in a lassie’s </w:t>
      </w:r>
      <w:r w:rsidR="00ED1C5E" w:rsidRPr="00CE758F">
        <w:rPr>
          <w:rFonts w:ascii="Baskerville Old Face" w:hAnsi="Baskerville Old Face"/>
          <w:bCs/>
          <w:sz w:val="28"/>
          <w:szCs w:val="28"/>
        </w:rPr>
        <w:t>handwriting</w:t>
      </w:r>
      <w:r w:rsidRPr="00CE758F">
        <w:rPr>
          <w:rFonts w:ascii="Baskerville Old Face" w:hAnsi="Baskerville Old Face"/>
          <w:bCs/>
          <w:sz w:val="28"/>
          <w:szCs w:val="28"/>
        </w:rPr>
        <w:t>’, and every time it came I thought, well, that’s that, then, there’s naebody, and I put the letter in the drawer and I felt — “ and here he stopped, and made himself say it — “I felt relieved. Again. Every time. Nine times.”</w:t>
      </w:r>
    </w:p>
    <w:p w14:paraId="68B35BB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along the jury bench, man to man, unhurried, the way you look at people you are not afraid of.</w:t>
      </w:r>
    </w:p>
    <w:p w14:paraId="43D1974D" w14:textId="6FF13DE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“So I’ll tell ye what I am,” he said, “and then ye can get on. I’m a man that let his boy build a life on a thing he knew was made o’ nothin’, because when the boy believed it I got a rest. And I got twenty-one year o’ rests. And I died </w:t>
      </w:r>
      <w:r w:rsidR="00ED1C5E" w:rsidRPr="00CE758F">
        <w:rPr>
          <w:rFonts w:ascii="Baskerville Old Face" w:hAnsi="Baskerville Old Face"/>
          <w:bCs/>
          <w:sz w:val="28"/>
          <w:szCs w:val="28"/>
        </w:rPr>
        <w:t>getting</w:t>
      </w:r>
      <w:r w:rsidRPr="00CE758F">
        <w:rPr>
          <w:rFonts w:ascii="Baskerville Old Face" w:hAnsi="Baskerville Old Face"/>
          <w:bCs/>
          <w:sz w:val="28"/>
          <w:szCs w:val="28"/>
        </w:rPr>
        <w:t>’ one.”</w:t>
      </w:r>
    </w:p>
    <w:p w14:paraId="379C1989" w14:textId="363DC06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Darrow </w:t>
      </w:r>
      <w:r w:rsidR="00813B08">
        <w:rPr>
          <w:rFonts w:ascii="Baskerville Old Face" w:hAnsi="Baskerville Old Face"/>
          <w:bCs/>
          <w:sz w:val="28"/>
          <w:szCs w:val="28"/>
        </w:rPr>
        <w:t>rose</w:t>
      </w:r>
      <w:r w:rsidRPr="00CE758F">
        <w:rPr>
          <w:rFonts w:ascii="Baskerville Old Face" w:hAnsi="Baskerville Old Face"/>
          <w:bCs/>
          <w:sz w:val="28"/>
          <w:szCs w:val="28"/>
        </w:rPr>
        <w:t>.</w:t>
      </w:r>
    </w:p>
    <w:p w14:paraId="7A8C73F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it slowly and without any of the theatre that Finian had been half-dreading, and he came round the end of the table with his glasses in his hand and stopped about ten feet away, which was further off than he had stood from any witness in the trial.</w:t>
      </w:r>
    </w:p>
    <w:p w14:paraId="794A74DE" w14:textId="604FB99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8E75E0" w:rsidRPr="00CE758F">
        <w:rPr>
          <w:rFonts w:ascii="Baskerville Old Face" w:hAnsi="Baskerville Old Face"/>
          <w:bCs/>
          <w:sz w:val="28"/>
          <w:szCs w:val="28"/>
        </w:rPr>
        <w:t>Mr.</w:t>
      </w:r>
      <w:r w:rsidRPr="00CE758F">
        <w:rPr>
          <w:rFonts w:ascii="Baskerville Old Face" w:hAnsi="Baskerville Old Face"/>
          <w:bCs/>
          <w:sz w:val="28"/>
          <w:szCs w:val="28"/>
        </w:rPr>
        <w:t xml:space="preserve"> Kavanagh. One question, and I want to say before I ask it that I have no interest in improving your evidence. I’ve listened to you for an hour and it’s the most honest hour I’ve had in this room.”</w:t>
      </w:r>
    </w:p>
    <w:p w14:paraId="38725F4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Padraig inclined his head very slightly.</w:t>
      </w:r>
    </w:p>
    <w:p w14:paraId="16BD558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“There’s a sentence of yours in this record,” said Darrow. “You said it to your son at a kitchen table the night before he left. </w:t>
      </w:r>
      <w:r w:rsidRPr="00CE758F">
        <w:rPr>
          <w:rFonts w:ascii="Baskerville Old Face" w:hAnsi="Baskerville Old Face"/>
          <w:bCs/>
          <w:i/>
          <w:sz w:val="28"/>
          <w:szCs w:val="28"/>
        </w:rPr>
        <w:t>Mind what it costs you, and keep a running total, because it doesn’t send you a bill.</w:t>
      </w:r>
      <w:r w:rsidRPr="00CE758F">
        <w:rPr>
          <w:rFonts w:ascii="Baskerville Old Face" w:hAnsi="Baskerville Old Face"/>
          <w:bCs/>
          <w:sz w:val="28"/>
          <w:szCs w:val="28"/>
        </w:rPr>
        <w:t>” He put his glasses in his breast pocket. “Every man in this room has heard that sentence three times now, and everyone in it, including me, has been treating it as a piece of advice. Was it advice?”</w:t>
      </w:r>
    </w:p>
    <w:p w14:paraId="7885BFE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 said Padraig.</w:t>
      </w:r>
    </w:p>
    <w:p w14:paraId="3E1FE7C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was it?”</w:t>
      </w:r>
    </w:p>
    <w:p w14:paraId="690C3FB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was a confession,” said Padraig. “I’d been keepin’ one for twenty-one year.”</w:t>
      </w:r>
    </w:p>
    <w:p w14:paraId="15F5620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 running total.”</w:t>
      </w:r>
    </w:p>
    <w:p w14:paraId="01BEFE9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1738A77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“Of what?”</w:t>
      </w:r>
    </w:p>
    <w:p w14:paraId="737E43B2" w14:textId="31E63B2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“Snowy Hale,” said Padraig. “That’s the top line. That’s the first entry. </w:t>
      </w:r>
      <w:r w:rsidR="008E75E0" w:rsidRPr="00CE758F">
        <w:rPr>
          <w:rFonts w:ascii="Baskerville Old Face" w:hAnsi="Baskerville Old Face"/>
          <w:bCs/>
          <w:sz w:val="28"/>
          <w:szCs w:val="28"/>
        </w:rPr>
        <w:t>Everything</w:t>
      </w:r>
      <w:r w:rsidRPr="00CE758F">
        <w:rPr>
          <w:rFonts w:ascii="Baskerville Old Face" w:hAnsi="Baskerville Old Face"/>
          <w:bCs/>
          <w:sz w:val="28"/>
          <w:szCs w:val="28"/>
        </w:rPr>
        <w:t>’ else on it is what I done tae the boy tae keep frae havin’ tae say the top line oot loud.”</w:t>
      </w:r>
    </w:p>
    <w:p w14:paraId="4DF7F9F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nodded, once.</w:t>
      </w:r>
    </w:p>
    <w:p w14:paraId="3D3DBE7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did your son keep his?”</w:t>
      </w:r>
    </w:p>
    <w:p w14:paraId="04C0C27C" w14:textId="1189C40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“Aye,” said Padraig. “He kept it. He’s the best keeper o’ a total I ever saw in my life, he’d tell ye tae the shillin’ what a hole cost him in 1974.” He looked at Finian, and his face, at last, was the face from the platform, and Finian at forty-nine had a name for it and would have given everything he owned not to. “He just never once put </w:t>
      </w:r>
      <w:r w:rsidR="008E75E0" w:rsidRPr="00CE758F">
        <w:rPr>
          <w:rFonts w:ascii="Baskerville Old Face" w:hAnsi="Baskerville Old Face"/>
          <w:bCs/>
          <w:sz w:val="28"/>
          <w:szCs w:val="28"/>
        </w:rPr>
        <w:t>himself</w:t>
      </w:r>
      <w:r w:rsidRPr="00CE758F">
        <w:rPr>
          <w:rFonts w:ascii="Baskerville Old Face" w:hAnsi="Baskerville Old Face"/>
          <w:bCs/>
          <w:sz w:val="28"/>
          <w:szCs w:val="28"/>
        </w:rPr>
        <w:t>’ on it.”</w:t>
      </w:r>
    </w:p>
    <w:p w14:paraId="71F1CE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“Nothing further,” said Darrow, and turned to the bench, and said, in the flat voice of a man stating a fact about the weather, “Your Honour, that’s my case for today. I would only observe to the gentlemen that the defendant is being </w:t>
      </w:r>
      <w:r w:rsidRPr="00CE758F">
        <w:rPr>
          <w:rFonts w:ascii="Baskerville Old Face" w:hAnsi="Baskerville Old Face"/>
          <w:bCs/>
          <w:sz w:val="28"/>
          <w:szCs w:val="28"/>
        </w:rPr>
        <w:lastRenderedPageBreak/>
        <w:t>tried for a life that began with a sentence somebody else didn’t say. I’m not asking them to do anything with that. I’d just as soon it was in the room.”</w:t>
      </w:r>
    </w:p>
    <w:p w14:paraId="647B0C6F" w14:textId="793118A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t>
      </w:r>
      <w:r w:rsidR="0036749D">
        <w:rPr>
          <w:rFonts w:ascii="Baskerville Old Face" w:hAnsi="Baskerville Old Face"/>
          <w:bCs/>
          <w:sz w:val="28"/>
          <w:szCs w:val="28"/>
        </w:rPr>
        <w:t xml:space="preserve">then </w:t>
      </w:r>
      <w:r w:rsidRPr="00CE758F">
        <w:rPr>
          <w:rFonts w:ascii="Baskerville Old Face" w:hAnsi="Baskerville Old Face"/>
          <w:bCs/>
          <w:sz w:val="28"/>
          <w:szCs w:val="28"/>
        </w:rPr>
        <w:t>sat down.</w:t>
      </w:r>
    </w:p>
    <w:p w14:paraId="0838F77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said, “The defendant may put one question.”</w:t>
      </w:r>
    </w:p>
    <w:p w14:paraId="0C7996E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 up. He had had, at various points in the last hour, eleven or twelve questions, and they had all gone.</w:t>
      </w:r>
    </w:p>
    <w:p w14:paraId="2F9FB2A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w:t>
      </w:r>
    </w:p>
    <w:p w14:paraId="1C957F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son.”</w:t>
      </w:r>
    </w:p>
    <w:p w14:paraId="2E3A828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sent for ye.” His voice came out wrong and he let it. “Six times. Nineteen sixty-eight, when we got the second rig. Seventy, after — after. Seventy-three twice. I sent the fare. I sent the fare and a bit over, and I said come and see it, and ye wrote back every time and ye said, aye, maybe in the spring.” He put both hands on the table. “Why did ye never come?”</w:t>
      </w:r>
    </w:p>
    <w:p w14:paraId="15AF679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Padraig Kavanagh looked at his son.</w:t>
      </w:r>
    </w:p>
    <w:p w14:paraId="0524E15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I’d have had tae look at it,” he said.</w:t>
      </w:r>
    </w:p>
    <w:p w14:paraId="72E4D0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That’s what I wanted.”</w:t>
      </w:r>
    </w:p>
    <w:p w14:paraId="4F28ED94" w14:textId="028E161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know it is.” Padraig’s hands were still on the table, still and dead flat, and Finian could not stop looking at them. “And I’d have stood in the middle o’ your yard, wi’ your rigs </w:t>
      </w:r>
      <w:r w:rsidRPr="00CE758F">
        <w:rPr>
          <w:rFonts w:ascii="Baskerville Old Face" w:hAnsi="Baskerville Old Face"/>
          <w:bCs/>
          <w:sz w:val="28"/>
          <w:szCs w:val="28"/>
        </w:rPr>
        <w:lastRenderedPageBreak/>
        <w:t xml:space="preserve">in it and your men in it and your name on the gate, and I’d have kent — the way ye ken a thing the minute ye see it — that every bit o’ it come oot a hole in Libya wi’ a boy </w:t>
      </w:r>
      <w:r w:rsidR="008E75E0" w:rsidRPr="00CE758F">
        <w:rPr>
          <w:rFonts w:ascii="Baskerville Old Face" w:hAnsi="Baskerville Old Face"/>
          <w:bCs/>
          <w:sz w:val="28"/>
          <w:szCs w:val="28"/>
        </w:rPr>
        <w:t>talking</w:t>
      </w:r>
      <w:r w:rsidRPr="00CE758F">
        <w:rPr>
          <w:rFonts w:ascii="Baskerville Old Face" w:hAnsi="Baskerville Old Face"/>
          <w:bCs/>
          <w:sz w:val="28"/>
          <w:szCs w:val="28"/>
        </w:rPr>
        <w:t>’ tae keep frae greetin’. And you’d have looked at me. And ye’d have waited.”</w:t>
      </w:r>
    </w:p>
    <w:p w14:paraId="702F179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“For what?”</w:t>
      </w:r>
    </w:p>
    <w:p w14:paraId="70931E09" w14:textId="58F3697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“For me tae say it was exactly as good as I said it was.” Padraig shook his head, slowly. “And I’d have said it. And it would have been the biggest lie o’ the pair o’ us, and it would have been </w:t>
      </w:r>
      <w:r w:rsidR="008E75E0" w:rsidRPr="00CE758F">
        <w:rPr>
          <w:rFonts w:ascii="Baskerville Old Face" w:hAnsi="Baskerville Old Face"/>
          <w:bCs/>
          <w:sz w:val="28"/>
          <w:szCs w:val="28"/>
        </w:rPr>
        <w:t>telt</w:t>
      </w:r>
      <w:r w:rsidRPr="00CE758F">
        <w:rPr>
          <w:rFonts w:ascii="Baskerville Old Face" w:hAnsi="Baskerville Old Face"/>
          <w:bCs/>
          <w:sz w:val="28"/>
          <w:szCs w:val="28"/>
        </w:rPr>
        <w:t xml:space="preserve"> </w:t>
      </w:r>
      <w:r w:rsidR="008E75E0" w:rsidRPr="00CE758F">
        <w:rPr>
          <w:rFonts w:ascii="Baskerville Old Face" w:hAnsi="Baskerville Old Face"/>
          <w:bCs/>
          <w:sz w:val="28"/>
          <w:szCs w:val="28"/>
        </w:rPr>
        <w:t>standing</w:t>
      </w:r>
      <w:r w:rsidRPr="00CE758F">
        <w:rPr>
          <w:rFonts w:ascii="Baskerville Old Face" w:hAnsi="Baskerville Old Face"/>
          <w:bCs/>
          <w:sz w:val="28"/>
          <w:szCs w:val="28"/>
        </w:rPr>
        <w:t>’ in the middle o’ it wi’ ma haun on your shoulder.” He picked up the hat. “I couldnae. So I stayed in Fountainbridge, and I read your letters oot in the pub, and I never once had tae look at it. That’s your answer, son, and it’s a rotten one, and I’ve nae better.”</w:t>
      </w:r>
      <w:r w:rsidR="0076528E">
        <w:rPr>
          <w:rFonts w:ascii="Baskerville Old Face" w:hAnsi="Baskerville Old Face"/>
          <w:bCs/>
          <w:sz w:val="28"/>
          <w:szCs w:val="28"/>
        </w:rPr>
        <w:t xml:space="preserve"> </w:t>
      </w:r>
      <w:r w:rsidRPr="00CE758F">
        <w:rPr>
          <w:rFonts w:ascii="Baskerville Old Face" w:hAnsi="Baskerville Old Face"/>
          <w:bCs/>
          <w:sz w:val="28"/>
          <w:szCs w:val="28"/>
        </w:rPr>
        <w:t>He rose to go.</w:t>
      </w:r>
    </w:p>
    <w:p w14:paraId="56F429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halfway to the side door he stopped, and looked into the shadow at the back of the room where the noticeboard from the yard office hung on nothing, and where a small woman in a dark stuff gown had been standing with her hands folded for the whole of the afternoon.</w:t>
      </w:r>
    </w:p>
    <w:p w14:paraId="6FF23C3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said Padraig.</w:t>
      </w:r>
    </w:p>
    <w:p w14:paraId="3AFCA37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 Dickson raised her chin.</w:t>
      </w:r>
    </w:p>
    <w:p w14:paraId="0917900E" w14:textId="6A12B51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 were on </w:t>
      </w:r>
      <w:r w:rsidR="001E208D" w:rsidRPr="00CE758F">
        <w:rPr>
          <w:rFonts w:ascii="Baskerville Old Face" w:hAnsi="Baskerville Old Face"/>
          <w:bCs/>
          <w:sz w:val="28"/>
          <w:szCs w:val="28"/>
        </w:rPr>
        <w:t>our</w:t>
      </w:r>
      <w:r w:rsidRPr="00CE758F">
        <w:rPr>
          <w:rFonts w:ascii="Baskerville Old Face" w:hAnsi="Baskerville Old Face"/>
          <w:bCs/>
          <w:sz w:val="28"/>
          <w:szCs w:val="28"/>
        </w:rPr>
        <w:t xml:space="preserve"> stair,” said Padraig.</w:t>
      </w:r>
    </w:p>
    <w:p w14:paraId="67FE26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“Aye.”</w:t>
      </w:r>
    </w:p>
    <w:p w14:paraId="1C1EA087" w14:textId="654395F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“Nineteen forty-seven. Nineteen forty-eight. Every bad night.” He was not frightened; there was no fear anywhere in him. “I thought ye were fae the </w:t>
      </w:r>
      <w:r w:rsidR="001E208D" w:rsidRPr="00CE758F">
        <w:rPr>
          <w:rFonts w:ascii="Baskerville Old Face" w:hAnsi="Baskerville Old Face"/>
          <w:bCs/>
          <w:sz w:val="28"/>
          <w:szCs w:val="28"/>
        </w:rPr>
        <w:t>building</w:t>
      </w:r>
      <w:r w:rsidRPr="00CE758F">
        <w:rPr>
          <w:rFonts w:ascii="Baskerville Old Face" w:hAnsi="Baskerville Old Face"/>
          <w:bCs/>
          <w:sz w:val="28"/>
          <w:szCs w:val="28"/>
        </w:rPr>
        <w:t xml:space="preserve">’. I said good </w:t>
      </w:r>
      <w:r w:rsidR="001E208D" w:rsidRPr="00CE758F">
        <w:rPr>
          <w:rFonts w:ascii="Baskerville Old Face" w:hAnsi="Baskerville Old Face"/>
          <w:bCs/>
          <w:sz w:val="28"/>
          <w:szCs w:val="28"/>
        </w:rPr>
        <w:t>evening</w:t>
      </w:r>
      <w:r w:rsidRPr="00CE758F">
        <w:rPr>
          <w:rFonts w:ascii="Baskerville Old Face" w:hAnsi="Baskerville Old Face"/>
          <w:bCs/>
          <w:sz w:val="28"/>
          <w:szCs w:val="28"/>
        </w:rPr>
        <w:t xml:space="preserve">’ tae ye once and ye said good </w:t>
      </w:r>
      <w:r w:rsidR="001E208D" w:rsidRPr="00CE758F">
        <w:rPr>
          <w:rFonts w:ascii="Baskerville Old Face" w:hAnsi="Baskerville Old Face"/>
          <w:bCs/>
          <w:sz w:val="28"/>
          <w:szCs w:val="28"/>
        </w:rPr>
        <w:t>evening</w:t>
      </w:r>
      <w:r w:rsidRPr="00CE758F">
        <w:rPr>
          <w:rFonts w:ascii="Baskerville Old Face" w:hAnsi="Baskerville Old Face"/>
          <w:bCs/>
          <w:sz w:val="28"/>
          <w:szCs w:val="28"/>
        </w:rPr>
        <w:t>’ back.”</w:t>
      </w:r>
    </w:p>
    <w:p w14:paraId="5E0121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mind it,” said Maggie.</w:t>
      </w:r>
    </w:p>
    <w:p w14:paraId="6C6295C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Padraig turned the hat in his hands. “Well. I’ll ask ye what I never asked ye then. What were ye there for?”</w:t>
      </w:r>
    </w:p>
    <w:p w14:paraId="1D192314" w14:textId="782F9E7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was </w:t>
      </w:r>
      <w:r w:rsidR="001E208D" w:rsidRPr="00CE758F">
        <w:rPr>
          <w:rFonts w:ascii="Baskerville Old Face" w:hAnsi="Baskerville Old Face"/>
          <w:bCs/>
          <w:sz w:val="28"/>
          <w:szCs w:val="28"/>
        </w:rPr>
        <w:t>watching</w:t>
      </w:r>
      <w:r w:rsidRPr="00CE758F">
        <w:rPr>
          <w:rFonts w:ascii="Baskerville Old Face" w:hAnsi="Baskerville Old Face"/>
          <w:bCs/>
          <w:sz w:val="28"/>
          <w:szCs w:val="28"/>
        </w:rPr>
        <w:t>’ o</w:t>
      </w:r>
      <w:r w:rsidR="001E208D">
        <w:rPr>
          <w:rFonts w:ascii="Baskerville Old Face" w:hAnsi="Baskerville Old Face"/>
          <w:bCs/>
          <w:sz w:val="28"/>
          <w:szCs w:val="28"/>
        </w:rPr>
        <w:t>v</w:t>
      </w:r>
      <w:r w:rsidRPr="00CE758F">
        <w:rPr>
          <w:rFonts w:ascii="Baskerville Old Face" w:hAnsi="Baskerville Old Face"/>
          <w:bCs/>
          <w:sz w:val="28"/>
          <w:szCs w:val="28"/>
        </w:rPr>
        <w:t>er yer boy.”</w:t>
      </w:r>
    </w:p>
    <w:p w14:paraId="68636ED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me?”</w:t>
      </w:r>
    </w:p>
    <w:p w14:paraId="499FE6E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were his,” said Maggie, “so ye were mine.”</w:t>
      </w:r>
    </w:p>
    <w:p w14:paraId="1669F99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Padraig thought about that.</w:t>
      </w:r>
    </w:p>
    <w:p w14:paraId="7A9A0A1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us, but,” he said. “There’s a hunner stairs in Fountainbridge. What’s the Kavanaghs tae you?”</w:t>
      </w:r>
    </w:p>
    <w:p w14:paraId="5B5A279D" w14:textId="7CF37AE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dinnae ken,” said Maggie Dickson.</w:t>
      </w:r>
      <w:r w:rsidR="0076528E">
        <w:rPr>
          <w:rFonts w:ascii="Baskerville Old Face" w:hAnsi="Baskerville Old Face"/>
          <w:bCs/>
          <w:sz w:val="28"/>
          <w:szCs w:val="28"/>
        </w:rPr>
        <w:t xml:space="preserve"> </w:t>
      </w:r>
      <w:r w:rsidRPr="00CE758F">
        <w:rPr>
          <w:rFonts w:ascii="Baskerville Old Face" w:hAnsi="Baskerville Old Face"/>
          <w:bCs/>
          <w:sz w:val="28"/>
          <w:szCs w:val="28"/>
        </w:rPr>
        <w:t xml:space="preserve">And Finian, sitting six feet away with his hands flat on the table, waited for his father to do what he himself had done — to push, to lean, to go after the figure at the bottom of the page, to say </w:t>
      </w:r>
      <w:r w:rsidRPr="00CE758F">
        <w:rPr>
          <w:rFonts w:ascii="Baskerville Old Face" w:hAnsi="Baskerville Old Face"/>
          <w:bCs/>
          <w:i/>
          <w:sz w:val="28"/>
          <w:szCs w:val="28"/>
        </w:rPr>
        <w:t>there must be a reason, somebody must have told ye, there’s aye a reason</w:t>
      </w:r>
      <w:r w:rsidRPr="00CE758F">
        <w:rPr>
          <w:rFonts w:ascii="Baskerville Old Face" w:hAnsi="Baskerville Old Face"/>
          <w:bCs/>
          <w:sz w:val="28"/>
          <w:szCs w:val="28"/>
        </w:rPr>
        <w:t xml:space="preserve"> — and watched his father not do it.</w:t>
      </w:r>
    </w:p>
    <w:p w14:paraId="2CAEA62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Padraig simply nodded.</w:t>
      </w:r>
    </w:p>
    <w:p w14:paraId="4329EBA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“Aye. Right ye are,” he said. “It was good o’ ye tae come, hen.”</w:t>
      </w:r>
    </w:p>
    <w:p w14:paraId="3A4267A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he put on his hat and went out.</w:t>
      </w:r>
    </w:p>
    <w:p w14:paraId="4C27195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sat for a while.</w:t>
      </w:r>
    </w:p>
    <w:p w14:paraId="1303F5D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“He’s not a stupid man,” he said, to nobody. “He asked her the same thing I asked her.”</w:t>
      </w:r>
    </w:p>
    <w:p w14:paraId="19FA639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Darrow, writing.</w:t>
      </w:r>
    </w:p>
    <w:p w14:paraId="35CC4E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she gave him the same answer she gave me. Nothing. </w:t>
      </w:r>
      <w:r w:rsidRPr="00CE758F">
        <w:rPr>
          <w:rFonts w:ascii="Baskerville Old Face" w:hAnsi="Baskerville Old Face"/>
          <w:bCs/>
          <w:i/>
          <w:sz w:val="28"/>
          <w:szCs w:val="28"/>
        </w:rPr>
        <w:t>I dinnae ken.</w:t>
      </w:r>
      <w:r w:rsidRPr="00CE758F">
        <w:rPr>
          <w:rFonts w:ascii="Baskerville Old Face" w:hAnsi="Baskerville Old Face"/>
          <w:bCs/>
          <w:sz w:val="28"/>
          <w:szCs w:val="28"/>
        </w:rPr>
        <w:t>”</w:t>
      </w:r>
    </w:p>
    <w:p w14:paraId="79E12EB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did.”</w:t>
      </w:r>
    </w:p>
    <w:p w14:paraId="4ECA8FD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he took it.” Finian’s voice cracked somewhere in the middle of it. “He took it in four seconds and he thanked her for coming.”</w:t>
      </w:r>
    </w:p>
    <w:p w14:paraId="4BFD88D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stopped writing and looked at him over the top of his glasses, and for once there was nothing sardonic anywhere in his face.</w:t>
      </w:r>
    </w:p>
    <w:p w14:paraId="5876A5F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“Yes,” he said. “Write that down somewhere, Kavanagh. That’s the whole thing you’ve been circling for fifty years and it went past you in four seconds at the end of a bad afternoon.”</w:t>
      </w:r>
    </w:p>
    <w:p w14:paraId="5ACA187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Crassus had not sat down. He stood by his table with his hand resting on the sealed manila envelope, and he was </w:t>
      </w:r>
      <w:r w:rsidRPr="00CE758F">
        <w:rPr>
          <w:rFonts w:ascii="Baskerville Old Face" w:hAnsi="Baskerville Old Face"/>
          <w:bCs/>
          <w:sz w:val="28"/>
          <w:szCs w:val="28"/>
        </w:rPr>
        <w:lastRenderedPageBreak/>
        <w:t>looking at Finian with an expression that Finian could not read and did not like.</w:t>
      </w:r>
    </w:p>
    <w:p w14:paraId="1618C93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 Honour,” he said, “I had intended to close the Question of Blindness this evening. I find I would rather not.” He took his hand off the envelope. “There is a thing I have been carrying since the first day of this hearing, and I have not decided whether to open it, and I am aware that the court has noticed. I will decide tonight.”</w:t>
      </w:r>
    </w:p>
    <w:p w14:paraId="4FEB5F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“Very well,” said Socrates.</w:t>
      </w:r>
    </w:p>
    <w:p w14:paraId="13C33C6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gathered his papers, which took him some time, because they were not in any order.</w:t>
      </w:r>
    </w:p>
    <w:p w14:paraId="43F033B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“One observation for the defendant,” he said, “which is not evidence and which he may disregard. In two and a half thousand years I have watched a great many men receive the news that their life was built on something that was not there. Almost all of them do the same thing with it. They ask what it cost.” He set the papers down again, having failed to gather them. “It is not a foolish question. It is simply the only one you have, and it is the wrong one, and tomorrow a woman is coming through that door who will ask you a better one and you will not have an answer ready.”</w:t>
      </w:r>
    </w:p>
    <w:p w14:paraId="70FD1BE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at Finian for a moment longer.</w:t>
      </w:r>
    </w:p>
    <w:p w14:paraId="3924ECC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“Try to sleep,” said Socrates. “You are, technically, asleep. It has never helped anybody.”</w:t>
      </w:r>
    </w:p>
    <w:p w14:paraId="589D33A3"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21D2D2C7"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Seventeen</w:t>
      </w:r>
    </w:p>
    <w:p w14:paraId="2FECD89D"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Ellie’s Testament</w:t>
      </w:r>
    </w:p>
    <w:p w14:paraId="7D97EEA5" w14:textId="499895FF" w:rsidR="00F45C1A" w:rsidRPr="00CE758F" w:rsidRDefault="00E42E4F" w:rsidP="00E42E4F">
      <w:pPr>
        <w:spacing w:line="360" w:lineRule="auto"/>
        <w:ind w:firstLine="0"/>
        <w:rPr>
          <w:rFonts w:ascii="Baskerville Old Face" w:hAnsi="Baskerville Old Face"/>
          <w:bCs/>
          <w:sz w:val="28"/>
          <w:szCs w:val="28"/>
        </w:rPr>
      </w:pPr>
      <w:r>
        <w:rPr>
          <w:rFonts w:ascii="Baskerville Old Face" w:hAnsi="Baskerville Old Face"/>
          <w:bCs/>
          <w:sz w:val="28"/>
          <w:szCs w:val="28"/>
        </w:rPr>
        <w:tab/>
      </w:r>
      <w:r w:rsidR="007671E1" w:rsidRPr="00CE758F">
        <w:rPr>
          <w:rFonts w:ascii="Baskerville Old Face" w:hAnsi="Baskerville Old Face"/>
          <w:bCs/>
          <w:sz w:val="28"/>
          <w:szCs w:val="28"/>
        </w:rPr>
        <w:t>There was an interval, and Finian spent the whole of it trying to get it stopped.</w:t>
      </w:r>
      <w:r>
        <w:rPr>
          <w:rFonts w:ascii="Baskerville Old Face" w:hAnsi="Baskerville Old Face"/>
          <w:bCs/>
          <w:sz w:val="28"/>
          <w:szCs w:val="28"/>
        </w:rPr>
        <w:t xml:space="preserve"> </w:t>
      </w:r>
      <w:r w:rsidR="007671E1" w:rsidRPr="00CE758F">
        <w:rPr>
          <w:rFonts w:ascii="Baskerville Old Face" w:hAnsi="Baskerville Old Face"/>
          <w:bCs/>
          <w:sz w:val="28"/>
          <w:szCs w:val="28"/>
        </w:rPr>
        <w:t>He started reasonably. He said to Darrow that there was nothing she could add. He said that everything the court might want from her was already in evidence — the diaries were on the table, the pamphlet was on the table, the certificate of registration with her name second on it was on the table — and that calling her was therefore duplication, and that any competent man would object to it on those grounds.</w:t>
      </w:r>
    </w:p>
    <w:p w14:paraId="48AB2A6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let him get all the way to the end of that.</w:t>
      </w:r>
    </w:p>
    <w:p w14:paraId="6985773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want me to keep your wife out of this,” he said.</w:t>
      </w:r>
    </w:p>
    <w:p w14:paraId="403B911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4839C87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 the grounds of duplication.”</w:t>
      </w:r>
    </w:p>
    <w:p w14:paraId="6BCD58E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 any grounds ye like.”</w:t>
      </w:r>
    </w:p>
    <w:p w14:paraId="3FD84233" w14:textId="4CF4D32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“Mm.” Darrow had his chair tipped back and one boot against the leg of the table. He had not buttoned his waistcoat correctly at the start of the day and had not noticed it since, and Finian had begun to find the sight of it obscurely unbearable, in the way that a small wrongness becomes </w:t>
      </w:r>
      <w:r w:rsidRPr="00CE758F">
        <w:rPr>
          <w:rFonts w:ascii="Baskerville Old Face" w:hAnsi="Baskerville Old Face"/>
          <w:bCs/>
          <w:sz w:val="28"/>
          <w:szCs w:val="28"/>
        </w:rPr>
        <w:lastRenderedPageBreak/>
        <w:t>unbearable when there is a large one you cannot look at. “</w:t>
      </w:r>
      <w:r w:rsidR="001E208D" w:rsidRPr="00CE758F">
        <w:rPr>
          <w:rFonts w:ascii="Baskerville Old Face" w:hAnsi="Baskerville Old Face"/>
          <w:bCs/>
          <w:sz w:val="28"/>
          <w:szCs w:val="28"/>
        </w:rPr>
        <w:t>Mr.</w:t>
      </w:r>
      <w:r w:rsidRPr="00CE758F">
        <w:rPr>
          <w:rFonts w:ascii="Baskerville Old Face" w:hAnsi="Baskerville Old Face"/>
          <w:bCs/>
          <w:sz w:val="28"/>
          <w:szCs w:val="28"/>
        </w:rPr>
        <w:t xml:space="preserve"> Kavanagh. I’ve been at this a long time. I’ve defended men who did things I couldn’t say out loud in a room with a woman in it, and I have never once — not once — had a client ask me to keep a witness out because he was afraid of what she’d </w:t>
      </w:r>
      <w:r w:rsidRPr="00CE758F">
        <w:rPr>
          <w:rFonts w:ascii="Baskerville Old Face" w:hAnsi="Baskerville Old Face"/>
          <w:bCs/>
          <w:i/>
          <w:sz w:val="28"/>
          <w:szCs w:val="28"/>
        </w:rPr>
        <w:t>tell</w:t>
      </w:r>
      <w:r w:rsidRPr="00CE758F">
        <w:rPr>
          <w:rFonts w:ascii="Baskerville Old Face" w:hAnsi="Baskerville Old Face"/>
          <w:bCs/>
          <w:sz w:val="28"/>
          <w:szCs w:val="28"/>
        </w:rPr>
        <w:t xml:space="preserve"> them.” He let the chair down. “You’re not afraid of what she’ll tell them. You’ve heard everything she’s got to say, you’ve heard it for thirty years, you just heard it through a wall.”</w:t>
      </w:r>
    </w:p>
    <w:p w14:paraId="667085D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what am I afraid of.”</w:t>
      </w:r>
    </w:p>
    <w:p w14:paraId="366BD3DC" w14:textId="05F3447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“You’re afraid of having to be in the room while she says it to somebody else,” Darrow said. “That’s a different animal and it’s a good deal older than this court.”</w:t>
      </w:r>
      <w:r w:rsidR="008C4E07">
        <w:rPr>
          <w:rFonts w:ascii="Baskerville Old Face" w:hAnsi="Baskerville Old Face"/>
          <w:bCs/>
          <w:sz w:val="28"/>
          <w:szCs w:val="28"/>
        </w:rPr>
        <w:t xml:space="preserve"> </w:t>
      </w:r>
      <w:r w:rsidRPr="00CE758F">
        <w:rPr>
          <w:rFonts w:ascii="Baskerville Old Face" w:hAnsi="Baskerville Old Face"/>
          <w:bCs/>
          <w:sz w:val="28"/>
          <w:szCs w:val="28"/>
        </w:rPr>
        <w:t>She came in at ten past four by the clock that had not moved since he arrived.</w:t>
      </w:r>
      <w:r w:rsidR="008C4E07">
        <w:rPr>
          <w:rFonts w:ascii="Baskerville Old Face" w:hAnsi="Baskerville Old Face"/>
          <w:bCs/>
          <w:sz w:val="28"/>
          <w:szCs w:val="28"/>
        </w:rPr>
        <w:t xml:space="preserve"> </w:t>
      </w:r>
      <w:r w:rsidRPr="00CE758F">
        <w:rPr>
          <w:rFonts w:ascii="Baskerville Old Face" w:hAnsi="Baskerville Old Face"/>
          <w:bCs/>
          <w:sz w:val="28"/>
          <w:szCs w:val="28"/>
        </w:rPr>
        <w:t xml:space="preserve">She was asleep. He understood that immediately, before Maggie said anything, because he knew exactly what she looked like asleep and he had not seen it for a long time and the not having seen it went through him like a spike. She was wearing the grey cardigan she wore in </w:t>
      </w:r>
      <w:r w:rsidR="00420DE8" w:rsidRPr="00CE758F">
        <w:rPr>
          <w:rFonts w:ascii="Baskerville Old Face" w:hAnsi="Baskerville Old Face"/>
          <w:bCs/>
          <w:sz w:val="28"/>
          <w:szCs w:val="28"/>
        </w:rPr>
        <w:t>airplanes</w:t>
      </w:r>
      <w:r w:rsidRPr="00CE758F">
        <w:rPr>
          <w:rFonts w:ascii="Baskerville Old Face" w:hAnsi="Baskerville Old Face"/>
          <w:bCs/>
          <w:sz w:val="28"/>
          <w:szCs w:val="28"/>
        </w:rPr>
        <w:t xml:space="preserve"> and hospitals, which was a cardigan she had owned since 1981 and had twice been persuaded to throw out and twice retrieved from the bin. There was the mark of a chair’s piping across her left cheek. </w:t>
      </w:r>
      <w:r w:rsidRPr="00CE758F">
        <w:rPr>
          <w:rFonts w:ascii="Baskerville Old Face" w:hAnsi="Baskerville Old Face"/>
          <w:bCs/>
          <w:sz w:val="28"/>
          <w:szCs w:val="28"/>
        </w:rPr>
        <w:lastRenderedPageBreak/>
        <w:t>She had a paperback in her cardigan pocket with a bus ticket in it for a bookmark.</w:t>
      </w:r>
    </w:p>
    <w:p w14:paraId="61AB773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was forty-eight years old, and she looked, Finian thought, like a woman who had been sitting up.</w:t>
      </w:r>
    </w:p>
    <w:p w14:paraId="0A08453B" w14:textId="4524267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“She’s no’ deid,” Maggie said, at his shoulder, before he could ask. “She’s in a chair </w:t>
      </w:r>
      <w:r w:rsidR="008C4E07">
        <w:rPr>
          <w:rFonts w:ascii="Baskerville Old Face" w:hAnsi="Baskerville Old Face"/>
          <w:bCs/>
          <w:sz w:val="28"/>
          <w:szCs w:val="28"/>
        </w:rPr>
        <w:t>five</w:t>
      </w:r>
      <w:r w:rsidRPr="00CE758F">
        <w:rPr>
          <w:rFonts w:ascii="Baskerville Old Face" w:hAnsi="Baskerville Old Face"/>
          <w:bCs/>
          <w:sz w:val="28"/>
          <w:szCs w:val="28"/>
        </w:rPr>
        <w:t xml:space="preserve"> feet fae yer bed</w:t>
      </w:r>
      <w:r w:rsidR="008C4E07">
        <w:rPr>
          <w:rFonts w:ascii="Baskerville Old Face" w:hAnsi="Baskerville Old Face"/>
          <w:bCs/>
          <w:sz w:val="28"/>
          <w:szCs w:val="28"/>
        </w:rPr>
        <w:t xml:space="preserve">side </w:t>
      </w:r>
      <w:r w:rsidRPr="00CE758F">
        <w:rPr>
          <w:rFonts w:ascii="Baskerville Old Face" w:hAnsi="Baskerville Old Face"/>
          <w:bCs/>
          <w:sz w:val="28"/>
          <w:szCs w:val="28"/>
        </w:rPr>
        <w:t>and she’s been in it since Tuesday. Same as the black fella. Lifted oot her sleep.”</w:t>
      </w:r>
    </w:p>
    <w:p w14:paraId="7A54A54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 she’ll no’ remember this.”</w:t>
      </w:r>
    </w:p>
    <w:p w14:paraId="1C555B2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a word.”</w:t>
      </w:r>
    </w:p>
    <w:p w14:paraId="1196B03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sat with that.</w:t>
      </w:r>
    </w:p>
    <w:p w14:paraId="5CF3585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what’s the point of it,” he said.</w:t>
      </w:r>
    </w:p>
    <w:p w14:paraId="7E91E9E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point o’ it,” said Maggie, “is for </w:t>
      </w:r>
      <w:r w:rsidRPr="00CE758F">
        <w:rPr>
          <w:rFonts w:ascii="Baskerville Old Face" w:hAnsi="Baskerville Old Face"/>
          <w:bCs/>
          <w:i/>
          <w:sz w:val="28"/>
          <w:szCs w:val="28"/>
        </w:rPr>
        <w:t>you</w:t>
      </w:r>
      <w:r w:rsidRPr="00CE758F">
        <w:rPr>
          <w:rFonts w:ascii="Baskerville Old Face" w:hAnsi="Baskerville Old Face"/>
          <w:bCs/>
          <w:sz w:val="28"/>
          <w:szCs w:val="28"/>
        </w:rPr>
        <w:t>.”</w:t>
      </w:r>
    </w:p>
    <w:p w14:paraId="3EC8633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stood just inside the door and looked at the room with the specific unhurried attention of a woman working out where the tea things would be kept. She looked at the twelve men in shirtsleeves, and at the swollen window, and at the light on the boards. She was not frightened. She had crossed the world alone at eighteen with a cardboard case and thirty-one shillings and had never once in her life been frightened of a room.</w:t>
      </w:r>
    </w:p>
    <w:p w14:paraId="28933C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saw Maggie.</w:t>
      </w:r>
    </w:p>
    <w:p w14:paraId="338B90D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Everything stopped in her face. She crossed the floor — nobody stopped her, nobody in that court would have dreamed of stopping her — and she stood in front of Maggie Dickson and looked at her for a long moment, and she said:</w:t>
      </w:r>
    </w:p>
    <w:p w14:paraId="0C3F5ED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kent ye were real.”</w:t>
      </w:r>
    </w:p>
    <w:p w14:paraId="762651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hen.”</w:t>
      </w:r>
    </w:p>
    <w:p w14:paraId="371CC3F8" w14:textId="7E7FB98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“I’ve been tellin’ myself for twenty-six year that it was the morphine.” Her voice had gone thin. “I’ve been tellin’ other folk it was the morphine. I’ve been tellin’ </w:t>
      </w:r>
      <w:r w:rsidRPr="00CE758F">
        <w:rPr>
          <w:rFonts w:ascii="Baskerville Old Face" w:hAnsi="Baskerville Old Face"/>
          <w:bCs/>
          <w:i/>
          <w:sz w:val="28"/>
          <w:szCs w:val="28"/>
        </w:rPr>
        <w:t>him</w:t>
      </w:r>
      <w:r w:rsidRPr="00CE758F">
        <w:rPr>
          <w:rFonts w:ascii="Baskerville Old Face" w:hAnsi="Baskerville Old Face"/>
          <w:bCs/>
          <w:sz w:val="28"/>
          <w:szCs w:val="28"/>
        </w:rPr>
        <w:t xml:space="preserve"> it was the morphine and </w:t>
      </w:r>
      <w:r w:rsidR="00420DE8" w:rsidRPr="00CE758F">
        <w:rPr>
          <w:rFonts w:ascii="Baskerville Old Face" w:hAnsi="Baskerville Old Face"/>
          <w:bCs/>
          <w:sz w:val="28"/>
          <w:szCs w:val="28"/>
        </w:rPr>
        <w:t>letting</w:t>
      </w:r>
      <w:r w:rsidRPr="00CE758F">
        <w:rPr>
          <w:rFonts w:ascii="Baskerville Old Face" w:hAnsi="Baskerville Old Face"/>
          <w:bCs/>
          <w:sz w:val="28"/>
          <w:szCs w:val="28"/>
        </w:rPr>
        <w:t>’ him think I believed it, because it was easier than the other thing.”</w:t>
      </w:r>
    </w:p>
    <w:p w14:paraId="6596D83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ken what ye’ve been daein’,” said Maggie.</w:t>
      </w:r>
    </w:p>
    <w:p w14:paraId="66F259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put her hand out, quite suddenly, and took hold of Maggie’s sleeve at the wrist, the way you take hold of a thing to check that it is there, and her fingers closed on wet wool, and she looked down at her own hand on it.</w:t>
      </w:r>
    </w:p>
    <w:p w14:paraId="7A530176" w14:textId="17F0AB1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“Yer hem’s still wet,” she said.</w:t>
      </w:r>
    </w:p>
    <w:p w14:paraId="5D6BF2F8" w14:textId="06E0DDF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aye wet.”</w:t>
      </w:r>
    </w:p>
    <w:p w14:paraId="1154EB8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“There’s been nae rain,” said Ellie, and laughed, and the laugh went wrong halfway out and she stopped it and let go of the sleeve and straightened her back and turned round and </w:t>
      </w:r>
      <w:r w:rsidRPr="00CE758F">
        <w:rPr>
          <w:rFonts w:ascii="Baskerville Old Face" w:hAnsi="Baskerville Old Face"/>
          <w:bCs/>
          <w:sz w:val="28"/>
          <w:szCs w:val="28"/>
        </w:rPr>
        <w:lastRenderedPageBreak/>
        <w:t>went and sat down in the witness chair without being asked, because there was clearly a chair and it was clearly for her.</w:t>
      </w:r>
    </w:p>
    <w:p w14:paraId="0CB094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rose slowly.</w:t>
      </w:r>
    </w:p>
    <w:p w14:paraId="6D2B92C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Finian had spent the interval building an armoury against him and discovered within four seconds that he had built it in the wrong direction entirely. Because Crassus, faced with Eleanor Strachan in a grey cardigan with the mark of a chair on her cheek, became — there was no other word for it — </w:t>
      </w:r>
      <w:r w:rsidRPr="00CE758F">
        <w:rPr>
          <w:rFonts w:ascii="Baskerville Old Face" w:hAnsi="Baskerville Old Face"/>
          <w:bCs/>
          <w:i/>
          <w:sz w:val="28"/>
          <w:szCs w:val="28"/>
        </w:rPr>
        <w:t>courteous</w:t>
      </w:r>
      <w:r w:rsidRPr="00CE758F">
        <w:rPr>
          <w:rFonts w:ascii="Baskerville Old Face" w:hAnsi="Baskerville Old Face"/>
          <w:bCs/>
          <w:sz w:val="28"/>
          <w:szCs w:val="28"/>
        </w:rPr>
        <w:t>. Not oily. Not performing. He asked her whether she would like water. He waited while she said no. He apologised, in advance and without irony, for the questions he was about to ask, and said that he would ask as few of them as he could manage.</w:t>
      </w:r>
    </w:p>
    <w:p w14:paraId="3BAAE301" w14:textId="3B345A4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420DE8" w:rsidRPr="00CE758F">
        <w:rPr>
          <w:rFonts w:ascii="Baskerville Old Face" w:hAnsi="Baskerville Old Face"/>
          <w:bCs/>
          <w:sz w:val="28"/>
          <w:szCs w:val="28"/>
        </w:rPr>
        <w:t>Mrs.</w:t>
      </w:r>
      <w:r w:rsidRPr="00CE758F">
        <w:rPr>
          <w:rFonts w:ascii="Baskerville Old Face" w:hAnsi="Baskerville Old Face"/>
          <w:bCs/>
          <w:sz w:val="28"/>
          <w:szCs w:val="28"/>
        </w:rPr>
        <w:t xml:space="preserve"> Kavanagh. I am going to ask you about numbers, because they are the only thing I am any good at, and because I think you are better at them than anybody has ever given you credit for.”</w:t>
      </w:r>
    </w:p>
    <w:p w14:paraId="25D37EB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 ye go.”</w:t>
      </w:r>
    </w:p>
    <w:p w14:paraId="3DB04AA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“In 1979 — the year the house was finished. How many nights was your husband at home?”</w:t>
      </w:r>
    </w:p>
    <w:p w14:paraId="2F2BE5C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“Eleven.”</w:t>
      </w:r>
    </w:p>
    <w:p w14:paraId="421A83E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said it flat, the way you say a thing you have said inside your own head so many times that it has worn smooth.</w:t>
      </w:r>
    </w:p>
    <w:p w14:paraId="0E42AD0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are certain of that.”</w:t>
      </w:r>
    </w:p>
    <w:p w14:paraId="2EF5A2C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2072FBC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w:t>
      </w:r>
    </w:p>
    <w:p w14:paraId="76318CFB" w14:textId="0E7642C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I wrote them do</w:t>
      </w:r>
      <w:r w:rsidR="00C542E3">
        <w:rPr>
          <w:rFonts w:ascii="Baskerville Old Face" w:hAnsi="Baskerville Old Face"/>
          <w:bCs/>
          <w:sz w:val="28"/>
          <w:szCs w:val="28"/>
        </w:rPr>
        <w:t>w</w:t>
      </w:r>
      <w:r w:rsidRPr="00CE758F">
        <w:rPr>
          <w:rFonts w:ascii="Baskerville Old Face" w:hAnsi="Baskerville Old Face"/>
          <w:bCs/>
          <w:sz w:val="28"/>
          <w:szCs w:val="28"/>
        </w:rPr>
        <w:t>n.”</w:t>
      </w:r>
    </w:p>
    <w:p w14:paraId="65FA5FE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“Where?”</w:t>
      </w:r>
    </w:p>
    <w:p w14:paraId="513E48AF" w14:textId="0341F9F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“In a diary. Nineteen seventy-nine, the green wan, the wan wi’ the calendar in the back.” She lifted her chin slightly. “Ye’ve got it there on yer table. Ye’ll find them marked wi’ a wee cross in the corner. Eleven crosses, and nine o’ them in the </w:t>
      </w:r>
      <w:r w:rsidR="00C542E3">
        <w:rPr>
          <w:rFonts w:ascii="Baskerville Old Face" w:hAnsi="Baskerville Old Face"/>
          <w:bCs/>
          <w:sz w:val="28"/>
          <w:szCs w:val="28"/>
        </w:rPr>
        <w:t>one</w:t>
      </w:r>
      <w:r w:rsidRPr="00CE758F">
        <w:rPr>
          <w:rFonts w:ascii="Baskerville Old Face" w:hAnsi="Baskerville Old Face"/>
          <w:bCs/>
          <w:sz w:val="28"/>
          <w:szCs w:val="28"/>
        </w:rPr>
        <w:t xml:space="preserve"> week in March.”</w:t>
      </w:r>
    </w:p>
    <w:p w14:paraId="5D772FA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marked the nights your husband was at home in your own house,” Crassus said, “with a cross in a diary.”</w:t>
      </w:r>
    </w:p>
    <w:p w14:paraId="406BD77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did.”</w:t>
      </w:r>
    </w:p>
    <w:p w14:paraId="04368445" w14:textId="4B4A5CF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420DE8" w:rsidRPr="00CE758F">
        <w:rPr>
          <w:rFonts w:ascii="Baskerville Old Face" w:hAnsi="Baskerville Old Face"/>
          <w:bCs/>
          <w:sz w:val="28"/>
          <w:szCs w:val="28"/>
        </w:rPr>
        <w:t>Mrs.</w:t>
      </w:r>
      <w:r w:rsidRPr="00CE758F">
        <w:rPr>
          <w:rFonts w:ascii="Baskerville Old Face" w:hAnsi="Baskerville Old Face"/>
          <w:bCs/>
          <w:sz w:val="28"/>
          <w:szCs w:val="28"/>
        </w:rPr>
        <w:t xml:space="preserve"> Kavanagh — why?”</w:t>
      </w:r>
    </w:p>
    <w:p w14:paraId="3A7D04D6" w14:textId="64D193E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Finian, who had not once in twenty-six years wondered about the crosses, who had seen those diaries four days before he drove into the desert and had read the entry about a wet hem and had never turned to the calendar in the back</w:t>
      </w:r>
      <w:r w:rsidR="0034786D">
        <w:rPr>
          <w:rFonts w:ascii="Baskerville Old Face" w:hAnsi="Baskerville Old Face"/>
          <w:bCs/>
          <w:sz w:val="28"/>
          <w:szCs w:val="28"/>
        </w:rPr>
        <w:t xml:space="preserve">, </w:t>
      </w:r>
      <w:r w:rsidRPr="00CE758F">
        <w:rPr>
          <w:rFonts w:ascii="Baskerville Old Face" w:hAnsi="Baskerville Old Face"/>
          <w:bCs/>
          <w:sz w:val="28"/>
          <w:szCs w:val="28"/>
        </w:rPr>
        <w:t>Finian sat forward.</w:t>
      </w:r>
    </w:p>
    <w:p w14:paraId="692F614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“Because I thought if I had the number,” said Ellie, “I could show him the number.”</w:t>
      </w:r>
    </w:p>
    <w:p w14:paraId="59B4C5D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room was very quiet.</w:t>
      </w:r>
    </w:p>
    <w:p w14:paraId="07161D5A" w14:textId="0786A3F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was awfy good wi’ numbers,” she said. “It was the only language he had that he was fluent in. Ye couldnae get at him wi’ — wi’ </w:t>
      </w:r>
      <w:r w:rsidRPr="00CE758F">
        <w:rPr>
          <w:rFonts w:ascii="Baskerville Old Face" w:hAnsi="Baskerville Old Face"/>
          <w:bCs/>
          <w:i/>
          <w:sz w:val="28"/>
          <w:szCs w:val="28"/>
        </w:rPr>
        <w:t>I’m lonely</w:t>
      </w:r>
      <w:r w:rsidRPr="00CE758F">
        <w:rPr>
          <w:rFonts w:ascii="Baskerville Old Face" w:hAnsi="Baskerville Old Face"/>
          <w:bCs/>
          <w:sz w:val="28"/>
          <w:szCs w:val="28"/>
        </w:rPr>
        <w:t xml:space="preserve">, or </w:t>
      </w:r>
      <w:r w:rsidRPr="00CE758F">
        <w:rPr>
          <w:rFonts w:ascii="Baskerville Old Face" w:hAnsi="Baskerville Old Face"/>
          <w:bCs/>
          <w:i/>
          <w:sz w:val="28"/>
          <w:szCs w:val="28"/>
        </w:rPr>
        <w:t>I’d like ye tae come hame</w:t>
      </w:r>
      <w:r w:rsidRPr="00CE758F">
        <w:rPr>
          <w:rFonts w:ascii="Baskerville Old Face" w:hAnsi="Baskerville Old Face"/>
          <w:bCs/>
          <w:sz w:val="28"/>
          <w:szCs w:val="28"/>
        </w:rPr>
        <w:t xml:space="preserve">, because that’s just weather tae a man like that, that’s just a thing a woman says and it </w:t>
      </w:r>
      <w:r w:rsidR="004D26D4" w:rsidRPr="00CE758F">
        <w:rPr>
          <w:rFonts w:ascii="Baskerville Old Face" w:hAnsi="Baskerville Old Face"/>
          <w:bCs/>
          <w:sz w:val="28"/>
          <w:szCs w:val="28"/>
        </w:rPr>
        <w:t>doesnae</w:t>
      </w:r>
      <w:r w:rsidRPr="00CE758F">
        <w:rPr>
          <w:rFonts w:ascii="Baskerville Old Face" w:hAnsi="Baskerville Old Face"/>
          <w:bCs/>
          <w:sz w:val="28"/>
          <w:szCs w:val="28"/>
        </w:rPr>
        <w:t xml:space="preserve"> have a figure on it. But eleven.” She turned her hands over in her lap. “Eleven’s a figure. Eleven’s a thing ye can put in front o’ a man and he cannae argue wi’ it. So I kept the count for him, for years, because I thought there’d come a night when I’d say the number oot loud and he’d hear it the way he heard a bad tender, and he’d go white, and he’d say </w:t>
      </w:r>
      <w:r w:rsidRPr="00CE758F">
        <w:rPr>
          <w:rFonts w:ascii="Baskerville Old Face" w:hAnsi="Baskerville Old Face"/>
          <w:bCs/>
          <w:i/>
          <w:sz w:val="28"/>
          <w:szCs w:val="28"/>
        </w:rPr>
        <w:t>Christ, Ell</w:t>
      </w:r>
      <w:r w:rsidRPr="00CE758F">
        <w:rPr>
          <w:rFonts w:ascii="Baskerville Old Face" w:hAnsi="Baskerville Old Face"/>
          <w:bCs/>
          <w:sz w:val="28"/>
          <w:szCs w:val="28"/>
        </w:rPr>
        <w:t>, and that’d be it. That’d be the whole thing over.”</w:t>
      </w:r>
    </w:p>
    <w:p w14:paraId="7670B62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did you ever say the number out loud?”</w:t>
      </w:r>
    </w:p>
    <w:p w14:paraId="5D09A3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55DEE0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not?”</w:t>
      </w:r>
    </w:p>
    <w:p w14:paraId="62687117" w14:textId="5A1657F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“Because I worked oot in </w:t>
      </w:r>
      <w:r w:rsidR="004D26D4" w:rsidRPr="00CE758F">
        <w:rPr>
          <w:rFonts w:ascii="Baskerville Old Face" w:hAnsi="Baskerville Old Face"/>
          <w:bCs/>
          <w:sz w:val="28"/>
          <w:szCs w:val="28"/>
        </w:rPr>
        <w:t>about</w:t>
      </w:r>
      <w:r w:rsidRPr="00CE758F">
        <w:rPr>
          <w:rFonts w:ascii="Baskerville Old Face" w:hAnsi="Baskerville Old Face"/>
          <w:bCs/>
          <w:sz w:val="28"/>
          <w:szCs w:val="28"/>
        </w:rPr>
        <w:t xml:space="preserve"> nineteen eighty-three,” said Ellie, “that if I said it he’d have found a reason for it. He’d have gone through the year and telt me where he was ilka wan o’ the other three hundred and fifty-four nights and </w:t>
      </w:r>
      <w:r w:rsidRPr="00CE758F">
        <w:rPr>
          <w:rFonts w:ascii="Baskerville Old Face" w:hAnsi="Baskerville Old Face"/>
          <w:bCs/>
          <w:sz w:val="28"/>
          <w:szCs w:val="28"/>
        </w:rPr>
        <w:lastRenderedPageBreak/>
        <w:t xml:space="preserve">there’d have been a reason for every single wan, and every reason would have been true, and I’d have had tae stand there and agree wi’ him.” She looked up. “And then I’d have had </w:t>
      </w:r>
      <w:r w:rsidR="004D26D4" w:rsidRPr="00CE758F">
        <w:rPr>
          <w:rFonts w:ascii="Baskerville Old Face" w:hAnsi="Baskerville Old Face"/>
          <w:bCs/>
          <w:sz w:val="28"/>
          <w:szCs w:val="28"/>
        </w:rPr>
        <w:t>nothing</w:t>
      </w:r>
      <w:r w:rsidRPr="00CE758F">
        <w:rPr>
          <w:rFonts w:ascii="Baskerville Old Face" w:hAnsi="Baskerville Old Face"/>
          <w:bCs/>
          <w:sz w:val="28"/>
          <w:szCs w:val="28"/>
        </w:rPr>
        <w:t>. As long as I never said it, the number still worked. It was the only thing I had that still worked.”</w:t>
      </w:r>
    </w:p>
    <w:p w14:paraId="631DF17D" w14:textId="10E485C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did not look at the jury. He had not looked at the jury once. Finian noticed that, and understood that it was deliberate, and understood a moment later that it was because a man who looks at a jury during a piece of testimony like that is telling them how to feel, and Crassus had judged — correctly — that they did not need telling.</w:t>
      </w:r>
      <w:r w:rsidR="00CC7C7F">
        <w:rPr>
          <w:rFonts w:ascii="Baskerville Old Face" w:hAnsi="Baskerville Old Face"/>
          <w:bCs/>
          <w:sz w:val="28"/>
          <w:szCs w:val="28"/>
        </w:rPr>
        <w:t xml:space="preserve"> </w:t>
      </w:r>
      <w:r w:rsidRPr="00CE758F">
        <w:rPr>
          <w:rFonts w:ascii="Baskerville Old Face" w:hAnsi="Baskerville Old Face"/>
          <w:bCs/>
          <w:sz w:val="28"/>
          <w:szCs w:val="28"/>
        </w:rPr>
        <w:t>“I want to show you a document.”</w:t>
      </w:r>
      <w:r w:rsidR="00CC7C7F">
        <w:rPr>
          <w:rFonts w:ascii="Baskerville Old Face" w:hAnsi="Baskerville Old Face"/>
          <w:bCs/>
          <w:sz w:val="28"/>
          <w:szCs w:val="28"/>
        </w:rPr>
        <w:t xml:space="preserve"> </w:t>
      </w:r>
      <w:r w:rsidRPr="00CE758F">
        <w:rPr>
          <w:rFonts w:ascii="Baskerville Old Face" w:hAnsi="Baskerville Old Face"/>
          <w:bCs/>
          <w:sz w:val="28"/>
          <w:szCs w:val="28"/>
        </w:rPr>
        <w:t>He took it up off the table. It had been in front of him all day, and Finian had looked at it eleven or twelve times without letting himself see what it was: four folded pages, soft along the creases, going brown at the edges, with the ghost of a perished rubber band printed on the paper in a brown stripe.</w:t>
      </w:r>
      <w:r w:rsidR="00CC7C7F">
        <w:rPr>
          <w:rFonts w:ascii="Baskerville Old Face" w:hAnsi="Baskerville Old Face"/>
          <w:bCs/>
          <w:sz w:val="28"/>
          <w:szCs w:val="28"/>
        </w:rPr>
        <w:t xml:space="preserve"> </w:t>
      </w:r>
      <w:r w:rsidRPr="00CE758F">
        <w:rPr>
          <w:rFonts w:ascii="Baskerville Old Face" w:hAnsi="Baskerville Old Face"/>
          <w:bCs/>
          <w:sz w:val="28"/>
          <w:szCs w:val="28"/>
        </w:rPr>
        <w:t xml:space="preserve">Ellie’s hands took it before her face did. That was the thing Finian could not get past afterwards. Her hands went out and received it and turned it the right way up and thumbed it open at the second page without any instruction from her at all, and </w:t>
      </w:r>
      <w:r w:rsidRPr="00CE758F">
        <w:rPr>
          <w:rFonts w:ascii="Baskerville Old Face" w:hAnsi="Baskerville Old Face"/>
          <w:bCs/>
          <w:i/>
          <w:sz w:val="28"/>
          <w:szCs w:val="28"/>
        </w:rPr>
        <w:t>then</w:t>
      </w:r>
      <w:r w:rsidRPr="00CE758F">
        <w:rPr>
          <w:rFonts w:ascii="Baskerville Old Face" w:hAnsi="Baskerville Old Face"/>
          <w:bCs/>
          <w:sz w:val="28"/>
          <w:szCs w:val="28"/>
        </w:rPr>
        <w:t xml:space="preserve"> her expression changed.</w:t>
      </w:r>
    </w:p>
    <w:p w14:paraId="0EC645F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“Do you recognise it?”</w:t>
      </w:r>
    </w:p>
    <w:p w14:paraId="6777E53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“Aye.”</w:t>
      </w:r>
    </w:p>
    <w:p w14:paraId="7DA1FEF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“Would you tell the court what it is?”</w:t>
      </w:r>
    </w:p>
    <w:p w14:paraId="4ABF579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“It’s a pamphlet fae the Child Welfare in Darwin,” said Ellie. “Nineteen sixty-nine. </w:t>
      </w:r>
      <w:r w:rsidRPr="00CE758F">
        <w:rPr>
          <w:rFonts w:ascii="Baskerville Old Face" w:hAnsi="Baskerville Old Face"/>
          <w:bCs/>
          <w:i/>
          <w:sz w:val="28"/>
          <w:szCs w:val="28"/>
        </w:rPr>
        <w:t>Adoption: A Guide for Prospective Applicants.</w:t>
      </w:r>
      <w:r w:rsidRPr="00CE758F">
        <w:rPr>
          <w:rFonts w:ascii="Baskerville Old Face" w:hAnsi="Baskerville Old Face"/>
          <w:bCs/>
          <w:sz w:val="28"/>
          <w:szCs w:val="28"/>
        </w:rPr>
        <w:t>” She smoothed the crease with her thumb, once, and stopped herself. “I sent away for it in the October. It came in the November. I kept it.”</w:t>
      </w:r>
    </w:p>
    <w:p w14:paraId="298F500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“Where?”</w:t>
      </w:r>
    </w:p>
    <w:p w14:paraId="79FE347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“In a biscuit tin at the back o’ the wardrobe.”</w:t>
      </w:r>
    </w:p>
    <w:p w14:paraId="2830D41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“For how long?”</w:t>
      </w:r>
    </w:p>
    <w:p w14:paraId="7444414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still got it,” said Ellie.</w:t>
      </w:r>
    </w:p>
    <w:p w14:paraId="798833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let five seconds go by.</w:t>
      </w:r>
    </w:p>
    <w:p w14:paraId="792BB9A4" w14:textId="68A58D4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4D26D4" w:rsidRPr="00CE758F">
        <w:rPr>
          <w:rFonts w:ascii="Baskerville Old Face" w:hAnsi="Baskerville Old Face"/>
          <w:bCs/>
          <w:sz w:val="28"/>
          <w:szCs w:val="28"/>
        </w:rPr>
        <w:t>Mrs.</w:t>
      </w:r>
      <w:r w:rsidRPr="00CE758F">
        <w:rPr>
          <w:rFonts w:ascii="Baskerville Old Face" w:hAnsi="Baskerville Old Face"/>
          <w:bCs/>
          <w:sz w:val="28"/>
          <w:szCs w:val="28"/>
        </w:rPr>
        <w:t xml:space="preserve"> Kavanagh. On a night in November 1969 you put that pamphlet on the kitchen table in front of your husband. What did he say?”</w:t>
      </w:r>
    </w:p>
    <w:p w14:paraId="1D7DBF31" w14:textId="715B1ED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said we’d be fifty when it was twenty-five. He said the </w:t>
      </w:r>
      <w:r w:rsidR="004D26D4" w:rsidRPr="00CE758F">
        <w:rPr>
          <w:rFonts w:ascii="Baskerville Old Face" w:hAnsi="Baskerville Old Face"/>
          <w:bCs/>
          <w:sz w:val="28"/>
          <w:szCs w:val="28"/>
        </w:rPr>
        <w:t>driving</w:t>
      </w:r>
      <w:r w:rsidRPr="00CE758F">
        <w:rPr>
          <w:rFonts w:ascii="Baskerville Old Face" w:hAnsi="Baskerville Old Face"/>
          <w:bCs/>
          <w:sz w:val="28"/>
          <w:szCs w:val="28"/>
        </w:rPr>
        <w:t>’</w:t>
      </w:r>
      <w:r w:rsidR="00CC7C7F">
        <w:rPr>
          <w:rFonts w:ascii="Baskerville Old Face" w:hAnsi="Baskerville Old Face"/>
          <w:bCs/>
          <w:sz w:val="28"/>
          <w:szCs w:val="28"/>
        </w:rPr>
        <w:t xml:space="preserve">, </w:t>
      </w:r>
      <w:r w:rsidRPr="00CE758F">
        <w:rPr>
          <w:rFonts w:ascii="Baskerville Old Face" w:hAnsi="Baskerville Old Face"/>
          <w:bCs/>
          <w:sz w:val="28"/>
          <w:szCs w:val="28"/>
        </w:rPr>
        <w:t xml:space="preserve">that a wean cannae be four hunner mile fae a doctor. He said we couldnae ask a bairn tae live oot there wi’ nae school and nae other weans.” She recited it evenly, in his rhythm, and Finian heard his own sentences come out of his wife’s mouth twenty-six years later in the right order with the </w:t>
      </w:r>
      <w:r w:rsidRPr="00CE758F">
        <w:rPr>
          <w:rFonts w:ascii="Baskerville Old Face" w:hAnsi="Baskerville Old Face"/>
          <w:bCs/>
          <w:sz w:val="28"/>
          <w:szCs w:val="28"/>
        </w:rPr>
        <w:lastRenderedPageBreak/>
        <w:t xml:space="preserve">pauses in the right places. “And he said it </w:t>
      </w:r>
      <w:r w:rsidR="004D26D4" w:rsidRPr="00CE758F">
        <w:rPr>
          <w:rFonts w:ascii="Baskerville Old Face" w:hAnsi="Baskerville Old Face"/>
          <w:bCs/>
          <w:sz w:val="28"/>
          <w:szCs w:val="28"/>
        </w:rPr>
        <w:t>wasnae</w:t>
      </w:r>
      <w:r w:rsidRPr="00CE758F">
        <w:rPr>
          <w:rFonts w:ascii="Baskerville Old Face" w:hAnsi="Baskerville Old Face"/>
          <w:bCs/>
          <w:sz w:val="28"/>
          <w:szCs w:val="28"/>
        </w:rPr>
        <w:t xml:space="preserve"> fair. He said that wan twice. He said </w:t>
      </w:r>
      <w:r w:rsidRPr="00CE758F">
        <w:rPr>
          <w:rFonts w:ascii="Baskerville Old Face" w:hAnsi="Baskerville Old Face"/>
          <w:bCs/>
          <w:i/>
          <w:sz w:val="28"/>
          <w:szCs w:val="28"/>
        </w:rPr>
        <w:t>it would</w:t>
      </w:r>
      <w:r w:rsidR="004D26D4">
        <w:rPr>
          <w:rFonts w:ascii="Baskerville Old Face" w:hAnsi="Baskerville Old Face"/>
          <w:bCs/>
          <w:i/>
          <w:sz w:val="28"/>
          <w:szCs w:val="28"/>
        </w:rPr>
        <w:t xml:space="preserve"> </w:t>
      </w:r>
      <w:r w:rsidRPr="00CE758F">
        <w:rPr>
          <w:rFonts w:ascii="Baskerville Old Face" w:hAnsi="Baskerville Old Face"/>
          <w:bCs/>
          <w:i/>
          <w:sz w:val="28"/>
          <w:szCs w:val="28"/>
        </w:rPr>
        <w:t>nae be fair on the wean.</w:t>
      </w:r>
      <w:r w:rsidRPr="00CE758F">
        <w:rPr>
          <w:rFonts w:ascii="Baskerville Old Face" w:hAnsi="Baskerville Old Face"/>
          <w:bCs/>
          <w:sz w:val="28"/>
          <w:szCs w:val="28"/>
        </w:rPr>
        <w:t>”</w:t>
      </w:r>
    </w:p>
    <w:p w14:paraId="7C1C82F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long did the conversation last?”</w:t>
      </w:r>
    </w:p>
    <w:p w14:paraId="6CD8C7C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“Four minutes.”</w:t>
      </w:r>
    </w:p>
    <w:p w14:paraId="5374B79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what did you say?”</w:t>
      </w:r>
    </w:p>
    <w:p w14:paraId="3FB412C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said aye, right enough.”</w:t>
      </w:r>
    </w:p>
    <w:p w14:paraId="7A40CD2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 agree with him?”</w:t>
      </w:r>
    </w:p>
    <w:p w14:paraId="230B5D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“Every word he said was true,” said Ellie.</w:t>
      </w:r>
    </w:p>
    <w:p w14:paraId="0603A6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is not what I asked you.”</w:t>
      </w:r>
    </w:p>
    <w:p w14:paraId="5523CE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ken it’s no’.” She looked at him levelly. “Every word he said was true and no’ wan o’ them was the reason.”</w:t>
      </w:r>
    </w:p>
    <w:p w14:paraId="59A4F46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Somebody at the back of the jury shifted.</w:t>
      </w:r>
    </w:p>
    <w:p w14:paraId="284032C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 know the reason?” said Crassus.</w:t>
      </w:r>
    </w:p>
    <w:p w14:paraId="41E8308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039B05D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“At the time? That night?”</w:t>
      </w:r>
    </w:p>
    <w:p w14:paraId="6D3BA533" w14:textId="427AA3B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took me </w:t>
      </w:r>
      <w:r w:rsidR="004D26D4" w:rsidRPr="00CE758F">
        <w:rPr>
          <w:rFonts w:ascii="Baskerville Old Face" w:hAnsi="Baskerville Old Face"/>
          <w:bCs/>
          <w:sz w:val="28"/>
          <w:szCs w:val="28"/>
        </w:rPr>
        <w:t>about</w:t>
      </w:r>
      <w:r w:rsidRPr="00CE758F">
        <w:rPr>
          <w:rFonts w:ascii="Baskerville Old Face" w:hAnsi="Baskerville Old Face"/>
          <w:bCs/>
          <w:sz w:val="28"/>
          <w:szCs w:val="28"/>
        </w:rPr>
        <w:t xml:space="preserve"> forty seconds.”</w:t>
      </w:r>
    </w:p>
    <w:p w14:paraId="243D9A2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“Would you tell the court what it was?”</w:t>
      </w:r>
    </w:p>
    <w:p w14:paraId="6A4F91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Ellie Kavanagh looked past Crassus, across the floor, at her husband, and Finian understood with total clarity that she was deciding, in that moment, in a room she would not remember, whether to do it.</w:t>
      </w:r>
    </w:p>
    <w:p w14:paraId="097F52F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no’ mine tae say,” she said.</w:t>
      </w:r>
    </w:p>
    <w:p w14:paraId="749F8FF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Crassus tilted his head very slightly.</w:t>
      </w:r>
    </w:p>
    <w:p w14:paraId="28640C8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beg your pardon?”</w:t>
      </w:r>
    </w:p>
    <w:p w14:paraId="21420159" w14:textId="432B92C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“I’ve kent it for twenty-six year and it’s still no’ mine tae say,” said Ellie. “It’s his. If it comes oot in here it’s got tae come oot his mouth or it’s worth </w:t>
      </w:r>
      <w:r w:rsidR="004D26D4" w:rsidRPr="00CE758F">
        <w:rPr>
          <w:rFonts w:ascii="Baskerville Old Face" w:hAnsi="Baskerville Old Face"/>
          <w:bCs/>
          <w:sz w:val="28"/>
          <w:szCs w:val="28"/>
        </w:rPr>
        <w:t>nothing</w:t>
      </w:r>
      <w:r w:rsidRPr="00CE758F">
        <w:rPr>
          <w:rFonts w:ascii="Baskerville Old Face" w:hAnsi="Baskerville Old Face"/>
          <w:bCs/>
          <w:sz w:val="28"/>
          <w:szCs w:val="28"/>
        </w:rPr>
        <w:t>, and I’ll no’ have him let aff wi’ me sayin’ it for him.” She folded the pamphlet closed. “He’s had thirty year o’ folk daein’ the difficult bits for him. That’s how we got here.”</w:t>
      </w:r>
    </w:p>
    <w:p w14:paraId="7C3A666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stood for a moment.</w:t>
      </w:r>
    </w:p>
    <w:p w14:paraId="6778858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he inclined his head to her, a small formal movement, an old man’s courtesy from an old and merciless world, and said: “Madam, in two thousand years I have not been refused so well.”</w:t>
      </w:r>
    </w:p>
    <w:p w14:paraId="43C5448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I shall ask you about yourself, which you will like less.”</w:t>
      </w:r>
    </w:p>
    <w:p w14:paraId="01E1BB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“Likely.”</w:t>
      </w:r>
    </w:p>
    <w:p w14:paraId="4BEC28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were alone.”</w:t>
      </w:r>
    </w:p>
    <w:p w14:paraId="3DD359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700C76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“For most of thirty years.”</w:t>
      </w:r>
    </w:p>
    <w:p w14:paraId="2931D0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77081A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were lonely.”</w:t>
      </w:r>
    </w:p>
    <w:p w14:paraId="0CFC0980" w14:textId="31106F1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“Aye. I was awfy lonely.” She said it without any performance at all, the way you confirm a delivery address. “But ye’re </w:t>
      </w:r>
      <w:r w:rsidR="00C41D5F" w:rsidRPr="00CE758F">
        <w:rPr>
          <w:rFonts w:ascii="Baskerville Old Face" w:hAnsi="Baskerville Old Face"/>
          <w:bCs/>
          <w:sz w:val="28"/>
          <w:szCs w:val="28"/>
        </w:rPr>
        <w:t>wanting</w:t>
      </w:r>
      <w:r w:rsidRPr="00CE758F">
        <w:rPr>
          <w:rFonts w:ascii="Baskerville Old Face" w:hAnsi="Baskerville Old Face"/>
          <w:bCs/>
          <w:sz w:val="28"/>
          <w:szCs w:val="28"/>
        </w:rPr>
        <w:t>’ me tae put that at the top o’ the list, and if ye put that at the top o’ the list ye’ve got the list wrang.”</w:t>
      </w:r>
    </w:p>
    <w:p w14:paraId="3C052C5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stopped.</w:t>
      </w:r>
    </w:p>
    <w:p w14:paraId="2D840D2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watching, saw the most extraordinary thing: the old man’s hand, which had been reaching for the next page of his notes, came to rest on the table and stayed there.</w:t>
      </w:r>
    </w:p>
    <w:p w14:paraId="3DFA814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correct my list,” he said.</w:t>
      </w:r>
    </w:p>
    <w:p w14:paraId="4E3EDD15" w14:textId="54688EB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worst thing that happened tae me,” said Ellie, “wasnae that I was on my </w:t>
      </w:r>
      <w:r w:rsidR="00C41D5F">
        <w:rPr>
          <w:rFonts w:ascii="Baskerville Old Face" w:hAnsi="Baskerville Old Face"/>
          <w:bCs/>
          <w:sz w:val="28"/>
          <w:szCs w:val="28"/>
        </w:rPr>
        <w:t>own</w:t>
      </w:r>
      <w:r w:rsidRPr="00CE758F">
        <w:rPr>
          <w:rFonts w:ascii="Baskerville Old Face" w:hAnsi="Baskerville Old Face"/>
          <w:bCs/>
          <w:sz w:val="28"/>
          <w:szCs w:val="28"/>
        </w:rPr>
        <w:t xml:space="preserve">. Plenty o’ women oot there were on their </w:t>
      </w:r>
      <w:r w:rsidR="00C41D5F">
        <w:rPr>
          <w:rFonts w:ascii="Baskerville Old Face" w:hAnsi="Baskerville Old Face"/>
          <w:bCs/>
          <w:sz w:val="28"/>
          <w:szCs w:val="28"/>
        </w:rPr>
        <w:t>own</w:t>
      </w:r>
      <w:r w:rsidRPr="00CE758F">
        <w:rPr>
          <w:rFonts w:ascii="Baskerville Old Face" w:hAnsi="Baskerville Old Face"/>
          <w:bCs/>
          <w:sz w:val="28"/>
          <w:szCs w:val="28"/>
        </w:rPr>
        <w:t xml:space="preserve">. Dot Mawson was on her </w:t>
      </w:r>
      <w:r w:rsidR="00C41D5F">
        <w:rPr>
          <w:rFonts w:ascii="Baskerville Old Face" w:hAnsi="Baskerville Old Face"/>
          <w:bCs/>
          <w:sz w:val="28"/>
          <w:szCs w:val="28"/>
        </w:rPr>
        <w:t>own</w:t>
      </w:r>
      <w:r w:rsidRPr="00CE758F">
        <w:rPr>
          <w:rFonts w:ascii="Baskerville Old Face" w:hAnsi="Baskerville Old Face"/>
          <w:bCs/>
          <w:sz w:val="28"/>
          <w:szCs w:val="28"/>
        </w:rPr>
        <w:t xml:space="preserve"> nine month o’ the year and she’d a man that came hame and telt her everything twice.” She had her hands folded now and she was speaking to the boards in front of her chair. “The worst thing that happened tae me is that I stopped tellin’ him things.”</w:t>
      </w:r>
    </w:p>
    <w:p w14:paraId="5CB4495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lifted her head.</w:t>
      </w:r>
    </w:p>
    <w:p w14:paraId="0B6F73B8" w14:textId="6A774BF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got a letter fae Tennant Creek in the spring o’ nineteen sixty-six. Aff an auld man that had been kind tae me for nae reason. Two pages. And I read it, and I found oot that my faither-in-law had spent twenty-wan year o’ his life carryin’ a deid man’s blether up four flights o’ stairs, and that my man </w:t>
      </w:r>
      <w:r w:rsidRPr="00CE758F">
        <w:rPr>
          <w:rFonts w:ascii="Baskerville Old Face" w:hAnsi="Baskerville Old Face"/>
          <w:bCs/>
          <w:sz w:val="28"/>
          <w:szCs w:val="28"/>
        </w:rPr>
        <w:lastRenderedPageBreak/>
        <w:t>had crossed the world for it, and that he’d stood on the back step and telt me a lie abo</w:t>
      </w:r>
      <w:r w:rsidR="00175D73">
        <w:rPr>
          <w:rFonts w:ascii="Baskerville Old Face" w:hAnsi="Baskerville Old Face"/>
          <w:bCs/>
          <w:sz w:val="28"/>
          <w:szCs w:val="28"/>
        </w:rPr>
        <w:t>u</w:t>
      </w:r>
      <w:r w:rsidRPr="00CE758F">
        <w:rPr>
          <w:rFonts w:ascii="Baskerville Old Face" w:hAnsi="Baskerville Old Face"/>
          <w:bCs/>
          <w:sz w:val="28"/>
          <w:szCs w:val="28"/>
        </w:rPr>
        <w:t>t it wi’ his eyes on the yard.” Her voice did not rise. “And I put it in a shoebox. And I never said. Nineteen sixty-five, that was. I was eighteen.”</w:t>
      </w:r>
    </w:p>
    <w:p w14:paraId="4DB701C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 did you not say?”</w:t>
      </w:r>
    </w:p>
    <w:p w14:paraId="00CC286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if I said it oot loud he’d have had tae be a liar,” said Ellie. “And I’d been married the best part o’ a year and I didnae want tae be married tae wan.”</w:t>
      </w:r>
    </w:p>
    <w:p w14:paraId="3335D91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after that?”</w:t>
      </w:r>
    </w:p>
    <w:p w14:paraId="33D64EFA" w14:textId="5A166DD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“After that it was easier every time,” she said. “That’s how it works. Ye keep the first thing back tae be kind, and the second thing’s easier because ye’re already keepin’ wan, and by the time ye’re thirty ye’ve got a room in yer heid wi’ the door shut, and by the time ye’re forty ye’ve stopped even goin’ past it.” She stopped. Then: “He built a hoose wi’ a wall roond it. I built wan an’ all. Mine just didnae cost </w:t>
      </w:r>
      <w:r w:rsidR="00175D73" w:rsidRPr="00CE758F">
        <w:rPr>
          <w:rFonts w:ascii="Baskerville Old Face" w:hAnsi="Baskerville Old Face"/>
          <w:bCs/>
          <w:sz w:val="28"/>
          <w:szCs w:val="28"/>
        </w:rPr>
        <w:t>anything</w:t>
      </w:r>
      <w:r w:rsidRPr="00CE758F">
        <w:rPr>
          <w:rFonts w:ascii="Baskerville Old Face" w:hAnsi="Baskerville Old Face"/>
          <w:bCs/>
          <w:sz w:val="28"/>
          <w:szCs w:val="28"/>
        </w:rPr>
        <w:t xml:space="preserve">, so naebody wrote </w:t>
      </w:r>
      <w:r w:rsidR="00145FBA" w:rsidRPr="00CE758F">
        <w:rPr>
          <w:rFonts w:ascii="Baskerville Old Face" w:hAnsi="Baskerville Old Face"/>
          <w:bCs/>
          <w:sz w:val="28"/>
          <w:szCs w:val="28"/>
        </w:rPr>
        <w:t>about</w:t>
      </w:r>
      <w:r w:rsidRPr="00CE758F">
        <w:rPr>
          <w:rFonts w:ascii="Baskerville Old Face" w:hAnsi="Baskerville Old Face"/>
          <w:bCs/>
          <w:sz w:val="28"/>
          <w:szCs w:val="28"/>
        </w:rPr>
        <w:t xml:space="preserve"> it in the paper.”</w:t>
      </w:r>
    </w:p>
    <w:p w14:paraId="3FA0A952" w14:textId="1AF05B3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145FBA" w:rsidRPr="00CE758F">
        <w:rPr>
          <w:rFonts w:ascii="Baskerville Old Face" w:hAnsi="Baskerville Old Face"/>
          <w:bCs/>
          <w:sz w:val="28"/>
          <w:szCs w:val="28"/>
        </w:rPr>
        <w:t>Mrs.</w:t>
      </w:r>
      <w:r w:rsidRPr="00CE758F">
        <w:rPr>
          <w:rFonts w:ascii="Baskerville Old Face" w:hAnsi="Baskerville Old Face"/>
          <w:bCs/>
          <w:sz w:val="28"/>
          <w:szCs w:val="28"/>
        </w:rPr>
        <w:t xml:space="preserve"> Kavanagh,” said Crassus, “you understand that you are giving evidence for the prosecution.”</w:t>
      </w:r>
    </w:p>
    <w:p w14:paraId="118C7E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understand fine what I’m daein’.”</w:t>
      </w:r>
    </w:p>
    <w:p w14:paraId="55DCDB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“Do you? You have just told this court that the harm you suffered was in part your own doing. My learned friend will thank you for it.”</w:t>
      </w:r>
    </w:p>
    <w:p w14:paraId="14E3342B" w14:textId="4719139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“Yer learned friend can thank me if he likes,” said Ellie. “I’m no’ here for either o’ ye.” She turned her head and looked directly at Finian for the first time since she had sat down. “I’m here because there’s a thing I want said in front o’ witnesses, and I’ve never in thirty year had a room whaur it could be said. Ye’d think a marriage would be a room. It’s no’. A marriage is two folk </w:t>
      </w:r>
      <w:r w:rsidR="00145FBA" w:rsidRPr="00CE758F">
        <w:rPr>
          <w:rFonts w:ascii="Baskerville Old Face" w:hAnsi="Baskerville Old Face"/>
          <w:bCs/>
          <w:sz w:val="28"/>
          <w:szCs w:val="28"/>
        </w:rPr>
        <w:t>passing</w:t>
      </w:r>
      <w:r w:rsidRPr="00CE758F">
        <w:rPr>
          <w:rFonts w:ascii="Baskerville Old Face" w:hAnsi="Baskerville Old Face"/>
          <w:bCs/>
          <w:sz w:val="28"/>
          <w:szCs w:val="28"/>
        </w:rPr>
        <w:t>’ each other on a stair.”</w:t>
      </w:r>
    </w:p>
    <w:p w14:paraId="6B55065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Crassus — who had opened his address to this court by telling twelve men that he was the only person in the room who had done what the defendant did — Crassus said quietly: “No. It is not always. But I take the point, and I am not the man to argue it.”</w:t>
      </w:r>
    </w:p>
    <w:p w14:paraId="37E07A8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turned to go back to his table.</w:t>
      </w:r>
    </w:p>
    <w:p w14:paraId="39C9D8A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he stopped, and put his hand flat on the sealed manila envelope that had lain at his right elbow since the first hour of the first day.</w:t>
      </w:r>
    </w:p>
    <w:p w14:paraId="0F88397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room noticed. Darrow’s pen stopped. Finian felt the whole of himself move up into his throat.</w:t>
      </w:r>
    </w:p>
    <w:p w14:paraId="7811145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 said at the beginning of this trial,” Crassus said, “that I had not decided whether to open this.”</w:t>
      </w:r>
    </w:p>
    <w:p w14:paraId="424661D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spoke.</w:t>
      </w:r>
    </w:p>
    <w:p w14:paraId="21234D7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contains one sentence. It is not a sentence anybody said out loud. It was thought, in a corridor, in a hospital in Alice Springs, in September 1969, by the defendant, while his wife was asleep forty feet away and his daughter was in the same building.” He did not look at Finian. “It would finish this case in four minutes.”</w:t>
      </w:r>
    </w:p>
    <w:p w14:paraId="6260A7F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had gone absolutely white.</w:t>
      </w:r>
    </w:p>
    <w:p w14:paraId="3117F2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am not going to open it,” said Crassus.</w:t>
      </w:r>
    </w:p>
    <w:p w14:paraId="7EC15D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took his hand off it.</w:t>
      </w:r>
    </w:p>
    <w:p w14:paraId="5B317866" w14:textId="3C9E5EE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“Not out of mercy. Let no one in this room mistake me for a merciful man; I have never been one and I am too old to start pretending. I decline to open it for a practical reason.” Now he did look at Finian, and his eyes were flat and tired and terrible. “If I read that sentence to this jury, he will spend the rest of his existence knowing that it was </w:t>
      </w:r>
      <w:r w:rsidRPr="00CE758F">
        <w:rPr>
          <w:rFonts w:ascii="Baskerville Old Face" w:hAnsi="Baskerville Old Face"/>
          <w:bCs/>
          <w:i/>
          <w:sz w:val="28"/>
          <w:szCs w:val="28"/>
        </w:rPr>
        <w:t>taken</w:t>
      </w:r>
      <w:r w:rsidRPr="00CE758F">
        <w:rPr>
          <w:rFonts w:ascii="Baskerville Old Face" w:hAnsi="Baskerville Old Face"/>
          <w:bCs/>
          <w:sz w:val="28"/>
          <w:szCs w:val="28"/>
        </w:rPr>
        <w:t xml:space="preserve"> from him. He will build a wall around it the way he built a wall around everything else, and in a hundred years he will have persuaded himself that the man who read it out was cruel, and that will be the end of him</w:t>
      </w:r>
      <w:r w:rsidR="002377A6">
        <w:rPr>
          <w:rFonts w:ascii="Baskerville Old Face" w:hAnsi="Baskerville Old Face"/>
          <w:bCs/>
          <w:sz w:val="28"/>
          <w:szCs w:val="28"/>
        </w:rPr>
        <w:t>,</w:t>
      </w:r>
      <w:r w:rsidRPr="00CE758F">
        <w:rPr>
          <w:rFonts w:ascii="Baskerville Old Face" w:hAnsi="Baskerville Old Face"/>
          <w:bCs/>
          <w:sz w:val="28"/>
          <w:szCs w:val="28"/>
        </w:rPr>
        <w:t xml:space="preserve"> not because he was condemned, </w:t>
      </w:r>
      <w:r w:rsidRPr="00CE758F">
        <w:rPr>
          <w:rFonts w:ascii="Baskerville Old Face" w:hAnsi="Baskerville Old Face"/>
          <w:bCs/>
          <w:sz w:val="28"/>
          <w:szCs w:val="28"/>
        </w:rPr>
        <w:lastRenderedPageBreak/>
        <w:t>but because he was let off the one thing he might have said himself.”</w:t>
      </w:r>
    </w:p>
    <w:p w14:paraId="13E4C0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sat down.</w:t>
      </w:r>
    </w:p>
    <w:p w14:paraId="49BD2B0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stays shut,” he said, “until he opens it. And if he never does, then he never does, and the court may draw whatever conclusion it likes from a man who came to the end of everything and left one envelope on the table.”</w:t>
      </w:r>
    </w:p>
    <w:p w14:paraId="2D0E997C" w14:textId="12D94A9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got up like a man getting up a horse.</w:t>
      </w:r>
    </w:p>
    <w:p w14:paraId="2422F6B3" w14:textId="32486F9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145FBA" w:rsidRPr="00CE758F">
        <w:rPr>
          <w:rFonts w:ascii="Baskerville Old Face" w:hAnsi="Baskerville Old Face"/>
          <w:bCs/>
          <w:sz w:val="28"/>
          <w:szCs w:val="28"/>
        </w:rPr>
        <w:t>Mrs.</w:t>
      </w:r>
      <w:r w:rsidRPr="00CE758F">
        <w:rPr>
          <w:rFonts w:ascii="Baskerville Old Face" w:hAnsi="Baskerville Old Face"/>
          <w:bCs/>
          <w:sz w:val="28"/>
          <w:szCs w:val="28"/>
        </w:rPr>
        <w:t xml:space="preserve"> Kavanagh, I’m going to be brief, and you’re going to hate it more than what he did, and I want to apologise for that in advance because it happens to be my job.”</w:t>
      </w:r>
    </w:p>
    <w:p w14:paraId="6C5F03E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“I’ll survive ye.”</w:t>
      </w:r>
    </w:p>
    <w:p w14:paraId="1425645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know it. Tell me about the ring.”</w:t>
      </w:r>
    </w:p>
    <w:p w14:paraId="7987836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blinked.</w:t>
      </w:r>
    </w:p>
    <w:p w14:paraId="5EC99EF3" w14:textId="064122F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“There’s </w:t>
      </w:r>
      <w:r w:rsidR="00145FBA" w:rsidRPr="00CE758F">
        <w:rPr>
          <w:rFonts w:ascii="Baskerville Old Face" w:hAnsi="Baskerville Old Face"/>
          <w:bCs/>
          <w:sz w:val="28"/>
          <w:szCs w:val="28"/>
        </w:rPr>
        <w:t>nothing</w:t>
      </w:r>
      <w:r w:rsidRPr="00CE758F">
        <w:rPr>
          <w:rFonts w:ascii="Baskerville Old Face" w:hAnsi="Baskerville Old Face"/>
          <w:bCs/>
          <w:sz w:val="28"/>
          <w:szCs w:val="28"/>
        </w:rPr>
        <w:t xml:space="preserve"> tae tell </w:t>
      </w:r>
      <w:r w:rsidR="00145FBA" w:rsidRPr="00CE758F">
        <w:rPr>
          <w:rFonts w:ascii="Baskerville Old Face" w:hAnsi="Baskerville Old Face"/>
          <w:bCs/>
          <w:sz w:val="28"/>
          <w:szCs w:val="28"/>
        </w:rPr>
        <w:t>about</w:t>
      </w:r>
      <w:r w:rsidRPr="00CE758F">
        <w:rPr>
          <w:rFonts w:ascii="Baskerville Old Face" w:hAnsi="Baskerville Old Face"/>
          <w:bCs/>
          <w:sz w:val="28"/>
          <w:szCs w:val="28"/>
        </w:rPr>
        <w:t xml:space="preserve"> the ring.”</w:t>
      </w:r>
    </w:p>
    <w:p w14:paraId="77E3AC8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“Tell it anyway.”</w:t>
      </w:r>
    </w:p>
    <w:p w14:paraId="745E0E6E" w14:textId="6272230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“It’s a nine-carat band that cost him four pound ten in Alice Springs in the April o’ nineteen sixty-five, and he didnae have four pound ten.” She turned it on her finger without appearing to know she was doing it. “He’d went </w:t>
      </w:r>
      <w:r w:rsidR="00145FBA" w:rsidRPr="00CE758F">
        <w:rPr>
          <w:rFonts w:ascii="Baskerville Old Face" w:hAnsi="Baskerville Old Face"/>
          <w:bCs/>
          <w:sz w:val="28"/>
          <w:szCs w:val="28"/>
        </w:rPr>
        <w:t>without</w:t>
      </w:r>
      <w:r w:rsidRPr="00CE758F">
        <w:rPr>
          <w:rFonts w:ascii="Baskerville Old Face" w:hAnsi="Baskerville Old Face"/>
          <w:bCs/>
          <w:sz w:val="28"/>
          <w:szCs w:val="28"/>
        </w:rPr>
        <w:t xml:space="preserve"> his stores order for three weeks. Wally telt me that, no’ him. </w:t>
      </w:r>
      <w:r w:rsidRPr="00CE758F">
        <w:rPr>
          <w:rFonts w:ascii="Baskerville Old Face" w:hAnsi="Baskerville Old Face"/>
          <w:bCs/>
          <w:sz w:val="28"/>
          <w:szCs w:val="28"/>
        </w:rPr>
        <w:lastRenderedPageBreak/>
        <w:t xml:space="preserve">He’d been </w:t>
      </w:r>
      <w:r w:rsidR="00145FBA" w:rsidRPr="00CE758F">
        <w:rPr>
          <w:rFonts w:ascii="Baskerville Old Face" w:hAnsi="Baskerville Old Face"/>
          <w:bCs/>
          <w:sz w:val="28"/>
          <w:szCs w:val="28"/>
        </w:rPr>
        <w:t>eaten</w:t>
      </w:r>
      <w:r w:rsidRPr="00CE758F">
        <w:rPr>
          <w:rFonts w:ascii="Baskerville Old Face" w:hAnsi="Baskerville Old Face"/>
          <w:bCs/>
          <w:sz w:val="28"/>
          <w:szCs w:val="28"/>
        </w:rPr>
        <w:t xml:space="preserve">’ oot the camp pot and sayin’ he </w:t>
      </w:r>
      <w:r w:rsidR="00145FBA" w:rsidRPr="00CE758F">
        <w:rPr>
          <w:rFonts w:ascii="Baskerville Old Face" w:hAnsi="Baskerville Old Face"/>
          <w:bCs/>
          <w:sz w:val="28"/>
          <w:szCs w:val="28"/>
        </w:rPr>
        <w:t>wasnae</w:t>
      </w:r>
      <w:r w:rsidRPr="00CE758F">
        <w:rPr>
          <w:rFonts w:ascii="Baskerville Old Face" w:hAnsi="Baskerville Old Face"/>
          <w:bCs/>
          <w:sz w:val="28"/>
          <w:szCs w:val="28"/>
        </w:rPr>
        <w:t xml:space="preserve"> hungry.”</w:t>
      </w:r>
    </w:p>
    <w:p w14:paraId="575C811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“Have you worn any other?”</w:t>
      </w:r>
    </w:p>
    <w:p w14:paraId="12D0C47E" w14:textId="771D64A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offered me wan in nineteen eighty-two,” said Ellie. “Wi’ a </w:t>
      </w:r>
      <w:r w:rsidR="00145FBA" w:rsidRPr="00CE758F">
        <w:rPr>
          <w:rFonts w:ascii="Baskerville Old Face" w:hAnsi="Baskerville Old Face"/>
          <w:bCs/>
          <w:sz w:val="28"/>
          <w:szCs w:val="28"/>
        </w:rPr>
        <w:t>stone</w:t>
      </w:r>
      <w:r w:rsidRPr="00CE758F">
        <w:rPr>
          <w:rFonts w:ascii="Baskerville Old Face" w:hAnsi="Baskerville Old Face"/>
          <w:bCs/>
          <w:sz w:val="28"/>
          <w:szCs w:val="28"/>
        </w:rPr>
        <w:t xml:space="preserve"> in it like a bit o’ </w:t>
      </w:r>
      <w:r w:rsidR="00145FBA" w:rsidRPr="00CE758F">
        <w:rPr>
          <w:rFonts w:ascii="Baskerville Old Face" w:hAnsi="Baskerville Old Face"/>
          <w:bCs/>
          <w:sz w:val="28"/>
          <w:szCs w:val="28"/>
        </w:rPr>
        <w:t>glass</w:t>
      </w:r>
      <w:r w:rsidRPr="00CE758F">
        <w:rPr>
          <w:rFonts w:ascii="Baskerville Old Face" w:hAnsi="Baskerville Old Face"/>
          <w:bCs/>
          <w:sz w:val="28"/>
          <w:szCs w:val="28"/>
        </w:rPr>
        <w:t xml:space="preserve"> the size o’ yer thumbnail. Very handsome. I said thanks very much and I put it in the drawer.” A small hard breath that was not quite a laugh. “It’s still in the drawer.”</w:t>
      </w:r>
    </w:p>
    <w:p w14:paraId="6E0EE2A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“Why?”</w:t>
      </w:r>
    </w:p>
    <w:p w14:paraId="4C19E21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the wan I’ve got on cost him three weeks o’ his dinners and the other wan cost him a phone call.”</w:t>
      </w:r>
    </w:p>
    <w:p w14:paraId="1803092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let that sit exactly as long as it needed.</w:t>
      </w:r>
    </w:p>
    <w:p w14:paraId="47823E7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company,” he said. “Kavanagh Drilling, registered in Darwin, 1971. Whose name is second on the instrument of registration?”</w:t>
      </w:r>
    </w:p>
    <w:p w14:paraId="6AA2F7E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“Mine.”</w:t>
      </w:r>
    </w:p>
    <w:p w14:paraId="090E2EB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“Whose idea was that?”</w:t>
      </w:r>
    </w:p>
    <w:p w14:paraId="0023FB3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w:t>
      </w:r>
    </w:p>
    <w:p w14:paraId="7F69AF7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 ask for it?”</w:t>
      </w:r>
    </w:p>
    <w:p w14:paraId="147E634C" w14:textId="624CB91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didnae ken he’d done it till the papers came back,” said Ellie. “He never said. He was — “ and here, for the first time, something went out of her voice and something else came </w:t>
      </w:r>
      <w:r w:rsidRPr="00CE758F">
        <w:rPr>
          <w:rFonts w:ascii="Baskerville Old Face" w:hAnsi="Baskerville Old Face"/>
          <w:bCs/>
          <w:sz w:val="28"/>
          <w:szCs w:val="28"/>
        </w:rPr>
        <w:lastRenderedPageBreak/>
        <w:t xml:space="preserve">into it — “he was awfy pleased wi’ </w:t>
      </w:r>
      <w:r w:rsidR="00145FBA" w:rsidRPr="00CE758F">
        <w:rPr>
          <w:rFonts w:ascii="Baskerville Old Face" w:hAnsi="Baskerville Old Face"/>
          <w:bCs/>
          <w:sz w:val="28"/>
          <w:szCs w:val="28"/>
        </w:rPr>
        <w:t>himself</w:t>
      </w:r>
      <w:r w:rsidRPr="00CE758F">
        <w:rPr>
          <w:rFonts w:ascii="Baskerville Old Face" w:hAnsi="Baskerville Old Face"/>
          <w:bCs/>
          <w:sz w:val="28"/>
          <w:szCs w:val="28"/>
        </w:rPr>
        <w:t xml:space="preserve">’. He put them on the table and he went oot tae the ute and he came back in and he’d got a bottle o’ sweet sherry, and he said, </w:t>
      </w:r>
      <w:r w:rsidRPr="00CE758F">
        <w:rPr>
          <w:rFonts w:ascii="Baskerville Old Face" w:hAnsi="Baskerville Old Face"/>
          <w:bCs/>
          <w:i/>
          <w:sz w:val="28"/>
          <w:szCs w:val="28"/>
        </w:rPr>
        <w:t>there ye are, that’s you and me on the paper no</w:t>
      </w:r>
      <w:r w:rsidR="008901A6">
        <w:rPr>
          <w:rFonts w:ascii="Baskerville Old Face" w:hAnsi="Baskerville Old Face"/>
          <w:bCs/>
          <w:i/>
          <w:sz w:val="28"/>
          <w:szCs w:val="28"/>
        </w:rPr>
        <w:t>w</w:t>
      </w:r>
      <w:r w:rsidRPr="00CE758F">
        <w:rPr>
          <w:rFonts w:ascii="Baskerville Old Face" w:hAnsi="Baskerville Old Face"/>
          <w:bCs/>
          <w:sz w:val="28"/>
          <w:szCs w:val="28"/>
        </w:rPr>
        <w:t>, and then he went awa</w:t>
      </w:r>
      <w:r w:rsidR="008901A6">
        <w:rPr>
          <w:rFonts w:ascii="Baskerville Old Face" w:hAnsi="Baskerville Old Face"/>
          <w:bCs/>
          <w:sz w:val="28"/>
          <w:szCs w:val="28"/>
        </w:rPr>
        <w:t>y</w:t>
      </w:r>
      <w:r w:rsidRPr="00CE758F">
        <w:rPr>
          <w:rFonts w:ascii="Baskerville Old Face" w:hAnsi="Baskerville Old Face"/>
          <w:bCs/>
          <w:sz w:val="28"/>
          <w:szCs w:val="28"/>
        </w:rPr>
        <w:t xml:space="preserve">’ for </w:t>
      </w:r>
      <w:r w:rsidR="008901A6" w:rsidRPr="00CE758F">
        <w:rPr>
          <w:rFonts w:ascii="Baskerville Old Face" w:hAnsi="Baskerville Old Face"/>
          <w:bCs/>
          <w:sz w:val="28"/>
          <w:szCs w:val="28"/>
        </w:rPr>
        <w:t>eleven</w:t>
      </w:r>
      <w:r w:rsidRPr="00CE758F">
        <w:rPr>
          <w:rFonts w:ascii="Baskerville Old Face" w:hAnsi="Baskerville Old Face"/>
          <w:bCs/>
          <w:sz w:val="28"/>
          <w:szCs w:val="28"/>
        </w:rPr>
        <w:t xml:space="preserve"> days.”</w:t>
      </w:r>
    </w:p>
    <w:p w14:paraId="4FB4197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“In your view, was that an act of love or an act of book-keeping?”</w:t>
      </w:r>
    </w:p>
    <w:p w14:paraId="4B42200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was baith,” said Ellie. “That’s the whole trouble wi’ him. There’s never been a day in his life when it was only wan.”</w:t>
      </w:r>
    </w:p>
    <w:p w14:paraId="42D2B98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nodded slowly. He walked three steps and turned.</w:t>
      </w:r>
    </w:p>
    <w:p w14:paraId="292450DA" w14:textId="2243D79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8901A6" w:rsidRPr="00CE758F">
        <w:rPr>
          <w:rFonts w:ascii="Baskerville Old Face" w:hAnsi="Baskerville Old Face"/>
          <w:bCs/>
          <w:sz w:val="28"/>
          <w:szCs w:val="28"/>
        </w:rPr>
        <w:t>Mrs.</w:t>
      </w:r>
      <w:r w:rsidRPr="00CE758F">
        <w:rPr>
          <w:rFonts w:ascii="Baskerville Old Face" w:hAnsi="Baskerville Old Face"/>
          <w:bCs/>
          <w:sz w:val="28"/>
          <w:szCs w:val="28"/>
        </w:rPr>
        <w:t xml:space="preserve"> Kavanagh</w:t>
      </w:r>
      <w:r w:rsidR="00675C96">
        <w:rPr>
          <w:rFonts w:ascii="Baskerville Old Face" w:hAnsi="Baskerville Old Face"/>
          <w:bCs/>
          <w:sz w:val="28"/>
          <w:szCs w:val="28"/>
        </w:rPr>
        <w:t xml:space="preserve">, </w:t>
      </w:r>
      <w:r w:rsidRPr="00CE758F">
        <w:rPr>
          <w:rFonts w:ascii="Baskerville Old Face" w:hAnsi="Baskerville Old Face"/>
          <w:bCs/>
          <w:sz w:val="28"/>
          <w:szCs w:val="28"/>
        </w:rPr>
        <w:t>did your husband love you?”</w:t>
      </w:r>
    </w:p>
    <w:p w14:paraId="713E88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0710E12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had been no gap at all. Not a breath.</w:t>
      </w:r>
    </w:p>
    <w:p w14:paraId="2D9A600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answer that very fast for a woman who spent 1979 marking crosses in a diary.”</w:t>
      </w:r>
    </w:p>
    <w:p w14:paraId="16628B44" w14:textId="1FB283F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had thirty year</w:t>
      </w:r>
      <w:r w:rsidR="00675C96">
        <w:rPr>
          <w:rFonts w:ascii="Baskerville Old Face" w:hAnsi="Baskerville Old Face"/>
          <w:bCs/>
          <w:sz w:val="28"/>
          <w:szCs w:val="28"/>
        </w:rPr>
        <w:t>s</w:t>
      </w:r>
      <w:r w:rsidRPr="00CE758F">
        <w:rPr>
          <w:rFonts w:ascii="Baskerville Old Face" w:hAnsi="Baskerville Old Face"/>
          <w:bCs/>
          <w:sz w:val="28"/>
          <w:szCs w:val="28"/>
        </w:rPr>
        <w:t xml:space="preserve"> tae get the answer ready.”</w:t>
      </w:r>
    </w:p>
    <w:p w14:paraId="5D85754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give me the working,” said Darrow. “Not the answer. Any fool can give me the answer. This jury is going to want the working, and you’re the only living soul who has it.”</w:t>
      </w:r>
    </w:p>
    <w:p w14:paraId="61AA7B88" w14:textId="153732E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Ellie Kavanagh sat in a witness chair in a room that did not exist, in the grey cardigan she had twice rescued from </w:t>
      </w:r>
      <w:r w:rsidRPr="00CE758F">
        <w:rPr>
          <w:rFonts w:ascii="Baskerville Old Face" w:hAnsi="Baskerville Old Face"/>
          <w:bCs/>
          <w:sz w:val="28"/>
          <w:szCs w:val="28"/>
        </w:rPr>
        <w:lastRenderedPageBreak/>
        <w:t>a bin, and said:</w:t>
      </w:r>
      <w:r w:rsidR="00345686">
        <w:rPr>
          <w:rFonts w:ascii="Baskerville Old Face" w:hAnsi="Baskerville Old Face"/>
          <w:bCs/>
          <w:sz w:val="28"/>
          <w:szCs w:val="28"/>
        </w:rPr>
        <w:t xml:space="preserve"> </w:t>
      </w:r>
      <w:r w:rsidRPr="00CE758F">
        <w:rPr>
          <w:rFonts w:ascii="Baskerville Old Face" w:hAnsi="Baskerville Old Face"/>
          <w:bCs/>
          <w:sz w:val="28"/>
          <w:szCs w:val="28"/>
        </w:rPr>
        <w:t>“When I got aff that train at Alice in the April o’ nineteen sixty-five, he didnae ken me.”</w:t>
      </w:r>
    </w:p>
    <w:p w14:paraId="6451EC9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more.”</w:t>
      </w:r>
    </w:p>
    <w:p w14:paraId="35ED608D" w14:textId="0B067CA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was stood on the platform lookin’ for a lassie o’ sixteen, because that’s what he’d went awa’ fae and that’s what he’d been </w:t>
      </w:r>
      <w:r w:rsidR="008901A6" w:rsidRPr="00CE758F">
        <w:rPr>
          <w:rFonts w:ascii="Baskerville Old Face" w:hAnsi="Baskerville Old Face"/>
          <w:bCs/>
          <w:sz w:val="28"/>
          <w:szCs w:val="28"/>
        </w:rPr>
        <w:t>carryin</w:t>
      </w:r>
      <w:r w:rsidRPr="00CE758F">
        <w:rPr>
          <w:rFonts w:ascii="Baskerville Old Face" w:hAnsi="Baskerville Old Face"/>
          <w:bCs/>
          <w:sz w:val="28"/>
          <w:szCs w:val="28"/>
        </w:rPr>
        <w:t xml:space="preserve">’ in his heid for </w:t>
      </w:r>
      <w:r w:rsidR="008901A6" w:rsidRPr="00CE758F">
        <w:rPr>
          <w:rFonts w:ascii="Baskerville Old Face" w:hAnsi="Baskerville Old Face"/>
          <w:bCs/>
          <w:sz w:val="28"/>
          <w:szCs w:val="28"/>
        </w:rPr>
        <w:t>two</w:t>
      </w:r>
      <w:r w:rsidRPr="00CE758F">
        <w:rPr>
          <w:rFonts w:ascii="Baskerville Old Face" w:hAnsi="Baskerville Old Face"/>
          <w:bCs/>
          <w:sz w:val="28"/>
          <w:szCs w:val="28"/>
        </w:rPr>
        <w:t xml:space="preserve"> year, and what got aff the train was a woman o’ eighteen that had come sixteen thousand mile on her </w:t>
      </w:r>
      <w:r w:rsidR="008901A6">
        <w:rPr>
          <w:rFonts w:ascii="Baskerville Old Face" w:hAnsi="Baskerville Old Face"/>
          <w:bCs/>
          <w:sz w:val="28"/>
          <w:szCs w:val="28"/>
        </w:rPr>
        <w:t>own</w:t>
      </w:r>
      <w:r w:rsidRPr="00CE758F">
        <w:rPr>
          <w:rFonts w:ascii="Baskerville Old Face" w:hAnsi="Baskerville Old Face"/>
          <w:bCs/>
          <w:sz w:val="28"/>
          <w:szCs w:val="28"/>
        </w:rPr>
        <w:t>.” Her chin came up. “And I watched him no’ ken me. Four seconds. Maybe five. I could tell ye tae this day whaur his hands were.” She stopped. “And then I watched him ken me.”</w:t>
      </w:r>
    </w:p>
    <w:p w14:paraId="6E9DCDF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w:t>
      </w:r>
    </w:p>
    <w:p w14:paraId="36F2BD1E" w14:textId="36AC762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there’s </w:t>
      </w:r>
      <w:r w:rsidR="0058210D" w:rsidRPr="00CE758F">
        <w:rPr>
          <w:rFonts w:ascii="Baskerville Old Face" w:hAnsi="Baskerville Old Face"/>
          <w:bCs/>
          <w:sz w:val="28"/>
          <w:szCs w:val="28"/>
        </w:rPr>
        <w:t>nothing</w:t>
      </w:r>
      <w:r w:rsidRPr="00CE758F">
        <w:rPr>
          <w:rFonts w:ascii="Baskerville Old Face" w:hAnsi="Baskerville Old Face"/>
          <w:bCs/>
          <w:sz w:val="28"/>
          <w:szCs w:val="28"/>
        </w:rPr>
        <w:t xml:space="preserve"> a man can do wi’ his face in that second,” said Ellie. “That’s the wan bit ye cannae get ready. He’d had </w:t>
      </w:r>
      <w:r w:rsidR="0058210D" w:rsidRPr="00CE758F">
        <w:rPr>
          <w:rFonts w:ascii="Baskerville Old Face" w:hAnsi="Baskerville Old Face"/>
          <w:bCs/>
          <w:sz w:val="28"/>
          <w:szCs w:val="28"/>
        </w:rPr>
        <w:t>two</w:t>
      </w:r>
      <w:r w:rsidRPr="00CE758F">
        <w:rPr>
          <w:rFonts w:ascii="Baskerville Old Face" w:hAnsi="Baskerville Old Face"/>
          <w:bCs/>
          <w:sz w:val="28"/>
          <w:szCs w:val="28"/>
        </w:rPr>
        <w:t xml:space="preserve"> year</w:t>
      </w:r>
      <w:r w:rsidR="0058210D">
        <w:rPr>
          <w:rFonts w:ascii="Baskerville Old Face" w:hAnsi="Baskerville Old Face"/>
          <w:bCs/>
          <w:sz w:val="28"/>
          <w:szCs w:val="28"/>
        </w:rPr>
        <w:t>s</w:t>
      </w:r>
      <w:r w:rsidRPr="00CE758F">
        <w:rPr>
          <w:rFonts w:ascii="Baskerville Old Face" w:hAnsi="Baskerville Old Face"/>
          <w:bCs/>
          <w:sz w:val="28"/>
          <w:szCs w:val="28"/>
        </w:rPr>
        <w:t xml:space="preserve"> tae work oot what he was goin’ tae say tae me and he’d nae doubt worked it oot, and he never said a word o’ it, because it all went oot his heid.” She looked at Finian, and her eyes were absolutely dry. “I’ve had thirty year tae think </w:t>
      </w:r>
      <w:r w:rsidR="0058210D" w:rsidRPr="00CE758F">
        <w:rPr>
          <w:rFonts w:ascii="Baskerville Old Face" w:hAnsi="Baskerville Old Face"/>
          <w:bCs/>
          <w:sz w:val="28"/>
          <w:szCs w:val="28"/>
        </w:rPr>
        <w:t>about</w:t>
      </w:r>
      <w:r w:rsidRPr="00CE758F">
        <w:rPr>
          <w:rFonts w:ascii="Baskerville Old Face" w:hAnsi="Baskerville Old Face"/>
          <w:bCs/>
          <w:sz w:val="28"/>
          <w:szCs w:val="28"/>
        </w:rPr>
        <w:t xml:space="preserve"> that face and I’m no’ takin’ an argument </w:t>
      </w:r>
      <w:r w:rsidR="0058210D" w:rsidRPr="00CE758F">
        <w:rPr>
          <w:rFonts w:ascii="Baskerville Old Face" w:hAnsi="Baskerville Old Face"/>
          <w:bCs/>
          <w:sz w:val="28"/>
          <w:szCs w:val="28"/>
        </w:rPr>
        <w:t>about</w:t>
      </w:r>
      <w:r w:rsidRPr="00CE758F">
        <w:rPr>
          <w:rFonts w:ascii="Baskerville Old Face" w:hAnsi="Baskerville Old Face"/>
          <w:bCs/>
          <w:sz w:val="28"/>
          <w:szCs w:val="28"/>
        </w:rPr>
        <w:t xml:space="preserve"> it fae </w:t>
      </w:r>
      <w:r w:rsidR="0058210D" w:rsidRPr="00CE758F">
        <w:rPr>
          <w:rFonts w:ascii="Baskerville Old Face" w:hAnsi="Baskerville Old Face"/>
          <w:bCs/>
          <w:sz w:val="28"/>
          <w:szCs w:val="28"/>
        </w:rPr>
        <w:t>anybody</w:t>
      </w:r>
      <w:r w:rsidRPr="00CE758F">
        <w:rPr>
          <w:rFonts w:ascii="Baskerville Old Face" w:hAnsi="Baskerville Old Face"/>
          <w:bCs/>
          <w:sz w:val="28"/>
          <w:szCs w:val="28"/>
        </w:rPr>
        <w:t xml:space="preserve"> in this room, deid or livin’. Whatever else he did after. That was the truth o’ him and I saw it and it was mine.”</w:t>
      </w:r>
    </w:p>
    <w:p w14:paraId="194DF9A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Darrow put his pen down on the table.</w:t>
      </w:r>
    </w:p>
    <w:p w14:paraId="5F6F0F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not pick it up again for the rest of the day.</w:t>
      </w:r>
    </w:p>
    <w:p w14:paraId="42AAC71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further questions,” he said. “Not one. There isn’t a man in my profession who could improve that and I’d like to see the fellow who’d try.”</w:t>
      </w:r>
    </w:p>
    <w:p w14:paraId="2DFBE926" w14:textId="129A8AA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Socrates had been so still for so long that Finian had </w:t>
      </w:r>
      <w:r w:rsidR="002730A7" w:rsidRPr="00CE758F">
        <w:rPr>
          <w:rFonts w:ascii="Baskerville Old Face" w:hAnsi="Baskerville Old Face"/>
          <w:bCs/>
          <w:sz w:val="28"/>
          <w:szCs w:val="28"/>
        </w:rPr>
        <w:t>half-forgotten</w:t>
      </w:r>
      <w:r w:rsidRPr="00CE758F">
        <w:rPr>
          <w:rFonts w:ascii="Baskerville Old Face" w:hAnsi="Baskerville Old Face"/>
          <w:bCs/>
          <w:sz w:val="28"/>
          <w:szCs w:val="28"/>
        </w:rPr>
        <w:t xml:space="preserve"> he was there.</w:t>
      </w:r>
    </w:p>
    <w:p w14:paraId="342C2315" w14:textId="0A1C508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2730A7" w:rsidRPr="00CE758F">
        <w:rPr>
          <w:rFonts w:ascii="Baskerville Old Face" w:hAnsi="Baskerville Old Face"/>
          <w:bCs/>
          <w:sz w:val="28"/>
          <w:szCs w:val="28"/>
        </w:rPr>
        <w:t>Mrs.</w:t>
      </w:r>
      <w:r w:rsidRPr="00CE758F">
        <w:rPr>
          <w:rFonts w:ascii="Baskerville Old Face" w:hAnsi="Baskerville Old Face"/>
          <w:bCs/>
          <w:sz w:val="28"/>
          <w:szCs w:val="28"/>
        </w:rPr>
        <w:t xml:space="preserve"> Kavanagh. It is the practice of this court to permit a witness one question of the accused. Most of them do not want it. Would you like it?”</w:t>
      </w:r>
    </w:p>
    <w:p w14:paraId="1C4AB30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Ellie. “I’ve had it ready since nineteen seventy-wan.”</w:t>
      </w:r>
    </w:p>
    <w:p w14:paraId="78C2B1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ask it.”</w:t>
      </w:r>
    </w:p>
    <w:p w14:paraId="601562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turned in the chair. She did not stand. She put her hands flat on her knees, which was what she did before difficult things, and had done at eighteen on a platform and at twenty-two at a kitchen table, and she looked across ten feet of floorboards at her husband of thirty years.</w:t>
      </w:r>
    </w:p>
    <w:p w14:paraId="2F6222B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 she said. “What was I for?”</w:t>
      </w:r>
    </w:p>
    <w:p w14:paraId="62D9BB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clock did not move. Nothing in the room moved.</w:t>
      </w:r>
    </w:p>
    <w:p w14:paraId="55FD664B" w14:textId="73E639F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“That’s no’ me bein’ bitter,” she said. “I want ye tae hear it right, because I’ll no’ get tae ask it again and I’ve nae faith </w:t>
      </w:r>
      <w:r w:rsidRPr="00CE758F">
        <w:rPr>
          <w:rFonts w:ascii="Baskerville Old Face" w:hAnsi="Baskerville Old Face"/>
          <w:bCs/>
          <w:sz w:val="28"/>
          <w:szCs w:val="28"/>
        </w:rPr>
        <w:lastRenderedPageBreak/>
        <w:t xml:space="preserve">at all that I’ll mind </w:t>
      </w:r>
      <w:r w:rsidR="002730A7" w:rsidRPr="00CE758F">
        <w:rPr>
          <w:rFonts w:ascii="Baskerville Old Face" w:hAnsi="Baskerville Old Face"/>
          <w:bCs/>
          <w:sz w:val="28"/>
          <w:szCs w:val="28"/>
        </w:rPr>
        <w:t>anything</w:t>
      </w:r>
      <w:r w:rsidRPr="00CE758F">
        <w:rPr>
          <w:rFonts w:ascii="Baskerville Old Face" w:hAnsi="Baskerville Old Face"/>
          <w:bCs/>
          <w:sz w:val="28"/>
          <w:szCs w:val="28"/>
        </w:rPr>
        <w:t xml:space="preserve"> </w:t>
      </w:r>
      <w:r w:rsidR="002730A7" w:rsidRPr="00CE758F">
        <w:rPr>
          <w:rFonts w:ascii="Baskerville Old Face" w:hAnsi="Baskerville Old Face"/>
          <w:bCs/>
          <w:sz w:val="28"/>
          <w:szCs w:val="28"/>
        </w:rPr>
        <w:t>about</w:t>
      </w:r>
      <w:r w:rsidRPr="00CE758F">
        <w:rPr>
          <w:rFonts w:ascii="Baskerville Old Face" w:hAnsi="Baskerville Old Face"/>
          <w:bCs/>
          <w:sz w:val="28"/>
          <w:szCs w:val="28"/>
        </w:rPr>
        <w:t xml:space="preserve"> this the morn. It’s no’ </w:t>
      </w:r>
      <w:r w:rsidRPr="00CE758F">
        <w:rPr>
          <w:rFonts w:ascii="Baskerville Old Face" w:hAnsi="Baskerville Old Face"/>
          <w:bCs/>
          <w:i/>
          <w:sz w:val="28"/>
          <w:szCs w:val="28"/>
        </w:rPr>
        <w:t>did ye love me</w:t>
      </w:r>
      <w:r w:rsidRPr="00CE758F">
        <w:rPr>
          <w:rFonts w:ascii="Baskerville Old Face" w:hAnsi="Baskerville Old Face"/>
          <w:bCs/>
          <w:sz w:val="28"/>
          <w:szCs w:val="28"/>
        </w:rPr>
        <w:t xml:space="preserve">, I’ve just telt yon man ye did. It’s no’ </w:t>
      </w:r>
      <w:r w:rsidRPr="00CE758F">
        <w:rPr>
          <w:rFonts w:ascii="Baskerville Old Face" w:hAnsi="Baskerville Old Face"/>
          <w:bCs/>
          <w:i/>
          <w:sz w:val="28"/>
          <w:szCs w:val="28"/>
        </w:rPr>
        <w:t>whaur were ye</w:t>
      </w:r>
      <w:r w:rsidRPr="00CE758F">
        <w:rPr>
          <w:rFonts w:ascii="Baskerville Old Face" w:hAnsi="Baskerville Old Face"/>
          <w:bCs/>
          <w:sz w:val="28"/>
          <w:szCs w:val="28"/>
        </w:rPr>
        <w:t xml:space="preserve">, I’ve got the number for that, it’s eleven.” She swallowed once. “Ye spent yer whole life askin’ what a thing was for. That’s what ye did tae Narrah at yon fence, that’s what ye did tae a hoose I found on a Sunday, that’s what ye did tae yer faither’s tin. Ye can look at </w:t>
      </w:r>
      <w:r w:rsidR="002730A7" w:rsidRPr="00CE758F">
        <w:rPr>
          <w:rFonts w:ascii="Baskerville Old Face" w:hAnsi="Baskerville Old Face"/>
          <w:bCs/>
          <w:sz w:val="28"/>
          <w:szCs w:val="28"/>
        </w:rPr>
        <w:t>anything</w:t>
      </w:r>
      <w:r w:rsidRPr="00CE758F">
        <w:rPr>
          <w:rFonts w:ascii="Baskerville Old Face" w:hAnsi="Baskerville Old Face"/>
          <w:bCs/>
          <w:sz w:val="28"/>
          <w:szCs w:val="28"/>
        </w:rPr>
        <w:t xml:space="preserve"> on God’s earth and tell me in four seconds what it’s for and what it’s worth and how deep ye’d have tae go. So. Thirty year. In your hoose, in your company, in your bed.” She spread her hands slightly. “What was I </w:t>
      </w:r>
      <w:r w:rsidRPr="00CE758F">
        <w:rPr>
          <w:rFonts w:ascii="Baskerville Old Face" w:hAnsi="Baskerville Old Face"/>
          <w:bCs/>
          <w:i/>
          <w:sz w:val="28"/>
          <w:szCs w:val="28"/>
        </w:rPr>
        <w:t>for</w:t>
      </w:r>
      <w:r w:rsidRPr="00CE758F">
        <w:rPr>
          <w:rFonts w:ascii="Baskerville Old Face" w:hAnsi="Baskerville Old Face"/>
          <w:bCs/>
          <w:sz w:val="28"/>
          <w:szCs w:val="28"/>
        </w:rPr>
        <w:t>, Fin?”</w:t>
      </w:r>
    </w:p>
    <w:p w14:paraId="754A23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Finian Kavanagh opened his mouth to answer her, and what came out of it — before he could get anywhere near it, in the voice he used on the telephone at eight o’clock on a Monday morning — was:</w:t>
      </w:r>
    </w:p>
    <w:p w14:paraId="382FF22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kept the books.”</w:t>
      </w:r>
    </w:p>
    <w:p w14:paraId="2269BE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heard it.</w:t>
      </w:r>
    </w:p>
    <w:p w14:paraId="4DB18F6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went across ten feet of floor and it landed and it lay there and every soul in that room heard it, and Finian heard it last of all, half a second behind everybody else, the way you hear a thing you have said when the saying of it is already over.</w:t>
      </w:r>
    </w:p>
    <w:p w14:paraId="2FD8229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got up. He did not know he was getting up.</w:t>
      </w:r>
    </w:p>
    <w:p w14:paraId="11B3B41B" w14:textId="01A9233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“Ell — no. No, I didnae — that’s no’ — the books is no’ —“</w:t>
      </w:r>
    </w:p>
    <w:p w14:paraId="36111A98" w14:textId="6034E5F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“Sit down, </w:t>
      </w:r>
      <w:r w:rsidR="002730A7" w:rsidRPr="00CE758F">
        <w:rPr>
          <w:rFonts w:ascii="Baskerville Old Face" w:hAnsi="Baskerville Old Face"/>
          <w:bCs/>
          <w:sz w:val="28"/>
          <w:szCs w:val="28"/>
        </w:rPr>
        <w:t>Mr.</w:t>
      </w:r>
      <w:r w:rsidRPr="00CE758F">
        <w:rPr>
          <w:rFonts w:ascii="Baskerville Old Face" w:hAnsi="Baskerville Old Face"/>
          <w:bCs/>
          <w:sz w:val="28"/>
          <w:szCs w:val="28"/>
        </w:rPr>
        <w:t xml:space="preserve"> Kavanagh,” said Socrates.</w:t>
      </w:r>
    </w:p>
    <w:p w14:paraId="4936083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got an answer. Gie me a minute and I’ve got an answer — “</w:t>
      </w:r>
    </w:p>
    <w:p w14:paraId="38E52A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have an answer,” Socrates agreed. “You have had an answer ready for some hours; I have watched you assembling it. It has your wife’s kindness in it and her strength and her patience, and every word of it is true, and you would have delivered it beautifully.” The old man leaned forward. “That is precisely why I will not hear it. You have just given this court, without one instant of preparation, the actual contents of thirty years. I have sat in this chair a long while and I tell you that nothing said carefully after such a moment has ever once been worth the breath. Sit down.”</w:t>
      </w:r>
    </w:p>
    <w:p w14:paraId="4AAA9C8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sat down.</w:t>
      </w:r>
    </w:p>
    <w:p w14:paraId="0E42E57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Ellie — who was not cruel, who had never in her life been cruel, and who had asked the question not to break him but because she had carried it up and down a corridor in Adelaide for nine weeks and had run out of places to put it — Ellie looked at him for a long moment and then said, quite gently:</w:t>
      </w:r>
    </w:p>
    <w:p w14:paraId="376AEA7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I did.”</w:t>
      </w:r>
    </w:p>
    <w:p w14:paraId="1BB0B87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That was all.</w:t>
      </w:r>
    </w:p>
    <w:p w14:paraId="65A13E50" w14:textId="4F5B9C3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kept them for thirteen year and I was good at it,” she said. “I found ye eleven and six on the first </w:t>
      </w:r>
      <w:r w:rsidR="002730A7" w:rsidRPr="00CE758F">
        <w:rPr>
          <w:rFonts w:ascii="Baskerville Old Face" w:hAnsi="Baskerville Old Face"/>
          <w:bCs/>
          <w:sz w:val="28"/>
          <w:szCs w:val="28"/>
        </w:rPr>
        <w:t>morning</w:t>
      </w:r>
      <w:r w:rsidRPr="00CE758F">
        <w:rPr>
          <w:rFonts w:ascii="Baskerville Old Face" w:hAnsi="Baskerville Old Face"/>
          <w:bCs/>
          <w:sz w:val="28"/>
          <w:szCs w:val="28"/>
        </w:rPr>
        <w:t xml:space="preserve">’ I was ever in the camp and ye never got over it.” Her mouth moved, very slightly, at the corner. “I’m no’ sayin’ ye’re wrang, Fin. That’s the bit I’d want ye tae hear, if ye were ever tae hear </w:t>
      </w:r>
      <w:r w:rsidR="002730A7" w:rsidRPr="00CE758F">
        <w:rPr>
          <w:rFonts w:ascii="Baskerville Old Face" w:hAnsi="Baskerville Old Face"/>
          <w:bCs/>
          <w:sz w:val="28"/>
          <w:szCs w:val="28"/>
        </w:rPr>
        <w:t>anything</w:t>
      </w:r>
      <w:r w:rsidRPr="00CE758F">
        <w:rPr>
          <w:rFonts w:ascii="Baskerville Old Face" w:hAnsi="Baskerville Old Face"/>
          <w:bCs/>
          <w:sz w:val="28"/>
          <w:szCs w:val="28"/>
        </w:rPr>
        <w:t xml:space="preserve">. Ye’re no’ wrang. I </w:t>
      </w:r>
      <w:r w:rsidRPr="00CE758F">
        <w:rPr>
          <w:rFonts w:ascii="Baskerville Old Face" w:hAnsi="Baskerville Old Face"/>
          <w:bCs/>
          <w:i/>
          <w:sz w:val="28"/>
          <w:szCs w:val="28"/>
        </w:rPr>
        <w:t>did</w:t>
      </w:r>
      <w:r w:rsidRPr="00CE758F">
        <w:rPr>
          <w:rFonts w:ascii="Baskerville Old Face" w:hAnsi="Baskerville Old Face"/>
          <w:bCs/>
          <w:sz w:val="28"/>
          <w:szCs w:val="28"/>
        </w:rPr>
        <w:t xml:space="preserve"> keep the books.”</w:t>
      </w:r>
    </w:p>
    <w:p w14:paraId="3DBA402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took her out at half past four.</w:t>
      </w:r>
    </w:p>
    <w:p w14:paraId="2D3CBA3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stood up when Socrates told her she might go, and she straightened the cardigan, and she looked around the room once more in her practical way, and then she stopped in front of Maggie Dickson for the second time.</w:t>
      </w:r>
    </w:p>
    <w:p w14:paraId="0DC0AED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“Can I ask ye a thing?”</w:t>
      </w:r>
    </w:p>
    <w:p w14:paraId="340046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can ask.”</w:t>
      </w:r>
    </w:p>
    <w:p w14:paraId="0995A36F" w14:textId="2F6227A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“Yon nicht in the ward,” said Ellie. “Ye said there was a use for me. Ye said it twice. I’ve had twenty-six year o’ waitin’ tae find oot what it was and I’m goin’ tae tell ye honestly, hen, I thought it was a lie tae keep me </w:t>
      </w:r>
      <w:r w:rsidR="002730A7" w:rsidRPr="00CE758F">
        <w:rPr>
          <w:rFonts w:ascii="Baskerville Old Face" w:hAnsi="Baskerville Old Face"/>
          <w:bCs/>
          <w:sz w:val="28"/>
          <w:szCs w:val="28"/>
        </w:rPr>
        <w:t>breathing</w:t>
      </w:r>
      <w:r w:rsidRPr="00CE758F">
        <w:rPr>
          <w:rFonts w:ascii="Baskerville Old Face" w:hAnsi="Baskerville Old Face"/>
          <w:bCs/>
          <w:sz w:val="28"/>
          <w:szCs w:val="28"/>
        </w:rPr>
        <w:t xml:space="preserve">’ till the </w:t>
      </w:r>
      <w:r w:rsidR="002730A7" w:rsidRPr="00CE758F">
        <w:rPr>
          <w:rFonts w:ascii="Baskerville Old Face" w:hAnsi="Baskerville Old Face"/>
          <w:bCs/>
          <w:sz w:val="28"/>
          <w:szCs w:val="28"/>
        </w:rPr>
        <w:t>morning</w:t>
      </w:r>
      <w:r w:rsidRPr="00CE758F">
        <w:rPr>
          <w:rFonts w:ascii="Baskerville Old Face" w:hAnsi="Baskerville Old Face"/>
          <w:bCs/>
          <w:sz w:val="28"/>
          <w:szCs w:val="28"/>
        </w:rPr>
        <w:t>’.”</w:t>
      </w:r>
    </w:p>
    <w:p w14:paraId="4CAB9A4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 Dickson said nothing at all.</w:t>
      </w:r>
    </w:p>
    <w:p w14:paraId="6E4ACED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I named her for ye,” said Ellie.</w:t>
      </w:r>
    </w:p>
    <w:p w14:paraId="46EEE7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Finian’s head came up.</w:t>
      </w:r>
    </w:p>
    <w:p w14:paraId="5626882D" w14:textId="691D9A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“I never telt him that,” she went on, conversationally, as though this were a small piece of housekeeping being tidied away. “He asked me at the time whaur I’d got Margaret fae and I said it was wan o’ the two, and that was a lie, there was only ever the wan. I couldnae very well say I’d named my deid wean after a woman in a wet frock that naebody else in the </w:t>
      </w:r>
      <w:r w:rsidR="0015608F" w:rsidRPr="00CE758F">
        <w:rPr>
          <w:rFonts w:ascii="Baskerville Old Face" w:hAnsi="Baskerville Old Face"/>
          <w:bCs/>
          <w:sz w:val="28"/>
          <w:szCs w:val="28"/>
        </w:rPr>
        <w:t>building</w:t>
      </w:r>
      <w:r w:rsidRPr="00CE758F">
        <w:rPr>
          <w:rFonts w:ascii="Baskerville Old Face" w:hAnsi="Baskerville Old Face"/>
          <w:bCs/>
          <w:sz w:val="28"/>
          <w:szCs w:val="28"/>
        </w:rPr>
        <w:t xml:space="preserve">’ had seen.” She was quite calm. “But I did. It’s on the </w:t>
      </w:r>
      <w:r w:rsidR="00F567F3" w:rsidRPr="00CE758F">
        <w:rPr>
          <w:rFonts w:ascii="Baskerville Old Face" w:hAnsi="Baskerville Old Face"/>
          <w:bCs/>
          <w:sz w:val="28"/>
          <w:szCs w:val="28"/>
        </w:rPr>
        <w:t>stone</w:t>
      </w:r>
      <w:r w:rsidRPr="00CE758F">
        <w:rPr>
          <w:rFonts w:ascii="Baskerville Old Face" w:hAnsi="Baskerville Old Face"/>
          <w:bCs/>
          <w:sz w:val="28"/>
          <w:szCs w:val="28"/>
        </w:rPr>
        <w:t xml:space="preserve"> in Alice. It’s been on the </w:t>
      </w:r>
      <w:r w:rsidR="00F567F3" w:rsidRPr="00CE758F">
        <w:rPr>
          <w:rFonts w:ascii="Baskerville Old Face" w:hAnsi="Baskerville Old Face"/>
          <w:bCs/>
          <w:sz w:val="28"/>
          <w:szCs w:val="28"/>
        </w:rPr>
        <w:t>stone</w:t>
      </w:r>
      <w:r w:rsidRPr="00CE758F">
        <w:rPr>
          <w:rFonts w:ascii="Baskerville Old Face" w:hAnsi="Baskerville Old Face"/>
          <w:bCs/>
          <w:sz w:val="28"/>
          <w:szCs w:val="28"/>
        </w:rPr>
        <w:t xml:space="preserve"> since the seventeenth o’ September nineteen sixty-nine, and it’ll be on it lang </w:t>
      </w:r>
      <w:r w:rsidR="00F567F3" w:rsidRPr="00CE758F">
        <w:rPr>
          <w:rFonts w:ascii="Baskerville Old Face" w:hAnsi="Baskerville Old Face"/>
          <w:bCs/>
          <w:sz w:val="28"/>
          <w:szCs w:val="28"/>
        </w:rPr>
        <w:t>after</w:t>
      </w:r>
      <w:r w:rsidRPr="00CE758F">
        <w:rPr>
          <w:rFonts w:ascii="Baskerville Old Face" w:hAnsi="Baskerville Old Face"/>
          <w:bCs/>
          <w:sz w:val="28"/>
          <w:szCs w:val="28"/>
        </w:rPr>
        <w:t xml:space="preserve"> I’m done, and it says MARGARET, and it’s for you.”</w:t>
      </w:r>
    </w:p>
    <w:p w14:paraId="1F430B5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Maggie Dickson — who had been hanged in the Grassmarket in the year seventeen twenty-four for the concealment of a dead child, and who had sat up in a cart on the Musselburgh road, and who had watched over four generations of one family for two hundred and seventy-one years without ever once being told why —</w:t>
      </w:r>
    </w:p>
    <w:p w14:paraId="6A174FD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 Dickson put her hand over her mouth.</w:t>
      </w:r>
    </w:p>
    <w:p w14:paraId="1B5EC44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lasted perhaps three seconds. Finian, who by that point in his existence believed himself incapable of further surprise, watched the woman who had crouched at the window of a wrecked motor vehicle and told him she would not haul him </w:t>
      </w:r>
      <w:r w:rsidRPr="00CE758F">
        <w:rPr>
          <w:rFonts w:ascii="Baskerville Old Face" w:hAnsi="Baskerville Old Face"/>
          <w:bCs/>
          <w:sz w:val="28"/>
          <w:szCs w:val="28"/>
        </w:rPr>
        <w:lastRenderedPageBreak/>
        <w:t>back, lose command of her own face in front of twelve men from another century.</w:t>
      </w:r>
    </w:p>
    <w:p w14:paraId="1D9C6AC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took her hand away and put it in her apron and said, in a voice that was almost right:</w:t>
      </w:r>
    </w:p>
    <w:p w14:paraId="14B81FD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“Away wi’ ye, hen. Ye’ll want yer chair.”</w:t>
      </w:r>
    </w:p>
    <w:p w14:paraId="76AB528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Kavanagh nodded, and went out through the door at the back of the court, and the door closed, and she was gone.</w:t>
      </w:r>
    </w:p>
    <w:p w14:paraId="0F9DA70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“She’ll no’ remember,” Finian said.</w:t>
      </w:r>
    </w:p>
    <w:p w14:paraId="2E1DE23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still looking at the door.</w:t>
      </w:r>
    </w:p>
    <w:p w14:paraId="4B7CC2B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0C475CD9" w14:textId="2C876D5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 the pamphlet. No’ the eleven. No’ — “ His throat closed and he waited and it opened again. “No’ the </w:t>
      </w:r>
      <w:r w:rsidR="00F567F3" w:rsidRPr="00CE758F">
        <w:rPr>
          <w:rFonts w:ascii="Baskerville Old Face" w:hAnsi="Baskerville Old Face"/>
          <w:bCs/>
          <w:sz w:val="28"/>
          <w:szCs w:val="28"/>
        </w:rPr>
        <w:t>stone</w:t>
      </w:r>
      <w:r w:rsidRPr="00CE758F">
        <w:rPr>
          <w:rFonts w:ascii="Baskerville Old Face" w:hAnsi="Baskerville Old Face"/>
          <w:bCs/>
          <w:sz w:val="28"/>
          <w:szCs w:val="28"/>
        </w:rPr>
        <w:t xml:space="preserve">. No’ what she said </w:t>
      </w:r>
      <w:r w:rsidR="00F567F3" w:rsidRPr="00CE758F">
        <w:rPr>
          <w:rFonts w:ascii="Baskerville Old Face" w:hAnsi="Baskerville Old Face"/>
          <w:bCs/>
          <w:sz w:val="28"/>
          <w:szCs w:val="28"/>
        </w:rPr>
        <w:t>about</w:t>
      </w:r>
      <w:r w:rsidRPr="00CE758F">
        <w:rPr>
          <w:rFonts w:ascii="Baskerville Old Face" w:hAnsi="Baskerville Old Face"/>
          <w:bCs/>
          <w:sz w:val="28"/>
          <w:szCs w:val="28"/>
        </w:rPr>
        <w:t xml:space="preserve"> the </w:t>
      </w:r>
      <w:r w:rsidR="00F567F3" w:rsidRPr="00CE758F">
        <w:rPr>
          <w:rFonts w:ascii="Baskerville Old Face" w:hAnsi="Baskerville Old Face"/>
          <w:bCs/>
          <w:sz w:val="28"/>
          <w:szCs w:val="28"/>
        </w:rPr>
        <w:t>stone</w:t>
      </w:r>
      <w:r w:rsidRPr="00CE758F">
        <w:rPr>
          <w:rFonts w:ascii="Baskerville Old Face" w:hAnsi="Baskerville Old Face"/>
          <w:bCs/>
          <w:sz w:val="28"/>
          <w:szCs w:val="28"/>
        </w:rPr>
        <w:t>.”</w:t>
      </w:r>
    </w:p>
    <w:p w14:paraId="28C1AD4D" w14:textId="0992D46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 a word o’ it,” said Maggie. “She’ll wake in yon chair wi’ a crick in her neck and a wee taste o’ </w:t>
      </w:r>
      <w:r w:rsidR="00F567F3" w:rsidRPr="00CE758F">
        <w:rPr>
          <w:rFonts w:ascii="Baskerville Old Face" w:hAnsi="Baskerville Old Face"/>
          <w:bCs/>
          <w:sz w:val="28"/>
          <w:szCs w:val="28"/>
        </w:rPr>
        <w:t>something</w:t>
      </w:r>
      <w:r w:rsidRPr="00CE758F">
        <w:rPr>
          <w:rFonts w:ascii="Baskerville Old Face" w:hAnsi="Baskerville Old Face"/>
          <w:bCs/>
          <w:sz w:val="28"/>
          <w:szCs w:val="28"/>
        </w:rPr>
        <w:t xml:space="preserve">’ in her mooth that she cannae name, and she’ll get up and she’ll get a cup o’ tea oot the machine that she </w:t>
      </w:r>
      <w:r w:rsidR="00F567F3" w:rsidRPr="00CE758F">
        <w:rPr>
          <w:rFonts w:ascii="Baskerville Old Face" w:hAnsi="Baskerville Old Face"/>
          <w:bCs/>
          <w:sz w:val="28"/>
          <w:szCs w:val="28"/>
        </w:rPr>
        <w:t>doesnae</w:t>
      </w:r>
      <w:r w:rsidRPr="00CE758F">
        <w:rPr>
          <w:rFonts w:ascii="Baskerville Old Face" w:hAnsi="Baskerville Old Face"/>
          <w:bCs/>
          <w:sz w:val="28"/>
          <w:szCs w:val="28"/>
        </w:rPr>
        <w:t xml:space="preserve"> want, and she’ll sit doon again and look at yer face.”</w:t>
      </w:r>
    </w:p>
    <w:p w14:paraId="29222C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I have tae say it.”</w:t>
      </w:r>
    </w:p>
    <w:p w14:paraId="1F1F84C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1735C17A" w14:textId="6B881B1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“Every bit of it. Oot loud. In a room in Alice Springs. Wi’ my </w:t>
      </w:r>
      <w:r w:rsidR="00F567F3">
        <w:rPr>
          <w:rFonts w:ascii="Baskerville Old Face" w:hAnsi="Baskerville Old Face"/>
          <w:bCs/>
          <w:sz w:val="28"/>
          <w:szCs w:val="28"/>
        </w:rPr>
        <w:t>own</w:t>
      </w:r>
      <w:r w:rsidRPr="00CE758F">
        <w:rPr>
          <w:rFonts w:ascii="Baskerville Old Face" w:hAnsi="Baskerville Old Face"/>
          <w:bCs/>
          <w:sz w:val="28"/>
          <w:szCs w:val="28"/>
        </w:rPr>
        <w:t xml:space="preserve"> mooth, tae a woman who’ll no’ ken she’s already telt me.”</w:t>
      </w:r>
    </w:p>
    <w:p w14:paraId="044C30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Maggie Dickson. “Ye’ve got it at last.”</w:t>
      </w:r>
    </w:p>
    <w:p w14:paraId="79EC72E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turned to go and then turned back, and for once there was nothing dry in her at all.</w:t>
      </w:r>
    </w:p>
    <w:p w14:paraId="7F01567E" w14:textId="5E74066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“That’s the whole o’ the bargain, son. Naebody’s ever offered a better wan and naebody ever will. There’s nae second chance whaur it’s already been said and ye just have tae nod at it.” She nodded at the closed door. “Yon lassie’s carried yer half o’ this marriage on her back since nineteen sixty-five. If ye go back, ye go back tae carry it. Startin’ wi’ a conversation on a Tuesday afternoon that’ll be the hardest hour’s work ye’ve ever done, and ye’ve been doon four hunner feet in a hole that was </w:t>
      </w:r>
      <w:r w:rsidR="00F567F3" w:rsidRPr="00CE758F">
        <w:rPr>
          <w:rFonts w:ascii="Baskerville Old Face" w:hAnsi="Baskerville Old Face"/>
          <w:bCs/>
          <w:sz w:val="28"/>
          <w:szCs w:val="28"/>
        </w:rPr>
        <w:t>filling</w:t>
      </w:r>
      <w:r w:rsidRPr="00CE758F">
        <w:rPr>
          <w:rFonts w:ascii="Baskerville Old Face" w:hAnsi="Baskerville Old Face"/>
          <w:bCs/>
          <w:sz w:val="28"/>
          <w:szCs w:val="28"/>
        </w:rPr>
        <w:t>’ up.”</w:t>
      </w:r>
    </w:p>
    <w:p w14:paraId="716017B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sat with his hands on the table in front of him.</w:t>
      </w:r>
    </w:p>
    <w:p w14:paraId="0E7B59C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said </w:t>
      </w:r>
      <w:r w:rsidRPr="00CE758F">
        <w:rPr>
          <w:rFonts w:ascii="Baskerville Old Face" w:hAnsi="Baskerville Old Face"/>
          <w:bCs/>
          <w:i/>
          <w:sz w:val="28"/>
          <w:szCs w:val="28"/>
        </w:rPr>
        <w:t>ye kept the books</w:t>
      </w:r>
      <w:r w:rsidRPr="00CE758F">
        <w:rPr>
          <w:rFonts w:ascii="Baskerville Old Face" w:hAnsi="Baskerville Old Face"/>
          <w:bCs/>
          <w:sz w:val="28"/>
          <w:szCs w:val="28"/>
        </w:rPr>
        <w:t>,” he said.</w:t>
      </w:r>
    </w:p>
    <w:p w14:paraId="2D309A2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did.”</w:t>
      </w:r>
    </w:p>
    <w:p w14:paraId="3C95FE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“Christ.”</w:t>
      </w:r>
    </w:p>
    <w:p w14:paraId="61622F4D" w14:textId="0B9A821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“Aye,” said Maggie. “But ye’ll no’ say it the second time. That’s what the </w:t>
      </w:r>
      <w:r w:rsidR="000D11E8">
        <w:rPr>
          <w:rFonts w:ascii="Baskerville Old Face" w:hAnsi="Baskerville Old Face"/>
          <w:bCs/>
          <w:sz w:val="28"/>
          <w:szCs w:val="28"/>
        </w:rPr>
        <w:t>whole of</w:t>
      </w:r>
      <w:r w:rsidRPr="00CE758F">
        <w:rPr>
          <w:rFonts w:ascii="Baskerville Old Face" w:hAnsi="Baskerville Old Face"/>
          <w:bCs/>
          <w:sz w:val="28"/>
          <w:szCs w:val="28"/>
        </w:rPr>
        <w:t>’ this is for.”</w:t>
      </w:r>
    </w:p>
    <w:p w14:paraId="0EBD8F51"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192FD0F3"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Eighteen</w:t>
      </w:r>
    </w:p>
    <w:p w14:paraId="5A6FA86F"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Darrow’s Plea</w:t>
      </w:r>
    </w:p>
    <w:p w14:paraId="089D7FF9"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i/>
          <w:sz w:val="28"/>
          <w:szCs w:val="28"/>
        </w:rPr>
        <w:t>The Court of the Unseen</w:t>
      </w:r>
    </w:p>
    <w:p w14:paraId="320329F9" w14:textId="3C6F6BA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recess of some length after Ellie, and Finian spent it in the corridor with his back against the plaster, which was cool, and which was the plaster of a corridor in the Alice Springs hospital, and he had stopped remarking on such things.</w:t>
      </w:r>
      <w:r w:rsidR="00504194">
        <w:rPr>
          <w:rFonts w:ascii="Baskerville Old Face" w:hAnsi="Baskerville Old Face"/>
          <w:bCs/>
          <w:sz w:val="28"/>
          <w:szCs w:val="28"/>
        </w:rPr>
        <w:t xml:space="preserve"> </w:t>
      </w:r>
      <w:r w:rsidRPr="00CE758F">
        <w:rPr>
          <w:rFonts w:ascii="Baskerville Old Face" w:hAnsi="Baskerville Old Face"/>
          <w:bCs/>
          <w:sz w:val="28"/>
          <w:szCs w:val="28"/>
        </w:rPr>
        <w:t>Darrow came out eventually and stood beside him and got his pipe out and did not light it. He never lit it. Finian had noticed that in the first hour and had assumed it was a mannerism, a piece of business for juries, and had learned since that it was nothing of the kind: the man simply liked the shape of it in his hand while he thought, the way Wally had liked a length of wire.</w:t>
      </w:r>
    </w:p>
    <w:p w14:paraId="3E6E151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“You’re up next,” Finian said.</w:t>
      </w:r>
    </w:p>
    <w:p w14:paraId="202AFE5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am.”</w:t>
      </w:r>
    </w:p>
    <w:p w14:paraId="2C6B852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is it ye’re goin’ tae say?”</w:t>
      </w:r>
    </w:p>
    <w:p w14:paraId="33DF07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“You’ll hear it when they hear it.”</w:t>
      </w:r>
    </w:p>
    <w:p w14:paraId="0E37272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“It’s my life.”</w:t>
      </w:r>
    </w:p>
    <w:p w14:paraId="74E60E2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is.” Darrow turned the pipe over. “And if I tell you now you’ll spend the recess getting your face ready, and they’ll </w:t>
      </w:r>
      <w:r w:rsidRPr="00CE758F">
        <w:rPr>
          <w:rFonts w:ascii="Baskerville Old Face" w:hAnsi="Baskerville Old Face"/>
          <w:bCs/>
          <w:sz w:val="28"/>
          <w:szCs w:val="28"/>
        </w:rPr>
        <w:lastRenderedPageBreak/>
        <w:t>watch you do it, and I’ll have lost two of them before I open my mouth.” He put the pipe away. “Twelve men can’t tell whether a man is honest. Nobody can. But they can all tell, every one of them, when a man has decided in advance how he’s going to look.”</w:t>
      </w:r>
    </w:p>
    <w:p w14:paraId="38BA1290" w14:textId="49A910B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“Ye said I </w:t>
      </w:r>
      <w:r w:rsidR="002C1B2A" w:rsidRPr="00CE758F">
        <w:rPr>
          <w:rFonts w:ascii="Baskerville Old Face" w:hAnsi="Baskerville Old Face"/>
          <w:bCs/>
          <w:sz w:val="28"/>
          <w:szCs w:val="28"/>
        </w:rPr>
        <w:t>couldnae</w:t>
      </w:r>
      <w:r w:rsidRPr="00CE758F">
        <w:rPr>
          <w:rFonts w:ascii="Baskerville Old Face" w:hAnsi="Baskerville Old Face"/>
          <w:bCs/>
          <w:sz w:val="28"/>
          <w:szCs w:val="28"/>
        </w:rPr>
        <w:t xml:space="preserve"> enjoy it.”</w:t>
      </w:r>
    </w:p>
    <w:p w14:paraId="5566E5D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won’t.”</w:t>
      </w:r>
    </w:p>
    <w:p w14:paraId="678D61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bad?”</w:t>
      </w:r>
    </w:p>
    <w:p w14:paraId="35DE41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considered the question with what appeared to be genuine care.</w:t>
      </w:r>
    </w:p>
    <w:p w14:paraId="2A771A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“You’ll want to stop me,” he said. “Somewhere about the middle you’ll want to stand up and stop me, and you’ll think it’s because I’ve got it wrong.” He pushed himself off the wall. “It won’t be because I’ve got it wrong.”</w:t>
      </w:r>
    </w:p>
    <w:p w14:paraId="1BF68F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rose without notes. Finian had watched him for what felt like two days and had never once seen him write anything except a single word, twice, on the back of an envelope, and he never learned what the word was.</w:t>
      </w:r>
    </w:p>
    <w:p w14:paraId="5CFCCE5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waistcoat was still buttoned wrong. Finian had spent a good part of Ellie’s testimony looking at it, the way you do, and had decided in the end that it was not carelessness. It was a man who had discovered at some point in the 1890s that a </w:t>
      </w:r>
      <w:r w:rsidRPr="00CE758F">
        <w:rPr>
          <w:rFonts w:ascii="Baskerville Old Face" w:hAnsi="Baskerville Old Face"/>
          <w:bCs/>
          <w:sz w:val="28"/>
          <w:szCs w:val="28"/>
        </w:rPr>
        <w:lastRenderedPageBreak/>
        <w:t>jury forgives a great deal in a man who cannot dress himself, and had then done it for fifty years until it stopped being a decision.</w:t>
      </w:r>
    </w:p>
    <w:p w14:paraId="6985C05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“Gentlemen,” Darrow said.</w:t>
      </w:r>
    </w:p>
    <w:p w14:paraId="4B31B64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came round the end of the table and stood where he could see all twelve without turning his head, and put his hands in his trouser pockets, and looked at them for a while.</w:t>
      </w:r>
    </w:p>
    <w:p w14:paraId="4D2AC3B8" w14:textId="3296C23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“I’m going to start by giving away my whole case,” he said. “</w:t>
      </w:r>
      <w:r w:rsidR="001F457E">
        <w:rPr>
          <w:rFonts w:ascii="Baskerville Old Face" w:hAnsi="Baskerville Old Face"/>
          <w:bCs/>
          <w:sz w:val="28"/>
          <w:szCs w:val="28"/>
        </w:rPr>
        <w:t>General</w:t>
      </w:r>
      <w:r w:rsidRPr="00CE758F">
        <w:rPr>
          <w:rFonts w:ascii="Baskerville Old Face" w:hAnsi="Baskerville Old Face"/>
          <w:bCs/>
          <w:sz w:val="28"/>
          <w:szCs w:val="28"/>
        </w:rPr>
        <w:t xml:space="preserve"> Crassus’s facts are my facts. </w:t>
      </w:r>
      <w:r w:rsidR="002C1B2A" w:rsidRPr="00CE758F">
        <w:rPr>
          <w:rFonts w:ascii="Baskerville Old Face" w:hAnsi="Baskerville Old Face"/>
          <w:bCs/>
          <w:sz w:val="28"/>
          <w:szCs w:val="28"/>
        </w:rPr>
        <w:t>Everyone</w:t>
      </w:r>
      <w:r w:rsidRPr="00CE758F">
        <w:rPr>
          <w:rFonts w:ascii="Baskerville Old Face" w:hAnsi="Baskerville Old Face"/>
          <w:bCs/>
          <w:sz w:val="28"/>
          <w:szCs w:val="28"/>
        </w:rPr>
        <w:t>. I don’t quarrel with a single item and I’m not going to stand here and insult twelve grown men by pretending to.”</w:t>
      </w:r>
    </w:p>
    <w:p w14:paraId="7CA3425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let that sit.</w:t>
      </w:r>
    </w:p>
    <w:p w14:paraId="1E34A49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man ran a rig nineteen hours. The register is twenty-two entries in twenty-six years and it’s true. He never went and sat with one of them. He walked into a hotel in Alice Springs on his own wedding day and left a man on the footpath, and then he looked at him through the window with his mouth full, and looked away at an ordinary speed. He put down a bore under a ridge he’d been warned off thirty years before, and he had a police escort at the gate, and the escort was lawful, and the certificate was clean, and the file was empty because thirty years of men declining to explain themselves </w:t>
      </w:r>
      <w:r w:rsidRPr="00CE758F">
        <w:rPr>
          <w:rFonts w:ascii="Baskerville Old Face" w:hAnsi="Baskerville Old Face"/>
          <w:bCs/>
          <w:sz w:val="28"/>
          <w:szCs w:val="28"/>
        </w:rPr>
        <w:lastRenderedPageBreak/>
        <w:t>had left it empty, and he knew that, and he wrote three words in the margin of a letter and used them.</w:t>
      </w:r>
    </w:p>
    <w:p w14:paraId="649A723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 father asked a question in every letter for nine years and got a lie back nine years running in his daughter-in-law’s hand, and it was my client’s lie, and the old man died holding it.</w:t>
      </w:r>
    </w:p>
    <w:p w14:paraId="141DA25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a wife for thirty years and asked her nothing except the colour of a room he was never in. And in a corridor in September of 1969, forty feet from where she was sleeping and a hundred from where his daughter was lying, he looked at a clock and did a sum about a rig.</w:t>
      </w:r>
    </w:p>
    <w:p w14:paraId="4FEAD4ED" w14:textId="7CD58CB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 That’s </w:t>
      </w:r>
      <w:r w:rsidR="00326C1F">
        <w:rPr>
          <w:rFonts w:ascii="Baskerville Old Face" w:hAnsi="Baskerville Old Face"/>
          <w:bCs/>
          <w:sz w:val="28"/>
          <w:szCs w:val="28"/>
        </w:rPr>
        <w:t>General</w:t>
      </w:r>
      <w:r w:rsidRPr="00CE758F">
        <w:rPr>
          <w:rFonts w:ascii="Baskerville Old Face" w:hAnsi="Baskerville Old Face"/>
          <w:bCs/>
          <w:sz w:val="28"/>
          <w:szCs w:val="28"/>
        </w:rPr>
        <w:t xml:space="preserve"> Crassus’s case and I’ve just made it for him, and I’ve made it better than he did, and I did that on purpose.”</w:t>
      </w:r>
    </w:p>
    <w:p w14:paraId="7EF76DB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in the room moved. The juryman with the newspaper had stopped fanning himself.</w:t>
      </w:r>
    </w:p>
    <w:p w14:paraId="7538518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 said Darrow. “What do you want to do about it?”</w:t>
      </w:r>
    </w:p>
    <w:p w14:paraId="1425B5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“There’s a thing that happens in rooms like this,” he said, “and I’ve stood in a hundred of them, and it happens every time. Somebody lays out what a man did, item by item, and while he’s doing it the temperature in the room goes down about ten degrees, and by the end of it there isn’t a person </w:t>
      </w:r>
      <w:r w:rsidRPr="00CE758F">
        <w:rPr>
          <w:rFonts w:ascii="Baskerville Old Face" w:hAnsi="Baskerville Old Face"/>
          <w:bCs/>
          <w:sz w:val="28"/>
          <w:szCs w:val="28"/>
        </w:rPr>
        <w:lastRenderedPageBreak/>
        <w:t xml:space="preserve">present who doesn’t want something to be </w:t>
      </w:r>
      <w:r w:rsidRPr="00CE758F">
        <w:rPr>
          <w:rFonts w:ascii="Baskerville Old Face" w:hAnsi="Baskerville Old Face"/>
          <w:bCs/>
          <w:i/>
          <w:sz w:val="28"/>
          <w:szCs w:val="28"/>
        </w:rPr>
        <w:t>done</w:t>
      </w:r>
      <w:r w:rsidRPr="00CE758F">
        <w:rPr>
          <w:rFonts w:ascii="Baskerville Old Face" w:hAnsi="Baskerville Old Face"/>
          <w:bCs/>
          <w:sz w:val="28"/>
          <w:szCs w:val="28"/>
        </w:rPr>
        <w:t xml:space="preserve"> about it. That feeling is the most reliable thing in human affairs. You can build a church on it. You can build a gallows on it. Mostly we build the second one and put a rail round it and call it justice.”</w:t>
      </w:r>
    </w:p>
    <w:p w14:paraId="05A0325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took his hands out of his pockets.</w:t>
      </w:r>
    </w:p>
    <w:p w14:paraId="6DB7A29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spent my life in front of that feeling. I’ve never once managed to argue a man out of it and I’m not going to try today, because you can’t argue a man out of his stomach. What I’ve done instead, for fifty years, is stand in the way of it, and ask one question, and it’s a low sort of question and I’m not ashamed of it.</w:t>
      </w:r>
    </w:p>
    <w:p w14:paraId="38E5988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Pr="00CE758F">
        <w:rPr>
          <w:rFonts w:ascii="Baskerville Old Face" w:hAnsi="Baskerville Old Face"/>
          <w:bCs/>
          <w:i/>
          <w:sz w:val="28"/>
          <w:szCs w:val="28"/>
        </w:rPr>
        <w:t>What are you going to get for it?</w:t>
      </w:r>
      <w:r w:rsidRPr="00CE758F">
        <w:rPr>
          <w:rFonts w:ascii="Baskerville Old Face" w:hAnsi="Baskerville Old Face"/>
          <w:bCs/>
          <w:sz w:val="28"/>
          <w:szCs w:val="28"/>
        </w:rPr>
        <w:t>”</w:t>
      </w:r>
    </w:p>
    <w:p w14:paraId="5B186D4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turned and looked, briefly, at Crassus, who was sitting with his heavy hands flat on the table and did not look back.</w:t>
      </w:r>
    </w:p>
    <w:p w14:paraId="5325CDA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“My friend has been very fair,” Darrow said. “Fairer than I’d have been in his place. He told you at the start that he was the only man in this room who’d done what my client did, and he was telling the truth, and he did it further, and there are twenty thousand men in the sand at Carrhae to prove it and one of them was his boy.” He paused. “And he’s been walking around inside that for two thousand years. Ask </w:t>
      </w:r>
      <w:r w:rsidRPr="00CE758F">
        <w:rPr>
          <w:rFonts w:ascii="Baskerville Old Face" w:hAnsi="Baskerville Old Face"/>
          <w:bCs/>
          <w:sz w:val="28"/>
          <w:szCs w:val="28"/>
        </w:rPr>
        <w:lastRenderedPageBreak/>
        <w:t>yourselves whether it’s made him better. Ask yourselves whether the punishment took.”</w:t>
      </w:r>
    </w:p>
    <w:p w14:paraId="667B6EF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went and put one hand on the corner of the exhibit table, where the tin lay open with its contents beside it.</w:t>
      </w:r>
    </w:p>
    <w:p w14:paraId="285C9C2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prosecution’s case,” he said, “is that this man was told, and told, and told, and did not look. That’s the Question of Blindness and it’s a good question, and my friend said something on the first day that I’m going to give back to him. He said: </w:t>
      </w:r>
      <w:r w:rsidRPr="00CE758F">
        <w:rPr>
          <w:rFonts w:ascii="Baskerville Old Face" w:hAnsi="Baskerville Old Face"/>
          <w:bCs/>
          <w:i/>
          <w:sz w:val="28"/>
          <w:szCs w:val="28"/>
        </w:rPr>
        <w:t>there is nothing wrong with his eyes.</w:t>
      </w:r>
      <w:r w:rsidRPr="00CE758F">
        <w:rPr>
          <w:rFonts w:ascii="Baskerville Old Face" w:hAnsi="Baskerville Old Face"/>
          <w:bCs/>
          <w:sz w:val="28"/>
          <w:szCs w:val="28"/>
        </w:rPr>
        <w:t>”</w:t>
      </w:r>
    </w:p>
    <w:p w14:paraId="03DE396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nodded slowly.</w:t>
      </w:r>
    </w:p>
    <w:p w14:paraId="7F4D5D6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right. There isn’t. There never was. And that means we have to explain something harder than a blind man, don’t we. We have to explain a man with two good eyes who spent thirty years not looking at one particular thing.”</w:t>
      </w:r>
    </w:p>
    <w:p w14:paraId="5605976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picked up the atlas page — the pale orange emptiness, the pencil crosses, the two words </w:t>
      </w:r>
      <w:r w:rsidRPr="00CE758F">
        <w:rPr>
          <w:rFonts w:ascii="Baskerville Old Face" w:hAnsi="Baskerville Old Face"/>
          <w:bCs/>
          <w:i/>
          <w:sz w:val="28"/>
          <w:szCs w:val="28"/>
        </w:rPr>
        <w:t>water here</w:t>
      </w:r>
      <w:r w:rsidRPr="00CE758F">
        <w:rPr>
          <w:rFonts w:ascii="Baskerville Old Face" w:hAnsi="Baskerville Old Face"/>
          <w:bCs/>
          <w:sz w:val="28"/>
          <w:szCs w:val="28"/>
        </w:rPr>
        <w:t xml:space="preserve"> — and held it up without any ceremony at all, the way a man holds up a receipt.</w:t>
      </w:r>
    </w:p>
    <w:p w14:paraId="2F8E39D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“Here it is. Nineteen forty-two, in a hole in Libya, two boys who thought they were going to be killed that week. One of them talked. That’s all he did. He talked because the alternative was listening to the shelling, and he told a Scotsman about a country he’d never worked in and water </w:t>
      </w:r>
      <w:r w:rsidRPr="00CE758F">
        <w:rPr>
          <w:rFonts w:ascii="Baskerville Old Face" w:hAnsi="Baskerville Old Face"/>
          <w:bCs/>
          <w:sz w:val="28"/>
          <w:szCs w:val="28"/>
        </w:rPr>
        <w:lastRenderedPageBreak/>
        <w:t>he’d never found, and then he was killed at El Alamein at twenty-two and the talk went on living.</w:t>
      </w:r>
    </w:p>
    <w:p w14:paraId="7E4DA46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“Twenty-one years, that man’s father carried it up three flights of stairs every night. And when the boy was nine — nine years old, gentlemen — he asked what the rig would cost. And his father heard him ask it, and knew exactly what the boy was building out of it, and said nothing. He told you why himself, in that chair, and it was the only decent reason anybody’s given in two days: </w:t>
      </w:r>
      <w:r w:rsidRPr="00CE758F">
        <w:rPr>
          <w:rFonts w:ascii="Baskerville Old Face" w:hAnsi="Baskerville Old Face"/>
          <w:bCs/>
          <w:i/>
          <w:sz w:val="28"/>
          <w:szCs w:val="28"/>
        </w:rPr>
        <w:t>it was the only thing in that house that wasn’t the war.</w:t>
      </w:r>
      <w:r w:rsidRPr="00CE758F">
        <w:rPr>
          <w:rFonts w:ascii="Baskerville Old Face" w:hAnsi="Baskerville Old Face"/>
          <w:bCs/>
          <w:sz w:val="28"/>
          <w:szCs w:val="28"/>
        </w:rPr>
        <w:t>”</w:t>
      </w:r>
    </w:p>
    <w:p w14:paraId="03A8DF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put the page down.</w:t>
      </w:r>
    </w:p>
    <w:p w14:paraId="0087BB5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 here is a boy of seventeen on a platform at Waverley with a dead man’s blether in his coat, and his father’s face doing something he can’t read, and what he has understood — because he is nine when he understands it and nine-year-olds are not lawyers — is that a man is what he finishes. That everything else is talk. That his father is a good man who was ruined by talk. And that he had better not be.</w:t>
      </w:r>
    </w:p>
    <w:p w14:paraId="722BA0B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 Darrow’s voice did not rise, and it did not soften either. “Show me the room where he chose that.”</w:t>
      </w:r>
    </w:p>
    <w:p w14:paraId="0EC1AD0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waited, quite genuinely, as though somebody might answer.</w:t>
      </w:r>
    </w:p>
    <w:p w14:paraId="3718BAF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“Show me the afternoon. Show me the door he went through, where on the near side he was free and on the far side he was a man who could not stop. Because if you can show it to me I’ll sit down and my friend can have him and I’ll shake his hand on the way out.”</w:t>
      </w:r>
    </w:p>
    <w:p w14:paraId="4ACA71F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said anything.</w:t>
      </w:r>
    </w:p>
    <w:p w14:paraId="538427A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isn’t one,” said Darrow. “There never is. I have looked for that room for fifty years, in murder cases and in bombing cases and in cases where a boy of nineteen killed a boy of fourteen for nothing at all, and I have never found it once, and I’ve stopped expecting to. We are not the authors of ourselves, gentlemen. We are what was done to us, and what was said in front of us, and what we happened to be standing next to when we were young. My client did not choose to be frightened of being ordinary. Nobody chooses their fear. You have all got one, and I’d wager not one of you can tell me the day you picked it out.”</w:t>
      </w:r>
    </w:p>
    <w:p w14:paraId="67C104C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walked back to the middle of the floor.</w:t>
      </w:r>
    </w:p>
    <w:p w14:paraId="72E1BA8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 I’m going to say the thing that’s going to make my client hate me,” he said, “and I’d be obliged if the court would let him say what he’s going to say, because he’s earned it and it won’t take long.”</w:t>
      </w:r>
    </w:p>
    <w:p w14:paraId="58BEDF7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Finian did not understand, yet.</w:t>
      </w:r>
    </w:p>
    <w:p w14:paraId="2D90624D" w14:textId="130AFE0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“Everything you have heard in this room,” Darrow said, “has been about a large man. A tycoon — that’s the word the newspaper used, in 1979, and he cut it out, and </w:t>
      </w:r>
      <w:r w:rsidR="002C1B2A" w:rsidRPr="00CE758F">
        <w:rPr>
          <w:rFonts w:ascii="Baskerville Old Face" w:hAnsi="Baskerville Old Face"/>
          <w:bCs/>
          <w:sz w:val="28"/>
          <w:szCs w:val="28"/>
        </w:rPr>
        <w:t>Mrs.</w:t>
      </w:r>
      <w:r w:rsidRPr="00CE758F">
        <w:rPr>
          <w:rFonts w:ascii="Baskerville Old Face" w:hAnsi="Baskerville Old Face"/>
          <w:bCs/>
          <w:sz w:val="28"/>
          <w:szCs w:val="28"/>
        </w:rPr>
        <w:t xml:space="preserve"> Kavanagh found it in a drawer. Eighty-one men. Nine rigs. The water man of the Northern Territory. A house with a wall round it that his own workmen called the Keep, and he liked it, and that was the end of the argument about what it was.</w:t>
      </w:r>
    </w:p>
    <w:p w14:paraId="1717FE0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the man the prosecution has been trying all afternoon, and he’s the wrong man, and I’m going to take him away from you now.”</w:t>
      </w:r>
    </w:p>
    <w:p w14:paraId="0E7985D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turned and looked at Finian directly for the first time.</w:t>
      </w:r>
    </w:p>
    <w:p w14:paraId="6710A2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is nothing exceptional about Finian Kavanagh.”</w:t>
      </w:r>
    </w:p>
    <w:p w14:paraId="0444A14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was on his feet before he had any idea that he was going to be.</w:t>
      </w:r>
    </w:p>
    <w:p w14:paraId="57EBBB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a lie.”</w:t>
      </w:r>
    </w:p>
    <w:p w14:paraId="0989774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“Sit down,” said Darrow, without heat.</w:t>
      </w:r>
    </w:p>
    <w:p w14:paraId="79B21205" w14:textId="1755B9F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“Eighty-one men — nine rigs — there’s water comin’ oot the ground the day in places it </w:t>
      </w:r>
      <w:r w:rsidR="002C1B2A" w:rsidRPr="00CE758F">
        <w:rPr>
          <w:rFonts w:ascii="Baskerville Old Face" w:hAnsi="Baskerville Old Face"/>
          <w:bCs/>
          <w:sz w:val="28"/>
          <w:szCs w:val="28"/>
        </w:rPr>
        <w:t>couldnae</w:t>
      </w:r>
      <w:r w:rsidRPr="00CE758F">
        <w:rPr>
          <w:rFonts w:ascii="Baskerville Old Face" w:hAnsi="Baskerville Old Face"/>
          <w:bCs/>
          <w:sz w:val="28"/>
          <w:szCs w:val="28"/>
        </w:rPr>
        <w:t xml:space="preserve"> be comin’ oot but for me—“</w:t>
      </w:r>
    </w:p>
    <w:p w14:paraId="3F6A363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“Sit </w:t>
      </w:r>
      <w:r w:rsidRPr="00CE758F">
        <w:rPr>
          <w:rFonts w:ascii="Baskerville Old Face" w:hAnsi="Baskerville Old Face"/>
          <w:bCs/>
          <w:i/>
          <w:sz w:val="28"/>
          <w:szCs w:val="28"/>
        </w:rPr>
        <w:t>down</w:t>
      </w:r>
      <w:r w:rsidRPr="00CE758F">
        <w:rPr>
          <w:rFonts w:ascii="Baskerville Old Face" w:hAnsi="Baskerville Old Face"/>
          <w:bCs/>
          <w:sz w:val="28"/>
          <w:szCs w:val="28"/>
        </w:rPr>
        <w:t>.”</w:t>
      </w:r>
    </w:p>
    <w:p w14:paraId="68AF95B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“Ye’re my defence!” It came out of him ragged, in the accent he had spent twenty years sanding off for bankers in Melbourne. “Ye’re supposed tae be—“</w:t>
      </w:r>
    </w:p>
    <w:p w14:paraId="330F0889" w14:textId="0326DD8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am your defence,” said Darrow, “and this is it, and you are standing up in the middle of it to tell twelve men that you’re better than they are. Which is the case against you. Sit down, </w:t>
      </w:r>
      <w:r w:rsidR="008B1D56" w:rsidRPr="00CE758F">
        <w:rPr>
          <w:rFonts w:ascii="Baskerville Old Face" w:hAnsi="Baskerville Old Face"/>
          <w:bCs/>
          <w:sz w:val="28"/>
          <w:szCs w:val="28"/>
        </w:rPr>
        <w:t>Mr.</w:t>
      </w:r>
      <w:r w:rsidRPr="00CE758F">
        <w:rPr>
          <w:rFonts w:ascii="Baskerville Old Face" w:hAnsi="Baskerville Old Face"/>
          <w:bCs/>
          <w:sz w:val="28"/>
          <w:szCs w:val="28"/>
        </w:rPr>
        <w:t xml:space="preserve"> Kavanagh, before you finish </w:t>
      </w:r>
      <w:r w:rsidR="008B1D56">
        <w:rPr>
          <w:rFonts w:ascii="Baskerville Old Face" w:hAnsi="Baskerville Old Face"/>
          <w:bCs/>
          <w:sz w:val="28"/>
          <w:szCs w:val="28"/>
        </w:rPr>
        <w:t xml:space="preserve">General </w:t>
      </w:r>
      <w:r w:rsidRPr="00CE758F">
        <w:rPr>
          <w:rFonts w:ascii="Baskerville Old Face" w:hAnsi="Baskerville Old Face"/>
          <w:bCs/>
          <w:sz w:val="28"/>
          <w:szCs w:val="28"/>
        </w:rPr>
        <w:t>Crassus’s work for him.”</w:t>
      </w:r>
    </w:p>
    <w:p w14:paraId="62C74A0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 there with his hands open.</w:t>
      </w:r>
    </w:p>
    <w:p w14:paraId="1270F69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he sat.</w:t>
      </w:r>
    </w:p>
    <w:p w14:paraId="12AFFFB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from the bench, said nothing at all, and the not-saying was worse than an instruction.</w:t>
      </w:r>
    </w:p>
    <w:p w14:paraId="00573BDF" w14:textId="7F0A2DE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“Gentlemen,” Darrow said, “you have just seen the whole thing, and it took about nine seconds, and I couldn’t have arranged it if I’d tried for a week.</w:t>
      </w:r>
      <w:r w:rsidR="000E31ED">
        <w:rPr>
          <w:rFonts w:ascii="Baskerville Old Face" w:hAnsi="Baskerville Old Face"/>
          <w:bCs/>
          <w:sz w:val="28"/>
          <w:szCs w:val="28"/>
        </w:rPr>
        <w:t xml:space="preserve"> </w:t>
      </w:r>
      <w:r w:rsidRPr="00CE758F">
        <w:rPr>
          <w:rFonts w:ascii="Baskerville Old Face" w:hAnsi="Baskerville Old Face"/>
          <w:bCs/>
          <w:sz w:val="28"/>
          <w:szCs w:val="28"/>
        </w:rPr>
        <w:t>“He can’t have it. He cannot be an ordinary man. It is the one proposition in the world he cannot stand still for. Not because he’s proud</w:t>
      </w:r>
      <w:r w:rsidR="000E31ED">
        <w:rPr>
          <w:rFonts w:ascii="Baskerville Old Face" w:hAnsi="Baskerville Old Face"/>
          <w:bCs/>
          <w:sz w:val="28"/>
          <w:szCs w:val="28"/>
        </w:rPr>
        <w:t xml:space="preserve">, </w:t>
      </w:r>
      <w:r w:rsidRPr="00CE758F">
        <w:rPr>
          <w:rFonts w:ascii="Baskerville Old Face" w:hAnsi="Baskerville Old Face"/>
          <w:bCs/>
          <w:sz w:val="28"/>
          <w:szCs w:val="28"/>
        </w:rPr>
        <w:t>I’ve defended proud men and he isn’t one, he’s got no vanity in him worth the name, he wore the same two suits for eleven years and drove a company vehicle with a hundred and ninety thousand on it. It’s not pride.</w:t>
      </w:r>
    </w:p>
    <w:p w14:paraId="2DA0796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“It’s that he thinks ordinary is what happened to his father.”</w:t>
      </w:r>
    </w:p>
    <w:p w14:paraId="005E68B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let that go into the room and settle.</w:t>
      </w:r>
    </w:p>
    <w:p w14:paraId="40E520B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 look at yourselves for a moment. Twelve men in your shirtsleeves at the end of a hot Friday, with your jackets over the chairs. One of you has folded his along the seams. Somebody’s got a newspaper. You are, if you’ll forgive me, the most ordinary sight in the world, and I’ve spent my working life in front of you, and I’d rather have you than any bench of judges that ever sat.</w:t>
      </w:r>
    </w:p>
    <w:p w14:paraId="312497D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he has spent fifty years running from you.</w:t>
      </w:r>
    </w:p>
    <w:p w14:paraId="63E31F4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“That’s what the wall was. Three foot six inches of stone in the middle of a continent, and he told his wife it was for cattle he didn’t own and dogs he didn’t have. It was for you. So that no man in his shirtsleeves would ever look at Finian Kavanagh and think: </w:t>
      </w:r>
      <w:r w:rsidRPr="00CE758F">
        <w:rPr>
          <w:rFonts w:ascii="Baskerville Old Face" w:hAnsi="Baskerville Old Face"/>
          <w:bCs/>
          <w:i/>
          <w:sz w:val="28"/>
          <w:szCs w:val="28"/>
        </w:rPr>
        <w:t>he’s one of us.</w:t>
      </w:r>
      <w:r w:rsidRPr="00CE758F">
        <w:rPr>
          <w:rFonts w:ascii="Baskerville Old Face" w:hAnsi="Baskerville Old Face"/>
          <w:bCs/>
          <w:sz w:val="28"/>
          <w:szCs w:val="28"/>
        </w:rPr>
        <w:t>”</w:t>
      </w:r>
    </w:p>
    <w:p w14:paraId="1B32C0E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put his hands back in his pockets.</w:t>
      </w:r>
    </w:p>
    <w:p w14:paraId="051F31E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is one of you. He always was. He’s a man from a tenement stair in Edinburgh who was frightened of the thing you all are and never got over it, and he has been paying for the difference ever since in the only coin he had, which was work. And gentlemen — his life depends, this afternoon, on </w:t>
      </w:r>
      <w:r w:rsidRPr="00CE758F">
        <w:rPr>
          <w:rFonts w:ascii="Baskerville Old Face" w:hAnsi="Baskerville Old Face"/>
          <w:bCs/>
          <w:sz w:val="28"/>
          <w:szCs w:val="28"/>
        </w:rPr>
        <w:lastRenderedPageBreak/>
        <w:t>being one of you. Because if he isn’t, if he’s the large man the newspaper wrote about, then he’s a man who did all that on purpose with his eyes open, and my friend is right, and you should go home.”</w:t>
      </w:r>
    </w:p>
    <w:p w14:paraId="31CB4AB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came to the hours paper then. He picked it up carefully, by the edge, the way you pick up something that has been mended with sticking plaster.</w:t>
      </w:r>
    </w:p>
    <w:p w14:paraId="5EFE7292" w14:textId="2CBC5C0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 Mansfield,” he said. “Twenty-four years of shifts over fourteen hours, in pencil, on a sheet of school paper. Two hundred and thirty entries and one of them</w:t>
      </w:r>
      <w:r w:rsidR="009A5A23">
        <w:rPr>
          <w:rFonts w:ascii="Baskerville Old Face" w:hAnsi="Baskerville Old Face"/>
          <w:bCs/>
          <w:sz w:val="28"/>
          <w:szCs w:val="28"/>
        </w:rPr>
        <w:t xml:space="preserve"> is </w:t>
      </w:r>
      <w:r w:rsidRPr="00CE758F">
        <w:rPr>
          <w:rFonts w:ascii="Baskerville Old Face" w:hAnsi="Baskerville Old Face"/>
          <w:bCs/>
          <w:sz w:val="28"/>
          <w:szCs w:val="28"/>
        </w:rPr>
        <w:t>his own name four times and one of them is a boy called Col Tierney who died on the twelfth of November 1961 with Mansfield on the brake.</w:t>
      </w:r>
    </w:p>
    <w:p w14:paraId="627E434C" w14:textId="4A14C69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C217E2">
        <w:rPr>
          <w:rFonts w:ascii="Baskerville Old Face" w:hAnsi="Baskerville Old Face"/>
          <w:bCs/>
          <w:sz w:val="28"/>
          <w:szCs w:val="28"/>
        </w:rPr>
        <w:t xml:space="preserve">General </w:t>
      </w:r>
      <w:r w:rsidRPr="00CE758F">
        <w:rPr>
          <w:rFonts w:ascii="Baskerville Old Face" w:hAnsi="Baskerville Old Face"/>
          <w:bCs/>
          <w:sz w:val="28"/>
          <w:szCs w:val="28"/>
        </w:rPr>
        <w:t xml:space="preserve">Crassus showed you this and said: </w:t>
      </w:r>
      <w:r w:rsidRPr="00CE758F">
        <w:rPr>
          <w:rFonts w:ascii="Baskerville Old Face" w:hAnsi="Baskerville Old Face"/>
          <w:bCs/>
          <w:i/>
          <w:sz w:val="28"/>
          <w:szCs w:val="28"/>
        </w:rPr>
        <w:t>there are always two books.</w:t>
      </w:r>
      <w:r w:rsidRPr="00CE758F">
        <w:rPr>
          <w:rFonts w:ascii="Baskerville Old Face" w:hAnsi="Baskerville Old Face"/>
          <w:bCs/>
          <w:sz w:val="28"/>
          <w:szCs w:val="28"/>
        </w:rPr>
        <w:t xml:space="preserve"> And he was right, and it’s the best line he’ll get all day.</w:t>
      </w:r>
    </w:p>
    <w:p w14:paraId="20E8A8E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“But look at what it is.” Darrow turned it in the light. “This is a good man keeping a private account of other men’s exhaustion for twenty-four years, in secret, and never once saying so out loud, because he could not find the words for it and he was ashamed of the words he could find. He said </w:t>
      </w:r>
      <w:r w:rsidRPr="00CE758F">
        <w:rPr>
          <w:rFonts w:ascii="Baskerville Old Face" w:hAnsi="Baskerville Old Face"/>
          <w:bCs/>
          <w:i/>
          <w:sz w:val="28"/>
          <w:szCs w:val="28"/>
        </w:rPr>
        <w:t>keep count</w:t>
      </w:r>
      <w:r w:rsidRPr="00CE758F">
        <w:rPr>
          <w:rFonts w:ascii="Baskerville Old Face" w:hAnsi="Baskerville Old Face"/>
          <w:bCs/>
          <w:sz w:val="28"/>
          <w:szCs w:val="28"/>
        </w:rPr>
        <w:t xml:space="preserve">. That’s all he managed. Twenty-one years earlier, at a </w:t>
      </w:r>
      <w:r w:rsidRPr="00CE758F">
        <w:rPr>
          <w:rFonts w:ascii="Baskerville Old Face" w:hAnsi="Baskerville Old Face"/>
          <w:bCs/>
          <w:sz w:val="28"/>
          <w:szCs w:val="28"/>
        </w:rPr>
        <w:lastRenderedPageBreak/>
        <w:t xml:space="preserve">fire drum, four words: </w:t>
      </w:r>
      <w:r w:rsidRPr="00CE758F">
        <w:rPr>
          <w:rFonts w:ascii="Baskerville Old Face" w:hAnsi="Baskerville Old Face"/>
          <w:bCs/>
          <w:i/>
          <w:sz w:val="28"/>
          <w:szCs w:val="28"/>
        </w:rPr>
        <w:t>keep count</w:t>
      </w:r>
      <w:r w:rsidRPr="00CE758F">
        <w:rPr>
          <w:rFonts w:ascii="Baskerville Old Face" w:hAnsi="Baskerville Old Face"/>
          <w:bCs/>
          <w:sz w:val="28"/>
          <w:szCs w:val="28"/>
        </w:rPr>
        <w:t xml:space="preserve">, and my client said </w:t>
      </w:r>
      <w:r w:rsidRPr="00CE758F">
        <w:rPr>
          <w:rFonts w:ascii="Baskerville Old Face" w:hAnsi="Baskerville Old Face"/>
          <w:bCs/>
          <w:i/>
          <w:sz w:val="28"/>
          <w:szCs w:val="28"/>
        </w:rPr>
        <w:t>count of what</w:t>
      </w:r>
      <w:r w:rsidRPr="00CE758F">
        <w:rPr>
          <w:rFonts w:ascii="Baskerville Old Face" w:hAnsi="Baskerville Old Face"/>
          <w:bCs/>
          <w:sz w:val="28"/>
          <w:szCs w:val="28"/>
        </w:rPr>
        <w:t>, and Mansfield had already got up and gone, because he’d heard it out loud and found out it was smaller than it was inside him.</w:t>
      </w:r>
    </w:p>
    <w:p w14:paraId="18A48E2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“Gentlemen, that is not a man who was better than my client. That is a man with the same disease. He had the whole thing in his hand — on this piece of paper — and he could not say it, so he wrote it down and put it in a wallet and carried it about for twenty-four years and let the hours go on.</w:t>
      </w:r>
    </w:p>
    <w:p w14:paraId="7BEDEE5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was a good man. He was the best man in this case. And when he finally came, five hundred and eighty kilometres, to say it, what he actually said was: </w:t>
      </w:r>
      <w:r w:rsidRPr="00CE758F">
        <w:rPr>
          <w:rFonts w:ascii="Baskerville Old Face" w:hAnsi="Baskerville Old Face"/>
          <w:bCs/>
          <w:i/>
          <w:sz w:val="28"/>
          <w:szCs w:val="28"/>
        </w:rPr>
        <w:t>I want to not be here when it happens.</w:t>
      </w:r>
      <w:r w:rsidRPr="00CE758F">
        <w:rPr>
          <w:rFonts w:ascii="Baskerville Old Face" w:hAnsi="Baskerville Old Face"/>
          <w:bCs/>
          <w:sz w:val="28"/>
          <w:szCs w:val="28"/>
        </w:rPr>
        <w:t xml:space="preserve">” Darrow put the paper down. “Not </w:t>
      </w:r>
      <w:r w:rsidRPr="00CE758F">
        <w:rPr>
          <w:rFonts w:ascii="Baskerville Old Face" w:hAnsi="Baskerville Old Face"/>
          <w:bCs/>
          <w:i/>
          <w:sz w:val="28"/>
          <w:szCs w:val="28"/>
        </w:rPr>
        <w:t>stop</w:t>
      </w:r>
      <w:r w:rsidRPr="00CE758F">
        <w:rPr>
          <w:rFonts w:ascii="Baskerville Old Face" w:hAnsi="Baskerville Old Face"/>
          <w:bCs/>
          <w:sz w:val="28"/>
          <w:szCs w:val="28"/>
        </w:rPr>
        <w:t xml:space="preserve">. Not </w:t>
      </w:r>
      <w:r w:rsidRPr="00CE758F">
        <w:rPr>
          <w:rFonts w:ascii="Baskerville Old Face" w:hAnsi="Baskerville Old Face"/>
          <w:bCs/>
          <w:i/>
          <w:sz w:val="28"/>
          <w:szCs w:val="28"/>
        </w:rPr>
        <w:t>this is wrong and I’ll not have it</w:t>
      </w:r>
      <w:r w:rsidRPr="00CE758F">
        <w:rPr>
          <w:rFonts w:ascii="Baskerville Old Face" w:hAnsi="Baskerville Old Face"/>
          <w:bCs/>
          <w:sz w:val="28"/>
          <w:szCs w:val="28"/>
        </w:rPr>
        <w:t>. He asked to be somewhere else.</w:t>
      </w:r>
    </w:p>
    <w:p w14:paraId="71DC8133" w14:textId="067A2B7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“That’s people. That’s what we are. That’s the whole of the human race in one sentence on a hot night at a rig, and I want you to hold on to it when you go out of that door, because </w:t>
      </w:r>
      <w:r w:rsidR="00C217E2">
        <w:rPr>
          <w:rFonts w:ascii="Baskerville Old Face" w:hAnsi="Baskerville Old Face"/>
          <w:bCs/>
          <w:sz w:val="28"/>
          <w:szCs w:val="28"/>
        </w:rPr>
        <w:t xml:space="preserve">General </w:t>
      </w:r>
      <w:r w:rsidRPr="00CE758F">
        <w:rPr>
          <w:rFonts w:ascii="Baskerville Old Face" w:hAnsi="Baskerville Old Face"/>
          <w:bCs/>
          <w:sz w:val="28"/>
          <w:szCs w:val="28"/>
        </w:rPr>
        <w:t xml:space="preserve">Crassus is going to invite you to measure my client against a standard, and I am telling you the standard does not exist. Not in Mansfield. Not in the old man from Cloncurry with the arm. Not in me — I have got men out of </w:t>
      </w:r>
      <w:r w:rsidRPr="00CE758F">
        <w:rPr>
          <w:rFonts w:ascii="Baskerville Old Face" w:hAnsi="Baskerville Old Face"/>
          <w:bCs/>
          <w:sz w:val="28"/>
          <w:szCs w:val="28"/>
        </w:rPr>
        <w:lastRenderedPageBreak/>
        <w:t>this room and worse rooms who I knew perfectly well had done it, and one of them did it again afterwards, and I have never once in fifty years been certain I did right, and I did it anyway, and I’d do it tomorrow.”</w:t>
      </w:r>
    </w:p>
    <w:p w14:paraId="6FEC10D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 the fence,” said Darrow.</w:t>
      </w:r>
    </w:p>
    <w:p w14:paraId="4E502B6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it flatly, and he said it before Crassus could, and Finian understood — with the small, cold, professional admiration that had ambushed him about four times in two days — that this was deliberate; that a good advocate walks into his own worst ground on his own feet.</w:t>
      </w:r>
    </w:p>
    <w:p w14:paraId="749DF9F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have nothing.</w:t>
      </w:r>
    </w:p>
    <w:p w14:paraId="0B7C0490" w14:textId="479039B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want you to hear me say it. On the eleventh of April 1994 there were thirty people in the shade at a single-strand fence you could step over without lifting your knee, and there was a man at the front of them in a shirt my client bought him in 1979, washed until the collar was gone, and he had put it on that morning so my client would know it was him. And my client said he had never been given a reason. And </w:t>
      </w:r>
      <w:r w:rsidR="009A5A23" w:rsidRPr="00CE758F">
        <w:rPr>
          <w:rFonts w:ascii="Baskerville Old Face" w:hAnsi="Baskerville Old Face"/>
          <w:bCs/>
          <w:sz w:val="28"/>
          <w:szCs w:val="28"/>
        </w:rPr>
        <w:t>Mr.</w:t>
      </w:r>
      <w:r w:rsidRPr="00CE758F">
        <w:rPr>
          <w:rFonts w:ascii="Baskerville Old Face" w:hAnsi="Baskerville Old Face"/>
          <w:bCs/>
          <w:sz w:val="28"/>
          <w:szCs w:val="28"/>
        </w:rPr>
        <w:t xml:space="preserve"> Naparula said: </w:t>
      </w:r>
      <w:r w:rsidRPr="00CE758F">
        <w:rPr>
          <w:rFonts w:ascii="Baskerville Old Face" w:hAnsi="Baskerville Old Face"/>
          <w:bCs/>
          <w:i/>
          <w:sz w:val="28"/>
          <w:szCs w:val="28"/>
        </w:rPr>
        <w:t>I give you a reason, Fin. First day. You wanted a price.</w:t>
      </w:r>
      <w:r w:rsidR="000E31ED">
        <w:rPr>
          <w:rFonts w:ascii="Baskerville Old Face" w:hAnsi="Baskerville Old Face"/>
          <w:bCs/>
          <w:sz w:val="28"/>
          <w:szCs w:val="28"/>
        </w:rPr>
        <w:t xml:space="preserve"> </w:t>
      </w:r>
      <w:r w:rsidRPr="00CE758F">
        <w:rPr>
          <w:rFonts w:ascii="Baskerville Old Face" w:hAnsi="Baskerville Old Face"/>
          <w:bCs/>
          <w:sz w:val="28"/>
          <w:szCs w:val="28"/>
        </w:rPr>
        <w:t xml:space="preserve">“There is no answer to that. I did not cross-examine him and I’m not going to pretend to you now that it was mercy. There was nothing there for me. Every man on that </w:t>
      </w:r>
      <w:r w:rsidRPr="00CE758F">
        <w:rPr>
          <w:rFonts w:ascii="Baskerville Old Face" w:hAnsi="Baskerville Old Face"/>
          <w:bCs/>
          <w:sz w:val="28"/>
          <w:szCs w:val="28"/>
        </w:rPr>
        <w:lastRenderedPageBreak/>
        <w:t>jury has stood where he was standing, in some fashion, in his own life, and if I’d got up and started asking him about registers and certificates you would all have hated me, correctly.</w:t>
      </w:r>
      <w:r w:rsidR="000E31ED">
        <w:rPr>
          <w:rFonts w:ascii="Baskerville Old Face" w:hAnsi="Baskerville Old Face"/>
          <w:bCs/>
          <w:sz w:val="28"/>
          <w:szCs w:val="28"/>
        </w:rPr>
        <w:t xml:space="preserve"> </w:t>
      </w:r>
      <w:r w:rsidRPr="00CE758F">
        <w:rPr>
          <w:rFonts w:ascii="Baskerville Old Face" w:hAnsi="Baskerville Old Face"/>
          <w:bCs/>
          <w:sz w:val="28"/>
          <w:szCs w:val="28"/>
        </w:rPr>
        <w:t>“So take it. Take the fence. Take it into the room with you and put it on the table and don’t let anybody move it.”</w:t>
      </w:r>
    </w:p>
    <w:p w14:paraId="2FC7B951" w14:textId="7098B7E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waited </w:t>
      </w:r>
      <w:r w:rsidR="000E31ED">
        <w:rPr>
          <w:rFonts w:ascii="Baskerville Old Face" w:hAnsi="Baskerville Old Face"/>
          <w:bCs/>
          <w:sz w:val="28"/>
          <w:szCs w:val="28"/>
        </w:rPr>
        <w:t xml:space="preserve">for </w:t>
      </w:r>
      <w:r w:rsidRPr="00CE758F">
        <w:rPr>
          <w:rFonts w:ascii="Baskerville Old Face" w:hAnsi="Baskerville Old Face"/>
          <w:bCs/>
          <w:sz w:val="28"/>
          <w:szCs w:val="28"/>
        </w:rPr>
        <w:t>a moment.</w:t>
      </w:r>
    </w:p>
    <w:p w14:paraId="1C1D2A5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then ask yourselves what it is you’re holding.</w:t>
      </w:r>
    </w:p>
    <w:p w14:paraId="25ED7A1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is a man who was offered something that was not information, and who could only receive things that were information, and who therefore did not receive it. Thirty-one years. He wasn’t refusing. He was — and I use the word carefully, because my friend has taken the other one away from me — he was </w:t>
      </w:r>
      <w:r w:rsidRPr="00CE758F">
        <w:rPr>
          <w:rFonts w:ascii="Baskerville Old Face" w:hAnsi="Baskerville Old Face"/>
          <w:bCs/>
          <w:i/>
          <w:sz w:val="28"/>
          <w:szCs w:val="28"/>
        </w:rPr>
        <w:t>deaf</w:t>
      </w:r>
      <w:r w:rsidRPr="00CE758F">
        <w:rPr>
          <w:rFonts w:ascii="Baskerville Old Face" w:hAnsi="Baskerville Old Face"/>
          <w:bCs/>
          <w:sz w:val="28"/>
          <w:szCs w:val="28"/>
        </w:rPr>
        <w:t xml:space="preserve"> in a way that had nothing whatever to do with his ears. He had one instrument. Money. He was very good with it. He paid every man on the day, out of his own pocket when the bank was slow, and he kept a stroke case on full money for three years, and he paid an ambulance bill anonymously so that nobody could thank him, and he could not for the life of him understand a man who came to a fence in a shirt.</w:t>
      </w:r>
    </w:p>
    <w:p w14:paraId="22715F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“Now: is a man to be finished for the shape of the only instrument he was ever handed?”</w:t>
      </w:r>
    </w:p>
    <w:p w14:paraId="5F4A871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came back at last to the tin.</w:t>
      </w:r>
    </w:p>
    <w:p w14:paraId="492DB9F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not pick it up. He put two fingers on the lid, and left them there.</w:t>
      </w:r>
    </w:p>
    <w:p w14:paraId="7A43806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“There’s one thing in this exhibit I want, and it isn’t the map.</w:t>
      </w:r>
    </w:p>
    <w:p w14:paraId="0AA119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“On a Sunday night in October of 1964, my client wrote four true pages to a girl of seventeen in Edinburgh. The fire. Ted Mawson’s arms. The wife of a man he worked with, crying in a corridor. And one line — </w:t>
      </w:r>
      <w:r w:rsidRPr="00CE758F">
        <w:rPr>
          <w:rFonts w:ascii="Baskerville Old Face" w:hAnsi="Baskerville Old Face"/>
          <w:bCs/>
          <w:i/>
          <w:sz w:val="28"/>
          <w:szCs w:val="28"/>
        </w:rPr>
        <w:t>Wally is right and I have not been able to look at him since Friday.</w:t>
      </w:r>
    </w:p>
    <w:p w14:paraId="6149EAE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he read it back the way she’d read it, and he tore up three pages. And the fourth one, the one with that line on it, he folded in four, and he put it in his dead father’s tobacco tin, in with another dead man’s photograph and a page torn out of a school atlas. And he carried it. Twenty-five years in a bank bag and a drawer, and then six years in a safe at the Keep behind the deeds, and he never read it again and he never once threw it away and he could not have told you why.</w:t>
      </w:r>
    </w:p>
    <w:p w14:paraId="6BC54CB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“Gentlemen, in fifty years of this work I have learned exactly one useful thing about human beings and here it is: </w:t>
      </w:r>
      <w:r w:rsidRPr="00CE758F">
        <w:rPr>
          <w:rFonts w:ascii="Baskerville Old Face" w:hAnsi="Baskerville Old Face"/>
          <w:bCs/>
          <w:sz w:val="28"/>
          <w:szCs w:val="28"/>
        </w:rPr>
        <w:lastRenderedPageBreak/>
        <w:t>*</w:t>
      </w:r>
      <w:r w:rsidRPr="00CE758F">
        <w:rPr>
          <w:rFonts w:ascii="Baskerville Old Face" w:hAnsi="Baskerville Old Face"/>
          <w:bCs/>
          <w:i/>
          <w:sz w:val="28"/>
          <w:szCs w:val="28"/>
        </w:rPr>
        <w:t>nobody carries the evidence against himself for thirty-one years unless some part of him means to be caught.</w:t>
      </w:r>
      <w:r w:rsidRPr="00CE758F">
        <w:rPr>
          <w:rFonts w:ascii="Baskerville Old Face" w:hAnsi="Baskerville Old Face"/>
          <w:bCs/>
          <w:sz w:val="28"/>
          <w:szCs w:val="28"/>
        </w:rPr>
        <w:t>*</w:t>
      </w:r>
    </w:p>
    <w:p w14:paraId="0B1D46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not a defence. I know what it is and so do you. It’s a man who has kept a small door unlocked in a house he built out of stone specifically so that nothing could get in. He never went through it. He knew where it was. Every single day for thirty-one years he knew where that tin was, and what was in it, and whose handwriting it was in.</w:t>
      </w:r>
    </w:p>
    <w:p w14:paraId="7D34C7F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in nineteen ninety-five, upside down in the spinifex with his skull opened up, when he had got to Thursday in his head with the rigs and the arithmetic came apart in his hands — what filled up the space was not the nine rigs. It was one folded page in a tin in a safe.”</w:t>
      </w:r>
    </w:p>
    <w:p w14:paraId="6CE8C2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took his fingers off the lid.</w:t>
      </w:r>
    </w:p>
    <w:p w14:paraId="3876913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the whole of my case for the man’s capacity, and I’d rather have it than a hundred witnesses. He has been holding the thing against himself for three decades. He’s been trying to get here. He just could not find the door from the inside, and he’s not going to be the first man in history who couldn’t.”</w:t>
      </w:r>
    </w:p>
    <w:p w14:paraId="72B39B4B" w14:textId="187CD23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“I’ll finish,” said Darrow, “and I’ll be brief, because I’ve never in my life been able to improve on a plain thing by </w:t>
      </w:r>
      <w:r w:rsidRPr="00CE758F">
        <w:rPr>
          <w:rFonts w:ascii="Baskerville Old Face" w:hAnsi="Baskerville Old Face"/>
          <w:bCs/>
          <w:sz w:val="28"/>
          <w:szCs w:val="28"/>
        </w:rPr>
        <w:lastRenderedPageBreak/>
        <w:t>adding to it.</w:t>
      </w:r>
      <w:r w:rsidR="006E5859">
        <w:rPr>
          <w:rFonts w:ascii="Baskerville Old Face" w:hAnsi="Baskerville Old Face"/>
          <w:bCs/>
          <w:sz w:val="28"/>
          <w:szCs w:val="28"/>
        </w:rPr>
        <w:t xml:space="preserve"> </w:t>
      </w:r>
      <w:r w:rsidRPr="00CE758F">
        <w:rPr>
          <w:rFonts w:ascii="Baskerville Old Face" w:hAnsi="Baskerville Old Face"/>
          <w:bCs/>
          <w:sz w:val="28"/>
          <w:szCs w:val="28"/>
        </w:rPr>
        <w:t>“You are going to be told that his legacy is mixed. It is. So is yours. So is every legacy that ever got written on a stone. There is water in four places in the Territory that would not be there but for him, and there are cattle drinking it and there are kids drinking it, and there is a soak that went dry in March of 1995 and two coolibahs standing dead over the top of it, and both of those things are him, and they will both go on being him for a hundred years. Anybody who tells you a human life comes out cleaner than that is selling you something.</w:t>
      </w:r>
      <w:r w:rsidR="006E5859">
        <w:rPr>
          <w:rFonts w:ascii="Baskerville Old Face" w:hAnsi="Baskerville Old Face"/>
          <w:bCs/>
          <w:sz w:val="28"/>
          <w:szCs w:val="28"/>
        </w:rPr>
        <w:t xml:space="preserve"> </w:t>
      </w:r>
      <w:r w:rsidRPr="00CE758F">
        <w:rPr>
          <w:rFonts w:ascii="Baskerville Old Face" w:hAnsi="Baskerville Old Face"/>
          <w:bCs/>
          <w:sz w:val="28"/>
          <w:szCs w:val="28"/>
        </w:rPr>
        <w:t>“You are going to be asked whether he deserves a second chance. Don’t answer that question. It’s a rotten question and it has got nothing in it but the temperature of the room. Nobody deserves anything. I’ve never met a man who got what he deserved, in either direction, and I’ve buried a lot of both kinds.</w:t>
      </w:r>
    </w:p>
    <w:p w14:paraId="6F5972F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“Ask the other one. Ask: </w:t>
      </w:r>
      <w:r w:rsidRPr="00CE758F">
        <w:rPr>
          <w:rFonts w:ascii="Baskerville Old Face" w:hAnsi="Baskerville Old Face"/>
          <w:bCs/>
          <w:i/>
          <w:sz w:val="28"/>
          <w:szCs w:val="28"/>
        </w:rPr>
        <w:t>is there anything left in him?</w:t>
      </w:r>
    </w:p>
    <w:p w14:paraId="559C957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a wound is not an excuse. I want to be clear, since my friend will say it if I don’t. A wound doesn’t excuse one hour of any man’s exhaustion or one dry soak or one lie on a back step. A wound is not an excuse. It’s an explanation. And the only thing an explanation is any good for is telling you whether the thing can be mended.</w:t>
      </w:r>
    </w:p>
    <w:p w14:paraId="731FF74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is forty-nine years old. He has, if the doctors in Alice Springs are any guide, about thirty years in him. Thirty years is a long time. It’s longer than he had the company. And there is a woman asleep in a chair forty feet from his body who has been keeping a number in a diary since 1971 in the hope of one day being able to show it to him.</w:t>
      </w:r>
    </w:p>
    <w:p w14:paraId="2C5E96A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are not being asked to say he was good. I have never asked a jury to tell me a man was good, including about myself, and I’m too old to start. I’m asking you not to end it. That’s all I’ve ever asked anybody, in every room I’ve ever stood in, and I’ve got no other speech.”</w:t>
      </w:r>
    </w:p>
    <w:p w14:paraId="43C6EE5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went back and sat down, and pulled his chair in, and looked at nothing.</w:t>
      </w:r>
    </w:p>
    <w:p w14:paraId="1D72E90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let a considerable silence happen.</w:t>
      </w:r>
    </w:p>
    <w:p w14:paraId="5C622973" w14:textId="50C94A0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he said: “</w:t>
      </w:r>
      <w:r w:rsidR="009A5A23" w:rsidRPr="00CE758F">
        <w:rPr>
          <w:rFonts w:ascii="Baskerville Old Face" w:hAnsi="Baskerville Old Face"/>
          <w:bCs/>
          <w:sz w:val="28"/>
          <w:szCs w:val="28"/>
        </w:rPr>
        <w:t>Mr.</w:t>
      </w:r>
      <w:r w:rsidRPr="00CE758F">
        <w:rPr>
          <w:rFonts w:ascii="Baskerville Old Face" w:hAnsi="Baskerville Old Face"/>
          <w:bCs/>
          <w:sz w:val="28"/>
          <w:szCs w:val="28"/>
        </w:rPr>
        <w:t xml:space="preserve"> Darrow. One question, and it is not a trap.”</w:t>
      </w:r>
    </w:p>
    <w:p w14:paraId="3CDD09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never are, until they are.”</w:t>
      </w:r>
    </w:p>
    <w:p w14:paraId="06BAB7B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“If the jury accepts everything you have said — that he did not choose the fear, that he had one instrument, that the door was left unlocked on purpose — what remains for the man himself to do?”</w:t>
      </w:r>
    </w:p>
    <w:p w14:paraId="44270B8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did not get up.</w:t>
      </w:r>
    </w:p>
    <w:p w14:paraId="28F0F86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“Everything,” he said.</w:t>
      </w:r>
    </w:p>
    <w:p w14:paraId="3F77600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the rest of it.”</w:t>
      </w:r>
    </w:p>
    <w:p w14:paraId="61AB3AF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“Nothing I said in that speech counts unless he says the next thing himself, out loud, in his own words, without me on my feet.” Darrow rubbed the side of his face. “I’ve just spent forty minutes explaining a man to a room. It’s what I’m for. But you can’t explain a man into being different — I have watched that fail so many times I could give you the addresses. He has had everybody in his life do the difficult part for him. His wife did it for thirty years. His father did it on a platform. Mansfield wrote it on a piece of paper and put it in his wallet rather than say it.” He looked, finally, at Finian. “If he lets me do it as well, then all he’s done is get himself acquitted, and he’ll go back and he’ll be kind to people and he’ll give money away and he will be exactly the same man, and in ten years he’ll be sitting in that house wondering why none of it took.”</w:t>
      </w:r>
    </w:p>
    <w:p w14:paraId="0100FFF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the last question is his,” said Socrates.</w:t>
      </w:r>
    </w:p>
    <w:p w14:paraId="1E67E3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always was,” said Darrow. “I just didn’t want him getting his face ready for it.”</w:t>
      </w:r>
    </w:p>
    <w:p w14:paraId="78651C8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came out into the corridor and Darrow stopped and got the pipe out again and didn’t light it.</w:t>
      </w:r>
    </w:p>
    <w:p w14:paraId="5A0370F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told you,” he said.</w:t>
      </w:r>
    </w:p>
    <w:p w14:paraId="5112A6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Finian’s hands had not entirely steadied.</w:t>
      </w:r>
    </w:p>
    <w:p w14:paraId="5392067B" w14:textId="2C557FF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“’Nothin’ exceptional </w:t>
      </w:r>
      <w:r w:rsidR="009A5A23" w:rsidRPr="00CE758F">
        <w:rPr>
          <w:rFonts w:ascii="Baskerville Old Face" w:hAnsi="Baskerville Old Face"/>
          <w:bCs/>
          <w:sz w:val="28"/>
          <w:szCs w:val="28"/>
        </w:rPr>
        <w:t>about</w:t>
      </w:r>
      <w:r w:rsidRPr="00CE758F">
        <w:rPr>
          <w:rFonts w:ascii="Baskerville Old Face" w:hAnsi="Baskerville Old Face"/>
          <w:bCs/>
          <w:sz w:val="28"/>
          <w:szCs w:val="28"/>
        </w:rPr>
        <w:t xml:space="preserve"> Finian Kavanagh.’”</w:t>
      </w:r>
    </w:p>
    <w:p w14:paraId="240F744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right.”</w:t>
      </w:r>
    </w:p>
    <w:p w14:paraId="7FEC883A" w14:textId="7E326C4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“Fifty year</w:t>
      </w:r>
      <w:r w:rsidR="001C6B7A">
        <w:rPr>
          <w:rFonts w:ascii="Baskerville Old Face" w:hAnsi="Baskerville Old Face"/>
          <w:bCs/>
          <w:sz w:val="28"/>
          <w:szCs w:val="28"/>
        </w:rPr>
        <w:t>s</w:t>
      </w:r>
      <w:r w:rsidRPr="00CE758F">
        <w:rPr>
          <w:rFonts w:ascii="Baskerville Old Face" w:hAnsi="Baskerville Old Face"/>
          <w:bCs/>
          <w:sz w:val="28"/>
          <w:szCs w:val="28"/>
        </w:rPr>
        <w:t>,” Finian said. “Fifty year</w:t>
      </w:r>
      <w:r w:rsidR="001C6B7A">
        <w:rPr>
          <w:rFonts w:ascii="Baskerville Old Face" w:hAnsi="Baskerville Old Face"/>
          <w:bCs/>
          <w:sz w:val="28"/>
          <w:szCs w:val="28"/>
        </w:rPr>
        <w:t>s</w:t>
      </w:r>
      <w:r w:rsidRPr="00CE758F">
        <w:rPr>
          <w:rFonts w:ascii="Baskerville Old Face" w:hAnsi="Baskerville Old Face"/>
          <w:bCs/>
          <w:sz w:val="28"/>
          <w:szCs w:val="28"/>
        </w:rPr>
        <w:t xml:space="preserve"> I’ve—“ and then stopped, because he had heard how the sentence was going to end, which was </w:t>
      </w:r>
      <w:r w:rsidRPr="00CE758F">
        <w:rPr>
          <w:rFonts w:ascii="Baskerville Old Face" w:hAnsi="Baskerville Old Face"/>
          <w:bCs/>
          <w:i/>
          <w:sz w:val="28"/>
          <w:szCs w:val="28"/>
        </w:rPr>
        <w:t>and you took it off me in one line</w:t>
      </w:r>
      <w:r w:rsidRPr="00CE758F">
        <w:rPr>
          <w:rFonts w:ascii="Baskerville Old Face" w:hAnsi="Baskerville Old Face"/>
          <w:bCs/>
          <w:sz w:val="28"/>
          <w:szCs w:val="28"/>
        </w:rPr>
        <w:t>, and he had heard whose voice it was in. It was in the voice of a man at a fire drum at Corella Downs in 1964 asking what the first thing he thought was.</w:t>
      </w:r>
    </w:p>
    <w:p w14:paraId="3033215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watched him hear it, and had the decency to look at the wall while it happened.</w:t>
      </w:r>
    </w:p>
    <w:p w14:paraId="3493D6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“There’s a thing I’m going to tell you,” he said, “and then I’m going to go and sit down, because I’m eighty-one years old in there and I feel it. That envelope on my friend’s table. The sealed one.”</w:t>
      </w:r>
    </w:p>
    <w:p w14:paraId="268D9EE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he’d no’ open it.”</w:t>
      </w:r>
    </w:p>
    <w:p w14:paraId="2215A9C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won’t. He meant it, and it wasn’t mercy either — he’s cleverer than that. He knows a man let off the one thing he might have said himself is finished whichever way the paper goes.” Darrow turned the pipe over. “I know what’s in it. I’ve known since the first hour. I’m not going to open it, and I’m not going to tell you, and the reason is the same as his and it </w:t>
      </w:r>
      <w:r w:rsidRPr="00CE758F">
        <w:rPr>
          <w:rFonts w:ascii="Baskerville Old Face" w:hAnsi="Baskerville Old Face"/>
          <w:bCs/>
          <w:sz w:val="28"/>
          <w:szCs w:val="28"/>
        </w:rPr>
        <w:lastRenderedPageBreak/>
        <w:t>isn’t kindness either. It’s that it’s the only thing in this whole case that’s still got any value, and it will have exactly none the second it comes out of anybody’s mouth except yours.”</w:t>
      </w:r>
    </w:p>
    <w:p w14:paraId="03DEB3AC" w14:textId="10CA4E7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put the pipe away and straightened his coat, and the waistcoat stayed buttoned wrong, and he went off down the corridor towards the courtroom door with his shoulders round.</w:t>
      </w:r>
      <w:r w:rsidR="001C6B7A">
        <w:rPr>
          <w:rFonts w:ascii="Baskerville Old Face" w:hAnsi="Baskerville Old Face"/>
          <w:bCs/>
          <w:sz w:val="28"/>
          <w:szCs w:val="28"/>
        </w:rPr>
        <w:t xml:space="preserve"> </w:t>
      </w:r>
      <w:r w:rsidRPr="00CE758F">
        <w:rPr>
          <w:rFonts w:ascii="Baskerville Old Face" w:hAnsi="Baskerville Old Face"/>
          <w:bCs/>
          <w:sz w:val="28"/>
          <w:szCs w:val="28"/>
        </w:rPr>
        <w:t>Finian stood in the cool plaster corridor of a hospital four hundred kilometres from his own body, and understood, without wanting to, that the thing he had spent the last two days dreading was not the verdict.</w:t>
      </w:r>
      <w:r w:rsidR="001C6B7A">
        <w:rPr>
          <w:rFonts w:ascii="Baskerville Old Face" w:hAnsi="Baskerville Old Face"/>
          <w:bCs/>
          <w:sz w:val="28"/>
          <w:szCs w:val="28"/>
        </w:rPr>
        <w:t xml:space="preserve"> </w:t>
      </w:r>
      <w:r w:rsidRPr="00CE758F">
        <w:rPr>
          <w:rFonts w:ascii="Baskerville Old Face" w:hAnsi="Baskerville Old Face"/>
          <w:bCs/>
          <w:sz w:val="28"/>
          <w:szCs w:val="28"/>
        </w:rPr>
        <w:t>It was the sentence he was going to have to say out loud tomorrow, in a room full of ordinary men, about a clock on a wall in September 1969.</w:t>
      </w:r>
    </w:p>
    <w:p w14:paraId="119F8E00"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3117588A"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Nineteen</w:t>
      </w:r>
    </w:p>
    <w:p w14:paraId="67AC64FF"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Question of Change</w:t>
      </w:r>
    </w:p>
    <w:p w14:paraId="5BAB73AF"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i/>
          <w:sz w:val="28"/>
          <w:szCs w:val="28"/>
        </w:rPr>
        <w:t>The Court of the Unseen</w:t>
      </w:r>
    </w:p>
    <w:p w14:paraId="6A793434" w14:textId="16988AE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in the Court of the Unseen slept, but they all behaved as though they had.</w:t>
      </w:r>
      <w:r w:rsidR="001C6B7A">
        <w:rPr>
          <w:rFonts w:ascii="Baskerville Old Face" w:hAnsi="Baskerville Old Face"/>
          <w:bCs/>
          <w:sz w:val="28"/>
          <w:szCs w:val="28"/>
        </w:rPr>
        <w:t xml:space="preserve"> </w:t>
      </w:r>
      <w:r w:rsidRPr="00CE758F">
        <w:rPr>
          <w:rFonts w:ascii="Baskerville Old Face" w:hAnsi="Baskerville Old Face"/>
          <w:bCs/>
          <w:sz w:val="28"/>
          <w:szCs w:val="28"/>
        </w:rPr>
        <w:t>There was a night. Finian could not have said whether it was a real night or the memory of one, but the windows went dark and the four panels of light went off the floorboards and did not come back for some hours, and in the morning the clerk had a fresh shirt on and Crassus had shaved, badly, in the way of a man who had shaved himself for two thousand years and had never once cared how it came out.</w:t>
      </w:r>
      <w:r w:rsidR="001C6B7A">
        <w:rPr>
          <w:rFonts w:ascii="Baskerville Old Face" w:hAnsi="Baskerville Old Face"/>
          <w:bCs/>
          <w:sz w:val="28"/>
          <w:szCs w:val="28"/>
        </w:rPr>
        <w:t xml:space="preserve"> </w:t>
      </w:r>
      <w:r w:rsidRPr="00CE758F">
        <w:rPr>
          <w:rFonts w:ascii="Baskerville Old Face" w:hAnsi="Baskerville Old Face"/>
          <w:bCs/>
          <w:sz w:val="28"/>
          <w:szCs w:val="28"/>
        </w:rPr>
        <w:t>Finian spent the dark part of it walking.</w:t>
      </w:r>
      <w:r w:rsidR="001C6B7A">
        <w:rPr>
          <w:rFonts w:ascii="Baskerville Old Face" w:hAnsi="Baskerville Old Face"/>
          <w:bCs/>
          <w:sz w:val="28"/>
          <w:szCs w:val="28"/>
        </w:rPr>
        <w:t xml:space="preserve"> </w:t>
      </w:r>
      <w:r w:rsidRPr="00CE758F">
        <w:rPr>
          <w:rFonts w:ascii="Baskerville Old Face" w:hAnsi="Baskerville Old Face"/>
          <w:bCs/>
          <w:sz w:val="28"/>
          <w:szCs w:val="28"/>
        </w:rPr>
        <w:t>The corridor outside the courtroom was the corridor of the Alice Springs hospital, and if he walked far enough along it, past the noticeboard and the trolley with the folded green sheets on it, the light changed and became the colder light of a place that was actually there, and he could stand at the end of it and look through the window in the door of the room where his body was.</w:t>
      </w:r>
    </w:p>
    <w:p w14:paraId="46D49FF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that four times in the night.</w:t>
      </w:r>
    </w:p>
    <w:p w14:paraId="37B01E1C" w14:textId="4052680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Ellie was in the chair. She had a cardigan over her and somebody had put a pillow behind her head, and she slept with her chin down and one hand still on the edge of the bed, not holding his hand, just resting against the blanket near it, the way you keep a hand on a gate you mean to go back through. The machine did what it did. A nurse came in at some hour and wrote on the board and did not wake her.</w:t>
      </w:r>
      <w:r w:rsidR="0020212C">
        <w:rPr>
          <w:rFonts w:ascii="Baskerville Old Face" w:hAnsi="Baskerville Old Face"/>
          <w:bCs/>
          <w:sz w:val="28"/>
          <w:szCs w:val="28"/>
        </w:rPr>
        <w:t xml:space="preserve"> </w:t>
      </w:r>
      <w:r w:rsidRPr="00CE758F">
        <w:rPr>
          <w:rFonts w:ascii="Baskerville Old Face" w:hAnsi="Baskerville Old Face"/>
          <w:bCs/>
          <w:sz w:val="28"/>
          <w:szCs w:val="28"/>
        </w:rPr>
        <w:t>He could not go in. He tried it twice. There was no barrier and nothing forbade him; he simply arrived, each time, at the point where he had begun, which was some distance back down the corridor, in the way that a man walking in a dream arrives repeatedly at the foot of the same stair.</w:t>
      </w:r>
      <w:r w:rsidR="0020212C">
        <w:rPr>
          <w:rFonts w:ascii="Baskerville Old Face" w:hAnsi="Baskerville Old Face"/>
          <w:bCs/>
          <w:sz w:val="28"/>
          <w:szCs w:val="28"/>
        </w:rPr>
        <w:t xml:space="preserve"> </w:t>
      </w:r>
      <w:r w:rsidRPr="00CE758F">
        <w:rPr>
          <w:rFonts w:ascii="Baskerville Old Face" w:hAnsi="Baskerville Old Face"/>
          <w:bCs/>
          <w:sz w:val="28"/>
          <w:szCs w:val="28"/>
        </w:rPr>
        <w:t>The third time, Maggie was sitting on the trolley with the folded sheets, with her boots swinging.</w:t>
      </w:r>
    </w:p>
    <w:p w14:paraId="7A7FF8C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“Ye’ll wear a groove,” she said.</w:t>
      </w:r>
    </w:p>
    <w:p w14:paraId="1A76E32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want tae tell her something.”</w:t>
      </w:r>
    </w:p>
    <w:p w14:paraId="5DF40263" w14:textId="346E8E0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She looked along the corridor at the door. “Ye’ve had thirty year</w:t>
      </w:r>
      <w:r w:rsidR="0020212C">
        <w:rPr>
          <w:rFonts w:ascii="Baskerville Old Face" w:hAnsi="Baskerville Old Face"/>
          <w:bCs/>
          <w:sz w:val="28"/>
          <w:szCs w:val="28"/>
        </w:rPr>
        <w:t>s</w:t>
      </w:r>
      <w:r w:rsidRPr="00CE758F">
        <w:rPr>
          <w:rFonts w:ascii="Baskerville Old Face" w:hAnsi="Baskerville Old Face"/>
          <w:bCs/>
          <w:sz w:val="28"/>
          <w:szCs w:val="28"/>
        </w:rPr>
        <w:t xml:space="preserve"> o’ corridor, hen. It’s </w:t>
      </w:r>
      <w:r w:rsidR="009A5A23" w:rsidRPr="00CE758F">
        <w:rPr>
          <w:rFonts w:ascii="Baskerville Old Face" w:hAnsi="Baskerville Old Face"/>
          <w:bCs/>
          <w:sz w:val="28"/>
          <w:szCs w:val="28"/>
        </w:rPr>
        <w:t>not</w:t>
      </w:r>
      <w:r w:rsidRPr="00CE758F">
        <w:rPr>
          <w:rFonts w:ascii="Baskerville Old Face" w:hAnsi="Baskerville Old Face"/>
          <w:bCs/>
          <w:sz w:val="28"/>
          <w:szCs w:val="28"/>
        </w:rPr>
        <w:t xml:space="preserve"> the corridor that’s the problem.”</w:t>
      </w:r>
    </w:p>
    <w:p w14:paraId="750C7FE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came back and stood in front of her.</w:t>
      </w:r>
    </w:p>
    <w:p w14:paraId="7B93CF5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 Tomorrow. He’s going to ask me the thing.”</w:t>
      </w:r>
    </w:p>
    <w:p w14:paraId="7086BB6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is.”</w:t>
      </w:r>
    </w:p>
    <w:p w14:paraId="7BD18862" w14:textId="0813506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t>
      </w:r>
      <w:r w:rsidR="009A5A23" w:rsidRPr="00CE758F">
        <w:rPr>
          <w:rFonts w:ascii="Baskerville Old Face" w:hAnsi="Baskerville Old Face"/>
          <w:bCs/>
          <w:sz w:val="28"/>
          <w:szCs w:val="28"/>
        </w:rPr>
        <w:t>About</w:t>
      </w:r>
      <w:r w:rsidRPr="00CE758F">
        <w:rPr>
          <w:rFonts w:ascii="Baskerville Old Face" w:hAnsi="Baskerville Old Face"/>
          <w:bCs/>
          <w:sz w:val="28"/>
          <w:szCs w:val="28"/>
        </w:rPr>
        <w:t xml:space="preserve"> the clock.”</w:t>
      </w:r>
    </w:p>
    <w:p w14:paraId="306A099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6EFDE42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“D’ye ken what it is?”</w:t>
      </w:r>
    </w:p>
    <w:p w14:paraId="1D269C43" w14:textId="353FFF1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was in the room,” said Maggie. “I was </w:t>
      </w:r>
      <w:r w:rsidR="009A5A23" w:rsidRPr="00CE758F">
        <w:rPr>
          <w:rFonts w:ascii="Baskerville Old Face" w:hAnsi="Baskerville Old Face"/>
          <w:bCs/>
          <w:sz w:val="28"/>
          <w:szCs w:val="28"/>
        </w:rPr>
        <w:t>standing</w:t>
      </w:r>
      <w:r w:rsidRPr="00CE758F">
        <w:rPr>
          <w:rFonts w:ascii="Baskerville Old Face" w:hAnsi="Baskerville Old Face"/>
          <w:bCs/>
          <w:sz w:val="28"/>
          <w:szCs w:val="28"/>
        </w:rPr>
        <w:t xml:space="preserve">’ at yer elbow wi’ my hand on yer sleeve and ye never felt a thing, because ye were </w:t>
      </w:r>
      <w:r w:rsidR="009A5A23" w:rsidRPr="00CE758F">
        <w:rPr>
          <w:rFonts w:ascii="Baskerville Old Face" w:hAnsi="Baskerville Old Face"/>
          <w:bCs/>
          <w:sz w:val="28"/>
          <w:szCs w:val="28"/>
        </w:rPr>
        <w:t>doing</w:t>
      </w:r>
      <w:r w:rsidRPr="00CE758F">
        <w:rPr>
          <w:rFonts w:ascii="Baskerville Old Face" w:hAnsi="Baskerville Old Face"/>
          <w:bCs/>
          <w:sz w:val="28"/>
          <w:szCs w:val="28"/>
        </w:rPr>
        <w:t>’ the sums.” She said it without any cruelty at all, which was worse. “I ken exactly what it is.”</w:t>
      </w:r>
    </w:p>
    <w:p w14:paraId="6D4585F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say it. Save me the—“</w:t>
      </w:r>
    </w:p>
    <w:p w14:paraId="1F3217F9" w14:textId="5A1A4B2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 She swung her boots. “That’s the third time somebody’s telt ye that in two days, and ye’d think ye’d start tae hear the pattern in it.” She looked up. “There’s a </w:t>
      </w:r>
      <w:r w:rsidR="00614524" w:rsidRPr="00CE758F">
        <w:rPr>
          <w:rFonts w:ascii="Baskerville Old Face" w:hAnsi="Baskerville Old Face"/>
          <w:bCs/>
          <w:sz w:val="28"/>
          <w:szCs w:val="28"/>
        </w:rPr>
        <w:t>woman</w:t>
      </w:r>
      <w:r w:rsidRPr="00CE758F">
        <w:rPr>
          <w:rFonts w:ascii="Baskerville Old Face" w:hAnsi="Baskerville Old Face"/>
          <w:bCs/>
          <w:sz w:val="28"/>
          <w:szCs w:val="28"/>
        </w:rPr>
        <w:t xml:space="preserve"> comin’ the morn that ye’ll want tae watch. No listen tae. </w:t>
      </w:r>
      <w:r w:rsidRPr="00CE758F">
        <w:rPr>
          <w:rFonts w:ascii="Baskerville Old Face" w:hAnsi="Baskerville Old Face"/>
          <w:bCs/>
          <w:i/>
          <w:sz w:val="28"/>
          <w:szCs w:val="28"/>
        </w:rPr>
        <w:t>Watch</w:t>
      </w:r>
      <w:r w:rsidRPr="00CE758F">
        <w:rPr>
          <w:rFonts w:ascii="Baskerville Old Face" w:hAnsi="Baskerville Old Face"/>
          <w:bCs/>
          <w:sz w:val="28"/>
          <w:szCs w:val="28"/>
        </w:rPr>
        <w:t xml:space="preserve">. She’s the only body in that hall that’s actually done the thing they’re all </w:t>
      </w:r>
      <w:r w:rsidR="00614524" w:rsidRPr="00CE758F">
        <w:rPr>
          <w:rFonts w:ascii="Baskerville Old Face" w:hAnsi="Baskerville Old Face"/>
          <w:bCs/>
          <w:sz w:val="28"/>
          <w:szCs w:val="28"/>
        </w:rPr>
        <w:t>arguing</w:t>
      </w:r>
      <w:r w:rsidRPr="00CE758F">
        <w:rPr>
          <w:rFonts w:ascii="Baskerville Old Face" w:hAnsi="Baskerville Old Face"/>
          <w:bCs/>
          <w:sz w:val="28"/>
          <w:szCs w:val="28"/>
        </w:rPr>
        <w:t xml:space="preserve">’ </w:t>
      </w:r>
      <w:r w:rsidR="00614524" w:rsidRPr="00CE758F">
        <w:rPr>
          <w:rFonts w:ascii="Baskerville Old Face" w:hAnsi="Baskerville Old Face"/>
          <w:bCs/>
          <w:sz w:val="28"/>
          <w:szCs w:val="28"/>
        </w:rPr>
        <w:t>about</w:t>
      </w:r>
      <w:r w:rsidRPr="00CE758F">
        <w:rPr>
          <w:rFonts w:ascii="Baskerville Old Face" w:hAnsi="Baskerville Old Face"/>
          <w:bCs/>
          <w:sz w:val="28"/>
          <w:szCs w:val="28"/>
        </w:rPr>
        <w:t>.”</w:t>
      </w:r>
    </w:p>
    <w:p w14:paraId="0E9220A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called one witness.</w:t>
      </w:r>
    </w:p>
    <w:p w14:paraId="16E51679" w14:textId="54FC849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defence calls Harriet Tubman.”</w:t>
      </w:r>
      <w:r w:rsidR="00606F11">
        <w:rPr>
          <w:rFonts w:ascii="Baskerville Old Face" w:hAnsi="Baskerville Old Face"/>
          <w:bCs/>
          <w:sz w:val="28"/>
          <w:szCs w:val="28"/>
        </w:rPr>
        <w:t xml:space="preserve"> </w:t>
      </w:r>
      <w:r w:rsidRPr="00CE758F">
        <w:rPr>
          <w:rFonts w:ascii="Baskerville Old Face" w:hAnsi="Baskerville Old Face"/>
          <w:bCs/>
          <w:sz w:val="28"/>
          <w:szCs w:val="28"/>
        </w:rPr>
        <w:t xml:space="preserve">Finian had heard </w:t>
      </w:r>
      <w:r w:rsidR="00606F11">
        <w:rPr>
          <w:rFonts w:ascii="Baskerville Old Face" w:hAnsi="Baskerville Old Face"/>
          <w:bCs/>
          <w:sz w:val="28"/>
          <w:szCs w:val="28"/>
        </w:rPr>
        <w:t xml:space="preserve">of </w:t>
      </w:r>
      <w:r w:rsidRPr="00CE758F">
        <w:rPr>
          <w:rFonts w:ascii="Baskerville Old Face" w:hAnsi="Baskerville Old Face"/>
          <w:bCs/>
          <w:sz w:val="28"/>
          <w:szCs w:val="28"/>
        </w:rPr>
        <w:t>the name. He was not sure where — a magazine in a waiting room, perhaps, or the wall of a school he had funded and visited once for eleven minutes. He had the vague, shapeless notion of something historical and American and worthy, the kind of thing that came in a paragraph.</w:t>
      </w:r>
      <w:r w:rsidR="00606F11">
        <w:rPr>
          <w:rFonts w:ascii="Baskerville Old Face" w:hAnsi="Baskerville Old Face"/>
          <w:bCs/>
          <w:sz w:val="28"/>
          <w:szCs w:val="28"/>
        </w:rPr>
        <w:t xml:space="preserve"> </w:t>
      </w:r>
      <w:r w:rsidRPr="00CE758F">
        <w:rPr>
          <w:rFonts w:ascii="Baskerville Old Face" w:hAnsi="Baskerville Old Face"/>
          <w:bCs/>
          <w:sz w:val="28"/>
          <w:szCs w:val="28"/>
        </w:rPr>
        <w:t>The woman who came in was about five feet tall.</w:t>
      </w:r>
    </w:p>
    <w:p w14:paraId="6D9BDB73" w14:textId="45F3D06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That was the first thing, and it </w:t>
      </w:r>
      <w:r w:rsidR="00614524" w:rsidRPr="00CE758F">
        <w:rPr>
          <w:rFonts w:ascii="Baskerville Old Face" w:hAnsi="Baskerville Old Face"/>
          <w:bCs/>
          <w:sz w:val="28"/>
          <w:szCs w:val="28"/>
        </w:rPr>
        <w:t>reorganized</w:t>
      </w:r>
      <w:r w:rsidRPr="00CE758F">
        <w:rPr>
          <w:rFonts w:ascii="Baskerville Old Face" w:hAnsi="Baskerville Old Face"/>
          <w:bCs/>
          <w:sz w:val="28"/>
          <w:szCs w:val="28"/>
        </w:rPr>
        <w:t xml:space="preserve"> him. She was very short and very broad through the shoulders and the upper arms, in the specific way of somebody who has spent years lifting and hauling; he had that build himself around the shoulders and so did every man who had ever worked a rig floor for a decade, and he recognised it before he recognised anything else. She wore a plain dark dress with a shawl over it, and she had her hands folded in front of her, and her hands were a working woman’s hands, thick through the knuckle, the nails cut down.</w:t>
      </w:r>
    </w:p>
    <w:p w14:paraId="0F3EAD2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was old. Then she wasn’t. Her age moved about while he looked at her — somewhere between forty and eighty, settling and unsettling — and he stopped looking at it, because there was a scar at her left temple where the hair had not grown back, and once he had seen the scar he could not see anything else.</w:t>
      </w:r>
    </w:p>
    <w:p w14:paraId="7285C46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stopped just inside the door and looked round the hall, taking her time about it. She looked at the windows and the noticeboard and the shearers’ chairs and the long table with Crassus’s seven exhibits on it. She looked at the twelve men in their shirtsleeves.</w:t>
      </w:r>
    </w:p>
    <w:p w14:paraId="10CC7A5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said, to no one in particular:</w:t>
      </w:r>
    </w:p>
    <w:p w14:paraId="0F7E03B2" w14:textId="5B86BDE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“First courthouse I been in where there </w:t>
      </w:r>
      <w:r w:rsidR="00614524" w:rsidRPr="00CE758F">
        <w:rPr>
          <w:rFonts w:ascii="Baskerville Old Face" w:hAnsi="Baskerville Old Face"/>
          <w:bCs/>
          <w:sz w:val="28"/>
          <w:szCs w:val="28"/>
        </w:rPr>
        <w:t>isn’t</w:t>
      </w:r>
      <w:r w:rsidRPr="00CE758F">
        <w:rPr>
          <w:rFonts w:ascii="Baskerville Old Face" w:hAnsi="Baskerville Old Face"/>
          <w:bCs/>
          <w:sz w:val="28"/>
          <w:szCs w:val="28"/>
        </w:rPr>
        <w:t xml:space="preserve"> nobody bein’ sold on the steps.”</w:t>
      </w:r>
    </w:p>
    <w:p w14:paraId="70607DF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room heard it.</w:t>
      </w:r>
    </w:p>
    <w:p w14:paraId="1C46CA19" w14:textId="6EF497A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did not understand it for perhaps two seconds. Then he did, and something in his stomach turned over, because he had built a house with a wall round it and named it a keep, and he had never once in his life walked up a set of stone steps and had to know what was done at the top of them.</w:t>
      </w:r>
      <w:r w:rsidR="00606F11">
        <w:rPr>
          <w:rFonts w:ascii="Baskerville Old Face" w:hAnsi="Baskerville Old Face"/>
          <w:bCs/>
          <w:sz w:val="28"/>
          <w:szCs w:val="28"/>
        </w:rPr>
        <w:t xml:space="preserve"> </w:t>
      </w:r>
      <w:r w:rsidRPr="00CE758F">
        <w:rPr>
          <w:rFonts w:ascii="Baskerville Old Face" w:hAnsi="Baskerville Old Face"/>
          <w:bCs/>
          <w:sz w:val="28"/>
          <w:szCs w:val="28"/>
        </w:rPr>
        <w:t>Nobody said anything. The clerk moved the water glass.</w:t>
      </w:r>
      <w:r w:rsidR="00606F11">
        <w:rPr>
          <w:rFonts w:ascii="Baskerville Old Face" w:hAnsi="Baskerville Old Face"/>
          <w:bCs/>
          <w:sz w:val="28"/>
          <w:szCs w:val="28"/>
        </w:rPr>
        <w:t xml:space="preserve"> </w:t>
      </w:r>
      <w:r w:rsidRPr="00CE758F">
        <w:rPr>
          <w:rFonts w:ascii="Baskerville Old Face" w:hAnsi="Baskerville Old Face"/>
          <w:bCs/>
          <w:sz w:val="28"/>
          <w:szCs w:val="28"/>
        </w:rPr>
        <w:t>Crassus, at the other table, put down the paper he was holding, and did not pick it up again for a long time.</w:t>
      </w:r>
      <w:r w:rsidR="00606F11">
        <w:rPr>
          <w:rFonts w:ascii="Baskerville Old Face" w:hAnsi="Baskerville Old Face"/>
          <w:bCs/>
          <w:sz w:val="28"/>
          <w:szCs w:val="28"/>
        </w:rPr>
        <w:t xml:space="preserve"> </w:t>
      </w:r>
      <w:r w:rsidRPr="00CE758F">
        <w:rPr>
          <w:rFonts w:ascii="Baskerville Old Face" w:hAnsi="Baskerville Old Face"/>
          <w:bCs/>
          <w:sz w:val="28"/>
          <w:szCs w:val="28"/>
        </w:rPr>
        <w:t>She took the chair. She sat the way tired workers sit, right back, both feet flat, and she put her hands in her lap and left them there.</w:t>
      </w:r>
    </w:p>
    <w:p w14:paraId="62C3F00E" w14:textId="1A316C5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614524" w:rsidRPr="00CE758F">
        <w:rPr>
          <w:rFonts w:ascii="Baskerville Old Face" w:hAnsi="Baskerville Old Face"/>
          <w:bCs/>
          <w:sz w:val="28"/>
          <w:szCs w:val="28"/>
        </w:rPr>
        <w:t>Mrs.</w:t>
      </w:r>
      <w:r w:rsidRPr="00CE758F">
        <w:rPr>
          <w:rFonts w:ascii="Baskerville Old Face" w:hAnsi="Baskerville Old Face"/>
          <w:bCs/>
          <w:sz w:val="28"/>
          <w:szCs w:val="28"/>
        </w:rPr>
        <w:t xml:space="preserve"> Tubman,” said Darrow.</w:t>
      </w:r>
    </w:p>
    <w:p w14:paraId="11DD342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“Harriet’s fine.”</w:t>
      </w:r>
    </w:p>
    <w:p w14:paraId="6E26D20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“Harriet.” He came round the end of the table and stood with his thumbs in his waistcoat, and he had done the buttons up right this morning, Finian noticed, and had done them up right for her. “I’m going to ask you about a road. Not about slavery. There isn’t a man in this room who needs slavery explained to him, and if there is, I can’t help him in an afternoon. I want the road.”</w:t>
      </w:r>
    </w:p>
    <w:p w14:paraId="625414C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“All right.”</w:t>
      </w:r>
    </w:p>
    <w:p w14:paraId="4EAF20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went out first in eighteen forty-nine.”</w:t>
      </w:r>
    </w:p>
    <w:p w14:paraId="2F8F8BE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“September.”</w:t>
      </w:r>
    </w:p>
    <w:p w14:paraId="30F7DCC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 your own.”</w:t>
      </w:r>
    </w:p>
    <w:p w14:paraId="2FDDF5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“Yes.”</w:t>
      </w:r>
    </w:p>
    <w:p w14:paraId="7111618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far?”</w:t>
      </w:r>
    </w:p>
    <w:p w14:paraId="42D76BE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“Ninety mile, near enough. Took me a while. I went at night and lay up in the day.” She said it the way a man says he drove up from Adelaide. “Come up out of Dorchester County and up through Delaware and into Philadelphia.”</w:t>
      </w:r>
    </w:p>
    <w:p w14:paraId="5D52900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“Who was with you?”</w:t>
      </w:r>
    </w:p>
    <w:p w14:paraId="436CF9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My brothers come part way and turned back and made me come with them, and I went back with ’em, and then I went again by myself.” A small movement of one hand. “You can’t take a man that’s turned round once. He’ll turn round again and take you with him.”</w:t>
      </w:r>
    </w:p>
    <w:p w14:paraId="469DEF2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how many times after that did you go back down?”</w:t>
      </w:r>
    </w:p>
    <w:p w14:paraId="33ECA3A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“Thirteen. Thereabouts. Some of them was short trips.”</w:t>
      </w:r>
    </w:p>
    <w:p w14:paraId="184F1A8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“For how many people?”</w:t>
      </w:r>
    </w:p>
    <w:p w14:paraId="2DB8A2B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“Seventy. Bit over.”</w:t>
      </w:r>
    </w:p>
    <w:p w14:paraId="1F47879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“Family?”</w:t>
      </w:r>
    </w:p>
    <w:p w14:paraId="1628C94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“Most. My mother and my father. Three of my brothers, and their wives, and the children.” A pause. “I went back for my husband in fifty-one. He was a free man, John was, and he never come with me the first time, and when I got back down there he’d took another wife and he wasn’t comin’.” She said this in exactly the same voice as the ninety miles. “So I took other folks out instead. Wasn’t goin’ to waste the trip.”</w:t>
      </w:r>
    </w:p>
    <w:p w14:paraId="35BD74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Somewhere in the jury a man made a sound and turned it into a cough.</w:t>
      </w:r>
    </w:p>
    <w:p w14:paraId="402EA49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“Harriet,” said Darrow, “will you tell them about your head.”</w:t>
      </w:r>
    </w:p>
    <w:p w14:paraId="586DFA1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lifted her chin slightly. “I was thirteen, about. There was a boy run off from the store, and the overseer come after him, and he told me to hold him and I wouldn’t, and he threw a two-pound weight at that boy and it hit me here.” One thick finger touched the temple, not lingering. “Broke my skull. They carried me back and laid me on the loom in my mother’s house and I lay there two days, and then they had me back in the field with the blood still in my hair, because it was harvest.”</w:t>
      </w:r>
    </w:p>
    <w:p w14:paraId="0E213DF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after that?”</w:t>
      </w:r>
    </w:p>
    <w:p w14:paraId="2C54251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“After that I go to sleep.”</w:t>
      </w:r>
    </w:p>
    <w:p w14:paraId="331FF2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“Explain that for them.”</w:t>
      </w:r>
    </w:p>
    <w:p w14:paraId="6B9A3D6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go to sleep. In the middle of things.” She shrugged. “Standin’ up. Talkin’. Middle of a sentence. It comes on me like a hand on the back of the neck, and I’m gone, maybe a minute, maybe a good while longer, and then I come back and go on with what I was sayin’.” She looked at the jury for the first time. “I done all of it like that. Every trip. Every one of them seventy. There’s folks alive today because a woman that couldn’t stay awake come and got ’em.”</w:t>
      </w:r>
    </w:p>
    <w:p w14:paraId="173273D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stopped talking.</w:t>
      </w:r>
    </w:p>
    <w:p w14:paraId="05927CF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thought she was waiting. Then he saw that her chin had gone down and her hands had gone loose in her lap and her breathing had changed, and that she was asleep, exactly as she had described, sitting bolt upright in a chair in front of twelve men.</w:t>
      </w:r>
    </w:p>
    <w:p w14:paraId="5FCFAC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moved.</w:t>
      </w:r>
    </w:p>
    <w:p w14:paraId="3D159B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at Socrates. Socrates was looking at her with his hands folded on the bench, perfectly patient, an ugly bald old man waiting for a woman to wake up, and making no more of it than that.</w:t>
      </w:r>
    </w:p>
    <w:p w14:paraId="00EDCF5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went on longer than was comfortable. Perhaps two minutes, perhaps three. A fly worked along the window. One </w:t>
      </w:r>
      <w:r w:rsidRPr="00CE758F">
        <w:rPr>
          <w:rFonts w:ascii="Baskerville Old Face" w:hAnsi="Baskerville Old Face"/>
          <w:bCs/>
          <w:sz w:val="28"/>
          <w:szCs w:val="28"/>
        </w:rPr>
        <w:lastRenderedPageBreak/>
        <w:t>of the jurymen, the one who had folded his jacket along the seams, half stood as if to help her and then sat down again, and put his hands on his knees, and looked at the floor with his ears red.</w:t>
      </w:r>
    </w:p>
    <w:p w14:paraId="3E37B12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she said, “—there’s folks alive today because of that, and I never asked the Lord to take it off me, neither. It’s how I come to know things.”</w:t>
      </w:r>
    </w:p>
    <w:p w14:paraId="799393E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had gone on from the word she stopped at.</w:t>
      </w:r>
    </w:p>
    <w:p w14:paraId="2D9F25A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“Harriet,” said Darrow gently, “you were gone about three minutes.”</w:t>
      </w:r>
    </w:p>
    <w:p w14:paraId="4D74F60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a short one,” she said.</w:t>
      </w:r>
    </w:p>
    <w:p w14:paraId="5457DDD7" w14:textId="43DF461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want to ask you the thing I brought you here to ask,” Darrow said. “There’s a man at that table. You’ve heard about him — you know what he did and what he didn’t do. My friend </w:t>
      </w:r>
      <w:r w:rsidR="00897306">
        <w:rPr>
          <w:rFonts w:ascii="Baskerville Old Face" w:hAnsi="Baskerville Old Face"/>
          <w:bCs/>
          <w:sz w:val="28"/>
          <w:szCs w:val="28"/>
        </w:rPr>
        <w:t xml:space="preserve">General </w:t>
      </w:r>
      <w:r w:rsidRPr="00CE758F">
        <w:rPr>
          <w:rFonts w:ascii="Baskerville Old Face" w:hAnsi="Baskerville Old Face"/>
          <w:bCs/>
          <w:sz w:val="28"/>
          <w:szCs w:val="28"/>
        </w:rPr>
        <w:t>Crassus says he was told, and told, and told, and never once looked. I say a man can be remade. Crassus says nobody is ever remade, they only get tired.” He turned the pipe over in his fingers. “You have taken seventy human beings and turned them from one thing into another thing. Can a man be changed?”</w:t>
      </w:r>
    </w:p>
    <w:p w14:paraId="49E6606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thought about it a while. She was not performing the thinking.</w:t>
      </w:r>
    </w:p>
    <w:p w14:paraId="260D9E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“No,” she said.</w:t>
      </w:r>
    </w:p>
    <w:p w14:paraId="7378D0E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did not flinch, but Finian did, hard, and heard the sound of his own chair.</w:t>
      </w:r>
    </w:p>
    <w:p w14:paraId="7CF2F120" w14:textId="0105A0A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“Not the way you’re askin’ it,” she said. “You’re askin’ if a man can be changed. Like it’s done to him. </w:t>
      </w:r>
      <w:r w:rsidR="00614524" w:rsidRPr="00CE758F">
        <w:rPr>
          <w:rFonts w:ascii="Baskerville Old Face" w:hAnsi="Baskerville Old Face"/>
          <w:bCs/>
          <w:sz w:val="28"/>
          <w:szCs w:val="28"/>
        </w:rPr>
        <w:t>Isn’t</w:t>
      </w:r>
      <w:r w:rsidRPr="00CE758F">
        <w:rPr>
          <w:rFonts w:ascii="Baskerville Old Face" w:hAnsi="Baskerville Old Face"/>
          <w:bCs/>
          <w:sz w:val="28"/>
          <w:szCs w:val="28"/>
        </w:rPr>
        <w:t xml:space="preserve"> nobody ever been changed. I never changed one soul in my life.”</w:t>
      </w:r>
    </w:p>
    <w:p w14:paraId="0F19564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what did you do?”</w:t>
      </w:r>
    </w:p>
    <w:p w14:paraId="5A0FD32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walked ’em to the next house.”</w:t>
      </w:r>
    </w:p>
    <w:p w14:paraId="2C249EE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let that sit.</w:t>
      </w:r>
    </w:p>
    <w:p w14:paraId="13F15ABE" w14:textId="488345D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“That’s all it ever was. </w:t>
      </w:r>
      <w:r w:rsidR="00584E5C" w:rsidRPr="00CE758F">
        <w:rPr>
          <w:rFonts w:ascii="Baskerville Old Face" w:hAnsi="Baskerville Old Face"/>
          <w:bCs/>
          <w:sz w:val="28"/>
          <w:szCs w:val="28"/>
        </w:rPr>
        <w:t>Isn’t</w:t>
      </w:r>
      <w:r w:rsidRPr="00CE758F">
        <w:rPr>
          <w:rFonts w:ascii="Baskerville Old Face" w:hAnsi="Baskerville Old Face"/>
          <w:bCs/>
          <w:sz w:val="28"/>
          <w:szCs w:val="28"/>
        </w:rPr>
        <w:t xml:space="preserve"> nothin’ else. There’s a house, and it’s maybe twelve mile, maybe twenty, and there’s a lamp in it or there </w:t>
      </w:r>
      <w:r w:rsidR="00584E5C" w:rsidRPr="00CE758F">
        <w:rPr>
          <w:rFonts w:ascii="Baskerville Old Face" w:hAnsi="Baskerville Old Face"/>
          <w:bCs/>
          <w:sz w:val="28"/>
          <w:szCs w:val="28"/>
        </w:rPr>
        <w:t>isn’t</w:t>
      </w:r>
      <w:r w:rsidRPr="00CE758F">
        <w:rPr>
          <w:rFonts w:ascii="Baskerville Old Face" w:hAnsi="Baskerville Old Face"/>
          <w:bCs/>
          <w:sz w:val="28"/>
          <w:szCs w:val="28"/>
        </w:rPr>
        <w:t xml:space="preserve">, and you go from here to there in the dark and you don’t stop and you don’t talk and you don’t set down. And when you get there you eat and you lay up, and the next night you get up and you go to the next one.” She looked at Darrow steadily. “Nobody ever got free in one night. Nobody ever got free by </w:t>
      </w:r>
      <w:r w:rsidR="00584E5C" w:rsidRPr="00CE758F">
        <w:rPr>
          <w:rFonts w:ascii="Baskerville Old Face" w:hAnsi="Baskerville Old Face"/>
          <w:bCs/>
          <w:i/>
          <w:sz w:val="28"/>
          <w:szCs w:val="28"/>
        </w:rPr>
        <w:t>deciding</w:t>
      </w:r>
      <w:r w:rsidRPr="00CE758F">
        <w:rPr>
          <w:rFonts w:ascii="Baskerville Old Face" w:hAnsi="Baskerville Old Face"/>
          <w:bCs/>
          <w:sz w:val="28"/>
          <w:szCs w:val="28"/>
        </w:rPr>
        <w:t xml:space="preserve">’. I had men set down in the road and tell me they was a new man and they </w:t>
      </w:r>
      <w:r w:rsidR="00584E5C" w:rsidRPr="00CE758F">
        <w:rPr>
          <w:rFonts w:ascii="Baskerville Old Face" w:hAnsi="Baskerville Old Face"/>
          <w:bCs/>
          <w:sz w:val="28"/>
          <w:szCs w:val="28"/>
        </w:rPr>
        <w:t>see</w:t>
      </w:r>
      <w:r w:rsidRPr="00CE758F">
        <w:rPr>
          <w:rFonts w:ascii="Baskerville Old Face" w:hAnsi="Baskerville Old Face"/>
          <w:bCs/>
          <w:sz w:val="28"/>
          <w:szCs w:val="28"/>
        </w:rPr>
        <w:t xml:space="preserve"> the light and they was goin’ to walk to Canada on their own two feet and praise God. Some of them was tellin’ the truth. Didn’t matter a bit. What mattered was whether they got up the next night.” She </w:t>
      </w:r>
      <w:r w:rsidRPr="00CE758F">
        <w:rPr>
          <w:rFonts w:ascii="Baskerville Old Face" w:hAnsi="Baskerville Old Face"/>
          <w:bCs/>
          <w:sz w:val="28"/>
          <w:szCs w:val="28"/>
        </w:rPr>
        <w:lastRenderedPageBreak/>
        <w:t xml:space="preserve">raised one finger, an inch. “That’s the whole of it. It ain’t the </w:t>
      </w:r>
      <w:r w:rsidR="00EC1DF2" w:rsidRPr="00CE758F">
        <w:rPr>
          <w:rFonts w:ascii="Baskerville Old Face" w:hAnsi="Baskerville Old Face"/>
          <w:bCs/>
          <w:sz w:val="28"/>
          <w:szCs w:val="28"/>
        </w:rPr>
        <w:t>seeing</w:t>
      </w:r>
      <w:r w:rsidRPr="00CE758F">
        <w:rPr>
          <w:rFonts w:ascii="Baskerville Old Face" w:hAnsi="Baskerville Old Face"/>
          <w:bCs/>
          <w:sz w:val="28"/>
          <w:szCs w:val="28"/>
        </w:rPr>
        <w:t>’. It’s the next night. And the one after.”</w:t>
      </w:r>
    </w:p>
    <w:p w14:paraId="2D32D56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how many of them got up?”</w:t>
      </w:r>
    </w:p>
    <w:p w14:paraId="1232D5D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“All of them I took. That’s why I never lost none.”</w:t>
      </w:r>
    </w:p>
    <w:p w14:paraId="4341B29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that in full for the record.”</w:t>
      </w:r>
    </w:p>
    <w:p w14:paraId="4A6DAB9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said it plainly, without pride, the way a man reads a figure off a docket:</w:t>
      </w:r>
    </w:p>
    <w:p w14:paraId="6C5BA98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never run my train off the track, and I never lost a passenger.”</w:t>
      </w:r>
    </w:p>
    <w:p w14:paraId="138451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felt the room change round that sentence and did not immediately understand why it had gone into him like a hook.</w:t>
      </w:r>
    </w:p>
    <w:p w14:paraId="5643F02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he did.</w:t>
      </w:r>
    </w:p>
    <w:p w14:paraId="0760121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was a count.</w:t>
      </w:r>
    </w:p>
    <w:p w14:paraId="0BA27F4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She had a number. She had carried a number for a lifetime, seventy-odd and none lost, and she knew it the way he knew what a foot of hole cost in 1979, and she had known it every night on every road because she had </w:t>
      </w:r>
      <w:r w:rsidRPr="00CE758F">
        <w:rPr>
          <w:rFonts w:ascii="Baskerville Old Face" w:hAnsi="Baskerville Old Face"/>
          <w:bCs/>
          <w:i/>
          <w:sz w:val="28"/>
          <w:szCs w:val="28"/>
        </w:rPr>
        <w:t>kept</w:t>
      </w:r>
      <w:r w:rsidRPr="00CE758F">
        <w:rPr>
          <w:rFonts w:ascii="Baskerville Old Face" w:hAnsi="Baskerville Old Face"/>
          <w:bCs/>
          <w:sz w:val="28"/>
          <w:szCs w:val="28"/>
        </w:rPr>
        <w:t xml:space="preserve"> it, and it was the count that had made her careful, and being careful was the reason the number was what it was.</w:t>
      </w:r>
    </w:p>
    <w:p w14:paraId="73F9A3D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Twenty-two entries in a register in twenty-six years, and he had signed every one of them and paid every one of them on the day and never gone to see a single man in a hospital.</w:t>
      </w:r>
    </w:p>
    <w:p w14:paraId="4B0FD2F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Two hundred and thirty lines of pencil on a sheet of school paper, kept by a driller in a wallet for twenty-four years, because somebody had to keep it and nobody had asked him to.</w:t>
      </w:r>
    </w:p>
    <w:p w14:paraId="391D0F7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Keep count.</w:t>
      </w:r>
    </w:p>
    <w:p w14:paraId="2AE647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Count o’ what?</w:t>
      </w:r>
    </w:p>
    <w:p w14:paraId="5F4C37B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put his hand over his mouth.</w:t>
      </w:r>
    </w:p>
    <w:p w14:paraId="10FE761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had one more.</w:t>
      </w:r>
    </w:p>
    <w:p w14:paraId="0D04A7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“Harriet. Is there anything a man can do, in an afternoon, that would let you look at him and say — that one will get up tomorrow night?”</w:t>
      </w:r>
    </w:p>
    <w:p w14:paraId="0692D3C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49D2F92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“Nothing at all?”</w:t>
      </w:r>
    </w:p>
    <w:p w14:paraId="3DACCC58" w14:textId="7238EA2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“Not in an afternoon.” She was quite implacable about it. “I never took a man’s word for it in my life. Words is free. You know how I told? I’d give him </w:t>
      </w:r>
      <w:r w:rsidR="00EC1DF2" w:rsidRPr="00CE758F">
        <w:rPr>
          <w:rFonts w:ascii="Baskerville Old Face" w:hAnsi="Baskerville Old Face"/>
          <w:bCs/>
          <w:sz w:val="28"/>
          <w:szCs w:val="28"/>
        </w:rPr>
        <w:t>something</w:t>
      </w:r>
      <w:r w:rsidRPr="00CE758F">
        <w:rPr>
          <w:rFonts w:ascii="Baskerville Old Face" w:hAnsi="Baskerville Old Face"/>
          <w:bCs/>
          <w:sz w:val="28"/>
          <w:szCs w:val="28"/>
        </w:rPr>
        <w:t xml:space="preserve">’ to carry.” She lifted her chin at the jury. “A bundle, a child, somebody’s bag. And I’d watch, twelve mile up the road, whether he’d still got it, or whether he’d put it down when it got heavy and hadn’t </w:t>
      </w:r>
      <w:r w:rsidRPr="00CE758F">
        <w:rPr>
          <w:rFonts w:ascii="Baskerville Old Face" w:hAnsi="Baskerville Old Face"/>
          <w:bCs/>
          <w:sz w:val="28"/>
          <w:szCs w:val="28"/>
        </w:rPr>
        <w:lastRenderedPageBreak/>
        <w:t>said nothin’ about it. That’s how I told. Not what he said at the start. What he was still carryin’ at the end of the night.”</w:t>
      </w:r>
    </w:p>
    <w:p w14:paraId="292825E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let out a breath, and it was the breath of a man whose witness has just handed him something better than he had written down.</w:t>
      </w:r>
    </w:p>
    <w:p w14:paraId="044227B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 Honour,” he said, “my client has been carrying a folded page in a tobacco tin since nineteen sixty-four, and he could not tell you why, and he never put it down.” He put the pipe in his pocket. “No further questions.”</w:t>
      </w:r>
    </w:p>
    <w:p w14:paraId="626900D8" w14:textId="1B64DCE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897306">
        <w:rPr>
          <w:rFonts w:ascii="Baskerville Old Face" w:hAnsi="Baskerville Old Face"/>
          <w:bCs/>
          <w:sz w:val="28"/>
          <w:szCs w:val="28"/>
        </w:rPr>
        <w:t>General</w:t>
      </w:r>
      <w:r w:rsidRPr="00CE758F">
        <w:rPr>
          <w:rFonts w:ascii="Baskerville Old Face" w:hAnsi="Baskerville Old Face"/>
          <w:bCs/>
          <w:sz w:val="28"/>
          <w:szCs w:val="28"/>
        </w:rPr>
        <w:t xml:space="preserve"> Crassus,” said Socrates.</w:t>
      </w:r>
    </w:p>
    <w:p w14:paraId="71524D2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did not get up.</w:t>
      </w:r>
    </w:p>
    <w:p w14:paraId="7D661C6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sat with his heavy hands on the table in front of him and looked at Harriet Tubman for a considerable time, and she looked back at him and did not help him, and there was in her face no anger whatsoever, which Finian had by now learned to recognise as the worst thing a face could do.</w:t>
      </w:r>
    </w:p>
    <w:p w14:paraId="515D138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knew what he was. Finian understood that she had known it from the door — perhaps from the steps.</w:t>
      </w:r>
    </w:p>
    <w:p w14:paraId="7AC2259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“Madam,” said Crassus at last, from where he sat, “I owned somewhere in the region of five hundred men whose names I could not now tell you, and I made a great deal of money teaching them a trade and hiring them out, and I </w:t>
      </w:r>
      <w:r w:rsidRPr="00CE758F">
        <w:rPr>
          <w:rFonts w:ascii="Baskerville Old Face" w:hAnsi="Baskerville Old Face"/>
          <w:bCs/>
          <w:sz w:val="28"/>
          <w:szCs w:val="28"/>
        </w:rPr>
        <w:lastRenderedPageBreak/>
        <w:t>considered myself, on the whole, a rather good master, because I fed them and kept them and did not often have them beaten.” He said this to the room. He did not say it to her. “I also nailed six thousand men to trees along a road, over a hundred and twenty miles, and I did it slowly and at intervals so that a man walking from Capua to Rome would never be out of sight of one. That took organisation. I was praised for it.”</w:t>
      </w:r>
    </w:p>
    <w:p w14:paraId="0528D0A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turned his hands over on the table.</w:t>
      </w:r>
    </w:p>
    <w:p w14:paraId="09D92C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have no questions.”</w:t>
      </w:r>
    </w:p>
    <w:p w14:paraId="6B8072D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“None?”</w:t>
      </w:r>
    </w:p>
    <w:p w14:paraId="39C2A0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 is nothing I can ask that woman,” said Crassus, “which does not answer itself in my own mouth before it reaches her.” He looked, briefly, at his own exhibits — the tin, the photograph, the shirt. “I will say only this to the jury, and my friend may object to it and he will be right to. She is being offered to you as proof of what a human being can become. She is nothing of the sort. She is proof of what a human being can do </w:t>
      </w:r>
      <w:r w:rsidRPr="00CE758F">
        <w:rPr>
          <w:rFonts w:ascii="Baskerville Old Face" w:hAnsi="Baskerville Old Face"/>
          <w:bCs/>
          <w:i/>
          <w:sz w:val="28"/>
          <w:szCs w:val="28"/>
        </w:rPr>
        <w:t>while being denied every single thing my client has had in surplus his whole life</w:t>
      </w:r>
      <w:r w:rsidRPr="00CE758F">
        <w:rPr>
          <w:rFonts w:ascii="Baskerville Old Face" w:hAnsi="Baskerville Old Face"/>
          <w:bCs/>
          <w:sz w:val="28"/>
          <w:szCs w:val="28"/>
        </w:rPr>
        <w:t xml:space="preserve">, and if you put her on the scale beside him you will not weigh him, you will only bury him.” He sat </w:t>
      </w:r>
      <w:r w:rsidRPr="00CE758F">
        <w:rPr>
          <w:rFonts w:ascii="Baskerville Old Face" w:hAnsi="Baskerville Old Face"/>
          <w:bCs/>
          <w:sz w:val="28"/>
          <w:szCs w:val="28"/>
        </w:rPr>
        <w:lastRenderedPageBreak/>
        <w:t>back. “That does not help me. It is simply true, and this court is apparently for true things.”</w:t>
      </w:r>
    </w:p>
    <w:p w14:paraId="7A9A454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said, “I don’t object.”</w:t>
      </w:r>
    </w:p>
    <w:p w14:paraId="0B61162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Crassus. “You wouldn’t. You’ve been waiting all week for me to say something you could keep.”</w:t>
      </w:r>
    </w:p>
    <w:p w14:paraId="6262684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said, “I have one question, and then I shall let you go.”</w:t>
      </w:r>
    </w:p>
    <w:p w14:paraId="7447539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“Go on.”</w:t>
      </w:r>
    </w:p>
    <w:p w14:paraId="6F5DD17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“In the city where I lived,” said Socrates, “there were more people who were owned than people who were not, and I walked about it for seventy years asking men to define justice, and I do not recall ever once asking that question of the man who carried my water.” He said it flatly. “I am not asking you to absolve me of it. I am telling you where the question comes from, so that you know what kind of man is asking it.” He put his hands together. “My question is this. Is the road ever finished?”</w:t>
      </w:r>
    </w:p>
    <w:p w14:paraId="7D39C2B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she said.</w:t>
      </w:r>
    </w:p>
    <w:p w14:paraId="2BF06D8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“Never?”</w:t>
      </w:r>
    </w:p>
    <w:p w14:paraId="41A7B08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 get to the next house.” She lifted one shoulder. “Then there’s another night. There’s always another night. I got to Philadelphia in forty-nine and I was free, and I stood </w:t>
      </w:r>
      <w:r w:rsidRPr="00CE758F">
        <w:rPr>
          <w:rFonts w:ascii="Baskerville Old Face" w:hAnsi="Baskerville Old Face"/>
          <w:bCs/>
          <w:sz w:val="28"/>
          <w:szCs w:val="28"/>
        </w:rPr>
        <w:lastRenderedPageBreak/>
        <w:t xml:space="preserve">there in the street, and there wasn’t nobody there. My mother wasn’t there. My father wasn’t there.” Her voice did not change. “So I turned round and went back down. Thirteen times.” She looked up at him. “Ain’t no top of it. Man wants to know when he’s done — he’s askin’ the wrong question. He’s askin’ how many nights, and the answer’s </w:t>
      </w:r>
      <w:r w:rsidRPr="00CE758F">
        <w:rPr>
          <w:rFonts w:ascii="Baskerville Old Face" w:hAnsi="Baskerville Old Face"/>
          <w:bCs/>
          <w:i/>
          <w:sz w:val="28"/>
          <w:szCs w:val="28"/>
        </w:rPr>
        <w:t>all of ’em</w:t>
      </w:r>
      <w:r w:rsidRPr="00CE758F">
        <w:rPr>
          <w:rFonts w:ascii="Baskerville Old Face" w:hAnsi="Baskerville Old Face"/>
          <w:bCs/>
          <w:sz w:val="28"/>
          <w:szCs w:val="28"/>
        </w:rPr>
        <w:t>.”</w:t>
      </w:r>
    </w:p>
    <w:p w14:paraId="592C4A5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at the table, heard himself say, out loud, in a hall full of people, “It’s a start.”</w:t>
      </w:r>
    </w:p>
    <w:p w14:paraId="132CCBE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Several of the jury turned.</w:t>
      </w:r>
    </w:p>
    <w:p w14:paraId="3896ACF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said nothing whatsoever, but Crassus’s head came up, slowly, and he looked down the length of the room at Finian Kavanagh with an expression of such complete and unhurried recognition that Finian had to look away from it.</w:t>
      </w:r>
    </w:p>
    <w:p w14:paraId="07764FF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it,” Crassus said quietly. “That is the whole of my case and he has just said it himself and he still does not know he has said it. I withdraw nothing. I add nothing.” And he wrote one word on his page and put the cap on his pen.</w:t>
      </w:r>
    </w:p>
    <w:p w14:paraId="1C9AB88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was told she could go, and she got up, and she stopped.</w:t>
      </w:r>
    </w:p>
    <w:p w14:paraId="76A4F17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“Which one’s him?”</w:t>
      </w:r>
    </w:p>
    <w:p w14:paraId="30D17DA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indicated the table.</w:t>
      </w:r>
    </w:p>
    <w:p w14:paraId="6FCEA53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came across the floorboards — she walked with a slight roll, a stiff hip, and she was so small that when she stopped in front of him he was looking down at the crown of her head and at the shawl pinned at the shoulder with a bent pin — and she looked up at him for a good while.</w:t>
      </w:r>
    </w:p>
    <w:p w14:paraId="65A5339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a speech somewhere. He had four, in fact, assembled in a corridor over the course of a night, and one of them was about the wells and the four thousand people who had water because of him and it was true, every word of it, and he did not say any of it, because she was not looking at him the way you look at a man you are about to be told about.</w:t>
      </w:r>
    </w:p>
    <w:p w14:paraId="0DB988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a big man out there,” she said.</w:t>
      </w:r>
    </w:p>
    <w:p w14:paraId="21AD73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16242F4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many folks work for you?”</w:t>
      </w:r>
    </w:p>
    <w:p w14:paraId="05360040" w14:textId="69B1D82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“Eighty-one.” He heard his own promptness and was ashamed of it and could not stop it. “Nine rigs. There’s four thousand-odd people </w:t>
      </w:r>
      <w:r w:rsidR="00EC1DF2" w:rsidRPr="00CE758F">
        <w:rPr>
          <w:rFonts w:ascii="Baskerville Old Face" w:hAnsi="Baskerville Old Face"/>
          <w:bCs/>
          <w:sz w:val="28"/>
          <w:szCs w:val="28"/>
        </w:rPr>
        <w:t>getting</w:t>
      </w:r>
      <w:r w:rsidRPr="00CE758F">
        <w:rPr>
          <w:rFonts w:ascii="Baskerville Old Face" w:hAnsi="Baskerville Old Face"/>
          <w:bCs/>
          <w:sz w:val="28"/>
          <w:szCs w:val="28"/>
        </w:rPr>
        <w:t>’ water off bores that I—“</w:t>
      </w:r>
    </w:p>
    <w:p w14:paraId="03B441B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“Mm.” She was not unkind. She simply let the figures go past her the way she must have let a great many figures go past her in a great many rooms. “I’ll ask you the one I always asked. Ready?”</w:t>
      </w:r>
    </w:p>
    <w:p w14:paraId="354AA2C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0B52E80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“Who’s waitin’ on you?”</w:t>
      </w:r>
    </w:p>
    <w:p w14:paraId="069C68E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opened his mouth.</w:t>
      </w:r>
    </w:p>
    <w:p w14:paraId="397132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sensation he had not had since the age of nine, which was the sensation of being asked a question in a room and having, genuinely and completely, nothing — not the wrong answer, not a stalling answer, nothing at all, an absolutely clean and echoing nothing where the answer went.</w:t>
      </w:r>
    </w:p>
    <w:p w14:paraId="46A25E6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thought: the company. The men. Ted.</w:t>
      </w:r>
    </w:p>
    <w:p w14:paraId="5E0D61E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thought: nobody. There is nobody waiting on me. I have arranged my entire life so that no one is waiting on me, because a man who is waited on has to arrive.</w:t>
      </w:r>
    </w:p>
    <w:p w14:paraId="4270A5E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then, coming up from underneath, from the corridor with the cold light in it and the trolley with the folded green sheets:</w:t>
      </w:r>
    </w:p>
    <w:p w14:paraId="7698FB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 woman asleep in a chair with a cardigan over her, with her hand resting on the edge of the blanket, not holding, just resting there, the way you keep a hand on a gate you mean to go back through.</w:t>
      </w:r>
    </w:p>
    <w:p w14:paraId="65FB687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“My wife,” he said.</w:t>
      </w:r>
    </w:p>
    <w:p w14:paraId="78E2C68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 voice came out wrong.</w:t>
      </w:r>
    </w:p>
    <w:p w14:paraId="2EE76FE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“She’s — forty feet doon a corridor. She’s been there six weeks. She sleeps in the chair. They cannae get her tae go tae the hotel.”</w:t>
      </w:r>
    </w:p>
    <w:p w14:paraId="7FBCCDC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Harriet Tubman nodded slowly, once.</w:t>
      </w:r>
    </w:p>
    <w:p w14:paraId="092E40FB" w14:textId="5794412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“Then that’s your first house,” she said. “Ain’t nothin’ else on the road till you get there. Don’t you go </w:t>
      </w:r>
      <w:r w:rsidR="00EC1DF2" w:rsidRPr="00CE758F">
        <w:rPr>
          <w:rFonts w:ascii="Baskerville Old Face" w:hAnsi="Baskerville Old Face"/>
          <w:bCs/>
          <w:sz w:val="28"/>
          <w:szCs w:val="28"/>
        </w:rPr>
        <w:t>studying</w:t>
      </w:r>
      <w:r w:rsidRPr="00CE758F">
        <w:rPr>
          <w:rFonts w:ascii="Baskerville Old Face" w:hAnsi="Baskerville Old Face"/>
          <w:bCs/>
          <w:sz w:val="28"/>
          <w:szCs w:val="28"/>
        </w:rPr>
        <w:t xml:space="preserve">’ on Canada.” She turned to go, and then paused and looked back up at him, and this was the only moment in the whole of it when she seemed to be giving him something rather than telling him a fact. “And when you get there — you don’t tell her you’re a new man. Don’t you never tell nobody that. You just be there in the </w:t>
      </w:r>
      <w:r w:rsidR="00EC1DF2" w:rsidRPr="00CE758F">
        <w:rPr>
          <w:rFonts w:ascii="Baskerville Old Face" w:hAnsi="Baskerville Old Face"/>
          <w:bCs/>
          <w:sz w:val="28"/>
          <w:szCs w:val="28"/>
        </w:rPr>
        <w:t>morning</w:t>
      </w:r>
      <w:r w:rsidRPr="00CE758F">
        <w:rPr>
          <w:rFonts w:ascii="Baskerville Old Face" w:hAnsi="Baskerville Old Face"/>
          <w:bCs/>
          <w:sz w:val="28"/>
          <w:szCs w:val="28"/>
        </w:rPr>
        <w:t>’.”</w:t>
      </w:r>
    </w:p>
    <w:p w14:paraId="4E7F84F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dae I—“ He stopped. “How dae I make her believe it?”</w:t>
      </w:r>
    </w:p>
    <w:p w14:paraId="0D1D093F" w14:textId="3D62D0C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 don’t,” she said. “That ain’t your part. You just keep </w:t>
      </w:r>
      <w:r w:rsidR="000D688C" w:rsidRPr="00CE758F">
        <w:rPr>
          <w:rFonts w:ascii="Baskerville Old Face" w:hAnsi="Baskerville Old Face"/>
          <w:bCs/>
          <w:sz w:val="28"/>
          <w:szCs w:val="28"/>
        </w:rPr>
        <w:t>getting</w:t>
      </w:r>
      <w:r w:rsidRPr="00CE758F">
        <w:rPr>
          <w:rFonts w:ascii="Baskerville Old Face" w:hAnsi="Baskerville Old Face"/>
          <w:bCs/>
          <w:sz w:val="28"/>
          <w:szCs w:val="28"/>
        </w:rPr>
        <w:t>’ up.” And she went, with her rolling stiff-hipped walk, past the long table with the seven exhibits on it, and she did not look at Crassus and Crassus did not look at her, and the door shut behind her, and the hall was quiet.</w:t>
      </w:r>
    </w:p>
    <w:p w14:paraId="2C7937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defence rests,” said Darrow.</w:t>
      </w:r>
    </w:p>
    <w:p w14:paraId="414A2A1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was some time in speaking. He turned his water glass a quarter turn.</w:t>
      </w:r>
    </w:p>
    <w:p w14:paraId="553E380E" w14:textId="4C66568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“Tomorrow,” he said, “there is one thing left, and it is not evidence, and neither of these gentlemen has any part in it. Crassus has an envelope which he has declined to open. </w:t>
      </w:r>
      <w:r w:rsidR="002A7929" w:rsidRPr="00CE758F">
        <w:rPr>
          <w:rFonts w:ascii="Baskerville Old Face" w:hAnsi="Baskerville Old Face"/>
          <w:bCs/>
          <w:sz w:val="28"/>
          <w:szCs w:val="28"/>
        </w:rPr>
        <w:t>Mr.</w:t>
      </w:r>
      <w:r w:rsidRPr="00CE758F">
        <w:rPr>
          <w:rFonts w:ascii="Baskerville Old Face" w:hAnsi="Baskerville Old Face"/>
          <w:bCs/>
          <w:sz w:val="28"/>
          <w:szCs w:val="28"/>
        </w:rPr>
        <w:t xml:space="preserve"> Darrow knows what is in it and has declined to say. I know what is in it, and I have known since before you arrived, and I shall not say either.” He looked at Finian. “It has been on that table for three days in order that you would know it was there. That is all it was ever for.”</w:t>
      </w:r>
    </w:p>
    <w:p w14:paraId="4EF960A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 morn?”</w:t>
      </w:r>
    </w:p>
    <w:p w14:paraId="4FFDD24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“Tomorrow you will tell this court what your life was for,” said Socrates, “and you will not be permitted to answer with anything you made. Then twelve men will go out of that door and decide about you.” He stood, which everybody else took as the end of the day. “You have all night. You will spend most of it composing something, because that is what you are, and I would rather you knew now that whatever you compose will be no use to you at all.”</w:t>
      </w:r>
    </w:p>
    <w:p w14:paraId="3D5EB50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not compose anything.</w:t>
      </w:r>
    </w:p>
    <w:p w14:paraId="7553CE3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went out into the corridor and along it until the light changed, and he stood at the window in the door and looked at Ellie asleep in the chair.</w:t>
      </w:r>
    </w:p>
    <w:p w14:paraId="2B1A294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Maggie Dickson came and stood beside him, and neither of them said anything for a long while.</w:t>
      </w:r>
    </w:p>
    <w:p w14:paraId="25AE962F" w14:textId="745B6C6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“Two hundred and seventy-one years,” Finian said at last. “</w:t>
      </w:r>
      <w:r w:rsidR="000D688C" w:rsidRPr="00CE758F">
        <w:rPr>
          <w:rFonts w:ascii="Baskerville Old Face" w:hAnsi="Baskerville Old Face"/>
          <w:bCs/>
          <w:sz w:val="28"/>
          <w:szCs w:val="28"/>
        </w:rPr>
        <w:t>Watching</w:t>
      </w:r>
      <w:r w:rsidRPr="00CE758F">
        <w:rPr>
          <w:rFonts w:ascii="Baskerville Old Face" w:hAnsi="Baskerville Old Face"/>
          <w:bCs/>
          <w:sz w:val="28"/>
          <w:szCs w:val="28"/>
        </w:rPr>
        <w:t>’.”</w:t>
      </w:r>
    </w:p>
    <w:p w14:paraId="35C4598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48AC2CD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ye never got telt why.”</w:t>
      </w:r>
    </w:p>
    <w:p w14:paraId="104144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32E4D0D3" w14:textId="59F7AA7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looked at her. She was watching Ellie, not him, and her face was doing something he had not seen it do before, and he thought about a woman in a byre with nobody, and nineteen hours on her feet, and a girl born dead and never spoken of, and a lid three inches off her face on the Musselburgh </w:t>
      </w:r>
      <w:r w:rsidR="00855968">
        <w:rPr>
          <w:rFonts w:ascii="Baskerville Old Face" w:hAnsi="Baskerville Old Face"/>
          <w:bCs/>
          <w:sz w:val="28"/>
          <w:szCs w:val="28"/>
        </w:rPr>
        <w:t>Road</w:t>
      </w:r>
    </w:p>
    <w:p w14:paraId="0F2C0C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 he said. “Who was waitin’ on you?”</w:t>
      </w:r>
    </w:p>
    <w:p w14:paraId="27ECB45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did not answer that either.</w:t>
      </w:r>
    </w:p>
    <w:p w14:paraId="3ECEFDC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But she put her hand through his arm, the way an aunt does, and stood there with him at the window in the door, and they watched his wife sleep in a chair in Alice Springs until the light went.</w:t>
      </w:r>
    </w:p>
    <w:p w14:paraId="25EB1137"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460034DC"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Twenty</w:t>
      </w:r>
    </w:p>
    <w:p w14:paraId="10F8B983"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Question of Truth</w:t>
      </w:r>
    </w:p>
    <w:p w14:paraId="3C89E883" w14:textId="70A1012E" w:rsidR="00F45C1A" w:rsidRPr="00CE758F" w:rsidRDefault="00450771" w:rsidP="00450771">
      <w:pPr>
        <w:spacing w:line="360" w:lineRule="auto"/>
        <w:ind w:firstLine="0"/>
        <w:rPr>
          <w:rFonts w:ascii="Baskerville Old Face" w:hAnsi="Baskerville Old Face"/>
          <w:bCs/>
          <w:sz w:val="28"/>
          <w:szCs w:val="28"/>
        </w:rPr>
      </w:pPr>
      <w:r>
        <w:rPr>
          <w:rFonts w:ascii="Baskerville Old Face" w:hAnsi="Baskerville Old Face"/>
          <w:bCs/>
          <w:sz w:val="28"/>
          <w:szCs w:val="28"/>
        </w:rPr>
        <w:tab/>
      </w:r>
      <w:r w:rsidR="007671E1" w:rsidRPr="00CE758F">
        <w:rPr>
          <w:rFonts w:ascii="Baskerville Old Face" w:hAnsi="Baskerville Old Face"/>
          <w:bCs/>
          <w:sz w:val="28"/>
          <w:szCs w:val="28"/>
        </w:rPr>
        <w:t>Harriet Tubman had been gone some while before anybody moved.</w:t>
      </w:r>
      <w:r>
        <w:rPr>
          <w:rFonts w:ascii="Baskerville Old Face" w:hAnsi="Baskerville Old Face"/>
          <w:bCs/>
          <w:sz w:val="28"/>
          <w:szCs w:val="28"/>
        </w:rPr>
        <w:t xml:space="preserve"> </w:t>
      </w:r>
      <w:r w:rsidR="007671E1" w:rsidRPr="00CE758F">
        <w:rPr>
          <w:rFonts w:ascii="Baskerville Old Face" w:hAnsi="Baskerville Old Face"/>
          <w:bCs/>
          <w:sz w:val="28"/>
          <w:szCs w:val="28"/>
        </w:rPr>
        <w:t>Finian had noticed, over these sessions, that the room did not empty the way a room empties. Nobody went out through a door. The witness simply was not in the chair any longer, and the chair was where it had always been, and the light on the floorboards had not changed, and you were left with the distinct and unpleasant sense that you had blinked at the wrong moment and missed something you had been given only one chance to see.</w:t>
      </w:r>
    </w:p>
    <w:p w14:paraId="11A9CA8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Socrates put both hands flat on the bench and pushed himself up onto his feet, which took him a moment, because he was an old man and there was nothing in this place that pretended otherwise.</w:t>
      </w:r>
    </w:p>
    <w:p w14:paraId="39CC385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is the evidence,” he said.</w:t>
      </w:r>
    </w:p>
    <w:p w14:paraId="6A9A7FD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began to gather his papers. There was a great deal of paper on the prosecution’s table by now, and the seven exhibits were still laid out along the front of it in the order in which they had been produced, and at the end of them, square on and untouched, the sealed manila envelope.</w:t>
      </w:r>
    </w:p>
    <w:p w14:paraId="4427C00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“Leave it,” said Socrates.</w:t>
      </w:r>
    </w:p>
    <w:p w14:paraId="43FE098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stopped.</w:t>
      </w:r>
    </w:p>
    <w:p w14:paraId="03C17DF5" w14:textId="578E2C5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“Leave all of it. Sit down, both of you.” He came round the end of the bench, which nobody had ever seen him do, and stood on the floor of the court like a man who had come in off the street to see what the noise was about. “</w:t>
      </w:r>
      <w:r w:rsidR="000D688C" w:rsidRPr="00CE758F">
        <w:rPr>
          <w:rFonts w:ascii="Baskerville Old Face" w:hAnsi="Baskerville Old Face"/>
          <w:bCs/>
          <w:sz w:val="28"/>
          <w:szCs w:val="28"/>
        </w:rPr>
        <w:t>Mr.</w:t>
      </w:r>
      <w:r w:rsidRPr="00CE758F">
        <w:rPr>
          <w:rFonts w:ascii="Baskerville Old Face" w:hAnsi="Baskerville Old Face"/>
          <w:bCs/>
          <w:sz w:val="28"/>
          <w:szCs w:val="28"/>
        </w:rPr>
        <w:t xml:space="preserve"> Darrow. You have made the best speech I have heard in this room in four hundred years and I want you to be quiet now.”</w:t>
      </w:r>
    </w:p>
    <w:p w14:paraId="3109CCA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 Honour—“</w:t>
      </w:r>
    </w:p>
    <w:p w14:paraId="5FFD53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will want to help him. You have been helping him for three days and it has been beautifully done and it is finished.” Socrates looked at him without unkindness. “You told him yourself. There is nothing left for him to do and that is the whole of his difficulty. So I am going to give him something to do, and if you assist him I will put you out of the room, and I have never put anybody out of a room in my life and I would not enjoy starting.”</w:t>
      </w:r>
    </w:p>
    <w:p w14:paraId="146AC36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put his pencil down on his legal pad, squared it, and sat back with his arms folded.</w:t>
      </w:r>
    </w:p>
    <w:p w14:paraId="5ED6F28D" w14:textId="7AA31CB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You have a question you would like to ask him.”</w:t>
      </w:r>
    </w:p>
    <w:p w14:paraId="7723E48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have eleven.”</w:t>
      </w:r>
    </w:p>
    <w:p w14:paraId="3703496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will ask none of them.”</w:t>
      </w:r>
    </w:p>
    <w:p w14:paraId="1423514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Crassus’s heavy face did something complicated. “Then may I say one thing before you begin.”</w:t>
      </w:r>
    </w:p>
    <w:p w14:paraId="29F1E35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may say one thing.”</w:t>
      </w:r>
    </w:p>
    <w:p w14:paraId="3FAC471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old Roman stood. He did not turn to the jury. He turned to Finian, and he spoke to him directly, which he had not done once in three days.</w:t>
      </w:r>
    </w:p>
    <w:p w14:paraId="4F2F40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withdraw nothing,” he said. “Every word I put to this court about you is true and I would say all of it again this afternoon. But I want you to understand what is about to happen to you, because I do not think you can see it coming, and it would be a discourtesy to let a man walk into it blind.” He paused. “He is not going to accuse you of anything. There is no more accusation in this case. He is going to ask you very small questions in a very ordinary voice, and you will answer them, and about the fourth or fifth one you will find that the floor is not there.” He sat down heavily. “That is all. I had it done to me. It took nine minutes and I have not recovered from it in two thousand years.”</w:t>
      </w:r>
    </w:p>
    <w:p w14:paraId="62D0FD1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“Thank you,” said Socrates.</w:t>
      </w:r>
    </w:p>
    <w:p w14:paraId="068A70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came and stood in front of Finian’s table.</w:t>
      </w:r>
    </w:p>
    <w:p w14:paraId="07FDCB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Close to, he was worse than he had been at a distance. The bald head with its odd flattened crown. The broken nose. The </w:t>
      </w:r>
      <w:r w:rsidRPr="00CE758F">
        <w:rPr>
          <w:rFonts w:ascii="Baskerville Old Face" w:hAnsi="Baskerville Old Face"/>
          <w:bCs/>
          <w:sz w:val="28"/>
          <w:szCs w:val="28"/>
        </w:rPr>
        <w:lastRenderedPageBreak/>
        <w:t>eyes that were slightly protuberant and set too wide, and the mouth that was too full for the rest of it, and the whole assembly of it so plainly the face of a man who had been laughed at for sixty years and had decided a long time ago that this was a smaller problem than most.</w:t>
      </w:r>
    </w:p>
    <w:p w14:paraId="2E63C31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“Stand up, please. Not for ceremony. You will find it easier to think on your feet — everybody does, it is why I never sat down.”</w:t>
      </w:r>
    </w:p>
    <w:p w14:paraId="443FE52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w:t>
      </w:r>
    </w:p>
    <w:p w14:paraId="6246F1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His hands were flat on the table in front of him. He had put them there without deciding to, the way he had put them on a hundred tables in a hundred offices, and he looked down at them and thought: this is the arrangement of a man who is about to explain a variation to a contract.</w:t>
      </w:r>
    </w:p>
    <w:p w14:paraId="56BB9B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took them off the table.</w:t>
      </w:r>
    </w:p>
    <w:p w14:paraId="764F93A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built a business,” said Socrates.</w:t>
      </w:r>
    </w:p>
    <w:p w14:paraId="65E192F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19D0DBD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“How many bores did it put down?”</w:t>
      </w:r>
    </w:p>
    <w:p w14:paraId="7C8E781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“Two thousand three hundred and forty-one.” It came out immediately, in his working voice, and something in him flinched at the speed of it. “By the June o’ ninety-five. Two thousand three hundred and forty-one completed, plus a </w:t>
      </w:r>
      <w:r w:rsidRPr="00CE758F">
        <w:rPr>
          <w:rFonts w:ascii="Baskerville Old Face" w:hAnsi="Baskerville Old Face"/>
          <w:bCs/>
          <w:sz w:val="28"/>
          <w:szCs w:val="28"/>
        </w:rPr>
        <w:lastRenderedPageBreak/>
        <w:t>hundred and nine abandoned or dry, which we don’t count, but ye can have them.”</w:t>
      </w:r>
    </w:p>
    <w:p w14:paraId="00A29C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have that figure ready.”</w:t>
      </w:r>
    </w:p>
    <w:p w14:paraId="794A268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had that figure ready for twenty years.”</w:t>
      </w:r>
    </w:p>
    <w:p w14:paraId="2CB591B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“Good. Then we will begin there, and I want you to understand that I am not being clever and there is no trap in any of this.” Socrates put his hands behind his back. “What is a bore for?”</w:t>
      </w:r>
    </w:p>
    <w:p w14:paraId="4CA3079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waited for the rest of the question. There was no rest of it.</w:t>
      </w:r>
    </w:p>
    <w:p w14:paraId="2567395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“Water,” he said.</w:t>
      </w:r>
    </w:p>
    <w:p w14:paraId="040ED63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is the water for?”</w:t>
      </w:r>
    </w:p>
    <w:p w14:paraId="483D6E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“Stock. Cattle, mostly. Sheep in the south o’ the run. Some o’ them are domestic — station homesteads, camps, a couple o’ the settlements. Two for the railway.”</w:t>
      </w:r>
    </w:p>
    <w:p w14:paraId="77BD43C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 the water is for the cattle.”</w:t>
      </w:r>
    </w:p>
    <w:p w14:paraId="32DE384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“For a lot o’ them, aye.”</w:t>
      </w:r>
    </w:p>
    <w:p w14:paraId="1221055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 cattle are for?”</w:t>
      </w:r>
    </w:p>
    <w:p w14:paraId="17D6610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“Meat.”</w:t>
      </w:r>
    </w:p>
    <w:p w14:paraId="1655FB0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“For?”</w:t>
      </w:r>
    </w:p>
    <w:p w14:paraId="7B8C04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“For — folk to eat.” He heard how it sounded. “Ye’re going tae walk me all the way doon this, are ye.”</w:t>
      </w:r>
    </w:p>
    <w:p w14:paraId="4585202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 am going to walk you exactly as far as you can go,” said Socrates, “and then we will stop, and the stopping is the whole of it. What is the meat for?”</w:t>
      </w:r>
    </w:p>
    <w:p w14:paraId="1F2F242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“People live on it.”</w:t>
      </w:r>
    </w:p>
    <w:p w14:paraId="6E8AB78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 people?”</w:t>
      </w:r>
    </w:p>
    <w:p w14:paraId="5AB045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opened his mouth.</w:t>
      </w:r>
    </w:p>
    <w:p w14:paraId="3761A99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been in ten thousand meetings and he had never once been the man who ran out of the next thing to say. He had a facility for it that had frightened younger men. And he stood in the courthouse in Parsons Street with his mouth open and understood, quite calmly, that the chain he had just walked down went: bore, water, cattle, meat, people — and then nothing. Not a wrong answer. Nothing at all. A hole where the next link should have been, and no amount of looking at it made a link appear.</w:t>
      </w:r>
    </w:p>
    <w:p w14:paraId="38B51260" w14:textId="2DD58BE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“That’s </w:t>
      </w:r>
      <w:r w:rsidR="000D688C" w:rsidRPr="00CE758F">
        <w:rPr>
          <w:rFonts w:ascii="Baskerville Old Face" w:hAnsi="Baskerville Old Face"/>
          <w:bCs/>
          <w:sz w:val="28"/>
          <w:szCs w:val="28"/>
        </w:rPr>
        <w:t>not</w:t>
      </w:r>
      <w:r w:rsidRPr="00CE758F">
        <w:rPr>
          <w:rFonts w:ascii="Baskerville Old Face" w:hAnsi="Baskerville Old Face"/>
          <w:bCs/>
          <w:sz w:val="28"/>
          <w:szCs w:val="28"/>
        </w:rPr>
        <w:t xml:space="preserve"> a fair question,” he said.</w:t>
      </w:r>
    </w:p>
    <w:p w14:paraId="158ED00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is the only question in the case.” Socrates said it mildly. “And I am not asking you to answer it. I could not answer it and I asked it for seventy years and they killed me for asking it. I am showing you that the chain you have spent your life extending is a chain that terminates, and that you have never once looked at the end of it, and that you have arranged an </w:t>
      </w:r>
      <w:r w:rsidRPr="00CE758F">
        <w:rPr>
          <w:rFonts w:ascii="Baskerville Old Face" w:hAnsi="Baskerville Old Face"/>
          <w:bCs/>
          <w:sz w:val="28"/>
          <w:szCs w:val="28"/>
        </w:rPr>
        <w:lastRenderedPageBreak/>
        <w:t>entire existence in which the next link is always the answer.” He tilted his head. “How many rigs would have been enough?”</w:t>
      </w:r>
    </w:p>
    <w:p w14:paraId="22CE9C1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Crassus’s question.”</w:t>
      </w:r>
    </w:p>
    <w:p w14:paraId="6B47F7F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is everyone’s question. How many?”</w:t>
      </w:r>
    </w:p>
    <w:p w14:paraId="4301EE5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“Twelve,” said Finian. “I had nine. I wanted twelve, and the twelve was for the Kimberley, because if ye’re going west o’ Halls Creek ye need three on the ground before ye can tender for—“</w:t>
      </w:r>
    </w:p>
    <w:p w14:paraId="3C207C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stopped.</w:t>
      </w:r>
    </w:p>
    <w:p w14:paraId="4562B8D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“Go on.”</w:t>
      </w:r>
    </w:p>
    <w:p w14:paraId="7759334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was going tae tell ye why twelve wasnae the finish either.”</w:t>
      </w:r>
    </w:p>
    <w:p w14:paraId="3410B5E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“Yes,” said Socrates. “I know. Sit down for a moment. There is no hurry and this is not a performance.”</w:t>
      </w:r>
    </w:p>
    <w:p w14:paraId="001E747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sat. His legs were unreliable and he was glad to.</w:t>
      </w:r>
    </w:p>
    <w:p w14:paraId="05599D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want to ask you about a man called Hale,” said Socrates.</w:t>
      </w:r>
    </w:p>
    <w:p w14:paraId="5A02228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“He’s no in it.”</w:t>
      </w:r>
    </w:p>
    <w:p w14:paraId="1EF36F7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is the whole of it. Your defence produced his photograph and your prosecution produced his tin, and neither of them asked you the question, and I think they were both frightened of it, which is a thing that happens between advocates who have come to like their man.” He nodded at </w:t>
      </w:r>
      <w:r w:rsidRPr="00CE758F">
        <w:rPr>
          <w:rFonts w:ascii="Baskerville Old Face" w:hAnsi="Baskerville Old Face"/>
          <w:bCs/>
          <w:sz w:val="28"/>
          <w:szCs w:val="28"/>
        </w:rPr>
        <w:lastRenderedPageBreak/>
        <w:t>the exhibits. “You were told in nineteen sixty-three that a man had a plan. You were told in nineteen sixty-three, in a public house in Tennant Creek, by a man who had no reason on earth to lie to you, that the plan had never existed and that the man had been a talker. That is thirty-one years and four months ago. Why did it matter?”</w:t>
      </w:r>
    </w:p>
    <w:p w14:paraId="7C08A4B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my father believed it.”</w:t>
      </w:r>
    </w:p>
    <w:p w14:paraId="72A4C57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 is not what I asked. Why did it matter to </w:t>
      </w:r>
      <w:r w:rsidRPr="00CE758F">
        <w:rPr>
          <w:rFonts w:ascii="Baskerville Old Face" w:hAnsi="Baskerville Old Face"/>
          <w:bCs/>
          <w:i/>
          <w:sz w:val="28"/>
          <w:szCs w:val="28"/>
        </w:rPr>
        <w:t>you</w:t>
      </w:r>
      <w:r w:rsidRPr="00CE758F">
        <w:rPr>
          <w:rFonts w:ascii="Baskerville Old Face" w:hAnsi="Baskerville Old Face"/>
          <w:bCs/>
          <w:sz w:val="28"/>
          <w:szCs w:val="28"/>
        </w:rPr>
        <w:t>?”</w:t>
      </w:r>
    </w:p>
    <w:p w14:paraId="363777B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He looked at the tin.</w:t>
      </w:r>
    </w:p>
    <w:p w14:paraId="08F85E1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looked at it every day for three days. It sat between the shirt and the photograph, and it had a dent in the lid where somebody had dropped it in a stairwell in 1947, and it was two and a half inches by three and a half inches and it had ruined him.</w:t>
      </w:r>
    </w:p>
    <w:p w14:paraId="3B3EF53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if he was a blether,” he said slowly, “then my faither spent twenty-one year carryin’ a blether. And if he spent twenty-one year carryin’ a blether then he wasnae a man wi’ a dream that the war took off him. He was a man that got telt a story by a laddie in a hole and never had the wit tae know it was a story.”</w:t>
      </w:r>
    </w:p>
    <w:p w14:paraId="795337A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w:t>
      </w:r>
    </w:p>
    <w:p w14:paraId="088A92E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then he’s a fool.”</w:t>
      </w:r>
    </w:p>
    <w:p w14:paraId="4732795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w:t>
      </w:r>
    </w:p>
    <w:p w14:paraId="7666CFA1" w14:textId="64E1AE0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then I’m a fool’s son,” said Finian, “and there’s </w:t>
      </w:r>
      <w:r w:rsidR="000D688C" w:rsidRPr="00CE758F">
        <w:rPr>
          <w:rFonts w:ascii="Baskerville Old Face" w:hAnsi="Baskerville Old Face"/>
          <w:bCs/>
          <w:sz w:val="28"/>
          <w:szCs w:val="28"/>
        </w:rPr>
        <w:t>nothing</w:t>
      </w:r>
      <w:r w:rsidRPr="00CE758F">
        <w:rPr>
          <w:rFonts w:ascii="Baskerville Old Face" w:hAnsi="Baskerville Old Face"/>
          <w:bCs/>
          <w:sz w:val="28"/>
          <w:szCs w:val="28"/>
        </w:rPr>
        <w:t xml:space="preserve"> in me but a fool’s son, and I’d be—“</w:t>
      </w:r>
    </w:p>
    <w:p w14:paraId="6138547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room waited.</w:t>
      </w:r>
    </w:p>
    <w:p w14:paraId="490C3DC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“—ordinary,” he said.</w:t>
      </w:r>
    </w:p>
    <w:p w14:paraId="75A9F29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heard the word go out into the room. It was not a large word. It went a very short distance and it landed on the floorboards and it lay there in front of twelve men in shirtsleeves.</w:t>
      </w:r>
    </w:p>
    <w:p w14:paraId="13CDB1F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the rest,” said Socrates.</w:t>
      </w:r>
    </w:p>
    <w:p w14:paraId="553193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isnae any rest.”</w:t>
      </w:r>
    </w:p>
    <w:p w14:paraId="69E7C02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is one more line and you have had it in your mouth since you were nine years old. I will wait. I have nothing else to do and neither have you.”</w:t>
      </w:r>
    </w:p>
    <w:p w14:paraId="7AC432D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put his hand over his eyes.</w:t>
      </w:r>
    </w:p>
    <w:p w14:paraId="53E07B83" w14:textId="3A2E821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was feart,” he said. “That’s it. That’s the whole o’ it. I was feart o’ bein’ naebody, and I’ve been feart o’ it every day since, and there’s no been a single hour o’ my life that wasnae me </w:t>
      </w:r>
      <w:r w:rsidR="000D688C" w:rsidRPr="00CE758F">
        <w:rPr>
          <w:rFonts w:ascii="Baskerville Old Face" w:hAnsi="Baskerville Old Face"/>
          <w:bCs/>
          <w:sz w:val="28"/>
          <w:szCs w:val="28"/>
        </w:rPr>
        <w:t>running</w:t>
      </w:r>
      <w:r w:rsidRPr="00CE758F">
        <w:rPr>
          <w:rFonts w:ascii="Baskerville Old Face" w:hAnsi="Baskerville Old Face"/>
          <w:bCs/>
          <w:sz w:val="28"/>
          <w:szCs w:val="28"/>
        </w:rPr>
        <w:t>’ from it. And the rigs were</w:t>
      </w:r>
      <w:r w:rsidR="000D688C">
        <w:rPr>
          <w:rFonts w:ascii="Baskerville Old Face" w:hAnsi="Baskerville Old Face"/>
          <w:bCs/>
          <w:sz w:val="28"/>
          <w:szCs w:val="28"/>
        </w:rPr>
        <w:t xml:space="preserve"> </w:t>
      </w:r>
      <w:r w:rsidRPr="00CE758F">
        <w:rPr>
          <w:rFonts w:ascii="Baskerville Old Face" w:hAnsi="Baskerville Old Face"/>
          <w:bCs/>
          <w:sz w:val="28"/>
          <w:szCs w:val="28"/>
        </w:rPr>
        <w:t xml:space="preserve">nae for water. And the water wasnae for cattle. It was so that when I was in a room, the men in the room would ken who I was before I opened my mouth.” He took his hand down. His face was wet and he </w:t>
      </w:r>
      <w:r w:rsidRPr="00CE758F">
        <w:rPr>
          <w:rFonts w:ascii="Baskerville Old Face" w:hAnsi="Baskerville Old Face"/>
          <w:bCs/>
          <w:sz w:val="28"/>
          <w:szCs w:val="28"/>
        </w:rPr>
        <w:lastRenderedPageBreak/>
        <w:t>did not attend to it. “That’s what a bore’s for. That’s what two thousand three hundred and forty-one o’ them are for.”</w:t>
      </w:r>
    </w:p>
    <w:p w14:paraId="65EF3D0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moved.</w:t>
      </w:r>
    </w:p>
    <w:p w14:paraId="26046F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“Thank you,” said Socrates.</w:t>
      </w:r>
    </w:p>
    <w:p w14:paraId="1338A82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“Is that it, then.”</w:t>
      </w:r>
    </w:p>
    <w:p w14:paraId="7F96B20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That was the easy one.” Socrates said it without any cruelty at all, which made it very much worse. “A frightened man is not on trial anywhere in the universe and never has been, and every soul in this room including both counsel has been frightened of exactly that thing, and if that were the case against you the jury could go home. Your fear explains your life. It does not touch a single one of the things you did to the people in it.” He turned and walked a few steps and turned back. “Your wife declined to give this court a piece of information. Do you know what it was?”</w:t>
      </w:r>
    </w:p>
    <w:p w14:paraId="5338D80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46C3D5B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“She was asked why you would not take a child in nineteen sixty-nine. She said the answer belonged to you. She was offered the opportunity to make herself understood in front of twelve men and a judge, at no cost to herself, and she refused it and left it with you, and she has been carrying it for twenty-six years so that if it ever got said, it would be you that </w:t>
      </w:r>
      <w:r w:rsidRPr="00CE758F">
        <w:rPr>
          <w:rFonts w:ascii="Baskerville Old Face" w:hAnsi="Baskerville Old Face"/>
          <w:bCs/>
          <w:sz w:val="28"/>
          <w:szCs w:val="28"/>
        </w:rPr>
        <w:lastRenderedPageBreak/>
        <w:t>said it.” He put his head slightly on one side. “That is either the most generous thing I have witnessed in this court or the hardest. Why would you not take a child?”</w:t>
      </w:r>
    </w:p>
    <w:p w14:paraId="61EA932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gave her reasons at the time.”</w:t>
      </w:r>
    </w:p>
    <w:p w14:paraId="7F1C893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gave her four reasons and every one of them was true. This court has heard them. The house was not built, the work was in the field, she was twenty-two, there was time.” Socrates waited. “Why would you not take a child?”</w:t>
      </w:r>
    </w:p>
    <w:p w14:paraId="04CA31A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clock on the wall did not tick. It had never ticked. He had noticed on the first day and had not let himself think about it since.</w:t>
      </w:r>
    </w:p>
    <w:p w14:paraId="5BE049A8" w14:textId="7371C43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“Because it </w:t>
      </w:r>
      <w:r w:rsidR="000D688C" w:rsidRPr="00CE758F">
        <w:rPr>
          <w:rFonts w:ascii="Baskerville Old Face" w:hAnsi="Baskerville Old Face"/>
          <w:bCs/>
          <w:sz w:val="28"/>
          <w:szCs w:val="28"/>
        </w:rPr>
        <w:t>couldnae</w:t>
      </w:r>
      <w:r w:rsidRPr="00CE758F">
        <w:rPr>
          <w:rFonts w:ascii="Baskerville Old Face" w:hAnsi="Baskerville Old Face"/>
          <w:bCs/>
          <w:sz w:val="28"/>
          <w:szCs w:val="28"/>
        </w:rPr>
        <w:t xml:space="preserve"> have been mine,” said Finian.</w:t>
      </w:r>
    </w:p>
    <w:p w14:paraId="4676986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what you mean by mine.”</w:t>
      </w:r>
    </w:p>
    <w:p w14:paraId="4EC0C61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ken what I mean.”</w:t>
      </w:r>
    </w:p>
    <w:p w14:paraId="547C15B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am satisfied that you do. The jury does not, and neither does she, and she is the one who has waited.” Socrates’ voice did not rise. “What did you mean by </w:t>
      </w:r>
      <w:r w:rsidRPr="00CE758F">
        <w:rPr>
          <w:rFonts w:ascii="Baskerville Old Face" w:hAnsi="Baskerville Old Face"/>
          <w:bCs/>
          <w:i/>
          <w:sz w:val="28"/>
          <w:szCs w:val="28"/>
        </w:rPr>
        <w:t>mine</w:t>
      </w:r>
      <w:r w:rsidRPr="00CE758F">
        <w:rPr>
          <w:rFonts w:ascii="Baskerville Old Face" w:hAnsi="Baskerville Old Face"/>
          <w:bCs/>
          <w:sz w:val="28"/>
          <w:szCs w:val="28"/>
        </w:rPr>
        <w:t>?”</w:t>
      </w:r>
    </w:p>
    <w:p w14:paraId="375980D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there it was: the thing at the bottom, the thing he had felt moving under the words in a kitchen in November 1969 and had not been able to describe any more than a man can describe the shape of his own back.</w:t>
      </w:r>
    </w:p>
    <w:p w14:paraId="7FAFB760" w14:textId="465B0E8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w:t>
      </w:r>
      <w:r w:rsidR="00B21CD2" w:rsidRPr="00CE758F">
        <w:rPr>
          <w:rFonts w:ascii="Baskerville Old Face" w:hAnsi="Baskerville Old Face"/>
          <w:bCs/>
          <w:sz w:val="28"/>
          <w:szCs w:val="28"/>
        </w:rPr>
        <w:t>couldnae</w:t>
      </w:r>
      <w:r w:rsidRPr="00CE758F">
        <w:rPr>
          <w:rFonts w:ascii="Baskerville Old Face" w:hAnsi="Baskerville Old Face"/>
          <w:bCs/>
          <w:sz w:val="28"/>
          <w:szCs w:val="28"/>
        </w:rPr>
        <w:t xml:space="preserve"> have proved anything,” he said.</w:t>
      </w:r>
    </w:p>
    <w:p w14:paraId="131ADBD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Somebody in the jury box let out a breath.</w:t>
      </w:r>
    </w:p>
    <w:p w14:paraId="08703AE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“Go on.”</w:t>
      </w:r>
    </w:p>
    <w:p w14:paraId="549025BA" w14:textId="7863B15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 wean that’s no yours — ye can love it. I’m no sayin’ ye cannae. Ellie would’ve.” He was speaking very quietly and very fast now, the way a man speaks when he has decided to get something out of the house before he changes his mind. “But it doesnae come oot o’ ye. It’s no evidence. It </w:t>
      </w:r>
      <w:r w:rsidR="00B21CD2" w:rsidRPr="00CE758F">
        <w:rPr>
          <w:rFonts w:ascii="Baskerville Old Face" w:hAnsi="Baskerville Old Face"/>
          <w:bCs/>
          <w:sz w:val="28"/>
          <w:szCs w:val="28"/>
        </w:rPr>
        <w:t>doesnae</w:t>
      </w:r>
      <w:r w:rsidRPr="00CE758F">
        <w:rPr>
          <w:rFonts w:ascii="Baskerville Old Face" w:hAnsi="Baskerville Old Face"/>
          <w:bCs/>
          <w:sz w:val="28"/>
          <w:szCs w:val="28"/>
        </w:rPr>
        <w:t xml:space="preserve"> prove that Padraig Kavanagh’s line went across the world and made something. Ye cannae look at it and say, there. There’s the proof it wasnae for nothing.” He was shaking. “I wanted a son so I could show him tae my faither. That’s what I wanted a wean for. And when they telt me there’d be </w:t>
      </w:r>
      <w:r w:rsidR="00B21CD2" w:rsidRPr="00CE758F">
        <w:rPr>
          <w:rFonts w:ascii="Baskerville Old Face" w:hAnsi="Baskerville Old Face"/>
          <w:bCs/>
          <w:sz w:val="28"/>
          <w:szCs w:val="28"/>
        </w:rPr>
        <w:t>none</w:t>
      </w:r>
      <w:r w:rsidRPr="00CE758F">
        <w:rPr>
          <w:rFonts w:ascii="Baskerville Old Face" w:hAnsi="Baskerville Old Face"/>
          <w:bCs/>
          <w:sz w:val="28"/>
          <w:szCs w:val="28"/>
        </w:rPr>
        <w:t xml:space="preserve">, I didnae grieve for a lassie that died in September. I grieved for the </w:t>
      </w:r>
      <w:r w:rsidRPr="00CE758F">
        <w:rPr>
          <w:rFonts w:ascii="Baskerville Old Face" w:hAnsi="Baskerville Old Face"/>
          <w:bCs/>
          <w:i/>
          <w:sz w:val="28"/>
          <w:szCs w:val="28"/>
        </w:rPr>
        <w:t>proof</w:t>
      </w:r>
      <w:r w:rsidRPr="00CE758F">
        <w:rPr>
          <w:rFonts w:ascii="Baskerville Old Face" w:hAnsi="Baskerville Old Face"/>
          <w:bCs/>
          <w:sz w:val="28"/>
          <w:szCs w:val="28"/>
        </w:rPr>
        <w:t>. And I have kent that about myself for twenty-six year and I have never said it oot loud to a living soul, and she has kent it for twenty-six year and never said it either, and that is what our marriage has been. Two folk keepin’ the same thing quiet from each other in a house wi’ fourteen rooms.”</w:t>
      </w:r>
    </w:p>
    <w:p w14:paraId="7190BC28" w14:textId="1DC4E3B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sat down. He had not been given permission and nobody objected.</w:t>
      </w:r>
      <w:r w:rsidR="00BB7091">
        <w:rPr>
          <w:rFonts w:ascii="Baskerville Old Face" w:hAnsi="Baskerville Old Face"/>
          <w:bCs/>
          <w:sz w:val="28"/>
          <w:szCs w:val="28"/>
        </w:rPr>
        <w:t xml:space="preserve"> </w:t>
      </w:r>
      <w:r w:rsidRPr="00CE758F">
        <w:rPr>
          <w:rFonts w:ascii="Baskerville Old Face" w:hAnsi="Baskerville Old Face"/>
          <w:bCs/>
          <w:sz w:val="28"/>
          <w:szCs w:val="28"/>
        </w:rPr>
        <w:t xml:space="preserve">At the back of the room, in the last of the chairs, Maggie Dickson had both hands in her lap and was looking at the floor, and her face was the face of a woman </w:t>
      </w:r>
      <w:r w:rsidRPr="00CE758F">
        <w:rPr>
          <w:rFonts w:ascii="Baskerville Old Face" w:hAnsi="Baskerville Old Face"/>
          <w:bCs/>
          <w:sz w:val="28"/>
          <w:szCs w:val="28"/>
        </w:rPr>
        <w:lastRenderedPageBreak/>
        <w:t>who has heard, at very long last, something she has been standing outside the door of for two hundred and seventy-one years.</w:t>
      </w:r>
    </w:p>
    <w:p w14:paraId="0A3EB68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is one exhibit that has not been opened,” said Socrates.</w:t>
      </w:r>
    </w:p>
    <w:p w14:paraId="22EDED6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did not look up.</w:t>
      </w:r>
    </w:p>
    <w:p w14:paraId="1CB877E2" w14:textId="374D514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p</w:t>
      </w:r>
      <w:r w:rsidR="00155328">
        <w:rPr>
          <w:rFonts w:ascii="Baskerville Old Face" w:hAnsi="Baskerville Old Face"/>
          <w:bCs/>
          <w:sz w:val="28"/>
          <w:szCs w:val="28"/>
        </w:rPr>
        <w:t>laced</w:t>
      </w:r>
      <w:r w:rsidRPr="00CE758F">
        <w:rPr>
          <w:rFonts w:ascii="Baskerville Old Face" w:hAnsi="Baskerville Old Face"/>
          <w:bCs/>
          <w:sz w:val="28"/>
          <w:szCs w:val="28"/>
        </w:rPr>
        <w:t xml:space="preserve"> it on his table on the first day. He told this court, in the presence of your wife, what was in it, and then he declined to open it, and he gave a reason that was not mercy and I want it repeated so that nobody in this room mistakes what is being done here. </w:t>
      </w:r>
      <w:r w:rsidR="00155328" w:rsidRPr="00CE758F">
        <w:rPr>
          <w:rFonts w:ascii="Baskerville Old Face" w:hAnsi="Baskerville Old Face"/>
          <w:bCs/>
          <w:sz w:val="28"/>
          <w:szCs w:val="28"/>
        </w:rPr>
        <w:t>Mr.</w:t>
      </w:r>
      <w:r w:rsidRPr="00CE758F">
        <w:rPr>
          <w:rFonts w:ascii="Baskerville Old Face" w:hAnsi="Baskerville Old Face"/>
          <w:bCs/>
          <w:sz w:val="28"/>
          <w:szCs w:val="28"/>
        </w:rPr>
        <w:t xml:space="preserve"> Crassus.”</w:t>
      </w:r>
    </w:p>
    <w:p w14:paraId="6BDBE4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Crassus spoke from his chair.</w:t>
      </w:r>
    </w:p>
    <w:p w14:paraId="6DCD92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 man who is let off the one thing he might have said himself is finished either way,” he said. “I have been let off a great many things. It is the reason I went to Parthia.”</w:t>
      </w:r>
    </w:p>
    <w:p w14:paraId="0281BCB7" w14:textId="266A0C2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“Thank you.” Socrates picked the envelope up off the prosecution table and brought it over and laid it on the wood in front of Finian. “It is sealed. It has been sealed since it came into this room. Nobody living or dead has read what is inside it, because there is nothing inside it — it is not a document, it is a sentence you thought in a corridor in Alice Springs on the eleventh of September nineteen sixty-nine, and it will be on </w:t>
      </w:r>
      <w:r w:rsidRPr="00CE758F">
        <w:rPr>
          <w:rFonts w:ascii="Baskerville Old Face" w:hAnsi="Baskerville Old Face"/>
          <w:bCs/>
          <w:sz w:val="28"/>
          <w:szCs w:val="28"/>
        </w:rPr>
        <w:lastRenderedPageBreak/>
        <w:t xml:space="preserve">the paper when you open it and not before.” He straightened up. “You may leave it shut. I will tell you honestly what happens if you do: the jury will retire, and they will find in your favour, because </w:t>
      </w:r>
      <w:r w:rsidR="00155328" w:rsidRPr="00CE758F">
        <w:rPr>
          <w:rFonts w:ascii="Baskerville Old Face" w:hAnsi="Baskerville Old Face"/>
          <w:bCs/>
          <w:sz w:val="28"/>
          <w:szCs w:val="28"/>
        </w:rPr>
        <w:t>Mr.</w:t>
      </w:r>
      <w:r w:rsidRPr="00CE758F">
        <w:rPr>
          <w:rFonts w:ascii="Baskerville Old Face" w:hAnsi="Baskerville Old Face"/>
          <w:bCs/>
          <w:sz w:val="28"/>
          <w:szCs w:val="28"/>
        </w:rPr>
        <w:t xml:space="preserve"> Darrow’s speech was very good and every one of those twelve men has done something he has not told his wife. You will wake up in Melbourne. You will be kind to her. And in about four years you will notice that you are counting the schools.”</w:t>
      </w:r>
    </w:p>
    <w:p w14:paraId="46316A4F" w14:textId="723EBFB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no</w:t>
      </w:r>
      <w:r w:rsidR="00F63286">
        <w:rPr>
          <w:rFonts w:ascii="Baskerville Old Face" w:hAnsi="Baskerville Old Face"/>
          <w:bCs/>
          <w:sz w:val="28"/>
          <w:szCs w:val="28"/>
        </w:rPr>
        <w:t>t</w:t>
      </w:r>
      <w:r w:rsidRPr="00CE758F">
        <w:rPr>
          <w:rFonts w:ascii="Baskerville Old Face" w:hAnsi="Baskerville Old Face"/>
          <w:bCs/>
          <w:sz w:val="28"/>
          <w:szCs w:val="28"/>
        </w:rPr>
        <w:t xml:space="preserve"> fair either.”</w:t>
      </w:r>
    </w:p>
    <w:p w14:paraId="70C82A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Socrates. “It is not. Open it or don’t.”</w:t>
      </w:r>
    </w:p>
    <w:p w14:paraId="4A142E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looked at the envelope for a long time.</w:t>
      </w:r>
    </w:p>
    <w:p w14:paraId="034E5360" w14:textId="1FAB112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Then he picked it up and tore the end </w:t>
      </w:r>
      <w:r w:rsidR="00155328" w:rsidRPr="00CE758F">
        <w:rPr>
          <w:rFonts w:ascii="Baskerville Old Face" w:hAnsi="Baskerville Old Face"/>
          <w:bCs/>
          <w:sz w:val="28"/>
          <w:szCs w:val="28"/>
        </w:rPr>
        <w:t>of</w:t>
      </w:r>
      <w:r w:rsidRPr="00CE758F">
        <w:rPr>
          <w:rFonts w:ascii="Baskerville Old Face" w:hAnsi="Baskerville Old Face"/>
          <w:bCs/>
          <w:sz w:val="28"/>
          <w:szCs w:val="28"/>
        </w:rPr>
        <w:t xml:space="preserve"> it, badly, the way he had opened every envelope of his life, and shook out the single sheet inside and turned it over.</w:t>
      </w:r>
    </w:p>
    <w:p w14:paraId="6EE13EC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one line on it, in his own handwriting.</w:t>
      </w:r>
    </w:p>
    <w:p w14:paraId="523214E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read it, and something happened to his face.</w:t>
      </w:r>
    </w:p>
    <w:p w14:paraId="66591D7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“Aloud, please.”</w:t>
      </w:r>
    </w:p>
    <w:p w14:paraId="03CC2A8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“Don’t.”</w:t>
      </w:r>
    </w:p>
    <w:p w14:paraId="4A8793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are twelve men here who have to decide about you and they have been listening to other people describe you for three days. Aloud.”</w:t>
      </w:r>
    </w:p>
    <w:p w14:paraId="4E36FEC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Finian Kavanagh stood up. He held the sheet in both hands because one hand was not going to be enough, and he read out, in the flat competent voice in which he had chaired a meeting every Monday morning for twenty-four years:</w:t>
      </w:r>
    </w:p>
    <w:p w14:paraId="2ED9AF4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Pr="00CE758F">
        <w:rPr>
          <w:rFonts w:ascii="Baskerville Old Face" w:hAnsi="Baskerville Old Face"/>
          <w:bCs/>
          <w:i/>
          <w:sz w:val="28"/>
          <w:szCs w:val="28"/>
        </w:rPr>
        <w:t>If I leave at six I’ll be at Winnecke by midnight and only lose the one day.</w:t>
      </w:r>
      <w:r w:rsidRPr="00CE758F">
        <w:rPr>
          <w:rFonts w:ascii="Baskerville Old Face" w:hAnsi="Baskerville Old Face"/>
          <w:bCs/>
          <w:sz w:val="28"/>
          <w:szCs w:val="28"/>
        </w:rPr>
        <w:t>”</w:t>
      </w:r>
    </w:p>
    <w:p w14:paraId="70250D9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put the paper down on the table.</w:t>
      </w:r>
    </w:p>
    <w:p w14:paraId="5887C79A" w14:textId="7028948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what was in my he</w:t>
      </w:r>
      <w:r w:rsidR="00C23FAB">
        <w:rPr>
          <w:rFonts w:ascii="Baskerville Old Face" w:hAnsi="Baskerville Old Face"/>
          <w:bCs/>
          <w:sz w:val="28"/>
          <w:szCs w:val="28"/>
        </w:rPr>
        <w:t>a</w:t>
      </w:r>
      <w:r w:rsidRPr="00CE758F">
        <w:rPr>
          <w:rFonts w:ascii="Baskerville Old Face" w:hAnsi="Baskerville Old Face"/>
          <w:bCs/>
          <w:sz w:val="28"/>
          <w:szCs w:val="28"/>
        </w:rPr>
        <w:t>d,” he said, “in the corridor, wi’ my wife asleep forty feet away, and them tellin’ me there’d be no more, and my do</w:t>
      </w:r>
      <w:r w:rsidR="00C23FAB">
        <w:rPr>
          <w:rFonts w:ascii="Baskerville Old Face" w:hAnsi="Baskerville Old Face"/>
          <w:bCs/>
          <w:sz w:val="28"/>
          <w:szCs w:val="28"/>
        </w:rPr>
        <w:t>cto</w:t>
      </w:r>
      <w:r w:rsidRPr="00CE758F">
        <w:rPr>
          <w:rFonts w:ascii="Baskerville Old Face" w:hAnsi="Baskerville Old Face"/>
          <w:bCs/>
          <w:sz w:val="28"/>
          <w:szCs w:val="28"/>
        </w:rPr>
        <w:t>r—“ He stopped and started again. “And my d</w:t>
      </w:r>
      <w:r w:rsidR="00E31C54">
        <w:rPr>
          <w:rFonts w:ascii="Baskerville Old Face" w:hAnsi="Baskerville Old Face"/>
          <w:bCs/>
          <w:sz w:val="28"/>
          <w:szCs w:val="28"/>
        </w:rPr>
        <w:t>octor</w:t>
      </w:r>
      <w:r w:rsidRPr="00CE758F">
        <w:rPr>
          <w:rFonts w:ascii="Baskerville Old Face" w:hAnsi="Baskerville Old Face"/>
          <w:bCs/>
          <w:sz w:val="28"/>
          <w:szCs w:val="28"/>
        </w:rPr>
        <w:t xml:space="preserve"> in the same </w:t>
      </w:r>
      <w:r w:rsidR="00155328" w:rsidRPr="00CE758F">
        <w:rPr>
          <w:rFonts w:ascii="Baskerville Old Face" w:hAnsi="Baskerville Old Face"/>
          <w:bCs/>
          <w:sz w:val="28"/>
          <w:szCs w:val="28"/>
        </w:rPr>
        <w:t>building</w:t>
      </w:r>
      <w:r w:rsidRPr="00CE758F">
        <w:rPr>
          <w:rFonts w:ascii="Baskerville Old Face" w:hAnsi="Baskerville Old Face"/>
          <w:bCs/>
          <w:sz w:val="28"/>
          <w:szCs w:val="28"/>
        </w:rPr>
        <w:t>’, in the wee room at the end that they use for that, and I had been in t</w:t>
      </w:r>
      <w:r w:rsidR="00E31C54">
        <w:rPr>
          <w:rFonts w:ascii="Baskerville Old Face" w:hAnsi="Baskerville Old Face"/>
          <w:bCs/>
          <w:sz w:val="28"/>
          <w:szCs w:val="28"/>
        </w:rPr>
        <w:t>o</w:t>
      </w:r>
      <w:r w:rsidRPr="00CE758F">
        <w:rPr>
          <w:rFonts w:ascii="Baskerville Old Face" w:hAnsi="Baskerville Old Face"/>
          <w:bCs/>
          <w:sz w:val="28"/>
          <w:szCs w:val="28"/>
        </w:rPr>
        <w:t xml:space="preserve"> see her, and I had stood there and looked at her, and I came o</w:t>
      </w:r>
      <w:r w:rsidR="009908A8">
        <w:rPr>
          <w:rFonts w:ascii="Baskerville Old Face" w:hAnsi="Baskerville Old Face"/>
          <w:bCs/>
          <w:sz w:val="28"/>
          <w:szCs w:val="28"/>
        </w:rPr>
        <w:t>u</w:t>
      </w:r>
      <w:r w:rsidRPr="00CE758F">
        <w:rPr>
          <w:rFonts w:ascii="Baskerville Old Face" w:hAnsi="Baskerville Old Face"/>
          <w:bCs/>
          <w:sz w:val="28"/>
          <w:szCs w:val="28"/>
        </w:rPr>
        <w:t xml:space="preserve">t, and I looked at the clock, and </w:t>
      </w:r>
      <w:r w:rsidRPr="00CE758F">
        <w:rPr>
          <w:rFonts w:ascii="Baskerville Old Face" w:hAnsi="Baskerville Old Face"/>
          <w:bCs/>
          <w:i/>
          <w:sz w:val="28"/>
          <w:szCs w:val="28"/>
        </w:rPr>
        <w:t>that</w:t>
      </w:r>
      <w:r w:rsidRPr="00CE758F">
        <w:rPr>
          <w:rFonts w:ascii="Baskerville Old Face" w:hAnsi="Baskerville Old Face"/>
          <w:bCs/>
          <w:sz w:val="28"/>
          <w:szCs w:val="28"/>
        </w:rPr>
        <w:t xml:space="preserve"> is what came.”</w:t>
      </w:r>
    </w:p>
    <w:p w14:paraId="6C0146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“Did you leave?”</w:t>
      </w:r>
    </w:p>
    <w:p w14:paraId="07EBF1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I stayed eleven days.”</w:t>
      </w:r>
    </w:p>
    <w:p w14:paraId="01A3283B" w14:textId="6CFDA2A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155328" w:rsidRPr="00CE758F">
        <w:rPr>
          <w:rFonts w:ascii="Baskerville Old Face" w:hAnsi="Baskerville Old Face"/>
          <w:bCs/>
          <w:sz w:val="28"/>
          <w:szCs w:val="28"/>
        </w:rPr>
        <w:t>Mr.</w:t>
      </w:r>
      <w:r w:rsidRPr="00CE758F">
        <w:rPr>
          <w:rFonts w:ascii="Baskerville Old Face" w:hAnsi="Baskerville Old Face"/>
          <w:bCs/>
          <w:sz w:val="28"/>
          <w:szCs w:val="28"/>
        </w:rPr>
        <w:t xml:space="preserve"> Darrow made a great deal of the eleven days.”</w:t>
      </w:r>
    </w:p>
    <w:p w14:paraId="6B4B239E" w14:textId="2293E7A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was right to. I stayed. I did the right thing, I stayed—“ and then his voice went, entirely, and he had to wait, and the room waited with him. “But it’s no</w:t>
      </w:r>
      <w:r w:rsidR="009908A8">
        <w:rPr>
          <w:rFonts w:ascii="Baskerville Old Face" w:hAnsi="Baskerville Old Face"/>
          <w:bCs/>
          <w:sz w:val="28"/>
          <w:szCs w:val="28"/>
        </w:rPr>
        <w:t>t</w:t>
      </w:r>
      <w:r w:rsidRPr="00CE758F">
        <w:rPr>
          <w:rFonts w:ascii="Baskerville Old Face" w:hAnsi="Baskerville Old Face"/>
          <w:bCs/>
          <w:sz w:val="28"/>
          <w:szCs w:val="28"/>
        </w:rPr>
        <w:t xml:space="preserve"> the leavin’, is it. That’s what I’ve been tellin’ myself for twenty-six year. </w:t>
      </w:r>
      <w:r w:rsidRPr="00CE758F">
        <w:rPr>
          <w:rFonts w:ascii="Baskerville Old Face" w:hAnsi="Baskerville Old Face"/>
          <w:bCs/>
          <w:i/>
          <w:sz w:val="28"/>
          <w:szCs w:val="28"/>
        </w:rPr>
        <w:t>I stayed.</w:t>
      </w:r>
      <w:r w:rsidRPr="00CE758F">
        <w:rPr>
          <w:rFonts w:ascii="Baskerville Old Face" w:hAnsi="Baskerville Old Face"/>
          <w:bCs/>
          <w:sz w:val="28"/>
          <w:szCs w:val="28"/>
        </w:rPr>
        <w:t xml:space="preserve"> And the thing that’s on that paper </w:t>
      </w:r>
      <w:r w:rsidR="00243EFD" w:rsidRPr="00CE758F">
        <w:rPr>
          <w:rFonts w:ascii="Baskerville Old Face" w:hAnsi="Baskerville Old Face"/>
          <w:bCs/>
          <w:sz w:val="28"/>
          <w:szCs w:val="28"/>
        </w:rPr>
        <w:t>is</w:t>
      </w:r>
      <w:r w:rsidR="00243EFD">
        <w:rPr>
          <w:rFonts w:ascii="Baskerville Old Face" w:hAnsi="Baskerville Old Face"/>
          <w:bCs/>
          <w:sz w:val="28"/>
          <w:szCs w:val="28"/>
        </w:rPr>
        <w:t xml:space="preserve">n’t about </w:t>
      </w:r>
      <w:r w:rsidRPr="00CE758F">
        <w:rPr>
          <w:rFonts w:ascii="Baskerville Old Face" w:hAnsi="Baskerville Old Face"/>
          <w:bCs/>
          <w:sz w:val="28"/>
          <w:szCs w:val="28"/>
        </w:rPr>
        <w:t xml:space="preserve">the leavin’. It’s that it </w:t>
      </w:r>
      <w:r w:rsidRPr="00CE758F">
        <w:rPr>
          <w:rFonts w:ascii="Baskerville Old Face" w:hAnsi="Baskerville Old Face"/>
          <w:bCs/>
          <w:i/>
          <w:sz w:val="28"/>
          <w:szCs w:val="28"/>
        </w:rPr>
        <w:lastRenderedPageBreak/>
        <w:t>came</w:t>
      </w:r>
      <w:r w:rsidRPr="00CE758F">
        <w:rPr>
          <w:rFonts w:ascii="Baskerville Old Face" w:hAnsi="Baskerville Old Face"/>
          <w:bCs/>
          <w:sz w:val="28"/>
          <w:szCs w:val="28"/>
        </w:rPr>
        <w:t xml:space="preserve">. Nobody sent for it. I didnae sit doon and weigh it up and decide tae be a bad man for a minute and then think better o’ it. It came up in me the way the price o’ diesel comes up in me. In the same voice. Wi’ the same — “ he moved his hand, “—the same </w:t>
      </w:r>
      <w:r w:rsidRPr="00CE758F">
        <w:rPr>
          <w:rFonts w:ascii="Baskerville Old Face" w:hAnsi="Baskerville Old Face"/>
          <w:bCs/>
          <w:i/>
          <w:sz w:val="28"/>
          <w:szCs w:val="28"/>
        </w:rPr>
        <w:t>ease</w:t>
      </w:r>
      <w:r w:rsidRPr="00CE758F">
        <w:rPr>
          <w:rFonts w:ascii="Baskerville Old Face" w:hAnsi="Baskerville Old Face"/>
          <w:bCs/>
          <w:sz w:val="28"/>
          <w:szCs w:val="28"/>
        </w:rPr>
        <w:t>. That’s my mind. That’s what my mind does wi’ a thing like that. It works oot the road time.”</w:t>
      </w:r>
    </w:p>
    <w:p w14:paraId="3CA249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“Yes,” said Socrates.</w:t>
      </w:r>
    </w:p>
    <w:p w14:paraId="38E9B40C" w14:textId="02BE1DA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 I’ve never in my life been able tae think what tae do abo</w:t>
      </w:r>
      <w:r w:rsidR="009908A8">
        <w:rPr>
          <w:rFonts w:ascii="Baskerville Old Face" w:hAnsi="Baskerville Old Face"/>
          <w:bCs/>
          <w:sz w:val="28"/>
          <w:szCs w:val="28"/>
        </w:rPr>
        <w:t>u</w:t>
      </w:r>
      <w:r w:rsidRPr="00CE758F">
        <w:rPr>
          <w:rFonts w:ascii="Baskerville Old Face" w:hAnsi="Baskerville Old Face"/>
          <w:bCs/>
          <w:sz w:val="28"/>
          <w:szCs w:val="28"/>
        </w:rPr>
        <w:t>t it.”</w:t>
      </w:r>
    </w:p>
    <w:p w14:paraId="78AD0B5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 That is because there is nothing to do about it, and because you have spent thirty-one years looking for the payment that would settle it, and there is no payment, and it does not go away, and you will have it in your head on the last day of your life.” Socrates leant forward and put one hand on the table, an old man’s hand, spotted and thin. “Do you know what it is for? It is for </w:t>
      </w:r>
      <w:r w:rsidRPr="00CE758F">
        <w:rPr>
          <w:rFonts w:ascii="Baskerville Old Face" w:hAnsi="Baskerville Old Face"/>
          <w:bCs/>
          <w:i/>
          <w:sz w:val="28"/>
          <w:szCs w:val="28"/>
        </w:rPr>
        <w:t>knowing</w:t>
      </w:r>
      <w:r w:rsidRPr="00CE758F">
        <w:rPr>
          <w:rFonts w:ascii="Baskerville Old Face" w:hAnsi="Baskerville Old Face"/>
          <w:bCs/>
          <w:sz w:val="28"/>
          <w:szCs w:val="28"/>
        </w:rPr>
        <w:t>. That is all it is for. A man who knows that about himself and has said it out loud in front of witnesses is not the same man as one who has it locked in a corridor. Not better. Not forgiven. Not paid up. Different — in the one particular that matters, which is that he can be told things now.”</w:t>
      </w:r>
    </w:p>
    <w:p w14:paraId="2198364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p>
    <w:p w14:paraId="67666A5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There was a silence of some length.</w:t>
      </w:r>
    </w:p>
    <w:p w14:paraId="5F0AD98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 Honour,” said Darrow. He had not moved his arms from where they were folded. “May I say one sentence.”</w:t>
      </w:r>
    </w:p>
    <w:p w14:paraId="3E472FC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4C00160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“Thank you.” He looked at the ceiling. “It was a hell of a sentence.”</w:t>
      </w:r>
    </w:p>
    <w:p w14:paraId="3A5990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went back to his bench and did not climb up behind it but stood beside it, one hand on the wood.</w:t>
      </w:r>
    </w:p>
    <w:p w14:paraId="19192558" w14:textId="2AD5A44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FF0AD8" w:rsidRPr="00CE758F">
        <w:rPr>
          <w:rFonts w:ascii="Baskerville Old Face" w:hAnsi="Baskerville Old Face"/>
          <w:bCs/>
          <w:sz w:val="28"/>
          <w:szCs w:val="28"/>
        </w:rPr>
        <w:t>Mr.</w:t>
      </w:r>
      <w:r w:rsidRPr="00CE758F">
        <w:rPr>
          <w:rFonts w:ascii="Baskerville Old Face" w:hAnsi="Baskerville Old Face"/>
          <w:bCs/>
          <w:sz w:val="28"/>
          <w:szCs w:val="28"/>
        </w:rPr>
        <w:t xml:space="preserve"> Kavanagh. I am going to put the question that this court was convened to put, and then the jury will retire and I will have nothing further to do with any of it, which is a considerable relief to me. You were warned on the first day what answer would not be available.”</w:t>
      </w:r>
    </w:p>
    <w:p w14:paraId="74BA6D9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2F0C3FA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was your life for?”</w:t>
      </w:r>
    </w:p>
    <w:p w14:paraId="03F1FFC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 in the light off the windows.</w:t>
      </w:r>
    </w:p>
    <w:p w14:paraId="75EEF5B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had, in the small hours of the previous — night, day, whatever the room used instead — assembled an answer. It had come to him nearly whole and he had lain in the dark holding it and thinking, with real gratitude, </w:t>
      </w:r>
      <w:r w:rsidRPr="00CE758F">
        <w:rPr>
          <w:rFonts w:ascii="Baskerville Old Face" w:hAnsi="Baskerville Old Face"/>
          <w:bCs/>
          <w:i/>
          <w:sz w:val="28"/>
          <w:szCs w:val="28"/>
        </w:rPr>
        <w:t>there it is, that’s the one</w:t>
      </w:r>
      <w:r w:rsidRPr="00CE758F">
        <w:rPr>
          <w:rFonts w:ascii="Baskerville Old Face" w:hAnsi="Baskerville Old Face"/>
          <w:bCs/>
          <w:sz w:val="28"/>
          <w:szCs w:val="28"/>
        </w:rPr>
        <w:t xml:space="preserve">. It had water in it. It had a woman on a station verandah in 1974 crying with relief and a tank full for the first </w:t>
      </w:r>
      <w:r w:rsidRPr="00CE758F">
        <w:rPr>
          <w:rFonts w:ascii="Baskerville Old Face" w:hAnsi="Baskerville Old Face"/>
          <w:bCs/>
          <w:sz w:val="28"/>
          <w:szCs w:val="28"/>
        </w:rPr>
        <w:lastRenderedPageBreak/>
        <w:t>time in three years. It had eighty-one families. It had a hospital wing in Alice Springs and a scholarship fund with his name off it. It was true, all of it, and it was well shaped, and it would have taken four minutes to deliver and it would have been the best four minutes of his life.</w:t>
      </w:r>
    </w:p>
    <w:p w14:paraId="6B549D8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opened his mouth to say it and discovered that he could not. Not that he was forbidden. That he could not — the way you cannot lift your own weight off the ground with your own hands.</w:t>
      </w:r>
    </w:p>
    <w:p w14:paraId="282C4B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dinnae ken,” he said.</w:t>
      </w:r>
    </w:p>
    <w:p w14:paraId="465CA9F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words went out into the room.</w:t>
      </w:r>
    </w:p>
    <w:p w14:paraId="6BF10E7E" w14:textId="281EAA3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never asked,” he said. “That’s the truth o’ it and I’ve only just this minute seen it. I’ve been asked what things cost and what they’re worth and what they’ll come tae and how long they’ll take, and I’ve answered every one o’ them tae the shillin’ and tae the hour, all my days, and no one person in fifty year has asked me what any o’ it was </w:t>
      </w:r>
      <w:r w:rsidRPr="00CE758F">
        <w:rPr>
          <w:rFonts w:ascii="Baskerville Old Face" w:hAnsi="Baskerville Old Face"/>
          <w:bCs/>
          <w:i/>
          <w:sz w:val="28"/>
          <w:szCs w:val="28"/>
        </w:rPr>
        <w:t>for</w:t>
      </w:r>
      <w:r w:rsidRPr="00CE758F">
        <w:rPr>
          <w:rFonts w:ascii="Baskerville Old Face" w:hAnsi="Baskerville Old Face"/>
          <w:bCs/>
          <w:sz w:val="28"/>
          <w:szCs w:val="28"/>
        </w:rPr>
        <w:t>, and I never asked myself, because—“ he laughed, one syllable, appalled — “because I was busy provin</w:t>
      </w:r>
      <w:r w:rsidR="00FF0AD8">
        <w:rPr>
          <w:rFonts w:ascii="Baskerville Old Face" w:hAnsi="Baskerville Old Face"/>
          <w:bCs/>
          <w:sz w:val="28"/>
          <w:szCs w:val="28"/>
        </w:rPr>
        <w:t>g</w:t>
      </w:r>
      <w:r w:rsidRPr="00CE758F">
        <w:rPr>
          <w:rFonts w:ascii="Baskerville Old Face" w:hAnsi="Baskerville Old Face"/>
          <w:bCs/>
          <w:sz w:val="28"/>
          <w:szCs w:val="28"/>
        </w:rPr>
        <w:t>’ it wasnae for nothing.”</w:t>
      </w:r>
    </w:p>
    <w:p w14:paraId="19C5E69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“Yes,” said Socrates.</w:t>
      </w:r>
    </w:p>
    <w:p w14:paraId="582C2192" w14:textId="2D09F9F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“That’s </w:t>
      </w:r>
      <w:r w:rsidR="00FF0AD8" w:rsidRPr="00CE758F">
        <w:rPr>
          <w:rFonts w:ascii="Baskerville Old Face" w:hAnsi="Baskerville Old Face"/>
          <w:bCs/>
          <w:sz w:val="28"/>
          <w:szCs w:val="28"/>
        </w:rPr>
        <w:t>not</w:t>
      </w:r>
      <w:r w:rsidRPr="00CE758F">
        <w:rPr>
          <w:rFonts w:ascii="Baskerville Old Face" w:hAnsi="Baskerville Old Face"/>
          <w:bCs/>
          <w:sz w:val="28"/>
          <w:szCs w:val="28"/>
        </w:rPr>
        <w:t xml:space="preserve"> an answer.”</w:t>
      </w:r>
    </w:p>
    <w:p w14:paraId="3010BB6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 is the only true one anybody has ever given me.” The old man straightened. “I did not get it from Crassus in nine minutes. I did not get it from three emperors, two saints, or a man who invented a very good plough. Do you want to know what I answer, when it is put to me? Because it is put to me, you know. Regularly. By men in that chair, who are cleverer than I am and think they have caught me.”</w:t>
      </w:r>
    </w:p>
    <w:p w14:paraId="0CF21E5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0B9E5487" w14:textId="1D6ADA4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don’t know either,” said Socrates. “I asked. That is all I ever did. I asked, all my life, in the street, of anybody who would stop, and it made me thoroughly disliked, and at seventy they gave me a cup and I drank it, and I made an extremely fine speech first which I have had two and a half thousand years to be ashamed of, because I have never been able to satisfy myself whether the speech was for them or for me.” He looked out of the window at nothing. “So no. I cannot tell you what a life is for. I can tell you one thing about mine, and it is the only credit I claim in this or any other court, and it is very small.” He turned back. “I never once asked what it cost.”</w:t>
      </w:r>
      <w:r w:rsidR="00A76963">
        <w:rPr>
          <w:rFonts w:ascii="Baskerville Old Face" w:hAnsi="Baskerville Old Face"/>
          <w:bCs/>
          <w:sz w:val="28"/>
          <w:szCs w:val="28"/>
        </w:rPr>
        <w:t xml:space="preserve"> </w:t>
      </w:r>
      <w:r w:rsidRPr="00CE758F">
        <w:rPr>
          <w:rFonts w:ascii="Baskerville Old Face" w:hAnsi="Baskerville Old Face"/>
          <w:bCs/>
          <w:sz w:val="28"/>
          <w:szCs w:val="28"/>
        </w:rPr>
        <w:t>He took up the gavel, looked at it as though he had never much cared for it, and set it down again unused.</w:t>
      </w:r>
    </w:p>
    <w:p w14:paraId="541D7EB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“Gentlemen of the jury. You have heard the evidence. You have heard the man.” He inclined his head towards the twelve. “You are twelve ordinary men and the defendant has spent his entire life running from the possibility of being one of you, and he is now going to sit in that chair and wait while you decide about him, and I want you to take as long as you require, because in my experience the room where twelve men argue in their shirtsleeves is the only tribunal in the universe that has ever got anything right. Please retire.”</w:t>
      </w:r>
    </w:p>
    <w:p w14:paraId="0A93B4E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stood up. It took a while, twelve men getting to their feet in a hot room at the end of a long afternoon, and one of them took his jacket off the back of his chair and folded it over his arm, along the seams, carefully.</w:t>
      </w:r>
    </w:p>
    <w:p w14:paraId="68FB716D" w14:textId="134561E5" w:rsidR="00F45C1A" w:rsidRPr="00CE758F" w:rsidRDefault="007671E1" w:rsidP="00A76963">
      <w:pPr>
        <w:spacing w:line="360" w:lineRule="auto"/>
        <w:rPr>
          <w:rFonts w:ascii="Baskerville Old Face" w:hAnsi="Baskerville Old Face"/>
          <w:bCs/>
          <w:sz w:val="28"/>
          <w:szCs w:val="28"/>
        </w:rPr>
      </w:pPr>
      <w:r w:rsidRPr="00CE758F">
        <w:rPr>
          <w:rFonts w:ascii="Baskerville Old Face" w:hAnsi="Baskerville Old Face"/>
          <w:bCs/>
          <w:sz w:val="28"/>
          <w:szCs w:val="28"/>
        </w:rPr>
        <w:t>The sound of the chairs was the loudest thing Finian had ever heard.</w:t>
      </w:r>
      <w:r w:rsidR="00BB7091">
        <w:rPr>
          <w:rFonts w:ascii="Baskerville Old Face" w:hAnsi="Baskerville Old Face"/>
          <w:bCs/>
          <w:sz w:val="28"/>
          <w:szCs w:val="28"/>
        </w:rPr>
        <w:t xml:space="preserve"> </w:t>
      </w:r>
      <w:r w:rsidRPr="00CE758F">
        <w:rPr>
          <w:rFonts w:ascii="Baskerville Old Face" w:hAnsi="Baskerville Old Face"/>
          <w:bCs/>
          <w:sz w:val="28"/>
          <w:szCs w:val="28"/>
        </w:rPr>
        <w:t>And then they were gone, and the court was empty except for a Roman</w:t>
      </w:r>
      <w:r w:rsidR="00BB7091">
        <w:rPr>
          <w:rFonts w:ascii="Baskerville Old Face" w:hAnsi="Baskerville Old Face"/>
          <w:bCs/>
          <w:sz w:val="28"/>
          <w:szCs w:val="28"/>
        </w:rPr>
        <w:t xml:space="preserve"> general</w:t>
      </w:r>
      <w:r w:rsidRPr="00CE758F">
        <w:rPr>
          <w:rFonts w:ascii="Baskerville Old Face" w:hAnsi="Baskerville Old Face"/>
          <w:bCs/>
          <w:sz w:val="28"/>
          <w:szCs w:val="28"/>
        </w:rPr>
        <w:t xml:space="preserve"> with his hands folded on a table of exhibits, an American with a badly buttoned waistcoat looking at the ceiling, an old Greek putting his papers into no order at all, a woman at the back with a wet hem, and a man of forty-nine standing at a table in the courthouse where he had been married, holding one sheet of paper with a single line on it in his own handwriting.</w:t>
      </w:r>
      <w:r w:rsidRPr="00CE758F">
        <w:rPr>
          <w:rFonts w:ascii="Baskerville Old Face" w:hAnsi="Baskerville Old Face"/>
          <w:bCs/>
          <w:sz w:val="28"/>
          <w:szCs w:val="28"/>
        </w:rPr>
        <w:br w:type="page"/>
      </w:r>
    </w:p>
    <w:p w14:paraId="113B3FE3"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Twenty-One</w:t>
      </w:r>
    </w:p>
    <w:p w14:paraId="290EA069"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Verdict</w:t>
      </w:r>
    </w:p>
    <w:p w14:paraId="312CB7C8"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Crassus did not stand up to close.</w:t>
      </w:r>
    </w:p>
    <w:p w14:paraId="1B93531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been sitting for some time with his hands folded on the table in front of him and the seven exhibits laid out at his left elbow in the order he had used them, and when Socrates asked him whether the prosecution wished to address the jury a final time he looked up as though he had been thinking about something else entirely, which Finian had by now learned did not mean that he had.</w:t>
      </w:r>
    </w:p>
    <w:p w14:paraId="7DE8691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“Four sentences,” said Crassus.</w:t>
      </w:r>
    </w:p>
    <w:p w14:paraId="3043C50F" w14:textId="5ACA25FC"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“Take them.”</w:t>
      </w:r>
      <w:r w:rsidR="00772236">
        <w:rPr>
          <w:rFonts w:ascii="Baskerville Old Face" w:hAnsi="Baskerville Old Face"/>
          <w:bCs/>
          <w:sz w:val="28"/>
          <w:szCs w:val="28"/>
        </w:rPr>
        <w:t xml:space="preserve"> </w:t>
      </w:r>
      <w:r w:rsidRPr="00CE758F">
        <w:rPr>
          <w:rFonts w:ascii="Baskerville Old Face" w:hAnsi="Baskerville Old Face"/>
          <w:bCs/>
          <w:sz w:val="28"/>
          <w:szCs w:val="28"/>
        </w:rPr>
        <w:t>Crassus put one finger on the page in front of him, which was the page with the yard-office minute on it, the one he had read in the middle of the afternoon and put down again.</w:t>
      </w:r>
      <w:r w:rsidR="00772236">
        <w:rPr>
          <w:rFonts w:ascii="Baskerville Old Face" w:hAnsi="Baskerville Old Face"/>
          <w:bCs/>
          <w:sz w:val="28"/>
          <w:szCs w:val="28"/>
        </w:rPr>
        <w:t xml:space="preserve"> </w:t>
      </w:r>
      <w:r w:rsidRPr="00CE758F">
        <w:rPr>
          <w:rFonts w:ascii="Baskerville Old Face" w:hAnsi="Baskerville Old Face"/>
          <w:bCs/>
          <w:sz w:val="28"/>
          <w:szCs w:val="28"/>
        </w:rPr>
        <w:t xml:space="preserve">“In the spring of nineteen seventy-nine,” he said, “a man who had worked for the defendant for fifteen years told him he had done a hell of a thing, and the defendant said </w:t>
      </w:r>
      <w:r w:rsidRPr="00CE758F">
        <w:rPr>
          <w:rFonts w:ascii="Baskerville Old Face" w:hAnsi="Baskerville Old Face"/>
          <w:bCs/>
          <w:i/>
          <w:sz w:val="28"/>
          <w:szCs w:val="28"/>
        </w:rPr>
        <w:t>it’s a start</w:t>
      </w:r>
      <w:r w:rsidRPr="00CE758F">
        <w:rPr>
          <w:rFonts w:ascii="Baskerville Old Face" w:hAnsi="Baskerville Old Face"/>
          <w:bCs/>
          <w:sz w:val="28"/>
          <w:szCs w:val="28"/>
        </w:rPr>
        <w:t xml:space="preserve">.” He lifted the finger. “I said then that I would come back to that, and I have come back to it, and this is the whole of what I have to say about it. There is no start. A start is a thing that has a finish somewhere out in front of it, and no </w:t>
      </w:r>
      <w:r w:rsidRPr="00CE758F">
        <w:rPr>
          <w:rFonts w:ascii="Baskerville Old Face" w:hAnsi="Baskerville Old Face"/>
          <w:bCs/>
          <w:sz w:val="28"/>
          <w:szCs w:val="28"/>
        </w:rPr>
        <w:lastRenderedPageBreak/>
        <w:t>man has ever in the history of the world put down the last bore.” He looked at the twelve men in their shirtsleeves. “He will die of thirst with his hand round a full cup, because he will be thinking about the well. You are not being asked whether that is wicked. You are being asked whether it can stop.”</w:t>
      </w:r>
    </w:p>
    <w:p w14:paraId="32EB91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sat back.</w:t>
      </w:r>
    </w:p>
    <w:p w14:paraId="123C153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 is four,” he said.</w:t>
      </w:r>
    </w:p>
    <w:p w14:paraId="260763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did not get up either, which surprised Finian, because he had been waiting all day for the thing lawyers did at the end, the thing he had paid a great deal of money for over the years and had always rather enjoyed watching.</w:t>
      </w:r>
    </w:p>
    <w:p w14:paraId="046FFC2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“I’ve said what I’ve got,” said Darrow. “I’d only be saying it louder.” He turned his head and looked at Finian for a moment, and then back at the jury, and he said: “One thing. My friend just told you that there’s no finish. He’s right. There isn’t. He’s had two thousand years to find one and he hasn’t.” He shrugged, and it was a heavy, tired, honest shrug. “But there’s a morning. Every day of a man’s life there’s a morning, and it comes whether he’s finished anything or not, and what he does in it is not a small question dressed up as a </w:t>
      </w:r>
      <w:r w:rsidRPr="00CE758F">
        <w:rPr>
          <w:rFonts w:ascii="Baskerville Old Face" w:hAnsi="Baskerville Old Face"/>
          <w:bCs/>
          <w:sz w:val="28"/>
          <w:szCs w:val="28"/>
        </w:rPr>
        <w:lastRenderedPageBreak/>
        <w:t>big one. It’s the only question there is. Ask yourselves what this man does in the morning.”</w:t>
      </w:r>
    </w:p>
    <w:p w14:paraId="57287B5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sat down and put both hands flat on the table.</w:t>
      </w:r>
    </w:p>
    <w:p w14:paraId="4710B46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all, judge.”</w:t>
      </w:r>
    </w:p>
    <w:p w14:paraId="66E5168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was quiet for a while. Then he stood up, and he did not go behind the bench to do it.</w:t>
      </w:r>
    </w:p>
    <w:p w14:paraId="7D9D12D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“Gentlemen,” he said. “I am going to tell you what you are not deciding, because in my experience that is harder and more useful.”</w:t>
      </w:r>
    </w:p>
    <w:p w14:paraId="0DE913A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fan turned. Somewhere below the window a truck was reversing, and the gearbox was bad, and had been bad for eleven minutes, and would go on being bad, because the room did not particularly believe in the truck and had only provided it out of habit.</w:t>
      </w:r>
    </w:p>
    <w:p w14:paraId="41A4D60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 are not deciding whether he did the things,” said Socrates. “He did them. Nothing in three days has been disputed except one point of arithmetic about a wage in nineteen sixty-four, and the defendant lost that point, and he lost it against himself. You are not deciding whether he is sorry. Sorry is cheap and it is available in unlimited quantities and I have never once seen it hold up under weather.” He put his hands behind his back. “You are not deciding whether </w:t>
      </w:r>
      <w:r w:rsidRPr="00CE758F">
        <w:rPr>
          <w:rFonts w:ascii="Baskerville Old Face" w:hAnsi="Baskerville Old Face"/>
          <w:bCs/>
          <w:sz w:val="28"/>
          <w:szCs w:val="28"/>
        </w:rPr>
        <w:lastRenderedPageBreak/>
        <w:t>the harm can be undone. It cannot. The girl at the fence in nineteen ninety-four is nine years old and her grandfather’s water is gone and no verdict of yours will wet a stone of it.”</w:t>
      </w:r>
    </w:p>
    <w:p w14:paraId="6BB2850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turned and looked at the twelve of them one at a time, unhurriedly, the way a man counts sheep through a gate.</w:t>
      </w:r>
    </w:p>
    <w:p w14:paraId="3AA6653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are deciding one thing only, and it is a question about tomorrow and not about the last fifty years. Is there anything left in him.” He let that stand. “That is all. If there is, he goes back, and he will make an appalling mess of it, and he will do better than he did. If there is not, he goes back to nothing at all, and it will not be a punishment, because we do not have one here, and I would not use it if we did.”</w:t>
      </w:r>
    </w:p>
    <w:p w14:paraId="1C86AD3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“Judge,” said the foreman, half rising. “Beg pardon. How would we know a thing like that?”</w:t>
      </w:r>
    </w:p>
    <w:p w14:paraId="75AF67C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would not,” said Socrates. “You will have to decide it anyway. So does every man who has ever hired anybody, or married anybody, or lent anybody five pounds.” He almost smiled. “You are ordinary men. That is not a difficulty in this case. It is the entire reason you are here.”</w:t>
      </w:r>
    </w:p>
    <w:p w14:paraId="0B5F21D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took him to a room off the corridor to wait, and Maggie came with him, and after about a minute of it he found he could not sit down.</w:t>
      </w:r>
    </w:p>
    <w:p w14:paraId="5BA0DCB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“How long do they take,” he said.</w:t>
      </w:r>
    </w:p>
    <w:p w14:paraId="45401C2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“As long as they take.”</w:t>
      </w:r>
    </w:p>
    <w:p w14:paraId="47846B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w:t>
      </w:r>
    </w:p>
    <w:p w14:paraId="3E26299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59178B2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want to hear it.”</w:t>
      </w:r>
    </w:p>
    <w:p w14:paraId="77435C6B" w14:textId="64FB533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She looked at him for a while with her hands in her apron, and then she went out, and she was gone perhaps four minutes, and when she came back she said, “Ye can watch. Ye cannae be seen and ye cannae be heard and if ye try tae speak ye’ll find there’s </w:t>
      </w:r>
      <w:r w:rsidR="00A36EC9" w:rsidRPr="00CE758F">
        <w:rPr>
          <w:rFonts w:ascii="Baskerville Old Face" w:hAnsi="Baskerville Old Face"/>
          <w:bCs/>
          <w:sz w:val="28"/>
          <w:szCs w:val="28"/>
        </w:rPr>
        <w:t>nothing</w:t>
      </w:r>
      <w:r w:rsidRPr="00CE758F">
        <w:rPr>
          <w:rFonts w:ascii="Baskerville Old Face" w:hAnsi="Baskerville Old Face"/>
          <w:bCs/>
          <w:sz w:val="28"/>
          <w:szCs w:val="28"/>
        </w:rPr>
        <w:t xml:space="preserve"> comes oot. He was clear on that. He says ye’ll wish ye hadnae asked.”</w:t>
      </w:r>
    </w:p>
    <w:p w14:paraId="6E3D669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can say what he likes.”</w:t>
      </w:r>
    </w:p>
    <w:p w14:paraId="449664A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generally does,” said Maggie. “This way.”</w:t>
      </w:r>
    </w:p>
    <w:p w14:paraId="4387997D" w14:textId="4EF37A5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jury room was a long room with a long table in it and eleven chairs down the sides and one at the head, and a water jug with a cloth over the top of it, and a coat rack, and a window that did not look out on Parsons Street or anything else in the Northern Territory. It looked out on brick, and on a fire escape with a bicycle chained to it, and there was rain running down the glass in a way Finian had not seen since a platform in Edinburgh in nineteen sixty-three, and he could hear it, and it made his chest hurt in a manner that had </w:t>
      </w:r>
      <w:r w:rsidRPr="00CE758F">
        <w:rPr>
          <w:rFonts w:ascii="Baskerville Old Face" w:hAnsi="Baskerville Old Face"/>
          <w:bCs/>
          <w:sz w:val="28"/>
          <w:szCs w:val="28"/>
        </w:rPr>
        <w:lastRenderedPageBreak/>
        <w:t>nothing whatever to do with the case.</w:t>
      </w:r>
      <w:r w:rsidR="00772236">
        <w:rPr>
          <w:rFonts w:ascii="Baskerville Old Face" w:hAnsi="Baskerville Old Face"/>
          <w:bCs/>
          <w:sz w:val="28"/>
          <w:szCs w:val="28"/>
        </w:rPr>
        <w:t xml:space="preserve"> </w:t>
      </w:r>
      <w:r w:rsidRPr="00CE758F">
        <w:rPr>
          <w:rFonts w:ascii="Baskerville Old Face" w:hAnsi="Baskerville Old Face"/>
          <w:bCs/>
          <w:sz w:val="28"/>
          <w:szCs w:val="28"/>
        </w:rPr>
        <w:t>The twelve of them came in with their jackets over their arms and did the things men do in such a room. Two of them went straight to the window and got it open six inches. One took out a small cellophane packet of cough drops and put it on the table in front of him like a man setting out for a long trip. The one in the good grey suit hung his jacket on the rack, on a hanger, which he had brought.</w:t>
      </w:r>
    </w:p>
    <w:p w14:paraId="4418344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looked at the door Finian was standing in, because there was nothing to look at.</w:t>
      </w:r>
    </w:p>
    <w:p w14:paraId="6F9AD99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“All right,” said the foreman. He was a big, mild, freckled man with the hands of somebody who had done something physical for a living before he had done whatever he did now. “All right. I guess the way this works is we take a vote and see where we stand. Anybody object to starting with a vote?”</w:t>
      </w:r>
    </w:p>
    <w:p w14:paraId="229A66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“Let’s get a vote,” said the one with the cough drops.</w:t>
      </w:r>
    </w:p>
    <w:p w14:paraId="185A0A1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“Anybody wants to talk first, that’s fine too.”</w:t>
      </w:r>
    </w:p>
    <w:p w14:paraId="5142284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“Vote,” said a thin man near the end, who kept looking at his watch. “I got tickets.”</w:t>
      </w:r>
    </w:p>
    <w:p w14:paraId="720F819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got tickets,” said the man in the good grey suit, without heat.</w:t>
      </w:r>
    </w:p>
    <w:p w14:paraId="57EC0D6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“Ball game. Eight o’clock. I don’t figure this for a long one.”</w:t>
      </w:r>
    </w:p>
    <w:p w14:paraId="15CABFB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“Show of hands,” said the foreman. “Guilty.”</w:t>
      </w:r>
    </w:p>
    <w:p w14:paraId="1E29E27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counted them going up, and he counted the way he had counted everything in his life, fast and without meaning to, and he had eleven before the last hand was fully vertical.</w:t>
      </w:r>
    </w:p>
    <w:p w14:paraId="47E2BDC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“Eleven,” said the foreman. “Not guilty.”</w:t>
      </w:r>
    </w:p>
    <w:p w14:paraId="6097A2D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One hand.</w:t>
      </w:r>
    </w:p>
    <w:p w14:paraId="344EA4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belonged to the quiet one, the one Finian had picked out on the first afternoon in the courtroom without knowing why: a lean, dark-haired man in shirtsleeves who had folded his jacket along the seams before he sat down, and who had not written anything on his pad in three days except, once, five or six words.</w:t>
      </w:r>
    </w:p>
    <w:p w14:paraId="48196F3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Eleven faces turned towards him with the particular patience of men who have somewhere else to be.</w:t>
      </w:r>
    </w:p>
    <w:p w14:paraId="12CB578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“Okay,” said the thin man with the tickets. “Okay. So talk.”</w:t>
      </w:r>
    </w:p>
    <w:p w14:paraId="1DE9E71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don’t know that he’s got anything left in him,” said the quiet man. “I want to say that first, so nobody thinks I came in here with a position. I don’t know. I think there’s a reasonable chance the answer’s no.”</w:t>
      </w:r>
    </w:p>
    <w:p w14:paraId="3153C37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“Then vote no.”</w:t>
      </w:r>
    </w:p>
    <w:p w14:paraId="757E58B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a wrong vote in this room ends a man,” said the quiet man. “So I’d like to be a little slower than eleven minutes about it. That’s the whole of my reason. It isn’t a good one and I’m not proud of it, but it’s the reason and I’m sticking with it.”</w:t>
      </w:r>
    </w:p>
    <w:p w14:paraId="0B1F207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“He’s dying anyway,” said a heavy man halfway down. “Kid, he’s got his head opened up in a hospital in the middle of a desert. What are we saving?”</w:t>
      </w:r>
    </w:p>
    <w:p w14:paraId="442CDB3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it costs us nothing to be careful,” said the quiet man.</w:t>
      </w:r>
    </w:p>
    <w:p w14:paraId="07E33F2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silence, and in it the man with the cough drops unwrapped one, and the crackle of the cellophane went round the room like something falling downstairs.</w:t>
      </w:r>
    </w:p>
    <w:p w14:paraId="33FA710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 hour,” said the foreman. “Can everybody sit still for an hour.”</w:t>
      </w:r>
    </w:p>
    <w:p w14:paraId="29CF7D7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got tickets,” said the thin man.</w:t>
      </w:r>
    </w:p>
    <w:p w14:paraId="180D79E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“You’ll get to the seventh,” said the man in the grey suit.</w:t>
      </w:r>
    </w:p>
    <w:p w14:paraId="4587F2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What Finian had not been ready for — what he understood, standing in the doorway with no voice, to be the actual and specific punishment, the one Socrates had told him </w:t>
      </w:r>
      <w:r w:rsidRPr="00CE758F">
        <w:rPr>
          <w:rFonts w:ascii="Baskerville Old Face" w:hAnsi="Baskerville Old Face"/>
          <w:bCs/>
          <w:sz w:val="28"/>
          <w:szCs w:val="28"/>
        </w:rPr>
        <w:lastRenderedPageBreak/>
        <w:t>twice they did not have — was that they were not stupid, and they did not hate him, and they got things wrong.</w:t>
      </w:r>
    </w:p>
    <w:p w14:paraId="0B63ECC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They got the wall wrong. The heavy man thought the wall had been to keep people out, and said so, and there was a general noise of agreement, and the quiet man said mildly that a wall three feet six inches high wouldn’t keep out a determined dog, and the ad-man at the end said well then it was for show, and Finian stood in the doorway with his mouth open and no sound in it, wanting more than he had wanted anything in three days to tell twelve strangers that it had been to keep the </w:t>
      </w:r>
      <w:r w:rsidRPr="00CE758F">
        <w:rPr>
          <w:rFonts w:ascii="Baskerville Old Face" w:hAnsi="Baskerville Old Face"/>
          <w:bCs/>
          <w:i/>
          <w:sz w:val="28"/>
          <w:szCs w:val="28"/>
        </w:rPr>
        <w:t>cattle</w:t>
      </w:r>
      <w:r w:rsidRPr="00CE758F">
        <w:rPr>
          <w:rFonts w:ascii="Baskerville Old Face" w:hAnsi="Baskerville Old Face"/>
          <w:bCs/>
          <w:sz w:val="28"/>
          <w:szCs w:val="28"/>
        </w:rPr>
        <w:t xml:space="preserve"> out, and to say what cattle, and that there had never been any cattle, and to hear himself say it and find out what it sounded like.</w:t>
      </w:r>
    </w:p>
    <w:p w14:paraId="0715C97C" w14:textId="0378DEB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They got the bore-water wrong for nearly ten minutes. Two of them believed a bore was a mine.</w:t>
      </w:r>
      <w:r w:rsidR="00772236">
        <w:rPr>
          <w:rFonts w:ascii="Baskerville Old Face" w:hAnsi="Baskerville Old Face"/>
          <w:bCs/>
          <w:sz w:val="28"/>
          <w:szCs w:val="28"/>
        </w:rPr>
        <w:t xml:space="preserve"> </w:t>
      </w:r>
      <w:r w:rsidRPr="00CE758F">
        <w:rPr>
          <w:rFonts w:ascii="Baskerville Old Face" w:hAnsi="Baskerville Old Face"/>
          <w:bCs/>
          <w:sz w:val="28"/>
          <w:szCs w:val="28"/>
        </w:rPr>
        <w:t xml:space="preserve">“It’s a well,” said the watchmaker at last, in his careful, arranged English, and he said it with a kind of relief, as though a bad translation had been holding up the whole business. “That is all it is. He drilled wells. He put water where there was no water and cattle drank it and the country was possible where it had not been possible. Let us not make it grander than it is and let us not make it smaller. He was a man with a machine who found </w:t>
      </w:r>
      <w:r w:rsidRPr="00CE758F">
        <w:rPr>
          <w:rFonts w:ascii="Baskerville Old Face" w:hAnsi="Baskerville Old Face"/>
          <w:bCs/>
          <w:sz w:val="28"/>
          <w:szCs w:val="28"/>
        </w:rPr>
        <w:lastRenderedPageBreak/>
        <w:t>water. It is a good trade. My uncle did it in the Banat with a horse and a screw.”</w:t>
      </w:r>
    </w:p>
    <w:p w14:paraId="69DF4BB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“Eighty-one men on his books,” said the ad-man, reading. “At the end.”</w:t>
      </w:r>
    </w:p>
    <w:p w14:paraId="3668E27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paid them on the day,” said the man in the good grey suit. “Out of his own pocket when the bank was slow. Better than the industry, better than the government. That’s not the defence lawyer, that’s the prosecutor’s own witness and the prosecutor conceded it in open court, which I want to say I’ve never seen before and I found it very impressive.”</w:t>
      </w:r>
    </w:p>
    <w:p w14:paraId="70C46BB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what are we doing?” said the heavy man.</w:t>
      </w:r>
    </w:p>
    <w:p w14:paraId="4B82DC4E" w14:textId="2024ED9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“We’re doing the second thing,” said the grey suit. “The blindness.”</w:t>
      </w:r>
      <w:r w:rsidR="00772236">
        <w:rPr>
          <w:rFonts w:ascii="Baskerville Old Face" w:hAnsi="Baskerville Old Face"/>
          <w:bCs/>
          <w:sz w:val="28"/>
          <w:szCs w:val="28"/>
        </w:rPr>
        <w:t xml:space="preserve"> </w:t>
      </w:r>
      <w:r w:rsidRPr="00CE758F">
        <w:rPr>
          <w:rFonts w:ascii="Baskerville Old Face" w:hAnsi="Baskerville Old Face"/>
          <w:bCs/>
          <w:sz w:val="28"/>
          <w:szCs w:val="28"/>
        </w:rPr>
        <w:t>And then, for about half an hour, they were very good, and it was unbearable.</w:t>
      </w:r>
      <w:r w:rsidR="00772236">
        <w:rPr>
          <w:rFonts w:ascii="Baskerville Old Face" w:hAnsi="Baskerville Old Face"/>
          <w:bCs/>
          <w:sz w:val="28"/>
          <w:szCs w:val="28"/>
        </w:rPr>
        <w:t xml:space="preserve"> </w:t>
      </w:r>
      <w:r w:rsidRPr="00CE758F">
        <w:rPr>
          <w:rFonts w:ascii="Baskerville Old Face" w:hAnsi="Baskerville Old Face"/>
          <w:bCs/>
          <w:sz w:val="28"/>
          <w:szCs w:val="28"/>
        </w:rPr>
        <w:t>The grey suit had the register by heart. Twenty-two entries in twenty-six years. Paid every time, at once, generously, unasked, no lawyer, no argument, no delay. And in twenty-six years, not one visit. “That’s my whole difficulty,” he said. “It’s not the money and it’s not the injuries. I run a business. Men get hurt. What I can’t get past is the instrument. He only owned one. Everything that came at him, he answered with the same thing, because it was the only thing he had, and when a man’s only got a hammer—“</w:t>
      </w:r>
    </w:p>
    <w:p w14:paraId="764A769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“—everything’s a nail,” said the ad-man.</w:t>
      </w:r>
    </w:p>
    <w:p w14:paraId="21B5AD3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 said the watchmaker. “Everything is a </w:t>
      </w:r>
      <w:r w:rsidRPr="00CE758F">
        <w:rPr>
          <w:rFonts w:ascii="Baskerville Old Face" w:hAnsi="Baskerville Old Face"/>
          <w:bCs/>
          <w:i/>
          <w:sz w:val="28"/>
          <w:szCs w:val="28"/>
        </w:rPr>
        <w:t>price</w:t>
      </w:r>
      <w:r w:rsidRPr="00CE758F">
        <w:rPr>
          <w:rFonts w:ascii="Baskerville Old Face" w:hAnsi="Baskerville Old Face"/>
          <w:bCs/>
          <w:sz w:val="28"/>
          <w:szCs w:val="28"/>
        </w:rPr>
        <w:t>. That is worse. A nail you can at least hit.”</w:t>
      </w:r>
    </w:p>
    <w:p w14:paraId="51C40A8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never went to the hospital,” said the old man at the far end, who had said nothing at all so far. He had a soft, high, precise voice and he waited to be sure they were listening before he went on, which they were, because he was eighty-odd and had been in this room before. “Twenty-two men and he never sat in a chair beside one bed. I noticed that. And I noticed a second thing, and I don’t believe anybody else in this room noticed it, because I have got a great deal of time on my hands and I notice things.” He put his fingertips on the table. “The burnt fellow. The one with the sleeves. He came in here with his cuffs buttoned, in a hot country, and he has not buttoned those cuffs in thirty-one years, and he buttoned them to come in and give evidence </w:t>
      </w:r>
      <w:r w:rsidRPr="00CE758F">
        <w:rPr>
          <w:rFonts w:ascii="Baskerville Old Face" w:hAnsi="Baskerville Old Face"/>
          <w:bCs/>
          <w:i/>
          <w:sz w:val="28"/>
          <w:szCs w:val="28"/>
        </w:rPr>
        <w:t>against</w:t>
      </w:r>
      <w:r w:rsidRPr="00CE758F">
        <w:rPr>
          <w:rFonts w:ascii="Baskerville Old Face" w:hAnsi="Baskerville Old Face"/>
          <w:bCs/>
          <w:sz w:val="28"/>
          <w:szCs w:val="28"/>
        </w:rPr>
        <w:t xml:space="preserve"> the man.” He let that sit. “And the last thing he did before he went out was ask him to telephone. Now. Nobody in this world troubles to put his sleeves down for a man he’s given up on.”</w:t>
      </w:r>
    </w:p>
    <w:p w14:paraId="648FF0A6" w14:textId="0CF1A95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room was quiet.</w:t>
      </w:r>
      <w:r w:rsidR="00FC6982">
        <w:rPr>
          <w:rFonts w:ascii="Baskerville Old Face" w:hAnsi="Baskerville Old Face"/>
          <w:bCs/>
          <w:sz w:val="28"/>
          <w:szCs w:val="28"/>
        </w:rPr>
        <w:t xml:space="preserve"> </w:t>
      </w:r>
      <w:r w:rsidRPr="00CE758F">
        <w:rPr>
          <w:rFonts w:ascii="Baskerville Old Face" w:hAnsi="Baskerville Old Face"/>
          <w:bCs/>
          <w:sz w:val="28"/>
          <w:szCs w:val="28"/>
        </w:rPr>
        <w:t>“That’s sentiment,” said the heavy man, but he said it without much conviction.</w:t>
      </w:r>
    </w:p>
    <w:p w14:paraId="010FFA1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“It is evidence,” said the watchmaker. “It is the only kind there is about the future. He asked for something. Men do not ask for things from stones.”</w:t>
      </w:r>
    </w:p>
    <w:p w14:paraId="3A3257B7" w14:textId="719669C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 in the doorway with the rain going down the glass and found that he was crying again, silently, in a way that was becoming a habit and that he could no longer be bothered to be ashamed of, because an old man in New York in shirtsleeves had noticed Ted Mawson’s cuffs, and he had worked in a yard with Ted Mawson for eighteen years and had never once, in all that time, noticed anything about him at all except that he was reliable.</w:t>
      </w:r>
      <w:r w:rsidR="00FC6982">
        <w:rPr>
          <w:rFonts w:ascii="Baskerville Old Face" w:hAnsi="Baskerville Old Face"/>
          <w:bCs/>
          <w:sz w:val="28"/>
          <w:szCs w:val="28"/>
        </w:rPr>
        <w:t xml:space="preserve"> </w:t>
      </w:r>
      <w:r w:rsidRPr="00CE758F">
        <w:rPr>
          <w:rFonts w:ascii="Baskerville Old Face" w:hAnsi="Baskerville Old Face"/>
          <w:bCs/>
          <w:sz w:val="28"/>
          <w:szCs w:val="28"/>
        </w:rPr>
        <w:t>By half past six there were four hands for guilty, and by ten past seven there were two, and the thin man with the tickets had long since stopped mentioning the tickets and had turned his chair round to face the table properly, which the quiet man had noticed and had not remarked on.</w:t>
      </w:r>
      <w:r w:rsidR="00FC6982">
        <w:rPr>
          <w:rFonts w:ascii="Baskerville Old Face" w:hAnsi="Baskerville Old Face"/>
          <w:bCs/>
          <w:sz w:val="28"/>
          <w:szCs w:val="28"/>
        </w:rPr>
        <w:t xml:space="preserve"> </w:t>
      </w:r>
      <w:r w:rsidRPr="00CE758F">
        <w:rPr>
          <w:rFonts w:ascii="Baskerville Old Face" w:hAnsi="Baskerville Old Face"/>
          <w:bCs/>
          <w:sz w:val="28"/>
          <w:szCs w:val="28"/>
        </w:rPr>
        <w:t>At twenty past seven the thin man said, “Ah, hell. Not guilty. Can we go?”</w:t>
      </w:r>
    </w:p>
    <w:p w14:paraId="385BD99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 said the quiet man.</w:t>
      </w:r>
    </w:p>
    <w:p w14:paraId="36B7C5C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w:t>
      </w:r>
    </w:p>
    <w:p w14:paraId="738899A2" w14:textId="45B4636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 don’t want it,” said the quiet man. “Not like that. You’re not saying he’s got something left in him, you’re saying you’ve had enough of this room.” He said it without any unkindness </w:t>
      </w:r>
      <w:r w:rsidRPr="00CE758F">
        <w:rPr>
          <w:rFonts w:ascii="Baskerville Old Face" w:hAnsi="Baskerville Old Face"/>
          <w:bCs/>
          <w:sz w:val="28"/>
          <w:szCs w:val="28"/>
        </w:rPr>
        <w:lastRenderedPageBreak/>
        <w:t>at all, and that was what made it land. “Sit down and tell me what you actually think, and if it’s still not guilty then I’ll take it and be glad of it. But I’m not carrying yours out of here for you.”</w:t>
      </w:r>
      <w:r w:rsidR="00FC6982">
        <w:rPr>
          <w:rFonts w:ascii="Baskerville Old Face" w:hAnsi="Baskerville Old Face"/>
          <w:bCs/>
          <w:sz w:val="28"/>
          <w:szCs w:val="28"/>
        </w:rPr>
        <w:t xml:space="preserve"> </w:t>
      </w:r>
      <w:r w:rsidRPr="00CE758F">
        <w:rPr>
          <w:rFonts w:ascii="Baskerville Old Face" w:hAnsi="Baskerville Old Face"/>
          <w:bCs/>
          <w:sz w:val="28"/>
          <w:szCs w:val="28"/>
        </w:rPr>
        <w:t>The thin man went red, and sat, and for perhaps a minute nobody helped him.</w:t>
      </w:r>
      <w:r w:rsidR="00FC6982">
        <w:rPr>
          <w:rFonts w:ascii="Baskerville Old Face" w:hAnsi="Baskerville Old Face"/>
          <w:bCs/>
          <w:sz w:val="28"/>
          <w:szCs w:val="28"/>
        </w:rPr>
        <w:t xml:space="preserve"> </w:t>
      </w:r>
      <w:r w:rsidRPr="00CE758F">
        <w:rPr>
          <w:rFonts w:ascii="Baskerville Old Face" w:hAnsi="Baskerville Old Face"/>
          <w:bCs/>
          <w:sz w:val="28"/>
          <w:szCs w:val="28"/>
        </w:rPr>
        <w:t xml:space="preserve">“I think,” he said at last, and stopped, and started again. “I think I sell things. Okay? That’s what I do, I sell things, and I’m good at it, and every guy I know who’s good at it is a little bit — you got to keep moving. You can’t stand still and look at a thing you sold. There’s no percentage in it.” He turned his hands over. “So when the Roman said </w:t>
      </w:r>
      <w:r w:rsidRPr="00CE758F">
        <w:rPr>
          <w:rFonts w:ascii="Baskerville Old Face" w:hAnsi="Baskerville Old Face"/>
          <w:bCs/>
          <w:i/>
          <w:sz w:val="28"/>
          <w:szCs w:val="28"/>
        </w:rPr>
        <w:t>there’s no finish</w:t>
      </w:r>
      <w:r w:rsidRPr="00CE758F">
        <w:rPr>
          <w:rFonts w:ascii="Baskerville Old Face" w:hAnsi="Baskerville Old Face"/>
          <w:bCs/>
          <w:sz w:val="28"/>
          <w:szCs w:val="28"/>
        </w:rPr>
        <w:t>, I felt that in my stomach. And I’d like it not to be true. Because if it’s true about him it’s true about me, and I got eleven years of it left before they put me out to pasture.” He looked up. “Not guilty. And that’s my think, and I’d be obliged if you’d take it, because it took a lot out of me.”</w:t>
      </w:r>
    </w:p>
    <w:p w14:paraId="6BB643EC" w14:textId="167DFA0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“Taken,” said the quiet man.</w:t>
      </w:r>
      <w:r w:rsidR="00AF2659">
        <w:rPr>
          <w:rFonts w:ascii="Baskerville Old Face" w:hAnsi="Baskerville Old Face"/>
          <w:bCs/>
          <w:sz w:val="28"/>
          <w:szCs w:val="28"/>
        </w:rPr>
        <w:t xml:space="preserve"> </w:t>
      </w:r>
      <w:r w:rsidRPr="00CE758F">
        <w:rPr>
          <w:rFonts w:ascii="Baskerville Old Face" w:hAnsi="Baskerville Old Face"/>
          <w:bCs/>
          <w:sz w:val="28"/>
          <w:szCs w:val="28"/>
        </w:rPr>
        <w:t>That left the grey suit, who changed his vote at twenty to eight with an explanation two minutes long, precise, unsentimental and entirely about the tin, and specifically about the folded page inside it, which he had asked to see twice.</w:t>
      </w:r>
    </w:p>
    <w:p w14:paraId="58DE7313" w14:textId="0FC680B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“Twenty-five years in a drawer and six in a safe behind the deeds,” he said. “I keep everything. It’s a disease with me, my wife says so. But I keep the things that flatter me and I lose the things that don’t, and I have never once in my life carried a piece of paper for thirty-one years that said </w:t>
      </w:r>
      <w:r w:rsidRPr="00CE758F">
        <w:rPr>
          <w:rFonts w:ascii="Baskerville Old Face" w:hAnsi="Baskerville Old Face"/>
          <w:bCs/>
          <w:i/>
          <w:sz w:val="28"/>
          <w:szCs w:val="28"/>
        </w:rPr>
        <w:t>I have not been able to look at him since Friday.</w:t>
      </w:r>
      <w:r w:rsidRPr="00CE758F">
        <w:rPr>
          <w:rFonts w:ascii="Baskerville Old Face" w:hAnsi="Baskerville Old Face"/>
          <w:bCs/>
          <w:sz w:val="28"/>
          <w:szCs w:val="28"/>
        </w:rPr>
        <w:t>” He shut the folder. “A man doesn’t file the case against himself for thirty-one years unless some part of him is waiting to be asked about it. Nobody ever asked him. That’s not his credit and it’s not his fault. But the paper’s in the tin and it was in the tin the whole time and he’s the one who put it there.” He sat back. “Not guilty. And I’d like the record to be extremely clear that I am not saying he is a good man. I’m saying the paper’s in the tin.”</w:t>
      </w:r>
      <w:r w:rsidR="00620243">
        <w:rPr>
          <w:rFonts w:ascii="Baskerville Old Face" w:hAnsi="Baskerville Old Face"/>
          <w:bCs/>
          <w:sz w:val="28"/>
          <w:szCs w:val="28"/>
        </w:rPr>
        <w:t xml:space="preserve"> </w:t>
      </w:r>
      <w:r w:rsidRPr="00CE758F">
        <w:rPr>
          <w:rFonts w:ascii="Baskerville Old Face" w:hAnsi="Baskerville Old Face"/>
          <w:bCs/>
          <w:sz w:val="28"/>
          <w:szCs w:val="28"/>
        </w:rPr>
        <w:t>And that left one.</w:t>
      </w:r>
      <w:r w:rsidR="00620243">
        <w:rPr>
          <w:rFonts w:ascii="Baskerville Old Face" w:hAnsi="Baskerville Old Face"/>
          <w:bCs/>
          <w:sz w:val="28"/>
          <w:szCs w:val="28"/>
        </w:rPr>
        <w:t xml:space="preserve"> </w:t>
      </w:r>
      <w:r w:rsidRPr="00CE758F">
        <w:rPr>
          <w:rFonts w:ascii="Baskerville Old Face" w:hAnsi="Baskerville Old Face"/>
          <w:bCs/>
          <w:sz w:val="28"/>
          <w:szCs w:val="28"/>
        </w:rPr>
        <w:t>He was a big man in his fifties, thick through the neck, with a heavy jaw and a voice that had been getting louder since four o’clock, and he had not moved once, and he had spent the whole of the last hour with his forearms on the table looking at the wood.</w:t>
      </w:r>
    </w:p>
    <w:p w14:paraId="68F18F5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“Well?” said the foreman, gently.</w:t>
      </w:r>
    </w:p>
    <w:p w14:paraId="16141A7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w:t>
      </w:r>
    </w:p>
    <w:p w14:paraId="1C47899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want to say why? You don’t have to. But we got the time now.”</w:t>
      </w:r>
    </w:p>
    <w:p w14:paraId="7F7546B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“I said no.”</w:t>
      </w:r>
    </w:p>
    <w:p w14:paraId="3D635828" w14:textId="4FE3446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we’re a hung jury,” said the ad-man, “and I don’t know what that does in a place like this, and I’d rather not find out.”</w:t>
      </w:r>
      <w:r w:rsidR="00AF2659">
        <w:rPr>
          <w:rFonts w:ascii="Baskerville Old Face" w:hAnsi="Baskerville Old Face"/>
          <w:bCs/>
          <w:sz w:val="28"/>
          <w:szCs w:val="28"/>
        </w:rPr>
        <w:t xml:space="preserve"> </w:t>
      </w:r>
      <w:r w:rsidRPr="00CE758F">
        <w:rPr>
          <w:rFonts w:ascii="Baskerville Old Face" w:hAnsi="Baskerville Old Face"/>
          <w:bCs/>
          <w:sz w:val="28"/>
          <w:szCs w:val="28"/>
        </w:rPr>
        <w:t>The big man rubbed his face with both hands, hard, the way a man does at the end of a long drive.</w:t>
      </w:r>
      <w:r w:rsidR="00620243">
        <w:rPr>
          <w:rFonts w:ascii="Baskerville Old Face" w:hAnsi="Baskerville Old Face"/>
          <w:bCs/>
          <w:sz w:val="28"/>
          <w:szCs w:val="28"/>
        </w:rPr>
        <w:t xml:space="preserve"> </w:t>
      </w:r>
      <w:r w:rsidRPr="00CE758F">
        <w:rPr>
          <w:rFonts w:ascii="Baskerville Old Face" w:hAnsi="Baskerville Old Face"/>
          <w:bCs/>
          <w:sz w:val="28"/>
          <w:szCs w:val="28"/>
        </w:rPr>
        <w:t>“My old man built a business,” he said.</w:t>
      </w:r>
    </w:p>
    <w:p w14:paraId="2739BFB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Nobody said anything.</w:t>
      </w:r>
    </w:p>
    <w:p w14:paraId="6D7D7AE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“Sheet metal. Ductwork. Started in a garage in Queens with a brake and a snips and my mother doing the books at the kitchen table with a baby on her, and when he died in fifty-one he had forty-one men and two trucks and a yard, and he was a big man in the neighbourhood, and they filled the church.” He was still looking at the wood. “And I want to tell you something about my father. He never hit me. He never took a drink. He never once raised his voice in that house, not one time, and every single thing I have in the world came out of his two hands.” He stopped. “And I could not tell you the colour of my mother’s eyes without I go and look, because he never in twenty-two years asked her one question about herself at the table, and I learned how to be at a table from him.”</w:t>
      </w:r>
    </w:p>
    <w:p w14:paraId="01E076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rain went on down the glass.</w:t>
      </w:r>
    </w:p>
    <w:p w14:paraId="1B37F8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“He was never in the room,” the big man said. “That’s it. That’s the words for it and I’ve been sitting here for three days waiting for somebody to say them and then the Roman said them at four o’clock and I had to hold onto the chair.” He looked up at last, and his eyes were wet and absolutely furious. “So don’t ask me to say </w:t>
      </w:r>
      <w:r w:rsidRPr="00CE758F">
        <w:rPr>
          <w:rFonts w:ascii="Baskerville Old Face" w:hAnsi="Baskerville Old Face"/>
          <w:bCs/>
          <w:i/>
          <w:sz w:val="28"/>
          <w:szCs w:val="28"/>
        </w:rPr>
        <w:t>not guilty</w:t>
      </w:r>
      <w:r w:rsidRPr="00CE758F">
        <w:rPr>
          <w:rFonts w:ascii="Baskerville Old Face" w:hAnsi="Baskerville Old Face"/>
          <w:bCs/>
          <w:sz w:val="28"/>
          <w:szCs w:val="28"/>
        </w:rPr>
        <w:t xml:space="preserve">. I’ve had thirteen years of not guilty. They gave him a Mass and a headstone and forty-one men in dark suits and a piece in the paper, and there is nobody, </w:t>
      </w:r>
      <w:r w:rsidRPr="00CE758F">
        <w:rPr>
          <w:rFonts w:ascii="Baskerville Old Face" w:hAnsi="Baskerville Old Face"/>
          <w:bCs/>
          <w:i/>
          <w:sz w:val="28"/>
          <w:szCs w:val="28"/>
        </w:rPr>
        <w:t>nobody</w:t>
      </w:r>
      <w:r w:rsidRPr="00CE758F">
        <w:rPr>
          <w:rFonts w:ascii="Baskerville Old Face" w:hAnsi="Baskerville Old Face"/>
          <w:bCs/>
          <w:sz w:val="28"/>
          <w:szCs w:val="28"/>
        </w:rPr>
        <w:t xml:space="preserve">, in the entire history of the world who has ever once said to that man: </w:t>
      </w:r>
      <w:r w:rsidRPr="00CE758F">
        <w:rPr>
          <w:rFonts w:ascii="Baskerville Old Face" w:hAnsi="Baskerville Old Face"/>
          <w:bCs/>
          <w:i/>
          <w:sz w:val="28"/>
          <w:szCs w:val="28"/>
        </w:rPr>
        <w:t>you were never in the room.</w:t>
      </w:r>
      <w:r w:rsidRPr="00CE758F">
        <w:rPr>
          <w:rFonts w:ascii="Baskerville Old Face" w:hAnsi="Baskerville Old Face"/>
          <w:bCs/>
          <w:sz w:val="28"/>
          <w:szCs w:val="28"/>
        </w:rPr>
        <w:t xml:space="preserve"> He died and nobody said it. And now you want me to put my hand up for another one.”</w:t>
      </w:r>
    </w:p>
    <w:p w14:paraId="4D45C1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Silence.</w:t>
      </w:r>
    </w:p>
    <w:p w14:paraId="08121C9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the quiet man said, “Say it to him.”</w:t>
      </w:r>
    </w:p>
    <w:p w14:paraId="39E0B7B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w:t>
      </w:r>
    </w:p>
    <w:p w14:paraId="7CF575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“Say it to him.” The quiet man was leaning forward now. “That’s the whole difference between this and your father. This one isn’t dead yet.” He tapped the table once with two fingers. “Your old man’s gone and there’s nothing in this room or any other that can reach him and I’m sorry, I mean that, I’m genuinely sorry. But there’s a man forty feet down that corridor who has not been told, and we’re the twelve </w:t>
      </w:r>
      <w:r w:rsidRPr="00CE758F">
        <w:rPr>
          <w:rFonts w:ascii="Baskerville Old Face" w:hAnsi="Baskerville Old Face"/>
          <w:bCs/>
          <w:sz w:val="28"/>
          <w:szCs w:val="28"/>
        </w:rPr>
        <w:lastRenderedPageBreak/>
        <w:t>people in the universe who are in a position to tell him, and if we vote him out of existence in the next ten minutes he goes exactly the way your father went. Unsaid.” He sat back. “You want that? Two of them?”</w:t>
      </w:r>
    </w:p>
    <w:p w14:paraId="6F99223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big man’s jaw worked.</w:t>
      </w:r>
    </w:p>
    <w:p w14:paraId="60C2300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want it said,” he said. “Out loud. To his face.”</w:t>
      </w:r>
    </w:p>
    <w:p w14:paraId="75C8635D" w14:textId="143CFD7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ask,” said the old man at the end. “It’s a strange sort of court. It’s the strangest I ever saw. Ask him.”</w:t>
      </w:r>
      <w:r w:rsidR="00FD70E6">
        <w:rPr>
          <w:rFonts w:ascii="Baskerville Old Face" w:hAnsi="Baskerville Old Face"/>
          <w:bCs/>
          <w:sz w:val="28"/>
          <w:szCs w:val="28"/>
        </w:rPr>
        <w:t xml:space="preserve"> </w:t>
      </w:r>
      <w:r w:rsidRPr="00CE758F">
        <w:rPr>
          <w:rFonts w:ascii="Baskerville Old Face" w:hAnsi="Baskerville Old Face"/>
          <w:bCs/>
          <w:sz w:val="28"/>
          <w:szCs w:val="28"/>
        </w:rPr>
        <w:t>They came back in at eight minutes past eight and the courtroom had gone dim and nobody had put a light on, and Finian was in his place at the table with Darrow’s hand resting once, briefly, on his shoulder, and Crassus was sitting with his exhibits squared up and his hands folded and his face entirely unreadable.</w:t>
      </w:r>
      <w:r w:rsidR="00FD70E6">
        <w:rPr>
          <w:rFonts w:ascii="Baskerville Old Face" w:hAnsi="Baskerville Old Face"/>
          <w:bCs/>
          <w:sz w:val="28"/>
          <w:szCs w:val="28"/>
        </w:rPr>
        <w:t xml:space="preserve"> </w:t>
      </w:r>
      <w:r w:rsidRPr="00CE758F">
        <w:rPr>
          <w:rFonts w:ascii="Baskerville Old Face" w:hAnsi="Baskerville Old Face"/>
          <w:bCs/>
          <w:sz w:val="28"/>
          <w:szCs w:val="28"/>
        </w:rPr>
        <w:t>“Have you reached a verdict?” said Socrates.</w:t>
      </w:r>
    </w:p>
    <w:p w14:paraId="2398EBE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“We have, your honour,” said the foreman. “It’s not guilty.” And then, before the room could do anything with it: “And we got a rider. I don’t know if you take riders.”</w:t>
      </w:r>
    </w:p>
    <w:p w14:paraId="3CA0011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take anything.”</w:t>
      </w:r>
    </w:p>
    <w:p w14:paraId="6157DF2C" w14:textId="50E728F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rider is that not guilty </w:t>
      </w:r>
      <w:r w:rsidR="00A36EC9" w:rsidRPr="00CE758F">
        <w:rPr>
          <w:rFonts w:ascii="Baskerville Old Face" w:hAnsi="Baskerville Old Face"/>
          <w:bCs/>
          <w:sz w:val="28"/>
          <w:szCs w:val="28"/>
        </w:rPr>
        <w:t>isn’t</w:t>
      </w:r>
      <w:r w:rsidRPr="00CE758F">
        <w:rPr>
          <w:rFonts w:ascii="Baskerville Old Face" w:hAnsi="Baskerville Old Face"/>
          <w:bCs/>
          <w:sz w:val="28"/>
          <w:szCs w:val="28"/>
        </w:rPr>
        <w:t xml:space="preserve"> the same as innocent,” said the foreman. “We’re clear on that. We don’t find him a good man and we don’t find that what he done to those people was small. We find there’s something left in him. </w:t>
      </w:r>
      <w:r w:rsidRPr="00CE758F">
        <w:rPr>
          <w:rFonts w:ascii="Baskerville Old Face" w:hAnsi="Baskerville Old Face"/>
          <w:bCs/>
          <w:sz w:val="28"/>
          <w:szCs w:val="28"/>
        </w:rPr>
        <w:lastRenderedPageBreak/>
        <w:t>That’s all we find. And we’d like that put down the way I said it.”</w:t>
      </w:r>
    </w:p>
    <w:p w14:paraId="03197DD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is put down exactly the way you said it,” said Socrates.</w:t>
      </w:r>
    </w:p>
    <w:p w14:paraId="03FC84C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one more thing, your honour. One of us wants to say something to him direct. I told him I’d ask.”</w:t>
      </w:r>
    </w:p>
    <w:p w14:paraId="097FB06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Socrates looked at the big man for a long moment.</w:t>
      </w:r>
    </w:p>
    <w:p w14:paraId="02A00B0D" w14:textId="58EF146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“Stand up, </w:t>
      </w:r>
      <w:r w:rsidR="00A36EC9" w:rsidRPr="00CE758F">
        <w:rPr>
          <w:rFonts w:ascii="Baskerville Old Face" w:hAnsi="Baskerville Old Face"/>
          <w:bCs/>
          <w:sz w:val="28"/>
          <w:szCs w:val="28"/>
        </w:rPr>
        <w:t>Mr.</w:t>
      </w:r>
      <w:r w:rsidRPr="00CE758F">
        <w:rPr>
          <w:rFonts w:ascii="Baskerville Old Face" w:hAnsi="Baskerville Old Face"/>
          <w:bCs/>
          <w:sz w:val="28"/>
          <w:szCs w:val="28"/>
        </w:rPr>
        <w:t xml:space="preserve"> Kavanagh,” he said.</w:t>
      </w:r>
    </w:p>
    <w:p w14:paraId="50D4A48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stood.</w:t>
      </w:r>
    </w:p>
    <w:p w14:paraId="6F6C7E31" w14:textId="05451F7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big man came round the end of the jury box and stopped about four feet away, and he was breathing the way men breathe before they lift something, and there was no violence in him at all; there was only a very old and very tired thing that had been carried up and down a great many stairs.</w:t>
      </w:r>
      <w:r w:rsidR="00F81EFA">
        <w:rPr>
          <w:rFonts w:ascii="Baskerville Old Face" w:hAnsi="Baskerville Old Face"/>
          <w:bCs/>
          <w:sz w:val="28"/>
          <w:szCs w:val="28"/>
        </w:rPr>
        <w:t xml:space="preserve"> </w:t>
      </w:r>
      <w:r w:rsidRPr="00CE758F">
        <w:rPr>
          <w:rFonts w:ascii="Baskerville Old Face" w:hAnsi="Baskerville Old Face"/>
          <w:bCs/>
          <w:sz w:val="28"/>
          <w:szCs w:val="28"/>
        </w:rPr>
        <w:t xml:space="preserve">“My father was Dominic Carbone,” he said. “You never heard of him. He was a good man and he built something out of nothing and everybody in Astoria came to his funeral.” His voice went, and he waited for it, and got it back. “He was never in the room. Twenty-two years and he was never in the room, and my mother died before him and he never asked her one single thing about herself, and I loved him, and there’s nobody left to tell.” He wiped his face with the flat of his hand, roughly, once. “So I’m telling you instead. You were never in </w:t>
      </w:r>
      <w:r w:rsidRPr="00CE758F">
        <w:rPr>
          <w:rFonts w:ascii="Baskerville Old Face" w:hAnsi="Baskerville Old Face"/>
          <w:bCs/>
          <w:sz w:val="28"/>
          <w:szCs w:val="28"/>
        </w:rPr>
        <w:lastRenderedPageBreak/>
        <w:t>the room. That’s what you did. Not the water and not the money and not the fence, though God knows. You were never in the room, and there was somebody sitting in it the whole time.”</w:t>
      </w:r>
      <w:r w:rsidR="00F81EFA">
        <w:rPr>
          <w:rFonts w:ascii="Baskerville Old Face" w:hAnsi="Baskerville Old Face"/>
          <w:bCs/>
          <w:sz w:val="28"/>
          <w:szCs w:val="28"/>
        </w:rPr>
        <w:t xml:space="preserve"> </w:t>
      </w:r>
      <w:r w:rsidRPr="00CE758F">
        <w:rPr>
          <w:rFonts w:ascii="Baskerville Old Face" w:hAnsi="Baskerville Old Face"/>
          <w:bCs/>
          <w:sz w:val="28"/>
          <w:szCs w:val="28"/>
        </w:rPr>
        <w:t xml:space="preserve">Finian did not say </w:t>
      </w:r>
      <w:r w:rsidRPr="00CE758F">
        <w:rPr>
          <w:rFonts w:ascii="Baskerville Old Face" w:hAnsi="Baskerville Old Face"/>
          <w:bCs/>
          <w:i/>
          <w:sz w:val="28"/>
          <w:szCs w:val="28"/>
        </w:rPr>
        <w:t>I know</w:t>
      </w:r>
      <w:r w:rsidRPr="00CE758F">
        <w:rPr>
          <w:rFonts w:ascii="Baskerville Old Face" w:hAnsi="Baskerville Old Face"/>
          <w:bCs/>
          <w:sz w:val="28"/>
          <w:szCs w:val="28"/>
        </w:rPr>
        <w:t xml:space="preserve">, because he had said </w:t>
      </w:r>
      <w:r w:rsidRPr="00CE758F">
        <w:rPr>
          <w:rFonts w:ascii="Baskerville Old Face" w:hAnsi="Baskerville Old Face"/>
          <w:bCs/>
          <w:i/>
          <w:sz w:val="28"/>
          <w:szCs w:val="28"/>
        </w:rPr>
        <w:t>I know</w:t>
      </w:r>
      <w:r w:rsidRPr="00CE758F">
        <w:rPr>
          <w:rFonts w:ascii="Baskerville Old Face" w:hAnsi="Baskerville Old Face"/>
          <w:bCs/>
          <w:sz w:val="28"/>
          <w:szCs w:val="28"/>
        </w:rPr>
        <w:t xml:space="preserve"> twice in a corridor in nineteen sixty-nine and it had been the worst thing he had ever said to anybody.</w:t>
      </w:r>
    </w:p>
    <w:p w14:paraId="3032058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“What was her name?”</w:t>
      </w:r>
    </w:p>
    <w:p w14:paraId="0A09E85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big man stared at him.</w:t>
      </w:r>
    </w:p>
    <w:p w14:paraId="3922966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“My mother’s?”</w:t>
      </w:r>
    </w:p>
    <w:p w14:paraId="7EF127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047E1AD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“Rosaria,” he said. “Rosaria Carbone. Née Vitale.”</w:t>
      </w:r>
    </w:p>
    <w:p w14:paraId="74D9018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“Rosaria Carbone,” said Finian. “Née Vitale. I’ll mind it.”</w:t>
      </w:r>
    </w:p>
    <w:p w14:paraId="441C53D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 big man, who had waited thirteen years and three days for somebody to be in the room, put out his hand, and Finian shook it, and the big man went back to his seat and sat down and put both hands flat on his knees and looked at the ceiling.</w:t>
      </w:r>
    </w:p>
    <w:p w14:paraId="7595B2E7" w14:textId="5596169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Socrates did not </w:t>
      </w:r>
      <w:r w:rsidR="008F60E6">
        <w:rPr>
          <w:rFonts w:ascii="Baskerville Old Face" w:hAnsi="Baskerville Old Face"/>
          <w:bCs/>
          <w:sz w:val="28"/>
          <w:szCs w:val="28"/>
        </w:rPr>
        <w:t>deliver</w:t>
      </w:r>
      <w:r w:rsidRPr="00CE758F">
        <w:rPr>
          <w:rFonts w:ascii="Baskerville Old Face" w:hAnsi="Baskerville Old Face"/>
          <w:bCs/>
          <w:sz w:val="28"/>
          <w:szCs w:val="28"/>
        </w:rPr>
        <w:t xml:space="preserve"> a speech.</w:t>
      </w:r>
    </w:p>
    <w:p w14:paraId="0AFD377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“Sit down,” he said, and Finian sat. “The verdict is not guilty with the rider recorded. You will go back.”</w:t>
      </w:r>
    </w:p>
    <w:p w14:paraId="2F467BB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waited for the rest of it.</w:t>
      </w:r>
    </w:p>
    <w:p w14:paraId="3E051C5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it?”</w:t>
      </w:r>
    </w:p>
    <w:p w14:paraId="651DB91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“What were you expecting?”</w:t>
      </w:r>
    </w:p>
    <w:p w14:paraId="4052354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“Terms,” said Finian. “There’s aye terms.”</w:t>
      </w:r>
    </w:p>
    <w:p w14:paraId="2CD34FD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are no terms,” said Socrates. “That is the term.” He came down off the bench again and stood with his hands behind his back, an ugly bald old man with a broken nose in a room that was going soft at the corners. “Listen to me, because this is the part that men get wrong and I have watched a great many of them get it wrong. You are not being sent back with a debt. There is no bill and there never was one and if you spend the next thirty years paying instalments on this afternoon you will have wasted them exactly as thoroughly as you wasted the last thirty, and it will look, from the outside, remarkably like philanthropy.”</w:t>
      </w:r>
    </w:p>
    <w:p w14:paraId="41AAE3E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what am I—“</w:t>
      </w:r>
    </w:p>
    <w:p w14:paraId="53F5742C" w14:textId="109244D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“You are going to wake up,” said Socrates, “and your head is going to be </w:t>
      </w:r>
      <w:r w:rsidR="00A36EC9">
        <w:rPr>
          <w:rFonts w:ascii="Baskerville Old Face" w:hAnsi="Baskerville Old Face"/>
          <w:bCs/>
          <w:sz w:val="28"/>
          <w:szCs w:val="28"/>
        </w:rPr>
        <w:t>intact</w:t>
      </w:r>
      <w:r w:rsidRPr="00CE758F">
        <w:rPr>
          <w:rFonts w:ascii="Baskerville Old Face" w:hAnsi="Baskerville Old Face"/>
          <w:bCs/>
          <w:sz w:val="28"/>
          <w:szCs w:val="28"/>
        </w:rPr>
        <w:t>, and there will be no reason for it, and no doctor will be able to give you one, and you are going to want that very badly to be a receipt. It is not a receipt. It is not a sign. You will be given nothing you can hold up. That is deliberate.” He looked at Finian steadily. “Because a man with a receipt is finished, and you have never once in your life been able to be near a finish without starting the next thing.”</w:t>
      </w:r>
    </w:p>
    <w:p w14:paraId="0A76ADB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“So how do I ken if I’m daein’ it right?”</w:t>
      </w:r>
    </w:p>
    <w:p w14:paraId="05F3881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will not know,” said Socrates. “Nobody has ever known. Ask the woman from Maryland what she knew twelve miles up the road in the dark with somebody else’s boots on.”</w:t>
      </w:r>
    </w:p>
    <w:p w14:paraId="6AB7E9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Darrow, packing his papers, said without looking up: “Don’t tell anybody you’re a new man.”</w:t>
      </w:r>
    </w:p>
    <w:p w14:paraId="2C8BF16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said that.”</w:t>
      </w:r>
    </w:p>
    <w:p w14:paraId="649D8B1F" w14:textId="7AC013B4"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“Then she’s right and I’m just repeating it, which is most of my trade.” He shut his case. “Fifty years I did this. I got a lot of men off. Some of them went out and did it again in a month and some of them went home and never did another wrong thing as long as they lived, and I will tell you the God’s honest truth, </w:t>
      </w:r>
      <w:r w:rsidR="00085862" w:rsidRPr="00CE758F">
        <w:rPr>
          <w:rFonts w:ascii="Baskerville Old Face" w:hAnsi="Baskerville Old Face"/>
          <w:bCs/>
          <w:sz w:val="28"/>
          <w:szCs w:val="28"/>
        </w:rPr>
        <w:t>Mr.</w:t>
      </w:r>
      <w:r w:rsidRPr="00CE758F">
        <w:rPr>
          <w:rFonts w:ascii="Baskerville Old Face" w:hAnsi="Baskerville Old Face"/>
          <w:bCs/>
          <w:sz w:val="28"/>
          <w:szCs w:val="28"/>
        </w:rPr>
        <w:t xml:space="preserve"> Kavanagh: I could never once tell which was which by looking at them in the box.” He put on his hat. “So I quit guessing and just did the work. I’d recommend it.”</w:t>
      </w:r>
      <w:r w:rsidR="00182B52">
        <w:rPr>
          <w:rFonts w:ascii="Baskerville Old Face" w:hAnsi="Baskerville Old Face"/>
          <w:bCs/>
          <w:sz w:val="28"/>
          <w:szCs w:val="28"/>
        </w:rPr>
        <w:t xml:space="preserve"> </w:t>
      </w:r>
      <w:r w:rsidRPr="00CE758F">
        <w:rPr>
          <w:rFonts w:ascii="Baskerville Old Face" w:hAnsi="Baskerville Old Face"/>
          <w:bCs/>
          <w:sz w:val="28"/>
          <w:szCs w:val="28"/>
        </w:rPr>
        <w:t>Crassus was the last of them.</w:t>
      </w:r>
      <w:r w:rsidR="00182B52">
        <w:rPr>
          <w:rFonts w:ascii="Baskerville Old Face" w:hAnsi="Baskerville Old Face"/>
          <w:bCs/>
          <w:sz w:val="28"/>
          <w:szCs w:val="28"/>
        </w:rPr>
        <w:t xml:space="preserve"> </w:t>
      </w:r>
      <w:r w:rsidRPr="00CE758F">
        <w:rPr>
          <w:rFonts w:ascii="Baskerville Old Face" w:hAnsi="Baskerville Old Face"/>
          <w:bCs/>
          <w:sz w:val="28"/>
          <w:szCs w:val="28"/>
        </w:rPr>
        <w:t>He gathered his exhibits one at a time, unhurried — the photograph, the atlas page, the shirt, the hours paper, the pamphlet, the opened envelope — and put them into a leather case that was too good and twenty years out of date, and when he came to the tin he did not put it in the case.</w:t>
      </w:r>
    </w:p>
    <w:p w14:paraId="0AEF0F3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held it in one heavy hand and looked at it, and then he crossed the floor and set it down on the table in front of Finian.</w:t>
      </w:r>
    </w:p>
    <w:p w14:paraId="10265FA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will want this,” he said.</w:t>
      </w:r>
    </w:p>
    <w:p w14:paraId="2B2F905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needed it.”</w:t>
      </w:r>
    </w:p>
    <w:p w14:paraId="5AC1F056" w14:textId="3A3F282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needed it this afternoon. This afternoon is over.” He kept his hand on the lid a moment longer. “I have prosecuted in this room, on and off, for a very long time, and I have never once been on the side that won, and I want you to understand that I am not sorry about today, because you were not my case. Blindness was my case, and I proved it, and the rider says so, and the rider is mine.” He took his hand off the tin. “But I will tell you the thing I did not say in front of the twelve, because it is not evidence and it has nothing to do with the law.” He straightened up. “When my boy told his shield-bearer to run him through, at Carrhae, he did it because his own hand was wounded and he could not manage it himself. I was nine miles away, arranging the line. I had been arranging the line all day and I was extremely good at it.” He picked up the case. “And I have had two thousand years, and what I would give</w:t>
      </w:r>
      <w:r w:rsidR="001A707F">
        <w:rPr>
          <w:rFonts w:ascii="Baskerville Old Face" w:hAnsi="Baskerville Old Face"/>
          <w:bCs/>
          <w:sz w:val="28"/>
          <w:szCs w:val="28"/>
        </w:rPr>
        <w:t xml:space="preserve">, </w:t>
      </w:r>
      <w:r w:rsidRPr="00CE758F">
        <w:rPr>
          <w:rFonts w:ascii="Baskerville Old Face" w:hAnsi="Baskerville Old Face"/>
          <w:bCs/>
          <w:sz w:val="28"/>
          <w:szCs w:val="28"/>
        </w:rPr>
        <w:t xml:space="preserve">everything, the fire brigades, Sicily, the whole of </w:t>
      </w:r>
      <w:r w:rsidRPr="00CE758F">
        <w:rPr>
          <w:rFonts w:ascii="Baskerville Old Face" w:hAnsi="Baskerville Old Face"/>
          <w:bCs/>
          <w:sz w:val="28"/>
          <w:szCs w:val="28"/>
        </w:rPr>
        <w:lastRenderedPageBreak/>
        <w:t xml:space="preserve">it, the </w:t>
      </w:r>
      <w:r w:rsidRPr="00CE758F">
        <w:rPr>
          <w:rFonts w:ascii="Baskerville Old Face" w:hAnsi="Baskerville Old Face"/>
          <w:bCs/>
          <w:i/>
          <w:sz w:val="28"/>
          <w:szCs w:val="28"/>
        </w:rPr>
        <w:t>whole</w:t>
      </w:r>
      <w:r w:rsidRPr="00CE758F">
        <w:rPr>
          <w:rFonts w:ascii="Baskerville Old Face" w:hAnsi="Baskerville Old Face"/>
          <w:bCs/>
          <w:sz w:val="28"/>
          <w:szCs w:val="28"/>
        </w:rPr>
        <w:t xml:space="preserve"> of it, Kavanagh</w:t>
      </w:r>
      <w:r w:rsidR="001A707F">
        <w:rPr>
          <w:rFonts w:ascii="Baskerville Old Face" w:hAnsi="Baskerville Old Face"/>
          <w:bCs/>
          <w:sz w:val="28"/>
          <w:szCs w:val="28"/>
        </w:rPr>
        <w:t xml:space="preserve">, </w:t>
      </w:r>
      <w:r w:rsidRPr="00CE758F">
        <w:rPr>
          <w:rFonts w:ascii="Baskerville Old Face" w:hAnsi="Baskerville Old Face"/>
          <w:bCs/>
          <w:sz w:val="28"/>
          <w:szCs w:val="28"/>
        </w:rPr>
        <w:t>is to have been nine miles nearer.”</w:t>
      </w:r>
    </w:p>
    <w:p w14:paraId="5D2E080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went to the door.</w:t>
      </w:r>
    </w:p>
    <w:p w14:paraId="49F7E1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 in the room,” he said. “It is a small thing and it is free and I could not do it.”</w:t>
      </w:r>
    </w:p>
    <w:p w14:paraId="459C1C00" w14:textId="6D0720F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 courthouse in Parsons Street began, quietly and without any drama at all, to stop being there — the noticeboard first, then the chairs from the shearers’ quarters, then the four panels of light that had been four o’clock for three days</w:t>
      </w:r>
      <w:r w:rsidR="00641273">
        <w:rPr>
          <w:rFonts w:ascii="Baskerville Old Face" w:hAnsi="Baskerville Old Face"/>
          <w:bCs/>
          <w:sz w:val="28"/>
          <w:szCs w:val="28"/>
        </w:rPr>
        <w:t xml:space="preserve">, </w:t>
      </w:r>
      <w:r w:rsidRPr="00CE758F">
        <w:rPr>
          <w:rFonts w:ascii="Baskerville Old Face" w:hAnsi="Baskerville Old Face"/>
          <w:bCs/>
          <w:sz w:val="28"/>
          <w:szCs w:val="28"/>
        </w:rPr>
        <w:t>and Maggie Dickson came up the aisle in her apron with her hem wet and her hands folded, and stood beside him.</w:t>
      </w:r>
    </w:p>
    <w:p w14:paraId="10EB0E02" w14:textId="728A201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“Come on then, hen,” she said. “There’s a woman in a chair been waitin’ six week and she’s </w:t>
      </w:r>
      <w:r w:rsidR="00085862" w:rsidRPr="00CE758F">
        <w:rPr>
          <w:rFonts w:ascii="Baskerville Old Face" w:hAnsi="Baskerville Old Face"/>
          <w:bCs/>
          <w:sz w:val="28"/>
          <w:szCs w:val="28"/>
        </w:rPr>
        <w:t>not</w:t>
      </w:r>
      <w:r w:rsidRPr="00CE758F">
        <w:rPr>
          <w:rFonts w:ascii="Baskerville Old Face" w:hAnsi="Baskerville Old Face"/>
          <w:bCs/>
          <w:sz w:val="28"/>
          <w:szCs w:val="28"/>
        </w:rPr>
        <w:t xml:space="preserve"> had a proper night’s sleep since June.”</w:t>
      </w:r>
    </w:p>
    <w:p w14:paraId="24852CAF"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240FF3C4"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Twenty-Two</w:t>
      </w:r>
    </w:p>
    <w:p w14:paraId="130776E7"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The Awakening</w:t>
      </w:r>
    </w:p>
    <w:p w14:paraId="20694773"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There was no moment.</w:t>
      </w:r>
    </w:p>
    <w:p w14:paraId="6DC135E8" w14:textId="37B7BD2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expected one, afterwards, when he went looking for it — some threshold, a door, a sensation of coming up through water into air. There was nothing of the kind. There was a long grey shapeless while in which things arrived and were not identified, and then a period in which they were identified but not connected, and then, at some point that could not afterwards be located, a ceiling.</w:t>
      </w:r>
      <w:r w:rsidR="00641273">
        <w:rPr>
          <w:rFonts w:ascii="Baskerville Old Face" w:hAnsi="Baskerville Old Face"/>
          <w:bCs/>
          <w:sz w:val="28"/>
          <w:szCs w:val="28"/>
        </w:rPr>
        <w:t xml:space="preserve"> </w:t>
      </w:r>
      <w:r w:rsidRPr="00CE758F">
        <w:rPr>
          <w:rFonts w:ascii="Baskerville Old Face" w:hAnsi="Baskerville Old Face"/>
          <w:bCs/>
          <w:sz w:val="28"/>
          <w:szCs w:val="28"/>
        </w:rPr>
        <w:t>The ceiling had a stain on it in the shape of Tasmania.</w:t>
      </w:r>
      <w:r w:rsidR="00641273">
        <w:rPr>
          <w:rFonts w:ascii="Baskerville Old Face" w:hAnsi="Baskerville Old Face"/>
          <w:bCs/>
          <w:sz w:val="28"/>
          <w:szCs w:val="28"/>
        </w:rPr>
        <w:t xml:space="preserve"> </w:t>
      </w:r>
      <w:r w:rsidRPr="00CE758F">
        <w:rPr>
          <w:rFonts w:ascii="Baskerville Old Face" w:hAnsi="Baskerville Old Face"/>
          <w:bCs/>
          <w:sz w:val="28"/>
          <w:szCs w:val="28"/>
        </w:rPr>
        <w:t xml:space="preserve">He looked at it for some considerable time, and the thought that eventually assembled itself out of the grey was: </w:t>
      </w:r>
      <w:r w:rsidRPr="00CE758F">
        <w:rPr>
          <w:rFonts w:ascii="Baskerville Old Face" w:hAnsi="Baskerville Old Face"/>
          <w:bCs/>
          <w:i/>
          <w:sz w:val="28"/>
          <w:szCs w:val="28"/>
        </w:rPr>
        <w:t>somebody’s no</w:t>
      </w:r>
      <w:r w:rsidR="00E76AC5">
        <w:rPr>
          <w:rFonts w:ascii="Baskerville Old Face" w:hAnsi="Baskerville Old Face"/>
          <w:bCs/>
          <w:i/>
          <w:sz w:val="28"/>
          <w:szCs w:val="28"/>
        </w:rPr>
        <w:t>t</w:t>
      </w:r>
      <w:r w:rsidRPr="00CE758F">
        <w:rPr>
          <w:rFonts w:ascii="Baskerville Old Face" w:hAnsi="Baskerville Old Face"/>
          <w:bCs/>
          <w:i/>
          <w:sz w:val="28"/>
          <w:szCs w:val="28"/>
        </w:rPr>
        <w:t xml:space="preserve"> fixed that.</w:t>
      </w:r>
      <w:r w:rsidR="00641273">
        <w:rPr>
          <w:rFonts w:ascii="Baskerville Old Face" w:hAnsi="Baskerville Old Face"/>
          <w:bCs/>
          <w:sz w:val="28"/>
          <w:szCs w:val="28"/>
        </w:rPr>
        <w:t xml:space="preserve"> </w:t>
      </w:r>
      <w:r w:rsidRPr="00CE758F">
        <w:rPr>
          <w:rFonts w:ascii="Baskerville Old Face" w:hAnsi="Baskerville Old Face"/>
          <w:bCs/>
          <w:sz w:val="28"/>
          <w:szCs w:val="28"/>
        </w:rPr>
        <w:t>Then a trolley went past in a corridor with one wheel out of true, and the sound of it was so specific, so entirely and unmistakably of the world, that his eyes filled before he had any idea why.</w:t>
      </w:r>
      <w:r w:rsidR="00641273">
        <w:rPr>
          <w:rFonts w:ascii="Baskerville Old Face" w:hAnsi="Baskerville Old Face"/>
          <w:bCs/>
          <w:sz w:val="28"/>
          <w:szCs w:val="28"/>
        </w:rPr>
        <w:t xml:space="preserve"> </w:t>
      </w:r>
      <w:r w:rsidRPr="00CE758F">
        <w:rPr>
          <w:rFonts w:ascii="Baskerville Old Face" w:hAnsi="Baskerville Old Face"/>
          <w:bCs/>
          <w:sz w:val="28"/>
          <w:szCs w:val="28"/>
        </w:rPr>
        <w:t xml:space="preserve">The first face was not Ellie’s. It was a young man with a shaving rash and a stethoscope worn like a scarf, who leaned over him and said, in a voice pitched for the deaf and the dying, </w:t>
      </w:r>
      <w:r w:rsidRPr="00CE758F">
        <w:rPr>
          <w:rFonts w:ascii="Baskerville Old Face" w:hAnsi="Baskerville Old Face"/>
          <w:bCs/>
          <w:i/>
          <w:sz w:val="28"/>
          <w:szCs w:val="28"/>
        </w:rPr>
        <w:t>”Finian? Finian, can you hear me?”</w:t>
      </w:r>
      <w:r w:rsidRPr="00CE758F">
        <w:rPr>
          <w:rFonts w:ascii="Baskerville Old Face" w:hAnsi="Baskerville Old Face"/>
          <w:bCs/>
          <w:sz w:val="28"/>
          <w:szCs w:val="28"/>
        </w:rPr>
        <w:t xml:space="preserve"> — and Finian, who had spent thirty-one years being called </w:t>
      </w:r>
      <w:r w:rsidR="00085862" w:rsidRPr="00CE758F">
        <w:rPr>
          <w:rFonts w:ascii="Baskerville Old Face" w:hAnsi="Baskerville Old Face"/>
          <w:bCs/>
          <w:sz w:val="28"/>
          <w:szCs w:val="28"/>
        </w:rPr>
        <w:t>Mr.</w:t>
      </w:r>
      <w:r w:rsidRPr="00CE758F">
        <w:rPr>
          <w:rFonts w:ascii="Baskerville Old Face" w:hAnsi="Baskerville Old Face"/>
          <w:bCs/>
          <w:sz w:val="28"/>
          <w:szCs w:val="28"/>
        </w:rPr>
        <w:t xml:space="preserve"> Kavanagh by men </w:t>
      </w:r>
      <w:r w:rsidRPr="00CE758F">
        <w:rPr>
          <w:rFonts w:ascii="Baskerville Old Face" w:hAnsi="Baskerville Old Face"/>
          <w:bCs/>
          <w:sz w:val="28"/>
          <w:szCs w:val="28"/>
        </w:rPr>
        <w:lastRenderedPageBreak/>
        <w:t xml:space="preserve">in ties and </w:t>
      </w:r>
      <w:r w:rsidRPr="00CE758F">
        <w:rPr>
          <w:rFonts w:ascii="Baskerville Old Face" w:hAnsi="Baskerville Old Face"/>
          <w:bCs/>
          <w:i/>
          <w:sz w:val="28"/>
          <w:szCs w:val="28"/>
        </w:rPr>
        <w:t>boss</w:t>
      </w:r>
      <w:r w:rsidRPr="00CE758F">
        <w:rPr>
          <w:rFonts w:ascii="Baskerville Old Face" w:hAnsi="Baskerville Old Face"/>
          <w:bCs/>
          <w:sz w:val="28"/>
          <w:szCs w:val="28"/>
        </w:rPr>
        <w:t xml:space="preserve"> by men in </w:t>
      </w:r>
      <w:r w:rsidR="001E3EB0">
        <w:rPr>
          <w:rFonts w:ascii="Baskerville Old Face" w:hAnsi="Baskerville Old Face"/>
          <w:bCs/>
          <w:sz w:val="28"/>
          <w:szCs w:val="28"/>
        </w:rPr>
        <w:t xml:space="preserve">working </w:t>
      </w:r>
      <w:r w:rsidRPr="00CE758F">
        <w:rPr>
          <w:rFonts w:ascii="Baskerville Old Face" w:hAnsi="Baskerville Old Face"/>
          <w:bCs/>
          <w:sz w:val="28"/>
          <w:szCs w:val="28"/>
        </w:rPr>
        <w:t>boots, found that he minded being called Finian by a stranger, and was obscurely delighted to find that he still minded things.</w:t>
      </w:r>
    </w:p>
    <w:p w14:paraId="283DF16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tried to say yes.</w:t>
      </w:r>
    </w:p>
    <w:p w14:paraId="6B62DA7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came out was a sound like a door in a shed.</w:t>
      </w:r>
    </w:p>
    <w:p w14:paraId="4A636C6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young man’s face did something extraordinary then. It went absolutely still, and then it broke into the widest and least professional grin Finian had ever seen on a medical man, and the young man turned his head and shouted down the ward, quite loudly, without any dignity whatsoever:</w:t>
      </w:r>
    </w:p>
    <w:p w14:paraId="6342AAB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“He’s talking!”</w:t>
      </w:r>
    </w:p>
    <w:p w14:paraId="0F9C45F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a woman’s voice, further off, said, “</w:t>
      </w:r>
      <w:r w:rsidRPr="00CE758F">
        <w:rPr>
          <w:rFonts w:ascii="Baskerville Old Face" w:hAnsi="Baskerville Old Face"/>
          <w:bCs/>
          <w:i/>
          <w:sz w:val="28"/>
          <w:szCs w:val="28"/>
        </w:rPr>
        <w:t>He’s what?</w:t>
      </w:r>
      <w:r w:rsidRPr="00CE758F">
        <w:rPr>
          <w:rFonts w:ascii="Baskerville Old Face" w:hAnsi="Baskerville Old Face"/>
          <w:bCs/>
          <w:sz w:val="28"/>
          <w:szCs w:val="28"/>
        </w:rPr>
        <w:t>” — and a chair went over.</w:t>
      </w:r>
    </w:p>
    <w:p w14:paraId="58647853" w14:textId="3ACDF88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came in at a speed he had not seen from her since she was nineteen years old and running down a platform in Alice Springs. She stopped two feet from the bed. She had a cardigan over her arm and a paper cup of tea in her hand, and she stood there holding both, entirely unable to put either of them down.</w:t>
      </w:r>
      <w:r w:rsidR="001E3EB0">
        <w:rPr>
          <w:rFonts w:ascii="Baskerville Old Face" w:hAnsi="Baskerville Old Face"/>
          <w:bCs/>
          <w:sz w:val="28"/>
          <w:szCs w:val="28"/>
        </w:rPr>
        <w:t xml:space="preserve"> </w:t>
      </w:r>
      <w:r w:rsidRPr="00CE758F">
        <w:rPr>
          <w:rFonts w:ascii="Baskerville Old Face" w:hAnsi="Baskerville Old Face"/>
          <w:bCs/>
          <w:sz w:val="28"/>
          <w:szCs w:val="28"/>
        </w:rPr>
        <w:t xml:space="preserve">She had gone grey at the front. It had </w:t>
      </w:r>
      <w:r w:rsidR="0091756C">
        <w:rPr>
          <w:rFonts w:ascii="Baskerville Old Face" w:hAnsi="Baskerville Old Face"/>
          <w:bCs/>
          <w:sz w:val="28"/>
          <w:szCs w:val="28"/>
        </w:rPr>
        <w:t>started</w:t>
      </w:r>
      <w:r w:rsidRPr="00CE758F">
        <w:rPr>
          <w:rFonts w:ascii="Baskerville Old Face" w:hAnsi="Baskerville Old Face"/>
          <w:bCs/>
          <w:sz w:val="28"/>
          <w:szCs w:val="28"/>
        </w:rPr>
        <w:t xml:space="preserve"> at some point across five or six years, the way those things happen, in a house where he had been present for an average of thirty-one nights a year, and he had never seen it, and he </w:t>
      </w:r>
      <w:r w:rsidRPr="00CE758F">
        <w:rPr>
          <w:rFonts w:ascii="Baskerville Old Face" w:hAnsi="Baskerville Old Face"/>
          <w:bCs/>
          <w:sz w:val="28"/>
          <w:szCs w:val="28"/>
        </w:rPr>
        <w:lastRenderedPageBreak/>
        <w:t>saw it now, and it went through him like the shock in a knuckle.</w:t>
      </w:r>
      <w:r w:rsidR="0091756C">
        <w:rPr>
          <w:rFonts w:ascii="Baskerville Old Face" w:hAnsi="Baskerville Old Face"/>
          <w:bCs/>
          <w:sz w:val="28"/>
          <w:szCs w:val="28"/>
        </w:rPr>
        <w:t xml:space="preserve"> </w:t>
      </w:r>
      <w:r w:rsidRPr="00CE758F">
        <w:rPr>
          <w:rFonts w:ascii="Baskerville Old Face" w:hAnsi="Baskerville Old Face"/>
          <w:bCs/>
          <w:sz w:val="28"/>
          <w:szCs w:val="28"/>
        </w:rPr>
        <w:t>“Fin,” she said.</w:t>
      </w:r>
    </w:p>
    <w:p w14:paraId="2168F8E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had been given, by the finest legal mind of the American twentieth century, a summing-up. He had been given, by an old woman who had walked eleven times into a country that wanted her dead, an instruction of one sentence. He had been given three days in a room with no clock and had come out of it with the whole of his life laid open on a table like a bore log, and somewhere in the grey there had been a plan, an actual plan, several hundred words long, beginning </w:t>
      </w:r>
      <w:r w:rsidRPr="00CE758F">
        <w:rPr>
          <w:rFonts w:ascii="Baskerville Old Face" w:hAnsi="Baskerville Old Face"/>
          <w:bCs/>
          <w:i/>
          <w:sz w:val="28"/>
          <w:szCs w:val="28"/>
        </w:rPr>
        <w:t>Ellie, I have to tell you what happened to me</w:t>
      </w:r>
      <w:r w:rsidRPr="00CE758F">
        <w:rPr>
          <w:rFonts w:ascii="Baskerville Old Face" w:hAnsi="Baskerville Old Face"/>
          <w:bCs/>
          <w:sz w:val="28"/>
          <w:szCs w:val="28"/>
        </w:rPr>
        <w:t xml:space="preserve"> —</w:t>
      </w:r>
    </w:p>
    <w:p w14:paraId="62B315D8" w14:textId="330F4FF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None of it came. Not a syllable.</w:t>
      </w:r>
      <w:r w:rsidR="0091756C">
        <w:rPr>
          <w:rFonts w:ascii="Baskerville Old Face" w:hAnsi="Baskerville Old Face"/>
          <w:bCs/>
          <w:sz w:val="28"/>
          <w:szCs w:val="28"/>
        </w:rPr>
        <w:t xml:space="preserve"> </w:t>
      </w:r>
      <w:r w:rsidRPr="00CE758F">
        <w:rPr>
          <w:rFonts w:ascii="Baskerville Old Face" w:hAnsi="Baskerville Old Face"/>
          <w:bCs/>
          <w:sz w:val="28"/>
          <w:szCs w:val="28"/>
        </w:rPr>
        <w:t>What came out of him, in a voice like a rasp on soft wood, was:</w:t>
      </w:r>
    </w:p>
    <w:p w14:paraId="0B59F39C" w14:textId="156A018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“Ye’re </w:t>
      </w:r>
      <w:r w:rsidR="00085862" w:rsidRPr="00CE758F">
        <w:rPr>
          <w:rFonts w:ascii="Baskerville Old Face" w:hAnsi="Baskerville Old Face"/>
          <w:bCs/>
          <w:sz w:val="28"/>
          <w:szCs w:val="28"/>
        </w:rPr>
        <w:t>needing</w:t>
      </w:r>
      <w:r w:rsidRPr="00CE758F">
        <w:rPr>
          <w:rFonts w:ascii="Baskerville Old Face" w:hAnsi="Baskerville Old Face"/>
          <w:bCs/>
          <w:sz w:val="28"/>
          <w:szCs w:val="28"/>
        </w:rPr>
        <w:t>’ a better chair.”</w:t>
      </w:r>
    </w:p>
    <w:p w14:paraId="14E36FF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Strachan looked at him.</w:t>
      </w:r>
    </w:p>
    <w:p w14:paraId="16732951" w14:textId="5944D01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Then she put the tea on the locker, and the cardigan on the end of the bed, and she sat down on the edge of the mattress and took his hand in both of hers, and she said, “Aye. Well. I’ll take it up wi’ the </w:t>
      </w:r>
      <w:r w:rsidR="00EC3709" w:rsidRPr="00CE758F">
        <w:rPr>
          <w:rFonts w:ascii="Baskerville Old Face" w:hAnsi="Baskerville Old Face"/>
          <w:bCs/>
          <w:sz w:val="28"/>
          <w:szCs w:val="28"/>
        </w:rPr>
        <w:t>management. “And</w:t>
      </w:r>
      <w:r w:rsidRPr="00CE758F">
        <w:rPr>
          <w:rFonts w:ascii="Baskerville Old Face" w:hAnsi="Baskerville Old Face"/>
          <w:bCs/>
          <w:sz w:val="28"/>
          <w:szCs w:val="28"/>
        </w:rPr>
        <w:t xml:space="preserve"> she laughed, and it turned into the other thing about four seconds in, and she put her forehead down on the back of his hand and stayed there, and he lay looking at the top of her head — </w:t>
      </w:r>
      <w:r w:rsidRPr="00CE758F">
        <w:rPr>
          <w:rFonts w:ascii="Baskerville Old Face" w:hAnsi="Baskerville Old Face"/>
          <w:bCs/>
          <w:sz w:val="28"/>
          <w:szCs w:val="28"/>
        </w:rPr>
        <w:lastRenderedPageBreak/>
        <w:t xml:space="preserve">the grey at the parting, the place where she had always had a stubborn bit that would not lie down — and did not say </w:t>
      </w:r>
      <w:r w:rsidRPr="00CE758F">
        <w:rPr>
          <w:rFonts w:ascii="Baskerville Old Face" w:hAnsi="Baskerville Old Face"/>
          <w:bCs/>
          <w:i/>
          <w:sz w:val="28"/>
          <w:szCs w:val="28"/>
        </w:rPr>
        <w:t>I’m a new man</w:t>
      </w:r>
      <w:r w:rsidRPr="00CE758F">
        <w:rPr>
          <w:rFonts w:ascii="Baskerville Old Face" w:hAnsi="Baskerville Old Face"/>
          <w:bCs/>
          <w:sz w:val="28"/>
          <w:szCs w:val="28"/>
        </w:rPr>
        <w:t xml:space="preserve">, and did not say </w:t>
      </w:r>
      <w:r w:rsidRPr="00CE758F">
        <w:rPr>
          <w:rFonts w:ascii="Baskerville Old Face" w:hAnsi="Baskerville Old Face"/>
          <w:bCs/>
          <w:i/>
          <w:sz w:val="28"/>
          <w:szCs w:val="28"/>
        </w:rPr>
        <w:t>everything’s going to be different</w:t>
      </w:r>
      <w:r w:rsidRPr="00CE758F">
        <w:rPr>
          <w:rFonts w:ascii="Baskerville Old Face" w:hAnsi="Baskerville Old Face"/>
          <w:bCs/>
          <w:sz w:val="28"/>
          <w:szCs w:val="28"/>
        </w:rPr>
        <w:t>, and did not, for once in his entire life, say anything at all.</w:t>
      </w:r>
    </w:p>
    <w:p w14:paraId="5B04CBC9" w14:textId="3331186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 xml:space="preserve">You just be there in the </w:t>
      </w:r>
      <w:r w:rsidR="00085862" w:rsidRPr="00CE758F">
        <w:rPr>
          <w:rFonts w:ascii="Baskerville Old Face" w:hAnsi="Baskerville Old Face"/>
          <w:bCs/>
          <w:i/>
          <w:sz w:val="28"/>
          <w:szCs w:val="28"/>
        </w:rPr>
        <w:t>morning</w:t>
      </w:r>
      <w:r w:rsidRPr="00CE758F">
        <w:rPr>
          <w:rFonts w:ascii="Baskerville Old Face" w:hAnsi="Baskerville Old Face"/>
          <w:bCs/>
          <w:i/>
          <w:sz w:val="28"/>
          <w:szCs w:val="28"/>
        </w:rPr>
        <w:t>’.</w:t>
      </w:r>
    </w:p>
    <w:p w14:paraId="518ED17F" w14:textId="78DE830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was, as it happened, twenty past two in the afternoon on a Thursday. He decided that would have to do.</w:t>
      </w:r>
      <w:r w:rsidR="00894B63">
        <w:rPr>
          <w:rFonts w:ascii="Baskerville Old Face" w:hAnsi="Baskerville Old Face"/>
          <w:bCs/>
          <w:sz w:val="28"/>
          <w:szCs w:val="28"/>
        </w:rPr>
        <w:t xml:space="preserve"> </w:t>
      </w:r>
      <w:r w:rsidRPr="00CE758F">
        <w:rPr>
          <w:rFonts w:ascii="Baskerville Old Face" w:hAnsi="Baskerville Old Face"/>
          <w:bCs/>
          <w:sz w:val="28"/>
          <w:szCs w:val="28"/>
        </w:rPr>
        <w:t>The facts, insofar as anybody was ever prepared to write them down, were these.</w:t>
      </w:r>
      <w:r w:rsidR="00894B63">
        <w:rPr>
          <w:rFonts w:ascii="Baskerville Old Face" w:hAnsi="Baskerville Old Face"/>
          <w:bCs/>
          <w:sz w:val="28"/>
          <w:szCs w:val="28"/>
        </w:rPr>
        <w:t xml:space="preserve"> </w:t>
      </w:r>
      <w:r w:rsidRPr="00CE758F">
        <w:rPr>
          <w:rFonts w:ascii="Baskerville Old Face" w:hAnsi="Baskerville Old Face"/>
          <w:bCs/>
          <w:sz w:val="28"/>
          <w:szCs w:val="28"/>
        </w:rPr>
        <w:t>On the fourteenth of June 1995 a Toyota Land Cruiser registered to Kavanagh Drilling Pty Ltd left the Stuart Highway ninety-one kilometres north of Ti Tree and rolled, by the police estimate, four times. The driver was found at 4.40 a.m. by a road-train driver named Kevin Amos, who had stopped because he had seen light where light had no business being, and who had then sat in the spinifex with a stranger for one hour and fifty minutes with his hand on the man’s chest, talking, because he had been told at some point in his life that you should talk to them.</w:t>
      </w:r>
      <w:r w:rsidR="00894B63">
        <w:rPr>
          <w:rFonts w:ascii="Baskerville Old Face" w:hAnsi="Baskerville Old Face"/>
          <w:bCs/>
          <w:sz w:val="28"/>
          <w:szCs w:val="28"/>
        </w:rPr>
        <w:t xml:space="preserve"> </w:t>
      </w:r>
      <w:r w:rsidRPr="00CE758F">
        <w:rPr>
          <w:rFonts w:ascii="Baskerville Old Face" w:hAnsi="Baskerville Old Face"/>
          <w:bCs/>
          <w:sz w:val="28"/>
          <w:szCs w:val="28"/>
        </w:rPr>
        <w:t xml:space="preserve">The driver was flown to Alice Springs Hospital with a depressed fracture of the left parietal bone, a fracture of the temporal, an extradural </w:t>
      </w:r>
      <w:r w:rsidR="00085862" w:rsidRPr="00CE758F">
        <w:rPr>
          <w:rFonts w:ascii="Baskerville Old Face" w:hAnsi="Baskerville Old Face"/>
          <w:bCs/>
          <w:sz w:val="28"/>
          <w:szCs w:val="28"/>
        </w:rPr>
        <w:t>hemorrhage</w:t>
      </w:r>
      <w:r w:rsidRPr="00CE758F">
        <w:rPr>
          <w:rFonts w:ascii="Baskerville Old Face" w:hAnsi="Baskerville Old Face"/>
          <w:bCs/>
          <w:sz w:val="28"/>
          <w:szCs w:val="28"/>
        </w:rPr>
        <w:t xml:space="preserve">, seven fractured ribs, a fractured left clavicle, and a right lung down. He was operated on for four hours and ten </w:t>
      </w:r>
      <w:r w:rsidRPr="00CE758F">
        <w:rPr>
          <w:rFonts w:ascii="Baskerville Old Face" w:hAnsi="Baskerville Old Face"/>
          <w:bCs/>
          <w:sz w:val="28"/>
          <w:szCs w:val="28"/>
        </w:rPr>
        <w:lastRenderedPageBreak/>
        <w:t>minutes. He did not wake up.</w:t>
      </w:r>
      <w:r w:rsidR="008C100B">
        <w:rPr>
          <w:rFonts w:ascii="Baskerville Old Face" w:hAnsi="Baskerville Old Face"/>
          <w:bCs/>
          <w:sz w:val="28"/>
          <w:szCs w:val="28"/>
        </w:rPr>
        <w:t xml:space="preserve"> </w:t>
      </w:r>
      <w:r w:rsidRPr="00CE758F">
        <w:rPr>
          <w:rFonts w:ascii="Baskerville Old Face" w:hAnsi="Baskerville Old Face"/>
          <w:bCs/>
          <w:sz w:val="28"/>
          <w:szCs w:val="28"/>
        </w:rPr>
        <w:t xml:space="preserve">At the end of the second week he was moved to Melbourne, because the family could afford to move him and because there was nothing further to be done in Alice, and the consultant in Alice had said the word </w:t>
      </w:r>
      <w:r w:rsidRPr="00CE758F">
        <w:rPr>
          <w:rFonts w:ascii="Baskerville Old Face" w:hAnsi="Baskerville Old Face"/>
          <w:bCs/>
          <w:i/>
          <w:sz w:val="28"/>
          <w:szCs w:val="28"/>
        </w:rPr>
        <w:t>facilities</w:t>
      </w:r>
      <w:r w:rsidRPr="00CE758F">
        <w:rPr>
          <w:rFonts w:ascii="Baskerville Old Face" w:hAnsi="Baskerville Old Face"/>
          <w:bCs/>
          <w:sz w:val="28"/>
          <w:szCs w:val="28"/>
        </w:rPr>
        <w:t xml:space="preserve"> while meaning a different word altogether.</w:t>
      </w:r>
      <w:r w:rsidR="008C100B">
        <w:rPr>
          <w:rFonts w:ascii="Baskerville Old Face" w:hAnsi="Baskerville Old Face"/>
          <w:bCs/>
          <w:sz w:val="28"/>
          <w:szCs w:val="28"/>
        </w:rPr>
        <w:t xml:space="preserve"> </w:t>
      </w:r>
      <w:r w:rsidRPr="00CE758F">
        <w:rPr>
          <w:rFonts w:ascii="Baskerville Old Face" w:hAnsi="Baskerville Old Face"/>
          <w:bCs/>
          <w:sz w:val="28"/>
          <w:szCs w:val="28"/>
        </w:rPr>
        <w:t>He remained unresponsive for six weeks and two days.</w:t>
      </w:r>
      <w:r w:rsidR="008C100B">
        <w:rPr>
          <w:rFonts w:ascii="Baskerville Old Face" w:hAnsi="Baskerville Old Face"/>
          <w:bCs/>
          <w:sz w:val="28"/>
          <w:szCs w:val="28"/>
        </w:rPr>
        <w:t xml:space="preserve"> </w:t>
      </w:r>
      <w:r w:rsidRPr="00CE758F">
        <w:rPr>
          <w:rFonts w:ascii="Baskerville Old Face" w:hAnsi="Baskerville Old Face"/>
          <w:bCs/>
          <w:sz w:val="28"/>
          <w:szCs w:val="28"/>
        </w:rPr>
        <w:t>On the twenty-seventh of July, at some time between the two-hourly observations at midday and two p.m., he opened his eyes and looked at a stain on the ceiling.</w:t>
      </w:r>
      <w:r w:rsidR="008C100B">
        <w:rPr>
          <w:rFonts w:ascii="Baskerville Old Face" w:hAnsi="Baskerville Old Face"/>
          <w:bCs/>
          <w:sz w:val="28"/>
          <w:szCs w:val="28"/>
        </w:rPr>
        <w:t xml:space="preserve"> </w:t>
      </w:r>
      <w:r w:rsidRPr="00CE758F">
        <w:rPr>
          <w:rFonts w:ascii="Baskerville Old Face" w:hAnsi="Baskerville Old Face"/>
          <w:bCs/>
          <w:sz w:val="28"/>
          <w:szCs w:val="28"/>
        </w:rPr>
        <w:t>Those were the facts. What nobody would put in writing was the rest of it.</w:t>
      </w:r>
      <w:r w:rsidR="001E7195">
        <w:rPr>
          <w:rFonts w:ascii="Baskerville Old Face" w:hAnsi="Baskerville Old Face"/>
          <w:bCs/>
          <w:sz w:val="28"/>
          <w:szCs w:val="28"/>
        </w:rPr>
        <w:t xml:space="preserve"> </w:t>
      </w:r>
      <w:r w:rsidRPr="00CE758F">
        <w:rPr>
          <w:rFonts w:ascii="Baskerville Old Face" w:hAnsi="Baskerville Old Face"/>
          <w:bCs/>
          <w:sz w:val="28"/>
          <w:szCs w:val="28"/>
        </w:rPr>
        <w:t>The rest of it began with a registrar named Anwar Hafeez, who was twenty-nine years old and had been awake for a considerable proportion of the preceding week, and who came in on the Friday morning with the old films from Alice Springs and the new films from Thursday afternoon and put them up side by side on the light box at the end of the ward, because he wanted to look at them somewhere the consultant wasn’t.</w:t>
      </w:r>
      <w:r w:rsidR="001E7195">
        <w:rPr>
          <w:rFonts w:ascii="Baskerville Old Face" w:hAnsi="Baskerville Old Face"/>
          <w:bCs/>
          <w:sz w:val="28"/>
          <w:szCs w:val="28"/>
        </w:rPr>
        <w:t xml:space="preserve"> </w:t>
      </w:r>
      <w:r w:rsidRPr="00CE758F">
        <w:rPr>
          <w:rFonts w:ascii="Baskerville Old Face" w:hAnsi="Baskerville Old Face"/>
          <w:bCs/>
          <w:sz w:val="28"/>
          <w:szCs w:val="28"/>
        </w:rPr>
        <w:t>Finian was sitting up by then. Sitting up and being enraged by a plastic cup with a lid on it.</w:t>
      </w:r>
    </w:p>
    <w:p w14:paraId="6F07D6D7" w14:textId="63A9CC40"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085862" w:rsidRPr="00CE758F">
        <w:rPr>
          <w:rFonts w:ascii="Baskerville Old Face" w:hAnsi="Baskerville Old Face"/>
          <w:bCs/>
          <w:sz w:val="28"/>
          <w:szCs w:val="28"/>
        </w:rPr>
        <w:t>Mr.</w:t>
      </w:r>
      <w:r w:rsidRPr="00CE758F">
        <w:rPr>
          <w:rFonts w:ascii="Baskerville Old Face" w:hAnsi="Baskerville Old Face"/>
          <w:bCs/>
          <w:sz w:val="28"/>
          <w:szCs w:val="28"/>
        </w:rPr>
        <w:t xml:space="preserve"> Kavanagh,” said Hafeez. “May I ask you something odd?”</w:t>
      </w:r>
    </w:p>
    <w:p w14:paraId="1AC9F0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502C0FC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“Have you had any other surgery? Anywhere? At any time? Bone surgery. A graft.”</w:t>
      </w:r>
    </w:p>
    <w:p w14:paraId="45655BA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“Never had a stitch in my life.”</w:t>
      </w:r>
    </w:p>
    <w:p w14:paraId="5C799E6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Hafeez looked at the light box for a while.</w:t>
      </w:r>
    </w:p>
    <w:p w14:paraId="40BFEB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he said.</w:t>
      </w:r>
    </w:p>
    <w:p w14:paraId="1DC7064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is it?”</w:t>
      </w:r>
    </w:p>
    <w:p w14:paraId="77477D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“It’s nothing.” He took the films down. He put them up again. “It’s — look. Bone heals badly. That’s not a criticism, it’s just what it does. It heals with a lump. Callus. You break a bone and eight weeks later there is a </w:t>
      </w:r>
      <w:r w:rsidRPr="00CE758F">
        <w:rPr>
          <w:rFonts w:ascii="Baskerville Old Face" w:hAnsi="Baskerville Old Face"/>
          <w:bCs/>
          <w:i/>
          <w:sz w:val="28"/>
          <w:szCs w:val="28"/>
        </w:rPr>
        <w:t>ridge</w:t>
      </w:r>
      <w:r w:rsidRPr="00CE758F">
        <w:rPr>
          <w:rFonts w:ascii="Baskerville Old Face" w:hAnsi="Baskerville Old Face"/>
          <w:bCs/>
          <w:sz w:val="28"/>
          <w:szCs w:val="28"/>
        </w:rPr>
        <w:t xml:space="preserve"> there, and there is a ridge there for the rest of your life, and I can look at a film of a man of eighty and tell you he came off a bicycle when he was eleven.” He was not looking at Finian at all. “Your parietal bone is intact. There is no depression. There is no callus. There is no line.”</w:t>
      </w:r>
    </w:p>
    <w:p w14:paraId="0CAFE09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good, then.”</w:t>
      </w:r>
    </w:p>
    <w:p w14:paraId="52475FA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 said Hafeez, “it isn’t good, it’s </w:t>
      </w:r>
      <w:r w:rsidRPr="00CE758F">
        <w:rPr>
          <w:rFonts w:ascii="Baskerville Old Face" w:hAnsi="Baskerville Old Face"/>
          <w:bCs/>
          <w:i/>
          <w:sz w:val="28"/>
          <w:szCs w:val="28"/>
        </w:rPr>
        <w:t>impossible</w:t>
      </w:r>
      <w:r w:rsidRPr="00CE758F">
        <w:rPr>
          <w:rFonts w:ascii="Baskerville Old Face" w:hAnsi="Baskerville Old Face"/>
          <w:bCs/>
          <w:sz w:val="28"/>
          <w:szCs w:val="28"/>
        </w:rPr>
        <w:t>,” and then heard himself, and put his hand over his mouth exactly the way a woman in a courthouse in Alice Springs had put her hand over hers, and said, “I’m very sorry. That was unprofessional.”</w:t>
      </w:r>
    </w:p>
    <w:p w14:paraId="172DC4B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said nothing.</w:t>
      </w:r>
    </w:p>
    <w:p w14:paraId="05AB2423" w14:textId="3B0B4E7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“There will be an explanation,” said Hafeez. “There is always an explanation. The films will have been </w:t>
      </w:r>
      <w:r w:rsidR="00085862" w:rsidRPr="00CE758F">
        <w:rPr>
          <w:rFonts w:ascii="Baskerville Old Face" w:hAnsi="Baskerville Old Face"/>
          <w:bCs/>
          <w:sz w:val="28"/>
          <w:szCs w:val="28"/>
        </w:rPr>
        <w:t>mislabeled</w:t>
      </w:r>
      <w:r w:rsidRPr="00CE758F">
        <w:rPr>
          <w:rFonts w:ascii="Baskerville Old Face" w:hAnsi="Baskerville Old Face"/>
          <w:bCs/>
          <w:sz w:val="28"/>
          <w:szCs w:val="28"/>
        </w:rPr>
        <w:t>. Somebody will have put another man’s name on another man’s head. That happens more than you would like to know.” He gathered them up. He stopped at the door with them under his arm, a tired young man with an armful of impossible weather. “</w:t>
      </w:r>
      <w:r w:rsidR="00085862" w:rsidRPr="00CE758F">
        <w:rPr>
          <w:rFonts w:ascii="Baskerville Old Face" w:hAnsi="Baskerville Old Face"/>
          <w:bCs/>
          <w:sz w:val="28"/>
          <w:szCs w:val="28"/>
        </w:rPr>
        <w:t>Mr.</w:t>
      </w:r>
      <w:r w:rsidRPr="00CE758F">
        <w:rPr>
          <w:rFonts w:ascii="Baskerville Old Face" w:hAnsi="Baskerville Old Face"/>
          <w:bCs/>
          <w:sz w:val="28"/>
          <w:szCs w:val="28"/>
        </w:rPr>
        <w:t xml:space="preserve"> Kavanagh. Do you remember anything? At all? From the six weeks?”</w:t>
      </w:r>
      <w:r w:rsidR="007C083B">
        <w:rPr>
          <w:rFonts w:ascii="Baskerville Old Face" w:hAnsi="Baskerville Old Face"/>
          <w:bCs/>
          <w:sz w:val="28"/>
          <w:szCs w:val="28"/>
        </w:rPr>
        <w:t xml:space="preserve"> </w:t>
      </w:r>
      <w:r w:rsidRPr="00CE758F">
        <w:rPr>
          <w:rFonts w:ascii="Baskerville Old Face" w:hAnsi="Baskerville Old Face"/>
          <w:bCs/>
          <w:sz w:val="28"/>
          <w:szCs w:val="28"/>
        </w:rPr>
        <w:t xml:space="preserve">And Finian Kavanagh, who remembered a room with no clock, and a bald man with a broken nose asking him what a bore was for, and a heavy old Roman in a suit twenty years out of date saying </w:t>
      </w:r>
      <w:r w:rsidRPr="00CE758F">
        <w:rPr>
          <w:rFonts w:ascii="Baskerville Old Face" w:hAnsi="Baskerville Old Face"/>
          <w:bCs/>
          <w:i/>
          <w:sz w:val="28"/>
          <w:szCs w:val="28"/>
        </w:rPr>
        <w:t>be in the room, it is a small thing and it is free and I could not do it</w:t>
      </w:r>
      <w:r w:rsidRPr="00CE758F">
        <w:rPr>
          <w:rFonts w:ascii="Baskerville Old Face" w:hAnsi="Baskerville Old Face"/>
          <w:bCs/>
          <w:sz w:val="28"/>
          <w:szCs w:val="28"/>
        </w:rPr>
        <w:t>, and twelve men in their shirtsleeves at the end of a hot Friday deciding whether there was anything left in him, said:</w:t>
      </w:r>
    </w:p>
    <w:p w14:paraId="11961421" w14:textId="49AF19E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“Nothing worth </w:t>
      </w:r>
      <w:r w:rsidR="00085862" w:rsidRPr="00CE758F">
        <w:rPr>
          <w:rFonts w:ascii="Baskerville Old Face" w:hAnsi="Baskerville Old Face"/>
          <w:bCs/>
          <w:sz w:val="28"/>
          <w:szCs w:val="28"/>
        </w:rPr>
        <w:t>writing</w:t>
      </w:r>
      <w:r w:rsidRPr="00CE758F">
        <w:rPr>
          <w:rFonts w:ascii="Baskerville Old Face" w:hAnsi="Baskerville Old Face"/>
          <w:bCs/>
          <w:sz w:val="28"/>
          <w:szCs w:val="28"/>
        </w:rPr>
        <w:t>’ doon.”</w:t>
      </w:r>
    </w:p>
    <w:p w14:paraId="458EFF6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Which was, he thought afterwards, the last lie he ever told anybody, and he had told it to save a young man’s career, and he was fairly sure Socrates would have had something to say about that, and fairly sure Darrow would have got him off.</w:t>
      </w:r>
    </w:p>
    <w:p w14:paraId="19E9860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There is no callus. There is no line.</w:t>
      </w:r>
    </w:p>
    <w:p w14:paraId="2EC6E84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A man with a receipt is finished.</w:t>
      </w:r>
    </w:p>
    <w:p w14:paraId="5C25F7C9" w14:textId="1153C5D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He lay in the dark that night working it, the way he had worked every problem in his life, and found for the first time that it would not come apart in his hands into a figure, and that he did not need it to.</w:t>
      </w:r>
      <w:r w:rsidR="00263F48">
        <w:rPr>
          <w:rFonts w:ascii="Baskerville Old Face" w:hAnsi="Baskerville Old Face"/>
          <w:bCs/>
          <w:sz w:val="28"/>
          <w:szCs w:val="28"/>
        </w:rPr>
        <w:t xml:space="preserve"> </w:t>
      </w:r>
      <w:r w:rsidRPr="00CE758F">
        <w:rPr>
          <w:rFonts w:ascii="Baskerville Old Face" w:hAnsi="Baskerville Old Face"/>
          <w:bCs/>
          <w:sz w:val="28"/>
          <w:szCs w:val="28"/>
        </w:rPr>
        <w:t xml:space="preserve">The consultant, </w:t>
      </w:r>
      <w:r w:rsidR="0052289C" w:rsidRPr="00CE758F">
        <w:rPr>
          <w:rFonts w:ascii="Baskerville Old Face" w:hAnsi="Baskerville Old Face"/>
          <w:bCs/>
          <w:sz w:val="28"/>
          <w:szCs w:val="28"/>
        </w:rPr>
        <w:t>Mr.</w:t>
      </w:r>
      <w:r w:rsidRPr="00CE758F">
        <w:rPr>
          <w:rFonts w:ascii="Baskerville Old Face" w:hAnsi="Baskerville Old Face"/>
          <w:bCs/>
          <w:sz w:val="28"/>
          <w:szCs w:val="28"/>
        </w:rPr>
        <w:t xml:space="preserve"> Bracegirdle, took a different view: that the patient had suffered a serious head injury from which he had made an unusually complete recovery, that the literature contained perhaps forty comparable cases, that the human brain remained substantially a mystery, and that he would be very grateful if nobody used the word </w:t>
      </w:r>
      <w:r w:rsidRPr="00CE758F">
        <w:rPr>
          <w:rFonts w:ascii="Baskerville Old Face" w:hAnsi="Baskerville Old Face"/>
          <w:bCs/>
          <w:i/>
          <w:sz w:val="28"/>
          <w:szCs w:val="28"/>
        </w:rPr>
        <w:t>miracle</w:t>
      </w:r>
      <w:r w:rsidRPr="00CE758F">
        <w:rPr>
          <w:rFonts w:ascii="Baskerville Old Face" w:hAnsi="Baskerville Old Face"/>
          <w:bCs/>
          <w:sz w:val="28"/>
          <w:szCs w:val="28"/>
        </w:rPr>
        <w:t xml:space="preserve"> on his ward, particularly not to the press.</w:t>
      </w:r>
      <w:r w:rsidR="007C083B">
        <w:rPr>
          <w:rFonts w:ascii="Baskerville Old Face" w:hAnsi="Baskerville Old Face"/>
          <w:bCs/>
          <w:sz w:val="28"/>
          <w:szCs w:val="28"/>
        </w:rPr>
        <w:t xml:space="preserve"> </w:t>
      </w:r>
      <w:r w:rsidRPr="00CE758F">
        <w:rPr>
          <w:rFonts w:ascii="Baskerville Old Face" w:hAnsi="Baskerville Old Face"/>
          <w:bCs/>
          <w:sz w:val="28"/>
          <w:szCs w:val="28"/>
        </w:rPr>
        <w:t>“There’s no press,” said Ellie.</w:t>
      </w:r>
      <w:r w:rsidR="003B6CD9">
        <w:rPr>
          <w:rFonts w:ascii="Baskerville Old Face" w:hAnsi="Baskerville Old Face"/>
          <w:bCs/>
          <w:sz w:val="28"/>
          <w:szCs w:val="28"/>
        </w:rPr>
        <w:t xml:space="preserve"> </w:t>
      </w:r>
      <w:r w:rsidRPr="00CE758F">
        <w:rPr>
          <w:rFonts w:ascii="Baskerville Old Face" w:hAnsi="Baskerville Old Face"/>
          <w:bCs/>
          <w:sz w:val="28"/>
          <w:szCs w:val="28"/>
        </w:rPr>
        <w:t>“</w:t>
      </w:r>
      <w:r w:rsidR="00085862" w:rsidRPr="00CE758F">
        <w:rPr>
          <w:rFonts w:ascii="Baskerville Old Face" w:hAnsi="Baskerville Old Face"/>
          <w:bCs/>
          <w:sz w:val="28"/>
          <w:szCs w:val="28"/>
        </w:rPr>
        <w:t>Mrs.</w:t>
      </w:r>
      <w:r w:rsidRPr="00CE758F">
        <w:rPr>
          <w:rFonts w:ascii="Baskerville Old Face" w:hAnsi="Baskerville Old Face"/>
          <w:bCs/>
          <w:sz w:val="28"/>
          <w:szCs w:val="28"/>
        </w:rPr>
        <w:t xml:space="preserve"> Kavanagh,” said </w:t>
      </w:r>
      <w:r w:rsidR="00AD2262" w:rsidRPr="00CE758F">
        <w:rPr>
          <w:rFonts w:ascii="Baskerville Old Face" w:hAnsi="Baskerville Old Face"/>
          <w:bCs/>
          <w:sz w:val="28"/>
          <w:szCs w:val="28"/>
        </w:rPr>
        <w:t>Mr.</w:t>
      </w:r>
      <w:r w:rsidRPr="00CE758F">
        <w:rPr>
          <w:rFonts w:ascii="Baskerville Old Face" w:hAnsi="Baskerville Old Face"/>
          <w:bCs/>
          <w:sz w:val="28"/>
          <w:szCs w:val="28"/>
        </w:rPr>
        <w:t xml:space="preserve"> Bracegirdle, “your husband is worth a reported forty-two million dollars and has been unconscious for six weeks. There is press.”</w:t>
      </w:r>
    </w:p>
    <w:p w14:paraId="06FFD6DD" w14:textId="7111873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 was. It ran in the </w:t>
      </w:r>
      <w:r w:rsidRPr="00CE758F">
        <w:rPr>
          <w:rFonts w:ascii="Baskerville Old Face" w:hAnsi="Baskerville Old Face"/>
          <w:bCs/>
          <w:i/>
          <w:sz w:val="28"/>
          <w:szCs w:val="28"/>
        </w:rPr>
        <w:t>Herald Sun</w:t>
      </w:r>
      <w:r w:rsidRPr="00CE758F">
        <w:rPr>
          <w:rFonts w:ascii="Baskerville Old Face" w:hAnsi="Baskerville Old Face"/>
          <w:bCs/>
          <w:sz w:val="28"/>
          <w:szCs w:val="28"/>
        </w:rPr>
        <w:t xml:space="preserve"> on the fifth of August under the headline WATER KING WAKES, and got his age wrong, and called the Keep a </w:t>
      </w:r>
      <w:r w:rsidRPr="00CE758F">
        <w:rPr>
          <w:rFonts w:ascii="Baskerville Old Face" w:hAnsi="Baskerville Old Face"/>
          <w:bCs/>
          <w:i/>
          <w:sz w:val="28"/>
          <w:szCs w:val="28"/>
        </w:rPr>
        <w:t>cattle station</w:t>
      </w:r>
      <w:r w:rsidRPr="00CE758F">
        <w:rPr>
          <w:rFonts w:ascii="Baskerville Old Face" w:hAnsi="Baskerville Old Face"/>
          <w:bCs/>
          <w:sz w:val="28"/>
          <w:szCs w:val="28"/>
        </w:rPr>
        <w:t xml:space="preserve">, and quoted an unnamed employee saying he was a hard man but a fair one. Finian read it twice. The first time he looked for himself in it and could not find him. The second time he noticed that the photograph was eleven years old and that in it he was standing in front of Rig 4 with his arms folded, and that behind his left </w:t>
      </w:r>
      <w:r w:rsidRPr="00CE758F">
        <w:rPr>
          <w:rFonts w:ascii="Baskerville Old Face" w:hAnsi="Baskerville Old Face"/>
          <w:bCs/>
          <w:sz w:val="28"/>
          <w:szCs w:val="28"/>
        </w:rPr>
        <w:lastRenderedPageBreak/>
        <w:t xml:space="preserve">shoulder, slightly out of focus, cut off at the edge of the frame, was a man in a blue shirt holding a clipboard, and that the man was Ted Mawson, and that the caption said </w:t>
      </w:r>
      <w:r w:rsidR="00BD5C96" w:rsidRPr="00CE758F">
        <w:rPr>
          <w:rFonts w:ascii="Baskerville Old Face" w:hAnsi="Baskerville Old Face"/>
          <w:bCs/>
          <w:i/>
          <w:sz w:val="28"/>
          <w:szCs w:val="28"/>
        </w:rPr>
        <w:t>Mr.</w:t>
      </w:r>
      <w:r w:rsidRPr="00CE758F">
        <w:rPr>
          <w:rFonts w:ascii="Baskerville Old Face" w:hAnsi="Baskerville Old Face"/>
          <w:bCs/>
          <w:i/>
          <w:sz w:val="28"/>
          <w:szCs w:val="28"/>
        </w:rPr>
        <w:t xml:space="preserve"> Kavanagh at the Tanami field</w:t>
      </w:r>
      <w:r w:rsidRPr="00CE758F">
        <w:rPr>
          <w:rFonts w:ascii="Baskerville Old Face" w:hAnsi="Baskerville Old Face"/>
          <w:bCs/>
          <w:sz w:val="28"/>
          <w:szCs w:val="28"/>
        </w:rPr>
        <w:t>.</w:t>
      </w:r>
      <w:r w:rsidR="003B6CD9">
        <w:rPr>
          <w:rFonts w:ascii="Baskerville Old Face" w:hAnsi="Baskerville Old Face"/>
          <w:bCs/>
          <w:sz w:val="28"/>
          <w:szCs w:val="28"/>
        </w:rPr>
        <w:t xml:space="preserve"> </w:t>
      </w:r>
      <w:r w:rsidRPr="00CE758F">
        <w:rPr>
          <w:rFonts w:ascii="Baskerville Old Face" w:hAnsi="Baskerville Old Face"/>
          <w:bCs/>
          <w:sz w:val="28"/>
          <w:szCs w:val="28"/>
        </w:rPr>
        <w:t>He asked Ellie for the paper again on the Sunday and she said she’d thrown it out, and that was untrue; she had put it in her bag; she still had it in 2024.</w:t>
      </w:r>
    </w:p>
    <w:p w14:paraId="07510A10" w14:textId="7B729DB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did the Tuesday on the eighth of August.</w:t>
      </w:r>
      <w:r w:rsidR="003B6CD9">
        <w:rPr>
          <w:rFonts w:ascii="Baskerville Old Face" w:hAnsi="Baskerville Old Face"/>
          <w:bCs/>
          <w:sz w:val="28"/>
          <w:szCs w:val="28"/>
        </w:rPr>
        <w:t xml:space="preserve"> </w:t>
      </w:r>
      <w:r w:rsidRPr="00CE758F">
        <w:rPr>
          <w:rFonts w:ascii="Baskerville Old Face" w:hAnsi="Baskerville Old Face"/>
          <w:bCs/>
          <w:sz w:val="28"/>
          <w:szCs w:val="28"/>
        </w:rPr>
        <w:t>He had planned it for a week, and the planning was itself the problem, and he knew it was the problem, and he planned it anyway because he did not know another way to be. He had it in order. He had the sequence of it. He had the part about Renshaw, and the part about the back step, and the part about his father’s nine years of letters, and he had rehearsed the middle of it until the words had gone smooth and slightly dead, the way a story does when a man has told it to himself forty times.</w:t>
      </w:r>
      <w:r w:rsidR="00E82AEA">
        <w:rPr>
          <w:rFonts w:ascii="Baskerville Old Face" w:hAnsi="Baskerville Old Face"/>
          <w:bCs/>
          <w:sz w:val="28"/>
          <w:szCs w:val="28"/>
        </w:rPr>
        <w:t xml:space="preserve"> </w:t>
      </w:r>
      <w:r w:rsidRPr="00CE758F">
        <w:rPr>
          <w:rFonts w:ascii="Baskerville Old Face" w:hAnsi="Baskerville Old Face"/>
          <w:bCs/>
          <w:sz w:val="28"/>
          <w:szCs w:val="28"/>
        </w:rPr>
        <w:t>She came in at ten past two with the tea and the cardigan.</w:t>
      </w:r>
    </w:p>
    <w:p w14:paraId="4AFBB78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said, “Sit doon a minute, Ell.”</w:t>
      </w:r>
    </w:p>
    <w:p w14:paraId="35BD1E0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she sat down, and looked at him, and the whole rehearsed apparatus went out of him like water out of a bath.</w:t>
      </w:r>
    </w:p>
    <w:p w14:paraId="33358D7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he said was:</w:t>
      </w:r>
    </w:p>
    <w:p w14:paraId="5308EBA9" w14:textId="755FEEE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“Snowy Hale was a rous</w:t>
      </w:r>
      <w:r w:rsidR="00263F48">
        <w:rPr>
          <w:rFonts w:ascii="Baskerville Old Face" w:hAnsi="Baskerville Old Face"/>
          <w:bCs/>
          <w:sz w:val="28"/>
          <w:szCs w:val="28"/>
        </w:rPr>
        <w:t>t</w:t>
      </w:r>
      <w:r w:rsidRPr="00CE758F">
        <w:rPr>
          <w:rFonts w:ascii="Baskerville Old Face" w:hAnsi="Baskerville Old Face"/>
          <w:bCs/>
          <w:sz w:val="28"/>
          <w:szCs w:val="28"/>
        </w:rPr>
        <w:t>about and a yardman and he never put doon a bore in his life and he never intended tae, and my faither never said he did, and I made the rest of it up when I was nine years old, and I’ve known since the twelfth of December nineteen sixty-three, and I stood on that step in April sixty-five and I looked at ye and I lied tae ye about it, and then I let ye write it tae my faither for nine years, and he died wi’ it.”</w:t>
      </w:r>
      <w:r w:rsidR="00E82AEA">
        <w:rPr>
          <w:rFonts w:ascii="Baskerville Old Face" w:hAnsi="Baskerville Old Face"/>
          <w:bCs/>
          <w:sz w:val="28"/>
          <w:szCs w:val="28"/>
        </w:rPr>
        <w:t xml:space="preserve"> </w:t>
      </w:r>
      <w:r w:rsidRPr="00CE758F">
        <w:rPr>
          <w:rFonts w:ascii="Baskerville Old Face" w:hAnsi="Baskerville Old Face"/>
          <w:bCs/>
          <w:sz w:val="28"/>
          <w:szCs w:val="28"/>
        </w:rPr>
        <w:t xml:space="preserve">The ward </w:t>
      </w:r>
      <w:r w:rsidR="00E82AEA">
        <w:rPr>
          <w:rFonts w:ascii="Baskerville Old Face" w:hAnsi="Baskerville Old Face"/>
          <w:bCs/>
          <w:sz w:val="28"/>
          <w:szCs w:val="28"/>
        </w:rPr>
        <w:t xml:space="preserve">activity </w:t>
      </w:r>
      <w:r w:rsidRPr="00CE758F">
        <w:rPr>
          <w:rFonts w:ascii="Baskerville Old Face" w:hAnsi="Baskerville Old Face"/>
          <w:bCs/>
          <w:sz w:val="28"/>
          <w:szCs w:val="28"/>
        </w:rPr>
        <w:t>went on around them. Somebody’s television, low. A trolley with one wheel out of true.</w:t>
      </w:r>
    </w:p>
    <w:p w14:paraId="18459F31" w14:textId="7F46096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w:t>
      </w:r>
      <w:r w:rsidR="00263F48">
        <w:rPr>
          <w:rFonts w:ascii="Baskerville Old Face" w:hAnsi="Baskerville Old Face"/>
          <w:bCs/>
          <w:sz w:val="28"/>
          <w:szCs w:val="28"/>
        </w:rPr>
        <w:t>now</w:t>
      </w:r>
      <w:r w:rsidRPr="00CE758F">
        <w:rPr>
          <w:rFonts w:ascii="Baskerville Old Face" w:hAnsi="Baskerville Old Face"/>
          <w:bCs/>
          <w:sz w:val="28"/>
          <w:szCs w:val="28"/>
        </w:rPr>
        <w:t>,” said Ellie.</w:t>
      </w:r>
    </w:p>
    <w:p w14:paraId="41F8EAC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ken ye ken. I’m no tellin’ ye tae inform ye.” He had to stop. “I’m tellin’ ye because it’s the first time it’s come oot my mouth.”</w:t>
      </w:r>
    </w:p>
    <w:p w14:paraId="05529A5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sat very still.</w:t>
      </w:r>
    </w:p>
    <w:p w14:paraId="4CF71C1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“Say the last bit again,” she said.</w:t>
      </w:r>
    </w:p>
    <w:p w14:paraId="3EFCC80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died wi’ it.”</w:t>
      </w:r>
    </w:p>
    <w:p w14:paraId="0292F7E3" w14:textId="623DE599"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“Aye.” She nodded slowly, several times, the way old Renshaw had nodded at a table in the Goldfields Hotel over a </w:t>
      </w:r>
      <w:r w:rsidR="00BD5C96" w:rsidRPr="00CE758F">
        <w:rPr>
          <w:rFonts w:ascii="Baskerville Old Face" w:hAnsi="Baskerville Old Face"/>
          <w:bCs/>
          <w:sz w:val="28"/>
          <w:szCs w:val="28"/>
        </w:rPr>
        <w:t>penciled</w:t>
      </w:r>
      <w:r w:rsidRPr="00CE758F">
        <w:rPr>
          <w:rFonts w:ascii="Baskerville Old Face" w:hAnsi="Baskerville Old Face"/>
          <w:bCs/>
          <w:sz w:val="28"/>
          <w:szCs w:val="28"/>
        </w:rPr>
        <w:t xml:space="preserve"> map. “Aye. That’s the bit.”</w:t>
      </w:r>
    </w:p>
    <w:p w14:paraId="5B3C612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then Ellie Strachan, fifty-eight years old, who had carried it in a shoebox since the spring of 1966 and had never </w:t>
      </w:r>
      <w:r w:rsidRPr="00CE758F">
        <w:rPr>
          <w:rFonts w:ascii="Baskerville Old Face" w:hAnsi="Baskerville Old Face"/>
          <w:bCs/>
          <w:sz w:val="28"/>
          <w:szCs w:val="28"/>
        </w:rPr>
        <w:lastRenderedPageBreak/>
        <w:t>once put it on the table, began to cry in a way he had never seen and had no vocabulary for, with her hands flat on her knees and her face quite composed, tears simply going down it as though the roof of a building had given way somewhere out of sight.</w:t>
      </w:r>
    </w:p>
    <w:p w14:paraId="366917E0" w14:textId="12CF095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“Thirty year,” she said. “Fin, I’ve had thirty year o’ it. Kennin’ a thing about a man ye’re in the bed wi’ and no bein’ able tae say it. D’ye ken what that does? It’s no the lie. The lie’s nothin’, the lie’s a wee cheap thing ye said tae a lassie o’ eighteen on a step in the heat.” Her voice did not rise at all. “It’s that I had tae be a person that kent it. Every day. At the breakfast. At the </w:t>
      </w:r>
      <w:r w:rsidR="00BD5C96" w:rsidRPr="00CE758F">
        <w:rPr>
          <w:rFonts w:ascii="Baskerville Old Face" w:hAnsi="Baskerville Old Face"/>
          <w:bCs/>
          <w:sz w:val="28"/>
          <w:szCs w:val="28"/>
        </w:rPr>
        <w:t>Christmases</w:t>
      </w:r>
      <w:r w:rsidRPr="00CE758F">
        <w:rPr>
          <w:rFonts w:ascii="Baskerville Old Face" w:hAnsi="Baskerville Old Face"/>
          <w:bCs/>
          <w:sz w:val="28"/>
          <w:szCs w:val="28"/>
        </w:rPr>
        <w:t xml:space="preserve">. When yon man fae the </w:t>
      </w:r>
      <w:r w:rsidRPr="00CE758F">
        <w:rPr>
          <w:rFonts w:ascii="Baskerville Old Face" w:hAnsi="Baskerville Old Face"/>
          <w:bCs/>
          <w:i/>
          <w:sz w:val="28"/>
          <w:szCs w:val="28"/>
        </w:rPr>
        <w:t>Advocate</w:t>
      </w:r>
      <w:r w:rsidRPr="00CE758F">
        <w:rPr>
          <w:rFonts w:ascii="Baskerville Old Face" w:hAnsi="Baskerville Old Face"/>
          <w:bCs/>
          <w:sz w:val="28"/>
          <w:szCs w:val="28"/>
        </w:rPr>
        <w:t xml:space="preserve"> was sat in ma front room</w:t>
      </w:r>
      <w:r w:rsidR="00F808DD">
        <w:rPr>
          <w:rFonts w:ascii="Baskerville Old Face" w:hAnsi="Baskerville Old Face"/>
          <w:bCs/>
          <w:sz w:val="28"/>
          <w:szCs w:val="28"/>
        </w:rPr>
        <w:t>,</w:t>
      </w:r>
      <w:r w:rsidRPr="00CE758F">
        <w:rPr>
          <w:rFonts w:ascii="Baskerville Old Face" w:hAnsi="Baskerville Old Face"/>
          <w:bCs/>
          <w:sz w:val="28"/>
          <w:szCs w:val="28"/>
        </w:rPr>
        <w:t xml:space="preserve"> callin</w:t>
      </w:r>
      <w:r w:rsidR="00F808DD">
        <w:rPr>
          <w:rFonts w:ascii="Baskerville Old Face" w:hAnsi="Baskerville Old Face"/>
          <w:bCs/>
          <w:sz w:val="28"/>
          <w:szCs w:val="28"/>
        </w:rPr>
        <w:t>g</w:t>
      </w:r>
      <w:r w:rsidRPr="00CE758F">
        <w:rPr>
          <w:rFonts w:ascii="Baskerville Old Face" w:hAnsi="Baskerville Old Face"/>
          <w:bCs/>
          <w:sz w:val="28"/>
          <w:szCs w:val="28"/>
        </w:rPr>
        <w:t>’ ye a visionary. I had tae sit there and be somebody that k</w:t>
      </w:r>
      <w:r w:rsidR="00BD5C96">
        <w:rPr>
          <w:rFonts w:ascii="Baskerville Old Face" w:hAnsi="Baskerville Old Face"/>
          <w:bCs/>
          <w:sz w:val="28"/>
          <w:szCs w:val="28"/>
        </w:rPr>
        <w:t>new</w:t>
      </w:r>
      <w:r w:rsidRPr="00CE758F">
        <w:rPr>
          <w:rFonts w:ascii="Baskerville Old Face" w:hAnsi="Baskerville Old Face"/>
          <w:bCs/>
          <w:sz w:val="28"/>
          <w:szCs w:val="28"/>
        </w:rPr>
        <w:t xml:space="preserve">, and never be somebody that said.” She wiped her face with the flat of her hand, once, briskly, and was done. “I’ve been an accomplice tae it since nineteen sixty-six. And I couldnae get oot, because the only door oot was you sayin’ it, and ye were never in the </w:t>
      </w:r>
      <w:r w:rsidR="00F808DD" w:rsidRPr="00CE758F">
        <w:rPr>
          <w:rFonts w:ascii="Baskerville Old Face" w:hAnsi="Baskerville Old Face"/>
          <w:bCs/>
          <w:sz w:val="28"/>
          <w:szCs w:val="28"/>
        </w:rPr>
        <w:t>house</w:t>
      </w:r>
      <w:r w:rsidRPr="00CE758F">
        <w:rPr>
          <w:rFonts w:ascii="Baskerville Old Face" w:hAnsi="Baskerville Old Face"/>
          <w:bCs/>
          <w:sz w:val="28"/>
          <w:szCs w:val="28"/>
        </w:rPr>
        <w:t>.”</w:t>
      </w:r>
    </w:p>
    <w:p w14:paraId="78C5C802" w14:textId="1267107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said, “I’m in the </w:t>
      </w:r>
      <w:r w:rsidR="00F808DD" w:rsidRPr="00CE758F">
        <w:rPr>
          <w:rFonts w:ascii="Baskerville Old Face" w:hAnsi="Baskerville Old Face"/>
          <w:bCs/>
          <w:sz w:val="28"/>
          <w:szCs w:val="28"/>
        </w:rPr>
        <w:t>house</w:t>
      </w:r>
      <w:r w:rsidRPr="00CE758F">
        <w:rPr>
          <w:rFonts w:ascii="Baskerville Old Face" w:hAnsi="Baskerville Old Face"/>
          <w:bCs/>
          <w:sz w:val="28"/>
          <w:szCs w:val="28"/>
        </w:rPr>
        <w:t>.”</w:t>
      </w:r>
    </w:p>
    <w:p w14:paraId="5696FA8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“Ye’re in the Royal Melbourne.”</w:t>
      </w:r>
    </w:p>
    <w:p w14:paraId="7916B69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Well.” He looked at her. “It’s a start—“</w:t>
      </w:r>
    </w:p>
    <w:p w14:paraId="7767574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And stopped.</w:t>
      </w:r>
    </w:p>
    <w:p w14:paraId="528C476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stopped so hard and so completely that she looked up.</w:t>
      </w:r>
    </w:p>
    <w:p w14:paraId="6A9B7FE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she said.</w:t>
      </w:r>
    </w:p>
    <w:p w14:paraId="6A8679B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“Nothin’,” he said. “A thing somebody telt me.”</w:t>
      </w:r>
    </w:p>
    <w:p w14:paraId="43F82F2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There is no start. A start is a thing that has a finish somewhere out in front of it.</w:t>
      </w:r>
    </w:p>
    <w:p w14:paraId="2336DF6A" w14:textId="1A825C0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“I’m no goin’ tae say that,” he said. “I’ve said that my whole life and I’ve never once meant the end o’ it. I’m just — I’m here </w:t>
      </w:r>
      <w:r w:rsidR="00AC42DF">
        <w:rPr>
          <w:rFonts w:ascii="Baskerville Old Face" w:hAnsi="Baskerville Old Face"/>
          <w:bCs/>
          <w:sz w:val="28"/>
          <w:szCs w:val="28"/>
        </w:rPr>
        <w:t>now</w:t>
      </w:r>
      <w:r w:rsidRPr="00CE758F">
        <w:rPr>
          <w:rFonts w:ascii="Baskerville Old Face" w:hAnsi="Baskerville Old Face"/>
          <w:bCs/>
          <w:sz w:val="28"/>
          <w:szCs w:val="28"/>
        </w:rPr>
        <w:t>, Ell. That’s the whole o’ what I’ve got. I’ll be here the morrow and ye can check.”</w:t>
      </w:r>
    </w:p>
    <w:p w14:paraId="0B25A7F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looked at him for a long moment.</w:t>
      </w:r>
    </w:p>
    <w:p w14:paraId="3EA9B35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she said. “I’ll check.”</w:t>
      </w:r>
    </w:p>
    <w:p w14:paraId="45BBDA3B" w14:textId="7911926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were other things, and he did them in the wrong order, and badly, and they were the only things he had ever done in his life that he did not do for a reason he could write on the back of an envelope.</w:t>
      </w:r>
      <w:r w:rsidR="002E29BF">
        <w:rPr>
          <w:rFonts w:ascii="Baskerville Old Face" w:hAnsi="Baskerville Old Face"/>
          <w:bCs/>
          <w:sz w:val="28"/>
          <w:szCs w:val="28"/>
        </w:rPr>
        <w:t xml:space="preserve"> </w:t>
      </w:r>
      <w:r w:rsidRPr="00CE758F">
        <w:rPr>
          <w:rFonts w:ascii="Baskerville Old Face" w:hAnsi="Baskerville Old Face"/>
          <w:bCs/>
          <w:sz w:val="28"/>
          <w:szCs w:val="28"/>
        </w:rPr>
        <w:t>He rang Cloncurry on the eleventh of August, from the payphone in the corridor at the end of the ward, with a plastic bag of twenty-cent pieces Ellie had got from the kiosk, because he would not have the phone brought to the bed for it.</w:t>
      </w:r>
    </w:p>
    <w:p w14:paraId="5C7A96B2" w14:textId="108B019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Dot Mawson answered on the fourth ring, and said, “Yes?” in the flat wary voice of a woman who has been getting </w:t>
      </w:r>
      <w:r w:rsidRPr="00CE758F">
        <w:rPr>
          <w:rFonts w:ascii="Baskerville Old Face" w:hAnsi="Baskerville Old Face"/>
          <w:bCs/>
          <w:sz w:val="28"/>
          <w:szCs w:val="28"/>
        </w:rPr>
        <w:lastRenderedPageBreak/>
        <w:t>condolence calls for a month.</w:t>
      </w:r>
      <w:r w:rsidR="006949E0">
        <w:rPr>
          <w:rFonts w:ascii="Baskerville Old Face" w:hAnsi="Baskerville Old Face"/>
          <w:bCs/>
          <w:sz w:val="28"/>
          <w:szCs w:val="28"/>
        </w:rPr>
        <w:t xml:space="preserve"> </w:t>
      </w:r>
      <w:r w:rsidRPr="00CE758F">
        <w:rPr>
          <w:rFonts w:ascii="Baskerville Old Face" w:hAnsi="Baskerville Old Face"/>
          <w:bCs/>
          <w:sz w:val="28"/>
          <w:szCs w:val="28"/>
        </w:rPr>
        <w:t>“Dot,” he said. “It’s Fin Kavanagh.”</w:t>
      </w:r>
      <w:r w:rsidR="006949E0">
        <w:rPr>
          <w:rFonts w:ascii="Baskerville Old Face" w:hAnsi="Baskerville Old Face"/>
          <w:bCs/>
          <w:sz w:val="28"/>
          <w:szCs w:val="28"/>
        </w:rPr>
        <w:t xml:space="preserve"> </w:t>
      </w:r>
      <w:r w:rsidRPr="00CE758F">
        <w:rPr>
          <w:rFonts w:ascii="Baskerville Old Face" w:hAnsi="Baskerville Old Face"/>
          <w:bCs/>
          <w:sz w:val="28"/>
          <w:szCs w:val="28"/>
        </w:rPr>
        <w:t>There was a silence of about two seconds, and then Dot Mawson said, “</w:t>
      </w:r>
      <w:r w:rsidRPr="00CE758F">
        <w:rPr>
          <w:rFonts w:ascii="Baskerville Old Face" w:hAnsi="Baskerville Old Face"/>
          <w:bCs/>
          <w:i/>
          <w:sz w:val="28"/>
          <w:szCs w:val="28"/>
        </w:rPr>
        <w:t>Ted!</w:t>
      </w:r>
      <w:r w:rsidRPr="00CE758F">
        <w:rPr>
          <w:rFonts w:ascii="Baskerville Old Face" w:hAnsi="Baskerville Old Face"/>
          <w:bCs/>
          <w:sz w:val="28"/>
          <w:szCs w:val="28"/>
        </w:rPr>
        <w:t>” — not into the phone, away from it, at a volume that took the top off his hearing — and then, into it, “You bloody — we thought — Fin, we had it on the wireless you were —“</w:t>
      </w:r>
    </w:p>
    <w:p w14:paraId="65F4227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Well. I’m no.”</w:t>
      </w:r>
    </w:p>
    <w:p w14:paraId="61DB66C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“Ted’s comin’. He’s got his boots off, he’s — Ted! </w:t>
      </w:r>
      <w:r w:rsidRPr="00CE758F">
        <w:rPr>
          <w:rFonts w:ascii="Baskerville Old Face" w:hAnsi="Baskerville Old Face"/>
          <w:bCs/>
          <w:i/>
          <w:sz w:val="28"/>
          <w:szCs w:val="28"/>
        </w:rPr>
        <w:t>It’s Fin!</w:t>
      </w:r>
      <w:r w:rsidRPr="00CE758F">
        <w:rPr>
          <w:rFonts w:ascii="Baskerville Old Face" w:hAnsi="Baskerville Old Face"/>
          <w:bCs/>
          <w:sz w:val="28"/>
          <w:szCs w:val="28"/>
        </w:rPr>
        <w:t>”</w:t>
      </w:r>
    </w:p>
    <w:p w14:paraId="3903C76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then the receiver changing hands, and the sound of a big man arriving in a hallway, and Ted Mawson’s voice, cautious, half a question, exactly the voice of a man coming sideways through a door that might belong to somebody else:</w:t>
      </w:r>
    </w:p>
    <w:p w14:paraId="61066B3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“...Boss?”</w:t>
      </w:r>
    </w:p>
    <w:p w14:paraId="4E4C669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“Ted.”</w:t>
      </w:r>
    </w:p>
    <w:p w14:paraId="6409670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“Bloody hell.” A long breath. “Bloody </w:t>
      </w:r>
      <w:r w:rsidRPr="00CE758F">
        <w:rPr>
          <w:rFonts w:ascii="Baskerville Old Face" w:hAnsi="Baskerville Old Face"/>
          <w:bCs/>
          <w:i/>
          <w:sz w:val="28"/>
          <w:szCs w:val="28"/>
        </w:rPr>
        <w:t>hell</w:t>
      </w:r>
      <w:r w:rsidRPr="00CE758F">
        <w:rPr>
          <w:rFonts w:ascii="Baskerville Old Face" w:hAnsi="Baskerville Old Face"/>
          <w:bCs/>
          <w:sz w:val="28"/>
          <w:szCs w:val="28"/>
        </w:rPr>
        <w:t>.”</w:t>
      </w:r>
    </w:p>
    <w:p w14:paraId="57C186A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said tae ring.”</w:t>
      </w:r>
    </w:p>
    <w:p w14:paraId="36568C3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 never—“ Ted stopped. “When’d I say that?”</w:t>
      </w:r>
    </w:p>
    <w:p w14:paraId="314E80B0" w14:textId="2E5BED2F"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Finian stood in the corridor of the Royal Melbourne with a bag of </w:t>
      </w:r>
      <w:r w:rsidR="00BF4F99">
        <w:rPr>
          <w:rFonts w:ascii="Baskerville Old Face" w:hAnsi="Baskerville Old Face"/>
          <w:bCs/>
          <w:sz w:val="28"/>
          <w:szCs w:val="28"/>
        </w:rPr>
        <w:t>coins</w:t>
      </w:r>
      <w:r w:rsidRPr="00CE758F">
        <w:rPr>
          <w:rFonts w:ascii="Baskerville Old Face" w:hAnsi="Baskerville Old Face"/>
          <w:bCs/>
          <w:sz w:val="28"/>
          <w:szCs w:val="28"/>
        </w:rPr>
        <w:t xml:space="preserve"> in his </w:t>
      </w:r>
      <w:r w:rsidR="00BF4F99">
        <w:rPr>
          <w:rFonts w:ascii="Baskerville Old Face" w:hAnsi="Baskerville Old Face"/>
          <w:bCs/>
          <w:sz w:val="28"/>
          <w:szCs w:val="28"/>
        </w:rPr>
        <w:t xml:space="preserve">clenched </w:t>
      </w:r>
      <w:r w:rsidRPr="00CE758F">
        <w:rPr>
          <w:rFonts w:ascii="Baskerville Old Face" w:hAnsi="Baskerville Old Face"/>
          <w:bCs/>
          <w:sz w:val="28"/>
          <w:szCs w:val="28"/>
        </w:rPr>
        <w:t>fist and the flex of the payphone stretched round his wrist and found he had nothing whatsoever he was allowed to say.</w:t>
      </w:r>
    </w:p>
    <w:p w14:paraId="2BAB9DD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“Dot said,” he managed. “Some time. Ye said ring us, that’s all, ye never rung us in your life.”</w:t>
      </w:r>
    </w:p>
    <w:p w14:paraId="71D2A93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 said Ted slowly. “Well. That’s fair.”</w:t>
      </w:r>
    </w:p>
    <w:p w14:paraId="39B20BE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7E7F78D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fair enough, that is.”</w:t>
      </w:r>
    </w:p>
    <w:p w14:paraId="37079A49" w14:textId="43E0BDA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They talked for </w:t>
      </w:r>
      <w:r w:rsidR="00327462">
        <w:rPr>
          <w:rFonts w:ascii="Baskerville Old Face" w:hAnsi="Baskerville Old Face"/>
          <w:bCs/>
          <w:sz w:val="28"/>
          <w:szCs w:val="28"/>
        </w:rPr>
        <w:t>around ten</w:t>
      </w:r>
      <w:r w:rsidRPr="00CE758F">
        <w:rPr>
          <w:rFonts w:ascii="Baskerville Old Face" w:hAnsi="Baskerville Old Face"/>
          <w:bCs/>
          <w:sz w:val="28"/>
          <w:szCs w:val="28"/>
        </w:rPr>
        <w:t xml:space="preserve"> minutes about nothing at all — about a gearbox, about the price of a heifer, about a nephew who had gone to Perth and married a girl whose father owned two service stations</w:t>
      </w:r>
      <w:r w:rsidR="00024AA1">
        <w:rPr>
          <w:rFonts w:ascii="Baskerville Old Face" w:hAnsi="Baskerville Old Face"/>
          <w:bCs/>
          <w:sz w:val="28"/>
          <w:szCs w:val="28"/>
        </w:rPr>
        <w:t xml:space="preserve">, </w:t>
      </w:r>
      <w:r w:rsidRPr="00CE758F">
        <w:rPr>
          <w:rFonts w:ascii="Baskerville Old Face" w:hAnsi="Baskerville Old Face"/>
          <w:bCs/>
          <w:sz w:val="28"/>
          <w:szCs w:val="28"/>
        </w:rPr>
        <w:t>and twice Ted laughed, that huge inefficient laugh, and Finian stood in a hospital corridor in a dressing gown and laughed with him, and at no point in eleven minutes did either of them mention drilling, or money, or the year 1964.</w:t>
      </w:r>
      <w:r w:rsidR="00024AA1">
        <w:rPr>
          <w:rFonts w:ascii="Baskerville Old Face" w:hAnsi="Baskerville Old Face"/>
          <w:bCs/>
          <w:sz w:val="28"/>
          <w:szCs w:val="28"/>
        </w:rPr>
        <w:t xml:space="preserve"> </w:t>
      </w:r>
      <w:r w:rsidRPr="00CE758F">
        <w:rPr>
          <w:rFonts w:ascii="Baskerville Old Face" w:hAnsi="Baskerville Old Face"/>
          <w:bCs/>
          <w:sz w:val="28"/>
          <w:szCs w:val="28"/>
        </w:rPr>
        <w:t>At the end Ted said, “Here, boss. Can I ask y</w:t>
      </w:r>
      <w:r w:rsidR="00AC42DF">
        <w:rPr>
          <w:rFonts w:ascii="Baskerville Old Face" w:hAnsi="Baskerville Old Face"/>
          <w:bCs/>
          <w:sz w:val="28"/>
          <w:szCs w:val="28"/>
        </w:rPr>
        <w:t>ou</w:t>
      </w:r>
      <w:r w:rsidRPr="00CE758F">
        <w:rPr>
          <w:rFonts w:ascii="Baskerville Old Face" w:hAnsi="Baskerville Old Face"/>
          <w:bCs/>
          <w:sz w:val="28"/>
          <w:szCs w:val="28"/>
        </w:rPr>
        <w:t xml:space="preserve"> </w:t>
      </w:r>
      <w:r w:rsidR="00AC42DF" w:rsidRPr="00CE758F">
        <w:rPr>
          <w:rFonts w:ascii="Baskerville Old Face" w:hAnsi="Baskerville Old Face"/>
          <w:bCs/>
          <w:sz w:val="28"/>
          <w:szCs w:val="28"/>
        </w:rPr>
        <w:t>something</w:t>
      </w:r>
      <w:r w:rsidRPr="00CE758F">
        <w:rPr>
          <w:rFonts w:ascii="Baskerville Old Face" w:hAnsi="Baskerville Old Face"/>
          <w:bCs/>
          <w:sz w:val="28"/>
          <w:szCs w:val="28"/>
        </w:rPr>
        <w:t>’.”</w:t>
      </w:r>
    </w:p>
    <w:p w14:paraId="39B6A2E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2E93931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 right?”</w:t>
      </w:r>
    </w:p>
    <w:p w14:paraId="6E7DBA4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And Finian, who had been asked </w:t>
      </w:r>
      <w:r w:rsidRPr="00CE758F">
        <w:rPr>
          <w:rFonts w:ascii="Baskerville Old Face" w:hAnsi="Baskerville Old Face"/>
          <w:bCs/>
          <w:i/>
          <w:sz w:val="28"/>
          <w:szCs w:val="28"/>
        </w:rPr>
        <w:t>how are you</w:t>
      </w:r>
      <w:r w:rsidRPr="00CE758F">
        <w:rPr>
          <w:rFonts w:ascii="Baskerville Old Face" w:hAnsi="Baskerville Old Face"/>
          <w:bCs/>
          <w:sz w:val="28"/>
          <w:szCs w:val="28"/>
        </w:rPr>
        <w:t xml:space="preserve"> perhaps four thousand times in his adult life by men who wanted a decision out of him, understood that he was being asked something else entirely, and that it had been asked in exactly that voice across a yard for eighteen years, and that he had never once heard it.</w:t>
      </w:r>
    </w:p>
    <w:p w14:paraId="68604474" w14:textId="0D18394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 xml:space="preserve">“No,” he said. “No, I’m no. But I’m </w:t>
      </w:r>
      <w:r w:rsidR="001A6389" w:rsidRPr="00CE758F">
        <w:rPr>
          <w:rFonts w:ascii="Baskerville Old Face" w:hAnsi="Baskerville Old Face"/>
          <w:bCs/>
          <w:sz w:val="28"/>
          <w:szCs w:val="28"/>
        </w:rPr>
        <w:t>getting</w:t>
      </w:r>
      <w:r w:rsidRPr="00CE758F">
        <w:rPr>
          <w:rFonts w:ascii="Baskerville Old Face" w:hAnsi="Baskerville Old Face"/>
          <w:bCs/>
          <w:sz w:val="28"/>
          <w:szCs w:val="28"/>
        </w:rPr>
        <w:t>’ there.”</w:t>
      </w:r>
    </w:p>
    <w:p w14:paraId="502F105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said Ted, satisfied. “Righto. Ring us again, eh.”</w:t>
      </w:r>
    </w:p>
    <w:p w14:paraId="2D7FA706" w14:textId="0C8BB6BA"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rang them again. Every fortnight, for eleven years, until Ted died in his sleep in 2006, and then he rang Dot, every fortnight, until she died in 2011, and Dot Mawson told her daughter more than once and in some bewilderment that Fin Kavanagh had turned out to be a great one for the telephone.</w:t>
      </w:r>
      <w:r w:rsidR="009278C9">
        <w:rPr>
          <w:rFonts w:ascii="Baskerville Old Face" w:hAnsi="Baskerville Old Face"/>
          <w:bCs/>
          <w:sz w:val="28"/>
          <w:szCs w:val="28"/>
        </w:rPr>
        <w:t xml:space="preserve"> </w:t>
      </w:r>
      <w:r w:rsidRPr="00CE758F">
        <w:rPr>
          <w:rFonts w:ascii="Baskerville Old Face" w:hAnsi="Baskerville Old Face"/>
          <w:bCs/>
          <w:sz w:val="28"/>
          <w:szCs w:val="28"/>
        </w:rPr>
        <w:t>Wally Mansfield was harder, and he did it wrong, and it stayed wrong.</w:t>
      </w:r>
      <w:r w:rsidR="009278C9">
        <w:rPr>
          <w:rFonts w:ascii="Baskerville Old Face" w:hAnsi="Baskerville Old Face"/>
          <w:bCs/>
          <w:sz w:val="28"/>
          <w:szCs w:val="28"/>
        </w:rPr>
        <w:t xml:space="preserve"> </w:t>
      </w:r>
      <w:r w:rsidRPr="00CE758F">
        <w:rPr>
          <w:rFonts w:ascii="Baskerville Old Face" w:hAnsi="Baskerville Old Face"/>
          <w:bCs/>
          <w:sz w:val="28"/>
          <w:szCs w:val="28"/>
        </w:rPr>
        <w:t>He rang Yeppoon on the nineteenth of August. A woman answered — the daughter, Colleen — and was polite and immovable, and said her father was resting, and took a number, and did not pass it on for nine days, and when she did, Wally rang back at seven in the morning Melbourne time and said, without preamble:</w:t>
      </w:r>
    </w:p>
    <w:p w14:paraId="15375BF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“You’re alive, then.”</w:t>
      </w:r>
    </w:p>
    <w:p w14:paraId="07CFAA7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44CC20C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“Good.”</w:t>
      </w:r>
    </w:p>
    <w:p w14:paraId="661241F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then neither of them could find the next thing.</w:t>
      </w:r>
    </w:p>
    <w:p w14:paraId="6578979C" w14:textId="16CBD9E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They got about four minutes. Wally had emphysema; the breathing was in the line like a third party. Finian asked after him and got </w:t>
      </w:r>
      <w:r w:rsidRPr="00CE758F">
        <w:rPr>
          <w:rFonts w:ascii="Baskerville Old Face" w:hAnsi="Baskerville Old Face"/>
          <w:bCs/>
          <w:i/>
          <w:sz w:val="28"/>
          <w:szCs w:val="28"/>
        </w:rPr>
        <w:t>can’t complain</w:t>
      </w:r>
      <w:r w:rsidRPr="00CE758F">
        <w:rPr>
          <w:rFonts w:ascii="Baskerville Old Face" w:hAnsi="Baskerville Old Face"/>
          <w:bCs/>
          <w:sz w:val="28"/>
          <w:szCs w:val="28"/>
        </w:rPr>
        <w:t xml:space="preserve">. Wally asked after the company and got </w:t>
      </w:r>
      <w:r w:rsidR="001A6389" w:rsidRPr="00CE758F">
        <w:rPr>
          <w:rFonts w:ascii="Baskerville Old Face" w:hAnsi="Baskerville Old Face"/>
          <w:bCs/>
          <w:i/>
          <w:sz w:val="28"/>
          <w:szCs w:val="28"/>
        </w:rPr>
        <w:t>its</w:t>
      </w:r>
      <w:r w:rsidRPr="00CE758F">
        <w:rPr>
          <w:rFonts w:ascii="Baskerville Old Face" w:hAnsi="Baskerville Old Face"/>
          <w:bCs/>
          <w:i/>
          <w:sz w:val="28"/>
          <w:szCs w:val="28"/>
        </w:rPr>
        <w:t xml:space="preserve"> </w:t>
      </w:r>
      <w:r w:rsidR="001A6389" w:rsidRPr="00CE758F">
        <w:rPr>
          <w:rFonts w:ascii="Baskerville Old Face" w:hAnsi="Baskerville Old Face"/>
          <w:bCs/>
          <w:i/>
          <w:sz w:val="28"/>
          <w:szCs w:val="28"/>
        </w:rPr>
        <w:t>running</w:t>
      </w:r>
      <w:r w:rsidRPr="00CE758F">
        <w:rPr>
          <w:rFonts w:ascii="Baskerville Old Face" w:hAnsi="Baskerville Old Face"/>
          <w:bCs/>
          <w:i/>
          <w:sz w:val="28"/>
          <w:szCs w:val="28"/>
        </w:rPr>
        <w:t>’</w:t>
      </w:r>
      <w:r w:rsidRPr="00CE758F">
        <w:rPr>
          <w:rFonts w:ascii="Baskerville Old Face" w:hAnsi="Baskerville Old Face"/>
          <w:bCs/>
          <w:sz w:val="28"/>
          <w:szCs w:val="28"/>
        </w:rPr>
        <w:t xml:space="preserve">. And then Finian, who had a thing in his </w:t>
      </w:r>
      <w:r w:rsidRPr="00CE758F">
        <w:rPr>
          <w:rFonts w:ascii="Baskerville Old Face" w:hAnsi="Baskerville Old Face"/>
          <w:bCs/>
          <w:sz w:val="28"/>
          <w:szCs w:val="28"/>
        </w:rPr>
        <w:lastRenderedPageBreak/>
        <w:t>mouth that he had been carrying since a room with no clock, said:</w:t>
      </w:r>
    </w:p>
    <w:p w14:paraId="5E5D2C7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“Wally. That paper ye showed me. In eighty-five.”</w:t>
      </w:r>
    </w:p>
    <w:p w14:paraId="377EACB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breathing.</w:t>
      </w:r>
    </w:p>
    <w:p w14:paraId="11B3BA4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“What about it.”</w:t>
      </w:r>
    </w:p>
    <w:p w14:paraId="36FDDD3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thought about it.”</w:t>
      </w:r>
    </w:p>
    <w:p w14:paraId="441C028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said Wally Mansfield.</w:t>
      </w:r>
    </w:p>
    <w:p w14:paraId="019B0CA8" w14:textId="3AED511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“That’s all. I’ve thought about it. It took me ten year</w:t>
      </w:r>
      <w:r w:rsidR="000A2619">
        <w:rPr>
          <w:rFonts w:ascii="Baskerville Old Face" w:hAnsi="Baskerville Old Face"/>
          <w:bCs/>
          <w:sz w:val="28"/>
          <w:szCs w:val="28"/>
        </w:rPr>
        <w:t>s</w:t>
      </w:r>
      <w:r w:rsidRPr="00CE758F">
        <w:rPr>
          <w:rFonts w:ascii="Baskerville Old Face" w:hAnsi="Baskerville Old Face"/>
          <w:bCs/>
          <w:sz w:val="28"/>
          <w:szCs w:val="28"/>
        </w:rPr>
        <w:t xml:space="preserve"> and I got there.”</w:t>
      </w:r>
    </w:p>
    <w:p w14:paraId="3441414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 was a silence in which the breathing was the only event.</w:t>
      </w:r>
    </w:p>
    <w:p w14:paraId="4673109F" w14:textId="6C22628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“Well,” said Wally. “That’s </w:t>
      </w:r>
      <w:r w:rsidR="001A6389" w:rsidRPr="00CE758F">
        <w:rPr>
          <w:rFonts w:ascii="Baskerville Old Face" w:hAnsi="Baskerville Old Face"/>
          <w:bCs/>
          <w:sz w:val="28"/>
          <w:szCs w:val="28"/>
        </w:rPr>
        <w:t>something</w:t>
      </w:r>
      <w:r w:rsidRPr="00CE758F">
        <w:rPr>
          <w:rFonts w:ascii="Baskerville Old Face" w:hAnsi="Baskerville Old Face"/>
          <w:bCs/>
          <w:sz w:val="28"/>
          <w:szCs w:val="28"/>
        </w:rPr>
        <w:t>’.”</w:t>
      </w:r>
    </w:p>
    <w:p w14:paraId="611662FA" w14:textId="759F1F6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that was the whole of it. There was no absolution in it, and no reconciliation, and Finian put the phone down understanding for the first time in his life that some things do not get finished and are still worth doing</w:t>
      </w:r>
      <w:r w:rsidR="00B44FB5">
        <w:rPr>
          <w:rFonts w:ascii="Baskerville Old Face" w:hAnsi="Baskerville Old Face"/>
          <w:bCs/>
          <w:sz w:val="28"/>
          <w:szCs w:val="28"/>
        </w:rPr>
        <w:t xml:space="preserve">, </w:t>
      </w:r>
      <w:r w:rsidRPr="00CE758F">
        <w:rPr>
          <w:rFonts w:ascii="Baskerville Old Face" w:hAnsi="Baskerville Old Face"/>
          <w:bCs/>
          <w:sz w:val="28"/>
          <w:szCs w:val="28"/>
        </w:rPr>
        <w:t>a species of arithmetic he had been protected from for forty-nine years.</w:t>
      </w:r>
      <w:r w:rsidR="00B44FB5">
        <w:rPr>
          <w:rFonts w:ascii="Baskerville Old Face" w:hAnsi="Baskerville Old Face"/>
          <w:bCs/>
          <w:sz w:val="28"/>
          <w:szCs w:val="28"/>
        </w:rPr>
        <w:t xml:space="preserve"> </w:t>
      </w:r>
      <w:r w:rsidRPr="00CE758F">
        <w:rPr>
          <w:rFonts w:ascii="Baskerville Old Face" w:hAnsi="Baskerville Old Face"/>
          <w:bCs/>
          <w:sz w:val="28"/>
          <w:szCs w:val="28"/>
        </w:rPr>
        <w:t xml:space="preserve">Wally Mansfield died on the third of October 1996 in a bungalow four streets back from the beach at Yeppoon. Finian flew to Rockhampton for the funeral and hired a car and sat six rows from the back and did not speak, and afterwards Colleen Mansfield found him in the car park and </w:t>
      </w:r>
      <w:r w:rsidRPr="00CE758F">
        <w:rPr>
          <w:rFonts w:ascii="Baskerville Old Face" w:hAnsi="Baskerville Old Face"/>
          <w:bCs/>
          <w:sz w:val="28"/>
          <w:szCs w:val="28"/>
        </w:rPr>
        <w:lastRenderedPageBreak/>
        <w:t>put into his hands a supermarket bag with a Kiwi boot-polish tin in it, and said, “He said if you turned up. He said not to post it.”</w:t>
      </w:r>
      <w:r w:rsidR="00191C07">
        <w:rPr>
          <w:rFonts w:ascii="Baskerville Old Face" w:hAnsi="Baskerville Old Face"/>
          <w:bCs/>
          <w:sz w:val="28"/>
          <w:szCs w:val="28"/>
        </w:rPr>
        <w:t xml:space="preserve"> </w:t>
      </w:r>
      <w:r w:rsidRPr="00CE758F">
        <w:rPr>
          <w:rFonts w:ascii="Baskerville Old Face" w:hAnsi="Baskerville Old Face"/>
          <w:bCs/>
          <w:sz w:val="28"/>
          <w:szCs w:val="28"/>
        </w:rPr>
        <w:t>Inside the tin was a sheet of school exercise paper, folded into eight, gone furry at the creases, one corner mended with sticking plaster.</w:t>
      </w:r>
      <w:r w:rsidR="00191C07">
        <w:rPr>
          <w:rFonts w:ascii="Baskerville Old Face" w:hAnsi="Baskerville Old Face"/>
          <w:bCs/>
          <w:sz w:val="28"/>
          <w:szCs w:val="28"/>
        </w:rPr>
        <w:t xml:space="preserve"> </w:t>
      </w:r>
      <w:r w:rsidRPr="00CE758F">
        <w:rPr>
          <w:rFonts w:ascii="Baskerville Old Face" w:hAnsi="Baskerville Old Face"/>
          <w:bCs/>
          <w:sz w:val="28"/>
          <w:szCs w:val="28"/>
        </w:rPr>
        <w:t xml:space="preserve">Two hundred and thirty entries in pencil. And below the ruled line, in a different pencil and a different year: </w:t>
      </w:r>
      <w:r w:rsidRPr="00CE758F">
        <w:rPr>
          <w:rFonts w:ascii="Baskerville Old Face" w:hAnsi="Baskerville Old Face"/>
          <w:bCs/>
          <w:i/>
          <w:sz w:val="28"/>
          <w:szCs w:val="28"/>
        </w:rPr>
        <w:t>C. Tierney. 12/11/61. 19.</w:t>
      </w:r>
      <w:r w:rsidR="00191C07">
        <w:rPr>
          <w:rFonts w:ascii="Baskerville Old Face" w:hAnsi="Baskerville Old Face"/>
          <w:bCs/>
          <w:sz w:val="28"/>
          <w:szCs w:val="28"/>
        </w:rPr>
        <w:t xml:space="preserve"> </w:t>
      </w:r>
      <w:r w:rsidRPr="00CE758F">
        <w:rPr>
          <w:rFonts w:ascii="Baskerville Old Face" w:hAnsi="Baskerville Old Face"/>
          <w:bCs/>
          <w:sz w:val="28"/>
          <w:szCs w:val="28"/>
        </w:rPr>
        <w:t>He kept it in the safe at the Keep, behind the deeds, in a Player’s Navy Cut tin with a dent in the lid, alongside a photograph of two sappers at Tobruk, a page torn out of a school atlas with three pencil crosses on it, and one folded page of a letter written to his wife in November 1964 and never sent.</w:t>
      </w:r>
      <w:r w:rsidR="00191C07">
        <w:rPr>
          <w:rFonts w:ascii="Baskerville Old Face" w:hAnsi="Baskerville Old Face"/>
          <w:bCs/>
          <w:sz w:val="28"/>
          <w:szCs w:val="28"/>
        </w:rPr>
        <w:t xml:space="preserve"> </w:t>
      </w:r>
      <w:r w:rsidRPr="00CE758F">
        <w:rPr>
          <w:rFonts w:ascii="Baskerville Old Face" w:hAnsi="Baskerville Old Face"/>
          <w:bCs/>
          <w:sz w:val="28"/>
          <w:szCs w:val="28"/>
        </w:rPr>
        <w:t>Four things in one tin, and every one of them a receipt for something, and none of them for him.</w:t>
      </w:r>
      <w:r w:rsidR="00191C07">
        <w:rPr>
          <w:rFonts w:ascii="Baskerville Old Face" w:hAnsi="Baskerville Old Face"/>
          <w:bCs/>
          <w:sz w:val="28"/>
          <w:szCs w:val="28"/>
        </w:rPr>
        <w:t xml:space="preserve"> </w:t>
      </w:r>
      <w:r w:rsidRPr="00CE758F">
        <w:rPr>
          <w:rFonts w:ascii="Baskerville Old Face" w:hAnsi="Baskerville Old Face"/>
          <w:bCs/>
          <w:sz w:val="28"/>
          <w:szCs w:val="28"/>
        </w:rPr>
        <w:t xml:space="preserve">They discharged him on the fourth of September, six days later than planned, because he took a chest infection in the last week and </w:t>
      </w:r>
      <w:r w:rsidR="001A6389" w:rsidRPr="00CE758F">
        <w:rPr>
          <w:rFonts w:ascii="Baskerville Old Face" w:hAnsi="Baskerville Old Face"/>
          <w:bCs/>
          <w:sz w:val="28"/>
          <w:szCs w:val="28"/>
        </w:rPr>
        <w:t>Mr.</w:t>
      </w:r>
      <w:r w:rsidRPr="00CE758F">
        <w:rPr>
          <w:rFonts w:ascii="Baskerville Old Face" w:hAnsi="Baskerville Old Face"/>
          <w:bCs/>
          <w:sz w:val="28"/>
          <w:szCs w:val="28"/>
        </w:rPr>
        <w:t xml:space="preserve"> Bracegirdle would not hear of it.</w:t>
      </w:r>
      <w:r w:rsidR="005C5338">
        <w:rPr>
          <w:rFonts w:ascii="Baskerville Old Face" w:hAnsi="Baskerville Old Face"/>
          <w:bCs/>
          <w:sz w:val="28"/>
          <w:szCs w:val="28"/>
        </w:rPr>
        <w:t xml:space="preserve"> </w:t>
      </w:r>
      <w:r w:rsidRPr="00CE758F">
        <w:rPr>
          <w:rFonts w:ascii="Baskerville Old Face" w:hAnsi="Baskerville Old Face"/>
          <w:bCs/>
          <w:sz w:val="28"/>
          <w:szCs w:val="28"/>
        </w:rPr>
        <w:t xml:space="preserve">He was got up and dressed in his own clothes for the first time in eighty-two days, and his own clothes did not fit him — he had lost </w:t>
      </w:r>
      <w:r w:rsidR="005C5338">
        <w:rPr>
          <w:rFonts w:ascii="Baskerville Old Face" w:hAnsi="Baskerville Old Face"/>
          <w:bCs/>
          <w:sz w:val="28"/>
          <w:szCs w:val="28"/>
        </w:rPr>
        <w:t xml:space="preserve">seven </w:t>
      </w:r>
      <w:r w:rsidRPr="00CE758F">
        <w:rPr>
          <w:rFonts w:ascii="Baskerville Old Face" w:hAnsi="Baskerville Old Face"/>
          <w:bCs/>
          <w:sz w:val="28"/>
          <w:szCs w:val="28"/>
        </w:rPr>
        <w:t>kilos and the collar stood away from his neck like a paper cone</w:t>
      </w:r>
      <w:r w:rsidR="005C5338">
        <w:rPr>
          <w:rFonts w:ascii="Baskerville Old Face" w:hAnsi="Baskerville Old Face"/>
          <w:bCs/>
          <w:sz w:val="28"/>
          <w:szCs w:val="28"/>
        </w:rPr>
        <w:t xml:space="preserve">, </w:t>
      </w:r>
      <w:r w:rsidRPr="00CE758F">
        <w:rPr>
          <w:rFonts w:ascii="Baskerville Old Face" w:hAnsi="Baskerville Old Face"/>
          <w:bCs/>
          <w:sz w:val="28"/>
          <w:szCs w:val="28"/>
        </w:rPr>
        <w:t xml:space="preserve"> and he was sitting on the edge of the bed with the bag packed and Ellie away downstairs settling something about the car, when the nurse came in with the sharps tray.</w:t>
      </w:r>
    </w:p>
    <w:p w14:paraId="32DFFA52"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was a small woman of about fifty. She had a plain broad face and pale eyes set very level, and her hair pinned up under the cap in the old way that nobody wore any more, and she came in and put the tray down and said, without any particular ceremony:</w:t>
      </w:r>
    </w:p>
    <w:p w14:paraId="5592EC09" w14:textId="6CEDD76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t>
      </w:r>
      <w:r w:rsidR="001A6389" w:rsidRPr="00CE758F">
        <w:rPr>
          <w:rFonts w:ascii="Baskerville Old Face" w:hAnsi="Baskerville Old Face"/>
          <w:bCs/>
          <w:sz w:val="28"/>
          <w:szCs w:val="28"/>
        </w:rPr>
        <w:t>Sitting</w:t>
      </w:r>
      <w:r w:rsidRPr="00CE758F">
        <w:rPr>
          <w:rFonts w:ascii="Baskerville Old Face" w:hAnsi="Baskerville Old Face"/>
          <w:bCs/>
          <w:sz w:val="28"/>
          <w:szCs w:val="28"/>
        </w:rPr>
        <w:t>’ up, then.”</w:t>
      </w:r>
    </w:p>
    <w:p w14:paraId="007603B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Finian Kavanagh did not move.</w:t>
      </w:r>
    </w:p>
    <w:p w14:paraId="4A79534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badge on her breast pocket was the standard Royal Melbourne Hospital badge, white plastic with black lettering, slightly crooked. It said *</w:t>
      </w:r>
      <w:r w:rsidRPr="00CE758F">
        <w:rPr>
          <w:rFonts w:ascii="Baskerville Old Face" w:hAnsi="Baskerville Old Face"/>
          <w:bCs/>
          <w:i/>
          <w:sz w:val="28"/>
          <w:szCs w:val="28"/>
        </w:rPr>
        <w:t>M. DICKSON</w:t>
      </w:r>
      <w:r w:rsidRPr="00CE758F">
        <w:rPr>
          <w:rFonts w:ascii="Baskerville Old Face" w:hAnsi="Baskerville Old Face"/>
          <w:bCs/>
          <w:sz w:val="28"/>
          <w:szCs w:val="28"/>
        </w:rPr>
        <w:t>*.</w:t>
      </w:r>
    </w:p>
    <w:p w14:paraId="2B7CB5C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“Ye’re no here,” he said.</w:t>
      </w:r>
    </w:p>
    <w:p w14:paraId="6A56FA5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“I’m takin’ yon cannula oot yer hand,” she said, “so I’d say I am.”</w:t>
      </w:r>
    </w:p>
    <w:p w14:paraId="25CFEF3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sat down on the chair Ellie had been sleeping in for six weeks — the bad chair, the one with the arm that caught you — and took his left hand and turned it over on her knee, and picked at the tape with a thumbnail, and her hands were cool.</w:t>
      </w:r>
    </w:p>
    <w:p w14:paraId="351A0A78" w14:textId="5358235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“Ye said ye were done,” he said. “Ye said your watch was </w:t>
      </w:r>
      <w:r w:rsidR="001A6389" w:rsidRPr="00CE758F">
        <w:rPr>
          <w:rFonts w:ascii="Baskerville Old Face" w:hAnsi="Baskerville Old Face"/>
          <w:bCs/>
          <w:sz w:val="28"/>
          <w:szCs w:val="28"/>
        </w:rPr>
        <w:t>over</w:t>
      </w:r>
      <w:r w:rsidRPr="00CE758F">
        <w:rPr>
          <w:rFonts w:ascii="Baskerville Old Face" w:hAnsi="Baskerville Old Face"/>
          <w:bCs/>
          <w:sz w:val="28"/>
          <w:szCs w:val="28"/>
        </w:rPr>
        <w:t>.”</w:t>
      </w:r>
    </w:p>
    <w:p w14:paraId="43107B7B" w14:textId="71EA40E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is </w:t>
      </w:r>
      <w:r w:rsidR="001A6389" w:rsidRPr="00CE758F">
        <w:rPr>
          <w:rFonts w:ascii="Baskerville Old Face" w:hAnsi="Baskerville Old Face"/>
          <w:bCs/>
          <w:sz w:val="28"/>
          <w:szCs w:val="28"/>
        </w:rPr>
        <w:t>over</w:t>
      </w:r>
      <w:r w:rsidRPr="00CE758F">
        <w:rPr>
          <w:rFonts w:ascii="Baskerville Old Face" w:hAnsi="Baskerville Old Face"/>
          <w:bCs/>
          <w:sz w:val="28"/>
          <w:szCs w:val="28"/>
        </w:rPr>
        <w:t>.”</w:t>
      </w:r>
    </w:p>
    <w:p w14:paraId="6A5DE80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w:t>
      </w:r>
    </w:p>
    <w:p w14:paraId="2F9A9C2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“A body can come and see a thing finished, Finian Kavanagh.” She got a corner of the tape up. “This’ll nip.”</w:t>
      </w:r>
    </w:p>
    <w:p w14:paraId="596433B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It nipped.</w:t>
      </w:r>
    </w:p>
    <w:p w14:paraId="7420E73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watched the top of her head, the pinned hair, and it came to him with an odd sideways violence that he was looking at a woman who had been hanged in the Grassmarket on a warm Wednesday in September 1724 for the crime of not telling anybody she was pregnant, and who had lain in a cart on the Musselburgh road with the lid three inches off her face, and who had then been obliged to marry her own husband a second time because the law held her to have died, and who had spent two hundred and seventy-one years standing at the backs of rooms belonging to a family in a country she had never seen, and who had never once been told why.</w:t>
      </w:r>
    </w:p>
    <w:p w14:paraId="2D5427B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 he said.</w:t>
      </w:r>
    </w:p>
    <w:p w14:paraId="10846A6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1A5B0251" w14:textId="176AC43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w:t>
      </w:r>
      <w:r w:rsidR="001A6389" w:rsidRPr="00CE758F">
        <w:rPr>
          <w:rFonts w:ascii="Baskerville Old Face" w:hAnsi="Baskerville Old Face"/>
          <w:bCs/>
          <w:sz w:val="28"/>
          <w:szCs w:val="28"/>
        </w:rPr>
        <w:t>stone</w:t>
      </w:r>
      <w:r w:rsidRPr="00CE758F">
        <w:rPr>
          <w:rFonts w:ascii="Baskerville Old Face" w:hAnsi="Baskerville Old Face"/>
          <w:bCs/>
          <w:sz w:val="28"/>
          <w:szCs w:val="28"/>
        </w:rPr>
        <w:t>. On the wee grave. Ellie chose the name and she said it was for you. Was that you? Did ye put your hand tae that?”</w:t>
      </w:r>
      <w:r w:rsidR="004B4062">
        <w:rPr>
          <w:rFonts w:ascii="Baskerville Old Face" w:hAnsi="Baskerville Old Face"/>
          <w:bCs/>
          <w:sz w:val="28"/>
          <w:szCs w:val="28"/>
        </w:rPr>
        <w:t xml:space="preserve"> </w:t>
      </w:r>
      <w:r w:rsidRPr="00CE758F">
        <w:rPr>
          <w:rFonts w:ascii="Baskerville Old Face" w:hAnsi="Baskerville Old Face"/>
          <w:bCs/>
          <w:sz w:val="28"/>
          <w:szCs w:val="28"/>
        </w:rPr>
        <w:t>Margaret Dickson pressed a swab against the back of his hand and folded his fingers up over it.</w:t>
      </w:r>
    </w:p>
    <w:p w14:paraId="3074AF8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“Haud that,” she said.</w:t>
      </w:r>
    </w:p>
    <w:p w14:paraId="077F6AB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“Maggie—“</w:t>
      </w:r>
    </w:p>
    <w:p w14:paraId="6523A234" w14:textId="3EBC32B5"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“Haud that a minute, hen, or ye’ll drip on the good trousers.”</w:t>
      </w:r>
      <w:r w:rsidR="004B4062">
        <w:rPr>
          <w:rFonts w:ascii="Baskerville Old Face" w:hAnsi="Baskerville Old Face"/>
          <w:bCs/>
          <w:sz w:val="28"/>
          <w:szCs w:val="28"/>
        </w:rPr>
        <w:t xml:space="preserve"> </w:t>
      </w:r>
      <w:r w:rsidRPr="00CE758F">
        <w:rPr>
          <w:rFonts w:ascii="Baskerville Old Face" w:hAnsi="Baskerville Old Face"/>
          <w:bCs/>
          <w:sz w:val="28"/>
          <w:szCs w:val="28"/>
        </w:rPr>
        <w:t>And she gathered the tray, and stood, and looked down at him, and for a moment there was something in the pale level eyes that he could not read at all, and which he thought about for the remaining twenty-nine years of his life at odd hours, driving, or shaving, or standing at the eastern end of the home paddock in the dark.</w:t>
      </w:r>
      <w:r w:rsidR="004B0097">
        <w:rPr>
          <w:rFonts w:ascii="Baskerville Old Face" w:hAnsi="Baskerville Old Face"/>
          <w:bCs/>
          <w:sz w:val="28"/>
          <w:szCs w:val="28"/>
        </w:rPr>
        <w:t xml:space="preserve"> </w:t>
      </w:r>
      <w:r w:rsidRPr="00CE758F">
        <w:rPr>
          <w:rFonts w:ascii="Baskerville Old Face" w:hAnsi="Baskerville Old Face"/>
          <w:bCs/>
          <w:sz w:val="28"/>
          <w:szCs w:val="28"/>
        </w:rPr>
        <w:t xml:space="preserve">“There’s a woman comin’ up the stair wi’ yer car keys,” she said, “and she’s been in yon chair six week, and she’s </w:t>
      </w:r>
      <w:r w:rsidR="00456BF7" w:rsidRPr="00CE758F">
        <w:rPr>
          <w:rFonts w:ascii="Baskerville Old Face" w:hAnsi="Baskerville Old Face"/>
          <w:bCs/>
          <w:sz w:val="28"/>
          <w:szCs w:val="28"/>
        </w:rPr>
        <w:t>not</w:t>
      </w:r>
      <w:r w:rsidRPr="00CE758F">
        <w:rPr>
          <w:rFonts w:ascii="Baskerville Old Face" w:hAnsi="Baskerville Old Face"/>
          <w:bCs/>
          <w:sz w:val="28"/>
          <w:szCs w:val="28"/>
        </w:rPr>
        <w:t xml:space="preserve"> had a hot meal since the fourteenth o’ June that </w:t>
      </w:r>
      <w:r w:rsidR="00456BF7" w:rsidRPr="00CE758F">
        <w:rPr>
          <w:rFonts w:ascii="Baskerville Old Face" w:hAnsi="Baskerville Old Face"/>
          <w:bCs/>
          <w:sz w:val="28"/>
          <w:szCs w:val="28"/>
        </w:rPr>
        <w:t>wasnae</w:t>
      </w:r>
      <w:r w:rsidRPr="00CE758F">
        <w:rPr>
          <w:rFonts w:ascii="Baskerville Old Face" w:hAnsi="Baskerville Old Face"/>
          <w:bCs/>
          <w:sz w:val="28"/>
          <w:szCs w:val="28"/>
        </w:rPr>
        <w:t xml:space="preserve"> oot a machine. That’s what’s in front o’ ye. That’s the whole o’ it. There’s </w:t>
      </w:r>
      <w:r w:rsidR="00456BF7" w:rsidRPr="00CE758F">
        <w:rPr>
          <w:rFonts w:ascii="Baskerville Old Face" w:hAnsi="Baskerville Old Face"/>
          <w:bCs/>
          <w:sz w:val="28"/>
          <w:szCs w:val="28"/>
        </w:rPr>
        <w:t>nothing</w:t>
      </w:r>
      <w:r w:rsidRPr="00CE758F">
        <w:rPr>
          <w:rFonts w:ascii="Baskerville Old Face" w:hAnsi="Baskerville Old Face"/>
          <w:bCs/>
          <w:sz w:val="28"/>
          <w:szCs w:val="28"/>
        </w:rPr>
        <w:t xml:space="preserve"> else, Finian, there never was, and I’m no tellin’ ye that because I’m </w:t>
      </w:r>
      <w:r w:rsidR="00456BF7">
        <w:rPr>
          <w:rFonts w:ascii="Baskerville Old Face" w:hAnsi="Baskerville Old Face"/>
          <w:bCs/>
          <w:sz w:val="28"/>
          <w:szCs w:val="28"/>
        </w:rPr>
        <w:t>a</w:t>
      </w:r>
      <w:r w:rsidRPr="00CE758F">
        <w:rPr>
          <w:rFonts w:ascii="Baskerville Old Face" w:hAnsi="Baskerville Old Face"/>
          <w:bCs/>
          <w:sz w:val="28"/>
          <w:szCs w:val="28"/>
        </w:rPr>
        <w:t xml:space="preserve">ny kind o’ angel. I’m tellin’ ye because I was twenty-eight year auld and I never said a word tae a soul, and there </w:t>
      </w:r>
      <w:r w:rsidR="007E5D5A" w:rsidRPr="00CE758F">
        <w:rPr>
          <w:rFonts w:ascii="Baskerville Old Face" w:hAnsi="Baskerville Old Face"/>
          <w:bCs/>
          <w:sz w:val="28"/>
          <w:szCs w:val="28"/>
        </w:rPr>
        <w:t>wasnae</w:t>
      </w:r>
      <w:r w:rsidRPr="00CE758F">
        <w:rPr>
          <w:rFonts w:ascii="Baskerville Old Face" w:hAnsi="Baskerville Old Face"/>
          <w:bCs/>
          <w:sz w:val="28"/>
          <w:szCs w:val="28"/>
        </w:rPr>
        <w:t xml:space="preserve"> a hand held oot tae me the whole nine month, and they didnae hang me for the wean.” She tucked the tray under her arm. “They hangit me for the quiet. Dinnae you dae the quiet.”</w:t>
      </w:r>
    </w:p>
    <w:p w14:paraId="2312A39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“Maggie.”</w:t>
      </w:r>
    </w:p>
    <w:p w14:paraId="1D1ADDF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“Whit.”</w:t>
      </w:r>
    </w:p>
    <w:p w14:paraId="2AC29EE8" w14:textId="67BBCBDB"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“Thank y</w:t>
      </w:r>
      <w:r w:rsidR="00C4087C">
        <w:rPr>
          <w:rFonts w:ascii="Baskerville Old Face" w:hAnsi="Baskerville Old Face"/>
          <w:bCs/>
          <w:sz w:val="28"/>
          <w:szCs w:val="28"/>
        </w:rPr>
        <w:t>ou</w:t>
      </w:r>
      <w:r w:rsidRPr="00CE758F">
        <w:rPr>
          <w:rFonts w:ascii="Baskerville Old Face" w:hAnsi="Baskerville Old Face"/>
          <w:bCs/>
          <w:sz w:val="28"/>
          <w:szCs w:val="28"/>
        </w:rPr>
        <w:t>,” he said, “for the water bag. On the Ghan. In sixty-three.”</w:t>
      </w:r>
    </w:p>
    <w:p w14:paraId="0756F10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Margaret Dickson stopped in the doorway.</w:t>
      </w:r>
    </w:p>
    <w:p w14:paraId="2D68EBE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“Sixty-four,” she said. “It was the March.”</w:t>
      </w:r>
    </w:p>
    <w:p w14:paraId="2D2F321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went out.</w:t>
      </w:r>
    </w:p>
    <w:p w14:paraId="02309DEB" w14:textId="634A76F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When Ellie came up with the keys he was standing at the window with his hand wrapped in a swab and his collar standing away from his neck, and he said, “The nurse. The wee Scots </w:t>
      </w:r>
      <w:r w:rsidR="007E5D5A" w:rsidRPr="00CE758F">
        <w:rPr>
          <w:rFonts w:ascii="Baskerville Old Face" w:hAnsi="Baskerville Old Face"/>
          <w:bCs/>
          <w:sz w:val="28"/>
          <w:szCs w:val="28"/>
        </w:rPr>
        <w:t>woman</w:t>
      </w:r>
      <w:r w:rsidRPr="00CE758F">
        <w:rPr>
          <w:rFonts w:ascii="Baskerville Old Face" w:hAnsi="Baskerville Old Face"/>
          <w:bCs/>
          <w:sz w:val="28"/>
          <w:szCs w:val="28"/>
        </w:rPr>
        <w:t>. Which one is she?”</w:t>
      </w:r>
    </w:p>
    <w:p w14:paraId="1E26E4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“Which nurse?”</w:t>
      </w:r>
    </w:p>
    <w:p w14:paraId="551B37E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“Dickson.”</w:t>
      </w:r>
    </w:p>
    <w:p w14:paraId="103BEC9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went and asked, because he would not sit down until she did, and came back nine minutes later with her mouth set in a line he knew of old.</w:t>
      </w:r>
    </w:p>
    <w:p w14:paraId="65EF15C5" w14:textId="3EFE018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“There’s nae Dickson,” she said. “There’s a Dixon on nights but she’s fae Ballarat and she’s </w:t>
      </w:r>
      <w:r w:rsidR="007E5D5A" w:rsidRPr="00CE758F">
        <w:rPr>
          <w:rFonts w:ascii="Baskerville Old Face" w:hAnsi="Baskerville Old Face"/>
          <w:bCs/>
          <w:sz w:val="28"/>
          <w:szCs w:val="28"/>
        </w:rPr>
        <w:t>about</w:t>
      </w:r>
      <w:r w:rsidRPr="00CE758F">
        <w:rPr>
          <w:rFonts w:ascii="Baskerville Old Face" w:hAnsi="Baskerville Old Face"/>
          <w:bCs/>
          <w:sz w:val="28"/>
          <w:szCs w:val="28"/>
        </w:rPr>
        <w:t xml:space="preserve"> twenty-five, and the sister says there’s naebody Scots on this ward at a’ and she’s been here fourteen year, and she looked at me, Fin, the way ye look at a </w:t>
      </w:r>
      <w:r w:rsidR="007E5D5A" w:rsidRPr="00CE758F">
        <w:rPr>
          <w:rFonts w:ascii="Baskerville Old Face" w:hAnsi="Baskerville Old Face"/>
          <w:bCs/>
          <w:sz w:val="28"/>
          <w:szCs w:val="28"/>
        </w:rPr>
        <w:t>woman</w:t>
      </w:r>
      <w:r w:rsidRPr="00CE758F">
        <w:rPr>
          <w:rFonts w:ascii="Baskerville Old Face" w:hAnsi="Baskerville Old Face"/>
          <w:bCs/>
          <w:sz w:val="28"/>
          <w:szCs w:val="28"/>
        </w:rPr>
        <w:t xml:space="preserve"> whose man’s had a heid injury.”</w:t>
      </w:r>
    </w:p>
    <w:p w14:paraId="20230F0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said Finian.</w:t>
      </w:r>
    </w:p>
    <w:p w14:paraId="7C03EE3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3DD74F3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0806952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Ellie stood in the middle of the room with the car keys in her hand.</w:t>
      </w:r>
    </w:p>
    <w:p w14:paraId="7F95888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“Was she in the ward at Alice?” she said. “In sixty-nine?”</w:t>
      </w:r>
    </w:p>
    <w:p w14:paraId="26A4AC0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looked at his wife.</w:t>
      </w:r>
    </w:p>
    <w:p w14:paraId="1668F09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 he said. “She was in the ward at Alice in sixty-nine.”</w:t>
      </w:r>
    </w:p>
    <w:p w14:paraId="52E2E5D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Strachan sat down slowly on the end of the bed, next to the packed bag, and put the keys in her lap, and neither of them said anything else about it for twenty-nine years. But on the drive out of the city she said, at the lights on Flemington Road, apparently to the windscreen:</w:t>
      </w:r>
    </w:p>
    <w:p w14:paraId="65973A4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“Her hem was wet.”</w:t>
      </w:r>
    </w:p>
    <w:p w14:paraId="75A4585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3CDED10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“There’d been nae rain.”</w:t>
      </w:r>
    </w:p>
    <w:p w14:paraId="4B070E3B"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“Naw.”</w:t>
      </w:r>
    </w:p>
    <w:p w14:paraId="061ED399" w14:textId="19C5275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“Right,” said Ellie, and put the indicator on, and that was that, and it was the largest thing that was ever agreed between them.</w:t>
      </w:r>
      <w:r w:rsidR="00EF7F67">
        <w:rPr>
          <w:rFonts w:ascii="Baskerville Old Face" w:hAnsi="Baskerville Old Face"/>
          <w:bCs/>
          <w:sz w:val="28"/>
          <w:szCs w:val="28"/>
        </w:rPr>
        <w:t xml:space="preserve"> </w:t>
      </w:r>
      <w:r w:rsidRPr="00CE758F">
        <w:rPr>
          <w:rFonts w:ascii="Baskerville Old Face" w:hAnsi="Baskerville Old Face"/>
          <w:bCs/>
          <w:sz w:val="28"/>
          <w:szCs w:val="28"/>
        </w:rPr>
        <w:t>Two other things happened before he left Melbourne, and he did both of them badly and without telling anybody, and they were the beginning of everything that came after.</w:t>
      </w:r>
      <w:r w:rsidR="00EF7F67">
        <w:rPr>
          <w:rFonts w:ascii="Baskerville Old Face" w:hAnsi="Baskerville Old Face"/>
          <w:bCs/>
          <w:sz w:val="28"/>
          <w:szCs w:val="28"/>
        </w:rPr>
        <w:t xml:space="preserve"> </w:t>
      </w:r>
      <w:r w:rsidRPr="00CE758F">
        <w:rPr>
          <w:rFonts w:ascii="Baskerville Old Face" w:hAnsi="Baskerville Old Face"/>
          <w:bCs/>
          <w:sz w:val="28"/>
          <w:szCs w:val="28"/>
        </w:rPr>
        <w:t xml:space="preserve">The first was that he had Merridew’s office find an address for a road-train driver named K. Amos of Katherine, Northern Territory, and he wrote to him. He did it eleven </w:t>
      </w:r>
      <w:r w:rsidRPr="00CE758F">
        <w:rPr>
          <w:rFonts w:ascii="Baskerville Old Face" w:hAnsi="Baskerville Old Face"/>
          <w:bCs/>
          <w:sz w:val="28"/>
          <w:szCs w:val="28"/>
        </w:rPr>
        <w:lastRenderedPageBreak/>
        <w:t>times. Ten of them were versions of a letter he had been writing all his life</w:t>
      </w:r>
      <w:r w:rsidR="00EF7F67">
        <w:rPr>
          <w:rFonts w:ascii="Baskerville Old Face" w:hAnsi="Baskerville Old Face"/>
          <w:bCs/>
          <w:sz w:val="28"/>
          <w:szCs w:val="28"/>
        </w:rPr>
        <w:t xml:space="preserve">, </w:t>
      </w:r>
      <w:r w:rsidRPr="00CE758F">
        <w:rPr>
          <w:rFonts w:ascii="Baskerville Old Face" w:hAnsi="Baskerville Old Face"/>
          <w:bCs/>
          <w:sz w:val="28"/>
          <w:szCs w:val="28"/>
        </w:rPr>
        <w:t>the correct letter, the letter that squared an account, and one of the ten had a figure in it, and he got as far as the second line of that one before he heard what he was doing and tore it into eight pieces and sat with his hands over his face for a while.</w:t>
      </w:r>
      <w:r w:rsidR="00170D5B">
        <w:rPr>
          <w:rFonts w:ascii="Baskerville Old Face" w:hAnsi="Baskerville Old Face"/>
          <w:bCs/>
          <w:sz w:val="28"/>
          <w:szCs w:val="28"/>
        </w:rPr>
        <w:t xml:space="preserve"> </w:t>
      </w:r>
      <w:r w:rsidRPr="00CE758F">
        <w:rPr>
          <w:rFonts w:ascii="Baskerville Old Face" w:hAnsi="Baskerville Old Face"/>
          <w:bCs/>
          <w:sz w:val="28"/>
          <w:szCs w:val="28"/>
        </w:rPr>
        <w:t>The eleventh said:</w:t>
      </w:r>
    </w:p>
    <w:p w14:paraId="67A855D8" w14:textId="5BF085C2"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 xml:space="preserve">Dear </w:t>
      </w:r>
      <w:r w:rsidR="007E5D5A" w:rsidRPr="00CE758F">
        <w:rPr>
          <w:rFonts w:ascii="Baskerville Old Face" w:hAnsi="Baskerville Old Face"/>
          <w:bCs/>
          <w:i/>
          <w:sz w:val="28"/>
          <w:szCs w:val="28"/>
        </w:rPr>
        <w:t>Mr.</w:t>
      </w:r>
      <w:r w:rsidRPr="00CE758F">
        <w:rPr>
          <w:rFonts w:ascii="Baskerville Old Face" w:hAnsi="Baskerville Old Face"/>
          <w:bCs/>
          <w:i/>
          <w:sz w:val="28"/>
          <w:szCs w:val="28"/>
        </w:rPr>
        <w:t xml:space="preserve"> Amos, I am the man you sat with on the highway north of Ti Tree on 14 June. They tell me you stayed an hour and fifty minutes and had your hand on my chest and were talking. I do not remember a word of it and I would very much like to know what you said. I am not able to pay you for it and I understand that is not what it was. If you are ever in Alice Springs my wife and I would be glad if you would eat with us. Yours faithfully, F. Kavanagh.</w:t>
      </w:r>
    </w:p>
    <w:p w14:paraId="3FF2215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Kevin Amos wrote back in November, on lined paper, four lines: </w:t>
      </w:r>
      <w:r w:rsidRPr="00CE758F">
        <w:rPr>
          <w:rFonts w:ascii="Baskerville Old Face" w:hAnsi="Baskerville Old Face"/>
          <w:bCs/>
          <w:i/>
          <w:sz w:val="28"/>
          <w:szCs w:val="28"/>
        </w:rPr>
        <w:t>Mate, don’t remember, probably the footy. Was going past anyway. Glad you’re not dead. Might take you up on the feed.</w:t>
      </w:r>
    </w:p>
    <w:p w14:paraId="46F54F8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He took them up on it in 1997, and in 1999, and after that most years, and he was at the Keep for four days in the March of 2011 with his wife and two of his grandchildren, and he was one of the six men who carried Finian Kavanagh in 2024, and </w:t>
      </w:r>
      <w:r w:rsidRPr="00CE758F">
        <w:rPr>
          <w:rFonts w:ascii="Baskerville Old Face" w:hAnsi="Baskerville Old Face"/>
          <w:bCs/>
          <w:sz w:val="28"/>
          <w:szCs w:val="28"/>
        </w:rPr>
        <w:lastRenderedPageBreak/>
        <w:t>he was seventy-nine years old when he did it and he would not be talked out of it.</w:t>
      </w:r>
    </w:p>
    <w:p w14:paraId="4BF90134"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 second thing was that Finian sat up in bed on his last night in the Royal Melbourne with a hospital notepad and a biro that did not work well on the slope, and wrote, at the top of a page:</w:t>
      </w:r>
    </w:p>
    <w:p w14:paraId="2AAFF7D7"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Rosaria Carbone, née Vitale.</w:t>
      </w:r>
    </w:p>
    <w:p w14:paraId="3BC3C5A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under it he wrote nothing at all, for four days, and then in Alice Springs, at the kitchen table at the Keep, with Ellie asleep down the hall, he wrote:</w:t>
      </w:r>
    </w:p>
    <w:p w14:paraId="60835E2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A fund. Money for whatever the mother of a family says it is for. She does not have to say what it is for. She does not fill anything in. Nobody visits.</w:t>
      </w:r>
    </w:p>
    <w:p w14:paraId="2ABF017D"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was constituted in June 1996 with an endowment of one million eight hundred thousand dollars, and it made, in the twenty-eight years that followed, four thousand one hundred and sixty-two grants in the Northern Territory and the northern part of South Australia, and it never once required an applicant to state a purpose, and this was regarded by every professional trustee who ever advised on it as an eccentricity bordering on negligence, and it was the single condition </w:t>
      </w:r>
      <w:r w:rsidRPr="00CE758F">
        <w:rPr>
          <w:rFonts w:ascii="Baskerville Old Face" w:hAnsi="Baskerville Old Face"/>
          <w:bCs/>
          <w:sz w:val="28"/>
          <w:szCs w:val="28"/>
        </w:rPr>
        <w:lastRenderedPageBreak/>
        <w:t>Finian Kavanagh would not move on in his lifetime, and it is the condition his widow enforced after him.</w:t>
      </w:r>
    </w:p>
    <w:p w14:paraId="7CA8E8A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It is called the Vitale Fund. There is no plaque. There is no photograph of anybody shaking anybody’s hand. The name is not explained in the deed, and when a journalist from the </w:t>
      </w:r>
      <w:r w:rsidRPr="00CE758F">
        <w:rPr>
          <w:rFonts w:ascii="Baskerville Old Face" w:hAnsi="Baskerville Old Face"/>
          <w:bCs/>
          <w:i/>
          <w:sz w:val="28"/>
          <w:szCs w:val="28"/>
        </w:rPr>
        <w:t>Australian Financial Review</w:t>
      </w:r>
      <w:r w:rsidRPr="00CE758F">
        <w:rPr>
          <w:rFonts w:ascii="Baskerville Old Face" w:hAnsi="Baskerville Old Face"/>
          <w:bCs/>
          <w:sz w:val="28"/>
          <w:szCs w:val="28"/>
        </w:rPr>
        <w:t xml:space="preserve"> asked him in 2003 who Rosaria Vitale had been, Finian Kavanagh, then fifty-seven and an old hand at this, said:</w:t>
      </w:r>
    </w:p>
    <w:p w14:paraId="76F2637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“Somebody’s mother. A man telt me her name once and I said I’d mind it.”</w:t>
      </w:r>
    </w:p>
    <w:p w14:paraId="4BDF0F45"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did you know her?”</w:t>
      </w:r>
    </w:p>
    <w:p w14:paraId="47599CB6"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“Naw.”</w:t>
      </w:r>
    </w:p>
    <w:p w14:paraId="53DDD95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“Then why—“</w:t>
      </w:r>
    </w:p>
    <w:p w14:paraId="00E8D088"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“Because he could tell ye the make o’ his faither’s van,” said Finian, “and he couldnae tell ye the colour o’ her eyes.”</w:t>
      </w:r>
    </w:p>
    <w:p w14:paraId="7E949BAA"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 journalist wrote </w:t>
      </w:r>
      <w:r w:rsidRPr="00CE758F">
        <w:rPr>
          <w:rFonts w:ascii="Baskerville Old Face" w:hAnsi="Baskerville Old Face"/>
          <w:bCs/>
          <w:i/>
          <w:sz w:val="28"/>
          <w:szCs w:val="28"/>
        </w:rPr>
        <w:t>eccentric philanthropy</w:t>
      </w:r>
      <w:r w:rsidRPr="00CE758F">
        <w:rPr>
          <w:rFonts w:ascii="Baskerville Old Face" w:hAnsi="Baskerville Old Face"/>
          <w:bCs/>
          <w:sz w:val="28"/>
          <w:szCs w:val="28"/>
        </w:rPr>
        <w:t xml:space="preserve"> in his notebook, and used two sentences of it, and moved on to the water.</w:t>
      </w:r>
    </w:p>
    <w:p w14:paraId="2624B3AF" w14:textId="77777777"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690E0761" w14:textId="77777777"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lastRenderedPageBreak/>
        <w:t>Chapter Twenty-Three</w:t>
      </w:r>
    </w:p>
    <w:p w14:paraId="5A3E0707" w14:textId="77777777" w:rsidR="00F45C1A" w:rsidRPr="00CE758F" w:rsidRDefault="007671E1" w:rsidP="002A1BD3">
      <w:pPr>
        <w:pStyle w:val="Heading3"/>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A Keeper of the Dream</w:t>
      </w:r>
    </w:p>
    <w:p w14:paraId="51AF096C" w14:textId="5A04EA0E" w:rsidR="00F45C1A" w:rsidRPr="00CE758F" w:rsidRDefault="00992C43" w:rsidP="00C9423A">
      <w:pPr>
        <w:spacing w:line="360" w:lineRule="auto"/>
        <w:ind w:firstLine="0"/>
        <w:rPr>
          <w:rFonts w:ascii="Baskerville Old Face" w:hAnsi="Baskerville Old Face"/>
          <w:bCs/>
          <w:sz w:val="28"/>
          <w:szCs w:val="28"/>
        </w:rPr>
      </w:pPr>
      <w:r>
        <w:rPr>
          <w:rFonts w:ascii="Baskerville Old Face" w:hAnsi="Baskerville Old Face"/>
          <w:bCs/>
          <w:sz w:val="28"/>
          <w:szCs w:val="28"/>
        </w:rPr>
        <w:tab/>
      </w:r>
      <w:r w:rsidR="007671E1" w:rsidRPr="00CE758F">
        <w:rPr>
          <w:rFonts w:ascii="Baskerville Old Face" w:hAnsi="Baskerville Old Face"/>
          <w:bCs/>
          <w:sz w:val="28"/>
          <w:szCs w:val="28"/>
        </w:rPr>
        <w:t xml:space="preserve">Ellie Kavanagh, who had </w:t>
      </w:r>
      <w:r w:rsidR="002C3961">
        <w:rPr>
          <w:rFonts w:ascii="Baskerville Old Face" w:hAnsi="Baskerville Old Face"/>
          <w:bCs/>
          <w:sz w:val="28"/>
          <w:szCs w:val="28"/>
        </w:rPr>
        <w:t xml:space="preserve">once </w:t>
      </w:r>
      <w:r w:rsidR="007671E1" w:rsidRPr="00CE758F">
        <w:rPr>
          <w:rFonts w:ascii="Baskerville Old Face" w:hAnsi="Baskerville Old Face"/>
          <w:bCs/>
          <w:sz w:val="28"/>
          <w:szCs w:val="28"/>
        </w:rPr>
        <w:t>been Ellie Strachan</w:t>
      </w:r>
      <w:r w:rsidR="008128CF">
        <w:rPr>
          <w:rFonts w:ascii="Baskerville Old Face" w:hAnsi="Baskerville Old Face"/>
          <w:bCs/>
          <w:sz w:val="28"/>
          <w:szCs w:val="28"/>
        </w:rPr>
        <w:t>, an administrative employee</w:t>
      </w:r>
      <w:r w:rsidR="007671E1" w:rsidRPr="00CE758F">
        <w:rPr>
          <w:rFonts w:ascii="Baskerville Old Face" w:hAnsi="Baskerville Old Face"/>
          <w:bCs/>
          <w:sz w:val="28"/>
          <w:szCs w:val="28"/>
        </w:rPr>
        <w:t xml:space="preserve"> of </w:t>
      </w:r>
      <w:r w:rsidR="008A0062">
        <w:rPr>
          <w:rFonts w:ascii="Baskerville Old Face" w:hAnsi="Baskerville Old Face"/>
          <w:bCs/>
          <w:sz w:val="28"/>
          <w:szCs w:val="28"/>
        </w:rPr>
        <w:t>Leckie’s coal</w:t>
      </w:r>
      <w:r w:rsidR="007671E1" w:rsidRPr="00CE758F">
        <w:rPr>
          <w:rFonts w:ascii="Baskerville Old Face" w:hAnsi="Baskerville Old Face"/>
          <w:bCs/>
          <w:sz w:val="28"/>
          <w:szCs w:val="28"/>
        </w:rPr>
        <w:t xml:space="preserve"> yard </w:t>
      </w:r>
      <w:r w:rsidR="003C71BD">
        <w:rPr>
          <w:rFonts w:ascii="Baskerville Old Face" w:hAnsi="Baskerville Old Face"/>
          <w:bCs/>
          <w:sz w:val="28"/>
          <w:szCs w:val="28"/>
        </w:rPr>
        <w:t xml:space="preserve">on </w:t>
      </w:r>
      <w:r w:rsidR="008A0062">
        <w:rPr>
          <w:rFonts w:ascii="Baskerville Old Face" w:hAnsi="Baskerville Old Face"/>
          <w:bCs/>
          <w:sz w:val="28"/>
          <w:szCs w:val="28"/>
        </w:rPr>
        <w:t>the Dumbi</w:t>
      </w:r>
      <w:r w:rsidR="00C66134">
        <w:rPr>
          <w:rFonts w:ascii="Baskerville Old Face" w:hAnsi="Baskerville Old Face"/>
          <w:bCs/>
          <w:sz w:val="28"/>
          <w:szCs w:val="28"/>
        </w:rPr>
        <w:t>edykes Road</w:t>
      </w:r>
      <w:r w:rsidR="00016710">
        <w:rPr>
          <w:rFonts w:ascii="Baskerville Old Face" w:hAnsi="Baskerville Old Face"/>
          <w:bCs/>
          <w:sz w:val="28"/>
          <w:szCs w:val="28"/>
        </w:rPr>
        <w:t xml:space="preserve"> in Edinburgh</w:t>
      </w:r>
      <w:r w:rsidR="003029D3">
        <w:rPr>
          <w:rFonts w:ascii="Baskerville Old Face" w:hAnsi="Baskerville Old Face"/>
          <w:bCs/>
          <w:sz w:val="28"/>
          <w:szCs w:val="28"/>
        </w:rPr>
        <w:t>,</w:t>
      </w:r>
      <w:r w:rsidR="007671E1" w:rsidRPr="00CE758F">
        <w:rPr>
          <w:rFonts w:ascii="Baskerville Old Face" w:hAnsi="Baskerville Old Face"/>
          <w:bCs/>
          <w:sz w:val="28"/>
          <w:szCs w:val="28"/>
        </w:rPr>
        <w:t xml:space="preserve"> and had answered to both</w:t>
      </w:r>
      <w:r w:rsidR="008128CF">
        <w:rPr>
          <w:rFonts w:ascii="Baskerville Old Face" w:hAnsi="Baskerville Old Face"/>
          <w:bCs/>
          <w:sz w:val="28"/>
          <w:szCs w:val="28"/>
        </w:rPr>
        <w:t xml:space="preserve"> </w:t>
      </w:r>
      <w:r w:rsidR="00FB32D7">
        <w:rPr>
          <w:rFonts w:ascii="Baskerville Old Face" w:hAnsi="Baskerville Old Face"/>
          <w:bCs/>
          <w:sz w:val="28"/>
          <w:szCs w:val="28"/>
        </w:rPr>
        <w:t>names</w:t>
      </w:r>
      <w:r w:rsidR="008128CF">
        <w:rPr>
          <w:rFonts w:ascii="Baskerville Old Face" w:hAnsi="Baskerville Old Face"/>
          <w:bCs/>
          <w:sz w:val="28"/>
          <w:szCs w:val="28"/>
        </w:rPr>
        <w:t xml:space="preserve"> </w:t>
      </w:r>
      <w:r w:rsidR="007671E1" w:rsidRPr="00CE758F">
        <w:rPr>
          <w:rFonts w:ascii="Baskerville Old Face" w:hAnsi="Baskerville Old Face"/>
          <w:bCs/>
          <w:sz w:val="28"/>
          <w:szCs w:val="28"/>
        </w:rPr>
        <w:t>for sixty years without much minding which, came out onto the verandah of Kavanagh’s Keep at twenty past five in the afternoon on the eleventh of September 2024, with a mug of tea she did not particularly want, and sat down in the chair on the left.</w:t>
      </w:r>
      <w:r w:rsidR="00170D5B">
        <w:rPr>
          <w:rFonts w:ascii="Baskerville Old Face" w:hAnsi="Baskerville Old Face"/>
          <w:bCs/>
          <w:sz w:val="28"/>
          <w:szCs w:val="28"/>
        </w:rPr>
        <w:t xml:space="preserve"> </w:t>
      </w:r>
      <w:r w:rsidR="007671E1" w:rsidRPr="00CE758F">
        <w:rPr>
          <w:rFonts w:ascii="Baskerville Old Face" w:hAnsi="Baskerville Old Face"/>
          <w:bCs/>
          <w:sz w:val="28"/>
          <w:szCs w:val="28"/>
        </w:rPr>
        <w:t>It had been the chair on the left for twenty-nine years. There was another one beside it, angled slightly in, the way you angle a chair when you intend to talk to somebody in the next one rather than at the view. Nobody had moved it and nobody was going to.</w:t>
      </w:r>
      <w:r w:rsidR="00170D5B">
        <w:rPr>
          <w:rFonts w:ascii="Baskerville Old Face" w:hAnsi="Baskerville Old Face"/>
          <w:bCs/>
          <w:sz w:val="28"/>
          <w:szCs w:val="28"/>
        </w:rPr>
        <w:t xml:space="preserve"> </w:t>
      </w:r>
      <w:r w:rsidR="007671E1" w:rsidRPr="00CE758F">
        <w:rPr>
          <w:rFonts w:ascii="Baskerville Old Face" w:hAnsi="Baskerville Old Face"/>
          <w:bCs/>
          <w:sz w:val="28"/>
          <w:szCs w:val="28"/>
        </w:rPr>
        <w:t xml:space="preserve">She was eighty-seven. She had a bad hip and a good heart and a hearing aid she wore when she remembered, and she had buried her husband nineteen days ago in the cemetery on the Ross Highway, in the plot beside a small stone that said MARGARET, and there had been three hundred and forty people, which had astonished her, and eleven of them had been Warumungu men and women from Tennant Creek, which had astonished her more, and </w:t>
      </w:r>
      <w:r w:rsidR="007671E1" w:rsidRPr="00CE758F">
        <w:rPr>
          <w:rFonts w:ascii="Baskerville Old Face" w:hAnsi="Baskerville Old Face"/>
          <w:bCs/>
          <w:sz w:val="28"/>
          <w:szCs w:val="28"/>
        </w:rPr>
        <w:lastRenderedPageBreak/>
        <w:t>she had not been able to speak to any of them at the time and had written to all of them since.</w:t>
      </w:r>
      <w:r>
        <w:rPr>
          <w:rFonts w:ascii="Baskerville Old Face" w:hAnsi="Baskerville Old Face"/>
          <w:bCs/>
          <w:sz w:val="28"/>
          <w:szCs w:val="28"/>
        </w:rPr>
        <w:t xml:space="preserve"> </w:t>
      </w:r>
      <w:r w:rsidR="007671E1" w:rsidRPr="00CE758F">
        <w:rPr>
          <w:rFonts w:ascii="Baskerville Old Face" w:hAnsi="Baskerville Old Face"/>
          <w:bCs/>
          <w:sz w:val="28"/>
          <w:szCs w:val="28"/>
        </w:rPr>
        <w:t>The light was doing what it did. She had lived in this country for fifty-nine years</w:t>
      </w:r>
      <w:r w:rsidR="007A70DE">
        <w:rPr>
          <w:rFonts w:ascii="Baskerville Old Face" w:hAnsi="Baskerville Old Face"/>
          <w:bCs/>
          <w:sz w:val="28"/>
          <w:szCs w:val="28"/>
        </w:rPr>
        <w:t>,</w:t>
      </w:r>
      <w:r w:rsidR="007671E1" w:rsidRPr="00CE758F">
        <w:rPr>
          <w:rFonts w:ascii="Baskerville Old Face" w:hAnsi="Baskerville Old Face"/>
          <w:bCs/>
          <w:sz w:val="28"/>
          <w:szCs w:val="28"/>
        </w:rPr>
        <w:t xml:space="preserve"> and she had never once got used to the last hour, and had stopped expecting to.</w:t>
      </w:r>
      <w:r>
        <w:rPr>
          <w:rFonts w:ascii="Baskerville Old Face" w:hAnsi="Baskerville Old Face"/>
          <w:bCs/>
          <w:sz w:val="28"/>
          <w:szCs w:val="28"/>
        </w:rPr>
        <w:t xml:space="preserve"> </w:t>
      </w:r>
      <w:r w:rsidR="007671E1" w:rsidRPr="00CE758F">
        <w:rPr>
          <w:rFonts w:ascii="Baskerville Old Face" w:hAnsi="Baskerville Old Face"/>
          <w:bCs/>
          <w:sz w:val="28"/>
          <w:szCs w:val="28"/>
        </w:rPr>
        <w:t>He had died on the twenty-third of August, at home, in the front room with the window open, at eleven minutes past four in the morning, aged seventy-eight.</w:t>
      </w:r>
      <w:r w:rsidR="00C9423A">
        <w:rPr>
          <w:rFonts w:ascii="Baskerville Old Face" w:hAnsi="Baskerville Old Face"/>
          <w:bCs/>
          <w:sz w:val="28"/>
          <w:szCs w:val="28"/>
        </w:rPr>
        <w:t xml:space="preserve"> </w:t>
      </w:r>
      <w:r w:rsidR="007671E1" w:rsidRPr="00CE758F">
        <w:rPr>
          <w:rFonts w:ascii="Baskerville Old Face" w:hAnsi="Baskerville Old Face"/>
          <w:bCs/>
          <w:sz w:val="28"/>
          <w:szCs w:val="28"/>
        </w:rPr>
        <w:t>It had taken eight weeks</w:t>
      </w:r>
      <w:r w:rsidR="00FB32D7">
        <w:rPr>
          <w:rFonts w:ascii="Baskerville Old Face" w:hAnsi="Baskerville Old Face"/>
          <w:bCs/>
          <w:sz w:val="28"/>
          <w:szCs w:val="28"/>
        </w:rPr>
        <w:t>,</w:t>
      </w:r>
      <w:r w:rsidR="007671E1" w:rsidRPr="00CE758F">
        <w:rPr>
          <w:rFonts w:ascii="Baskerville Old Face" w:hAnsi="Baskerville Old Face"/>
          <w:bCs/>
          <w:sz w:val="28"/>
          <w:szCs w:val="28"/>
        </w:rPr>
        <w:t xml:space="preserve"> and it had not been terrible. He had been more or less himself until the last four days, which the district nurse said was a mercy and Ellie thought was mostly stubbornness, and on the second-last day he had woken at two in the morning clear and said, “Ell. Are ye there,” and she had said, “I’m here,” and he had said, “Aye. Right,” and gone back to sleep.</w:t>
      </w:r>
      <w:r w:rsidR="00C9423A">
        <w:rPr>
          <w:rFonts w:ascii="Baskerville Old Face" w:hAnsi="Baskerville Old Face"/>
          <w:bCs/>
          <w:sz w:val="28"/>
          <w:szCs w:val="28"/>
        </w:rPr>
        <w:t xml:space="preserve"> </w:t>
      </w:r>
      <w:r w:rsidR="007671E1" w:rsidRPr="00CE758F">
        <w:rPr>
          <w:rFonts w:ascii="Baskerville Old Face" w:hAnsi="Baskerville Old Face"/>
          <w:bCs/>
          <w:sz w:val="28"/>
          <w:szCs w:val="28"/>
        </w:rPr>
        <w:t>That was the last full sentence between them, and she had thought at the time that it was a poor one, and had come to understand over nineteen days that it was the entire thing, the whole of the last twenty-nine years, in five words and an answer.</w:t>
      </w:r>
    </w:p>
    <w:p w14:paraId="43094289" w14:textId="5C85A8A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 xml:space="preserve">You just be there in the </w:t>
      </w:r>
      <w:r w:rsidR="00607EB3" w:rsidRPr="00CE758F">
        <w:rPr>
          <w:rFonts w:ascii="Baskerville Old Face" w:hAnsi="Baskerville Old Face"/>
          <w:bCs/>
          <w:i/>
          <w:sz w:val="28"/>
          <w:szCs w:val="28"/>
        </w:rPr>
        <w:t>morning</w:t>
      </w:r>
      <w:r w:rsidRPr="00CE758F">
        <w:rPr>
          <w:rFonts w:ascii="Baskerville Old Face" w:hAnsi="Baskerville Old Face"/>
          <w:bCs/>
          <w:i/>
          <w:sz w:val="28"/>
          <w:szCs w:val="28"/>
        </w:rPr>
        <w:t>’.</w:t>
      </w:r>
    </w:p>
    <w:p w14:paraId="1F982DA2" w14:textId="7D831A6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He had never told her where he got that. He had told her a great deal else, in the end</w:t>
      </w:r>
      <w:r w:rsidR="00C9423A">
        <w:rPr>
          <w:rFonts w:ascii="Baskerville Old Face" w:hAnsi="Baskerville Old Face"/>
          <w:bCs/>
          <w:sz w:val="28"/>
          <w:szCs w:val="28"/>
        </w:rPr>
        <w:t xml:space="preserve">, </w:t>
      </w:r>
      <w:r w:rsidRPr="00CE758F">
        <w:rPr>
          <w:rFonts w:ascii="Baskerville Old Face" w:hAnsi="Baskerville Old Face"/>
          <w:bCs/>
          <w:sz w:val="28"/>
          <w:szCs w:val="28"/>
        </w:rPr>
        <w:t xml:space="preserve">she got the trial out of him in pieces over about eleven years, on drives mostly, because he </w:t>
      </w:r>
      <w:r w:rsidRPr="00CE758F">
        <w:rPr>
          <w:rFonts w:ascii="Baskerville Old Face" w:hAnsi="Baskerville Old Face"/>
          <w:bCs/>
          <w:sz w:val="28"/>
          <w:szCs w:val="28"/>
        </w:rPr>
        <w:lastRenderedPageBreak/>
        <w:t>could say things at seventy miles an hour that he could not say in a chair. She had believed roughly two-thirds of it and had never decided about the rest, and had noticed that it did not matter in the slightest which parts were true, because the man had come back from somewhere and had never gone away again, and you do not audit that.</w:t>
      </w:r>
      <w:r w:rsidR="00C9423A">
        <w:rPr>
          <w:rFonts w:ascii="Baskerville Old Face" w:hAnsi="Baskerville Old Face"/>
          <w:bCs/>
          <w:sz w:val="28"/>
          <w:szCs w:val="28"/>
        </w:rPr>
        <w:t xml:space="preserve"> </w:t>
      </w:r>
      <w:r w:rsidRPr="00CE758F">
        <w:rPr>
          <w:rFonts w:ascii="Baskerville Old Face" w:hAnsi="Baskerville Old Face"/>
          <w:bCs/>
          <w:sz w:val="28"/>
          <w:szCs w:val="28"/>
        </w:rPr>
        <w:t>The one thing he never would explain was the nurse.</w:t>
      </w:r>
    </w:p>
    <w:p w14:paraId="2C1B5ABF"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 said she was there in sixty-nine,” Ellie said, in the car, in about 2009.</w:t>
      </w:r>
    </w:p>
    <w:p w14:paraId="3075226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“She was there in sixty-nine.”</w:t>
      </w:r>
    </w:p>
    <w:p w14:paraId="18B4F101"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“And ye’ll no say mair than that.”</w:t>
      </w:r>
    </w:p>
    <w:p w14:paraId="708E8050"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“I’ve said the whole o’ what I’ve got, Ell.”</w:t>
      </w:r>
    </w:p>
    <w:p w14:paraId="3A7DA9A9" w14:textId="1F1FAE5E"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“Fin Kavanagh. </w:t>
      </w:r>
      <w:r w:rsidR="00FF55A0">
        <w:rPr>
          <w:rFonts w:ascii="Baskerville Old Face" w:hAnsi="Baskerville Old Face"/>
          <w:bCs/>
          <w:sz w:val="28"/>
          <w:szCs w:val="28"/>
        </w:rPr>
        <w:t>A</w:t>
      </w:r>
      <w:r w:rsidRPr="00CE758F">
        <w:rPr>
          <w:rFonts w:ascii="Baskerville Old Face" w:hAnsi="Baskerville Old Face"/>
          <w:bCs/>
          <w:sz w:val="28"/>
          <w:szCs w:val="28"/>
        </w:rPr>
        <w:t>fter thirty year</w:t>
      </w:r>
      <w:r w:rsidR="00FF55A0">
        <w:rPr>
          <w:rFonts w:ascii="Baskerville Old Face" w:hAnsi="Baskerville Old Face"/>
          <w:bCs/>
          <w:sz w:val="28"/>
          <w:szCs w:val="28"/>
        </w:rPr>
        <w:t>s,</w:t>
      </w:r>
      <w:r w:rsidRPr="00CE758F">
        <w:rPr>
          <w:rFonts w:ascii="Baskerville Old Face" w:hAnsi="Baskerville Old Face"/>
          <w:bCs/>
          <w:sz w:val="28"/>
          <w:szCs w:val="28"/>
        </w:rPr>
        <w:t xml:space="preserve"> I ken the difference between a man that’s telt ye everything and a man that’s stopped.”</w:t>
      </w:r>
      <w:r w:rsidR="00E968A1">
        <w:rPr>
          <w:rFonts w:ascii="Baskerville Old Face" w:hAnsi="Baskerville Old Face"/>
          <w:bCs/>
          <w:sz w:val="28"/>
          <w:szCs w:val="28"/>
        </w:rPr>
        <w:t xml:space="preserve"> </w:t>
      </w:r>
      <w:r w:rsidRPr="00CE758F">
        <w:rPr>
          <w:rFonts w:ascii="Baskerville Old Face" w:hAnsi="Baskerville Old Face"/>
          <w:bCs/>
          <w:sz w:val="28"/>
          <w:szCs w:val="28"/>
        </w:rPr>
        <w:t>And Finian had driven for a while, and then he had said, “She was ha</w:t>
      </w:r>
      <w:r w:rsidR="00E968A1">
        <w:rPr>
          <w:rFonts w:ascii="Baskerville Old Face" w:hAnsi="Baskerville Old Face"/>
          <w:bCs/>
          <w:sz w:val="28"/>
          <w:szCs w:val="28"/>
        </w:rPr>
        <w:t xml:space="preserve">nged </w:t>
      </w:r>
      <w:r w:rsidRPr="00CE758F">
        <w:rPr>
          <w:rFonts w:ascii="Baskerville Old Face" w:hAnsi="Baskerville Old Face"/>
          <w:bCs/>
          <w:sz w:val="28"/>
          <w:szCs w:val="28"/>
        </w:rPr>
        <w:t xml:space="preserve">in the Grassmarket in seventeen twenty-four, and it didnae take, and she’d been </w:t>
      </w:r>
      <w:r w:rsidR="00B96B97" w:rsidRPr="00CE758F">
        <w:rPr>
          <w:rFonts w:ascii="Baskerville Old Face" w:hAnsi="Baskerville Old Face"/>
          <w:bCs/>
          <w:sz w:val="28"/>
          <w:szCs w:val="28"/>
        </w:rPr>
        <w:t>watching</w:t>
      </w:r>
      <w:r w:rsidRPr="00CE758F">
        <w:rPr>
          <w:rFonts w:ascii="Baskerville Old Face" w:hAnsi="Baskerville Old Face"/>
          <w:bCs/>
          <w:sz w:val="28"/>
          <w:szCs w:val="28"/>
        </w:rPr>
        <w:t>’ the family since, and she never k</w:t>
      </w:r>
      <w:r w:rsidR="00607EB3">
        <w:rPr>
          <w:rFonts w:ascii="Baskerville Old Face" w:hAnsi="Baskerville Old Face"/>
          <w:bCs/>
          <w:sz w:val="28"/>
          <w:szCs w:val="28"/>
        </w:rPr>
        <w:t>new</w:t>
      </w:r>
      <w:r w:rsidRPr="00CE758F">
        <w:rPr>
          <w:rFonts w:ascii="Baskerville Old Face" w:hAnsi="Baskerville Old Face"/>
          <w:bCs/>
          <w:sz w:val="28"/>
          <w:szCs w:val="28"/>
        </w:rPr>
        <w:t xml:space="preserve"> why, and I asked her abo</w:t>
      </w:r>
      <w:r w:rsidR="00607EB3">
        <w:rPr>
          <w:rFonts w:ascii="Baskerville Old Face" w:hAnsi="Baskerville Old Face"/>
          <w:bCs/>
          <w:sz w:val="28"/>
          <w:szCs w:val="28"/>
        </w:rPr>
        <w:t>u</w:t>
      </w:r>
      <w:r w:rsidRPr="00CE758F">
        <w:rPr>
          <w:rFonts w:ascii="Baskerville Old Face" w:hAnsi="Baskerville Old Face"/>
          <w:bCs/>
          <w:sz w:val="28"/>
          <w:szCs w:val="28"/>
        </w:rPr>
        <w:t xml:space="preserve">t the wee </w:t>
      </w:r>
      <w:r w:rsidR="00607EB3" w:rsidRPr="00CE758F">
        <w:rPr>
          <w:rFonts w:ascii="Baskerville Old Face" w:hAnsi="Baskerville Old Face"/>
          <w:bCs/>
          <w:sz w:val="28"/>
          <w:szCs w:val="28"/>
        </w:rPr>
        <w:t>stone</w:t>
      </w:r>
      <w:r w:rsidRPr="00CE758F">
        <w:rPr>
          <w:rFonts w:ascii="Baskerville Old Face" w:hAnsi="Baskerville Old Face"/>
          <w:bCs/>
          <w:sz w:val="28"/>
          <w:szCs w:val="28"/>
        </w:rPr>
        <w:t xml:space="preserve"> wi’ your name on it and she never answered me,” and Ellie had looked out of the window at four hundred miles of nothing and said, “Right,” and that had been the end of it.</w:t>
      </w:r>
    </w:p>
    <w:p w14:paraId="24DD98B0" w14:textId="3DE1A6E1"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She had thought about it, on and off, for fifteen years. She thought about it now, in the chair on the left, with the tea going cold.</w:t>
      </w:r>
      <w:r w:rsidR="00E968A1">
        <w:rPr>
          <w:rFonts w:ascii="Baskerville Old Face" w:hAnsi="Baskerville Old Face"/>
          <w:bCs/>
          <w:sz w:val="28"/>
          <w:szCs w:val="28"/>
        </w:rPr>
        <w:t xml:space="preserve"> </w:t>
      </w:r>
      <w:r w:rsidRPr="00CE758F">
        <w:rPr>
          <w:rFonts w:ascii="Baskerville Old Face" w:hAnsi="Baskerville Old Face"/>
          <w:bCs/>
          <w:sz w:val="28"/>
          <w:szCs w:val="28"/>
        </w:rPr>
        <w:t xml:space="preserve">Not the </w:t>
      </w:r>
      <w:r w:rsidRPr="00CE758F">
        <w:rPr>
          <w:rFonts w:ascii="Baskerville Old Face" w:hAnsi="Baskerville Old Face"/>
          <w:bCs/>
          <w:i/>
          <w:sz w:val="28"/>
          <w:szCs w:val="28"/>
        </w:rPr>
        <w:t>how</w:t>
      </w:r>
      <w:r w:rsidRPr="00CE758F">
        <w:rPr>
          <w:rFonts w:ascii="Baskerville Old Face" w:hAnsi="Baskerville Old Face"/>
          <w:bCs/>
          <w:sz w:val="28"/>
          <w:szCs w:val="28"/>
        </w:rPr>
        <w:t xml:space="preserve"> of it. She had no interest in the how, and never had; she had grown up in a tenement where three women in the stair could tell you which nights not to walk down Coburg Street, and she had never required a mechanism for anything. What she thought about was the arithmetic of it. A lassie of twenty-eight, in 1724, with no hand held out to her the whole nine months, hanged not for what she did but for what she never said — and then two hundred and seventy-one years at the backs of rooms, watching a family she had no reason to love, waiting for somebody to explain the appointment to her, and nobody ever did.</w:t>
      </w:r>
      <w:r w:rsidR="00E968A1">
        <w:rPr>
          <w:rFonts w:ascii="Baskerville Old Face" w:hAnsi="Baskerville Old Face"/>
          <w:bCs/>
          <w:sz w:val="28"/>
          <w:szCs w:val="28"/>
        </w:rPr>
        <w:t xml:space="preserve"> </w:t>
      </w:r>
      <w:r w:rsidRPr="00CE758F">
        <w:rPr>
          <w:rFonts w:ascii="Baskerville Old Face" w:hAnsi="Baskerville Old Face"/>
          <w:bCs/>
          <w:i/>
          <w:sz w:val="28"/>
          <w:szCs w:val="28"/>
        </w:rPr>
        <w:t>And she stopped waitin’ for the reason,</w:t>
      </w:r>
      <w:r w:rsidRPr="00CE758F">
        <w:rPr>
          <w:rFonts w:ascii="Baskerville Old Face" w:hAnsi="Baskerville Old Face"/>
          <w:bCs/>
          <w:sz w:val="28"/>
          <w:szCs w:val="28"/>
        </w:rPr>
        <w:t xml:space="preserve"> Fin had said. </w:t>
      </w:r>
      <w:r w:rsidRPr="00CE758F">
        <w:rPr>
          <w:rFonts w:ascii="Baskerville Old Face" w:hAnsi="Baskerville Old Face"/>
          <w:bCs/>
          <w:i/>
          <w:sz w:val="28"/>
          <w:szCs w:val="28"/>
        </w:rPr>
        <w:t>Two hundred year ago. She said she was asked, and she said aye.</w:t>
      </w:r>
      <w:r w:rsidR="00E968A1">
        <w:rPr>
          <w:rFonts w:ascii="Baskerville Old Face" w:hAnsi="Baskerville Old Face"/>
          <w:bCs/>
          <w:sz w:val="28"/>
          <w:szCs w:val="28"/>
        </w:rPr>
        <w:t xml:space="preserve"> </w:t>
      </w:r>
      <w:r w:rsidRPr="00CE758F">
        <w:rPr>
          <w:rFonts w:ascii="Baskerville Old Face" w:hAnsi="Baskerville Old Face"/>
          <w:bCs/>
          <w:sz w:val="28"/>
          <w:szCs w:val="28"/>
        </w:rPr>
        <w:t>Ellie Kavanagh had done thirty years in a house with fourteen rooms, knowing a thing about the man she slept beside and never saying it, and being an accomplice at Christmas dinners.</w:t>
      </w:r>
      <w:r w:rsidR="00E968A1">
        <w:rPr>
          <w:rFonts w:ascii="Baskerville Old Face" w:hAnsi="Baskerville Old Face"/>
          <w:bCs/>
          <w:sz w:val="28"/>
          <w:szCs w:val="28"/>
        </w:rPr>
        <w:t xml:space="preserve"> </w:t>
      </w:r>
      <w:r w:rsidRPr="00CE758F">
        <w:rPr>
          <w:rFonts w:ascii="Baskerville Old Face" w:hAnsi="Baskerville Old Face"/>
          <w:bCs/>
          <w:sz w:val="28"/>
          <w:szCs w:val="28"/>
        </w:rPr>
        <w:t>She reckoned she knew, near enough, why the appointment had gone to Maggie Dickson.</w:t>
      </w:r>
      <w:r w:rsidR="00E968A1">
        <w:rPr>
          <w:rFonts w:ascii="Baskerville Old Face" w:hAnsi="Baskerville Old Face"/>
          <w:bCs/>
          <w:sz w:val="28"/>
          <w:szCs w:val="28"/>
        </w:rPr>
        <w:t xml:space="preserve"> </w:t>
      </w:r>
      <w:r w:rsidRPr="00CE758F">
        <w:rPr>
          <w:rFonts w:ascii="Baskerville Old Face" w:hAnsi="Baskerville Old Face"/>
          <w:bCs/>
          <w:sz w:val="28"/>
          <w:szCs w:val="28"/>
        </w:rPr>
        <w:t xml:space="preserve">The figures were in the </w:t>
      </w:r>
      <w:r w:rsidRPr="00CE758F">
        <w:rPr>
          <w:rFonts w:ascii="Baskerville Old Face" w:hAnsi="Baskerville Old Face"/>
          <w:bCs/>
          <w:i/>
          <w:sz w:val="28"/>
          <w:szCs w:val="28"/>
        </w:rPr>
        <w:t>Australian</w:t>
      </w:r>
      <w:r w:rsidRPr="00CE758F">
        <w:rPr>
          <w:rFonts w:ascii="Baskerville Old Face" w:hAnsi="Baskerville Old Face"/>
          <w:bCs/>
          <w:sz w:val="28"/>
          <w:szCs w:val="28"/>
        </w:rPr>
        <w:t xml:space="preserve"> on the second of September, and in the Territory papers, and the ABC did four minutes on the news with the </w:t>
      </w:r>
      <w:r w:rsidRPr="00CE758F">
        <w:rPr>
          <w:rFonts w:ascii="Baskerville Old Face" w:hAnsi="Baskerville Old Face"/>
          <w:bCs/>
          <w:sz w:val="28"/>
          <w:szCs w:val="28"/>
        </w:rPr>
        <w:lastRenderedPageBreak/>
        <w:t>eleven-year-old photograph, and got his age right this time and the Keep wrong again.</w:t>
      </w:r>
      <w:r w:rsidR="003B6860">
        <w:rPr>
          <w:rFonts w:ascii="Baskerville Old Face" w:hAnsi="Baskerville Old Face"/>
          <w:bCs/>
          <w:sz w:val="28"/>
          <w:szCs w:val="28"/>
        </w:rPr>
        <w:t xml:space="preserve"> </w:t>
      </w:r>
      <w:r w:rsidRPr="00CE758F">
        <w:rPr>
          <w:rFonts w:ascii="Baskerville Old Face" w:hAnsi="Baskerville Old Face"/>
          <w:bCs/>
          <w:sz w:val="28"/>
          <w:szCs w:val="28"/>
        </w:rPr>
        <w:t>Fifty-two point six million dollars into the Kavanagh Foundation and the Vitale Fund at his death. Four thousand one hundred and sixty-two grants in twenty-eight years. Nine hundred and thirty-one Territory kids through university with their fees and their board paid, of whom two hundred and eighty-four were Aboriginal, of whom</w:t>
      </w:r>
      <w:r w:rsidR="003B6860">
        <w:rPr>
          <w:rFonts w:ascii="Baskerville Old Face" w:hAnsi="Baskerville Old Face"/>
          <w:bCs/>
          <w:sz w:val="28"/>
          <w:szCs w:val="28"/>
        </w:rPr>
        <w:t xml:space="preserve">, </w:t>
      </w:r>
      <w:r w:rsidRPr="00CE758F">
        <w:rPr>
          <w:rFonts w:ascii="Baskerville Old Face" w:hAnsi="Baskerville Old Face"/>
          <w:bCs/>
          <w:sz w:val="28"/>
          <w:szCs w:val="28"/>
        </w:rPr>
        <w:t xml:space="preserve"> and this was the figure Ellie kept, and would have on a bit of card in her cardigan pocket until the day she died — nineteen had come back and were working in Tennant Creek and Alice Springs as teachers, nurses, two doctors, a hydrologist, and one woman of thirty-four who was the Warumungu representative on the water advisory board and who had a great deal to say about bores.</w:t>
      </w:r>
      <w:r w:rsidR="003B6860">
        <w:rPr>
          <w:rFonts w:ascii="Baskerville Old Face" w:hAnsi="Baskerville Old Face"/>
          <w:bCs/>
          <w:sz w:val="28"/>
          <w:szCs w:val="28"/>
        </w:rPr>
        <w:t xml:space="preserve"> </w:t>
      </w:r>
      <w:r w:rsidRPr="00CE758F">
        <w:rPr>
          <w:rFonts w:ascii="Baskerville Old Face" w:hAnsi="Baskerville Old Face"/>
          <w:bCs/>
          <w:sz w:val="28"/>
          <w:szCs w:val="28"/>
        </w:rPr>
        <w:t xml:space="preserve">The obituaries used the word </w:t>
      </w:r>
      <w:r w:rsidRPr="00CE758F">
        <w:rPr>
          <w:rFonts w:ascii="Baskerville Old Face" w:hAnsi="Baskerville Old Face"/>
          <w:bCs/>
          <w:i/>
          <w:sz w:val="28"/>
          <w:szCs w:val="28"/>
        </w:rPr>
        <w:t>redemption</w:t>
      </w:r>
      <w:r w:rsidRPr="00CE758F">
        <w:rPr>
          <w:rFonts w:ascii="Baskerville Old Face" w:hAnsi="Baskerville Old Face"/>
          <w:bCs/>
          <w:sz w:val="28"/>
          <w:szCs w:val="28"/>
        </w:rPr>
        <w:t>, most of them, which Ellie disliked and could not have told you why for about a week, until it came to her in the middle of doing something else, the way things do.</w:t>
      </w:r>
      <w:r w:rsidR="004505D0">
        <w:rPr>
          <w:rFonts w:ascii="Baskerville Old Face" w:hAnsi="Baskerville Old Face"/>
          <w:bCs/>
          <w:sz w:val="28"/>
          <w:szCs w:val="28"/>
        </w:rPr>
        <w:t xml:space="preserve"> </w:t>
      </w:r>
      <w:r w:rsidRPr="00CE758F">
        <w:rPr>
          <w:rFonts w:ascii="Baskerville Old Face" w:hAnsi="Baskerville Old Face"/>
          <w:bCs/>
          <w:sz w:val="28"/>
          <w:szCs w:val="28"/>
        </w:rPr>
        <w:t xml:space="preserve">It was because it was a </w:t>
      </w:r>
      <w:r w:rsidRPr="00CE758F">
        <w:rPr>
          <w:rFonts w:ascii="Baskerville Old Face" w:hAnsi="Baskerville Old Face"/>
          <w:bCs/>
          <w:i/>
          <w:sz w:val="28"/>
          <w:szCs w:val="28"/>
        </w:rPr>
        <w:t>finish</w:t>
      </w:r>
      <w:r w:rsidRPr="00CE758F">
        <w:rPr>
          <w:rFonts w:ascii="Baskerville Old Face" w:hAnsi="Baskerville Old Face"/>
          <w:bCs/>
          <w:sz w:val="28"/>
          <w:szCs w:val="28"/>
        </w:rPr>
        <w:t>. Redemption is a thing with a finish on it. You are redeemed, past tense, and there is a receipt.</w:t>
      </w:r>
    </w:p>
    <w:p w14:paraId="366421EC" w14:textId="62113A66"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There was no receipt. She had watched, for twenty-nine years, and there was no receipt anywhere in it. What there </w:t>
      </w:r>
      <w:r w:rsidRPr="00CE758F">
        <w:rPr>
          <w:rFonts w:ascii="Baskerville Old Face" w:hAnsi="Baskerville Old Face"/>
          <w:bCs/>
          <w:sz w:val="28"/>
          <w:szCs w:val="28"/>
        </w:rPr>
        <w:lastRenderedPageBreak/>
        <w:t>was</w:t>
      </w:r>
      <w:r w:rsidR="007A70DE">
        <w:rPr>
          <w:rFonts w:ascii="Baskerville Old Face" w:hAnsi="Baskerville Old Face"/>
          <w:bCs/>
          <w:sz w:val="28"/>
          <w:szCs w:val="28"/>
        </w:rPr>
        <w:t xml:space="preserve"> -</w:t>
      </w:r>
      <w:r w:rsidRPr="00CE758F">
        <w:rPr>
          <w:rFonts w:ascii="Baskerville Old Face" w:hAnsi="Baskerville Old Face"/>
          <w:bCs/>
          <w:sz w:val="28"/>
          <w:szCs w:val="28"/>
        </w:rPr>
        <w:t xml:space="preserve"> was a man who got up.</w:t>
      </w:r>
      <w:r w:rsidR="004505D0">
        <w:rPr>
          <w:rFonts w:ascii="Baskerville Old Face" w:hAnsi="Baskerville Old Face"/>
          <w:bCs/>
          <w:sz w:val="28"/>
          <w:szCs w:val="28"/>
        </w:rPr>
        <w:t xml:space="preserve"> </w:t>
      </w:r>
      <w:r w:rsidRPr="00CE758F">
        <w:rPr>
          <w:rFonts w:ascii="Baskerville Old Face" w:hAnsi="Baskerville Old Face"/>
          <w:bCs/>
          <w:sz w:val="28"/>
          <w:szCs w:val="28"/>
        </w:rPr>
        <w:t>He got up on the Tuesdays. That was the thing nobody put in an obituary because it does not read: for twenty-nine years, on Tuesday afternoons, Finian Kavanagh sat down in a chair in a room with his wife with nothing in his hands and no agenda and no figure, and said whatever the difficult thing was that week, out loud, in his own voice, and it never once got easy, and about one Tuesday in five he could not do it and they sat there and said nothing, and he came back the next Tuesday. She had asked him once, in about 1998, why the Tuesday.</w:t>
      </w:r>
      <w:r w:rsidR="00340660">
        <w:rPr>
          <w:rFonts w:ascii="Baskerville Old Face" w:hAnsi="Baskerville Old Face"/>
          <w:bCs/>
          <w:sz w:val="28"/>
          <w:szCs w:val="28"/>
        </w:rPr>
        <w:t xml:space="preserve"> </w:t>
      </w:r>
      <w:r w:rsidRPr="00CE758F">
        <w:rPr>
          <w:rFonts w:ascii="Baskerville Old Face" w:hAnsi="Baskerville Old Face"/>
          <w:bCs/>
          <w:sz w:val="28"/>
          <w:szCs w:val="28"/>
        </w:rPr>
        <w:t>“Because</w:t>
      </w:r>
      <w:r w:rsidR="00340660">
        <w:rPr>
          <w:rFonts w:ascii="Baskerville Old Face" w:hAnsi="Baskerville Old Face"/>
          <w:bCs/>
          <w:sz w:val="28"/>
          <w:szCs w:val="28"/>
        </w:rPr>
        <w:t>.</w:t>
      </w:r>
      <w:r w:rsidRPr="00CE758F">
        <w:rPr>
          <w:rFonts w:ascii="Baskerville Old Face" w:hAnsi="Baskerville Old Face"/>
          <w:bCs/>
          <w:sz w:val="28"/>
          <w:szCs w:val="28"/>
        </w:rPr>
        <w:t xml:space="preserve"> Ah’ll dae it if it’s in the book,” he said, “and if it’s no in the book Ah’ll be in Darwin.”</w:t>
      </w:r>
      <w:r w:rsidR="00340660">
        <w:rPr>
          <w:rFonts w:ascii="Baskerville Old Face" w:hAnsi="Baskerville Old Face"/>
          <w:bCs/>
          <w:sz w:val="28"/>
          <w:szCs w:val="28"/>
        </w:rPr>
        <w:t xml:space="preserve"> </w:t>
      </w:r>
      <w:r w:rsidRPr="00CE758F">
        <w:rPr>
          <w:rFonts w:ascii="Baskerville Old Face" w:hAnsi="Baskerville Old Face"/>
          <w:bCs/>
          <w:sz w:val="28"/>
          <w:szCs w:val="28"/>
        </w:rPr>
        <w:t>Which was, she thought, the most honest thing any man ever said to a woman about his own character.</w:t>
      </w:r>
      <w:r w:rsidR="00340660">
        <w:rPr>
          <w:rFonts w:ascii="Baskerville Old Face" w:hAnsi="Baskerville Old Face"/>
          <w:bCs/>
          <w:sz w:val="28"/>
          <w:szCs w:val="28"/>
        </w:rPr>
        <w:t xml:space="preserve"> </w:t>
      </w:r>
      <w:r w:rsidRPr="00CE758F">
        <w:rPr>
          <w:rFonts w:ascii="Baskerville Old Face" w:hAnsi="Baskerville Old Face"/>
          <w:bCs/>
          <w:sz w:val="28"/>
          <w:szCs w:val="28"/>
        </w:rPr>
        <w:t xml:space="preserve">And the Wednesday mornings at the yard, from 1996 until he could not drive: the injury book, the hours book, and a list in his own handwriting of every man on the books who had been hurt in his employ since 1964, twenty-two of them, and where they were now, and which of them were dead, and he went and saw the living ones. All of them. He went to Cloncurry and to Mount Isa and to Broken Hill and to a nursing home in Bendigo, and he sat in front rooms and drank tea he did not want and asked after grandchildren whose names he had </w:t>
      </w:r>
      <w:r w:rsidRPr="00CE758F">
        <w:rPr>
          <w:rFonts w:ascii="Baskerville Old Face" w:hAnsi="Baskerville Old Face"/>
          <w:bCs/>
          <w:sz w:val="28"/>
          <w:szCs w:val="28"/>
        </w:rPr>
        <w:lastRenderedPageBreak/>
        <w:t>written on a card in the car, and in almost every case the man was embarrassed and the wife was armed and the whole thing was a disaster, and he did it anyway, and by about the fourth year some of them started ringing him.</w:t>
      </w:r>
      <w:r w:rsidR="00340660">
        <w:rPr>
          <w:rFonts w:ascii="Baskerville Old Face" w:hAnsi="Baskerville Old Face"/>
          <w:bCs/>
          <w:sz w:val="28"/>
          <w:szCs w:val="28"/>
        </w:rPr>
        <w:t xml:space="preserve"> </w:t>
      </w:r>
      <w:r w:rsidRPr="00CE758F">
        <w:rPr>
          <w:rFonts w:ascii="Baskerville Old Face" w:hAnsi="Baskerville Old Face"/>
          <w:bCs/>
          <w:sz w:val="28"/>
          <w:szCs w:val="28"/>
        </w:rPr>
        <w:t>Bluey Harkness’s widow found out in 2001, from a nurse who let it slip, where the ambulance money had come from in 1988, and rang the Keep in a fury, and told him he had no right, and had he any idea what it was like to spend thirteen years not knowing who to thank.</w:t>
      </w:r>
      <w:r w:rsidR="00340660">
        <w:rPr>
          <w:rFonts w:ascii="Baskerville Old Face" w:hAnsi="Baskerville Old Face"/>
          <w:bCs/>
          <w:sz w:val="28"/>
          <w:szCs w:val="28"/>
        </w:rPr>
        <w:t xml:space="preserve"> </w:t>
      </w:r>
      <w:r w:rsidRPr="00CE758F">
        <w:rPr>
          <w:rFonts w:ascii="Baskerville Old Face" w:hAnsi="Baskerville Old Face"/>
          <w:bCs/>
          <w:sz w:val="28"/>
          <w:szCs w:val="28"/>
        </w:rPr>
        <w:t>“Ah’m sorry,” said Finian.</w:t>
      </w:r>
      <w:r w:rsidR="00340660">
        <w:rPr>
          <w:rFonts w:ascii="Baskerville Old Face" w:hAnsi="Baskerville Old Face"/>
          <w:bCs/>
          <w:sz w:val="28"/>
          <w:szCs w:val="28"/>
        </w:rPr>
        <w:t xml:space="preserve"> </w:t>
      </w:r>
      <w:r w:rsidRPr="00CE758F">
        <w:rPr>
          <w:rFonts w:ascii="Baskerville Old Face" w:hAnsi="Baskerville Old Face"/>
          <w:bCs/>
          <w:sz w:val="28"/>
          <w:szCs w:val="28"/>
        </w:rPr>
        <w:t>“You should be. That’s mine. That’s thirteen year o’ mine you had.”</w:t>
      </w:r>
    </w:p>
    <w:p w14:paraId="5E9375DF" w14:textId="2414A30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“Aye,” he said. “That’s exactly what it was. Ah didnae ken that till </w:t>
      </w:r>
      <w:r w:rsidR="002E4B71">
        <w:rPr>
          <w:rFonts w:ascii="Baskerville Old Face" w:hAnsi="Baskerville Old Face"/>
          <w:bCs/>
          <w:sz w:val="28"/>
          <w:szCs w:val="28"/>
        </w:rPr>
        <w:t xml:space="preserve">I </w:t>
      </w:r>
      <w:r w:rsidRPr="00CE758F">
        <w:rPr>
          <w:rFonts w:ascii="Baskerville Old Face" w:hAnsi="Baskerville Old Face"/>
          <w:bCs/>
          <w:sz w:val="28"/>
          <w:szCs w:val="28"/>
        </w:rPr>
        <w:t>was fifty.”</w:t>
      </w:r>
      <w:r w:rsidR="002E4B71">
        <w:rPr>
          <w:rFonts w:ascii="Baskerville Old Face" w:hAnsi="Baskerville Old Face"/>
          <w:bCs/>
          <w:sz w:val="28"/>
          <w:szCs w:val="28"/>
        </w:rPr>
        <w:t xml:space="preserve"> </w:t>
      </w:r>
      <w:r w:rsidRPr="00CE758F">
        <w:rPr>
          <w:rFonts w:ascii="Baskerville Old Face" w:hAnsi="Baskerville Old Face"/>
          <w:bCs/>
          <w:sz w:val="28"/>
          <w:szCs w:val="28"/>
        </w:rPr>
        <w:t xml:space="preserve">And Val Harkness came to the funeral, aged ninety-one, from Adelaide, with a walker, and told the woman next to her in the church that Fin Kavanagh had been an arrogant bastard who learned, which Ellie thought was the best of all the things said that day, and considerably better than the </w:t>
      </w:r>
      <w:r w:rsidRPr="00CE758F">
        <w:rPr>
          <w:rFonts w:ascii="Baskerville Old Face" w:hAnsi="Baskerville Old Face"/>
          <w:bCs/>
          <w:i/>
          <w:sz w:val="28"/>
          <w:szCs w:val="28"/>
        </w:rPr>
        <w:t>Australian</w:t>
      </w:r>
      <w:r w:rsidRPr="00CE758F">
        <w:rPr>
          <w:rFonts w:ascii="Baskerville Old Face" w:hAnsi="Baskerville Old Face"/>
          <w:bCs/>
          <w:sz w:val="28"/>
          <w:szCs w:val="28"/>
        </w:rPr>
        <w:t>.</w:t>
      </w:r>
      <w:r w:rsidR="002E4B71">
        <w:rPr>
          <w:rFonts w:ascii="Baskerville Old Face" w:hAnsi="Baskerville Old Face"/>
          <w:bCs/>
          <w:sz w:val="28"/>
          <w:szCs w:val="28"/>
        </w:rPr>
        <w:t xml:space="preserve"> </w:t>
      </w:r>
      <w:r w:rsidRPr="00CE758F">
        <w:rPr>
          <w:rFonts w:ascii="Baskerville Old Face" w:hAnsi="Baskerville Old Face"/>
          <w:bCs/>
          <w:sz w:val="28"/>
          <w:szCs w:val="28"/>
        </w:rPr>
        <w:t>He never got the ridge back.</w:t>
      </w:r>
      <w:r w:rsidR="002E4B71">
        <w:rPr>
          <w:rFonts w:ascii="Baskerville Old Face" w:hAnsi="Baskerville Old Face"/>
          <w:bCs/>
          <w:sz w:val="28"/>
          <w:szCs w:val="28"/>
        </w:rPr>
        <w:t xml:space="preserve"> </w:t>
      </w:r>
      <w:r w:rsidRPr="00CE758F">
        <w:rPr>
          <w:rFonts w:ascii="Baskerville Old Face" w:hAnsi="Baskerville Old Face"/>
          <w:bCs/>
          <w:sz w:val="28"/>
          <w:szCs w:val="28"/>
        </w:rPr>
        <w:t>That was the one that did not come right, and he knew it, and he never once pretended otherwise.</w:t>
      </w:r>
      <w:r w:rsidR="002E4B71">
        <w:rPr>
          <w:rFonts w:ascii="Baskerville Old Face" w:hAnsi="Baskerville Old Face"/>
          <w:bCs/>
          <w:sz w:val="28"/>
          <w:szCs w:val="28"/>
        </w:rPr>
        <w:t xml:space="preserve"> </w:t>
      </w:r>
      <w:r w:rsidRPr="00CE758F">
        <w:rPr>
          <w:rFonts w:ascii="Baskerville Old Face" w:hAnsi="Baskerville Old Face"/>
          <w:bCs/>
          <w:sz w:val="28"/>
          <w:szCs w:val="28"/>
        </w:rPr>
        <w:t xml:space="preserve">The bore came in in 1995 and the soak died the following March, and the two coolibahs stood there dead over four seasons and were standing dead yet, five hundred metres from a capped and abandoned well-head, </w:t>
      </w:r>
      <w:r w:rsidRPr="00CE758F">
        <w:rPr>
          <w:rFonts w:ascii="Baskerville Old Face" w:hAnsi="Baskerville Old Face"/>
          <w:bCs/>
          <w:sz w:val="28"/>
          <w:szCs w:val="28"/>
        </w:rPr>
        <w:lastRenderedPageBreak/>
        <w:t>and in 1997 Finian Kavanagh capped it himself with his own crew and paid for the rehabilitation of the pad out of his own pocket and told no journalist about it. It did not bring the water back. Water does not come back because a man is sorry. The lens was dropped</w:t>
      </w:r>
      <w:r w:rsidR="002C590A">
        <w:rPr>
          <w:rFonts w:ascii="Baskerville Old Face" w:hAnsi="Baskerville Old Face"/>
          <w:bCs/>
          <w:sz w:val="28"/>
          <w:szCs w:val="28"/>
        </w:rPr>
        <w:t>,</w:t>
      </w:r>
      <w:r w:rsidRPr="00CE758F">
        <w:rPr>
          <w:rFonts w:ascii="Baskerville Old Face" w:hAnsi="Baskerville Old Face"/>
          <w:bCs/>
          <w:sz w:val="28"/>
          <w:szCs w:val="28"/>
        </w:rPr>
        <w:t xml:space="preserve"> and the pressure was gone</w:t>
      </w:r>
      <w:r w:rsidR="002C590A">
        <w:rPr>
          <w:rFonts w:ascii="Baskerville Old Face" w:hAnsi="Baskerville Old Face"/>
          <w:bCs/>
          <w:sz w:val="28"/>
          <w:szCs w:val="28"/>
        </w:rPr>
        <w:t>,</w:t>
      </w:r>
      <w:r w:rsidRPr="00CE758F">
        <w:rPr>
          <w:rFonts w:ascii="Baskerville Old Face" w:hAnsi="Baskerville Old Face"/>
          <w:bCs/>
          <w:sz w:val="28"/>
          <w:szCs w:val="28"/>
        </w:rPr>
        <w:t xml:space="preserve"> and the country there was a different country now and would be for longer than anybody at that fence would live.</w:t>
      </w:r>
      <w:r w:rsidR="002E4B71">
        <w:rPr>
          <w:rFonts w:ascii="Baskerville Old Face" w:hAnsi="Baskerville Old Face"/>
          <w:bCs/>
          <w:sz w:val="28"/>
          <w:szCs w:val="28"/>
        </w:rPr>
        <w:t xml:space="preserve"> </w:t>
      </w:r>
      <w:r w:rsidRPr="00CE758F">
        <w:rPr>
          <w:rFonts w:ascii="Baskerville Old Face" w:hAnsi="Baskerville Old Face"/>
          <w:bCs/>
          <w:sz w:val="28"/>
          <w:szCs w:val="28"/>
        </w:rPr>
        <w:t>He wrote to Narrah in 1996. He did it eleven times, the way he had done Kevin Amos, and sent the eleventh, and it was four lines and had no figure in it, and it said that he had been given to understand that he had been given a reason in 1964 and had asked for a price instead, and that he was sorry, and that he had no proposal to make.</w:t>
      </w:r>
      <w:r w:rsidR="002E4B71">
        <w:rPr>
          <w:rFonts w:ascii="Baskerville Old Face" w:hAnsi="Baskerville Old Face"/>
          <w:bCs/>
          <w:sz w:val="28"/>
          <w:szCs w:val="28"/>
        </w:rPr>
        <w:t xml:space="preserve"> </w:t>
      </w:r>
      <w:r w:rsidRPr="00CE758F">
        <w:rPr>
          <w:rFonts w:ascii="Baskerville Old Face" w:hAnsi="Baskerville Old Face"/>
          <w:bCs/>
          <w:sz w:val="28"/>
          <w:szCs w:val="28"/>
        </w:rPr>
        <w:t>Narrah Wanybarrnga did not reply.</w:t>
      </w:r>
      <w:r w:rsidR="002E4B71">
        <w:rPr>
          <w:rFonts w:ascii="Baskerville Old Face" w:hAnsi="Baskerville Old Face"/>
          <w:bCs/>
          <w:sz w:val="28"/>
          <w:szCs w:val="28"/>
        </w:rPr>
        <w:t xml:space="preserve"> </w:t>
      </w:r>
      <w:r w:rsidRPr="00CE758F">
        <w:rPr>
          <w:rFonts w:ascii="Baskerville Old Face" w:hAnsi="Baskerville Old Face"/>
          <w:bCs/>
          <w:sz w:val="28"/>
          <w:szCs w:val="28"/>
        </w:rPr>
        <w:t>In 1998 he sent word through the land council that the company would fund whatever the community’s own people said needed funding at the ridge, on the condition that no Kavanagh employee attend, no report be provided, and no name be used. That was accepted, and it ran for twenty-six years, and it is running yet.</w:t>
      </w:r>
      <w:r w:rsidR="003844F1">
        <w:rPr>
          <w:rFonts w:ascii="Baskerville Old Face" w:hAnsi="Baskerville Old Face"/>
          <w:bCs/>
          <w:sz w:val="28"/>
          <w:szCs w:val="28"/>
        </w:rPr>
        <w:t xml:space="preserve"> </w:t>
      </w:r>
      <w:r w:rsidRPr="00CE758F">
        <w:rPr>
          <w:rFonts w:ascii="Baskerville Old Face" w:hAnsi="Baskerville Old Face"/>
          <w:bCs/>
          <w:sz w:val="28"/>
          <w:szCs w:val="28"/>
        </w:rPr>
        <w:t xml:space="preserve">They spoke twice more. Once in 2004, at a funeral in Tennant Creek, where they stood eight feet apart for a long time and Narrah said, “You come a long way,” and Finian said, “Aye,” and Narrah said, “For this one, </w:t>
      </w:r>
      <w:r w:rsidRPr="00CE758F">
        <w:rPr>
          <w:rFonts w:ascii="Baskerville Old Face" w:hAnsi="Baskerville Old Face"/>
          <w:bCs/>
          <w:sz w:val="28"/>
          <w:szCs w:val="28"/>
        </w:rPr>
        <w:lastRenderedPageBreak/>
        <w:t>I mean. It’s a good thing you come for this one,” and that was all. And once in 2011, in the street outside the Goldfields Hotel, where Narrah — seventy-six then, and using a stick — looked at him for a while and said:</w:t>
      </w:r>
      <w:r w:rsidR="003844F1">
        <w:rPr>
          <w:rFonts w:ascii="Baskerville Old Face" w:hAnsi="Baskerville Old Face"/>
          <w:bCs/>
          <w:sz w:val="28"/>
          <w:szCs w:val="28"/>
        </w:rPr>
        <w:t xml:space="preserve"> </w:t>
      </w:r>
      <w:r w:rsidRPr="00CE758F">
        <w:rPr>
          <w:rFonts w:ascii="Baskerville Old Face" w:hAnsi="Baskerville Old Face"/>
          <w:bCs/>
          <w:sz w:val="28"/>
          <w:szCs w:val="28"/>
        </w:rPr>
        <w:t>“You still got that little tin?”</w:t>
      </w:r>
    </w:p>
    <w:p w14:paraId="5A1DD4FC"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“Aye.”</w:t>
      </w:r>
    </w:p>
    <w:p w14:paraId="4580B3BE"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“Yeah,” said Narrah Wanybarrnga. “Thought you would.”</w:t>
      </w:r>
    </w:p>
    <w:p w14:paraId="757C64F3"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 xml:space="preserve">Eleven of his family came four hundred and seventy kilometres to the funeral in September 2024. Narrah himself had died in 2019. Ellie had not been able to speak to any of them on the day, and had written since, and one of them had written back — a woman called Delphine, a granddaughter, forty-one, a teacher — and the letter said, among other things, </w:t>
      </w:r>
      <w:r w:rsidRPr="00CE758F">
        <w:rPr>
          <w:rFonts w:ascii="Baskerville Old Face" w:hAnsi="Baskerville Old Face"/>
          <w:bCs/>
          <w:i/>
          <w:sz w:val="28"/>
          <w:szCs w:val="28"/>
        </w:rPr>
        <w:t>my grandfather told us about the water in 1964 and how he gave a whitefella a drink and the whitefella turned out to be a lot of trouble. He told it as a funny story. He told it a lot.</w:t>
      </w:r>
    </w:p>
    <w:p w14:paraId="00677C5E" w14:textId="49681403"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Ellie kept that letter in the biscuit tin at the back of the wardrobe, with a pamphlet about adoption from 1969 gone soft at the fold, and a newspaper cutting from the fifth of August 1995 with the headline WATER KING WAKES, and a shoebox letter from an old man in Tennant Creek dated the spring of 1966.</w:t>
      </w:r>
    </w:p>
    <w:p w14:paraId="5F6870B9" w14:textId="73D4A368"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lastRenderedPageBreak/>
        <w:t>The light went orange, and then the particular red that had frightened her in 1965 and had become, without her noticing when, simply the colour of the end of the day.</w:t>
      </w:r>
      <w:r w:rsidR="003844F1">
        <w:rPr>
          <w:rFonts w:ascii="Baskerville Old Face" w:hAnsi="Baskerville Old Face"/>
          <w:bCs/>
          <w:sz w:val="28"/>
          <w:szCs w:val="28"/>
        </w:rPr>
        <w:t xml:space="preserve"> </w:t>
      </w:r>
      <w:r w:rsidRPr="00CE758F">
        <w:rPr>
          <w:rFonts w:ascii="Baskerville Old Face" w:hAnsi="Baskerville Old Face"/>
          <w:bCs/>
          <w:sz w:val="28"/>
          <w:szCs w:val="28"/>
        </w:rPr>
        <w:t xml:space="preserve">She had asked him, in the ward at the Royal Melbourne, in 1995: </w:t>
      </w:r>
      <w:r w:rsidRPr="00CE758F">
        <w:rPr>
          <w:rFonts w:ascii="Baskerville Old Face" w:hAnsi="Baskerville Old Face"/>
          <w:bCs/>
          <w:i/>
          <w:sz w:val="28"/>
          <w:szCs w:val="28"/>
        </w:rPr>
        <w:t>What was I for, Fin?</w:t>
      </w:r>
      <w:r w:rsidR="003844F1">
        <w:rPr>
          <w:rFonts w:ascii="Baskerville Old Face" w:hAnsi="Baskerville Old Face"/>
          <w:bCs/>
          <w:sz w:val="28"/>
          <w:szCs w:val="28"/>
        </w:rPr>
        <w:t xml:space="preserve"> </w:t>
      </w:r>
      <w:r w:rsidRPr="00CE758F">
        <w:rPr>
          <w:rFonts w:ascii="Baskerville Old Face" w:hAnsi="Baskerville Old Face"/>
          <w:bCs/>
          <w:sz w:val="28"/>
          <w:szCs w:val="28"/>
        </w:rPr>
        <w:t xml:space="preserve">He had not been able to answer it. He had said </w:t>
      </w:r>
      <w:r w:rsidRPr="00CE758F">
        <w:rPr>
          <w:rFonts w:ascii="Baskerville Old Face" w:hAnsi="Baskerville Old Face"/>
          <w:bCs/>
          <w:i/>
          <w:sz w:val="28"/>
          <w:szCs w:val="28"/>
        </w:rPr>
        <w:t>ye kept the books</w:t>
      </w:r>
      <w:r w:rsidRPr="00CE758F">
        <w:rPr>
          <w:rFonts w:ascii="Baskerville Old Face" w:hAnsi="Baskerville Old Face"/>
          <w:bCs/>
          <w:sz w:val="28"/>
          <w:szCs w:val="28"/>
        </w:rPr>
        <w:t>, a terrible answer, and she had known it was a terrible answer, and she had also known</w:t>
      </w:r>
      <w:r w:rsidR="00E1286C">
        <w:rPr>
          <w:rFonts w:ascii="Baskerville Old Face" w:hAnsi="Baskerville Old Face"/>
          <w:bCs/>
          <w:sz w:val="28"/>
          <w:szCs w:val="28"/>
        </w:rPr>
        <w:t xml:space="preserve"> - </w:t>
      </w:r>
      <w:r w:rsidRPr="00CE758F">
        <w:rPr>
          <w:rFonts w:ascii="Baskerville Old Face" w:hAnsi="Baskerville Old Face"/>
          <w:bCs/>
          <w:sz w:val="28"/>
          <w:szCs w:val="28"/>
        </w:rPr>
        <w:t>sitting in that bad chair, with her forehead on the back of his hand</w:t>
      </w:r>
      <w:r w:rsidR="00E1286C">
        <w:rPr>
          <w:rFonts w:ascii="Baskerville Old Face" w:hAnsi="Baskerville Old Face"/>
          <w:bCs/>
          <w:sz w:val="28"/>
          <w:szCs w:val="28"/>
        </w:rPr>
        <w:t xml:space="preserve">, </w:t>
      </w:r>
      <w:r w:rsidRPr="00CE758F">
        <w:rPr>
          <w:rFonts w:ascii="Baskerville Old Face" w:hAnsi="Baskerville Old Face"/>
          <w:bCs/>
          <w:sz w:val="28"/>
          <w:szCs w:val="28"/>
        </w:rPr>
        <w:t xml:space="preserve"> that it was the first entirely honest thing he had said to her about the marriage, because it was what was actually in the man’s head, arriving in his Monday-morning voice, and he had not dressed it.</w:t>
      </w:r>
      <w:r w:rsidR="003A2CAB">
        <w:rPr>
          <w:rFonts w:ascii="Baskerville Old Face" w:hAnsi="Baskerville Old Face"/>
          <w:bCs/>
          <w:sz w:val="28"/>
          <w:szCs w:val="28"/>
        </w:rPr>
        <w:t xml:space="preserve"> </w:t>
      </w:r>
      <w:r w:rsidRPr="00CE758F">
        <w:rPr>
          <w:rFonts w:ascii="Baskerville Old Face" w:hAnsi="Baskerville Old Face"/>
          <w:bCs/>
          <w:sz w:val="28"/>
          <w:szCs w:val="28"/>
        </w:rPr>
        <w:t>He answered it, in the end. Not in a sentence. She was fairly sure he never knew he was answering it.</w:t>
      </w:r>
      <w:r w:rsidR="003A2CAB">
        <w:rPr>
          <w:rFonts w:ascii="Baskerville Old Face" w:hAnsi="Baskerville Old Face"/>
          <w:bCs/>
          <w:sz w:val="28"/>
          <w:szCs w:val="28"/>
        </w:rPr>
        <w:t xml:space="preserve"> </w:t>
      </w:r>
      <w:r w:rsidRPr="00CE758F">
        <w:rPr>
          <w:rFonts w:ascii="Baskerville Old Face" w:hAnsi="Baskerville Old Face"/>
          <w:bCs/>
          <w:sz w:val="28"/>
          <w:szCs w:val="28"/>
        </w:rPr>
        <w:t>He answered it by being in the chair on the right on Tuesday afternoons for twenty-nine years with nothing in his hands.</w:t>
      </w:r>
      <w:r w:rsidR="003A2CAB">
        <w:rPr>
          <w:rFonts w:ascii="Baskerville Old Face" w:hAnsi="Baskerville Old Face"/>
          <w:bCs/>
          <w:sz w:val="28"/>
          <w:szCs w:val="28"/>
        </w:rPr>
        <w:t xml:space="preserve"> </w:t>
      </w:r>
      <w:r w:rsidRPr="00CE758F">
        <w:rPr>
          <w:rFonts w:ascii="Baskerville Old Face" w:hAnsi="Baskerville Old Face"/>
          <w:bCs/>
          <w:sz w:val="28"/>
          <w:szCs w:val="28"/>
        </w:rPr>
        <w:t xml:space="preserve">She had worked out, somewhere in the middle of all that, what she had been for, and it was not what she had wanted to be for, and she had made her peace with it and then stopped needing the peace. She had been the one who stayed in the room. That was all. Somebody had to be in the room, holding the actual shape of the man — not the </w:t>
      </w:r>
      <w:r w:rsidRPr="00CE758F">
        <w:rPr>
          <w:rFonts w:ascii="Baskerville Old Face" w:hAnsi="Baskerville Old Face"/>
          <w:bCs/>
          <w:i/>
          <w:sz w:val="28"/>
          <w:szCs w:val="28"/>
        </w:rPr>
        <w:t>Advocate</w:t>
      </w:r>
      <w:r w:rsidRPr="00CE758F">
        <w:rPr>
          <w:rFonts w:ascii="Baskerville Old Face" w:hAnsi="Baskerville Old Face"/>
          <w:bCs/>
          <w:sz w:val="28"/>
          <w:szCs w:val="28"/>
        </w:rPr>
        <w:t xml:space="preserve">’s visionary and not the empire and not Snowy Hale’s water, but the boy </w:t>
      </w:r>
      <w:r w:rsidRPr="00CE758F">
        <w:rPr>
          <w:rFonts w:ascii="Baskerville Old Face" w:hAnsi="Baskerville Old Face"/>
          <w:bCs/>
          <w:sz w:val="28"/>
          <w:szCs w:val="28"/>
        </w:rPr>
        <w:lastRenderedPageBreak/>
        <w:t>from a stair in Edinburgh who was frightened of being ordinary</w:t>
      </w:r>
      <w:r w:rsidR="00CB2AB2">
        <w:rPr>
          <w:rFonts w:ascii="Baskerville Old Face" w:hAnsi="Baskerville Old Face"/>
          <w:bCs/>
          <w:sz w:val="28"/>
          <w:szCs w:val="28"/>
        </w:rPr>
        <w:t xml:space="preserve">, </w:t>
      </w:r>
      <w:r w:rsidRPr="00CE758F">
        <w:rPr>
          <w:rFonts w:ascii="Baskerville Old Face" w:hAnsi="Baskerville Old Face"/>
          <w:bCs/>
          <w:sz w:val="28"/>
          <w:szCs w:val="28"/>
        </w:rPr>
        <w:t>and hold it, unspoken, for thirty years, until he was able to come and take it back off her.</w:t>
      </w:r>
      <w:r w:rsidR="00A22AFC">
        <w:rPr>
          <w:rFonts w:ascii="Baskerville Old Face" w:hAnsi="Baskerville Old Face"/>
          <w:bCs/>
          <w:sz w:val="28"/>
          <w:szCs w:val="28"/>
        </w:rPr>
        <w:t xml:space="preserve"> </w:t>
      </w:r>
      <w:r w:rsidRPr="00CE758F">
        <w:rPr>
          <w:rFonts w:ascii="Baskerville Old Face" w:hAnsi="Baskerville Old Face"/>
          <w:bCs/>
          <w:sz w:val="28"/>
          <w:szCs w:val="28"/>
        </w:rPr>
        <w:t>It cost her the whole middle of her life. She had said so to him, once, on a Tuesday in 2003, in those words. He had not defended himself. He had said, “Ah ken. Ah cannae give it ye back,” and she had said, “Naw. Ye cannae,” and they had sat there, and then she had made the tea.</w:t>
      </w:r>
      <w:r w:rsidR="00A22AFC">
        <w:rPr>
          <w:rFonts w:ascii="Baskerville Old Face" w:hAnsi="Baskerville Old Face"/>
          <w:bCs/>
          <w:sz w:val="28"/>
          <w:szCs w:val="28"/>
        </w:rPr>
        <w:t xml:space="preserve"> </w:t>
      </w:r>
      <w:r w:rsidRPr="00CE758F">
        <w:rPr>
          <w:rFonts w:ascii="Baskerville Old Face" w:hAnsi="Baskerville Old Face"/>
          <w:bCs/>
          <w:sz w:val="28"/>
          <w:szCs w:val="28"/>
        </w:rPr>
        <w:t>That was the marriage. It was not the marriage anybody would have chosen at eighteen on a platform. It had been a real one for twenty-nine years, longer than most people manage, and she was not going to apologise to anybody for the arithmetic.</w:t>
      </w:r>
      <w:r w:rsidR="00F760D4">
        <w:rPr>
          <w:rFonts w:ascii="Baskerville Old Face" w:hAnsi="Baskerville Old Face"/>
          <w:bCs/>
          <w:sz w:val="28"/>
          <w:szCs w:val="28"/>
        </w:rPr>
        <w:t xml:space="preserve"> </w:t>
      </w:r>
      <w:r w:rsidRPr="00CE758F">
        <w:rPr>
          <w:rFonts w:ascii="Baskerville Old Face" w:hAnsi="Baskerville Old Face"/>
          <w:bCs/>
          <w:sz w:val="28"/>
          <w:szCs w:val="28"/>
        </w:rPr>
        <w:t>At about six she got up, which took a while, and went down the three steps and out along the track towards the eastern end of the home paddock, with the stick, going slowly.</w:t>
      </w:r>
      <w:r w:rsidR="00A22AFC">
        <w:rPr>
          <w:rFonts w:ascii="Baskerville Old Face" w:hAnsi="Baskerville Old Face"/>
          <w:bCs/>
          <w:sz w:val="28"/>
          <w:szCs w:val="28"/>
        </w:rPr>
        <w:t xml:space="preserve"> </w:t>
      </w:r>
      <w:r w:rsidRPr="00CE758F">
        <w:rPr>
          <w:rFonts w:ascii="Baskerville Old Face" w:hAnsi="Baskerville Old Face"/>
          <w:bCs/>
          <w:sz w:val="28"/>
          <w:szCs w:val="28"/>
        </w:rPr>
        <w:t>The bore was still there. Fifty-two feet, put down in 1975 by her husband on land she had found on a Sunday in a Holden with the windows open, and it had never dropped an inch in forty-nine years. It ran into a tank stand and a trough, and there were eleven head of cattle at the far fence that belonged to a neighbour under an agreement nobody could remember the origin of, and the light was on the water in the trough.</w:t>
      </w:r>
      <w:r w:rsidR="00A22AFC">
        <w:rPr>
          <w:rFonts w:ascii="Baskerville Old Face" w:hAnsi="Baskerville Old Face"/>
          <w:bCs/>
          <w:sz w:val="28"/>
          <w:szCs w:val="28"/>
        </w:rPr>
        <w:t xml:space="preserve"> </w:t>
      </w:r>
      <w:r w:rsidRPr="00CE758F">
        <w:rPr>
          <w:rFonts w:ascii="Baskerville Old Face" w:hAnsi="Baskerville Old Face"/>
          <w:bCs/>
          <w:sz w:val="28"/>
          <w:szCs w:val="28"/>
        </w:rPr>
        <w:t>She stood and looked at it for a while.</w:t>
      </w:r>
      <w:r w:rsidR="00A22AFC">
        <w:rPr>
          <w:rFonts w:ascii="Baskerville Old Face" w:hAnsi="Baskerville Old Face"/>
          <w:bCs/>
          <w:sz w:val="28"/>
          <w:szCs w:val="28"/>
        </w:rPr>
        <w:t xml:space="preserve"> </w:t>
      </w:r>
      <w:r w:rsidRPr="00CE758F">
        <w:rPr>
          <w:rFonts w:ascii="Baskerville Old Face" w:hAnsi="Baskerville Old Face"/>
          <w:bCs/>
          <w:sz w:val="28"/>
          <w:szCs w:val="28"/>
        </w:rPr>
        <w:lastRenderedPageBreak/>
        <w:t>She thought about Padraig Kavanagh, whom she had loved, and who had sat in a kitchen in Edinburgh with his hands going and had never once been able to say five words to his son, and who had died asking her a question she had answered wrongly for nine years on the instruction of a lie she did not know she was carrying. She thought that he would have liked the trough more than the fifty-two million. She was certain of it, in fact, in the way you are certain of things about the dead that you can never check.</w:t>
      </w:r>
      <w:r w:rsidR="00F760D4">
        <w:rPr>
          <w:rFonts w:ascii="Baskerville Old Face" w:hAnsi="Baskerville Old Face"/>
          <w:bCs/>
          <w:sz w:val="28"/>
          <w:szCs w:val="28"/>
        </w:rPr>
        <w:t xml:space="preserve"> </w:t>
      </w:r>
      <w:r w:rsidRPr="00CE758F">
        <w:rPr>
          <w:rFonts w:ascii="Baskerville Old Face" w:hAnsi="Baskerville Old Face"/>
          <w:bCs/>
          <w:sz w:val="28"/>
          <w:szCs w:val="28"/>
        </w:rPr>
        <w:t>She thought about Snowy Hale, twenty-one years old, a rouseabout and a yardman who had never owned a tool, sitting in a hole in Libya with the shelling on, telling a frightened Scotsman about water in a country neither of them was going to see again, drawing crosses on a page torn out of a school atlas — and being right. That was the joke of it</w:t>
      </w:r>
      <w:r w:rsidR="00227E88">
        <w:rPr>
          <w:rFonts w:ascii="Baskerville Old Face" w:hAnsi="Baskerville Old Face"/>
          <w:bCs/>
          <w:sz w:val="28"/>
          <w:szCs w:val="28"/>
        </w:rPr>
        <w:t>,</w:t>
      </w:r>
      <w:r w:rsidRPr="00CE758F">
        <w:rPr>
          <w:rFonts w:ascii="Baskerville Old Face" w:hAnsi="Baskerville Old Face"/>
          <w:bCs/>
          <w:sz w:val="28"/>
          <w:szCs w:val="28"/>
        </w:rPr>
        <w:t xml:space="preserve"> and it had taken her fifty years to find it funny. He had been </w:t>
      </w:r>
      <w:r w:rsidRPr="00CE758F">
        <w:rPr>
          <w:rFonts w:ascii="Baskerville Old Face" w:hAnsi="Baskerville Old Face"/>
          <w:bCs/>
          <w:i/>
          <w:sz w:val="28"/>
          <w:szCs w:val="28"/>
        </w:rPr>
        <w:t>right</w:t>
      </w:r>
      <w:r w:rsidRPr="00CE758F">
        <w:rPr>
          <w:rFonts w:ascii="Baskerville Old Face" w:hAnsi="Baskerville Old Face"/>
          <w:bCs/>
          <w:sz w:val="28"/>
          <w:szCs w:val="28"/>
        </w:rPr>
        <w:t xml:space="preserve">. There </w:t>
      </w:r>
      <w:r w:rsidRPr="00CE758F">
        <w:rPr>
          <w:rFonts w:ascii="Baskerville Old Face" w:hAnsi="Baskerville Old Face"/>
          <w:bCs/>
          <w:i/>
          <w:sz w:val="28"/>
          <w:szCs w:val="28"/>
        </w:rPr>
        <w:t>was</w:t>
      </w:r>
      <w:r w:rsidRPr="00CE758F">
        <w:rPr>
          <w:rFonts w:ascii="Baskerville Old Face" w:hAnsi="Baskerville Old Face"/>
          <w:bCs/>
          <w:sz w:val="28"/>
          <w:szCs w:val="28"/>
        </w:rPr>
        <w:t xml:space="preserve"> water. Not where he put the crosses; Renshaw could have told anybody that. But out here, under all this, in the great dark aquifers, there was more water than Snowy Hale could have imagined lying about, and a boy had come nine thousand miles on the strength of his blether and found it and hauled it up and given it away.</w:t>
      </w:r>
    </w:p>
    <w:p w14:paraId="44B94D89" w14:textId="77777777"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lastRenderedPageBreak/>
        <w:t>He’d have had a map for all of them,</w:t>
      </w:r>
      <w:r w:rsidRPr="00CE758F">
        <w:rPr>
          <w:rFonts w:ascii="Baskerville Old Face" w:hAnsi="Baskerville Old Face"/>
          <w:bCs/>
          <w:sz w:val="28"/>
          <w:szCs w:val="28"/>
        </w:rPr>
        <w:t xml:space="preserve"> Renshaw had said.</w:t>
      </w:r>
    </w:p>
    <w:p w14:paraId="6E1DFC60" w14:textId="77777777" w:rsidR="000C6EE5" w:rsidRDefault="007671E1" w:rsidP="002A1BD3">
      <w:pPr>
        <w:spacing w:line="360" w:lineRule="auto"/>
        <w:rPr>
          <w:rFonts w:ascii="Baskerville Old Face" w:hAnsi="Baskerville Old Face"/>
          <w:bCs/>
          <w:sz w:val="28"/>
          <w:szCs w:val="28"/>
        </w:rPr>
      </w:pPr>
      <w:r w:rsidRPr="00CE758F">
        <w:rPr>
          <w:rFonts w:ascii="Baskerville Old Face" w:hAnsi="Baskerville Old Face"/>
          <w:bCs/>
          <w:sz w:val="28"/>
          <w:szCs w:val="28"/>
        </w:rPr>
        <w:t>Well. One of them came in.</w:t>
      </w:r>
      <w:r w:rsidR="003A2CAB">
        <w:rPr>
          <w:rFonts w:ascii="Baskerville Old Face" w:hAnsi="Baskerville Old Face"/>
          <w:bCs/>
          <w:sz w:val="28"/>
          <w:szCs w:val="28"/>
        </w:rPr>
        <w:t xml:space="preserve"> </w:t>
      </w:r>
      <w:r w:rsidRPr="00CE758F">
        <w:rPr>
          <w:rFonts w:ascii="Baskerville Old Face" w:hAnsi="Baskerville Old Face"/>
          <w:bCs/>
          <w:sz w:val="28"/>
          <w:szCs w:val="28"/>
        </w:rPr>
        <w:t>She put her hand flat on the tank stand. The iron was warm. It had been in the sun all day and it was warm, and it would be warm for another hour, and then it would be cold and the stars would come out in that ridiculous quantity they came out here, and she would be in the chair on the left with a blanket on her knees, and the two chairs would be angled in towards each other, and nobody was going to move them.</w:t>
      </w:r>
      <w:r w:rsidR="003A2CAB">
        <w:rPr>
          <w:rFonts w:ascii="Baskerville Old Face" w:hAnsi="Baskerville Old Face"/>
          <w:bCs/>
          <w:sz w:val="28"/>
          <w:szCs w:val="28"/>
        </w:rPr>
        <w:t xml:space="preserve"> </w:t>
      </w:r>
      <w:r w:rsidRPr="00CE758F">
        <w:rPr>
          <w:rFonts w:ascii="Baskerville Old Face" w:hAnsi="Baskerville Old Face"/>
          <w:bCs/>
          <w:sz w:val="28"/>
          <w:szCs w:val="28"/>
        </w:rPr>
        <w:t>And there, in that minute, with her hand on the warm iron and the water going quietly into the trough behind her, Ellie Kavanagh felt the thing she had spent fifty-nine years in this country almost feeling and never quite catching.</w:t>
      </w:r>
      <w:r w:rsidR="00227E88">
        <w:rPr>
          <w:rFonts w:ascii="Baskerville Old Face" w:hAnsi="Baskerville Old Face"/>
          <w:bCs/>
          <w:sz w:val="28"/>
          <w:szCs w:val="28"/>
        </w:rPr>
        <w:t xml:space="preserve"> </w:t>
      </w:r>
      <w:r w:rsidRPr="00CE758F">
        <w:rPr>
          <w:rFonts w:ascii="Baskerville Old Face" w:hAnsi="Baskerville Old Face"/>
          <w:bCs/>
          <w:sz w:val="28"/>
          <w:szCs w:val="28"/>
        </w:rPr>
        <w:t>It was not a voice, and there was nobody there, and she did not see anything, and she had a horror of women who did.</w:t>
      </w:r>
      <w:r w:rsidR="00227E88">
        <w:rPr>
          <w:rFonts w:ascii="Baskerville Old Face" w:hAnsi="Baskerville Old Face"/>
          <w:bCs/>
          <w:sz w:val="28"/>
          <w:szCs w:val="28"/>
        </w:rPr>
        <w:t xml:space="preserve"> </w:t>
      </w:r>
      <w:r w:rsidRPr="00CE758F">
        <w:rPr>
          <w:rFonts w:ascii="Baskerville Old Face" w:hAnsi="Baskerville Old Face"/>
          <w:bCs/>
          <w:sz w:val="28"/>
          <w:szCs w:val="28"/>
        </w:rPr>
        <w:t>It was the sensation</w:t>
      </w:r>
      <w:r w:rsidR="00227E88">
        <w:rPr>
          <w:rFonts w:ascii="Baskerville Old Face" w:hAnsi="Baskerville Old Face"/>
          <w:bCs/>
          <w:sz w:val="28"/>
          <w:szCs w:val="28"/>
        </w:rPr>
        <w:t xml:space="preserve">, </w:t>
      </w:r>
      <w:r w:rsidRPr="00CE758F">
        <w:rPr>
          <w:rFonts w:ascii="Baskerville Old Face" w:hAnsi="Baskerville Old Face"/>
          <w:bCs/>
          <w:sz w:val="28"/>
          <w:szCs w:val="28"/>
        </w:rPr>
        <w:t>perfectly plain, perfectly ordinary, the way it is perfectly ordinary to know that somebody has come into a room behind you</w:t>
      </w:r>
      <w:r w:rsidR="00227E88">
        <w:rPr>
          <w:rFonts w:ascii="Baskerville Old Face" w:hAnsi="Baskerville Old Face"/>
          <w:bCs/>
          <w:sz w:val="28"/>
          <w:szCs w:val="28"/>
        </w:rPr>
        <w:t xml:space="preserve">, </w:t>
      </w:r>
      <w:r w:rsidRPr="00CE758F">
        <w:rPr>
          <w:rFonts w:ascii="Baskerville Old Face" w:hAnsi="Baskerville Old Face"/>
          <w:bCs/>
          <w:sz w:val="28"/>
          <w:szCs w:val="28"/>
        </w:rPr>
        <w:t xml:space="preserve">of being </w:t>
      </w:r>
      <w:r w:rsidRPr="00CE758F">
        <w:rPr>
          <w:rFonts w:ascii="Baskerville Old Face" w:hAnsi="Baskerville Old Face"/>
          <w:bCs/>
          <w:i/>
          <w:sz w:val="28"/>
          <w:szCs w:val="28"/>
        </w:rPr>
        <w:t>counted in</w:t>
      </w:r>
      <w:r w:rsidRPr="00CE758F">
        <w:rPr>
          <w:rFonts w:ascii="Baskerville Old Face" w:hAnsi="Baskerville Old Face"/>
          <w:bCs/>
          <w:sz w:val="28"/>
          <w:szCs w:val="28"/>
        </w:rPr>
        <w:t xml:space="preserve">. Of being, after fifty-nine years of being the woman who came out from Leith, on the list. Not welcomed. Not forgiven, since nobody had asked her for anything. Simply included in something enormous and patient and entirely uninterested in whether she understood it: the country, and the water under it, and the </w:t>
      </w:r>
      <w:r w:rsidRPr="00CE758F">
        <w:rPr>
          <w:rFonts w:ascii="Baskerville Old Face" w:hAnsi="Baskerville Old Face"/>
          <w:bCs/>
          <w:sz w:val="28"/>
          <w:szCs w:val="28"/>
        </w:rPr>
        <w:lastRenderedPageBreak/>
        <w:t>people who had held the water for forty thousand years and were holding it yet; and a small stone on the Ross Highway with MARGARET on it; and a man from a stair in Edinburgh who had come nine thousand miles to make a dead liar’s story true and had spent the last twenty-nine years of his life learning to sit in a chair; and a lassie of twenty-eight from the Grassmarket who had been hanged for the quiet and had said aye when she was asked, and had never been told why, and had stood at the backs of their rooms for two hundred and seventy-one years, and had gone, at the finish, without ever answering the one question anybody thought to ask her.</w:t>
      </w:r>
      <w:r w:rsidR="00904166">
        <w:rPr>
          <w:rFonts w:ascii="Baskerville Old Face" w:hAnsi="Baskerville Old Face"/>
          <w:bCs/>
          <w:sz w:val="28"/>
          <w:szCs w:val="28"/>
        </w:rPr>
        <w:t xml:space="preserve"> </w:t>
      </w:r>
      <w:r w:rsidRPr="00CE758F">
        <w:rPr>
          <w:rFonts w:ascii="Baskerville Old Face" w:hAnsi="Baskerville Old Face"/>
          <w:bCs/>
          <w:i/>
          <w:sz w:val="28"/>
          <w:szCs w:val="28"/>
        </w:rPr>
        <w:t>I dinnae ken,</w:t>
      </w:r>
      <w:r w:rsidRPr="00CE758F">
        <w:rPr>
          <w:rFonts w:ascii="Baskerville Old Face" w:hAnsi="Baskerville Old Face"/>
          <w:bCs/>
          <w:sz w:val="28"/>
          <w:szCs w:val="28"/>
        </w:rPr>
        <w:t xml:space="preserve"> Maggie Dickson had said, twice, to a father and a son, in a room with no clock.</w:t>
      </w:r>
      <w:r w:rsidR="00A22AFC">
        <w:rPr>
          <w:rFonts w:ascii="Baskerville Old Face" w:hAnsi="Baskerville Old Face"/>
          <w:bCs/>
          <w:sz w:val="28"/>
          <w:szCs w:val="28"/>
        </w:rPr>
        <w:t xml:space="preserve"> </w:t>
      </w:r>
      <w:r w:rsidRPr="00CE758F">
        <w:rPr>
          <w:rFonts w:ascii="Baskerville Old Face" w:hAnsi="Baskerville Old Face"/>
          <w:bCs/>
          <w:sz w:val="28"/>
          <w:szCs w:val="28"/>
        </w:rPr>
        <w:t>Standing at the trough in the last of the light, eighty-seven years old, with the iron warm under her hand, Ellie found that she did not need to know either.</w:t>
      </w:r>
      <w:r w:rsidR="00904166">
        <w:rPr>
          <w:rFonts w:ascii="Baskerville Old Face" w:hAnsi="Baskerville Old Face"/>
          <w:bCs/>
          <w:sz w:val="28"/>
          <w:szCs w:val="28"/>
        </w:rPr>
        <w:t xml:space="preserve"> </w:t>
      </w:r>
      <w:r w:rsidRPr="00CE758F">
        <w:rPr>
          <w:rFonts w:ascii="Baskerville Old Face" w:hAnsi="Baskerville Old Face"/>
          <w:bCs/>
          <w:sz w:val="28"/>
          <w:szCs w:val="28"/>
        </w:rPr>
        <w:t>She stood there a while longer. Then she said, out loud, to nobody, in the voice you use for somebody in the next chair:</w:t>
      </w:r>
      <w:r w:rsidR="003E1D62">
        <w:rPr>
          <w:rFonts w:ascii="Baskerville Old Face" w:hAnsi="Baskerville Old Face"/>
          <w:bCs/>
          <w:sz w:val="28"/>
          <w:szCs w:val="28"/>
        </w:rPr>
        <w:t xml:space="preserve"> </w:t>
      </w:r>
      <w:r w:rsidRPr="00CE758F">
        <w:rPr>
          <w:rFonts w:ascii="Baskerville Old Face" w:hAnsi="Baskerville Old Face"/>
          <w:bCs/>
          <w:sz w:val="28"/>
          <w:szCs w:val="28"/>
        </w:rPr>
        <w:t>“Aye. It’s a good bore, Fin.”</w:t>
      </w:r>
      <w:r w:rsidR="003E1D62">
        <w:rPr>
          <w:rFonts w:ascii="Baskerville Old Face" w:hAnsi="Baskerville Old Face"/>
          <w:bCs/>
          <w:sz w:val="28"/>
          <w:szCs w:val="28"/>
        </w:rPr>
        <w:t xml:space="preserve"> </w:t>
      </w:r>
      <w:r w:rsidRPr="00CE758F">
        <w:rPr>
          <w:rFonts w:ascii="Baskerville Old Face" w:hAnsi="Baskerville Old Face"/>
          <w:bCs/>
          <w:sz w:val="28"/>
          <w:szCs w:val="28"/>
        </w:rPr>
        <w:t>And went in, slowly, to make the tea.</w:t>
      </w:r>
      <w:r w:rsidR="000C6EE5">
        <w:rPr>
          <w:rFonts w:ascii="Baskerville Old Face" w:hAnsi="Baskerville Old Face"/>
          <w:bCs/>
          <w:sz w:val="28"/>
          <w:szCs w:val="28"/>
        </w:rPr>
        <w:t xml:space="preserve"> </w:t>
      </w:r>
    </w:p>
    <w:p w14:paraId="275B1B6C" w14:textId="77777777" w:rsidR="004101E6" w:rsidRDefault="004101E6" w:rsidP="000C6EE5">
      <w:pPr>
        <w:spacing w:line="360" w:lineRule="auto"/>
        <w:jc w:val="center"/>
        <w:rPr>
          <w:rFonts w:ascii="Baskerville Old Face" w:hAnsi="Baskerville Old Face"/>
          <w:bCs/>
          <w:sz w:val="28"/>
          <w:szCs w:val="28"/>
        </w:rPr>
      </w:pPr>
    </w:p>
    <w:p w14:paraId="47BA8A5B" w14:textId="13AE78C0" w:rsidR="00F45C1A" w:rsidRPr="00CE758F" w:rsidRDefault="000C6EE5" w:rsidP="000C6EE5">
      <w:pPr>
        <w:spacing w:line="360" w:lineRule="auto"/>
        <w:jc w:val="center"/>
        <w:rPr>
          <w:rFonts w:ascii="Baskerville Old Face" w:hAnsi="Baskerville Old Face"/>
          <w:bCs/>
          <w:sz w:val="28"/>
          <w:szCs w:val="28"/>
        </w:rPr>
      </w:pPr>
      <w:r>
        <w:rPr>
          <w:rFonts w:ascii="Baskerville Old Face" w:hAnsi="Baskerville Old Face"/>
          <w:bCs/>
          <w:sz w:val="28"/>
          <w:szCs w:val="28"/>
        </w:rPr>
        <w:t>THE END</w:t>
      </w:r>
    </w:p>
    <w:p w14:paraId="5A5AA650" w14:textId="1F9F3B61"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br w:type="page"/>
      </w:r>
    </w:p>
    <w:p w14:paraId="62AB426C" w14:textId="77777777" w:rsidR="00F45C1A" w:rsidRPr="00ED3F36" w:rsidRDefault="007671E1" w:rsidP="002A1BD3">
      <w:pPr>
        <w:pStyle w:val="Heading2"/>
        <w:spacing w:before="400" w:after="200" w:line="360" w:lineRule="auto"/>
        <w:rPr>
          <w:rFonts w:ascii="Baskerville Old Face" w:hAnsi="Baskerville Old Face"/>
          <w:b w:val="0"/>
          <w:sz w:val="28"/>
          <w:szCs w:val="28"/>
        </w:rPr>
      </w:pPr>
      <w:r w:rsidRPr="00ED3F36">
        <w:rPr>
          <w:rFonts w:ascii="Baskerville Old Face" w:hAnsi="Baskerville Old Face"/>
          <w:b w:val="0"/>
          <w:sz w:val="28"/>
          <w:szCs w:val="28"/>
        </w:rPr>
        <w:lastRenderedPageBreak/>
        <w:t>Acknowledgements</w:t>
      </w:r>
    </w:p>
    <w:p w14:paraId="484FAEF9" w14:textId="204D13F7" w:rsidR="002E314E" w:rsidRPr="00ED3F36" w:rsidRDefault="002E314E" w:rsidP="002A1BD3">
      <w:pPr>
        <w:pStyle w:val="NormalWeb"/>
        <w:spacing w:line="360" w:lineRule="auto"/>
        <w:jc w:val="both"/>
        <w:rPr>
          <w:rFonts w:ascii="Baskerville Old Face" w:hAnsi="Baskerville Old Face"/>
          <w:bCs/>
          <w:sz w:val="28"/>
          <w:szCs w:val="28"/>
        </w:rPr>
      </w:pPr>
      <w:r w:rsidRPr="00ED3F36">
        <w:rPr>
          <w:rStyle w:val="Strong"/>
          <w:rFonts w:ascii="Baskerville Old Face" w:hAnsi="Baskerville Old Face"/>
          <w:b w:val="0"/>
          <w:sz w:val="28"/>
          <w:szCs w:val="28"/>
        </w:rPr>
        <w:t xml:space="preserve">To the </w:t>
      </w:r>
      <w:r w:rsidR="00850CB2">
        <w:rPr>
          <w:rStyle w:val="Strong"/>
          <w:rFonts w:ascii="Baskerville Old Face" w:hAnsi="Baskerville Old Face"/>
          <w:b w:val="0"/>
          <w:sz w:val="28"/>
          <w:szCs w:val="28"/>
        </w:rPr>
        <w:t xml:space="preserve">licensed </w:t>
      </w:r>
      <w:r w:rsidRPr="00ED3F36">
        <w:rPr>
          <w:rStyle w:val="Strong"/>
          <w:rFonts w:ascii="Baskerville Old Face" w:hAnsi="Baskerville Old Face"/>
          <w:b w:val="0"/>
          <w:sz w:val="28"/>
          <w:szCs w:val="28"/>
        </w:rPr>
        <w:t xml:space="preserve">drillers, the </w:t>
      </w:r>
      <w:r w:rsidR="00563E04">
        <w:rPr>
          <w:rStyle w:val="Strong"/>
          <w:rFonts w:ascii="Baskerville Old Face" w:hAnsi="Baskerville Old Face"/>
          <w:b w:val="0"/>
          <w:sz w:val="28"/>
          <w:szCs w:val="28"/>
        </w:rPr>
        <w:t>farmers</w:t>
      </w:r>
      <w:r w:rsidRPr="00ED3F36">
        <w:rPr>
          <w:rStyle w:val="Strong"/>
          <w:rFonts w:ascii="Baskerville Old Face" w:hAnsi="Baskerville Old Face"/>
          <w:b w:val="0"/>
          <w:sz w:val="28"/>
          <w:szCs w:val="28"/>
        </w:rPr>
        <w:t>, the shed</w:t>
      </w:r>
      <w:r w:rsidRPr="00ED3F36">
        <w:rPr>
          <w:rStyle w:val="Strong"/>
          <w:rFonts w:ascii="Baskerville Old Face" w:hAnsi="Baskerville Old Face"/>
          <w:b w:val="0"/>
          <w:sz w:val="28"/>
          <w:szCs w:val="28"/>
        </w:rPr>
        <w:noBreakHyphen/>
        <w:t>hands of the Northern Territory</w:t>
      </w:r>
      <w:r w:rsidR="000B23B8">
        <w:rPr>
          <w:rStyle w:val="Strong"/>
          <w:rFonts w:ascii="Baskerville Old Face" w:hAnsi="Baskerville Old Face"/>
          <w:b w:val="0"/>
          <w:sz w:val="28"/>
          <w:szCs w:val="28"/>
        </w:rPr>
        <w:t xml:space="preserve">, </w:t>
      </w:r>
      <w:r w:rsidRPr="00ED3F36">
        <w:rPr>
          <w:rFonts w:ascii="Baskerville Old Face" w:hAnsi="Baskerville Old Face"/>
          <w:bCs/>
          <w:sz w:val="28"/>
          <w:szCs w:val="28"/>
        </w:rPr>
        <w:t xml:space="preserve"> </w:t>
      </w:r>
      <w:r w:rsidRPr="00ED3F36">
        <w:rPr>
          <w:rStyle w:val="Strong"/>
          <w:rFonts w:ascii="Baskerville Old Face" w:hAnsi="Baskerville Old Face"/>
          <w:b w:val="0"/>
          <w:sz w:val="28"/>
          <w:szCs w:val="28"/>
        </w:rPr>
        <w:t>those whose sweat salted the earth,</w:t>
      </w:r>
      <w:r w:rsidRPr="00ED3F36">
        <w:rPr>
          <w:rFonts w:ascii="Baskerville Old Face" w:hAnsi="Baskerville Old Face"/>
          <w:bCs/>
          <w:sz w:val="28"/>
          <w:szCs w:val="28"/>
        </w:rPr>
        <w:t xml:space="preserve"> </w:t>
      </w:r>
      <w:r w:rsidRPr="00ED3F36">
        <w:rPr>
          <w:rStyle w:val="Strong"/>
          <w:rFonts w:ascii="Baskerville Old Face" w:hAnsi="Baskerville Old Face"/>
          <w:b w:val="0"/>
          <w:sz w:val="28"/>
          <w:szCs w:val="28"/>
        </w:rPr>
        <w:t>whose silence built more of that country</w:t>
      </w:r>
      <w:r w:rsidRPr="00ED3F36">
        <w:rPr>
          <w:rFonts w:ascii="Baskerville Old Face" w:hAnsi="Baskerville Old Face"/>
          <w:bCs/>
          <w:sz w:val="28"/>
          <w:szCs w:val="28"/>
        </w:rPr>
        <w:t xml:space="preserve"> </w:t>
      </w:r>
      <w:r w:rsidRPr="00ED3F36">
        <w:rPr>
          <w:rStyle w:val="Strong"/>
          <w:rFonts w:ascii="Baskerville Old Face" w:hAnsi="Baskerville Old Face"/>
          <w:b w:val="0"/>
          <w:sz w:val="28"/>
          <w:szCs w:val="28"/>
        </w:rPr>
        <w:t>than the names engraved in brass and letterhead.</w:t>
      </w:r>
      <w:r w:rsidRPr="00ED3F36">
        <w:rPr>
          <w:rFonts w:ascii="Baskerville Old Face" w:hAnsi="Baskerville Old Face"/>
          <w:bCs/>
          <w:sz w:val="28"/>
          <w:szCs w:val="28"/>
        </w:rPr>
        <w:t xml:space="preserve"> </w:t>
      </w:r>
      <w:r w:rsidRPr="00ED3F36">
        <w:rPr>
          <w:rStyle w:val="Strong"/>
          <w:rFonts w:ascii="Baskerville Old Face" w:hAnsi="Baskerville Old Face"/>
          <w:b w:val="0"/>
          <w:sz w:val="28"/>
          <w:szCs w:val="28"/>
        </w:rPr>
        <w:t>Their hours were the hidden architecture,</w:t>
      </w:r>
      <w:r w:rsidRPr="00ED3F36">
        <w:rPr>
          <w:rFonts w:ascii="Baskerville Old Face" w:hAnsi="Baskerville Old Face"/>
          <w:bCs/>
          <w:sz w:val="28"/>
          <w:szCs w:val="28"/>
        </w:rPr>
        <w:t xml:space="preserve"> </w:t>
      </w:r>
      <w:r w:rsidRPr="00ED3F36">
        <w:rPr>
          <w:rStyle w:val="Strong"/>
          <w:rFonts w:ascii="Baskerville Old Face" w:hAnsi="Baskerville Old Face"/>
          <w:b w:val="0"/>
          <w:sz w:val="28"/>
          <w:szCs w:val="28"/>
        </w:rPr>
        <w:t>their endurance the unrecorded anthem of a nation.</w:t>
      </w:r>
      <w:r w:rsidR="000B23B8">
        <w:rPr>
          <w:rFonts w:ascii="Baskerville Old Face" w:hAnsi="Baskerville Old Face"/>
          <w:bCs/>
          <w:sz w:val="28"/>
          <w:szCs w:val="28"/>
        </w:rPr>
        <w:t xml:space="preserve"> </w:t>
      </w:r>
      <w:r w:rsidRPr="00ED3F36">
        <w:rPr>
          <w:rFonts w:ascii="Baskerville Old Face" w:hAnsi="Baskerville Old Face"/>
          <w:bCs/>
          <w:sz w:val="28"/>
          <w:szCs w:val="28"/>
        </w:rPr>
        <w:t>This is a fiction of a company that never drew breath, yet the hours within it are hours lived, hours counted, hours borne. They belong to the ledger of human effort, where survival is the only dividend, and worth is measured in calloused palms and the quiet persistence of rising again.</w:t>
      </w:r>
      <w:r w:rsidR="000B23B8">
        <w:rPr>
          <w:rFonts w:ascii="Baskerville Old Face" w:hAnsi="Baskerville Old Face"/>
          <w:bCs/>
          <w:sz w:val="28"/>
          <w:szCs w:val="28"/>
        </w:rPr>
        <w:t xml:space="preserve"> </w:t>
      </w:r>
      <w:r w:rsidRPr="00ED3F36">
        <w:rPr>
          <w:rFonts w:ascii="Baskerville Old Face" w:hAnsi="Baskerville Old Face"/>
          <w:bCs/>
          <w:sz w:val="28"/>
          <w:szCs w:val="28"/>
        </w:rPr>
        <w:t>To Edinburgh</w:t>
      </w:r>
      <w:r w:rsidR="000B23B8">
        <w:rPr>
          <w:rFonts w:ascii="Baskerville Old Face" w:hAnsi="Baskerville Old Face"/>
          <w:bCs/>
          <w:sz w:val="28"/>
          <w:szCs w:val="28"/>
        </w:rPr>
        <w:t xml:space="preserve">, </w:t>
      </w:r>
      <w:r w:rsidRPr="00ED3F36">
        <w:rPr>
          <w:rFonts w:ascii="Baskerville Old Face" w:hAnsi="Baskerville Old Face"/>
          <w:bCs/>
          <w:sz w:val="28"/>
          <w:szCs w:val="28"/>
        </w:rPr>
        <w:t>for its stairways slick with rain, its stones that remember every ascent, its streets that whisper centuries of footsteps.</w:t>
      </w:r>
      <w:r w:rsidR="00D51039">
        <w:rPr>
          <w:rFonts w:ascii="Baskerville Old Face" w:hAnsi="Baskerville Old Face"/>
          <w:bCs/>
          <w:sz w:val="28"/>
          <w:szCs w:val="28"/>
        </w:rPr>
        <w:t xml:space="preserve"> </w:t>
      </w:r>
      <w:r w:rsidRPr="00ED3F36">
        <w:rPr>
          <w:rFonts w:ascii="Baskerville Old Face" w:hAnsi="Baskerville Old Face"/>
          <w:bCs/>
          <w:sz w:val="28"/>
          <w:szCs w:val="28"/>
        </w:rPr>
        <w:t xml:space="preserve">And to every reader who has stood before the question of life’s purpose and found the only honest reply was: </w:t>
      </w:r>
      <w:r w:rsidRPr="00ED3F36">
        <w:rPr>
          <w:rStyle w:val="Emphasis"/>
          <w:rFonts w:ascii="Baskerville Old Face" w:hAnsi="Baskerville Old Face"/>
          <w:bCs/>
          <w:sz w:val="28"/>
          <w:szCs w:val="28"/>
        </w:rPr>
        <w:t>I never asked.</w:t>
      </w:r>
      <w:r w:rsidRPr="00ED3F36">
        <w:rPr>
          <w:rFonts w:ascii="Baskerville Old Face" w:hAnsi="Baskerville Old Face"/>
          <w:bCs/>
          <w:sz w:val="28"/>
          <w:szCs w:val="28"/>
        </w:rPr>
        <w:t xml:space="preserve"> The second chance offered in these pages comes on the same austere terms Socrates once gave Finian Kavanagh</w:t>
      </w:r>
      <w:r w:rsidR="00D51039">
        <w:rPr>
          <w:rFonts w:ascii="Baskerville Old Face" w:hAnsi="Baskerville Old Face"/>
          <w:bCs/>
          <w:sz w:val="28"/>
          <w:szCs w:val="28"/>
        </w:rPr>
        <w:t xml:space="preserve">: </w:t>
      </w:r>
      <w:r w:rsidRPr="00ED3F36">
        <w:rPr>
          <w:rFonts w:ascii="Baskerville Old Face" w:hAnsi="Baskerville Old Face"/>
          <w:bCs/>
          <w:sz w:val="28"/>
          <w:szCs w:val="28"/>
        </w:rPr>
        <w:t>no receipt, no proof, no promise of reward. Only the trial of dawn: whether you rise, whether you shoulder the day without witness, whether you discover, in the repetition of hours, a meaning carried not in words, but in the marrow of living.</w:t>
      </w:r>
    </w:p>
    <w:p w14:paraId="05AE7456" w14:textId="77777777" w:rsidR="002E314E" w:rsidRPr="00ED3F36" w:rsidRDefault="002E314E" w:rsidP="002A1BD3">
      <w:pPr>
        <w:spacing w:line="360" w:lineRule="auto"/>
        <w:rPr>
          <w:rFonts w:ascii="Baskerville Old Face" w:hAnsi="Baskerville Old Face"/>
          <w:bCs/>
          <w:sz w:val="28"/>
          <w:szCs w:val="28"/>
        </w:rPr>
      </w:pPr>
    </w:p>
    <w:p w14:paraId="0E517BBE" w14:textId="2E4DA31D" w:rsidR="00F45C1A" w:rsidRPr="00CE758F" w:rsidRDefault="007671E1" w:rsidP="002A1BD3">
      <w:pPr>
        <w:pStyle w:val="Heading2"/>
        <w:spacing w:before="400" w:after="200" w:line="360" w:lineRule="auto"/>
        <w:rPr>
          <w:rFonts w:ascii="Baskerville Old Face" w:hAnsi="Baskerville Old Face"/>
          <w:b w:val="0"/>
          <w:sz w:val="28"/>
          <w:szCs w:val="28"/>
        </w:rPr>
      </w:pPr>
      <w:r w:rsidRPr="00CE758F">
        <w:rPr>
          <w:rFonts w:ascii="Baskerville Old Face" w:hAnsi="Baskerville Old Face"/>
          <w:b w:val="0"/>
          <w:sz w:val="28"/>
          <w:szCs w:val="28"/>
        </w:rPr>
        <w:t>About the Author</w:t>
      </w:r>
    </w:p>
    <w:p w14:paraId="419C0134" w14:textId="60AA5FF8" w:rsidR="00F45C1A" w:rsidRPr="00CE758F" w:rsidRDefault="007671E1" w:rsidP="002A1BD3">
      <w:pPr>
        <w:spacing w:line="360" w:lineRule="auto"/>
        <w:ind w:firstLine="0"/>
        <w:rPr>
          <w:rFonts w:ascii="Baskerville Old Face" w:hAnsi="Baskerville Old Face"/>
          <w:bCs/>
          <w:sz w:val="28"/>
          <w:szCs w:val="28"/>
        </w:rPr>
      </w:pPr>
      <w:r w:rsidRPr="00CE758F">
        <w:rPr>
          <w:rFonts w:ascii="Baskerville Old Face" w:hAnsi="Baskerville Old Face"/>
          <w:bCs/>
          <w:sz w:val="28"/>
          <w:szCs w:val="28"/>
        </w:rPr>
        <w:t>Gordon G. Kinghorn</w:t>
      </w:r>
      <w:r w:rsidR="00604EE4">
        <w:rPr>
          <w:rFonts w:ascii="Baskerville Old Face" w:hAnsi="Baskerville Old Face"/>
          <w:bCs/>
          <w:sz w:val="28"/>
          <w:szCs w:val="28"/>
        </w:rPr>
        <w:t xml:space="preserve"> was born and raised in Edinburgh, he</w:t>
      </w:r>
      <w:r w:rsidRPr="00CE758F">
        <w:rPr>
          <w:rFonts w:ascii="Baskerville Old Face" w:hAnsi="Baskerville Old Face"/>
          <w:bCs/>
          <w:sz w:val="28"/>
          <w:szCs w:val="28"/>
        </w:rPr>
        <w:t xml:space="preserve"> is a former British soldier with over thirty years of military service behind him. He now lives in Thailand, where </w:t>
      </w:r>
      <w:r w:rsidR="00242AAA">
        <w:rPr>
          <w:rFonts w:ascii="Baskerville Old Face" w:hAnsi="Baskerville Old Face"/>
          <w:bCs/>
          <w:sz w:val="28"/>
          <w:szCs w:val="28"/>
        </w:rPr>
        <w:t xml:space="preserve">he and his wide </w:t>
      </w:r>
      <w:r w:rsidRPr="00CE758F">
        <w:rPr>
          <w:rFonts w:ascii="Baskerville Old Face" w:hAnsi="Baskerville Old Face"/>
          <w:bCs/>
          <w:sz w:val="28"/>
          <w:szCs w:val="28"/>
        </w:rPr>
        <w:t xml:space="preserve">own a restaurant in Isaan and a healthcare enterprise </w:t>
      </w:r>
      <w:r w:rsidR="00244E2F">
        <w:rPr>
          <w:rFonts w:ascii="Baskerville Old Face" w:hAnsi="Baskerville Old Face"/>
          <w:bCs/>
          <w:sz w:val="28"/>
          <w:szCs w:val="28"/>
        </w:rPr>
        <w:t xml:space="preserve">located </w:t>
      </w:r>
      <w:r w:rsidRPr="00CE758F">
        <w:rPr>
          <w:rFonts w:ascii="Baskerville Old Face" w:hAnsi="Baskerville Old Face"/>
          <w:bCs/>
          <w:sz w:val="28"/>
          <w:szCs w:val="28"/>
        </w:rPr>
        <w:t>on the coast</w:t>
      </w:r>
      <w:r w:rsidR="00242AAA">
        <w:rPr>
          <w:rFonts w:ascii="Baskerville Old Face" w:hAnsi="Baskerville Old Face"/>
          <w:bCs/>
          <w:sz w:val="28"/>
          <w:szCs w:val="28"/>
        </w:rPr>
        <w:t xml:space="preserve"> of the country</w:t>
      </w:r>
      <w:r w:rsidRPr="00CE758F">
        <w:rPr>
          <w:rFonts w:ascii="Baskerville Old Face" w:hAnsi="Baskerville Old Face"/>
          <w:bCs/>
          <w:sz w:val="28"/>
          <w:szCs w:val="28"/>
        </w:rPr>
        <w:t xml:space="preserve">, three hours </w:t>
      </w:r>
      <w:r w:rsidR="00FE739B">
        <w:rPr>
          <w:rFonts w:ascii="Baskerville Old Face" w:hAnsi="Baskerville Old Face"/>
          <w:bCs/>
          <w:sz w:val="28"/>
          <w:szCs w:val="28"/>
        </w:rPr>
        <w:t xml:space="preserve">distant </w:t>
      </w:r>
      <w:r w:rsidRPr="00CE758F">
        <w:rPr>
          <w:rFonts w:ascii="Baskerville Old Face" w:hAnsi="Baskerville Old Face"/>
          <w:bCs/>
          <w:sz w:val="28"/>
          <w:szCs w:val="28"/>
        </w:rPr>
        <w:t>of Bangkok. He remains closely involved</w:t>
      </w:r>
      <w:r w:rsidR="00FE739B">
        <w:rPr>
          <w:rFonts w:ascii="Baskerville Old Face" w:hAnsi="Baskerville Old Face"/>
          <w:bCs/>
          <w:sz w:val="28"/>
          <w:szCs w:val="28"/>
        </w:rPr>
        <w:t xml:space="preserve"> </w:t>
      </w:r>
      <w:r w:rsidR="002F25D0">
        <w:rPr>
          <w:rFonts w:ascii="Baskerville Old Face" w:hAnsi="Baskerville Old Face"/>
          <w:bCs/>
          <w:sz w:val="28"/>
          <w:szCs w:val="28"/>
        </w:rPr>
        <w:t xml:space="preserve">in </w:t>
      </w:r>
      <w:r w:rsidR="008B422A">
        <w:rPr>
          <w:rFonts w:ascii="Baskerville Old Face" w:hAnsi="Baskerville Old Face"/>
          <w:bCs/>
          <w:sz w:val="28"/>
          <w:szCs w:val="28"/>
        </w:rPr>
        <w:t xml:space="preserve">community activities, </w:t>
      </w:r>
      <w:r w:rsidR="000773C4">
        <w:rPr>
          <w:rFonts w:ascii="Baskerville Old Face" w:hAnsi="Baskerville Old Face"/>
          <w:bCs/>
          <w:sz w:val="28"/>
          <w:szCs w:val="28"/>
        </w:rPr>
        <w:t xml:space="preserve">and continues to </w:t>
      </w:r>
      <w:r w:rsidR="009D6164">
        <w:rPr>
          <w:rFonts w:ascii="Baskerville Old Face" w:hAnsi="Baskerville Old Face"/>
          <w:bCs/>
          <w:sz w:val="28"/>
          <w:szCs w:val="28"/>
        </w:rPr>
        <w:t xml:space="preserve">support </w:t>
      </w:r>
      <w:r w:rsidRPr="00CE758F">
        <w:rPr>
          <w:rFonts w:ascii="Baskerville Old Face" w:hAnsi="Baskerville Old Face"/>
          <w:bCs/>
          <w:sz w:val="28"/>
          <w:szCs w:val="28"/>
        </w:rPr>
        <w:t>football</w:t>
      </w:r>
      <w:r w:rsidR="0031224D">
        <w:rPr>
          <w:rFonts w:ascii="Baskerville Old Face" w:hAnsi="Baskerville Old Face"/>
          <w:bCs/>
          <w:sz w:val="28"/>
          <w:szCs w:val="28"/>
        </w:rPr>
        <w:t xml:space="preserve"> development</w:t>
      </w:r>
      <w:r w:rsidR="009D6164">
        <w:rPr>
          <w:rFonts w:ascii="Baskerville Old Face" w:hAnsi="Baskerville Old Face"/>
          <w:bCs/>
          <w:sz w:val="28"/>
          <w:szCs w:val="28"/>
        </w:rPr>
        <w:t xml:space="preserve"> programmes throughout his adopted nation</w:t>
      </w:r>
      <w:r w:rsidR="00C6342A">
        <w:rPr>
          <w:rFonts w:ascii="Baskerville Old Face" w:hAnsi="Baskerville Old Face"/>
          <w:bCs/>
          <w:sz w:val="28"/>
          <w:szCs w:val="28"/>
        </w:rPr>
        <w:t xml:space="preserve"> </w:t>
      </w:r>
      <w:r w:rsidRPr="00CE758F">
        <w:rPr>
          <w:rFonts w:ascii="Baskerville Old Face" w:hAnsi="Baskerville Old Face"/>
          <w:bCs/>
          <w:sz w:val="28"/>
          <w:szCs w:val="28"/>
        </w:rPr>
        <w:t xml:space="preserve">and continues to coach Thai players of </w:t>
      </w:r>
      <w:r w:rsidR="002F25D0">
        <w:rPr>
          <w:rFonts w:ascii="Baskerville Old Face" w:hAnsi="Baskerville Old Face"/>
          <w:bCs/>
          <w:sz w:val="28"/>
          <w:szCs w:val="28"/>
        </w:rPr>
        <w:t xml:space="preserve">all </w:t>
      </w:r>
      <w:r w:rsidRPr="00CE758F">
        <w:rPr>
          <w:rFonts w:ascii="Baskerville Old Face" w:hAnsi="Baskerville Old Face"/>
          <w:bCs/>
          <w:sz w:val="28"/>
          <w:szCs w:val="28"/>
        </w:rPr>
        <w:t>age</w:t>
      </w:r>
      <w:r w:rsidR="002F25D0">
        <w:rPr>
          <w:rFonts w:ascii="Baskerville Old Face" w:hAnsi="Baskerville Old Face"/>
          <w:bCs/>
          <w:sz w:val="28"/>
          <w:szCs w:val="28"/>
        </w:rPr>
        <w:t>s</w:t>
      </w:r>
      <w:r w:rsidRPr="00CE758F">
        <w:rPr>
          <w:rFonts w:ascii="Baskerville Old Face" w:hAnsi="Baskerville Old Face"/>
          <w:bCs/>
          <w:sz w:val="28"/>
          <w:szCs w:val="28"/>
        </w:rPr>
        <w:t xml:space="preserve"> and ability.</w:t>
      </w:r>
      <w:r w:rsidR="002F25D0">
        <w:rPr>
          <w:rFonts w:ascii="Baskerville Old Face" w:hAnsi="Baskerville Old Face"/>
          <w:bCs/>
          <w:sz w:val="28"/>
          <w:szCs w:val="28"/>
        </w:rPr>
        <w:t xml:space="preserve"> </w:t>
      </w:r>
      <w:r w:rsidRPr="00CE758F">
        <w:rPr>
          <w:rFonts w:ascii="Baskerville Old Face" w:hAnsi="Baskerville Old Face"/>
          <w:bCs/>
          <w:sz w:val="28"/>
          <w:szCs w:val="28"/>
        </w:rPr>
        <w:t>A contemporary novelist, he writes about love, memory, and the choices that define us</w:t>
      </w:r>
      <w:r w:rsidR="000D3142">
        <w:rPr>
          <w:rFonts w:ascii="Baskerville Old Face" w:hAnsi="Baskerville Old Face"/>
          <w:bCs/>
          <w:sz w:val="28"/>
          <w:szCs w:val="28"/>
        </w:rPr>
        <w:t xml:space="preserve">, </w:t>
      </w:r>
      <w:r w:rsidRPr="00CE758F">
        <w:rPr>
          <w:rFonts w:ascii="Baskerville Old Face" w:hAnsi="Baskerville Old Face"/>
          <w:bCs/>
          <w:sz w:val="28"/>
          <w:szCs w:val="28"/>
        </w:rPr>
        <w:t>the depths of the human heart set against the backdrop of world history.</w:t>
      </w:r>
    </w:p>
    <w:p w14:paraId="18E71091" w14:textId="3597FBDD" w:rsidR="00F45C1A" w:rsidRPr="00CE758F" w:rsidRDefault="007671E1" w:rsidP="002A1BD3">
      <w:pPr>
        <w:spacing w:line="360" w:lineRule="auto"/>
        <w:rPr>
          <w:rFonts w:ascii="Baskerville Old Face" w:hAnsi="Baskerville Old Face"/>
          <w:bCs/>
          <w:sz w:val="28"/>
          <w:szCs w:val="28"/>
        </w:rPr>
      </w:pPr>
      <w:r w:rsidRPr="00CE758F">
        <w:rPr>
          <w:rFonts w:ascii="Baskerville Old Face" w:hAnsi="Baskerville Old Face"/>
          <w:bCs/>
          <w:i/>
          <w:sz w:val="28"/>
          <w:szCs w:val="28"/>
        </w:rPr>
        <w:t>Finian's Dream — Water Here</w:t>
      </w:r>
      <w:r w:rsidR="00FF002C">
        <w:rPr>
          <w:rFonts w:ascii="Baskerville Old Face" w:hAnsi="Baskerville Old Face"/>
          <w:bCs/>
          <w:i/>
          <w:sz w:val="28"/>
          <w:szCs w:val="28"/>
        </w:rPr>
        <w:t>,</w:t>
      </w:r>
      <w:r w:rsidRPr="00CE758F">
        <w:rPr>
          <w:rFonts w:ascii="Baskerville Old Face" w:hAnsi="Baskerville Old Face"/>
          <w:bCs/>
          <w:sz w:val="28"/>
          <w:szCs w:val="28"/>
        </w:rPr>
        <w:t xml:space="preserve"> is his third novel, following </w:t>
      </w:r>
      <w:r w:rsidR="00FF002C">
        <w:rPr>
          <w:rFonts w:ascii="Baskerville Old Face" w:hAnsi="Baskerville Old Face"/>
          <w:bCs/>
          <w:sz w:val="28"/>
          <w:szCs w:val="28"/>
        </w:rPr>
        <w:t>recent success with,</w:t>
      </w:r>
      <w:r w:rsidR="00FF002C" w:rsidRPr="00CE758F">
        <w:rPr>
          <w:rFonts w:ascii="Baskerville Old Face" w:hAnsi="Baskerville Old Face"/>
          <w:bCs/>
          <w:i/>
          <w:sz w:val="28"/>
          <w:szCs w:val="28"/>
        </w:rPr>
        <w:t xml:space="preserve"> The</w:t>
      </w:r>
      <w:r w:rsidRPr="00CE758F">
        <w:rPr>
          <w:rFonts w:ascii="Baskerville Old Face" w:hAnsi="Baskerville Old Face"/>
          <w:bCs/>
          <w:i/>
          <w:sz w:val="28"/>
          <w:szCs w:val="28"/>
        </w:rPr>
        <w:t xml:space="preserve"> Lentil Tree</w:t>
      </w:r>
      <w:r w:rsidRPr="00CE758F">
        <w:rPr>
          <w:rFonts w:ascii="Baskerville Old Face" w:hAnsi="Baskerville Old Face"/>
          <w:bCs/>
          <w:sz w:val="28"/>
          <w:szCs w:val="28"/>
        </w:rPr>
        <w:t xml:space="preserve"> and </w:t>
      </w:r>
      <w:r w:rsidRPr="00CE758F">
        <w:rPr>
          <w:rFonts w:ascii="Baskerville Old Face" w:hAnsi="Baskerville Old Face"/>
          <w:bCs/>
          <w:i/>
          <w:sz w:val="28"/>
          <w:szCs w:val="28"/>
        </w:rPr>
        <w:t>The Hoplites of Leith</w:t>
      </w:r>
      <w:r w:rsidRPr="00CE758F">
        <w:rPr>
          <w:rFonts w:ascii="Baskerville Old Face" w:hAnsi="Baskerville Old Face"/>
          <w:bCs/>
          <w:sz w:val="28"/>
          <w:szCs w:val="28"/>
        </w:rPr>
        <w:t>.</w:t>
      </w:r>
    </w:p>
    <w:sectPr w:rsidR="00F45C1A" w:rsidRPr="00CE758F" w:rsidSect="005C291C">
      <w:headerReference w:type="default" r:id="rId8"/>
      <w:footerReference w:type="default" r:id="rId9"/>
      <w:pgSz w:w="8640" w:h="12960"/>
      <w:pgMar w:top="1080" w:right="864" w:bottom="1080" w:left="1080" w:header="720" w:footer="720" w:gutter="0"/>
      <w:pgBorders w:offsetFrom="page">
        <w:top w:val="single" w:sz="8" w:space="24" w:color="auto" w:shadow="1"/>
        <w:left w:val="single" w:sz="8" w:space="24" w:color="auto" w:shadow="1"/>
        <w:bottom w:val="single" w:sz="8" w:space="24" w:color="auto" w:shadow="1"/>
        <w:right w:val="single" w:sz="8"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81280" w14:textId="77777777" w:rsidR="00761F0B" w:rsidRDefault="00761F0B" w:rsidP="00E94587">
      <w:pPr>
        <w:spacing w:line="240" w:lineRule="auto"/>
      </w:pPr>
      <w:r>
        <w:separator/>
      </w:r>
    </w:p>
  </w:endnote>
  <w:endnote w:type="continuationSeparator" w:id="0">
    <w:p w14:paraId="707DF8FD" w14:textId="77777777" w:rsidR="00761F0B" w:rsidRDefault="00761F0B" w:rsidP="00E945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Courier">
    <w:panose1 w:val="02070409020205020404"/>
    <w:charset w:val="00"/>
    <w:family w:val="auto"/>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7035711"/>
      <w:docPartObj>
        <w:docPartGallery w:val="Page Numbers (Bottom of Page)"/>
        <w:docPartUnique/>
      </w:docPartObj>
    </w:sdtPr>
    <w:sdtEndPr>
      <w:rPr>
        <w:noProof/>
      </w:rPr>
    </w:sdtEndPr>
    <w:sdtContent>
      <w:p w14:paraId="3E00BDA7" w14:textId="3B077323" w:rsidR="00E94587" w:rsidRDefault="00E94587">
        <w:pPr>
          <w:pStyle w:val="Footer"/>
        </w:pPr>
        <w:r>
          <w:fldChar w:fldCharType="begin"/>
        </w:r>
        <w:r>
          <w:instrText xml:space="preserve"> PAGE   \* MERGEFORMAT </w:instrText>
        </w:r>
        <w:r>
          <w:fldChar w:fldCharType="separate"/>
        </w:r>
        <w:r>
          <w:rPr>
            <w:noProof/>
          </w:rPr>
          <w:t>2</w:t>
        </w:r>
        <w:r>
          <w:rPr>
            <w:noProof/>
          </w:rPr>
          <w:fldChar w:fldCharType="end"/>
        </w:r>
      </w:p>
    </w:sdtContent>
  </w:sdt>
  <w:p w14:paraId="2832C7A6" w14:textId="77777777" w:rsidR="00E94587" w:rsidRDefault="00E945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127A4" w14:textId="77777777" w:rsidR="00761F0B" w:rsidRDefault="00761F0B" w:rsidP="00E94587">
      <w:pPr>
        <w:spacing w:line="240" w:lineRule="auto"/>
      </w:pPr>
      <w:r>
        <w:separator/>
      </w:r>
    </w:p>
  </w:footnote>
  <w:footnote w:type="continuationSeparator" w:id="0">
    <w:p w14:paraId="2DE1CE17" w14:textId="77777777" w:rsidR="00761F0B" w:rsidRDefault="00761F0B" w:rsidP="00E945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10682" w14:textId="71F6A29D" w:rsidR="00D41699" w:rsidRPr="00660461" w:rsidRDefault="00F43EF7">
    <w:pPr>
      <w:pStyle w:val="Header"/>
      <w:rPr>
        <w:rFonts w:ascii="Baskerville Old Face" w:hAnsi="Baskerville Old Face"/>
        <w:sz w:val="18"/>
        <w:szCs w:val="18"/>
      </w:rPr>
    </w:pPr>
    <w:r w:rsidRPr="00660461">
      <w:rPr>
        <w:rFonts w:ascii="Baskerville Old Face" w:hAnsi="Baskerville Old Face"/>
        <w:sz w:val="18"/>
        <w:szCs w:val="18"/>
      </w:rPr>
      <w:t>©2026</w:t>
    </w:r>
    <w:r w:rsidR="00BC3EC0" w:rsidRPr="00660461">
      <w:rPr>
        <w:rFonts w:ascii="Baskerville Old Face" w:hAnsi="Baskerville Old Face"/>
        <w:sz w:val="18"/>
        <w:szCs w:val="18"/>
      </w:rPr>
      <w:t>-</w:t>
    </w:r>
    <w:r w:rsidRPr="00660461">
      <w:rPr>
        <w:rFonts w:ascii="Baskerville Old Face" w:hAnsi="Baskerville Old Face"/>
        <w:sz w:val="18"/>
        <w:szCs w:val="18"/>
      </w:rPr>
      <w:t>GG Kinghorn</w:t>
    </w:r>
    <w:r w:rsidR="00BC3EC0" w:rsidRPr="00660461">
      <w:rPr>
        <w:rFonts w:ascii="Baskerville Old Face" w:hAnsi="Baskerville Old Face"/>
        <w:sz w:val="18"/>
        <w:szCs w:val="18"/>
      </w:rPr>
      <w:t>-Finian’s Dream-</w:t>
    </w:r>
    <w:r w:rsidR="00715488">
      <w:rPr>
        <w:rFonts w:ascii="Baskerville Old Face" w:hAnsi="Baskerville Old Face"/>
        <w:sz w:val="18"/>
        <w:szCs w:val="18"/>
      </w:rPr>
      <w:t xml:space="preserve">Whispers </w:t>
    </w:r>
    <w:r w:rsidR="007561F1">
      <w:rPr>
        <w:rFonts w:ascii="Baskerville Old Face" w:hAnsi="Baskerville Old Face"/>
        <w:sz w:val="18"/>
        <w:szCs w:val="18"/>
      </w:rPr>
      <w:t xml:space="preserve">from the </w:t>
    </w:r>
    <w:r w:rsidR="001A11B8">
      <w:rPr>
        <w:rFonts w:ascii="Baskerville Old Face" w:hAnsi="Baskerville Old Face"/>
        <w:sz w:val="18"/>
        <w:szCs w:val="18"/>
      </w:rPr>
      <w:t xml:space="preserve">Edinburgh </w:t>
    </w:r>
    <w:r w:rsidR="007561F1">
      <w:rPr>
        <w:rFonts w:ascii="Baskerville Old Face" w:hAnsi="Baskerville Old Face"/>
        <w:sz w:val="18"/>
        <w:szCs w:val="18"/>
      </w:rPr>
      <w:t>Gallows of 1724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29915453">
    <w:abstractNumId w:val="8"/>
  </w:num>
  <w:num w:numId="2" w16cid:durableId="468863018">
    <w:abstractNumId w:val="6"/>
  </w:num>
  <w:num w:numId="3" w16cid:durableId="1656060469">
    <w:abstractNumId w:val="5"/>
  </w:num>
  <w:num w:numId="4" w16cid:durableId="1355421524">
    <w:abstractNumId w:val="4"/>
  </w:num>
  <w:num w:numId="5" w16cid:durableId="1671986784">
    <w:abstractNumId w:val="7"/>
  </w:num>
  <w:num w:numId="6" w16cid:durableId="201793306">
    <w:abstractNumId w:val="3"/>
  </w:num>
  <w:num w:numId="7" w16cid:durableId="185798022">
    <w:abstractNumId w:val="2"/>
  </w:num>
  <w:num w:numId="8" w16cid:durableId="1086265989">
    <w:abstractNumId w:val="1"/>
  </w:num>
  <w:num w:numId="9" w16cid:durableId="1446385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5F1"/>
    <w:rsid w:val="00005E8C"/>
    <w:rsid w:val="0000702F"/>
    <w:rsid w:val="00007DAC"/>
    <w:rsid w:val="000115EA"/>
    <w:rsid w:val="00011678"/>
    <w:rsid w:val="00012EA9"/>
    <w:rsid w:val="00013AB5"/>
    <w:rsid w:val="000149A6"/>
    <w:rsid w:val="00016710"/>
    <w:rsid w:val="00024AA1"/>
    <w:rsid w:val="00024D1E"/>
    <w:rsid w:val="00026B10"/>
    <w:rsid w:val="00026BED"/>
    <w:rsid w:val="000328BE"/>
    <w:rsid w:val="00034616"/>
    <w:rsid w:val="00035EF3"/>
    <w:rsid w:val="00036460"/>
    <w:rsid w:val="000477B4"/>
    <w:rsid w:val="000535F0"/>
    <w:rsid w:val="00053C0B"/>
    <w:rsid w:val="0005538D"/>
    <w:rsid w:val="000572A7"/>
    <w:rsid w:val="0006063C"/>
    <w:rsid w:val="00063E03"/>
    <w:rsid w:val="000640D9"/>
    <w:rsid w:val="00064FB9"/>
    <w:rsid w:val="00067589"/>
    <w:rsid w:val="00074612"/>
    <w:rsid w:val="00076FD3"/>
    <w:rsid w:val="000773C4"/>
    <w:rsid w:val="000807D4"/>
    <w:rsid w:val="00082E0E"/>
    <w:rsid w:val="00085862"/>
    <w:rsid w:val="000928FD"/>
    <w:rsid w:val="000A2619"/>
    <w:rsid w:val="000A339F"/>
    <w:rsid w:val="000A3803"/>
    <w:rsid w:val="000A5F2D"/>
    <w:rsid w:val="000A6D4D"/>
    <w:rsid w:val="000B1662"/>
    <w:rsid w:val="000B23B8"/>
    <w:rsid w:val="000B6C2D"/>
    <w:rsid w:val="000C1261"/>
    <w:rsid w:val="000C656B"/>
    <w:rsid w:val="000C6EE5"/>
    <w:rsid w:val="000D11E8"/>
    <w:rsid w:val="000D3142"/>
    <w:rsid w:val="000D688C"/>
    <w:rsid w:val="000D735A"/>
    <w:rsid w:val="000E310D"/>
    <w:rsid w:val="000E31ED"/>
    <w:rsid w:val="000F5BE2"/>
    <w:rsid w:val="000F7606"/>
    <w:rsid w:val="00115D19"/>
    <w:rsid w:val="00120031"/>
    <w:rsid w:val="0012084C"/>
    <w:rsid w:val="00124B2D"/>
    <w:rsid w:val="00126349"/>
    <w:rsid w:val="00127E81"/>
    <w:rsid w:val="00131B1B"/>
    <w:rsid w:val="00133A4D"/>
    <w:rsid w:val="00141244"/>
    <w:rsid w:val="00145FBA"/>
    <w:rsid w:val="0015074B"/>
    <w:rsid w:val="00153704"/>
    <w:rsid w:val="001541C6"/>
    <w:rsid w:val="0015425B"/>
    <w:rsid w:val="00155328"/>
    <w:rsid w:val="00155AFA"/>
    <w:rsid w:val="0015608F"/>
    <w:rsid w:val="0016026A"/>
    <w:rsid w:val="00162979"/>
    <w:rsid w:val="00163682"/>
    <w:rsid w:val="001643D2"/>
    <w:rsid w:val="0016580E"/>
    <w:rsid w:val="00165F36"/>
    <w:rsid w:val="00170D5B"/>
    <w:rsid w:val="001756C9"/>
    <w:rsid w:val="00175D73"/>
    <w:rsid w:val="00181993"/>
    <w:rsid w:val="00182B52"/>
    <w:rsid w:val="001850B5"/>
    <w:rsid w:val="00191C07"/>
    <w:rsid w:val="00191CDF"/>
    <w:rsid w:val="0019339F"/>
    <w:rsid w:val="0019710F"/>
    <w:rsid w:val="001A0819"/>
    <w:rsid w:val="001A11B8"/>
    <w:rsid w:val="001A3012"/>
    <w:rsid w:val="001A30F8"/>
    <w:rsid w:val="001A5014"/>
    <w:rsid w:val="001A5EDE"/>
    <w:rsid w:val="001A6389"/>
    <w:rsid w:val="001A707F"/>
    <w:rsid w:val="001A7501"/>
    <w:rsid w:val="001B1902"/>
    <w:rsid w:val="001B64DB"/>
    <w:rsid w:val="001C252F"/>
    <w:rsid w:val="001C5B0A"/>
    <w:rsid w:val="001C5DEA"/>
    <w:rsid w:val="001C6B7A"/>
    <w:rsid w:val="001C6BC2"/>
    <w:rsid w:val="001D329B"/>
    <w:rsid w:val="001D3DCD"/>
    <w:rsid w:val="001D6813"/>
    <w:rsid w:val="001E02B5"/>
    <w:rsid w:val="001E208D"/>
    <w:rsid w:val="001E2343"/>
    <w:rsid w:val="001E3EB0"/>
    <w:rsid w:val="001E480E"/>
    <w:rsid w:val="001E5404"/>
    <w:rsid w:val="001E7195"/>
    <w:rsid w:val="001F457E"/>
    <w:rsid w:val="001F57DF"/>
    <w:rsid w:val="0020212C"/>
    <w:rsid w:val="0021179D"/>
    <w:rsid w:val="00212748"/>
    <w:rsid w:val="002133E2"/>
    <w:rsid w:val="002168D2"/>
    <w:rsid w:val="002168F8"/>
    <w:rsid w:val="002222E4"/>
    <w:rsid w:val="002227E5"/>
    <w:rsid w:val="002250D1"/>
    <w:rsid w:val="00227E88"/>
    <w:rsid w:val="002340FB"/>
    <w:rsid w:val="002377A6"/>
    <w:rsid w:val="00237AA1"/>
    <w:rsid w:val="00242AAA"/>
    <w:rsid w:val="0024358E"/>
    <w:rsid w:val="00243EFD"/>
    <w:rsid w:val="00244E2F"/>
    <w:rsid w:val="002526E9"/>
    <w:rsid w:val="00254219"/>
    <w:rsid w:val="00260155"/>
    <w:rsid w:val="002606DF"/>
    <w:rsid w:val="00263F48"/>
    <w:rsid w:val="0026540E"/>
    <w:rsid w:val="002730A7"/>
    <w:rsid w:val="0027366A"/>
    <w:rsid w:val="0027531F"/>
    <w:rsid w:val="00277544"/>
    <w:rsid w:val="002779B5"/>
    <w:rsid w:val="00281F93"/>
    <w:rsid w:val="00283C06"/>
    <w:rsid w:val="00291732"/>
    <w:rsid w:val="00293F96"/>
    <w:rsid w:val="00295157"/>
    <w:rsid w:val="0029639D"/>
    <w:rsid w:val="002A1938"/>
    <w:rsid w:val="002A1BD3"/>
    <w:rsid w:val="002A7929"/>
    <w:rsid w:val="002B17A6"/>
    <w:rsid w:val="002C1B2A"/>
    <w:rsid w:val="002C3961"/>
    <w:rsid w:val="002C590A"/>
    <w:rsid w:val="002C5AC1"/>
    <w:rsid w:val="002C707A"/>
    <w:rsid w:val="002E16AB"/>
    <w:rsid w:val="002E29BF"/>
    <w:rsid w:val="002E314E"/>
    <w:rsid w:val="002E4B71"/>
    <w:rsid w:val="002F25D0"/>
    <w:rsid w:val="003029D3"/>
    <w:rsid w:val="0030476D"/>
    <w:rsid w:val="00305E95"/>
    <w:rsid w:val="00305F6E"/>
    <w:rsid w:val="00306530"/>
    <w:rsid w:val="0031224D"/>
    <w:rsid w:val="00313941"/>
    <w:rsid w:val="00314AE7"/>
    <w:rsid w:val="0031573D"/>
    <w:rsid w:val="00316EDE"/>
    <w:rsid w:val="00317737"/>
    <w:rsid w:val="00320FD4"/>
    <w:rsid w:val="00322B65"/>
    <w:rsid w:val="00326C1F"/>
    <w:rsid w:val="00326F90"/>
    <w:rsid w:val="00327462"/>
    <w:rsid w:val="00327729"/>
    <w:rsid w:val="003314BC"/>
    <w:rsid w:val="00340660"/>
    <w:rsid w:val="00345686"/>
    <w:rsid w:val="0034786D"/>
    <w:rsid w:val="0036749D"/>
    <w:rsid w:val="0037269E"/>
    <w:rsid w:val="00382A9B"/>
    <w:rsid w:val="003844F1"/>
    <w:rsid w:val="00384860"/>
    <w:rsid w:val="003858EF"/>
    <w:rsid w:val="00387E91"/>
    <w:rsid w:val="003910EE"/>
    <w:rsid w:val="0039307C"/>
    <w:rsid w:val="003944A6"/>
    <w:rsid w:val="003A2CAB"/>
    <w:rsid w:val="003A58F1"/>
    <w:rsid w:val="003A5CF9"/>
    <w:rsid w:val="003A7B0A"/>
    <w:rsid w:val="003B6860"/>
    <w:rsid w:val="003B6CD9"/>
    <w:rsid w:val="003B6DD5"/>
    <w:rsid w:val="003C71BD"/>
    <w:rsid w:val="003D23A4"/>
    <w:rsid w:val="003E0FA9"/>
    <w:rsid w:val="003E1ABA"/>
    <w:rsid w:val="003E1D62"/>
    <w:rsid w:val="003E43EB"/>
    <w:rsid w:val="00400E3B"/>
    <w:rsid w:val="00401675"/>
    <w:rsid w:val="00403369"/>
    <w:rsid w:val="004101E6"/>
    <w:rsid w:val="00420DE8"/>
    <w:rsid w:val="004212DC"/>
    <w:rsid w:val="00421B50"/>
    <w:rsid w:val="004245C8"/>
    <w:rsid w:val="0042551F"/>
    <w:rsid w:val="00425FE1"/>
    <w:rsid w:val="00430BFC"/>
    <w:rsid w:val="00431628"/>
    <w:rsid w:val="0043351B"/>
    <w:rsid w:val="0043450A"/>
    <w:rsid w:val="00445BF8"/>
    <w:rsid w:val="004505D0"/>
    <w:rsid w:val="00450771"/>
    <w:rsid w:val="00456BF7"/>
    <w:rsid w:val="00460D45"/>
    <w:rsid w:val="00471D30"/>
    <w:rsid w:val="00472D4B"/>
    <w:rsid w:val="0047383B"/>
    <w:rsid w:val="00486BE0"/>
    <w:rsid w:val="00491E0C"/>
    <w:rsid w:val="004A034B"/>
    <w:rsid w:val="004A287A"/>
    <w:rsid w:val="004A44AE"/>
    <w:rsid w:val="004A4882"/>
    <w:rsid w:val="004A67E3"/>
    <w:rsid w:val="004A7696"/>
    <w:rsid w:val="004B0097"/>
    <w:rsid w:val="004B2D10"/>
    <w:rsid w:val="004B4062"/>
    <w:rsid w:val="004B49E4"/>
    <w:rsid w:val="004B7327"/>
    <w:rsid w:val="004B7C95"/>
    <w:rsid w:val="004C01F9"/>
    <w:rsid w:val="004C0FD8"/>
    <w:rsid w:val="004C2252"/>
    <w:rsid w:val="004C62D2"/>
    <w:rsid w:val="004D138C"/>
    <w:rsid w:val="004D264A"/>
    <w:rsid w:val="004D26D4"/>
    <w:rsid w:val="004F1C89"/>
    <w:rsid w:val="00504194"/>
    <w:rsid w:val="00505D73"/>
    <w:rsid w:val="00515ED1"/>
    <w:rsid w:val="0051632E"/>
    <w:rsid w:val="005205E9"/>
    <w:rsid w:val="0052289C"/>
    <w:rsid w:val="00522913"/>
    <w:rsid w:val="00525735"/>
    <w:rsid w:val="00525FEA"/>
    <w:rsid w:val="005336E3"/>
    <w:rsid w:val="00553DD1"/>
    <w:rsid w:val="00560F78"/>
    <w:rsid w:val="00563E04"/>
    <w:rsid w:val="00566448"/>
    <w:rsid w:val="00571FE6"/>
    <w:rsid w:val="00573FB2"/>
    <w:rsid w:val="00574180"/>
    <w:rsid w:val="0058201E"/>
    <w:rsid w:val="0058210D"/>
    <w:rsid w:val="00584E5C"/>
    <w:rsid w:val="005859DA"/>
    <w:rsid w:val="005969B4"/>
    <w:rsid w:val="00596C24"/>
    <w:rsid w:val="005A4D13"/>
    <w:rsid w:val="005A56E6"/>
    <w:rsid w:val="005B0583"/>
    <w:rsid w:val="005B1AA0"/>
    <w:rsid w:val="005C291C"/>
    <w:rsid w:val="005C4312"/>
    <w:rsid w:val="005C5338"/>
    <w:rsid w:val="005C6F08"/>
    <w:rsid w:val="005D431A"/>
    <w:rsid w:val="005D5C65"/>
    <w:rsid w:val="005D64E5"/>
    <w:rsid w:val="005D6F39"/>
    <w:rsid w:val="005E12E0"/>
    <w:rsid w:val="005E26D0"/>
    <w:rsid w:val="005E2B96"/>
    <w:rsid w:val="005E3194"/>
    <w:rsid w:val="005E393B"/>
    <w:rsid w:val="005E632A"/>
    <w:rsid w:val="005F3042"/>
    <w:rsid w:val="005F485C"/>
    <w:rsid w:val="00601B0E"/>
    <w:rsid w:val="00604EE4"/>
    <w:rsid w:val="00606F11"/>
    <w:rsid w:val="00607EB3"/>
    <w:rsid w:val="00610D46"/>
    <w:rsid w:val="0061341E"/>
    <w:rsid w:val="0061403C"/>
    <w:rsid w:val="00614524"/>
    <w:rsid w:val="00620243"/>
    <w:rsid w:val="00621F55"/>
    <w:rsid w:val="00622A4A"/>
    <w:rsid w:val="006238D6"/>
    <w:rsid w:val="0062440F"/>
    <w:rsid w:val="006314ED"/>
    <w:rsid w:val="006331C4"/>
    <w:rsid w:val="00636086"/>
    <w:rsid w:val="00641273"/>
    <w:rsid w:val="00652E06"/>
    <w:rsid w:val="00655F2B"/>
    <w:rsid w:val="00660461"/>
    <w:rsid w:val="00666FAF"/>
    <w:rsid w:val="0067172D"/>
    <w:rsid w:val="0067401A"/>
    <w:rsid w:val="00675C96"/>
    <w:rsid w:val="00683047"/>
    <w:rsid w:val="006831E0"/>
    <w:rsid w:val="00685709"/>
    <w:rsid w:val="00686AA1"/>
    <w:rsid w:val="00690569"/>
    <w:rsid w:val="00692491"/>
    <w:rsid w:val="006949E0"/>
    <w:rsid w:val="006953DC"/>
    <w:rsid w:val="00697662"/>
    <w:rsid w:val="006A3D2E"/>
    <w:rsid w:val="006B36E4"/>
    <w:rsid w:val="006C64B1"/>
    <w:rsid w:val="006D4194"/>
    <w:rsid w:val="006D7764"/>
    <w:rsid w:val="006D7857"/>
    <w:rsid w:val="006E3739"/>
    <w:rsid w:val="006E5859"/>
    <w:rsid w:val="006E5ACD"/>
    <w:rsid w:val="006E5D01"/>
    <w:rsid w:val="006F5641"/>
    <w:rsid w:val="006F6A10"/>
    <w:rsid w:val="007043FA"/>
    <w:rsid w:val="0070562A"/>
    <w:rsid w:val="007060B3"/>
    <w:rsid w:val="00706666"/>
    <w:rsid w:val="00712575"/>
    <w:rsid w:val="00715488"/>
    <w:rsid w:val="007169C8"/>
    <w:rsid w:val="007206FB"/>
    <w:rsid w:val="00721544"/>
    <w:rsid w:val="00723696"/>
    <w:rsid w:val="00724276"/>
    <w:rsid w:val="00725737"/>
    <w:rsid w:val="00733195"/>
    <w:rsid w:val="00733A4F"/>
    <w:rsid w:val="00737967"/>
    <w:rsid w:val="00754507"/>
    <w:rsid w:val="007561F1"/>
    <w:rsid w:val="00756A9F"/>
    <w:rsid w:val="007578CF"/>
    <w:rsid w:val="00761F0B"/>
    <w:rsid w:val="00763BD3"/>
    <w:rsid w:val="0076528E"/>
    <w:rsid w:val="007671E1"/>
    <w:rsid w:val="00772236"/>
    <w:rsid w:val="00773BC9"/>
    <w:rsid w:val="007760BA"/>
    <w:rsid w:val="00783693"/>
    <w:rsid w:val="00796984"/>
    <w:rsid w:val="007A31C5"/>
    <w:rsid w:val="007A551B"/>
    <w:rsid w:val="007A70DE"/>
    <w:rsid w:val="007B5707"/>
    <w:rsid w:val="007C083B"/>
    <w:rsid w:val="007D42BA"/>
    <w:rsid w:val="007D5B22"/>
    <w:rsid w:val="007E5D5A"/>
    <w:rsid w:val="0080229B"/>
    <w:rsid w:val="00804210"/>
    <w:rsid w:val="00811CD0"/>
    <w:rsid w:val="008128CF"/>
    <w:rsid w:val="00813B08"/>
    <w:rsid w:val="0081523E"/>
    <w:rsid w:val="0081591A"/>
    <w:rsid w:val="00820B1D"/>
    <w:rsid w:val="00822A93"/>
    <w:rsid w:val="00824605"/>
    <w:rsid w:val="00833D05"/>
    <w:rsid w:val="008374E2"/>
    <w:rsid w:val="00837BAF"/>
    <w:rsid w:val="0084266C"/>
    <w:rsid w:val="00847511"/>
    <w:rsid w:val="00850CB2"/>
    <w:rsid w:val="00851165"/>
    <w:rsid w:val="00855968"/>
    <w:rsid w:val="00856E0D"/>
    <w:rsid w:val="00860DA1"/>
    <w:rsid w:val="0086444F"/>
    <w:rsid w:val="008651A3"/>
    <w:rsid w:val="008661FB"/>
    <w:rsid w:val="00867BA6"/>
    <w:rsid w:val="0087395C"/>
    <w:rsid w:val="0087634A"/>
    <w:rsid w:val="00877B5D"/>
    <w:rsid w:val="0088413C"/>
    <w:rsid w:val="008901A6"/>
    <w:rsid w:val="0089242E"/>
    <w:rsid w:val="00894B63"/>
    <w:rsid w:val="00896AFB"/>
    <w:rsid w:val="00897306"/>
    <w:rsid w:val="008A0062"/>
    <w:rsid w:val="008A041A"/>
    <w:rsid w:val="008A332E"/>
    <w:rsid w:val="008A5334"/>
    <w:rsid w:val="008A634C"/>
    <w:rsid w:val="008B1800"/>
    <w:rsid w:val="008B1D56"/>
    <w:rsid w:val="008B422A"/>
    <w:rsid w:val="008B4D48"/>
    <w:rsid w:val="008C0C40"/>
    <w:rsid w:val="008C100B"/>
    <w:rsid w:val="008C4B80"/>
    <w:rsid w:val="008C4E07"/>
    <w:rsid w:val="008D1A3D"/>
    <w:rsid w:val="008D785C"/>
    <w:rsid w:val="008E44C9"/>
    <w:rsid w:val="008E5D67"/>
    <w:rsid w:val="008E6530"/>
    <w:rsid w:val="008E75E0"/>
    <w:rsid w:val="008F39DB"/>
    <w:rsid w:val="008F4AC2"/>
    <w:rsid w:val="008F5BC0"/>
    <w:rsid w:val="008F5DC9"/>
    <w:rsid w:val="008F60E6"/>
    <w:rsid w:val="008F6537"/>
    <w:rsid w:val="00904166"/>
    <w:rsid w:val="00907328"/>
    <w:rsid w:val="0091668E"/>
    <w:rsid w:val="0091756C"/>
    <w:rsid w:val="009179B3"/>
    <w:rsid w:val="00922100"/>
    <w:rsid w:val="00925A2A"/>
    <w:rsid w:val="00927688"/>
    <w:rsid w:val="009278C9"/>
    <w:rsid w:val="00927DE6"/>
    <w:rsid w:val="00936A3A"/>
    <w:rsid w:val="0094087B"/>
    <w:rsid w:val="009412B2"/>
    <w:rsid w:val="00942ED6"/>
    <w:rsid w:val="0096297E"/>
    <w:rsid w:val="0096550E"/>
    <w:rsid w:val="00966E2D"/>
    <w:rsid w:val="0097404F"/>
    <w:rsid w:val="00981188"/>
    <w:rsid w:val="009811D8"/>
    <w:rsid w:val="00987CBD"/>
    <w:rsid w:val="009908A8"/>
    <w:rsid w:val="009918EB"/>
    <w:rsid w:val="00992C43"/>
    <w:rsid w:val="009A5A23"/>
    <w:rsid w:val="009B11F1"/>
    <w:rsid w:val="009B4297"/>
    <w:rsid w:val="009B743F"/>
    <w:rsid w:val="009C0176"/>
    <w:rsid w:val="009C0868"/>
    <w:rsid w:val="009C7533"/>
    <w:rsid w:val="009D48B8"/>
    <w:rsid w:val="009D6164"/>
    <w:rsid w:val="009E0D5D"/>
    <w:rsid w:val="009E2C5E"/>
    <w:rsid w:val="009E4C11"/>
    <w:rsid w:val="009E560C"/>
    <w:rsid w:val="009E5D6C"/>
    <w:rsid w:val="009F23A8"/>
    <w:rsid w:val="00A01092"/>
    <w:rsid w:val="00A05D10"/>
    <w:rsid w:val="00A062DA"/>
    <w:rsid w:val="00A10F7A"/>
    <w:rsid w:val="00A16BB0"/>
    <w:rsid w:val="00A21BB1"/>
    <w:rsid w:val="00A22AFC"/>
    <w:rsid w:val="00A3024B"/>
    <w:rsid w:val="00A31903"/>
    <w:rsid w:val="00A3582E"/>
    <w:rsid w:val="00A36EC9"/>
    <w:rsid w:val="00A37AB8"/>
    <w:rsid w:val="00A431F6"/>
    <w:rsid w:val="00A433A3"/>
    <w:rsid w:val="00A43F26"/>
    <w:rsid w:val="00A44289"/>
    <w:rsid w:val="00A443CA"/>
    <w:rsid w:val="00A44495"/>
    <w:rsid w:val="00A4611B"/>
    <w:rsid w:val="00A56545"/>
    <w:rsid w:val="00A628FF"/>
    <w:rsid w:val="00A642EB"/>
    <w:rsid w:val="00A76963"/>
    <w:rsid w:val="00A8532C"/>
    <w:rsid w:val="00A87D51"/>
    <w:rsid w:val="00A93573"/>
    <w:rsid w:val="00AA1D8D"/>
    <w:rsid w:val="00AA7EE3"/>
    <w:rsid w:val="00AB4E36"/>
    <w:rsid w:val="00AC42DF"/>
    <w:rsid w:val="00AD2262"/>
    <w:rsid w:val="00AE1E85"/>
    <w:rsid w:val="00AF2659"/>
    <w:rsid w:val="00AF4A84"/>
    <w:rsid w:val="00B04EF0"/>
    <w:rsid w:val="00B059B0"/>
    <w:rsid w:val="00B0629C"/>
    <w:rsid w:val="00B10544"/>
    <w:rsid w:val="00B10FBC"/>
    <w:rsid w:val="00B17035"/>
    <w:rsid w:val="00B211D3"/>
    <w:rsid w:val="00B212DF"/>
    <w:rsid w:val="00B21CD2"/>
    <w:rsid w:val="00B23902"/>
    <w:rsid w:val="00B27250"/>
    <w:rsid w:val="00B347E0"/>
    <w:rsid w:val="00B40E56"/>
    <w:rsid w:val="00B41722"/>
    <w:rsid w:val="00B42503"/>
    <w:rsid w:val="00B44FB5"/>
    <w:rsid w:val="00B4766F"/>
    <w:rsid w:val="00B47730"/>
    <w:rsid w:val="00B52714"/>
    <w:rsid w:val="00B536ED"/>
    <w:rsid w:val="00B54954"/>
    <w:rsid w:val="00B54E31"/>
    <w:rsid w:val="00B550F7"/>
    <w:rsid w:val="00B60BEC"/>
    <w:rsid w:val="00B64363"/>
    <w:rsid w:val="00B7121D"/>
    <w:rsid w:val="00B772E6"/>
    <w:rsid w:val="00B80200"/>
    <w:rsid w:val="00B821AC"/>
    <w:rsid w:val="00B84D94"/>
    <w:rsid w:val="00B854F9"/>
    <w:rsid w:val="00B879E2"/>
    <w:rsid w:val="00B92075"/>
    <w:rsid w:val="00B93CA7"/>
    <w:rsid w:val="00B96B97"/>
    <w:rsid w:val="00BB0075"/>
    <w:rsid w:val="00BB255D"/>
    <w:rsid w:val="00BB4E8B"/>
    <w:rsid w:val="00BB5499"/>
    <w:rsid w:val="00BB7091"/>
    <w:rsid w:val="00BC1967"/>
    <w:rsid w:val="00BC2BF3"/>
    <w:rsid w:val="00BC3EC0"/>
    <w:rsid w:val="00BC6B3B"/>
    <w:rsid w:val="00BD1B54"/>
    <w:rsid w:val="00BD4E4A"/>
    <w:rsid w:val="00BD5C96"/>
    <w:rsid w:val="00BD7AC8"/>
    <w:rsid w:val="00BE1932"/>
    <w:rsid w:val="00BE2874"/>
    <w:rsid w:val="00BE3C6A"/>
    <w:rsid w:val="00BE7CC6"/>
    <w:rsid w:val="00BF24CE"/>
    <w:rsid w:val="00BF3222"/>
    <w:rsid w:val="00BF34A6"/>
    <w:rsid w:val="00BF42A6"/>
    <w:rsid w:val="00BF4F99"/>
    <w:rsid w:val="00BF59F1"/>
    <w:rsid w:val="00BF62C8"/>
    <w:rsid w:val="00BF67B9"/>
    <w:rsid w:val="00C05F7D"/>
    <w:rsid w:val="00C152B2"/>
    <w:rsid w:val="00C16C44"/>
    <w:rsid w:val="00C217E2"/>
    <w:rsid w:val="00C23FAB"/>
    <w:rsid w:val="00C24DEE"/>
    <w:rsid w:val="00C2672B"/>
    <w:rsid w:val="00C26983"/>
    <w:rsid w:val="00C26F9A"/>
    <w:rsid w:val="00C31343"/>
    <w:rsid w:val="00C4087C"/>
    <w:rsid w:val="00C41D5F"/>
    <w:rsid w:val="00C420EF"/>
    <w:rsid w:val="00C451AB"/>
    <w:rsid w:val="00C501FA"/>
    <w:rsid w:val="00C52281"/>
    <w:rsid w:val="00C535A3"/>
    <w:rsid w:val="00C542E3"/>
    <w:rsid w:val="00C57ABA"/>
    <w:rsid w:val="00C6342A"/>
    <w:rsid w:val="00C66134"/>
    <w:rsid w:val="00C7239E"/>
    <w:rsid w:val="00C73C4F"/>
    <w:rsid w:val="00C8230A"/>
    <w:rsid w:val="00C9423A"/>
    <w:rsid w:val="00C94CB6"/>
    <w:rsid w:val="00CA24D0"/>
    <w:rsid w:val="00CA3BD2"/>
    <w:rsid w:val="00CA4C18"/>
    <w:rsid w:val="00CA5647"/>
    <w:rsid w:val="00CB0664"/>
    <w:rsid w:val="00CB2AB2"/>
    <w:rsid w:val="00CB39DB"/>
    <w:rsid w:val="00CB5F58"/>
    <w:rsid w:val="00CC13C1"/>
    <w:rsid w:val="00CC3805"/>
    <w:rsid w:val="00CC4979"/>
    <w:rsid w:val="00CC7C7F"/>
    <w:rsid w:val="00CD14C2"/>
    <w:rsid w:val="00CD2B63"/>
    <w:rsid w:val="00CD4FD4"/>
    <w:rsid w:val="00CD6FD9"/>
    <w:rsid w:val="00CD7CCC"/>
    <w:rsid w:val="00CE00DC"/>
    <w:rsid w:val="00CE0593"/>
    <w:rsid w:val="00CE65A9"/>
    <w:rsid w:val="00CE6D78"/>
    <w:rsid w:val="00CE758F"/>
    <w:rsid w:val="00D02D1A"/>
    <w:rsid w:val="00D03251"/>
    <w:rsid w:val="00D03F6B"/>
    <w:rsid w:val="00D10039"/>
    <w:rsid w:val="00D129A9"/>
    <w:rsid w:val="00D14B52"/>
    <w:rsid w:val="00D151F6"/>
    <w:rsid w:val="00D17D6C"/>
    <w:rsid w:val="00D219A7"/>
    <w:rsid w:val="00D257D0"/>
    <w:rsid w:val="00D258FD"/>
    <w:rsid w:val="00D32BA6"/>
    <w:rsid w:val="00D33679"/>
    <w:rsid w:val="00D35EC4"/>
    <w:rsid w:val="00D41699"/>
    <w:rsid w:val="00D50A99"/>
    <w:rsid w:val="00D50E87"/>
    <w:rsid w:val="00D51039"/>
    <w:rsid w:val="00D545C1"/>
    <w:rsid w:val="00D55583"/>
    <w:rsid w:val="00D573EE"/>
    <w:rsid w:val="00D57F86"/>
    <w:rsid w:val="00D6181A"/>
    <w:rsid w:val="00D66748"/>
    <w:rsid w:val="00D671C6"/>
    <w:rsid w:val="00D74884"/>
    <w:rsid w:val="00D75BD1"/>
    <w:rsid w:val="00D8120B"/>
    <w:rsid w:val="00D82476"/>
    <w:rsid w:val="00D82809"/>
    <w:rsid w:val="00D96B5B"/>
    <w:rsid w:val="00D97BB9"/>
    <w:rsid w:val="00DA12D0"/>
    <w:rsid w:val="00DB4A1F"/>
    <w:rsid w:val="00DB68CC"/>
    <w:rsid w:val="00DB6A0E"/>
    <w:rsid w:val="00DC215C"/>
    <w:rsid w:val="00DC5AE6"/>
    <w:rsid w:val="00DC5C62"/>
    <w:rsid w:val="00DD2A93"/>
    <w:rsid w:val="00DD3517"/>
    <w:rsid w:val="00DD7C74"/>
    <w:rsid w:val="00DE2F1B"/>
    <w:rsid w:val="00DF0310"/>
    <w:rsid w:val="00E0194C"/>
    <w:rsid w:val="00E1286C"/>
    <w:rsid w:val="00E14831"/>
    <w:rsid w:val="00E16166"/>
    <w:rsid w:val="00E17734"/>
    <w:rsid w:val="00E20E88"/>
    <w:rsid w:val="00E24819"/>
    <w:rsid w:val="00E2595F"/>
    <w:rsid w:val="00E25CB0"/>
    <w:rsid w:val="00E31C54"/>
    <w:rsid w:val="00E33270"/>
    <w:rsid w:val="00E352D3"/>
    <w:rsid w:val="00E41BBF"/>
    <w:rsid w:val="00E42E4F"/>
    <w:rsid w:val="00E42EE1"/>
    <w:rsid w:val="00E4317A"/>
    <w:rsid w:val="00E504CA"/>
    <w:rsid w:val="00E57F2B"/>
    <w:rsid w:val="00E670BE"/>
    <w:rsid w:val="00E7611B"/>
    <w:rsid w:val="00E76AC5"/>
    <w:rsid w:val="00E82AEA"/>
    <w:rsid w:val="00E86FBF"/>
    <w:rsid w:val="00E8750A"/>
    <w:rsid w:val="00E94313"/>
    <w:rsid w:val="00E94587"/>
    <w:rsid w:val="00E94B97"/>
    <w:rsid w:val="00E96800"/>
    <w:rsid w:val="00E968A1"/>
    <w:rsid w:val="00E96B06"/>
    <w:rsid w:val="00EA35C7"/>
    <w:rsid w:val="00EA5399"/>
    <w:rsid w:val="00EB2935"/>
    <w:rsid w:val="00EB31FD"/>
    <w:rsid w:val="00EB383C"/>
    <w:rsid w:val="00EB5EF2"/>
    <w:rsid w:val="00EB7835"/>
    <w:rsid w:val="00EC1DF2"/>
    <w:rsid w:val="00EC2B61"/>
    <w:rsid w:val="00EC3709"/>
    <w:rsid w:val="00ED1C5E"/>
    <w:rsid w:val="00ED3F36"/>
    <w:rsid w:val="00EF5754"/>
    <w:rsid w:val="00EF7F67"/>
    <w:rsid w:val="00F022CE"/>
    <w:rsid w:val="00F02D2E"/>
    <w:rsid w:val="00F02D8A"/>
    <w:rsid w:val="00F0334E"/>
    <w:rsid w:val="00F141DB"/>
    <w:rsid w:val="00F14BA0"/>
    <w:rsid w:val="00F155A4"/>
    <w:rsid w:val="00F16497"/>
    <w:rsid w:val="00F216AB"/>
    <w:rsid w:val="00F2468F"/>
    <w:rsid w:val="00F3048D"/>
    <w:rsid w:val="00F30BDD"/>
    <w:rsid w:val="00F43EF7"/>
    <w:rsid w:val="00F45C1A"/>
    <w:rsid w:val="00F46339"/>
    <w:rsid w:val="00F514FE"/>
    <w:rsid w:val="00F527E7"/>
    <w:rsid w:val="00F52968"/>
    <w:rsid w:val="00F55C04"/>
    <w:rsid w:val="00F567F3"/>
    <w:rsid w:val="00F61353"/>
    <w:rsid w:val="00F63286"/>
    <w:rsid w:val="00F638AD"/>
    <w:rsid w:val="00F65517"/>
    <w:rsid w:val="00F74C21"/>
    <w:rsid w:val="00F760D4"/>
    <w:rsid w:val="00F778C0"/>
    <w:rsid w:val="00F808DD"/>
    <w:rsid w:val="00F80EAC"/>
    <w:rsid w:val="00F81EFA"/>
    <w:rsid w:val="00F852EA"/>
    <w:rsid w:val="00F86E66"/>
    <w:rsid w:val="00F87241"/>
    <w:rsid w:val="00F87CA4"/>
    <w:rsid w:val="00FA0FBB"/>
    <w:rsid w:val="00FA4206"/>
    <w:rsid w:val="00FA48A8"/>
    <w:rsid w:val="00FA4BE4"/>
    <w:rsid w:val="00FA4D12"/>
    <w:rsid w:val="00FB1852"/>
    <w:rsid w:val="00FB32D7"/>
    <w:rsid w:val="00FB578B"/>
    <w:rsid w:val="00FB6E42"/>
    <w:rsid w:val="00FB74B8"/>
    <w:rsid w:val="00FB77B8"/>
    <w:rsid w:val="00FC0919"/>
    <w:rsid w:val="00FC15E3"/>
    <w:rsid w:val="00FC693F"/>
    <w:rsid w:val="00FC6982"/>
    <w:rsid w:val="00FC78AF"/>
    <w:rsid w:val="00FC7DC1"/>
    <w:rsid w:val="00FC7FE4"/>
    <w:rsid w:val="00FD1EA1"/>
    <w:rsid w:val="00FD70E6"/>
    <w:rsid w:val="00FE3ECA"/>
    <w:rsid w:val="00FE5846"/>
    <w:rsid w:val="00FE6ADF"/>
    <w:rsid w:val="00FE739B"/>
    <w:rsid w:val="00FF002C"/>
    <w:rsid w:val="00FF0AD8"/>
    <w:rsid w:val="00FF1D92"/>
    <w:rsid w:val="00FF3E9B"/>
    <w:rsid w:val="00FF55A0"/>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E8684D"/>
  <w14:defaultImageDpi w14:val="300"/>
  <w15:docId w15:val="{F01AE286-80A3-4051-9D9B-889BCD58F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ind w:firstLine="360"/>
      <w:jc w:val="both"/>
    </w:pPr>
    <w:rPr>
      <w:rFonts w:ascii="Georgia" w:hAnsi="Georgia"/>
    </w:rPr>
  </w:style>
  <w:style w:type="paragraph" w:styleId="Heading1">
    <w:name w:val="heading 1"/>
    <w:basedOn w:val="Normal"/>
    <w:next w:val="Normal"/>
    <w:link w:val="Heading1Char"/>
    <w:uiPriority w:val="9"/>
    <w:qFormat/>
    <w:rsid w:val="00FC693F"/>
    <w:pPr>
      <w:keepNext/>
      <w:keepLines/>
      <w:spacing w:before="480"/>
      <w:ind w:firstLine="0"/>
      <w:jc w:val="center"/>
      <w:outlineLvl w:val="0"/>
    </w:pPr>
    <w:rPr>
      <w:rFonts w:asciiTheme="majorHAnsi" w:eastAsiaTheme="majorEastAsia" w:hAnsiTheme="majorHAnsi" w:cstheme="majorBidi"/>
      <w:b/>
      <w:bCs/>
      <w:sz w:val="44"/>
      <w:szCs w:val="28"/>
    </w:rPr>
  </w:style>
  <w:style w:type="paragraph" w:styleId="Heading2">
    <w:name w:val="heading 2"/>
    <w:basedOn w:val="Normal"/>
    <w:next w:val="Normal"/>
    <w:link w:val="Heading2Char"/>
    <w:uiPriority w:val="9"/>
    <w:unhideWhenUsed/>
    <w:qFormat/>
    <w:rsid w:val="00FC693F"/>
    <w:pPr>
      <w:keepNext/>
      <w:keepLines/>
      <w:spacing w:before="200"/>
      <w:ind w:firstLine="0"/>
      <w:jc w:val="center"/>
      <w:outlineLvl w:val="1"/>
    </w:pPr>
    <w:rPr>
      <w:rFonts w:asciiTheme="majorHAnsi" w:eastAsiaTheme="majorEastAsia" w:hAnsiTheme="majorHAnsi" w:cstheme="majorBidi"/>
      <w:b/>
      <w:bCs/>
      <w:sz w:val="32"/>
      <w:szCs w:val="26"/>
    </w:rPr>
  </w:style>
  <w:style w:type="paragraph" w:styleId="Heading3">
    <w:name w:val="heading 3"/>
    <w:basedOn w:val="Normal"/>
    <w:next w:val="Normal"/>
    <w:link w:val="Heading3Char"/>
    <w:uiPriority w:val="9"/>
    <w:unhideWhenUsed/>
    <w:qFormat/>
    <w:rsid w:val="00FC693F"/>
    <w:pPr>
      <w:keepNext/>
      <w:keepLines/>
      <w:spacing w:before="200"/>
      <w:ind w:firstLine="0"/>
      <w:jc w:val="center"/>
      <w:outlineLvl w:val="2"/>
    </w:pPr>
    <w:rPr>
      <w:rFonts w:asciiTheme="majorHAnsi" w:eastAsiaTheme="majorEastAsia" w:hAnsiTheme="majorHAnsi" w:cstheme="majorBidi"/>
      <w:b/>
      <w:bCs/>
      <w:sz w:val="26"/>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360"/>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2E314E"/>
    <w:pPr>
      <w:spacing w:before="100" w:beforeAutospacing="1" w:after="100" w:afterAutospacing="1"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2523</TotalTime>
  <Pages>477</Pages>
  <Words>100945</Words>
  <Characters>418926</Characters>
  <Application>Microsoft Office Word</Application>
  <DocSecurity>0</DocSecurity>
  <Lines>10217</Lines>
  <Paragraphs>3169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516702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Gordonanny -</cp:lastModifiedBy>
  <cp:revision>738</cp:revision>
  <dcterms:created xsi:type="dcterms:W3CDTF">2026-08-19T11:23:00Z</dcterms:created>
  <dcterms:modified xsi:type="dcterms:W3CDTF">2026-08-31T13:14:00Z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5946d217-11f0-44a2-9628-24c90aa5afea</vt:lpwstr>
  </property>
</Properties>
</file>